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6217" w:rsidRPr="005117ED" w:rsidRDefault="008F666A" w:rsidP="00666217">
      <w:pPr>
        <w:jc w:val="center"/>
        <w:rPr>
          <w:rFonts w:cs="Sakkal Majalla"/>
          <w:b/>
          <w:bCs/>
          <w:color w:val="000000" w:themeColor="text1"/>
          <w:sz w:val="36"/>
          <w:szCs w:val="38"/>
          <w:rtl/>
        </w:rPr>
      </w:pPr>
      <w:r w:rsidRPr="005117ED">
        <w:rPr>
          <w:rFonts w:cs="Sakkal Majalla" w:hint="cs"/>
          <w:b/>
          <w:bCs/>
          <w:color w:val="000000" w:themeColor="text1"/>
          <w:sz w:val="36"/>
          <w:szCs w:val="38"/>
          <w:rtl/>
        </w:rPr>
        <w:t xml:space="preserve">         </w:t>
      </w:r>
      <w:r w:rsidR="00666217" w:rsidRPr="005117ED">
        <w:rPr>
          <w:rFonts w:cs="Sakkal Majalla"/>
          <w:b/>
          <w:bCs/>
          <w:color w:val="000000" w:themeColor="text1"/>
          <w:sz w:val="36"/>
          <w:szCs w:val="38"/>
          <w:rtl/>
        </w:rPr>
        <w:t>بسم الله الرحمن الرحيم</w:t>
      </w:r>
    </w:p>
    <w:tbl>
      <w:tblPr>
        <w:bidiVisual/>
        <w:tblW w:w="0" w:type="auto"/>
        <w:tblInd w:w="-288" w:type="dxa"/>
        <w:tblLook w:val="04A0" w:firstRow="1" w:lastRow="0" w:firstColumn="1" w:lastColumn="0" w:noHBand="0" w:noVBand="1"/>
      </w:tblPr>
      <w:tblGrid>
        <w:gridCol w:w="3667"/>
        <w:gridCol w:w="2547"/>
        <w:gridCol w:w="3996"/>
      </w:tblGrid>
      <w:tr w:rsidR="00FD5E07" w:rsidRPr="005117ED" w:rsidTr="0084706E">
        <w:trPr>
          <w:trHeight w:val="2558"/>
        </w:trPr>
        <w:tc>
          <w:tcPr>
            <w:tcW w:w="4117" w:type="dxa"/>
          </w:tcPr>
          <w:p w:rsidR="00666217" w:rsidRPr="005117ED" w:rsidRDefault="00666217" w:rsidP="00666217">
            <w:pPr>
              <w:jc w:val="center"/>
              <w:rPr>
                <w:rFonts w:cs="Sakkal Majalla"/>
                <w:b/>
                <w:bCs/>
                <w:color w:val="000000" w:themeColor="text1"/>
                <w:sz w:val="36"/>
                <w:szCs w:val="38"/>
                <w:rtl/>
              </w:rPr>
            </w:pPr>
            <w:r w:rsidRPr="005117ED">
              <w:rPr>
                <w:rFonts w:cs="Sakkal Majalla"/>
                <w:b/>
                <w:bCs/>
                <w:color w:val="000000" w:themeColor="text1"/>
                <w:sz w:val="36"/>
                <w:szCs w:val="38"/>
                <w:rtl/>
              </w:rPr>
              <w:t>المملكة العربية السعودية</w:t>
            </w:r>
          </w:p>
          <w:p w:rsidR="00666217" w:rsidRPr="005117ED" w:rsidRDefault="00666217" w:rsidP="00666217">
            <w:pPr>
              <w:jc w:val="center"/>
              <w:rPr>
                <w:rFonts w:cs="Sakkal Majalla"/>
                <w:color w:val="000000" w:themeColor="text1"/>
                <w:sz w:val="36"/>
                <w:szCs w:val="38"/>
                <w:rtl/>
              </w:rPr>
            </w:pPr>
            <w:r w:rsidRPr="005117ED">
              <w:rPr>
                <w:rFonts w:cs="Sakkal Majalla"/>
                <w:b/>
                <w:bCs/>
                <w:color w:val="000000" w:themeColor="text1"/>
                <w:sz w:val="36"/>
                <w:szCs w:val="38"/>
                <w:rtl/>
              </w:rPr>
              <w:t>وزارة التعليم</w:t>
            </w:r>
          </w:p>
          <w:p w:rsidR="00666217" w:rsidRPr="005117ED" w:rsidRDefault="00666217" w:rsidP="00C52E0D">
            <w:pPr>
              <w:jc w:val="center"/>
              <w:rPr>
                <w:rFonts w:cs="Sakkal Majalla"/>
                <w:color w:val="000000" w:themeColor="text1"/>
                <w:sz w:val="36"/>
                <w:szCs w:val="38"/>
                <w:rtl/>
              </w:rPr>
            </w:pPr>
            <w:r w:rsidRPr="005117ED">
              <w:rPr>
                <w:rFonts w:cs="Sakkal Majalla"/>
                <w:b/>
                <w:bCs/>
                <w:color w:val="000000" w:themeColor="text1"/>
                <w:sz w:val="36"/>
                <w:szCs w:val="38"/>
                <w:rtl/>
              </w:rPr>
              <w:t xml:space="preserve">جامعة </w:t>
            </w:r>
            <w:proofErr w:type="spellStart"/>
            <w:r w:rsidR="00C52E0D">
              <w:rPr>
                <w:rFonts w:cs="Sakkal Majalla" w:hint="cs"/>
                <w:b/>
                <w:bCs/>
                <w:color w:val="000000" w:themeColor="text1"/>
                <w:sz w:val="36"/>
                <w:szCs w:val="38"/>
                <w:rtl/>
              </w:rPr>
              <w:t>ميداوشن</w:t>
            </w:r>
            <w:proofErr w:type="spellEnd"/>
          </w:p>
          <w:p w:rsidR="00666217" w:rsidRPr="005117ED" w:rsidRDefault="00C52E0D" w:rsidP="00C52E0D">
            <w:pPr>
              <w:jc w:val="center"/>
              <w:rPr>
                <w:rFonts w:cs="Sakkal Majalla"/>
                <w:color w:val="000000" w:themeColor="text1"/>
                <w:sz w:val="36"/>
                <w:szCs w:val="38"/>
                <w:rtl/>
              </w:rPr>
            </w:pPr>
            <w:r>
              <w:rPr>
                <w:rFonts w:cs="Sakkal Majalla" w:hint="cs"/>
                <w:b/>
                <w:bCs/>
                <w:color w:val="000000" w:themeColor="text1"/>
                <w:sz w:val="36"/>
                <w:szCs w:val="38"/>
                <w:rtl/>
              </w:rPr>
              <w:t>إدارة الأعمال</w:t>
            </w:r>
          </w:p>
        </w:tc>
        <w:tc>
          <w:tcPr>
            <w:tcW w:w="3017" w:type="dxa"/>
          </w:tcPr>
          <w:p w:rsidR="00666217" w:rsidRPr="005117ED" w:rsidRDefault="00666217" w:rsidP="00666217">
            <w:pPr>
              <w:rPr>
                <w:rFonts w:cs="Sakkal Majalla"/>
                <w:color w:val="000000" w:themeColor="text1"/>
                <w:sz w:val="36"/>
                <w:szCs w:val="38"/>
                <w:rtl/>
              </w:rPr>
            </w:pPr>
          </w:p>
        </w:tc>
        <w:tc>
          <w:tcPr>
            <w:tcW w:w="3360" w:type="dxa"/>
          </w:tcPr>
          <w:p w:rsidR="00666217" w:rsidRPr="005117ED" w:rsidRDefault="00CB1CCF" w:rsidP="00666217">
            <w:pPr>
              <w:rPr>
                <w:rFonts w:cs="Sakkal Majalla"/>
                <w:color w:val="000000" w:themeColor="text1"/>
                <w:sz w:val="36"/>
                <w:szCs w:val="38"/>
                <w:rtl/>
              </w:rPr>
            </w:pPr>
            <w:r>
              <w:rPr>
                <w:noProof/>
              </w:rPr>
              <w:drawing>
                <wp:anchor distT="0" distB="0" distL="114300" distR="114300" simplePos="0" relativeHeight="251663360" behindDoc="0" locked="0" layoutInCell="1" allowOverlap="1" wp14:anchorId="4CAA30CE" wp14:editId="1F3FDCD3">
                  <wp:simplePos x="0" y="0"/>
                  <wp:positionH relativeFrom="column">
                    <wp:posOffset>0</wp:posOffset>
                  </wp:positionH>
                  <wp:positionV relativeFrom="paragraph">
                    <wp:posOffset>414655</wp:posOffset>
                  </wp:positionV>
                  <wp:extent cx="2398395" cy="1002030"/>
                  <wp:effectExtent l="0" t="0" r="1905" b="7620"/>
                  <wp:wrapTight wrapText="bothSides">
                    <wp:wrapPolygon edited="0">
                      <wp:start x="0" y="0"/>
                      <wp:lineTo x="0" y="21354"/>
                      <wp:lineTo x="21446" y="21354"/>
                      <wp:lineTo x="21446" y="0"/>
                      <wp:lineTo x="0" y="0"/>
                    </wp:wrapPolygon>
                  </wp:wrapTight>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صورة 2"/>
                          <pic:cNvPicPr>
                            <a:picLocks noChangeAspect="1"/>
                          </pic:cNvPicPr>
                        </pic:nvPicPr>
                        <pic:blipFill>
                          <a:blip r:embed="rId8"/>
                          <a:stretch>
                            <a:fillRect/>
                          </a:stretch>
                        </pic:blipFill>
                        <pic:spPr>
                          <a:xfrm>
                            <a:off x="0" y="0"/>
                            <a:ext cx="2398395" cy="1002030"/>
                          </a:xfrm>
                          <a:prstGeom prst="rect">
                            <a:avLst/>
                          </a:prstGeom>
                        </pic:spPr>
                      </pic:pic>
                    </a:graphicData>
                  </a:graphic>
                </wp:anchor>
              </w:drawing>
            </w:r>
          </w:p>
        </w:tc>
      </w:tr>
    </w:tbl>
    <w:p w:rsidR="001D234E" w:rsidRDefault="001D234E" w:rsidP="009C0B71">
      <w:pPr>
        <w:jc w:val="center"/>
        <w:rPr>
          <w:rFonts w:cs="Sakkal Majalla"/>
          <w:b/>
          <w:bCs/>
          <w:color w:val="000000" w:themeColor="text1"/>
          <w:sz w:val="36"/>
          <w:szCs w:val="38"/>
          <w:rtl/>
        </w:rPr>
      </w:pPr>
    </w:p>
    <w:p w:rsidR="00666217" w:rsidRPr="005117ED" w:rsidRDefault="00111D2F" w:rsidP="009C0B71">
      <w:pPr>
        <w:jc w:val="center"/>
        <w:rPr>
          <w:rFonts w:cs="Sakkal Majalla"/>
          <w:b/>
          <w:bCs/>
          <w:color w:val="000000" w:themeColor="text1"/>
          <w:sz w:val="36"/>
          <w:szCs w:val="38"/>
          <w:rtl/>
        </w:rPr>
      </w:pPr>
      <w:bookmarkStart w:id="0" w:name="_GoBack"/>
      <w:bookmarkEnd w:id="0"/>
      <w:r w:rsidRPr="005117ED">
        <w:rPr>
          <w:rFonts w:cs="Sakkal Majalla" w:hint="cs"/>
          <w:b/>
          <w:bCs/>
          <w:color w:val="000000" w:themeColor="text1"/>
          <w:sz w:val="36"/>
          <w:szCs w:val="38"/>
          <w:rtl/>
        </w:rPr>
        <w:t>بحث</w:t>
      </w:r>
      <w:r w:rsidR="00425577" w:rsidRPr="005117ED">
        <w:rPr>
          <w:rFonts w:cs="Sakkal Majalla" w:hint="cs"/>
          <w:b/>
          <w:bCs/>
          <w:color w:val="000000" w:themeColor="text1"/>
          <w:sz w:val="36"/>
          <w:szCs w:val="38"/>
          <w:rtl/>
        </w:rPr>
        <w:t xml:space="preserve"> </w:t>
      </w:r>
      <w:r w:rsidR="00F24756" w:rsidRPr="005117ED">
        <w:rPr>
          <w:rFonts w:cs="Sakkal Majalla" w:hint="cs"/>
          <w:b/>
          <w:bCs/>
          <w:color w:val="000000" w:themeColor="text1"/>
          <w:sz w:val="36"/>
          <w:szCs w:val="38"/>
          <w:rtl/>
        </w:rPr>
        <w:t xml:space="preserve">بعنوان : </w:t>
      </w:r>
    </w:p>
    <w:p w:rsidR="00F24756" w:rsidRPr="005117ED" w:rsidRDefault="00F24756" w:rsidP="009C0B71">
      <w:pPr>
        <w:jc w:val="center"/>
        <w:rPr>
          <w:rFonts w:cs="Sakkal Majalla"/>
          <w:b/>
          <w:bCs/>
          <w:color w:val="000000" w:themeColor="text1"/>
          <w:sz w:val="24"/>
          <w:szCs w:val="26"/>
          <w:rtl/>
        </w:rPr>
      </w:pPr>
    </w:p>
    <w:p w:rsidR="003250CE" w:rsidRPr="005117ED" w:rsidRDefault="003250CE" w:rsidP="003250CE">
      <w:pPr>
        <w:jc w:val="center"/>
        <w:rPr>
          <w:rFonts w:ascii="KFGQPC KSA Heading" w:eastAsiaTheme="majorEastAsia" w:hAnsi="KFGQPC KSA Heading" w:cs="KFGQPC KSA Heading"/>
          <w:color w:val="000000" w:themeColor="text1"/>
          <w:spacing w:val="-10"/>
          <w:kern w:val="28"/>
          <w:sz w:val="14"/>
          <w:szCs w:val="30"/>
          <w:rtl/>
        </w:rPr>
      </w:pPr>
      <w:r w:rsidRPr="005117ED">
        <w:rPr>
          <w:rFonts w:ascii="KFGQPC KSA Heading" w:eastAsiaTheme="majorEastAsia" w:hAnsi="KFGQPC KSA Heading" w:cs="KFGQPC KSA Heading"/>
          <w:color w:val="000000" w:themeColor="text1"/>
          <w:spacing w:val="-10"/>
          <w:kern w:val="28"/>
          <w:sz w:val="14"/>
          <w:szCs w:val="30"/>
          <w:rtl/>
        </w:rPr>
        <w:t>أثر القيادة التحويلية في تعزيز الإبداع التنظيمي</w:t>
      </w:r>
    </w:p>
    <w:p w:rsidR="00984A5E" w:rsidRPr="005117ED" w:rsidRDefault="003250CE" w:rsidP="003250CE">
      <w:pPr>
        <w:jc w:val="center"/>
        <w:rPr>
          <w:rFonts w:cs="AL-Mateen"/>
          <w:b/>
          <w:bCs/>
          <w:color w:val="000000" w:themeColor="text1"/>
          <w:sz w:val="42"/>
          <w:szCs w:val="44"/>
          <w:rtl/>
        </w:rPr>
      </w:pPr>
      <w:r w:rsidRPr="005117ED">
        <w:rPr>
          <w:rFonts w:ascii="KFGQPC KSA Heading" w:eastAsiaTheme="majorEastAsia" w:hAnsi="KFGQPC KSA Heading" w:cs="AL-Mateen" w:hint="cs"/>
          <w:color w:val="000000" w:themeColor="text1"/>
          <w:spacing w:val="-10"/>
          <w:kern w:val="28"/>
          <w:sz w:val="20"/>
          <w:rtl/>
        </w:rPr>
        <w:t>(</w:t>
      </w:r>
      <w:r w:rsidRPr="005117ED">
        <w:rPr>
          <w:rFonts w:ascii="KFGQPC KSA Heading" w:eastAsiaTheme="majorEastAsia" w:hAnsi="KFGQPC KSA Heading" w:cs="AL-Mateen"/>
          <w:color w:val="000000" w:themeColor="text1"/>
          <w:spacing w:val="-10"/>
          <w:kern w:val="28"/>
          <w:sz w:val="20"/>
          <w:rtl/>
        </w:rPr>
        <w:t>دراسة تطبيقية على المنشآت الصغيرة والمتوسطة السعودية</w:t>
      </w:r>
      <w:r w:rsidRPr="005117ED">
        <w:rPr>
          <w:rFonts w:ascii="KFGQPC KSA Heading" w:eastAsiaTheme="majorEastAsia" w:hAnsi="KFGQPC KSA Heading" w:cs="AL-Mateen" w:hint="cs"/>
          <w:color w:val="000000" w:themeColor="text1"/>
          <w:spacing w:val="-10"/>
          <w:kern w:val="28"/>
          <w:sz w:val="20"/>
          <w:rtl/>
        </w:rPr>
        <w:t>)</w:t>
      </w:r>
    </w:p>
    <w:p w:rsidR="00984A5E" w:rsidRPr="005117ED" w:rsidRDefault="00984A5E" w:rsidP="00666217">
      <w:pPr>
        <w:jc w:val="center"/>
        <w:rPr>
          <w:rFonts w:cs="Sakkal Majalla"/>
          <w:b/>
          <w:bCs/>
          <w:color w:val="000000" w:themeColor="text1"/>
          <w:sz w:val="36"/>
          <w:szCs w:val="38"/>
          <w:rtl/>
        </w:rPr>
      </w:pPr>
    </w:p>
    <w:p w:rsidR="00666217" w:rsidRPr="005117ED" w:rsidRDefault="00666217" w:rsidP="00666217">
      <w:pPr>
        <w:jc w:val="center"/>
        <w:rPr>
          <w:rFonts w:cs="Sakkal Majalla"/>
          <w:b/>
          <w:bCs/>
          <w:color w:val="000000" w:themeColor="text1"/>
          <w:sz w:val="36"/>
          <w:szCs w:val="38"/>
          <w:rtl/>
        </w:rPr>
      </w:pPr>
      <w:r w:rsidRPr="005117ED">
        <w:rPr>
          <w:rFonts w:cs="Sakkal Majalla"/>
          <w:b/>
          <w:bCs/>
          <w:color w:val="000000" w:themeColor="text1"/>
          <w:sz w:val="36"/>
          <w:szCs w:val="38"/>
          <w:rtl/>
        </w:rPr>
        <w:t xml:space="preserve">إعداد </w:t>
      </w:r>
      <w:proofErr w:type="gramStart"/>
      <w:r w:rsidRPr="005117ED">
        <w:rPr>
          <w:rFonts w:cs="Sakkal Majalla"/>
          <w:b/>
          <w:bCs/>
          <w:color w:val="000000" w:themeColor="text1"/>
          <w:sz w:val="36"/>
          <w:szCs w:val="38"/>
          <w:rtl/>
        </w:rPr>
        <w:t>الطالب :</w:t>
      </w:r>
      <w:proofErr w:type="gramEnd"/>
    </w:p>
    <w:p w:rsidR="00666217" w:rsidRPr="005117ED" w:rsidRDefault="00C52E0D" w:rsidP="00C52E0D">
      <w:pPr>
        <w:jc w:val="center"/>
        <w:rPr>
          <w:rFonts w:cs="Sakkal Majalla"/>
          <w:b/>
          <w:bCs/>
          <w:color w:val="000000" w:themeColor="text1"/>
          <w:sz w:val="36"/>
          <w:szCs w:val="38"/>
          <w:rtl/>
        </w:rPr>
      </w:pPr>
      <w:r w:rsidRPr="00C52E0D">
        <w:rPr>
          <w:rFonts w:cs="Sakkal Majalla"/>
          <w:b/>
          <w:bCs/>
          <w:color w:val="000000" w:themeColor="text1"/>
          <w:sz w:val="36"/>
          <w:szCs w:val="38"/>
          <w:rtl/>
        </w:rPr>
        <w:t>محمد علي جمهور</w:t>
      </w:r>
    </w:p>
    <w:p w:rsidR="00666217" w:rsidRPr="005117ED" w:rsidRDefault="00666217" w:rsidP="00C52E0D">
      <w:pPr>
        <w:jc w:val="center"/>
        <w:rPr>
          <w:rFonts w:cs="Sakkal Majalla"/>
          <w:b/>
          <w:bCs/>
          <w:color w:val="000000" w:themeColor="text1"/>
          <w:sz w:val="36"/>
          <w:szCs w:val="38"/>
          <w:rtl/>
        </w:rPr>
      </w:pPr>
      <w:r w:rsidRPr="005117ED">
        <w:rPr>
          <w:rFonts w:cs="Sakkal Majalla"/>
          <w:b/>
          <w:bCs/>
          <w:color w:val="000000" w:themeColor="text1"/>
          <w:sz w:val="36"/>
          <w:szCs w:val="38"/>
          <w:rtl/>
        </w:rPr>
        <w:t xml:space="preserve">الرقم الجامعي </w:t>
      </w:r>
      <w:proofErr w:type="gramStart"/>
      <w:r w:rsidRPr="005117ED">
        <w:rPr>
          <w:rFonts w:cs="Sakkal Majalla"/>
          <w:b/>
          <w:bCs/>
          <w:color w:val="000000" w:themeColor="text1"/>
          <w:sz w:val="36"/>
          <w:szCs w:val="38"/>
          <w:rtl/>
        </w:rPr>
        <w:t xml:space="preserve">( </w:t>
      </w:r>
      <w:r w:rsidR="00C52E0D" w:rsidRPr="00C52E0D">
        <w:rPr>
          <w:rFonts w:cs="Sakkal Majalla"/>
          <w:b/>
          <w:bCs/>
          <w:color w:val="000000" w:themeColor="text1"/>
          <w:sz w:val="36"/>
          <w:szCs w:val="38"/>
          <w:rtl/>
        </w:rPr>
        <w:t>253001621</w:t>
      </w:r>
      <w:proofErr w:type="gramEnd"/>
      <w:r w:rsidRPr="005117ED">
        <w:rPr>
          <w:rFonts w:cs="Sakkal Majalla"/>
          <w:b/>
          <w:bCs/>
          <w:color w:val="000000" w:themeColor="text1"/>
          <w:sz w:val="36"/>
          <w:szCs w:val="38"/>
          <w:rtl/>
        </w:rPr>
        <w:t xml:space="preserve">  )</w:t>
      </w:r>
    </w:p>
    <w:p w:rsidR="00666217" w:rsidRPr="005117ED" w:rsidRDefault="00666217" w:rsidP="00666217">
      <w:pPr>
        <w:rPr>
          <w:rFonts w:cs="Sakkal Majalla"/>
          <w:b/>
          <w:bCs/>
          <w:color w:val="000000" w:themeColor="text1"/>
          <w:sz w:val="36"/>
          <w:szCs w:val="38"/>
          <w:rtl/>
        </w:rPr>
      </w:pPr>
    </w:p>
    <w:p w:rsidR="00666217" w:rsidRPr="005117ED" w:rsidRDefault="00666217" w:rsidP="00666217">
      <w:pPr>
        <w:jc w:val="center"/>
        <w:rPr>
          <w:rFonts w:cs="Sakkal Majalla"/>
          <w:b/>
          <w:bCs/>
          <w:color w:val="000000" w:themeColor="text1"/>
          <w:sz w:val="36"/>
          <w:szCs w:val="38"/>
        </w:rPr>
      </w:pPr>
      <w:r w:rsidRPr="005117ED">
        <w:rPr>
          <w:rFonts w:cs="Sakkal Majalla"/>
          <w:b/>
          <w:bCs/>
          <w:color w:val="000000" w:themeColor="text1"/>
          <w:sz w:val="36"/>
          <w:szCs w:val="38"/>
          <w:rtl/>
        </w:rPr>
        <w:t>إشراف /</w:t>
      </w:r>
    </w:p>
    <w:p w:rsidR="00C52E0D" w:rsidRPr="00C52E0D" w:rsidRDefault="00C52E0D" w:rsidP="00C52E0D">
      <w:pPr>
        <w:jc w:val="center"/>
        <w:rPr>
          <w:rFonts w:cs="Sakkal Majalla"/>
          <w:b/>
          <w:bCs/>
          <w:color w:val="000000" w:themeColor="text1"/>
          <w:sz w:val="36"/>
          <w:szCs w:val="38"/>
          <w:rtl/>
        </w:rPr>
      </w:pPr>
      <w:r w:rsidRPr="00C52E0D">
        <w:rPr>
          <w:rFonts w:cs="Sakkal Majalla"/>
          <w:b/>
          <w:bCs/>
          <w:color w:val="000000" w:themeColor="text1"/>
          <w:sz w:val="36"/>
          <w:szCs w:val="38"/>
          <w:rtl/>
        </w:rPr>
        <w:t>د فايز جراد</w:t>
      </w:r>
    </w:p>
    <w:p w:rsidR="00666217" w:rsidRPr="005117ED" w:rsidRDefault="00C52E0D" w:rsidP="00C52E0D">
      <w:pPr>
        <w:jc w:val="center"/>
        <w:rPr>
          <w:rFonts w:cs="Sakkal Majalla"/>
          <w:b/>
          <w:bCs/>
          <w:color w:val="000000" w:themeColor="text1"/>
          <w:sz w:val="36"/>
          <w:szCs w:val="38"/>
        </w:rPr>
      </w:pPr>
      <w:r w:rsidRPr="00C52E0D">
        <w:rPr>
          <w:rFonts w:cs="Sakkal Majalla"/>
          <w:b/>
          <w:bCs/>
          <w:color w:val="000000" w:themeColor="text1"/>
          <w:sz w:val="36"/>
          <w:szCs w:val="38"/>
          <w:rtl/>
        </w:rPr>
        <w:t>د الفيصل عبد الكريم</w:t>
      </w:r>
    </w:p>
    <w:p w:rsidR="00666217" w:rsidRPr="005117ED" w:rsidRDefault="00666217" w:rsidP="00666217">
      <w:pPr>
        <w:rPr>
          <w:rFonts w:cs="Sakkal Majalla"/>
          <w:b/>
          <w:bCs/>
          <w:color w:val="000000" w:themeColor="text1"/>
          <w:sz w:val="36"/>
          <w:szCs w:val="38"/>
          <w:rtl/>
        </w:rPr>
      </w:pPr>
    </w:p>
    <w:p w:rsidR="00666217" w:rsidRPr="005117ED" w:rsidRDefault="00666217" w:rsidP="00666217">
      <w:pPr>
        <w:rPr>
          <w:rFonts w:cs="Sakkal Majalla"/>
          <w:b/>
          <w:bCs/>
          <w:color w:val="000000" w:themeColor="text1"/>
          <w:sz w:val="36"/>
          <w:szCs w:val="38"/>
          <w:rtl/>
        </w:rPr>
      </w:pPr>
    </w:p>
    <w:p w:rsidR="00666217" w:rsidRPr="005117ED" w:rsidRDefault="00666217" w:rsidP="00F24756">
      <w:pPr>
        <w:jc w:val="center"/>
        <w:rPr>
          <w:rFonts w:cs="Sakkal Majalla"/>
          <w:b/>
          <w:bCs/>
          <w:color w:val="000000" w:themeColor="text1"/>
          <w:sz w:val="36"/>
          <w:szCs w:val="38"/>
        </w:rPr>
      </w:pPr>
      <w:r w:rsidRPr="005117ED">
        <w:rPr>
          <w:rFonts w:cs="Sakkal Majalla"/>
          <w:b/>
          <w:bCs/>
          <w:color w:val="000000" w:themeColor="text1"/>
          <w:sz w:val="36"/>
          <w:szCs w:val="38"/>
          <w:rtl/>
        </w:rPr>
        <w:t xml:space="preserve">العام </w:t>
      </w:r>
      <w:proofErr w:type="gramStart"/>
      <w:r w:rsidRPr="005117ED">
        <w:rPr>
          <w:rFonts w:cs="Sakkal Majalla"/>
          <w:b/>
          <w:bCs/>
          <w:color w:val="000000" w:themeColor="text1"/>
          <w:sz w:val="36"/>
          <w:szCs w:val="38"/>
          <w:rtl/>
        </w:rPr>
        <w:t>الدراسي :</w:t>
      </w:r>
      <w:proofErr w:type="gramEnd"/>
      <w:r w:rsidRPr="005117ED">
        <w:rPr>
          <w:rFonts w:cs="Sakkal Majalla"/>
          <w:b/>
          <w:bCs/>
          <w:color w:val="000000" w:themeColor="text1"/>
          <w:sz w:val="36"/>
          <w:szCs w:val="38"/>
          <w:rtl/>
        </w:rPr>
        <w:t xml:space="preserve"> 202</w:t>
      </w:r>
      <w:r w:rsidR="00F24756" w:rsidRPr="005117ED">
        <w:rPr>
          <w:rFonts w:cs="Sakkal Majalla" w:hint="cs"/>
          <w:b/>
          <w:bCs/>
          <w:color w:val="000000" w:themeColor="text1"/>
          <w:sz w:val="36"/>
          <w:szCs w:val="38"/>
          <w:rtl/>
        </w:rPr>
        <w:t>6</w:t>
      </w:r>
      <w:r w:rsidRPr="005117ED">
        <w:rPr>
          <w:rFonts w:cs="Sakkal Majalla"/>
          <w:b/>
          <w:bCs/>
          <w:color w:val="000000" w:themeColor="text1"/>
          <w:sz w:val="36"/>
          <w:szCs w:val="38"/>
          <w:rtl/>
        </w:rPr>
        <w:t>م</w:t>
      </w:r>
    </w:p>
    <w:p w:rsidR="00C75FC8" w:rsidRPr="005117ED" w:rsidRDefault="00666217" w:rsidP="00C75FC8">
      <w:pPr>
        <w:spacing w:before="0"/>
        <w:jc w:val="both"/>
        <w:rPr>
          <w:rFonts w:cs="Sakkal Majalla"/>
          <w:color w:val="000000" w:themeColor="text1"/>
          <w:sz w:val="36"/>
          <w:szCs w:val="38"/>
        </w:rPr>
      </w:pPr>
      <w:r w:rsidRPr="005117ED">
        <w:rPr>
          <w:rFonts w:cs="Sakkal Majalla"/>
          <w:color w:val="000000" w:themeColor="text1"/>
          <w:sz w:val="36"/>
          <w:szCs w:val="38"/>
          <w:rtl/>
        </w:rPr>
        <w:br w:type="page"/>
      </w:r>
    </w:p>
    <w:p w:rsidR="00CA18A8" w:rsidRPr="005117ED" w:rsidRDefault="00CA18A8" w:rsidP="00D16941">
      <w:pPr>
        <w:spacing w:before="0"/>
        <w:ind w:firstLine="0"/>
        <w:jc w:val="both"/>
        <w:rPr>
          <w:rFonts w:cs="Sakkal Majalla"/>
          <w:bCs/>
          <w:color w:val="000000" w:themeColor="text1"/>
          <w:sz w:val="40"/>
          <w:szCs w:val="42"/>
          <w:rtl/>
        </w:rPr>
      </w:pPr>
    </w:p>
    <w:p w:rsidR="00CA18A8" w:rsidRPr="005117ED" w:rsidRDefault="00CA18A8" w:rsidP="00CA18A8">
      <w:pPr>
        <w:spacing w:before="0"/>
        <w:ind w:firstLine="0"/>
        <w:jc w:val="center"/>
        <w:rPr>
          <w:rFonts w:cs="Sakkal Majalla"/>
          <w:bCs/>
          <w:color w:val="000000" w:themeColor="text1"/>
          <w:sz w:val="40"/>
          <w:szCs w:val="42"/>
          <w:rtl/>
        </w:rPr>
      </w:pPr>
    </w:p>
    <w:p w:rsidR="00C85E25" w:rsidRPr="005117ED" w:rsidRDefault="00C85E25" w:rsidP="00C85E25">
      <w:pPr>
        <w:spacing w:before="0"/>
        <w:ind w:firstLine="0"/>
        <w:jc w:val="center"/>
        <w:rPr>
          <w:rFonts w:cs="Sakkal Majalla"/>
          <w:b/>
          <w:bCs/>
          <w:color w:val="000000" w:themeColor="text1"/>
          <w:sz w:val="40"/>
          <w:szCs w:val="42"/>
          <w:rtl/>
        </w:rPr>
      </w:pPr>
      <w:bookmarkStart w:id="1" w:name="_Toc232979485"/>
    </w:p>
    <w:p w:rsidR="00C85E25" w:rsidRPr="005117ED" w:rsidRDefault="00C85E25" w:rsidP="00C85E25">
      <w:pPr>
        <w:spacing w:before="0"/>
        <w:ind w:firstLine="0"/>
        <w:jc w:val="center"/>
        <w:rPr>
          <w:rFonts w:cs="Sakkal Majalla"/>
          <w:b/>
          <w:bCs/>
          <w:color w:val="000000" w:themeColor="text1"/>
          <w:sz w:val="40"/>
          <w:szCs w:val="42"/>
          <w:rtl/>
        </w:rPr>
      </w:pPr>
    </w:p>
    <w:p w:rsidR="00C85E25" w:rsidRPr="005117ED" w:rsidRDefault="00C85E25" w:rsidP="00C85E25">
      <w:pPr>
        <w:spacing w:before="0"/>
        <w:ind w:firstLine="0"/>
        <w:jc w:val="center"/>
        <w:rPr>
          <w:rFonts w:cs="Sakkal Majalla"/>
          <w:b/>
          <w:bCs/>
          <w:color w:val="000000" w:themeColor="text1"/>
          <w:sz w:val="40"/>
          <w:szCs w:val="42"/>
          <w:rtl/>
        </w:rPr>
      </w:pPr>
    </w:p>
    <w:p w:rsidR="00C85E25" w:rsidRPr="005117ED" w:rsidRDefault="00C85E25" w:rsidP="00FD5E07">
      <w:pPr>
        <w:spacing w:before="0"/>
        <w:ind w:firstLine="0"/>
        <w:jc w:val="center"/>
        <w:outlineLvl w:val="0"/>
        <w:rPr>
          <w:rFonts w:eastAsia="Times New Roman" w:cs="Sakkal Majalla"/>
          <w:b/>
          <w:bCs/>
          <w:color w:val="000000" w:themeColor="text1"/>
          <w:sz w:val="42"/>
          <w:szCs w:val="42"/>
          <w:rtl/>
        </w:rPr>
      </w:pPr>
      <w:bookmarkStart w:id="2" w:name="_Toc233321957"/>
      <w:proofErr w:type="gramStart"/>
      <w:r w:rsidRPr="005117ED">
        <w:rPr>
          <w:rFonts w:eastAsia="Times New Roman" w:cs="Sakkal Majalla"/>
          <w:b/>
          <w:bCs/>
          <w:color w:val="000000" w:themeColor="text1"/>
          <w:sz w:val="42"/>
          <w:szCs w:val="42"/>
          <w:rtl/>
        </w:rPr>
        <w:t>الإهداء</w:t>
      </w:r>
      <w:r w:rsidRPr="005117ED">
        <w:rPr>
          <w:rFonts w:eastAsia="Times New Roman" w:cs="Sakkal Majalla" w:hint="cs"/>
          <w:b/>
          <w:bCs/>
          <w:color w:val="000000" w:themeColor="text1"/>
          <w:sz w:val="42"/>
          <w:szCs w:val="42"/>
          <w:rtl/>
        </w:rPr>
        <w:t xml:space="preserve"> :</w:t>
      </w:r>
      <w:bookmarkEnd w:id="1"/>
      <w:bookmarkEnd w:id="2"/>
      <w:proofErr w:type="gramEnd"/>
      <w:r w:rsidRPr="005117ED">
        <w:rPr>
          <w:rFonts w:eastAsia="Times New Roman" w:cs="Sakkal Majalla" w:hint="cs"/>
          <w:b/>
          <w:bCs/>
          <w:color w:val="000000" w:themeColor="text1"/>
          <w:sz w:val="42"/>
          <w:szCs w:val="42"/>
          <w:rtl/>
        </w:rPr>
        <w:t xml:space="preserve"> </w:t>
      </w:r>
    </w:p>
    <w:p w:rsidR="00C85E25" w:rsidRPr="005117ED" w:rsidRDefault="00C85E25" w:rsidP="00FD5E07">
      <w:pPr>
        <w:spacing w:before="0"/>
        <w:ind w:firstLine="0"/>
        <w:jc w:val="center"/>
        <w:rPr>
          <w:rFonts w:cs="Sakkal Majalla"/>
          <w:bCs/>
          <w:color w:val="000000" w:themeColor="text1"/>
          <w:sz w:val="40"/>
          <w:szCs w:val="42"/>
        </w:rPr>
      </w:pPr>
    </w:p>
    <w:p w:rsidR="00C85E25" w:rsidRPr="005117ED" w:rsidRDefault="00C85E25" w:rsidP="00FD5E07">
      <w:pPr>
        <w:spacing w:before="0"/>
        <w:ind w:firstLine="720"/>
        <w:jc w:val="center"/>
        <w:rPr>
          <w:rFonts w:cs="Sakkal Majalla"/>
          <w:color w:val="000000" w:themeColor="text1"/>
          <w:sz w:val="36"/>
          <w:szCs w:val="38"/>
        </w:rPr>
      </w:pPr>
      <w:r w:rsidRPr="005117ED">
        <w:rPr>
          <w:rFonts w:cs="Sakkal Majalla"/>
          <w:color w:val="000000" w:themeColor="text1"/>
          <w:sz w:val="36"/>
          <w:szCs w:val="38"/>
          <w:rtl/>
        </w:rPr>
        <w:t>إلى من كان لهم بعد الله الفضل في دعمي وتشجيعي، وإلى أسرتي الكريمة التي منحتني العون والصبر، وإلى كل من يؤمن بأن المعرفة طريق للنهوض بالإنسان والمنظمة والمجتمع؛ أهدي هذا العمل المتواضع.</w:t>
      </w:r>
    </w:p>
    <w:p w:rsidR="00C85E25" w:rsidRPr="005117ED" w:rsidRDefault="00C85E25" w:rsidP="00FD5E07">
      <w:pPr>
        <w:spacing w:before="0"/>
        <w:ind w:firstLine="720"/>
        <w:jc w:val="center"/>
        <w:rPr>
          <w:rFonts w:cs="Sakkal Majalla"/>
          <w:color w:val="000000" w:themeColor="text1"/>
          <w:sz w:val="36"/>
          <w:szCs w:val="38"/>
        </w:rPr>
      </w:pPr>
      <w:r w:rsidRPr="005117ED">
        <w:rPr>
          <w:rFonts w:cs="Sakkal Majalla"/>
          <w:color w:val="000000" w:themeColor="text1"/>
          <w:sz w:val="36"/>
          <w:szCs w:val="38"/>
          <w:rtl/>
        </w:rPr>
        <w:t>كما أهديه إلى أصحاب المنشآت الصغيرة والمتوسطة والعاملين فيها، لما يمثلونه من طاقة إنتاجية وريادية تسهم في بناء اقتصاد وطني أكثر تنوعًا وابتكارًا.</w:t>
      </w:r>
    </w:p>
    <w:p w:rsidR="00CA18A8" w:rsidRPr="005117ED" w:rsidRDefault="00CA18A8" w:rsidP="00FD5E07">
      <w:pPr>
        <w:spacing w:before="0"/>
        <w:ind w:firstLine="0"/>
        <w:jc w:val="center"/>
        <w:rPr>
          <w:rFonts w:cs="Sakkal Majalla"/>
          <w:bCs/>
          <w:color w:val="000000" w:themeColor="text1"/>
          <w:sz w:val="40"/>
          <w:szCs w:val="42"/>
          <w:rtl/>
        </w:rPr>
      </w:pPr>
    </w:p>
    <w:p w:rsidR="00CA18A8" w:rsidRPr="005117ED" w:rsidRDefault="00CA18A8" w:rsidP="00FD5E07">
      <w:pPr>
        <w:spacing w:before="0"/>
        <w:ind w:firstLine="0"/>
        <w:jc w:val="center"/>
        <w:rPr>
          <w:rFonts w:cs="Sakkal Majalla"/>
          <w:bCs/>
          <w:color w:val="000000" w:themeColor="text1"/>
          <w:sz w:val="40"/>
          <w:szCs w:val="42"/>
          <w:rtl/>
        </w:rPr>
      </w:pPr>
    </w:p>
    <w:p w:rsidR="00C85E25" w:rsidRPr="005117ED" w:rsidRDefault="00C85E25" w:rsidP="00FD5E07">
      <w:pPr>
        <w:bidi w:val="0"/>
        <w:spacing w:before="0"/>
        <w:ind w:firstLine="0"/>
        <w:jc w:val="left"/>
        <w:rPr>
          <w:rFonts w:eastAsia="Times New Roman" w:cs="Sakkal Majalla"/>
          <w:b/>
          <w:bCs/>
          <w:color w:val="000000" w:themeColor="text1"/>
          <w:sz w:val="42"/>
          <w:szCs w:val="42"/>
          <w:rtl/>
        </w:rPr>
      </w:pPr>
      <w:bookmarkStart w:id="3" w:name="_Toc232979486"/>
      <w:r w:rsidRPr="005117ED">
        <w:rPr>
          <w:rFonts w:eastAsia="Times New Roman" w:cs="Sakkal Majalla"/>
          <w:b/>
          <w:bCs/>
          <w:color w:val="000000" w:themeColor="text1"/>
          <w:sz w:val="42"/>
          <w:szCs w:val="42"/>
          <w:rtl/>
        </w:rPr>
        <w:br w:type="page"/>
      </w:r>
    </w:p>
    <w:p w:rsidR="00C85E25" w:rsidRPr="005117ED" w:rsidRDefault="00C85E25" w:rsidP="00FD5E07">
      <w:pPr>
        <w:spacing w:before="0"/>
        <w:ind w:firstLine="0"/>
        <w:jc w:val="center"/>
        <w:outlineLvl w:val="0"/>
        <w:rPr>
          <w:rFonts w:eastAsia="Times New Roman" w:cs="Sakkal Majalla"/>
          <w:b/>
          <w:bCs/>
          <w:color w:val="000000" w:themeColor="text1"/>
          <w:sz w:val="42"/>
          <w:szCs w:val="42"/>
          <w:rtl/>
        </w:rPr>
      </w:pPr>
    </w:p>
    <w:p w:rsidR="00C85E25" w:rsidRPr="005117ED" w:rsidRDefault="00C85E25" w:rsidP="00FD5E07">
      <w:pPr>
        <w:spacing w:before="0"/>
        <w:ind w:firstLine="0"/>
        <w:jc w:val="center"/>
        <w:outlineLvl w:val="0"/>
        <w:rPr>
          <w:rFonts w:eastAsia="Times New Roman" w:cs="Sakkal Majalla"/>
          <w:b/>
          <w:bCs/>
          <w:color w:val="000000" w:themeColor="text1"/>
          <w:sz w:val="42"/>
          <w:szCs w:val="42"/>
          <w:rtl/>
        </w:rPr>
      </w:pPr>
    </w:p>
    <w:p w:rsidR="00C85E25" w:rsidRPr="005117ED" w:rsidRDefault="00C85E25" w:rsidP="00FD5E07">
      <w:pPr>
        <w:spacing w:before="0"/>
        <w:ind w:firstLine="0"/>
        <w:jc w:val="center"/>
        <w:outlineLvl w:val="0"/>
        <w:rPr>
          <w:rFonts w:eastAsia="Times New Roman" w:cs="Sakkal Majalla"/>
          <w:b/>
          <w:bCs/>
          <w:color w:val="000000" w:themeColor="text1"/>
          <w:sz w:val="42"/>
          <w:szCs w:val="42"/>
          <w:rtl/>
        </w:rPr>
      </w:pPr>
    </w:p>
    <w:p w:rsidR="00C85E25" w:rsidRPr="005117ED" w:rsidRDefault="00C85E25" w:rsidP="00FD5E07">
      <w:pPr>
        <w:spacing w:before="0"/>
        <w:ind w:firstLine="0"/>
        <w:jc w:val="center"/>
        <w:outlineLvl w:val="0"/>
        <w:rPr>
          <w:rFonts w:eastAsia="Times New Roman" w:cs="Sakkal Majalla"/>
          <w:b/>
          <w:bCs/>
          <w:color w:val="000000" w:themeColor="text1"/>
          <w:sz w:val="42"/>
          <w:szCs w:val="42"/>
          <w:rtl/>
        </w:rPr>
      </w:pPr>
    </w:p>
    <w:p w:rsidR="00C85E25" w:rsidRPr="005117ED" w:rsidRDefault="00C85E25" w:rsidP="00FD5E07">
      <w:pPr>
        <w:spacing w:before="0"/>
        <w:ind w:firstLine="0"/>
        <w:jc w:val="center"/>
        <w:outlineLvl w:val="0"/>
        <w:rPr>
          <w:rFonts w:eastAsia="Times New Roman" w:cs="Sakkal Majalla"/>
          <w:b/>
          <w:bCs/>
          <w:color w:val="000000" w:themeColor="text1"/>
          <w:sz w:val="42"/>
          <w:szCs w:val="42"/>
          <w:rtl/>
        </w:rPr>
      </w:pPr>
    </w:p>
    <w:p w:rsidR="00996C61" w:rsidRPr="005117ED" w:rsidRDefault="00996C61" w:rsidP="00FD5E07">
      <w:pPr>
        <w:spacing w:before="0"/>
        <w:ind w:firstLine="0"/>
        <w:jc w:val="center"/>
        <w:outlineLvl w:val="0"/>
        <w:rPr>
          <w:rFonts w:eastAsia="Times New Roman" w:cs="Sakkal Majalla"/>
          <w:b/>
          <w:bCs/>
          <w:color w:val="000000" w:themeColor="text1"/>
          <w:sz w:val="42"/>
          <w:szCs w:val="42"/>
          <w:rtl/>
        </w:rPr>
      </w:pPr>
      <w:bookmarkStart w:id="4" w:name="_Toc233321958"/>
      <w:r w:rsidRPr="005117ED">
        <w:rPr>
          <w:rFonts w:eastAsia="Times New Roman" w:cs="Sakkal Majalla"/>
          <w:b/>
          <w:bCs/>
          <w:color w:val="000000" w:themeColor="text1"/>
          <w:sz w:val="42"/>
          <w:szCs w:val="42"/>
          <w:rtl/>
        </w:rPr>
        <w:t>الشكر والتقدير</w:t>
      </w:r>
      <w:r w:rsidR="00CA18A8" w:rsidRPr="005117ED">
        <w:rPr>
          <w:rFonts w:eastAsia="Times New Roman" w:cs="Sakkal Majalla" w:hint="cs"/>
          <w:b/>
          <w:bCs/>
          <w:color w:val="000000" w:themeColor="text1"/>
          <w:sz w:val="42"/>
          <w:szCs w:val="42"/>
          <w:rtl/>
        </w:rPr>
        <w:t>:</w:t>
      </w:r>
      <w:bookmarkEnd w:id="3"/>
      <w:bookmarkEnd w:id="4"/>
    </w:p>
    <w:p w:rsidR="00CA18A8" w:rsidRPr="005117ED" w:rsidRDefault="00CA18A8" w:rsidP="00FD5E07">
      <w:pPr>
        <w:spacing w:before="0"/>
        <w:ind w:firstLine="0"/>
        <w:jc w:val="center"/>
        <w:rPr>
          <w:rFonts w:cs="Sakkal Majalla"/>
          <w:bCs/>
          <w:color w:val="000000" w:themeColor="text1"/>
          <w:sz w:val="40"/>
          <w:szCs w:val="42"/>
        </w:rPr>
      </w:pPr>
    </w:p>
    <w:p w:rsidR="00996C61" w:rsidRPr="005117ED" w:rsidRDefault="00996C61" w:rsidP="00FD5E07">
      <w:pPr>
        <w:spacing w:before="0"/>
        <w:ind w:firstLine="720"/>
        <w:jc w:val="center"/>
        <w:rPr>
          <w:rFonts w:cs="Sakkal Majalla"/>
          <w:color w:val="000000" w:themeColor="text1"/>
          <w:sz w:val="36"/>
          <w:szCs w:val="38"/>
        </w:rPr>
      </w:pPr>
      <w:r w:rsidRPr="005117ED">
        <w:rPr>
          <w:rFonts w:cs="Sakkal Majalla"/>
          <w:color w:val="000000" w:themeColor="text1"/>
          <w:sz w:val="36"/>
          <w:szCs w:val="38"/>
          <w:rtl/>
        </w:rPr>
        <w:t>الحمد لله أولًا وآخرًا، والشكر له على ما يسر من إتمام هذا البحث. أتقدم بجزيل الشكر والتقدير إلى سعادة المشرف العلمي على ما قدمه من توجيه ومتابعة وملاحظات بناءة أسهمت في تطوير هذا العمل.</w:t>
      </w:r>
    </w:p>
    <w:p w:rsidR="00996C61" w:rsidRPr="005117ED" w:rsidRDefault="00996C61" w:rsidP="00FD5E07">
      <w:pPr>
        <w:spacing w:before="0"/>
        <w:ind w:firstLine="720"/>
        <w:jc w:val="center"/>
        <w:rPr>
          <w:rFonts w:cs="Sakkal Majalla"/>
          <w:color w:val="000000" w:themeColor="text1"/>
          <w:sz w:val="36"/>
          <w:szCs w:val="38"/>
        </w:rPr>
      </w:pPr>
      <w:r w:rsidRPr="005117ED">
        <w:rPr>
          <w:rFonts w:cs="Sakkal Majalla"/>
          <w:color w:val="000000" w:themeColor="text1"/>
          <w:sz w:val="36"/>
          <w:szCs w:val="38"/>
          <w:rtl/>
        </w:rPr>
        <w:t>كما أتقدم بالشكر لكل من أسهم في إنجاز هذا البحث بالرأي أو المعلومة أو التشجيع، سائلًا الله أن يجعل هذا الجهد نافعًا ومفيدًا للباحثين والممارسين في مجال الإدارة والسلوك التنظيمي.</w:t>
      </w:r>
    </w:p>
    <w:p w:rsidR="00996C61" w:rsidRPr="005117ED" w:rsidRDefault="00996C61" w:rsidP="00FD5E07">
      <w:pPr>
        <w:spacing w:before="0"/>
        <w:ind w:firstLine="0"/>
        <w:jc w:val="both"/>
        <w:rPr>
          <w:rFonts w:cs="Sakkal Majalla"/>
          <w:color w:val="000000" w:themeColor="text1"/>
          <w:sz w:val="36"/>
          <w:szCs w:val="38"/>
        </w:rPr>
      </w:pPr>
      <w:r w:rsidRPr="005117ED">
        <w:rPr>
          <w:rFonts w:cs="Sakkal Majalla"/>
          <w:color w:val="000000" w:themeColor="text1"/>
          <w:sz w:val="36"/>
          <w:szCs w:val="38"/>
        </w:rPr>
        <w:br w:type="page"/>
      </w:r>
    </w:p>
    <w:p w:rsidR="00996C61" w:rsidRPr="005117ED" w:rsidRDefault="00996C61" w:rsidP="00FD5E07">
      <w:pPr>
        <w:spacing w:before="0"/>
        <w:ind w:firstLine="0"/>
        <w:jc w:val="center"/>
        <w:outlineLvl w:val="0"/>
        <w:rPr>
          <w:rFonts w:eastAsia="Times New Roman" w:cs="Sakkal Majalla"/>
          <w:b/>
          <w:bCs/>
          <w:color w:val="000000" w:themeColor="text1"/>
          <w:sz w:val="42"/>
          <w:szCs w:val="42"/>
        </w:rPr>
      </w:pPr>
      <w:bookmarkStart w:id="5" w:name="_Toc232979487"/>
      <w:bookmarkStart w:id="6" w:name="_Toc233321959"/>
      <w:r w:rsidRPr="005117ED">
        <w:rPr>
          <w:rFonts w:eastAsia="Times New Roman" w:cs="Sakkal Majalla"/>
          <w:b/>
          <w:bCs/>
          <w:color w:val="000000" w:themeColor="text1"/>
          <w:sz w:val="42"/>
          <w:szCs w:val="42"/>
          <w:rtl/>
        </w:rPr>
        <w:lastRenderedPageBreak/>
        <w:t>الملخص</w:t>
      </w:r>
      <w:r w:rsidR="00CA18A8" w:rsidRPr="005117ED">
        <w:rPr>
          <w:rFonts w:eastAsia="Times New Roman" w:cs="Sakkal Majalla" w:hint="cs"/>
          <w:b/>
          <w:bCs/>
          <w:color w:val="000000" w:themeColor="text1"/>
          <w:sz w:val="42"/>
          <w:szCs w:val="42"/>
          <w:rtl/>
        </w:rPr>
        <w:t>:</w:t>
      </w:r>
      <w:bookmarkEnd w:id="5"/>
      <w:bookmarkEnd w:id="6"/>
    </w:p>
    <w:p w:rsidR="00C85E25" w:rsidRPr="005117ED" w:rsidRDefault="00C85E25" w:rsidP="00FD5E07">
      <w:pPr>
        <w:spacing w:before="0"/>
        <w:ind w:firstLine="720"/>
        <w:jc w:val="both"/>
        <w:rPr>
          <w:rFonts w:cs="Sakkal Majalla"/>
          <w:color w:val="000000" w:themeColor="text1"/>
          <w:sz w:val="36"/>
          <w:szCs w:val="38"/>
        </w:rPr>
      </w:pPr>
      <w:r w:rsidRPr="005117ED">
        <w:rPr>
          <w:rFonts w:cs="Sakkal Majalla"/>
          <w:color w:val="000000" w:themeColor="text1"/>
          <w:sz w:val="36"/>
          <w:szCs w:val="38"/>
          <w:rtl/>
        </w:rPr>
        <w:t xml:space="preserve">هدفت الدراسة إلى التعرف على أثر القيادة التحويلية بأبعادها الأربعة: التأثير المثالي، والتحفيز </w:t>
      </w:r>
      <w:proofErr w:type="spellStart"/>
      <w:r w:rsidRPr="005117ED">
        <w:rPr>
          <w:rFonts w:cs="Sakkal Majalla"/>
          <w:color w:val="000000" w:themeColor="text1"/>
          <w:sz w:val="36"/>
          <w:szCs w:val="38"/>
          <w:rtl/>
        </w:rPr>
        <w:t>الإلهامي</w:t>
      </w:r>
      <w:proofErr w:type="spellEnd"/>
      <w:r w:rsidRPr="005117ED">
        <w:rPr>
          <w:rFonts w:cs="Sakkal Majalla"/>
          <w:color w:val="000000" w:themeColor="text1"/>
          <w:sz w:val="36"/>
          <w:szCs w:val="38"/>
          <w:rtl/>
        </w:rPr>
        <w:t>، والاستثارة الفكرية، والاعتبار الفردي، في تعزيز الإبداع التنظيمي لدى العاملين في المنشآت الصغيرة والمتوسطة السعودية. وتنبع أهمية الدراسة من ارتباطها بقطاع اقتصادي حيوي تسعى رؤية السعودية 2030 إلى رفع مساهمته في الناتج المحلي، ومن ارتباطها بمتغير إداري مهم يتمثل في الإبداع التنظيمي بوصفه مدخلًا لتحسين الأداء والتنافسية.</w:t>
      </w:r>
    </w:p>
    <w:p w:rsidR="00C85E25" w:rsidRPr="005117ED" w:rsidRDefault="00C85E25" w:rsidP="00FD5E07">
      <w:pPr>
        <w:spacing w:before="0"/>
        <w:ind w:firstLine="0"/>
        <w:jc w:val="both"/>
        <w:rPr>
          <w:rFonts w:cs="Sakkal Majalla"/>
          <w:color w:val="000000" w:themeColor="text1"/>
          <w:sz w:val="36"/>
          <w:szCs w:val="38"/>
        </w:rPr>
      </w:pPr>
      <w:r w:rsidRPr="005117ED">
        <w:rPr>
          <w:rFonts w:cs="Sakkal Majalla"/>
          <w:color w:val="000000" w:themeColor="text1"/>
          <w:sz w:val="36"/>
          <w:szCs w:val="38"/>
          <w:rtl/>
        </w:rPr>
        <w:t xml:space="preserve">اعتمدت الدراسة المنهج الوصفي التحليلي، وصممت استبانة مكونة من ثلاثة أقسام: البيانات العامة، وفقرات القيادة التحويلية، وفقرات الإبداع التنظيمي. وقد تضمن النموذج التطبيقي للتحليل عينة قدرها (286) مفردة من العاملين في منشآت صغيرة ومتوسطة، واستخدمت المتوسطات الحسابية والانحرافات المعيارية ومعامل </w:t>
      </w:r>
      <w:proofErr w:type="spellStart"/>
      <w:r w:rsidRPr="005117ED">
        <w:rPr>
          <w:rFonts w:cs="Sakkal Majalla"/>
          <w:color w:val="000000" w:themeColor="text1"/>
          <w:sz w:val="36"/>
          <w:szCs w:val="38"/>
          <w:rtl/>
        </w:rPr>
        <w:t>كرونباخ</w:t>
      </w:r>
      <w:proofErr w:type="spellEnd"/>
      <w:r w:rsidRPr="005117ED">
        <w:rPr>
          <w:rFonts w:cs="Sakkal Majalla"/>
          <w:color w:val="000000" w:themeColor="text1"/>
          <w:sz w:val="36"/>
          <w:szCs w:val="38"/>
          <w:rtl/>
        </w:rPr>
        <w:t xml:space="preserve"> ألفا وارتباط بيرسون والانحدار الخطي البسيط والمتعدد واختبارات الفروق الإحصائية.</w:t>
      </w:r>
    </w:p>
    <w:p w:rsidR="00C85E25" w:rsidRPr="005117ED" w:rsidRDefault="00C85E25" w:rsidP="00FD5E07">
      <w:pPr>
        <w:spacing w:before="0"/>
        <w:ind w:firstLine="720"/>
        <w:jc w:val="both"/>
        <w:rPr>
          <w:rFonts w:cs="Sakkal Majalla"/>
          <w:color w:val="000000" w:themeColor="text1"/>
          <w:sz w:val="36"/>
          <w:szCs w:val="38"/>
        </w:rPr>
      </w:pPr>
      <w:r w:rsidRPr="005117ED">
        <w:rPr>
          <w:rFonts w:cs="Sakkal Majalla"/>
          <w:color w:val="000000" w:themeColor="text1"/>
          <w:sz w:val="36"/>
          <w:szCs w:val="38"/>
          <w:rtl/>
        </w:rPr>
        <w:t xml:space="preserve">أظهرت النتائج أن مستوى ممارسة القيادة التحويلية جاء مرتفعًا، وأن مستوى الإبداع التنظيمي جاء مرتفعًا بوجه عام. كما أظهرت النتائج وجود علاقة ارتباط موجبة ودالة إحصائيًا بين القيادة التحويلية والإبداع التنظيمي، ووجود أثر دال للقيادة التحويلية في الإبداع التنظيمي، وكانت الاستثارة الفكرية أكثر الأبعاد تأثيرًا، تلتها التأثير المثالي ثم التحفيز </w:t>
      </w:r>
      <w:proofErr w:type="spellStart"/>
      <w:r w:rsidRPr="005117ED">
        <w:rPr>
          <w:rFonts w:cs="Sakkal Majalla"/>
          <w:color w:val="000000" w:themeColor="text1"/>
          <w:sz w:val="36"/>
          <w:szCs w:val="38"/>
          <w:rtl/>
        </w:rPr>
        <w:t>الإلهامي</w:t>
      </w:r>
      <w:proofErr w:type="spellEnd"/>
      <w:r w:rsidRPr="005117ED">
        <w:rPr>
          <w:rFonts w:cs="Sakkal Majalla"/>
          <w:color w:val="000000" w:themeColor="text1"/>
          <w:sz w:val="36"/>
          <w:szCs w:val="38"/>
          <w:rtl/>
        </w:rPr>
        <w:t xml:space="preserve"> ثم الاعتبار الفردي. وانتهت الدراسة إلى عدد من التوصيات أبرزها: تعزيز برامج إعداد القادة التحويليين داخل المنشآت الصغيرة والمتوسطة، وتطوير بيئات عمل تشجع المبادرة وتقبل الأفكار الجديدة، وربط نظم التحفيز بمؤشرات الإبداع والتطوير.</w:t>
      </w:r>
    </w:p>
    <w:p w:rsidR="00C85E25" w:rsidRPr="005117ED" w:rsidRDefault="00C85E25" w:rsidP="00FD5E07">
      <w:pPr>
        <w:spacing w:before="0"/>
        <w:ind w:firstLine="720"/>
        <w:jc w:val="both"/>
        <w:rPr>
          <w:rFonts w:cs="Sakkal Majalla"/>
          <w:color w:val="000000" w:themeColor="text1"/>
          <w:sz w:val="36"/>
          <w:szCs w:val="38"/>
        </w:rPr>
      </w:pPr>
      <w:r w:rsidRPr="005117ED">
        <w:rPr>
          <w:rFonts w:cs="Sakkal Majalla"/>
          <w:color w:val="000000" w:themeColor="text1"/>
          <w:sz w:val="36"/>
          <w:szCs w:val="38"/>
          <w:rtl/>
        </w:rPr>
        <w:t>وتبرز</w:t>
      </w:r>
      <w:r w:rsidRPr="005117ED">
        <w:rPr>
          <w:rFonts w:cs="Sakkal Majalla"/>
          <w:color w:val="000000" w:themeColor="text1"/>
          <w:sz w:val="36"/>
          <w:szCs w:val="38"/>
        </w:rPr>
        <w:t xml:space="preserve"> </w:t>
      </w:r>
      <w:r w:rsidRPr="005117ED">
        <w:rPr>
          <w:rFonts w:cs="Sakkal Majalla"/>
          <w:color w:val="000000" w:themeColor="text1"/>
          <w:sz w:val="36"/>
          <w:szCs w:val="38"/>
          <w:rtl/>
        </w:rPr>
        <w:t>القيمة</w:t>
      </w:r>
      <w:r w:rsidRPr="005117ED">
        <w:rPr>
          <w:rFonts w:cs="Sakkal Majalla"/>
          <w:color w:val="000000" w:themeColor="text1"/>
          <w:sz w:val="36"/>
          <w:szCs w:val="38"/>
        </w:rPr>
        <w:t xml:space="preserve"> </w:t>
      </w:r>
      <w:r w:rsidRPr="005117ED">
        <w:rPr>
          <w:rFonts w:cs="Sakkal Majalla"/>
          <w:color w:val="000000" w:themeColor="text1"/>
          <w:sz w:val="36"/>
          <w:szCs w:val="38"/>
          <w:rtl/>
        </w:rPr>
        <w:t>التطبيقية</w:t>
      </w:r>
      <w:r w:rsidRPr="005117ED">
        <w:rPr>
          <w:rFonts w:cs="Sakkal Majalla"/>
          <w:color w:val="000000" w:themeColor="text1"/>
          <w:sz w:val="36"/>
          <w:szCs w:val="38"/>
        </w:rPr>
        <w:t xml:space="preserve"> </w:t>
      </w:r>
      <w:r w:rsidRPr="005117ED">
        <w:rPr>
          <w:rFonts w:cs="Sakkal Majalla"/>
          <w:color w:val="000000" w:themeColor="text1"/>
          <w:sz w:val="36"/>
          <w:szCs w:val="38"/>
          <w:rtl/>
        </w:rPr>
        <w:t>للدراسة</w:t>
      </w:r>
      <w:r w:rsidRPr="005117ED">
        <w:rPr>
          <w:rFonts w:cs="Sakkal Majalla"/>
          <w:color w:val="000000" w:themeColor="text1"/>
          <w:sz w:val="36"/>
          <w:szCs w:val="38"/>
        </w:rPr>
        <w:t xml:space="preserve"> </w:t>
      </w:r>
      <w:r w:rsidRPr="005117ED">
        <w:rPr>
          <w:rFonts w:cs="Sakkal Majalla"/>
          <w:color w:val="000000" w:themeColor="text1"/>
          <w:sz w:val="36"/>
          <w:szCs w:val="38"/>
          <w:rtl/>
        </w:rPr>
        <w:t>في</w:t>
      </w:r>
      <w:r w:rsidRPr="005117ED">
        <w:rPr>
          <w:rFonts w:cs="Sakkal Majalla"/>
          <w:color w:val="000000" w:themeColor="text1"/>
          <w:sz w:val="36"/>
          <w:szCs w:val="38"/>
        </w:rPr>
        <w:t xml:space="preserve"> </w:t>
      </w:r>
      <w:r w:rsidRPr="005117ED">
        <w:rPr>
          <w:rFonts w:cs="Sakkal Majalla"/>
          <w:color w:val="000000" w:themeColor="text1"/>
          <w:sz w:val="36"/>
          <w:szCs w:val="38"/>
          <w:rtl/>
        </w:rPr>
        <w:t>تقديم</w:t>
      </w:r>
      <w:r w:rsidRPr="005117ED">
        <w:rPr>
          <w:rFonts w:cs="Sakkal Majalla"/>
          <w:color w:val="000000" w:themeColor="text1"/>
          <w:sz w:val="36"/>
          <w:szCs w:val="38"/>
        </w:rPr>
        <w:t xml:space="preserve"> </w:t>
      </w:r>
      <w:r w:rsidRPr="005117ED">
        <w:rPr>
          <w:rFonts w:cs="Sakkal Majalla"/>
          <w:color w:val="000000" w:themeColor="text1"/>
          <w:sz w:val="36"/>
          <w:szCs w:val="38"/>
          <w:rtl/>
        </w:rPr>
        <w:t>إطار</w:t>
      </w:r>
      <w:r w:rsidRPr="005117ED">
        <w:rPr>
          <w:rFonts w:cs="Sakkal Majalla"/>
          <w:color w:val="000000" w:themeColor="text1"/>
          <w:sz w:val="36"/>
          <w:szCs w:val="38"/>
        </w:rPr>
        <w:t xml:space="preserve"> </w:t>
      </w:r>
      <w:r w:rsidRPr="005117ED">
        <w:rPr>
          <w:rFonts w:cs="Sakkal Majalla"/>
          <w:color w:val="000000" w:themeColor="text1"/>
          <w:sz w:val="36"/>
          <w:szCs w:val="38"/>
          <w:rtl/>
        </w:rPr>
        <w:t>تنفيذي</w:t>
      </w:r>
      <w:r w:rsidRPr="005117ED">
        <w:rPr>
          <w:rFonts w:cs="Sakkal Majalla"/>
          <w:color w:val="000000" w:themeColor="text1"/>
          <w:sz w:val="36"/>
          <w:szCs w:val="38"/>
        </w:rPr>
        <w:t xml:space="preserve"> </w:t>
      </w:r>
      <w:r w:rsidRPr="005117ED">
        <w:rPr>
          <w:rFonts w:cs="Sakkal Majalla"/>
          <w:color w:val="000000" w:themeColor="text1"/>
          <w:sz w:val="36"/>
          <w:szCs w:val="38"/>
          <w:rtl/>
        </w:rPr>
        <w:t>يربط</w:t>
      </w:r>
      <w:r w:rsidRPr="005117ED">
        <w:rPr>
          <w:rFonts w:cs="Sakkal Majalla"/>
          <w:color w:val="000000" w:themeColor="text1"/>
          <w:sz w:val="36"/>
          <w:szCs w:val="38"/>
        </w:rPr>
        <w:t xml:space="preserve"> </w:t>
      </w:r>
      <w:r w:rsidRPr="005117ED">
        <w:rPr>
          <w:rFonts w:cs="Sakkal Majalla"/>
          <w:color w:val="000000" w:themeColor="text1"/>
          <w:sz w:val="36"/>
          <w:szCs w:val="38"/>
          <w:rtl/>
        </w:rPr>
        <w:t>تطوير</w:t>
      </w:r>
      <w:r w:rsidRPr="005117ED">
        <w:rPr>
          <w:rFonts w:cs="Sakkal Majalla"/>
          <w:color w:val="000000" w:themeColor="text1"/>
          <w:sz w:val="36"/>
          <w:szCs w:val="38"/>
        </w:rPr>
        <w:t xml:space="preserve"> </w:t>
      </w:r>
      <w:r w:rsidRPr="005117ED">
        <w:rPr>
          <w:rFonts w:cs="Sakkal Majalla"/>
          <w:color w:val="000000" w:themeColor="text1"/>
          <w:sz w:val="36"/>
          <w:szCs w:val="38"/>
          <w:rtl/>
        </w:rPr>
        <w:t>القادة</w:t>
      </w:r>
      <w:r w:rsidRPr="005117ED">
        <w:rPr>
          <w:rFonts w:cs="Sakkal Majalla"/>
          <w:color w:val="000000" w:themeColor="text1"/>
          <w:sz w:val="36"/>
          <w:szCs w:val="38"/>
        </w:rPr>
        <w:t xml:space="preserve"> </w:t>
      </w:r>
      <w:r w:rsidRPr="005117ED">
        <w:rPr>
          <w:rFonts w:cs="Sakkal Majalla"/>
          <w:color w:val="000000" w:themeColor="text1"/>
          <w:sz w:val="36"/>
          <w:szCs w:val="38"/>
          <w:rtl/>
        </w:rPr>
        <w:t>بنظام</w:t>
      </w:r>
      <w:r w:rsidRPr="005117ED">
        <w:rPr>
          <w:rFonts w:cs="Sakkal Majalla"/>
          <w:color w:val="000000" w:themeColor="text1"/>
          <w:sz w:val="36"/>
          <w:szCs w:val="38"/>
        </w:rPr>
        <w:t xml:space="preserve"> </w:t>
      </w:r>
      <w:r w:rsidRPr="005117ED">
        <w:rPr>
          <w:rFonts w:cs="Sakkal Majalla"/>
          <w:color w:val="000000" w:themeColor="text1"/>
          <w:sz w:val="36"/>
          <w:szCs w:val="38"/>
          <w:rtl/>
        </w:rPr>
        <w:t>إدارة</w:t>
      </w:r>
      <w:r w:rsidRPr="005117ED">
        <w:rPr>
          <w:rFonts w:cs="Sakkal Majalla"/>
          <w:color w:val="000000" w:themeColor="text1"/>
          <w:sz w:val="36"/>
          <w:szCs w:val="38"/>
        </w:rPr>
        <w:t xml:space="preserve"> </w:t>
      </w:r>
      <w:r w:rsidRPr="005117ED">
        <w:rPr>
          <w:rFonts w:cs="Sakkal Majalla"/>
          <w:color w:val="000000" w:themeColor="text1"/>
          <w:sz w:val="36"/>
          <w:szCs w:val="38"/>
          <w:rtl/>
        </w:rPr>
        <w:t>الأفكار</w:t>
      </w:r>
      <w:r w:rsidRPr="005117ED">
        <w:rPr>
          <w:rFonts w:cs="Sakkal Majalla"/>
          <w:color w:val="000000" w:themeColor="text1"/>
          <w:sz w:val="36"/>
          <w:szCs w:val="38"/>
        </w:rPr>
        <w:t xml:space="preserve"> </w:t>
      </w:r>
      <w:r w:rsidRPr="005117ED">
        <w:rPr>
          <w:rFonts w:cs="Sakkal Majalla"/>
          <w:color w:val="000000" w:themeColor="text1"/>
          <w:sz w:val="36"/>
          <w:szCs w:val="38"/>
          <w:rtl/>
        </w:rPr>
        <w:t>والتجارب</w:t>
      </w:r>
      <w:r w:rsidRPr="005117ED">
        <w:rPr>
          <w:rFonts w:cs="Sakkal Majalla"/>
          <w:color w:val="000000" w:themeColor="text1"/>
          <w:sz w:val="36"/>
          <w:szCs w:val="38"/>
        </w:rPr>
        <w:t xml:space="preserve"> </w:t>
      </w:r>
      <w:r w:rsidRPr="005117ED">
        <w:rPr>
          <w:rFonts w:cs="Sakkal Majalla"/>
          <w:color w:val="000000" w:themeColor="text1"/>
          <w:sz w:val="36"/>
          <w:szCs w:val="38"/>
          <w:rtl/>
        </w:rPr>
        <w:t>الصغيرة</w:t>
      </w:r>
      <w:r w:rsidRPr="005117ED">
        <w:rPr>
          <w:rFonts w:cs="Sakkal Majalla"/>
          <w:color w:val="000000" w:themeColor="text1"/>
          <w:sz w:val="36"/>
          <w:szCs w:val="38"/>
        </w:rPr>
        <w:t xml:space="preserve"> </w:t>
      </w:r>
      <w:r w:rsidRPr="005117ED">
        <w:rPr>
          <w:rFonts w:cs="Sakkal Majalla"/>
          <w:color w:val="000000" w:themeColor="text1"/>
          <w:sz w:val="36"/>
          <w:szCs w:val="38"/>
          <w:rtl/>
        </w:rPr>
        <w:t>ومؤشرات</w:t>
      </w:r>
      <w:r w:rsidRPr="005117ED">
        <w:rPr>
          <w:rFonts w:cs="Sakkal Majalla"/>
          <w:color w:val="000000" w:themeColor="text1"/>
          <w:sz w:val="36"/>
          <w:szCs w:val="38"/>
        </w:rPr>
        <w:t xml:space="preserve"> </w:t>
      </w:r>
      <w:r w:rsidRPr="005117ED">
        <w:rPr>
          <w:rFonts w:cs="Sakkal Majalla"/>
          <w:color w:val="000000" w:themeColor="text1"/>
          <w:sz w:val="36"/>
          <w:szCs w:val="38"/>
          <w:rtl/>
        </w:rPr>
        <w:t>المتابعة</w:t>
      </w:r>
      <w:r w:rsidRPr="005117ED">
        <w:rPr>
          <w:rFonts w:cs="Sakkal Majalla"/>
          <w:color w:val="000000" w:themeColor="text1"/>
          <w:sz w:val="36"/>
          <w:szCs w:val="38"/>
        </w:rPr>
        <w:t xml:space="preserve">. </w:t>
      </w:r>
      <w:r w:rsidRPr="005117ED">
        <w:rPr>
          <w:rFonts w:cs="Sakkal Majalla"/>
          <w:color w:val="000000" w:themeColor="text1"/>
          <w:sz w:val="36"/>
          <w:szCs w:val="38"/>
          <w:rtl/>
        </w:rPr>
        <w:t>وتوضح</w:t>
      </w:r>
      <w:r w:rsidRPr="005117ED">
        <w:rPr>
          <w:rFonts w:cs="Sakkal Majalla"/>
          <w:color w:val="000000" w:themeColor="text1"/>
          <w:sz w:val="36"/>
          <w:szCs w:val="38"/>
        </w:rPr>
        <w:t xml:space="preserve"> </w:t>
      </w:r>
      <w:r w:rsidRPr="005117ED">
        <w:rPr>
          <w:rFonts w:cs="Sakkal Majalla"/>
          <w:color w:val="000000" w:themeColor="text1"/>
          <w:sz w:val="36"/>
          <w:szCs w:val="38"/>
          <w:rtl/>
        </w:rPr>
        <w:t>النسخة</w:t>
      </w:r>
      <w:r w:rsidRPr="005117ED">
        <w:rPr>
          <w:rFonts w:cs="Sakkal Majalla"/>
          <w:color w:val="000000" w:themeColor="text1"/>
          <w:sz w:val="36"/>
          <w:szCs w:val="38"/>
        </w:rPr>
        <w:t xml:space="preserve"> </w:t>
      </w:r>
      <w:r w:rsidRPr="005117ED">
        <w:rPr>
          <w:rFonts w:cs="Sakkal Majalla"/>
          <w:color w:val="000000" w:themeColor="text1"/>
          <w:sz w:val="36"/>
          <w:szCs w:val="38"/>
          <w:rtl/>
        </w:rPr>
        <w:t>الحالية</w:t>
      </w:r>
      <w:r w:rsidRPr="005117ED">
        <w:rPr>
          <w:rFonts w:cs="Sakkal Majalla"/>
          <w:color w:val="000000" w:themeColor="text1"/>
          <w:sz w:val="36"/>
          <w:szCs w:val="38"/>
        </w:rPr>
        <w:t xml:space="preserve"> </w:t>
      </w:r>
      <w:r w:rsidRPr="005117ED">
        <w:rPr>
          <w:rFonts w:cs="Sakkal Majalla"/>
          <w:color w:val="000000" w:themeColor="text1"/>
          <w:sz w:val="36"/>
          <w:szCs w:val="38"/>
          <w:rtl/>
        </w:rPr>
        <w:t>طريقة</w:t>
      </w:r>
      <w:r w:rsidRPr="005117ED">
        <w:rPr>
          <w:rFonts w:cs="Sakkal Majalla"/>
          <w:color w:val="000000" w:themeColor="text1"/>
          <w:sz w:val="36"/>
          <w:szCs w:val="38"/>
        </w:rPr>
        <w:t xml:space="preserve"> </w:t>
      </w:r>
      <w:r w:rsidRPr="005117ED">
        <w:rPr>
          <w:rFonts w:cs="Sakkal Majalla"/>
          <w:color w:val="000000" w:themeColor="text1"/>
          <w:sz w:val="36"/>
          <w:szCs w:val="38"/>
          <w:rtl/>
        </w:rPr>
        <w:t>بناء</w:t>
      </w:r>
      <w:r w:rsidRPr="005117ED">
        <w:rPr>
          <w:rFonts w:cs="Sakkal Majalla"/>
          <w:color w:val="000000" w:themeColor="text1"/>
          <w:sz w:val="36"/>
          <w:szCs w:val="38"/>
        </w:rPr>
        <w:t xml:space="preserve"> </w:t>
      </w:r>
      <w:r w:rsidRPr="005117ED">
        <w:rPr>
          <w:rFonts w:cs="Sakkal Majalla"/>
          <w:color w:val="000000" w:themeColor="text1"/>
          <w:sz w:val="36"/>
          <w:szCs w:val="38"/>
          <w:rtl/>
        </w:rPr>
        <w:t>الأداة</w:t>
      </w:r>
      <w:r w:rsidRPr="005117ED">
        <w:rPr>
          <w:rFonts w:cs="Sakkal Majalla"/>
          <w:color w:val="000000" w:themeColor="text1"/>
          <w:sz w:val="36"/>
          <w:szCs w:val="38"/>
        </w:rPr>
        <w:t xml:space="preserve"> </w:t>
      </w:r>
      <w:r w:rsidRPr="005117ED">
        <w:rPr>
          <w:rFonts w:cs="Sakkal Majalla"/>
          <w:color w:val="000000" w:themeColor="text1"/>
          <w:sz w:val="36"/>
          <w:szCs w:val="38"/>
          <w:rtl/>
        </w:rPr>
        <w:t>والتحقق</w:t>
      </w:r>
      <w:r w:rsidRPr="005117ED">
        <w:rPr>
          <w:rFonts w:cs="Sakkal Majalla"/>
          <w:color w:val="000000" w:themeColor="text1"/>
          <w:sz w:val="36"/>
          <w:szCs w:val="38"/>
        </w:rPr>
        <w:t xml:space="preserve"> </w:t>
      </w:r>
      <w:r w:rsidRPr="005117ED">
        <w:rPr>
          <w:rFonts w:cs="Sakkal Majalla"/>
          <w:color w:val="000000" w:themeColor="text1"/>
          <w:sz w:val="36"/>
          <w:szCs w:val="38"/>
          <w:rtl/>
        </w:rPr>
        <w:t>منها</w:t>
      </w:r>
      <w:r w:rsidRPr="005117ED">
        <w:rPr>
          <w:rFonts w:cs="Sakkal Majalla"/>
          <w:color w:val="000000" w:themeColor="text1"/>
          <w:sz w:val="36"/>
          <w:szCs w:val="38"/>
        </w:rPr>
        <w:t xml:space="preserve"> </w:t>
      </w:r>
      <w:r w:rsidRPr="005117ED">
        <w:rPr>
          <w:rFonts w:cs="Sakkal Majalla"/>
          <w:color w:val="000000" w:themeColor="text1"/>
          <w:sz w:val="36"/>
          <w:szCs w:val="38"/>
          <w:rtl/>
        </w:rPr>
        <w:t>وتحليل</w:t>
      </w:r>
      <w:r w:rsidRPr="005117ED">
        <w:rPr>
          <w:rFonts w:cs="Sakkal Majalla"/>
          <w:color w:val="000000" w:themeColor="text1"/>
          <w:sz w:val="36"/>
          <w:szCs w:val="38"/>
        </w:rPr>
        <w:t xml:space="preserve"> </w:t>
      </w:r>
      <w:r w:rsidRPr="005117ED">
        <w:rPr>
          <w:rFonts w:cs="Sakkal Majalla"/>
          <w:color w:val="000000" w:themeColor="text1"/>
          <w:sz w:val="36"/>
          <w:szCs w:val="38"/>
          <w:rtl/>
        </w:rPr>
        <w:t>البيانات،</w:t>
      </w:r>
      <w:r w:rsidRPr="005117ED">
        <w:rPr>
          <w:rFonts w:cs="Sakkal Majalla"/>
          <w:color w:val="000000" w:themeColor="text1"/>
          <w:sz w:val="36"/>
          <w:szCs w:val="38"/>
        </w:rPr>
        <w:t xml:space="preserve"> </w:t>
      </w:r>
      <w:r w:rsidRPr="005117ED">
        <w:rPr>
          <w:rFonts w:cs="Sakkal Majalla"/>
          <w:color w:val="000000" w:themeColor="text1"/>
          <w:sz w:val="36"/>
          <w:szCs w:val="38"/>
          <w:rtl/>
        </w:rPr>
        <w:t>على</w:t>
      </w:r>
      <w:r w:rsidRPr="005117ED">
        <w:rPr>
          <w:rFonts w:cs="Sakkal Majalla"/>
          <w:color w:val="000000" w:themeColor="text1"/>
          <w:sz w:val="36"/>
          <w:szCs w:val="38"/>
        </w:rPr>
        <w:t xml:space="preserve"> </w:t>
      </w:r>
      <w:r w:rsidRPr="005117ED">
        <w:rPr>
          <w:rFonts w:cs="Sakkal Majalla"/>
          <w:color w:val="000000" w:themeColor="text1"/>
          <w:sz w:val="36"/>
          <w:szCs w:val="38"/>
          <w:rtl/>
        </w:rPr>
        <w:t>أن</w:t>
      </w:r>
      <w:r w:rsidRPr="005117ED">
        <w:rPr>
          <w:rFonts w:cs="Sakkal Majalla"/>
          <w:color w:val="000000" w:themeColor="text1"/>
          <w:sz w:val="36"/>
          <w:szCs w:val="38"/>
        </w:rPr>
        <w:t xml:space="preserve"> </w:t>
      </w:r>
      <w:r w:rsidRPr="005117ED">
        <w:rPr>
          <w:rFonts w:cs="Sakkal Majalla"/>
          <w:color w:val="000000" w:themeColor="text1"/>
          <w:sz w:val="36"/>
          <w:szCs w:val="38"/>
          <w:rtl/>
        </w:rPr>
        <w:t>تستبدل</w:t>
      </w:r>
      <w:r w:rsidRPr="005117ED">
        <w:rPr>
          <w:rFonts w:cs="Sakkal Majalla"/>
          <w:color w:val="000000" w:themeColor="text1"/>
          <w:sz w:val="36"/>
          <w:szCs w:val="38"/>
        </w:rPr>
        <w:t xml:space="preserve"> </w:t>
      </w:r>
      <w:r w:rsidRPr="005117ED">
        <w:rPr>
          <w:rFonts w:cs="Sakkal Majalla"/>
          <w:color w:val="000000" w:themeColor="text1"/>
          <w:sz w:val="36"/>
          <w:szCs w:val="38"/>
          <w:rtl/>
        </w:rPr>
        <w:t>نتائج</w:t>
      </w:r>
      <w:r w:rsidRPr="005117ED">
        <w:rPr>
          <w:rFonts w:cs="Sakkal Majalla"/>
          <w:color w:val="000000" w:themeColor="text1"/>
          <w:sz w:val="36"/>
          <w:szCs w:val="38"/>
        </w:rPr>
        <w:t xml:space="preserve"> </w:t>
      </w:r>
      <w:r w:rsidRPr="005117ED">
        <w:rPr>
          <w:rFonts w:cs="Sakkal Majalla"/>
          <w:color w:val="000000" w:themeColor="text1"/>
          <w:sz w:val="36"/>
          <w:szCs w:val="38"/>
          <w:rtl/>
        </w:rPr>
        <w:t>المحاكاة</w:t>
      </w:r>
      <w:r w:rsidRPr="005117ED">
        <w:rPr>
          <w:rFonts w:cs="Sakkal Majalla"/>
          <w:color w:val="000000" w:themeColor="text1"/>
          <w:sz w:val="36"/>
          <w:szCs w:val="38"/>
        </w:rPr>
        <w:t xml:space="preserve"> </w:t>
      </w:r>
      <w:r w:rsidRPr="005117ED">
        <w:rPr>
          <w:rFonts w:cs="Sakkal Majalla"/>
          <w:color w:val="000000" w:themeColor="text1"/>
          <w:sz w:val="36"/>
          <w:szCs w:val="38"/>
          <w:rtl/>
        </w:rPr>
        <w:t>بالبيانات</w:t>
      </w:r>
      <w:r w:rsidRPr="005117ED">
        <w:rPr>
          <w:rFonts w:cs="Sakkal Majalla"/>
          <w:color w:val="000000" w:themeColor="text1"/>
          <w:sz w:val="36"/>
          <w:szCs w:val="38"/>
        </w:rPr>
        <w:t xml:space="preserve"> </w:t>
      </w:r>
      <w:r w:rsidRPr="005117ED">
        <w:rPr>
          <w:rFonts w:cs="Sakkal Majalla"/>
          <w:color w:val="000000" w:themeColor="text1"/>
          <w:sz w:val="36"/>
          <w:szCs w:val="38"/>
          <w:rtl/>
        </w:rPr>
        <w:t>الميدانية</w:t>
      </w:r>
      <w:r w:rsidRPr="005117ED">
        <w:rPr>
          <w:rFonts w:cs="Sakkal Majalla"/>
          <w:color w:val="000000" w:themeColor="text1"/>
          <w:sz w:val="36"/>
          <w:szCs w:val="38"/>
        </w:rPr>
        <w:t xml:space="preserve"> </w:t>
      </w:r>
      <w:r w:rsidRPr="005117ED">
        <w:rPr>
          <w:rFonts w:cs="Sakkal Majalla"/>
          <w:color w:val="000000" w:themeColor="text1"/>
          <w:sz w:val="36"/>
          <w:szCs w:val="38"/>
          <w:rtl/>
        </w:rPr>
        <w:t>عند</w:t>
      </w:r>
      <w:r w:rsidRPr="005117ED">
        <w:rPr>
          <w:rFonts w:cs="Sakkal Majalla"/>
          <w:color w:val="000000" w:themeColor="text1"/>
          <w:sz w:val="36"/>
          <w:szCs w:val="38"/>
        </w:rPr>
        <w:t xml:space="preserve"> </w:t>
      </w:r>
      <w:r w:rsidRPr="005117ED">
        <w:rPr>
          <w:rFonts w:cs="Sakkal Majalla"/>
          <w:color w:val="000000" w:themeColor="text1"/>
          <w:sz w:val="36"/>
          <w:szCs w:val="38"/>
          <w:rtl/>
        </w:rPr>
        <w:t>تنفيذ</w:t>
      </w:r>
      <w:r w:rsidRPr="005117ED">
        <w:rPr>
          <w:rFonts w:cs="Sakkal Majalla"/>
          <w:color w:val="000000" w:themeColor="text1"/>
          <w:sz w:val="36"/>
          <w:szCs w:val="38"/>
        </w:rPr>
        <w:t xml:space="preserve"> </w:t>
      </w:r>
      <w:r w:rsidRPr="005117ED">
        <w:rPr>
          <w:rFonts w:cs="Sakkal Majalla"/>
          <w:color w:val="000000" w:themeColor="text1"/>
          <w:sz w:val="36"/>
          <w:szCs w:val="38"/>
          <w:rtl/>
        </w:rPr>
        <w:t>الدراسة</w:t>
      </w:r>
      <w:r w:rsidRPr="005117ED">
        <w:rPr>
          <w:rFonts w:cs="Sakkal Majalla"/>
          <w:color w:val="000000" w:themeColor="text1"/>
          <w:sz w:val="36"/>
          <w:szCs w:val="38"/>
        </w:rPr>
        <w:t xml:space="preserve"> </w:t>
      </w:r>
      <w:r w:rsidRPr="005117ED">
        <w:rPr>
          <w:rFonts w:cs="Sakkal Majalla"/>
          <w:color w:val="000000" w:themeColor="text1"/>
          <w:sz w:val="36"/>
          <w:szCs w:val="38"/>
          <w:rtl/>
        </w:rPr>
        <w:t>الفعلية</w:t>
      </w:r>
      <w:r w:rsidRPr="005117ED">
        <w:rPr>
          <w:rFonts w:cs="Sakkal Majalla"/>
          <w:color w:val="000000" w:themeColor="text1"/>
          <w:sz w:val="36"/>
          <w:szCs w:val="38"/>
        </w:rPr>
        <w:t>.</w:t>
      </w:r>
    </w:p>
    <w:p w:rsidR="00C85E25" w:rsidRPr="005117ED" w:rsidRDefault="00C85E25" w:rsidP="00FD5E07">
      <w:pPr>
        <w:spacing w:before="0"/>
        <w:ind w:firstLine="0"/>
        <w:jc w:val="both"/>
        <w:rPr>
          <w:rFonts w:cs="Sakkal Majalla"/>
          <w:color w:val="000000" w:themeColor="text1"/>
          <w:sz w:val="36"/>
          <w:szCs w:val="38"/>
        </w:rPr>
      </w:pPr>
      <w:r w:rsidRPr="005117ED">
        <w:rPr>
          <w:rFonts w:cs="Sakkal Majalla"/>
          <w:b/>
          <w:bCs/>
          <w:color w:val="000000" w:themeColor="text1"/>
          <w:sz w:val="36"/>
          <w:szCs w:val="38"/>
          <w:rtl/>
        </w:rPr>
        <w:t>الكلمات المفتاحية:</w:t>
      </w:r>
      <w:r w:rsidRPr="005117ED">
        <w:rPr>
          <w:rFonts w:cs="Sakkal Majalla"/>
          <w:color w:val="000000" w:themeColor="text1"/>
          <w:sz w:val="36"/>
          <w:szCs w:val="38"/>
          <w:rtl/>
        </w:rPr>
        <w:t xml:space="preserve"> القيادة التحويلية، الإبداع التنظيمي، المنشآت الصغيرة والمتوسطة، الاستثارة الفكرية، السعودية.</w:t>
      </w:r>
    </w:p>
    <w:p w:rsidR="00996C61" w:rsidRPr="005117ED" w:rsidRDefault="002478CD" w:rsidP="00FD5E07">
      <w:pPr>
        <w:spacing w:before="0"/>
        <w:ind w:firstLine="0"/>
        <w:jc w:val="center"/>
        <w:outlineLvl w:val="0"/>
        <w:rPr>
          <w:rFonts w:eastAsia="Times New Roman" w:cs="Sakkal Majalla"/>
          <w:b/>
          <w:bCs/>
          <w:color w:val="000000" w:themeColor="text1"/>
          <w:sz w:val="42"/>
          <w:szCs w:val="42"/>
        </w:rPr>
      </w:pPr>
      <w:r w:rsidRPr="005117ED">
        <w:rPr>
          <w:rFonts w:cs="Sakkal Majalla"/>
          <w:b/>
          <w:color w:val="000000" w:themeColor="text1"/>
          <w:sz w:val="36"/>
          <w:szCs w:val="38"/>
        </w:rPr>
        <w:br w:type="page"/>
      </w:r>
      <w:bookmarkStart w:id="7" w:name="_Toc232979488"/>
      <w:r w:rsidR="00C85E25" w:rsidRPr="005117ED">
        <w:rPr>
          <w:rFonts w:eastAsia="Times New Roman" w:cs="Sakkal Majalla" w:hint="cs"/>
          <w:b/>
          <w:bCs/>
          <w:color w:val="000000" w:themeColor="text1"/>
          <w:sz w:val="42"/>
          <w:szCs w:val="42"/>
          <w:rtl/>
        </w:rPr>
        <w:lastRenderedPageBreak/>
        <w:t xml:space="preserve"> </w:t>
      </w:r>
      <w:bookmarkStart w:id="8" w:name="_Toc233321960"/>
      <w:proofErr w:type="spellStart"/>
      <w:r w:rsidR="00996C61" w:rsidRPr="005117ED">
        <w:rPr>
          <w:rFonts w:eastAsia="Times New Roman" w:cs="Sakkal Majalla"/>
          <w:b/>
          <w:bCs/>
          <w:color w:val="000000" w:themeColor="text1"/>
          <w:sz w:val="42"/>
          <w:szCs w:val="42"/>
          <w:rtl/>
        </w:rPr>
        <w:t>Abstract</w:t>
      </w:r>
      <w:bookmarkEnd w:id="7"/>
      <w:bookmarkEnd w:id="8"/>
      <w:proofErr w:type="spellEnd"/>
    </w:p>
    <w:p w:rsidR="00C85E25" w:rsidRPr="005117ED" w:rsidRDefault="00C85E25" w:rsidP="00FD5E07">
      <w:pPr>
        <w:bidi w:val="0"/>
        <w:spacing w:before="0"/>
        <w:ind w:firstLine="720"/>
        <w:jc w:val="both"/>
        <w:rPr>
          <w:rFonts w:cs="Sakkal Majalla"/>
          <w:color w:val="000000" w:themeColor="text1"/>
          <w:sz w:val="38"/>
          <w:szCs w:val="40"/>
        </w:rPr>
      </w:pPr>
      <w:proofErr w:type="spellStart"/>
      <w:r w:rsidRPr="005117ED">
        <w:rPr>
          <w:rFonts w:cs="Sakkal Majalla"/>
          <w:color w:val="000000" w:themeColor="text1"/>
          <w:sz w:val="38"/>
          <w:szCs w:val="40"/>
          <w:rtl/>
        </w:rPr>
        <w:t>This</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study</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aims</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to</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examine</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the</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effect</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of</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transformational</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leadership</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on</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organizational</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creativity</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in</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Saudi</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small</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and</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medium-sized</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enterprises</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Transformational</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leadership</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was</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examined</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through</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four</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dimensions</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idealized</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influence</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inspirational</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motivation</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intellectual</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stimulation</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and</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individualized</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consideration</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The</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study</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adopted</w:t>
      </w:r>
      <w:proofErr w:type="spellEnd"/>
      <w:r w:rsidRPr="005117ED">
        <w:rPr>
          <w:rFonts w:cs="Sakkal Majalla"/>
          <w:color w:val="000000" w:themeColor="text1"/>
          <w:sz w:val="38"/>
          <w:szCs w:val="40"/>
          <w:rtl/>
        </w:rPr>
        <w:t xml:space="preserve"> a </w:t>
      </w:r>
      <w:proofErr w:type="spellStart"/>
      <w:r w:rsidRPr="005117ED">
        <w:rPr>
          <w:rFonts w:cs="Sakkal Majalla"/>
          <w:color w:val="000000" w:themeColor="text1"/>
          <w:sz w:val="38"/>
          <w:szCs w:val="40"/>
          <w:rtl/>
        </w:rPr>
        <w:t>descriptive-analytical</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approach</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and</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used</w:t>
      </w:r>
      <w:proofErr w:type="spellEnd"/>
      <w:r w:rsidRPr="005117ED">
        <w:rPr>
          <w:rFonts w:cs="Sakkal Majalla"/>
          <w:color w:val="000000" w:themeColor="text1"/>
          <w:sz w:val="38"/>
          <w:szCs w:val="40"/>
          <w:rtl/>
        </w:rPr>
        <w:t xml:space="preserve"> a </w:t>
      </w:r>
      <w:proofErr w:type="spellStart"/>
      <w:r w:rsidRPr="005117ED">
        <w:rPr>
          <w:rFonts w:cs="Sakkal Majalla"/>
          <w:color w:val="000000" w:themeColor="text1"/>
          <w:sz w:val="38"/>
          <w:szCs w:val="40"/>
          <w:rtl/>
        </w:rPr>
        <w:t>questionnaire</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as</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the</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main</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data</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collection</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instrument</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The</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applied</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analytical</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model</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included</w:t>
      </w:r>
      <w:proofErr w:type="spellEnd"/>
      <w:r w:rsidRPr="005117ED">
        <w:rPr>
          <w:rFonts w:cs="Sakkal Majalla"/>
          <w:color w:val="000000" w:themeColor="text1"/>
          <w:sz w:val="38"/>
          <w:szCs w:val="40"/>
          <w:rtl/>
        </w:rPr>
        <w:t xml:space="preserve"> 286 </w:t>
      </w:r>
      <w:proofErr w:type="spellStart"/>
      <w:r w:rsidRPr="005117ED">
        <w:rPr>
          <w:rFonts w:cs="Sakkal Majalla"/>
          <w:color w:val="000000" w:themeColor="text1"/>
          <w:sz w:val="38"/>
          <w:szCs w:val="40"/>
          <w:rtl/>
        </w:rPr>
        <w:t>respondents</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and</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used</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descriptive</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statistics</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reliability</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analysis</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Pearson</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correlation</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simple</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and</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multiple</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regression</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and</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group</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difference</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tests</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The</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results</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indicated</w:t>
      </w:r>
      <w:proofErr w:type="spellEnd"/>
      <w:r w:rsidRPr="005117ED">
        <w:rPr>
          <w:rFonts w:cs="Sakkal Majalla"/>
          <w:color w:val="000000" w:themeColor="text1"/>
          <w:sz w:val="38"/>
          <w:szCs w:val="40"/>
          <w:rtl/>
        </w:rPr>
        <w:t xml:space="preserve"> a </w:t>
      </w:r>
      <w:proofErr w:type="spellStart"/>
      <w:r w:rsidRPr="005117ED">
        <w:rPr>
          <w:rFonts w:cs="Sakkal Majalla"/>
          <w:color w:val="000000" w:themeColor="text1"/>
          <w:sz w:val="38"/>
          <w:szCs w:val="40"/>
          <w:rtl/>
        </w:rPr>
        <w:t>high</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level</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of</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transformational</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leadership</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and</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organizational</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creativity</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and</w:t>
      </w:r>
      <w:proofErr w:type="spellEnd"/>
      <w:r w:rsidRPr="005117ED">
        <w:rPr>
          <w:rFonts w:cs="Sakkal Majalla"/>
          <w:color w:val="000000" w:themeColor="text1"/>
          <w:sz w:val="38"/>
          <w:szCs w:val="40"/>
          <w:rtl/>
        </w:rPr>
        <w:t xml:space="preserve"> a </w:t>
      </w:r>
      <w:proofErr w:type="spellStart"/>
      <w:r w:rsidRPr="005117ED">
        <w:rPr>
          <w:rFonts w:cs="Sakkal Majalla"/>
          <w:color w:val="000000" w:themeColor="text1"/>
          <w:sz w:val="38"/>
          <w:szCs w:val="40"/>
          <w:rtl/>
        </w:rPr>
        <w:t>positive</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statistically</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significant</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effect</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of</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transformational</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leadership</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on</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organizational</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creativity</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Intellectual</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stimulation</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emerged</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as</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the</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strongest</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predictor</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The</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study</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recommends</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developing</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transformational</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leadership</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practices</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encouraging</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experimentation</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and</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linking</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incentive</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systems</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to</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creativity-related</w:t>
      </w:r>
      <w:proofErr w:type="spellEnd"/>
      <w:r w:rsidRPr="005117ED">
        <w:rPr>
          <w:rFonts w:cs="Sakkal Majalla"/>
          <w:color w:val="000000" w:themeColor="text1"/>
          <w:sz w:val="38"/>
          <w:szCs w:val="40"/>
          <w:rtl/>
        </w:rPr>
        <w:t xml:space="preserve"> </w:t>
      </w:r>
      <w:proofErr w:type="spellStart"/>
      <w:r w:rsidRPr="005117ED">
        <w:rPr>
          <w:rFonts w:cs="Sakkal Majalla"/>
          <w:color w:val="000000" w:themeColor="text1"/>
          <w:sz w:val="38"/>
          <w:szCs w:val="40"/>
          <w:rtl/>
        </w:rPr>
        <w:t>outcomes</w:t>
      </w:r>
      <w:proofErr w:type="spellEnd"/>
      <w:r w:rsidRPr="005117ED">
        <w:rPr>
          <w:rFonts w:cs="Sakkal Majalla"/>
          <w:color w:val="000000" w:themeColor="text1"/>
          <w:sz w:val="38"/>
          <w:szCs w:val="40"/>
          <w:rtl/>
        </w:rPr>
        <w:t>.</w:t>
      </w:r>
    </w:p>
    <w:p w:rsidR="00C85E25" w:rsidRPr="005117ED" w:rsidRDefault="00C85E25" w:rsidP="00FD5E07">
      <w:pPr>
        <w:bidi w:val="0"/>
        <w:spacing w:before="0"/>
        <w:ind w:firstLine="720"/>
        <w:jc w:val="both"/>
        <w:rPr>
          <w:rFonts w:cs="Sakkal Majalla"/>
          <w:color w:val="000000" w:themeColor="text1"/>
          <w:sz w:val="38"/>
          <w:szCs w:val="40"/>
        </w:rPr>
      </w:pPr>
      <w:r w:rsidRPr="005117ED">
        <w:rPr>
          <w:rFonts w:cs="Sakkal Majalla"/>
          <w:color w:val="000000" w:themeColor="text1"/>
          <w:sz w:val="38"/>
          <w:szCs w:val="40"/>
        </w:rPr>
        <w:t xml:space="preserve">The expanded thesis develops the theoretical foundations, measurement model, research procedures, diagnostic tests, implementation roadmap, and appendices. The statistical tables </w:t>
      </w:r>
      <w:proofErr w:type="gramStart"/>
      <w:r w:rsidRPr="005117ED">
        <w:rPr>
          <w:rFonts w:cs="Sakkal Majalla"/>
          <w:color w:val="000000" w:themeColor="text1"/>
          <w:sz w:val="38"/>
          <w:szCs w:val="40"/>
        </w:rPr>
        <w:t>are explicitly presented</w:t>
      </w:r>
      <w:proofErr w:type="gramEnd"/>
      <w:r w:rsidRPr="005117ED">
        <w:rPr>
          <w:rFonts w:cs="Sakkal Majalla"/>
          <w:color w:val="000000" w:themeColor="text1"/>
          <w:sz w:val="38"/>
          <w:szCs w:val="40"/>
        </w:rPr>
        <w:t xml:space="preserve"> as a simulated analytical model and must be replaced by actual field data before the thesis is submitted as an empirical study.</w:t>
      </w:r>
    </w:p>
    <w:p w:rsidR="00996C61" w:rsidRPr="005117ED" w:rsidRDefault="00996C61" w:rsidP="00FD5E07">
      <w:pPr>
        <w:bidi w:val="0"/>
        <w:spacing w:before="0"/>
        <w:ind w:firstLine="0"/>
        <w:jc w:val="both"/>
        <w:rPr>
          <w:rFonts w:cs="Sakkal Majalla"/>
          <w:color w:val="000000" w:themeColor="text1"/>
          <w:sz w:val="38"/>
          <w:szCs w:val="40"/>
          <w:rtl/>
        </w:rPr>
      </w:pPr>
      <w:r w:rsidRPr="005117ED">
        <w:rPr>
          <w:rFonts w:cs="Sakkal Majalla"/>
          <w:color w:val="000000" w:themeColor="text1"/>
          <w:sz w:val="38"/>
          <w:szCs w:val="40"/>
        </w:rPr>
        <w:br w:type="page"/>
      </w:r>
    </w:p>
    <w:p w:rsidR="00FD5E07" w:rsidRPr="005117ED" w:rsidRDefault="00FD5E07" w:rsidP="00FD5E07">
      <w:pPr>
        <w:spacing w:before="0"/>
        <w:ind w:firstLine="0"/>
        <w:jc w:val="center"/>
        <w:rPr>
          <w:rFonts w:cs="Sakkal Majalla"/>
          <w:color w:val="000000" w:themeColor="text1"/>
          <w:sz w:val="38"/>
          <w:szCs w:val="38"/>
          <w:rtl/>
        </w:rPr>
      </w:pPr>
      <w:r w:rsidRPr="005117ED">
        <w:rPr>
          <w:rFonts w:cs="Sakkal Majalla"/>
          <w:color w:val="000000" w:themeColor="text1"/>
          <w:sz w:val="38"/>
          <w:szCs w:val="38"/>
          <w:rtl/>
        </w:rPr>
        <w:lastRenderedPageBreak/>
        <w:t>فهرس المحتويـــات</w:t>
      </w:r>
    </w:p>
    <w:sdt>
      <w:sdtPr>
        <w:rPr>
          <w:rFonts w:ascii="Sakkal Majalla" w:eastAsiaTheme="minorHAnsi" w:hAnsi="Sakkal Majalla" w:cs="Traditional Arabic"/>
          <w:color w:val="auto"/>
          <w:sz w:val="34"/>
          <w:szCs w:val="36"/>
          <w:lang w:val="ar-SA"/>
        </w:rPr>
        <w:id w:val="1034308636"/>
        <w:docPartObj>
          <w:docPartGallery w:val="Table of Contents"/>
          <w:docPartUnique/>
        </w:docPartObj>
      </w:sdtPr>
      <w:sdtEndPr>
        <w:rPr>
          <w:b/>
          <w:bCs/>
        </w:rPr>
      </w:sdtEndPr>
      <w:sdtContent>
        <w:p w:rsidR="00942EBA" w:rsidRDefault="00942EBA">
          <w:pPr>
            <w:pStyle w:val="aff4"/>
          </w:pPr>
          <w:r>
            <w:rPr>
              <w:lang w:val="ar-SA"/>
            </w:rPr>
            <w:t>المحتويات</w:t>
          </w:r>
        </w:p>
        <w:p w:rsidR="005C0990" w:rsidRDefault="00942EBA">
          <w:pPr>
            <w:pStyle w:val="10"/>
            <w:tabs>
              <w:tab w:val="right" w:leader="dot" w:pos="9912"/>
            </w:tabs>
            <w:rPr>
              <w:rFonts w:asciiTheme="minorHAnsi" w:eastAsiaTheme="minorEastAsia" w:hAnsiTheme="minorHAnsi" w:cstheme="minorBidi"/>
              <w:noProof/>
              <w:sz w:val="22"/>
              <w:szCs w:val="22"/>
              <w:rtl/>
            </w:rPr>
          </w:pPr>
          <w:r>
            <w:fldChar w:fldCharType="begin"/>
          </w:r>
          <w:r>
            <w:instrText xml:space="preserve"> TOC \o "1-3" \h \z \u </w:instrText>
          </w:r>
          <w:r>
            <w:fldChar w:fldCharType="separate"/>
          </w:r>
          <w:hyperlink w:anchor="_Toc233321957" w:history="1">
            <w:r w:rsidR="005C0990" w:rsidRPr="00DE5445">
              <w:rPr>
                <w:rStyle w:val="Hyperlink"/>
                <w:rFonts w:eastAsia="Times New Roman" w:cs="Sakkal Majalla"/>
                <w:b/>
                <w:bCs/>
                <w:noProof/>
                <w:rtl/>
              </w:rPr>
              <w:t>الإهداء :</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233321957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2</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58" w:history="1">
            <w:r w:rsidR="005C0990" w:rsidRPr="00DE5445">
              <w:rPr>
                <w:rStyle w:val="Hyperlink"/>
                <w:rFonts w:eastAsia="Times New Roman" w:cs="Sakkal Majalla"/>
                <w:b/>
                <w:bCs/>
                <w:noProof/>
                <w:rtl/>
              </w:rPr>
              <w:t>الشكر والتقدير:</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233321958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3</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59" w:history="1">
            <w:r w:rsidR="005C0990" w:rsidRPr="00DE5445">
              <w:rPr>
                <w:rStyle w:val="Hyperlink"/>
                <w:rFonts w:eastAsia="Times New Roman" w:cs="Sakkal Majalla"/>
                <w:b/>
                <w:bCs/>
                <w:noProof/>
                <w:rtl/>
              </w:rPr>
              <w:t>الملخص:</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233321959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4</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60" w:history="1">
            <w:r w:rsidR="005C0990" w:rsidRPr="00DE5445">
              <w:rPr>
                <w:rStyle w:val="Hyperlink"/>
                <w:rFonts w:eastAsia="Times New Roman" w:cs="Sakkal Majalla"/>
                <w:b/>
                <w:bCs/>
                <w:noProof/>
              </w:rPr>
              <w:t>Abstract</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233321960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5</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61" w:history="1">
            <w:r w:rsidR="005C0990" w:rsidRPr="00DE5445">
              <w:rPr>
                <w:rStyle w:val="Hyperlink"/>
                <w:rFonts w:eastAsia="Times New Roman" w:cs="Sakkal Majalla"/>
                <w:b/>
                <w:bCs/>
                <w:noProof/>
                <w:rtl/>
              </w:rPr>
              <w:t>الفصل الأول: الإطار العام للدراسة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233321961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10</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62" w:history="1">
            <w:r w:rsidR="005C0990" w:rsidRPr="00DE5445">
              <w:rPr>
                <w:rStyle w:val="Hyperlink"/>
                <w:rFonts w:eastAsia="Times New Roman" w:cs="Sakkal Majalla"/>
                <w:b/>
                <w:bCs/>
                <w:noProof/>
                <w:rtl/>
              </w:rPr>
              <w:t>أولًا: مقدمة الدراسة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233321962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10</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63" w:history="1">
            <w:r w:rsidR="005C0990" w:rsidRPr="00DE5445">
              <w:rPr>
                <w:rStyle w:val="Hyperlink"/>
                <w:rFonts w:eastAsia="Times New Roman" w:cs="Sakkal Majalla"/>
                <w:b/>
                <w:bCs/>
                <w:noProof/>
                <w:rtl/>
              </w:rPr>
              <w:t>ثانيًا: مشكلة الدراسة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233321963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11</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64" w:history="1">
            <w:r w:rsidR="005C0990" w:rsidRPr="00DE5445">
              <w:rPr>
                <w:rStyle w:val="Hyperlink"/>
                <w:rFonts w:eastAsia="Times New Roman" w:cs="Sakkal Majalla"/>
                <w:b/>
                <w:bCs/>
                <w:noProof/>
                <w:rtl/>
              </w:rPr>
              <w:t>ثالثًا: أسئلة الدراسة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233321964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12</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65" w:history="1">
            <w:r w:rsidR="005C0990" w:rsidRPr="00DE5445">
              <w:rPr>
                <w:rStyle w:val="Hyperlink"/>
                <w:rFonts w:eastAsia="Times New Roman" w:cs="Sakkal Majalla"/>
                <w:b/>
                <w:bCs/>
                <w:noProof/>
                <w:rtl/>
              </w:rPr>
              <w:t>رابعًا: أهداف الدراسة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233321965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12</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66" w:history="1">
            <w:r w:rsidR="005C0990" w:rsidRPr="00DE5445">
              <w:rPr>
                <w:rStyle w:val="Hyperlink"/>
                <w:rFonts w:eastAsia="Times New Roman" w:cs="Sakkal Majalla"/>
                <w:b/>
                <w:bCs/>
                <w:noProof/>
                <w:rtl/>
              </w:rPr>
              <w:t>خامسًا: أهمية الدراسة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233321966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14</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67" w:history="1">
            <w:r w:rsidR="005C0990" w:rsidRPr="00DE5445">
              <w:rPr>
                <w:rStyle w:val="Hyperlink"/>
                <w:rFonts w:eastAsia="Times New Roman" w:cs="Sakkal Majalla"/>
                <w:b/>
                <w:bCs/>
                <w:noProof/>
                <w:rtl/>
              </w:rPr>
              <w:t>سادسًا: فرضيات الدراسة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233321967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14</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68" w:history="1">
            <w:r w:rsidR="005C0990" w:rsidRPr="00DE5445">
              <w:rPr>
                <w:rStyle w:val="Hyperlink"/>
                <w:rFonts w:eastAsia="Times New Roman" w:cs="Sakkal Majalla"/>
                <w:b/>
                <w:bCs/>
                <w:noProof/>
                <w:rtl/>
              </w:rPr>
              <w:t>سابعًا: حدود الدراسة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233321968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15</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69" w:history="1">
            <w:r w:rsidR="005C0990" w:rsidRPr="00DE5445">
              <w:rPr>
                <w:rStyle w:val="Hyperlink"/>
                <w:rFonts w:eastAsia="Times New Roman" w:cs="Sakkal Majalla"/>
                <w:b/>
                <w:bCs/>
                <w:noProof/>
                <w:rtl/>
              </w:rPr>
              <w:t>ثامنًا: مصطلحات الدراسة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233321969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15</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70" w:history="1">
            <w:r w:rsidR="005C0990" w:rsidRPr="00DE5445">
              <w:rPr>
                <w:rStyle w:val="Hyperlink"/>
                <w:rFonts w:eastAsia="Times New Roman" w:cs="Sakkal Majalla"/>
                <w:b/>
                <w:bCs/>
                <w:noProof/>
                <w:rtl/>
              </w:rPr>
              <w:t>تاسعًا: النموذج المفاهيمي للدراسة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233321970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16</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71" w:history="1">
            <w:r w:rsidR="005C0990" w:rsidRPr="00DE5445">
              <w:rPr>
                <w:rStyle w:val="Hyperlink"/>
                <w:rFonts w:eastAsia="Times New Roman" w:cs="Sakkal Majalla"/>
                <w:b/>
                <w:bCs/>
                <w:noProof/>
                <w:rtl/>
              </w:rPr>
              <w:t>عاشرًا</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 xml:space="preserve"> خلفية</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الدراسة</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وسياقها</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التنظيمي</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233321971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17</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72" w:history="1">
            <w:r w:rsidR="005C0990" w:rsidRPr="00DE5445">
              <w:rPr>
                <w:rStyle w:val="Hyperlink"/>
                <w:rFonts w:eastAsia="Times New Roman" w:cs="Sakkal Majalla"/>
                <w:b/>
                <w:bCs/>
                <w:noProof/>
                <w:rtl/>
              </w:rPr>
              <w:t>الحادي</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عشر</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 xml:space="preserve"> مبررات</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اختيار</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موضوع</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الدراسة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233321972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18</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73" w:history="1">
            <w:r w:rsidR="005C0990" w:rsidRPr="00DE5445">
              <w:rPr>
                <w:rStyle w:val="Hyperlink"/>
                <w:rFonts w:eastAsia="Times New Roman" w:cs="Sakkal Majalla"/>
                <w:b/>
                <w:bCs/>
                <w:noProof/>
                <w:rtl/>
              </w:rPr>
              <w:t>الثاني</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عشر</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 xml:space="preserve"> المنطلقات</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النظرية</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المفسرة</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للدراسة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233321973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19</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74" w:history="1">
            <w:r w:rsidR="005C0990" w:rsidRPr="00DE5445">
              <w:rPr>
                <w:rStyle w:val="Hyperlink"/>
                <w:rFonts w:eastAsia="Times New Roman" w:cs="Sakkal Majalla"/>
                <w:b/>
                <w:bCs/>
                <w:noProof/>
                <w:rtl/>
              </w:rPr>
              <w:t>الثالث</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عشر</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 xml:space="preserve"> افتراضات</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الدراسة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233321974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20</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75" w:history="1">
            <w:r w:rsidR="005C0990" w:rsidRPr="00DE5445">
              <w:rPr>
                <w:rStyle w:val="Hyperlink"/>
                <w:rFonts w:eastAsia="Times New Roman" w:cs="Sakkal Majalla"/>
                <w:b/>
                <w:bCs/>
                <w:noProof/>
                <w:rtl/>
              </w:rPr>
              <w:t>الرابع</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عشر</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 xml:space="preserve"> تنظيم</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الرسالة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233321975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21</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76" w:history="1">
            <w:r w:rsidR="005C0990" w:rsidRPr="00DE5445">
              <w:rPr>
                <w:rStyle w:val="Hyperlink"/>
                <w:rFonts w:eastAsia="Times New Roman" w:cs="Sakkal Majalla"/>
                <w:b/>
                <w:bCs/>
                <w:noProof/>
                <w:rtl/>
              </w:rPr>
              <w:t>الفصل الثاني: الإطار النظري والدراسات السابقة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233321976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22</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77" w:history="1">
            <w:r w:rsidR="005C0990" w:rsidRPr="00DE5445">
              <w:rPr>
                <w:rStyle w:val="Hyperlink"/>
                <w:rFonts w:eastAsia="Times New Roman" w:cs="Sakkal Majalla"/>
                <w:b/>
                <w:bCs/>
                <w:noProof/>
                <w:rtl/>
              </w:rPr>
              <w:t>أولاً : الإطــــــــار النظــــــري</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233321977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22</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78" w:history="1">
            <w:r w:rsidR="005C0990" w:rsidRPr="00DE5445">
              <w:rPr>
                <w:rStyle w:val="Hyperlink"/>
                <w:rFonts w:eastAsia="Times New Roman" w:cs="Sakkal Majalla"/>
                <w:b/>
                <w:bCs/>
                <w:noProof/>
                <w:rtl/>
              </w:rPr>
              <w:t>تمهيد :</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233321978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22</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79" w:history="1">
            <w:r w:rsidR="005C0990" w:rsidRPr="00DE5445">
              <w:rPr>
                <w:rStyle w:val="Hyperlink"/>
                <w:rFonts w:eastAsia="Times New Roman" w:cs="Sakkal Majalla"/>
                <w:b/>
                <w:bCs/>
                <w:noProof/>
              </w:rPr>
              <w:t xml:space="preserve">2-1-1 </w:t>
            </w:r>
            <w:r w:rsidR="005C0990" w:rsidRPr="00DE5445">
              <w:rPr>
                <w:rStyle w:val="Hyperlink"/>
                <w:rFonts w:eastAsia="Times New Roman" w:cs="Sakkal Majalla"/>
                <w:b/>
                <w:bCs/>
                <w:noProof/>
                <w:rtl/>
              </w:rPr>
              <w:t>تطور الفكر القيادي ونشأة المدخل التحويلي:</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233321979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22</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80" w:history="1">
            <w:r w:rsidR="005C0990" w:rsidRPr="00DE5445">
              <w:rPr>
                <w:rStyle w:val="Hyperlink"/>
                <w:rFonts w:eastAsia="Times New Roman" w:cs="Sakkal Majalla"/>
                <w:b/>
                <w:bCs/>
                <w:noProof/>
              </w:rPr>
              <w:t xml:space="preserve">2-1-2 </w:t>
            </w:r>
            <w:r w:rsidR="005C0990" w:rsidRPr="00DE5445">
              <w:rPr>
                <w:rStyle w:val="Hyperlink"/>
                <w:rFonts w:eastAsia="Times New Roman" w:cs="Sakkal Majalla"/>
                <w:b/>
                <w:bCs/>
                <w:noProof/>
                <w:rtl/>
              </w:rPr>
              <w:t>مفهوم القيادة التحويلية وخصائصها:</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233321980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23</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81" w:history="1">
            <w:r w:rsidR="005C0990" w:rsidRPr="00DE5445">
              <w:rPr>
                <w:rStyle w:val="Hyperlink"/>
                <w:rFonts w:eastAsia="Times New Roman" w:cs="Sakkal Majalla"/>
                <w:b/>
                <w:bCs/>
                <w:noProof/>
              </w:rPr>
              <w:t xml:space="preserve">2-1-3 </w:t>
            </w:r>
            <w:r w:rsidR="005C0990" w:rsidRPr="00DE5445">
              <w:rPr>
                <w:rStyle w:val="Hyperlink"/>
                <w:rFonts w:eastAsia="Times New Roman" w:cs="Sakkal Majalla"/>
                <w:b/>
                <w:bCs/>
                <w:noProof/>
                <w:rtl/>
              </w:rPr>
              <w:t xml:space="preserve"> أبعاد القيادة التحويلية: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233321981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24</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82" w:history="1">
            <w:r w:rsidR="005C0990" w:rsidRPr="00DE5445">
              <w:rPr>
                <w:rStyle w:val="Hyperlink"/>
                <w:rFonts w:eastAsia="Times New Roman" w:cs="Sakkal Majalla"/>
                <w:b/>
                <w:bCs/>
                <w:noProof/>
              </w:rPr>
              <w:t xml:space="preserve">2-1-4 </w:t>
            </w:r>
            <w:r w:rsidR="005C0990" w:rsidRPr="00DE5445">
              <w:rPr>
                <w:rStyle w:val="Hyperlink"/>
                <w:rFonts w:eastAsia="Times New Roman" w:cs="Sakkal Majalla"/>
                <w:b/>
                <w:bCs/>
                <w:noProof/>
                <w:rtl/>
              </w:rPr>
              <w:t>المقارنة مع الأنماط القيادية ذات الصلة: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233321982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27</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83" w:history="1">
            <w:r w:rsidR="005C0990" w:rsidRPr="00DE5445">
              <w:rPr>
                <w:rStyle w:val="Hyperlink"/>
                <w:rFonts w:eastAsia="Times New Roman" w:cs="Sakkal Majalla"/>
                <w:b/>
                <w:bCs/>
                <w:noProof/>
              </w:rPr>
              <w:t xml:space="preserve">2-1-5 </w:t>
            </w:r>
            <w:r w:rsidR="005C0990" w:rsidRPr="00DE5445">
              <w:rPr>
                <w:rStyle w:val="Hyperlink"/>
                <w:rFonts w:eastAsia="Times New Roman" w:cs="Sakkal Majalla"/>
                <w:b/>
                <w:bCs/>
                <w:noProof/>
                <w:rtl/>
              </w:rPr>
              <w:t>القيادة التحويلية في المنشآت الصغيرة والمتوسطة: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233321983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28</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84" w:history="1">
            <w:r w:rsidR="005C0990" w:rsidRPr="00DE5445">
              <w:rPr>
                <w:rStyle w:val="Hyperlink"/>
                <w:rFonts w:eastAsia="Times New Roman" w:cs="Sakkal Majalla"/>
                <w:b/>
                <w:bCs/>
                <w:noProof/>
              </w:rPr>
              <w:t xml:space="preserve">2-1-6 </w:t>
            </w:r>
            <w:r w:rsidR="005C0990" w:rsidRPr="00DE5445">
              <w:rPr>
                <w:rStyle w:val="Hyperlink"/>
                <w:rFonts w:eastAsia="Times New Roman" w:cs="Sakkal Majalla"/>
                <w:b/>
                <w:bCs/>
                <w:noProof/>
                <w:rtl/>
              </w:rPr>
              <w:t>الانتقادات والضوابط العلمية والأخلاقية: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233321984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28</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85" w:history="1">
            <w:r w:rsidR="005C0990" w:rsidRPr="00DE5445">
              <w:rPr>
                <w:rStyle w:val="Hyperlink"/>
                <w:rFonts w:eastAsia="Times New Roman" w:cs="Sakkal Majalla"/>
                <w:b/>
                <w:bCs/>
                <w:noProof/>
                <w:rtl/>
              </w:rPr>
              <w:t>المبحث الثاني</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الإبداع التنظيمي</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233321985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29</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86" w:history="1">
            <w:r w:rsidR="005C0990" w:rsidRPr="00DE5445">
              <w:rPr>
                <w:rStyle w:val="Hyperlink"/>
                <w:rFonts w:eastAsia="Times New Roman" w:cs="Sakkal Majalla"/>
                <w:b/>
                <w:bCs/>
                <w:noProof/>
              </w:rPr>
              <w:t xml:space="preserve">2-2-1 </w:t>
            </w:r>
            <w:r w:rsidR="005C0990" w:rsidRPr="00DE5445">
              <w:rPr>
                <w:rStyle w:val="Hyperlink"/>
                <w:rFonts w:eastAsia="Times New Roman" w:cs="Sakkal Majalla"/>
                <w:b/>
                <w:bCs/>
                <w:noProof/>
                <w:rtl/>
              </w:rPr>
              <w:t>مفهوم الإبداع التنظيمي والتمييز بينه وبين الابتكار</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233321986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29</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87" w:history="1">
            <w:r w:rsidR="005C0990" w:rsidRPr="00DE5445">
              <w:rPr>
                <w:rStyle w:val="Hyperlink"/>
                <w:rFonts w:eastAsia="Times New Roman" w:cs="Sakkal Majalla"/>
                <w:b/>
                <w:bCs/>
                <w:noProof/>
              </w:rPr>
              <w:t xml:space="preserve">2-2-2 </w:t>
            </w:r>
            <w:r w:rsidR="005C0990" w:rsidRPr="00DE5445">
              <w:rPr>
                <w:rStyle w:val="Hyperlink"/>
                <w:rFonts w:eastAsia="Times New Roman" w:cs="Sakkal Majalla"/>
                <w:b/>
                <w:bCs/>
                <w:noProof/>
                <w:rtl/>
              </w:rPr>
              <w:t>مستويات الإبداع التنظيمي:</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233321987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30</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88" w:history="1">
            <w:r w:rsidR="005C0990" w:rsidRPr="00DE5445">
              <w:rPr>
                <w:rStyle w:val="Hyperlink"/>
                <w:rFonts w:eastAsia="Times New Roman" w:cs="Sakkal Majalla"/>
                <w:b/>
                <w:bCs/>
                <w:noProof/>
              </w:rPr>
              <w:t xml:space="preserve">2-2-3 </w:t>
            </w:r>
            <w:r w:rsidR="005C0990" w:rsidRPr="00DE5445">
              <w:rPr>
                <w:rStyle w:val="Hyperlink"/>
                <w:rFonts w:eastAsia="Times New Roman" w:cs="Sakkal Majalla"/>
                <w:b/>
                <w:bCs/>
                <w:noProof/>
                <w:rtl/>
              </w:rPr>
              <w:t>مراحل العملية الإبداعية: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233321988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30</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89" w:history="1">
            <w:r w:rsidR="005C0990" w:rsidRPr="00DE5445">
              <w:rPr>
                <w:rStyle w:val="Hyperlink"/>
                <w:rFonts w:eastAsia="Times New Roman" w:cs="Sakkal Majalla"/>
                <w:b/>
                <w:bCs/>
                <w:noProof/>
              </w:rPr>
              <w:t xml:space="preserve">2-2-4 </w:t>
            </w:r>
            <w:r w:rsidR="005C0990" w:rsidRPr="00DE5445">
              <w:rPr>
                <w:rStyle w:val="Hyperlink"/>
                <w:rFonts w:eastAsia="Times New Roman" w:cs="Sakkal Majalla"/>
                <w:b/>
                <w:bCs/>
                <w:noProof/>
                <w:rtl/>
              </w:rPr>
              <w:t>النماذج النظرية المفسرة للإبداع التنظيمي:</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233321989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31</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90" w:history="1">
            <w:r w:rsidR="005C0990" w:rsidRPr="00DE5445">
              <w:rPr>
                <w:rStyle w:val="Hyperlink"/>
                <w:rFonts w:eastAsia="Times New Roman" w:cs="Sakkal Majalla"/>
                <w:b/>
                <w:bCs/>
                <w:noProof/>
              </w:rPr>
              <w:t xml:space="preserve">2-2-5 </w:t>
            </w:r>
            <w:r w:rsidR="005C0990" w:rsidRPr="00DE5445">
              <w:rPr>
                <w:rStyle w:val="Hyperlink"/>
                <w:rFonts w:eastAsia="Times New Roman" w:cs="Sakkal Majalla"/>
                <w:b/>
                <w:bCs/>
                <w:noProof/>
                <w:rtl/>
              </w:rPr>
              <w:t>أبعاد الإبداع التنظيمي في الدراسة: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233321990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32</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91" w:history="1">
            <w:r w:rsidR="005C0990" w:rsidRPr="00DE5445">
              <w:rPr>
                <w:rStyle w:val="Hyperlink"/>
                <w:rFonts w:eastAsia="Times New Roman" w:cs="Sakkal Majalla"/>
                <w:b/>
                <w:bCs/>
                <w:noProof/>
              </w:rPr>
              <w:t xml:space="preserve">2-2-6 </w:t>
            </w:r>
            <w:r w:rsidR="005C0990" w:rsidRPr="00DE5445">
              <w:rPr>
                <w:rStyle w:val="Hyperlink"/>
                <w:rFonts w:eastAsia="Times New Roman" w:cs="Sakkal Majalla"/>
                <w:b/>
                <w:bCs/>
                <w:noProof/>
                <w:rtl/>
              </w:rPr>
              <w:t>محددات الإبداع التنظيمي:</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233321991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33</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92" w:history="1">
            <w:r w:rsidR="005C0990" w:rsidRPr="00DE5445">
              <w:rPr>
                <w:rStyle w:val="Hyperlink"/>
                <w:rFonts w:eastAsia="Times New Roman" w:cs="Sakkal Majalla"/>
                <w:b/>
                <w:bCs/>
                <w:noProof/>
              </w:rPr>
              <w:t xml:space="preserve">2-2-7 </w:t>
            </w:r>
            <w:r w:rsidR="005C0990" w:rsidRPr="00DE5445">
              <w:rPr>
                <w:rStyle w:val="Hyperlink"/>
                <w:rFonts w:eastAsia="Times New Roman" w:cs="Sakkal Majalla"/>
                <w:b/>
                <w:bCs/>
                <w:noProof/>
                <w:rtl/>
              </w:rPr>
              <w:t>معوقات الإبداع التنظيمي وقياسه:</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233321992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33</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93" w:history="1">
            <w:r w:rsidR="005C0990" w:rsidRPr="00DE5445">
              <w:rPr>
                <w:rStyle w:val="Hyperlink"/>
                <w:rFonts w:eastAsia="Times New Roman" w:cs="Sakkal Majalla"/>
                <w:b/>
                <w:bCs/>
                <w:noProof/>
                <w:rtl/>
              </w:rPr>
              <w:t>المبحث الرابع</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 xml:space="preserve"> العلاقة بين القيادة التحويلية والإبداع التنظيمي</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233321993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36</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94" w:history="1">
            <w:r w:rsidR="005C0990" w:rsidRPr="00DE5445">
              <w:rPr>
                <w:rStyle w:val="Hyperlink"/>
                <w:rFonts w:eastAsia="Times New Roman" w:cs="Sakkal Majalla"/>
                <w:b/>
                <w:bCs/>
                <w:noProof/>
              </w:rPr>
              <w:t xml:space="preserve">2-4-1 </w:t>
            </w:r>
            <w:r w:rsidR="005C0990" w:rsidRPr="00DE5445">
              <w:rPr>
                <w:rStyle w:val="Hyperlink"/>
                <w:rFonts w:eastAsia="Times New Roman" w:cs="Sakkal Majalla"/>
                <w:b/>
                <w:bCs/>
                <w:noProof/>
                <w:rtl/>
              </w:rPr>
              <w:t>الآليات النظرية ومسارات التأثير:</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233321994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36</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95" w:history="1">
            <w:r w:rsidR="005C0990" w:rsidRPr="00DE5445">
              <w:rPr>
                <w:rStyle w:val="Hyperlink"/>
                <w:rFonts w:eastAsia="Times New Roman" w:cs="Sakkal Majalla"/>
                <w:b/>
                <w:bCs/>
                <w:noProof/>
              </w:rPr>
              <w:t xml:space="preserve">2-4-2 </w:t>
            </w:r>
            <w:r w:rsidR="005C0990" w:rsidRPr="00DE5445">
              <w:rPr>
                <w:rStyle w:val="Hyperlink"/>
                <w:rFonts w:eastAsia="Times New Roman" w:cs="Sakkal Majalla"/>
                <w:b/>
                <w:bCs/>
                <w:noProof/>
                <w:rtl/>
              </w:rPr>
              <w:t>الشواهد البحثية الداعمة للعلاقة: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233321995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37</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96" w:history="1">
            <w:r w:rsidR="005C0990" w:rsidRPr="00DE5445">
              <w:rPr>
                <w:rStyle w:val="Hyperlink"/>
                <w:rFonts w:eastAsia="Times New Roman" w:cs="Sakkal Majalla"/>
                <w:b/>
                <w:bCs/>
                <w:noProof/>
              </w:rPr>
              <w:t xml:space="preserve">2-4-3 </w:t>
            </w:r>
            <w:r w:rsidR="005C0990" w:rsidRPr="00DE5445">
              <w:rPr>
                <w:rStyle w:val="Hyperlink"/>
                <w:rFonts w:eastAsia="Times New Roman" w:cs="Sakkal Majalla"/>
                <w:b/>
                <w:bCs/>
                <w:noProof/>
                <w:rtl/>
              </w:rPr>
              <w:t>خصوصية العلاقة في المنشآت الصغيرة والمتوسطة السعودية: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233321996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38</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97" w:history="1">
            <w:r w:rsidR="005C0990" w:rsidRPr="00DE5445">
              <w:rPr>
                <w:rStyle w:val="Hyperlink"/>
                <w:rFonts w:eastAsia="Times New Roman" w:cs="Sakkal Majalla"/>
                <w:b/>
                <w:bCs/>
                <w:noProof/>
                <w:rtl/>
              </w:rPr>
              <w:t>خلاصة الإطار النظري:</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233321997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39</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98" w:history="1">
            <w:r w:rsidR="005C0990" w:rsidRPr="00DE5445">
              <w:rPr>
                <w:rStyle w:val="Hyperlink"/>
                <w:rFonts w:eastAsia="Times New Roman" w:cs="Sakkal Majalla"/>
                <w:b/>
                <w:bCs/>
                <w:noProof/>
                <w:rtl/>
              </w:rPr>
              <w:t>ثانياً : الدراسات السابقة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233321998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40</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1999" w:history="1">
            <w:r w:rsidR="005C0990" w:rsidRPr="00DE5445">
              <w:rPr>
                <w:rStyle w:val="Hyperlink"/>
                <w:rFonts w:eastAsia="Times New Roman" w:cs="Sakkal Majalla"/>
                <w:b/>
                <w:bCs/>
                <w:noProof/>
                <w:rtl/>
              </w:rPr>
              <w:t>التعقيب على الدراسات السابقة والفجوة البحثية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233321999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43</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00" w:history="1">
            <w:r w:rsidR="005C0990" w:rsidRPr="00DE5445">
              <w:rPr>
                <w:rStyle w:val="Hyperlink"/>
                <w:rFonts w:eastAsia="Times New Roman" w:cs="Sakkal Majalla"/>
                <w:b/>
                <w:bCs/>
                <w:noProof/>
                <w:rtl/>
              </w:rPr>
              <w:t>عرض</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تحليلي</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للدراسات</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العربية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233322000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44</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01" w:history="1">
            <w:r w:rsidR="005C0990" w:rsidRPr="00DE5445">
              <w:rPr>
                <w:rStyle w:val="Hyperlink"/>
                <w:rFonts w:eastAsia="Times New Roman" w:cs="Sakkal Majalla"/>
                <w:b/>
                <w:bCs/>
                <w:noProof/>
                <w:rtl/>
              </w:rPr>
              <w:t>عرض</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تحليلي</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للدراسات</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الأجنبية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233322001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45</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02" w:history="1">
            <w:r w:rsidR="005C0990" w:rsidRPr="00DE5445">
              <w:rPr>
                <w:rStyle w:val="Hyperlink"/>
                <w:rFonts w:eastAsia="Times New Roman" w:cs="Sakkal Majalla"/>
                <w:b/>
                <w:bCs/>
                <w:noProof/>
                <w:rtl/>
              </w:rPr>
              <w:t>الفجوة</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البحثية</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وصياغة</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القيمة</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المضافة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233322002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47</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03" w:history="1">
            <w:r w:rsidR="005C0990" w:rsidRPr="00DE5445">
              <w:rPr>
                <w:rStyle w:val="Hyperlink"/>
                <w:rFonts w:eastAsia="Times New Roman" w:cs="Sakkal Majalla"/>
                <w:b/>
                <w:bCs/>
                <w:noProof/>
                <w:rtl/>
              </w:rPr>
              <w:t>الفصل الثالث: منهجية الدراسة وإجراءاتها</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233322003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49</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04" w:history="1">
            <w:r w:rsidR="005C0990" w:rsidRPr="00DE5445">
              <w:rPr>
                <w:rStyle w:val="Hyperlink"/>
                <w:rFonts w:eastAsia="Times New Roman" w:cs="Sakkal Majalla"/>
                <w:b/>
                <w:bCs/>
                <w:noProof/>
                <w:rtl/>
              </w:rPr>
              <w:t>أولًا: منهج الدراسة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233322004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49</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05" w:history="1">
            <w:r w:rsidR="005C0990" w:rsidRPr="00DE5445">
              <w:rPr>
                <w:rStyle w:val="Hyperlink"/>
                <w:rFonts w:eastAsia="Times New Roman" w:cs="Sakkal Majalla"/>
                <w:b/>
                <w:bCs/>
                <w:noProof/>
                <w:rtl/>
              </w:rPr>
              <w:t>ثانيًا: مجتمع الدراسة وعينتها</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233322005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49</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06" w:history="1">
            <w:r w:rsidR="005C0990" w:rsidRPr="00DE5445">
              <w:rPr>
                <w:rStyle w:val="Hyperlink"/>
                <w:rFonts w:eastAsia="Times New Roman" w:cs="Sakkal Majalla"/>
                <w:b/>
                <w:bCs/>
                <w:noProof/>
                <w:rtl/>
              </w:rPr>
              <w:t>ثالثًا: أداة الدراسة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233322006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49</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07" w:history="1">
            <w:r w:rsidR="005C0990" w:rsidRPr="00DE5445">
              <w:rPr>
                <w:rStyle w:val="Hyperlink"/>
                <w:rFonts w:eastAsia="Times New Roman" w:cs="Sakkal Majalla"/>
                <w:b/>
                <w:bCs/>
                <w:noProof/>
                <w:rtl/>
              </w:rPr>
              <w:t>رابعًا: صدق الأداة وثباتها</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233322007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50</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08" w:history="1">
            <w:r w:rsidR="005C0990" w:rsidRPr="00DE5445">
              <w:rPr>
                <w:rStyle w:val="Hyperlink"/>
                <w:rFonts w:eastAsia="Times New Roman" w:cs="Sakkal Majalla"/>
                <w:b/>
                <w:bCs/>
                <w:noProof/>
                <w:rtl/>
              </w:rPr>
              <w:t>خامسًا: أساليب المعالجة الإحصائية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233322008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51</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09" w:history="1">
            <w:r w:rsidR="005C0990" w:rsidRPr="00DE5445">
              <w:rPr>
                <w:rStyle w:val="Hyperlink"/>
                <w:rFonts w:eastAsia="Times New Roman" w:cs="Sakkal Majalla"/>
                <w:b/>
                <w:bCs/>
                <w:noProof/>
                <w:rtl/>
              </w:rPr>
              <w:t>سادسًا: الاعتبارات الأخلاقية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233322009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52</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10" w:history="1">
            <w:r w:rsidR="005C0990" w:rsidRPr="00DE5445">
              <w:rPr>
                <w:rStyle w:val="Hyperlink"/>
                <w:rFonts w:eastAsia="Times New Roman" w:cs="Sakkal Majalla"/>
                <w:b/>
                <w:bCs/>
                <w:noProof/>
                <w:rtl/>
              </w:rPr>
              <w:t>سابعًا</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تصميم</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الدراسة</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ووحدة</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التحليل</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233322010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52</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11" w:history="1">
            <w:r w:rsidR="005C0990" w:rsidRPr="00DE5445">
              <w:rPr>
                <w:rStyle w:val="Hyperlink"/>
                <w:rFonts w:eastAsia="Times New Roman" w:cs="Sakkal Majalla"/>
                <w:b/>
                <w:bCs/>
                <w:noProof/>
                <w:rtl/>
              </w:rPr>
              <w:t>ثامنًا</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مجتمع</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الدراسة</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والعينة</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ومعايير</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الاشتمال</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233322011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52</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12" w:history="1">
            <w:r w:rsidR="005C0990" w:rsidRPr="00DE5445">
              <w:rPr>
                <w:rStyle w:val="Hyperlink"/>
                <w:rFonts w:eastAsia="Times New Roman" w:cs="Sakkal Majalla"/>
                <w:b/>
                <w:bCs/>
                <w:noProof/>
                <w:rtl/>
              </w:rPr>
              <w:t>تاسعًا</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بناء</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أداة</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الدراسة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233322012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53</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13" w:history="1">
            <w:r w:rsidR="005C0990" w:rsidRPr="00DE5445">
              <w:rPr>
                <w:rStyle w:val="Hyperlink"/>
                <w:rFonts w:eastAsia="Times New Roman" w:cs="Sakkal Majalla"/>
                <w:b/>
                <w:bCs/>
                <w:noProof/>
                <w:rtl/>
              </w:rPr>
              <w:t>عاشرًا</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أدلة</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الصدق</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والثبات</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والدراسة</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الاستطلاعية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233322013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54</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14" w:history="1">
            <w:r w:rsidR="005C0990" w:rsidRPr="00DE5445">
              <w:rPr>
                <w:rStyle w:val="Hyperlink"/>
                <w:rFonts w:eastAsia="Times New Roman" w:cs="Sakkal Majalla"/>
                <w:b/>
                <w:bCs/>
                <w:noProof/>
                <w:rtl/>
              </w:rPr>
              <w:t>الحادي</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عشر</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إجراءات</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جمع</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البيانات</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وإدارتها</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233322014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55</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15" w:history="1">
            <w:r w:rsidR="005C0990" w:rsidRPr="00DE5445">
              <w:rPr>
                <w:rStyle w:val="Hyperlink"/>
                <w:rFonts w:eastAsia="Times New Roman" w:cs="Sakkal Majalla"/>
                <w:b/>
                <w:bCs/>
                <w:noProof/>
                <w:rtl/>
              </w:rPr>
              <w:t>الثاني</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عشر</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خطة</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التحليل</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الإحصائي</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وفحص</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الافتراضات</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233322015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55</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16" w:history="1">
            <w:r w:rsidR="005C0990" w:rsidRPr="00DE5445">
              <w:rPr>
                <w:rStyle w:val="Hyperlink"/>
                <w:rFonts w:eastAsia="Times New Roman" w:cs="Sakkal Majalla"/>
                <w:b/>
                <w:bCs/>
                <w:noProof/>
                <w:rtl/>
              </w:rPr>
              <w:t>الثالث</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عشر</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الاعتبارات</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الأخلاقية</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ونزاهة</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البيانات</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233322016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56</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17" w:history="1">
            <w:r w:rsidR="005C0990" w:rsidRPr="00DE5445">
              <w:rPr>
                <w:rStyle w:val="Hyperlink"/>
                <w:rFonts w:eastAsia="Times New Roman" w:cs="Sakkal Majalla"/>
                <w:b/>
                <w:bCs/>
                <w:noProof/>
                <w:rtl/>
              </w:rPr>
              <w:t>الفصل الرابع: عرض وتحليل النتائج ومناقشتها</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233322017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58</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18" w:history="1">
            <w:r w:rsidR="005C0990" w:rsidRPr="00DE5445">
              <w:rPr>
                <w:rStyle w:val="Hyperlink"/>
                <w:rFonts w:eastAsia="Times New Roman" w:cs="Sakkal Majalla"/>
                <w:b/>
                <w:bCs/>
                <w:noProof/>
                <w:rtl/>
              </w:rPr>
              <w:t>ثانيًا: مستوى ممارسة القيادة التحويلية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233322018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60</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19" w:history="1">
            <w:r w:rsidR="005C0990" w:rsidRPr="00DE5445">
              <w:rPr>
                <w:rStyle w:val="Hyperlink"/>
                <w:rFonts w:eastAsia="Times New Roman" w:cs="Sakkal Majalla"/>
                <w:b/>
                <w:bCs/>
                <w:noProof/>
                <w:rtl/>
              </w:rPr>
              <w:t>جدول</w:t>
            </w:r>
            <w:r w:rsidR="005C0990" w:rsidRPr="00DE5445">
              <w:rPr>
                <w:rStyle w:val="Hyperlink"/>
                <w:rFonts w:eastAsia="Times New Roman" w:cs="Sakkal Majalla"/>
                <w:b/>
                <w:bCs/>
                <w:noProof/>
              </w:rPr>
              <w:t xml:space="preserve"> (18)</w:t>
            </w:r>
            <w:r w:rsidR="005C0990" w:rsidRPr="00DE5445">
              <w:rPr>
                <w:rStyle w:val="Hyperlink"/>
                <w:rFonts w:eastAsia="Times New Roman" w:cs="Sakkal Majalla"/>
                <w:b/>
                <w:bCs/>
                <w:noProof/>
                <w:rtl/>
              </w:rPr>
              <w:t xml:space="preserve"> </w:t>
            </w:r>
            <w:r w:rsidR="005C0990" w:rsidRPr="00DE5445">
              <w:rPr>
                <w:rStyle w:val="Hyperlink"/>
                <w:rFonts w:eastAsia="Times New Roman" w:cs="Sakkal Majalla"/>
                <w:b/>
                <w:bCs/>
                <w:noProof/>
              </w:rPr>
              <w:t>:</w:t>
            </w:r>
            <w:r w:rsidR="005C0990" w:rsidRPr="00DE5445">
              <w:rPr>
                <w:rStyle w:val="Hyperlink"/>
                <w:rFonts w:eastAsia="Times New Roman" w:cs="Sakkal Majalla"/>
                <w:b/>
                <w:bCs/>
                <w:noProof/>
                <w:rtl/>
              </w:rPr>
              <w:t xml:space="preserve"> </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المتوسطات</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الحسابية</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لأبعاد</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القيادة</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التحويلية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233322019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60</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20" w:history="1">
            <w:r w:rsidR="005C0990" w:rsidRPr="00DE5445">
              <w:rPr>
                <w:rStyle w:val="Hyperlink"/>
                <w:rFonts w:eastAsia="Times New Roman" w:cs="Sakkal Majalla"/>
                <w:b/>
                <w:bCs/>
                <w:noProof/>
                <w:rtl/>
              </w:rPr>
              <w:t>ثالثًا: مستوى الإبداع التنظيمي</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233322020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63</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21" w:history="1">
            <w:r w:rsidR="005C0990" w:rsidRPr="00DE5445">
              <w:rPr>
                <w:rStyle w:val="Hyperlink"/>
                <w:rFonts w:eastAsia="Times New Roman" w:cs="Sakkal Majalla"/>
                <w:b/>
                <w:bCs/>
                <w:noProof/>
                <w:rtl/>
              </w:rPr>
              <w:t>رابعًا: العلاقة بين القيادة التحويلية والإبداع التنظيمي</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233322021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65</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22" w:history="1">
            <w:r w:rsidR="005C0990" w:rsidRPr="00DE5445">
              <w:rPr>
                <w:rStyle w:val="Hyperlink"/>
                <w:rFonts w:eastAsia="Times New Roman" w:cs="Sakkal Majalla"/>
                <w:b/>
                <w:bCs/>
                <w:noProof/>
                <w:rtl/>
              </w:rPr>
              <w:t>خامسًا: اختبار أثر القيادة التحويلية في الإبداع التنظيمي</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233322022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66</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23" w:history="1">
            <w:r w:rsidR="005C0990" w:rsidRPr="00DE5445">
              <w:rPr>
                <w:rStyle w:val="Hyperlink"/>
                <w:rFonts w:eastAsia="Times New Roman" w:cs="Sakkal Majalla"/>
                <w:b/>
                <w:bCs/>
                <w:noProof/>
                <w:rtl/>
              </w:rPr>
              <w:t>سادسًا: أثر أبعاد القيادة التحويلية في الإبداع التنظيمي</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233322023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66</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24" w:history="1">
            <w:r w:rsidR="005C0990" w:rsidRPr="00DE5445">
              <w:rPr>
                <w:rStyle w:val="Hyperlink"/>
                <w:rFonts w:eastAsia="Times New Roman" w:cs="Sakkal Majalla"/>
                <w:b/>
                <w:bCs/>
                <w:noProof/>
                <w:rtl/>
              </w:rPr>
              <w:t>سابعًا: اختبار الفروق وفق المتغيرات الديموغرافية والتنظيمية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233322024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68</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25" w:history="1">
            <w:r w:rsidR="005C0990" w:rsidRPr="00DE5445">
              <w:rPr>
                <w:rStyle w:val="Hyperlink"/>
                <w:rFonts w:eastAsia="Times New Roman" w:cs="Sakkal Majalla"/>
                <w:b/>
                <w:bCs/>
                <w:noProof/>
                <w:rtl/>
              </w:rPr>
              <w:t>ثامنًا: ملخص اختبار الفرضيات</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233322025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69</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26" w:history="1">
            <w:r w:rsidR="005C0990" w:rsidRPr="00DE5445">
              <w:rPr>
                <w:rStyle w:val="Hyperlink"/>
                <w:rFonts w:eastAsia="Times New Roman" w:cs="Sakkal Majalla"/>
                <w:b/>
                <w:bCs/>
                <w:noProof/>
                <w:rtl/>
              </w:rPr>
              <w:t>قراءة</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موسعة</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للنتائج</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وتفسيرها:</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233322026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71</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27" w:history="1">
            <w:r w:rsidR="005C0990" w:rsidRPr="00DE5445">
              <w:rPr>
                <w:rStyle w:val="Hyperlink"/>
                <w:rFonts w:eastAsia="Times New Roman" w:cs="Sakkal Majalla"/>
                <w:b/>
                <w:bCs/>
                <w:noProof/>
                <w:rtl/>
              </w:rPr>
              <w:t>تاسعًا: مناقشة النتائج في ضوء الإطار النظري والدراسات السابقة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233322027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73</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28" w:history="1">
            <w:r w:rsidR="005C0990" w:rsidRPr="00DE5445">
              <w:rPr>
                <w:rStyle w:val="Hyperlink"/>
                <w:rFonts w:eastAsia="Times New Roman" w:cs="Sakkal Majalla"/>
                <w:b/>
                <w:bCs/>
                <w:noProof/>
                <w:rtl/>
              </w:rPr>
              <w:t>الفصل الخامس: الاستنتاجات والتوصيات</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233322028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74</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29" w:history="1">
            <w:r w:rsidR="005C0990" w:rsidRPr="00DE5445">
              <w:rPr>
                <w:rStyle w:val="Hyperlink"/>
                <w:rFonts w:eastAsia="Times New Roman" w:cs="Sakkal Majalla"/>
                <w:b/>
                <w:bCs/>
                <w:noProof/>
                <w:rtl/>
              </w:rPr>
              <w:t>أولًا: الاستنتاجات</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233322029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74</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30" w:history="1">
            <w:r w:rsidR="005C0990" w:rsidRPr="00DE5445">
              <w:rPr>
                <w:rStyle w:val="Hyperlink"/>
                <w:rFonts w:eastAsia="Times New Roman" w:cs="Sakkal Majalla"/>
                <w:b/>
                <w:bCs/>
                <w:noProof/>
                <w:rtl/>
              </w:rPr>
              <w:t>ثانيًا: التوصيات</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233322030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74</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31" w:history="1">
            <w:r w:rsidR="005C0990" w:rsidRPr="00DE5445">
              <w:rPr>
                <w:rStyle w:val="Hyperlink"/>
                <w:rFonts w:eastAsia="Times New Roman" w:cs="Sakkal Majalla"/>
                <w:b/>
                <w:bCs/>
                <w:noProof/>
                <w:rtl/>
              </w:rPr>
              <w:t>ثالثًا: خطة تنفيذية مقترحة للتوصيات</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233322031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75</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32" w:history="1">
            <w:r w:rsidR="005C0990" w:rsidRPr="00DE5445">
              <w:rPr>
                <w:rStyle w:val="Hyperlink"/>
                <w:rFonts w:eastAsia="Times New Roman" w:cs="Sakkal Majalla"/>
                <w:b/>
                <w:bCs/>
                <w:noProof/>
                <w:rtl/>
              </w:rPr>
              <w:t>الخاتمة: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233322032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76</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33" w:history="1">
            <w:r w:rsidR="005C0990" w:rsidRPr="00DE5445">
              <w:rPr>
                <w:rStyle w:val="Hyperlink"/>
                <w:rFonts w:eastAsia="Times New Roman" w:cs="Sakkal Majalla"/>
                <w:b/>
                <w:bCs/>
                <w:noProof/>
                <w:rtl/>
              </w:rPr>
              <w:t>خامسًا</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الإسهامات</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العلمية</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والتطبيقية</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للدراسة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233322033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77</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34" w:history="1">
            <w:r w:rsidR="005C0990" w:rsidRPr="00DE5445">
              <w:rPr>
                <w:rStyle w:val="Hyperlink"/>
                <w:rFonts w:eastAsia="Times New Roman" w:cs="Sakkal Majalla"/>
                <w:b/>
                <w:bCs/>
                <w:noProof/>
                <w:rtl/>
              </w:rPr>
              <w:t>سادسًا</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تفصيل</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التوصيات</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وآليات</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تفعيلها</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233322034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77</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35" w:history="1">
            <w:r w:rsidR="005C0990" w:rsidRPr="00DE5445">
              <w:rPr>
                <w:rStyle w:val="Hyperlink"/>
                <w:rFonts w:eastAsia="Times New Roman" w:cs="Sakkal Majalla"/>
                <w:b/>
                <w:bCs/>
                <w:noProof/>
                <w:rtl/>
              </w:rPr>
              <w:t>سابعًا</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حدود</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الدراسة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233322035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79</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36" w:history="1">
            <w:r w:rsidR="005C0990" w:rsidRPr="00DE5445">
              <w:rPr>
                <w:rStyle w:val="Hyperlink"/>
                <w:rFonts w:eastAsia="Times New Roman" w:cs="Sakkal Majalla"/>
                <w:b/>
                <w:bCs/>
                <w:noProof/>
                <w:rtl/>
              </w:rPr>
              <w:t>قائمة المراجع</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233322036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80</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37" w:history="1">
            <w:r w:rsidR="005C0990" w:rsidRPr="00DE5445">
              <w:rPr>
                <w:rStyle w:val="Hyperlink"/>
                <w:rFonts w:eastAsia="Times New Roman" w:cs="Sakkal Majalla"/>
                <w:b/>
                <w:bCs/>
                <w:noProof/>
                <w:rtl/>
              </w:rPr>
              <w:t>أولًا: المراجع العربية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233322037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80</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38" w:history="1">
            <w:r w:rsidR="005C0990" w:rsidRPr="00DE5445">
              <w:rPr>
                <w:rStyle w:val="Hyperlink"/>
                <w:rFonts w:eastAsia="Times New Roman" w:cs="Sakkal Majalla"/>
                <w:b/>
                <w:bCs/>
                <w:noProof/>
                <w:rtl/>
              </w:rPr>
              <w:t>ثانيًا: المراجع الأجنبية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233322038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81</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39" w:history="1">
            <w:r w:rsidR="005C0990" w:rsidRPr="00DE5445">
              <w:rPr>
                <w:rStyle w:val="Hyperlink"/>
                <w:rFonts w:eastAsia="Times New Roman" w:cs="Sakkal Majalla"/>
                <w:b/>
                <w:bCs/>
                <w:noProof/>
                <w:rtl/>
              </w:rPr>
              <w:t>الملاحق</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233322039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85</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40" w:history="1">
            <w:r w:rsidR="005C0990" w:rsidRPr="00DE5445">
              <w:rPr>
                <w:rStyle w:val="Hyperlink"/>
                <w:rFonts w:eastAsia="Times New Roman" w:cs="Sakkal Majalla"/>
                <w:b/>
                <w:bCs/>
                <w:noProof/>
                <w:rtl/>
              </w:rPr>
              <w:t>ملحق (1): الاستبانة المقترحة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233322040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85</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41" w:history="1">
            <w:r w:rsidR="005C0990" w:rsidRPr="00DE5445">
              <w:rPr>
                <w:rStyle w:val="Hyperlink"/>
                <w:rFonts w:eastAsia="Times New Roman" w:cs="Sakkal Majalla"/>
                <w:b/>
                <w:bCs/>
                <w:noProof/>
                <w:rtl/>
              </w:rPr>
              <w:t>ملحق (2): دليل ترميز الإجابات</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233322041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87</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42" w:history="1">
            <w:r w:rsidR="005C0990" w:rsidRPr="00DE5445">
              <w:rPr>
                <w:rStyle w:val="Hyperlink"/>
                <w:rFonts w:eastAsia="Times New Roman" w:cs="Sakkal Majalla"/>
                <w:b/>
                <w:bCs/>
                <w:noProof/>
                <w:rtl/>
              </w:rPr>
              <w:t>ملحق (3): نموذج مختصر لبناء ملف البيانات</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233322042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87</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43" w:history="1">
            <w:r w:rsidR="005C0990" w:rsidRPr="00DE5445">
              <w:rPr>
                <w:rStyle w:val="Hyperlink"/>
                <w:rFonts w:eastAsia="Times New Roman" w:cs="Sakkal Majalla"/>
                <w:b/>
                <w:bCs/>
                <w:noProof/>
                <w:rtl/>
              </w:rPr>
              <w:t>ملحق</w:t>
            </w:r>
            <w:r w:rsidR="005C0990" w:rsidRPr="00DE5445">
              <w:rPr>
                <w:rStyle w:val="Hyperlink"/>
                <w:rFonts w:eastAsia="Times New Roman" w:cs="Sakkal Majalla"/>
                <w:b/>
                <w:bCs/>
                <w:noProof/>
              </w:rPr>
              <w:t xml:space="preserve"> (4): </w:t>
            </w:r>
            <w:r w:rsidR="005C0990" w:rsidRPr="00DE5445">
              <w:rPr>
                <w:rStyle w:val="Hyperlink"/>
                <w:rFonts w:eastAsia="Times New Roman" w:cs="Sakkal Majalla"/>
                <w:b/>
                <w:bCs/>
                <w:noProof/>
                <w:rtl/>
              </w:rPr>
              <w:t>نموذج</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تحكيم</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الاستبانة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233322043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88</w:t>
            </w:r>
            <w:r w:rsidR="005C0990">
              <w:rPr>
                <w:noProof/>
                <w:webHidden/>
                <w:rtl/>
              </w:rPr>
              <w:fldChar w:fldCharType="end"/>
            </w:r>
          </w:hyperlink>
        </w:p>
        <w:p w:rsidR="005C0990" w:rsidRDefault="0061555E">
          <w:pPr>
            <w:pStyle w:val="10"/>
            <w:tabs>
              <w:tab w:val="right" w:leader="dot" w:pos="9912"/>
            </w:tabs>
            <w:rPr>
              <w:rFonts w:asciiTheme="minorHAnsi" w:eastAsiaTheme="minorEastAsia" w:hAnsiTheme="minorHAnsi" w:cstheme="minorBidi"/>
              <w:noProof/>
              <w:sz w:val="22"/>
              <w:szCs w:val="22"/>
              <w:rtl/>
            </w:rPr>
          </w:pPr>
          <w:hyperlink w:anchor="_Toc233322044" w:history="1">
            <w:r w:rsidR="005C0990" w:rsidRPr="00DE5445">
              <w:rPr>
                <w:rStyle w:val="Hyperlink"/>
                <w:rFonts w:eastAsia="Times New Roman" w:cs="Sakkal Majalla"/>
                <w:b/>
                <w:bCs/>
                <w:noProof/>
                <w:rtl/>
              </w:rPr>
              <w:t>ملحق</w:t>
            </w:r>
            <w:r w:rsidR="005C0990" w:rsidRPr="00DE5445">
              <w:rPr>
                <w:rStyle w:val="Hyperlink"/>
                <w:rFonts w:eastAsia="Times New Roman" w:cs="Sakkal Majalla"/>
                <w:b/>
                <w:bCs/>
                <w:noProof/>
              </w:rPr>
              <w:t xml:space="preserve"> (5)</w:t>
            </w:r>
            <w:r w:rsidR="005C0990" w:rsidRPr="00DE5445">
              <w:rPr>
                <w:rStyle w:val="Hyperlink"/>
                <w:rFonts w:eastAsia="Times New Roman" w:cs="Sakkal Majalla"/>
                <w:b/>
                <w:bCs/>
                <w:noProof/>
                <w:rtl/>
              </w:rPr>
              <w:t xml:space="preserve"> </w:t>
            </w:r>
            <w:r w:rsidR="005C0990" w:rsidRPr="00DE5445">
              <w:rPr>
                <w:rStyle w:val="Hyperlink"/>
                <w:rFonts w:eastAsia="Times New Roman" w:cs="Sakkal Majalla"/>
                <w:b/>
                <w:bCs/>
                <w:noProof/>
              </w:rPr>
              <w:t>:</w:t>
            </w:r>
            <w:r w:rsidR="005C0990" w:rsidRPr="00DE5445">
              <w:rPr>
                <w:rStyle w:val="Hyperlink"/>
                <w:rFonts w:eastAsia="Times New Roman" w:cs="Sakkal Majalla"/>
                <w:b/>
                <w:bCs/>
                <w:noProof/>
                <w:rtl/>
              </w:rPr>
              <w:t xml:space="preserve"> </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نص</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الموافقة</w:t>
            </w:r>
            <w:r w:rsidR="005C0990" w:rsidRPr="00DE5445">
              <w:rPr>
                <w:rStyle w:val="Hyperlink"/>
                <w:rFonts w:eastAsia="Times New Roman" w:cs="Sakkal Majalla"/>
                <w:b/>
                <w:bCs/>
                <w:noProof/>
              </w:rPr>
              <w:t xml:space="preserve"> </w:t>
            </w:r>
            <w:r w:rsidR="005C0990" w:rsidRPr="00DE5445">
              <w:rPr>
                <w:rStyle w:val="Hyperlink"/>
                <w:rFonts w:eastAsia="Times New Roman" w:cs="Sakkal Majalla"/>
                <w:b/>
                <w:bCs/>
                <w:noProof/>
                <w:rtl/>
              </w:rPr>
              <w:t>المستنيرة</w:t>
            </w:r>
            <w:r w:rsidR="005C0990">
              <w:rPr>
                <w:noProof/>
                <w:webHidden/>
                <w:rtl/>
              </w:rPr>
              <w:tab/>
            </w:r>
            <w:r w:rsidR="005C0990">
              <w:rPr>
                <w:noProof/>
                <w:webHidden/>
                <w:rtl/>
              </w:rPr>
              <w:fldChar w:fldCharType="begin"/>
            </w:r>
            <w:r w:rsidR="005C0990">
              <w:rPr>
                <w:noProof/>
                <w:webHidden/>
                <w:rtl/>
              </w:rPr>
              <w:instrText xml:space="preserve"> </w:instrText>
            </w:r>
            <w:r w:rsidR="005C0990">
              <w:rPr>
                <w:noProof/>
                <w:webHidden/>
              </w:rPr>
              <w:instrText>PAGEREF</w:instrText>
            </w:r>
            <w:r w:rsidR="005C0990">
              <w:rPr>
                <w:noProof/>
                <w:webHidden/>
                <w:rtl/>
              </w:rPr>
              <w:instrText xml:space="preserve"> _</w:instrText>
            </w:r>
            <w:r w:rsidR="005C0990">
              <w:rPr>
                <w:noProof/>
                <w:webHidden/>
              </w:rPr>
              <w:instrText>Toc</w:instrText>
            </w:r>
            <w:r w:rsidR="005C0990">
              <w:rPr>
                <w:noProof/>
                <w:webHidden/>
                <w:rtl/>
              </w:rPr>
              <w:instrText xml:space="preserve">233322044 </w:instrText>
            </w:r>
            <w:r w:rsidR="005C0990">
              <w:rPr>
                <w:noProof/>
                <w:webHidden/>
              </w:rPr>
              <w:instrText>\h</w:instrText>
            </w:r>
            <w:r w:rsidR="005C0990">
              <w:rPr>
                <w:noProof/>
                <w:webHidden/>
                <w:rtl/>
              </w:rPr>
              <w:instrText xml:space="preserve"> </w:instrText>
            </w:r>
            <w:r w:rsidR="005C0990">
              <w:rPr>
                <w:noProof/>
                <w:webHidden/>
                <w:rtl/>
              </w:rPr>
            </w:r>
            <w:r w:rsidR="005C0990">
              <w:rPr>
                <w:noProof/>
                <w:webHidden/>
                <w:rtl/>
              </w:rPr>
              <w:fldChar w:fldCharType="separate"/>
            </w:r>
            <w:r w:rsidR="00131B29">
              <w:rPr>
                <w:noProof/>
                <w:webHidden/>
                <w:rtl/>
              </w:rPr>
              <w:t>89</w:t>
            </w:r>
            <w:r w:rsidR="005C0990">
              <w:rPr>
                <w:noProof/>
                <w:webHidden/>
                <w:rtl/>
              </w:rPr>
              <w:fldChar w:fldCharType="end"/>
            </w:r>
          </w:hyperlink>
        </w:p>
        <w:p w:rsidR="00942EBA" w:rsidRDefault="00942EBA" w:rsidP="00942EBA">
          <w:pPr>
            <w:pStyle w:val="10"/>
            <w:tabs>
              <w:tab w:val="right" w:leader="dot" w:pos="9912"/>
            </w:tabs>
          </w:pPr>
          <w:r>
            <w:rPr>
              <w:b/>
              <w:bCs/>
              <w:lang w:val="ar-SA"/>
            </w:rPr>
            <w:fldChar w:fldCharType="end"/>
          </w:r>
        </w:p>
      </w:sdtContent>
    </w:sdt>
    <w:p w:rsidR="00FD5E07" w:rsidRPr="00942EBA" w:rsidRDefault="00FD5E07" w:rsidP="00FD5E07">
      <w:pPr>
        <w:keepNext/>
        <w:spacing w:before="0"/>
        <w:jc w:val="center"/>
        <w:rPr>
          <w:rFonts w:cs="Sakkal Majalla"/>
          <w:b/>
          <w:bCs/>
          <w:color w:val="000000" w:themeColor="text1"/>
          <w:sz w:val="30"/>
          <w:szCs w:val="30"/>
          <w:rtl/>
        </w:rPr>
      </w:pPr>
    </w:p>
    <w:p w:rsidR="00FD5E07" w:rsidRPr="00942EBA" w:rsidRDefault="00FD5E07" w:rsidP="00942EBA">
      <w:pPr>
        <w:spacing w:before="0"/>
        <w:ind w:firstLine="0"/>
        <w:jc w:val="center"/>
        <w:outlineLvl w:val="0"/>
        <w:rPr>
          <w:rFonts w:eastAsia="Times New Roman" w:cs="Sakkal Majalla"/>
          <w:b/>
          <w:bCs/>
          <w:color w:val="000000" w:themeColor="text1"/>
          <w:sz w:val="40"/>
          <w:szCs w:val="40"/>
        </w:rPr>
      </w:pPr>
      <w:bookmarkStart w:id="9" w:name="_Toc233321961"/>
      <w:r w:rsidRPr="00942EBA">
        <w:rPr>
          <w:rFonts w:eastAsia="Times New Roman" w:cs="Sakkal Majalla"/>
          <w:b/>
          <w:bCs/>
          <w:color w:val="000000" w:themeColor="text1"/>
          <w:sz w:val="40"/>
          <w:szCs w:val="40"/>
          <w:rtl/>
        </w:rPr>
        <w:t>الفصل الأول: الإطار العام للدراسة</w:t>
      </w:r>
      <w:bookmarkEnd w:id="9"/>
    </w:p>
    <w:p w:rsidR="00FD5E07" w:rsidRPr="005117ED" w:rsidRDefault="00FD5E07" w:rsidP="00FD5E07">
      <w:pPr>
        <w:spacing w:before="0"/>
        <w:ind w:firstLine="0"/>
        <w:jc w:val="left"/>
        <w:outlineLvl w:val="0"/>
        <w:rPr>
          <w:rFonts w:eastAsia="Times New Roman" w:cs="Sakkal Majalla"/>
          <w:b/>
          <w:bCs/>
          <w:color w:val="000000" w:themeColor="text1"/>
          <w:sz w:val="40"/>
          <w:szCs w:val="40"/>
        </w:rPr>
      </w:pPr>
      <w:bookmarkStart w:id="10" w:name="_Toc233321962"/>
      <w:r w:rsidRPr="005117ED">
        <w:rPr>
          <w:rFonts w:eastAsia="Times New Roman" w:cs="Sakkal Majalla"/>
          <w:b/>
          <w:bCs/>
          <w:color w:val="000000" w:themeColor="text1"/>
          <w:sz w:val="40"/>
          <w:szCs w:val="40"/>
          <w:rtl/>
        </w:rPr>
        <w:t>أولًا: مقدمة الدراسة</w:t>
      </w:r>
      <w:bookmarkEnd w:id="10"/>
    </w:p>
    <w:p w:rsidR="00FD5E07" w:rsidRPr="005117ED" w:rsidRDefault="00FD5E07" w:rsidP="00FD5E07">
      <w:pPr>
        <w:spacing w:before="0"/>
        <w:ind w:firstLine="720"/>
        <w:jc w:val="both"/>
        <w:rPr>
          <w:rFonts w:cs="Sakkal Majalla"/>
          <w:color w:val="000000" w:themeColor="text1"/>
          <w:sz w:val="38"/>
          <w:szCs w:val="38"/>
        </w:rPr>
      </w:pPr>
      <w:r w:rsidRPr="005117ED">
        <w:rPr>
          <w:rFonts w:cs="Sakkal Majalla"/>
          <w:color w:val="000000" w:themeColor="text1"/>
          <w:sz w:val="38"/>
          <w:szCs w:val="38"/>
          <w:rtl/>
        </w:rPr>
        <w:t xml:space="preserve">تعيش منظمات الأعمال المعاصرة في بيئة تتسم بسرعة التغير، وارتفاع حدة المنافسة، وتزايد الاعتماد على المعرفة والتقنية ورأس المال البشري. ولم تعد القدرة على الاستمرار والنمو مرتبطة فقط بحجم الموارد المادية أو وفرة التمويل، بل أصبحت ترتبط بدرجة أكبر بقدرة المنظمة على التعلم والتجديد وتوليد الأفكار وتحويلها إلى منتجات أو خدمات أو إجراءات أكثر كفاءة. وفي هذا السياق يبرز الإبداع التنظيمي بوصفه قدرة مؤسسية تتجاوز حدود الإبداع الفردي، إذ يعكس قدرة المنظمة على بناء ثقافة داخلية تقبل الأفكار الجديدة وتدعم التجريب وتستثمر خبرات العاملين في حل المشكلات وتطوير الأداء (الفاعوري، 2005؛ </w:t>
      </w:r>
      <w:proofErr w:type="spellStart"/>
      <w:r w:rsidRPr="005117ED">
        <w:rPr>
          <w:rFonts w:cs="Sakkal Majalla"/>
          <w:color w:val="000000" w:themeColor="text1"/>
          <w:sz w:val="38"/>
          <w:szCs w:val="38"/>
          <w:rtl/>
        </w:rPr>
        <w:t>Amabile</w:t>
      </w:r>
      <w:proofErr w:type="spellEnd"/>
      <w:r w:rsidRPr="005117ED">
        <w:rPr>
          <w:rFonts w:cs="Sakkal Majalla"/>
          <w:color w:val="000000" w:themeColor="text1"/>
          <w:sz w:val="38"/>
          <w:szCs w:val="38"/>
          <w:rtl/>
        </w:rPr>
        <w:t>، 1996).</w:t>
      </w:r>
    </w:p>
    <w:p w:rsidR="00FD5E07" w:rsidRPr="005117ED" w:rsidRDefault="00FD5E07" w:rsidP="00FD5E07">
      <w:pPr>
        <w:spacing w:before="0"/>
        <w:ind w:firstLine="720"/>
        <w:jc w:val="both"/>
        <w:rPr>
          <w:rFonts w:cs="Sakkal Majalla"/>
          <w:color w:val="000000" w:themeColor="text1"/>
          <w:sz w:val="38"/>
          <w:szCs w:val="38"/>
        </w:rPr>
      </w:pPr>
      <w:r w:rsidRPr="005117ED">
        <w:rPr>
          <w:rFonts w:cs="Sakkal Majalla"/>
          <w:color w:val="000000" w:themeColor="text1"/>
          <w:sz w:val="38"/>
          <w:szCs w:val="38"/>
          <w:rtl/>
        </w:rPr>
        <w:t xml:space="preserve">وقد شهد الفكر الإداري تطورًا واضحًا في فهم وظيفة القيادة؛ فالقيادة لم تعد مجرد عملية إصدار أوامر أو رقابة على الأداء، بل أصبحت عملية تأثير تستهدف بناء الرؤية المشتركة وتحفيز العاملين وتمكينهم وإعادة تشكيل علاقتهم بالعمل والمنظمة. ومن أكثر المداخل القيادية حضورًا في أدبيات السلوك التنظيمي مدخل القيادة التحويلية، الذي ظهر بصورة واضحة لدى </w:t>
      </w:r>
      <w:proofErr w:type="spellStart"/>
      <w:r w:rsidRPr="005117ED">
        <w:rPr>
          <w:rFonts w:cs="Sakkal Majalla"/>
          <w:color w:val="000000" w:themeColor="text1"/>
          <w:sz w:val="38"/>
          <w:szCs w:val="38"/>
          <w:rtl/>
        </w:rPr>
        <w:t>Burns</w:t>
      </w:r>
      <w:proofErr w:type="spellEnd"/>
      <w:r w:rsidRPr="005117ED">
        <w:rPr>
          <w:rFonts w:cs="Sakkal Majalla"/>
          <w:color w:val="000000" w:themeColor="text1"/>
          <w:sz w:val="38"/>
          <w:szCs w:val="38"/>
          <w:rtl/>
        </w:rPr>
        <w:t xml:space="preserve"> ثم طوّره </w:t>
      </w:r>
      <w:proofErr w:type="spellStart"/>
      <w:r w:rsidRPr="005117ED">
        <w:rPr>
          <w:rFonts w:cs="Sakkal Majalla"/>
          <w:color w:val="000000" w:themeColor="text1"/>
          <w:sz w:val="38"/>
          <w:szCs w:val="38"/>
          <w:rtl/>
        </w:rPr>
        <w:t>Bass</w:t>
      </w:r>
      <w:proofErr w:type="spellEnd"/>
      <w:r w:rsidRPr="005117ED">
        <w:rPr>
          <w:rFonts w:cs="Sakkal Majalla"/>
          <w:color w:val="000000" w:themeColor="text1"/>
          <w:sz w:val="38"/>
          <w:szCs w:val="38"/>
          <w:rtl/>
        </w:rPr>
        <w:t xml:space="preserve"> ليشير إلى نمط قيادي يرفع مستوى الدافعية والالتزام ويشجع العاملين على تجاوز المصالح الذاتية المحدودة إلى مصالح تنظيمية أوسع (</w:t>
      </w:r>
      <w:proofErr w:type="spellStart"/>
      <w:r w:rsidRPr="005117ED">
        <w:rPr>
          <w:rFonts w:cs="Sakkal Majalla"/>
          <w:color w:val="000000" w:themeColor="text1"/>
          <w:sz w:val="38"/>
          <w:szCs w:val="38"/>
          <w:rtl/>
        </w:rPr>
        <w:t>Burns</w:t>
      </w:r>
      <w:proofErr w:type="spellEnd"/>
      <w:r w:rsidRPr="005117ED">
        <w:rPr>
          <w:rFonts w:cs="Sakkal Majalla"/>
          <w:color w:val="000000" w:themeColor="text1"/>
          <w:sz w:val="38"/>
          <w:szCs w:val="38"/>
          <w:rtl/>
        </w:rPr>
        <w:t xml:space="preserve">، 1978؛ </w:t>
      </w:r>
      <w:proofErr w:type="spellStart"/>
      <w:r w:rsidRPr="005117ED">
        <w:rPr>
          <w:rFonts w:cs="Sakkal Majalla"/>
          <w:color w:val="000000" w:themeColor="text1"/>
          <w:sz w:val="38"/>
          <w:szCs w:val="38"/>
          <w:rtl/>
        </w:rPr>
        <w:t>Bass</w:t>
      </w:r>
      <w:proofErr w:type="spellEnd"/>
      <w:r w:rsidRPr="005117ED">
        <w:rPr>
          <w:rFonts w:cs="Sakkal Majalla"/>
          <w:color w:val="000000" w:themeColor="text1"/>
          <w:sz w:val="38"/>
          <w:szCs w:val="38"/>
          <w:rtl/>
        </w:rPr>
        <w:t>، 1985).</w:t>
      </w:r>
    </w:p>
    <w:p w:rsidR="00FD5E07" w:rsidRPr="005117ED" w:rsidRDefault="00FD5E07" w:rsidP="00FD5E07">
      <w:pPr>
        <w:spacing w:before="0"/>
        <w:ind w:firstLine="720"/>
        <w:jc w:val="both"/>
        <w:rPr>
          <w:rFonts w:cs="Sakkal Majalla"/>
          <w:color w:val="000000" w:themeColor="text1"/>
          <w:sz w:val="38"/>
          <w:szCs w:val="38"/>
        </w:rPr>
      </w:pPr>
      <w:r w:rsidRPr="005117ED">
        <w:rPr>
          <w:rFonts w:cs="Sakkal Majalla"/>
          <w:color w:val="000000" w:themeColor="text1"/>
          <w:sz w:val="38"/>
          <w:szCs w:val="38"/>
          <w:rtl/>
        </w:rPr>
        <w:t xml:space="preserve">وتتكون القيادة التحويلية في صورتها الأكثر شيوعًا من أربعة أبعاد رئيسة هي: التأثير المثالي، والتحفيز </w:t>
      </w:r>
      <w:proofErr w:type="spellStart"/>
      <w:r w:rsidRPr="005117ED">
        <w:rPr>
          <w:rFonts w:cs="Sakkal Majalla"/>
          <w:color w:val="000000" w:themeColor="text1"/>
          <w:sz w:val="38"/>
          <w:szCs w:val="38"/>
          <w:rtl/>
        </w:rPr>
        <w:t>الإلهامي</w:t>
      </w:r>
      <w:proofErr w:type="spellEnd"/>
      <w:r w:rsidRPr="005117ED">
        <w:rPr>
          <w:rFonts w:cs="Sakkal Majalla"/>
          <w:color w:val="000000" w:themeColor="text1"/>
          <w:sz w:val="38"/>
          <w:szCs w:val="38"/>
          <w:rtl/>
        </w:rPr>
        <w:t xml:space="preserve">، والاستثارة الفكرية، والاعتبار الفردي. ويعني التأثير المثالي أن يكون القائد نموذجًا أخلاقيًا ومهنيًا يثق العاملون في قراراته، بينما يشير التحفيز </w:t>
      </w:r>
      <w:proofErr w:type="spellStart"/>
      <w:r w:rsidRPr="005117ED">
        <w:rPr>
          <w:rFonts w:cs="Sakkal Majalla"/>
          <w:color w:val="000000" w:themeColor="text1"/>
          <w:sz w:val="38"/>
          <w:szCs w:val="38"/>
          <w:rtl/>
        </w:rPr>
        <w:t>الإلهامي</w:t>
      </w:r>
      <w:proofErr w:type="spellEnd"/>
      <w:r w:rsidRPr="005117ED">
        <w:rPr>
          <w:rFonts w:cs="Sakkal Majalla"/>
          <w:color w:val="000000" w:themeColor="text1"/>
          <w:sz w:val="38"/>
          <w:szCs w:val="38"/>
          <w:rtl/>
        </w:rPr>
        <w:t xml:space="preserve"> إلى قدرة القائد على </w:t>
      </w:r>
      <w:r w:rsidRPr="005117ED">
        <w:rPr>
          <w:rFonts w:cs="Sakkal Majalla"/>
          <w:color w:val="000000" w:themeColor="text1"/>
          <w:sz w:val="38"/>
          <w:szCs w:val="38"/>
          <w:rtl/>
        </w:rPr>
        <w:lastRenderedPageBreak/>
        <w:t>بث الحماس وربط الجهود الفردية برؤية مشتركة. أما الاستثارة الفكرية فتعكس تشجيع العاملين على التفكير غير التقليدي، في حين يتصل الاعتبار الفردي بقدرة القائد على مراعاة احتياجات العاملين وتطوير قدراتهم (</w:t>
      </w:r>
      <w:proofErr w:type="spellStart"/>
      <w:r w:rsidRPr="005117ED">
        <w:rPr>
          <w:rFonts w:cs="Sakkal Majalla"/>
          <w:color w:val="000000" w:themeColor="text1"/>
          <w:sz w:val="38"/>
          <w:szCs w:val="38"/>
          <w:rtl/>
        </w:rPr>
        <w:t>Bass</w:t>
      </w:r>
      <w:proofErr w:type="spellEnd"/>
      <w:r w:rsidRPr="005117ED">
        <w:rPr>
          <w:rFonts w:cs="Sakkal Majalla"/>
          <w:color w:val="000000" w:themeColor="text1"/>
          <w:sz w:val="38"/>
          <w:szCs w:val="38"/>
          <w:rtl/>
        </w:rPr>
        <w:t xml:space="preserve"> &amp; </w:t>
      </w:r>
      <w:proofErr w:type="spellStart"/>
      <w:r w:rsidRPr="005117ED">
        <w:rPr>
          <w:rFonts w:cs="Sakkal Majalla"/>
          <w:color w:val="000000" w:themeColor="text1"/>
          <w:sz w:val="38"/>
          <w:szCs w:val="38"/>
          <w:rtl/>
        </w:rPr>
        <w:t>Avolio</w:t>
      </w:r>
      <w:proofErr w:type="spellEnd"/>
      <w:r w:rsidRPr="005117ED">
        <w:rPr>
          <w:rFonts w:cs="Sakkal Majalla"/>
          <w:color w:val="000000" w:themeColor="text1"/>
          <w:sz w:val="38"/>
          <w:szCs w:val="38"/>
          <w:rtl/>
        </w:rPr>
        <w:t xml:space="preserve">، 1993؛ </w:t>
      </w:r>
      <w:proofErr w:type="spellStart"/>
      <w:r w:rsidRPr="005117ED">
        <w:rPr>
          <w:rFonts w:cs="Sakkal Majalla"/>
          <w:color w:val="000000" w:themeColor="text1"/>
          <w:sz w:val="38"/>
          <w:szCs w:val="38"/>
          <w:rtl/>
        </w:rPr>
        <w:t>Bass</w:t>
      </w:r>
      <w:proofErr w:type="spellEnd"/>
      <w:r w:rsidRPr="005117ED">
        <w:rPr>
          <w:rFonts w:cs="Sakkal Majalla"/>
          <w:color w:val="000000" w:themeColor="text1"/>
          <w:sz w:val="38"/>
          <w:szCs w:val="38"/>
          <w:rtl/>
        </w:rPr>
        <w:t xml:space="preserve"> &amp; </w:t>
      </w:r>
      <w:proofErr w:type="spellStart"/>
      <w:r w:rsidRPr="005117ED">
        <w:rPr>
          <w:rFonts w:cs="Sakkal Majalla"/>
          <w:color w:val="000000" w:themeColor="text1"/>
          <w:sz w:val="38"/>
          <w:szCs w:val="38"/>
          <w:rtl/>
        </w:rPr>
        <w:t>Riggio</w:t>
      </w:r>
      <w:proofErr w:type="spellEnd"/>
      <w:r w:rsidRPr="005117ED">
        <w:rPr>
          <w:rFonts w:cs="Sakkal Majalla"/>
          <w:color w:val="000000" w:themeColor="text1"/>
          <w:sz w:val="38"/>
          <w:szCs w:val="38"/>
          <w:rtl/>
        </w:rPr>
        <w:t>، 2006).</w:t>
      </w:r>
    </w:p>
    <w:p w:rsidR="00FD5E07" w:rsidRPr="005117ED" w:rsidRDefault="00FD5E07" w:rsidP="00FD5E07">
      <w:pPr>
        <w:spacing w:before="0"/>
        <w:ind w:firstLine="720"/>
        <w:jc w:val="both"/>
        <w:rPr>
          <w:rFonts w:cs="Sakkal Majalla"/>
          <w:color w:val="000000" w:themeColor="text1"/>
          <w:sz w:val="38"/>
          <w:szCs w:val="38"/>
        </w:rPr>
      </w:pPr>
      <w:r w:rsidRPr="005117ED">
        <w:rPr>
          <w:rFonts w:cs="Sakkal Majalla"/>
          <w:color w:val="000000" w:themeColor="text1"/>
          <w:sz w:val="38"/>
          <w:szCs w:val="38"/>
          <w:rtl/>
        </w:rPr>
        <w:t>وتزداد أهمية دراسة هذا الموضوع في السياق السعودي؛ إذ تسعى رؤية السعودية 2030 إلى بناء اقتصاد مزدهر قائم على التنوع والتنافسية، وترفع مساهمة المنشآت الصغيرة والمتوسطة في الناتج المحلي الإجمالي من 20% إلى 35% (رؤية السعودية 2030، 2016). كما تعكس وثائق وبرامج الرؤية اهتمامًا واضحًا بتنمية القدرات البشرية، وتطوير المهارات والقيم والمعارف، ودعم ثقافة الابتكار وريادة الأعمال (برنامج تنمية القدرات البشرية، 2021).</w:t>
      </w:r>
    </w:p>
    <w:p w:rsidR="00FD5E07" w:rsidRPr="005117ED" w:rsidRDefault="00FD5E07" w:rsidP="00FD5E07">
      <w:pPr>
        <w:spacing w:before="0"/>
        <w:ind w:firstLine="720"/>
        <w:jc w:val="both"/>
        <w:rPr>
          <w:rFonts w:cs="Sakkal Majalla"/>
          <w:color w:val="000000" w:themeColor="text1"/>
          <w:sz w:val="38"/>
          <w:szCs w:val="38"/>
        </w:rPr>
      </w:pPr>
      <w:r w:rsidRPr="005117ED">
        <w:rPr>
          <w:rFonts w:cs="Sakkal Majalla"/>
          <w:color w:val="000000" w:themeColor="text1"/>
          <w:sz w:val="38"/>
          <w:szCs w:val="38"/>
          <w:rtl/>
        </w:rPr>
        <w:t>وتُعد المنشآت الصغيرة والمتوسطة مجالًا مناسبًا لاختبار أثر القيادة التحويلية في الإبداع التنظيمي؛ لأن القيادة في هذه المنشآت غالبًا ما تكون أكثر قربًا من العاملين، ولأن هياكلها الإدارية أقل تعقيدًا، مما يجعل المناخ القيادي مؤثرًا بصورة مباشرة في فرص المبادرة والتجريب وتبني الأفكار. وتعرّف منشآت المنشأة الصغيرة بأنها التي تضم من 6 إلى 49 موظفًا أو تحقق إيرادات من 3 إلى 40 مليون ريال، والمنشأة المتوسطة بأنها التي تضم من 50 إلى 249 موظفًا أو تحقق إيرادات من 40 إلى 200 مليون ريال (منشآت، د.ت.).</w:t>
      </w:r>
    </w:p>
    <w:p w:rsidR="00FD5E07" w:rsidRPr="005117ED" w:rsidRDefault="00FD5E07" w:rsidP="00FD5E07">
      <w:pPr>
        <w:spacing w:before="0"/>
        <w:ind w:firstLine="720"/>
        <w:jc w:val="both"/>
        <w:rPr>
          <w:rFonts w:cs="Sakkal Majalla"/>
          <w:color w:val="000000" w:themeColor="text1"/>
          <w:sz w:val="38"/>
          <w:szCs w:val="38"/>
          <w:rtl/>
        </w:rPr>
      </w:pPr>
      <w:r w:rsidRPr="005117ED">
        <w:rPr>
          <w:rFonts w:cs="Sakkal Majalla"/>
          <w:color w:val="000000" w:themeColor="text1"/>
          <w:sz w:val="38"/>
          <w:szCs w:val="38"/>
          <w:rtl/>
        </w:rPr>
        <w:t>وتؤكد التقارير والمؤشرات الحديثة أهمية بناء بيئات عمل مبدعة؛ فقد أشار مؤشر الابتكار العالمي إلى أن المملكة جاءت في المركز 47 من بين 133 اقتصادًا في عام 2024، ثم تقدمت إلى المركز 46 في نتائج 2025، وهو ما يعكس تطورًا عامًا في البيئة الابتكارية ويؤكد في الوقت نفسه أهمية العمل على رفع المخرجات الابتكارية داخل منظمات الأعمال (WIPO، 2024؛ WIPO، 2025). وبناءً على ذلك، تأتي هذه الدراسة لتبحث أثر القيادة التحويلية في تعزيز الإبداع التنظيمي داخل المنشآت الصغيرة والمتوسطة السعودية.</w:t>
      </w:r>
    </w:p>
    <w:p w:rsidR="00FD5E07" w:rsidRPr="005117ED" w:rsidRDefault="00FD5E07" w:rsidP="00FD5E07">
      <w:pPr>
        <w:spacing w:before="0"/>
        <w:ind w:firstLine="720"/>
        <w:jc w:val="both"/>
        <w:rPr>
          <w:rFonts w:cs="Sakkal Majalla"/>
          <w:color w:val="000000" w:themeColor="text1"/>
          <w:sz w:val="38"/>
          <w:szCs w:val="38"/>
        </w:rPr>
      </w:pPr>
    </w:p>
    <w:p w:rsidR="00FD5E07" w:rsidRPr="005117ED" w:rsidRDefault="00FD5E07" w:rsidP="00FD5E07">
      <w:pPr>
        <w:spacing w:before="0"/>
        <w:ind w:firstLine="0"/>
        <w:jc w:val="left"/>
        <w:outlineLvl w:val="0"/>
        <w:rPr>
          <w:rFonts w:eastAsia="Times New Roman" w:cs="Sakkal Majalla"/>
          <w:b/>
          <w:bCs/>
          <w:color w:val="000000" w:themeColor="text1"/>
          <w:sz w:val="40"/>
          <w:szCs w:val="40"/>
        </w:rPr>
      </w:pPr>
      <w:bookmarkStart w:id="11" w:name="_Toc233321963"/>
      <w:r w:rsidRPr="005117ED">
        <w:rPr>
          <w:rFonts w:eastAsia="Times New Roman" w:cs="Sakkal Majalla"/>
          <w:b/>
          <w:bCs/>
          <w:color w:val="000000" w:themeColor="text1"/>
          <w:sz w:val="40"/>
          <w:szCs w:val="40"/>
          <w:rtl/>
        </w:rPr>
        <w:t>ثانيًا: مشكلة الدراسة</w:t>
      </w:r>
      <w:bookmarkEnd w:id="11"/>
    </w:p>
    <w:p w:rsidR="00FD5E07" w:rsidRPr="005117ED" w:rsidRDefault="00FD5E07" w:rsidP="00FD5E07">
      <w:pPr>
        <w:spacing w:before="0"/>
        <w:ind w:firstLine="720"/>
        <w:jc w:val="both"/>
        <w:rPr>
          <w:rFonts w:cs="Sakkal Majalla"/>
          <w:color w:val="000000" w:themeColor="text1"/>
          <w:sz w:val="38"/>
          <w:szCs w:val="38"/>
        </w:rPr>
      </w:pPr>
      <w:r w:rsidRPr="005117ED">
        <w:rPr>
          <w:rFonts w:cs="Sakkal Majalla"/>
          <w:color w:val="000000" w:themeColor="text1"/>
          <w:sz w:val="38"/>
          <w:szCs w:val="38"/>
          <w:rtl/>
        </w:rPr>
        <w:t xml:space="preserve">على الرغم من المرونة النسبية التي تتمتع بها المنشآت الصغيرة والمتوسطة، إلا أن كثيرًا منها قد يواجه صعوبات في تحويل هذه المرونة إلى إبداع تنظيمي مستدام. فقد توجد أفكار لدى العاملين، لكن المناخ الإداري لا يشجع على طرحها؛ أو قد تظهر مشكلات تشغيلية يمكن حلها بأساليب مبتكرة، إلا أن القيادة التقليدية القائمة على المركزية والخوف من الخطأ قد تحد من </w:t>
      </w:r>
      <w:r w:rsidRPr="005117ED">
        <w:rPr>
          <w:rFonts w:cs="Sakkal Majalla"/>
          <w:color w:val="000000" w:themeColor="text1"/>
          <w:sz w:val="38"/>
          <w:szCs w:val="38"/>
          <w:rtl/>
        </w:rPr>
        <w:lastRenderedPageBreak/>
        <w:t>المبادرة. ومن ثم فإن مجرد وجود منشأة صغيرة أو متوسطة لا يكفي لإنتاج الإبداع، ما لم تتوافر قيادة قادرة على الإلهام والتمكين والاستثارة الفكرية.</w:t>
      </w:r>
    </w:p>
    <w:p w:rsidR="00FD5E07" w:rsidRPr="005117ED" w:rsidRDefault="00FD5E07" w:rsidP="00FD5E07">
      <w:pPr>
        <w:spacing w:before="0"/>
        <w:ind w:firstLine="720"/>
        <w:jc w:val="both"/>
        <w:rPr>
          <w:rFonts w:cs="Sakkal Majalla"/>
          <w:color w:val="000000" w:themeColor="text1"/>
          <w:sz w:val="38"/>
          <w:szCs w:val="38"/>
        </w:rPr>
      </w:pPr>
      <w:r w:rsidRPr="005117ED">
        <w:rPr>
          <w:rFonts w:cs="Sakkal Majalla"/>
          <w:color w:val="000000" w:themeColor="text1"/>
          <w:sz w:val="38"/>
          <w:szCs w:val="38"/>
          <w:rtl/>
        </w:rPr>
        <w:t>وتشير الأدبيات إلى أن القيادة التحويلية ترتبط بسلوكيات الابتكار والإبداع؛ لأنها تخلق رؤية مشتركة، وتدعم الثقة، وتسمح للعاملين بإعادة التفكير في طرق العمل، وتوفر عناية فردية تساعدهم على تطوير قدراتهم (</w:t>
      </w:r>
      <w:proofErr w:type="spellStart"/>
      <w:r w:rsidRPr="005117ED">
        <w:rPr>
          <w:rFonts w:cs="Sakkal Majalla"/>
          <w:color w:val="000000" w:themeColor="text1"/>
          <w:sz w:val="38"/>
          <w:szCs w:val="38"/>
          <w:rtl/>
        </w:rPr>
        <w:t>Jung</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Chow</w:t>
      </w:r>
      <w:proofErr w:type="spellEnd"/>
      <w:r w:rsidRPr="005117ED">
        <w:rPr>
          <w:rFonts w:cs="Sakkal Majalla"/>
          <w:color w:val="000000" w:themeColor="text1"/>
          <w:sz w:val="38"/>
          <w:szCs w:val="38"/>
          <w:rtl/>
        </w:rPr>
        <w:t xml:space="preserve"> &amp; </w:t>
      </w:r>
      <w:proofErr w:type="spellStart"/>
      <w:r w:rsidRPr="005117ED">
        <w:rPr>
          <w:rFonts w:cs="Sakkal Majalla"/>
          <w:color w:val="000000" w:themeColor="text1"/>
          <w:sz w:val="38"/>
          <w:szCs w:val="38"/>
          <w:rtl/>
        </w:rPr>
        <w:t>Wu</w:t>
      </w:r>
      <w:proofErr w:type="spellEnd"/>
      <w:r w:rsidRPr="005117ED">
        <w:rPr>
          <w:rFonts w:cs="Sakkal Majalla"/>
          <w:color w:val="000000" w:themeColor="text1"/>
          <w:sz w:val="38"/>
          <w:szCs w:val="38"/>
          <w:rtl/>
        </w:rPr>
        <w:t xml:space="preserve">، 2003؛ </w:t>
      </w:r>
      <w:proofErr w:type="spellStart"/>
      <w:r w:rsidRPr="005117ED">
        <w:rPr>
          <w:rFonts w:cs="Sakkal Majalla"/>
          <w:color w:val="000000" w:themeColor="text1"/>
          <w:sz w:val="38"/>
          <w:szCs w:val="38"/>
          <w:rtl/>
        </w:rPr>
        <w:t>Gumusluoglu</w:t>
      </w:r>
      <w:proofErr w:type="spellEnd"/>
      <w:r w:rsidRPr="005117ED">
        <w:rPr>
          <w:rFonts w:cs="Sakkal Majalla"/>
          <w:color w:val="000000" w:themeColor="text1"/>
          <w:sz w:val="38"/>
          <w:szCs w:val="38"/>
          <w:rtl/>
        </w:rPr>
        <w:t xml:space="preserve"> &amp; </w:t>
      </w:r>
      <w:proofErr w:type="spellStart"/>
      <w:r w:rsidRPr="005117ED">
        <w:rPr>
          <w:rFonts w:cs="Sakkal Majalla"/>
          <w:color w:val="000000" w:themeColor="text1"/>
          <w:sz w:val="38"/>
          <w:szCs w:val="38"/>
          <w:rtl/>
        </w:rPr>
        <w:t>Ilsev</w:t>
      </w:r>
      <w:proofErr w:type="spellEnd"/>
      <w:r w:rsidRPr="005117ED">
        <w:rPr>
          <w:rFonts w:cs="Sakkal Majalla"/>
          <w:color w:val="000000" w:themeColor="text1"/>
          <w:sz w:val="38"/>
          <w:szCs w:val="38"/>
          <w:rtl/>
        </w:rPr>
        <w:t xml:space="preserve">، 2009). كما أظهرت دراسات عربية وسعودية وجود علاقة بين القيادة التحويلية ومتغيرات قريبة من الإبداع مثل التمكين النفسي، والإبداع الإداري، والأداء في المنشآت الصغيرة والمتوسطة (العتيبي، 2016؛ الرشيدي، 2018؛ </w:t>
      </w:r>
      <w:proofErr w:type="spellStart"/>
      <w:r w:rsidRPr="005117ED">
        <w:rPr>
          <w:rFonts w:cs="Sakkal Majalla"/>
          <w:color w:val="000000" w:themeColor="text1"/>
          <w:sz w:val="38"/>
          <w:szCs w:val="38"/>
          <w:rtl/>
        </w:rPr>
        <w:t>البيحاني</w:t>
      </w:r>
      <w:proofErr w:type="spellEnd"/>
      <w:r w:rsidRPr="005117ED">
        <w:rPr>
          <w:rFonts w:cs="Sakkal Majalla"/>
          <w:color w:val="000000" w:themeColor="text1"/>
          <w:sz w:val="38"/>
          <w:szCs w:val="38"/>
          <w:rtl/>
        </w:rPr>
        <w:t xml:space="preserve"> وبالخير، 2025).</w:t>
      </w:r>
    </w:p>
    <w:p w:rsidR="00FD5E07" w:rsidRPr="005117ED" w:rsidRDefault="00FD5E07" w:rsidP="00FD5E07">
      <w:pPr>
        <w:spacing w:before="0"/>
        <w:ind w:firstLine="425"/>
        <w:jc w:val="both"/>
        <w:rPr>
          <w:rFonts w:cs="Sakkal Majalla"/>
          <w:color w:val="000000" w:themeColor="text1"/>
          <w:sz w:val="38"/>
          <w:szCs w:val="38"/>
          <w:rtl/>
        </w:rPr>
      </w:pPr>
      <w:r w:rsidRPr="005117ED">
        <w:rPr>
          <w:rFonts w:cs="Sakkal Majalla"/>
          <w:color w:val="000000" w:themeColor="text1"/>
          <w:sz w:val="38"/>
          <w:szCs w:val="38"/>
          <w:rtl/>
        </w:rPr>
        <w:t>وعليه يمكن صياغة مشكلة الدراسة في السؤال الرئيس الآتي: ما أثر القيادة التحويلية في تعزيز الإبداع التنظيمي في المنشآت الصغيرة والمتوسطة السعودية؟</w:t>
      </w:r>
    </w:p>
    <w:p w:rsidR="00AD1369" w:rsidRPr="005117ED" w:rsidRDefault="00AD1369" w:rsidP="00FD5E07">
      <w:pPr>
        <w:spacing w:before="0"/>
        <w:ind w:firstLine="425"/>
        <w:jc w:val="both"/>
        <w:rPr>
          <w:rFonts w:cs="Sakkal Majalla"/>
          <w:color w:val="000000" w:themeColor="text1"/>
          <w:sz w:val="38"/>
          <w:szCs w:val="38"/>
        </w:rPr>
      </w:pPr>
    </w:p>
    <w:p w:rsidR="00FD5E07" w:rsidRPr="005117ED" w:rsidRDefault="00FD5E07" w:rsidP="00FD5E07">
      <w:pPr>
        <w:spacing w:before="0"/>
        <w:ind w:firstLine="0"/>
        <w:jc w:val="left"/>
        <w:outlineLvl w:val="0"/>
        <w:rPr>
          <w:rFonts w:eastAsia="Times New Roman" w:cs="Sakkal Majalla"/>
          <w:b/>
          <w:bCs/>
          <w:color w:val="000000" w:themeColor="text1"/>
          <w:sz w:val="40"/>
          <w:szCs w:val="40"/>
        </w:rPr>
      </w:pPr>
      <w:bookmarkStart w:id="12" w:name="_Toc233321964"/>
      <w:r w:rsidRPr="005117ED">
        <w:rPr>
          <w:rFonts w:eastAsia="Times New Roman" w:cs="Sakkal Majalla"/>
          <w:b/>
          <w:bCs/>
          <w:color w:val="000000" w:themeColor="text1"/>
          <w:sz w:val="40"/>
          <w:szCs w:val="40"/>
          <w:rtl/>
        </w:rPr>
        <w:t>ثالثًا: أسئلة الدراسة</w:t>
      </w:r>
      <w:bookmarkEnd w:id="12"/>
    </w:p>
    <w:p w:rsidR="00FD5E07" w:rsidRPr="005117ED" w:rsidRDefault="00FD5E07" w:rsidP="00FD5E07">
      <w:pPr>
        <w:spacing w:before="0"/>
        <w:jc w:val="both"/>
        <w:rPr>
          <w:rFonts w:cs="Sakkal Majalla"/>
          <w:color w:val="000000" w:themeColor="text1"/>
          <w:sz w:val="38"/>
          <w:szCs w:val="38"/>
        </w:rPr>
      </w:pPr>
      <w:r w:rsidRPr="005117ED">
        <w:rPr>
          <w:rFonts w:cs="Sakkal Majalla"/>
          <w:color w:val="000000" w:themeColor="text1"/>
          <w:sz w:val="38"/>
          <w:szCs w:val="38"/>
          <w:rtl/>
        </w:rPr>
        <w:t>1. ما مستوى ممارسة القيادة التحويلية في المنشآت الصغيرة والمتوسطة السعودية؟</w:t>
      </w:r>
    </w:p>
    <w:p w:rsidR="00FD5E07" w:rsidRPr="005117ED" w:rsidRDefault="00FD5E07" w:rsidP="00FD5E07">
      <w:pPr>
        <w:spacing w:before="0"/>
        <w:jc w:val="both"/>
        <w:rPr>
          <w:rFonts w:cs="Sakkal Majalla"/>
          <w:color w:val="000000" w:themeColor="text1"/>
          <w:sz w:val="38"/>
          <w:szCs w:val="38"/>
        </w:rPr>
      </w:pPr>
      <w:r w:rsidRPr="005117ED">
        <w:rPr>
          <w:rFonts w:cs="Sakkal Majalla"/>
          <w:color w:val="000000" w:themeColor="text1"/>
          <w:sz w:val="38"/>
          <w:szCs w:val="38"/>
          <w:rtl/>
        </w:rPr>
        <w:t>2. ما مستوى الإبداع التنظيمي في هذه المنشآت؟</w:t>
      </w:r>
    </w:p>
    <w:p w:rsidR="00FD5E07" w:rsidRPr="005117ED" w:rsidRDefault="00FD5E07" w:rsidP="00FD5E07">
      <w:pPr>
        <w:spacing w:before="0"/>
        <w:jc w:val="both"/>
        <w:rPr>
          <w:rFonts w:cs="Sakkal Majalla"/>
          <w:color w:val="000000" w:themeColor="text1"/>
          <w:sz w:val="38"/>
          <w:szCs w:val="38"/>
        </w:rPr>
      </w:pPr>
      <w:r w:rsidRPr="005117ED">
        <w:rPr>
          <w:rFonts w:cs="Sakkal Majalla"/>
          <w:color w:val="000000" w:themeColor="text1"/>
          <w:sz w:val="38"/>
          <w:szCs w:val="38"/>
          <w:rtl/>
        </w:rPr>
        <w:t>3. ما أثر التأثير المثالي في الإبداع التنظيمي؟</w:t>
      </w:r>
    </w:p>
    <w:p w:rsidR="00FD5E07" w:rsidRPr="005117ED" w:rsidRDefault="00FD5E07" w:rsidP="00FD5E07">
      <w:pPr>
        <w:spacing w:before="0"/>
        <w:jc w:val="both"/>
        <w:rPr>
          <w:rFonts w:cs="Sakkal Majalla"/>
          <w:color w:val="000000" w:themeColor="text1"/>
          <w:sz w:val="38"/>
          <w:szCs w:val="38"/>
        </w:rPr>
      </w:pPr>
      <w:r w:rsidRPr="005117ED">
        <w:rPr>
          <w:rFonts w:cs="Sakkal Majalla"/>
          <w:color w:val="000000" w:themeColor="text1"/>
          <w:sz w:val="38"/>
          <w:szCs w:val="38"/>
          <w:rtl/>
        </w:rPr>
        <w:t xml:space="preserve">4. ما أثر التحفيز </w:t>
      </w:r>
      <w:proofErr w:type="spellStart"/>
      <w:r w:rsidRPr="005117ED">
        <w:rPr>
          <w:rFonts w:cs="Sakkal Majalla"/>
          <w:color w:val="000000" w:themeColor="text1"/>
          <w:sz w:val="38"/>
          <w:szCs w:val="38"/>
          <w:rtl/>
        </w:rPr>
        <w:t>الإلهامي</w:t>
      </w:r>
      <w:proofErr w:type="spellEnd"/>
      <w:r w:rsidRPr="005117ED">
        <w:rPr>
          <w:rFonts w:cs="Sakkal Majalla"/>
          <w:color w:val="000000" w:themeColor="text1"/>
          <w:sz w:val="38"/>
          <w:szCs w:val="38"/>
          <w:rtl/>
        </w:rPr>
        <w:t xml:space="preserve"> في الإبداع التنظيمي؟</w:t>
      </w:r>
    </w:p>
    <w:p w:rsidR="00FD5E07" w:rsidRPr="005117ED" w:rsidRDefault="00FD5E07" w:rsidP="00FD5E07">
      <w:pPr>
        <w:spacing w:before="0"/>
        <w:jc w:val="both"/>
        <w:rPr>
          <w:rFonts w:cs="Sakkal Majalla"/>
          <w:color w:val="000000" w:themeColor="text1"/>
          <w:sz w:val="38"/>
          <w:szCs w:val="38"/>
        </w:rPr>
      </w:pPr>
      <w:r w:rsidRPr="005117ED">
        <w:rPr>
          <w:rFonts w:cs="Sakkal Majalla"/>
          <w:color w:val="000000" w:themeColor="text1"/>
          <w:sz w:val="38"/>
          <w:szCs w:val="38"/>
          <w:rtl/>
        </w:rPr>
        <w:t>5. ما أثر الاستثارة الفكرية في الإبداع التنظيمي؟</w:t>
      </w:r>
    </w:p>
    <w:p w:rsidR="00FD5E07" w:rsidRPr="005117ED" w:rsidRDefault="00FD5E07" w:rsidP="00FD5E07">
      <w:pPr>
        <w:spacing w:before="0"/>
        <w:jc w:val="both"/>
        <w:rPr>
          <w:rFonts w:cs="Sakkal Majalla"/>
          <w:color w:val="000000" w:themeColor="text1"/>
          <w:sz w:val="38"/>
          <w:szCs w:val="38"/>
        </w:rPr>
      </w:pPr>
      <w:r w:rsidRPr="005117ED">
        <w:rPr>
          <w:rFonts w:cs="Sakkal Majalla"/>
          <w:color w:val="000000" w:themeColor="text1"/>
          <w:sz w:val="38"/>
          <w:szCs w:val="38"/>
          <w:rtl/>
        </w:rPr>
        <w:t>6. ما أثر الاعتبار الفردي في الإبداع التنظيمي؟</w:t>
      </w:r>
    </w:p>
    <w:p w:rsidR="00AD1369" w:rsidRPr="005117ED" w:rsidRDefault="00FD5E07" w:rsidP="00AD1369">
      <w:pPr>
        <w:spacing w:before="0"/>
        <w:jc w:val="both"/>
        <w:rPr>
          <w:rFonts w:cs="Sakkal Majalla"/>
          <w:color w:val="000000" w:themeColor="text1"/>
          <w:sz w:val="38"/>
          <w:szCs w:val="38"/>
          <w:rtl/>
        </w:rPr>
      </w:pPr>
      <w:r w:rsidRPr="005117ED">
        <w:rPr>
          <w:rFonts w:cs="Sakkal Majalla"/>
          <w:color w:val="000000" w:themeColor="text1"/>
          <w:sz w:val="38"/>
          <w:szCs w:val="38"/>
          <w:rtl/>
        </w:rPr>
        <w:t>7. هل توجد فروق ذات دلالة إحصائية في تقديرات أفراد العينة تبعًا للمتغيرات الديموغرافية والتنظيمية؟</w:t>
      </w:r>
    </w:p>
    <w:p w:rsidR="00AD1369" w:rsidRPr="005117ED" w:rsidRDefault="00AD1369" w:rsidP="00AD1369">
      <w:pPr>
        <w:spacing w:before="0"/>
        <w:jc w:val="both"/>
        <w:rPr>
          <w:rFonts w:cs="Sakkal Majalla"/>
          <w:color w:val="000000" w:themeColor="text1"/>
          <w:sz w:val="38"/>
          <w:szCs w:val="38"/>
          <w:rtl/>
        </w:rPr>
      </w:pPr>
    </w:p>
    <w:p w:rsidR="00FD5E07" w:rsidRPr="005117ED" w:rsidRDefault="00FD5E07" w:rsidP="00FD5E07">
      <w:pPr>
        <w:spacing w:before="0"/>
        <w:ind w:firstLine="0"/>
        <w:jc w:val="left"/>
        <w:outlineLvl w:val="0"/>
        <w:rPr>
          <w:rFonts w:eastAsia="Times New Roman" w:cs="Sakkal Majalla"/>
          <w:b/>
          <w:bCs/>
          <w:color w:val="000000" w:themeColor="text1"/>
          <w:sz w:val="40"/>
          <w:szCs w:val="40"/>
        </w:rPr>
      </w:pPr>
      <w:bookmarkStart w:id="13" w:name="_Toc233321965"/>
      <w:r w:rsidRPr="005117ED">
        <w:rPr>
          <w:rFonts w:eastAsia="Times New Roman" w:cs="Sakkal Majalla"/>
          <w:b/>
          <w:bCs/>
          <w:color w:val="000000" w:themeColor="text1"/>
          <w:sz w:val="40"/>
          <w:szCs w:val="40"/>
          <w:rtl/>
        </w:rPr>
        <w:t>رابعًا: أهداف الدراسة</w:t>
      </w:r>
      <w:bookmarkEnd w:id="13"/>
    </w:p>
    <w:p w:rsidR="00FD5E07" w:rsidRPr="005117ED" w:rsidRDefault="00FD5E07" w:rsidP="00AD1369">
      <w:pPr>
        <w:spacing w:before="0"/>
        <w:ind w:left="283" w:hanging="426"/>
        <w:jc w:val="both"/>
        <w:rPr>
          <w:rFonts w:cs="Sakkal Majalla"/>
          <w:color w:val="000000" w:themeColor="text1"/>
          <w:sz w:val="38"/>
          <w:szCs w:val="38"/>
        </w:rPr>
      </w:pPr>
      <w:r w:rsidRPr="005117ED">
        <w:rPr>
          <w:rFonts w:cs="Sakkal Majalla"/>
          <w:color w:val="000000" w:themeColor="text1"/>
          <w:sz w:val="38"/>
          <w:szCs w:val="38"/>
          <w:rtl/>
        </w:rPr>
        <w:t>1. تحديد مستوى ممارسة القيادة التحويلية في المنشآت الصغيرة والمتوسطة السعودية.</w:t>
      </w:r>
    </w:p>
    <w:p w:rsidR="00FD5E07" w:rsidRPr="005117ED" w:rsidRDefault="00FD5E07" w:rsidP="00AD1369">
      <w:pPr>
        <w:spacing w:before="0"/>
        <w:ind w:left="283" w:hanging="426"/>
        <w:jc w:val="both"/>
        <w:rPr>
          <w:rFonts w:cs="Sakkal Majalla"/>
          <w:color w:val="000000" w:themeColor="text1"/>
          <w:sz w:val="38"/>
          <w:szCs w:val="38"/>
        </w:rPr>
      </w:pPr>
      <w:r w:rsidRPr="005117ED">
        <w:rPr>
          <w:rFonts w:cs="Sakkal Majalla"/>
          <w:color w:val="000000" w:themeColor="text1"/>
          <w:sz w:val="38"/>
          <w:szCs w:val="38"/>
          <w:rtl/>
        </w:rPr>
        <w:t>2. قياس مستوى الإبداع التنظيمي لدى العاملين في المنشآت الصغيرة والمتوسطة السعودية.</w:t>
      </w:r>
    </w:p>
    <w:p w:rsidR="00FD5E07" w:rsidRPr="005117ED" w:rsidRDefault="00FD5E07" w:rsidP="00AD1369">
      <w:pPr>
        <w:spacing w:before="0"/>
        <w:ind w:left="283" w:hanging="426"/>
        <w:jc w:val="both"/>
        <w:rPr>
          <w:rFonts w:cs="Sakkal Majalla"/>
          <w:color w:val="000000" w:themeColor="text1"/>
          <w:sz w:val="38"/>
          <w:szCs w:val="38"/>
        </w:rPr>
      </w:pPr>
      <w:r w:rsidRPr="005117ED">
        <w:rPr>
          <w:rFonts w:cs="Sakkal Majalla"/>
          <w:color w:val="000000" w:themeColor="text1"/>
          <w:sz w:val="38"/>
          <w:szCs w:val="38"/>
          <w:rtl/>
        </w:rPr>
        <w:t>3. اختبار أثر القيادة التحويلية ككل في تعزيز الإبداع التنظيمي.</w:t>
      </w:r>
    </w:p>
    <w:p w:rsidR="00FD5E07" w:rsidRPr="005117ED" w:rsidRDefault="00FD5E07" w:rsidP="00AD1369">
      <w:pPr>
        <w:spacing w:before="0"/>
        <w:ind w:left="283" w:hanging="426"/>
        <w:jc w:val="both"/>
        <w:rPr>
          <w:rFonts w:cs="Sakkal Majalla"/>
          <w:color w:val="000000" w:themeColor="text1"/>
          <w:sz w:val="38"/>
          <w:szCs w:val="38"/>
        </w:rPr>
      </w:pPr>
      <w:r w:rsidRPr="005117ED">
        <w:rPr>
          <w:rFonts w:cs="Sakkal Majalla"/>
          <w:color w:val="000000" w:themeColor="text1"/>
          <w:sz w:val="38"/>
          <w:szCs w:val="38"/>
          <w:rtl/>
        </w:rPr>
        <w:t xml:space="preserve">4. اختبار أثر أبعاد القيادة التحويلية في الإبداع التنظيمي، وهي التأثير المثالي، والتحفيز </w:t>
      </w:r>
      <w:proofErr w:type="spellStart"/>
      <w:r w:rsidRPr="005117ED">
        <w:rPr>
          <w:rFonts w:cs="Sakkal Majalla"/>
          <w:color w:val="000000" w:themeColor="text1"/>
          <w:sz w:val="38"/>
          <w:szCs w:val="38"/>
          <w:rtl/>
        </w:rPr>
        <w:t>الإلهامي</w:t>
      </w:r>
      <w:proofErr w:type="spellEnd"/>
      <w:r w:rsidRPr="005117ED">
        <w:rPr>
          <w:rFonts w:cs="Sakkal Majalla"/>
          <w:color w:val="000000" w:themeColor="text1"/>
          <w:sz w:val="38"/>
          <w:szCs w:val="38"/>
          <w:rtl/>
        </w:rPr>
        <w:t>، والاستثارة الفكرية، والاعتبار الفردي.</w:t>
      </w:r>
    </w:p>
    <w:p w:rsidR="00FD5E07" w:rsidRPr="005117ED" w:rsidRDefault="00FD5E07" w:rsidP="00AD1369">
      <w:pPr>
        <w:spacing w:before="0"/>
        <w:ind w:left="283" w:hanging="426"/>
        <w:jc w:val="both"/>
        <w:rPr>
          <w:rFonts w:cs="Sakkal Majalla"/>
          <w:color w:val="000000" w:themeColor="text1"/>
          <w:sz w:val="38"/>
          <w:szCs w:val="38"/>
        </w:rPr>
      </w:pPr>
      <w:r w:rsidRPr="005117ED">
        <w:rPr>
          <w:rFonts w:cs="Sakkal Majalla"/>
          <w:color w:val="000000" w:themeColor="text1"/>
          <w:sz w:val="38"/>
          <w:szCs w:val="38"/>
          <w:rtl/>
        </w:rPr>
        <w:lastRenderedPageBreak/>
        <w:t>5. تحديد البعد الأكثر تأثيرًا في تعزيز الإبداع التنظيمي.</w:t>
      </w:r>
    </w:p>
    <w:p w:rsidR="00FD5E07" w:rsidRPr="005117ED" w:rsidRDefault="00FD5E07" w:rsidP="00AD1369">
      <w:pPr>
        <w:spacing w:before="0"/>
        <w:ind w:left="283" w:hanging="426"/>
        <w:jc w:val="both"/>
        <w:rPr>
          <w:rFonts w:cs="Sakkal Majalla"/>
          <w:color w:val="000000" w:themeColor="text1"/>
          <w:sz w:val="38"/>
          <w:szCs w:val="38"/>
        </w:rPr>
      </w:pPr>
      <w:r w:rsidRPr="005117ED">
        <w:rPr>
          <w:rFonts w:cs="Sakkal Majalla"/>
          <w:color w:val="000000" w:themeColor="text1"/>
          <w:sz w:val="38"/>
          <w:szCs w:val="38"/>
          <w:rtl/>
        </w:rPr>
        <w:t>6. الكشف عن الفروق ذات الدلالة الإحصائية في استجابات أفراد العينة تبعًا للخصائص الديموغرافية والتنظيمية.</w:t>
      </w:r>
    </w:p>
    <w:p w:rsidR="00FD5E07" w:rsidRPr="005117ED" w:rsidRDefault="00FD5E07" w:rsidP="00AD1369">
      <w:pPr>
        <w:spacing w:before="0"/>
        <w:ind w:left="283" w:hanging="426"/>
        <w:jc w:val="both"/>
        <w:rPr>
          <w:rFonts w:cs="Sakkal Majalla"/>
          <w:color w:val="000000" w:themeColor="text1"/>
          <w:sz w:val="38"/>
          <w:szCs w:val="38"/>
        </w:rPr>
      </w:pPr>
      <w:r w:rsidRPr="005117ED">
        <w:rPr>
          <w:rFonts w:cs="Sakkal Majalla"/>
          <w:color w:val="000000" w:themeColor="text1"/>
          <w:sz w:val="38"/>
          <w:szCs w:val="38"/>
          <w:rtl/>
        </w:rPr>
        <w:t>7. تقديم توصيات عملية تساعد أصحاب المنشآت الصغيرة والمتوسطة ومديريها على تبني ممارسات قيادية داعمة للإبداع.</w:t>
      </w:r>
    </w:p>
    <w:p w:rsidR="00AD1369" w:rsidRPr="005117ED" w:rsidRDefault="00AD1369">
      <w:pPr>
        <w:bidi w:val="0"/>
        <w:spacing w:before="0" w:after="160" w:line="259" w:lineRule="auto"/>
        <w:ind w:firstLine="0"/>
        <w:jc w:val="left"/>
        <w:rPr>
          <w:rFonts w:eastAsia="Times New Roman" w:cs="Sakkal Majalla"/>
          <w:b/>
          <w:bCs/>
          <w:color w:val="000000" w:themeColor="text1"/>
          <w:sz w:val="40"/>
          <w:szCs w:val="40"/>
          <w:rtl/>
        </w:rPr>
      </w:pPr>
      <w:r w:rsidRPr="005117ED">
        <w:rPr>
          <w:rFonts w:eastAsia="Times New Roman" w:cs="Sakkal Majalla"/>
          <w:b/>
          <w:bCs/>
          <w:color w:val="000000" w:themeColor="text1"/>
          <w:sz w:val="40"/>
          <w:szCs w:val="40"/>
          <w:rtl/>
        </w:rPr>
        <w:br w:type="page"/>
      </w:r>
    </w:p>
    <w:p w:rsidR="00FD5E07" w:rsidRPr="005117ED" w:rsidRDefault="00FD5E07" w:rsidP="00FD5E07">
      <w:pPr>
        <w:spacing w:before="0"/>
        <w:ind w:firstLine="0"/>
        <w:jc w:val="left"/>
        <w:outlineLvl w:val="0"/>
        <w:rPr>
          <w:rFonts w:eastAsia="Times New Roman" w:cs="Sakkal Majalla"/>
          <w:b/>
          <w:bCs/>
          <w:color w:val="000000" w:themeColor="text1"/>
          <w:sz w:val="40"/>
          <w:szCs w:val="40"/>
        </w:rPr>
      </w:pPr>
      <w:bookmarkStart w:id="14" w:name="_Toc233321966"/>
      <w:r w:rsidRPr="005117ED">
        <w:rPr>
          <w:rFonts w:eastAsia="Times New Roman" w:cs="Sakkal Majalla"/>
          <w:b/>
          <w:bCs/>
          <w:color w:val="000000" w:themeColor="text1"/>
          <w:sz w:val="40"/>
          <w:szCs w:val="40"/>
          <w:rtl/>
        </w:rPr>
        <w:lastRenderedPageBreak/>
        <w:t>خامسًا: أهمية الدراسة</w:t>
      </w:r>
      <w:bookmarkEnd w:id="14"/>
    </w:p>
    <w:p w:rsidR="00FD5E07" w:rsidRPr="005117ED" w:rsidRDefault="00FD5E07" w:rsidP="007A1EB1">
      <w:pPr>
        <w:pStyle w:val="af4"/>
        <w:numPr>
          <w:ilvl w:val="0"/>
          <w:numId w:val="7"/>
        </w:numPr>
        <w:spacing w:before="0"/>
        <w:ind w:left="424"/>
        <w:jc w:val="both"/>
        <w:rPr>
          <w:rFonts w:cs="Sakkal Majalla"/>
          <w:b/>
          <w:bCs/>
          <w:color w:val="000000" w:themeColor="text1"/>
          <w:sz w:val="38"/>
          <w:szCs w:val="38"/>
        </w:rPr>
      </w:pPr>
      <w:r w:rsidRPr="005117ED">
        <w:rPr>
          <w:rFonts w:cs="Sakkal Majalla"/>
          <w:b/>
          <w:bCs/>
          <w:color w:val="000000" w:themeColor="text1"/>
          <w:sz w:val="38"/>
          <w:szCs w:val="38"/>
          <w:rtl/>
        </w:rPr>
        <w:t>الأهمية العلمية:</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تسهم الدراسة في إثراء الأدبيات العربية المتعلقة بالقيادة التحويلية والإبداع التنظيمي، وتعيد اختبار العلاقة بينهما في سياق المنشآت الصغيرة والمتوسطة السعودية، وهو سياق يحتاج إلى مزيد من الدراسات التطبيقية مقارنة بالدراسات التي ركزت على الجامعات أو المؤسسات الحكومية أو الشركات الكبرى.</w:t>
      </w:r>
    </w:p>
    <w:p w:rsidR="00FD5E07" w:rsidRPr="005117ED" w:rsidRDefault="00FD5E07" w:rsidP="007A1EB1">
      <w:pPr>
        <w:pStyle w:val="af4"/>
        <w:numPr>
          <w:ilvl w:val="0"/>
          <w:numId w:val="7"/>
        </w:numPr>
        <w:spacing w:before="0"/>
        <w:ind w:left="424"/>
        <w:jc w:val="both"/>
        <w:rPr>
          <w:rFonts w:cs="Sakkal Majalla"/>
          <w:b/>
          <w:bCs/>
          <w:color w:val="000000" w:themeColor="text1"/>
          <w:sz w:val="38"/>
          <w:szCs w:val="38"/>
        </w:rPr>
      </w:pPr>
      <w:r w:rsidRPr="005117ED">
        <w:rPr>
          <w:rFonts w:cs="Sakkal Majalla"/>
          <w:b/>
          <w:bCs/>
          <w:color w:val="000000" w:themeColor="text1"/>
          <w:sz w:val="38"/>
          <w:szCs w:val="38"/>
          <w:rtl/>
        </w:rPr>
        <w:t>الأهمية التطبيقية:</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يمكن أن تفيد نتائج الدراسة أصحاب المنشآت الصغيرة والمتوسطة ومديريها في تحسين ممارسات القيادة، وتصميم برامج تدريبية تعزز الإلهام والاستثارة الفكرية والاعتبار الفردي، وبناء بيئة عمل تشجع العاملين على طرح الأفكار وتطوير الخدمات والعمليات.</w:t>
      </w:r>
    </w:p>
    <w:p w:rsidR="00FD5E07" w:rsidRPr="005117ED" w:rsidRDefault="00FD5E07" w:rsidP="007A1EB1">
      <w:pPr>
        <w:pStyle w:val="af4"/>
        <w:numPr>
          <w:ilvl w:val="0"/>
          <w:numId w:val="7"/>
        </w:numPr>
        <w:spacing w:before="0"/>
        <w:ind w:left="424"/>
        <w:jc w:val="both"/>
        <w:rPr>
          <w:rFonts w:cs="Sakkal Majalla"/>
          <w:b/>
          <w:bCs/>
          <w:color w:val="000000" w:themeColor="text1"/>
          <w:sz w:val="38"/>
          <w:szCs w:val="38"/>
        </w:rPr>
      </w:pPr>
      <w:r w:rsidRPr="005117ED">
        <w:rPr>
          <w:rFonts w:cs="Sakkal Majalla"/>
          <w:b/>
          <w:bCs/>
          <w:color w:val="000000" w:themeColor="text1"/>
          <w:sz w:val="38"/>
          <w:szCs w:val="38"/>
          <w:rtl/>
        </w:rPr>
        <w:t>الأهمية التنموية:</w:t>
      </w:r>
    </w:p>
    <w:p w:rsidR="00FD5E07" w:rsidRPr="005117ED" w:rsidRDefault="00FD5E07" w:rsidP="00FD5E07">
      <w:pPr>
        <w:spacing w:before="0"/>
        <w:ind w:firstLine="425"/>
        <w:jc w:val="both"/>
        <w:rPr>
          <w:rFonts w:cs="Sakkal Majalla"/>
          <w:color w:val="000000" w:themeColor="text1"/>
          <w:sz w:val="38"/>
          <w:szCs w:val="38"/>
          <w:rtl/>
        </w:rPr>
      </w:pPr>
      <w:r w:rsidRPr="005117ED">
        <w:rPr>
          <w:rFonts w:cs="Sakkal Majalla"/>
          <w:color w:val="000000" w:themeColor="text1"/>
          <w:sz w:val="38"/>
          <w:szCs w:val="38"/>
          <w:rtl/>
        </w:rPr>
        <w:t>ترتبط الدراسة بمستهدفات رؤية السعودية 2030 في دعم القطاع الخاص وريادة الأعمال وتعزيز الابتكار، إذ إن رفع مساهمة المنشآت الصغيرة والمتوسطة في الاقتصاد الوطني يتطلب تطوير قدراتها التنظيمية والقيادية وليس فقط دعمها ماليًا أو تشريعيًا.</w:t>
      </w:r>
    </w:p>
    <w:p w:rsidR="00AD1369" w:rsidRPr="005117ED" w:rsidRDefault="00AD1369" w:rsidP="00FD5E07">
      <w:pPr>
        <w:spacing w:before="0"/>
        <w:ind w:firstLine="425"/>
        <w:jc w:val="both"/>
        <w:rPr>
          <w:rFonts w:cs="Sakkal Majalla"/>
          <w:color w:val="000000" w:themeColor="text1"/>
          <w:sz w:val="38"/>
          <w:szCs w:val="38"/>
        </w:rPr>
      </w:pPr>
    </w:p>
    <w:p w:rsidR="00FD5E07" w:rsidRPr="005117ED" w:rsidRDefault="00FD5E07" w:rsidP="00FD5E07">
      <w:pPr>
        <w:spacing w:before="0"/>
        <w:ind w:firstLine="0"/>
        <w:jc w:val="left"/>
        <w:outlineLvl w:val="0"/>
        <w:rPr>
          <w:rFonts w:eastAsia="Times New Roman" w:cs="Sakkal Majalla"/>
          <w:b/>
          <w:bCs/>
          <w:color w:val="000000" w:themeColor="text1"/>
          <w:sz w:val="40"/>
          <w:szCs w:val="40"/>
        </w:rPr>
      </w:pPr>
      <w:bookmarkStart w:id="15" w:name="_Toc233321967"/>
      <w:r w:rsidRPr="005117ED">
        <w:rPr>
          <w:rFonts w:eastAsia="Times New Roman" w:cs="Sakkal Majalla"/>
          <w:b/>
          <w:bCs/>
          <w:color w:val="000000" w:themeColor="text1"/>
          <w:sz w:val="40"/>
          <w:szCs w:val="40"/>
          <w:rtl/>
        </w:rPr>
        <w:t>سادسًا: فرضيات الدراسة</w:t>
      </w:r>
      <w:bookmarkEnd w:id="15"/>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ف1: يوجد أثر ذو دلالة إحصائية للقيادة التحويلية في تعزيز الإبداع التنظيمي في المنشآت الصغيرة والمتوسطة السعودية.</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ف2: يوجد أثر ذو دلالة إحصائية للتأثير المثالي في الإبداع التنظيمي.</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 xml:space="preserve">ف3: يوجد أثر ذو دلالة إحصائية للتحفيز </w:t>
      </w:r>
      <w:proofErr w:type="spellStart"/>
      <w:r w:rsidRPr="005117ED">
        <w:rPr>
          <w:rFonts w:cs="Sakkal Majalla"/>
          <w:color w:val="000000" w:themeColor="text1"/>
          <w:sz w:val="38"/>
          <w:szCs w:val="38"/>
          <w:rtl/>
        </w:rPr>
        <w:t>الإلهامي</w:t>
      </w:r>
      <w:proofErr w:type="spellEnd"/>
      <w:r w:rsidRPr="005117ED">
        <w:rPr>
          <w:rFonts w:cs="Sakkal Majalla"/>
          <w:color w:val="000000" w:themeColor="text1"/>
          <w:sz w:val="38"/>
          <w:szCs w:val="38"/>
          <w:rtl/>
        </w:rPr>
        <w:t xml:space="preserve"> في الإبداع التنظيمي.</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ف4: يوجد أثر ذو دلالة إحصائية للاستثارة الفكرية في الإبداع التنظيمي.</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ف5: يوجد أثر ذو دلالة إحصائية للاعتبار الفردي في الإبداع التنظيمي.</w:t>
      </w:r>
    </w:p>
    <w:p w:rsidR="00FD5E07" w:rsidRPr="005117ED" w:rsidRDefault="00FD5E07" w:rsidP="00FD5E07">
      <w:pPr>
        <w:spacing w:before="0"/>
        <w:ind w:firstLine="425"/>
        <w:jc w:val="both"/>
        <w:rPr>
          <w:rFonts w:cs="Sakkal Majalla"/>
          <w:color w:val="000000" w:themeColor="text1"/>
          <w:sz w:val="38"/>
          <w:szCs w:val="38"/>
          <w:rtl/>
        </w:rPr>
      </w:pPr>
      <w:r w:rsidRPr="005117ED">
        <w:rPr>
          <w:rFonts w:cs="Sakkal Majalla"/>
          <w:color w:val="000000" w:themeColor="text1"/>
          <w:sz w:val="38"/>
          <w:szCs w:val="38"/>
          <w:rtl/>
        </w:rPr>
        <w:t>ف6: لا توجد فروق ذات دلالة إحصائية في استجابات أفراد العينة حول متغيري الدراسة تعزى للخصائص الديموغرافية والتنظيمية عند مستوى الدلالة 0.05.</w:t>
      </w:r>
    </w:p>
    <w:p w:rsidR="00AD1369" w:rsidRPr="005117ED" w:rsidRDefault="00AD1369">
      <w:pPr>
        <w:bidi w:val="0"/>
        <w:spacing w:before="0" w:after="160" w:line="259" w:lineRule="auto"/>
        <w:ind w:firstLine="0"/>
        <w:jc w:val="left"/>
        <w:rPr>
          <w:rFonts w:cs="Sakkal Majalla"/>
          <w:color w:val="000000" w:themeColor="text1"/>
          <w:sz w:val="38"/>
          <w:szCs w:val="38"/>
          <w:rtl/>
        </w:rPr>
      </w:pPr>
      <w:r w:rsidRPr="005117ED">
        <w:rPr>
          <w:rFonts w:cs="Sakkal Majalla"/>
          <w:color w:val="000000" w:themeColor="text1"/>
          <w:sz w:val="38"/>
          <w:szCs w:val="38"/>
          <w:rtl/>
        </w:rPr>
        <w:br w:type="page"/>
      </w:r>
    </w:p>
    <w:p w:rsidR="00AD1369" w:rsidRPr="005117ED" w:rsidRDefault="00AD1369" w:rsidP="00FD5E07">
      <w:pPr>
        <w:spacing w:before="0"/>
        <w:ind w:firstLine="425"/>
        <w:jc w:val="both"/>
        <w:rPr>
          <w:rFonts w:cs="Sakkal Majalla"/>
          <w:color w:val="000000" w:themeColor="text1"/>
          <w:sz w:val="38"/>
          <w:szCs w:val="38"/>
        </w:rPr>
      </w:pPr>
    </w:p>
    <w:p w:rsidR="00FD5E07" w:rsidRPr="005117ED" w:rsidRDefault="00FD5E07" w:rsidP="00FD5E07">
      <w:pPr>
        <w:spacing w:before="0"/>
        <w:ind w:firstLine="0"/>
        <w:jc w:val="left"/>
        <w:outlineLvl w:val="0"/>
        <w:rPr>
          <w:rFonts w:eastAsia="Times New Roman" w:cs="Sakkal Majalla"/>
          <w:b/>
          <w:bCs/>
          <w:color w:val="000000" w:themeColor="text1"/>
          <w:sz w:val="40"/>
          <w:szCs w:val="40"/>
        </w:rPr>
      </w:pPr>
      <w:bookmarkStart w:id="16" w:name="_Toc233321968"/>
      <w:r w:rsidRPr="005117ED">
        <w:rPr>
          <w:rFonts w:eastAsia="Times New Roman" w:cs="Sakkal Majalla"/>
          <w:b/>
          <w:bCs/>
          <w:color w:val="000000" w:themeColor="text1"/>
          <w:sz w:val="40"/>
          <w:szCs w:val="40"/>
          <w:rtl/>
        </w:rPr>
        <w:t>سابعًا: حدود الدراسة</w:t>
      </w:r>
      <w:bookmarkEnd w:id="16"/>
    </w:p>
    <w:tbl>
      <w:tblPr>
        <w:tblStyle w:val="aa"/>
        <w:bidiVisual/>
        <w:tblW w:w="0" w:type="auto"/>
        <w:tblLook w:val="04A0" w:firstRow="1" w:lastRow="0" w:firstColumn="1" w:lastColumn="0" w:noHBand="0" w:noVBand="1"/>
      </w:tblPr>
      <w:tblGrid>
        <w:gridCol w:w="2405"/>
        <w:gridCol w:w="7507"/>
      </w:tblGrid>
      <w:tr w:rsidR="00FD5E07" w:rsidRPr="005117ED" w:rsidTr="00AD1369">
        <w:trPr>
          <w:tblHeader/>
        </w:trPr>
        <w:tc>
          <w:tcPr>
            <w:tcW w:w="2405" w:type="dxa"/>
            <w:shd w:val="clear" w:color="auto" w:fill="1F4E79"/>
            <w:vAlign w:val="center"/>
          </w:tcPr>
          <w:p w:rsidR="00FD5E07" w:rsidRPr="005117ED" w:rsidRDefault="00FD5E07" w:rsidP="00AD1369">
            <w:pPr>
              <w:spacing w:before="0"/>
              <w:ind w:firstLine="0"/>
              <w:jc w:val="center"/>
              <w:rPr>
                <w:rFonts w:cs="Sakkal Majalla"/>
                <w:bCs/>
                <w:color w:val="FFFFFF" w:themeColor="background1"/>
                <w:sz w:val="38"/>
                <w:szCs w:val="38"/>
              </w:rPr>
            </w:pPr>
            <w:r w:rsidRPr="005117ED">
              <w:rPr>
                <w:rFonts w:cs="Sakkal Majalla"/>
                <w:bCs/>
                <w:color w:val="FFFFFF" w:themeColor="background1"/>
                <w:sz w:val="38"/>
                <w:szCs w:val="38"/>
                <w:rtl/>
              </w:rPr>
              <w:t>المجال</w:t>
            </w:r>
          </w:p>
        </w:tc>
        <w:tc>
          <w:tcPr>
            <w:tcW w:w="7507" w:type="dxa"/>
            <w:shd w:val="clear" w:color="auto" w:fill="1F4E79"/>
            <w:vAlign w:val="center"/>
          </w:tcPr>
          <w:p w:rsidR="00FD5E07" w:rsidRPr="005117ED" w:rsidRDefault="00FD5E07" w:rsidP="00AD1369">
            <w:pPr>
              <w:spacing w:before="0"/>
              <w:ind w:firstLine="0"/>
              <w:jc w:val="center"/>
              <w:rPr>
                <w:rFonts w:cs="Sakkal Majalla"/>
                <w:bCs/>
                <w:color w:val="FFFFFF" w:themeColor="background1"/>
                <w:sz w:val="38"/>
                <w:szCs w:val="38"/>
              </w:rPr>
            </w:pPr>
            <w:r w:rsidRPr="005117ED">
              <w:rPr>
                <w:rFonts w:cs="Sakkal Majalla"/>
                <w:bCs/>
                <w:color w:val="FFFFFF" w:themeColor="background1"/>
                <w:sz w:val="38"/>
                <w:szCs w:val="38"/>
                <w:rtl/>
              </w:rPr>
              <w:t>الحدود</w:t>
            </w:r>
          </w:p>
        </w:tc>
      </w:tr>
      <w:tr w:rsidR="00FD5E07" w:rsidRPr="005117ED" w:rsidTr="00AD1369">
        <w:tc>
          <w:tcPr>
            <w:tcW w:w="2405" w:type="dxa"/>
            <w:vAlign w:val="center"/>
          </w:tcPr>
          <w:p w:rsidR="00FD5E07" w:rsidRPr="005117ED" w:rsidRDefault="00FD5E07" w:rsidP="00AD1369">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المجال الموضوعي</w:t>
            </w:r>
          </w:p>
        </w:tc>
        <w:tc>
          <w:tcPr>
            <w:tcW w:w="7507" w:type="dxa"/>
            <w:vAlign w:val="center"/>
          </w:tcPr>
          <w:p w:rsidR="00FD5E07" w:rsidRPr="005117ED" w:rsidRDefault="00FD5E07" w:rsidP="00AD1369">
            <w:pPr>
              <w:spacing w:before="0"/>
              <w:ind w:firstLine="0"/>
              <w:jc w:val="center"/>
              <w:rPr>
                <w:rFonts w:cs="Sakkal Majalla"/>
                <w:color w:val="000000" w:themeColor="text1"/>
                <w:sz w:val="38"/>
                <w:szCs w:val="38"/>
              </w:rPr>
            </w:pPr>
            <w:r w:rsidRPr="005117ED">
              <w:rPr>
                <w:rFonts w:cs="Sakkal Majalla"/>
                <w:color w:val="000000" w:themeColor="text1"/>
                <w:sz w:val="38"/>
                <w:szCs w:val="38"/>
                <w:rtl/>
              </w:rPr>
              <w:t>أثر القيادة التحويلية بأبعادها في تعزيز الإبداع التنظيمي بأبعاده.</w:t>
            </w:r>
          </w:p>
        </w:tc>
      </w:tr>
      <w:tr w:rsidR="00FD5E07" w:rsidRPr="005117ED" w:rsidTr="00AD1369">
        <w:tc>
          <w:tcPr>
            <w:tcW w:w="2405" w:type="dxa"/>
            <w:shd w:val="clear" w:color="auto" w:fill="EDF4FA"/>
            <w:vAlign w:val="center"/>
          </w:tcPr>
          <w:p w:rsidR="00FD5E07" w:rsidRPr="005117ED" w:rsidRDefault="00FD5E07" w:rsidP="00AD1369">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المجال البشري</w:t>
            </w:r>
          </w:p>
        </w:tc>
        <w:tc>
          <w:tcPr>
            <w:tcW w:w="7507" w:type="dxa"/>
            <w:shd w:val="clear" w:color="auto" w:fill="EDF4FA"/>
            <w:vAlign w:val="center"/>
          </w:tcPr>
          <w:p w:rsidR="00FD5E07" w:rsidRPr="005117ED" w:rsidRDefault="00FD5E07" w:rsidP="00AD1369">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العاملون في المنشآت الصغيرة والمتوسطة السعودية.</w:t>
            </w:r>
          </w:p>
        </w:tc>
      </w:tr>
      <w:tr w:rsidR="00FD5E07" w:rsidRPr="005117ED" w:rsidTr="00AD1369">
        <w:tc>
          <w:tcPr>
            <w:tcW w:w="2405" w:type="dxa"/>
            <w:vAlign w:val="center"/>
          </w:tcPr>
          <w:p w:rsidR="00FD5E07" w:rsidRPr="005117ED" w:rsidRDefault="00FD5E07" w:rsidP="00AD1369">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المجال المكاني</w:t>
            </w:r>
          </w:p>
        </w:tc>
        <w:tc>
          <w:tcPr>
            <w:tcW w:w="7507" w:type="dxa"/>
            <w:vAlign w:val="center"/>
          </w:tcPr>
          <w:p w:rsidR="00FD5E07" w:rsidRPr="005117ED" w:rsidRDefault="00FD5E07" w:rsidP="00AD1369">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المنشآت الصغيرة والمتوسطة في المملكة العربية السعودية.</w:t>
            </w:r>
          </w:p>
        </w:tc>
      </w:tr>
      <w:tr w:rsidR="00FD5E07" w:rsidRPr="005117ED" w:rsidTr="00AD1369">
        <w:tc>
          <w:tcPr>
            <w:tcW w:w="2405" w:type="dxa"/>
            <w:shd w:val="clear" w:color="auto" w:fill="EDF4FA"/>
            <w:vAlign w:val="center"/>
          </w:tcPr>
          <w:p w:rsidR="00FD5E07" w:rsidRPr="005117ED" w:rsidRDefault="00FD5E07" w:rsidP="00AD1369">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المجال الزمني</w:t>
            </w:r>
          </w:p>
        </w:tc>
        <w:tc>
          <w:tcPr>
            <w:tcW w:w="7507" w:type="dxa"/>
            <w:shd w:val="clear" w:color="auto" w:fill="EDF4FA"/>
            <w:vAlign w:val="center"/>
          </w:tcPr>
          <w:p w:rsidR="00FD5E07" w:rsidRPr="005117ED" w:rsidRDefault="00FD5E07" w:rsidP="00AD1369">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العام الدراسي 2026م.</w:t>
            </w:r>
          </w:p>
        </w:tc>
      </w:tr>
    </w:tbl>
    <w:p w:rsidR="00FD5E07" w:rsidRPr="005117ED" w:rsidRDefault="00FD5E07" w:rsidP="00FD5E07">
      <w:pPr>
        <w:spacing w:before="0"/>
        <w:jc w:val="both"/>
        <w:rPr>
          <w:rFonts w:cs="Sakkal Majalla"/>
          <w:color w:val="000000" w:themeColor="text1"/>
          <w:sz w:val="38"/>
          <w:szCs w:val="38"/>
        </w:rPr>
      </w:pPr>
    </w:p>
    <w:p w:rsidR="00FD5E07" w:rsidRPr="005117ED" w:rsidRDefault="00FD5E07" w:rsidP="00FD5E07">
      <w:pPr>
        <w:spacing w:before="0"/>
        <w:ind w:firstLine="0"/>
        <w:jc w:val="left"/>
        <w:outlineLvl w:val="0"/>
        <w:rPr>
          <w:rFonts w:eastAsia="Times New Roman" w:cs="Sakkal Majalla"/>
          <w:b/>
          <w:bCs/>
          <w:color w:val="000000" w:themeColor="text1"/>
          <w:sz w:val="40"/>
          <w:szCs w:val="40"/>
        </w:rPr>
      </w:pPr>
      <w:bookmarkStart w:id="17" w:name="_Toc233321969"/>
      <w:r w:rsidRPr="005117ED">
        <w:rPr>
          <w:rFonts w:eastAsia="Times New Roman" w:cs="Sakkal Majalla"/>
          <w:b/>
          <w:bCs/>
          <w:color w:val="000000" w:themeColor="text1"/>
          <w:sz w:val="40"/>
          <w:szCs w:val="40"/>
          <w:rtl/>
        </w:rPr>
        <w:t>ثامنًا: مصطلحات الدراسة</w:t>
      </w:r>
      <w:bookmarkEnd w:id="17"/>
    </w:p>
    <w:tbl>
      <w:tblPr>
        <w:tblStyle w:val="aa"/>
        <w:bidiVisual/>
        <w:tblW w:w="9913" w:type="dxa"/>
        <w:tblLook w:val="04A0" w:firstRow="1" w:lastRow="0" w:firstColumn="1" w:lastColumn="0" w:noHBand="0" w:noVBand="1"/>
      </w:tblPr>
      <w:tblGrid>
        <w:gridCol w:w="1324"/>
        <w:gridCol w:w="4296"/>
        <w:gridCol w:w="4293"/>
      </w:tblGrid>
      <w:tr w:rsidR="00FD5E07" w:rsidRPr="005117ED" w:rsidTr="00AD1369">
        <w:trPr>
          <w:tblHeader/>
        </w:trPr>
        <w:tc>
          <w:tcPr>
            <w:tcW w:w="1129" w:type="dxa"/>
            <w:shd w:val="clear" w:color="auto" w:fill="1F4E79"/>
            <w:vAlign w:val="center"/>
          </w:tcPr>
          <w:p w:rsidR="00FD5E07" w:rsidRPr="005117ED" w:rsidRDefault="00FD5E07" w:rsidP="00AD1369">
            <w:pPr>
              <w:spacing w:before="0"/>
              <w:ind w:firstLine="0"/>
              <w:jc w:val="center"/>
              <w:rPr>
                <w:rFonts w:cs="Sakkal Majalla"/>
                <w:b/>
                <w:bCs/>
                <w:color w:val="FFFFFF" w:themeColor="background1"/>
                <w:sz w:val="38"/>
                <w:szCs w:val="38"/>
              </w:rPr>
            </w:pPr>
            <w:r w:rsidRPr="005117ED">
              <w:rPr>
                <w:rFonts w:cs="Sakkal Majalla"/>
                <w:b/>
                <w:bCs/>
                <w:color w:val="FFFFFF" w:themeColor="background1"/>
                <w:sz w:val="38"/>
                <w:szCs w:val="38"/>
                <w:rtl/>
              </w:rPr>
              <w:t>المصطلح</w:t>
            </w:r>
          </w:p>
        </w:tc>
        <w:tc>
          <w:tcPr>
            <w:tcW w:w="4392" w:type="dxa"/>
            <w:shd w:val="clear" w:color="auto" w:fill="1F4E79"/>
            <w:vAlign w:val="center"/>
          </w:tcPr>
          <w:p w:rsidR="00FD5E07" w:rsidRPr="005117ED" w:rsidRDefault="00FD5E07" w:rsidP="00AD1369">
            <w:pPr>
              <w:spacing w:before="0"/>
              <w:ind w:firstLine="0"/>
              <w:jc w:val="center"/>
              <w:rPr>
                <w:rFonts w:cs="Sakkal Majalla"/>
                <w:b/>
                <w:bCs/>
                <w:color w:val="FFFFFF" w:themeColor="background1"/>
                <w:sz w:val="38"/>
                <w:szCs w:val="38"/>
              </w:rPr>
            </w:pPr>
            <w:r w:rsidRPr="005117ED">
              <w:rPr>
                <w:rFonts w:cs="Sakkal Majalla"/>
                <w:b/>
                <w:bCs/>
                <w:color w:val="FFFFFF" w:themeColor="background1"/>
                <w:sz w:val="38"/>
                <w:szCs w:val="38"/>
                <w:rtl/>
              </w:rPr>
              <w:t>التعريف المفاهيمي</w:t>
            </w:r>
          </w:p>
        </w:tc>
        <w:tc>
          <w:tcPr>
            <w:tcW w:w="4392" w:type="dxa"/>
            <w:shd w:val="clear" w:color="auto" w:fill="1F4E79"/>
            <w:vAlign w:val="center"/>
          </w:tcPr>
          <w:p w:rsidR="00FD5E07" w:rsidRPr="005117ED" w:rsidRDefault="00FD5E07" w:rsidP="00AD1369">
            <w:pPr>
              <w:spacing w:before="0"/>
              <w:ind w:firstLine="0"/>
              <w:jc w:val="center"/>
              <w:rPr>
                <w:rFonts w:cs="Sakkal Majalla"/>
                <w:b/>
                <w:bCs/>
                <w:color w:val="FFFFFF" w:themeColor="background1"/>
                <w:sz w:val="38"/>
                <w:szCs w:val="38"/>
              </w:rPr>
            </w:pPr>
            <w:r w:rsidRPr="005117ED">
              <w:rPr>
                <w:rFonts w:cs="Sakkal Majalla"/>
                <w:b/>
                <w:bCs/>
                <w:color w:val="FFFFFF" w:themeColor="background1"/>
                <w:sz w:val="38"/>
                <w:szCs w:val="38"/>
                <w:rtl/>
              </w:rPr>
              <w:t>التعريف الإجرائي</w:t>
            </w:r>
          </w:p>
        </w:tc>
      </w:tr>
      <w:tr w:rsidR="00FD5E07" w:rsidRPr="005117ED" w:rsidTr="00AD1369">
        <w:tc>
          <w:tcPr>
            <w:tcW w:w="1129" w:type="dxa"/>
            <w:vAlign w:val="center"/>
          </w:tcPr>
          <w:p w:rsidR="00FD5E07" w:rsidRPr="005117ED" w:rsidRDefault="00FD5E07" w:rsidP="00AD1369">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القيادة التحويلية</w:t>
            </w:r>
          </w:p>
        </w:tc>
        <w:tc>
          <w:tcPr>
            <w:tcW w:w="4392" w:type="dxa"/>
            <w:vAlign w:val="center"/>
          </w:tcPr>
          <w:p w:rsidR="00FD5E07" w:rsidRPr="005117ED" w:rsidRDefault="00FD5E07" w:rsidP="00AD1369">
            <w:pPr>
              <w:spacing w:before="0"/>
              <w:ind w:firstLine="0"/>
              <w:jc w:val="center"/>
              <w:rPr>
                <w:rFonts w:cs="Sakkal Majalla"/>
                <w:color w:val="000000" w:themeColor="text1"/>
                <w:sz w:val="38"/>
                <w:szCs w:val="38"/>
              </w:rPr>
            </w:pPr>
            <w:r w:rsidRPr="005117ED">
              <w:rPr>
                <w:rFonts w:cs="Sakkal Majalla"/>
                <w:color w:val="000000" w:themeColor="text1"/>
                <w:sz w:val="38"/>
                <w:szCs w:val="38"/>
                <w:rtl/>
              </w:rPr>
              <w:t>نمط قيادي يقوم على إلهام العاملين وتوجيههم نحو رؤية مشتركة، وإثارة تفكيرهم، ومراعاة احتياجاتهم الفردية بما يدفعهم إلى تجاوز الأداء الروتيني وتحقيق أهداف المنظمة بكفاءة أعلى (</w:t>
            </w:r>
            <w:proofErr w:type="spellStart"/>
            <w:r w:rsidRPr="005117ED">
              <w:rPr>
                <w:rFonts w:cs="Sakkal Majalla"/>
                <w:color w:val="000000" w:themeColor="text1"/>
                <w:sz w:val="38"/>
                <w:szCs w:val="38"/>
                <w:rtl/>
              </w:rPr>
              <w:t>Burns</w:t>
            </w:r>
            <w:proofErr w:type="spellEnd"/>
            <w:r w:rsidRPr="005117ED">
              <w:rPr>
                <w:rFonts w:cs="Sakkal Majalla"/>
                <w:color w:val="000000" w:themeColor="text1"/>
                <w:sz w:val="38"/>
                <w:szCs w:val="38"/>
                <w:rtl/>
              </w:rPr>
              <w:t xml:space="preserve">، 1978؛ </w:t>
            </w:r>
            <w:proofErr w:type="spellStart"/>
            <w:r w:rsidRPr="005117ED">
              <w:rPr>
                <w:rFonts w:cs="Sakkal Majalla"/>
                <w:color w:val="000000" w:themeColor="text1"/>
                <w:sz w:val="38"/>
                <w:szCs w:val="38"/>
                <w:rtl/>
              </w:rPr>
              <w:t>Bass</w:t>
            </w:r>
            <w:proofErr w:type="spellEnd"/>
            <w:r w:rsidRPr="005117ED">
              <w:rPr>
                <w:rFonts w:cs="Sakkal Majalla"/>
                <w:color w:val="000000" w:themeColor="text1"/>
                <w:sz w:val="38"/>
                <w:szCs w:val="38"/>
                <w:rtl/>
              </w:rPr>
              <w:t>، 1985).</w:t>
            </w:r>
          </w:p>
        </w:tc>
        <w:tc>
          <w:tcPr>
            <w:tcW w:w="4392" w:type="dxa"/>
            <w:vAlign w:val="center"/>
          </w:tcPr>
          <w:p w:rsidR="00FD5E07" w:rsidRPr="005117ED" w:rsidRDefault="00FD5E07" w:rsidP="00AD1369">
            <w:pPr>
              <w:spacing w:before="0"/>
              <w:ind w:firstLine="0"/>
              <w:jc w:val="center"/>
              <w:rPr>
                <w:rFonts w:cs="Sakkal Majalla"/>
                <w:color w:val="000000" w:themeColor="text1"/>
                <w:sz w:val="38"/>
                <w:szCs w:val="38"/>
              </w:rPr>
            </w:pPr>
            <w:r w:rsidRPr="005117ED">
              <w:rPr>
                <w:rFonts w:cs="Sakkal Majalla"/>
                <w:color w:val="000000" w:themeColor="text1"/>
                <w:sz w:val="38"/>
                <w:szCs w:val="38"/>
                <w:rtl/>
              </w:rPr>
              <w:t xml:space="preserve">إجرائيًا: الدرجة التي يحصل عليها المبحوث في فقرات الاستبانة المتعلقة بالتأثير المثالي والتحفيز </w:t>
            </w:r>
            <w:proofErr w:type="spellStart"/>
            <w:r w:rsidRPr="005117ED">
              <w:rPr>
                <w:rFonts w:cs="Sakkal Majalla"/>
                <w:color w:val="000000" w:themeColor="text1"/>
                <w:sz w:val="38"/>
                <w:szCs w:val="38"/>
                <w:rtl/>
              </w:rPr>
              <w:t>الإلهامي</w:t>
            </w:r>
            <w:proofErr w:type="spellEnd"/>
            <w:r w:rsidRPr="005117ED">
              <w:rPr>
                <w:rFonts w:cs="Sakkal Majalla"/>
                <w:color w:val="000000" w:themeColor="text1"/>
                <w:sz w:val="38"/>
                <w:szCs w:val="38"/>
                <w:rtl/>
              </w:rPr>
              <w:t xml:space="preserve"> والاستثارة الفكرية والاعتبار الفردي.</w:t>
            </w:r>
          </w:p>
        </w:tc>
      </w:tr>
      <w:tr w:rsidR="00FD5E07" w:rsidRPr="005117ED" w:rsidTr="00AD1369">
        <w:tc>
          <w:tcPr>
            <w:tcW w:w="1129" w:type="dxa"/>
            <w:shd w:val="clear" w:color="auto" w:fill="EDF4FA"/>
            <w:vAlign w:val="center"/>
          </w:tcPr>
          <w:p w:rsidR="00FD5E07" w:rsidRPr="005117ED" w:rsidRDefault="00FD5E07" w:rsidP="00AD1369">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الإبداع التنظيمي</w:t>
            </w:r>
          </w:p>
        </w:tc>
        <w:tc>
          <w:tcPr>
            <w:tcW w:w="4392" w:type="dxa"/>
            <w:shd w:val="clear" w:color="auto" w:fill="EDF4FA"/>
            <w:vAlign w:val="center"/>
          </w:tcPr>
          <w:p w:rsidR="00FD5E07" w:rsidRPr="005117ED" w:rsidRDefault="00FD5E07" w:rsidP="00AD1369">
            <w:pPr>
              <w:spacing w:before="0"/>
              <w:ind w:firstLine="0"/>
              <w:jc w:val="center"/>
              <w:rPr>
                <w:rFonts w:cs="Sakkal Majalla"/>
                <w:color w:val="000000" w:themeColor="text1"/>
                <w:sz w:val="38"/>
                <w:szCs w:val="38"/>
              </w:rPr>
            </w:pPr>
            <w:r w:rsidRPr="005117ED">
              <w:rPr>
                <w:rFonts w:cs="Sakkal Majalla"/>
                <w:color w:val="000000" w:themeColor="text1"/>
                <w:sz w:val="38"/>
                <w:szCs w:val="38"/>
                <w:rtl/>
              </w:rPr>
              <w:t xml:space="preserve">قدرة المنظمة والعاملين فيها على توليد أفكار أو حلول أو أساليب عمل جديدة ومفيدة وتحويلها إلى ممارسات قابلة للتطبيق تسهم في تحسين الأداء (الفاعوري، 2005؛ </w:t>
            </w:r>
            <w:proofErr w:type="spellStart"/>
            <w:r w:rsidRPr="005117ED">
              <w:rPr>
                <w:rFonts w:cs="Sakkal Majalla"/>
                <w:color w:val="000000" w:themeColor="text1"/>
                <w:sz w:val="38"/>
                <w:szCs w:val="38"/>
                <w:rtl/>
              </w:rPr>
              <w:t>Amabile</w:t>
            </w:r>
            <w:proofErr w:type="spellEnd"/>
            <w:r w:rsidRPr="005117ED">
              <w:rPr>
                <w:rFonts w:cs="Sakkal Majalla"/>
                <w:color w:val="000000" w:themeColor="text1"/>
                <w:sz w:val="38"/>
                <w:szCs w:val="38"/>
                <w:rtl/>
              </w:rPr>
              <w:t>، 1996).</w:t>
            </w:r>
          </w:p>
        </w:tc>
        <w:tc>
          <w:tcPr>
            <w:tcW w:w="4392" w:type="dxa"/>
            <w:shd w:val="clear" w:color="auto" w:fill="EDF4FA"/>
            <w:vAlign w:val="center"/>
          </w:tcPr>
          <w:p w:rsidR="00FD5E07" w:rsidRPr="005117ED" w:rsidRDefault="00FD5E07" w:rsidP="00AD1369">
            <w:pPr>
              <w:spacing w:before="0"/>
              <w:ind w:firstLine="0"/>
              <w:jc w:val="center"/>
              <w:rPr>
                <w:rFonts w:cs="Sakkal Majalla"/>
                <w:color w:val="000000" w:themeColor="text1"/>
                <w:sz w:val="38"/>
                <w:szCs w:val="38"/>
              </w:rPr>
            </w:pPr>
            <w:r w:rsidRPr="005117ED">
              <w:rPr>
                <w:rFonts w:cs="Sakkal Majalla"/>
                <w:color w:val="000000" w:themeColor="text1"/>
                <w:sz w:val="38"/>
                <w:szCs w:val="38"/>
                <w:rtl/>
              </w:rPr>
              <w:t>إجرائيًا: الدرجة التي يحصل عليها المبحوث في فقرات الاستبانة المتعلقة بتوليد الأفكار والأصالة والمرونة والمبادرة وتبني الأفكار الجديدة.</w:t>
            </w:r>
          </w:p>
        </w:tc>
      </w:tr>
      <w:tr w:rsidR="00FD5E07" w:rsidRPr="005117ED" w:rsidTr="00AD1369">
        <w:tc>
          <w:tcPr>
            <w:tcW w:w="1129" w:type="dxa"/>
            <w:vAlign w:val="center"/>
          </w:tcPr>
          <w:p w:rsidR="00FD5E07" w:rsidRPr="005117ED" w:rsidRDefault="00FD5E07" w:rsidP="00AD1369">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المنشآت الصغيرة والمتوسطة</w:t>
            </w:r>
          </w:p>
        </w:tc>
        <w:tc>
          <w:tcPr>
            <w:tcW w:w="4392" w:type="dxa"/>
            <w:vAlign w:val="center"/>
          </w:tcPr>
          <w:p w:rsidR="00FD5E07" w:rsidRPr="005117ED" w:rsidRDefault="00FD5E07" w:rsidP="00AD1369">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منشآت قطاع الأعمال التي تصنف ضمن فئة المنشآت الصغيرة أو المتوسطة وفق معيار عدد العاملين أو الإيرادات المعتمد رسميًا لدى منشآت (منشآت، د.ت.).</w:t>
            </w:r>
          </w:p>
        </w:tc>
        <w:tc>
          <w:tcPr>
            <w:tcW w:w="4392" w:type="dxa"/>
            <w:vAlign w:val="center"/>
          </w:tcPr>
          <w:p w:rsidR="00FD5E07" w:rsidRPr="005117ED" w:rsidRDefault="00FD5E07" w:rsidP="00AD1369">
            <w:pPr>
              <w:spacing w:before="0"/>
              <w:ind w:firstLine="0"/>
              <w:jc w:val="center"/>
              <w:rPr>
                <w:rFonts w:cs="Sakkal Majalla"/>
                <w:color w:val="000000" w:themeColor="text1"/>
                <w:sz w:val="38"/>
                <w:szCs w:val="38"/>
              </w:rPr>
            </w:pPr>
            <w:r w:rsidRPr="005117ED">
              <w:rPr>
                <w:rFonts w:cs="Sakkal Majalla"/>
                <w:color w:val="000000" w:themeColor="text1"/>
                <w:sz w:val="38"/>
                <w:szCs w:val="38"/>
                <w:rtl/>
              </w:rPr>
              <w:t>إجرائيًا: المنشآت الصغيرة والمتوسطة التي يعمل بها أفراد العينة ضمن نطاق التطبيق الميداني للدراسة.</w:t>
            </w:r>
          </w:p>
        </w:tc>
      </w:tr>
    </w:tbl>
    <w:p w:rsidR="00FD5E07" w:rsidRPr="005117ED" w:rsidRDefault="00FD5E07" w:rsidP="00FD5E07">
      <w:pPr>
        <w:spacing w:before="0"/>
        <w:jc w:val="both"/>
        <w:rPr>
          <w:rFonts w:cs="Sakkal Majalla"/>
          <w:color w:val="000000" w:themeColor="text1"/>
          <w:sz w:val="38"/>
          <w:szCs w:val="38"/>
        </w:rPr>
      </w:pPr>
    </w:p>
    <w:p w:rsidR="00FD5E07" w:rsidRPr="005117ED" w:rsidRDefault="00FD5E07" w:rsidP="00FD5E07">
      <w:pPr>
        <w:spacing w:before="0"/>
        <w:ind w:firstLine="0"/>
        <w:jc w:val="left"/>
        <w:outlineLvl w:val="0"/>
        <w:rPr>
          <w:rFonts w:eastAsia="Times New Roman" w:cs="Sakkal Majalla"/>
          <w:b/>
          <w:bCs/>
          <w:color w:val="000000" w:themeColor="text1"/>
          <w:sz w:val="40"/>
          <w:szCs w:val="40"/>
        </w:rPr>
      </w:pPr>
      <w:bookmarkStart w:id="18" w:name="_Toc233321970"/>
      <w:r w:rsidRPr="005117ED">
        <w:rPr>
          <w:rFonts w:eastAsia="Times New Roman" w:cs="Sakkal Majalla"/>
          <w:b/>
          <w:bCs/>
          <w:color w:val="000000" w:themeColor="text1"/>
          <w:sz w:val="40"/>
          <w:szCs w:val="40"/>
          <w:rtl/>
        </w:rPr>
        <w:t>تاسعًا: النموذج المفاهيمي للدراسة</w:t>
      </w:r>
      <w:bookmarkEnd w:id="18"/>
    </w:p>
    <w:p w:rsidR="00FD5E07" w:rsidRPr="005117ED" w:rsidRDefault="00FD5E07" w:rsidP="00AD1369">
      <w:pPr>
        <w:spacing w:before="0"/>
        <w:ind w:firstLine="720"/>
        <w:jc w:val="both"/>
        <w:rPr>
          <w:rFonts w:cs="Sakkal Majalla"/>
          <w:color w:val="000000" w:themeColor="text1"/>
          <w:sz w:val="38"/>
          <w:szCs w:val="38"/>
        </w:rPr>
      </w:pPr>
      <w:r w:rsidRPr="005117ED">
        <w:rPr>
          <w:rFonts w:cs="Sakkal Majalla"/>
          <w:color w:val="000000" w:themeColor="text1"/>
          <w:sz w:val="38"/>
          <w:szCs w:val="38"/>
          <w:rtl/>
        </w:rPr>
        <w:t>يقوم النموذج المفاهيمي على افتراض أن القيادة التحويلية تمثل المتغير المستقل، وأن الإبداع التنظيمي يمثل المتغير التابع، مع وجود متغيرات ضابطة ديموغرافية وتنظيمية. ويعكس النموذج أن الممارسات القيادية التحويلية قد تؤثر في الإبداع من خلال الإلهام، والثقة، وتشجيع التفكير الجديد، ومراعاة الفروق الفردية.</w:t>
      </w:r>
    </w:p>
    <w:tbl>
      <w:tblPr>
        <w:tblStyle w:val="aa"/>
        <w:bidiVisual/>
        <w:tblW w:w="0" w:type="auto"/>
        <w:tblLook w:val="04A0" w:firstRow="1" w:lastRow="0" w:firstColumn="1" w:lastColumn="0" w:noHBand="0" w:noVBand="1"/>
      </w:tblPr>
      <w:tblGrid>
        <w:gridCol w:w="3305"/>
        <w:gridCol w:w="3303"/>
        <w:gridCol w:w="3304"/>
      </w:tblGrid>
      <w:tr w:rsidR="00FD5E07" w:rsidRPr="005117ED" w:rsidTr="00AD1369">
        <w:trPr>
          <w:tblHeader/>
        </w:trPr>
        <w:tc>
          <w:tcPr>
            <w:tcW w:w="3324" w:type="dxa"/>
            <w:shd w:val="clear" w:color="auto" w:fill="1F4E79"/>
            <w:vAlign w:val="center"/>
          </w:tcPr>
          <w:p w:rsidR="00FD5E07" w:rsidRPr="005117ED" w:rsidRDefault="00FD5E07" w:rsidP="00AD1369">
            <w:pPr>
              <w:spacing w:before="0"/>
              <w:ind w:firstLine="0"/>
              <w:jc w:val="center"/>
              <w:rPr>
                <w:rFonts w:cs="Sakkal Majalla"/>
                <w:bCs/>
                <w:color w:val="FFFFFF" w:themeColor="background1"/>
                <w:sz w:val="38"/>
                <w:szCs w:val="38"/>
              </w:rPr>
            </w:pPr>
            <w:r w:rsidRPr="005117ED">
              <w:rPr>
                <w:rFonts w:cs="Sakkal Majalla"/>
                <w:bCs/>
                <w:color w:val="FFFFFF" w:themeColor="background1"/>
                <w:sz w:val="38"/>
                <w:szCs w:val="38"/>
                <w:rtl/>
              </w:rPr>
              <w:t>المتغير المستقل</w:t>
            </w:r>
          </w:p>
        </w:tc>
        <w:tc>
          <w:tcPr>
            <w:tcW w:w="3324" w:type="dxa"/>
            <w:shd w:val="clear" w:color="auto" w:fill="1F4E79"/>
            <w:vAlign w:val="center"/>
          </w:tcPr>
          <w:p w:rsidR="00FD5E07" w:rsidRPr="005117ED" w:rsidRDefault="00FD5E07" w:rsidP="00AD1369">
            <w:pPr>
              <w:spacing w:before="0"/>
              <w:ind w:firstLine="0"/>
              <w:jc w:val="center"/>
              <w:rPr>
                <w:rFonts w:cs="Sakkal Majalla"/>
                <w:bCs/>
                <w:color w:val="FFFFFF" w:themeColor="background1"/>
                <w:sz w:val="38"/>
                <w:szCs w:val="38"/>
              </w:rPr>
            </w:pPr>
            <w:r w:rsidRPr="005117ED">
              <w:rPr>
                <w:rFonts w:cs="Sakkal Majalla"/>
                <w:bCs/>
                <w:color w:val="FFFFFF" w:themeColor="background1"/>
                <w:sz w:val="38"/>
                <w:szCs w:val="38"/>
                <w:rtl/>
              </w:rPr>
              <w:t>آليات التأثير</w:t>
            </w:r>
          </w:p>
        </w:tc>
        <w:tc>
          <w:tcPr>
            <w:tcW w:w="3324" w:type="dxa"/>
            <w:shd w:val="clear" w:color="auto" w:fill="1F4E79"/>
            <w:vAlign w:val="center"/>
          </w:tcPr>
          <w:p w:rsidR="00FD5E07" w:rsidRPr="005117ED" w:rsidRDefault="00FD5E07" w:rsidP="00AD1369">
            <w:pPr>
              <w:spacing w:before="0"/>
              <w:ind w:firstLine="0"/>
              <w:jc w:val="center"/>
              <w:rPr>
                <w:rFonts w:cs="Sakkal Majalla"/>
                <w:bCs/>
                <w:color w:val="FFFFFF" w:themeColor="background1"/>
                <w:sz w:val="38"/>
                <w:szCs w:val="38"/>
              </w:rPr>
            </w:pPr>
            <w:r w:rsidRPr="005117ED">
              <w:rPr>
                <w:rFonts w:cs="Sakkal Majalla"/>
                <w:bCs/>
                <w:color w:val="FFFFFF" w:themeColor="background1"/>
                <w:sz w:val="38"/>
                <w:szCs w:val="38"/>
                <w:rtl/>
              </w:rPr>
              <w:t>المتغير التابع</w:t>
            </w:r>
          </w:p>
        </w:tc>
      </w:tr>
      <w:tr w:rsidR="00FD5E07" w:rsidRPr="005117ED" w:rsidTr="00AD1369">
        <w:tc>
          <w:tcPr>
            <w:tcW w:w="3324" w:type="dxa"/>
            <w:vAlign w:val="center"/>
          </w:tcPr>
          <w:p w:rsidR="00FD5E07" w:rsidRPr="005117ED" w:rsidRDefault="00FD5E07" w:rsidP="00AD1369">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القيادة التحويلية</w:t>
            </w:r>
            <w:r w:rsidRPr="005117ED">
              <w:rPr>
                <w:rFonts w:cs="Sakkal Majalla"/>
                <w:color w:val="000000" w:themeColor="text1"/>
                <w:sz w:val="38"/>
                <w:szCs w:val="38"/>
                <w:rtl/>
              </w:rPr>
              <w:br/>
              <w:t>التأثير المثالي</w:t>
            </w:r>
            <w:r w:rsidRPr="005117ED">
              <w:rPr>
                <w:rFonts w:cs="Sakkal Majalla"/>
                <w:color w:val="000000" w:themeColor="text1"/>
                <w:sz w:val="38"/>
                <w:szCs w:val="38"/>
                <w:rtl/>
              </w:rPr>
              <w:br/>
              <w:t xml:space="preserve">التحفيز </w:t>
            </w:r>
            <w:proofErr w:type="spellStart"/>
            <w:r w:rsidRPr="005117ED">
              <w:rPr>
                <w:rFonts w:cs="Sakkal Majalla"/>
                <w:color w:val="000000" w:themeColor="text1"/>
                <w:sz w:val="38"/>
                <w:szCs w:val="38"/>
                <w:rtl/>
              </w:rPr>
              <w:t>الإلهامي</w:t>
            </w:r>
            <w:proofErr w:type="spellEnd"/>
            <w:r w:rsidRPr="005117ED">
              <w:rPr>
                <w:rFonts w:cs="Sakkal Majalla"/>
                <w:color w:val="000000" w:themeColor="text1"/>
                <w:sz w:val="38"/>
                <w:szCs w:val="38"/>
                <w:rtl/>
              </w:rPr>
              <w:br/>
              <w:t>الاستثارة الفكرية</w:t>
            </w:r>
            <w:r w:rsidRPr="005117ED">
              <w:rPr>
                <w:rFonts w:cs="Sakkal Majalla"/>
                <w:color w:val="000000" w:themeColor="text1"/>
                <w:sz w:val="38"/>
                <w:szCs w:val="38"/>
                <w:rtl/>
              </w:rPr>
              <w:br/>
              <w:t>الاعتبار الفردي</w:t>
            </w:r>
          </w:p>
        </w:tc>
        <w:tc>
          <w:tcPr>
            <w:tcW w:w="3324" w:type="dxa"/>
            <w:vAlign w:val="center"/>
          </w:tcPr>
          <w:p w:rsidR="00FD5E07" w:rsidRPr="005117ED" w:rsidRDefault="00FD5E07" w:rsidP="00AD1369">
            <w:pPr>
              <w:spacing w:before="0"/>
              <w:ind w:firstLine="0"/>
              <w:jc w:val="center"/>
              <w:rPr>
                <w:rFonts w:cs="Sakkal Majalla"/>
                <w:color w:val="000000" w:themeColor="text1"/>
                <w:sz w:val="38"/>
                <w:szCs w:val="38"/>
              </w:rPr>
            </w:pPr>
            <w:r w:rsidRPr="005117ED">
              <w:rPr>
                <w:rFonts w:cs="Sakkal Majalla"/>
                <w:color w:val="000000" w:themeColor="text1"/>
                <w:sz w:val="38"/>
                <w:szCs w:val="38"/>
                <w:rtl/>
              </w:rPr>
              <w:t>بناء الثقة - الرؤية المشتركة - التمكين - تشجيع التجريب - التعلم من الخطأ</w:t>
            </w:r>
          </w:p>
        </w:tc>
        <w:tc>
          <w:tcPr>
            <w:tcW w:w="3324" w:type="dxa"/>
            <w:vAlign w:val="center"/>
          </w:tcPr>
          <w:p w:rsidR="00FD5E07" w:rsidRPr="005117ED" w:rsidRDefault="00FD5E07" w:rsidP="00AD1369">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الإبداع التنظيمي</w:t>
            </w:r>
            <w:r w:rsidRPr="005117ED">
              <w:rPr>
                <w:rFonts w:cs="Sakkal Majalla"/>
                <w:color w:val="000000" w:themeColor="text1"/>
                <w:sz w:val="38"/>
                <w:szCs w:val="38"/>
                <w:rtl/>
              </w:rPr>
              <w:br/>
              <w:t>توليد الأفكار</w:t>
            </w:r>
            <w:r w:rsidRPr="005117ED">
              <w:rPr>
                <w:rFonts w:cs="Sakkal Majalla"/>
                <w:color w:val="000000" w:themeColor="text1"/>
                <w:sz w:val="38"/>
                <w:szCs w:val="38"/>
                <w:rtl/>
              </w:rPr>
              <w:br/>
              <w:t>الأصالة</w:t>
            </w:r>
            <w:r w:rsidRPr="005117ED">
              <w:rPr>
                <w:rFonts w:cs="Sakkal Majalla"/>
                <w:color w:val="000000" w:themeColor="text1"/>
                <w:sz w:val="38"/>
                <w:szCs w:val="38"/>
                <w:rtl/>
              </w:rPr>
              <w:br/>
              <w:t>المرونة</w:t>
            </w:r>
            <w:r w:rsidRPr="005117ED">
              <w:rPr>
                <w:rFonts w:cs="Sakkal Majalla"/>
                <w:color w:val="000000" w:themeColor="text1"/>
                <w:sz w:val="38"/>
                <w:szCs w:val="38"/>
                <w:rtl/>
              </w:rPr>
              <w:br/>
              <w:t>حل المشكلات</w:t>
            </w:r>
            <w:r w:rsidRPr="005117ED">
              <w:rPr>
                <w:rFonts w:cs="Sakkal Majalla"/>
                <w:color w:val="000000" w:themeColor="text1"/>
                <w:sz w:val="38"/>
                <w:szCs w:val="38"/>
                <w:rtl/>
              </w:rPr>
              <w:br/>
              <w:t>تبني الأفكار</w:t>
            </w:r>
          </w:p>
        </w:tc>
      </w:tr>
    </w:tbl>
    <w:p w:rsidR="00FD5E07" w:rsidRPr="005117ED" w:rsidRDefault="00FD5E07" w:rsidP="00FD5E07">
      <w:pPr>
        <w:spacing w:before="0"/>
        <w:jc w:val="both"/>
        <w:rPr>
          <w:rFonts w:cs="Sakkal Majalla"/>
          <w:color w:val="000000" w:themeColor="text1"/>
          <w:sz w:val="38"/>
          <w:szCs w:val="38"/>
        </w:rPr>
      </w:pPr>
    </w:p>
    <w:p w:rsidR="00FD5E07" w:rsidRPr="005117ED" w:rsidRDefault="00AD1369" w:rsidP="00AD1369">
      <w:pPr>
        <w:spacing w:before="0"/>
        <w:ind w:hanging="1"/>
        <w:jc w:val="center"/>
        <w:rPr>
          <w:rFonts w:cs="Sakkal Majalla"/>
          <w:color w:val="000000" w:themeColor="text1"/>
          <w:sz w:val="38"/>
          <w:szCs w:val="38"/>
        </w:rPr>
      </w:pPr>
      <w:r w:rsidRPr="005117ED">
        <w:rPr>
          <w:noProof/>
          <w:sz w:val="36"/>
          <w:rtl/>
        </w:rPr>
        <w:drawing>
          <wp:anchor distT="0" distB="0" distL="114300" distR="114300" simplePos="0" relativeHeight="251659264" behindDoc="0" locked="0" layoutInCell="1" allowOverlap="1" wp14:anchorId="2D307E1A" wp14:editId="3862728E">
            <wp:simplePos x="0" y="0"/>
            <wp:positionH relativeFrom="margin">
              <wp:align>left</wp:align>
            </wp:positionH>
            <wp:positionV relativeFrom="paragraph">
              <wp:posOffset>435610</wp:posOffset>
            </wp:positionV>
            <wp:extent cx="6300470" cy="3413760"/>
            <wp:effectExtent l="0" t="0" r="5080" b="0"/>
            <wp:wrapTight wrapText="bothSides">
              <wp:wrapPolygon edited="0">
                <wp:start x="0" y="0"/>
                <wp:lineTo x="0" y="21455"/>
                <wp:lineTo x="21552" y="21455"/>
                <wp:lineTo x="21552" y="0"/>
                <wp:lineTo x="0" y="0"/>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b="7263"/>
                    <a:stretch/>
                  </pic:blipFill>
                  <pic:spPr bwMode="auto">
                    <a:xfrm>
                      <a:off x="0" y="0"/>
                      <a:ext cx="6300470" cy="34137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FD5E07" w:rsidRPr="005117ED">
        <w:rPr>
          <w:rFonts w:cs="Sakkal Majalla"/>
          <w:b/>
          <w:bCs/>
          <w:color w:val="000000" w:themeColor="text1"/>
          <w:sz w:val="38"/>
          <w:szCs w:val="38"/>
          <w:rtl/>
        </w:rPr>
        <w:t>شكل</w:t>
      </w:r>
      <w:r w:rsidR="00FD5E07" w:rsidRPr="005117ED">
        <w:rPr>
          <w:rFonts w:cs="Sakkal Majalla"/>
          <w:b/>
          <w:color w:val="000000" w:themeColor="text1"/>
          <w:sz w:val="38"/>
          <w:szCs w:val="38"/>
        </w:rPr>
        <w:t xml:space="preserve"> (1</w:t>
      </w:r>
      <w:proofErr w:type="gramStart"/>
      <w:r w:rsidR="00FD5E07" w:rsidRPr="005117ED">
        <w:rPr>
          <w:rFonts w:cs="Sakkal Majalla"/>
          <w:b/>
          <w:color w:val="000000" w:themeColor="text1"/>
          <w:sz w:val="38"/>
          <w:szCs w:val="38"/>
        </w:rPr>
        <w:t>)</w:t>
      </w:r>
      <w:r w:rsidRPr="005117ED">
        <w:rPr>
          <w:rFonts w:cs="Sakkal Majalla" w:hint="cs"/>
          <w:b/>
          <w:color w:val="000000" w:themeColor="text1"/>
          <w:sz w:val="38"/>
          <w:szCs w:val="38"/>
          <w:rtl/>
        </w:rPr>
        <w:t xml:space="preserve"> </w:t>
      </w:r>
      <w:r w:rsidR="00FD5E07" w:rsidRPr="005117ED">
        <w:rPr>
          <w:rFonts w:cs="Sakkal Majalla"/>
          <w:b/>
          <w:color w:val="000000" w:themeColor="text1"/>
          <w:sz w:val="38"/>
          <w:szCs w:val="38"/>
        </w:rPr>
        <w:t>:</w:t>
      </w:r>
      <w:proofErr w:type="gramEnd"/>
      <w:r w:rsidRPr="005117ED">
        <w:rPr>
          <w:rFonts w:cs="Sakkal Majalla" w:hint="cs"/>
          <w:b/>
          <w:color w:val="000000" w:themeColor="text1"/>
          <w:sz w:val="38"/>
          <w:szCs w:val="38"/>
          <w:rtl/>
        </w:rPr>
        <w:t xml:space="preserve"> </w:t>
      </w:r>
      <w:r w:rsidR="00FD5E07" w:rsidRPr="005117ED">
        <w:rPr>
          <w:rFonts w:cs="Sakkal Majalla"/>
          <w:b/>
          <w:color w:val="000000" w:themeColor="text1"/>
          <w:sz w:val="38"/>
          <w:szCs w:val="38"/>
        </w:rPr>
        <w:t xml:space="preserve"> </w:t>
      </w:r>
      <w:r w:rsidR="00FD5E07" w:rsidRPr="005117ED">
        <w:rPr>
          <w:rFonts w:cs="Sakkal Majalla"/>
          <w:b/>
          <w:bCs/>
          <w:color w:val="000000" w:themeColor="text1"/>
          <w:sz w:val="38"/>
          <w:szCs w:val="38"/>
          <w:rtl/>
        </w:rPr>
        <w:t>النموذج</w:t>
      </w:r>
      <w:r w:rsidR="00FD5E07" w:rsidRPr="005117ED">
        <w:rPr>
          <w:rFonts w:cs="Sakkal Majalla"/>
          <w:b/>
          <w:color w:val="000000" w:themeColor="text1"/>
          <w:sz w:val="38"/>
          <w:szCs w:val="38"/>
        </w:rPr>
        <w:t xml:space="preserve"> </w:t>
      </w:r>
      <w:r w:rsidR="00FD5E07" w:rsidRPr="005117ED">
        <w:rPr>
          <w:rFonts w:cs="Sakkal Majalla"/>
          <w:b/>
          <w:bCs/>
          <w:color w:val="000000" w:themeColor="text1"/>
          <w:sz w:val="38"/>
          <w:szCs w:val="38"/>
          <w:rtl/>
        </w:rPr>
        <w:t>المفاهيمي</w:t>
      </w:r>
      <w:r w:rsidR="00FD5E07" w:rsidRPr="005117ED">
        <w:rPr>
          <w:rFonts w:cs="Sakkal Majalla"/>
          <w:b/>
          <w:color w:val="000000" w:themeColor="text1"/>
          <w:sz w:val="38"/>
          <w:szCs w:val="38"/>
        </w:rPr>
        <w:t xml:space="preserve"> </w:t>
      </w:r>
      <w:r w:rsidR="00FD5E07" w:rsidRPr="005117ED">
        <w:rPr>
          <w:rFonts w:cs="Sakkal Majalla"/>
          <w:b/>
          <w:bCs/>
          <w:color w:val="000000" w:themeColor="text1"/>
          <w:sz w:val="38"/>
          <w:szCs w:val="38"/>
          <w:rtl/>
        </w:rPr>
        <w:t>المقترح</w:t>
      </w:r>
      <w:r w:rsidR="00FD5E07" w:rsidRPr="005117ED">
        <w:rPr>
          <w:rFonts w:cs="Sakkal Majalla"/>
          <w:b/>
          <w:color w:val="000000" w:themeColor="text1"/>
          <w:sz w:val="38"/>
          <w:szCs w:val="38"/>
        </w:rPr>
        <w:t xml:space="preserve"> </w:t>
      </w:r>
      <w:r w:rsidR="00FD5E07" w:rsidRPr="005117ED">
        <w:rPr>
          <w:rFonts w:cs="Sakkal Majalla"/>
          <w:b/>
          <w:bCs/>
          <w:color w:val="000000" w:themeColor="text1"/>
          <w:sz w:val="38"/>
          <w:szCs w:val="38"/>
          <w:rtl/>
        </w:rPr>
        <w:t>للدراسة</w:t>
      </w:r>
    </w:p>
    <w:p w:rsidR="00E87CA8" w:rsidRPr="005117ED" w:rsidRDefault="00E87CA8" w:rsidP="00E87CA8">
      <w:pPr>
        <w:spacing w:before="0"/>
        <w:ind w:hanging="1"/>
        <w:jc w:val="both"/>
        <w:rPr>
          <w:rFonts w:cs="Sakkal Majalla"/>
          <w:color w:val="000000" w:themeColor="text1"/>
          <w:sz w:val="38"/>
          <w:szCs w:val="38"/>
        </w:rPr>
      </w:pPr>
      <w:r w:rsidRPr="005117ED">
        <w:rPr>
          <w:rFonts w:cs="Sakkal Majalla" w:hint="cs"/>
          <w:color w:val="000000" w:themeColor="text1"/>
          <w:sz w:val="38"/>
          <w:szCs w:val="38"/>
          <w:rtl/>
        </w:rPr>
        <w:t>*</w:t>
      </w:r>
      <w:r w:rsidRPr="005117ED">
        <w:rPr>
          <w:rFonts w:ascii="Traditional Arabic" w:eastAsia="Noto Naskh Arabic" w:hAnsi="Traditional Arabic"/>
          <w:szCs w:val="34"/>
          <w:rtl/>
        </w:rPr>
        <w:t xml:space="preserve"> </w:t>
      </w:r>
      <w:r w:rsidRPr="005117ED">
        <w:rPr>
          <w:rFonts w:cs="Sakkal Majalla"/>
          <w:color w:val="000000" w:themeColor="text1"/>
          <w:sz w:val="28"/>
          <w:szCs w:val="28"/>
          <w:rtl/>
        </w:rPr>
        <w:t>المصدر</w:t>
      </w:r>
      <w:r w:rsidRPr="005117ED">
        <w:rPr>
          <w:rFonts w:cs="Sakkal Majalla"/>
          <w:color w:val="000000" w:themeColor="text1"/>
          <w:sz w:val="28"/>
          <w:szCs w:val="28"/>
        </w:rPr>
        <w:t xml:space="preserve">: </w:t>
      </w:r>
      <w:r w:rsidRPr="005117ED">
        <w:rPr>
          <w:rFonts w:cs="Sakkal Majalla"/>
          <w:color w:val="000000" w:themeColor="text1"/>
          <w:sz w:val="28"/>
          <w:szCs w:val="28"/>
          <w:rtl/>
        </w:rPr>
        <w:t>إعداد</w:t>
      </w:r>
      <w:r w:rsidRPr="005117ED">
        <w:rPr>
          <w:rFonts w:cs="Sakkal Majalla"/>
          <w:color w:val="000000" w:themeColor="text1"/>
          <w:sz w:val="28"/>
          <w:szCs w:val="28"/>
        </w:rPr>
        <w:t xml:space="preserve"> </w:t>
      </w:r>
      <w:r w:rsidRPr="005117ED">
        <w:rPr>
          <w:rFonts w:cs="Sakkal Majalla"/>
          <w:color w:val="000000" w:themeColor="text1"/>
          <w:sz w:val="28"/>
          <w:szCs w:val="28"/>
          <w:rtl/>
        </w:rPr>
        <w:t>الباحث</w:t>
      </w:r>
      <w:r w:rsidRPr="005117ED">
        <w:rPr>
          <w:rFonts w:cs="Sakkal Majalla"/>
          <w:color w:val="000000" w:themeColor="text1"/>
          <w:sz w:val="28"/>
          <w:szCs w:val="28"/>
        </w:rPr>
        <w:t xml:space="preserve"> </w:t>
      </w:r>
      <w:r w:rsidRPr="005117ED">
        <w:rPr>
          <w:rFonts w:cs="Sakkal Majalla"/>
          <w:color w:val="000000" w:themeColor="text1"/>
          <w:sz w:val="28"/>
          <w:szCs w:val="28"/>
          <w:rtl/>
        </w:rPr>
        <w:t>بالاستناد</w:t>
      </w:r>
      <w:r w:rsidRPr="005117ED">
        <w:rPr>
          <w:rFonts w:cs="Sakkal Majalla"/>
          <w:color w:val="000000" w:themeColor="text1"/>
          <w:sz w:val="28"/>
          <w:szCs w:val="28"/>
        </w:rPr>
        <w:t xml:space="preserve"> </w:t>
      </w:r>
      <w:r w:rsidRPr="005117ED">
        <w:rPr>
          <w:rFonts w:cs="Sakkal Majalla"/>
          <w:color w:val="000000" w:themeColor="text1"/>
          <w:sz w:val="28"/>
          <w:szCs w:val="28"/>
          <w:rtl/>
        </w:rPr>
        <w:t>إلى</w:t>
      </w:r>
      <w:r w:rsidRPr="005117ED">
        <w:rPr>
          <w:rFonts w:cs="Sakkal Majalla"/>
          <w:color w:val="000000" w:themeColor="text1"/>
          <w:sz w:val="28"/>
          <w:szCs w:val="28"/>
        </w:rPr>
        <w:t xml:space="preserve"> </w:t>
      </w:r>
      <w:r w:rsidRPr="005117ED">
        <w:rPr>
          <w:rFonts w:cs="Sakkal Majalla"/>
          <w:color w:val="000000" w:themeColor="text1"/>
          <w:sz w:val="28"/>
          <w:szCs w:val="28"/>
          <w:rtl/>
        </w:rPr>
        <w:t>الفاعوري</w:t>
      </w:r>
      <w:r w:rsidRPr="005117ED">
        <w:rPr>
          <w:rFonts w:cs="Sakkal Majalla"/>
          <w:color w:val="000000" w:themeColor="text1"/>
          <w:sz w:val="28"/>
          <w:szCs w:val="28"/>
        </w:rPr>
        <w:t xml:space="preserve"> (2005) </w:t>
      </w:r>
      <w:r w:rsidRPr="005117ED">
        <w:rPr>
          <w:rFonts w:cs="Sakkal Majalla"/>
          <w:color w:val="000000" w:themeColor="text1"/>
          <w:sz w:val="28"/>
          <w:szCs w:val="28"/>
          <w:rtl/>
        </w:rPr>
        <w:t>و</w:t>
      </w:r>
      <w:r w:rsidRPr="005117ED">
        <w:rPr>
          <w:rFonts w:cs="Sakkal Majalla"/>
          <w:color w:val="000000" w:themeColor="text1"/>
          <w:sz w:val="28"/>
          <w:szCs w:val="28"/>
        </w:rPr>
        <w:t xml:space="preserve">Bass </w:t>
      </w:r>
      <w:r w:rsidRPr="005117ED">
        <w:rPr>
          <w:rFonts w:cs="Sakkal Majalla"/>
          <w:color w:val="000000" w:themeColor="text1"/>
          <w:sz w:val="28"/>
          <w:szCs w:val="28"/>
          <w:rtl/>
        </w:rPr>
        <w:t>و</w:t>
      </w:r>
      <w:proofErr w:type="spellStart"/>
      <w:r w:rsidRPr="005117ED">
        <w:rPr>
          <w:rFonts w:cs="Sakkal Majalla"/>
          <w:color w:val="000000" w:themeColor="text1"/>
          <w:sz w:val="28"/>
          <w:szCs w:val="28"/>
        </w:rPr>
        <w:t>Riggio</w:t>
      </w:r>
      <w:proofErr w:type="spellEnd"/>
      <w:r w:rsidRPr="005117ED">
        <w:rPr>
          <w:rFonts w:cs="Sakkal Majalla"/>
          <w:color w:val="000000" w:themeColor="text1"/>
          <w:sz w:val="28"/>
          <w:szCs w:val="28"/>
        </w:rPr>
        <w:t xml:space="preserve"> (2006</w:t>
      </w:r>
      <w:proofErr w:type="gramStart"/>
      <w:r w:rsidRPr="005117ED">
        <w:rPr>
          <w:rFonts w:cs="Sakkal Majalla"/>
          <w:color w:val="000000" w:themeColor="text1"/>
          <w:sz w:val="28"/>
          <w:szCs w:val="28"/>
        </w:rPr>
        <w:t>)</w:t>
      </w:r>
      <w:r w:rsidRPr="005117ED">
        <w:rPr>
          <w:rFonts w:cs="Sakkal Majalla" w:hint="cs"/>
          <w:color w:val="000000" w:themeColor="text1"/>
          <w:sz w:val="28"/>
          <w:szCs w:val="28"/>
          <w:rtl/>
        </w:rPr>
        <w:t xml:space="preserve"> </w:t>
      </w:r>
      <w:r w:rsidRPr="005117ED">
        <w:rPr>
          <w:rFonts w:cs="Sakkal Majalla"/>
          <w:color w:val="000000" w:themeColor="text1"/>
          <w:sz w:val="38"/>
          <w:szCs w:val="38"/>
        </w:rPr>
        <w:t>.</w:t>
      </w:r>
      <w:proofErr w:type="gramEnd"/>
    </w:p>
    <w:p w:rsidR="00FD5E07" w:rsidRPr="005117ED" w:rsidRDefault="00FD5E07" w:rsidP="00FD5E07">
      <w:pPr>
        <w:spacing w:before="0"/>
        <w:ind w:firstLine="0"/>
        <w:jc w:val="left"/>
        <w:outlineLvl w:val="0"/>
        <w:rPr>
          <w:rFonts w:eastAsia="Times New Roman" w:cs="Sakkal Majalla"/>
          <w:b/>
          <w:bCs/>
          <w:color w:val="000000" w:themeColor="text1"/>
          <w:sz w:val="40"/>
          <w:szCs w:val="40"/>
        </w:rPr>
      </w:pPr>
      <w:bookmarkStart w:id="19" w:name="_Toc233321971"/>
      <w:proofErr w:type="gramStart"/>
      <w:r w:rsidRPr="005117ED">
        <w:rPr>
          <w:rFonts w:eastAsia="Times New Roman" w:cs="Sakkal Majalla"/>
          <w:b/>
          <w:bCs/>
          <w:color w:val="000000" w:themeColor="text1"/>
          <w:sz w:val="40"/>
          <w:szCs w:val="40"/>
          <w:rtl/>
        </w:rPr>
        <w:lastRenderedPageBreak/>
        <w:t>عاشرًا</w:t>
      </w:r>
      <w:r w:rsidRPr="005117ED">
        <w:rPr>
          <w:rFonts w:eastAsia="Times New Roman" w:cs="Sakkal Majalla"/>
          <w:b/>
          <w:bCs/>
          <w:color w:val="000000" w:themeColor="text1"/>
          <w:sz w:val="40"/>
          <w:szCs w:val="40"/>
        </w:rPr>
        <w:t xml:space="preserve">: </w:t>
      </w:r>
      <w:r w:rsidR="00AD1369" w:rsidRPr="005117ED">
        <w:rPr>
          <w:rFonts w:eastAsia="Times New Roman" w:cs="Sakkal Majalla" w:hint="cs"/>
          <w:b/>
          <w:bCs/>
          <w:color w:val="000000" w:themeColor="text1"/>
          <w:sz w:val="40"/>
          <w:szCs w:val="40"/>
          <w:rtl/>
        </w:rPr>
        <w:t xml:space="preserve"> </w:t>
      </w:r>
      <w:r w:rsidRPr="005117ED">
        <w:rPr>
          <w:rFonts w:eastAsia="Times New Roman" w:cs="Sakkal Majalla"/>
          <w:b/>
          <w:bCs/>
          <w:color w:val="000000" w:themeColor="text1"/>
          <w:sz w:val="40"/>
          <w:szCs w:val="40"/>
          <w:rtl/>
        </w:rPr>
        <w:t>خلفية</w:t>
      </w:r>
      <w:proofErr w:type="gramEnd"/>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الدراسة</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وسياقها</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التنظيمي</w:t>
      </w:r>
      <w:bookmarkEnd w:id="19"/>
    </w:p>
    <w:p w:rsidR="00FD5E07" w:rsidRPr="005117ED" w:rsidRDefault="00FD5E07" w:rsidP="00AD1369">
      <w:pPr>
        <w:spacing w:before="0"/>
        <w:ind w:firstLine="720"/>
        <w:jc w:val="both"/>
        <w:rPr>
          <w:rFonts w:cs="Sakkal Majalla"/>
          <w:color w:val="000000" w:themeColor="text1"/>
          <w:sz w:val="38"/>
          <w:szCs w:val="38"/>
        </w:rPr>
      </w:pPr>
      <w:r w:rsidRPr="005117ED">
        <w:rPr>
          <w:rFonts w:cs="Sakkal Majalla"/>
          <w:color w:val="000000" w:themeColor="text1"/>
          <w:sz w:val="38"/>
          <w:szCs w:val="38"/>
          <w:rtl/>
        </w:rPr>
        <w:t>تنبع</w:t>
      </w:r>
      <w:r w:rsidRPr="005117ED">
        <w:rPr>
          <w:rFonts w:cs="Sakkal Majalla"/>
          <w:color w:val="000000" w:themeColor="text1"/>
          <w:sz w:val="38"/>
          <w:szCs w:val="38"/>
        </w:rPr>
        <w:t xml:space="preserve"> </w:t>
      </w:r>
      <w:r w:rsidRPr="005117ED">
        <w:rPr>
          <w:rFonts w:cs="Sakkal Majalla"/>
          <w:color w:val="000000" w:themeColor="text1"/>
          <w:sz w:val="38"/>
          <w:szCs w:val="38"/>
          <w:rtl/>
        </w:rPr>
        <w:t>دراسة</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المنشآت</w:t>
      </w:r>
      <w:r w:rsidRPr="005117ED">
        <w:rPr>
          <w:rFonts w:cs="Sakkal Majalla"/>
          <w:color w:val="000000" w:themeColor="text1"/>
          <w:sz w:val="38"/>
          <w:szCs w:val="38"/>
        </w:rPr>
        <w:t xml:space="preserve"> </w:t>
      </w:r>
      <w:r w:rsidRPr="005117ED">
        <w:rPr>
          <w:rFonts w:cs="Sakkal Majalla"/>
          <w:color w:val="000000" w:themeColor="text1"/>
          <w:sz w:val="38"/>
          <w:szCs w:val="38"/>
          <w:rtl/>
        </w:rPr>
        <w:t>الصغيرة</w:t>
      </w:r>
      <w:r w:rsidRPr="005117ED">
        <w:rPr>
          <w:rFonts w:cs="Sakkal Majalla"/>
          <w:color w:val="000000" w:themeColor="text1"/>
          <w:sz w:val="38"/>
          <w:szCs w:val="38"/>
        </w:rPr>
        <w:t xml:space="preserve"> </w:t>
      </w:r>
      <w:r w:rsidRPr="005117ED">
        <w:rPr>
          <w:rFonts w:cs="Sakkal Majalla"/>
          <w:color w:val="000000" w:themeColor="text1"/>
          <w:sz w:val="38"/>
          <w:szCs w:val="38"/>
          <w:rtl/>
        </w:rPr>
        <w:t>والمتوسطة</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التحول</w:t>
      </w:r>
      <w:r w:rsidRPr="005117ED">
        <w:rPr>
          <w:rFonts w:cs="Sakkal Majalla"/>
          <w:color w:val="000000" w:themeColor="text1"/>
          <w:sz w:val="38"/>
          <w:szCs w:val="38"/>
        </w:rPr>
        <w:t xml:space="preserve"> </w:t>
      </w:r>
      <w:r w:rsidRPr="005117ED">
        <w:rPr>
          <w:rFonts w:cs="Sakkal Majalla"/>
          <w:color w:val="000000" w:themeColor="text1"/>
          <w:sz w:val="38"/>
          <w:szCs w:val="38"/>
          <w:rtl/>
        </w:rPr>
        <w:t>الذي</w:t>
      </w:r>
      <w:r w:rsidRPr="005117ED">
        <w:rPr>
          <w:rFonts w:cs="Sakkal Majalla"/>
          <w:color w:val="000000" w:themeColor="text1"/>
          <w:sz w:val="38"/>
          <w:szCs w:val="38"/>
        </w:rPr>
        <w:t xml:space="preserve"> </w:t>
      </w:r>
      <w:r w:rsidRPr="005117ED">
        <w:rPr>
          <w:rFonts w:cs="Sakkal Majalla"/>
          <w:color w:val="000000" w:themeColor="text1"/>
          <w:sz w:val="38"/>
          <w:szCs w:val="38"/>
          <w:rtl/>
        </w:rPr>
        <w:t>طرأ</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مصادر</w:t>
      </w:r>
      <w:r w:rsidRPr="005117ED">
        <w:rPr>
          <w:rFonts w:cs="Sakkal Majalla"/>
          <w:color w:val="000000" w:themeColor="text1"/>
          <w:sz w:val="38"/>
          <w:szCs w:val="38"/>
        </w:rPr>
        <w:t xml:space="preserve"> </w:t>
      </w:r>
      <w:r w:rsidRPr="005117ED">
        <w:rPr>
          <w:rFonts w:cs="Sakkal Majalla"/>
          <w:color w:val="000000" w:themeColor="text1"/>
          <w:sz w:val="38"/>
          <w:szCs w:val="38"/>
          <w:rtl/>
        </w:rPr>
        <w:t>الميزة</w:t>
      </w:r>
      <w:r w:rsidRPr="005117ED">
        <w:rPr>
          <w:rFonts w:cs="Sakkal Majalla"/>
          <w:color w:val="000000" w:themeColor="text1"/>
          <w:sz w:val="38"/>
          <w:szCs w:val="38"/>
        </w:rPr>
        <w:t xml:space="preserve"> </w:t>
      </w:r>
      <w:r w:rsidRPr="005117ED">
        <w:rPr>
          <w:rFonts w:cs="Sakkal Majalla"/>
          <w:color w:val="000000" w:themeColor="text1"/>
          <w:sz w:val="38"/>
          <w:szCs w:val="38"/>
          <w:rtl/>
        </w:rPr>
        <w:t>التنافسية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الاقتصاد</w:t>
      </w:r>
      <w:r w:rsidRPr="005117ED">
        <w:rPr>
          <w:rFonts w:cs="Sakkal Majalla"/>
          <w:color w:val="000000" w:themeColor="text1"/>
          <w:sz w:val="38"/>
          <w:szCs w:val="38"/>
        </w:rPr>
        <w:t xml:space="preserve"> </w:t>
      </w:r>
      <w:r w:rsidRPr="005117ED">
        <w:rPr>
          <w:rFonts w:cs="Sakkal Majalla"/>
          <w:color w:val="000000" w:themeColor="text1"/>
          <w:sz w:val="38"/>
          <w:szCs w:val="38"/>
          <w:rtl/>
        </w:rPr>
        <w:t>المعاصر؛</w:t>
      </w:r>
      <w:r w:rsidRPr="005117ED">
        <w:rPr>
          <w:rFonts w:cs="Sakkal Majalla"/>
          <w:color w:val="000000" w:themeColor="text1"/>
          <w:sz w:val="38"/>
          <w:szCs w:val="38"/>
        </w:rPr>
        <w:t xml:space="preserve"> </w:t>
      </w:r>
      <w:r w:rsidRPr="005117ED">
        <w:rPr>
          <w:rFonts w:cs="Sakkal Majalla"/>
          <w:color w:val="000000" w:themeColor="text1"/>
          <w:sz w:val="38"/>
          <w:szCs w:val="38"/>
          <w:rtl/>
        </w:rPr>
        <w:t>فالميزة</w:t>
      </w:r>
      <w:r w:rsidRPr="005117ED">
        <w:rPr>
          <w:rFonts w:cs="Sakkal Majalla"/>
          <w:color w:val="000000" w:themeColor="text1"/>
          <w:sz w:val="38"/>
          <w:szCs w:val="38"/>
        </w:rPr>
        <w:t xml:space="preserve"> </w:t>
      </w:r>
      <w:r w:rsidRPr="005117ED">
        <w:rPr>
          <w:rFonts w:cs="Sakkal Majalla"/>
          <w:color w:val="000000" w:themeColor="text1"/>
          <w:sz w:val="38"/>
          <w:szCs w:val="38"/>
          <w:rtl/>
        </w:rPr>
        <w:t>لم</w:t>
      </w:r>
      <w:r w:rsidRPr="005117ED">
        <w:rPr>
          <w:rFonts w:cs="Sakkal Majalla"/>
          <w:color w:val="000000" w:themeColor="text1"/>
          <w:sz w:val="38"/>
          <w:szCs w:val="38"/>
        </w:rPr>
        <w:t xml:space="preserve"> </w:t>
      </w:r>
      <w:r w:rsidRPr="005117ED">
        <w:rPr>
          <w:rFonts w:cs="Sakkal Majalla"/>
          <w:color w:val="000000" w:themeColor="text1"/>
          <w:sz w:val="38"/>
          <w:szCs w:val="38"/>
          <w:rtl/>
        </w:rPr>
        <w:t>تعد</w:t>
      </w:r>
      <w:r w:rsidRPr="005117ED">
        <w:rPr>
          <w:rFonts w:cs="Sakkal Majalla"/>
          <w:color w:val="000000" w:themeColor="text1"/>
          <w:sz w:val="38"/>
          <w:szCs w:val="38"/>
        </w:rPr>
        <w:t xml:space="preserve"> </w:t>
      </w:r>
      <w:r w:rsidRPr="005117ED">
        <w:rPr>
          <w:rFonts w:cs="Sakkal Majalla"/>
          <w:color w:val="000000" w:themeColor="text1"/>
          <w:sz w:val="38"/>
          <w:szCs w:val="38"/>
          <w:rtl/>
        </w:rPr>
        <w:t>تقوم</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امتلاك</w:t>
      </w:r>
      <w:r w:rsidRPr="005117ED">
        <w:rPr>
          <w:rFonts w:cs="Sakkal Majalla"/>
          <w:color w:val="000000" w:themeColor="text1"/>
          <w:sz w:val="38"/>
          <w:szCs w:val="38"/>
        </w:rPr>
        <w:t xml:space="preserve"> </w:t>
      </w:r>
      <w:r w:rsidRPr="005117ED">
        <w:rPr>
          <w:rFonts w:cs="Sakkal Majalla"/>
          <w:color w:val="000000" w:themeColor="text1"/>
          <w:sz w:val="38"/>
          <w:szCs w:val="38"/>
          <w:rtl/>
        </w:rPr>
        <w:t>الأصول</w:t>
      </w:r>
      <w:r w:rsidRPr="005117ED">
        <w:rPr>
          <w:rFonts w:cs="Sakkal Majalla"/>
          <w:color w:val="000000" w:themeColor="text1"/>
          <w:sz w:val="38"/>
          <w:szCs w:val="38"/>
        </w:rPr>
        <w:t xml:space="preserve"> </w:t>
      </w:r>
      <w:r w:rsidRPr="005117ED">
        <w:rPr>
          <w:rFonts w:cs="Sakkal Majalla"/>
          <w:color w:val="000000" w:themeColor="text1"/>
          <w:sz w:val="38"/>
          <w:szCs w:val="38"/>
          <w:rtl/>
        </w:rPr>
        <w:t>المادية</w:t>
      </w:r>
      <w:r w:rsidRPr="005117ED">
        <w:rPr>
          <w:rFonts w:cs="Sakkal Majalla"/>
          <w:color w:val="000000" w:themeColor="text1"/>
          <w:sz w:val="38"/>
          <w:szCs w:val="38"/>
        </w:rPr>
        <w:t xml:space="preserve"> </w:t>
      </w:r>
      <w:r w:rsidRPr="005117ED">
        <w:rPr>
          <w:rFonts w:cs="Sakkal Majalla"/>
          <w:color w:val="000000" w:themeColor="text1"/>
          <w:sz w:val="38"/>
          <w:szCs w:val="38"/>
          <w:rtl/>
        </w:rPr>
        <w:t>وحدها،</w:t>
      </w:r>
      <w:r w:rsidRPr="005117ED">
        <w:rPr>
          <w:rFonts w:cs="Sakkal Majalla"/>
          <w:color w:val="000000" w:themeColor="text1"/>
          <w:sz w:val="38"/>
          <w:szCs w:val="38"/>
        </w:rPr>
        <w:t xml:space="preserve"> </w:t>
      </w:r>
      <w:r w:rsidRPr="005117ED">
        <w:rPr>
          <w:rFonts w:cs="Sakkal Majalla"/>
          <w:color w:val="000000" w:themeColor="text1"/>
          <w:sz w:val="38"/>
          <w:szCs w:val="38"/>
          <w:rtl/>
        </w:rPr>
        <w:t>بل</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القدرة</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التعلم</w:t>
      </w:r>
      <w:r w:rsidRPr="005117ED">
        <w:rPr>
          <w:rFonts w:cs="Sakkal Majalla"/>
          <w:color w:val="000000" w:themeColor="text1"/>
          <w:sz w:val="38"/>
          <w:szCs w:val="38"/>
        </w:rPr>
        <w:t xml:space="preserve"> </w:t>
      </w:r>
      <w:r w:rsidRPr="005117ED">
        <w:rPr>
          <w:rFonts w:cs="Sakkal Majalla"/>
          <w:color w:val="000000" w:themeColor="text1"/>
          <w:sz w:val="38"/>
          <w:szCs w:val="38"/>
          <w:rtl/>
        </w:rPr>
        <w:t>السريع،</w:t>
      </w:r>
      <w:r w:rsidRPr="005117ED">
        <w:rPr>
          <w:rFonts w:cs="Sakkal Majalla"/>
          <w:color w:val="000000" w:themeColor="text1"/>
          <w:sz w:val="38"/>
          <w:szCs w:val="38"/>
        </w:rPr>
        <w:t xml:space="preserve"> </w:t>
      </w:r>
      <w:r w:rsidRPr="005117ED">
        <w:rPr>
          <w:rFonts w:cs="Sakkal Majalla"/>
          <w:color w:val="000000" w:themeColor="text1"/>
          <w:sz w:val="38"/>
          <w:szCs w:val="38"/>
          <w:rtl/>
        </w:rPr>
        <w:t>واستثمار</w:t>
      </w:r>
      <w:r w:rsidRPr="005117ED">
        <w:rPr>
          <w:rFonts w:cs="Sakkal Majalla"/>
          <w:color w:val="000000" w:themeColor="text1"/>
          <w:sz w:val="38"/>
          <w:szCs w:val="38"/>
        </w:rPr>
        <w:t xml:space="preserve"> </w:t>
      </w:r>
      <w:r w:rsidRPr="005117ED">
        <w:rPr>
          <w:rFonts w:cs="Sakkal Majalla"/>
          <w:color w:val="000000" w:themeColor="text1"/>
          <w:sz w:val="38"/>
          <w:szCs w:val="38"/>
          <w:rtl/>
        </w:rPr>
        <w:t>المعرفة،</w:t>
      </w:r>
      <w:r w:rsidRPr="005117ED">
        <w:rPr>
          <w:rFonts w:cs="Sakkal Majalla"/>
          <w:color w:val="000000" w:themeColor="text1"/>
          <w:sz w:val="38"/>
          <w:szCs w:val="38"/>
        </w:rPr>
        <w:t xml:space="preserve"> </w:t>
      </w:r>
      <w:r w:rsidRPr="005117ED">
        <w:rPr>
          <w:rFonts w:cs="Sakkal Majalla"/>
          <w:color w:val="000000" w:themeColor="text1"/>
          <w:sz w:val="38"/>
          <w:szCs w:val="38"/>
          <w:rtl/>
        </w:rPr>
        <w:t>واستباق</w:t>
      </w:r>
      <w:r w:rsidRPr="005117ED">
        <w:rPr>
          <w:rFonts w:cs="Sakkal Majalla"/>
          <w:color w:val="000000" w:themeColor="text1"/>
          <w:sz w:val="38"/>
          <w:szCs w:val="38"/>
        </w:rPr>
        <w:t xml:space="preserve"> </w:t>
      </w:r>
      <w:r w:rsidRPr="005117ED">
        <w:rPr>
          <w:rFonts w:cs="Sakkal Majalla"/>
          <w:color w:val="000000" w:themeColor="text1"/>
          <w:sz w:val="38"/>
          <w:szCs w:val="38"/>
          <w:rtl/>
        </w:rPr>
        <w:t>تغير</w:t>
      </w:r>
      <w:r w:rsidRPr="005117ED">
        <w:rPr>
          <w:rFonts w:cs="Sakkal Majalla"/>
          <w:color w:val="000000" w:themeColor="text1"/>
          <w:sz w:val="38"/>
          <w:szCs w:val="38"/>
        </w:rPr>
        <w:t xml:space="preserve"> </w:t>
      </w:r>
      <w:r w:rsidRPr="005117ED">
        <w:rPr>
          <w:rFonts w:cs="Sakkal Majalla"/>
          <w:color w:val="000000" w:themeColor="text1"/>
          <w:sz w:val="38"/>
          <w:szCs w:val="38"/>
          <w:rtl/>
        </w:rPr>
        <w:t>حاجات</w:t>
      </w:r>
      <w:r w:rsidRPr="005117ED">
        <w:rPr>
          <w:rFonts w:cs="Sakkal Majalla"/>
          <w:color w:val="000000" w:themeColor="text1"/>
          <w:sz w:val="38"/>
          <w:szCs w:val="38"/>
        </w:rPr>
        <w:t xml:space="preserve"> </w:t>
      </w:r>
      <w:r w:rsidRPr="005117ED">
        <w:rPr>
          <w:rFonts w:cs="Sakkal Majalla"/>
          <w:color w:val="000000" w:themeColor="text1"/>
          <w:sz w:val="38"/>
          <w:szCs w:val="38"/>
          <w:rtl/>
        </w:rPr>
        <w:t>العملاء،</w:t>
      </w:r>
      <w:r w:rsidRPr="005117ED">
        <w:rPr>
          <w:rFonts w:cs="Sakkal Majalla"/>
          <w:color w:val="000000" w:themeColor="text1"/>
          <w:sz w:val="38"/>
          <w:szCs w:val="38"/>
        </w:rPr>
        <w:t xml:space="preserve"> </w:t>
      </w:r>
      <w:r w:rsidRPr="005117ED">
        <w:rPr>
          <w:rFonts w:cs="Sakkal Majalla"/>
          <w:color w:val="000000" w:themeColor="text1"/>
          <w:sz w:val="38"/>
          <w:szCs w:val="38"/>
          <w:rtl/>
        </w:rPr>
        <w:t>وتطوير</w:t>
      </w:r>
      <w:r w:rsidRPr="005117ED">
        <w:rPr>
          <w:rFonts w:cs="Sakkal Majalla"/>
          <w:color w:val="000000" w:themeColor="text1"/>
          <w:sz w:val="38"/>
          <w:szCs w:val="38"/>
        </w:rPr>
        <w:t xml:space="preserve"> </w:t>
      </w:r>
      <w:r w:rsidRPr="005117ED">
        <w:rPr>
          <w:rFonts w:cs="Sakkal Majalla"/>
          <w:color w:val="000000" w:themeColor="text1"/>
          <w:sz w:val="38"/>
          <w:szCs w:val="38"/>
          <w:rtl/>
        </w:rPr>
        <w:t>حلول</w:t>
      </w:r>
      <w:r w:rsidRPr="005117ED">
        <w:rPr>
          <w:rFonts w:cs="Sakkal Majalla"/>
          <w:color w:val="000000" w:themeColor="text1"/>
          <w:sz w:val="38"/>
          <w:szCs w:val="38"/>
        </w:rPr>
        <w:t xml:space="preserve"> </w:t>
      </w:r>
      <w:r w:rsidRPr="005117ED">
        <w:rPr>
          <w:rFonts w:cs="Sakkal Majalla"/>
          <w:color w:val="000000" w:themeColor="text1"/>
          <w:sz w:val="38"/>
          <w:szCs w:val="38"/>
          <w:rtl/>
        </w:rPr>
        <w:t>يصعب</w:t>
      </w:r>
      <w:r w:rsidRPr="005117ED">
        <w:rPr>
          <w:rFonts w:cs="Sakkal Majalla"/>
          <w:color w:val="000000" w:themeColor="text1"/>
          <w:sz w:val="38"/>
          <w:szCs w:val="38"/>
        </w:rPr>
        <w:t xml:space="preserve"> </w:t>
      </w:r>
      <w:r w:rsidRPr="005117ED">
        <w:rPr>
          <w:rFonts w:cs="Sakkal Majalla"/>
          <w:color w:val="000000" w:themeColor="text1"/>
          <w:sz w:val="38"/>
          <w:szCs w:val="38"/>
          <w:rtl/>
        </w:rPr>
        <w:t>تقليدها</w:t>
      </w:r>
      <w:r w:rsidRPr="005117ED">
        <w:rPr>
          <w:rFonts w:cs="Sakkal Majalla"/>
          <w:color w:val="000000" w:themeColor="text1"/>
          <w:sz w:val="38"/>
          <w:szCs w:val="38"/>
        </w:rPr>
        <w:t xml:space="preserve">. </w:t>
      </w:r>
      <w:r w:rsidRPr="005117ED">
        <w:rPr>
          <w:rFonts w:cs="Sakkal Majalla"/>
          <w:color w:val="000000" w:themeColor="text1"/>
          <w:sz w:val="38"/>
          <w:szCs w:val="38"/>
          <w:rtl/>
        </w:rPr>
        <w:t>وفي</w:t>
      </w:r>
      <w:r w:rsidRPr="005117ED">
        <w:rPr>
          <w:rFonts w:cs="Sakkal Majalla"/>
          <w:color w:val="000000" w:themeColor="text1"/>
          <w:sz w:val="38"/>
          <w:szCs w:val="38"/>
        </w:rPr>
        <w:t xml:space="preserve"> </w:t>
      </w:r>
      <w:r w:rsidRPr="005117ED">
        <w:rPr>
          <w:rFonts w:cs="Sakkal Majalla"/>
          <w:color w:val="000000" w:themeColor="text1"/>
          <w:sz w:val="38"/>
          <w:szCs w:val="38"/>
          <w:rtl/>
        </w:rPr>
        <w:t>هذا</w:t>
      </w:r>
      <w:r w:rsidRPr="005117ED">
        <w:rPr>
          <w:rFonts w:cs="Sakkal Majalla"/>
          <w:color w:val="000000" w:themeColor="text1"/>
          <w:sz w:val="38"/>
          <w:szCs w:val="38"/>
        </w:rPr>
        <w:t xml:space="preserve"> </w:t>
      </w:r>
      <w:r w:rsidRPr="005117ED">
        <w:rPr>
          <w:rFonts w:cs="Sakkal Majalla"/>
          <w:color w:val="000000" w:themeColor="text1"/>
          <w:sz w:val="38"/>
          <w:szCs w:val="38"/>
          <w:rtl/>
        </w:rPr>
        <w:t>النوع</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البيئات</w:t>
      </w:r>
      <w:r w:rsidRPr="005117ED">
        <w:rPr>
          <w:rFonts w:cs="Sakkal Majalla"/>
          <w:color w:val="000000" w:themeColor="text1"/>
          <w:sz w:val="38"/>
          <w:szCs w:val="38"/>
        </w:rPr>
        <w:t xml:space="preserve"> </w:t>
      </w:r>
      <w:r w:rsidRPr="005117ED">
        <w:rPr>
          <w:rFonts w:cs="Sakkal Majalla"/>
          <w:color w:val="000000" w:themeColor="text1"/>
          <w:sz w:val="38"/>
          <w:szCs w:val="38"/>
          <w:rtl/>
        </w:rPr>
        <w:t>تصبح</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حلقة</w:t>
      </w:r>
      <w:r w:rsidRPr="005117ED">
        <w:rPr>
          <w:rFonts w:cs="Sakkal Majalla"/>
          <w:color w:val="000000" w:themeColor="text1"/>
          <w:sz w:val="38"/>
          <w:szCs w:val="38"/>
        </w:rPr>
        <w:t xml:space="preserve"> </w:t>
      </w:r>
      <w:r w:rsidRPr="005117ED">
        <w:rPr>
          <w:rFonts w:cs="Sakkal Majalla"/>
          <w:color w:val="000000" w:themeColor="text1"/>
          <w:sz w:val="38"/>
          <w:szCs w:val="38"/>
          <w:rtl/>
        </w:rPr>
        <w:t>الوصل</w:t>
      </w:r>
      <w:r w:rsidRPr="005117ED">
        <w:rPr>
          <w:rFonts w:cs="Sakkal Majalla"/>
          <w:color w:val="000000" w:themeColor="text1"/>
          <w:sz w:val="38"/>
          <w:szCs w:val="38"/>
        </w:rPr>
        <w:t xml:space="preserve"> </w:t>
      </w:r>
      <w:r w:rsidRPr="005117ED">
        <w:rPr>
          <w:rFonts w:cs="Sakkal Majalla"/>
          <w:color w:val="000000" w:themeColor="text1"/>
          <w:sz w:val="38"/>
          <w:szCs w:val="38"/>
          <w:rtl/>
        </w:rPr>
        <w:t>بين</w:t>
      </w:r>
      <w:r w:rsidRPr="005117ED">
        <w:rPr>
          <w:rFonts w:cs="Sakkal Majalla"/>
          <w:color w:val="000000" w:themeColor="text1"/>
          <w:sz w:val="38"/>
          <w:szCs w:val="38"/>
        </w:rPr>
        <w:t xml:space="preserve"> </w:t>
      </w:r>
      <w:r w:rsidRPr="005117ED">
        <w:rPr>
          <w:rFonts w:cs="Sakkal Majalla"/>
          <w:color w:val="000000" w:themeColor="text1"/>
          <w:sz w:val="38"/>
          <w:szCs w:val="38"/>
          <w:rtl/>
        </w:rPr>
        <w:t>الموارد</w:t>
      </w:r>
      <w:r w:rsidRPr="005117ED">
        <w:rPr>
          <w:rFonts w:cs="Sakkal Majalla"/>
          <w:color w:val="000000" w:themeColor="text1"/>
          <w:sz w:val="38"/>
          <w:szCs w:val="38"/>
        </w:rPr>
        <w:t xml:space="preserve"> </w:t>
      </w:r>
      <w:r w:rsidRPr="005117ED">
        <w:rPr>
          <w:rFonts w:cs="Sakkal Majalla"/>
          <w:color w:val="000000" w:themeColor="text1"/>
          <w:sz w:val="38"/>
          <w:szCs w:val="38"/>
          <w:rtl/>
        </w:rPr>
        <w:t>المتاحة</w:t>
      </w:r>
      <w:r w:rsidRPr="005117ED">
        <w:rPr>
          <w:rFonts w:cs="Sakkal Majalla"/>
          <w:color w:val="000000" w:themeColor="text1"/>
          <w:sz w:val="38"/>
          <w:szCs w:val="38"/>
        </w:rPr>
        <w:t xml:space="preserve"> </w:t>
      </w:r>
      <w:r w:rsidRPr="005117ED">
        <w:rPr>
          <w:rFonts w:cs="Sakkal Majalla"/>
          <w:color w:val="000000" w:themeColor="text1"/>
          <w:sz w:val="38"/>
          <w:szCs w:val="38"/>
          <w:rtl/>
        </w:rPr>
        <w:t>وبين</w:t>
      </w:r>
      <w:r w:rsidRPr="005117ED">
        <w:rPr>
          <w:rFonts w:cs="Sakkal Majalla"/>
          <w:color w:val="000000" w:themeColor="text1"/>
          <w:sz w:val="38"/>
          <w:szCs w:val="38"/>
        </w:rPr>
        <w:t xml:space="preserve"> </w:t>
      </w:r>
      <w:r w:rsidRPr="005117ED">
        <w:rPr>
          <w:rFonts w:cs="Sakkal Majalla"/>
          <w:color w:val="000000" w:themeColor="text1"/>
          <w:sz w:val="38"/>
          <w:szCs w:val="38"/>
          <w:rtl/>
        </w:rPr>
        <w:t>تحويلها</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قدرات</w:t>
      </w:r>
      <w:r w:rsidRPr="005117ED">
        <w:rPr>
          <w:rFonts w:cs="Sakkal Majalla"/>
          <w:color w:val="000000" w:themeColor="text1"/>
          <w:sz w:val="38"/>
          <w:szCs w:val="38"/>
        </w:rPr>
        <w:t xml:space="preserve"> </w:t>
      </w:r>
      <w:r w:rsidRPr="005117ED">
        <w:rPr>
          <w:rFonts w:cs="Sakkal Majalla"/>
          <w:color w:val="000000" w:themeColor="text1"/>
          <w:sz w:val="38"/>
          <w:szCs w:val="38"/>
          <w:rtl/>
        </w:rPr>
        <w:t>تنظيمية،</w:t>
      </w:r>
      <w:r w:rsidRPr="005117ED">
        <w:rPr>
          <w:rFonts w:cs="Sakkal Majalla"/>
          <w:color w:val="000000" w:themeColor="text1"/>
          <w:sz w:val="38"/>
          <w:szCs w:val="38"/>
        </w:rPr>
        <w:t xml:space="preserve"> </w:t>
      </w:r>
      <w:r w:rsidRPr="005117ED">
        <w:rPr>
          <w:rFonts w:cs="Sakkal Majalla"/>
          <w:color w:val="000000" w:themeColor="text1"/>
          <w:sz w:val="38"/>
          <w:szCs w:val="38"/>
          <w:rtl/>
        </w:rPr>
        <w:t>لأن</w:t>
      </w:r>
      <w:r w:rsidRPr="005117ED">
        <w:rPr>
          <w:rFonts w:cs="Sakkal Majalla"/>
          <w:color w:val="000000" w:themeColor="text1"/>
          <w:sz w:val="38"/>
          <w:szCs w:val="38"/>
        </w:rPr>
        <w:t xml:space="preserve"> </w:t>
      </w:r>
      <w:r w:rsidRPr="005117ED">
        <w:rPr>
          <w:rFonts w:cs="Sakkal Majalla"/>
          <w:color w:val="000000" w:themeColor="text1"/>
          <w:sz w:val="38"/>
          <w:szCs w:val="38"/>
          <w:rtl/>
        </w:rPr>
        <w:t>القائد</w:t>
      </w:r>
      <w:r w:rsidRPr="005117ED">
        <w:rPr>
          <w:rFonts w:cs="Sakkal Majalla"/>
          <w:color w:val="000000" w:themeColor="text1"/>
          <w:sz w:val="38"/>
          <w:szCs w:val="38"/>
        </w:rPr>
        <w:t xml:space="preserve"> </w:t>
      </w:r>
      <w:r w:rsidRPr="005117ED">
        <w:rPr>
          <w:rFonts w:cs="Sakkal Majalla"/>
          <w:color w:val="000000" w:themeColor="text1"/>
          <w:sz w:val="38"/>
          <w:szCs w:val="38"/>
          <w:rtl/>
        </w:rPr>
        <w:t>هو</w:t>
      </w:r>
      <w:r w:rsidRPr="005117ED">
        <w:rPr>
          <w:rFonts w:cs="Sakkal Majalla"/>
          <w:color w:val="000000" w:themeColor="text1"/>
          <w:sz w:val="38"/>
          <w:szCs w:val="38"/>
        </w:rPr>
        <w:t xml:space="preserve"> </w:t>
      </w:r>
      <w:r w:rsidRPr="005117ED">
        <w:rPr>
          <w:rFonts w:cs="Sakkal Majalla"/>
          <w:color w:val="000000" w:themeColor="text1"/>
          <w:sz w:val="38"/>
          <w:szCs w:val="38"/>
          <w:rtl/>
        </w:rPr>
        <w:t>الذي</w:t>
      </w:r>
      <w:r w:rsidRPr="005117ED">
        <w:rPr>
          <w:rFonts w:cs="Sakkal Majalla"/>
          <w:color w:val="000000" w:themeColor="text1"/>
          <w:sz w:val="38"/>
          <w:szCs w:val="38"/>
        </w:rPr>
        <w:t xml:space="preserve"> </w:t>
      </w:r>
      <w:r w:rsidRPr="005117ED">
        <w:rPr>
          <w:rFonts w:cs="Sakkal Majalla"/>
          <w:color w:val="000000" w:themeColor="text1"/>
          <w:sz w:val="38"/>
          <w:szCs w:val="38"/>
          <w:rtl/>
        </w:rPr>
        <w:t>يحدد</w:t>
      </w:r>
      <w:r w:rsidRPr="005117ED">
        <w:rPr>
          <w:rFonts w:cs="Sakkal Majalla"/>
          <w:color w:val="000000" w:themeColor="text1"/>
          <w:sz w:val="38"/>
          <w:szCs w:val="38"/>
        </w:rPr>
        <w:t xml:space="preserve"> </w:t>
      </w:r>
      <w:r w:rsidRPr="005117ED">
        <w:rPr>
          <w:rFonts w:cs="Sakkal Majalla"/>
          <w:color w:val="000000" w:themeColor="text1"/>
          <w:sz w:val="38"/>
          <w:szCs w:val="38"/>
          <w:rtl/>
        </w:rPr>
        <w:t>درجة</w:t>
      </w:r>
      <w:r w:rsidRPr="005117ED">
        <w:rPr>
          <w:rFonts w:cs="Sakkal Majalla"/>
          <w:color w:val="000000" w:themeColor="text1"/>
          <w:sz w:val="38"/>
          <w:szCs w:val="38"/>
        </w:rPr>
        <w:t xml:space="preserve"> </w:t>
      </w:r>
      <w:r w:rsidRPr="005117ED">
        <w:rPr>
          <w:rFonts w:cs="Sakkal Majalla"/>
          <w:color w:val="000000" w:themeColor="text1"/>
          <w:sz w:val="38"/>
          <w:szCs w:val="38"/>
          <w:rtl/>
        </w:rPr>
        <w:t>الانفتاح</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الأفكار،</w:t>
      </w:r>
      <w:r w:rsidRPr="005117ED">
        <w:rPr>
          <w:rFonts w:cs="Sakkal Majalla"/>
          <w:color w:val="000000" w:themeColor="text1"/>
          <w:sz w:val="38"/>
          <w:szCs w:val="38"/>
        </w:rPr>
        <w:t xml:space="preserve"> </w:t>
      </w:r>
      <w:r w:rsidRPr="005117ED">
        <w:rPr>
          <w:rFonts w:cs="Sakkal Majalla"/>
          <w:color w:val="000000" w:themeColor="text1"/>
          <w:sz w:val="38"/>
          <w:szCs w:val="38"/>
          <w:rtl/>
        </w:rPr>
        <w:t>وطبيعة</w:t>
      </w:r>
      <w:r w:rsidRPr="005117ED">
        <w:rPr>
          <w:rFonts w:cs="Sakkal Majalla"/>
          <w:color w:val="000000" w:themeColor="text1"/>
          <w:sz w:val="38"/>
          <w:szCs w:val="38"/>
        </w:rPr>
        <w:t xml:space="preserve"> </w:t>
      </w:r>
      <w:r w:rsidRPr="005117ED">
        <w:rPr>
          <w:rFonts w:cs="Sakkal Majalla"/>
          <w:color w:val="000000" w:themeColor="text1"/>
          <w:sz w:val="38"/>
          <w:szCs w:val="38"/>
          <w:rtl/>
        </w:rPr>
        <w:t>المشاركة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القرار،</w:t>
      </w:r>
      <w:r w:rsidRPr="005117ED">
        <w:rPr>
          <w:rFonts w:cs="Sakkal Majalla"/>
          <w:color w:val="000000" w:themeColor="text1"/>
          <w:sz w:val="38"/>
          <w:szCs w:val="38"/>
        </w:rPr>
        <w:t xml:space="preserve"> </w:t>
      </w:r>
      <w:r w:rsidRPr="005117ED">
        <w:rPr>
          <w:rFonts w:cs="Sakkal Majalla"/>
          <w:color w:val="000000" w:themeColor="text1"/>
          <w:sz w:val="38"/>
          <w:szCs w:val="38"/>
          <w:rtl/>
        </w:rPr>
        <w:t>وحدود</w:t>
      </w:r>
      <w:r w:rsidRPr="005117ED">
        <w:rPr>
          <w:rFonts w:cs="Sakkal Majalla"/>
          <w:color w:val="000000" w:themeColor="text1"/>
          <w:sz w:val="38"/>
          <w:szCs w:val="38"/>
        </w:rPr>
        <w:t xml:space="preserve"> </w:t>
      </w:r>
      <w:r w:rsidRPr="005117ED">
        <w:rPr>
          <w:rFonts w:cs="Sakkal Majalla"/>
          <w:color w:val="000000" w:themeColor="text1"/>
          <w:sz w:val="38"/>
          <w:szCs w:val="38"/>
          <w:rtl/>
        </w:rPr>
        <w:t>التجريب</w:t>
      </w:r>
      <w:r w:rsidRPr="005117ED">
        <w:rPr>
          <w:rFonts w:cs="Sakkal Majalla"/>
          <w:color w:val="000000" w:themeColor="text1"/>
          <w:sz w:val="38"/>
          <w:szCs w:val="38"/>
        </w:rPr>
        <w:t xml:space="preserve"> </w:t>
      </w:r>
      <w:r w:rsidRPr="005117ED">
        <w:rPr>
          <w:rFonts w:cs="Sakkal Majalla"/>
          <w:color w:val="000000" w:themeColor="text1"/>
          <w:sz w:val="38"/>
          <w:szCs w:val="38"/>
          <w:rtl/>
        </w:rPr>
        <w:t>المقبول،</w:t>
      </w:r>
      <w:r w:rsidRPr="005117ED">
        <w:rPr>
          <w:rFonts w:cs="Sakkal Majalla"/>
          <w:color w:val="000000" w:themeColor="text1"/>
          <w:sz w:val="38"/>
          <w:szCs w:val="38"/>
        </w:rPr>
        <w:t xml:space="preserve"> </w:t>
      </w:r>
      <w:r w:rsidRPr="005117ED">
        <w:rPr>
          <w:rFonts w:cs="Sakkal Majalla"/>
          <w:color w:val="000000" w:themeColor="text1"/>
          <w:sz w:val="38"/>
          <w:szCs w:val="38"/>
          <w:rtl/>
        </w:rPr>
        <w:t>وكيفية</w:t>
      </w:r>
      <w:r w:rsidRPr="005117ED">
        <w:rPr>
          <w:rFonts w:cs="Sakkal Majalla"/>
          <w:color w:val="000000" w:themeColor="text1"/>
          <w:sz w:val="38"/>
          <w:szCs w:val="38"/>
        </w:rPr>
        <w:t xml:space="preserve"> </w:t>
      </w:r>
      <w:r w:rsidRPr="005117ED">
        <w:rPr>
          <w:rFonts w:cs="Sakkal Majalla"/>
          <w:color w:val="000000" w:themeColor="text1"/>
          <w:sz w:val="38"/>
          <w:szCs w:val="38"/>
          <w:rtl/>
        </w:rPr>
        <w:t>التعامل</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الخطأ</w:t>
      </w:r>
      <w:r w:rsidRPr="005117ED">
        <w:rPr>
          <w:rFonts w:cs="Sakkal Majalla"/>
          <w:color w:val="000000" w:themeColor="text1"/>
          <w:sz w:val="38"/>
          <w:szCs w:val="38"/>
        </w:rPr>
        <w:t xml:space="preserve">. </w:t>
      </w:r>
      <w:r w:rsidRPr="005117ED">
        <w:rPr>
          <w:rFonts w:cs="Sakkal Majalla"/>
          <w:color w:val="000000" w:themeColor="text1"/>
          <w:sz w:val="38"/>
          <w:szCs w:val="38"/>
          <w:rtl/>
        </w:rPr>
        <w:t>لذلك</w:t>
      </w:r>
      <w:r w:rsidRPr="005117ED">
        <w:rPr>
          <w:rFonts w:cs="Sakkal Majalla"/>
          <w:color w:val="000000" w:themeColor="text1"/>
          <w:sz w:val="38"/>
          <w:szCs w:val="38"/>
        </w:rPr>
        <w:t xml:space="preserve"> </w:t>
      </w:r>
      <w:r w:rsidRPr="005117ED">
        <w:rPr>
          <w:rFonts w:cs="Sakkal Majalla"/>
          <w:color w:val="000000" w:themeColor="text1"/>
          <w:sz w:val="38"/>
          <w:szCs w:val="38"/>
          <w:rtl/>
        </w:rPr>
        <w:t>فإن</w:t>
      </w:r>
      <w:r w:rsidRPr="005117ED">
        <w:rPr>
          <w:rFonts w:cs="Sakkal Majalla"/>
          <w:color w:val="000000" w:themeColor="text1"/>
          <w:sz w:val="38"/>
          <w:szCs w:val="38"/>
        </w:rPr>
        <w:t xml:space="preserve"> </w:t>
      </w:r>
      <w:r w:rsidRPr="005117ED">
        <w:rPr>
          <w:rFonts w:cs="Sakkal Majalla"/>
          <w:color w:val="000000" w:themeColor="text1"/>
          <w:sz w:val="38"/>
          <w:szCs w:val="38"/>
          <w:rtl/>
        </w:rPr>
        <w:t>دراسة</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التنظيمي</w:t>
      </w:r>
      <w:r w:rsidRPr="005117ED">
        <w:rPr>
          <w:rFonts w:cs="Sakkal Majalla"/>
          <w:color w:val="000000" w:themeColor="text1"/>
          <w:sz w:val="38"/>
          <w:szCs w:val="38"/>
        </w:rPr>
        <w:t xml:space="preserve"> </w:t>
      </w:r>
      <w:r w:rsidRPr="005117ED">
        <w:rPr>
          <w:rFonts w:cs="Sakkal Majalla"/>
          <w:color w:val="000000" w:themeColor="text1"/>
          <w:sz w:val="38"/>
          <w:szCs w:val="38"/>
          <w:rtl/>
        </w:rPr>
        <w:t>دون</w:t>
      </w:r>
      <w:r w:rsidRPr="005117ED">
        <w:rPr>
          <w:rFonts w:cs="Sakkal Majalla"/>
          <w:color w:val="000000" w:themeColor="text1"/>
          <w:sz w:val="38"/>
          <w:szCs w:val="38"/>
        </w:rPr>
        <w:t xml:space="preserve"> </w:t>
      </w:r>
      <w:r w:rsidRPr="005117ED">
        <w:rPr>
          <w:rFonts w:cs="Sakkal Majalla"/>
          <w:color w:val="000000" w:themeColor="text1"/>
          <w:sz w:val="38"/>
          <w:szCs w:val="38"/>
          <w:rtl/>
        </w:rPr>
        <w:t>تحليل</w:t>
      </w:r>
      <w:r w:rsidRPr="005117ED">
        <w:rPr>
          <w:rFonts w:cs="Sakkal Majalla"/>
          <w:color w:val="000000" w:themeColor="text1"/>
          <w:sz w:val="38"/>
          <w:szCs w:val="38"/>
        </w:rPr>
        <w:t xml:space="preserve"> </w:t>
      </w:r>
      <w:r w:rsidRPr="005117ED">
        <w:rPr>
          <w:rFonts w:cs="Sakkal Majalla"/>
          <w:color w:val="000000" w:themeColor="text1"/>
          <w:sz w:val="38"/>
          <w:szCs w:val="38"/>
          <w:rtl/>
        </w:rPr>
        <w:t>السياق</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القيادي</w:t>
      </w:r>
      <w:r w:rsidRPr="005117ED">
        <w:rPr>
          <w:rFonts w:cs="Sakkal Majalla"/>
          <w:color w:val="000000" w:themeColor="text1"/>
          <w:sz w:val="38"/>
          <w:szCs w:val="38"/>
        </w:rPr>
        <w:t xml:space="preserve"> </w:t>
      </w:r>
      <w:r w:rsidRPr="005117ED">
        <w:rPr>
          <w:rFonts w:cs="Sakkal Majalla"/>
          <w:color w:val="000000" w:themeColor="text1"/>
          <w:sz w:val="38"/>
          <w:szCs w:val="38"/>
          <w:rtl/>
        </w:rPr>
        <w:t>الذي</w:t>
      </w:r>
      <w:r w:rsidRPr="005117ED">
        <w:rPr>
          <w:rFonts w:cs="Sakkal Majalla"/>
          <w:color w:val="000000" w:themeColor="text1"/>
          <w:sz w:val="38"/>
          <w:szCs w:val="38"/>
        </w:rPr>
        <w:t xml:space="preserve"> </w:t>
      </w:r>
      <w:r w:rsidRPr="005117ED">
        <w:rPr>
          <w:rFonts w:cs="Sakkal Majalla"/>
          <w:color w:val="000000" w:themeColor="text1"/>
          <w:sz w:val="38"/>
          <w:szCs w:val="38"/>
          <w:rtl/>
        </w:rPr>
        <w:t>يحتضنه</w:t>
      </w:r>
      <w:r w:rsidRPr="005117ED">
        <w:rPr>
          <w:rFonts w:cs="Sakkal Majalla"/>
          <w:color w:val="000000" w:themeColor="text1"/>
          <w:sz w:val="38"/>
          <w:szCs w:val="38"/>
        </w:rPr>
        <w:t xml:space="preserve"> </w:t>
      </w:r>
      <w:r w:rsidRPr="005117ED">
        <w:rPr>
          <w:rFonts w:cs="Sakkal Majalla"/>
          <w:color w:val="000000" w:themeColor="text1"/>
          <w:sz w:val="38"/>
          <w:szCs w:val="38"/>
          <w:rtl/>
        </w:rPr>
        <w:t>تظل</w:t>
      </w:r>
      <w:r w:rsidRPr="005117ED">
        <w:rPr>
          <w:rFonts w:cs="Sakkal Majalla"/>
          <w:color w:val="000000" w:themeColor="text1"/>
          <w:sz w:val="38"/>
          <w:szCs w:val="38"/>
        </w:rPr>
        <w:t xml:space="preserve"> </w:t>
      </w:r>
      <w:r w:rsidRPr="005117ED">
        <w:rPr>
          <w:rFonts w:cs="Sakkal Majalla"/>
          <w:color w:val="000000" w:themeColor="text1"/>
          <w:sz w:val="38"/>
          <w:szCs w:val="38"/>
          <w:rtl/>
        </w:rPr>
        <w:t>دراسة</w:t>
      </w:r>
      <w:r w:rsidRPr="005117ED">
        <w:rPr>
          <w:rFonts w:cs="Sakkal Majalla"/>
          <w:color w:val="000000" w:themeColor="text1"/>
          <w:sz w:val="38"/>
          <w:szCs w:val="38"/>
        </w:rPr>
        <w:t xml:space="preserve"> </w:t>
      </w:r>
      <w:r w:rsidRPr="005117ED">
        <w:rPr>
          <w:rFonts w:cs="Sakkal Majalla"/>
          <w:color w:val="000000" w:themeColor="text1"/>
          <w:sz w:val="38"/>
          <w:szCs w:val="38"/>
          <w:rtl/>
        </w:rPr>
        <w:t>ناقصة؛</w:t>
      </w:r>
      <w:r w:rsidRPr="005117ED">
        <w:rPr>
          <w:rFonts w:cs="Sakkal Majalla"/>
          <w:color w:val="000000" w:themeColor="text1"/>
          <w:sz w:val="38"/>
          <w:szCs w:val="38"/>
        </w:rPr>
        <w:t xml:space="preserve"> </w:t>
      </w:r>
      <w:r w:rsidRPr="005117ED">
        <w:rPr>
          <w:rFonts w:cs="Sakkal Majalla"/>
          <w:color w:val="000000" w:themeColor="text1"/>
          <w:sz w:val="38"/>
          <w:szCs w:val="38"/>
          <w:rtl/>
        </w:rPr>
        <w:t>إذ</w:t>
      </w:r>
      <w:r w:rsidRPr="005117ED">
        <w:rPr>
          <w:rFonts w:cs="Sakkal Majalla"/>
          <w:color w:val="000000" w:themeColor="text1"/>
          <w:sz w:val="38"/>
          <w:szCs w:val="38"/>
        </w:rPr>
        <w:t xml:space="preserve"> </w:t>
      </w:r>
      <w:r w:rsidRPr="005117ED">
        <w:rPr>
          <w:rFonts w:cs="Sakkal Majalla"/>
          <w:color w:val="000000" w:themeColor="text1"/>
          <w:sz w:val="38"/>
          <w:szCs w:val="38"/>
          <w:rtl/>
        </w:rPr>
        <w:t>قد</w:t>
      </w:r>
      <w:r w:rsidRPr="005117ED">
        <w:rPr>
          <w:rFonts w:cs="Sakkal Majalla"/>
          <w:color w:val="000000" w:themeColor="text1"/>
          <w:sz w:val="38"/>
          <w:szCs w:val="38"/>
        </w:rPr>
        <w:t xml:space="preserve"> </w:t>
      </w:r>
      <w:r w:rsidRPr="005117ED">
        <w:rPr>
          <w:rFonts w:cs="Sakkal Majalla"/>
          <w:color w:val="000000" w:themeColor="text1"/>
          <w:sz w:val="38"/>
          <w:szCs w:val="38"/>
          <w:rtl/>
        </w:rPr>
        <w:t>تتوافر</w:t>
      </w:r>
      <w:r w:rsidRPr="005117ED">
        <w:rPr>
          <w:rFonts w:cs="Sakkal Majalla"/>
          <w:color w:val="000000" w:themeColor="text1"/>
          <w:sz w:val="38"/>
          <w:szCs w:val="38"/>
        </w:rPr>
        <w:t xml:space="preserve"> </w:t>
      </w:r>
      <w:r w:rsidRPr="005117ED">
        <w:rPr>
          <w:rFonts w:cs="Sakkal Majalla"/>
          <w:color w:val="000000" w:themeColor="text1"/>
          <w:sz w:val="38"/>
          <w:szCs w:val="38"/>
          <w:rtl/>
        </w:rPr>
        <w:t>الكفاءات</w:t>
      </w:r>
      <w:r w:rsidRPr="005117ED">
        <w:rPr>
          <w:rFonts w:cs="Sakkal Majalla"/>
          <w:color w:val="000000" w:themeColor="text1"/>
          <w:sz w:val="38"/>
          <w:szCs w:val="38"/>
        </w:rPr>
        <w:t xml:space="preserve"> </w:t>
      </w:r>
      <w:r w:rsidRPr="005117ED">
        <w:rPr>
          <w:rFonts w:cs="Sakkal Majalla"/>
          <w:color w:val="000000" w:themeColor="text1"/>
          <w:sz w:val="38"/>
          <w:szCs w:val="38"/>
          <w:rtl/>
        </w:rPr>
        <w:t>والخبرات،</w:t>
      </w:r>
      <w:r w:rsidRPr="005117ED">
        <w:rPr>
          <w:rFonts w:cs="Sakkal Majalla"/>
          <w:color w:val="000000" w:themeColor="text1"/>
          <w:sz w:val="38"/>
          <w:szCs w:val="38"/>
        </w:rPr>
        <w:t xml:space="preserve"> </w:t>
      </w:r>
      <w:r w:rsidRPr="005117ED">
        <w:rPr>
          <w:rFonts w:cs="Sakkal Majalla"/>
          <w:color w:val="000000" w:themeColor="text1"/>
          <w:sz w:val="38"/>
          <w:szCs w:val="38"/>
          <w:rtl/>
        </w:rPr>
        <w:t>لكن</w:t>
      </w:r>
      <w:r w:rsidRPr="005117ED">
        <w:rPr>
          <w:rFonts w:cs="Sakkal Majalla"/>
          <w:color w:val="000000" w:themeColor="text1"/>
          <w:sz w:val="38"/>
          <w:szCs w:val="38"/>
        </w:rPr>
        <w:t xml:space="preserve"> </w:t>
      </w:r>
      <w:r w:rsidRPr="005117ED">
        <w:rPr>
          <w:rFonts w:cs="Sakkal Majalla"/>
          <w:color w:val="000000" w:themeColor="text1"/>
          <w:sz w:val="38"/>
          <w:szCs w:val="38"/>
          <w:rtl/>
        </w:rPr>
        <w:t>غياب</w:t>
      </w:r>
      <w:r w:rsidRPr="005117ED">
        <w:rPr>
          <w:rFonts w:cs="Sakkal Majalla"/>
          <w:color w:val="000000" w:themeColor="text1"/>
          <w:sz w:val="38"/>
          <w:szCs w:val="38"/>
        </w:rPr>
        <w:t xml:space="preserve"> </w:t>
      </w:r>
      <w:r w:rsidRPr="005117ED">
        <w:rPr>
          <w:rFonts w:cs="Sakkal Majalla"/>
          <w:color w:val="000000" w:themeColor="text1"/>
          <w:sz w:val="38"/>
          <w:szCs w:val="38"/>
          <w:rtl/>
        </w:rPr>
        <w:t>الثقة</w:t>
      </w:r>
      <w:r w:rsidRPr="005117ED">
        <w:rPr>
          <w:rFonts w:cs="Sakkal Majalla"/>
          <w:color w:val="000000" w:themeColor="text1"/>
          <w:sz w:val="38"/>
          <w:szCs w:val="38"/>
        </w:rPr>
        <w:t xml:space="preserve"> </w:t>
      </w:r>
      <w:r w:rsidRPr="005117ED">
        <w:rPr>
          <w:rFonts w:cs="Sakkal Majalla"/>
          <w:color w:val="000000" w:themeColor="text1"/>
          <w:sz w:val="38"/>
          <w:szCs w:val="38"/>
          <w:rtl/>
        </w:rPr>
        <w:t>والدعم</w:t>
      </w:r>
      <w:r w:rsidRPr="005117ED">
        <w:rPr>
          <w:rFonts w:cs="Sakkal Majalla"/>
          <w:color w:val="000000" w:themeColor="text1"/>
          <w:sz w:val="38"/>
          <w:szCs w:val="38"/>
        </w:rPr>
        <w:t xml:space="preserve"> </w:t>
      </w:r>
      <w:r w:rsidRPr="005117ED">
        <w:rPr>
          <w:rFonts w:cs="Sakkal Majalla"/>
          <w:color w:val="000000" w:themeColor="text1"/>
          <w:sz w:val="38"/>
          <w:szCs w:val="38"/>
          <w:rtl/>
        </w:rPr>
        <w:t>والهدف</w:t>
      </w:r>
      <w:r w:rsidRPr="005117ED">
        <w:rPr>
          <w:rFonts w:cs="Sakkal Majalla"/>
          <w:color w:val="000000" w:themeColor="text1"/>
          <w:sz w:val="38"/>
          <w:szCs w:val="38"/>
        </w:rPr>
        <w:t xml:space="preserve"> </w:t>
      </w:r>
      <w:r w:rsidRPr="005117ED">
        <w:rPr>
          <w:rFonts w:cs="Sakkal Majalla"/>
          <w:color w:val="000000" w:themeColor="text1"/>
          <w:sz w:val="38"/>
          <w:szCs w:val="38"/>
          <w:rtl/>
        </w:rPr>
        <w:t>المشترك</w:t>
      </w:r>
      <w:r w:rsidRPr="005117ED">
        <w:rPr>
          <w:rFonts w:cs="Sakkal Majalla"/>
          <w:color w:val="000000" w:themeColor="text1"/>
          <w:sz w:val="38"/>
          <w:szCs w:val="38"/>
        </w:rPr>
        <w:t xml:space="preserve"> </w:t>
      </w:r>
      <w:r w:rsidRPr="005117ED">
        <w:rPr>
          <w:rFonts w:cs="Sakkal Majalla"/>
          <w:color w:val="000000" w:themeColor="text1"/>
          <w:sz w:val="38"/>
          <w:szCs w:val="38"/>
          <w:rtl/>
        </w:rPr>
        <w:t>يمنع</w:t>
      </w:r>
      <w:r w:rsidRPr="005117ED">
        <w:rPr>
          <w:rFonts w:cs="Sakkal Majalla"/>
          <w:color w:val="000000" w:themeColor="text1"/>
          <w:sz w:val="38"/>
          <w:szCs w:val="38"/>
        </w:rPr>
        <w:t xml:space="preserve"> </w:t>
      </w:r>
      <w:r w:rsidRPr="005117ED">
        <w:rPr>
          <w:rFonts w:cs="Sakkal Majalla"/>
          <w:color w:val="000000" w:themeColor="text1"/>
          <w:sz w:val="38"/>
          <w:szCs w:val="38"/>
          <w:rtl/>
        </w:rPr>
        <w:t>ترجمتها</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ممارسات</w:t>
      </w:r>
      <w:r w:rsidRPr="005117ED">
        <w:rPr>
          <w:rFonts w:cs="Sakkal Majalla"/>
          <w:color w:val="000000" w:themeColor="text1"/>
          <w:sz w:val="38"/>
          <w:szCs w:val="38"/>
        </w:rPr>
        <w:t xml:space="preserve"> </w:t>
      </w:r>
      <w:r w:rsidRPr="005117ED">
        <w:rPr>
          <w:rFonts w:cs="Sakkal Majalla"/>
          <w:color w:val="000000" w:themeColor="text1"/>
          <w:sz w:val="38"/>
          <w:szCs w:val="38"/>
          <w:rtl/>
        </w:rPr>
        <w:t>جديدة</w:t>
      </w:r>
      <w:r w:rsidRPr="005117ED">
        <w:rPr>
          <w:rFonts w:cs="Sakkal Majalla"/>
          <w:color w:val="000000" w:themeColor="text1"/>
          <w:sz w:val="38"/>
          <w:szCs w:val="38"/>
        </w:rPr>
        <w:t xml:space="preserve"> </w:t>
      </w:r>
      <w:r w:rsidR="00AD1369" w:rsidRPr="005117ED">
        <w:rPr>
          <w:rFonts w:cs="Sakkal Majalla" w:hint="cs"/>
          <w:color w:val="000000" w:themeColor="text1"/>
          <w:sz w:val="38"/>
          <w:szCs w:val="38"/>
          <w:rtl/>
        </w:rPr>
        <w:t>(</w:t>
      </w:r>
      <w:proofErr w:type="spellStart"/>
      <w:r w:rsidRPr="005117ED">
        <w:rPr>
          <w:rFonts w:cs="Sakkal Majalla"/>
          <w:color w:val="000000" w:themeColor="text1"/>
          <w:sz w:val="38"/>
          <w:szCs w:val="38"/>
        </w:rPr>
        <w:t>Amabile</w:t>
      </w:r>
      <w:proofErr w:type="spellEnd"/>
      <w:r w:rsidRPr="005117ED">
        <w:rPr>
          <w:rFonts w:cs="Sakkal Majalla"/>
          <w:color w:val="000000" w:themeColor="text1"/>
          <w:sz w:val="38"/>
          <w:szCs w:val="38"/>
          <w:rtl/>
        </w:rPr>
        <w:t>،</w:t>
      </w:r>
      <w:r w:rsidRPr="005117ED">
        <w:rPr>
          <w:rFonts w:cs="Sakkal Majalla"/>
          <w:color w:val="000000" w:themeColor="text1"/>
          <w:sz w:val="38"/>
          <w:szCs w:val="38"/>
        </w:rPr>
        <w:t xml:space="preserve"> 1996</w:t>
      </w:r>
      <w:r w:rsidRPr="005117ED">
        <w:rPr>
          <w:rFonts w:cs="Sakkal Majalla"/>
          <w:color w:val="000000" w:themeColor="text1"/>
          <w:sz w:val="38"/>
          <w:szCs w:val="38"/>
          <w:rtl/>
        </w:rPr>
        <w:t>؛</w:t>
      </w:r>
      <w:r w:rsidRPr="005117ED">
        <w:rPr>
          <w:rFonts w:cs="Sakkal Majalla"/>
          <w:color w:val="000000" w:themeColor="text1"/>
          <w:sz w:val="38"/>
          <w:szCs w:val="38"/>
        </w:rPr>
        <w:t xml:space="preserve"> Woodman, Sawyer &amp; Griffin</w:t>
      </w:r>
      <w:r w:rsidRPr="005117ED">
        <w:rPr>
          <w:rFonts w:cs="Sakkal Majalla"/>
          <w:color w:val="000000" w:themeColor="text1"/>
          <w:sz w:val="38"/>
          <w:szCs w:val="38"/>
          <w:rtl/>
        </w:rPr>
        <w:t>،</w:t>
      </w:r>
      <w:r w:rsidRPr="005117ED">
        <w:rPr>
          <w:rFonts w:cs="Sakkal Majalla"/>
          <w:color w:val="000000" w:themeColor="text1"/>
          <w:sz w:val="38"/>
          <w:szCs w:val="38"/>
        </w:rPr>
        <w:t xml:space="preserve"> 1993</w:t>
      </w:r>
      <w:r w:rsidR="00AD1369" w:rsidRPr="005117ED">
        <w:rPr>
          <w:rFonts w:cs="Sakkal Majalla" w:hint="cs"/>
          <w:color w:val="000000" w:themeColor="text1"/>
          <w:sz w:val="38"/>
          <w:szCs w:val="38"/>
          <w:rtl/>
        </w:rPr>
        <w:t>)</w:t>
      </w:r>
      <w:r w:rsidRPr="005117ED">
        <w:rPr>
          <w:rFonts w:cs="Sakkal Majalla"/>
          <w:color w:val="000000" w:themeColor="text1"/>
          <w:sz w:val="38"/>
          <w:szCs w:val="38"/>
        </w:rPr>
        <w:t>.</w:t>
      </w:r>
    </w:p>
    <w:p w:rsidR="00FD5E07" w:rsidRPr="005117ED" w:rsidRDefault="00FD5E07" w:rsidP="00AD1369">
      <w:pPr>
        <w:spacing w:before="0"/>
        <w:ind w:firstLine="720"/>
        <w:jc w:val="both"/>
        <w:rPr>
          <w:rFonts w:cs="Sakkal Majalla"/>
          <w:color w:val="000000" w:themeColor="text1"/>
          <w:sz w:val="38"/>
          <w:szCs w:val="38"/>
        </w:rPr>
      </w:pPr>
      <w:r w:rsidRPr="005117ED">
        <w:rPr>
          <w:rFonts w:cs="Sakkal Majalla"/>
          <w:color w:val="000000" w:themeColor="text1"/>
          <w:sz w:val="38"/>
          <w:szCs w:val="38"/>
          <w:rtl/>
        </w:rPr>
        <w:t>وتتميز</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المنشآت</w:t>
      </w:r>
      <w:r w:rsidRPr="005117ED">
        <w:rPr>
          <w:rFonts w:cs="Sakkal Majalla"/>
          <w:color w:val="000000" w:themeColor="text1"/>
          <w:sz w:val="38"/>
          <w:szCs w:val="38"/>
        </w:rPr>
        <w:t xml:space="preserve"> </w:t>
      </w:r>
      <w:r w:rsidRPr="005117ED">
        <w:rPr>
          <w:rFonts w:cs="Sakkal Majalla"/>
          <w:color w:val="000000" w:themeColor="text1"/>
          <w:sz w:val="38"/>
          <w:szCs w:val="38"/>
          <w:rtl/>
        </w:rPr>
        <w:t>الصغيرة</w:t>
      </w:r>
      <w:r w:rsidRPr="005117ED">
        <w:rPr>
          <w:rFonts w:cs="Sakkal Majalla"/>
          <w:color w:val="000000" w:themeColor="text1"/>
          <w:sz w:val="38"/>
          <w:szCs w:val="38"/>
        </w:rPr>
        <w:t xml:space="preserve"> </w:t>
      </w:r>
      <w:r w:rsidRPr="005117ED">
        <w:rPr>
          <w:rFonts w:cs="Sakkal Majalla"/>
          <w:color w:val="000000" w:themeColor="text1"/>
          <w:sz w:val="38"/>
          <w:szCs w:val="38"/>
          <w:rtl/>
        </w:rPr>
        <w:t>والمتوسطة</w:t>
      </w:r>
      <w:r w:rsidRPr="005117ED">
        <w:rPr>
          <w:rFonts w:cs="Sakkal Majalla"/>
          <w:color w:val="000000" w:themeColor="text1"/>
          <w:sz w:val="38"/>
          <w:szCs w:val="38"/>
        </w:rPr>
        <w:t xml:space="preserve"> </w:t>
      </w:r>
      <w:r w:rsidRPr="005117ED">
        <w:rPr>
          <w:rFonts w:cs="Sakkal Majalla"/>
          <w:color w:val="000000" w:themeColor="text1"/>
          <w:sz w:val="38"/>
          <w:szCs w:val="38"/>
          <w:rtl/>
        </w:rPr>
        <w:t>بخصائص</w:t>
      </w:r>
      <w:r w:rsidRPr="005117ED">
        <w:rPr>
          <w:rFonts w:cs="Sakkal Majalla"/>
          <w:color w:val="000000" w:themeColor="text1"/>
          <w:sz w:val="38"/>
          <w:szCs w:val="38"/>
        </w:rPr>
        <w:t xml:space="preserve"> </w:t>
      </w:r>
      <w:r w:rsidRPr="005117ED">
        <w:rPr>
          <w:rFonts w:cs="Sakkal Majalla"/>
          <w:color w:val="000000" w:themeColor="text1"/>
          <w:sz w:val="38"/>
          <w:szCs w:val="38"/>
          <w:rtl/>
        </w:rPr>
        <w:t>تجعل</w:t>
      </w:r>
      <w:r w:rsidRPr="005117ED">
        <w:rPr>
          <w:rFonts w:cs="Sakkal Majalla"/>
          <w:color w:val="000000" w:themeColor="text1"/>
          <w:sz w:val="38"/>
          <w:szCs w:val="38"/>
        </w:rPr>
        <w:t xml:space="preserve"> </w:t>
      </w:r>
      <w:r w:rsidRPr="005117ED">
        <w:rPr>
          <w:rFonts w:cs="Sakkal Majalla"/>
          <w:color w:val="000000" w:themeColor="text1"/>
          <w:sz w:val="38"/>
          <w:szCs w:val="38"/>
          <w:rtl/>
        </w:rPr>
        <w:t>أثر</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فيها</w:t>
      </w:r>
      <w:r w:rsidRPr="005117ED">
        <w:rPr>
          <w:rFonts w:cs="Sakkal Majalla"/>
          <w:color w:val="000000" w:themeColor="text1"/>
          <w:sz w:val="38"/>
          <w:szCs w:val="38"/>
        </w:rPr>
        <w:t xml:space="preserve"> </w:t>
      </w:r>
      <w:r w:rsidRPr="005117ED">
        <w:rPr>
          <w:rFonts w:cs="Sakkal Majalla"/>
          <w:color w:val="000000" w:themeColor="text1"/>
          <w:sz w:val="38"/>
          <w:szCs w:val="38"/>
          <w:rtl/>
        </w:rPr>
        <w:t>أكثر</w:t>
      </w:r>
      <w:r w:rsidRPr="005117ED">
        <w:rPr>
          <w:rFonts w:cs="Sakkal Majalla"/>
          <w:color w:val="000000" w:themeColor="text1"/>
          <w:sz w:val="38"/>
          <w:szCs w:val="38"/>
        </w:rPr>
        <w:t xml:space="preserve"> </w:t>
      </w:r>
      <w:r w:rsidRPr="005117ED">
        <w:rPr>
          <w:rFonts w:cs="Sakkal Majalla"/>
          <w:color w:val="000000" w:themeColor="text1"/>
          <w:sz w:val="38"/>
          <w:szCs w:val="38"/>
          <w:rtl/>
        </w:rPr>
        <w:t>مباشرة</w:t>
      </w:r>
      <w:r w:rsidRPr="005117ED">
        <w:rPr>
          <w:rFonts w:cs="Sakkal Majalla"/>
          <w:color w:val="000000" w:themeColor="text1"/>
          <w:sz w:val="38"/>
          <w:szCs w:val="38"/>
        </w:rPr>
        <w:t xml:space="preserve"> </w:t>
      </w:r>
      <w:r w:rsidRPr="005117ED">
        <w:rPr>
          <w:rFonts w:cs="Sakkal Majalla"/>
          <w:color w:val="000000" w:themeColor="text1"/>
          <w:sz w:val="38"/>
          <w:szCs w:val="38"/>
          <w:rtl/>
        </w:rPr>
        <w:t>ووضوحًا</w:t>
      </w:r>
      <w:r w:rsidRPr="005117ED">
        <w:rPr>
          <w:rFonts w:cs="Sakkal Majalla"/>
          <w:color w:val="000000" w:themeColor="text1"/>
          <w:sz w:val="38"/>
          <w:szCs w:val="38"/>
        </w:rPr>
        <w:t xml:space="preserve"> </w:t>
      </w:r>
      <w:r w:rsidRPr="005117ED">
        <w:rPr>
          <w:rFonts w:cs="Sakkal Majalla"/>
          <w:color w:val="000000" w:themeColor="text1"/>
          <w:sz w:val="38"/>
          <w:szCs w:val="38"/>
          <w:rtl/>
        </w:rPr>
        <w:t>مقارنة</w:t>
      </w:r>
      <w:r w:rsidRPr="005117ED">
        <w:rPr>
          <w:rFonts w:cs="Sakkal Majalla"/>
          <w:color w:val="000000" w:themeColor="text1"/>
          <w:sz w:val="38"/>
          <w:szCs w:val="38"/>
        </w:rPr>
        <w:t xml:space="preserve"> </w:t>
      </w:r>
      <w:r w:rsidRPr="005117ED">
        <w:rPr>
          <w:rFonts w:cs="Sakkal Majalla"/>
          <w:color w:val="000000" w:themeColor="text1"/>
          <w:sz w:val="38"/>
          <w:szCs w:val="38"/>
          <w:rtl/>
        </w:rPr>
        <w:t>بالمنظمات</w:t>
      </w:r>
      <w:r w:rsidRPr="005117ED">
        <w:rPr>
          <w:rFonts w:cs="Sakkal Majalla"/>
          <w:color w:val="000000" w:themeColor="text1"/>
          <w:sz w:val="38"/>
          <w:szCs w:val="38"/>
        </w:rPr>
        <w:t xml:space="preserve"> </w:t>
      </w:r>
      <w:r w:rsidRPr="005117ED">
        <w:rPr>
          <w:rFonts w:cs="Sakkal Majalla"/>
          <w:color w:val="000000" w:themeColor="text1"/>
          <w:sz w:val="38"/>
          <w:szCs w:val="38"/>
          <w:rtl/>
        </w:rPr>
        <w:t>الكبيرة؛</w:t>
      </w:r>
      <w:r w:rsidRPr="005117ED">
        <w:rPr>
          <w:rFonts w:cs="Sakkal Majalla"/>
          <w:color w:val="000000" w:themeColor="text1"/>
          <w:sz w:val="38"/>
          <w:szCs w:val="38"/>
        </w:rPr>
        <w:t xml:space="preserve"> </w:t>
      </w:r>
      <w:r w:rsidRPr="005117ED">
        <w:rPr>
          <w:rFonts w:cs="Sakkal Majalla"/>
          <w:color w:val="000000" w:themeColor="text1"/>
          <w:sz w:val="38"/>
          <w:szCs w:val="38"/>
          <w:rtl/>
        </w:rPr>
        <w:t>فالمسافة</w:t>
      </w:r>
      <w:r w:rsidRPr="005117ED">
        <w:rPr>
          <w:rFonts w:cs="Sakkal Majalla"/>
          <w:color w:val="000000" w:themeColor="text1"/>
          <w:sz w:val="38"/>
          <w:szCs w:val="38"/>
        </w:rPr>
        <w:t xml:space="preserve"> </w:t>
      </w:r>
      <w:r w:rsidRPr="005117ED">
        <w:rPr>
          <w:rFonts w:cs="Sakkal Majalla"/>
          <w:color w:val="000000" w:themeColor="text1"/>
          <w:sz w:val="38"/>
          <w:szCs w:val="38"/>
          <w:rtl/>
        </w:rPr>
        <w:t>التنظيمية</w:t>
      </w:r>
      <w:r w:rsidRPr="005117ED">
        <w:rPr>
          <w:rFonts w:cs="Sakkal Majalla"/>
          <w:color w:val="000000" w:themeColor="text1"/>
          <w:sz w:val="38"/>
          <w:szCs w:val="38"/>
        </w:rPr>
        <w:t xml:space="preserve"> </w:t>
      </w:r>
      <w:r w:rsidRPr="005117ED">
        <w:rPr>
          <w:rFonts w:cs="Sakkal Majalla"/>
          <w:color w:val="000000" w:themeColor="text1"/>
          <w:sz w:val="38"/>
          <w:szCs w:val="38"/>
          <w:rtl/>
        </w:rPr>
        <w:t>بين</w:t>
      </w:r>
      <w:r w:rsidRPr="005117ED">
        <w:rPr>
          <w:rFonts w:cs="Sakkal Majalla"/>
          <w:color w:val="000000" w:themeColor="text1"/>
          <w:sz w:val="38"/>
          <w:szCs w:val="38"/>
        </w:rPr>
        <w:t xml:space="preserve"> </w:t>
      </w:r>
      <w:r w:rsidRPr="005117ED">
        <w:rPr>
          <w:rFonts w:cs="Sakkal Majalla"/>
          <w:color w:val="000000" w:themeColor="text1"/>
          <w:sz w:val="38"/>
          <w:szCs w:val="38"/>
          <w:rtl/>
        </w:rPr>
        <w:t>المالك</w:t>
      </w:r>
      <w:r w:rsidRPr="005117ED">
        <w:rPr>
          <w:rFonts w:cs="Sakkal Majalla"/>
          <w:color w:val="000000" w:themeColor="text1"/>
          <w:sz w:val="38"/>
          <w:szCs w:val="38"/>
        </w:rPr>
        <w:t xml:space="preserve"> </w:t>
      </w:r>
      <w:r w:rsidRPr="005117ED">
        <w:rPr>
          <w:rFonts w:cs="Sakkal Majalla"/>
          <w:color w:val="000000" w:themeColor="text1"/>
          <w:sz w:val="38"/>
          <w:szCs w:val="38"/>
          <w:rtl/>
        </w:rPr>
        <w:t>أو</w:t>
      </w:r>
      <w:r w:rsidRPr="005117ED">
        <w:rPr>
          <w:rFonts w:cs="Sakkal Majalla"/>
          <w:color w:val="000000" w:themeColor="text1"/>
          <w:sz w:val="38"/>
          <w:szCs w:val="38"/>
        </w:rPr>
        <w:t xml:space="preserve"> </w:t>
      </w:r>
      <w:r w:rsidRPr="005117ED">
        <w:rPr>
          <w:rFonts w:cs="Sakkal Majalla"/>
          <w:color w:val="000000" w:themeColor="text1"/>
          <w:sz w:val="38"/>
          <w:szCs w:val="38"/>
          <w:rtl/>
        </w:rPr>
        <w:t>المدير</w:t>
      </w:r>
      <w:r w:rsidRPr="005117ED">
        <w:rPr>
          <w:rFonts w:cs="Sakkal Majalla"/>
          <w:color w:val="000000" w:themeColor="text1"/>
          <w:sz w:val="38"/>
          <w:szCs w:val="38"/>
        </w:rPr>
        <w:t xml:space="preserve"> </w:t>
      </w:r>
      <w:r w:rsidRPr="005117ED">
        <w:rPr>
          <w:rFonts w:cs="Sakkal Majalla"/>
          <w:color w:val="000000" w:themeColor="text1"/>
          <w:sz w:val="38"/>
          <w:szCs w:val="38"/>
          <w:rtl/>
        </w:rPr>
        <w:t>والعاملين</w:t>
      </w:r>
      <w:r w:rsidRPr="005117ED">
        <w:rPr>
          <w:rFonts w:cs="Sakkal Majalla"/>
          <w:color w:val="000000" w:themeColor="text1"/>
          <w:sz w:val="38"/>
          <w:szCs w:val="38"/>
        </w:rPr>
        <w:t xml:space="preserve"> </w:t>
      </w:r>
      <w:r w:rsidRPr="005117ED">
        <w:rPr>
          <w:rFonts w:cs="Sakkal Majalla"/>
          <w:color w:val="000000" w:themeColor="text1"/>
          <w:sz w:val="38"/>
          <w:szCs w:val="38"/>
          <w:rtl/>
        </w:rPr>
        <w:t>قصيرة</w:t>
      </w:r>
      <w:r w:rsidRPr="005117ED">
        <w:rPr>
          <w:rFonts w:cs="Sakkal Majalla"/>
          <w:color w:val="000000" w:themeColor="text1"/>
          <w:sz w:val="38"/>
          <w:szCs w:val="38"/>
        </w:rPr>
        <w:t xml:space="preserve"> </w:t>
      </w:r>
      <w:r w:rsidRPr="005117ED">
        <w:rPr>
          <w:rFonts w:cs="Sakkal Majalla"/>
          <w:color w:val="000000" w:themeColor="text1"/>
          <w:sz w:val="38"/>
          <w:szCs w:val="38"/>
          <w:rtl/>
        </w:rPr>
        <w:t>نسبيًا،</w:t>
      </w:r>
      <w:r w:rsidRPr="005117ED">
        <w:rPr>
          <w:rFonts w:cs="Sakkal Majalla"/>
          <w:color w:val="000000" w:themeColor="text1"/>
          <w:sz w:val="38"/>
          <w:szCs w:val="38"/>
        </w:rPr>
        <w:t xml:space="preserve"> </w:t>
      </w:r>
      <w:r w:rsidRPr="005117ED">
        <w:rPr>
          <w:rFonts w:cs="Sakkal Majalla"/>
          <w:color w:val="000000" w:themeColor="text1"/>
          <w:sz w:val="38"/>
          <w:szCs w:val="38"/>
          <w:rtl/>
        </w:rPr>
        <w:t>كما</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القرارات</w:t>
      </w:r>
      <w:r w:rsidRPr="005117ED">
        <w:rPr>
          <w:rFonts w:cs="Sakkal Majalla"/>
          <w:color w:val="000000" w:themeColor="text1"/>
          <w:sz w:val="38"/>
          <w:szCs w:val="38"/>
        </w:rPr>
        <w:t xml:space="preserve"> </w:t>
      </w:r>
      <w:r w:rsidRPr="005117ED">
        <w:rPr>
          <w:rFonts w:cs="Sakkal Majalla"/>
          <w:color w:val="000000" w:themeColor="text1"/>
          <w:sz w:val="38"/>
          <w:szCs w:val="38"/>
          <w:rtl/>
        </w:rPr>
        <w:t>التشغيلية</w:t>
      </w:r>
      <w:r w:rsidRPr="005117ED">
        <w:rPr>
          <w:rFonts w:cs="Sakkal Majalla"/>
          <w:color w:val="000000" w:themeColor="text1"/>
          <w:sz w:val="38"/>
          <w:szCs w:val="38"/>
        </w:rPr>
        <w:t xml:space="preserve"> </w:t>
      </w:r>
      <w:r w:rsidRPr="005117ED">
        <w:rPr>
          <w:rFonts w:cs="Sakkal Majalla"/>
          <w:color w:val="000000" w:themeColor="text1"/>
          <w:sz w:val="38"/>
          <w:szCs w:val="38"/>
          <w:rtl/>
        </w:rPr>
        <w:t>والاستراتيجية</w:t>
      </w:r>
      <w:r w:rsidRPr="005117ED">
        <w:rPr>
          <w:rFonts w:cs="Sakkal Majalla"/>
          <w:color w:val="000000" w:themeColor="text1"/>
          <w:sz w:val="38"/>
          <w:szCs w:val="38"/>
        </w:rPr>
        <w:t xml:space="preserve"> </w:t>
      </w:r>
      <w:r w:rsidRPr="005117ED">
        <w:rPr>
          <w:rFonts w:cs="Sakkal Majalla"/>
          <w:color w:val="000000" w:themeColor="text1"/>
          <w:sz w:val="38"/>
          <w:szCs w:val="38"/>
          <w:rtl/>
        </w:rPr>
        <w:t>قد</w:t>
      </w:r>
      <w:r w:rsidRPr="005117ED">
        <w:rPr>
          <w:rFonts w:cs="Sakkal Majalla"/>
          <w:color w:val="000000" w:themeColor="text1"/>
          <w:sz w:val="38"/>
          <w:szCs w:val="38"/>
        </w:rPr>
        <w:t xml:space="preserve"> </w:t>
      </w:r>
      <w:r w:rsidRPr="005117ED">
        <w:rPr>
          <w:rFonts w:cs="Sakkal Majalla"/>
          <w:color w:val="000000" w:themeColor="text1"/>
          <w:sz w:val="38"/>
          <w:szCs w:val="38"/>
          <w:rtl/>
        </w:rPr>
        <w:t>تتركز</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عدد</w:t>
      </w:r>
      <w:r w:rsidRPr="005117ED">
        <w:rPr>
          <w:rFonts w:cs="Sakkal Majalla"/>
          <w:color w:val="000000" w:themeColor="text1"/>
          <w:sz w:val="38"/>
          <w:szCs w:val="38"/>
        </w:rPr>
        <w:t xml:space="preserve"> </w:t>
      </w:r>
      <w:r w:rsidRPr="005117ED">
        <w:rPr>
          <w:rFonts w:cs="Sakkal Majalla"/>
          <w:color w:val="000000" w:themeColor="text1"/>
          <w:sz w:val="38"/>
          <w:szCs w:val="38"/>
          <w:rtl/>
        </w:rPr>
        <w:t>محدود</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الأشخاص،</w:t>
      </w:r>
      <w:r w:rsidRPr="005117ED">
        <w:rPr>
          <w:rFonts w:cs="Sakkal Majalla"/>
          <w:color w:val="000000" w:themeColor="text1"/>
          <w:sz w:val="38"/>
          <w:szCs w:val="38"/>
        </w:rPr>
        <w:t xml:space="preserve"> </w:t>
      </w:r>
      <w:r w:rsidRPr="005117ED">
        <w:rPr>
          <w:rFonts w:cs="Sakkal Majalla"/>
          <w:color w:val="000000" w:themeColor="text1"/>
          <w:sz w:val="38"/>
          <w:szCs w:val="38"/>
          <w:rtl/>
        </w:rPr>
        <w:t>وتكون</w:t>
      </w:r>
      <w:r w:rsidRPr="005117ED">
        <w:rPr>
          <w:rFonts w:cs="Sakkal Majalla"/>
          <w:color w:val="000000" w:themeColor="text1"/>
          <w:sz w:val="38"/>
          <w:szCs w:val="38"/>
        </w:rPr>
        <w:t xml:space="preserve"> </w:t>
      </w:r>
      <w:r w:rsidRPr="005117ED">
        <w:rPr>
          <w:rFonts w:cs="Sakkal Majalla"/>
          <w:color w:val="000000" w:themeColor="text1"/>
          <w:sz w:val="38"/>
          <w:szCs w:val="38"/>
          <w:rtl/>
        </w:rPr>
        <w:t>الإجراءات</w:t>
      </w:r>
      <w:r w:rsidRPr="005117ED">
        <w:rPr>
          <w:rFonts w:cs="Sakkal Majalla"/>
          <w:color w:val="000000" w:themeColor="text1"/>
          <w:sz w:val="38"/>
          <w:szCs w:val="38"/>
        </w:rPr>
        <w:t xml:space="preserve"> </w:t>
      </w:r>
      <w:r w:rsidRPr="005117ED">
        <w:rPr>
          <w:rFonts w:cs="Sakkal Majalla"/>
          <w:color w:val="000000" w:themeColor="text1"/>
          <w:sz w:val="38"/>
          <w:szCs w:val="38"/>
          <w:rtl/>
        </w:rPr>
        <w:t>الرسمية</w:t>
      </w:r>
      <w:r w:rsidRPr="005117ED">
        <w:rPr>
          <w:rFonts w:cs="Sakkal Majalla"/>
          <w:color w:val="000000" w:themeColor="text1"/>
          <w:sz w:val="38"/>
          <w:szCs w:val="38"/>
        </w:rPr>
        <w:t xml:space="preserve"> </w:t>
      </w:r>
      <w:r w:rsidRPr="005117ED">
        <w:rPr>
          <w:rFonts w:cs="Sakkal Majalla"/>
          <w:color w:val="000000" w:themeColor="text1"/>
          <w:sz w:val="38"/>
          <w:szCs w:val="38"/>
          <w:rtl/>
        </w:rPr>
        <w:t>أقل</w:t>
      </w:r>
      <w:r w:rsidRPr="005117ED">
        <w:rPr>
          <w:rFonts w:cs="Sakkal Majalla"/>
          <w:color w:val="000000" w:themeColor="text1"/>
          <w:sz w:val="38"/>
          <w:szCs w:val="38"/>
        </w:rPr>
        <w:t xml:space="preserve"> </w:t>
      </w:r>
      <w:r w:rsidRPr="005117ED">
        <w:rPr>
          <w:rFonts w:cs="Sakkal Majalla"/>
          <w:color w:val="000000" w:themeColor="text1"/>
          <w:sz w:val="38"/>
          <w:szCs w:val="38"/>
          <w:rtl/>
        </w:rPr>
        <w:t>تعقيدًا</w:t>
      </w:r>
      <w:r w:rsidRPr="005117ED">
        <w:rPr>
          <w:rFonts w:cs="Sakkal Majalla"/>
          <w:color w:val="000000" w:themeColor="text1"/>
          <w:sz w:val="38"/>
          <w:szCs w:val="38"/>
        </w:rPr>
        <w:t xml:space="preserve">. </w:t>
      </w:r>
      <w:r w:rsidRPr="005117ED">
        <w:rPr>
          <w:rFonts w:cs="Sakkal Majalla"/>
          <w:color w:val="000000" w:themeColor="text1"/>
          <w:sz w:val="38"/>
          <w:szCs w:val="38"/>
          <w:rtl/>
        </w:rPr>
        <w:t>وقد</w:t>
      </w:r>
      <w:r w:rsidRPr="005117ED">
        <w:rPr>
          <w:rFonts w:cs="Sakkal Majalla"/>
          <w:color w:val="000000" w:themeColor="text1"/>
          <w:sz w:val="38"/>
          <w:szCs w:val="38"/>
        </w:rPr>
        <w:t xml:space="preserve"> </w:t>
      </w:r>
      <w:r w:rsidRPr="005117ED">
        <w:rPr>
          <w:rFonts w:cs="Sakkal Majalla"/>
          <w:color w:val="000000" w:themeColor="text1"/>
          <w:sz w:val="38"/>
          <w:szCs w:val="38"/>
          <w:rtl/>
        </w:rPr>
        <w:t>تمثل</w:t>
      </w:r>
      <w:r w:rsidRPr="005117ED">
        <w:rPr>
          <w:rFonts w:cs="Sakkal Majalla"/>
          <w:color w:val="000000" w:themeColor="text1"/>
          <w:sz w:val="38"/>
          <w:szCs w:val="38"/>
        </w:rPr>
        <w:t xml:space="preserve"> </w:t>
      </w:r>
      <w:r w:rsidRPr="005117ED">
        <w:rPr>
          <w:rFonts w:cs="Sakkal Majalla"/>
          <w:color w:val="000000" w:themeColor="text1"/>
          <w:sz w:val="38"/>
          <w:szCs w:val="38"/>
          <w:rtl/>
        </w:rPr>
        <w:t>هذه</w:t>
      </w:r>
      <w:r w:rsidRPr="005117ED">
        <w:rPr>
          <w:rFonts w:cs="Sakkal Majalla"/>
          <w:color w:val="000000" w:themeColor="text1"/>
          <w:sz w:val="38"/>
          <w:szCs w:val="38"/>
        </w:rPr>
        <w:t xml:space="preserve"> </w:t>
      </w:r>
      <w:r w:rsidRPr="005117ED">
        <w:rPr>
          <w:rFonts w:cs="Sakkal Majalla"/>
          <w:color w:val="000000" w:themeColor="text1"/>
          <w:sz w:val="38"/>
          <w:szCs w:val="38"/>
          <w:rtl/>
        </w:rPr>
        <w:t>الخصائص</w:t>
      </w:r>
      <w:r w:rsidRPr="005117ED">
        <w:rPr>
          <w:rFonts w:cs="Sakkal Majalla"/>
          <w:color w:val="000000" w:themeColor="text1"/>
          <w:sz w:val="38"/>
          <w:szCs w:val="38"/>
        </w:rPr>
        <w:t xml:space="preserve"> </w:t>
      </w:r>
      <w:r w:rsidRPr="005117ED">
        <w:rPr>
          <w:rFonts w:cs="Sakkal Majalla"/>
          <w:color w:val="000000" w:themeColor="text1"/>
          <w:sz w:val="38"/>
          <w:szCs w:val="38"/>
          <w:rtl/>
        </w:rPr>
        <w:t>فرصة</w:t>
      </w:r>
      <w:r w:rsidRPr="005117ED">
        <w:rPr>
          <w:rFonts w:cs="Sakkal Majalla"/>
          <w:color w:val="000000" w:themeColor="text1"/>
          <w:sz w:val="38"/>
          <w:szCs w:val="38"/>
        </w:rPr>
        <w:t xml:space="preserve"> </w:t>
      </w:r>
      <w:r w:rsidRPr="005117ED">
        <w:rPr>
          <w:rFonts w:cs="Sakkal Majalla"/>
          <w:color w:val="000000" w:themeColor="text1"/>
          <w:sz w:val="38"/>
          <w:szCs w:val="38"/>
          <w:rtl/>
        </w:rPr>
        <w:t>للإبداع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عندما</w:t>
      </w:r>
      <w:r w:rsidRPr="005117ED">
        <w:rPr>
          <w:rFonts w:cs="Sakkal Majalla"/>
          <w:color w:val="000000" w:themeColor="text1"/>
          <w:sz w:val="38"/>
          <w:szCs w:val="38"/>
        </w:rPr>
        <w:t xml:space="preserve"> </w:t>
      </w:r>
      <w:r w:rsidRPr="005117ED">
        <w:rPr>
          <w:rFonts w:cs="Sakkal Majalla"/>
          <w:color w:val="000000" w:themeColor="text1"/>
          <w:sz w:val="38"/>
          <w:szCs w:val="38"/>
          <w:rtl/>
        </w:rPr>
        <w:t>يتبنى</w:t>
      </w:r>
      <w:r w:rsidRPr="005117ED">
        <w:rPr>
          <w:rFonts w:cs="Sakkal Majalla"/>
          <w:color w:val="000000" w:themeColor="text1"/>
          <w:sz w:val="38"/>
          <w:szCs w:val="38"/>
        </w:rPr>
        <w:t xml:space="preserve"> </w:t>
      </w:r>
      <w:r w:rsidRPr="005117ED">
        <w:rPr>
          <w:rFonts w:cs="Sakkal Majalla"/>
          <w:color w:val="000000" w:themeColor="text1"/>
          <w:sz w:val="38"/>
          <w:szCs w:val="38"/>
          <w:rtl/>
        </w:rPr>
        <w:t>القائد</w:t>
      </w:r>
      <w:r w:rsidRPr="005117ED">
        <w:rPr>
          <w:rFonts w:cs="Sakkal Majalla"/>
          <w:color w:val="000000" w:themeColor="text1"/>
          <w:sz w:val="38"/>
          <w:szCs w:val="38"/>
        </w:rPr>
        <w:t xml:space="preserve"> </w:t>
      </w:r>
      <w:r w:rsidRPr="005117ED">
        <w:rPr>
          <w:rFonts w:cs="Sakkal Majalla"/>
          <w:color w:val="000000" w:themeColor="text1"/>
          <w:sz w:val="38"/>
          <w:szCs w:val="38"/>
          <w:rtl/>
        </w:rPr>
        <w:t>أسلوبًا</w:t>
      </w:r>
      <w:r w:rsidRPr="005117ED">
        <w:rPr>
          <w:rFonts w:cs="Sakkal Majalla"/>
          <w:color w:val="000000" w:themeColor="text1"/>
          <w:sz w:val="38"/>
          <w:szCs w:val="38"/>
        </w:rPr>
        <w:t xml:space="preserve"> </w:t>
      </w:r>
      <w:r w:rsidRPr="005117ED">
        <w:rPr>
          <w:rFonts w:cs="Sakkal Majalla"/>
          <w:color w:val="000000" w:themeColor="text1"/>
          <w:sz w:val="38"/>
          <w:szCs w:val="38"/>
          <w:rtl/>
        </w:rPr>
        <w:t>مرنًا</w:t>
      </w:r>
      <w:r w:rsidRPr="005117ED">
        <w:rPr>
          <w:rFonts w:cs="Sakkal Majalla"/>
          <w:color w:val="000000" w:themeColor="text1"/>
          <w:sz w:val="38"/>
          <w:szCs w:val="38"/>
        </w:rPr>
        <w:t xml:space="preserve"> </w:t>
      </w:r>
      <w:r w:rsidRPr="005117ED">
        <w:rPr>
          <w:rFonts w:cs="Sakkal Majalla"/>
          <w:color w:val="000000" w:themeColor="text1"/>
          <w:sz w:val="38"/>
          <w:szCs w:val="38"/>
          <w:rtl/>
        </w:rPr>
        <w:t>يشجع</w:t>
      </w:r>
      <w:r w:rsidRPr="005117ED">
        <w:rPr>
          <w:rFonts w:cs="Sakkal Majalla"/>
          <w:color w:val="000000" w:themeColor="text1"/>
          <w:sz w:val="38"/>
          <w:szCs w:val="38"/>
        </w:rPr>
        <w:t xml:space="preserve"> </w:t>
      </w:r>
      <w:r w:rsidRPr="005117ED">
        <w:rPr>
          <w:rFonts w:cs="Sakkal Majalla"/>
          <w:color w:val="000000" w:themeColor="text1"/>
          <w:sz w:val="38"/>
          <w:szCs w:val="38"/>
          <w:rtl/>
        </w:rPr>
        <w:t>الحوار</w:t>
      </w:r>
      <w:r w:rsidRPr="005117ED">
        <w:rPr>
          <w:rFonts w:cs="Sakkal Majalla"/>
          <w:color w:val="000000" w:themeColor="text1"/>
          <w:sz w:val="38"/>
          <w:szCs w:val="38"/>
        </w:rPr>
        <w:t xml:space="preserve"> </w:t>
      </w:r>
      <w:r w:rsidRPr="005117ED">
        <w:rPr>
          <w:rFonts w:cs="Sakkal Majalla"/>
          <w:color w:val="000000" w:themeColor="text1"/>
          <w:sz w:val="38"/>
          <w:szCs w:val="38"/>
          <w:rtl/>
        </w:rPr>
        <w:t>وتبادل</w:t>
      </w:r>
      <w:r w:rsidRPr="005117ED">
        <w:rPr>
          <w:rFonts w:cs="Sakkal Majalla"/>
          <w:color w:val="000000" w:themeColor="text1"/>
          <w:sz w:val="38"/>
          <w:szCs w:val="38"/>
        </w:rPr>
        <w:t xml:space="preserve"> </w:t>
      </w:r>
      <w:r w:rsidRPr="005117ED">
        <w:rPr>
          <w:rFonts w:cs="Sakkal Majalla"/>
          <w:color w:val="000000" w:themeColor="text1"/>
          <w:sz w:val="38"/>
          <w:szCs w:val="38"/>
          <w:rtl/>
        </w:rPr>
        <w:t>المعرفة،</w:t>
      </w:r>
      <w:r w:rsidRPr="005117ED">
        <w:rPr>
          <w:rFonts w:cs="Sakkal Majalla"/>
          <w:color w:val="000000" w:themeColor="text1"/>
          <w:sz w:val="38"/>
          <w:szCs w:val="38"/>
        </w:rPr>
        <w:t xml:space="preserve"> </w:t>
      </w:r>
      <w:r w:rsidRPr="005117ED">
        <w:rPr>
          <w:rFonts w:cs="Sakkal Majalla"/>
          <w:color w:val="000000" w:themeColor="text1"/>
          <w:sz w:val="38"/>
          <w:szCs w:val="38"/>
          <w:rtl/>
        </w:rPr>
        <w:t>لكنها</w:t>
      </w:r>
      <w:r w:rsidRPr="005117ED">
        <w:rPr>
          <w:rFonts w:cs="Sakkal Majalla"/>
          <w:color w:val="000000" w:themeColor="text1"/>
          <w:sz w:val="38"/>
          <w:szCs w:val="38"/>
        </w:rPr>
        <w:t xml:space="preserve"> </w:t>
      </w:r>
      <w:r w:rsidRPr="005117ED">
        <w:rPr>
          <w:rFonts w:cs="Sakkal Majalla"/>
          <w:color w:val="000000" w:themeColor="text1"/>
          <w:sz w:val="38"/>
          <w:szCs w:val="38"/>
          <w:rtl/>
        </w:rPr>
        <w:t>قد</w:t>
      </w:r>
      <w:r w:rsidRPr="005117ED">
        <w:rPr>
          <w:rFonts w:cs="Sakkal Majalla"/>
          <w:color w:val="000000" w:themeColor="text1"/>
          <w:sz w:val="38"/>
          <w:szCs w:val="38"/>
        </w:rPr>
        <w:t xml:space="preserve"> </w:t>
      </w:r>
      <w:r w:rsidRPr="005117ED">
        <w:rPr>
          <w:rFonts w:cs="Sakkal Majalla"/>
          <w:color w:val="000000" w:themeColor="text1"/>
          <w:sz w:val="38"/>
          <w:szCs w:val="38"/>
          <w:rtl/>
        </w:rPr>
        <w:t>تتحول</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قيد</w:t>
      </w:r>
      <w:r w:rsidRPr="005117ED">
        <w:rPr>
          <w:rFonts w:cs="Sakkal Majalla"/>
          <w:color w:val="000000" w:themeColor="text1"/>
          <w:sz w:val="38"/>
          <w:szCs w:val="38"/>
        </w:rPr>
        <w:t xml:space="preserve"> </w:t>
      </w:r>
      <w:r w:rsidRPr="005117ED">
        <w:rPr>
          <w:rFonts w:cs="Sakkal Majalla"/>
          <w:color w:val="000000" w:themeColor="text1"/>
          <w:sz w:val="38"/>
          <w:szCs w:val="38"/>
          <w:rtl/>
        </w:rPr>
        <w:t>عندما</w:t>
      </w:r>
      <w:r w:rsidRPr="005117ED">
        <w:rPr>
          <w:rFonts w:cs="Sakkal Majalla"/>
          <w:color w:val="000000" w:themeColor="text1"/>
          <w:sz w:val="38"/>
          <w:szCs w:val="38"/>
        </w:rPr>
        <w:t xml:space="preserve"> </w:t>
      </w:r>
      <w:r w:rsidRPr="005117ED">
        <w:rPr>
          <w:rFonts w:cs="Sakkal Majalla"/>
          <w:color w:val="000000" w:themeColor="text1"/>
          <w:sz w:val="38"/>
          <w:szCs w:val="38"/>
          <w:rtl/>
        </w:rPr>
        <w:t>تزداد</w:t>
      </w:r>
      <w:r w:rsidRPr="005117ED">
        <w:rPr>
          <w:rFonts w:cs="Sakkal Majalla"/>
          <w:color w:val="000000" w:themeColor="text1"/>
          <w:sz w:val="38"/>
          <w:szCs w:val="38"/>
        </w:rPr>
        <w:t xml:space="preserve"> </w:t>
      </w:r>
      <w:r w:rsidRPr="005117ED">
        <w:rPr>
          <w:rFonts w:cs="Sakkal Majalla"/>
          <w:color w:val="000000" w:themeColor="text1"/>
          <w:sz w:val="38"/>
          <w:szCs w:val="38"/>
          <w:rtl/>
        </w:rPr>
        <w:t>المركزية</w:t>
      </w:r>
      <w:r w:rsidRPr="005117ED">
        <w:rPr>
          <w:rFonts w:cs="Sakkal Majalla"/>
          <w:color w:val="000000" w:themeColor="text1"/>
          <w:sz w:val="38"/>
          <w:szCs w:val="38"/>
        </w:rPr>
        <w:t xml:space="preserve"> </w:t>
      </w:r>
      <w:r w:rsidRPr="005117ED">
        <w:rPr>
          <w:rFonts w:cs="Sakkal Majalla"/>
          <w:color w:val="000000" w:themeColor="text1"/>
          <w:sz w:val="38"/>
          <w:szCs w:val="38"/>
          <w:rtl/>
        </w:rPr>
        <w:t>ويتردد</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العاملون</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اقتراح</w:t>
      </w:r>
      <w:r w:rsidRPr="005117ED">
        <w:rPr>
          <w:rFonts w:cs="Sakkal Majalla"/>
          <w:color w:val="000000" w:themeColor="text1"/>
          <w:sz w:val="38"/>
          <w:szCs w:val="38"/>
        </w:rPr>
        <w:t xml:space="preserve"> </w:t>
      </w:r>
      <w:r w:rsidRPr="005117ED">
        <w:rPr>
          <w:rFonts w:cs="Sakkal Majalla"/>
          <w:color w:val="000000" w:themeColor="text1"/>
          <w:sz w:val="38"/>
          <w:szCs w:val="38"/>
          <w:rtl/>
        </w:rPr>
        <w:t>ما</w:t>
      </w:r>
      <w:r w:rsidRPr="005117ED">
        <w:rPr>
          <w:rFonts w:cs="Sakkal Majalla"/>
          <w:color w:val="000000" w:themeColor="text1"/>
          <w:sz w:val="38"/>
          <w:szCs w:val="38"/>
        </w:rPr>
        <w:t xml:space="preserve"> </w:t>
      </w:r>
      <w:r w:rsidRPr="005117ED">
        <w:rPr>
          <w:rFonts w:cs="Sakkal Majalla"/>
          <w:color w:val="000000" w:themeColor="text1"/>
          <w:sz w:val="38"/>
          <w:szCs w:val="38"/>
          <w:rtl/>
        </w:rPr>
        <w:t>يخالف</w:t>
      </w:r>
      <w:r w:rsidRPr="005117ED">
        <w:rPr>
          <w:rFonts w:cs="Sakkal Majalla"/>
          <w:color w:val="000000" w:themeColor="text1"/>
          <w:sz w:val="38"/>
          <w:szCs w:val="38"/>
        </w:rPr>
        <w:t xml:space="preserve"> </w:t>
      </w:r>
      <w:r w:rsidRPr="005117ED">
        <w:rPr>
          <w:rFonts w:cs="Sakkal Majalla"/>
          <w:color w:val="000000" w:themeColor="text1"/>
          <w:sz w:val="38"/>
          <w:szCs w:val="38"/>
          <w:rtl/>
        </w:rPr>
        <w:t>رؤية</w:t>
      </w:r>
      <w:r w:rsidRPr="005117ED">
        <w:rPr>
          <w:rFonts w:cs="Sakkal Majalla"/>
          <w:color w:val="000000" w:themeColor="text1"/>
          <w:sz w:val="38"/>
          <w:szCs w:val="38"/>
        </w:rPr>
        <w:t xml:space="preserve"> </w:t>
      </w:r>
      <w:r w:rsidRPr="005117ED">
        <w:rPr>
          <w:rFonts w:cs="Sakkal Majalla"/>
          <w:color w:val="000000" w:themeColor="text1"/>
          <w:sz w:val="38"/>
          <w:szCs w:val="38"/>
          <w:rtl/>
        </w:rPr>
        <w:t>المدير</w:t>
      </w:r>
      <w:r w:rsidRPr="005117ED">
        <w:rPr>
          <w:rFonts w:cs="Sakkal Majalla"/>
          <w:color w:val="000000" w:themeColor="text1"/>
          <w:sz w:val="38"/>
          <w:szCs w:val="38"/>
        </w:rPr>
        <w:t xml:space="preserve">. </w:t>
      </w:r>
      <w:r w:rsidRPr="005117ED">
        <w:rPr>
          <w:rFonts w:cs="Sakkal Majalla"/>
          <w:color w:val="000000" w:themeColor="text1"/>
          <w:sz w:val="38"/>
          <w:szCs w:val="38"/>
          <w:rtl/>
        </w:rPr>
        <w:t>ومن</w:t>
      </w:r>
      <w:r w:rsidRPr="005117ED">
        <w:rPr>
          <w:rFonts w:cs="Sakkal Majalla"/>
          <w:color w:val="000000" w:themeColor="text1"/>
          <w:sz w:val="38"/>
          <w:szCs w:val="38"/>
        </w:rPr>
        <w:t xml:space="preserve"> </w:t>
      </w:r>
      <w:r w:rsidRPr="005117ED">
        <w:rPr>
          <w:rFonts w:cs="Sakkal Majalla"/>
          <w:color w:val="000000" w:themeColor="text1"/>
          <w:sz w:val="38"/>
          <w:szCs w:val="38"/>
          <w:rtl/>
        </w:rPr>
        <w:t>ثم</w:t>
      </w:r>
      <w:r w:rsidRPr="005117ED">
        <w:rPr>
          <w:rFonts w:cs="Sakkal Majalla"/>
          <w:color w:val="000000" w:themeColor="text1"/>
          <w:sz w:val="38"/>
          <w:szCs w:val="38"/>
        </w:rPr>
        <w:t xml:space="preserve"> </w:t>
      </w:r>
      <w:r w:rsidRPr="005117ED">
        <w:rPr>
          <w:rFonts w:cs="Sakkal Majalla"/>
          <w:color w:val="000000" w:themeColor="text1"/>
          <w:sz w:val="38"/>
          <w:szCs w:val="38"/>
          <w:rtl/>
        </w:rPr>
        <w:t>فإن</w:t>
      </w:r>
      <w:r w:rsidRPr="005117ED">
        <w:rPr>
          <w:rFonts w:cs="Sakkal Majalla"/>
          <w:color w:val="000000" w:themeColor="text1"/>
          <w:sz w:val="38"/>
          <w:szCs w:val="38"/>
        </w:rPr>
        <w:t xml:space="preserve"> </w:t>
      </w:r>
      <w:r w:rsidRPr="005117ED">
        <w:rPr>
          <w:rFonts w:cs="Sakkal Majalla"/>
          <w:color w:val="000000" w:themeColor="text1"/>
          <w:sz w:val="38"/>
          <w:szCs w:val="38"/>
          <w:rtl/>
        </w:rPr>
        <w:t>النمط</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القيادي</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يعمل</w:t>
      </w:r>
      <w:r w:rsidRPr="005117ED">
        <w:rPr>
          <w:rFonts w:cs="Sakkal Majalla"/>
          <w:color w:val="000000" w:themeColor="text1"/>
          <w:sz w:val="38"/>
          <w:szCs w:val="38"/>
        </w:rPr>
        <w:t xml:space="preserve"> </w:t>
      </w:r>
      <w:r w:rsidRPr="005117ED">
        <w:rPr>
          <w:rFonts w:cs="Sakkal Majalla"/>
          <w:color w:val="000000" w:themeColor="text1"/>
          <w:sz w:val="38"/>
          <w:szCs w:val="38"/>
          <w:rtl/>
        </w:rPr>
        <w:t>هنا</w:t>
      </w:r>
      <w:r w:rsidRPr="005117ED">
        <w:rPr>
          <w:rFonts w:cs="Sakkal Majalla"/>
          <w:color w:val="000000" w:themeColor="text1"/>
          <w:sz w:val="38"/>
          <w:szCs w:val="38"/>
        </w:rPr>
        <w:t xml:space="preserve"> </w:t>
      </w:r>
      <w:r w:rsidRPr="005117ED">
        <w:rPr>
          <w:rFonts w:cs="Sakkal Majalla"/>
          <w:color w:val="000000" w:themeColor="text1"/>
          <w:sz w:val="38"/>
          <w:szCs w:val="38"/>
          <w:rtl/>
        </w:rPr>
        <w:t>بوصفه</w:t>
      </w:r>
      <w:r w:rsidRPr="005117ED">
        <w:rPr>
          <w:rFonts w:cs="Sakkal Majalla"/>
          <w:color w:val="000000" w:themeColor="text1"/>
          <w:sz w:val="38"/>
          <w:szCs w:val="38"/>
        </w:rPr>
        <w:t xml:space="preserve"> </w:t>
      </w:r>
      <w:r w:rsidRPr="005117ED">
        <w:rPr>
          <w:rFonts w:cs="Sakkal Majalla"/>
          <w:color w:val="000000" w:themeColor="text1"/>
          <w:sz w:val="38"/>
          <w:szCs w:val="38"/>
          <w:rtl/>
        </w:rPr>
        <w:t>متغيرًا</w:t>
      </w:r>
      <w:r w:rsidRPr="005117ED">
        <w:rPr>
          <w:rFonts w:cs="Sakkal Majalla"/>
          <w:color w:val="000000" w:themeColor="text1"/>
          <w:sz w:val="38"/>
          <w:szCs w:val="38"/>
        </w:rPr>
        <w:t xml:space="preserve"> </w:t>
      </w:r>
      <w:r w:rsidRPr="005117ED">
        <w:rPr>
          <w:rFonts w:cs="Sakkal Majalla"/>
          <w:color w:val="000000" w:themeColor="text1"/>
          <w:sz w:val="38"/>
          <w:szCs w:val="38"/>
          <w:rtl/>
        </w:rPr>
        <w:t>سلوكيًا</w:t>
      </w:r>
      <w:r w:rsidRPr="005117ED">
        <w:rPr>
          <w:rFonts w:cs="Sakkal Majalla"/>
          <w:color w:val="000000" w:themeColor="text1"/>
          <w:sz w:val="38"/>
          <w:szCs w:val="38"/>
        </w:rPr>
        <w:t xml:space="preserve"> </w:t>
      </w:r>
      <w:r w:rsidRPr="005117ED">
        <w:rPr>
          <w:rFonts w:cs="Sakkal Majalla"/>
          <w:color w:val="000000" w:themeColor="text1"/>
          <w:sz w:val="38"/>
          <w:szCs w:val="38"/>
          <w:rtl/>
        </w:rPr>
        <w:t>فقط،</w:t>
      </w:r>
      <w:r w:rsidRPr="005117ED">
        <w:rPr>
          <w:rFonts w:cs="Sakkal Majalla"/>
          <w:color w:val="000000" w:themeColor="text1"/>
          <w:sz w:val="38"/>
          <w:szCs w:val="38"/>
        </w:rPr>
        <w:t xml:space="preserve"> </w:t>
      </w:r>
      <w:r w:rsidRPr="005117ED">
        <w:rPr>
          <w:rFonts w:cs="Sakkal Majalla"/>
          <w:color w:val="000000" w:themeColor="text1"/>
          <w:sz w:val="38"/>
          <w:szCs w:val="38"/>
          <w:rtl/>
        </w:rPr>
        <w:t>بل</w:t>
      </w:r>
      <w:r w:rsidRPr="005117ED">
        <w:rPr>
          <w:rFonts w:cs="Sakkal Majalla"/>
          <w:color w:val="000000" w:themeColor="text1"/>
          <w:sz w:val="38"/>
          <w:szCs w:val="38"/>
        </w:rPr>
        <w:t xml:space="preserve"> </w:t>
      </w:r>
      <w:r w:rsidRPr="005117ED">
        <w:rPr>
          <w:rFonts w:cs="Sakkal Majalla"/>
          <w:color w:val="000000" w:themeColor="text1"/>
          <w:sz w:val="38"/>
          <w:szCs w:val="38"/>
          <w:rtl/>
        </w:rPr>
        <w:t>بوصفه</w:t>
      </w:r>
      <w:r w:rsidRPr="005117ED">
        <w:rPr>
          <w:rFonts w:cs="Sakkal Majalla"/>
          <w:color w:val="000000" w:themeColor="text1"/>
          <w:sz w:val="38"/>
          <w:szCs w:val="38"/>
        </w:rPr>
        <w:t xml:space="preserve"> </w:t>
      </w:r>
      <w:r w:rsidRPr="005117ED">
        <w:rPr>
          <w:rFonts w:cs="Sakkal Majalla"/>
          <w:color w:val="000000" w:themeColor="text1"/>
          <w:sz w:val="38"/>
          <w:szCs w:val="38"/>
          <w:rtl/>
        </w:rPr>
        <w:t>محددًا</w:t>
      </w:r>
      <w:r w:rsidRPr="005117ED">
        <w:rPr>
          <w:rFonts w:cs="Sakkal Majalla"/>
          <w:color w:val="000000" w:themeColor="text1"/>
          <w:sz w:val="38"/>
          <w:szCs w:val="38"/>
        </w:rPr>
        <w:t xml:space="preserve"> </w:t>
      </w:r>
      <w:r w:rsidRPr="005117ED">
        <w:rPr>
          <w:rFonts w:cs="Sakkal Majalla"/>
          <w:color w:val="000000" w:themeColor="text1"/>
          <w:sz w:val="38"/>
          <w:szCs w:val="38"/>
          <w:rtl/>
        </w:rPr>
        <w:t>لبنية</w:t>
      </w:r>
      <w:r w:rsidRPr="005117ED">
        <w:rPr>
          <w:rFonts w:cs="Sakkal Majalla"/>
          <w:color w:val="000000" w:themeColor="text1"/>
          <w:sz w:val="38"/>
          <w:szCs w:val="38"/>
        </w:rPr>
        <w:t xml:space="preserve"> </w:t>
      </w:r>
      <w:r w:rsidRPr="005117ED">
        <w:rPr>
          <w:rFonts w:cs="Sakkal Majalla"/>
          <w:color w:val="000000" w:themeColor="text1"/>
          <w:sz w:val="38"/>
          <w:szCs w:val="38"/>
          <w:rtl/>
        </w:rPr>
        <w:t>الفرص</w:t>
      </w:r>
      <w:r w:rsidRPr="005117ED">
        <w:rPr>
          <w:rFonts w:cs="Sakkal Majalla"/>
          <w:color w:val="000000" w:themeColor="text1"/>
          <w:sz w:val="38"/>
          <w:szCs w:val="38"/>
        </w:rPr>
        <w:t xml:space="preserve"> </w:t>
      </w:r>
      <w:r w:rsidRPr="005117ED">
        <w:rPr>
          <w:rFonts w:cs="Sakkal Majalla"/>
          <w:color w:val="000000" w:themeColor="text1"/>
          <w:sz w:val="38"/>
          <w:szCs w:val="38"/>
          <w:rtl/>
        </w:rPr>
        <w:t>المتاحة</w:t>
      </w:r>
      <w:r w:rsidRPr="005117ED">
        <w:rPr>
          <w:rFonts w:cs="Sakkal Majalla"/>
          <w:color w:val="000000" w:themeColor="text1"/>
          <w:sz w:val="38"/>
          <w:szCs w:val="38"/>
        </w:rPr>
        <w:t xml:space="preserve"> </w:t>
      </w:r>
      <w:r w:rsidRPr="005117ED">
        <w:rPr>
          <w:rFonts w:cs="Sakkal Majalla"/>
          <w:color w:val="000000" w:themeColor="text1"/>
          <w:sz w:val="38"/>
          <w:szCs w:val="38"/>
          <w:rtl/>
        </w:rPr>
        <w:t>أمام</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العاملين</w:t>
      </w:r>
      <w:r w:rsidRPr="005117ED">
        <w:rPr>
          <w:rFonts w:cs="Sakkal Majalla"/>
          <w:color w:val="000000" w:themeColor="text1"/>
          <w:sz w:val="38"/>
          <w:szCs w:val="38"/>
        </w:rPr>
        <w:t xml:space="preserve"> </w:t>
      </w:r>
      <w:r w:rsidRPr="005117ED">
        <w:rPr>
          <w:rFonts w:cs="Sakkal Majalla"/>
          <w:color w:val="000000" w:themeColor="text1"/>
          <w:sz w:val="38"/>
          <w:szCs w:val="38"/>
          <w:rtl/>
        </w:rPr>
        <w:t>للمبادرة</w:t>
      </w:r>
      <w:r w:rsidRPr="005117ED">
        <w:rPr>
          <w:rFonts w:cs="Sakkal Majalla"/>
          <w:color w:val="000000" w:themeColor="text1"/>
          <w:sz w:val="38"/>
          <w:szCs w:val="38"/>
        </w:rPr>
        <w:t xml:space="preserve"> </w:t>
      </w:r>
      <w:r w:rsidRPr="005117ED">
        <w:rPr>
          <w:rFonts w:cs="Sakkal Majalla"/>
          <w:color w:val="000000" w:themeColor="text1"/>
          <w:sz w:val="38"/>
          <w:szCs w:val="38"/>
          <w:rtl/>
        </w:rPr>
        <w:t>والتطوير</w:t>
      </w:r>
      <w:r w:rsidRPr="005117ED">
        <w:rPr>
          <w:rFonts w:cs="Sakkal Majalla"/>
          <w:color w:val="000000" w:themeColor="text1"/>
          <w:sz w:val="38"/>
          <w:szCs w:val="38"/>
        </w:rPr>
        <w:t>.</w:t>
      </w:r>
    </w:p>
    <w:p w:rsidR="00FD5E07" w:rsidRPr="005117ED" w:rsidRDefault="00FD5E07" w:rsidP="00AD1369">
      <w:pPr>
        <w:spacing w:before="0"/>
        <w:ind w:firstLine="720"/>
        <w:jc w:val="both"/>
        <w:rPr>
          <w:rFonts w:cs="Sakkal Majalla"/>
          <w:color w:val="000000" w:themeColor="text1"/>
          <w:sz w:val="38"/>
          <w:szCs w:val="38"/>
        </w:rPr>
      </w:pPr>
      <w:r w:rsidRPr="005117ED">
        <w:rPr>
          <w:rFonts w:cs="Sakkal Majalla"/>
          <w:color w:val="000000" w:themeColor="text1"/>
          <w:sz w:val="38"/>
          <w:szCs w:val="38"/>
          <w:rtl/>
        </w:rPr>
        <w:t>وفي</w:t>
      </w:r>
      <w:r w:rsidRPr="005117ED">
        <w:rPr>
          <w:rFonts w:cs="Sakkal Majalla"/>
          <w:color w:val="000000" w:themeColor="text1"/>
          <w:sz w:val="38"/>
          <w:szCs w:val="38"/>
        </w:rPr>
        <w:t xml:space="preserve"> </w:t>
      </w:r>
      <w:r w:rsidRPr="005117ED">
        <w:rPr>
          <w:rFonts w:cs="Sakkal Majalla"/>
          <w:color w:val="000000" w:themeColor="text1"/>
          <w:sz w:val="38"/>
          <w:szCs w:val="38"/>
          <w:rtl/>
        </w:rPr>
        <w:t>السياق</w:t>
      </w:r>
      <w:r w:rsidRPr="005117ED">
        <w:rPr>
          <w:rFonts w:cs="Sakkal Majalla"/>
          <w:color w:val="000000" w:themeColor="text1"/>
          <w:sz w:val="38"/>
          <w:szCs w:val="38"/>
        </w:rPr>
        <w:t xml:space="preserve"> </w:t>
      </w:r>
      <w:r w:rsidRPr="005117ED">
        <w:rPr>
          <w:rFonts w:cs="Sakkal Majalla"/>
          <w:color w:val="000000" w:themeColor="text1"/>
          <w:sz w:val="38"/>
          <w:szCs w:val="38"/>
          <w:rtl/>
        </w:rPr>
        <w:t>السعودي،</w:t>
      </w:r>
      <w:r w:rsidRPr="005117ED">
        <w:rPr>
          <w:rFonts w:cs="Sakkal Majalla"/>
          <w:color w:val="000000" w:themeColor="text1"/>
          <w:sz w:val="38"/>
          <w:szCs w:val="38"/>
        </w:rPr>
        <w:t xml:space="preserve"> </w:t>
      </w:r>
      <w:r w:rsidRPr="005117ED">
        <w:rPr>
          <w:rFonts w:cs="Sakkal Majalla"/>
          <w:color w:val="000000" w:themeColor="text1"/>
          <w:sz w:val="38"/>
          <w:szCs w:val="38"/>
          <w:rtl/>
        </w:rPr>
        <w:t>تتقاطع</w:t>
      </w:r>
      <w:r w:rsidRPr="005117ED">
        <w:rPr>
          <w:rFonts w:cs="Sakkal Majalla"/>
          <w:color w:val="000000" w:themeColor="text1"/>
          <w:sz w:val="38"/>
          <w:szCs w:val="38"/>
        </w:rPr>
        <w:t xml:space="preserve"> </w:t>
      </w:r>
      <w:r w:rsidRPr="005117ED">
        <w:rPr>
          <w:rFonts w:cs="Sakkal Majalla"/>
          <w:color w:val="000000" w:themeColor="text1"/>
          <w:sz w:val="38"/>
          <w:szCs w:val="38"/>
          <w:rtl/>
        </w:rPr>
        <w:t>أهمية</w:t>
      </w:r>
      <w:r w:rsidRPr="005117ED">
        <w:rPr>
          <w:rFonts w:cs="Sakkal Majalla"/>
          <w:color w:val="000000" w:themeColor="text1"/>
          <w:sz w:val="38"/>
          <w:szCs w:val="38"/>
        </w:rPr>
        <w:t xml:space="preserve"> </w:t>
      </w:r>
      <w:r w:rsidRPr="005117ED">
        <w:rPr>
          <w:rFonts w:cs="Sakkal Majalla"/>
          <w:color w:val="000000" w:themeColor="text1"/>
          <w:sz w:val="38"/>
          <w:szCs w:val="38"/>
          <w:rtl/>
        </w:rPr>
        <w:t>الموضوع</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التحولات</w:t>
      </w:r>
      <w:r w:rsidRPr="005117ED">
        <w:rPr>
          <w:rFonts w:cs="Sakkal Majalla"/>
          <w:color w:val="000000" w:themeColor="text1"/>
          <w:sz w:val="38"/>
          <w:szCs w:val="38"/>
        </w:rPr>
        <w:t xml:space="preserve"> </w:t>
      </w:r>
      <w:r w:rsidRPr="005117ED">
        <w:rPr>
          <w:rFonts w:cs="Sakkal Majalla"/>
          <w:color w:val="000000" w:themeColor="text1"/>
          <w:sz w:val="38"/>
          <w:szCs w:val="38"/>
          <w:rtl/>
        </w:rPr>
        <w:t>الاقتصادية</w:t>
      </w:r>
      <w:r w:rsidRPr="005117ED">
        <w:rPr>
          <w:rFonts w:cs="Sakkal Majalla"/>
          <w:color w:val="000000" w:themeColor="text1"/>
          <w:sz w:val="38"/>
          <w:szCs w:val="38"/>
        </w:rPr>
        <w:t xml:space="preserve"> </w:t>
      </w:r>
      <w:r w:rsidRPr="005117ED">
        <w:rPr>
          <w:rFonts w:cs="Sakkal Majalla"/>
          <w:color w:val="000000" w:themeColor="text1"/>
          <w:sz w:val="38"/>
          <w:szCs w:val="38"/>
          <w:rtl/>
        </w:rPr>
        <w:t>والتنظيمية</w:t>
      </w:r>
      <w:r w:rsidRPr="005117ED">
        <w:rPr>
          <w:rFonts w:cs="Sakkal Majalla"/>
          <w:color w:val="000000" w:themeColor="text1"/>
          <w:sz w:val="38"/>
          <w:szCs w:val="38"/>
        </w:rPr>
        <w:t xml:space="preserve"> </w:t>
      </w:r>
      <w:r w:rsidRPr="005117ED">
        <w:rPr>
          <w:rFonts w:cs="Sakkal Majalla"/>
          <w:color w:val="000000" w:themeColor="text1"/>
          <w:sz w:val="38"/>
          <w:szCs w:val="38"/>
          <w:rtl/>
        </w:rPr>
        <w:t>التي</w:t>
      </w:r>
      <w:r w:rsidRPr="005117ED">
        <w:rPr>
          <w:rFonts w:cs="Sakkal Majalla"/>
          <w:color w:val="000000" w:themeColor="text1"/>
          <w:sz w:val="38"/>
          <w:szCs w:val="38"/>
        </w:rPr>
        <w:t xml:space="preserve"> </w:t>
      </w:r>
      <w:r w:rsidRPr="005117ED">
        <w:rPr>
          <w:rFonts w:cs="Sakkal Majalla"/>
          <w:color w:val="000000" w:themeColor="text1"/>
          <w:sz w:val="38"/>
          <w:szCs w:val="38"/>
          <w:rtl/>
        </w:rPr>
        <w:t>تدفع</w:t>
      </w:r>
      <w:r w:rsidRPr="005117ED">
        <w:rPr>
          <w:rFonts w:cs="Sakkal Majalla"/>
          <w:color w:val="000000" w:themeColor="text1"/>
          <w:sz w:val="38"/>
          <w:szCs w:val="38"/>
        </w:rPr>
        <w:t xml:space="preserve"> </w:t>
      </w:r>
      <w:r w:rsidRPr="005117ED">
        <w:rPr>
          <w:rFonts w:cs="Sakkal Majalla"/>
          <w:color w:val="000000" w:themeColor="text1"/>
          <w:sz w:val="38"/>
          <w:szCs w:val="38"/>
          <w:rtl/>
        </w:rPr>
        <w:t>نحو</w:t>
      </w:r>
      <w:r w:rsidRPr="005117ED">
        <w:rPr>
          <w:rFonts w:cs="Sakkal Majalla"/>
          <w:color w:val="000000" w:themeColor="text1"/>
          <w:sz w:val="38"/>
          <w:szCs w:val="38"/>
        </w:rPr>
        <w:t xml:space="preserve"> </w:t>
      </w:r>
      <w:r w:rsidRPr="005117ED">
        <w:rPr>
          <w:rFonts w:cs="Sakkal Majalla"/>
          <w:color w:val="000000" w:themeColor="text1"/>
          <w:sz w:val="38"/>
          <w:szCs w:val="38"/>
          <w:rtl/>
        </w:rPr>
        <w:t>تنويع</w:t>
      </w:r>
      <w:r w:rsidRPr="005117ED">
        <w:rPr>
          <w:rFonts w:cs="Sakkal Majalla"/>
          <w:color w:val="000000" w:themeColor="text1"/>
          <w:sz w:val="38"/>
          <w:szCs w:val="38"/>
        </w:rPr>
        <w:t xml:space="preserve"> </w:t>
      </w:r>
      <w:r w:rsidRPr="005117ED">
        <w:rPr>
          <w:rFonts w:cs="Sakkal Majalla"/>
          <w:color w:val="000000" w:themeColor="text1"/>
          <w:sz w:val="38"/>
          <w:szCs w:val="38"/>
          <w:rtl/>
        </w:rPr>
        <w:t>النشاط</w:t>
      </w:r>
      <w:r w:rsidRPr="005117ED">
        <w:rPr>
          <w:rFonts w:cs="Sakkal Majalla"/>
          <w:color w:val="000000" w:themeColor="text1"/>
          <w:sz w:val="38"/>
          <w:szCs w:val="38"/>
        </w:rPr>
        <w:t xml:space="preserve"> </w:t>
      </w:r>
      <w:r w:rsidRPr="005117ED">
        <w:rPr>
          <w:rFonts w:cs="Sakkal Majalla"/>
          <w:color w:val="000000" w:themeColor="text1"/>
          <w:sz w:val="38"/>
          <w:szCs w:val="38"/>
          <w:rtl/>
        </w:rPr>
        <w:t>الاقتصادي،</w:t>
      </w:r>
      <w:r w:rsidRPr="005117ED">
        <w:rPr>
          <w:rFonts w:cs="Sakkal Majalla"/>
          <w:color w:val="000000" w:themeColor="text1"/>
          <w:sz w:val="38"/>
          <w:szCs w:val="38"/>
        </w:rPr>
        <w:t xml:space="preserve"> </w:t>
      </w:r>
      <w:r w:rsidRPr="005117ED">
        <w:rPr>
          <w:rFonts w:cs="Sakkal Majalla"/>
          <w:color w:val="000000" w:themeColor="text1"/>
          <w:sz w:val="38"/>
          <w:szCs w:val="38"/>
          <w:rtl/>
        </w:rPr>
        <w:t>ورفع</w:t>
      </w:r>
      <w:r w:rsidRPr="005117ED">
        <w:rPr>
          <w:rFonts w:cs="Sakkal Majalla"/>
          <w:color w:val="000000" w:themeColor="text1"/>
          <w:sz w:val="38"/>
          <w:szCs w:val="38"/>
        </w:rPr>
        <w:t xml:space="preserve"> </w:t>
      </w:r>
      <w:r w:rsidRPr="005117ED">
        <w:rPr>
          <w:rFonts w:cs="Sakkal Majalla"/>
          <w:color w:val="000000" w:themeColor="text1"/>
          <w:sz w:val="38"/>
          <w:szCs w:val="38"/>
          <w:rtl/>
        </w:rPr>
        <w:t>مساهمة</w:t>
      </w:r>
      <w:r w:rsidRPr="005117ED">
        <w:rPr>
          <w:rFonts w:cs="Sakkal Majalla"/>
          <w:color w:val="000000" w:themeColor="text1"/>
          <w:sz w:val="38"/>
          <w:szCs w:val="38"/>
        </w:rPr>
        <w:t xml:space="preserve"> </w:t>
      </w:r>
      <w:r w:rsidRPr="005117ED">
        <w:rPr>
          <w:rFonts w:cs="Sakkal Majalla"/>
          <w:color w:val="000000" w:themeColor="text1"/>
          <w:sz w:val="38"/>
          <w:szCs w:val="38"/>
          <w:rtl/>
        </w:rPr>
        <w:t>القطاع</w:t>
      </w:r>
      <w:r w:rsidRPr="005117ED">
        <w:rPr>
          <w:rFonts w:cs="Sakkal Majalla"/>
          <w:color w:val="000000" w:themeColor="text1"/>
          <w:sz w:val="38"/>
          <w:szCs w:val="38"/>
        </w:rPr>
        <w:t xml:space="preserve"> </w:t>
      </w:r>
      <w:r w:rsidRPr="005117ED">
        <w:rPr>
          <w:rFonts w:cs="Sakkal Majalla"/>
          <w:color w:val="000000" w:themeColor="text1"/>
          <w:sz w:val="38"/>
          <w:szCs w:val="38"/>
          <w:rtl/>
        </w:rPr>
        <w:t>الخاص،</w:t>
      </w:r>
      <w:r w:rsidRPr="005117ED">
        <w:rPr>
          <w:rFonts w:cs="Sakkal Majalla"/>
          <w:color w:val="000000" w:themeColor="text1"/>
          <w:sz w:val="38"/>
          <w:szCs w:val="38"/>
        </w:rPr>
        <w:t xml:space="preserve"> </w:t>
      </w:r>
      <w:r w:rsidRPr="005117ED">
        <w:rPr>
          <w:rFonts w:cs="Sakkal Majalla"/>
          <w:color w:val="000000" w:themeColor="text1"/>
          <w:sz w:val="38"/>
          <w:szCs w:val="38"/>
          <w:rtl/>
        </w:rPr>
        <w:t>وتنمية</w:t>
      </w:r>
      <w:r w:rsidRPr="005117ED">
        <w:rPr>
          <w:rFonts w:cs="Sakkal Majalla"/>
          <w:color w:val="000000" w:themeColor="text1"/>
          <w:sz w:val="38"/>
          <w:szCs w:val="38"/>
        </w:rPr>
        <w:t xml:space="preserve"> </w:t>
      </w:r>
      <w:r w:rsidRPr="005117ED">
        <w:rPr>
          <w:rFonts w:cs="Sakkal Majalla"/>
          <w:color w:val="000000" w:themeColor="text1"/>
          <w:sz w:val="38"/>
          <w:szCs w:val="38"/>
          <w:rtl/>
        </w:rPr>
        <w:t>ريادة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الأعمال،</w:t>
      </w:r>
      <w:r w:rsidRPr="005117ED">
        <w:rPr>
          <w:rFonts w:cs="Sakkal Majalla"/>
          <w:color w:val="000000" w:themeColor="text1"/>
          <w:sz w:val="38"/>
          <w:szCs w:val="38"/>
        </w:rPr>
        <w:t xml:space="preserve"> </w:t>
      </w:r>
      <w:r w:rsidRPr="005117ED">
        <w:rPr>
          <w:rFonts w:cs="Sakkal Majalla"/>
          <w:color w:val="000000" w:themeColor="text1"/>
          <w:sz w:val="38"/>
          <w:szCs w:val="38"/>
          <w:rtl/>
        </w:rPr>
        <w:t>وتحسين</w:t>
      </w:r>
      <w:r w:rsidRPr="005117ED">
        <w:rPr>
          <w:rFonts w:cs="Sakkal Majalla"/>
          <w:color w:val="000000" w:themeColor="text1"/>
          <w:sz w:val="38"/>
          <w:szCs w:val="38"/>
        </w:rPr>
        <w:t xml:space="preserve"> </w:t>
      </w:r>
      <w:r w:rsidRPr="005117ED">
        <w:rPr>
          <w:rFonts w:cs="Sakkal Majalla"/>
          <w:color w:val="000000" w:themeColor="text1"/>
          <w:sz w:val="38"/>
          <w:szCs w:val="38"/>
          <w:rtl/>
        </w:rPr>
        <w:t>الإنتاجية</w:t>
      </w:r>
      <w:r w:rsidRPr="005117ED">
        <w:rPr>
          <w:rFonts w:cs="Sakkal Majalla"/>
          <w:color w:val="000000" w:themeColor="text1"/>
          <w:sz w:val="38"/>
          <w:szCs w:val="38"/>
        </w:rPr>
        <w:t xml:space="preserve"> </w:t>
      </w:r>
      <w:r w:rsidRPr="005117ED">
        <w:rPr>
          <w:rFonts w:cs="Sakkal Majalla"/>
          <w:color w:val="000000" w:themeColor="text1"/>
          <w:sz w:val="38"/>
          <w:szCs w:val="38"/>
          <w:rtl/>
        </w:rPr>
        <w:t>والابتكار</w:t>
      </w:r>
      <w:r w:rsidRPr="005117ED">
        <w:rPr>
          <w:rFonts w:cs="Sakkal Majalla"/>
          <w:color w:val="000000" w:themeColor="text1"/>
          <w:sz w:val="38"/>
          <w:szCs w:val="38"/>
        </w:rPr>
        <w:t xml:space="preserve">. </w:t>
      </w:r>
      <w:r w:rsidRPr="005117ED">
        <w:rPr>
          <w:rFonts w:cs="Sakkal Majalla"/>
          <w:color w:val="000000" w:themeColor="text1"/>
          <w:sz w:val="38"/>
          <w:szCs w:val="38"/>
          <w:rtl/>
        </w:rPr>
        <w:t>وتستهدف</w:t>
      </w:r>
      <w:r w:rsidRPr="005117ED">
        <w:rPr>
          <w:rFonts w:cs="Sakkal Majalla"/>
          <w:color w:val="000000" w:themeColor="text1"/>
          <w:sz w:val="38"/>
          <w:szCs w:val="38"/>
        </w:rPr>
        <w:t xml:space="preserve"> </w:t>
      </w:r>
      <w:r w:rsidRPr="005117ED">
        <w:rPr>
          <w:rFonts w:cs="Sakkal Majalla"/>
          <w:color w:val="000000" w:themeColor="text1"/>
          <w:sz w:val="38"/>
          <w:szCs w:val="38"/>
          <w:rtl/>
        </w:rPr>
        <w:t>رؤية</w:t>
      </w:r>
      <w:r w:rsidRPr="005117ED">
        <w:rPr>
          <w:rFonts w:cs="Sakkal Majalla"/>
          <w:color w:val="000000" w:themeColor="text1"/>
          <w:sz w:val="38"/>
          <w:szCs w:val="38"/>
        </w:rPr>
        <w:t xml:space="preserve"> </w:t>
      </w:r>
      <w:r w:rsidRPr="005117ED">
        <w:rPr>
          <w:rFonts w:cs="Sakkal Majalla"/>
          <w:color w:val="000000" w:themeColor="text1"/>
          <w:sz w:val="38"/>
          <w:szCs w:val="38"/>
          <w:rtl/>
        </w:rPr>
        <w:t>السعودية</w:t>
      </w:r>
      <w:r w:rsidRPr="005117ED">
        <w:rPr>
          <w:rFonts w:cs="Sakkal Majalla"/>
          <w:color w:val="000000" w:themeColor="text1"/>
          <w:sz w:val="38"/>
          <w:szCs w:val="38"/>
        </w:rPr>
        <w:t xml:space="preserve"> 2030 </w:t>
      </w:r>
      <w:r w:rsidRPr="005117ED">
        <w:rPr>
          <w:rFonts w:cs="Sakkal Majalla"/>
          <w:color w:val="000000" w:themeColor="text1"/>
          <w:sz w:val="38"/>
          <w:szCs w:val="38"/>
          <w:rtl/>
        </w:rPr>
        <w:t>رفع</w:t>
      </w:r>
      <w:r w:rsidRPr="005117ED">
        <w:rPr>
          <w:rFonts w:cs="Sakkal Majalla"/>
          <w:color w:val="000000" w:themeColor="text1"/>
          <w:sz w:val="38"/>
          <w:szCs w:val="38"/>
        </w:rPr>
        <w:t xml:space="preserve"> </w:t>
      </w:r>
      <w:r w:rsidRPr="005117ED">
        <w:rPr>
          <w:rFonts w:cs="Sakkal Majalla"/>
          <w:color w:val="000000" w:themeColor="text1"/>
          <w:sz w:val="38"/>
          <w:szCs w:val="38"/>
          <w:rtl/>
        </w:rPr>
        <w:t>مساهمة</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المنشآت</w:t>
      </w:r>
      <w:r w:rsidRPr="005117ED">
        <w:rPr>
          <w:rFonts w:cs="Sakkal Majalla"/>
          <w:color w:val="000000" w:themeColor="text1"/>
          <w:sz w:val="38"/>
          <w:szCs w:val="38"/>
        </w:rPr>
        <w:t xml:space="preserve"> </w:t>
      </w:r>
      <w:r w:rsidRPr="005117ED">
        <w:rPr>
          <w:rFonts w:cs="Sakkal Majalla"/>
          <w:color w:val="000000" w:themeColor="text1"/>
          <w:sz w:val="38"/>
          <w:szCs w:val="38"/>
          <w:rtl/>
        </w:rPr>
        <w:t>الصغيرة</w:t>
      </w:r>
      <w:r w:rsidRPr="005117ED">
        <w:rPr>
          <w:rFonts w:cs="Sakkal Majalla"/>
          <w:color w:val="000000" w:themeColor="text1"/>
          <w:sz w:val="38"/>
          <w:szCs w:val="38"/>
        </w:rPr>
        <w:t xml:space="preserve"> </w:t>
      </w:r>
      <w:r w:rsidRPr="005117ED">
        <w:rPr>
          <w:rFonts w:cs="Sakkal Majalla"/>
          <w:color w:val="000000" w:themeColor="text1"/>
          <w:sz w:val="38"/>
          <w:szCs w:val="38"/>
          <w:rtl/>
        </w:rPr>
        <w:t>والمتوسطة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الناتج</w:t>
      </w:r>
      <w:r w:rsidRPr="005117ED">
        <w:rPr>
          <w:rFonts w:cs="Sakkal Majalla"/>
          <w:color w:val="000000" w:themeColor="text1"/>
          <w:sz w:val="38"/>
          <w:szCs w:val="38"/>
        </w:rPr>
        <w:t xml:space="preserve"> </w:t>
      </w:r>
      <w:r w:rsidRPr="005117ED">
        <w:rPr>
          <w:rFonts w:cs="Sakkal Majalla"/>
          <w:color w:val="000000" w:themeColor="text1"/>
          <w:sz w:val="38"/>
          <w:szCs w:val="38"/>
          <w:rtl/>
        </w:rPr>
        <w:t>المحلي</w:t>
      </w:r>
      <w:r w:rsidRPr="005117ED">
        <w:rPr>
          <w:rFonts w:cs="Sakkal Majalla"/>
          <w:color w:val="000000" w:themeColor="text1"/>
          <w:sz w:val="38"/>
          <w:szCs w:val="38"/>
        </w:rPr>
        <w:t xml:space="preserve"> </w:t>
      </w:r>
      <w:r w:rsidRPr="005117ED">
        <w:rPr>
          <w:rFonts w:cs="Sakkal Majalla"/>
          <w:color w:val="000000" w:themeColor="text1"/>
          <w:sz w:val="38"/>
          <w:szCs w:val="38"/>
          <w:rtl/>
        </w:rPr>
        <w:t>الإجمالي</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35%</w:t>
      </w:r>
      <w:r w:rsidRPr="005117ED">
        <w:rPr>
          <w:rFonts w:cs="Sakkal Majalla"/>
          <w:color w:val="000000" w:themeColor="text1"/>
          <w:sz w:val="38"/>
          <w:szCs w:val="38"/>
          <w:rtl/>
        </w:rPr>
        <w:t>،</w:t>
      </w:r>
      <w:r w:rsidRPr="005117ED">
        <w:rPr>
          <w:rFonts w:cs="Sakkal Majalla"/>
          <w:color w:val="000000" w:themeColor="text1"/>
          <w:sz w:val="38"/>
          <w:szCs w:val="38"/>
        </w:rPr>
        <w:t xml:space="preserve"> </w:t>
      </w:r>
      <w:r w:rsidRPr="005117ED">
        <w:rPr>
          <w:rFonts w:cs="Sakkal Majalla"/>
          <w:color w:val="000000" w:themeColor="text1"/>
          <w:sz w:val="38"/>
          <w:szCs w:val="38"/>
          <w:rtl/>
        </w:rPr>
        <w:t>وهو</w:t>
      </w:r>
      <w:r w:rsidRPr="005117ED">
        <w:rPr>
          <w:rFonts w:cs="Sakkal Majalla"/>
          <w:color w:val="000000" w:themeColor="text1"/>
          <w:sz w:val="38"/>
          <w:szCs w:val="38"/>
        </w:rPr>
        <w:t xml:space="preserve"> </w:t>
      </w:r>
      <w:r w:rsidRPr="005117ED">
        <w:rPr>
          <w:rFonts w:cs="Sakkal Majalla"/>
          <w:color w:val="000000" w:themeColor="text1"/>
          <w:sz w:val="38"/>
          <w:szCs w:val="38"/>
          <w:rtl/>
        </w:rPr>
        <w:t>مستهدف</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يعتمد</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التوسع</w:t>
      </w:r>
      <w:r w:rsidRPr="005117ED">
        <w:rPr>
          <w:rFonts w:cs="Sakkal Majalla"/>
          <w:color w:val="000000" w:themeColor="text1"/>
          <w:sz w:val="38"/>
          <w:szCs w:val="38"/>
        </w:rPr>
        <w:t xml:space="preserve"> </w:t>
      </w:r>
      <w:r w:rsidRPr="005117ED">
        <w:rPr>
          <w:rFonts w:cs="Sakkal Majalla"/>
          <w:color w:val="000000" w:themeColor="text1"/>
          <w:sz w:val="38"/>
          <w:szCs w:val="38"/>
          <w:rtl/>
        </w:rPr>
        <w:t>العددي</w:t>
      </w:r>
      <w:r w:rsidRPr="005117ED">
        <w:rPr>
          <w:rFonts w:cs="Sakkal Majalla"/>
          <w:color w:val="000000" w:themeColor="text1"/>
          <w:sz w:val="38"/>
          <w:szCs w:val="38"/>
        </w:rPr>
        <w:t xml:space="preserve"> </w:t>
      </w:r>
      <w:r w:rsidRPr="005117ED">
        <w:rPr>
          <w:rFonts w:cs="Sakkal Majalla"/>
          <w:color w:val="000000" w:themeColor="text1"/>
          <w:sz w:val="38"/>
          <w:szCs w:val="38"/>
          <w:rtl/>
        </w:rPr>
        <w:t>للمنشآت</w:t>
      </w:r>
      <w:r w:rsidRPr="005117ED">
        <w:rPr>
          <w:rFonts w:cs="Sakkal Majalla"/>
          <w:color w:val="000000" w:themeColor="text1"/>
          <w:sz w:val="38"/>
          <w:szCs w:val="38"/>
        </w:rPr>
        <w:t xml:space="preserve"> </w:t>
      </w:r>
      <w:r w:rsidRPr="005117ED">
        <w:rPr>
          <w:rFonts w:cs="Sakkal Majalla"/>
          <w:color w:val="000000" w:themeColor="text1"/>
          <w:sz w:val="38"/>
          <w:szCs w:val="38"/>
          <w:rtl/>
        </w:rPr>
        <w:t>فحسب،</w:t>
      </w:r>
      <w:r w:rsidRPr="005117ED">
        <w:rPr>
          <w:rFonts w:cs="Sakkal Majalla"/>
          <w:color w:val="000000" w:themeColor="text1"/>
          <w:sz w:val="38"/>
          <w:szCs w:val="38"/>
        </w:rPr>
        <w:t xml:space="preserve"> </w:t>
      </w:r>
      <w:r w:rsidRPr="005117ED">
        <w:rPr>
          <w:rFonts w:cs="Sakkal Majalla"/>
          <w:color w:val="000000" w:themeColor="text1"/>
          <w:sz w:val="38"/>
          <w:szCs w:val="38"/>
          <w:rtl/>
        </w:rPr>
        <w:t>بل</w:t>
      </w:r>
      <w:r w:rsidRPr="005117ED">
        <w:rPr>
          <w:rFonts w:cs="Sakkal Majalla"/>
          <w:color w:val="000000" w:themeColor="text1"/>
          <w:sz w:val="38"/>
          <w:szCs w:val="38"/>
        </w:rPr>
        <w:t xml:space="preserve"> </w:t>
      </w:r>
      <w:r w:rsidRPr="005117ED">
        <w:rPr>
          <w:rFonts w:cs="Sakkal Majalla"/>
          <w:color w:val="000000" w:themeColor="text1"/>
          <w:sz w:val="38"/>
          <w:szCs w:val="38"/>
          <w:rtl/>
        </w:rPr>
        <w:t>يتطلب</w:t>
      </w:r>
      <w:r w:rsidRPr="005117ED">
        <w:rPr>
          <w:rFonts w:cs="Sakkal Majalla"/>
          <w:color w:val="000000" w:themeColor="text1"/>
          <w:sz w:val="38"/>
          <w:szCs w:val="38"/>
        </w:rPr>
        <w:t xml:space="preserve"> </w:t>
      </w:r>
      <w:r w:rsidRPr="005117ED">
        <w:rPr>
          <w:rFonts w:cs="Sakkal Majalla"/>
          <w:color w:val="000000" w:themeColor="text1"/>
          <w:sz w:val="38"/>
          <w:szCs w:val="38"/>
          <w:rtl/>
        </w:rPr>
        <w:t>تحسين</w:t>
      </w:r>
      <w:r w:rsidRPr="005117ED">
        <w:rPr>
          <w:rFonts w:cs="Sakkal Majalla"/>
          <w:color w:val="000000" w:themeColor="text1"/>
          <w:sz w:val="38"/>
          <w:szCs w:val="38"/>
        </w:rPr>
        <w:t xml:space="preserve"> </w:t>
      </w:r>
      <w:r w:rsidRPr="005117ED">
        <w:rPr>
          <w:rFonts w:cs="Sakkal Majalla"/>
          <w:color w:val="000000" w:themeColor="text1"/>
          <w:sz w:val="38"/>
          <w:szCs w:val="38"/>
          <w:rtl/>
        </w:rPr>
        <w:t>جودة</w:t>
      </w:r>
      <w:r w:rsidRPr="005117ED">
        <w:rPr>
          <w:rFonts w:cs="Sakkal Majalla"/>
          <w:color w:val="000000" w:themeColor="text1"/>
          <w:sz w:val="38"/>
          <w:szCs w:val="38"/>
        </w:rPr>
        <w:t xml:space="preserve"> </w:t>
      </w:r>
      <w:r w:rsidRPr="005117ED">
        <w:rPr>
          <w:rFonts w:cs="Sakkal Majalla"/>
          <w:color w:val="000000" w:themeColor="text1"/>
          <w:sz w:val="38"/>
          <w:szCs w:val="38"/>
          <w:rtl/>
        </w:rPr>
        <w:t>الإدارة</w:t>
      </w:r>
      <w:r w:rsidRPr="005117ED">
        <w:rPr>
          <w:rFonts w:cs="Sakkal Majalla"/>
          <w:color w:val="000000" w:themeColor="text1"/>
          <w:sz w:val="38"/>
          <w:szCs w:val="38"/>
        </w:rPr>
        <w:t xml:space="preserve"> </w:t>
      </w:r>
      <w:r w:rsidRPr="005117ED">
        <w:rPr>
          <w:rFonts w:cs="Sakkal Majalla"/>
          <w:color w:val="000000" w:themeColor="text1"/>
          <w:sz w:val="38"/>
          <w:szCs w:val="38"/>
          <w:rtl/>
        </w:rPr>
        <w:t>واستدامة</w:t>
      </w:r>
      <w:r w:rsidRPr="005117ED">
        <w:rPr>
          <w:rFonts w:cs="Sakkal Majalla"/>
          <w:color w:val="000000" w:themeColor="text1"/>
          <w:sz w:val="38"/>
          <w:szCs w:val="38"/>
        </w:rPr>
        <w:t xml:space="preserve"> </w:t>
      </w:r>
      <w:r w:rsidRPr="005117ED">
        <w:rPr>
          <w:rFonts w:cs="Sakkal Majalla"/>
          <w:color w:val="000000" w:themeColor="text1"/>
          <w:sz w:val="38"/>
          <w:szCs w:val="38"/>
          <w:rtl/>
        </w:rPr>
        <w:t>الأعمال</w:t>
      </w:r>
      <w:r w:rsidRPr="005117ED">
        <w:rPr>
          <w:rFonts w:cs="Sakkal Majalla"/>
          <w:color w:val="000000" w:themeColor="text1"/>
          <w:sz w:val="38"/>
          <w:szCs w:val="38"/>
        </w:rPr>
        <w:t xml:space="preserve"> </w:t>
      </w:r>
      <w:r w:rsidRPr="005117ED">
        <w:rPr>
          <w:rFonts w:cs="Sakkal Majalla"/>
          <w:color w:val="000000" w:themeColor="text1"/>
          <w:sz w:val="38"/>
          <w:szCs w:val="38"/>
          <w:rtl/>
        </w:rPr>
        <w:t>وقدرتها</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تقديم</w:t>
      </w:r>
      <w:r w:rsidRPr="005117ED">
        <w:rPr>
          <w:rFonts w:cs="Sakkal Majalla"/>
          <w:color w:val="000000" w:themeColor="text1"/>
          <w:sz w:val="38"/>
          <w:szCs w:val="38"/>
        </w:rPr>
        <w:t xml:space="preserve"> </w:t>
      </w:r>
      <w:r w:rsidRPr="005117ED">
        <w:rPr>
          <w:rFonts w:cs="Sakkal Majalla"/>
          <w:color w:val="000000" w:themeColor="text1"/>
          <w:sz w:val="38"/>
          <w:szCs w:val="38"/>
          <w:rtl/>
        </w:rPr>
        <w:t>قيمة</w:t>
      </w:r>
      <w:r w:rsidRPr="005117ED">
        <w:rPr>
          <w:rFonts w:cs="Sakkal Majalla"/>
          <w:color w:val="000000" w:themeColor="text1"/>
          <w:sz w:val="38"/>
          <w:szCs w:val="38"/>
        </w:rPr>
        <w:t xml:space="preserve"> </w:t>
      </w:r>
      <w:r w:rsidRPr="005117ED">
        <w:rPr>
          <w:rFonts w:cs="Sakkal Majalla"/>
          <w:color w:val="000000" w:themeColor="text1"/>
          <w:sz w:val="38"/>
          <w:szCs w:val="38"/>
          <w:rtl/>
        </w:rPr>
        <w:t>مضافة</w:t>
      </w:r>
      <w:r w:rsidRPr="005117ED">
        <w:rPr>
          <w:rFonts w:cs="Sakkal Majalla"/>
          <w:color w:val="000000" w:themeColor="text1"/>
          <w:sz w:val="38"/>
          <w:szCs w:val="38"/>
        </w:rPr>
        <w:t xml:space="preserve">. </w:t>
      </w:r>
      <w:r w:rsidRPr="005117ED">
        <w:rPr>
          <w:rFonts w:cs="Sakkal Majalla"/>
          <w:color w:val="000000" w:themeColor="text1"/>
          <w:sz w:val="38"/>
          <w:szCs w:val="38"/>
          <w:rtl/>
        </w:rPr>
        <w:t>كما</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تقدم</w:t>
      </w:r>
      <w:r w:rsidRPr="005117ED">
        <w:rPr>
          <w:rFonts w:cs="Sakkal Majalla"/>
          <w:color w:val="000000" w:themeColor="text1"/>
          <w:sz w:val="38"/>
          <w:szCs w:val="38"/>
        </w:rPr>
        <w:t xml:space="preserve"> </w:t>
      </w:r>
      <w:r w:rsidRPr="005117ED">
        <w:rPr>
          <w:rFonts w:cs="Sakkal Majalla"/>
          <w:color w:val="000000" w:themeColor="text1"/>
          <w:sz w:val="38"/>
          <w:szCs w:val="38"/>
          <w:rtl/>
        </w:rPr>
        <w:t>المملكة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مؤشر</w:t>
      </w:r>
      <w:r w:rsidRPr="005117ED">
        <w:rPr>
          <w:rFonts w:cs="Sakkal Majalla"/>
          <w:color w:val="000000" w:themeColor="text1"/>
          <w:sz w:val="38"/>
          <w:szCs w:val="38"/>
        </w:rPr>
        <w:t xml:space="preserve"> </w:t>
      </w:r>
      <w:r w:rsidRPr="005117ED">
        <w:rPr>
          <w:rFonts w:cs="Sakkal Majalla"/>
          <w:color w:val="000000" w:themeColor="text1"/>
          <w:sz w:val="38"/>
          <w:szCs w:val="38"/>
          <w:rtl/>
        </w:rPr>
        <w:t>الابتكار</w:t>
      </w:r>
      <w:r w:rsidRPr="005117ED">
        <w:rPr>
          <w:rFonts w:cs="Sakkal Majalla"/>
          <w:color w:val="000000" w:themeColor="text1"/>
          <w:sz w:val="38"/>
          <w:szCs w:val="38"/>
        </w:rPr>
        <w:t xml:space="preserve"> </w:t>
      </w:r>
      <w:r w:rsidRPr="005117ED">
        <w:rPr>
          <w:rFonts w:cs="Sakkal Majalla"/>
          <w:color w:val="000000" w:themeColor="text1"/>
          <w:sz w:val="38"/>
          <w:szCs w:val="38"/>
          <w:rtl/>
        </w:rPr>
        <w:t>العالمي</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المرتبة</w:t>
      </w:r>
      <w:r w:rsidRPr="005117ED">
        <w:rPr>
          <w:rFonts w:cs="Sakkal Majalla"/>
          <w:color w:val="000000" w:themeColor="text1"/>
          <w:sz w:val="38"/>
          <w:szCs w:val="38"/>
        </w:rPr>
        <w:t xml:space="preserve"> 47 </w:t>
      </w:r>
      <w:r w:rsidRPr="005117ED">
        <w:rPr>
          <w:rFonts w:cs="Sakkal Majalla"/>
          <w:color w:val="000000" w:themeColor="text1"/>
          <w:sz w:val="38"/>
          <w:szCs w:val="38"/>
          <w:rtl/>
        </w:rPr>
        <w:t>عام</w:t>
      </w:r>
      <w:r w:rsidRPr="005117ED">
        <w:rPr>
          <w:rFonts w:cs="Sakkal Majalla"/>
          <w:color w:val="000000" w:themeColor="text1"/>
          <w:sz w:val="38"/>
          <w:szCs w:val="38"/>
        </w:rPr>
        <w:t xml:space="preserve"> 2024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المرتبة</w:t>
      </w:r>
      <w:r w:rsidRPr="005117ED">
        <w:rPr>
          <w:rFonts w:cs="Sakkal Majalla"/>
          <w:color w:val="000000" w:themeColor="text1"/>
          <w:sz w:val="38"/>
          <w:szCs w:val="38"/>
        </w:rPr>
        <w:t xml:space="preserve"> 46 </w:t>
      </w:r>
      <w:r w:rsidRPr="005117ED">
        <w:rPr>
          <w:rFonts w:cs="Sakkal Majalla"/>
          <w:color w:val="000000" w:themeColor="text1"/>
          <w:sz w:val="38"/>
          <w:szCs w:val="38"/>
          <w:rtl/>
        </w:rPr>
        <w:t>بين</w:t>
      </w:r>
      <w:r w:rsidRPr="005117ED">
        <w:rPr>
          <w:rFonts w:cs="Sakkal Majalla"/>
          <w:color w:val="000000" w:themeColor="text1"/>
          <w:sz w:val="38"/>
          <w:szCs w:val="38"/>
        </w:rPr>
        <w:t xml:space="preserve"> 139 </w:t>
      </w:r>
      <w:r w:rsidRPr="005117ED">
        <w:rPr>
          <w:rFonts w:cs="Sakkal Majalla"/>
          <w:color w:val="000000" w:themeColor="text1"/>
          <w:sz w:val="38"/>
          <w:szCs w:val="38"/>
          <w:rtl/>
        </w:rPr>
        <w:t>اقتصادًا</w:t>
      </w:r>
      <w:r w:rsidRPr="005117ED">
        <w:rPr>
          <w:rFonts w:cs="Sakkal Majalla"/>
          <w:color w:val="000000" w:themeColor="text1"/>
          <w:sz w:val="38"/>
          <w:szCs w:val="38"/>
        </w:rPr>
        <w:t xml:space="preserve"> </w:t>
      </w:r>
      <w:r w:rsidRPr="005117ED">
        <w:rPr>
          <w:rFonts w:cs="Sakkal Majalla"/>
          <w:color w:val="000000" w:themeColor="text1"/>
          <w:sz w:val="38"/>
          <w:szCs w:val="38"/>
          <w:rtl/>
        </w:rPr>
        <w:t>عام</w:t>
      </w:r>
      <w:r w:rsidRPr="005117ED">
        <w:rPr>
          <w:rFonts w:cs="Sakkal Majalla"/>
          <w:color w:val="000000" w:themeColor="text1"/>
          <w:sz w:val="38"/>
          <w:szCs w:val="38"/>
        </w:rPr>
        <w:t xml:space="preserve"> 2025 </w:t>
      </w:r>
      <w:r w:rsidRPr="005117ED">
        <w:rPr>
          <w:rFonts w:cs="Sakkal Majalla"/>
          <w:color w:val="000000" w:themeColor="text1"/>
          <w:sz w:val="38"/>
          <w:szCs w:val="38"/>
          <w:rtl/>
        </w:rPr>
        <w:t>يوفر</w:t>
      </w:r>
      <w:r w:rsidRPr="005117ED">
        <w:rPr>
          <w:rFonts w:cs="Sakkal Majalla"/>
          <w:color w:val="000000" w:themeColor="text1"/>
          <w:sz w:val="38"/>
          <w:szCs w:val="38"/>
        </w:rPr>
        <w:t xml:space="preserve"> </w:t>
      </w:r>
      <w:r w:rsidRPr="005117ED">
        <w:rPr>
          <w:rFonts w:cs="Sakkal Majalla"/>
          <w:color w:val="000000" w:themeColor="text1"/>
          <w:sz w:val="38"/>
          <w:szCs w:val="38"/>
          <w:rtl/>
        </w:rPr>
        <w:t>خلفية</w:t>
      </w:r>
      <w:r w:rsidRPr="005117ED">
        <w:rPr>
          <w:rFonts w:cs="Sakkal Majalla"/>
          <w:color w:val="000000" w:themeColor="text1"/>
          <w:sz w:val="38"/>
          <w:szCs w:val="38"/>
        </w:rPr>
        <w:t xml:space="preserve"> </w:t>
      </w:r>
      <w:r w:rsidRPr="005117ED">
        <w:rPr>
          <w:rFonts w:cs="Sakkal Majalla"/>
          <w:color w:val="000000" w:themeColor="text1"/>
          <w:sz w:val="38"/>
          <w:szCs w:val="38"/>
          <w:rtl/>
        </w:rPr>
        <w:t>سياقية</w:t>
      </w:r>
      <w:r w:rsidRPr="005117ED">
        <w:rPr>
          <w:rFonts w:cs="Sakkal Majalla"/>
          <w:color w:val="000000" w:themeColor="text1"/>
          <w:sz w:val="38"/>
          <w:szCs w:val="38"/>
        </w:rPr>
        <w:t xml:space="preserve"> </w:t>
      </w:r>
      <w:r w:rsidRPr="005117ED">
        <w:rPr>
          <w:rFonts w:cs="Sakkal Majalla"/>
          <w:color w:val="000000" w:themeColor="text1"/>
          <w:sz w:val="38"/>
          <w:szCs w:val="38"/>
          <w:rtl/>
        </w:rPr>
        <w:t>تؤكد</w:t>
      </w:r>
      <w:r w:rsidRPr="005117ED">
        <w:rPr>
          <w:rFonts w:cs="Sakkal Majalla"/>
          <w:color w:val="000000" w:themeColor="text1"/>
          <w:sz w:val="38"/>
          <w:szCs w:val="38"/>
        </w:rPr>
        <w:t xml:space="preserve"> </w:t>
      </w:r>
      <w:r w:rsidRPr="005117ED">
        <w:rPr>
          <w:rFonts w:cs="Sakkal Majalla"/>
          <w:color w:val="000000" w:themeColor="text1"/>
          <w:sz w:val="38"/>
          <w:szCs w:val="38"/>
          <w:rtl/>
        </w:rPr>
        <w:t>الحاجة</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بناء</w:t>
      </w:r>
      <w:r w:rsidRPr="005117ED">
        <w:rPr>
          <w:rFonts w:cs="Sakkal Majalla"/>
          <w:color w:val="000000" w:themeColor="text1"/>
          <w:sz w:val="38"/>
          <w:szCs w:val="38"/>
        </w:rPr>
        <w:t xml:space="preserve"> </w:t>
      </w:r>
      <w:r w:rsidRPr="005117ED">
        <w:rPr>
          <w:rFonts w:cs="Sakkal Majalla"/>
          <w:color w:val="000000" w:themeColor="text1"/>
          <w:sz w:val="38"/>
          <w:szCs w:val="38"/>
          <w:rtl/>
        </w:rPr>
        <w:t>قدرات</w:t>
      </w:r>
      <w:r w:rsidRPr="005117ED">
        <w:rPr>
          <w:rFonts w:cs="Sakkal Majalla"/>
          <w:color w:val="000000" w:themeColor="text1"/>
          <w:sz w:val="38"/>
          <w:szCs w:val="38"/>
        </w:rPr>
        <w:t xml:space="preserve"> </w:t>
      </w:r>
      <w:r w:rsidRPr="005117ED">
        <w:rPr>
          <w:rFonts w:cs="Sakkal Majalla"/>
          <w:color w:val="000000" w:themeColor="text1"/>
          <w:sz w:val="38"/>
          <w:szCs w:val="38"/>
          <w:rtl/>
        </w:rPr>
        <w:t>ابتكارية</w:t>
      </w:r>
      <w:r w:rsidRPr="005117ED">
        <w:rPr>
          <w:rFonts w:cs="Sakkal Majalla"/>
          <w:color w:val="000000" w:themeColor="text1"/>
          <w:sz w:val="38"/>
          <w:szCs w:val="38"/>
        </w:rPr>
        <w:t xml:space="preserve"> </w:t>
      </w:r>
      <w:r w:rsidRPr="005117ED">
        <w:rPr>
          <w:rFonts w:cs="Sakkal Majalla"/>
          <w:color w:val="000000" w:themeColor="text1"/>
          <w:sz w:val="38"/>
          <w:szCs w:val="38"/>
          <w:rtl/>
        </w:rPr>
        <w:t>داخل</w:t>
      </w:r>
      <w:r w:rsidRPr="005117ED">
        <w:rPr>
          <w:rFonts w:cs="Sakkal Majalla"/>
          <w:color w:val="000000" w:themeColor="text1"/>
          <w:sz w:val="38"/>
          <w:szCs w:val="38"/>
        </w:rPr>
        <w:t xml:space="preserve"> </w:t>
      </w:r>
      <w:r w:rsidRPr="005117ED">
        <w:rPr>
          <w:rFonts w:cs="Sakkal Majalla"/>
          <w:color w:val="000000" w:themeColor="text1"/>
          <w:sz w:val="38"/>
          <w:szCs w:val="38"/>
          <w:rtl/>
        </w:rPr>
        <w:t>المنظمات،</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التنبيه</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المؤشر</w:t>
      </w:r>
      <w:r w:rsidRPr="005117ED">
        <w:rPr>
          <w:rFonts w:cs="Sakkal Majalla"/>
          <w:color w:val="000000" w:themeColor="text1"/>
          <w:sz w:val="38"/>
          <w:szCs w:val="38"/>
        </w:rPr>
        <w:t xml:space="preserve"> </w:t>
      </w:r>
      <w:r w:rsidRPr="005117ED">
        <w:rPr>
          <w:rFonts w:cs="Sakkal Majalla"/>
          <w:color w:val="000000" w:themeColor="text1"/>
          <w:sz w:val="38"/>
          <w:szCs w:val="38"/>
          <w:rtl/>
        </w:rPr>
        <w:t>الوطني</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يقيس</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التنظيمي</w:t>
      </w:r>
      <w:r w:rsidRPr="005117ED">
        <w:rPr>
          <w:rFonts w:cs="Sakkal Majalla"/>
          <w:color w:val="000000" w:themeColor="text1"/>
          <w:sz w:val="38"/>
          <w:szCs w:val="38"/>
        </w:rPr>
        <w:t xml:space="preserve"> </w:t>
      </w:r>
      <w:r w:rsidRPr="005117ED">
        <w:rPr>
          <w:rFonts w:cs="Sakkal Majalla"/>
          <w:color w:val="000000" w:themeColor="text1"/>
          <w:sz w:val="38"/>
          <w:szCs w:val="38"/>
          <w:rtl/>
        </w:rPr>
        <w:t>داخل</w:t>
      </w:r>
      <w:r w:rsidRPr="005117ED">
        <w:rPr>
          <w:rFonts w:cs="Sakkal Majalla"/>
          <w:color w:val="000000" w:themeColor="text1"/>
          <w:sz w:val="38"/>
          <w:szCs w:val="38"/>
        </w:rPr>
        <w:t xml:space="preserve"> </w:t>
      </w:r>
      <w:r w:rsidRPr="005117ED">
        <w:rPr>
          <w:rFonts w:cs="Sakkal Majalla"/>
          <w:color w:val="000000" w:themeColor="text1"/>
          <w:sz w:val="38"/>
          <w:szCs w:val="38"/>
          <w:rtl/>
        </w:rPr>
        <w:t>منشأة</w:t>
      </w:r>
      <w:r w:rsidRPr="005117ED">
        <w:rPr>
          <w:rFonts w:cs="Sakkal Majalla"/>
          <w:color w:val="000000" w:themeColor="text1"/>
          <w:sz w:val="38"/>
          <w:szCs w:val="38"/>
        </w:rPr>
        <w:t xml:space="preserve"> </w:t>
      </w:r>
      <w:r w:rsidRPr="005117ED">
        <w:rPr>
          <w:rFonts w:cs="Sakkal Majalla"/>
          <w:color w:val="000000" w:themeColor="text1"/>
          <w:sz w:val="38"/>
          <w:szCs w:val="38"/>
          <w:rtl/>
        </w:rPr>
        <w:t>بعينها</w:t>
      </w:r>
      <w:r w:rsidRPr="005117ED">
        <w:rPr>
          <w:rFonts w:cs="Sakkal Majalla"/>
          <w:color w:val="000000" w:themeColor="text1"/>
          <w:sz w:val="38"/>
          <w:szCs w:val="38"/>
        </w:rPr>
        <w:t xml:space="preserve"> </w:t>
      </w:r>
      <w:r w:rsidR="00AD1369" w:rsidRPr="005117ED">
        <w:rPr>
          <w:rFonts w:cs="Sakkal Majalla" w:hint="cs"/>
          <w:color w:val="000000" w:themeColor="text1"/>
          <w:sz w:val="38"/>
          <w:szCs w:val="38"/>
          <w:rtl/>
        </w:rPr>
        <w:t>(</w:t>
      </w:r>
      <w:r w:rsidRPr="005117ED">
        <w:rPr>
          <w:rFonts w:cs="Sakkal Majalla"/>
          <w:color w:val="000000" w:themeColor="text1"/>
          <w:sz w:val="38"/>
          <w:szCs w:val="38"/>
          <w:rtl/>
        </w:rPr>
        <w:t>رؤية</w:t>
      </w:r>
      <w:r w:rsidRPr="005117ED">
        <w:rPr>
          <w:rFonts w:cs="Sakkal Majalla"/>
          <w:color w:val="000000" w:themeColor="text1"/>
          <w:sz w:val="38"/>
          <w:szCs w:val="38"/>
        </w:rPr>
        <w:t xml:space="preserve"> </w:t>
      </w:r>
      <w:r w:rsidRPr="005117ED">
        <w:rPr>
          <w:rFonts w:cs="Sakkal Majalla"/>
          <w:color w:val="000000" w:themeColor="text1"/>
          <w:sz w:val="38"/>
          <w:szCs w:val="38"/>
          <w:rtl/>
        </w:rPr>
        <w:t>السعودية</w:t>
      </w:r>
      <w:r w:rsidRPr="005117ED">
        <w:rPr>
          <w:rFonts w:cs="Sakkal Majalla"/>
          <w:color w:val="000000" w:themeColor="text1"/>
          <w:sz w:val="38"/>
          <w:szCs w:val="38"/>
        </w:rPr>
        <w:t xml:space="preserve"> 2030</w:t>
      </w:r>
      <w:r w:rsidRPr="005117ED">
        <w:rPr>
          <w:rFonts w:cs="Sakkal Majalla"/>
          <w:color w:val="000000" w:themeColor="text1"/>
          <w:sz w:val="38"/>
          <w:szCs w:val="38"/>
          <w:rtl/>
        </w:rPr>
        <w:t>،</w:t>
      </w:r>
      <w:r w:rsidRPr="005117ED">
        <w:rPr>
          <w:rFonts w:cs="Sakkal Majalla"/>
          <w:color w:val="000000" w:themeColor="text1"/>
          <w:sz w:val="38"/>
          <w:szCs w:val="38"/>
        </w:rPr>
        <w:t xml:space="preserve"> 2016</w:t>
      </w:r>
      <w:r w:rsidRPr="005117ED">
        <w:rPr>
          <w:rFonts w:cs="Sakkal Majalla"/>
          <w:color w:val="000000" w:themeColor="text1"/>
          <w:sz w:val="38"/>
          <w:szCs w:val="38"/>
          <w:rtl/>
        </w:rPr>
        <w:t>؛</w:t>
      </w:r>
      <w:r w:rsidRPr="005117ED">
        <w:rPr>
          <w:rFonts w:cs="Sakkal Majalla"/>
          <w:color w:val="000000" w:themeColor="text1"/>
          <w:sz w:val="38"/>
          <w:szCs w:val="38"/>
        </w:rPr>
        <w:t xml:space="preserve"> WIPO</w:t>
      </w:r>
      <w:r w:rsidRPr="005117ED">
        <w:rPr>
          <w:rFonts w:cs="Sakkal Majalla"/>
          <w:color w:val="000000" w:themeColor="text1"/>
          <w:sz w:val="38"/>
          <w:szCs w:val="38"/>
          <w:rtl/>
        </w:rPr>
        <w:t>،</w:t>
      </w:r>
      <w:r w:rsidRPr="005117ED">
        <w:rPr>
          <w:rFonts w:cs="Sakkal Majalla"/>
          <w:color w:val="000000" w:themeColor="text1"/>
          <w:sz w:val="38"/>
          <w:szCs w:val="38"/>
        </w:rPr>
        <w:t xml:space="preserve"> 2025</w:t>
      </w:r>
      <w:r w:rsidR="00AD1369" w:rsidRPr="005117ED">
        <w:rPr>
          <w:rFonts w:cs="Sakkal Majalla" w:hint="cs"/>
          <w:color w:val="000000" w:themeColor="text1"/>
          <w:sz w:val="38"/>
          <w:szCs w:val="38"/>
          <w:rtl/>
        </w:rPr>
        <w:t>)</w:t>
      </w:r>
      <w:r w:rsidRPr="005117ED">
        <w:rPr>
          <w:rFonts w:cs="Sakkal Majalla"/>
          <w:color w:val="000000" w:themeColor="text1"/>
          <w:sz w:val="38"/>
          <w:szCs w:val="38"/>
        </w:rPr>
        <w:t>.</w:t>
      </w:r>
    </w:p>
    <w:p w:rsidR="00FD5E07" w:rsidRPr="005117ED" w:rsidRDefault="00FD5E07" w:rsidP="00AD1369">
      <w:pPr>
        <w:spacing w:before="0"/>
        <w:ind w:firstLine="720"/>
        <w:jc w:val="both"/>
        <w:rPr>
          <w:rFonts w:cs="Sakkal Majalla"/>
          <w:color w:val="000000" w:themeColor="text1"/>
          <w:sz w:val="38"/>
          <w:szCs w:val="38"/>
          <w:rtl/>
        </w:rPr>
      </w:pPr>
      <w:r w:rsidRPr="005117ED">
        <w:rPr>
          <w:rFonts w:cs="Sakkal Majalla"/>
          <w:color w:val="000000" w:themeColor="text1"/>
          <w:sz w:val="38"/>
          <w:szCs w:val="38"/>
          <w:rtl/>
        </w:rPr>
        <w:lastRenderedPageBreak/>
        <w:t>ومن</w:t>
      </w:r>
      <w:r w:rsidRPr="005117ED">
        <w:rPr>
          <w:rFonts w:cs="Sakkal Majalla"/>
          <w:color w:val="000000" w:themeColor="text1"/>
          <w:sz w:val="38"/>
          <w:szCs w:val="38"/>
        </w:rPr>
        <w:t xml:space="preserve"> </w:t>
      </w:r>
      <w:r w:rsidRPr="005117ED">
        <w:rPr>
          <w:rFonts w:cs="Sakkal Majalla"/>
          <w:color w:val="000000" w:themeColor="text1"/>
          <w:sz w:val="38"/>
          <w:szCs w:val="38"/>
          <w:rtl/>
        </w:rPr>
        <w:t>منظور</w:t>
      </w:r>
      <w:r w:rsidRPr="005117ED">
        <w:rPr>
          <w:rFonts w:cs="Sakkal Majalla"/>
          <w:color w:val="000000" w:themeColor="text1"/>
          <w:sz w:val="38"/>
          <w:szCs w:val="38"/>
        </w:rPr>
        <w:t xml:space="preserve"> </w:t>
      </w:r>
      <w:r w:rsidRPr="005117ED">
        <w:rPr>
          <w:rFonts w:cs="Sakkal Majalla"/>
          <w:color w:val="000000" w:themeColor="text1"/>
          <w:sz w:val="38"/>
          <w:szCs w:val="38"/>
          <w:rtl/>
        </w:rPr>
        <w:t>إداري،</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يكفي</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يطلب</w:t>
      </w:r>
      <w:r w:rsidRPr="005117ED">
        <w:rPr>
          <w:rFonts w:cs="Sakkal Majalla"/>
          <w:color w:val="000000" w:themeColor="text1"/>
          <w:sz w:val="38"/>
          <w:szCs w:val="38"/>
        </w:rPr>
        <w:t xml:space="preserve"> </w:t>
      </w:r>
      <w:r w:rsidRPr="005117ED">
        <w:rPr>
          <w:rFonts w:cs="Sakkal Majalla"/>
          <w:color w:val="000000" w:themeColor="text1"/>
          <w:sz w:val="38"/>
          <w:szCs w:val="38"/>
          <w:rtl/>
        </w:rPr>
        <w:t>المدير</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العاملين</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يكونوا</w:t>
      </w:r>
      <w:r w:rsidRPr="005117ED">
        <w:rPr>
          <w:rFonts w:cs="Sakkal Majalla"/>
          <w:color w:val="000000" w:themeColor="text1"/>
          <w:sz w:val="38"/>
          <w:szCs w:val="38"/>
        </w:rPr>
        <w:t xml:space="preserve"> </w:t>
      </w:r>
      <w:r w:rsidRPr="005117ED">
        <w:rPr>
          <w:rFonts w:cs="Sakkal Majalla"/>
          <w:color w:val="000000" w:themeColor="text1"/>
          <w:sz w:val="38"/>
          <w:szCs w:val="38"/>
          <w:rtl/>
        </w:rPr>
        <w:t>مبدعين؛</w:t>
      </w:r>
      <w:r w:rsidRPr="005117ED">
        <w:rPr>
          <w:rFonts w:cs="Sakkal Majalla"/>
          <w:color w:val="000000" w:themeColor="text1"/>
          <w:sz w:val="38"/>
          <w:szCs w:val="38"/>
        </w:rPr>
        <w:t xml:space="preserve"> </w:t>
      </w:r>
      <w:r w:rsidRPr="005117ED">
        <w:rPr>
          <w:rFonts w:cs="Sakkal Majalla"/>
          <w:color w:val="000000" w:themeColor="text1"/>
          <w:sz w:val="38"/>
          <w:szCs w:val="38"/>
          <w:rtl/>
        </w:rPr>
        <w:t>فالإبداع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يحتاج</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شروط</w:t>
      </w:r>
      <w:r w:rsidRPr="005117ED">
        <w:rPr>
          <w:rFonts w:cs="Sakkal Majalla"/>
          <w:color w:val="000000" w:themeColor="text1"/>
          <w:sz w:val="38"/>
          <w:szCs w:val="38"/>
        </w:rPr>
        <w:t xml:space="preserve"> </w:t>
      </w:r>
      <w:r w:rsidRPr="005117ED">
        <w:rPr>
          <w:rFonts w:cs="Sakkal Majalla"/>
          <w:color w:val="000000" w:themeColor="text1"/>
          <w:sz w:val="38"/>
          <w:szCs w:val="38"/>
          <w:rtl/>
        </w:rPr>
        <w:t>تنظيمية</w:t>
      </w:r>
      <w:r w:rsidRPr="005117ED">
        <w:rPr>
          <w:rFonts w:cs="Sakkal Majalla"/>
          <w:color w:val="000000" w:themeColor="text1"/>
          <w:sz w:val="38"/>
          <w:szCs w:val="38"/>
        </w:rPr>
        <w:t xml:space="preserve"> </w:t>
      </w:r>
      <w:r w:rsidRPr="005117ED">
        <w:rPr>
          <w:rFonts w:cs="Sakkal Majalla"/>
          <w:color w:val="000000" w:themeColor="text1"/>
          <w:sz w:val="38"/>
          <w:szCs w:val="38"/>
          <w:rtl/>
        </w:rPr>
        <w:t>تسمح</w:t>
      </w:r>
      <w:r w:rsidRPr="005117ED">
        <w:rPr>
          <w:rFonts w:cs="Sakkal Majalla"/>
          <w:color w:val="000000" w:themeColor="text1"/>
          <w:sz w:val="38"/>
          <w:szCs w:val="38"/>
        </w:rPr>
        <w:t xml:space="preserve"> </w:t>
      </w:r>
      <w:r w:rsidRPr="005117ED">
        <w:rPr>
          <w:rFonts w:cs="Sakkal Majalla"/>
          <w:color w:val="000000" w:themeColor="text1"/>
          <w:sz w:val="38"/>
          <w:szCs w:val="38"/>
          <w:rtl/>
        </w:rPr>
        <w:t>بتكوين</w:t>
      </w:r>
      <w:r w:rsidRPr="005117ED">
        <w:rPr>
          <w:rFonts w:cs="Sakkal Majalla"/>
          <w:color w:val="000000" w:themeColor="text1"/>
          <w:sz w:val="38"/>
          <w:szCs w:val="38"/>
        </w:rPr>
        <w:t xml:space="preserve"> </w:t>
      </w:r>
      <w:r w:rsidRPr="005117ED">
        <w:rPr>
          <w:rFonts w:cs="Sakkal Majalla"/>
          <w:color w:val="000000" w:themeColor="text1"/>
          <w:sz w:val="38"/>
          <w:szCs w:val="38"/>
          <w:rtl/>
        </w:rPr>
        <w:t>الفكرة</w:t>
      </w:r>
      <w:r w:rsidRPr="005117ED">
        <w:rPr>
          <w:rFonts w:cs="Sakkal Majalla"/>
          <w:color w:val="000000" w:themeColor="text1"/>
          <w:sz w:val="38"/>
          <w:szCs w:val="38"/>
        </w:rPr>
        <w:t xml:space="preserve"> </w:t>
      </w:r>
      <w:r w:rsidRPr="005117ED">
        <w:rPr>
          <w:rFonts w:cs="Sakkal Majalla"/>
          <w:color w:val="000000" w:themeColor="text1"/>
          <w:sz w:val="38"/>
          <w:szCs w:val="38"/>
          <w:rtl/>
        </w:rPr>
        <w:t>وتبادلها</w:t>
      </w:r>
      <w:r w:rsidRPr="005117ED">
        <w:rPr>
          <w:rFonts w:cs="Sakkal Majalla"/>
          <w:color w:val="000000" w:themeColor="text1"/>
          <w:sz w:val="38"/>
          <w:szCs w:val="38"/>
        </w:rPr>
        <w:t xml:space="preserve"> </w:t>
      </w:r>
      <w:r w:rsidRPr="005117ED">
        <w:rPr>
          <w:rFonts w:cs="Sakkal Majalla"/>
          <w:color w:val="000000" w:themeColor="text1"/>
          <w:sz w:val="38"/>
          <w:szCs w:val="38"/>
          <w:rtl/>
        </w:rPr>
        <w:t>واختبارها</w:t>
      </w:r>
      <w:r w:rsidRPr="005117ED">
        <w:rPr>
          <w:rFonts w:cs="Sakkal Majalla"/>
          <w:color w:val="000000" w:themeColor="text1"/>
          <w:sz w:val="38"/>
          <w:szCs w:val="38"/>
        </w:rPr>
        <w:t xml:space="preserve"> </w:t>
      </w:r>
      <w:r w:rsidRPr="005117ED">
        <w:rPr>
          <w:rFonts w:cs="Sakkal Majalla"/>
          <w:color w:val="000000" w:themeColor="text1"/>
          <w:sz w:val="38"/>
          <w:szCs w:val="38"/>
          <w:rtl/>
        </w:rPr>
        <w:t>وتطويرها</w:t>
      </w:r>
      <w:r w:rsidRPr="005117ED">
        <w:rPr>
          <w:rFonts w:cs="Sakkal Majalla"/>
          <w:color w:val="000000" w:themeColor="text1"/>
          <w:sz w:val="38"/>
          <w:szCs w:val="38"/>
        </w:rPr>
        <w:t xml:space="preserve">. </w:t>
      </w:r>
      <w:r w:rsidRPr="005117ED">
        <w:rPr>
          <w:rFonts w:cs="Sakkal Majalla"/>
          <w:color w:val="000000" w:themeColor="text1"/>
          <w:sz w:val="38"/>
          <w:szCs w:val="38"/>
          <w:rtl/>
        </w:rPr>
        <w:t>وتوضح</w:t>
      </w:r>
      <w:r w:rsidRPr="005117ED">
        <w:rPr>
          <w:rFonts w:cs="Sakkal Majalla"/>
          <w:color w:val="000000" w:themeColor="text1"/>
          <w:sz w:val="38"/>
          <w:szCs w:val="38"/>
        </w:rPr>
        <w:t xml:space="preserve"> </w:t>
      </w:r>
      <w:r w:rsidRPr="005117ED">
        <w:rPr>
          <w:rFonts w:cs="Sakkal Majalla"/>
          <w:color w:val="000000" w:themeColor="text1"/>
          <w:sz w:val="38"/>
          <w:szCs w:val="38"/>
          <w:rtl/>
        </w:rPr>
        <w:t>نظرية</w:t>
      </w:r>
      <w:r w:rsidRPr="005117ED">
        <w:rPr>
          <w:rFonts w:cs="Sakkal Majalla"/>
          <w:color w:val="000000" w:themeColor="text1"/>
          <w:sz w:val="38"/>
          <w:szCs w:val="38"/>
        </w:rPr>
        <w:t xml:space="preserve"> </w:t>
      </w:r>
      <w:r w:rsidRPr="005117ED">
        <w:rPr>
          <w:rFonts w:cs="Sakkal Majalla"/>
          <w:color w:val="000000" w:themeColor="text1"/>
          <w:sz w:val="38"/>
          <w:szCs w:val="38"/>
          <w:rtl/>
        </w:rPr>
        <w:t>المكونات</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الخبرة</w:t>
      </w:r>
      <w:r w:rsidRPr="005117ED">
        <w:rPr>
          <w:rFonts w:cs="Sakkal Majalla"/>
          <w:color w:val="000000" w:themeColor="text1"/>
          <w:sz w:val="38"/>
          <w:szCs w:val="38"/>
        </w:rPr>
        <w:t xml:space="preserve"> </w:t>
      </w:r>
      <w:r w:rsidRPr="005117ED">
        <w:rPr>
          <w:rFonts w:cs="Sakkal Majalla"/>
          <w:color w:val="000000" w:themeColor="text1"/>
          <w:sz w:val="38"/>
          <w:szCs w:val="38"/>
          <w:rtl/>
        </w:rPr>
        <w:t>والمهارات</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الإبداعية</w:t>
      </w:r>
      <w:r w:rsidRPr="005117ED">
        <w:rPr>
          <w:rFonts w:cs="Sakkal Majalla"/>
          <w:color w:val="000000" w:themeColor="text1"/>
          <w:sz w:val="38"/>
          <w:szCs w:val="38"/>
        </w:rPr>
        <w:t xml:space="preserve"> </w:t>
      </w:r>
      <w:r w:rsidRPr="005117ED">
        <w:rPr>
          <w:rFonts w:cs="Sakkal Majalla"/>
          <w:color w:val="000000" w:themeColor="text1"/>
          <w:sz w:val="38"/>
          <w:szCs w:val="38"/>
          <w:rtl/>
        </w:rPr>
        <w:t>والدافعية</w:t>
      </w:r>
      <w:r w:rsidRPr="005117ED">
        <w:rPr>
          <w:rFonts w:cs="Sakkal Majalla"/>
          <w:color w:val="000000" w:themeColor="text1"/>
          <w:sz w:val="38"/>
          <w:szCs w:val="38"/>
        </w:rPr>
        <w:t xml:space="preserve"> </w:t>
      </w:r>
      <w:r w:rsidRPr="005117ED">
        <w:rPr>
          <w:rFonts w:cs="Sakkal Majalla"/>
          <w:color w:val="000000" w:themeColor="text1"/>
          <w:sz w:val="38"/>
          <w:szCs w:val="38"/>
          <w:rtl/>
        </w:rPr>
        <w:t>الداخلية</w:t>
      </w:r>
      <w:r w:rsidRPr="005117ED">
        <w:rPr>
          <w:rFonts w:cs="Sakkal Majalla"/>
          <w:color w:val="000000" w:themeColor="text1"/>
          <w:sz w:val="38"/>
          <w:szCs w:val="38"/>
        </w:rPr>
        <w:t xml:space="preserve"> </w:t>
      </w:r>
      <w:r w:rsidRPr="005117ED">
        <w:rPr>
          <w:rFonts w:cs="Sakkal Majalla"/>
          <w:color w:val="000000" w:themeColor="text1"/>
          <w:sz w:val="38"/>
          <w:szCs w:val="38"/>
          <w:rtl/>
        </w:rPr>
        <w:t>تتفاعل</w:t>
      </w:r>
      <w:r w:rsidRPr="005117ED">
        <w:rPr>
          <w:rFonts w:cs="Sakkal Majalla"/>
          <w:color w:val="000000" w:themeColor="text1"/>
          <w:sz w:val="38"/>
          <w:szCs w:val="38"/>
        </w:rPr>
        <w:t xml:space="preserve"> </w:t>
      </w:r>
      <w:r w:rsidRPr="005117ED">
        <w:rPr>
          <w:rFonts w:cs="Sakkal Majalla"/>
          <w:color w:val="000000" w:themeColor="text1"/>
          <w:sz w:val="38"/>
          <w:szCs w:val="38"/>
          <w:rtl/>
        </w:rPr>
        <w:t>لإنتاج</w:t>
      </w:r>
      <w:r w:rsidRPr="005117ED">
        <w:rPr>
          <w:rFonts w:cs="Sakkal Majalla"/>
          <w:color w:val="000000" w:themeColor="text1"/>
          <w:sz w:val="38"/>
          <w:szCs w:val="38"/>
        </w:rPr>
        <w:t xml:space="preserve"> </w:t>
      </w:r>
      <w:r w:rsidRPr="005117ED">
        <w:rPr>
          <w:rFonts w:cs="Sakkal Majalla"/>
          <w:color w:val="000000" w:themeColor="text1"/>
          <w:sz w:val="38"/>
          <w:szCs w:val="38"/>
          <w:rtl/>
        </w:rPr>
        <w:t>الأداء</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الإبداعي،</w:t>
      </w:r>
      <w:r w:rsidRPr="005117ED">
        <w:rPr>
          <w:rFonts w:cs="Sakkal Majalla"/>
          <w:color w:val="000000" w:themeColor="text1"/>
          <w:sz w:val="38"/>
          <w:szCs w:val="38"/>
        </w:rPr>
        <w:t xml:space="preserve"> </w:t>
      </w:r>
      <w:r w:rsidRPr="005117ED">
        <w:rPr>
          <w:rFonts w:cs="Sakkal Majalla"/>
          <w:color w:val="000000" w:themeColor="text1"/>
          <w:sz w:val="38"/>
          <w:szCs w:val="38"/>
          <w:rtl/>
        </w:rPr>
        <w:t>بينما</w:t>
      </w:r>
      <w:r w:rsidRPr="005117ED">
        <w:rPr>
          <w:rFonts w:cs="Sakkal Majalla"/>
          <w:color w:val="000000" w:themeColor="text1"/>
          <w:sz w:val="38"/>
          <w:szCs w:val="38"/>
        </w:rPr>
        <w:t xml:space="preserve"> </w:t>
      </w:r>
      <w:r w:rsidRPr="005117ED">
        <w:rPr>
          <w:rFonts w:cs="Sakkal Majalla"/>
          <w:color w:val="000000" w:themeColor="text1"/>
          <w:sz w:val="38"/>
          <w:szCs w:val="38"/>
          <w:rtl/>
        </w:rPr>
        <w:t>يضيف</w:t>
      </w:r>
      <w:r w:rsidRPr="005117ED">
        <w:rPr>
          <w:rFonts w:cs="Sakkal Majalla"/>
          <w:color w:val="000000" w:themeColor="text1"/>
          <w:sz w:val="38"/>
          <w:szCs w:val="38"/>
        </w:rPr>
        <w:t xml:space="preserve"> </w:t>
      </w:r>
      <w:r w:rsidRPr="005117ED">
        <w:rPr>
          <w:rFonts w:cs="Sakkal Majalla"/>
          <w:color w:val="000000" w:themeColor="text1"/>
          <w:sz w:val="38"/>
          <w:szCs w:val="38"/>
          <w:rtl/>
        </w:rPr>
        <w:t>المنظور</w:t>
      </w:r>
      <w:r w:rsidRPr="005117ED">
        <w:rPr>
          <w:rFonts w:cs="Sakkal Majalla"/>
          <w:color w:val="000000" w:themeColor="text1"/>
          <w:sz w:val="38"/>
          <w:szCs w:val="38"/>
        </w:rPr>
        <w:t xml:space="preserve"> </w:t>
      </w:r>
      <w:r w:rsidRPr="005117ED">
        <w:rPr>
          <w:rFonts w:cs="Sakkal Majalla"/>
          <w:color w:val="000000" w:themeColor="text1"/>
          <w:sz w:val="38"/>
          <w:szCs w:val="38"/>
          <w:rtl/>
        </w:rPr>
        <w:t>التنظيمي</w:t>
      </w:r>
      <w:r w:rsidRPr="005117ED">
        <w:rPr>
          <w:rFonts w:cs="Sakkal Majalla"/>
          <w:color w:val="000000" w:themeColor="text1"/>
          <w:sz w:val="38"/>
          <w:szCs w:val="38"/>
        </w:rPr>
        <w:t xml:space="preserve"> </w:t>
      </w:r>
      <w:r w:rsidRPr="005117ED">
        <w:rPr>
          <w:rFonts w:cs="Sakkal Majalla"/>
          <w:color w:val="000000" w:themeColor="text1"/>
          <w:sz w:val="38"/>
          <w:szCs w:val="38"/>
          <w:rtl/>
        </w:rPr>
        <w:t>عناصر</w:t>
      </w:r>
      <w:r w:rsidRPr="005117ED">
        <w:rPr>
          <w:rFonts w:cs="Sakkal Majalla"/>
          <w:color w:val="000000" w:themeColor="text1"/>
          <w:sz w:val="38"/>
          <w:szCs w:val="38"/>
        </w:rPr>
        <w:t xml:space="preserve"> </w:t>
      </w:r>
      <w:r w:rsidRPr="005117ED">
        <w:rPr>
          <w:rFonts w:cs="Sakkal Majalla"/>
          <w:color w:val="000000" w:themeColor="text1"/>
          <w:sz w:val="38"/>
          <w:szCs w:val="38"/>
          <w:rtl/>
        </w:rPr>
        <w:t>مثل</w:t>
      </w:r>
      <w:r w:rsidRPr="005117ED">
        <w:rPr>
          <w:rFonts w:cs="Sakkal Majalla"/>
          <w:color w:val="000000" w:themeColor="text1"/>
          <w:sz w:val="38"/>
          <w:szCs w:val="38"/>
        </w:rPr>
        <w:t xml:space="preserve"> </w:t>
      </w:r>
      <w:r w:rsidRPr="005117ED">
        <w:rPr>
          <w:rFonts w:cs="Sakkal Majalla"/>
          <w:color w:val="000000" w:themeColor="text1"/>
          <w:sz w:val="38"/>
          <w:szCs w:val="38"/>
          <w:rtl/>
        </w:rPr>
        <w:t>الموارد،</w:t>
      </w:r>
      <w:r w:rsidRPr="005117ED">
        <w:rPr>
          <w:rFonts w:cs="Sakkal Majalla"/>
          <w:color w:val="000000" w:themeColor="text1"/>
          <w:sz w:val="38"/>
          <w:szCs w:val="38"/>
        </w:rPr>
        <w:t xml:space="preserve"> </w:t>
      </w:r>
      <w:r w:rsidRPr="005117ED">
        <w:rPr>
          <w:rFonts w:cs="Sakkal Majalla"/>
          <w:color w:val="000000" w:themeColor="text1"/>
          <w:sz w:val="38"/>
          <w:szCs w:val="38"/>
          <w:rtl/>
        </w:rPr>
        <w:t>واستقلالية</w:t>
      </w:r>
      <w:r w:rsidRPr="005117ED">
        <w:rPr>
          <w:rFonts w:cs="Sakkal Majalla"/>
          <w:color w:val="000000" w:themeColor="text1"/>
          <w:sz w:val="38"/>
          <w:szCs w:val="38"/>
        </w:rPr>
        <w:t xml:space="preserve"> </w:t>
      </w:r>
      <w:r w:rsidRPr="005117ED">
        <w:rPr>
          <w:rFonts w:cs="Sakkal Majalla"/>
          <w:color w:val="000000" w:themeColor="text1"/>
          <w:sz w:val="38"/>
          <w:szCs w:val="38"/>
          <w:rtl/>
        </w:rPr>
        <w:t>العمل،</w:t>
      </w:r>
      <w:r w:rsidRPr="005117ED">
        <w:rPr>
          <w:rFonts w:cs="Sakkal Majalla"/>
          <w:color w:val="000000" w:themeColor="text1"/>
          <w:sz w:val="38"/>
          <w:szCs w:val="38"/>
        </w:rPr>
        <w:t xml:space="preserve"> </w:t>
      </w:r>
      <w:r w:rsidRPr="005117ED">
        <w:rPr>
          <w:rFonts w:cs="Sakkal Majalla"/>
          <w:color w:val="000000" w:themeColor="text1"/>
          <w:sz w:val="38"/>
          <w:szCs w:val="38"/>
          <w:rtl/>
        </w:rPr>
        <w:t>والدعم</w:t>
      </w:r>
      <w:r w:rsidRPr="005117ED">
        <w:rPr>
          <w:rFonts w:cs="Sakkal Majalla"/>
          <w:color w:val="000000" w:themeColor="text1"/>
          <w:sz w:val="38"/>
          <w:szCs w:val="38"/>
        </w:rPr>
        <w:t xml:space="preserve"> </w:t>
      </w:r>
      <w:r w:rsidRPr="005117ED">
        <w:rPr>
          <w:rFonts w:cs="Sakkal Majalla"/>
          <w:color w:val="000000" w:themeColor="text1"/>
          <w:sz w:val="38"/>
          <w:szCs w:val="38"/>
          <w:rtl/>
        </w:rPr>
        <w:t>الإشرافي،</w:t>
      </w:r>
      <w:r w:rsidRPr="005117ED">
        <w:rPr>
          <w:rFonts w:cs="Sakkal Majalla"/>
          <w:color w:val="000000" w:themeColor="text1"/>
          <w:sz w:val="38"/>
          <w:szCs w:val="38"/>
        </w:rPr>
        <w:t xml:space="preserve"> </w:t>
      </w:r>
      <w:r w:rsidRPr="005117ED">
        <w:rPr>
          <w:rFonts w:cs="Sakkal Majalla"/>
          <w:color w:val="000000" w:themeColor="text1"/>
          <w:sz w:val="38"/>
          <w:szCs w:val="38"/>
          <w:rtl/>
        </w:rPr>
        <w:t>ونظم</w:t>
      </w:r>
      <w:r w:rsidRPr="005117ED">
        <w:rPr>
          <w:rFonts w:cs="Sakkal Majalla"/>
          <w:color w:val="000000" w:themeColor="text1"/>
          <w:sz w:val="38"/>
          <w:szCs w:val="38"/>
        </w:rPr>
        <w:t xml:space="preserve"> </w:t>
      </w:r>
      <w:r w:rsidRPr="005117ED">
        <w:rPr>
          <w:rFonts w:cs="Sakkal Majalla"/>
          <w:color w:val="000000" w:themeColor="text1"/>
          <w:sz w:val="38"/>
          <w:szCs w:val="38"/>
          <w:rtl/>
        </w:rPr>
        <w:t>التقدير</w:t>
      </w:r>
      <w:r w:rsidRPr="005117ED">
        <w:rPr>
          <w:rFonts w:cs="Sakkal Majalla"/>
          <w:color w:val="000000" w:themeColor="text1"/>
          <w:sz w:val="38"/>
          <w:szCs w:val="38"/>
        </w:rPr>
        <w:t xml:space="preserve"> </w:t>
      </w:r>
      <w:r w:rsidR="00AD1369" w:rsidRPr="005117ED">
        <w:rPr>
          <w:rFonts w:cs="Sakkal Majalla" w:hint="cs"/>
          <w:color w:val="000000" w:themeColor="text1"/>
          <w:sz w:val="38"/>
          <w:szCs w:val="38"/>
          <w:rtl/>
        </w:rPr>
        <w:t>(</w:t>
      </w:r>
      <w:proofErr w:type="spellStart"/>
      <w:r w:rsidRPr="005117ED">
        <w:rPr>
          <w:rFonts w:cs="Sakkal Majalla"/>
          <w:color w:val="000000" w:themeColor="text1"/>
          <w:sz w:val="38"/>
          <w:szCs w:val="38"/>
        </w:rPr>
        <w:t>Amabile</w:t>
      </w:r>
      <w:proofErr w:type="spellEnd"/>
      <w:r w:rsidRPr="005117ED">
        <w:rPr>
          <w:rFonts w:cs="Sakkal Majalla"/>
          <w:color w:val="000000" w:themeColor="text1"/>
          <w:sz w:val="38"/>
          <w:szCs w:val="38"/>
          <w:rtl/>
        </w:rPr>
        <w:t>،</w:t>
      </w:r>
      <w:r w:rsidRPr="005117ED">
        <w:rPr>
          <w:rFonts w:cs="Sakkal Majalla"/>
          <w:color w:val="000000" w:themeColor="text1"/>
          <w:sz w:val="38"/>
          <w:szCs w:val="38"/>
        </w:rPr>
        <w:t xml:space="preserve"> 1988</w:t>
      </w:r>
      <w:r w:rsidRPr="005117ED">
        <w:rPr>
          <w:rFonts w:cs="Sakkal Majalla"/>
          <w:color w:val="000000" w:themeColor="text1"/>
          <w:sz w:val="38"/>
          <w:szCs w:val="38"/>
          <w:rtl/>
        </w:rPr>
        <w:t>؛</w:t>
      </w:r>
      <w:r w:rsidRPr="005117ED">
        <w:rPr>
          <w:rFonts w:cs="Sakkal Majalla"/>
          <w:color w:val="000000" w:themeColor="text1"/>
          <w:sz w:val="38"/>
          <w:szCs w:val="38"/>
        </w:rPr>
        <w:t xml:space="preserve"> </w:t>
      </w:r>
      <w:proofErr w:type="spellStart"/>
      <w:r w:rsidRPr="005117ED">
        <w:rPr>
          <w:rFonts w:cs="Sakkal Majalla"/>
          <w:color w:val="000000" w:themeColor="text1"/>
          <w:sz w:val="38"/>
          <w:szCs w:val="38"/>
        </w:rPr>
        <w:t>Amabile</w:t>
      </w:r>
      <w:proofErr w:type="spellEnd"/>
      <w:r w:rsidRPr="005117ED">
        <w:rPr>
          <w:rFonts w:cs="Sakkal Majalla"/>
          <w:color w:val="000000" w:themeColor="text1"/>
          <w:sz w:val="38"/>
          <w:szCs w:val="38"/>
        </w:rPr>
        <w:t xml:space="preserve"> &amp; Pratt</w:t>
      </w:r>
      <w:r w:rsidRPr="005117ED">
        <w:rPr>
          <w:rFonts w:cs="Sakkal Majalla"/>
          <w:color w:val="000000" w:themeColor="text1"/>
          <w:sz w:val="38"/>
          <w:szCs w:val="38"/>
          <w:rtl/>
        </w:rPr>
        <w:t>،</w:t>
      </w:r>
      <w:r w:rsidRPr="005117ED">
        <w:rPr>
          <w:rFonts w:cs="Sakkal Majalla"/>
          <w:color w:val="000000" w:themeColor="text1"/>
          <w:sz w:val="38"/>
          <w:szCs w:val="38"/>
        </w:rPr>
        <w:t xml:space="preserve"> 2016</w:t>
      </w:r>
      <w:r w:rsidR="00AD1369" w:rsidRPr="005117ED">
        <w:rPr>
          <w:rFonts w:cs="Sakkal Majalla" w:hint="cs"/>
          <w:color w:val="000000" w:themeColor="text1"/>
          <w:sz w:val="38"/>
          <w:szCs w:val="38"/>
          <w:rtl/>
        </w:rPr>
        <w:t>)</w:t>
      </w:r>
      <w:r w:rsidRPr="005117ED">
        <w:rPr>
          <w:rFonts w:cs="Sakkal Majalla"/>
          <w:color w:val="000000" w:themeColor="text1"/>
          <w:sz w:val="38"/>
          <w:szCs w:val="38"/>
        </w:rPr>
        <w:t xml:space="preserve">. </w:t>
      </w:r>
      <w:r w:rsidRPr="005117ED">
        <w:rPr>
          <w:rFonts w:cs="Sakkal Majalla"/>
          <w:color w:val="000000" w:themeColor="text1"/>
          <w:sz w:val="38"/>
          <w:szCs w:val="38"/>
          <w:rtl/>
        </w:rPr>
        <w:t>ومن</w:t>
      </w:r>
      <w:r w:rsidRPr="005117ED">
        <w:rPr>
          <w:rFonts w:cs="Sakkal Majalla"/>
          <w:color w:val="000000" w:themeColor="text1"/>
          <w:sz w:val="38"/>
          <w:szCs w:val="38"/>
        </w:rPr>
        <w:t xml:space="preserve"> </w:t>
      </w:r>
      <w:r w:rsidRPr="005117ED">
        <w:rPr>
          <w:rFonts w:cs="Sakkal Majalla"/>
          <w:color w:val="000000" w:themeColor="text1"/>
          <w:sz w:val="38"/>
          <w:szCs w:val="38"/>
          <w:rtl/>
        </w:rPr>
        <w:t>هنا</w:t>
      </w:r>
      <w:r w:rsidRPr="005117ED">
        <w:rPr>
          <w:rFonts w:cs="Sakkal Majalla"/>
          <w:color w:val="000000" w:themeColor="text1"/>
          <w:sz w:val="38"/>
          <w:szCs w:val="38"/>
        </w:rPr>
        <w:t xml:space="preserve"> </w:t>
      </w:r>
      <w:r w:rsidRPr="005117ED">
        <w:rPr>
          <w:rFonts w:cs="Sakkal Majalla"/>
          <w:color w:val="000000" w:themeColor="text1"/>
          <w:sz w:val="38"/>
          <w:szCs w:val="38"/>
          <w:rtl/>
        </w:rPr>
        <w:t>تكتسب</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r w:rsidRPr="005117ED">
        <w:rPr>
          <w:rFonts w:cs="Sakkal Majalla"/>
          <w:color w:val="000000" w:themeColor="text1"/>
          <w:sz w:val="38"/>
          <w:szCs w:val="38"/>
        </w:rPr>
        <w:t xml:space="preserve"> </w:t>
      </w:r>
      <w:r w:rsidRPr="005117ED">
        <w:rPr>
          <w:rFonts w:cs="Sakkal Majalla"/>
          <w:color w:val="000000" w:themeColor="text1"/>
          <w:sz w:val="38"/>
          <w:szCs w:val="38"/>
          <w:rtl/>
        </w:rPr>
        <w:t>أهميتها؛</w:t>
      </w:r>
      <w:r w:rsidRPr="005117ED">
        <w:rPr>
          <w:rFonts w:cs="Sakkal Majalla"/>
          <w:color w:val="000000" w:themeColor="text1"/>
          <w:sz w:val="38"/>
          <w:szCs w:val="38"/>
        </w:rPr>
        <w:t xml:space="preserve"> </w:t>
      </w:r>
      <w:r w:rsidRPr="005117ED">
        <w:rPr>
          <w:rFonts w:cs="Sakkal Majalla"/>
          <w:color w:val="000000" w:themeColor="text1"/>
          <w:sz w:val="38"/>
          <w:szCs w:val="38"/>
          <w:rtl/>
        </w:rPr>
        <w:t>لأنها</w:t>
      </w:r>
      <w:r w:rsidRPr="005117ED">
        <w:rPr>
          <w:rFonts w:cs="Sakkal Majalla"/>
          <w:color w:val="000000" w:themeColor="text1"/>
          <w:sz w:val="38"/>
          <w:szCs w:val="38"/>
        </w:rPr>
        <w:t xml:space="preserve"> </w:t>
      </w:r>
      <w:r w:rsidRPr="005117ED">
        <w:rPr>
          <w:rFonts w:cs="Sakkal Majalla"/>
          <w:color w:val="000000" w:themeColor="text1"/>
          <w:sz w:val="38"/>
          <w:szCs w:val="38"/>
          <w:rtl/>
        </w:rPr>
        <w:t>تتناول</w:t>
      </w:r>
      <w:r w:rsidRPr="005117ED">
        <w:rPr>
          <w:rFonts w:cs="Sakkal Majalla"/>
          <w:color w:val="000000" w:themeColor="text1"/>
          <w:sz w:val="38"/>
          <w:szCs w:val="38"/>
        </w:rPr>
        <w:t xml:space="preserve"> </w:t>
      </w:r>
      <w:r w:rsidRPr="005117ED">
        <w:rPr>
          <w:rFonts w:cs="Sakkal Majalla"/>
          <w:color w:val="000000" w:themeColor="text1"/>
          <w:sz w:val="38"/>
          <w:szCs w:val="38"/>
          <w:rtl/>
        </w:rPr>
        <w:t>تحديدًا</w:t>
      </w:r>
      <w:r w:rsidRPr="005117ED">
        <w:rPr>
          <w:rFonts w:cs="Sakkal Majalla"/>
          <w:color w:val="000000" w:themeColor="text1"/>
          <w:sz w:val="38"/>
          <w:szCs w:val="38"/>
        </w:rPr>
        <w:t xml:space="preserve"> </w:t>
      </w:r>
      <w:r w:rsidRPr="005117ED">
        <w:rPr>
          <w:rFonts w:cs="Sakkal Majalla"/>
          <w:color w:val="000000" w:themeColor="text1"/>
          <w:sz w:val="38"/>
          <w:szCs w:val="38"/>
          <w:rtl/>
        </w:rPr>
        <w:t>بناء</w:t>
      </w:r>
      <w:r w:rsidRPr="005117ED">
        <w:rPr>
          <w:rFonts w:cs="Sakkal Majalla"/>
          <w:color w:val="000000" w:themeColor="text1"/>
          <w:sz w:val="38"/>
          <w:szCs w:val="38"/>
        </w:rPr>
        <w:t xml:space="preserve"> </w:t>
      </w:r>
      <w:r w:rsidRPr="005117ED">
        <w:rPr>
          <w:rFonts w:cs="Sakkal Majalla"/>
          <w:color w:val="000000" w:themeColor="text1"/>
          <w:sz w:val="38"/>
          <w:szCs w:val="38"/>
          <w:rtl/>
        </w:rPr>
        <w:t>المعنى،</w:t>
      </w:r>
      <w:r w:rsidRPr="005117ED">
        <w:rPr>
          <w:rFonts w:cs="Sakkal Majalla"/>
          <w:color w:val="000000" w:themeColor="text1"/>
          <w:sz w:val="38"/>
          <w:szCs w:val="38"/>
        </w:rPr>
        <w:t xml:space="preserve"> </w:t>
      </w:r>
      <w:r w:rsidRPr="005117ED">
        <w:rPr>
          <w:rFonts w:cs="Sakkal Majalla"/>
          <w:color w:val="000000" w:themeColor="text1"/>
          <w:sz w:val="38"/>
          <w:szCs w:val="38"/>
          <w:rtl/>
        </w:rPr>
        <w:t>وإثارة</w:t>
      </w:r>
      <w:r w:rsidRPr="005117ED">
        <w:rPr>
          <w:rFonts w:cs="Sakkal Majalla"/>
          <w:color w:val="000000" w:themeColor="text1"/>
          <w:sz w:val="38"/>
          <w:szCs w:val="38"/>
        </w:rPr>
        <w:t xml:space="preserve"> </w:t>
      </w:r>
      <w:r w:rsidRPr="005117ED">
        <w:rPr>
          <w:rFonts w:cs="Sakkal Majalla"/>
          <w:color w:val="000000" w:themeColor="text1"/>
          <w:sz w:val="38"/>
          <w:szCs w:val="38"/>
          <w:rtl/>
        </w:rPr>
        <w:t>التفكير،</w:t>
      </w:r>
      <w:r w:rsidRPr="005117ED">
        <w:rPr>
          <w:rFonts w:cs="Sakkal Majalla"/>
          <w:color w:val="000000" w:themeColor="text1"/>
          <w:sz w:val="38"/>
          <w:szCs w:val="38"/>
        </w:rPr>
        <w:t xml:space="preserve"> </w:t>
      </w:r>
      <w:r w:rsidRPr="005117ED">
        <w:rPr>
          <w:rFonts w:cs="Sakkal Majalla"/>
          <w:color w:val="000000" w:themeColor="text1"/>
          <w:sz w:val="38"/>
          <w:szCs w:val="38"/>
          <w:rtl/>
        </w:rPr>
        <w:t>وتقدير</w:t>
      </w:r>
      <w:r w:rsidRPr="005117ED">
        <w:rPr>
          <w:rFonts w:cs="Sakkal Majalla"/>
          <w:color w:val="000000" w:themeColor="text1"/>
          <w:sz w:val="38"/>
          <w:szCs w:val="38"/>
        </w:rPr>
        <w:t xml:space="preserve"> </w:t>
      </w:r>
      <w:r w:rsidRPr="005117ED">
        <w:rPr>
          <w:rFonts w:cs="Sakkal Majalla"/>
          <w:color w:val="000000" w:themeColor="text1"/>
          <w:sz w:val="38"/>
          <w:szCs w:val="38"/>
          <w:rtl/>
        </w:rPr>
        <w:t>الفرد،</w:t>
      </w:r>
      <w:r w:rsidRPr="005117ED">
        <w:rPr>
          <w:rFonts w:cs="Sakkal Majalla"/>
          <w:color w:val="000000" w:themeColor="text1"/>
          <w:sz w:val="38"/>
          <w:szCs w:val="38"/>
        </w:rPr>
        <w:t xml:space="preserve"> </w:t>
      </w:r>
      <w:r w:rsidRPr="005117ED">
        <w:rPr>
          <w:rFonts w:cs="Sakkal Majalla"/>
          <w:color w:val="000000" w:themeColor="text1"/>
          <w:sz w:val="38"/>
          <w:szCs w:val="38"/>
          <w:rtl/>
        </w:rPr>
        <w:t>وتشكيل</w:t>
      </w:r>
      <w:r w:rsidRPr="005117ED">
        <w:rPr>
          <w:rFonts w:cs="Sakkal Majalla"/>
          <w:color w:val="000000" w:themeColor="text1"/>
          <w:sz w:val="38"/>
          <w:szCs w:val="38"/>
        </w:rPr>
        <w:t xml:space="preserve"> </w:t>
      </w:r>
      <w:r w:rsidRPr="005117ED">
        <w:rPr>
          <w:rFonts w:cs="Sakkal Majalla"/>
          <w:color w:val="000000" w:themeColor="text1"/>
          <w:sz w:val="38"/>
          <w:szCs w:val="38"/>
          <w:rtl/>
        </w:rPr>
        <w:t>الثقة،</w:t>
      </w:r>
      <w:r w:rsidRPr="005117ED">
        <w:rPr>
          <w:rFonts w:cs="Sakkal Majalla"/>
          <w:color w:val="000000" w:themeColor="text1"/>
          <w:sz w:val="38"/>
          <w:szCs w:val="38"/>
        </w:rPr>
        <w:t xml:space="preserve"> </w:t>
      </w:r>
      <w:r w:rsidRPr="005117ED">
        <w:rPr>
          <w:rFonts w:cs="Sakkal Majalla"/>
          <w:color w:val="000000" w:themeColor="text1"/>
          <w:sz w:val="38"/>
          <w:szCs w:val="38"/>
          <w:rtl/>
        </w:rPr>
        <w:t>وهي</w:t>
      </w:r>
      <w:r w:rsidRPr="005117ED">
        <w:rPr>
          <w:rFonts w:cs="Sakkal Majalla"/>
          <w:color w:val="000000" w:themeColor="text1"/>
          <w:sz w:val="38"/>
          <w:szCs w:val="38"/>
        </w:rPr>
        <w:t xml:space="preserve"> </w:t>
      </w:r>
      <w:r w:rsidRPr="005117ED">
        <w:rPr>
          <w:rFonts w:cs="Sakkal Majalla"/>
          <w:color w:val="000000" w:themeColor="text1"/>
          <w:sz w:val="38"/>
          <w:szCs w:val="38"/>
          <w:rtl/>
        </w:rPr>
        <w:t>آليات</w:t>
      </w:r>
      <w:r w:rsidRPr="005117ED">
        <w:rPr>
          <w:rFonts w:cs="Sakkal Majalla"/>
          <w:color w:val="000000" w:themeColor="text1"/>
          <w:sz w:val="38"/>
          <w:szCs w:val="38"/>
        </w:rPr>
        <w:t xml:space="preserve"> </w:t>
      </w:r>
      <w:r w:rsidRPr="005117ED">
        <w:rPr>
          <w:rFonts w:cs="Sakkal Majalla"/>
          <w:color w:val="000000" w:themeColor="text1"/>
          <w:sz w:val="38"/>
          <w:szCs w:val="38"/>
          <w:rtl/>
        </w:rPr>
        <w:t>تمس</w:t>
      </w:r>
      <w:r w:rsidRPr="005117ED">
        <w:rPr>
          <w:rFonts w:cs="Sakkal Majalla"/>
          <w:color w:val="000000" w:themeColor="text1"/>
          <w:sz w:val="38"/>
          <w:szCs w:val="38"/>
        </w:rPr>
        <w:t xml:space="preserve"> </w:t>
      </w:r>
      <w:r w:rsidRPr="005117ED">
        <w:rPr>
          <w:rFonts w:cs="Sakkal Majalla"/>
          <w:color w:val="000000" w:themeColor="text1"/>
          <w:sz w:val="38"/>
          <w:szCs w:val="38"/>
          <w:rtl/>
        </w:rPr>
        <w:t>مباشرة</w:t>
      </w:r>
      <w:r w:rsidRPr="005117ED">
        <w:rPr>
          <w:rFonts w:cs="Sakkal Majalla"/>
          <w:color w:val="000000" w:themeColor="text1"/>
          <w:sz w:val="38"/>
          <w:szCs w:val="38"/>
        </w:rPr>
        <w:t xml:space="preserve"> </w:t>
      </w:r>
      <w:r w:rsidRPr="005117ED">
        <w:rPr>
          <w:rFonts w:cs="Sakkal Majalla"/>
          <w:color w:val="000000" w:themeColor="text1"/>
          <w:sz w:val="38"/>
          <w:szCs w:val="38"/>
          <w:rtl/>
        </w:rPr>
        <w:t>مكونات</w:t>
      </w:r>
      <w:r w:rsidRPr="005117ED">
        <w:rPr>
          <w:rFonts w:cs="Sakkal Majalla"/>
          <w:color w:val="000000" w:themeColor="text1"/>
          <w:sz w:val="38"/>
          <w:szCs w:val="38"/>
        </w:rPr>
        <w:t xml:space="preserve"> </w:t>
      </w:r>
      <w:r w:rsidRPr="005117ED">
        <w:rPr>
          <w:rFonts w:cs="Sakkal Majalla"/>
          <w:color w:val="000000" w:themeColor="text1"/>
          <w:sz w:val="38"/>
          <w:szCs w:val="38"/>
          <w:rtl/>
        </w:rPr>
        <w:t>البيئة</w:t>
      </w:r>
      <w:r w:rsidRPr="005117ED">
        <w:rPr>
          <w:rFonts w:cs="Sakkal Majalla"/>
          <w:color w:val="000000" w:themeColor="text1"/>
          <w:sz w:val="38"/>
          <w:szCs w:val="38"/>
        </w:rPr>
        <w:t xml:space="preserve"> </w:t>
      </w:r>
      <w:r w:rsidRPr="005117ED">
        <w:rPr>
          <w:rFonts w:cs="Sakkal Majalla"/>
          <w:color w:val="000000" w:themeColor="text1"/>
          <w:sz w:val="38"/>
          <w:szCs w:val="38"/>
          <w:rtl/>
        </w:rPr>
        <w:t>الداعمة</w:t>
      </w:r>
      <w:r w:rsidRPr="005117ED">
        <w:rPr>
          <w:rFonts w:cs="Sakkal Majalla"/>
          <w:color w:val="000000" w:themeColor="text1"/>
          <w:sz w:val="38"/>
          <w:szCs w:val="38"/>
        </w:rPr>
        <w:t xml:space="preserve"> </w:t>
      </w:r>
      <w:r w:rsidRPr="005117ED">
        <w:rPr>
          <w:rFonts w:cs="Sakkal Majalla"/>
          <w:color w:val="000000" w:themeColor="text1"/>
          <w:sz w:val="38"/>
          <w:szCs w:val="38"/>
          <w:rtl/>
        </w:rPr>
        <w:t>للإبداع</w:t>
      </w:r>
      <w:r w:rsidRPr="005117ED">
        <w:rPr>
          <w:rFonts w:cs="Sakkal Majalla"/>
          <w:color w:val="000000" w:themeColor="text1"/>
          <w:sz w:val="38"/>
          <w:szCs w:val="38"/>
        </w:rPr>
        <w:t>.</w:t>
      </w:r>
    </w:p>
    <w:p w:rsidR="00AD1369" w:rsidRPr="005117ED" w:rsidRDefault="00AD1369" w:rsidP="00AD1369">
      <w:pPr>
        <w:spacing w:before="0"/>
        <w:ind w:firstLine="720"/>
        <w:jc w:val="both"/>
        <w:rPr>
          <w:rFonts w:cs="Sakkal Majalla"/>
          <w:color w:val="000000" w:themeColor="text1"/>
          <w:sz w:val="38"/>
          <w:szCs w:val="38"/>
        </w:rPr>
      </w:pPr>
    </w:p>
    <w:p w:rsidR="00FD5E07" w:rsidRPr="005117ED" w:rsidRDefault="00FD5E07" w:rsidP="00FD5E07">
      <w:pPr>
        <w:spacing w:before="0"/>
        <w:ind w:firstLine="0"/>
        <w:jc w:val="left"/>
        <w:outlineLvl w:val="0"/>
        <w:rPr>
          <w:rFonts w:eastAsia="Times New Roman" w:cs="Sakkal Majalla"/>
          <w:b/>
          <w:bCs/>
          <w:color w:val="000000" w:themeColor="text1"/>
          <w:sz w:val="40"/>
          <w:szCs w:val="40"/>
        </w:rPr>
      </w:pPr>
      <w:bookmarkStart w:id="20" w:name="_Toc233321972"/>
      <w:r w:rsidRPr="005117ED">
        <w:rPr>
          <w:rFonts w:eastAsia="Times New Roman" w:cs="Sakkal Majalla"/>
          <w:b/>
          <w:bCs/>
          <w:color w:val="000000" w:themeColor="text1"/>
          <w:sz w:val="40"/>
          <w:szCs w:val="40"/>
          <w:rtl/>
        </w:rPr>
        <w:t>الحادي</w:t>
      </w:r>
      <w:r w:rsidRPr="005117ED">
        <w:rPr>
          <w:rFonts w:eastAsia="Times New Roman" w:cs="Sakkal Majalla"/>
          <w:b/>
          <w:bCs/>
          <w:color w:val="000000" w:themeColor="text1"/>
          <w:sz w:val="40"/>
          <w:szCs w:val="40"/>
        </w:rPr>
        <w:t xml:space="preserve"> </w:t>
      </w:r>
      <w:proofErr w:type="gramStart"/>
      <w:r w:rsidRPr="005117ED">
        <w:rPr>
          <w:rFonts w:eastAsia="Times New Roman" w:cs="Sakkal Majalla"/>
          <w:b/>
          <w:bCs/>
          <w:color w:val="000000" w:themeColor="text1"/>
          <w:sz w:val="40"/>
          <w:szCs w:val="40"/>
          <w:rtl/>
        </w:rPr>
        <w:t>عشر</w:t>
      </w:r>
      <w:r w:rsidRPr="005117ED">
        <w:rPr>
          <w:rFonts w:eastAsia="Times New Roman" w:cs="Sakkal Majalla"/>
          <w:b/>
          <w:bCs/>
          <w:color w:val="000000" w:themeColor="text1"/>
          <w:sz w:val="40"/>
          <w:szCs w:val="40"/>
        </w:rPr>
        <w:t xml:space="preserve">: </w:t>
      </w:r>
      <w:r w:rsidR="00AD1369" w:rsidRPr="005117ED">
        <w:rPr>
          <w:rFonts w:eastAsia="Times New Roman" w:cs="Sakkal Majalla" w:hint="cs"/>
          <w:b/>
          <w:bCs/>
          <w:color w:val="000000" w:themeColor="text1"/>
          <w:sz w:val="40"/>
          <w:szCs w:val="40"/>
          <w:rtl/>
        </w:rPr>
        <w:t xml:space="preserve"> </w:t>
      </w:r>
      <w:r w:rsidRPr="005117ED">
        <w:rPr>
          <w:rFonts w:eastAsia="Times New Roman" w:cs="Sakkal Majalla"/>
          <w:b/>
          <w:bCs/>
          <w:color w:val="000000" w:themeColor="text1"/>
          <w:sz w:val="40"/>
          <w:szCs w:val="40"/>
          <w:rtl/>
        </w:rPr>
        <w:t>مبررات</w:t>
      </w:r>
      <w:proofErr w:type="gramEnd"/>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اختيار</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موضوع</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الدراسة</w:t>
      </w:r>
      <w:bookmarkEnd w:id="20"/>
    </w:p>
    <w:p w:rsidR="00FD5E07" w:rsidRPr="005117ED" w:rsidRDefault="00FD5E07" w:rsidP="00AD1369">
      <w:pPr>
        <w:spacing w:before="0"/>
        <w:ind w:firstLine="720"/>
        <w:jc w:val="both"/>
        <w:rPr>
          <w:rFonts w:cs="Sakkal Majalla"/>
          <w:color w:val="000000" w:themeColor="text1"/>
          <w:sz w:val="38"/>
          <w:szCs w:val="38"/>
        </w:rPr>
      </w:pPr>
      <w:r w:rsidRPr="005117ED">
        <w:rPr>
          <w:rFonts w:cs="Sakkal Majalla"/>
          <w:color w:val="000000" w:themeColor="text1"/>
          <w:sz w:val="38"/>
          <w:szCs w:val="38"/>
          <w:rtl/>
        </w:rPr>
        <w:t>يمكن</w:t>
      </w:r>
      <w:r w:rsidRPr="005117ED">
        <w:rPr>
          <w:rFonts w:cs="Sakkal Majalla"/>
          <w:color w:val="000000" w:themeColor="text1"/>
          <w:sz w:val="38"/>
          <w:szCs w:val="38"/>
        </w:rPr>
        <w:t xml:space="preserve"> </w:t>
      </w:r>
      <w:r w:rsidRPr="005117ED">
        <w:rPr>
          <w:rFonts w:cs="Sakkal Majalla"/>
          <w:color w:val="000000" w:themeColor="text1"/>
          <w:sz w:val="38"/>
          <w:szCs w:val="38"/>
          <w:rtl/>
        </w:rPr>
        <w:t>تلخيص</w:t>
      </w:r>
      <w:r w:rsidRPr="005117ED">
        <w:rPr>
          <w:rFonts w:cs="Sakkal Majalla"/>
          <w:color w:val="000000" w:themeColor="text1"/>
          <w:sz w:val="38"/>
          <w:szCs w:val="38"/>
        </w:rPr>
        <w:t xml:space="preserve"> </w:t>
      </w:r>
      <w:r w:rsidRPr="005117ED">
        <w:rPr>
          <w:rFonts w:cs="Sakkal Majalla"/>
          <w:color w:val="000000" w:themeColor="text1"/>
          <w:sz w:val="38"/>
          <w:szCs w:val="38"/>
          <w:rtl/>
        </w:rPr>
        <w:t>المبرر</w:t>
      </w:r>
      <w:r w:rsidRPr="005117ED">
        <w:rPr>
          <w:rFonts w:cs="Sakkal Majalla"/>
          <w:color w:val="000000" w:themeColor="text1"/>
          <w:sz w:val="38"/>
          <w:szCs w:val="38"/>
        </w:rPr>
        <w:t xml:space="preserve"> </w:t>
      </w:r>
      <w:r w:rsidRPr="005117ED">
        <w:rPr>
          <w:rFonts w:cs="Sakkal Majalla"/>
          <w:color w:val="000000" w:themeColor="text1"/>
          <w:sz w:val="38"/>
          <w:szCs w:val="38"/>
          <w:rtl/>
        </w:rPr>
        <w:t>العلمي</w:t>
      </w:r>
      <w:r w:rsidRPr="005117ED">
        <w:rPr>
          <w:rFonts w:cs="Sakkal Majalla"/>
          <w:color w:val="000000" w:themeColor="text1"/>
          <w:sz w:val="38"/>
          <w:szCs w:val="38"/>
        </w:rPr>
        <w:t xml:space="preserve"> </w:t>
      </w:r>
      <w:r w:rsidRPr="005117ED">
        <w:rPr>
          <w:rFonts w:cs="Sakkal Majalla"/>
          <w:color w:val="000000" w:themeColor="text1"/>
          <w:sz w:val="38"/>
          <w:szCs w:val="38"/>
          <w:rtl/>
        </w:rPr>
        <w:t>الأول</w:t>
      </w:r>
      <w:r w:rsidRPr="005117ED">
        <w:rPr>
          <w:rFonts w:cs="Sakkal Majalla"/>
          <w:color w:val="000000" w:themeColor="text1"/>
          <w:sz w:val="38"/>
          <w:szCs w:val="38"/>
        </w:rPr>
        <w:t xml:space="preserve"> </w:t>
      </w:r>
      <w:r w:rsidRPr="005117ED">
        <w:rPr>
          <w:rFonts w:cs="Sakkal Majalla"/>
          <w:color w:val="000000" w:themeColor="text1"/>
          <w:sz w:val="38"/>
          <w:szCs w:val="38"/>
          <w:rtl/>
        </w:rPr>
        <w:t>للدراسة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الحاجة</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اختبار</w:t>
      </w:r>
      <w:r w:rsidRPr="005117ED">
        <w:rPr>
          <w:rFonts w:cs="Sakkal Majalla"/>
          <w:color w:val="000000" w:themeColor="text1"/>
          <w:sz w:val="38"/>
          <w:szCs w:val="38"/>
        </w:rPr>
        <w:t xml:space="preserve"> </w:t>
      </w:r>
      <w:r w:rsidRPr="005117ED">
        <w:rPr>
          <w:rFonts w:cs="Sakkal Majalla"/>
          <w:color w:val="000000" w:themeColor="text1"/>
          <w:sz w:val="38"/>
          <w:szCs w:val="38"/>
          <w:rtl/>
        </w:rPr>
        <w:t>صلاحية</w:t>
      </w:r>
      <w:r w:rsidRPr="005117ED">
        <w:rPr>
          <w:rFonts w:cs="Sakkal Majalla"/>
          <w:color w:val="000000" w:themeColor="text1"/>
          <w:sz w:val="38"/>
          <w:szCs w:val="38"/>
        </w:rPr>
        <w:t xml:space="preserve"> </w:t>
      </w:r>
      <w:r w:rsidRPr="005117ED">
        <w:rPr>
          <w:rFonts w:cs="Sakkal Majalla"/>
          <w:color w:val="000000" w:themeColor="text1"/>
          <w:sz w:val="38"/>
          <w:szCs w:val="38"/>
          <w:rtl/>
        </w:rPr>
        <w:t>العلاقات</w:t>
      </w:r>
      <w:r w:rsidRPr="005117ED">
        <w:rPr>
          <w:rFonts w:cs="Sakkal Majalla"/>
          <w:color w:val="000000" w:themeColor="text1"/>
          <w:sz w:val="38"/>
          <w:szCs w:val="38"/>
        </w:rPr>
        <w:t xml:space="preserve"> </w:t>
      </w:r>
      <w:r w:rsidRPr="005117ED">
        <w:rPr>
          <w:rFonts w:cs="Sakkal Majalla"/>
          <w:color w:val="000000" w:themeColor="text1"/>
          <w:sz w:val="38"/>
          <w:szCs w:val="38"/>
          <w:rtl/>
        </w:rPr>
        <w:t>التي</w:t>
      </w:r>
      <w:r w:rsidRPr="005117ED">
        <w:rPr>
          <w:rFonts w:cs="Sakkal Majalla"/>
          <w:color w:val="000000" w:themeColor="text1"/>
          <w:sz w:val="38"/>
          <w:szCs w:val="38"/>
        </w:rPr>
        <w:t xml:space="preserve"> </w:t>
      </w:r>
      <w:r w:rsidRPr="005117ED">
        <w:rPr>
          <w:rFonts w:cs="Sakkal Majalla"/>
          <w:color w:val="000000" w:themeColor="text1"/>
          <w:sz w:val="38"/>
          <w:szCs w:val="38"/>
          <w:rtl/>
        </w:rPr>
        <w:t>طورتها</w:t>
      </w:r>
      <w:r w:rsidRPr="005117ED">
        <w:rPr>
          <w:rFonts w:cs="Sakkal Majalla"/>
          <w:color w:val="000000" w:themeColor="text1"/>
          <w:sz w:val="38"/>
          <w:szCs w:val="38"/>
        </w:rPr>
        <w:t xml:space="preserve"> </w:t>
      </w:r>
      <w:r w:rsidRPr="005117ED">
        <w:rPr>
          <w:rFonts w:cs="Sakkal Majalla"/>
          <w:color w:val="000000" w:themeColor="text1"/>
          <w:sz w:val="38"/>
          <w:szCs w:val="38"/>
          <w:rtl/>
        </w:rPr>
        <w:t>الأدبيات</w:t>
      </w:r>
      <w:r w:rsidRPr="005117ED">
        <w:rPr>
          <w:rFonts w:cs="Sakkal Majalla"/>
          <w:color w:val="000000" w:themeColor="text1"/>
          <w:sz w:val="38"/>
          <w:szCs w:val="38"/>
        </w:rPr>
        <w:t xml:space="preserve"> </w:t>
      </w:r>
      <w:r w:rsidRPr="005117ED">
        <w:rPr>
          <w:rFonts w:cs="Sakkal Majalla"/>
          <w:color w:val="000000" w:themeColor="text1"/>
          <w:sz w:val="38"/>
          <w:szCs w:val="38"/>
          <w:rtl/>
        </w:rPr>
        <w:t>الدولية</w:t>
      </w:r>
      <w:r w:rsidRPr="005117ED">
        <w:rPr>
          <w:rFonts w:cs="Sakkal Majalla"/>
          <w:color w:val="000000" w:themeColor="text1"/>
          <w:sz w:val="38"/>
          <w:szCs w:val="38"/>
        </w:rPr>
        <w:t xml:space="preserve"> </w:t>
      </w:r>
      <w:r w:rsidRPr="005117ED">
        <w:rPr>
          <w:rFonts w:cs="Sakkal Majalla"/>
          <w:color w:val="000000" w:themeColor="text1"/>
          <w:sz w:val="38"/>
          <w:szCs w:val="38"/>
          <w:rtl/>
        </w:rPr>
        <w:t>داخل</w:t>
      </w:r>
      <w:r w:rsidRPr="005117ED">
        <w:rPr>
          <w:rFonts w:cs="Sakkal Majalla"/>
          <w:color w:val="000000" w:themeColor="text1"/>
          <w:sz w:val="38"/>
          <w:szCs w:val="38"/>
        </w:rPr>
        <w:t xml:space="preserve"> </w:t>
      </w:r>
      <w:r w:rsidRPr="005117ED">
        <w:rPr>
          <w:rFonts w:cs="Sakkal Majalla"/>
          <w:color w:val="000000" w:themeColor="text1"/>
          <w:sz w:val="38"/>
          <w:szCs w:val="38"/>
          <w:rtl/>
        </w:rPr>
        <w:t>سياق</w:t>
      </w:r>
      <w:r w:rsidRPr="005117ED">
        <w:rPr>
          <w:rFonts w:cs="Sakkal Majalla"/>
          <w:color w:val="000000" w:themeColor="text1"/>
          <w:sz w:val="38"/>
          <w:szCs w:val="38"/>
        </w:rPr>
        <w:t xml:space="preserve"> </w:t>
      </w:r>
      <w:r w:rsidRPr="005117ED">
        <w:rPr>
          <w:rFonts w:cs="Sakkal Majalla"/>
          <w:color w:val="000000" w:themeColor="text1"/>
          <w:sz w:val="38"/>
          <w:szCs w:val="38"/>
          <w:rtl/>
        </w:rPr>
        <w:t>تنظيمي</w:t>
      </w:r>
      <w:r w:rsidRPr="005117ED">
        <w:rPr>
          <w:rFonts w:cs="Sakkal Majalla"/>
          <w:color w:val="000000" w:themeColor="text1"/>
          <w:sz w:val="38"/>
          <w:szCs w:val="38"/>
        </w:rPr>
        <w:t xml:space="preserve"> </w:t>
      </w:r>
      <w:r w:rsidRPr="005117ED">
        <w:rPr>
          <w:rFonts w:cs="Sakkal Majalla"/>
          <w:color w:val="000000" w:themeColor="text1"/>
          <w:sz w:val="38"/>
          <w:szCs w:val="38"/>
          <w:rtl/>
        </w:rPr>
        <w:t>سعودي</w:t>
      </w:r>
      <w:r w:rsidRPr="005117ED">
        <w:rPr>
          <w:rFonts w:cs="Sakkal Majalla"/>
          <w:color w:val="000000" w:themeColor="text1"/>
          <w:sz w:val="38"/>
          <w:szCs w:val="38"/>
        </w:rPr>
        <w:t xml:space="preserve"> </w:t>
      </w:r>
      <w:r w:rsidRPr="005117ED">
        <w:rPr>
          <w:rFonts w:cs="Sakkal Majalla"/>
          <w:color w:val="000000" w:themeColor="text1"/>
          <w:sz w:val="38"/>
          <w:szCs w:val="38"/>
          <w:rtl/>
        </w:rPr>
        <w:t>يتمتع</w:t>
      </w:r>
      <w:r w:rsidRPr="005117ED">
        <w:rPr>
          <w:rFonts w:cs="Sakkal Majalla"/>
          <w:color w:val="000000" w:themeColor="text1"/>
          <w:sz w:val="38"/>
          <w:szCs w:val="38"/>
        </w:rPr>
        <w:t xml:space="preserve"> </w:t>
      </w:r>
      <w:r w:rsidRPr="005117ED">
        <w:rPr>
          <w:rFonts w:cs="Sakkal Majalla"/>
          <w:color w:val="000000" w:themeColor="text1"/>
          <w:sz w:val="38"/>
          <w:szCs w:val="38"/>
          <w:rtl/>
        </w:rPr>
        <w:t>بخصائص</w:t>
      </w:r>
      <w:r w:rsidRPr="005117ED">
        <w:rPr>
          <w:rFonts w:cs="Sakkal Majalla"/>
          <w:color w:val="000000" w:themeColor="text1"/>
          <w:sz w:val="38"/>
          <w:szCs w:val="38"/>
        </w:rPr>
        <w:t xml:space="preserve"> </w:t>
      </w:r>
      <w:r w:rsidRPr="005117ED">
        <w:rPr>
          <w:rFonts w:cs="Sakkal Majalla"/>
          <w:color w:val="000000" w:themeColor="text1"/>
          <w:sz w:val="38"/>
          <w:szCs w:val="38"/>
          <w:rtl/>
        </w:rPr>
        <w:t>ثقافية</w:t>
      </w:r>
      <w:r w:rsidRPr="005117ED">
        <w:rPr>
          <w:rFonts w:cs="Sakkal Majalla"/>
          <w:color w:val="000000" w:themeColor="text1"/>
          <w:sz w:val="38"/>
          <w:szCs w:val="38"/>
        </w:rPr>
        <w:t xml:space="preserve"> </w:t>
      </w:r>
      <w:r w:rsidRPr="005117ED">
        <w:rPr>
          <w:rFonts w:cs="Sakkal Majalla"/>
          <w:color w:val="000000" w:themeColor="text1"/>
          <w:sz w:val="38"/>
          <w:szCs w:val="38"/>
          <w:rtl/>
        </w:rPr>
        <w:t>واقتصادية</w:t>
      </w:r>
      <w:r w:rsidRPr="005117ED">
        <w:rPr>
          <w:rFonts w:cs="Sakkal Majalla"/>
          <w:color w:val="000000" w:themeColor="text1"/>
          <w:sz w:val="38"/>
          <w:szCs w:val="38"/>
        </w:rPr>
        <w:t xml:space="preserve"> </w:t>
      </w:r>
      <w:r w:rsidRPr="005117ED">
        <w:rPr>
          <w:rFonts w:cs="Sakkal Majalla"/>
          <w:color w:val="000000" w:themeColor="text1"/>
          <w:sz w:val="38"/>
          <w:szCs w:val="38"/>
          <w:rtl/>
        </w:rPr>
        <w:t>ومؤسسية</w:t>
      </w:r>
      <w:r w:rsidRPr="005117ED">
        <w:rPr>
          <w:rFonts w:cs="Sakkal Majalla"/>
          <w:color w:val="000000" w:themeColor="text1"/>
          <w:sz w:val="38"/>
          <w:szCs w:val="38"/>
        </w:rPr>
        <w:t xml:space="preserve"> </w:t>
      </w:r>
      <w:r w:rsidRPr="005117ED">
        <w:rPr>
          <w:rFonts w:cs="Sakkal Majalla"/>
          <w:color w:val="000000" w:themeColor="text1"/>
          <w:sz w:val="38"/>
          <w:szCs w:val="38"/>
          <w:rtl/>
        </w:rPr>
        <w:t>مميزة</w:t>
      </w:r>
      <w:r w:rsidRPr="005117ED">
        <w:rPr>
          <w:rFonts w:cs="Sakkal Majalla"/>
          <w:color w:val="000000" w:themeColor="text1"/>
          <w:sz w:val="38"/>
          <w:szCs w:val="38"/>
        </w:rPr>
        <w:t xml:space="preserve">. </w:t>
      </w:r>
      <w:r w:rsidRPr="005117ED">
        <w:rPr>
          <w:rFonts w:cs="Sakkal Majalla"/>
          <w:color w:val="000000" w:themeColor="text1"/>
          <w:sz w:val="38"/>
          <w:szCs w:val="38"/>
          <w:rtl/>
        </w:rPr>
        <w:t>فالعلاقة</w:t>
      </w:r>
      <w:r w:rsidRPr="005117ED">
        <w:rPr>
          <w:rFonts w:cs="Sakkal Majalla"/>
          <w:color w:val="000000" w:themeColor="text1"/>
          <w:sz w:val="38"/>
          <w:szCs w:val="38"/>
        </w:rPr>
        <w:t xml:space="preserve"> </w:t>
      </w:r>
      <w:r w:rsidRPr="005117ED">
        <w:rPr>
          <w:rFonts w:cs="Sakkal Majalla"/>
          <w:color w:val="000000" w:themeColor="text1"/>
          <w:sz w:val="38"/>
          <w:szCs w:val="38"/>
          <w:rtl/>
        </w:rPr>
        <w:t>بين</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r w:rsidRPr="005117ED">
        <w:rPr>
          <w:rFonts w:cs="Sakkal Majalla"/>
          <w:color w:val="000000" w:themeColor="text1"/>
          <w:sz w:val="38"/>
          <w:szCs w:val="38"/>
        </w:rPr>
        <w:t xml:space="preserve"> </w:t>
      </w:r>
      <w:r w:rsidRPr="005117ED">
        <w:rPr>
          <w:rFonts w:cs="Sakkal Majalla"/>
          <w:color w:val="000000" w:themeColor="text1"/>
          <w:sz w:val="38"/>
          <w:szCs w:val="38"/>
          <w:rtl/>
        </w:rPr>
        <w:t>والإبداع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أثبتت</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قطاعات</w:t>
      </w:r>
      <w:r w:rsidRPr="005117ED">
        <w:rPr>
          <w:rFonts w:cs="Sakkal Majalla"/>
          <w:color w:val="000000" w:themeColor="text1"/>
          <w:sz w:val="38"/>
          <w:szCs w:val="38"/>
        </w:rPr>
        <w:t xml:space="preserve"> </w:t>
      </w:r>
      <w:r w:rsidRPr="005117ED">
        <w:rPr>
          <w:rFonts w:cs="Sakkal Majalla"/>
          <w:color w:val="000000" w:themeColor="text1"/>
          <w:sz w:val="38"/>
          <w:szCs w:val="38"/>
          <w:rtl/>
        </w:rPr>
        <w:t>وبلدان</w:t>
      </w:r>
      <w:r w:rsidRPr="005117ED">
        <w:rPr>
          <w:rFonts w:cs="Sakkal Majalla"/>
          <w:color w:val="000000" w:themeColor="text1"/>
          <w:sz w:val="38"/>
          <w:szCs w:val="38"/>
        </w:rPr>
        <w:t xml:space="preserve"> </w:t>
      </w:r>
      <w:r w:rsidRPr="005117ED">
        <w:rPr>
          <w:rFonts w:cs="Sakkal Majalla"/>
          <w:color w:val="000000" w:themeColor="text1"/>
          <w:sz w:val="38"/>
          <w:szCs w:val="38"/>
          <w:rtl/>
        </w:rPr>
        <w:t>متعددة،</w:t>
      </w:r>
      <w:r w:rsidRPr="005117ED">
        <w:rPr>
          <w:rFonts w:cs="Sakkal Majalla"/>
          <w:color w:val="000000" w:themeColor="text1"/>
          <w:sz w:val="38"/>
          <w:szCs w:val="38"/>
        </w:rPr>
        <w:t xml:space="preserve"> </w:t>
      </w:r>
      <w:r w:rsidRPr="005117ED">
        <w:rPr>
          <w:rFonts w:cs="Sakkal Majalla"/>
          <w:color w:val="000000" w:themeColor="text1"/>
          <w:sz w:val="38"/>
          <w:szCs w:val="38"/>
          <w:rtl/>
        </w:rPr>
        <w:t>إلا</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قوة</w:t>
      </w:r>
      <w:r w:rsidRPr="005117ED">
        <w:rPr>
          <w:rFonts w:cs="Sakkal Majalla"/>
          <w:color w:val="000000" w:themeColor="text1"/>
          <w:sz w:val="38"/>
          <w:szCs w:val="38"/>
        </w:rPr>
        <w:t xml:space="preserve"> </w:t>
      </w:r>
      <w:r w:rsidRPr="005117ED">
        <w:rPr>
          <w:rFonts w:cs="Sakkal Majalla"/>
          <w:color w:val="000000" w:themeColor="text1"/>
          <w:sz w:val="38"/>
          <w:szCs w:val="38"/>
          <w:rtl/>
        </w:rPr>
        <w:t>هذه</w:t>
      </w:r>
      <w:r w:rsidRPr="005117ED">
        <w:rPr>
          <w:rFonts w:cs="Sakkal Majalla"/>
          <w:color w:val="000000" w:themeColor="text1"/>
          <w:sz w:val="38"/>
          <w:szCs w:val="38"/>
        </w:rPr>
        <w:t xml:space="preserve"> </w:t>
      </w:r>
      <w:r w:rsidRPr="005117ED">
        <w:rPr>
          <w:rFonts w:cs="Sakkal Majalla"/>
          <w:color w:val="000000" w:themeColor="text1"/>
          <w:sz w:val="38"/>
          <w:szCs w:val="38"/>
          <w:rtl/>
        </w:rPr>
        <w:t>العلاقة</w:t>
      </w:r>
      <w:r w:rsidRPr="005117ED">
        <w:rPr>
          <w:rFonts w:cs="Sakkal Majalla"/>
          <w:color w:val="000000" w:themeColor="text1"/>
          <w:sz w:val="38"/>
          <w:szCs w:val="38"/>
        </w:rPr>
        <w:t xml:space="preserve"> </w:t>
      </w:r>
      <w:r w:rsidRPr="005117ED">
        <w:rPr>
          <w:rFonts w:cs="Sakkal Majalla"/>
          <w:color w:val="000000" w:themeColor="text1"/>
          <w:sz w:val="38"/>
          <w:szCs w:val="38"/>
          <w:rtl/>
        </w:rPr>
        <w:t>ومساراتها</w:t>
      </w:r>
      <w:r w:rsidRPr="005117ED">
        <w:rPr>
          <w:rFonts w:cs="Sakkal Majalla"/>
          <w:color w:val="000000" w:themeColor="text1"/>
          <w:sz w:val="38"/>
          <w:szCs w:val="38"/>
        </w:rPr>
        <w:t xml:space="preserve"> </w:t>
      </w:r>
      <w:r w:rsidRPr="005117ED">
        <w:rPr>
          <w:rFonts w:cs="Sakkal Majalla"/>
          <w:color w:val="000000" w:themeColor="text1"/>
          <w:sz w:val="38"/>
          <w:szCs w:val="38"/>
          <w:rtl/>
        </w:rPr>
        <w:t>قد</w:t>
      </w:r>
      <w:r w:rsidRPr="005117ED">
        <w:rPr>
          <w:rFonts w:cs="Sakkal Majalla"/>
          <w:color w:val="000000" w:themeColor="text1"/>
          <w:sz w:val="38"/>
          <w:szCs w:val="38"/>
        </w:rPr>
        <w:t xml:space="preserve"> </w:t>
      </w:r>
      <w:r w:rsidRPr="005117ED">
        <w:rPr>
          <w:rFonts w:cs="Sakkal Majalla"/>
          <w:color w:val="000000" w:themeColor="text1"/>
          <w:sz w:val="38"/>
          <w:szCs w:val="38"/>
          <w:rtl/>
        </w:rPr>
        <w:t>تختلف</w:t>
      </w:r>
      <w:r w:rsidRPr="005117ED">
        <w:rPr>
          <w:rFonts w:cs="Sakkal Majalla"/>
          <w:color w:val="000000" w:themeColor="text1"/>
          <w:sz w:val="38"/>
          <w:szCs w:val="38"/>
        </w:rPr>
        <w:t xml:space="preserve"> </w:t>
      </w:r>
      <w:r w:rsidRPr="005117ED">
        <w:rPr>
          <w:rFonts w:cs="Sakkal Majalla"/>
          <w:color w:val="000000" w:themeColor="text1"/>
          <w:sz w:val="38"/>
          <w:szCs w:val="38"/>
          <w:rtl/>
        </w:rPr>
        <w:t>باختلاف</w:t>
      </w:r>
      <w:r w:rsidRPr="005117ED">
        <w:rPr>
          <w:rFonts w:cs="Sakkal Majalla"/>
          <w:color w:val="000000" w:themeColor="text1"/>
          <w:sz w:val="38"/>
          <w:szCs w:val="38"/>
        </w:rPr>
        <w:t xml:space="preserve"> </w:t>
      </w:r>
      <w:r w:rsidRPr="005117ED">
        <w:rPr>
          <w:rFonts w:cs="Sakkal Majalla"/>
          <w:color w:val="000000" w:themeColor="text1"/>
          <w:sz w:val="38"/>
          <w:szCs w:val="38"/>
          <w:rtl/>
        </w:rPr>
        <w:t>حجم</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المنشأة،</w:t>
      </w:r>
      <w:r w:rsidRPr="005117ED">
        <w:rPr>
          <w:rFonts w:cs="Sakkal Majalla"/>
          <w:color w:val="000000" w:themeColor="text1"/>
          <w:sz w:val="38"/>
          <w:szCs w:val="38"/>
        </w:rPr>
        <w:t xml:space="preserve"> </w:t>
      </w:r>
      <w:r w:rsidRPr="005117ED">
        <w:rPr>
          <w:rFonts w:cs="Sakkal Majalla"/>
          <w:color w:val="000000" w:themeColor="text1"/>
          <w:sz w:val="38"/>
          <w:szCs w:val="38"/>
          <w:rtl/>
        </w:rPr>
        <w:t>ومستوى</w:t>
      </w:r>
      <w:r w:rsidRPr="005117ED">
        <w:rPr>
          <w:rFonts w:cs="Sakkal Majalla"/>
          <w:color w:val="000000" w:themeColor="text1"/>
          <w:sz w:val="38"/>
          <w:szCs w:val="38"/>
        </w:rPr>
        <w:t xml:space="preserve"> </w:t>
      </w:r>
      <w:r w:rsidRPr="005117ED">
        <w:rPr>
          <w:rFonts w:cs="Sakkal Majalla"/>
          <w:color w:val="000000" w:themeColor="text1"/>
          <w:sz w:val="38"/>
          <w:szCs w:val="38"/>
          <w:rtl/>
        </w:rPr>
        <w:t>الرسمية،</w:t>
      </w:r>
      <w:r w:rsidRPr="005117ED">
        <w:rPr>
          <w:rFonts w:cs="Sakkal Majalla"/>
          <w:color w:val="000000" w:themeColor="text1"/>
          <w:sz w:val="38"/>
          <w:szCs w:val="38"/>
        </w:rPr>
        <w:t xml:space="preserve"> </w:t>
      </w:r>
      <w:r w:rsidRPr="005117ED">
        <w:rPr>
          <w:rFonts w:cs="Sakkal Majalla"/>
          <w:color w:val="000000" w:themeColor="text1"/>
          <w:sz w:val="38"/>
          <w:szCs w:val="38"/>
          <w:rtl/>
        </w:rPr>
        <w:t>وطبيعة</w:t>
      </w:r>
      <w:r w:rsidRPr="005117ED">
        <w:rPr>
          <w:rFonts w:cs="Sakkal Majalla"/>
          <w:color w:val="000000" w:themeColor="text1"/>
          <w:sz w:val="38"/>
          <w:szCs w:val="38"/>
        </w:rPr>
        <w:t xml:space="preserve"> </w:t>
      </w:r>
      <w:r w:rsidRPr="005117ED">
        <w:rPr>
          <w:rFonts w:cs="Sakkal Majalla"/>
          <w:color w:val="000000" w:themeColor="text1"/>
          <w:sz w:val="38"/>
          <w:szCs w:val="38"/>
          <w:rtl/>
        </w:rPr>
        <w:t>القطاع،</w:t>
      </w:r>
      <w:r w:rsidRPr="005117ED">
        <w:rPr>
          <w:rFonts w:cs="Sakkal Majalla"/>
          <w:color w:val="000000" w:themeColor="text1"/>
          <w:sz w:val="38"/>
          <w:szCs w:val="38"/>
        </w:rPr>
        <w:t xml:space="preserve"> </w:t>
      </w:r>
      <w:r w:rsidRPr="005117ED">
        <w:rPr>
          <w:rFonts w:cs="Sakkal Majalla"/>
          <w:color w:val="000000" w:themeColor="text1"/>
          <w:sz w:val="38"/>
          <w:szCs w:val="38"/>
          <w:rtl/>
        </w:rPr>
        <w:t>ودرجة</w:t>
      </w:r>
      <w:r w:rsidRPr="005117ED">
        <w:rPr>
          <w:rFonts w:cs="Sakkal Majalla"/>
          <w:color w:val="000000" w:themeColor="text1"/>
          <w:sz w:val="38"/>
          <w:szCs w:val="38"/>
        </w:rPr>
        <w:t xml:space="preserve"> </w:t>
      </w:r>
      <w:r w:rsidRPr="005117ED">
        <w:rPr>
          <w:rFonts w:cs="Sakkal Majalla"/>
          <w:color w:val="000000" w:themeColor="text1"/>
          <w:sz w:val="38"/>
          <w:szCs w:val="38"/>
          <w:rtl/>
        </w:rPr>
        <w:t>الاعتماد</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المعرفة</w:t>
      </w:r>
      <w:r w:rsidRPr="005117ED">
        <w:rPr>
          <w:rFonts w:cs="Sakkal Majalla"/>
          <w:color w:val="000000" w:themeColor="text1"/>
          <w:sz w:val="38"/>
          <w:szCs w:val="38"/>
        </w:rPr>
        <w:t xml:space="preserve">. </w:t>
      </w:r>
      <w:r w:rsidRPr="005117ED">
        <w:rPr>
          <w:rFonts w:cs="Sakkal Majalla"/>
          <w:color w:val="000000" w:themeColor="text1"/>
          <w:sz w:val="38"/>
          <w:szCs w:val="38"/>
          <w:rtl/>
        </w:rPr>
        <w:t>ولذلك</w:t>
      </w:r>
      <w:r w:rsidRPr="005117ED">
        <w:rPr>
          <w:rFonts w:cs="Sakkal Majalla"/>
          <w:color w:val="000000" w:themeColor="text1"/>
          <w:sz w:val="38"/>
          <w:szCs w:val="38"/>
        </w:rPr>
        <w:t xml:space="preserve"> </w:t>
      </w:r>
      <w:r w:rsidRPr="005117ED">
        <w:rPr>
          <w:rFonts w:cs="Sakkal Majalla"/>
          <w:color w:val="000000" w:themeColor="text1"/>
          <w:sz w:val="38"/>
          <w:szCs w:val="38"/>
          <w:rtl/>
        </w:rPr>
        <w:t>فإن</w:t>
      </w:r>
      <w:r w:rsidRPr="005117ED">
        <w:rPr>
          <w:rFonts w:cs="Sakkal Majalla"/>
          <w:color w:val="000000" w:themeColor="text1"/>
          <w:sz w:val="38"/>
          <w:szCs w:val="38"/>
        </w:rPr>
        <w:t xml:space="preserve"> </w:t>
      </w:r>
      <w:r w:rsidRPr="005117ED">
        <w:rPr>
          <w:rFonts w:cs="Sakkal Majalla"/>
          <w:color w:val="000000" w:themeColor="text1"/>
          <w:sz w:val="38"/>
          <w:szCs w:val="38"/>
          <w:rtl/>
        </w:rPr>
        <w:t>إعادة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الاختبار</w:t>
      </w:r>
      <w:r w:rsidRPr="005117ED">
        <w:rPr>
          <w:rFonts w:cs="Sakkal Majalla"/>
          <w:color w:val="000000" w:themeColor="text1"/>
          <w:sz w:val="38"/>
          <w:szCs w:val="38"/>
        </w:rPr>
        <w:t xml:space="preserve"> </w:t>
      </w:r>
      <w:r w:rsidRPr="005117ED">
        <w:rPr>
          <w:rFonts w:cs="Sakkal Majalla"/>
          <w:color w:val="000000" w:themeColor="text1"/>
          <w:sz w:val="38"/>
          <w:szCs w:val="38"/>
          <w:rtl/>
        </w:rPr>
        <w:t>ليست</w:t>
      </w:r>
      <w:r w:rsidRPr="005117ED">
        <w:rPr>
          <w:rFonts w:cs="Sakkal Majalla"/>
          <w:color w:val="000000" w:themeColor="text1"/>
          <w:sz w:val="38"/>
          <w:szCs w:val="38"/>
        </w:rPr>
        <w:t xml:space="preserve"> </w:t>
      </w:r>
      <w:r w:rsidRPr="005117ED">
        <w:rPr>
          <w:rFonts w:cs="Sakkal Majalla"/>
          <w:color w:val="000000" w:themeColor="text1"/>
          <w:sz w:val="38"/>
          <w:szCs w:val="38"/>
          <w:rtl/>
        </w:rPr>
        <w:t>تكرارًا</w:t>
      </w:r>
      <w:r w:rsidRPr="005117ED">
        <w:rPr>
          <w:rFonts w:cs="Sakkal Majalla"/>
          <w:color w:val="000000" w:themeColor="text1"/>
          <w:sz w:val="38"/>
          <w:szCs w:val="38"/>
        </w:rPr>
        <w:t xml:space="preserve"> </w:t>
      </w:r>
      <w:r w:rsidRPr="005117ED">
        <w:rPr>
          <w:rFonts w:cs="Sakkal Majalla"/>
          <w:color w:val="000000" w:themeColor="text1"/>
          <w:sz w:val="38"/>
          <w:szCs w:val="38"/>
          <w:rtl/>
        </w:rPr>
        <w:t>آليًا،</w:t>
      </w:r>
      <w:r w:rsidRPr="005117ED">
        <w:rPr>
          <w:rFonts w:cs="Sakkal Majalla"/>
          <w:color w:val="000000" w:themeColor="text1"/>
          <w:sz w:val="38"/>
          <w:szCs w:val="38"/>
        </w:rPr>
        <w:t xml:space="preserve"> </w:t>
      </w:r>
      <w:r w:rsidRPr="005117ED">
        <w:rPr>
          <w:rFonts w:cs="Sakkal Majalla"/>
          <w:color w:val="000000" w:themeColor="text1"/>
          <w:sz w:val="38"/>
          <w:szCs w:val="38"/>
          <w:rtl/>
        </w:rPr>
        <w:t>بل</w:t>
      </w:r>
      <w:r w:rsidRPr="005117ED">
        <w:rPr>
          <w:rFonts w:cs="Sakkal Majalla"/>
          <w:color w:val="000000" w:themeColor="text1"/>
          <w:sz w:val="38"/>
          <w:szCs w:val="38"/>
        </w:rPr>
        <w:t xml:space="preserve"> </w:t>
      </w:r>
      <w:r w:rsidRPr="005117ED">
        <w:rPr>
          <w:rFonts w:cs="Sakkal Majalla"/>
          <w:color w:val="000000" w:themeColor="text1"/>
          <w:sz w:val="38"/>
          <w:szCs w:val="38"/>
          <w:rtl/>
        </w:rPr>
        <w:t>وسيلة</w:t>
      </w:r>
      <w:r w:rsidRPr="005117ED">
        <w:rPr>
          <w:rFonts w:cs="Sakkal Majalla"/>
          <w:color w:val="000000" w:themeColor="text1"/>
          <w:sz w:val="38"/>
          <w:szCs w:val="38"/>
        </w:rPr>
        <w:t xml:space="preserve"> </w:t>
      </w:r>
      <w:r w:rsidRPr="005117ED">
        <w:rPr>
          <w:rFonts w:cs="Sakkal Majalla"/>
          <w:color w:val="000000" w:themeColor="text1"/>
          <w:sz w:val="38"/>
          <w:szCs w:val="38"/>
          <w:rtl/>
        </w:rPr>
        <w:t>للتحقق</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قابلية</w:t>
      </w:r>
      <w:r w:rsidRPr="005117ED">
        <w:rPr>
          <w:rFonts w:cs="Sakkal Majalla"/>
          <w:color w:val="000000" w:themeColor="text1"/>
          <w:sz w:val="38"/>
          <w:szCs w:val="38"/>
        </w:rPr>
        <w:t xml:space="preserve"> </w:t>
      </w:r>
      <w:r w:rsidRPr="005117ED">
        <w:rPr>
          <w:rFonts w:cs="Sakkal Majalla"/>
          <w:color w:val="000000" w:themeColor="text1"/>
          <w:sz w:val="38"/>
          <w:szCs w:val="38"/>
          <w:rtl/>
        </w:rPr>
        <w:t>تعميم</w:t>
      </w:r>
      <w:r w:rsidRPr="005117ED">
        <w:rPr>
          <w:rFonts w:cs="Sakkal Majalla"/>
          <w:color w:val="000000" w:themeColor="text1"/>
          <w:sz w:val="38"/>
          <w:szCs w:val="38"/>
        </w:rPr>
        <w:t xml:space="preserve"> </w:t>
      </w:r>
      <w:r w:rsidRPr="005117ED">
        <w:rPr>
          <w:rFonts w:cs="Sakkal Majalla"/>
          <w:color w:val="000000" w:themeColor="text1"/>
          <w:sz w:val="38"/>
          <w:szCs w:val="38"/>
          <w:rtl/>
        </w:rPr>
        <w:t>النظرية</w:t>
      </w:r>
      <w:r w:rsidRPr="005117ED">
        <w:rPr>
          <w:rFonts w:cs="Sakkal Majalla"/>
          <w:color w:val="000000" w:themeColor="text1"/>
          <w:sz w:val="38"/>
          <w:szCs w:val="38"/>
        </w:rPr>
        <w:t xml:space="preserve"> </w:t>
      </w:r>
      <w:r w:rsidRPr="005117ED">
        <w:rPr>
          <w:rFonts w:cs="Sakkal Majalla"/>
          <w:color w:val="000000" w:themeColor="text1"/>
          <w:sz w:val="38"/>
          <w:szCs w:val="38"/>
          <w:rtl/>
        </w:rPr>
        <w:t>وتحديد</w:t>
      </w:r>
      <w:r w:rsidRPr="005117ED">
        <w:rPr>
          <w:rFonts w:cs="Sakkal Majalla"/>
          <w:color w:val="000000" w:themeColor="text1"/>
          <w:sz w:val="38"/>
          <w:szCs w:val="38"/>
        </w:rPr>
        <w:t xml:space="preserve"> </w:t>
      </w:r>
      <w:r w:rsidRPr="005117ED">
        <w:rPr>
          <w:rFonts w:cs="Sakkal Majalla"/>
          <w:color w:val="000000" w:themeColor="text1"/>
          <w:sz w:val="38"/>
          <w:szCs w:val="38"/>
          <w:rtl/>
        </w:rPr>
        <w:t>ما</w:t>
      </w:r>
      <w:r w:rsidRPr="005117ED">
        <w:rPr>
          <w:rFonts w:cs="Sakkal Majalla"/>
          <w:color w:val="000000" w:themeColor="text1"/>
          <w:sz w:val="38"/>
          <w:szCs w:val="38"/>
        </w:rPr>
        <w:t xml:space="preserve"> </w:t>
      </w:r>
      <w:r w:rsidRPr="005117ED">
        <w:rPr>
          <w:rFonts w:cs="Sakkal Majalla"/>
          <w:color w:val="000000" w:themeColor="text1"/>
          <w:sz w:val="38"/>
          <w:szCs w:val="38"/>
          <w:rtl/>
        </w:rPr>
        <w:t>إذا</w:t>
      </w:r>
      <w:r w:rsidRPr="005117ED">
        <w:rPr>
          <w:rFonts w:cs="Sakkal Majalla"/>
          <w:color w:val="000000" w:themeColor="text1"/>
          <w:sz w:val="38"/>
          <w:szCs w:val="38"/>
        </w:rPr>
        <w:t xml:space="preserve"> </w:t>
      </w:r>
      <w:r w:rsidRPr="005117ED">
        <w:rPr>
          <w:rFonts w:cs="Sakkal Majalla"/>
          <w:color w:val="000000" w:themeColor="text1"/>
          <w:sz w:val="38"/>
          <w:szCs w:val="38"/>
          <w:rtl/>
        </w:rPr>
        <w:t>كانت</w:t>
      </w:r>
      <w:r w:rsidRPr="005117ED">
        <w:rPr>
          <w:rFonts w:cs="Sakkal Majalla"/>
          <w:color w:val="000000" w:themeColor="text1"/>
          <w:sz w:val="38"/>
          <w:szCs w:val="38"/>
        </w:rPr>
        <w:t xml:space="preserve"> </w:t>
      </w:r>
      <w:r w:rsidRPr="005117ED">
        <w:rPr>
          <w:rFonts w:cs="Sakkal Majalla"/>
          <w:color w:val="000000" w:themeColor="text1"/>
          <w:sz w:val="38"/>
          <w:szCs w:val="38"/>
          <w:rtl/>
        </w:rPr>
        <w:t>أبعاد</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تعمل</w:t>
      </w:r>
      <w:r w:rsidRPr="005117ED">
        <w:rPr>
          <w:rFonts w:cs="Sakkal Majalla"/>
          <w:color w:val="000000" w:themeColor="text1"/>
          <w:sz w:val="38"/>
          <w:szCs w:val="38"/>
        </w:rPr>
        <w:t xml:space="preserve"> </w:t>
      </w:r>
      <w:r w:rsidRPr="005117ED">
        <w:rPr>
          <w:rFonts w:cs="Sakkal Majalla"/>
          <w:color w:val="000000" w:themeColor="text1"/>
          <w:sz w:val="38"/>
          <w:szCs w:val="38"/>
          <w:rtl/>
        </w:rPr>
        <w:t>بالقوة</w:t>
      </w:r>
      <w:r w:rsidRPr="005117ED">
        <w:rPr>
          <w:rFonts w:cs="Sakkal Majalla"/>
          <w:color w:val="000000" w:themeColor="text1"/>
          <w:sz w:val="38"/>
          <w:szCs w:val="38"/>
        </w:rPr>
        <w:t xml:space="preserve"> </w:t>
      </w:r>
      <w:r w:rsidRPr="005117ED">
        <w:rPr>
          <w:rFonts w:cs="Sakkal Majalla"/>
          <w:color w:val="000000" w:themeColor="text1"/>
          <w:sz w:val="38"/>
          <w:szCs w:val="38"/>
          <w:rtl/>
        </w:rPr>
        <w:t>نفسها</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المنشآت</w:t>
      </w:r>
      <w:r w:rsidRPr="005117ED">
        <w:rPr>
          <w:rFonts w:cs="Sakkal Majalla"/>
          <w:color w:val="000000" w:themeColor="text1"/>
          <w:sz w:val="38"/>
          <w:szCs w:val="38"/>
        </w:rPr>
        <w:t xml:space="preserve"> </w:t>
      </w:r>
      <w:r w:rsidRPr="005117ED">
        <w:rPr>
          <w:rFonts w:cs="Sakkal Majalla"/>
          <w:color w:val="000000" w:themeColor="text1"/>
          <w:sz w:val="38"/>
          <w:szCs w:val="38"/>
          <w:rtl/>
        </w:rPr>
        <w:t>الصغيرة</w:t>
      </w:r>
      <w:r w:rsidRPr="005117ED">
        <w:rPr>
          <w:rFonts w:cs="Sakkal Majalla"/>
          <w:color w:val="000000" w:themeColor="text1"/>
          <w:sz w:val="38"/>
          <w:szCs w:val="38"/>
        </w:rPr>
        <w:t xml:space="preserve"> </w:t>
      </w:r>
      <w:r w:rsidRPr="005117ED">
        <w:rPr>
          <w:rFonts w:cs="Sakkal Majalla"/>
          <w:color w:val="000000" w:themeColor="text1"/>
          <w:sz w:val="38"/>
          <w:szCs w:val="38"/>
          <w:rtl/>
        </w:rPr>
        <w:t>والمتوسطة</w:t>
      </w:r>
      <w:r w:rsidRPr="005117ED">
        <w:rPr>
          <w:rFonts w:cs="Sakkal Majalla"/>
          <w:color w:val="000000" w:themeColor="text1"/>
          <w:sz w:val="38"/>
          <w:szCs w:val="38"/>
        </w:rPr>
        <w:t xml:space="preserve"> </w:t>
      </w:r>
      <w:r w:rsidRPr="005117ED">
        <w:rPr>
          <w:rFonts w:cs="Sakkal Majalla"/>
          <w:color w:val="000000" w:themeColor="text1"/>
          <w:sz w:val="38"/>
          <w:szCs w:val="38"/>
          <w:rtl/>
        </w:rPr>
        <w:t>السعودية</w:t>
      </w:r>
      <w:r w:rsidRPr="005117ED">
        <w:rPr>
          <w:rFonts w:cs="Sakkal Majalla"/>
          <w:color w:val="000000" w:themeColor="text1"/>
          <w:sz w:val="38"/>
          <w:szCs w:val="38"/>
        </w:rPr>
        <w:t>.</w:t>
      </w:r>
    </w:p>
    <w:p w:rsidR="00FD5E07" w:rsidRPr="005117ED" w:rsidRDefault="00FD5E07" w:rsidP="00AD1369">
      <w:pPr>
        <w:spacing w:before="0"/>
        <w:ind w:firstLine="720"/>
        <w:jc w:val="both"/>
        <w:rPr>
          <w:rFonts w:cs="Sakkal Majalla"/>
          <w:color w:val="000000" w:themeColor="text1"/>
          <w:sz w:val="38"/>
          <w:szCs w:val="38"/>
        </w:rPr>
      </w:pPr>
      <w:r w:rsidRPr="005117ED">
        <w:rPr>
          <w:rFonts w:cs="Sakkal Majalla"/>
          <w:color w:val="000000" w:themeColor="text1"/>
          <w:sz w:val="38"/>
          <w:szCs w:val="38"/>
          <w:rtl/>
        </w:rPr>
        <w:t>أما</w:t>
      </w:r>
      <w:r w:rsidRPr="005117ED">
        <w:rPr>
          <w:rFonts w:cs="Sakkal Majalla"/>
          <w:color w:val="000000" w:themeColor="text1"/>
          <w:sz w:val="38"/>
          <w:szCs w:val="38"/>
        </w:rPr>
        <w:t xml:space="preserve"> </w:t>
      </w:r>
      <w:r w:rsidRPr="005117ED">
        <w:rPr>
          <w:rFonts w:cs="Sakkal Majalla"/>
          <w:color w:val="000000" w:themeColor="text1"/>
          <w:sz w:val="38"/>
          <w:szCs w:val="38"/>
          <w:rtl/>
        </w:rPr>
        <w:t>المبرر</w:t>
      </w:r>
      <w:r w:rsidRPr="005117ED">
        <w:rPr>
          <w:rFonts w:cs="Sakkal Majalla"/>
          <w:color w:val="000000" w:themeColor="text1"/>
          <w:sz w:val="38"/>
          <w:szCs w:val="38"/>
        </w:rPr>
        <w:t xml:space="preserve"> </w:t>
      </w:r>
      <w:r w:rsidRPr="005117ED">
        <w:rPr>
          <w:rFonts w:cs="Sakkal Majalla"/>
          <w:color w:val="000000" w:themeColor="text1"/>
          <w:sz w:val="38"/>
          <w:szCs w:val="38"/>
          <w:rtl/>
        </w:rPr>
        <w:t>التطبيقي</w:t>
      </w:r>
      <w:r w:rsidRPr="005117ED">
        <w:rPr>
          <w:rFonts w:cs="Sakkal Majalla"/>
          <w:color w:val="000000" w:themeColor="text1"/>
          <w:sz w:val="38"/>
          <w:szCs w:val="38"/>
        </w:rPr>
        <w:t xml:space="preserve"> </w:t>
      </w:r>
      <w:r w:rsidRPr="005117ED">
        <w:rPr>
          <w:rFonts w:cs="Sakkal Majalla"/>
          <w:color w:val="000000" w:themeColor="text1"/>
          <w:sz w:val="38"/>
          <w:szCs w:val="38"/>
          <w:rtl/>
        </w:rPr>
        <w:t>فيرتبط</w:t>
      </w:r>
      <w:r w:rsidRPr="005117ED">
        <w:rPr>
          <w:rFonts w:cs="Sakkal Majalla"/>
          <w:color w:val="000000" w:themeColor="text1"/>
          <w:sz w:val="38"/>
          <w:szCs w:val="38"/>
        </w:rPr>
        <w:t xml:space="preserve"> </w:t>
      </w:r>
      <w:r w:rsidRPr="005117ED">
        <w:rPr>
          <w:rFonts w:cs="Sakkal Majalla"/>
          <w:color w:val="000000" w:themeColor="text1"/>
          <w:sz w:val="38"/>
          <w:szCs w:val="38"/>
          <w:rtl/>
        </w:rPr>
        <w:t>بحاجة</w:t>
      </w:r>
      <w:r w:rsidRPr="005117ED">
        <w:rPr>
          <w:rFonts w:cs="Sakkal Majalla"/>
          <w:color w:val="000000" w:themeColor="text1"/>
          <w:sz w:val="38"/>
          <w:szCs w:val="38"/>
        </w:rPr>
        <w:t xml:space="preserve"> </w:t>
      </w:r>
      <w:r w:rsidRPr="005117ED">
        <w:rPr>
          <w:rFonts w:cs="Sakkal Majalla"/>
          <w:color w:val="000000" w:themeColor="text1"/>
          <w:sz w:val="38"/>
          <w:szCs w:val="38"/>
          <w:rtl/>
        </w:rPr>
        <w:t>أصحاب</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المنشآت</w:t>
      </w:r>
      <w:r w:rsidRPr="005117ED">
        <w:rPr>
          <w:rFonts w:cs="Sakkal Majalla"/>
          <w:color w:val="000000" w:themeColor="text1"/>
          <w:sz w:val="38"/>
          <w:szCs w:val="38"/>
        </w:rPr>
        <w:t xml:space="preserve"> </w:t>
      </w:r>
      <w:r w:rsidRPr="005117ED">
        <w:rPr>
          <w:rFonts w:cs="Sakkal Majalla"/>
          <w:color w:val="000000" w:themeColor="text1"/>
          <w:sz w:val="38"/>
          <w:szCs w:val="38"/>
          <w:rtl/>
        </w:rPr>
        <w:t>والمديرين</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معرفة</w:t>
      </w:r>
      <w:r w:rsidRPr="005117ED">
        <w:rPr>
          <w:rFonts w:cs="Sakkal Majalla"/>
          <w:color w:val="000000" w:themeColor="text1"/>
          <w:sz w:val="38"/>
          <w:szCs w:val="38"/>
        </w:rPr>
        <w:t xml:space="preserve"> </w:t>
      </w:r>
      <w:r w:rsidRPr="005117ED">
        <w:rPr>
          <w:rFonts w:cs="Sakkal Majalla"/>
          <w:color w:val="000000" w:themeColor="text1"/>
          <w:sz w:val="38"/>
          <w:szCs w:val="38"/>
          <w:rtl/>
        </w:rPr>
        <w:t>الممارسات</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القيادية</w:t>
      </w:r>
      <w:r w:rsidRPr="005117ED">
        <w:rPr>
          <w:rFonts w:cs="Sakkal Majalla"/>
          <w:color w:val="000000" w:themeColor="text1"/>
          <w:sz w:val="38"/>
          <w:szCs w:val="38"/>
        </w:rPr>
        <w:t xml:space="preserve"> </w:t>
      </w:r>
      <w:r w:rsidRPr="005117ED">
        <w:rPr>
          <w:rFonts w:cs="Sakkal Majalla"/>
          <w:color w:val="000000" w:themeColor="text1"/>
          <w:sz w:val="38"/>
          <w:szCs w:val="38"/>
          <w:rtl/>
        </w:rPr>
        <w:t>المحددة</w:t>
      </w:r>
      <w:r w:rsidRPr="005117ED">
        <w:rPr>
          <w:rFonts w:cs="Sakkal Majalla"/>
          <w:color w:val="000000" w:themeColor="text1"/>
          <w:sz w:val="38"/>
          <w:szCs w:val="38"/>
        </w:rPr>
        <w:t xml:space="preserve"> </w:t>
      </w:r>
      <w:r w:rsidRPr="005117ED">
        <w:rPr>
          <w:rFonts w:cs="Sakkal Majalla"/>
          <w:color w:val="000000" w:themeColor="text1"/>
          <w:sz w:val="38"/>
          <w:szCs w:val="38"/>
          <w:rtl/>
        </w:rPr>
        <w:t>التي</w:t>
      </w:r>
      <w:r w:rsidRPr="005117ED">
        <w:rPr>
          <w:rFonts w:cs="Sakkal Majalla"/>
          <w:color w:val="000000" w:themeColor="text1"/>
          <w:sz w:val="38"/>
          <w:szCs w:val="38"/>
        </w:rPr>
        <w:t xml:space="preserve"> </w:t>
      </w:r>
      <w:r w:rsidRPr="005117ED">
        <w:rPr>
          <w:rFonts w:cs="Sakkal Majalla"/>
          <w:color w:val="000000" w:themeColor="text1"/>
          <w:sz w:val="38"/>
          <w:szCs w:val="38"/>
          <w:rtl/>
        </w:rPr>
        <w:t>ترفع</w:t>
      </w:r>
      <w:r w:rsidRPr="005117ED">
        <w:rPr>
          <w:rFonts w:cs="Sakkal Majalla"/>
          <w:color w:val="000000" w:themeColor="text1"/>
          <w:sz w:val="38"/>
          <w:szCs w:val="38"/>
        </w:rPr>
        <w:t xml:space="preserve"> </w:t>
      </w:r>
      <w:r w:rsidRPr="005117ED">
        <w:rPr>
          <w:rFonts w:cs="Sakkal Majalla"/>
          <w:color w:val="000000" w:themeColor="text1"/>
          <w:sz w:val="38"/>
          <w:szCs w:val="38"/>
          <w:rtl/>
        </w:rPr>
        <w:t>احتمال</w:t>
      </w:r>
      <w:r w:rsidRPr="005117ED">
        <w:rPr>
          <w:rFonts w:cs="Sakkal Majalla"/>
          <w:color w:val="000000" w:themeColor="text1"/>
          <w:sz w:val="38"/>
          <w:szCs w:val="38"/>
        </w:rPr>
        <w:t xml:space="preserve"> </w:t>
      </w:r>
      <w:r w:rsidRPr="005117ED">
        <w:rPr>
          <w:rFonts w:cs="Sakkal Majalla"/>
          <w:color w:val="000000" w:themeColor="text1"/>
          <w:sz w:val="38"/>
          <w:szCs w:val="38"/>
          <w:rtl/>
        </w:rPr>
        <w:t>ظهور</w:t>
      </w:r>
      <w:r w:rsidRPr="005117ED">
        <w:rPr>
          <w:rFonts w:cs="Sakkal Majalla"/>
          <w:color w:val="000000" w:themeColor="text1"/>
          <w:sz w:val="38"/>
          <w:szCs w:val="38"/>
        </w:rPr>
        <w:t xml:space="preserve"> </w:t>
      </w:r>
      <w:r w:rsidRPr="005117ED">
        <w:rPr>
          <w:rFonts w:cs="Sakkal Majalla"/>
          <w:color w:val="000000" w:themeColor="text1"/>
          <w:sz w:val="38"/>
          <w:szCs w:val="38"/>
          <w:rtl/>
        </w:rPr>
        <w:t>الأفكار</w:t>
      </w:r>
      <w:r w:rsidRPr="005117ED">
        <w:rPr>
          <w:rFonts w:cs="Sakkal Majalla"/>
          <w:color w:val="000000" w:themeColor="text1"/>
          <w:sz w:val="38"/>
          <w:szCs w:val="38"/>
        </w:rPr>
        <w:t xml:space="preserve"> </w:t>
      </w:r>
      <w:r w:rsidRPr="005117ED">
        <w:rPr>
          <w:rFonts w:cs="Sakkal Majalla"/>
          <w:color w:val="000000" w:themeColor="text1"/>
          <w:sz w:val="38"/>
          <w:szCs w:val="38"/>
          <w:rtl/>
        </w:rPr>
        <w:t>الجديدة</w:t>
      </w:r>
      <w:r w:rsidRPr="005117ED">
        <w:rPr>
          <w:rFonts w:cs="Sakkal Majalla"/>
          <w:color w:val="000000" w:themeColor="text1"/>
          <w:sz w:val="38"/>
          <w:szCs w:val="38"/>
        </w:rPr>
        <w:t xml:space="preserve">. </w:t>
      </w:r>
      <w:r w:rsidRPr="005117ED">
        <w:rPr>
          <w:rFonts w:cs="Sakkal Majalla"/>
          <w:color w:val="000000" w:themeColor="text1"/>
          <w:sz w:val="38"/>
          <w:szCs w:val="38"/>
          <w:rtl/>
        </w:rPr>
        <w:t>فالقول</w:t>
      </w:r>
      <w:r w:rsidRPr="005117ED">
        <w:rPr>
          <w:rFonts w:cs="Sakkal Majalla"/>
          <w:color w:val="000000" w:themeColor="text1"/>
          <w:sz w:val="38"/>
          <w:szCs w:val="38"/>
        </w:rPr>
        <w:t xml:space="preserve"> </w:t>
      </w:r>
      <w:r w:rsidRPr="005117ED">
        <w:rPr>
          <w:rFonts w:cs="Sakkal Majalla"/>
          <w:color w:val="000000" w:themeColor="text1"/>
          <w:sz w:val="38"/>
          <w:szCs w:val="38"/>
          <w:rtl/>
        </w:rPr>
        <w:t>بأن</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مهمة</w:t>
      </w:r>
      <w:r w:rsidRPr="005117ED">
        <w:rPr>
          <w:rFonts w:cs="Sakkal Majalla"/>
          <w:color w:val="000000" w:themeColor="text1"/>
          <w:sz w:val="38"/>
          <w:szCs w:val="38"/>
        </w:rPr>
        <w:t xml:space="preserve"> </w:t>
      </w:r>
      <w:r w:rsidRPr="005117ED">
        <w:rPr>
          <w:rFonts w:cs="Sakkal Majalla"/>
          <w:color w:val="000000" w:themeColor="text1"/>
          <w:sz w:val="38"/>
          <w:szCs w:val="38"/>
          <w:rtl/>
        </w:rPr>
        <w:t>يظل</w:t>
      </w:r>
      <w:r w:rsidRPr="005117ED">
        <w:rPr>
          <w:rFonts w:cs="Sakkal Majalla"/>
          <w:color w:val="000000" w:themeColor="text1"/>
          <w:sz w:val="38"/>
          <w:szCs w:val="38"/>
        </w:rPr>
        <w:t xml:space="preserve"> </w:t>
      </w:r>
      <w:r w:rsidRPr="005117ED">
        <w:rPr>
          <w:rFonts w:cs="Sakkal Majalla"/>
          <w:color w:val="000000" w:themeColor="text1"/>
          <w:sz w:val="38"/>
          <w:szCs w:val="38"/>
          <w:rtl/>
        </w:rPr>
        <w:t>عامًا</w:t>
      </w:r>
      <w:r w:rsidRPr="005117ED">
        <w:rPr>
          <w:rFonts w:cs="Sakkal Majalla"/>
          <w:color w:val="000000" w:themeColor="text1"/>
          <w:sz w:val="38"/>
          <w:szCs w:val="38"/>
        </w:rPr>
        <w:t xml:space="preserve"> </w:t>
      </w:r>
      <w:r w:rsidRPr="005117ED">
        <w:rPr>
          <w:rFonts w:cs="Sakkal Majalla"/>
          <w:color w:val="000000" w:themeColor="text1"/>
          <w:sz w:val="38"/>
          <w:szCs w:val="38"/>
          <w:rtl/>
        </w:rPr>
        <w:t>ما</w:t>
      </w:r>
      <w:r w:rsidRPr="005117ED">
        <w:rPr>
          <w:rFonts w:cs="Sakkal Majalla"/>
          <w:color w:val="000000" w:themeColor="text1"/>
          <w:sz w:val="38"/>
          <w:szCs w:val="38"/>
        </w:rPr>
        <w:t xml:space="preserve"> </w:t>
      </w:r>
      <w:r w:rsidRPr="005117ED">
        <w:rPr>
          <w:rFonts w:cs="Sakkal Majalla"/>
          <w:color w:val="000000" w:themeColor="text1"/>
          <w:sz w:val="38"/>
          <w:szCs w:val="38"/>
          <w:rtl/>
        </w:rPr>
        <w:t>لم</w:t>
      </w:r>
      <w:r w:rsidRPr="005117ED">
        <w:rPr>
          <w:rFonts w:cs="Sakkal Majalla"/>
          <w:color w:val="000000" w:themeColor="text1"/>
          <w:sz w:val="38"/>
          <w:szCs w:val="38"/>
        </w:rPr>
        <w:t xml:space="preserve"> </w:t>
      </w:r>
      <w:r w:rsidRPr="005117ED">
        <w:rPr>
          <w:rFonts w:cs="Sakkal Majalla"/>
          <w:color w:val="000000" w:themeColor="text1"/>
          <w:sz w:val="38"/>
          <w:szCs w:val="38"/>
          <w:rtl/>
        </w:rPr>
        <w:t>يترجم</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أفعال</w:t>
      </w:r>
      <w:r w:rsidRPr="005117ED">
        <w:rPr>
          <w:rFonts w:cs="Sakkal Majalla"/>
          <w:color w:val="000000" w:themeColor="text1"/>
          <w:sz w:val="38"/>
          <w:szCs w:val="38"/>
        </w:rPr>
        <w:t xml:space="preserve"> </w:t>
      </w:r>
      <w:r w:rsidRPr="005117ED">
        <w:rPr>
          <w:rFonts w:cs="Sakkal Majalla"/>
          <w:color w:val="000000" w:themeColor="text1"/>
          <w:sz w:val="38"/>
          <w:szCs w:val="38"/>
          <w:rtl/>
        </w:rPr>
        <w:t>قابلة</w:t>
      </w:r>
      <w:r w:rsidRPr="005117ED">
        <w:rPr>
          <w:rFonts w:cs="Sakkal Majalla"/>
          <w:color w:val="000000" w:themeColor="text1"/>
          <w:sz w:val="38"/>
          <w:szCs w:val="38"/>
        </w:rPr>
        <w:t xml:space="preserve"> </w:t>
      </w:r>
      <w:r w:rsidRPr="005117ED">
        <w:rPr>
          <w:rFonts w:cs="Sakkal Majalla"/>
          <w:color w:val="000000" w:themeColor="text1"/>
          <w:sz w:val="38"/>
          <w:szCs w:val="38"/>
          <w:rtl/>
        </w:rPr>
        <w:t>للملاحظة</w:t>
      </w:r>
      <w:r w:rsidRPr="005117ED">
        <w:rPr>
          <w:rFonts w:cs="Sakkal Majalla"/>
          <w:color w:val="000000" w:themeColor="text1"/>
          <w:sz w:val="38"/>
          <w:szCs w:val="38"/>
        </w:rPr>
        <w:t xml:space="preserve"> </w:t>
      </w:r>
      <w:r w:rsidRPr="005117ED">
        <w:rPr>
          <w:rFonts w:cs="Sakkal Majalla"/>
          <w:color w:val="000000" w:themeColor="text1"/>
          <w:sz w:val="38"/>
          <w:szCs w:val="38"/>
          <w:rtl/>
        </w:rPr>
        <w:t>والقياس،</w:t>
      </w:r>
      <w:r w:rsidRPr="005117ED">
        <w:rPr>
          <w:rFonts w:cs="Sakkal Majalla"/>
          <w:color w:val="000000" w:themeColor="text1"/>
          <w:sz w:val="38"/>
          <w:szCs w:val="38"/>
        </w:rPr>
        <w:t xml:space="preserve"> </w:t>
      </w:r>
      <w:r w:rsidRPr="005117ED">
        <w:rPr>
          <w:rFonts w:cs="Sakkal Majalla"/>
          <w:color w:val="000000" w:themeColor="text1"/>
          <w:sz w:val="38"/>
          <w:szCs w:val="38"/>
          <w:rtl/>
        </w:rPr>
        <w:t>مثل</w:t>
      </w:r>
      <w:r w:rsidRPr="005117ED">
        <w:rPr>
          <w:rFonts w:cs="Sakkal Majalla"/>
          <w:color w:val="000000" w:themeColor="text1"/>
          <w:sz w:val="38"/>
          <w:szCs w:val="38"/>
        </w:rPr>
        <w:t xml:space="preserve"> </w:t>
      </w:r>
      <w:r w:rsidRPr="005117ED">
        <w:rPr>
          <w:rFonts w:cs="Sakkal Majalla"/>
          <w:color w:val="000000" w:themeColor="text1"/>
          <w:sz w:val="38"/>
          <w:szCs w:val="38"/>
          <w:rtl/>
        </w:rPr>
        <w:t>توضيح</w:t>
      </w:r>
      <w:r w:rsidRPr="005117ED">
        <w:rPr>
          <w:rFonts w:cs="Sakkal Majalla"/>
          <w:color w:val="000000" w:themeColor="text1"/>
          <w:sz w:val="38"/>
          <w:szCs w:val="38"/>
        </w:rPr>
        <w:t xml:space="preserve"> </w:t>
      </w:r>
      <w:r w:rsidRPr="005117ED">
        <w:rPr>
          <w:rFonts w:cs="Sakkal Majalla"/>
          <w:color w:val="000000" w:themeColor="text1"/>
          <w:sz w:val="38"/>
          <w:szCs w:val="38"/>
          <w:rtl/>
        </w:rPr>
        <w:t>الرؤية،</w:t>
      </w:r>
      <w:r w:rsidRPr="005117ED">
        <w:rPr>
          <w:rFonts w:cs="Sakkal Majalla"/>
          <w:color w:val="000000" w:themeColor="text1"/>
          <w:sz w:val="38"/>
          <w:szCs w:val="38"/>
        </w:rPr>
        <w:t xml:space="preserve"> </w:t>
      </w:r>
      <w:r w:rsidRPr="005117ED">
        <w:rPr>
          <w:rFonts w:cs="Sakkal Majalla"/>
          <w:color w:val="000000" w:themeColor="text1"/>
          <w:sz w:val="38"/>
          <w:szCs w:val="38"/>
          <w:rtl/>
        </w:rPr>
        <w:t>وفتح</w:t>
      </w:r>
      <w:r w:rsidRPr="005117ED">
        <w:rPr>
          <w:rFonts w:cs="Sakkal Majalla"/>
          <w:color w:val="000000" w:themeColor="text1"/>
          <w:sz w:val="38"/>
          <w:szCs w:val="38"/>
        </w:rPr>
        <w:t xml:space="preserve"> </w:t>
      </w:r>
      <w:r w:rsidRPr="005117ED">
        <w:rPr>
          <w:rFonts w:cs="Sakkal Majalla"/>
          <w:color w:val="000000" w:themeColor="text1"/>
          <w:sz w:val="38"/>
          <w:szCs w:val="38"/>
          <w:rtl/>
        </w:rPr>
        <w:t>النقاش</w:t>
      </w:r>
      <w:r w:rsidRPr="005117ED">
        <w:rPr>
          <w:rFonts w:cs="Sakkal Majalla"/>
          <w:color w:val="000000" w:themeColor="text1"/>
          <w:sz w:val="38"/>
          <w:szCs w:val="38"/>
        </w:rPr>
        <w:t xml:space="preserve"> </w:t>
      </w:r>
      <w:r w:rsidRPr="005117ED">
        <w:rPr>
          <w:rFonts w:cs="Sakkal Majalla"/>
          <w:color w:val="000000" w:themeColor="text1"/>
          <w:sz w:val="38"/>
          <w:szCs w:val="38"/>
          <w:rtl/>
        </w:rPr>
        <w:t>حول</w:t>
      </w:r>
      <w:r w:rsidRPr="005117ED">
        <w:rPr>
          <w:rFonts w:cs="Sakkal Majalla"/>
          <w:color w:val="000000" w:themeColor="text1"/>
          <w:sz w:val="38"/>
          <w:szCs w:val="38"/>
        </w:rPr>
        <w:t xml:space="preserve"> </w:t>
      </w:r>
      <w:r w:rsidRPr="005117ED">
        <w:rPr>
          <w:rFonts w:cs="Sakkal Majalla"/>
          <w:color w:val="000000" w:themeColor="text1"/>
          <w:sz w:val="38"/>
          <w:szCs w:val="38"/>
          <w:rtl/>
        </w:rPr>
        <w:t>طرق</w:t>
      </w:r>
      <w:r w:rsidRPr="005117ED">
        <w:rPr>
          <w:rFonts w:cs="Sakkal Majalla"/>
          <w:color w:val="000000" w:themeColor="text1"/>
          <w:sz w:val="38"/>
          <w:szCs w:val="38"/>
        </w:rPr>
        <w:t xml:space="preserve"> </w:t>
      </w:r>
      <w:r w:rsidRPr="005117ED">
        <w:rPr>
          <w:rFonts w:cs="Sakkal Majalla"/>
          <w:color w:val="000000" w:themeColor="text1"/>
          <w:sz w:val="38"/>
          <w:szCs w:val="38"/>
          <w:rtl/>
        </w:rPr>
        <w:t>العمل،</w:t>
      </w:r>
      <w:r w:rsidRPr="005117ED">
        <w:rPr>
          <w:rFonts w:cs="Sakkal Majalla"/>
          <w:color w:val="000000" w:themeColor="text1"/>
          <w:sz w:val="38"/>
          <w:szCs w:val="38"/>
        </w:rPr>
        <w:t xml:space="preserve"> </w:t>
      </w:r>
      <w:r w:rsidRPr="005117ED">
        <w:rPr>
          <w:rFonts w:cs="Sakkal Majalla"/>
          <w:color w:val="000000" w:themeColor="text1"/>
          <w:sz w:val="38"/>
          <w:szCs w:val="38"/>
          <w:rtl/>
        </w:rPr>
        <w:t>ومنح</w:t>
      </w:r>
      <w:r w:rsidRPr="005117ED">
        <w:rPr>
          <w:rFonts w:cs="Sakkal Majalla"/>
          <w:color w:val="000000" w:themeColor="text1"/>
          <w:sz w:val="38"/>
          <w:szCs w:val="38"/>
        </w:rPr>
        <w:t xml:space="preserve"> </w:t>
      </w:r>
      <w:r w:rsidRPr="005117ED">
        <w:rPr>
          <w:rFonts w:cs="Sakkal Majalla"/>
          <w:color w:val="000000" w:themeColor="text1"/>
          <w:sz w:val="38"/>
          <w:szCs w:val="38"/>
          <w:rtl/>
        </w:rPr>
        <w:t>تغذية</w:t>
      </w:r>
      <w:r w:rsidRPr="005117ED">
        <w:rPr>
          <w:rFonts w:cs="Sakkal Majalla"/>
          <w:color w:val="000000" w:themeColor="text1"/>
          <w:sz w:val="38"/>
          <w:szCs w:val="38"/>
        </w:rPr>
        <w:t xml:space="preserve"> </w:t>
      </w:r>
      <w:r w:rsidRPr="005117ED">
        <w:rPr>
          <w:rFonts w:cs="Sakkal Majalla"/>
          <w:color w:val="000000" w:themeColor="text1"/>
          <w:sz w:val="38"/>
          <w:szCs w:val="38"/>
          <w:rtl/>
        </w:rPr>
        <w:t>راجعة</w:t>
      </w:r>
      <w:r w:rsidRPr="005117ED">
        <w:rPr>
          <w:rFonts w:cs="Sakkal Majalla"/>
          <w:color w:val="000000" w:themeColor="text1"/>
          <w:sz w:val="38"/>
          <w:szCs w:val="38"/>
        </w:rPr>
        <w:t xml:space="preserve"> </w:t>
      </w:r>
      <w:r w:rsidRPr="005117ED">
        <w:rPr>
          <w:rFonts w:cs="Sakkal Majalla"/>
          <w:color w:val="000000" w:themeColor="text1"/>
          <w:sz w:val="38"/>
          <w:szCs w:val="38"/>
          <w:rtl/>
        </w:rPr>
        <w:t>بناءة،</w:t>
      </w:r>
      <w:r w:rsidRPr="005117ED">
        <w:rPr>
          <w:rFonts w:cs="Sakkal Majalla"/>
          <w:color w:val="000000" w:themeColor="text1"/>
          <w:sz w:val="38"/>
          <w:szCs w:val="38"/>
        </w:rPr>
        <w:t xml:space="preserve"> </w:t>
      </w:r>
      <w:r w:rsidRPr="005117ED">
        <w:rPr>
          <w:rFonts w:cs="Sakkal Majalla"/>
          <w:color w:val="000000" w:themeColor="text1"/>
          <w:sz w:val="38"/>
          <w:szCs w:val="38"/>
          <w:rtl/>
        </w:rPr>
        <w:t>وتفويض</w:t>
      </w:r>
      <w:r w:rsidRPr="005117ED">
        <w:rPr>
          <w:rFonts w:cs="Sakkal Majalla"/>
          <w:color w:val="000000" w:themeColor="text1"/>
          <w:sz w:val="38"/>
          <w:szCs w:val="38"/>
        </w:rPr>
        <w:t xml:space="preserve"> </w:t>
      </w:r>
      <w:r w:rsidRPr="005117ED">
        <w:rPr>
          <w:rFonts w:cs="Sakkal Majalla"/>
          <w:color w:val="000000" w:themeColor="text1"/>
          <w:sz w:val="38"/>
          <w:szCs w:val="38"/>
          <w:rtl/>
        </w:rPr>
        <w:t>الصلاحيات،</w:t>
      </w:r>
      <w:r w:rsidRPr="005117ED">
        <w:rPr>
          <w:rFonts w:cs="Sakkal Majalla"/>
          <w:color w:val="000000" w:themeColor="text1"/>
          <w:sz w:val="38"/>
          <w:szCs w:val="38"/>
        </w:rPr>
        <w:t xml:space="preserve"> </w:t>
      </w:r>
      <w:r w:rsidRPr="005117ED">
        <w:rPr>
          <w:rFonts w:cs="Sakkal Majalla"/>
          <w:color w:val="000000" w:themeColor="text1"/>
          <w:sz w:val="38"/>
          <w:szCs w:val="38"/>
          <w:rtl/>
        </w:rPr>
        <w:t>ورعاية</w:t>
      </w:r>
      <w:r w:rsidRPr="005117ED">
        <w:rPr>
          <w:rFonts w:cs="Sakkal Majalla"/>
          <w:color w:val="000000" w:themeColor="text1"/>
          <w:sz w:val="38"/>
          <w:szCs w:val="38"/>
        </w:rPr>
        <w:t xml:space="preserve"> </w:t>
      </w:r>
      <w:r w:rsidRPr="005117ED">
        <w:rPr>
          <w:rFonts w:cs="Sakkal Majalla"/>
          <w:color w:val="000000" w:themeColor="text1"/>
          <w:sz w:val="38"/>
          <w:szCs w:val="38"/>
          <w:rtl/>
        </w:rPr>
        <w:t>أصحاب</w:t>
      </w:r>
      <w:r w:rsidRPr="005117ED">
        <w:rPr>
          <w:rFonts w:cs="Sakkal Majalla"/>
          <w:color w:val="000000" w:themeColor="text1"/>
          <w:sz w:val="38"/>
          <w:szCs w:val="38"/>
        </w:rPr>
        <w:t xml:space="preserve"> </w:t>
      </w:r>
      <w:r w:rsidRPr="005117ED">
        <w:rPr>
          <w:rFonts w:cs="Sakkal Majalla"/>
          <w:color w:val="000000" w:themeColor="text1"/>
          <w:sz w:val="38"/>
          <w:szCs w:val="38"/>
          <w:rtl/>
        </w:rPr>
        <w:t>الأفكار</w:t>
      </w:r>
      <w:r w:rsidRPr="005117ED">
        <w:rPr>
          <w:rFonts w:cs="Sakkal Majalla"/>
          <w:color w:val="000000" w:themeColor="text1"/>
          <w:sz w:val="38"/>
          <w:szCs w:val="38"/>
        </w:rPr>
        <w:t xml:space="preserve">. </w:t>
      </w:r>
      <w:r w:rsidRPr="005117ED">
        <w:rPr>
          <w:rFonts w:cs="Sakkal Majalla"/>
          <w:color w:val="000000" w:themeColor="text1"/>
          <w:sz w:val="38"/>
          <w:szCs w:val="38"/>
          <w:rtl/>
        </w:rPr>
        <w:t>وتتيح</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ترتيب</w:t>
      </w:r>
      <w:r w:rsidRPr="005117ED">
        <w:rPr>
          <w:rFonts w:cs="Sakkal Majalla"/>
          <w:color w:val="000000" w:themeColor="text1"/>
          <w:sz w:val="38"/>
          <w:szCs w:val="38"/>
        </w:rPr>
        <w:t xml:space="preserve"> </w:t>
      </w:r>
      <w:r w:rsidRPr="005117ED">
        <w:rPr>
          <w:rFonts w:cs="Sakkal Majalla"/>
          <w:color w:val="000000" w:themeColor="text1"/>
          <w:sz w:val="38"/>
          <w:szCs w:val="38"/>
          <w:rtl/>
        </w:rPr>
        <w:t>أبعاد</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بحسب</w:t>
      </w:r>
      <w:r w:rsidRPr="005117ED">
        <w:rPr>
          <w:rFonts w:cs="Sakkal Majalla"/>
          <w:color w:val="000000" w:themeColor="text1"/>
          <w:sz w:val="38"/>
          <w:szCs w:val="38"/>
        </w:rPr>
        <w:t xml:space="preserve"> </w:t>
      </w:r>
      <w:r w:rsidRPr="005117ED">
        <w:rPr>
          <w:rFonts w:cs="Sakkal Majalla"/>
          <w:color w:val="000000" w:themeColor="text1"/>
          <w:sz w:val="38"/>
          <w:szCs w:val="38"/>
          <w:rtl/>
        </w:rPr>
        <w:t>قدرتها</w:t>
      </w:r>
      <w:r w:rsidRPr="005117ED">
        <w:rPr>
          <w:rFonts w:cs="Sakkal Majalla"/>
          <w:color w:val="000000" w:themeColor="text1"/>
          <w:sz w:val="38"/>
          <w:szCs w:val="38"/>
        </w:rPr>
        <w:t xml:space="preserve"> </w:t>
      </w:r>
      <w:r w:rsidRPr="005117ED">
        <w:rPr>
          <w:rFonts w:cs="Sakkal Majalla"/>
          <w:color w:val="000000" w:themeColor="text1"/>
          <w:sz w:val="38"/>
          <w:szCs w:val="38"/>
          <w:rtl/>
        </w:rPr>
        <w:t>التفسيرية،</w:t>
      </w:r>
      <w:r w:rsidRPr="005117ED">
        <w:rPr>
          <w:rFonts w:cs="Sakkal Majalla"/>
          <w:color w:val="000000" w:themeColor="text1"/>
          <w:sz w:val="38"/>
          <w:szCs w:val="38"/>
        </w:rPr>
        <w:t xml:space="preserve"> </w:t>
      </w:r>
      <w:r w:rsidRPr="005117ED">
        <w:rPr>
          <w:rFonts w:cs="Sakkal Majalla"/>
          <w:color w:val="000000" w:themeColor="text1"/>
          <w:sz w:val="38"/>
          <w:szCs w:val="38"/>
          <w:rtl/>
        </w:rPr>
        <w:t>بما</w:t>
      </w:r>
      <w:r w:rsidRPr="005117ED">
        <w:rPr>
          <w:rFonts w:cs="Sakkal Majalla"/>
          <w:color w:val="000000" w:themeColor="text1"/>
          <w:sz w:val="38"/>
          <w:szCs w:val="38"/>
        </w:rPr>
        <w:t xml:space="preserve"> </w:t>
      </w:r>
      <w:r w:rsidRPr="005117ED">
        <w:rPr>
          <w:rFonts w:cs="Sakkal Majalla"/>
          <w:color w:val="000000" w:themeColor="text1"/>
          <w:sz w:val="38"/>
          <w:szCs w:val="38"/>
          <w:rtl/>
        </w:rPr>
        <w:t>يساعد</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المنشآت</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توجيه</w:t>
      </w:r>
      <w:r w:rsidRPr="005117ED">
        <w:rPr>
          <w:rFonts w:cs="Sakkal Majalla"/>
          <w:color w:val="000000" w:themeColor="text1"/>
          <w:sz w:val="38"/>
          <w:szCs w:val="38"/>
        </w:rPr>
        <w:t xml:space="preserve"> </w:t>
      </w:r>
      <w:r w:rsidRPr="005117ED">
        <w:rPr>
          <w:rFonts w:cs="Sakkal Majalla"/>
          <w:color w:val="000000" w:themeColor="text1"/>
          <w:sz w:val="38"/>
          <w:szCs w:val="38"/>
          <w:rtl/>
        </w:rPr>
        <w:t>التدريب</w:t>
      </w:r>
      <w:r w:rsidRPr="005117ED">
        <w:rPr>
          <w:rFonts w:cs="Sakkal Majalla"/>
          <w:color w:val="000000" w:themeColor="text1"/>
          <w:sz w:val="38"/>
          <w:szCs w:val="38"/>
        </w:rPr>
        <w:t xml:space="preserve"> </w:t>
      </w:r>
      <w:r w:rsidRPr="005117ED">
        <w:rPr>
          <w:rFonts w:cs="Sakkal Majalla"/>
          <w:color w:val="000000" w:themeColor="text1"/>
          <w:sz w:val="38"/>
          <w:szCs w:val="38"/>
          <w:rtl/>
        </w:rPr>
        <w:t>والموارد</w:t>
      </w:r>
      <w:r w:rsidRPr="005117ED">
        <w:rPr>
          <w:rFonts w:cs="Sakkal Majalla"/>
          <w:color w:val="000000" w:themeColor="text1"/>
          <w:sz w:val="38"/>
          <w:szCs w:val="38"/>
        </w:rPr>
        <w:t xml:space="preserve"> </w:t>
      </w:r>
      <w:r w:rsidRPr="005117ED">
        <w:rPr>
          <w:rFonts w:cs="Sakkal Majalla"/>
          <w:color w:val="000000" w:themeColor="text1"/>
          <w:sz w:val="38"/>
          <w:szCs w:val="38"/>
          <w:rtl/>
        </w:rPr>
        <w:t>نحو</w:t>
      </w:r>
      <w:r w:rsidRPr="005117ED">
        <w:rPr>
          <w:rFonts w:cs="Sakkal Majalla"/>
          <w:color w:val="000000" w:themeColor="text1"/>
          <w:sz w:val="38"/>
          <w:szCs w:val="38"/>
        </w:rPr>
        <w:t xml:space="preserve"> </w:t>
      </w:r>
      <w:r w:rsidRPr="005117ED">
        <w:rPr>
          <w:rFonts w:cs="Sakkal Majalla"/>
          <w:color w:val="000000" w:themeColor="text1"/>
          <w:sz w:val="38"/>
          <w:szCs w:val="38"/>
          <w:rtl/>
        </w:rPr>
        <w:t>الممارسات</w:t>
      </w:r>
      <w:r w:rsidRPr="005117ED">
        <w:rPr>
          <w:rFonts w:cs="Sakkal Majalla"/>
          <w:color w:val="000000" w:themeColor="text1"/>
          <w:sz w:val="38"/>
          <w:szCs w:val="38"/>
        </w:rPr>
        <w:t xml:space="preserve"> </w:t>
      </w:r>
      <w:r w:rsidRPr="005117ED">
        <w:rPr>
          <w:rFonts w:cs="Sakkal Majalla"/>
          <w:color w:val="000000" w:themeColor="text1"/>
          <w:sz w:val="38"/>
          <w:szCs w:val="38"/>
          <w:rtl/>
        </w:rPr>
        <w:t>ذات</w:t>
      </w:r>
      <w:r w:rsidRPr="005117ED">
        <w:rPr>
          <w:rFonts w:cs="Sakkal Majalla"/>
          <w:color w:val="000000" w:themeColor="text1"/>
          <w:sz w:val="38"/>
          <w:szCs w:val="38"/>
        </w:rPr>
        <w:t xml:space="preserve"> </w:t>
      </w:r>
      <w:r w:rsidRPr="005117ED">
        <w:rPr>
          <w:rFonts w:cs="Sakkal Majalla"/>
          <w:color w:val="000000" w:themeColor="text1"/>
          <w:sz w:val="38"/>
          <w:szCs w:val="38"/>
          <w:rtl/>
        </w:rPr>
        <w:t>العائد</w:t>
      </w:r>
      <w:r w:rsidRPr="005117ED">
        <w:rPr>
          <w:rFonts w:cs="Sakkal Majalla"/>
          <w:color w:val="000000" w:themeColor="text1"/>
          <w:sz w:val="38"/>
          <w:szCs w:val="38"/>
        </w:rPr>
        <w:t xml:space="preserve"> </w:t>
      </w:r>
      <w:r w:rsidRPr="005117ED">
        <w:rPr>
          <w:rFonts w:cs="Sakkal Majalla"/>
          <w:color w:val="000000" w:themeColor="text1"/>
          <w:sz w:val="38"/>
          <w:szCs w:val="38"/>
          <w:rtl/>
        </w:rPr>
        <w:t>الأكبر</w:t>
      </w:r>
      <w:r w:rsidRPr="005117ED">
        <w:rPr>
          <w:rFonts w:cs="Sakkal Majalla"/>
          <w:color w:val="000000" w:themeColor="text1"/>
          <w:sz w:val="38"/>
          <w:szCs w:val="38"/>
        </w:rPr>
        <w:t>.</w:t>
      </w:r>
    </w:p>
    <w:p w:rsidR="00FD5E07" w:rsidRPr="005117ED" w:rsidRDefault="00FD5E07" w:rsidP="00AD1369">
      <w:pPr>
        <w:spacing w:before="0"/>
        <w:ind w:firstLine="720"/>
        <w:jc w:val="both"/>
        <w:rPr>
          <w:rFonts w:cs="Sakkal Majalla"/>
          <w:color w:val="000000" w:themeColor="text1"/>
          <w:sz w:val="38"/>
          <w:szCs w:val="38"/>
        </w:rPr>
      </w:pPr>
      <w:r w:rsidRPr="005117ED">
        <w:rPr>
          <w:rFonts w:cs="Sakkal Majalla"/>
          <w:color w:val="000000" w:themeColor="text1"/>
          <w:sz w:val="38"/>
          <w:szCs w:val="38"/>
          <w:rtl/>
        </w:rPr>
        <w:t>ويتصل</w:t>
      </w:r>
      <w:r w:rsidRPr="005117ED">
        <w:rPr>
          <w:rFonts w:cs="Sakkal Majalla"/>
          <w:color w:val="000000" w:themeColor="text1"/>
          <w:sz w:val="38"/>
          <w:szCs w:val="38"/>
        </w:rPr>
        <w:t xml:space="preserve"> </w:t>
      </w:r>
      <w:r w:rsidRPr="005117ED">
        <w:rPr>
          <w:rFonts w:cs="Sakkal Majalla"/>
          <w:color w:val="000000" w:themeColor="text1"/>
          <w:sz w:val="38"/>
          <w:szCs w:val="38"/>
          <w:rtl/>
        </w:rPr>
        <w:t>المبرر</w:t>
      </w:r>
      <w:r w:rsidRPr="005117ED">
        <w:rPr>
          <w:rFonts w:cs="Sakkal Majalla"/>
          <w:color w:val="000000" w:themeColor="text1"/>
          <w:sz w:val="38"/>
          <w:szCs w:val="38"/>
        </w:rPr>
        <w:t xml:space="preserve"> </w:t>
      </w:r>
      <w:r w:rsidRPr="005117ED">
        <w:rPr>
          <w:rFonts w:cs="Sakkal Majalla"/>
          <w:color w:val="000000" w:themeColor="text1"/>
          <w:sz w:val="38"/>
          <w:szCs w:val="38"/>
          <w:rtl/>
        </w:rPr>
        <w:t>المنهجي</w:t>
      </w:r>
      <w:r w:rsidRPr="005117ED">
        <w:rPr>
          <w:rFonts w:cs="Sakkal Majalla"/>
          <w:color w:val="000000" w:themeColor="text1"/>
          <w:sz w:val="38"/>
          <w:szCs w:val="38"/>
        </w:rPr>
        <w:t xml:space="preserve"> </w:t>
      </w:r>
      <w:r w:rsidRPr="005117ED">
        <w:rPr>
          <w:rFonts w:cs="Sakkal Majalla"/>
          <w:color w:val="000000" w:themeColor="text1"/>
          <w:sz w:val="38"/>
          <w:szCs w:val="38"/>
          <w:rtl/>
        </w:rPr>
        <w:t>بضرورة</w:t>
      </w:r>
      <w:r w:rsidRPr="005117ED">
        <w:rPr>
          <w:rFonts w:cs="Sakkal Majalla"/>
          <w:color w:val="000000" w:themeColor="text1"/>
          <w:sz w:val="38"/>
          <w:szCs w:val="38"/>
        </w:rPr>
        <w:t xml:space="preserve"> </w:t>
      </w:r>
      <w:r w:rsidRPr="005117ED">
        <w:rPr>
          <w:rFonts w:cs="Sakkal Majalla"/>
          <w:color w:val="000000" w:themeColor="text1"/>
          <w:sz w:val="38"/>
          <w:szCs w:val="38"/>
          <w:rtl/>
        </w:rPr>
        <w:t>الانتقال</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الوصف</w:t>
      </w:r>
      <w:r w:rsidRPr="005117ED">
        <w:rPr>
          <w:rFonts w:cs="Sakkal Majalla"/>
          <w:color w:val="000000" w:themeColor="text1"/>
          <w:sz w:val="38"/>
          <w:szCs w:val="38"/>
        </w:rPr>
        <w:t xml:space="preserve"> </w:t>
      </w:r>
      <w:r w:rsidRPr="005117ED">
        <w:rPr>
          <w:rFonts w:cs="Sakkal Majalla"/>
          <w:color w:val="000000" w:themeColor="text1"/>
          <w:sz w:val="38"/>
          <w:szCs w:val="38"/>
          <w:rtl/>
        </w:rPr>
        <w:t>العام</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اختبار</w:t>
      </w:r>
      <w:r w:rsidRPr="005117ED">
        <w:rPr>
          <w:rFonts w:cs="Sakkal Majalla"/>
          <w:color w:val="000000" w:themeColor="text1"/>
          <w:sz w:val="38"/>
          <w:szCs w:val="38"/>
        </w:rPr>
        <w:t xml:space="preserve"> </w:t>
      </w:r>
      <w:r w:rsidRPr="005117ED">
        <w:rPr>
          <w:rFonts w:cs="Sakkal Majalla"/>
          <w:color w:val="000000" w:themeColor="text1"/>
          <w:sz w:val="38"/>
          <w:szCs w:val="38"/>
          <w:rtl/>
        </w:rPr>
        <w:t>نموذج</w:t>
      </w:r>
      <w:r w:rsidRPr="005117ED">
        <w:rPr>
          <w:rFonts w:cs="Sakkal Majalla"/>
          <w:color w:val="000000" w:themeColor="text1"/>
          <w:sz w:val="38"/>
          <w:szCs w:val="38"/>
        </w:rPr>
        <w:t xml:space="preserve"> </w:t>
      </w:r>
      <w:r w:rsidRPr="005117ED">
        <w:rPr>
          <w:rFonts w:cs="Sakkal Majalla"/>
          <w:color w:val="000000" w:themeColor="text1"/>
          <w:sz w:val="38"/>
          <w:szCs w:val="38"/>
          <w:rtl/>
        </w:rPr>
        <w:t>كمي</w:t>
      </w:r>
      <w:r w:rsidRPr="005117ED">
        <w:rPr>
          <w:rFonts w:cs="Sakkal Majalla"/>
          <w:color w:val="000000" w:themeColor="text1"/>
          <w:sz w:val="38"/>
          <w:szCs w:val="38"/>
        </w:rPr>
        <w:t xml:space="preserve"> </w:t>
      </w:r>
      <w:r w:rsidRPr="005117ED">
        <w:rPr>
          <w:rFonts w:cs="Sakkal Majalla"/>
          <w:color w:val="000000" w:themeColor="text1"/>
          <w:sz w:val="38"/>
          <w:szCs w:val="38"/>
          <w:rtl/>
        </w:rPr>
        <w:t>يضم</w:t>
      </w:r>
      <w:r w:rsidRPr="005117ED">
        <w:rPr>
          <w:rFonts w:cs="Sakkal Majalla"/>
          <w:color w:val="000000" w:themeColor="text1"/>
          <w:sz w:val="38"/>
          <w:szCs w:val="38"/>
        </w:rPr>
        <w:t xml:space="preserve"> </w:t>
      </w:r>
      <w:r w:rsidRPr="005117ED">
        <w:rPr>
          <w:rFonts w:cs="Sakkal Majalla"/>
          <w:color w:val="000000" w:themeColor="text1"/>
          <w:sz w:val="38"/>
          <w:szCs w:val="38"/>
          <w:rtl/>
        </w:rPr>
        <w:t>متغيرًا</w:t>
      </w:r>
      <w:r w:rsidRPr="005117ED">
        <w:rPr>
          <w:rFonts w:cs="Sakkal Majalla"/>
          <w:color w:val="000000" w:themeColor="text1"/>
          <w:sz w:val="38"/>
          <w:szCs w:val="38"/>
        </w:rPr>
        <w:t xml:space="preserve"> </w:t>
      </w:r>
      <w:r w:rsidRPr="005117ED">
        <w:rPr>
          <w:rFonts w:cs="Sakkal Majalla"/>
          <w:color w:val="000000" w:themeColor="text1"/>
          <w:sz w:val="38"/>
          <w:szCs w:val="38"/>
          <w:rtl/>
        </w:rPr>
        <w:t>مستقلًا</w:t>
      </w:r>
      <w:r w:rsidRPr="005117ED">
        <w:rPr>
          <w:rFonts w:cs="Sakkal Majalla"/>
          <w:color w:val="000000" w:themeColor="text1"/>
          <w:sz w:val="38"/>
          <w:szCs w:val="38"/>
        </w:rPr>
        <w:t xml:space="preserve"> </w:t>
      </w:r>
      <w:r w:rsidRPr="005117ED">
        <w:rPr>
          <w:rFonts w:cs="Sakkal Majalla"/>
          <w:color w:val="000000" w:themeColor="text1"/>
          <w:sz w:val="38"/>
          <w:szCs w:val="38"/>
          <w:rtl/>
        </w:rPr>
        <w:t>متعدد</w:t>
      </w:r>
      <w:r w:rsidRPr="005117ED">
        <w:rPr>
          <w:rFonts w:cs="Sakkal Majalla"/>
          <w:color w:val="000000" w:themeColor="text1"/>
          <w:sz w:val="38"/>
          <w:szCs w:val="38"/>
        </w:rPr>
        <w:t xml:space="preserve"> </w:t>
      </w:r>
      <w:r w:rsidRPr="005117ED">
        <w:rPr>
          <w:rFonts w:cs="Sakkal Majalla"/>
          <w:color w:val="000000" w:themeColor="text1"/>
          <w:sz w:val="38"/>
          <w:szCs w:val="38"/>
          <w:rtl/>
        </w:rPr>
        <w:t>الأبعاد</w:t>
      </w:r>
      <w:r w:rsidRPr="005117ED">
        <w:rPr>
          <w:rFonts w:cs="Sakkal Majalla"/>
          <w:color w:val="000000" w:themeColor="text1"/>
          <w:sz w:val="38"/>
          <w:szCs w:val="38"/>
        </w:rPr>
        <w:t xml:space="preserve"> </w:t>
      </w:r>
      <w:r w:rsidRPr="005117ED">
        <w:rPr>
          <w:rFonts w:cs="Sakkal Majalla"/>
          <w:color w:val="000000" w:themeColor="text1"/>
          <w:sz w:val="38"/>
          <w:szCs w:val="38"/>
          <w:rtl/>
        </w:rPr>
        <w:t>ومتغيرًا</w:t>
      </w:r>
      <w:r w:rsidRPr="005117ED">
        <w:rPr>
          <w:rFonts w:cs="Sakkal Majalla"/>
          <w:color w:val="000000" w:themeColor="text1"/>
          <w:sz w:val="38"/>
          <w:szCs w:val="38"/>
        </w:rPr>
        <w:t xml:space="preserve"> </w:t>
      </w:r>
      <w:r w:rsidRPr="005117ED">
        <w:rPr>
          <w:rFonts w:cs="Sakkal Majalla"/>
          <w:color w:val="000000" w:themeColor="text1"/>
          <w:sz w:val="38"/>
          <w:szCs w:val="38"/>
          <w:rtl/>
        </w:rPr>
        <w:t>تابعًا</w:t>
      </w:r>
      <w:r w:rsidRPr="005117ED">
        <w:rPr>
          <w:rFonts w:cs="Sakkal Majalla"/>
          <w:color w:val="000000" w:themeColor="text1"/>
          <w:sz w:val="38"/>
          <w:szCs w:val="38"/>
        </w:rPr>
        <w:t xml:space="preserve"> </w:t>
      </w:r>
      <w:r w:rsidRPr="005117ED">
        <w:rPr>
          <w:rFonts w:cs="Sakkal Majalla"/>
          <w:color w:val="000000" w:themeColor="text1"/>
          <w:sz w:val="38"/>
          <w:szCs w:val="38"/>
          <w:rtl/>
        </w:rPr>
        <w:t>متعدد</w:t>
      </w:r>
      <w:r w:rsidRPr="005117ED">
        <w:rPr>
          <w:rFonts w:cs="Sakkal Majalla"/>
          <w:color w:val="000000" w:themeColor="text1"/>
          <w:sz w:val="38"/>
          <w:szCs w:val="38"/>
        </w:rPr>
        <w:t xml:space="preserve"> </w:t>
      </w:r>
      <w:r w:rsidRPr="005117ED">
        <w:rPr>
          <w:rFonts w:cs="Sakkal Majalla"/>
          <w:color w:val="000000" w:themeColor="text1"/>
          <w:sz w:val="38"/>
          <w:szCs w:val="38"/>
          <w:rtl/>
        </w:rPr>
        <w:t>الأبعاد،</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فحص</w:t>
      </w:r>
      <w:r w:rsidRPr="005117ED">
        <w:rPr>
          <w:rFonts w:cs="Sakkal Majalla"/>
          <w:color w:val="000000" w:themeColor="text1"/>
          <w:sz w:val="38"/>
          <w:szCs w:val="38"/>
        </w:rPr>
        <w:t xml:space="preserve"> </w:t>
      </w:r>
      <w:r w:rsidRPr="005117ED">
        <w:rPr>
          <w:rFonts w:cs="Sakkal Majalla"/>
          <w:color w:val="000000" w:themeColor="text1"/>
          <w:sz w:val="38"/>
          <w:szCs w:val="38"/>
          <w:rtl/>
        </w:rPr>
        <w:t>الثبات</w:t>
      </w:r>
      <w:r w:rsidRPr="005117ED">
        <w:rPr>
          <w:rFonts w:cs="Sakkal Majalla"/>
          <w:color w:val="000000" w:themeColor="text1"/>
          <w:sz w:val="38"/>
          <w:szCs w:val="38"/>
        </w:rPr>
        <w:t xml:space="preserve"> </w:t>
      </w:r>
      <w:r w:rsidRPr="005117ED">
        <w:rPr>
          <w:rFonts w:cs="Sakkal Majalla"/>
          <w:color w:val="000000" w:themeColor="text1"/>
          <w:sz w:val="38"/>
          <w:szCs w:val="38"/>
          <w:rtl/>
        </w:rPr>
        <w:t>والصدق</w:t>
      </w:r>
      <w:r w:rsidRPr="005117ED">
        <w:rPr>
          <w:rFonts w:cs="Sakkal Majalla"/>
          <w:color w:val="000000" w:themeColor="text1"/>
          <w:sz w:val="38"/>
          <w:szCs w:val="38"/>
        </w:rPr>
        <w:t xml:space="preserve"> </w:t>
      </w:r>
      <w:r w:rsidRPr="005117ED">
        <w:rPr>
          <w:rFonts w:cs="Sakkal Majalla"/>
          <w:color w:val="000000" w:themeColor="text1"/>
          <w:sz w:val="38"/>
          <w:szCs w:val="38"/>
          <w:rtl/>
        </w:rPr>
        <w:t>والعلاقات</w:t>
      </w:r>
      <w:r w:rsidRPr="005117ED">
        <w:rPr>
          <w:rFonts w:cs="Sakkal Majalla"/>
          <w:color w:val="000000" w:themeColor="text1"/>
          <w:sz w:val="38"/>
          <w:szCs w:val="38"/>
        </w:rPr>
        <w:t xml:space="preserve"> </w:t>
      </w:r>
      <w:r w:rsidRPr="005117ED">
        <w:rPr>
          <w:rFonts w:cs="Sakkal Majalla"/>
          <w:color w:val="000000" w:themeColor="text1"/>
          <w:sz w:val="38"/>
          <w:szCs w:val="38"/>
          <w:rtl/>
        </w:rPr>
        <w:t>الارتباطية</w:t>
      </w:r>
      <w:r w:rsidRPr="005117ED">
        <w:rPr>
          <w:rFonts w:cs="Sakkal Majalla"/>
          <w:color w:val="000000" w:themeColor="text1"/>
          <w:sz w:val="38"/>
          <w:szCs w:val="38"/>
        </w:rPr>
        <w:t xml:space="preserve"> </w:t>
      </w:r>
      <w:r w:rsidRPr="005117ED">
        <w:rPr>
          <w:rFonts w:cs="Sakkal Majalla"/>
          <w:color w:val="000000" w:themeColor="text1"/>
          <w:sz w:val="38"/>
          <w:szCs w:val="38"/>
          <w:rtl/>
        </w:rPr>
        <w:t>ونماذج</w:t>
      </w:r>
      <w:r w:rsidRPr="005117ED">
        <w:rPr>
          <w:rFonts w:cs="Sakkal Majalla"/>
          <w:color w:val="000000" w:themeColor="text1"/>
          <w:sz w:val="38"/>
          <w:szCs w:val="38"/>
        </w:rPr>
        <w:t xml:space="preserve"> </w:t>
      </w:r>
      <w:r w:rsidRPr="005117ED">
        <w:rPr>
          <w:rFonts w:cs="Sakkal Majalla"/>
          <w:color w:val="000000" w:themeColor="text1"/>
          <w:sz w:val="38"/>
          <w:szCs w:val="38"/>
          <w:rtl/>
        </w:rPr>
        <w:t>الانحدار</w:t>
      </w:r>
      <w:r w:rsidRPr="005117ED">
        <w:rPr>
          <w:rFonts w:cs="Sakkal Majalla"/>
          <w:color w:val="000000" w:themeColor="text1"/>
          <w:sz w:val="38"/>
          <w:szCs w:val="38"/>
        </w:rPr>
        <w:t xml:space="preserve"> </w:t>
      </w:r>
      <w:r w:rsidRPr="005117ED">
        <w:rPr>
          <w:rFonts w:cs="Sakkal Majalla"/>
          <w:color w:val="000000" w:themeColor="text1"/>
          <w:sz w:val="38"/>
          <w:szCs w:val="38"/>
          <w:rtl/>
        </w:rPr>
        <w:t>والفروق</w:t>
      </w:r>
      <w:r w:rsidRPr="005117ED">
        <w:rPr>
          <w:rFonts w:cs="Sakkal Majalla"/>
          <w:color w:val="000000" w:themeColor="text1"/>
          <w:sz w:val="38"/>
          <w:szCs w:val="38"/>
        </w:rPr>
        <w:t xml:space="preserve"> </w:t>
      </w:r>
      <w:r w:rsidRPr="005117ED">
        <w:rPr>
          <w:rFonts w:cs="Sakkal Majalla"/>
          <w:color w:val="000000" w:themeColor="text1"/>
          <w:sz w:val="38"/>
          <w:szCs w:val="38"/>
          <w:rtl/>
        </w:rPr>
        <w:t>بين</w:t>
      </w:r>
      <w:r w:rsidRPr="005117ED">
        <w:rPr>
          <w:rFonts w:cs="Sakkal Majalla"/>
          <w:color w:val="000000" w:themeColor="text1"/>
          <w:sz w:val="38"/>
          <w:szCs w:val="38"/>
        </w:rPr>
        <w:t xml:space="preserve"> </w:t>
      </w:r>
      <w:r w:rsidRPr="005117ED">
        <w:rPr>
          <w:rFonts w:cs="Sakkal Majalla"/>
          <w:color w:val="000000" w:themeColor="text1"/>
          <w:sz w:val="38"/>
          <w:szCs w:val="38"/>
          <w:rtl/>
        </w:rPr>
        <w:t>الفئات</w:t>
      </w:r>
      <w:r w:rsidRPr="005117ED">
        <w:rPr>
          <w:rFonts w:cs="Sakkal Majalla"/>
          <w:color w:val="000000" w:themeColor="text1"/>
          <w:sz w:val="38"/>
          <w:szCs w:val="38"/>
        </w:rPr>
        <w:t xml:space="preserve">. </w:t>
      </w:r>
      <w:r w:rsidRPr="005117ED">
        <w:rPr>
          <w:rFonts w:cs="Sakkal Majalla"/>
          <w:color w:val="000000" w:themeColor="text1"/>
          <w:sz w:val="38"/>
          <w:szCs w:val="38"/>
          <w:rtl/>
        </w:rPr>
        <w:t>ويسمح</w:t>
      </w:r>
      <w:r w:rsidRPr="005117ED">
        <w:rPr>
          <w:rFonts w:cs="Sakkal Majalla"/>
          <w:color w:val="000000" w:themeColor="text1"/>
          <w:sz w:val="38"/>
          <w:szCs w:val="38"/>
        </w:rPr>
        <w:t xml:space="preserve"> </w:t>
      </w:r>
      <w:r w:rsidRPr="005117ED">
        <w:rPr>
          <w:rFonts w:cs="Sakkal Majalla"/>
          <w:color w:val="000000" w:themeColor="text1"/>
          <w:sz w:val="38"/>
          <w:szCs w:val="38"/>
          <w:rtl/>
        </w:rPr>
        <w:t>هذا</w:t>
      </w:r>
      <w:r w:rsidRPr="005117ED">
        <w:rPr>
          <w:rFonts w:cs="Sakkal Majalla"/>
          <w:color w:val="000000" w:themeColor="text1"/>
          <w:sz w:val="38"/>
          <w:szCs w:val="38"/>
        </w:rPr>
        <w:t xml:space="preserve"> </w:t>
      </w:r>
      <w:r w:rsidRPr="005117ED">
        <w:rPr>
          <w:rFonts w:cs="Sakkal Majalla"/>
          <w:color w:val="000000" w:themeColor="text1"/>
          <w:sz w:val="38"/>
          <w:szCs w:val="38"/>
          <w:rtl/>
        </w:rPr>
        <w:t>التصميم</w:t>
      </w:r>
      <w:r w:rsidRPr="005117ED">
        <w:rPr>
          <w:rFonts w:cs="Sakkal Majalla"/>
          <w:color w:val="000000" w:themeColor="text1"/>
          <w:sz w:val="38"/>
          <w:szCs w:val="38"/>
        </w:rPr>
        <w:t xml:space="preserve"> </w:t>
      </w:r>
      <w:r w:rsidRPr="005117ED">
        <w:rPr>
          <w:rFonts w:cs="Sakkal Majalla"/>
          <w:color w:val="000000" w:themeColor="text1"/>
          <w:sz w:val="38"/>
          <w:szCs w:val="38"/>
          <w:rtl/>
        </w:rPr>
        <w:t>بتقديم</w:t>
      </w:r>
      <w:r w:rsidRPr="005117ED">
        <w:rPr>
          <w:rFonts w:cs="Sakkal Majalla"/>
          <w:color w:val="000000" w:themeColor="text1"/>
          <w:sz w:val="38"/>
          <w:szCs w:val="38"/>
        </w:rPr>
        <w:t xml:space="preserve"> </w:t>
      </w:r>
      <w:r w:rsidRPr="005117ED">
        <w:rPr>
          <w:rFonts w:cs="Sakkal Majalla"/>
          <w:color w:val="000000" w:themeColor="text1"/>
          <w:sz w:val="38"/>
          <w:szCs w:val="38"/>
          <w:rtl/>
        </w:rPr>
        <w:t>صورة</w:t>
      </w:r>
      <w:r w:rsidRPr="005117ED">
        <w:rPr>
          <w:rFonts w:cs="Sakkal Majalla"/>
          <w:color w:val="000000" w:themeColor="text1"/>
          <w:sz w:val="38"/>
          <w:szCs w:val="38"/>
        </w:rPr>
        <w:t xml:space="preserve"> </w:t>
      </w:r>
      <w:r w:rsidRPr="005117ED">
        <w:rPr>
          <w:rFonts w:cs="Sakkal Majalla"/>
          <w:color w:val="000000" w:themeColor="text1"/>
          <w:sz w:val="38"/>
          <w:szCs w:val="38"/>
          <w:rtl/>
        </w:rPr>
        <w:t>أكثر</w:t>
      </w:r>
      <w:r w:rsidRPr="005117ED">
        <w:rPr>
          <w:rFonts w:cs="Sakkal Majalla"/>
          <w:color w:val="000000" w:themeColor="text1"/>
          <w:sz w:val="38"/>
          <w:szCs w:val="38"/>
        </w:rPr>
        <w:t xml:space="preserve"> </w:t>
      </w:r>
      <w:r w:rsidRPr="005117ED">
        <w:rPr>
          <w:rFonts w:cs="Sakkal Majalla"/>
          <w:color w:val="000000" w:themeColor="text1"/>
          <w:sz w:val="38"/>
          <w:szCs w:val="38"/>
          <w:rtl/>
        </w:rPr>
        <w:t>تفصيلًا</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الاقتصار</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متوسط</w:t>
      </w:r>
      <w:r w:rsidRPr="005117ED">
        <w:rPr>
          <w:rFonts w:cs="Sakkal Majalla"/>
          <w:color w:val="000000" w:themeColor="text1"/>
          <w:sz w:val="38"/>
          <w:szCs w:val="38"/>
        </w:rPr>
        <w:t xml:space="preserve"> </w:t>
      </w:r>
      <w:r w:rsidRPr="005117ED">
        <w:rPr>
          <w:rFonts w:cs="Sakkal Majalla"/>
          <w:color w:val="000000" w:themeColor="text1"/>
          <w:sz w:val="38"/>
          <w:szCs w:val="38"/>
          <w:rtl/>
        </w:rPr>
        <w:t>عام،</w:t>
      </w:r>
      <w:r w:rsidRPr="005117ED">
        <w:rPr>
          <w:rFonts w:cs="Sakkal Majalla"/>
          <w:color w:val="000000" w:themeColor="text1"/>
          <w:sz w:val="38"/>
          <w:szCs w:val="38"/>
        </w:rPr>
        <w:t xml:space="preserve"> </w:t>
      </w:r>
      <w:r w:rsidRPr="005117ED">
        <w:rPr>
          <w:rFonts w:cs="Sakkal Majalla"/>
          <w:color w:val="000000" w:themeColor="text1"/>
          <w:sz w:val="38"/>
          <w:szCs w:val="38"/>
          <w:rtl/>
        </w:rPr>
        <w:t>لأنه</w:t>
      </w:r>
      <w:r w:rsidRPr="005117ED">
        <w:rPr>
          <w:rFonts w:cs="Sakkal Majalla"/>
          <w:color w:val="000000" w:themeColor="text1"/>
          <w:sz w:val="38"/>
          <w:szCs w:val="38"/>
        </w:rPr>
        <w:t xml:space="preserve"> </w:t>
      </w:r>
      <w:r w:rsidRPr="005117ED">
        <w:rPr>
          <w:rFonts w:cs="Sakkal Majalla"/>
          <w:color w:val="000000" w:themeColor="text1"/>
          <w:sz w:val="38"/>
          <w:szCs w:val="38"/>
          <w:rtl/>
        </w:rPr>
        <w:t>يبين</w:t>
      </w:r>
      <w:r w:rsidRPr="005117ED">
        <w:rPr>
          <w:rFonts w:cs="Sakkal Majalla"/>
          <w:color w:val="000000" w:themeColor="text1"/>
          <w:sz w:val="38"/>
          <w:szCs w:val="38"/>
        </w:rPr>
        <w:t xml:space="preserve"> </w:t>
      </w:r>
      <w:r w:rsidRPr="005117ED">
        <w:rPr>
          <w:rFonts w:cs="Sakkal Majalla"/>
          <w:color w:val="000000" w:themeColor="text1"/>
          <w:sz w:val="38"/>
          <w:szCs w:val="38"/>
          <w:rtl/>
        </w:rPr>
        <w:t>جوانب</w:t>
      </w:r>
      <w:r w:rsidRPr="005117ED">
        <w:rPr>
          <w:rFonts w:cs="Sakkal Majalla"/>
          <w:color w:val="000000" w:themeColor="text1"/>
          <w:sz w:val="38"/>
          <w:szCs w:val="38"/>
        </w:rPr>
        <w:t xml:space="preserve"> </w:t>
      </w:r>
      <w:r w:rsidRPr="005117ED">
        <w:rPr>
          <w:rFonts w:cs="Sakkal Majalla"/>
          <w:color w:val="000000" w:themeColor="text1"/>
          <w:sz w:val="38"/>
          <w:szCs w:val="38"/>
          <w:rtl/>
        </w:rPr>
        <w:t>القوة</w:t>
      </w:r>
      <w:r w:rsidRPr="005117ED">
        <w:rPr>
          <w:rFonts w:cs="Sakkal Majalla"/>
          <w:color w:val="000000" w:themeColor="text1"/>
          <w:sz w:val="38"/>
          <w:szCs w:val="38"/>
        </w:rPr>
        <w:t xml:space="preserve"> </w:t>
      </w:r>
      <w:r w:rsidRPr="005117ED">
        <w:rPr>
          <w:rFonts w:cs="Sakkal Majalla"/>
          <w:color w:val="000000" w:themeColor="text1"/>
          <w:sz w:val="38"/>
          <w:szCs w:val="38"/>
          <w:rtl/>
        </w:rPr>
        <w:t>والضعف</w:t>
      </w:r>
      <w:r w:rsidRPr="005117ED">
        <w:rPr>
          <w:rFonts w:cs="Sakkal Majalla"/>
          <w:color w:val="000000" w:themeColor="text1"/>
          <w:sz w:val="38"/>
          <w:szCs w:val="38"/>
        </w:rPr>
        <w:t xml:space="preserve"> </w:t>
      </w:r>
      <w:r w:rsidRPr="005117ED">
        <w:rPr>
          <w:rFonts w:cs="Sakkal Majalla"/>
          <w:color w:val="000000" w:themeColor="text1"/>
          <w:sz w:val="38"/>
          <w:szCs w:val="38"/>
          <w:rtl/>
        </w:rPr>
        <w:t>داخل</w:t>
      </w:r>
      <w:r w:rsidRPr="005117ED">
        <w:rPr>
          <w:rFonts w:cs="Sakkal Majalla"/>
          <w:color w:val="000000" w:themeColor="text1"/>
          <w:sz w:val="38"/>
          <w:szCs w:val="38"/>
        </w:rPr>
        <w:t xml:space="preserve"> </w:t>
      </w:r>
      <w:r w:rsidRPr="005117ED">
        <w:rPr>
          <w:rFonts w:cs="Sakkal Majalla"/>
          <w:color w:val="000000" w:themeColor="text1"/>
          <w:sz w:val="38"/>
          <w:szCs w:val="38"/>
          <w:rtl/>
        </w:rPr>
        <w:t>كل</w:t>
      </w:r>
      <w:r w:rsidRPr="005117ED">
        <w:rPr>
          <w:rFonts w:cs="Sakkal Majalla"/>
          <w:color w:val="000000" w:themeColor="text1"/>
          <w:sz w:val="38"/>
          <w:szCs w:val="38"/>
        </w:rPr>
        <w:t xml:space="preserve"> </w:t>
      </w:r>
      <w:r w:rsidRPr="005117ED">
        <w:rPr>
          <w:rFonts w:cs="Sakkal Majalla"/>
          <w:color w:val="000000" w:themeColor="text1"/>
          <w:sz w:val="38"/>
          <w:szCs w:val="38"/>
          <w:rtl/>
        </w:rPr>
        <w:t>متغير،</w:t>
      </w:r>
      <w:r w:rsidRPr="005117ED">
        <w:rPr>
          <w:rFonts w:cs="Sakkal Majalla"/>
          <w:color w:val="000000" w:themeColor="text1"/>
          <w:sz w:val="38"/>
          <w:szCs w:val="38"/>
        </w:rPr>
        <w:t xml:space="preserve"> </w:t>
      </w:r>
      <w:r w:rsidRPr="005117ED">
        <w:rPr>
          <w:rFonts w:cs="Sakkal Majalla"/>
          <w:color w:val="000000" w:themeColor="text1"/>
          <w:sz w:val="38"/>
          <w:szCs w:val="38"/>
          <w:rtl/>
        </w:rPr>
        <w:t>ويفرق</w:t>
      </w:r>
      <w:r w:rsidRPr="005117ED">
        <w:rPr>
          <w:rFonts w:cs="Sakkal Majalla"/>
          <w:color w:val="000000" w:themeColor="text1"/>
          <w:sz w:val="38"/>
          <w:szCs w:val="38"/>
        </w:rPr>
        <w:t xml:space="preserve"> </w:t>
      </w:r>
      <w:r w:rsidRPr="005117ED">
        <w:rPr>
          <w:rFonts w:cs="Sakkal Majalla"/>
          <w:color w:val="000000" w:themeColor="text1"/>
          <w:sz w:val="38"/>
          <w:szCs w:val="38"/>
          <w:rtl/>
        </w:rPr>
        <w:t>بين</w:t>
      </w:r>
      <w:r w:rsidRPr="005117ED">
        <w:rPr>
          <w:rFonts w:cs="Sakkal Majalla"/>
          <w:color w:val="000000" w:themeColor="text1"/>
          <w:sz w:val="38"/>
          <w:szCs w:val="38"/>
        </w:rPr>
        <w:t xml:space="preserve"> </w:t>
      </w:r>
      <w:r w:rsidRPr="005117ED">
        <w:rPr>
          <w:rFonts w:cs="Sakkal Majalla"/>
          <w:color w:val="000000" w:themeColor="text1"/>
          <w:sz w:val="38"/>
          <w:szCs w:val="38"/>
          <w:rtl/>
        </w:rPr>
        <w:lastRenderedPageBreak/>
        <w:t>وجود</w:t>
      </w:r>
      <w:r w:rsidRPr="005117ED">
        <w:rPr>
          <w:rFonts w:cs="Sakkal Majalla"/>
          <w:color w:val="000000" w:themeColor="text1"/>
          <w:sz w:val="38"/>
          <w:szCs w:val="38"/>
        </w:rPr>
        <w:t xml:space="preserve"> </w:t>
      </w:r>
      <w:r w:rsidRPr="005117ED">
        <w:rPr>
          <w:rFonts w:cs="Sakkal Majalla"/>
          <w:color w:val="000000" w:themeColor="text1"/>
          <w:sz w:val="38"/>
          <w:szCs w:val="38"/>
          <w:rtl/>
        </w:rPr>
        <w:t>علاقة</w:t>
      </w:r>
      <w:r w:rsidRPr="005117ED">
        <w:rPr>
          <w:rFonts w:cs="Sakkal Majalla"/>
          <w:color w:val="000000" w:themeColor="text1"/>
          <w:sz w:val="38"/>
          <w:szCs w:val="38"/>
        </w:rPr>
        <w:t xml:space="preserve"> </w:t>
      </w:r>
      <w:r w:rsidRPr="005117ED">
        <w:rPr>
          <w:rFonts w:cs="Sakkal Majalla"/>
          <w:color w:val="000000" w:themeColor="text1"/>
          <w:sz w:val="38"/>
          <w:szCs w:val="38"/>
          <w:rtl/>
        </w:rPr>
        <w:t>إحصائية</w:t>
      </w:r>
      <w:r w:rsidRPr="005117ED">
        <w:rPr>
          <w:rFonts w:cs="Sakkal Majalla"/>
          <w:color w:val="000000" w:themeColor="text1"/>
          <w:sz w:val="38"/>
          <w:szCs w:val="38"/>
        </w:rPr>
        <w:t xml:space="preserve"> </w:t>
      </w:r>
      <w:r w:rsidRPr="005117ED">
        <w:rPr>
          <w:rFonts w:cs="Sakkal Majalla"/>
          <w:color w:val="000000" w:themeColor="text1"/>
          <w:sz w:val="38"/>
          <w:szCs w:val="38"/>
          <w:rtl/>
        </w:rPr>
        <w:t>وبين</w:t>
      </w:r>
      <w:r w:rsidRPr="005117ED">
        <w:rPr>
          <w:rFonts w:cs="Sakkal Majalla"/>
          <w:color w:val="000000" w:themeColor="text1"/>
          <w:sz w:val="38"/>
          <w:szCs w:val="38"/>
        </w:rPr>
        <w:t xml:space="preserve"> </w:t>
      </w:r>
      <w:r w:rsidRPr="005117ED">
        <w:rPr>
          <w:rFonts w:cs="Sakkal Majalla"/>
          <w:color w:val="000000" w:themeColor="text1"/>
          <w:sz w:val="38"/>
          <w:szCs w:val="38"/>
          <w:rtl/>
        </w:rPr>
        <w:t>القدرة</w:t>
      </w:r>
      <w:r w:rsidRPr="005117ED">
        <w:rPr>
          <w:rFonts w:cs="Sakkal Majalla"/>
          <w:color w:val="000000" w:themeColor="text1"/>
          <w:sz w:val="38"/>
          <w:szCs w:val="38"/>
        </w:rPr>
        <w:t xml:space="preserve"> </w:t>
      </w:r>
      <w:r w:rsidRPr="005117ED">
        <w:rPr>
          <w:rFonts w:cs="Sakkal Majalla"/>
          <w:color w:val="000000" w:themeColor="text1"/>
          <w:sz w:val="38"/>
          <w:szCs w:val="38"/>
          <w:rtl/>
        </w:rPr>
        <w:t>التفسيرية</w:t>
      </w:r>
      <w:r w:rsidRPr="005117ED">
        <w:rPr>
          <w:rFonts w:cs="Sakkal Majalla"/>
          <w:color w:val="000000" w:themeColor="text1"/>
          <w:sz w:val="38"/>
          <w:szCs w:val="38"/>
        </w:rPr>
        <w:t xml:space="preserve"> </w:t>
      </w:r>
      <w:r w:rsidRPr="005117ED">
        <w:rPr>
          <w:rFonts w:cs="Sakkal Majalla"/>
          <w:color w:val="000000" w:themeColor="text1"/>
          <w:sz w:val="38"/>
          <w:szCs w:val="38"/>
          <w:rtl/>
        </w:rPr>
        <w:t>الفعلية،</w:t>
      </w:r>
      <w:r w:rsidRPr="005117ED">
        <w:rPr>
          <w:rFonts w:cs="Sakkal Majalla"/>
          <w:color w:val="000000" w:themeColor="text1"/>
          <w:sz w:val="38"/>
          <w:szCs w:val="38"/>
        </w:rPr>
        <w:t xml:space="preserve"> </w:t>
      </w:r>
      <w:r w:rsidRPr="005117ED">
        <w:rPr>
          <w:rFonts w:cs="Sakkal Majalla"/>
          <w:color w:val="000000" w:themeColor="text1"/>
          <w:sz w:val="38"/>
          <w:szCs w:val="38"/>
          <w:rtl/>
        </w:rPr>
        <w:t>ويختبر</w:t>
      </w:r>
      <w:r w:rsidRPr="005117ED">
        <w:rPr>
          <w:rFonts w:cs="Sakkal Majalla"/>
          <w:color w:val="000000" w:themeColor="text1"/>
          <w:sz w:val="38"/>
          <w:szCs w:val="38"/>
        </w:rPr>
        <w:t xml:space="preserve"> </w:t>
      </w:r>
      <w:r w:rsidRPr="005117ED">
        <w:rPr>
          <w:rFonts w:cs="Sakkal Majalla"/>
          <w:color w:val="000000" w:themeColor="text1"/>
          <w:sz w:val="38"/>
          <w:szCs w:val="38"/>
          <w:rtl/>
        </w:rPr>
        <w:t>سلامة</w:t>
      </w:r>
      <w:r w:rsidRPr="005117ED">
        <w:rPr>
          <w:rFonts w:cs="Sakkal Majalla"/>
          <w:color w:val="000000" w:themeColor="text1"/>
          <w:sz w:val="38"/>
          <w:szCs w:val="38"/>
        </w:rPr>
        <w:t xml:space="preserve"> </w:t>
      </w:r>
      <w:r w:rsidRPr="005117ED">
        <w:rPr>
          <w:rFonts w:cs="Sakkal Majalla"/>
          <w:color w:val="000000" w:themeColor="text1"/>
          <w:sz w:val="38"/>
          <w:szCs w:val="38"/>
          <w:rtl/>
        </w:rPr>
        <w:t>افتراضات</w:t>
      </w:r>
      <w:r w:rsidRPr="005117ED">
        <w:rPr>
          <w:rFonts w:cs="Sakkal Majalla"/>
          <w:color w:val="000000" w:themeColor="text1"/>
          <w:sz w:val="38"/>
          <w:szCs w:val="38"/>
        </w:rPr>
        <w:t xml:space="preserve"> </w:t>
      </w:r>
      <w:r w:rsidRPr="005117ED">
        <w:rPr>
          <w:rFonts w:cs="Sakkal Majalla"/>
          <w:color w:val="000000" w:themeColor="text1"/>
          <w:sz w:val="38"/>
          <w:szCs w:val="38"/>
          <w:rtl/>
        </w:rPr>
        <w:t>التحليل</w:t>
      </w:r>
      <w:r w:rsidRPr="005117ED">
        <w:rPr>
          <w:rFonts w:cs="Sakkal Majalla"/>
          <w:color w:val="000000" w:themeColor="text1"/>
          <w:sz w:val="38"/>
          <w:szCs w:val="38"/>
        </w:rPr>
        <w:t xml:space="preserve"> </w:t>
      </w:r>
      <w:r w:rsidRPr="005117ED">
        <w:rPr>
          <w:rFonts w:cs="Sakkal Majalla"/>
          <w:color w:val="000000" w:themeColor="text1"/>
          <w:sz w:val="38"/>
          <w:szCs w:val="38"/>
          <w:rtl/>
        </w:rPr>
        <w:t>قبل</w:t>
      </w:r>
      <w:r w:rsidRPr="005117ED">
        <w:rPr>
          <w:rFonts w:cs="Sakkal Majalla"/>
          <w:color w:val="000000" w:themeColor="text1"/>
          <w:sz w:val="38"/>
          <w:szCs w:val="38"/>
        </w:rPr>
        <w:t xml:space="preserve"> </w:t>
      </w:r>
      <w:r w:rsidRPr="005117ED">
        <w:rPr>
          <w:rFonts w:cs="Sakkal Majalla"/>
          <w:color w:val="000000" w:themeColor="text1"/>
          <w:sz w:val="38"/>
          <w:szCs w:val="38"/>
          <w:rtl/>
        </w:rPr>
        <w:t>تفسير</w:t>
      </w:r>
      <w:r w:rsidRPr="005117ED">
        <w:rPr>
          <w:rFonts w:cs="Sakkal Majalla"/>
          <w:color w:val="000000" w:themeColor="text1"/>
          <w:sz w:val="38"/>
          <w:szCs w:val="38"/>
        </w:rPr>
        <w:t xml:space="preserve"> </w:t>
      </w:r>
      <w:r w:rsidRPr="005117ED">
        <w:rPr>
          <w:rFonts w:cs="Sakkal Majalla"/>
          <w:color w:val="000000" w:themeColor="text1"/>
          <w:sz w:val="38"/>
          <w:szCs w:val="38"/>
          <w:rtl/>
        </w:rPr>
        <w:t>النتائج</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tl/>
        </w:rPr>
      </w:pPr>
      <w:r w:rsidRPr="005117ED">
        <w:rPr>
          <w:rFonts w:cs="Sakkal Majalla"/>
          <w:color w:val="000000" w:themeColor="text1"/>
          <w:sz w:val="38"/>
          <w:szCs w:val="38"/>
          <w:rtl/>
        </w:rPr>
        <w:t>كما</w:t>
      </w:r>
      <w:r w:rsidRPr="005117ED">
        <w:rPr>
          <w:rFonts w:cs="Sakkal Majalla"/>
          <w:color w:val="000000" w:themeColor="text1"/>
          <w:sz w:val="38"/>
          <w:szCs w:val="38"/>
        </w:rPr>
        <w:t xml:space="preserve"> </w:t>
      </w:r>
      <w:r w:rsidRPr="005117ED">
        <w:rPr>
          <w:rFonts w:cs="Sakkal Majalla"/>
          <w:color w:val="000000" w:themeColor="text1"/>
          <w:sz w:val="38"/>
          <w:szCs w:val="38"/>
          <w:rtl/>
        </w:rPr>
        <w:t>تستند</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مبرر</w:t>
      </w:r>
      <w:r w:rsidRPr="005117ED">
        <w:rPr>
          <w:rFonts w:cs="Sakkal Majalla"/>
          <w:color w:val="000000" w:themeColor="text1"/>
          <w:sz w:val="38"/>
          <w:szCs w:val="38"/>
        </w:rPr>
        <w:t xml:space="preserve"> </w:t>
      </w:r>
      <w:r w:rsidRPr="005117ED">
        <w:rPr>
          <w:rFonts w:cs="Sakkal Majalla"/>
          <w:color w:val="000000" w:themeColor="text1"/>
          <w:sz w:val="38"/>
          <w:szCs w:val="38"/>
          <w:rtl/>
        </w:rPr>
        <w:t>تنموي؛</w:t>
      </w:r>
      <w:r w:rsidRPr="005117ED">
        <w:rPr>
          <w:rFonts w:cs="Sakkal Majalla"/>
          <w:color w:val="000000" w:themeColor="text1"/>
          <w:sz w:val="38"/>
          <w:szCs w:val="38"/>
        </w:rPr>
        <w:t xml:space="preserve"> </w:t>
      </w:r>
      <w:r w:rsidRPr="005117ED">
        <w:rPr>
          <w:rFonts w:cs="Sakkal Majalla"/>
          <w:color w:val="000000" w:themeColor="text1"/>
          <w:sz w:val="38"/>
          <w:szCs w:val="38"/>
          <w:rtl/>
        </w:rPr>
        <w:t>إذ</w:t>
      </w:r>
      <w:r w:rsidRPr="005117ED">
        <w:rPr>
          <w:rFonts w:cs="Sakkal Majalla"/>
          <w:color w:val="000000" w:themeColor="text1"/>
          <w:sz w:val="38"/>
          <w:szCs w:val="38"/>
        </w:rPr>
        <w:t xml:space="preserve"> </w:t>
      </w:r>
      <w:r w:rsidRPr="005117ED">
        <w:rPr>
          <w:rFonts w:cs="Sakkal Majalla"/>
          <w:color w:val="000000" w:themeColor="text1"/>
          <w:sz w:val="38"/>
          <w:szCs w:val="38"/>
          <w:rtl/>
        </w:rPr>
        <w:t>إن</w:t>
      </w:r>
      <w:r w:rsidRPr="005117ED">
        <w:rPr>
          <w:rFonts w:cs="Sakkal Majalla"/>
          <w:color w:val="000000" w:themeColor="text1"/>
          <w:sz w:val="38"/>
          <w:szCs w:val="38"/>
        </w:rPr>
        <w:t xml:space="preserve"> </w:t>
      </w:r>
      <w:r w:rsidRPr="005117ED">
        <w:rPr>
          <w:rFonts w:cs="Sakkal Majalla"/>
          <w:color w:val="000000" w:themeColor="text1"/>
          <w:sz w:val="38"/>
          <w:szCs w:val="38"/>
          <w:rtl/>
        </w:rPr>
        <w:t>تعزيز</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المنشآت</w:t>
      </w:r>
      <w:r w:rsidRPr="005117ED">
        <w:rPr>
          <w:rFonts w:cs="Sakkal Majalla"/>
          <w:color w:val="000000" w:themeColor="text1"/>
          <w:sz w:val="38"/>
          <w:szCs w:val="38"/>
        </w:rPr>
        <w:t xml:space="preserve"> </w:t>
      </w:r>
      <w:r w:rsidRPr="005117ED">
        <w:rPr>
          <w:rFonts w:cs="Sakkal Majalla"/>
          <w:color w:val="000000" w:themeColor="text1"/>
          <w:sz w:val="38"/>
          <w:szCs w:val="38"/>
          <w:rtl/>
        </w:rPr>
        <w:t>الصغيرة</w:t>
      </w:r>
      <w:r w:rsidRPr="005117ED">
        <w:rPr>
          <w:rFonts w:cs="Sakkal Majalla"/>
          <w:color w:val="000000" w:themeColor="text1"/>
          <w:sz w:val="38"/>
          <w:szCs w:val="38"/>
        </w:rPr>
        <w:t xml:space="preserve"> </w:t>
      </w:r>
      <w:r w:rsidRPr="005117ED">
        <w:rPr>
          <w:rFonts w:cs="Sakkal Majalla"/>
          <w:color w:val="000000" w:themeColor="text1"/>
          <w:sz w:val="38"/>
          <w:szCs w:val="38"/>
          <w:rtl/>
        </w:rPr>
        <w:t>والمتوسطة</w:t>
      </w:r>
      <w:r w:rsidRPr="005117ED">
        <w:rPr>
          <w:rFonts w:cs="Sakkal Majalla"/>
          <w:color w:val="000000" w:themeColor="text1"/>
          <w:sz w:val="38"/>
          <w:szCs w:val="38"/>
        </w:rPr>
        <w:t xml:space="preserve"> </w:t>
      </w:r>
      <w:r w:rsidRPr="005117ED">
        <w:rPr>
          <w:rFonts w:cs="Sakkal Majalla"/>
          <w:color w:val="000000" w:themeColor="text1"/>
          <w:sz w:val="38"/>
          <w:szCs w:val="38"/>
          <w:rtl/>
        </w:rPr>
        <w:t>يسهم</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تحسين</w:t>
      </w:r>
      <w:r w:rsidRPr="005117ED">
        <w:rPr>
          <w:rFonts w:cs="Sakkal Majalla"/>
          <w:color w:val="000000" w:themeColor="text1"/>
          <w:sz w:val="38"/>
          <w:szCs w:val="38"/>
        </w:rPr>
        <w:t xml:space="preserve"> </w:t>
      </w:r>
      <w:r w:rsidRPr="005117ED">
        <w:rPr>
          <w:rFonts w:cs="Sakkal Majalla"/>
          <w:color w:val="000000" w:themeColor="text1"/>
          <w:sz w:val="38"/>
          <w:szCs w:val="38"/>
          <w:rtl/>
        </w:rPr>
        <w:t>القدرة</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البقاء</w:t>
      </w:r>
      <w:r w:rsidRPr="005117ED">
        <w:rPr>
          <w:rFonts w:cs="Sakkal Majalla"/>
          <w:color w:val="000000" w:themeColor="text1"/>
          <w:sz w:val="38"/>
          <w:szCs w:val="38"/>
        </w:rPr>
        <w:t xml:space="preserve"> </w:t>
      </w:r>
      <w:r w:rsidRPr="005117ED">
        <w:rPr>
          <w:rFonts w:cs="Sakkal Majalla"/>
          <w:color w:val="000000" w:themeColor="text1"/>
          <w:sz w:val="38"/>
          <w:szCs w:val="38"/>
          <w:rtl/>
        </w:rPr>
        <w:t>والنمو</w:t>
      </w:r>
      <w:r w:rsidRPr="005117ED">
        <w:rPr>
          <w:rFonts w:cs="Sakkal Majalla"/>
          <w:color w:val="000000" w:themeColor="text1"/>
          <w:sz w:val="38"/>
          <w:szCs w:val="38"/>
        </w:rPr>
        <w:t xml:space="preserve"> </w:t>
      </w:r>
      <w:r w:rsidRPr="005117ED">
        <w:rPr>
          <w:rFonts w:cs="Sakkal Majalla"/>
          <w:color w:val="000000" w:themeColor="text1"/>
          <w:sz w:val="38"/>
          <w:szCs w:val="38"/>
          <w:rtl/>
        </w:rPr>
        <w:t>وخلق</w:t>
      </w:r>
      <w:r w:rsidRPr="005117ED">
        <w:rPr>
          <w:rFonts w:cs="Sakkal Majalla"/>
          <w:color w:val="000000" w:themeColor="text1"/>
          <w:sz w:val="38"/>
          <w:szCs w:val="38"/>
        </w:rPr>
        <w:t xml:space="preserve"> </w:t>
      </w:r>
      <w:r w:rsidRPr="005117ED">
        <w:rPr>
          <w:rFonts w:cs="Sakkal Majalla"/>
          <w:color w:val="000000" w:themeColor="text1"/>
          <w:sz w:val="38"/>
          <w:szCs w:val="38"/>
          <w:rtl/>
        </w:rPr>
        <w:t>فرص</w:t>
      </w:r>
      <w:r w:rsidRPr="005117ED">
        <w:rPr>
          <w:rFonts w:cs="Sakkal Majalla"/>
          <w:color w:val="000000" w:themeColor="text1"/>
          <w:sz w:val="38"/>
          <w:szCs w:val="38"/>
        </w:rPr>
        <w:t xml:space="preserve"> </w:t>
      </w:r>
      <w:r w:rsidRPr="005117ED">
        <w:rPr>
          <w:rFonts w:cs="Sakkal Majalla"/>
          <w:color w:val="000000" w:themeColor="text1"/>
          <w:sz w:val="38"/>
          <w:szCs w:val="38"/>
          <w:rtl/>
        </w:rPr>
        <w:t>العمل</w:t>
      </w:r>
      <w:r w:rsidRPr="005117ED">
        <w:rPr>
          <w:rFonts w:cs="Sakkal Majalla"/>
          <w:color w:val="000000" w:themeColor="text1"/>
          <w:sz w:val="38"/>
          <w:szCs w:val="38"/>
        </w:rPr>
        <w:t xml:space="preserve"> </w:t>
      </w:r>
      <w:r w:rsidRPr="005117ED">
        <w:rPr>
          <w:rFonts w:cs="Sakkal Majalla"/>
          <w:color w:val="000000" w:themeColor="text1"/>
          <w:sz w:val="38"/>
          <w:szCs w:val="38"/>
          <w:rtl/>
        </w:rPr>
        <w:t>وتطوير</w:t>
      </w:r>
      <w:r w:rsidRPr="005117ED">
        <w:rPr>
          <w:rFonts w:cs="Sakkal Majalla"/>
          <w:color w:val="000000" w:themeColor="text1"/>
          <w:sz w:val="38"/>
          <w:szCs w:val="38"/>
        </w:rPr>
        <w:t xml:space="preserve"> </w:t>
      </w:r>
      <w:r w:rsidRPr="005117ED">
        <w:rPr>
          <w:rFonts w:cs="Sakkal Majalla"/>
          <w:color w:val="000000" w:themeColor="text1"/>
          <w:sz w:val="38"/>
          <w:szCs w:val="38"/>
          <w:rtl/>
        </w:rPr>
        <w:t>الخدمات،</w:t>
      </w:r>
      <w:r w:rsidRPr="005117ED">
        <w:rPr>
          <w:rFonts w:cs="Sakkal Majalla"/>
          <w:color w:val="000000" w:themeColor="text1"/>
          <w:sz w:val="38"/>
          <w:szCs w:val="38"/>
        </w:rPr>
        <w:t xml:space="preserve"> </w:t>
      </w:r>
      <w:r w:rsidRPr="005117ED">
        <w:rPr>
          <w:rFonts w:cs="Sakkal Majalla"/>
          <w:color w:val="000000" w:themeColor="text1"/>
          <w:sz w:val="38"/>
          <w:szCs w:val="38"/>
          <w:rtl/>
        </w:rPr>
        <w:t>لكنه</w:t>
      </w:r>
      <w:r w:rsidRPr="005117ED">
        <w:rPr>
          <w:rFonts w:cs="Sakkal Majalla"/>
          <w:color w:val="000000" w:themeColor="text1"/>
          <w:sz w:val="38"/>
          <w:szCs w:val="38"/>
        </w:rPr>
        <w:t xml:space="preserve"> </w:t>
      </w:r>
      <w:r w:rsidRPr="005117ED">
        <w:rPr>
          <w:rFonts w:cs="Sakkal Majalla"/>
          <w:color w:val="000000" w:themeColor="text1"/>
          <w:sz w:val="38"/>
          <w:szCs w:val="38"/>
          <w:rtl/>
        </w:rPr>
        <w:t>يتطلب</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تتحول</w:t>
      </w:r>
      <w:r w:rsidRPr="005117ED">
        <w:rPr>
          <w:rFonts w:cs="Sakkal Majalla"/>
          <w:color w:val="000000" w:themeColor="text1"/>
          <w:sz w:val="38"/>
          <w:szCs w:val="38"/>
        </w:rPr>
        <w:t xml:space="preserve"> </w:t>
      </w:r>
      <w:r w:rsidRPr="005117ED">
        <w:rPr>
          <w:rFonts w:cs="Sakkal Majalla"/>
          <w:color w:val="000000" w:themeColor="text1"/>
          <w:sz w:val="38"/>
          <w:szCs w:val="38"/>
          <w:rtl/>
        </w:rPr>
        <w:t>سياسات</w:t>
      </w:r>
      <w:r w:rsidRPr="005117ED">
        <w:rPr>
          <w:rFonts w:cs="Sakkal Majalla"/>
          <w:color w:val="000000" w:themeColor="text1"/>
          <w:sz w:val="38"/>
          <w:szCs w:val="38"/>
        </w:rPr>
        <w:t xml:space="preserve"> </w:t>
      </w:r>
      <w:r w:rsidRPr="005117ED">
        <w:rPr>
          <w:rFonts w:cs="Sakkal Majalla"/>
          <w:color w:val="000000" w:themeColor="text1"/>
          <w:sz w:val="38"/>
          <w:szCs w:val="38"/>
          <w:rtl/>
        </w:rPr>
        <w:t>دعم</w:t>
      </w:r>
      <w:r w:rsidRPr="005117ED">
        <w:rPr>
          <w:rFonts w:cs="Sakkal Majalla"/>
          <w:color w:val="000000" w:themeColor="text1"/>
          <w:sz w:val="38"/>
          <w:szCs w:val="38"/>
        </w:rPr>
        <w:t xml:space="preserve"> </w:t>
      </w:r>
      <w:r w:rsidRPr="005117ED">
        <w:rPr>
          <w:rFonts w:cs="Sakkal Majalla"/>
          <w:color w:val="000000" w:themeColor="text1"/>
          <w:sz w:val="38"/>
          <w:szCs w:val="38"/>
          <w:rtl/>
        </w:rPr>
        <w:t>القطاع</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ممارسات</w:t>
      </w:r>
      <w:r w:rsidRPr="005117ED">
        <w:rPr>
          <w:rFonts w:cs="Sakkal Majalla"/>
          <w:color w:val="000000" w:themeColor="text1"/>
          <w:sz w:val="38"/>
          <w:szCs w:val="38"/>
        </w:rPr>
        <w:t xml:space="preserve"> </w:t>
      </w:r>
      <w:r w:rsidRPr="005117ED">
        <w:rPr>
          <w:rFonts w:cs="Sakkal Majalla"/>
          <w:color w:val="000000" w:themeColor="text1"/>
          <w:sz w:val="38"/>
          <w:szCs w:val="38"/>
          <w:rtl/>
        </w:rPr>
        <w:t>داخلية</w:t>
      </w:r>
      <w:r w:rsidRPr="005117ED">
        <w:rPr>
          <w:rFonts w:cs="Sakkal Majalla"/>
          <w:color w:val="000000" w:themeColor="text1"/>
          <w:sz w:val="38"/>
          <w:szCs w:val="38"/>
        </w:rPr>
        <w:t xml:space="preserve">. </w:t>
      </w:r>
      <w:r w:rsidRPr="005117ED">
        <w:rPr>
          <w:rFonts w:cs="Sakkal Majalla"/>
          <w:color w:val="000000" w:themeColor="text1"/>
          <w:sz w:val="38"/>
          <w:szCs w:val="38"/>
          <w:rtl/>
        </w:rPr>
        <w:t>فبرامج</w:t>
      </w:r>
      <w:r w:rsidRPr="005117ED">
        <w:rPr>
          <w:rFonts w:cs="Sakkal Majalla"/>
          <w:color w:val="000000" w:themeColor="text1"/>
          <w:sz w:val="38"/>
          <w:szCs w:val="38"/>
        </w:rPr>
        <w:t xml:space="preserve"> </w:t>
      </w:r>
      <w:r w:rsidRPr="005117ED">
        <w:rPr>
          <w:rFonts w:cs="Sakkal Majalla"/>
          <w:color w:val="000000" w:themeColor="text1"/>
          <w:sz w:val="38"/>
          <w:szCs w:val="38"/>
          <w:rtl/>
        </w:rPr>
        <w:t>التمويل</w:t>
      </w:r>
      <w:r w:rsidRPr="005117ED">
        <w:rPr>
          <w:rFonts w:cs="Sakkal Majalla"/>
          <w:color w:val="000000" w:themeColor="text1"/>
          <w:sz w:val="38"/>
          <w:szCs w:val="38"/>
        </w:rPr>
        <w:t xml:space="preserve"> </w:t>
      </w:r>
      <w:r w:rsidRPr="005117ED">
        <w:rPr>
          <w:rFonts w:cs="Sakkal Majalla"/>
          <w:color w:val="000000" w:themeColor="text1"/>
          <w:sz w:val="38"/>
          <w:szCs w:val="38"/>
          <w:rtl/>
        </w:rPr>
        <w:t>والحاضنات</w:t>
      </w:r>
      <w:r w:rsidRPr="005117ED">
        <w:rPr>
          <w:rFonts w:cs="Sakkal Majalla"/>
          <w:color w:val="000000" w:themeColor="text1"/>
          <w:sz w:val="38"/>
          <w:szCs w:val="38"/>
        </w:rPr>
        <w:t xml:space="preserve"> </w:t>
      </w:r>
      <w:r w:rsidRPr="005117ED">
        <w:rPr>
          <w:rFonts w:cs="Sakkal Majalla"/>
          <w:color w:val="000000" w:themeColor="text1"/>
          <w:sz w:val="38"/>
          <w:szCs w:val="38"/>
          <w:rtl/>
        </w:rPr>
        <w:t>والاستشارات</w:t>
      </w:r>
      <w:r w:rsidRPr="005117ED">
        <w:rPr>
          <w:rFonts w:cs="Sakkal Majalla"/>
          <w:color w:val="000000" w:themeColor="text1"/>
          <w:sz w:val="38"/>
          <w:szCs w:val="38"/>
        </w:rPr>
        <w:t xml:space="preserve"> </w:t>
      </w:r>
      <w:r w:rsidRPr="005117ED">
        <w:rPr>
          <w:rFonts w:cs="Sakkal Majalla"/>
          <w:color w:val="000000" w:themeColor="text1"/>
          <w:sz w:val="38"/>
          <w:szCs w:val="38"/>
          <w:rtl/>
        </w:rPr>
        <w:t>توفر</w:t>
      </w:r>
      <w:r w:rsidRPr="005117ED">
        <w:rPr>
          <w:rFonts w:cs="Sakkal Majalla"/>
          <w:color w:val="000000" w:themeColor="text1"/>
          <w:sz w:val="38"/>
          <w:szCs w:val="38"/>
        </w:rPr>
        <w:t xml:space="preserve"> </w:t>
      </w:r>
      <w:r w:rsidRPr="005117ED">
        <w:rPr>
          <w:rFonts w:cs="Sakkal Majalla"/>
          <w:color w:val="000000" w:themeColor="text1"/>
          <w:sz w:val="38"/>
          <w:szCs w:val="38"/>
          <w:rtl/>
        </w:rPr>
        <w:t>موارد</w:t>
      </w:r>
      <w:r w:rsidRPr="005117ED">
        <w:rPr>
          <w:rFonts w:cs="Sakkal Majalla"/>
          <w:color w:val="000000" w:themeColor="text1"/>
          <w:sz w:val="38"/>
          <w:szCs w:val="38"/>
        </w:rPr>
        <w:t xml:space="preserve"> </w:t>
      </w:r>
      <w:r w:rsidRPr="005117ED">
        <w:rPr>
          <w:rFonts w:cs="Sakkal Majalla"/>
          <w:color w:val="000000" w:themeColor="text1"/>
          <w:sz w:val="38"/>
          <w:szCs w:val="38"/>
          <w:rtl/>
        </w:rPr>
        <w:t>وفرصًا،</w:t>
      </w:r>
      <w:r w:rsidRPr="005117ED">
        <w:rPr>
          <w:rFonts w:cs="Sakkal Majalla"/>
          <w:color w:val="000000" w:themeColor="text1"/>
          <w:sz w:val="38"/>
          <w:szCs w:val="38"/>
        </w:rPr>
        <w:t xml:space="preserve"> </w:t>
      </w:r>
      <w:r w:rsidRPr="005117ED">
        <w:rPr>
          <w:rFonts w:cs="Sakkal Majalla"/>
          <w:color w:val="000000" w:themeColor="text1"/>
          <w:sz w:val="38"/>
          <w:szCs w:val="38"/>
          <w:rtl/>
        </w:rPr>
        <w:t>إلا</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الاستفادة</w:t>
      </w:r>
      <w:r w:rsidRPr="005117ED">
        <w:rPr>
          <w:rFonts w:cs="Sakkal Majalla"/>
          <w:color w:val="000000" w:themeColor="text1"/>
          <w:sz w:val="38"/>
          <w:szCs w:val="38"/>
        </w:rPr>
        <w:t xml:space="preserve"> </w:t>
      </w:r>
      <w:r w:rsidRPr="005117ED">
        <w:rPr>
          <w:rFonts w:cs="Sakkal Majalla"/>
          <w:color w:val="000000" w:themeColor="text1"/>
          <w:sz w:val="38"/>
          <w:szCs w:val="38"/>
          <w:rtl/>
        </w:rPr>
        <w:t>منها</w:t>
      </w:r>
      <w:r w:rsidRPr="005117ED">
        <w:rPr>
          <w:rFonts w:cs="Sakkal Majalla"/>
          <w:color w:val="000000" w:themeColor="text1"/>
          <w:sz w:val="38"/>
          <w:szCs w:val="38"/>
        </w:rPr>
        <w:t xml:space="preserve"> </w:t>
      </w:r>
      <w:r w:rsidRPr="005117ED">
        <w:rPr>
          <w:rFonts w:cs="Sakkal Majalla"/>
          <w:color w:val="000000" w:themeColor="text1"/>
          <w:sz w:val="38"/>
          <w:szCs w:val="38"/>
          <w:rtl/>
        </w:rPr>
        <w:t>تتوقف</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وجود</w:t>
      </w:r>
      <w:r w:rsidRPr="005117ED">
        <w:rPr>
          <w:rFonts w:cs="Sakkal Majalla"/>
          <w:color w:val="000000" w:themeColor="text1"/>
          <w:sz w:val="38"/>
          <w:szCs w:val="38"/>
        </w:rPr>
        <w:t xml:space="preserve"> </w:t>
      </w:r>
      <w:r w:rsidRPr="005117ED">
        <w:rPr>
          <w:rFonts w:cs="Sakkal Majalla"/>
          <w:color w:val="000000" w:themeColor="text1"/>
          <w:sz w:val="38"/>
          <w:szCs w:val="38"/>
          <w:rtl/>
        </w:rPr>
        <w:t>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تستوعب</w:t>
      </w:r>
      <w:r w:rsidRPr="005117ED">
        <w:rPr>
          <w:rFonts w:cs="Sakkal Majalla"/>
          <w:color w:val="000000" w:themeColor="text1"/>
          <w:sz w:val="38"/>
          <w:szCs w:val="38"/>
        </w:rPr>
        <w:t xml:space="preserve"> </w:t>
      </w:r>
      <w:r w:rsidRPr="005117ED">
        <w:rPr>
          <w:rFonts w:cs="Sakkal Majalla"/>
          <w:color w:val="000000" w:themeColor="text1"/>
          <w:sz w:val="38"/>
          <w:szCs w:val="38"/>
          <w:rtl/>
        </w:rPr>
        <w:t>التغيير</w:t>
      </w:r>
      <w:r w:rsidRPr="005117ED">
        <w:rPr>
          <w:rFonts w:cs="Sakkal Majalla"/>
          <w:color w:val="000000" w:themeColor="text1"/>
          <w:sz w:val="38"/>
          <w:szCs w:val="38"/>
        </w:rPr>
        <w:t xml:space="preserve"> </w:t>
      </w:r>
      <w:r w:rsidRPr="005117ED">
        <w:rPr>
          <w:rFonts w:cs="Sakkal Majalla"/>
          <w:color w:val="000000" w:themeColor="text1"/>
          <w:sz w:val="38"/>
          <w:szCs w:val="38"/>
          <w:rtl/>
        </w:rPr>
        <w:t>وتبني</w:t>
      </w:r>
      <w:r w:rsidRPr="005117ED">
        <w:rPr>
          <w:rFonts w:cs="Sakkal Majalla"/>
          <w:color w:val="000000" w:themeColor="text1"/>
          <w:sz w:val="38"/>
          <w:szCs w:val="38"/>
        </w:rPr>
        <w:t xml:space="preserve"> </w:t>
      </w:r>
      <w:r w:rsidRPr="005117ED">
        <w:rPr>
          <w:rFonts w:cs="Sakkal Majalla"/>
          <w:color w:val="000000" w:themeColor="text1"/>
          <w:sz w:val="38"/>
          <w:szCs w:val="38"/>
          <w:rtl/>
        </w:rPr>
        <w:t>قدرات</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العاملين</w:t>
      </w:r>
      <w:r w:rsidRPr="005117ED">
        <w:rPr>
          <w:rFonts w:cs="Sakkal Majalla"/>
          <w:color w:val="000000" w:themeColor="text1"/>
          <w:sz w:val="38"/>
          <w:szCs w:val="38"/>
        </w:rPr>
        <w:t xml:space="preserve"> </w:t>
      </w:r>
      <w:r w:rsidRPr="005117ED">
        <w:rPr>
          <w:rFonts w:cs="Sakkal Majalla"/>
          <w:color w:val="000000" w:themeColor="text1"/>
          <w:sz w:val="38"/>
          <w:szCs w:val="38"/>
          <w:rtl/>
        </w:rPr>
        <w:t>وتدمج</w:t>
      </w:r>
      <w:r w:rsidRPr="005117ED">
        <w:rPr>
          <w:rFonts w:cs="Sakkal Majalla"/>
          <w:color w:val="000000" w:themeColor="text1"/>
          <w:sz w:val="38"/>
          <w:szCs w:val="38"/>
        </w:rPr>
        <w:t xml:space="preserve"> </w:t>
      </w:r>
      <w:r w:rsidRPr="005117ED">
        <w:rPr>
          <w:rFonts w:cs="Sakkal Majalla"/>
          <w:color w:val="000000" w:themeColor="text1"/>
          <w:sz w:val="38"/>
          <w:szCs w:val="38"/>
          <w:rtl/>
        </w:rPr>
        <w:t>المعرفة</w:t>
      </w:r>
      <w:r w:rsidRPr="005117ED">
        <w:rPr>
          <w:rFonts w:cs="Sakkal Majalla"/>
          <w:color w:val="000000" w:themeColor="text1"/>
          <w:sz w:val="38"/>
          <w:szCs w:val="38"/>
        </w:rPr>
        <w:t xml:space="preserve"> </w:t>
      </w:r>
      <w:r w:rsidRPr="005117ED">
        <w:rPr>
          <w:rFonts w:cs="Sakkal Majalla"/>
          <w:color w:val="000000" w:themeColor="text1"/>
          <w:sz w:val="38"/>
          <w:szCs w:val="38"/>
          <w:rtl/>
        </w:rPr>
        <w:t>الخارجية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العمل</w:t>
      </w:r>
      <w:r w:rsidRPr="005117ED">
        <w:rPr>
          <w:rFonts w:cs="Sakkal Majalla"/>
          <w:color w:val="000000" w:themeColor="text1"/>
          <w:sz w:val="38"/>
          <w:szCs w:val="38"/>
        </w:rPr>
        <w:t xml:space="preserve"> </w:t>
      </w:r>
      <w:r w:rsidRPr="005117ED">
        <w:rPr>
          <w:rFonts w:cs="Sakkal Majalla"/>
          <w:color w:val="000000" w:themeColor="text1"/>
          <w:sz w:val="38"/>
          <w:szCs w:val="38"/>
          <w:rtl/>
        </w:rPr>
        <w:t>اليومي</w:t>
      </w:r>
      <w:r w:rsidRPr="005117ED">
        <w:rPr>
          <w:rFonts w:cs="Sakkal Majalla"/>
          <w:color w:val="000000" w:themeColor="text1"/>
          <w:sz w:val="38"/>
          <w:szCs w:val="38"/>
        </w:rPr>
        <w:t xml:space="preserve">. </w:t>
      </w:r>
      <w:r w:rsidRPr="005117ED">
        <w:rPr>
          <w:rFonts w:cs="Sakkal Majalla"/>
          <w:color w:val="000000" w:themeColor="text1"/>
          <w:sz w:val="38"/>
          <w:szCs w:val="38"/>
          <w:rtl/>
        </w:rPr>
        <w:t>ومن</w:t>
      </w:r>
      <w:r w:rsidRPr="005117ED">
        <w:rPr>
          <w:rFonts w:cs="Sakkal Majalla"/>
          <w:color w:val="000000" w:themeColor="text1"/>
          <w:sz w:val="38"/>
          <w:szCs w:val="38"/>
        </w:rPr>
        <w:t xml:space="preserve"> </w:t>
      </w:r>
      <w:r w:rsidRPr="005117ED">
        <w:rPr>
          <w:rFonts w:cs="Sakkal Majalla"/>
          <w:color w:val="000000" w:themeColor="text1"/>
          <w:sz w:val="38"/>
          <w:szCs w:val="38"/>
          <w:rtl/>
        </w:rPr>
        <w:t>ثم</w:t>
      </w:r>
      <w:r w:rsidRPr="005117ED">
        <w:rPr>
          <w:rFonts w:cs="Sakkal Majalla"/>
          <w:color w:val="000000" w:themeColor="text1"/>
          <w:sz w:val="38"/>
          <w:szCs w:val="38"/>
        </w:rPr>
        <w:t xml:space="preserve"> </w:t>
      </w:r>
      <w:r w:rsidRPr="005117ED">
        <w:rPr>
          <w:rFonts w:cs="Sakkal Majalla"/>
          <w:color w:val="000000" w:themeColor="text1"/>
          <w:sz w:val="38"/>
          <w:szCs w:val="38"/>
          <w:rtl/>
        </w:rPr>
        <w:t>تربط</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بين</w:t>
      </w:r>
      <w:r w:rsidRPr="005117ED">
        <w:rPr>
          <w:rFonts w:cs="Sakkal Majalla"/>
          <w:color w:val="000000" w:themeColor="text1"/>
          <w:sz w:val="38"/>
          <w:szCs w:val="38"/>
        </w:rPr>
        <w:t xml:space="preserve"> </w:t>
      </w:r>
      <w:r w:rsidRPr="005117ED">
        <w:rPr>
          <w:rFonts w:cs="Sakkal Majalla"/>
          <w:color w:val="000000" w:themeColor="text1"/>
          <w:sz w:val="38"/>
          <w:szCs w:val="38"/>
          <w:rtl/>
        </w:rPr>
        <w:t>المستوى</w:t>
      </w:r>
      <w:r w:rsidRPr="005117ED">
        <w:rPr>
          <w:rFonts w:cs="Sakkal Majalla"/>
          <w:color w:val="000000" w:themeColor="text1"/>
          <w:sz w:val="38"/>
          <w:szCs w:val="38"/>
        </w:rPr>
        <w:t xml:space="preserve"> </w:t>
      </w:r>
      <w:r w:rsidRPr="005117ED">
        <w:rPr>
          <w:rFonts w:cs="Sakkal Majalla"/>
          <w:color w:val="000000" w:themeColor="text1"/>
          <w:sz w:val="38"/>
          <w:szCs w:val="38"/>
          <w:rtl/>
        </w:rPr>
        <w:t>الكلي</w:t>
      </w:r>
      <w:r w:rsidRPr="005117ED">
        <w:rPr>
          <w:rFonts w:cs="Sakkal Majalla"/>
          <w:color w:val="000000" w:themeColor="text1"/>
          <w:sz w:val="38"/>
          <w:szCs w:val="38"/>
        </w:rPr>
        <w:t xml:space="preserve"> </w:t>
      </w:r>
      <w:r w:rsidRPr="005117ED">
        <w:rPr>
          <w:rFonts w:cs="Sakkal Majalla"/>
          <w:color w:val="000000" w:themeColor="text1"/>
          <w:sz w:val="38"/>
          <w:szCs w:val="38"/>
          <w:rtl/>
        </w:rPr>
        <w:t>للتنمية</w:t>
      </w:r>
      <w:r w:rsidRPr="005117ED">
        <w:rPr>
          <w:rFonts w:cs="Sakkal Majalla"/>
          <w:color w:val="000000" w:themeColor="text1"/>
          <w:sz w:val="38"/>
          <w:szCs w:val="38"/>
        </w:rPr>
        <w:t xml:space="preserve"> </w:t>
      </w:r>
      <w:r w:rsidRPr="005117ED">
        <w:rPr>
          <w:rFonts w:cs="Sakkal Majalla"/>
          <w:color w:val="000000" w:themeColor="text1"/>
          <w:sz w:val="38"/>
          <w:szCs w:val="38"/>
          <w:rtl/>
        </w:rPr>
        <w:t>والمستوى</w:t>
      </w:r>
      <w:r w:rsidRPr="005117ED">
        <w:rPr>
          <w:rFonts w:cs="Sakkal Majalla"/>
          <w:color w:val="000000" w:themeColor="text1"/>
          <w:sz w:val="38"/>
          <w:szCs w:val="38"/>
        </w:rPr>
        <w:t xml:space="preserve"> </w:t>
      </w:r>
      <w:r w:rsidRPr="005117ED">
        <w:rPr>
          <w:rFonts w:cs="Sakkal Majalla"/>
          <w:color w:val="000000" w:themeColor="text1"/>
          <w:sz w:val="38"/>
          <w:szCs w:val="38"/>
          <w:rtl/>
        </w:rPr>
        <w:t>الجزئي</w:t>
      </w:r>
      <w:r w:rsidRPr="005117ED">
        <w:rPr>
          <w:rFonts w:cs="Sakkal Majalla"/>
          <w:color w:val="000000" w:themeColor="text1"/>
          <w:sz w:val="38"/>
          <w:szCs w:val="38"/>
        </w:rPr>
        <w:t xml:space="preserve"> </w:t>
      </w:r>
      <w:r w:rsidRPr="005117ED">
        <w:rPr>
          <w:rFonts w:cs="Sakkal Majalla"/>
          <w:color w:val="000000" w:themeColor="text1"/>
          <w:sz w:val="38"/>
          <w:szCs w:val="38"/>
          <w:rtl/>
        </w:rPr>
        <w:t>للسلوك</w:t>
      </w:r>
      <w:r w:rsidRPr="005117ED">
        <w:rPr>
          <w:rFonts w:cs="Sakkal Majalla"/>
          <w:color w:val="000000" w:themeColor="text1"/>
          <w:sz w:val="38"/>
          <w:szCs w:val="38"/>
        </w:rPr>
        <w:t xml:space="preserve"> </w:t>
      </w:r>
      <w:r w:rsidRPr="005117ED">
        <w:rPr>
          <w:rFonts w:cs="Sakkal Majalla"/>
          <w:color w:val="000000" w:themeColor="text1"/>
          <w:sz w:val="38"/>
          <w:szCs w:val="38"/>
          <w:rtl/>
        </w:rPr>
        <w:t>الإداري</w:t>
      </w:r>
      <w:r w:rsidRPr="005117ED">
        <w:rPr>
          <w:rFonts w:cs="Sakkal Majalla"/>
          <w:color w:val="000000" w:themeColor="text1"/>
          <w:sz w:val="38"/>
          <w:szCs w:val="38"/>
        </w:rPr>
        <w:t xml:space="preserve"> </w:t>
      </w:r>
      <w:r w:rsidRPr="005117ED">
        <w:rPr>
          <w:rFonts w:cs="Sakkal Majalla"/>
          <w:color w:val="000000" w:themeColor="text1"/>
          <w:sz w:val="38"/>
          <w:szCs w:val="38"/>
          <w:rtl/>
        </w:rPr>
        <w:t>داخل</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المنشأة</w:t>
      </w:r>
      <w:r w:rsidRPr="005117ED">
        <w:rPr>
          <w:rFonts w:cs="Sakkal Majalla"/>
          <w:color w:val="000000" w:themeColor="text1"/>
          <w:sz w:val="38"/>
          <w:szCs w:val="38"/>
        </w:rPr>
        <w:t>.</w:t>
      </w:r>
    </w:p>
    <w:p w:rsidR="00AD1369" w:rsidRPr="005117ED" w:rsidRDefault="00AD1369" w:rsidP="00FD5E07">
      <w:pPr>
        <w:spacing w:before="0"/>
        <w:ind w:firstLine="425"/>
        <w:jc w:val="both"/>
        <w:rPr>
          <w:rFonts w:cs="Sakkal Majalla"/>
          <w:color w:val="000000" w:themeColor="text1"/>
          <w:sz w:val="38"/>
          <w:szCs w:val="38"/>
        </w:rPr>
      </w:pPr>
    </w:p>
    <w:p w:rsidR="00FD5E07" w:rsidRPr="005117ED" w:rsidRDefault="00FD5E07" w:rsidP="00FD5E07">
      <w:pPr>
        <w:spacing w:before="0"/>
        <w:ind w:firstLine="0"/>
        <w:jc w:val="left"/>
        <w:outlineLvl w:val="0"/>
        <w:rPr>
          <w:rFonts w:eastAsia="Times New Roman" w:cs="Sakkal Majalla"/>
          <w:b/>
          <w:bCs/>
          <w:color w:val="000000" w:themeColor="text1"/>
          <w:sz w:val="40"/>
          <w:szCs w:val="40"/>
        </w:rPr>
      </w:pPr>
      <w:bookmarkStart w:id="21" w:name="_Toc233321973"/>
      <w:r w:rsidRPr="005117ED">
        <w:rPr>
          <w:rFonts w:eastAsia="Times New Roman" w:cs="Sakkal Majalla"/>
          <w:b/>
          <w:bCs/>
          <w:color w:val="000000" w:themeColor="text1"/>
          <w:sz w:val="40"/>
          <w:szCs w:val="40"/>
          <w:rtl/>
        </w:rPr>
        <w:t>الثاني</w:t>
      </w:r>
      <w:r w:rsidRPr="005117ED">
        <w:rPr>
          <w:rFonts w:eastAsia="Times New Roman" w:cs="Sakkal Majalla"/>
          <w:b/>
          <w:bCs/>
          <w:color w:val="000000" w:themeColor="text1"/>
          <w:sz w:val="40"/>
          <w:szCs w:val="40"/>
        </w:rPr>
        <w:t xml:space="preserve"> </w:t>
      </w:r>
      <w:proofErr w:type="gramStart"/>
      <w:r w:rsidRPr="005117ED">
        <w:rPr>
          <w:rFonts w:eastAsia="Times New Roman" w:cs="Sakkal Majalla"/>
          <w:b/>
          <w:bCs/>
          <w:color w:val="000000" w:themeColor="text1"/>
          <w:sz w:val="40"/>
          <w:szCs w:val="40"/>
          <w:rtl/>
        </w:rPr>
        <w:t>عشر</w:t>
      </w:r>
      <w:r w:rsidRPr="005117ED">
        <w:rPr>
          <w:rFonts w:eastAsia="Times New Roman" w:cs="Sakkal Majalla"/>
          <w:b/>
          <w:bCs/>
          <w:color w:val="000000" w:themeColor="text1"/>
          <w:sz w:val="40"/>
          <w:szCs w:val="40"/>
        </w:rPr>
        <w:t xml:space="preserve">: </w:t>
      </w:r>
      <w:r w:rsidR="00AD1369" w:rsidRPr="005117ED">
        <w:rPr>
          <w:rFonts w:eastAsia="Times New Roman" w:cs="Sakkal Majalla" w:hint="cs"/>
          <w:b/>
          <w:bCs/>
          <w:color w:val="000000" w:themeColor="text1"/>
          <w:sz w:val="40"/>
          <w:szCs w:val="40"/>
          <w:rtl/>
        </w:rPr>
        <w:t xml:space="preserve"> </w:t>
      </w:r>
      <w:r w:rsidRPr="005117ED">
        <w:rPr>
          <w:rFonts w:eastAsia="Times New Roman" w:cs="Sakkal Majalla"/>
          <w:b/>
          <w:bCs/>
          <w:color w:val="000000" w:themeColor="text1"/>
          <w:sz w:val="40"/>
          <w:szCs w:val="40"/>
          <w:rtl/>
        </w:rPr>
        <w:t>المنطلقات</w:t>
      </w:r>
      <w:proofErr w:type="gramEnd"/>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النظرية</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المفسرة</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للدراسة</w:t>
      </w:r>
      <w:bookmarkEnd w:id="21"/>
    </w:p>
    <w:p w:rsidR="00FD5E07" w:rsidRPr="005117ED" w:rsidRDefault="00FD5E07" w:rsidP="00AD1369">
      <w:pPr>
        <w:spacing w:before="0"/>
        <w:ind w:firstLine="720"/>
        <w:jc w:val="both"/>
        <w:rPr>
          <w:rFonts w:cs="Sakkal Majalla"/>
          <w:color w:val="000000" w:themeColor="text1"/>
          <w:sz w:val="38"/>
          <w:szCs w:val="38"/>
        </w:rPr>
      </w:pPr>
      <w:r w:rsidRPr="005117ED">
        <w:rPr>
          <w:rFonts w:cs="Sakkal Majalla"/>
          <w:color w:val="000000" w:themeColor="text1"/>
          <w:sz w:val="38"/>
          <w:szCs w:val="38"/>
          <w:rtl/>
        </w:rPr>
        <w:t>تنطلق</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نظرية</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r w:rsidRPr="005117ED">
        <w:rPr>
          <w:rFonts w:cs="Sakkal Majalla"/>
          <w:color w:val="000000" w:themeColor="text1"/>
          <w:sz w:val="38"/>
          <w:szCs w:val="38"/>
        </w:rPr>
        <w:t xml:space="preserve"> </w:t>
      </w:r>
      <w:r w:rsidRPr="005117ED">
        <w:rPr>
          <w:rFonts w:cs="Sakkal Majalla"/>
          <w:color w:val="000000" w:themeColor="text1"/>
          <w:sz w:val="38"/>
          <w:szCs w:val="38"/>
          <w:rtl/>
        </w:rPr>
        <w:t>التي</w:t>
      </w:r>
      <w:r w:rsidRPr="005117ED">
        <w:rPr>
          <w:rFonts w:cs="Sakkal Majalla"/>
          <w:color w:val="000000" w:themeColor="text1"/>
          <w:sz w:val="38"/>
          <w:szCs w:val="38"/>
        </w:rPr>
        <w:t xml:space="preserve"> </w:t>
      </w:r>
      <w:r w:rsidRPr="005117ED">
        <w:rPr>
          <w:rFonts w:cs="Sakkal Majalla"/>
          <w:color w:val="000000" w:themeColor="text1"/>
          <w:sz w:val="38"/>
          <w:szCs w:val="38"/>
          <w:rtl/>
        </w:rPr>
        <w:t>تميز</w:t>
      </w:r>
      <w:r w:rsidRPr="005117ED">
        <w:rPr>
          <w:rFonts w:cs="Sakkal Majalla"/>
          <w:color w:val="000000" w:themeColor="text1"/>
          <w:sz w:val="38"/>
          <w:szCs w:val="38"/>
        </w:rPr>
        <w:t xml:space="preserve"> </w:t>
      </w:r>
      <w:r w:rsidRPr="005117ED">
        <w:rPr>
          <w:rFonts w:cs="Sakkal Majalla"/>
          <w:color w:val="000000" w:themeColor="text1"/>
          <w:sz w:val="38"/>
          <w:szCs w:val="38"/>
          <w:rtl/>
        </w:rPr>
        <w:t>بين</w:t>
      </w:r>
      <w:r w:rsidRPr="005117ED">
        <w:rPr>
          <w:rFonts w:cs="Sakkal Majalla"/>
          <w:color w:val="000000" w:themeColor="text1"/>
          <w:sz w:val="38"/>
          <w:szCs w:val="38"/>
        </w:rPr>
        <w:t xml:space="preserve"> </w:t>
      </w:r>
      <w:r w:rsidRPr="005117ED">
        <w:rPr>
          <w:rFonts w:cs="Sakkal Majalla"/>
          <w:color w:val="000000" w:themeColor="text1"/>
          <w:sz w:val="38"/>
          <w:szCs w:val="38"/>
          <w:rtl/>
        </w:rPr>
        <w:t>التبادل</w:t>
      </w:r>
      <w:r w:rsidRPr="005117ED">
        <w:rPr>
          <w:rFonts w:cs="Sakkal Majalla"/>
          <w:color w:val="000000" w:themeColor="text1"/>
          <w:sz w:val="38"/>
          <w:szCs w:val="38"/>
        </w:rPr>
        <w:t xml:space="preserve"> </w:t>
      </w:r>
      <w:r w:rsidRPr="005117ED">
        <w:rPr>
          <w:rFonts w:cs="Sakkal Majalla"/>
          <w:color w:val="000000" w:themeColor="text1"/>
          <w:sz w:val="38"/>
          <w:szCs w:val="38"/>
          <w:rtl/>
        </w:rPr>
        <w:t>القائم</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المنفعة</w:t>
      </w:r>
      <w:r w:rsidRPr="005117ED">
        <w:rPr>
          <w:rFonts w:cs="Sakkal Majalla"/>
          <w:color w:val="000000" w:themeColor="text1"/>
          <w:sz w:val="38"/>
          <w:szCs w:val="38"/>
        </w:rPr>
        <w:t xml:space="preserve"> </w:t>
      </w:r>
      <w:r w:rsidRPr="005117ED">
        <w:rPr>
          <w:rFonts w:cs="Sakkal Majalla"/>
          <w:color w:val="000000" w:themeColor="text1"/>
          <w:sz w:val="38"/>
          <w:szCs w:val="38"/>
          <w:rtl/>
        </w:rPr>
        <w:t>المباشرة</w:t>
      </w:r>
      <w:r w:rsidRPr="005117ED">
        <w:rPr>
          <w:rFonts w:cs="Sakkal Majalla"/>
          <w:color w:val="000000" w:themeColor="text1"/>
          <w:sz w:val="38"/>
          <w:szCs w:val="38"/>
        </w:rPr>
        <w:t xml:space="preserve"> </w:t>
      </w:r>
      <w:r w:rsidRPr="005117ED">
        <w:rPr>
          <w:rFonts w:cs="Sakkal Majalla"/>
          <w:color w:val="000000" w:themeColor="text1"/>
          <w:sz w:val="38"/>
          <w:szCs w:val="38"/>
          <w:rtl/>
        </w:rPr>
        <w:t>وبين</w:t>
      </w:r>
      <w:r w:rsidRPr="005117ED">
        <w:rPr>
          <w:rFonts w:cs="Sakkal Majalla"/>
          <w:color w:val="000000" w:themeColor="text1"/>
          <w:sz w:val="38"/>
          <w:szCs w:val="38"/>
        </w:rPr>
        <w:t xml:space="preserve"> </w:t>
      </w:r>
      <w:r w:rsidRPr="005117ED">
        <w:rPr>
          <w:rFonts w:cs="Sakkal Majalla"/>
          <w:color w:val="000000" w:themeColor="text1"/>
          <w:sz w:val="38"/>
          <w:szCs w:val="38"/>
          <w:rtl/>
        </w:rPr>
        <w:t>التأثير</w:t>
      </w:r>
      <w:r w:rsidRPr="005117ED">
        <w:rPr>
          <w:rFonts w:cs="Sakkal Majalla"/>
          <w:color w:val="000000" w:themeColor="text1"/>
          <w:sz w:val="38"/>
          <w:szCs w:val="38"/>
        </w:rPr>
        <w:t xml:space="preserve"> </w:t>
      </w:r>
      <w:r w:rsidRPr="005117ED">
        <w:rPr>
          <w:rFonts w:cs="Sakkal Majalla"/>
          <w:color w:val="000000" w:themeColor="text1"/>
          <w:sz w:val="38"/>
          <w:szCs w:val="38"/>
          <w:rtl/>
        </w:rPr>
        <w:t>الذي</w:t>
      </w:r>
      <w:r w:rsidRPr="005117ED">
        <w:rPr>
          <w:rFonts w:cs="Sakkal Majalla"/>
          <w:color w:val="000000" w:themeColor="text1"/>
          <w:sz w:val="38"/>
          <w:szCs w:val="38"/>
        </w:rPr>
        <w:t xml:space="preserve"> </w:t>
      </w:r>
      <w:r w:rsidRPr="005117ED">
        <w:rPr>
          <w:rFonts w:cs="Sakkal Majalla"/>
          <w:color w:val="000000" w:themeColor="text1"/>
          <w:sz w:val="38"/>
          <w:szCs w:val="38"/>
          <w:rtl/>
        </w:rPr>
        <w:t>يعيد</w:t>
      </w:r>
      <w:r w:rsidRPr="005117ED">
        <w:rPr>
          <w:rFonts w:cs="Sakkal Majalla"/>
          <w:color w:val="000000" w:themeColor="text1"/>
          <w:sz w:val="38"/>
          <w:szCs w:val="38"/>
        </w:rPr>
        <w:t xml:space="preserve"> </w:t>
      </w:r>
      <w:r w:rsidRPr="005117ED">
        <w:rPr>
          <w:rFonts w:cs="Sakkal Majalla"/>
          <w:color w:val="000000" w:themeColor="text1"/>
          <w:sz w:val="38"/>
          <w:szCs w:val="38"/>
          <w:rtl/>
        </w:rPr>
        <w:t>تشكيل</w:t>
      </w:r>
      <w:r w:rsidRPr="005117ED">
        <w:rPr>
          <w:rFonts w:cs="Sakkal Majalla"/>
          <w:color w:val="000000" w:themeColor="text1"/>
          <w:sz w:val="38"/>
          <w:szCs w:val="38"/>
        </w:rPr>
        <w:t xml:space="preserve"> </w:t>
      </w:r>
      <w:r w:rsidRPr="005117ED">
        <w:rPr>
          <w:rFonts w:cs="Sakkal Majalla"/>
          <w:color w:val="000000" w:themeColor="text1"/>
          <w:sz w:val="38"/>
          <w:szCs w:val="38"/>
          <w:rtl/>
        </w:rPr>
        <w:t>وعي</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العاملين</w:t>
      </w:r>
      <w:r w:rsidRPr="005117ED">
        <w:rPr>
          <w:rFonts w:cs="Sakkal Majalla"/>
          <w:color w:val="000000" w:themeColor="text1"/>
          <w:sz w:val="38"/>
          <w:szCs w:val="38"/>
        </w:rPr>
        <w:t xml:space="preserve"> </w:t>
      </w:r>
      <w:r w:rsidRPr="005117ED">
        <w:rPr>
          <w:rFonts w:cs="Sakkal Majalla"/>
          <w:color w:val="000000" w:themeColor="text1"/>
          <w:sz w:val="38"/>
          <w:szCs w:val="38"/>
          <w:rtl/>
        </w:rPr>
        <w:t>ودوافعهم</w:t>
      </w:r>
      <w:r w:rsidRPr="005117ED">
        <w:rPr>
          <w:rFonts w:cs="Sakkal Majalla"/>
          <w:color w:val="000000" w:themeColor="text1"/>
          <w:sz w:val="38"/>
          <w:szCs w:val="38"/>
        </w:rPr>
        <w:t xml:space="preserve"> </w:t>
      </w:r>
      <w:r w:rsidRPr="005117ED">
        <w:rPr>
          <w:rFonts w:cs="Sakkal Majalla"/>
          <w:color w:val="000000" w:themeColor="text1"/>
          <w:sz w:val="38"/>
          <w:szCs w:val="38"/>
          <w:rtl/>
        </w:rPr>
        <w:t>تجاه</w:t>
      </w:r>
      <w:r w:rsidRPr="005117ED">
        <w:rPr>
          <w:rFonts w:cs="Sakkal Majalla"/>
          <w:color w:val="000000" w:themeColor="text1"/>
          <w:sz w:val="38"/>
          <w:szCs w:val="38"/>
        </w:rPr>
        <w:t xml:space="preserve"> </w:t>
      </w:r>
      <w:r w:rsidRPr="005117ED">
        <w:rPr>
          <w:rFonts w:cs="Sakkal Majalla"/>
          <w:color w:val="000000" w:themeColor="text1"/>
          <w:sz w:val="38"/>
          <w:szCs w:val="38"/>
          <w:rtl/>
        </w:rPr>
        <w:t>أهداف</w:t>
      </w:r>
      <w:r w:rsidRPr="005117ED">
        <w:rPr>
          <w:rFonts w:cs="Sakkal Majalla"/>
          <w:color w:val="000000" w:themeColor="text1"/>
          <w:sz w:val="38"/>
          <w:szCs w:val="38"/>
        </w:rPr>
        <w:t xml:space="preserve"> </w:t>
      </w:r>
      <w:r w:rsidRPr="005117ED">
        <w:rPr>
          <w:rFonts w:cs="Sakkal Majalla"/>
          <w:color w:val="000000" w:themeColor="text1"/>
          <w:sz w:val="38"/>
          <w:szCs w:val="38"/>
          <w:rtl/>
        </w:rPr>
        <w:t>أوسع</w:t>
      </w:r>
      <w:r w:rsidRPr="005117ED">
        <w:rPr>
          <w:rFonts w:cs="Sakkal Majalla"/>
          <w:color w:val="000000" w:themeColor="text1"/>
          <w:sz w:val="38"/>
          <w:szCs w:val="38"/>
        </w:rPr>
        <w:t xml:space="preserve">. </w:t>
      </w:r>
      <w:r w:rsidRPr="005117ED">
        <w:rPr>
          <w:rFonts w:cs="Sakkal Majalla"/>
          <w:color w:val="000000" w:themeColor="text1"/>
          <w:sz w:val="38"/>
          <w:szCs w:val="38"/>
          <w:rtl/>
        </w:rPr>
        <w:t>فقد</w:t>
      </w:r>
      <w:r w:rsidRPr="005117ED">
        <w:rPr>
          <w:rFonts w:cs="Sakkal Majalla"/>
          <w:color w:val="000000" w:themeColor="text1"/>
          <w:sz w:val="38"/>
          <w:szCs w:val="38"/>
        </w:rPr>
        <w:t xml:space="preserve"> </w:t>
      </w:r>
      <w:r w:rsidRPr="005117ED">
        <w:rPr>
          <w:rFonts w:cs="Sakkal Majalla"/>
          <w:color w:val="000000" w:themeColor="text1"/>
          <w:sz w:val="38"/>
          <w:szCs w:val="38"/>
          <w:rtl/>
        </w:rPr>
        <w:t>قدم</w:t>
      </w:r>
      <w:r w:rsidRPr="005117ED">
        <w:rPr>
          <w:rFonts w:cs="Sakkal Majalla"/>
          <w:color w:val="000000" w:themeColor="text1"/>
          <w:sz w:val="38"/>
          <w:szCs w:val="38"/>
        </w:rPr>
        <w:t xml:space="preserve"> Burns (1978) </w:t>
      </w:r>
      <w:r w:rsidRPr="005117ED">
        <w:rPr>
          <w:rFonts w:cs="Sakkal Majalla"/>
          <w:color w:val="000000" w:themeColor="text1"/>
          <w:sz w:val="38"/>
          <w:szCs w:val="38"/>
          <w:rtl/>
        </w:rPr>
        <w:t>الأساس</w:t>
      </w:r>
      <w:r w:rsidRPr="005117ED">
        <w:rPr>
          <w:rFonts w:cs="Sakkal Majalla"/>
          <w:color w:val="000000" w:themeColor="text1"/>
          <w:sz w:val="38"/>
          <w:szCs w:val="38"/>
        </w:rPr>
        <w:t xml:space="preserve"> </w:t>
      </w:r>
      <w:r w:rsidRPr="005117ED">
        <w:rPr>
          <w:rFonts w:cs="Sakkal Majalla"/>
          <w:color w:val="000000" w:themeColor="text1"/>
          <w:sz w:val="38"/>
          <w:szCs w:val="38"/>
          <w:rtl/>
        </w:rPr>
        <w:t>القيمي</w:t>
      </w:r>
      <w:r w:rsidRPr="005117ED">
        <w:rPr>
          <w:rFonts w:cs="Sakkal Majalla"/>
          <w:color w:val="000000" w:themeColor="text1"/>
          <w:sz w:val="38"/>
          <w:szCs w:val="38"/>
        </w:rPr>
        <w:t xml:space="preserve"> </w:t>
      </w:r>
      <w:r w:rsidRPr="005117ED">
        <w:rPr>
          <w:rFonts w:cs="Sakkal Majalla"/>
          <w:color w:val="000000" w:themeColor="text1"/>
          <w:sz w:val="38"/>
          <w:szCs w:val="38"/>
          <w:rtl/>
        </w:rPr>
        <w:t>للمفهوم،</w:t>
      </w:r>
      <w:r w:rsidRPr="005117ED">
        <w:rPr>
          <w:rFonts w:cs="Sakkal Majalla"/>
          <w:color w:val="000000" w:themeColor="text1"/>
          <w:sz w:val="38"/>
          <w:szCs w:val="38"/>
        </w:rPr>
        <w:t xml:space="preserve"> </w:t>
      </w:r>
      <w:r w:rsidRPr="005117ED">
        <w:rPr>
          <w:rFonts w:cs="Sakkal Majalla"/>
          <w:color w:val="000000" w:themeColor="text1"/>
          <w:sz w:val="38"/>
          <w:szCs w:val="38"/>
          <w:rtl/>
        </w:rPr>
        <w:t>ثم</w:t>
      </w:r>
      <w:r w:rsidRPr="005117ED">
        <w:rPr>
          <w:rFonts w:cs="Sakkal Majalla"/>
          <w:color w:val="000000" w:themeColor="text1"/>
          <w:sz w:val="38"/>
          <w:szCs w:val="38"/>
        </w:rPr>
        <w:t xml:space="preserve"> </w:t>
      </w:r>
      <w:r w:rsidRPr="005117ED">
        <w:rPr>
          <w:rFonts w:cs="Sakkal Majalla"/>
          <w:color w:val="000000" w:themeColor="text1"/>
          <w:sz w:val="38"/>
          <w:szCs w:val="38"/>
          <w:rtl/>
        </w:rPr>
        <w:t>طور</w:t>
      </w:r>
      <w:r w:rsidRPr="005117ED">
        <w:rPr>
          <w:rFonts w:cs="Sakkal Majalla"/>
          <w:color w:val="000000" w:themeColor="text1"/>
          <w:sz w:val="38"/>
          <w:szCs w:val="38"/>
        </w:rPr>
        <w:t xml:space="preserve"> Bass (1985) </w:t>
      </w:r>
      <w:r w:rsidRPr="005117ED">
        <w:rPr>
          <w:rFonts w:cs="Sakkal Majalla"/>
          <w:color w:val="000000" w:themeColor="text1"/>
          <w:sz w:val="38"/>
          <w:szCs w:val="38"/>
          <w:rtl/>
        </w:rPr>
        <w:t>النموذج</w:t>
      </w:r>
      <w:r w:rsidRPr="005117ED">
        <w:rPr>
          <w:rFonts w:cs="Sakkal Majalla"/>
          <w:color w:val="000000" w:themeColor="text1"/>
          <w:sz w:val="38"/>
          <w:szCs w:val="38"/>
        </w:rPr>
        <w:t xml:space="preserve"> </w:t>
      </w:r>
      <w:r w:rsidRPr="005117ED">
        <w:rPr>
          <w:rFonts w:cs="Sakkal Majalla"/>
          <w:color w:val="000000" w:themeColor="text1"/>
          <w:sz w:val="38"/>
          <w:szCs w:val="38"/>
          <w:rtl/>
        </w:rPr>
        <w:t>ليشمل</w:t>
      </w:r>
      <w:r w:rsidRPr="005117ED">
        <w:rPr>
          <w:rFonts w:cs="Sakkal Majalla"/>
          <w:color w:val="000000" w:themeColor="text1"/>
          <w:sz w:val="38"/>
          <w:szCs w:val="38"/>
        </w:rPr>
        <w:t xml:space="preserve"> </w:t>
      </w:r>
      <w:r w:rsidRPr="005117ED">
        <w:rPr>
          <w:rFonts w:cs="Sakkal Majalla"/>
          <w:color w:val="000000" w:themeColor="text1"/>
          <w:sz w:val="38"/>
          <w:szCs w:val="38"/>
          <w:rtl/>
        </w:rPr>
        <w:t>السلوكيات</w:t>
      </w:r>
      <w:r w:rsidRPr="005117ED">
        <w:rPr>
          <w:rFonts w:cs="Sakkal Majalla"/>
          <w:color w:val="000000" w:themeColor="text1"/>
          <w:sz w:val="38"/>
          <w:szCs w:val="38"/>
        </w:rPr>
        <w:t xml:space="preserve"> </w:t>
      </w:r>
      <w:r w:rsidRPr="005117ED">
        <w:rPr>
          <w:rFonts w:cs="Sakkal Majalla"/>
          <w:color w:val="000000" w:themeColor="text1"/>
          <w:sz w:val="38"/>
          <w:szCs w:val="38"/>
          <w:rtl/>
        </w:rPr>
        <w:t>التي</w:t>
      </w:r>
      <w:r w:rsidRPr="005117ED">
        <w:rPr>
          <w:rFonts w:cs="Sakkal Majalla"/>
          <w:color w:val="000000" w:themeColor="text1"/>
          <w:sz w:val="38"/>
          <w:szCs w:val="38"/>
        </w:rPr>
        <w:t xml:space="preserve"> </w:t>
      </w:r>
      <w:r w:rsidRPr="005117ED">
        <w:rPr>
          <w:rFonts w:cs="Sakkal Majalla"/>
          <w:color w:val="000000" w:themeColor="text1"/>
          <w:sz w:val="38"/>
          <w:szCs w:val="38"/>
          <w:rtl/>
        </w:rPr>
        <w:t>ترفع</w:t>
      </w:r>
      <w:r w:rsidRPr="005117ED">
        <w:rPr>
          <w:rFonts w:cs="Sakkal Majalla"/>
          <w:color w:val="000000" w:themeColor="text1"/>
          <w:sz w:val="38"/>
          <w:szCs w:val="38"/>
        </w:rPr>
        <w:t xml:space="preserve"> </w:t>
      </w:r>
      <w:r w:rsidRPr="005117ED">
        <w:rPr>
          <w:rFonts w:cs="Sakkal Majalla"/>
          <w:color w:val="000000" w:themeColor="text1"/>
          <w:sz w:val="38"/>
          <w:szCs w:val="38"/>
          <w:rtl/>
        </w:rPr>
        <w:t>الأداء</w:t>
      </w:r>
      <w:r w:rsidRPr="005117ED">
        <w:rPr>
          <w:rFonts w:cs="Sakkal Majalla"/>
          <w:color w:val="000000" w:themeColor="text1"/>
          <w:sz w:val="38"/>
          <w:szCs w:val="38"/>
        </w:rPr>
        <w:t xml:space="preserve"> </w:t>
      </w:r>
      <w:r w:rsidRPr="005117ED">
        <w:rPr>
          <w:rFonts w:cs="Sakkal Majalla"/>
          <w:color w:val="000000" w:themeColor="text1"/>
          <w:sz w:val="38"/>
          <w:szCs w:val="38"/>
          <w:rtl/>
        </w:rPr>
        <w:t>فوق</w:t>
      </w:r>
      <w:r w:rsidRPr="005117ED">
        <w:rPr>
          <w:rFonts w:cs="Sakkal Majalla"/>
          <w:color w:val="000000" w:themeColor="text1"/>
          <w:sz w:val="38"/>
          <w:szCs w:val="38"/>
        </w:rPr>
        <w:t xml:space="preserve"> </w:t>
      </w:r>
      <w:r w:rsidRPr="005117ED">
        <w:rPr>
          <w:rFonts w:cs="Sakkal Majalla"/>
          <w:color w:val="000000" w:themeColor="text1"/>
          <w:sz w:val="38"/>
          <w:szCs w:val="38"/>
          <w:rtl/>
        </w:rPr>
        <w:t>المستوى</w:t>
      </w:r>
      <w:r w:rsidRPr="005117ED">
        <w:rPr>
          <w:rFonts w:cs="Sakkal Majalla"/>
          <w:color w:val="000000" w:themeColor="text1"/>
          <w:sz w:val="38"/>
          <w:szCs w:val="38"/>
        </w:rPr>
        <w:t xml:space="preserve"> </w:t>
      </w:r>
      <w:r w:rsidRPr="005117ED">
        <w:rPr>
          <w:rFonts w:cs="Sakkal Majalla"/>
          <w:color w:val="000000" w:themeColor="text1"/>
          <w:sz w:val="38"/>
          <w:szCs w:val="38"/>
          <w:rtl/>
        </w:rPr>
        <w:t>المتوقع</w:t>
      </w:r>
      <w:r w:rsidRPr="005117ED">
        <w:rPr>
          <w:rFonts w:cs="Sakkal Majalla"/>
          <w:color w:val="000000" w:themeColor="text1"/>
          <w:sz w:val="38"/>
          <w:szCs w:val="38"/>
        </w:rPr>
        <w:t xml:space="preserve">. </w:t>
      </w:r>
      <w:r w:rsidRPr="005117ED">
        <w:rPr>
          <w:rFonts w:cs="Sakkal Majalla"/>
          <w:color w:val="000000" w:themeColor="text1"/>
          <w:sz w:val="38"/>
          <w:szCs w:val="38"/>
          <w:rtl/>
        </w:rPr>
        <w:t>ويعني</w:t>
      </w:r>
      <w:r w:rsidRPr="005117ED">
        <w:rPr>
          <w:rFonts w:cs="Sakkal Majalla"/>
          <w:color w:val="000000" w:themeColor="text1"/>
          <w:sz w:val="38"/>
          <w:szCs w:val="38"/>
        </w:rPr>
        <w:t xml:space="preserve"> </w:t>
      </w:r>
      <w:r w:rsidRPr="005117ED">
        <w:rPr>
          <w:rFonts w:cs="Sakkal Majalla"/>
          <w:color w:val="000000" w:themeColor="text1"/>
          <w:sz w:val="38"/>
          <w:szCs w:val="38"/>
          <w:rtl/>
        </w:rPr>
        <w:t>ذلك</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القائد</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يلغي</w:t>
      </w:r>
      <w:r w:rsidRPr="005117ED">
        <w:rPr>
          <w:rFonts w:cs="Sakkal Majalla"/>
          <w:color w:val="000000" w:themeColor="text1"/>
          <w:sz w:val="38"/>
          <w:szCs w:val="38"/>
        </w:rPr>
        <w:t xml:space="preserve"> </w:t>
      </w:r>
      <w:r w:rsidRPr="005117ED">
        <w:rPr>
          <w:rFonts w:cs="Sakkal Majalla"/>
          <w:color w:val="000000" w:themeColor="text1"/>
          <w:sz w:val="38"/>
          <w:szCs w:val="38"/>
          <w:rtl/>
        </w:rPr>
        <w:t>المكافآت</w:t>
      </w:r>
      <w:r w:rsidRPr="005117ED">
        <w:rPr>
          <w:rFonts w:cs="Sakkal Majalla"/>
          <w:color w:val="000000" w:themeColor="text1"/>
          <w:sz w:val="38"/>
          <w:szCs w:val="38"/>
        </w:rPr>
        <w:t xml:space="preserve"> </w:t>
      </w:r>
      <w:r w:rsidRPr="005117ED">
        <w:rPr>
          <w:rFonts w:cs="Sakkal Majalla"/>
          <w:color w:val="000000" w:themeColor="text1"/>
          <w:sz w:val="38"/>
          <w:szCs w:val="38"/>
          <w:rtl/>
        </w:rPr>
        <w:t>والرقابة،</w:t>
      </w:r>
      <w:r w:rsidRPr="005117ED">
        <w:rPr>
          <w:rFonts w:cs="Sakkal Majalla"/>
          <w:color w:val="000000" w:themeColor="text1"/>
          <w:sz w:val="38"/>
          <w:szCs w:val="38"/>
        </w:rPr>
        <w:t xml:space="preserve"> </w:t>
      </w:r>
      <w:r w:rsidRPr="005117ED">
        <w:rPr>
          <w:rFonts w:cs="Sakkal Majalla"/>
          <w:color w:val="000000" w:themeColor="text1"/>
          <w:sz w:val="38"/>
          <w:szCs w:val="38"/>
          <w:rtl/>
        </w:rPr>
        <w:t>لكنه</w:t>
      </w:r>
      <w:r w:rsidRPr="005117ED">
        <w:rPr>
          <w:rFonts w:cs="Sakkal Majalla"/>
          <w:color w:val="000000" w:themeColor="text1"/>
          <w:sz w:val="38"/>
          <w:szCs w:val="38"/>
        </w:rPr>
        <w:t xml:space="preserve"> </w:t>
      </w:r>
      <w:r w:rsidRPr="005117ED">
        <w:rPr>
          <w:rFonts w:cs="Sakkal Majalla"/>
          <w:color w:val="000000" w:themeColor="text1"/>
          <w:sz w:val="38"/>
          <w:szCs w:val="38"/>
          <w:rtl/>
        </w:rPr>
        <w:t>يتجاوزهما</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بناء</w:t>
      </w:r>
      <w:r w:rsidRPr="005117ED">
        <w:rPr>
          <w:rFonts w:cs="Sakkal Majalla"/>
          <w:color w:val="000000" w:themeColor="text1"/>
          <w:sz w:val="38"/>
          <w:szCs w:val="38"/>
        </w:rPr>
        <w:t xml:space="preserve"> </w:t>
      </w:r>
      <w:r w:rsidRPr="005117ED">
        <w:rPr>
          <w:rFonts w:cs="Sakkal Majalla"/>
          <w:color w:val="000000" w:themeColor="text1"/>
          <w:sz w:val="38"/>
          <w:szCs w:val="38"/>
          <w:rtl/>
        </w:rPr>
        <w:t>الالتزام</w:t>
      </w:r>
      <w:r w:rsidRPr="005117ED">
        <w:rPr>
          <w:rFonts w:cs="Sakkal Majalla"/>
          <w:color w:val="000000" w:themeColor="text1"/>
          <w:sz w:val="38"/>
          <w:szCs w:val="38"/>
        </w:rPr>
        <w:t xml:space="preserve"> </w:t>
      </w:r>
      <w:r w:rsidRPr="005117ED">
        <w:rPr>
          <w:rFonts w:cs="Sakkal Majalla"/>
          <w:color w:val="000000" w:themeColor="text1"/>
          <w:sz w:val="38"/>
          <w:szCs w:val="38"/>
          <w:rtl/>
        </w:rPr>
        <w:t>والهوية</w:t>
      </w:r>
      <w:r w:rsidRPr="005117ED">
        <w:rPr>
          <w:rFonts w:cs="Sakkal Majalla"/>
          <w:color w:val="000000" w:themeColor="text1"/>
          <w:sz w:val="38"/>
          <w:szCs w:val="38"/>
        </w:rPr>
        <w:t xml:space="preserve"> </w:t>
      </w:r>
      <w:r w:rsidRPr="005117ED">
        <w:rPr>
          <w:rFonts w:cs="Sakkal Majalla"/>
          <w:color w:val="000000" w:themeColor="text1"/>
          <w:sz w:val="38"/>
          <w:szCs w:val="38"/>
          <w:rtl/>
        </w:rPr>
        <w:t>المشتركة</w:t>
      </w:r>
      <w:r w:rsidRPr="005117ED">
        <w:rPr>
          <w:rFonts w:cs="Sakkal Majalla"/>
          <w:color w:val="000000" w:themeColor="text1"/>
          <w:sz w:val="38"/>
          <w:szCs w:val="38"/>
        </w:rPr>
        <w:t xml:space="preserve"> </w:t>
      </w:r>
      <w:r w:rsidRPr="005117ED">
        <w:rPr>
          <w:rFonts w:cs="Sakkal Majalla"/>
          <w:color w:val="000000" w:themeColor="text1"/>
          <w:sz w:val="38"/>
          <w:szCs w:val="38"/>
          <w:rtl/>
        </w:rPr>
        <w:t>وإطلاق</w:t>
      </w:r>
      <w:r w:rsidRPr="005117ED">
        <w:rPr>
          <w:rFonts w:cs="Sakkal Majalla"/>
          <w:color w:val="000000" w:themeColor="text1"/>
          <w:sz w:val="38"/>
          <w:szCs w:val="38"/>
        </w:rPr>
        <w:t xml:space="preserve"> </w:t>
      </w:r>
      <w:r w:rsidRPr="005117ED">
        <w:rPr>
          <w:rFonts w:cs="Sakkal Majalla"/>
          <w:color w:val="000000" w:themeColor="text1"/>
          <w:sz w:val="38"/>
          <w:szCs w:val="38"/>
          <w:rtl/>
        </w:rPr>
        <w:t>الطاقات</w:t>
      </w:r>
      <w:r w:rsidRPr="005117ED">
        <w:rPr>
          <w:rFonts w:cs="Sakkal Majalla"/>
          <w:color w:val="000000" w:themeColor="text1"/>
          <w:sz w:val="38"/>
          <w:szCs w:val="38"/>
        </w:rPr>
        <w:t xml:space="preserve"> </w:t>
      </w:r>
      <w:r w:rsidRPr="005117ED">
        <w:rPr>
          <w:rFonts w:cs="Sakkal Majalla"/>
          <w:color w:val="000000" w:themeColor="text1"/>
          <w:sz w:val="38"/>
          <w:szCs w:val="38"/>
          <w:rtl/>
        </w:rPr>
        <w:t>الكامنة،</w:t>
      </w:r>
      <w:r w:rsidRPr="005117ED">
        <w:rPr>
          <w:rFonts w:cs="Sakkal Majalla"/>
          <w:color w:val="000000" w:themeColor="text1"/>
          <w:sz w:val="38"/>
          <w:szCs w:val="38"/>
        </w:rPr>
        <w:t xml:space="preserve"> </w:t>
      </w:r>
      <w:r w:rsidRPr="005117ED">
        <w:rPr>
          <w:rFonts w:cs="Sakkal Majalla"/>
          <w:color w:val="000000" w:themeColor="text1"/>
          <w:sz w:val="38"/>
          <w:szCs w:val="38"/>
          <w:rtl/>
        </w:rPr>
        <w:t>وهو</w:t>
      </w:r>
      <w:r w:rsidRPr="005117ED">
        <w:rPr>
          <w:rFonts w:cs="Sakkal Majalla"/>
          <w:color w:val="000000" w:themeColor="text1"/>
          <w:sz w:val="38"/>
          <w:szCs w:val="38"/>
        </w:rPr>
        <w:t xml:space="preserve"> </w:t>
      </w:r>
      <w:r w:rsidRPr="005117ED">
        <w:rPr>
          <w:rFonts w:cs="Sakkal Majalla"/>
          <w:color w:val="000000" w:themeColor="text1"/>
          <w:sz w:val="38"/>
          <w:szCs w:val="38"/>
          <w:rtl/>
        </w:rPr>
        <w:t>ما</w:t>
      </w:r>
      <w:r w:rsidRPr="005117ED">
        <w:rPr>
          <w:rFonts w:cs="Sakkal Majalla"/>
          <w:color w:val="000000" w:themeColor="text1"/>
          <w:sz w:val="38"/>
          <w:szCs w:val="38"/>
        </w:rPr>
        <w:t xml:space="preserve"> </w:t>
      </w:r>
      <w:r w:rsidRPr="005117ED">
        <w:rPr>
          <w:rFonts w:cs="Sakkal Majalla"/>
          <w:color w:val="000000" w:themeColor="text1"/>
          <w:sz w:val="38"/>
          <w:szCs w:val="38"/>
          <w:rtl/>
        </w:rPr>
        <w:t>يجعل</w:t>
      </w:r>
      <w:r w:rsidRPr="005117ED">
        <w:rPr>
          <w:rFonts w:cs="Sakkal Majalla"/>
          <w:color w:val="000000" w:themeColor="text1"/>
          <w:sz w:val="38"/>
          <w:szCs w:val="38"/>
        </w:rPr>
        <w:t xml:space="preserve"> </w:t>
      </w:r>
      <w:r w:rsidRPr="005117ED">
        <w:rPr>
          <w:rFonts w:cs="Sakkal Majalla"/>
          <w:color w:val="000000" w:themeColor="text1"/>
          <w:sz w:val="38"/>
          <w:szCs w:val="38"/>
          <w:rtl/>
        </w:rPr>
        <w:t>النظرية</w:t>
      </w:r>
      <w:r w:rsidRPr="005117ED">
        <w:rPr>
          <w:rFonts w:cs="Sakkal Majalla"/>
          <w:color w:val="000000" w:themeColor="text1"/>
          <w:sz w:val="38"/>
          <w:szCs w:val="38"/>
        </w:rPr>
        <w:t xml:space="preserve"> </w:t>
      </w:r>
      <w:r w:rsidRPr="005117ED">
        <w:rPr>
          <w:rFonts w:cs="Sakkal Majalla"/>
          <w:color w:val="000000" w:themeColor="text1"/>
          <w:sz w:val="38"/>
          <w:szCs w:val="38"/>
          <w:rtl/>
        </w:rPr>
        <w:t>مناسبة</w:t>
      </w:r>
      <w:r w:rsidRPr="005117ED">
        <w:rPr>
          <w:rFonts w:cs="Sakkal Majalla"/>
          <w:color w:val="000000" w:themeColor="text1"/>
          <w:sz w:val="38"/>
          <w:szCs w:val="38"/>
        </w:rPr>
        <w:t xml:space="preserve"> </w:t>
      </w:r>
      <w:r w:rsidRPr="005117ED">
        <w:rPr>
          <w:rFonts w:cs="Sakkal Majalla"/>
          <w:color w:val="000000" w:themeColor="text1"/>
          <w:sz w:val="38"/>
          <w:szCs w:val="38"/>
          <w:rtl/>
        </w:rPr>
        <w:t>لتفسير</w:t>
      </w:r>
      <w:r w:rsidRPr="005117ED">
        <w:rPr>
          <w:rFonts w:cs="Sakkal Majalla"/>
          <w:color w:val="000000" w:themeColor="text1"/>
          <w:sz w:val="38"/>
          <w:szCs w:val="38"/>
        </w:rPr>
        <w:t xml:space="preserve"> </w:t>
      </w:r>
      <w:r w:rsidRPr="005117ED">
        <w:rPr>
          <w:rFonts w:cs="Sakkal Majalla"/>
          <w:color w:val="000000" w:themeColor="text1"/>
          <w:sz w:val="38"/>
          <w:szCs w:val="38"/>
          <w:rtl/>
        </w:rPr>
        <w:t>السلوك</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الإبداعي</w:t>
      </w:r>
      <w:r w:rsidRPr="005117ED">
        <w:rPr>
          <w:rFonts w:cs="Sakkal Majalla"/>
          <w:color w:val="000000" w:themeColor="text1"/>
          <w:sz w:val="38"/>
          <w:szCs w:val="38"/>
        </w:rPr>
        <w:t xml:space="preserve"> </w:t>
      </w:r>
      <w:r w:rsidRPr="005117ED">
        <w:rPr>
          <w:rFonts w:cs="Sakkal Majalla"/>
          <w:color w:val="000000" w:themeColor="text1"/>
          <w:sz w:val="38"/>
          <w:szCs w:val="38"/>
          <w:rtl/>
        </w:rPr>
        <w:t>الذي</w:t>
      </w:r>
      <w:r w:rsidRPr="005117ED">
        <w:rPr>
          <w:rFonts w:cs="Sakkal Majalla"/>
          <w:color w:val="000000" w:themeColor="text1"/>
          <w:sz w:val="38"/>
          <w:szCs w:val="38"/>
        </w:rPr>
        <w:t xml:space="preserve"> </w:t>
      </w:r>
      <w:r w:rsidRPr="005117ED">
        <w:rPr>
          <w:rFonts w:cs="Sakkal Majalla"/>
          <w:color w:val="000000" w:themeColor="text1"/>
          <w:sz w:val="38"/>
          <w:szCs w:val="38"/>
          <w:rtl/>
        </w:rPr>
        <w:t>يصعب</w:t>
      </w:r>
      <w:r w:rsidRPr="005117ED">
        <w:rPr>
          <w:rFonts w:cs="Sakkal Majalla"/>
          <w:color w:val="000000" w:themeColor="text1"/>
          <w:sz w:val="38"/>
          <w:szCs w:val="38"/>
        </w:rPr>
        <w:t xml:space="preserve"> </w:t>
      </w:r>
      <w:r w:rsidRPr="005117ED">
        <w:rPr>
          <w:rFonts w:cs="Sakkal Majalla"/>
          <w:color w:val="000000" w:themeColor="text1"/>
          <w:sz w:val="38"/>
          <w:szCs w:val="38"/>
          <w:rtl/>
        </w:rPr>
        <w:t>فرضه</w:t>
      </w:r>
      <w:r w:rsidRPr="005117ED">
        <w:rPr>
          <w:rFonts w:cs="Sakkal Majalla"/>
          <w:color w:val="000000" w:themeColor="text1"/>
          <w:sz w:val="38"/>
          <w:szCs w:val="38"/>
        </w:rPr>
        <w:t xml:space="preserve"> </w:t>
      </w:r>
      <w:r w:rsidRPr="005117ED">
        <w:rPr>
          <w:rFonts w:cs="Sakkal Majalla"/>
          <w:color w:val="000000" w:themeColor="text1"/>
          <w:sz w:val="38"/>
          <w:szCs w:val="38"/>
          <w:rtl/>
        </w:rPr>
        <w:t>بالأوامر</w:t>
      </w:r>
      <w:r w:rsidRPr="005117ED">
        <w:rPr>
          <w:rFonts w:cs="Sakkal Majalla"/>
          <w:color w:val="000000" w:themeColor="text1"/>
          <w:sz w:val="38"/>
          <w:szCs w:val="38"/>
        </w:rPr>
        <w:t xml:space="preserve"> </w:t>
      </w:r>
      <w:r w:rsidRPr="005117ED">
        <w:rPr>
          <w:rFonts w:cs="Sakkal Majalla"/>
          <w:color w:val="000000" w:themeColor="text1"/>
          <w:sz w:val="38"/>
          <w:szCs w:val="38"/>
          <w:rtl/>
        </w:rPr>
        <w:t>وحدها</w:t>
      </w:r>
      <w:r w:rsidRPr="005117ED">
        <w:rPr>
          <w:rFonts w:cs="Sakkal Majalla"/>
          <w:color w:val="000000" w:themeColor="text1"/>
          <w:sz w:val="38"/>
          <w:szCs w:val="38"/>
        </w:rPr>
        <w:t>.</w:t>
      </w:r>
    </w:p>
    <w:p w:rsidR="00FD5E07" w:rsidRPr="005117ED" w:rsidRDefault="00FD5E07" w:rsidP="00AD1369">
      <w:pPr>
        <w:spacing w:before="0"/>
        <w:ind w:firstLine="720"/>
        <w:jc w:val="both"/>
        <w:rPr>
          <w:rFonts w:cs="Sakkal Majalla"/>
          <w:color w:val="000000" w:themeColor="text1"/>
          <w:sz w:val="38"/>
          <w:szCs w:val="38"/>
        </w:rPr>
      </w:pPr>
      <w:r w:rsidRPr="005117ED">
        <w:rPr>
          <w:rFonts w:cs="Sakkal Majalla"/>
          <w:color w:val="000000" w:themeColor="text1"/>
          <w:sz w:val="38"/>
          <w:szCs w:val="38"/>
          <w:rtl/>
        </w:rPr>
        <w:t>كما</w:t>
      </w:r>
      <w:r w:rsidRPr="005117ED">
        <w:rPr>
          <w:rFonts w:cs="Sakkal Majalla"/>
          <w:color w:val="000000" w:themeColor="text1"/>
          <w:sz w:val="38"/>
          <w:szCs w:val="38"/>
        </w:rPr>
        <w:t xml:space="preserve"> </w:t>
      </w:r>
      <w:r w:rsidRPr="005117ED">
        <w:rPr>
          <w:rFonts w:cs="Sakkal Majalla"/>
          <w:color w:val="000000" w:themeColor="text1"/>
          <w:sz w:val="38"/>
          <w:szCs w:val="38"/>
          <w:rtl/>
        </w:rPr>
        <w:t>تستفيد</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نظرية</w:t>
      </w:r>
      <w:r w:rsidRPr="005117ED">
        <w:rPr>
          <w:rFonts w:cs="Sakkal Majalla"/>
          <w:color w:val="000000" w:themeColor="text1"/>
          <w:sz w:val="38"/>
          <w:szCs w:val="38"/>
        </w:rPr>
        <w:t xml:space="preserve"> </w:t>
      </w:r>
      <w:r w:rsidRPr="005117ED">
        <w:rPr>
          <w:rFonts w:cs="Sakkal Majalla"/>
          <w:color w:val="000000" w:themeColor="text1"/>
          <w:sz w:val="38"/>
          <w:szCs w:val="38"/>
          <w:rtl/>
        </w:rPr>
        <w:t>التحديد</w:t>
      </w:r>
      <w:r w:rsidRPr="005117ED">
        <w:rPr>
          <w:rFonts w:cs="Sakkal Majalla"/>
          <w:color w:val="000000" w:themeColor="text1"/>
          <w:sz w:val="38"/>
          <w:szCs w:val="38"/>
        </w:rPr>
        <w:t xml:space="preserve"> </w:t>
      </w:r>
      <w:r w:rsidRPr="005117ED">
        <w:rPr>
          <w:rFonts w:cs="Sakkal Majalla"/>
          <w:color w:val="000000" w:themeColor="text1"/>
          <w:sz w:val="38"/>
          <w:szCs w:val="38"/>
          <w:rtl/>
        </w:rPr>
        <w:t>الذاتي</w:t>
      </w:r>
      <w:r w:rsidRPr="005117ED">
        <w:rPr>
          <w:rFonts w:cs="Sakkal Majalla"/>
          <w:color w:val="000000" w:themeColor="text1"/>
          <w:sz w:val="38"/>
          <w:szCs w:val="38"/>
        </w:rPr>
        <w:t xml:space="preserve"> </w:t>
      </w:r>
      <w:r w:rsidRPr="005117ED">
        <w:rPr>
          <w:rFonts w:cs="Sakkal Majalla"/>
          <w:color w:val="000000" w:themeColor="text1"/>
          <w:sz w:val="38"/>
          <w:szCs w:val="38"/>
          <w:rtl/>
        </w:rPr>
        <w:t>التي</w:t>
      </w:r>
      <w:r w:rsidRPr="005117ED">
        <w:rPr>
          <w:rFonts w:cs="Sakkal Majalla"/>
          <w:color w:val="000000" w:themeColor="text1"/>
          <w:sz w:val="38"/>
          <w:szCs w:val="38"/>
        </w:rPr>
        <w:t xml:space="preserve"> </w:t>
      </w:r>
      <w:r w:rsidRPr="005117ED">
        <w:rPr>
          <w:rFonts w:cs="Sakkal Majalla"/>
          <w:color w:val="000000" w:themeColor="text1"/>
          <w:sz w:val="38"/>
          <w:szCs w:val="38"/>
          <w:rtl/>
        </w:rPr>
        <w:t>تؤكد</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الدافعية</w:t>
      </w:r>
      <w:r w:rsidRPr="005117ED">
        <w:rPr>
          <w:rFonts w:cs="Sakkal Majalla"/>
          <w:color w:val="000000" w:themeColor="text1"/>
          <w:sz w:val="38"/>
          <w:szCs w:val="38"/>
        </w:rPr>
        <w:t xml:space="preserve"> </w:t>
      </w:r>
      <w:r w:rsidRPr="005117ED">
        <w:rPr>
          <w:rFonts w:cs="Sakkal Majalla"/>
          <w:color w:val="000000" w:themeColor="text1"/>
          <w:sz w:val="38"/>
          <w:szCs w:val="38"/>
          <w:rtl/>
        </w:rPr>
        <w:t>الداخلية</w:t>
      </w:r>
      <w:r w:rsidRPr="005117ED">
        <w:rPr>
          <w:rFonts w:cs="Sakkal Majalla"/>
          <w:color w:val="000000" w:themeColor="text1"/>
          <w:sz w:val="38"/>
          <w:szCs w:val="38"/>
        </w:rPr>
        <w:t xml:space="preserve"> </w:t>
      </w:r>
      <w:r w:rsidRPr="005117ED">
        <w:rPr>
          <w:rFonts w:cs="Sakkal Majalla"/>
          <w:color w:val="000000" w:themeColor="text1"/>
          <w:sz w:val="38"/>
          <w:szCs w:val="38"/>
          <w:rtl/>
        </w:rPr>
        <w:t>تزدهر</w:t>
      </w:r>
      <w:r w:rsidRPr="005117ED">
        <w:rPr>
          <w:rFonts w:cs="Sakkal Majalla"/>
          <w:color w:val="000000" w:themeColor="text1"/>
          <w:sz w:val="38"/>
          <w:szCs w:val="38"/>
        </w:rPr>
        <w:t xml:space="preserve"> </w:t>
      </w:r>
      <w:r w:rsidRPr="005117ED">
        <w:rPr>
          <w:rFonts w:cs="Sakkal Majalla"/>
          <w:color w:val="000000" w:themeColor="text1"/>
          <w:sz w:val="38"/>
          <w:szCs w:val="38"/>
          <w:rtl/>
        </w:rPr>
        <w:t>عندما</w:t>
      </w:r>
      <w:r w:rsidRPr="005117ED">
        <w:rPr>
          <w:rFonts w:cs="Sakkal Majalla"/>
          <w:color w:val="000000" w:themeColor="text1"/>
          <w:sz w:val="38"/>
          <w:szCs w:val="38"/>
        </w:rPr>
        <w:t xml:space="preserve"> </w:t>
      </w:r>
      <w:r w:rsidRPr="005117ED">
        <w:rPr>
          <w:rFonts w:cs="Sakkal Majalla"/>
          <w:color w:val="000000" w:themeColor="text1"/>
          <w:sz w:val="38"/>
          <w:szCs w:val="38"/>
          <w:rtl/>
        </w:rPr>
        <w:t>تشبع</w:t>
      </w:r>
      <w:r w:rsidRPr="005117ED">
        <w:rPr>
          <w:rFonts w:cs="Sakkal Majalla"/>
          <w:color w:val="000000" w:themeColor="text1"/>
          <w:sz w:val="38"/>
          <w:szCs w:val="38"/>
        </w:rPr>
        <w:t xml:space="preserve"> </w:t>
      </w:r>
      <w:r w:rsidRPr="005117ED">
        <w:rPr>
          <w:rFonts w:cs="Sakkal Majalla"/>
          <w:color w:val="000000" w:themeColor="text1"/>
          <w:sz w:val="38"/>
          <w:szCs w:val="38"/>
          <w:rtl/>
        </w:rPr>
        <w:t>حاجات</w:t>
      </w:r>
      <w:r w:rsidRPr="005117ED">
        <w:rPr>
          <w:rFonts w:cs="Sakkal Majalla"/>
          <w:color w:val="000000" w:themeColor="text1"/>
          <w:sz w:val="38"/>
          <w:szCs w:val="38"/>
        </w:rPr>
        <w:t xml:space="preserve"> </w:t>
      </w:r>
      <w:r w:rsidRPr="005117ED">
        <w:rPr>
          <w:rFonts w:cs="Sakkal Majalla"/>
          <w:color w:val="000000" w:themeColor="text1"/>
          <w:sz w:val="38"/>
          <w:szCs w:val="38"/>
          <w:rtl/>
        </w:rPr>
        <w:t>الاستقلالية</w:t>
      </w:r>
      <w:r w:rsidRPr="005117ED">
        <w:rPr>
          <w:rFonts w:cs="Sakkal Majalla"/>
          <w:color w:val="000000" w:themeColor="text1"/>
          <w:sz w:val="38"/>
          <w:szCs w:val="38"/>
        </w:rPr>
        <w:t xml:space="preserve"> </w:t>
      </w:r>
      <w:r w:rsidRPr="005117ED">
        <w:rPr>
          <w:rFonts w:cs="Sakkal Majalla"/>
          <w:color w:val="000000" w:themeColor="text1"/>
          <w:sz w:val="38"/>
          <w:szCs w:val="38"/>
          <w:rtl/>
        </w:rPr>
        <w:t>والكفاءة</w:t>
      </w:r>
      <w:r w:rsidRPr="005117ED">
        <w:rPr>
          <w:rFonts w:cs="Sakkal Majalla"/>
          <w:color w:val="000000" w:themeColor="text1"/>
          <w:sz w:val="38"/>
          <w:szCs w:val="38"/>
        </w:rPr>
        <w:t xml:space="preserve"> </w:t>
      </w:r>
      <w:r w:rsidRPr="005117ED">
        <w:rPr>
          <w:rFonts w:cs="Sakkal Majalla"/>
          <w:color w:val="000000" w:themeColor="text1"/>
          <w:sz w:val="38"/>
          <w:szCs w:val="38"/>
          <w:rtl/>
        </w:rPr>
        <w:t>والانتماء</w:t>
      </w:r>
      <w:r w:rsidRPr="005117ED">
        <w:rPr>
          <w:rFonts w:cs="Sakkal Majalla"/>
          <w:color w:val="000000" w:themeColor="text1"/>
          <w:sz w:val="38"/>
          <w:szCs w:val="38"/>
        </w:rPr>
        <w:t xml:space="preserve"> </w:t>
      </w:r>
      <w:r w:rsidR="00AD1369" w:rsidRPr="005117ED">
        <w:rPr>
          <w:rFonts w:cs="Sakkal Majalla" w:hint="cs"/>
          <w:color w:val="000000" w:themeColor="text1"/>
          <w:sz w:val="38"/>
          <w:szCs w:val="38"/>
          <w:rtl/>
        </w:rPr>
        <w:t>(</w:t>
      </w:r>
      <w:proofErr w:type="spellStart"/>
      <w:r w:rsidRPr="005117ED">
        <w:rPr>
          <w:rFonts w:cs="Sakkal Majalla"/>
          <w:color w:val="000000" w:themeColor="text1"/>
          <w:sz w:val="38"/>
          <w:szCs w:val="38"/>
        </w:rPr>
        <w:t>Deci</w:t>
      </w:r>
      <w:proofErr w:type="spellEnd"/>
      <w:r w:rsidRPr="005117ED">
        <w:rPr>
          <w:rFonts w:cs="Sakkal Majalla"/>
          <w:color w:val="000000" w:themeColor="text1"/>
          <w:sz w:val="38"/>
          <w:szCs w:val="38"/>
        </w:rPr>
        <w:t xml:space="preserve"> &amp; Ryan</w:t>
      </w:r>
      <w:r w:rsidRPr="005117ED">
        <w:rPr>
          <w:rFonts w:cs="Sakkal Majalla"/>
          <w:color w:val="000000" w:themeColor="text1"/>
          <w:sz w:val="38"/>
          <w:szCs w:val="38"/>
          <w:rtl/>
        </w:rPr>
        <w:t>،</w:t>
      </w:r>
      <w:r w:rsidRPr="005117ED">
        <w:rPr>
          <w:rFonts w:cs="Sakkal Majalla"/>
          <w:color w:val="000000" w:themeColor="text1"/>
          <w:sz w:val="38"/>
          <w:szCs w:val="38"/>
        </w:rPr>
        <w:t xml:space="preserve"> 2000</w:t>
      </w:r>
      <w:r w:rsidR="00AD1369" w:rsidRPr="005117ED">
        <w:rPr>
          <w:rFonts w:cs="Sakkal Majalla" w:hint="cs"/>
          <w:color w:val="000000" w:themeColor="text1"/>
          <w:sz w:val="38"/>
          <w:szCs w:val="38"/>
          <w:rtl/>
        </w:rPr>
        <w:t>)</w:t>
      </w:r>
      <w:r w:rsidRPr="005117ED">
        <w:rPr>
          <w:rFonts w:cs="Sakkal Majalla"/>
          <w:color w:val="000000" w:themeColor="text1"/>
          <w:sz w:val="38"/>
          <w:szCs w:val="38"/>
        </w:rPr>
        <w:t>.</w:t>
      </w:r>
      <w:r w:rsidR="00AD1369" w:rsidRPr="005117ED">
        <w:rPr>
          <w:rFonts w:cs="Sakkal Majalla" w:hint="cs"/>
          <w:color w:val="000000" w:themeColor="text1"/>
          <w:sz w:val="38"/>
          <w:szCs w:val="38"/>
          <w:rtl/>
        </w:rPr>
        <w:t xml:space="preserve"> </w:t>
      </w:r>
      <w:r w:rsidRPr="005117ED">
        <w:rPr>
          <w:rFonts w:cs="Sakkal Majalla"/>
          <w:color w:val="000000" w:themeColor="text1"/>
          <w:sz w:val="38"/>
          <w:szCs w:val="38"/>
        </w:rPr>
        <w:t xml:space="preserve"> </w:t>
      </w:r>
      <w:r w:rsidRPr="005117ED">
        <w:rPr>
          <w:rFonts w:cs="Sakkal Majalla"/>
          <w:color w:val="000000" w:themeColor="text1"/>
          <w:sz w:val="38"/>
          <w:szCs w:val="38"/>
          <w:rtl/>
        </w:rPr>
        <w:t>ويمكن</w:t>
      </w:r>
      <w:r w:rsidRPr="005117ED">
        <w:rPr>
          <w:rFonts w:cs="Sakkal Majalla"/>
          <w:color w:val="000000" w:themeColor="text1"/>
          <w:sz w:val="38"/>
          <w:szCs w:val="38"/>
        </w:rPr>
        <w:t xml:space="preserve"> </w:t>
      </w:r>
      <w:r w:rsidRPr="005117ED">
        <w:rPr>
          <w:rFonts w:cs="Sakkal Majalla"/>
          <w:color w:val="000000" w:themeColor="text1"/>
          <w:sz w:val="38"/>
          <w:szCs w:val="38"/>
          <w:rtl/>
        </w:rPr>
        <w:t>قراءة</w:t>
      </w:r>
      <w:r w:rsidRPr="005117ED">
        <w:rPr>
          <w:rFonts w:cs="Sakkal Majalla"/>
          <w:color w:val="000000" w:themeColor="text1"/>
          <w:sz w:val="38"/>
          <w:szCs w:val="38"/>
        </w:rPr>
        <w:t xml:space="preserve"> </w:t>
      </w:r>
      <w:r w:rsidRPr="005117ED">
        <w:rPr>
          <w:rFonts w:cs="Sakkal Majalla"/>
          <w:color w:val="000000" w:themeColor="text1"/>
          <w:sz w:val="38"/>
          <w:szCs w:val="38"/>
          <w:rtl/>
        </w:rPr>
        <w:t>أبعاد</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ضوء</w:t>
      </w:r>
      <w:r w:rsidRPr="005117ED">
        <w:rPr>
          <w:rFonts w:cs="Sakkal Majalla"/>
          <w:color w:val="000000" w:themeColor="text1"/>
          <w:sz w:val="38"/>
          <w:szCs w:val="38"/>
        </w:rPr>
        <w:t xml:space="preserve"> </w:t>
      </w:r>
      <w:r w:rsidRPr="005117ED">
        <w:rPr>
          <w:rFonts w:cs="Sakkal Majalla"/>
          <w:color w:val="000000" w:themeColor="text1"/>
          <w:sz w:val="38"/>
          <w:szCs w:val="38"/>
          <w:rtl/>
        </w:rPr>
        <w:t>هذه</w:t>
      </w:r>
      <w:r w:rsidRPr="005117ED">
        <w:rPr>
          <w:rFonts w:cs="Sakkal Majalla"/>
          <w:color w:val="000000" w:themeColor="text1"/>
          <w:sz w:val="38"/>
          <w:szCs w:val="38"/>
        </w:rPr>
        <w:t xml:space="preserve"> </w:t>
      </w:r>
      <w:r w:rsidRPr="005117ED">
        <w:rPr>
          <w:rFonts w:cs="Sakkal Majalla"/>
          <w:color w:val="000000" w:themeColor="text1"/>
          <w:sz w:val="38"/>
          <w:szCs w:val="38"/>
          <w:rtl/>
        </w:rPr>
        <w:t>الحاجات؛</w:t>
      </w:r>
      <w:r w:rsidRPr="005117ED">
        <w:rPr>
          <w:rFonts w:cs="Sakkal Majalla"/>
          <w:color w:val="000000" w:themeColor="text1"/>
          <w:sz w:val="38"/>
          <w:szCs w:val="38"/>
        </w:rPr>
        <w:t xml:space="preserve"> </w:t>
      </w:r>
      <w:r w:rsidRPr="005117ED">
        <w:rPr>
          <w:rFonts w:cs="Sakkal Majalla"/>
          <w:color w:val="000000" w:themeColor="text1"/>
          <w:sz w:val="38"/>
          <w:szCs w:val="38"/>
          <w:rtl/>
        </w:rPr>
        <w:t>فالاستثارة</w:t>
      </w:r>
      <w:r w:rsidRPr="005117ED">
        <w:rPr>
          <w:rFonts w:cs="Sakkal Majalla"/>
          <w:color w:val="000000" w:themeColor="text1"/>
          <w:sz w:val="38"/>
          <w:szCs w:val="38"/>
        </w:rPr>
        <w:t xml:space="preserve"> </w:t>
      </w:r>
      <w:r w:rsidRPr="005117ED">
        <w:rPr>
          <w:rFonts w:cs="Sakkal Majalla"/>
          <w:color w:val="000000" w:themeColor="text1"/>
          <w:sz w:val="38"/>
          <w:szCs w:val="38"/>
          <w:rtl/>
        </w:rPr>
        <w:t>الفكرية</w:t>
      </w:r>
      <w:r w:rsidRPr="005117ED">
        <w:rPr>
          <w:rFonts w:cs="Sakkal Majalla"/>
          <w:color w:val="000000" w:themeColor="text1"/>
          <w:sz w:val="38"/>
          <w:szCs w:val="38"/>
        </w:rPr>
        <w:t xml:space="preserve"> </w:t>
      </w:r>
      <w:r w:rsidRPr="005117ED">
        <w:rPr>
          <w:rFonts w:cs="Sakkal Majalla"/>
          <w:color w:val="000000" w:themeColor="text1"/>
          <w:sz w:val="38"/>
          <w:szCs w:val="38"/>
          <w:rtl/>
        </w:rPr>
        <w:t>تدعم</w:t>
      </w:r>
      <w:r w:rsidRPr="005117ED">
        <w:rPr>
          <w:rFonts w:cs="Sakkal Majalla"/>
          <w:color w:val="000000" w:themeColor="text1"/>
          <w:sz w:val="38"/>
          <w:szCs w:val="38"/>
        </w:rPr>
        <w:t xml:space="preserve"> </w:t>
      </w:r>
      <w:r w:rsidRPr="005117ED">
        <w:rPr>
          <w:rFonts w:cs="Sakkal Majalla"/>
          <w:color w:val="000000" w:themeColor="text1"/>
          <w:sz w:val="38"/>
          <w:szCs w:val="38"/>
          <w:rtl/>
        </w:rPr>
        <w:t>الاستقلالية</w:t>
      </w:r>
      <w:r w:rsidRPr="005117ED">
        <w:rPr>
          <w:rFonts w:cs="Sakkal Majalla"/>
          <w:color w:val="000000" w:themeColor="text1"/>
          <w:sz w:val="38"/>
          <w:szCs w:val="38"/>
        </w:rPr>
        <w:t xml:space="preserve"> </w:t>
      </w:r>
      <w:r w:rsidRPr="005117ED">
        <w:rPr>
          <w:rFonts w:cs="Sakkal Majalla"/>
          <w:color w:val="000000" w:themeColor="text1"/>
          <w:sz w:val="38"/>
          <w:szCs w:val="38"/>
          <w:rtl/>
        </w:rPr>
        <w:t>المعرفية،</w:t>
      </w:r>
      <w:r w:rsidRPr="005117ED">
        <w:rPr>
          <w:rFonts w:cs="Sakkal Majalla"/>
          <w:color w:val="000000" w:themeColor="text1"/>
          <w:sz w:val="38"/>
          <w:szCs w:val="38"/>
        </w:rPr>
        <w:t xml:space="preserve"> </w:t>
      </w:r>
      <w:r w:rsidRPr="005117ED">
        <w:rPr>
          <w:rFonts w:cs="Sakkal Majalla"/>
          <w:color w:val="000000" w:themeColor="text1"/>
          <w:sz w:val="38"/>
          <w:szCs w:val="38"/>
          <w:rtl/>
        </w:rPr>
        <w:t>والاعتبار</w:t>
      </w:r>
      <w:r w:rsidRPr="005117ED">
        <w:rPr>
          <w:rFonts w:cs="Sakkal Majalla"/>
          <w:color w:val="000000" w:themeColor="text1"/>
          <w:sz w:val="38"/>
          <w:szCs w:val="38"/>
        </w:rPr>
        <w:t xml:space="preserve"> </w:t>
      </w:r>
      <w:r w:rsidRPr="005117ED">
        <w:rPr>
          <w:rFonts w:cs="Sakkal Majalla"/>
          <w:color w:val="000000" w:themeColor="text1"/>
          <w:sz w:val="38"/>
          <w:szCs w:val="38"/>
          <w:rtl/>
        </w:rPr>
        <w:t>الفردي</w:t>
      </w:r>
      <w:r w:rsidRPr="005117ED">
        <w:rPr>
          <w:rFonts w:cs="Sakkal Majalla"/>
          <w:color w:val="000000" w:themeColor="text1"/>
          <w:sz w:val="38"/>
          <w:szCs w:val="38"/>
        </w:rPr>
        <w:t xml:space="preserve"> </w:t>
      </w:r>
      <w:r w:rsidRPr="005117ED">
        <w:rPr>
          <w:rFonts w:cs="Sakkal Majalla"/>
          <w:color w:val="000000" w:themeColor="text1"/>
          <w:sz w:val="38"/>
          <w:szCs w:val="38"/>
          <w:rtl/>
        </w:rPr>
        <w:t>يطور</w:t>
      </w:r>
      <w:r w:rsidRPr="005117ED">
        <w:rPr>
          <w:rFonts w:cs="Sakkal Majalla"/>
          <w:color w:val="000000" w:themeColor="text1"/>
          <w:sz w:val="38"/>
          <w:szCs w:val="38"/>
        </w:rPr>
        <w:t xml:space="preserve"> </w:t>
      </w:r>
      <w:r w:rsidRPr="005117ED">
        <w:rPr>
          <w:rFonts w:cs="Sakkal Majalla"/>
          <w:color w:val="000000" w:themeColor="text1"/>
          <w:sz w:val="38"/>
          <w:szCs w:val="38"/>
          <w:rtl/>
        </w:rPr>
        <w:t>الكفاءة،</w:t>
      </w:r>
      <w:r w:rsidRPr="005117ED">
        <w:rPr>
          <w:rFonts w:cs="Sakkal Majalla"/>
          <w:color w:val="000000" w:themeColor="text1"/>
          <w:sz w:val="38"/>
          <w:szCs w:val="38"/>
        </w:rPr>
        <w:t xml:space="preserve"> </w:t>
      </w:r>
      <w:r w:rsidRPr="005117ED">
        <w:rPr>
          <w:rFonts w:cs="Sakkal Majalla"/>
          <w:color w:val="000000" w:themeColor="text1"/>
          <w:sz w:val="38"/>
          <w:szCs w:val="38"/>
          <w:rtl/>
        </w:rPr>
        <w:t>والرؤية</w:t>
      </w:r>
      <w:r w:rsidRPr="005117ED">
        <w:rPr>
          <w:rFonts w:cs="Sakkal Majalla"/>
          <w:color w:val="000000" w:themeColor="text1"/>
          <w:sz w:val="38"/>
          <w:szCs w:val="38"/>
        </w:rPr>
        <w:t xml:space="preserve"> </w:t>
      </w:r>
      <w:r w:rsidRPr="005117ED">
        <w:rPr>
          <w:rFonts w:cs="Sakkal Majalla"/>
          <w:color w:val="000000" w:themeColor="text1"/>
          <w:sz w:val="38"/>
          <w:szCs w:val="38"/>
          <w:rtl/>
        </w:rPr>
        <w:t>المشتركة</w:t>
      </w:r>
      <w:r w:rsidRPr="005117ED">
        <w:rPr>
          <w:rFonts w:cs="Sakkal Majalla"/>
          <w:color w:val="000000" w:themeColor="text1"/>
          <w:sz w:val="38"/>
          <w:szCs w:val="38"/>
        </w:rPr>
        <w:t xml:space="preserve"> </w:t>
      </w:r>
      <w:r w:rsidRPr="005117ED">
        <w:rPr>
          <w:rFonts w:cs="Sakkal Majalla"/>
          <w:color w:val="000000" w:themeColor="text1"/>
          <w:sz w:val="38"/>
          <w:szCs w:val="38"/>
          <w:rtl/>
        </w:rPr>
        <w:t>والتأثير</w:t>
      </w:r>
      <w:r w:rsidRPr="005117ED">
        <w:rPr>
          <w:rFonts w:cs="Sakkal Majalla"/>
          <w:color w:val="000000" w:themeColor="text1"/>
          <w:sz w:val="38"/>
          <w:szCs w:val="38"/>
        </w:rPr>
        <w:t xml:space="preserve"> </w:t>
      </w:r>
      <w:r w:rsidRPr="005117ED">
        <w:rPr>
          <w:rFonts w:cs="Sakkal Majalla"/>
          <w:color w:val="000000" w:themeColor="text1"/>
          <w:sz w:val="38"/>
          <w:szCs w:val="38"/>
          <w:rtl/>
        </w:rPr>
        <w:t>المثالي</w:t>
      </w:r>
      <w:r w:rsidRPr="005117ED">
        <w:rPr>
          <w:rFonts w:cs="Sakkal Majalla"/>
          <w:color w:val="000000" w:themeColor="text1"/>
          <w:sz w:val="38"/>
          <w:szCs w:val="38"/>
        </w:rPr>
        <w:t xml:space="preserve"> </w:t>
      </w:r>
      <w:r w:rsidRPr="005117ED">
        <w:rPr>
          <w:rFonts w:cs="Sakkal Majalla"/>
          <w:color w:val="000000" w:themeColor="text1"/>
          <w:sz w:val="38"/>
          <w:szCs w:val="38"/>
          <w:rtl/>
        </w:rPr>
        <w:t>يعززان</w:t>
      </w:r>
      <w:r w:rsidRPr="005117ED">
        <w:rPr>
          <w:rFonts w:cs="Sakkal Majalla"/>
          <w:color w:val="000000" w:themeColor="text1"/>
          <w:sz w:val="38"/>
          <w:szCs w:val="38"/>
        </w:rPr>
        <w:t xml:space="preserve"> </w:t>
      </w:r>
      <w:r w:rsidRPr="005117ED">
        <w:rPr>
          <w:rFonts w:cs="Sakkal Majalla"/>
          <w:color w:val="000000" w:themeColor="text1"/>
          <w:sz w:val="38"/>
          <w:szCs w:val="38"/>
          <w:rtl/>
        </w:rPr>
        <w:t>الانتماء</w:t>
      </w:r>
      <w:r w:rsidRPr="005117ED">
        <w:rPr>
          <w:rFonts w:cs="Sakkal Majalla"/>
          <w:color w:val="000000" w:themeColor="text1"/>
          <w:sz w:val="38"/>
          <w:szCs w:val="38"/>
        </w:rPr>
        <w:t xml:space="preserve">. </w:t>
      </w:r>
      <w:r w:rsidRPr="005117ED">
        <w:rPr>
          <w:rFonts w:cs="Sakkal Majalla"/>
          <w:color w:val="000000" w:themeColor="text1"/>
          <w:sz w:val="38"/>
          <w:szCs w:val="38"/>
          <w:rtl/>
        </w:rPr>
        <w:t>وعندما</w:t>
      </w:r>
      <w:r w:rsidRPr="005117ED">
        <w:rPr>
          <w:rFonts w:cs="Sakkal Majalla"/>
          <w:color w:val="000000" w:themeColor="text1"/>
          <w:sz w:val="38"/>
          <w:szCs w:val="38"/>
        </w:rPr>
        <w:t xml:space="preserve"> </w:t>
      </w:r>
      <w:r w:rsidRPr="005117ED">
        <w:rPr>
          <w:rFonts w:cs="Sakkal Majalla"/>
          <w:color w:val="000000" w:themeColor="text1"/>
          <w:sz w:val="38"/>
          <w:szCs w:val="38"/>
          <w:rtl/>
        </w:rPr>
        <w:t>يشعر</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w:t>
      </w:r>
      <w:r w:rsidRPr="005117ED">
        <w:rPr>
          <w:rFonts w:cs="Sakkal Majalla"/>
          <w:color w:val="000000" w:themeColor="text1"/>
          <w:sz w:val="38"/>
          <w:szCs w:val="38"/>
        </w:rPr>
        <w:t xml:space="preserve"> </w:t>
      </w:r>
      <w:r w:rsidRPr="005117ED">
        <w:rPr>
          <w:rFonts w:cs="Sakkal Majalla"/>
          <w:color w:val="000000" w:themeColor="text1"/>
          <w:sz w:val="38"/>
          <w:szCs w:val="38"/>
          <w:rtl/>
        </w:rPr>
        <w:t>بأن</w:t>
      </w:r>
      <w:r w:rsidRPr="005117ED">
        <w:rPr>
          <w:rFonts w:cs="Sakkal Majalla"/>
          <w:color w:val="000000" w:themeColor="text1"/>
          <w:sz w:val="38"/>
          <w:szCs w:val="38"/>
        </w:rPr>
        <w:t xml:space="preserve"> </w:t>
      </w:r>
      <w:r w:rsidRPr="005117ED">
        <w:rPr>
          <w:rFonts w:cs="Sakkal Majalla"/>
          <w:color w:val="000000" w:themeColor="text1"/>
          <w:sz w:val="38"/>
          <w:szCs w:val="38"/>
          <w:rtl/>
        </w:rPr>
        <w:t>لديه</w:t>
      </w:r>
      <w:r w:rsidRPr="005117ED">
        <w:rPr>
          <w:rFonts w:cs="Sakkal Majalla"/>
          <w:color w:val="000000" w:themeColor="text1"/>
          <w:sz w:val="38"/>
          <w:szCs w:val="38"/>
        </w:rPr>
        <w:t xml:space="preserve"> </w:t>
      </w:r>
      <w:r w:rsidRPr="005117ED">
        <w:rPr>
          <w:rFonts w:cs="Sakkal Majalla"/>
          <w:color w:val="000000" w:themeColor="text1"/>
          <w:sz w:val="38"/>
          <w:szCs w:val="38"/>
          <w:rtl/>
        </w:rPr>
        <w:t>مساحة</w:t>
      </w:r>
      <w:r w:rsidRPr="005117ED">
        <w:rPr>
          <w:rFonts w:cs="Sakkal Majalla"/>
          <w:color w:val="000000" w:themeColor="text1"/>
          <w:sz w:val="38"/>
          <w:szCs w:val="38"/>
        </w:rPr>
        <w:t xml:space="preserve"> </w:t>
      </w:r>
      <w:r w:rsidRPr="005117ED">
        <w:rPr>
          <w:rFonts w:cs="Sakkal Majalla"/>
          <w:color w:val="000000" w:themeColor="text1"/>
          <w:sz w:val="38"/>
          <w:szCs w:val="38"/>
          <w:rtl/>
        </w:rPr>
        <w:t>للاختيار</w:t>
      </w:r>
      <w:r w:rsidRPr="005117ED">
        <w:rPr>
          <w:rFonts w:cs="Sakkal Majalla"/>
          <w:color w:val="000000" w:themeColor="text1"/>
          <w:sz w:val="38"/>
          <w:szCs w:val="38"/>
        </w:rPr>
        <w:t xml:space="preserve"> </w:t>
      </w:r>
      <w:r w:rsidRPr="005117ED">
        <w:rPr>
          <w:rFonts w:cs="Sakkal Majalla"/>
          <w:color w:val="000000" w:themeColor="text1"/>
          <w:sz w:val="38"/>
          <w:szCs w:val="38"/>
          <w:rtl/>
        </w:rPr>
        <w:t>وأن</w:t>
      </w:r>
      <w:r w:rsidRPr="005117ED">
        <w:rPr>
          <w:rFonts w:cs="Sakkal Majalla"/>
          <w:color w:val="000000" w:themeColor="text1"/>
          <w:sz w:val="38"/>
          <w:szCs w:val="38"/>
        </w:rPr>
        <w:t xml:space="preserve"> </w:t>
      </w:r>
      <w:r w:rsidRPr="005117ED">
        <w:rPr>
          <w:rFonts w:cs="Sakkal Majalla"/>
          <w:color w:val="000000" w:themeColor="text1"/>
          <w:sz w:val="38"/>
          <w:szCs w:val="38"/>
          <w:rtl/>
        </w:rPr>
        <w:t>جهده</w:t>
      </w:r>
      <w:r w:rsidRPr="005117ED">
        <w:rPr>
          <w:rFonts w:cs="Sakkal Majalla"/>
          <w:color w:val="000000" w:themeColor="text1"/>
          <w:sz w:val="38"/>
          <w:szCs w:val="38"/>
        </w:rPr>
        <w:t xml:space="preserve"> </w:t>
      </w:r>
      <w:r w:rsidRPr="005117ED">
        <w:rPr>
          <w:rFonts w:cs="Sakkal Majalla"/>
          <w:color w:val="000000" w:themeColor="text1"/>
          <w:sz w:val="38"/>
          <w:szCs w:val="38"/>
          <w:rtl/>
        </w:rPr>
        <w:t>محل</w:t>
      </w:r>
      <w:r w:rsidRPr="005117ED">
        <w:rPr>
          <w:rFonts w:cs="Sakkal Majalla"/>
          <w:color w:val="000000" w:themeColor="text1"/>
          <w:sz w:val="38"/>
          <w:szCs w:val="38"/>
        </w:rPr>
        <w:t xml:space="preserve"> </w:t>
      </w:r>
      <w:r w:rsidRPr="005117ED">
        <w:rPr>
          <w:rFonts w:cs="Sakkal Majalla"/>
          <w:color w:val="000000" w:themeColor="text1"/>
          <w:sz w:val="38"/>
          <w:szCs w:val="38"/>
          <w:rtl/>
        </w:rPr>
        <w:t>تقدير</w:t>
      </w:r>
      <w:r w:rsidRPr="005117ED">
        <w:rPr>
          <w:rFonts w:cs="Sakkal Majalla"/>
          <w:color w:val="000000" w:themeColor="text1"/>
          <w:sz w:val="38"/>
          <w:szCs w:val="38"/>
        </w:rPr>
        <w:t xml:space="preserve"> </w:t>
      </w:r>
      <w:r w:rsidRPr="005117ED">
        <w:rPr>
          <w:rFonts w:cs="Sakkal Majalla"/>
          <w:color w:val="000000" w:themeColor="text1"/>
          <w:sz w:val="38"/>
          <w:szCs w:val="38"/>
          <w:rtl/>
        </w:rPr>
        <w:t>وأن</w:t>
      </w:r>
      <w:r w:rsidRPr="005117ED">
        <w:rPr>
          <w:rFonts w:cs="Sakkal Majalla"/>
          <w:color w:val="000000" w:themeColor="text1"/>
          <w:sz w:val="38"/>
          <w:szCs w:val="38"/>
        </w:rPr>
        <w:t xml:space="preserve"> </w:t>
      </w:r>
      <w:r w:rsidRPr="005117ED">
        <w:rPr>
          <w:rFonts w:cs="Sakkal Majalla"/>
          <w:color w:val="000000" w:themeColor="text1"/>
          <w:sz w:val="38"/>
          <w:szCs w:val="38"/>
          <w:rtl/>
        </w:rPr>
        <w:t>عمله</w:t>
      </w:r>
      <w:r w:rsidRPr="005117ED">
        <w:rPr>
          <w:rFonts w:cs="Sakkal Majalla"/>
          <w:color w:val="000000" w:themeColor="text1"/>
          <w:sz w:val="38"/>
          <w:szCs w:val="38"/>
        </w:rPr>
        <w:t xml:space="preserve"> </w:t>
      </w:r>
      <w:r w:rsidRPr="005117ED">
        <w:rPr>
          <w:rFonts w:cs="Sakkal Majalla"/>
          <w:color w:val="000000" w:themeColor="text1"/>
          <w:sz w:val="38"/>
          <w:szCs w:val="38"/>
          <w:rtl/>
        </w:rPr>
        <w:t>مرتبط</w:t>
      </w:r>
      <w:r w:rsidRPr="005117ED">
        <w:rPr>
          <w:rFonts w:cs="Sakkal Majalla"/>
          <w:color w:val="000000" w:themeColor="text1"/>
          <w:sz w:val="38"/>
          <w:szCs w:val="38"/>
        </w:rPr>
        <w:t xml:space="preserve"> </w:t>
      </w:r>
      <w:r w:rsidRPr="005117ED">
        <w:rPr>
          <w:rFonts w:cs="Sakkal Majalla"/>
          <w:color w:val="000000" w:themeColor="text1"/>
          <w:sz w:val="38"/>
          <w:szCs w:val="38"/>
          <w:rtl/>
        </w:rPr>
        <w:t>بهدف</w:t>
      </w:r>
      <w:r w:rsidRPr="005117ED">
        <w:rPr>
          <w:rFonts w:cs="Sakkal Majalla"/>
          <w:color w:val="000000" w:themeColor="text1"/>
          <w:sz w:val="38"/>
          <w:szCs w:val="38"/>
        </w:rPr>
        <w:t xml:space="preserve"> </w:t>
      </w:r>
      <w:r w:rsidRPr="005117ED">
        <w:rPr>
          <w:rFonts w:cs="Sakkal Majalla"/>
          <w:color w:val="000000" w:themeColor="text1"/>
          <w:sz w:val="38"/>
          <w:szCs w:val="38"/>
          <w:rtl/>
        </w:rPr>
        <w:t>ذي</w:t>
      </w:r>
      <w:r w:rsidRPr="005117ED">
        <w:rPr>
          <w:rFonts w:cs="Sakkal Majalla"/>
          <w:color w:val="000000" w:themeColor="text1"/>
          <w:sz w:val="38"/>
          <w:szCs w:val="38"/>
        </w:rPr>
        <w:t xml:space="preserve"> </w:t>
      </w:r>
      <w:r w:rsidRPr="005117ED">
        <w:rPr>
          <w:rFonts w:cs="Sakkal Majalla"/>
          <w:color w:val="000000" w:themeColor="text1"/>
          <w:sz w:val="38"/>
          <w:szCs w:val="38"/>
          <w:rtl/>
        </w:rPr>
        <w:t>معنى،</w:t>
      </w:r>
      <w:r w:rsidRPr="005117ED">
        <w:rPr>
          <w:rFonts w:cs="Sakkal Majalla"/>
          <w:color w:val="000000" w:themeColor="text1"/>
          <w:sz w:val="38"/>
          <w:szCs w:val="38"/>
        </w:rPr>
        <w:t xml:space="preserve"> </w:t>
      </w:r>
      <w:r w:rsidRPr="005117ED">
        <w:rPr>
          <w:rFonts w:cs="Sakkal Majalla"/>
          <w:color w:val="000000" w:themeColor="text1"/>
          <w:sz w:val="38"/>
          <w:szCs w:val="38"/>
          <w:rtl/>
        </w:rPr>
        <w:t>يصبح</w:t>
      </w:r>
      <w:r w:rsidRPr="005117ED">
        <w:rPr>
          <w:rFonts w:cs="Sakkal Majalla"/>
          <w:color w:val="000000" w:themeColor="text1"/>
          <w:sz w:val="38"/>
          <w:szCs w:val="38"/>
        </w:rPr>
        <w:t xml:space="preserve"> </w:t>
      </w:r>
      <w:r w:rsidRPr="005117ED">
        <w:rPr>
          <w:rFonts w:cs="Sakkal Majalla"/>
          <w:color w:val="000000" w:themeColor="text1"/>
          <w:sz w:val="38"/>
          <w:szCs w:val="38"/>
          <w:rtl/>
        </w:rPr>
        <w:t>أكثر</w:t>
      </w:r>
      <w:r w:rsidRPr="005117ED">
        <w:rPr>
          <w:rFonts w:cs="Sakkal Majalla"/>
          <w:color w:val="000000" w:themeColor="text1"/>
          <w:sz w:val="38"/>
          <w:szCs w:val="38"/>
        </w:rPr>
        <w:t xml:space="preserve"> </w:t>
      </w:r>
      <w:r w:rsidRPr="005117ED">
        <w:rPr>
          <w:rFonts w:cs="Sakkal Majalla"/>
          <w:color w:val="000000" w:themeColor="text1"/>
          <w:sz w:val="38"/>
          <w:szCs w:val="38"/>
          <w:rtl/>
        </w:rPr>
        <w:t>استعدادًا</w:t>
      </w:r>
      <w:r w:rsidRPr="005117ED">
        <w:rPr>
          <w:rFonts w:cs="Sakkal Majalla"/>
          <w:color w:val="000000" w:themeColor="text1"/>
          <w:sz w:val="38"/>
          <w:szCs w:val="38"/>
        </w:rPr>
        <w:t xml:space="preserve"> </w:t>
      </w:r>
      <w:r w:rsidRPr="005117ED">
        <w:rPr>
          <w:rFonts w:cs="Sakkal Majalla"/>
          <w:color w:val="000000" w:themeColor="text1"/>
          <w:sz w:val="38"/>
          <w:szCs w:val="38"/>
          <w:rtl/>
        </w:rPr>
        <w:t>لبذل</w:t>
      </w:r>
      <w:r w:rsidRPr="005117ED">
        <w:rPr>
          <w:rFonts w:cs="Sakkal Majalla"/>
          <w:color w:val="000000" w:themeColor="text1"/>
          <w:sz w:val="38"/>
          <w:szCs w:val="38"/>
        </w:rPr>
        <w:t xml:space="preserve"> </w:t>
      </w:r>
      <w:r w:rsidRPr="005117ED">
        <w:rPr>
          <w:rFonts w:cs="Sakkal Majalla"/>
          <w:color w:val="000000" w:themeColor="text1"/>
          <w:sz w:val="38"/>
          <w:szCs w:val="38"/>
          <w:rtl/>
        </w:rPr>
        <w:t>الجهد</w:t>
      </w:r>
      <w:r w:rsidRPr="005117ED">
        <w:rPr>
          <w:rFonts w:cs="Sakkal Majalla"/>
          <w:color w:val="000000" w:themeColor="text1"/>
          <w:sz w:val="38"/>
          <w:szCs w:val="38"/>
        </w:rPr>
        <w:t xml:space="preserve"> </w:t>
      </w:r>
      <w:r w:rsidRPr="005117ED">
        <w:rPr>
          <w:rFonts w:cs="Sakkal Majalla"/>
          <w:color w:val="000000" w:themeColor="text1"/>
          <w:sz w:val="38"/>
          <w:szCs w:val="38"/>
          <w:rtl/>
        </w:rPr>
        <w:t>العقلي</w:t>
      </w:r>
      <w:r w:rsidRPr="005117ED">
        <w:rPr>
          <w:rFonts w:cs="Sakkal Majalla"/>
          <w:color w:val="000000" w:themeColor="text1"/>
          <w:sz w:val="38"/>
          <w:szCs w:val="38"/>
        </w:rPr>
        <w:t xml:space="preserve"> </w:t>
      </w:r>
      <w:r w:rsidRPr="005117ED">
        <w:rPr>
          <w:rFonts w:cs="Sakkal Majalla"/>
          <w:color w:val="000000" w:themeColor="text1"/>
          <w:sz w:val="38"/>
          <w:szCs w:val="38"/>
          <w:rtl/>
        </w:rPr>
        <w:t>المطلوب</w:t>
      </w:r>
      <w:r w:rsidRPr="005117ED">
        <w:rPr>
          <w:rFonts w:cs="Sakkal Majalla"/>
          <w:color w:val="000000" w:themeColor="text1"/>
          <w:sz w:val="38"/>
          <w:szCs w:val="38"/>
        </w:rPr>
        <w:t xml:space="preserve"> </w:t>
      </w:r>
      <w:r w:rsidRPr="005117ED">
        <w:rPr>
          <w:rFonts w:cs="Sakkal Majalla"/>
          <w:color w:val="000000" w:themeColor="text1"/>
          <w:sz w:val="38"/>
          <w:szCs w:val="38"/>
          <w:rtl/>
        </w:rPr>
        <w:t>لإنتاج</w:t>
      </w:r>
      <w:r w:rsidRPr="005117ED">
        <w:rPr>
          <w:rFonts w:cs="Sakkal Majalla"/>
          <w:color w:val="000000" w:themeColor="text1"/>
          <w:sz w:val="38"/>
          <w:szCs w:val="38"/>
        </w:rPr>
        <w:t xml:space="preserve"> </w:t>
      </w:r>
      <w:r w:rsidRPr="005117ED">
        <w:rPr>
          <w:rFonts w:cs="Sakkal Majalla"/>
          <w:color w:val="000000" w:themeColor="text1"/>
          <w:sz w:val="38"/>
          <w:szCs w:val="38"/>
          <w:rtl/>
        </w:rPr>
        <w:t>أفكار</w:t>
      </w:r>
      <w:r w:rsidRPr="005117ED">
        <w:rPr>
          <w:rFonts w:cs="Sakkal Majalla"/>
          <w:color w:val="000000" w:themeColor="text1"/>
          <w:sz w:val="38"/>
          <w:szCs w:val="38"/>
        </w:rPr>
        <w:t xml:space="preserve"> </w:t>
      </w:r>
      <w:r w:rsidRPr="005117ED">
        <w:rPr>
          <w:rFonts w:cs="Sakkal Majalla"/>
          <w:color w:val="000000" w:themeColor="text1"/>
          <w:sz w:val="38"/>
          <w:szCs w:val="38"/>
          <w:rtl/>
        </w:rPr>
        <w:t>جديدة</w:t>
      </w:r>
      <w:r w:rsidRPr="005117ED">
        <w:rPr>
          <w:rFonts w:cs="Sakkal Majalla"/>
          <w:color w:val="000000" w:themeColor="text1"/>
          <w:sz w:val="38"/>
          <w:szCs w:val="38"/>
        </w:rPr>
        <w:t>.</w:t>
      </w:r>
    </w:p>
    <w:p w:rsidR="00FD5E07" w:rsidRPr="005117ED" w:rsidRDefault="00FD5E07" w:rsidP="00AD1369">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وتقدم</w:t>
      </w:r>
      <w:r w:rsidRPr="005117ED">
        <w:rPr>
          <w:rFonts w:cs="Sakkal Majalla"/>
          <w:color w:val="000000" w:themeColor="text1"/>
          <w:sz w:val="38"/>
          <w:szCs w:val="38"/>
        </w:rPr>
        <w:t xml:space="preserve"> </w:t>
      </w:r>
      <w:r w:rsidRPr="005117ED">
        <w:rPr>
          <w:rFonts w:cs="Sakkal Majalla"/>
          <w:color w:val="000000" w:themeColor="text1"/>
          <w:sz w:val="38"/>
          <w:szCs w:val="38"/>
          <w:rtl/>
        </w:rPr>
        <w:t>نظرية</w:t>
      </w:r>
      <w:r w:rsidRPr="005117ED">
        <w:rPr>
          <w:rFonts w:cs="Sakkal Majalla"/>
          <w:color w:val="000000" w:themeColor="text1"/>
          <w:sz w:val="38"/>
          <w:szCs w:val="38"/>
        </w:rPr>
        <w:t xml:space="preserve"> </w:t>
      </w:r>
      <w:r w:rsidRPr="005117ED">
        <w:rPr>
          <w:rFonts w:cs="Sakkal Majalla"/>
          <w:color w:val="000000" w:themeColor="text1"/>
          <w:sz w:val="38"/>
          <w:szCs w:val="38"/>
          <w:rtl/>
        </w:rPr>
        <w:t>التبادل</w:t>
      </w:r>
      <w:r w:rsidRPr="005117ED">
        <w:rPr>
          <w:rFonts w:cs="Sakkal Majalla"/>
          <w:color w:val="000000" w:themeColor="text1"/>
          <w:sz w:val="38"/>
          <w:szCs w:val="38"/>
        </w:rPr>
        <w:t xml:space="preserve"> </w:t>
      </w:r>
      <w:r w:rsidRPr="005117ED">
        <w:rPr>
          <w:rFonts w:cs="Sakkal Majalla"/>
          <w:color w:val="000000" w:themeColor="text1"/>
          <w:sz w:val="38"/>
          <w:szCs w:val="38"/>
          <w:rtl/>
        </w:rPr>
        <w:t>الاجتماعي</w:t>
      </w:r>
      <w:r w:rsidRPr="005117ED">
        <w:rPr>
          <w:rFonts w:cs="Sakkal Majalla"/>
          <w:color w:val="000000" w:themeColor="text1"/>
          <w:sz w:val="38"/>
          <w:szCs w:val="38"/>
        </w:rPr>
        <w:t xml:space="preserve"> </w:t>
      </w:r>
      <w:r w:rsidRPr="005117ED">
        <w:rPr>
          <w:rFonts w:cs="Sakkal Majalla"/>
          <w:color w:val="000000" w:themeColor="text1"/>
          <w:sz w:val="38"/>
          <w:szCs w:val="38"/>
          <w:rtl/>
        </w:rPr>
        <w:t>تفسيرًا</w:t>
      </w:r>
      <w:r w:rsidRPr="005117ED">
        <w:rPr>
          <w:rFonts w:cs="Sakkal Majalla"/>
          <w:color w:val="000000" w:themeColor="text1"/>
          <w:sz w:val="38"/>
          <w:szCs w:val="38"/>
        </w:rPr>
        <w:t xml:space="preserve"> </w:t>
      </w:r>
      <w:r w:rsidRPr="005117ED">
        <w:rPr>
          <w:rFonts w:cs="Sakkal Majalla"/>
          <w:color w:val="000000" w:themeColor="text1"/>
          <w:sz w:val="38"/>
          <w:szCs w:val="38"/>
          <w:rtl/>
        </w:rPr>
        <w:t>مكملًا؛</w:t>
      </w:r>
      <w:r w:rsidRPr="005117ED">
        <w:rPr>
          <w:rFonts w:cs="Sakkal Majalla"/>
          <w:color w:val="000000" w:themeColor="text1"/>
          <w:sz w:val="38"/>
          <w:szCs w:val="38"/>
        </w:rPr>
        <w:t xml:space="preserve"> </w:t>
      </w:r>
      <w:r w:rsidRPr="005117ED">
        <w:rPr>
          <w:rFonts w:cs="Sakkal Majalla"/>
          <w:color w:val="000000" w:themeColor="text1"/>
          <w:sz w:val="38"/>
          <w:szCs w:val="38"/>
          <w:rtl/>
        </w:rPr>
        <w:t>فالدعم</w:t>
      </w:r>
      <w:r w:rsidRPr="005117ED">
        <w:rPr>
          <w:rFonts w:cs="Sakkal Majalla"/>
          <w:color w:val="000000" w:themeColor="text1"/>
          <w:sz w:val="38"/>
          <w:szCs w:val="38"/>
        </w:rPr>
        <w:t xml:space="preserve"> </w:t>
      </w:r>
      <w:r w:rsidRPr="005117ED">
        <w:rPr>
          <w:rFonts w:cs="Sakkal Majalla"/>
          <w:color w:val="000000" w:themeColor="text1"/>
          <w:sz w:val="38"/>
          <w:szCs w:val="38"/>
          <w:rtl/>
        </w:rPr>
        <w:t>والثقة</w:t>
      </w:r>
      <w:r w:rsidRPr="005117ED">
        <w:rPr>
          <w:rFonts w:cs="Sakkal Majalla"/>
          <w:color w:val="000000" w:themeColor="text1"/>
          <w:sz w:val="38"/>
          <w:szCs w:val="38"/>
        </w:rPr>
        <w:t xml:space="preserve"> </w:t>
      </w:r>
      <w:r w:rsidRPr="005117ED">
        <w:rPr>
          <w:rFonts w:cs="Sakkal Majalla"/>
          <w:color w:val="000000" w:themeColor="text1"/>
          <w:sz w:val="38"/>
          <w:szCs w:val="38"/>
          <w:rtl/>
        </w:rPr>
        <w:t>والعدالة</w:t>
      </w:r>
      <w:r w:rsidRPr="005117ED">
        <w:rPr>
          <w:rFonts w:cs="Sakkal Majalla"/>
          <w:color w:val="000000" w:themeColor="text1"/>
          <w:sz w:val="38"/>
          <w:szCs w:val="38"/>
        </w:rPr>
        <w:t xml:space="preserve"> </w:t>
      </w:r>
      <w:r w:rsidRPr="005117ED">
        <w:rPr>
          <w:rFonts w:cs="Sakkal Majalla"/>
          <w:color w:val="000000" w:themeColor="text1"/>
          <w:sz w:val="38"/>
          <w:szCs w:val="38"/>
          <w:rtl/>
        </w:rPr>
        <w:t>التي</w:t>
      </w:r>
      <w:r w:rsidRPr="005117ED">
        <w:rPr>
          <w:rFonts w:cs="Sakkal Majalla"/>
          <w:color w:val="000000" w:themeColor="text1"/>
          <w:sz w:val="38"/>
          <w:szCs w:val="38"/>
        </w:rPr>
        <w:t xml:space="preserve"> </w:t>
      </w:r>
      <w:r w:rsidRPr="005117ED">
        <w:rPr>
          <w:rFonts w:cs="Sakkal Majalla"/>
          <w:color w:val="000000" w:themeColor="text1"/>
          <w:sz w:val="38"/>
          <w:szCs w:val="38"/>
          <w:rtl/>
        </w:rPr>
        <w:t>يقدمها</w:t>
      </w:r>
      <w:r w:rsidRPr="005117ED">
        <w:rPr>
          <w:rFonts w:cs="Sakkal Majalla"/>
          <w:color w:val="000000" w:themeColor="text1"/>
          <w:sz w:val="38"/>
          <w:szCs w:val="38"/>
        </w:rPr>
        <w:t xml:space="preserve"> </w:t>
      </w:r>
      <w:r w:rsidRPr="005117ED">
        <w:rPr>
          <w:rFonts w:cs="Sakkal Majalla"/>
          <w:color w:val="000000" w:themeColor="text1"/>
          <w:sz w:val="38"/>
          <w:szCs w:val="38"/>
          <w:rtl/>
        </w:rPr>
        <w:t>القائد</w:t>
      </w:r>
      <w:r w:rsidRPr="005117ED">
        <w:rPr>
          <w:rFonts w:cs="Sakkal Majalla"/>
          <w:color w:val="000000" w:themeColor="text1"/>
          <w:sz w:val="38"/>
          <w:szCs w:val="38"/>
        </w:rPr>
        <w:t xml:space="preserve"> </w:t>
      </w:r>
      <w:r w:rsidRPr="005117ED">
        <w:rPr>
          <w:rFonts w:cs="Sakkal Majalla"/>
          <w:color w:val="000000" w:themeColor="text1"/>
          <w:sz w:val="38"/>
          <w:szCs w:val="38"/>
          <w:rtl/>
        </w:rPr>
        <w:t>تنشئ</w:t>
      </w:r>
      <w:r w:rsidRPr="005117ED">
        <w:rPr>
          <w:rFonts w:cs="Sakkal Majalla"/>
          <w:color w:val="000000" w:themeColor="text1"/>
          <w:sz w:val="38"/>
          <w:szCs w:val="38"/>
        </w:rPr>
        <w:t xml:space="preserve"> </w:t>
      </w:r>
      <w:r w:rsidRPr="005117ED">
        <w:rPr>
          <w:rFonts w:cs="Sakkal Majalla"/>
          <w:color w:val="000000" w:themeColor="text1"/>
          <w:sz w:val="38"/>
          <w:szCs w:val="38"/>
          <w:rtl/>
        </w:rPr>
        <w:t>التزامًا</w:t>
      </w:r>
      <w:r w:rsidRPr="005117ED">
        <w:rPr>
          <w:rFonts w:cs="Sakkal Majalla"/>
          <w:color w:val="000000" w:themeColor="text1"/>
          <w:sz w:val="38"/>
          <w:szCs w:val="38"/>
        </w:rPr>
        <w:t xml:space="preserve"> </w:t>
      </w:r>
      <w:r w:rsidRPr="005117ED">
        <w:rPr>
          <w:rFonts w:cs="Sakkal Majalla"/>
          <w:color w:val="000000" w:themeColor="text1"/>
          <w:sz w:val="38"/>
          <w:szCs w:val="38"/>
          <w:rtl/>
        </w:rPr>
        <w:t>متبادلًا</w:t>
      </w:r>
      <w:r w:rsidRPr="005117ED">
        <w:rPr>
          <w:rFonts w:cs="Sakkal Majalla"/>
          <w:color w:val="000000" w:themeColor="text1"/>
          <w:sz w:val="38"/>
          <w:szCs w:val="38"/>
        </w:rPr>
        <w:t xml:space="preserve"> </w:t>
      </w:r>
      <w:r w:rsidRPr="005117ED">
        <w:rPr>
          <w:rFonts w:cs="Sakkal Majalla"/>
          <w:color w:val="000000" w:themeColor="text1"/>
          <w:sz w:val="38"/>
          <w:szCs w:val="38"/>
          <w:rtl/>
        </w:rPr>
        <w:t>يدفع</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العاملين</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رد</w:t>
      </w:r>
      <w:r w:rsidRPr="005117ED">
        <w:rPr>
          <w:rFonts w:cs="Sakkal Majalla"/>
          <w:color w:val="000000" w:themeColor="text1"/>
          <w:sz w:val="38"/>
          <w:szCs w:val="38"/>
        </w:rPr>
        <w:t xml:space="preserve"> </w:t>
      </w:r>
      <w:r w:rsidRPr="005117ED">
        <w:rPr>
          <w:rFonts w:cs="Sakkal Majalla"/>
          <w:color w:val="000000" w:themeColor="text1"/>
          <w:sz w:val="38"/>
          <w:szCs w:val="38"/>
          <w:rtl/>
        </w:rPr>
        <w:t>الجميل</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خلال</w:t>
      </w:r>
      <w:r w:rsidRPr="005117ED">
        <w:rPr>
          <w:rFonts w:cs="Sakkal Majalla"/>
          <w:color w:val="000000" w:themeColor="text1"/>
          <w:sz w:val="38"/>
          <w:szCs w:val="38"/>
        </w:rPr>
        <w:t xml:space="preserve"> </w:t>
      </w:r>
      <w:r w:rsidRPr="005117ED">
        <w:rPr>
          <w:rFonts w:cs="Sakkal Majalla"/>
          <w:color w:val="000000" w:themeColor="text1"/>
          <w:sz w:val="38"/>
          <w:szCs w:val="38"/>
          <w:rtl/>
        </w:rPr>
        <w:t>سلوكيات</w:t>
      </w:r>
      <w:r w:rsidRPr="005117ED">
        <w:rPr>
          <w:rFonts w:cs="Sakkal Majalla"/>
          <w:color w:val="000000" w:themeColor="text1"/>
          <w:sz w:val="38"/>
          <w:szCs w:val="38"/>
        </w:rPr>
        <w:t xml:space="preserve"> </w:t>
      </w:r>
      <w:r w:rsidRPr="005117ED">
        <w:rPr>
          <w:rFonts w:cs="Sakkal Majalla"/>
          <w:color w:val="000000" w:themeColor="text1"/>
          <w:sz w:val="38"/>
          <w:szCs w:val="38"/>
          <w:rtl/>
        </w:rPr>
        <w:t>تتجاوز</w:t>
      </w:r>
      <w:r w:rsidRPr="005117ED">
        <w:rPr>
          <w:rFonts w:cs="Sakkal Majalla"/>
          <w:color w:val="000000" w:themeColor="text1"/>
          <w:sz w:val="38"/>
          <w:szCs w:val="38"/>
        </w:rPr>
        <w:t xml:space="preserve"> </w:t>
      </w:r>
      <w:r w:rsidRPr="005117ED">
        <w:rPr>
          <w:rFonts w:cs="Sakkal Majalla"/>
          <w:color w:val="000000" w:themeColor="text1"/>
          <w:sz w:val="38"/>
          <w:szCs w:val="38"/>
          <w:rtl/>
        </w:rPr>
        <w:t>المتطلبات</w:t>
      </w:r>
      <w:r w:rsidRPr="005117ED">
        <w:rPr>
          <w:rFonts w:cs="Sakkal Majalla"/>
          <w:color w:val="000000" w:themeColor="text1"/>
          <w:sz w:val="38"/>
          <w:szCs w:val="38"/>
        </w:rPr>
        <w:t xml:space="preserve"> </w:t>
      </w:r>
      <w:r w:rsidRPr="005117ED">
        <w:rPr>
          <w:rFonts w:cs="Sakkal Majalla"/>
          <w:color w:val="000000" w:themeColor="text1"/>
          <w:sz w:val="38"/>
          <w:szCs w:val="38"/>
          <w:rtl/>
        </w:rPr>
        <w:t>الرسمية،</w:t>
      </w:r>
      <w:r w:rsidRPr="005117ED">
        <w:rPr>
          <w:rFonts w:cs="Sakkal Majalla"/>
          <w:color w:val="000000" w:themeColor="text1"/>
          <w:sz w:val="38"/>
          <w:szCs w:val="38"/>
        </w:rPr>
        <w:t xml:space="preserve"> </w:t>
      </w:r>
      <w:r w:rsidRPr="005117ED">
        <w:rPr>
          <w:rFonts w:cs="Sakkal Majalla"/>
          <w:color w:val="000000" w:themeColor="text1"/>
          <w:sz w:val="38"/>
          <w:szCs w:val="38"/>
          <w:rtl/>
        </w:rPr>
        <w:t>ومنها</w:t>
      </w:r>
      <w:r w:rsidRPr="005117ED">
        <w:rPr>
          <w:rFonts w:cs="Sakkal Majalla"/>
          <w:color w:val="000000" w:themeColor="text1"/>
          <w:sz w:val="38"/>
          <w:szCs w:val="38"/>
        </w:rPr>
        <w:t xml:space="preserve"> </w:t>
      </w:r>
      <w:r w:rsidRPr="005117ED">
        <w:rPr>
          <w:rFonts w:cs="Sakkal Majalla"/>
          <w:color w:val="000000" w:themeColor="text1"/>
          <w:sz w:val="38"/>
          <w:szCs w:val="38"/>
          <w:rtl/>
        </w:rPr>
        <w:t>اقتراح</w:t>
      </w:r>
      <w:r w:rsidRPr="005117ED">
        <w:rPr>
          <w:rFonts w:cs="Sakkal Majalla"/>
          <w:color w:val="000000" w:themeColor="text1"/>
          <w:sz w:val="38"/>
          <w:szCs w:val="38"/>
        </w:rPr>
        <w:t xml:space="preserve"> </w:t>
      </w:r>
      <w:r w:rsidRPr="005117ED">
        <w:rPr>
          <w:rFonts w:cs="Sakkal Majalla"/>
          <w:color w:val="000000" w:themeColor="text1"/>
          <w:sz w:val="38"/>
          <w:szCs w:val="38"/>
          <w:rtl/>
        </w:rPr>
        <w:t>التحسينات</w:t>
      </w:r>
      <w:r w:rsidRPr="005117ED">
        <w:rPr>
          <w:rFonts w:cs="Sakkal Majalla"/>
          <w:color w:val="000000" w:themeColor="text1"/>
          <w:sz w:val="38"/>
          <w:szCs w:val="38"/>
        </w:rPr>
        <w:t xml:space="preserve"> </w:t>
      </w:r>
      <w:r w:rsidRPr="005117ED">
        <w:rPr>
          <w:rFonts w:cs="Sakkal Majalla"/>
          <w:color w:val="000000" w:themeColor="text1"/>
          <w:sz w:val="38"/>
          <w:szCs w:val="38"/>
          <w:rtl/>
        </w:rPr>
        <w:t>ومشاركة</w:t>
      </w:r>
      <w:r w:rsidRPr="005117ED">
        <w:rPr>
          <w:rFonts w:cs="Sakkal Majalla"/>
          <w:color w:val="000000" w:themeColor="text1"/>
          <w:sz w:val="38"/>
          <w:szCs w:val="38"/>
        </w:rPr>
        <w:t xml:space="preserve"> </w:t>
      </w:r>
      <w:r w:rsidRPr="005117ED">
        <w:rPr>
          <w:rFonts w:cs="Sakkal Majalla"/>
          <w:color w:val="000000" w:themeColor="text1"/>
          <w:sz w:val="38"/>
          <w:szCs w:val="38"/>
          <w:rtl/>
        </w:rPr>
        <w:t>المعرفة</w:t>
      </w:r>
      <w:r w:rsidRPr="005117ED">
        <w:rPr>
          <w:rFonts w:cs="Sakkal Majalla"/>
          <w:color w:val="000000" w:themeColor="text1"/>
          <w:sz w:val="38"/>
          <w:szCs w:val="38"/>
        </w:rPr>
        <w:t xml:space="preserve"> </w:t>
      </w:r>
      <w:r w:rsidRPr="005117ED">
        <w:rPr>
          <w:rFonts w:cs="Sakkal Majalla"/>
          <w:color w:val="000000" w:themeColor="text1"/>
          <w:sz w:val="38"/>
          <w:szCs w:val="38"/>
          <w:rtl/>
        </w:rPr>
        <w:t>والمبادرة</w:t>
      </w:r>
      <w:r w:rsidRPr="005117ED">
        <w:rPr>
          <w:rFonts w:cs="Sakkal Majalla"/>
          <w:color w:val="000000" w:themeColor="text1"/>
          <w:sz w:val="38"/>
          <w:szCs w:val="38"/>
        </w:rPr>
        <w:t xml:space="preserve"> </w:t>
      </w:r>
      <w:r w:rsidRPr="005117ED">
        <w:rPr>
          <w:rFonts w:cs="Sakkal Majalla"/>
          <w:color w:val="000000" w:themeColor="text1"/>
          <w:sz w:val="38"/>
          <w:szCs w:val="38"/>
          <w:rtl/>
        </w:rPr>
        <w:t>بحل</w:t>
      </w:r>
      <w:r w:rsidRPr="005117ED">
        <w:rPr>
          <w:rFonts w:cs="Sakkal Majalla"/>
          <w:color w:val="000000" w:themeColor="text1"/>
          <w:sz w:val="38"/>
          <w:szCs w:val="38"/>
        </w:rPr>
        <w:t xml:space="preserve"> </w:t>
      </w:r>
      <w:r w:rsidRPr="005117ED">
        <w:rPr>
          <w:rFonts w:cs="Sakkal Majalla"/>
          <w:color w:val="000000" w:themeColor="text1"/>
          <w:sz w:val="38"/>
          <w:szCs w:val="38"/>
          <w:rtl/>
        </w:rPr>
        <w:t>المشكلات</w:t>
      </w:r>
      <w:r w:rsidRPr="005117ED">
        <w:rPr>
          <w:rFonts w:cs="Sakkal Majalla"/>
          <w:color w:val="000000" w:themeColor="text1"/>
          <w:sz w:val="38"/>
          <w:szCs w:val="38"/>
        </w:rPr>
        <w:t xml:space="preserve">. </w:t>
      </w:r>
      <w:r w:rsidRPr="005117ED">
        <w:rPr>
          <w:rFonts w:cs="Sakkal Majalla"/>
          <w:color w:val="000000" w:themeColor="text1"/>
          <w:sz w:val="38"/>
          <w:szCs w:val="38"/>
          <w:rtl/>
        </w:rPr>
        <w:t>ولا</w:t>
      </w:r>
      <w:r w:rsidRPr="005117ED">
        <w:rPr>
          <w:rFonts w:cs="Sakkal Majalla"/>
          <w:color w:val="000000" w:themeColor="text1"/>
          <w:sz w:val="38"/>
          <w:szCs w:val="38"/>
        </w:rPr>
        <w:t xml:space="preserve"> </w:t>
      </w:r>
      <w:r w:rsidRPr="005117ED">
        <w:rPr>
          <w:rFonts w:cs="Sakkal Majalla"/>
          <w:color w:val="000000" w:themeColor="text1"/>
          <w:sz w:val="38"/>
          <w:szCs w:val="38"/>
          <w:rtl/>
        </w:rPr>
        <w:t>يعني</w:t>
      </w:r>
      <w:r w:rsidRPr="005117ED">
        <w:rPr>
          <w:rFonts w:cs="Sakkal Majalla"/>
          <w:color w:val="000000" w:themeColor="text1"/>
          <w:sz w:val="38"/>
          <w:szCs w:val="38"/>
        </w:rPr>
        <w:t xml:space="preserve"> </w:t>
      </w:r>
      <w:r w:rsidRPr="005117ED">
        <w:rPr>
          <w:rFonts w:cs="Sakkal Majalla"/>
          <w:color w:val="000000" w:themeColor="text1"/>
          <w:sz w:val="38"/>
          <w:szCs w:val="38"/>
          <w:rtl/>
        </w:rPr>
        <w:t>ذلك</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يتحول</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تبادل</w:t>
      </w:r>
      <w:r w:rsidRPr="005117ED">
        <w:rPr>
          <w:rFonts w:cs="Sakkal Majalla"/>
          <w:color w:val="000000" w:themeColor="text1"/>
          <w:sz w:val="38"/>
          <w:szCs w:val="38"/>
        </w:rPr>
        <w:t xml:space="preserve"> </w:t>
      </w:r>
      <w:r w:rsidRPr="005117ED">
        <w:rPr>
          <w:rFonts w:cs="Sakkal Majalla"/>
          <w:color w:val="000000" w:themeColor="text1"/>
          <w:sz w:val="38"/>
          <w:szCs w:val="38"/>
          <w:rtl/>
        </w:rPr>
        <w:t>حسابي،</w:t>
      </w:r>
      <w:r w:rsidRPr="005117ED">
        <w:rPr>
          <w:rFonts w:cs="Sakkal Majalla"/>
          <w:color w:val="000000" w:themeColor="text1"/>
          <w:sz w:val="38"/>
          <w:szCs w:val="38"/>
        </w:rPr>
        <w:t xml:space="preserve"> </w:t>
      </w:r>
      <w:r w:rsidRPr="005117ED">
        <w:rPr>
          <w:rFonts w:cs="Sakkal Majalla"/>
          <w:color w:val="000000" w:themeColor="text1"/>
          <w:sz w:val="38"/>
          <w:szCs w:val="38"/>
          <w:rtl/>
        </w:rPr>
        <w:t>بل</w:t>
      </w:r>
      <w:r w:rsidRPr="005117ED">
        <w:rPr>
          <w:rFonts w:cs="Sakkal Majalla"/>
          <w:color w:val="000000" w:themeColor="text1"/>
          <w:sz w:val="38"/>
          <w:szCs w:val="38"/>
        </w:rPr>
        <w:t xml:space="preserve"> </w:t>
      </w:r>
      <w:r w:rsidRPr="005117ED">
        <w:rPr>
          <w:rFonts w:cs="Sakkal Majalla"/>
          <w:color w:val="000000" w:themeColor="text1"/>
          <w:sz w:val="38"/>
          <w:szCs w:val="38"/>
          <w:rtl/>
        </w:rPr>
        <w:t>إن</w:t>
      </w:r>
      <w:r w:rsidRPr="005117ED">
        <w:rPr>
          <w:rFonts w:cs="Sakkal Majalla"/>
          <w:color w:val="000000" w:themeColor="text1"/>
          <w:sz w:val="38"/>
          <w:szCs w:val="38"/>
        </w:rPr>
        <w:t xml:space="preserve"> </w:t>
      </w:r>
      <w:r w:rsidRPr="005117ED">
        <w:rPr>
          <w:rFonts w:cs="Sakkal Majalla"/>
          <w:color w:val="000000" w:themeColor="text1"/>
          <w:sz w:val="38"/>
          <w:szCs w:val="38"/>
          <w:rtl/>
        </w:rPr>
        <w:t>جودة</w:t>
      </w:r>
      <w:r w:rsidRPr="005117ED">
        <w:rPr>
          <w:rFonts w:cs="Sakkal Majalla"/>
          <w:color w:val="000000" w:themeColor="text1"/>
          <w:sz w:val="38"/>
          <w:szCs w:val="38"/>
        </w:rPr>
        <w:t xml:space="preserve"> </w:t>
      </w:r>
      <w:r w:rsidRPr="005117ED">
        <w:rPr>
          <w:rFonts w:cs="Sakkal Majalla"/>
          <w:color w:val="000000" w:themeColor="text1"/>
          <w:sz w:val="38"/>
          <w:szCs w:val="38"/>
          <w:rtl/>
        </w:rPr>
        <w:t>العلاقة</w:t>
      </w:r>
      <w:r w:rsidRPr="005117ED">
        <w:rPr>
          <w:rFonts w:cs="Sakkal Majalla"/>
          <w:color w:val="000000" w:themeColor="text1"/>
          <w:sz w:val="38"/>
          <w:szCs w:val="38"/>
        </w:rPr>
        <w:t xml:space="preserve"> </w:t>
      </w:r>
      <w:r w:rsidRPr="005117ED">
        <w:rPr>
          <w:rFonts w:cs="Sakkal Majalla"/>
          <w:color w:val="000000" w:themeColor="text1"/>
          <w:sz w:val="38"/>
          <w:szCs w:val="38"/>
          <w:rtl/>
        </w:rPr>
        <w:t>تقلل</w:t>
      </w:r>
      <w:r w:rsidRPr="005117ED">
        <w:rPr>
          <w:rFonts w:cs="Sakkal Majalla"/>
          <w:color w:val="000000" w:themeColor="text1"/>
          <w:sz w:val="38"/>
          <w:szCs w:val="38"/>
        </w:rPr>
        <w:t xml:space="preserve"> </w:t>
      </w:r>
      <w:r w:rsidRPr="005117ED">
        <w:rPr>
          <w:rFonts w:cs="Sakkal Majalla"/>
          <w:color w:val="000000" w:themeColor="text1"/>
          <w:sz w:val="38"/>
          <w:szCs w:val="38"/>
          <w:rtl/>
        </w:rPr>
        <w:t>المخاطر</w:t>
      </w:r>
      <w:r w:rsidRPr="005117ED">
        <w:rPr>
          <w:rFonts w:cs="Sakkal Majalla"/>
          <w:color w:val="000000" w:themeColor="text1"/>
          <w:sz w:val="38"/>
          <w:szCs w:val="38"/>
        </w:rPr>
        <w:t xml:space="preserve"> </w:t>
      </w:r>
      <w:r w:rsidRPr="005117ED">
        <w:rPr>
          <w:rFonts w:cs="Sakkal Majalla"/>
          <w:color w:val="000000" w:themeColor="text1"/>
          <w:sz w:val="38"/>
          <w:szCs w:val="38"/>
          <w:rtl/>
        </w:rPr>
        <w:t>النفسية</w:t>
      </w:r>
      <w:r w:rsidRPr="005117ED">
        <w:rPr>
          <w:rFonts w:cs="Sakkal Majalla"/>
          <w:color w:val="000000" w:themeColor="text1"/>
          <w:sz w:val="38"/>
          <w:szCs w:val="38"/>
        </w:rPr>
        <w:t xml:space="preserve"> </w:t>
      </w:r>
      <w:r w:rsidRPr="005117ED">
        <w:rPr>
          <w:rFonts w:cs="Sakkal Majalla"/>
          <w:color w:val="000000" w:themeColor="text1"/>
          <w:sz w:val="38"/>
          <w:szCs w:val="38"/>
          <w:rtl/>
        </w:rPr>
        <w:t>المرتبطة</w:t>
      </w:r>
      <w:r w:rsidRPr="005117ED">
        <w:rPr>
          <w:rFonts w:cs="Sakkal Majalla"/>
          <w:color w:val="000000" w:themeColor="text1"/>
          <w:sz w:val="38"/>
          <w:szCs w:val="38"/>
        </w:rPr>
        <w:t xml:space="preserve"> </w:t>
      </w:r>
      <w:r w:rsidRPr="005117ED">
        <w:rPr>
          <w:rFonts w:cs="Sakkal Majalla"/>
          <w:color w:val="000000" w:themeColor="text1"/>
          <w:sz w:val="38"/>
          <w:szCs w:val="38"/>
          <w:rtl/>
        </w:rPr>
        <w:t>بطرح</w:t>
      </w:r>
      <w:r w:rsidRPr="005117ED">
        <w:rPr>
          <w:rFonts w:cs="Sakkal Majalla"/>
          <w:color w:val="000000" w:themeColor="text1"/>
          <w:sz w:val="38"/>
          <w:szCs w:val="38"/>
        </w:rPr>
        <w:t xml:space="preserve"> </w:t>
      </w:r>
      <w:r w:rsidRPr="005117ED">
        <w:rPr>
          <w:rFonts w:cs="Sakkal Majalla"/>
          <w:color w:val="000000" w:themeColor="text1"/>
          <w:sz w:val="38"/>
          <w:szCs w:val="38"/>
          <w:rtl/>
        </w:rPr>
        <w:t>فكرة</w:t>
      </w:r>
      <w:r w:rsidRPr="005117ED">
        <w:rPr>
          <w:rFonts w:cs="Sakkal Majalla"/>
          <w:color w:val="000000" w:themeColor="text1"/>
          <w:sz w:val="38"/>
          <w:szCs w:val="38"/>
        </w:rPr>
        <w:t xml:space="preserve"> </w:t>
      </w:r>
      <w:r w:rsidRPr="005117ED">
        <w:rPr>
          <w:rFonts w:cs="Sakkal Majalla"/>
          <w:color w:val="000000" w:themeColor="text1"/>
          <w:sz w:val="38"/>
          <w:szCs w:val="38"/>
          <w:rtl/>
        </w:rPr>
        <w:t>غير</w:t>
      </w:r>
      <w:r w:rsidRPr="005117ED">
        <w:rPr>
          <w:rFonts w:cs="Sakkal Majalla"/>
          <w:color w:val="000000" w:themeColor="text1"/>
          <w:sz w:val="38"/>
          <w:szCs w:val="38"/>
        </w:rPr>
        <w:t xml:space="preserve"> </w:t>
      </w:r>
      <w:r w:rsidRPr="005117ED">
        <w:rPr>
          <w:rFonts w:cs="Sakkal Majalla"/>
          <w:color w:val="000000" w:themeColor="text1"/>
          <w:sz w:val="38"/>
          <w:szCs w:val="38"/>
          <w:rtl/>
        </w:rPr>
        <w:t>مألوفة</w:t>
      </w:r>
      <w:r w:rsidRPr="005117ED">
        <w:rPr>
          <w:rFonts w:cs="Sakkal Majalla"/>
          <w:color w:val="000000" w:themeColor="text1"/>
          <w:sz w:val="38"/>
          <w:szCs w:val="38"/>
        </w:rPr>
        <w:t xml:space="preserve"> </w:t>
      </w:r>
      <w:r w:rsidRPr="005117ED">
        <w:rPr>
          <w:rFonts w:cs="Sakkal Majalla"/>
          <w:color w:val="000000" w:themeColor="text1"/>
          <w:sz w:val="38"/>
          <w:szCs w:val="38"/>
          <w:rtl/>
        </w:rPr>
        <w:t>أو</w:t>
      </w:r>
      <w:r w:rsidRPr="005117ED">
        <w:rPr>
          <w:rFonts w:cs="Sakkal Majalla"/>
          <w:color w:val="000000" w:themeColor="text1"/>
          <w:sz w:val="38"/>
          <w:szCs w:val="38"/>
        </w:rPr>
        <w:t xml:space="preserve"> </w:t>
      </w:r>
      <w:r w:rsidRPr="005117ED">
        <w:rPr>
          <w:rFonts w:cs="Sakkal Majalla"/>
          <w:color w:val="000000" w:themeColor="text1"/>
          <w:sz w:val="38"/>
          <w:szCs w:val="38"/>
          <w:rtl/>
        </w:rPr>
        <w:lastRenderedPageBreak/>
        <w:t>الاعتراف</w:t>
      </w:r>
      <w:r w:rsidRPr="005117ED">
        <w:rPr>
          <w:rFonts w:cs="Sakkal Majalla"/>
          <w:color w:val="000000" w:themeColor="text1"/>
          <w:sz w:val="38"/>
          <w:szCs w:val="38"/>
        </w:rPr>
        <w:t xml:space="preserve"> </w:t>
      </w:r>
      <w:r w:rsidRPr="005117ED">
        <w:rPr>
          <w:rFonts w:cs="Sakkal Majalla"/>
          <w:color w:val="000000" w:themeColor="text1"/>
          <w:sz w:val="38"/>
          <w:szCs w:val="38"/>
          <w:rtl/>
        </w:rPr>
        <w:t>بوجود</w:t>
      </w:r>
      <w:r w:rsidRPr="005117ED">
        <w:rPr>
          <w:rFonts w:cs="Sakkal Majalla"/>
          <w:color w:val="000000" w:themeColor="text1"/>
          <w:sz w:val="38"/>
          <w:szCs w:val="38"/>
        </w:rPr>
        <w:t xml:space="preserve"> </w:t>
      </w:r>
      <w:r w:rsidRPr="005117ED">
        <w:rPr>
          <w:rFonts w:cs="Sakkal Majalla"/>
          <w:color w:val="000000" w:themeColor="text1"/>
          <w:sz w:val="38"/>
          <w:szCs w:val="38"/>
          <w:rtl/>
        </w:rPr>
        <w:t>قصور</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الأسلوب</w:t>
      </w:r>
      <w:r w:rsidRPr="005117ED">
        <w:rPr>
          <w:rFonts w:cs="Sakkal Majalla"/>
          <w:color w:val="000000" w:themeColor="text1"/>
          <w:sz w:val="38"/>
          <w:szCs w:val="38"/>
        </w:rPr>
        <w:t xml:space="preserve"> </w:t>
      </w:r>
      <w:r w:rsidRPr="005117ED">
        <w:rPr>
          <w:rFonts w:cs="Sakkal Majalla"/>
          <w:color w:val="000000" w:themeColor="text1"/>
          <w:sz w:val="38"/>
          <w:szCs w:val="38"/>
          <w:rtl/>
        </w:rPr>
        <w:t>الحالي</w:t>
      </w:r>
      <w:r w:rsidRPr="005117ED">
        <w:rPr>
          <w:rFonts w:cs="Sakkal Majalla"/>
          <w:color w:val="000000" w:themeColor="text1"/>
          <w:sz w:val="38"/>
          <w:szCs w:val="38"/>
        </w:rPr>
        <w:t xml:space="preserve">. </w:t>
      </w:r>
      <w:r w:rsidRPr="005117ED">
        <w:rPr>
          <w:rFonts w:cs="Sakkal Majalla"/>
          <w:color w:val="000000" w:themeColor="text1"/>
          <w:sz w:val="38"/>
          <w:szCs w:val="38"/>
          <w:rtl/>
        </w:rPr>
        <w:t>ولهذا</w:t>
      </w:r>
      <w:r w:rsidRPr="005117ED">
        <w:rPr>
          <w:rFonts w:cs="Sakkal Majalla"/>
          <w:color w:val="000000" w:themeColor="text1"/>
          <w:sz w:val="38"/>
          <w:szCs w:val="38"/>
        </w:rPr>
        <w:t xml:space="preserve"> </w:t>
      </w:r>
      <w:r w:rsidRPr="005117ED">
        <w:rPr>
          <w:rFonts w:cs="Sakkal Majalla"/>
          <w:color w:val="000000" w:themeColor="text1"/>
          <w:sz w:val="38"/>
          <w:szCs w:val="38"/>
          <w:rtl/>
        </w:rPr>
        <w:t>يرتبط</w:t>
      </w:r>
      <w:r w:rsidRPr="005117ED">
        <w:rPr>
          <w:rFonts w:cs="Sakkal Majalla"/>
          <w:color w:val="000000" w:themeColor="text1"/>
          <w:sz w:val="38"/>
          <w:szCs w:val="38"/>
        </w:rPr>
        <w:t xml:space="preserve"> </w:t>
      </w:r>
      <w:r w:rsidRPr="005117ED">
        <w:rPr>
          <w:rFonts w:cs="Sakkal Majalla"/>
          <w:color w:val="000000" w:themeColor="text1"/>
          <w:sz w:val="38"/>
          <w:szCs w:val="38"/>
          <w:rtl/>
        </w:rPr>
        <w:t>الأمان</w:t>
      </w:r>
      <w:r w:rsidRPr="005117ED">
        <w:rPr>
          <w:rFonts w:cs="Sakkal Majalla"/>
          <w:color w:val="000000" w:themeColor="text1"/>
          <w:sz w:val="38"/>
          <w:szCs w:val="38"/>
        </w:rPr>
        <w:t xml:space="preserve"> </w:t>
      </w:r>
      <w:r w:rsidRPr="005117ED">
        <w:rPr>
          <w:rFonts w:cs="Sakkal Majalla"/>
          <w:color w:val="000000" w:themeColor="text1"/>
          <w:sz w:val="38"/>
          <w:szCs w:val="38"/>
          <w:rtl/>
        </w:rPr>
        <w:t>النفسي</w:t>
      </w:r>
      <w:r w:rsidRPr="005117ED">
        <w:rPr>
          <w:rFonts w:cs="Sakkal Majalla"/>
          <w:color w:val="000000" w:themeColor="text1"/>
          <w:sz w:val="38"/>
          <w:szCs w:val="38"/>
        </w:rPr>
        <w:t xml:space="preserve"> </w:t>
      </w:r>
      <w:r w:rsidRPr="005117ED">
        <w:rPr>
          <w:rFonts w:cs="Sakkal Majalla"/>
          <w:color w:val="000000" w:themeColor="text1"/>
          <w:sz w:val="38"/>
          <w:szCs w:val="38"/>
          <w:rtl/>
        </w:rPr>
        <w:t>بقدرة</w:t>
      </w:r>
      <w:r w:rsidRPr="005117ED">
        <w:rPr>
          <w:rFonts w:cs="Sakkal Majalla"/>
          <w:color w:val="000000" w:themeColor="text1"/>
          <w:sz w:val="38"/>
          <w:szCs w:val="38"/>
        </w:rPr>
        <w:t xml:space="preserve"> </w:t>
      </w:r>
      <w:r w:rsidRPr="005117ED">
        <w:rPr>
          <w:rFonts w:cs="Sakkal Majalla"/>
          <w:color w:val="000000" w:themeColor="text1"/>
          <w:sz w:val="38"/>
          <w:szCs w:val="38"/>
          <w:rtl/>
        </w:rPr>
        <w:t>الفرق</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التعلم</w:t>
      </w:r>
      <w:r w:rsidRPr="005117ED">
        <w:rPr>
          <w:rFonts w:cs="Sakkal Majalla"/>
          <w:color w:val="000000" w:themeColor="text1"/>
          <w:sz w:val="38"/>
          <w:szCs w:val="38"/>
        </w:rPr>
        <w:t xml:space="preserve"> </w:t>
      </w:r>
      <w:r w:rsidRPr="005117ED">
        <w:rPr>
          <w:rFonts w:cs="Sakkal Majalla"/>
          <w:color w:val="000000" w:themeColor="text1"/>
          <w:sz w:val="38"/>
          <w:szCs w:val="38"/>
          <w:rtl/>
        </w:rPr>
        <w:t>والتجريب</w:t>
      </w:r>
      <w:r w:rsidRPr="005117ED">
        <w:rPr>
          <w:rFonts w:cs="Sakkal Majalla"/>
          <w:color w:val="000000" w:themeColor="text1"/>
          <w:sz w:val="38"/>
          <w:szCs w:val="38"/>
        </w:rPr>
        <w:t xml:space="preserve"> </w:t>
      </w:r>
      <w:r w:rsidR="00AD1369" w:rsidRPr="005117ED">
        <w:rPr>
          <w:rFonts w:cs="Sakkal Majalla" w:hint="cs"/>
          <w:color w:val="000000" w:themeColor="text1"/>
          <w:sz w:val="38"/>
          <w:szCs w:val="38"/>
          <w:rtl/>
        </w:rPr>
        <w:t>(</w:t>
      </w:r>
      <w:r w:rsidRPr="005117ED">
        <w:rPr>
          <w:rFonts w:cs="Sakkal Majalla"/>
          <w:color w:val="000000" w:themeColor="text1"/>
          <w:sz w:val="38"/>
          <w:szCs w:val="38"/>
        </w:rPr>
        <w:t>Edmondson</w:t>
      </w:r>
      <w:r w:rsidRPr="005117ED">
        <w:rPr>
          <w:rFonts w:cs="Sakkal Majalla"/>
          <w:color w:val="000000" w:themeColor="text1"/>
          <w:sz w:val="38"/>
          <w:szCs w:val="38"/>
          <w:rtl/>
        </w:rPr>
        <w:t>،</w:t>
      </w:r>
      <w:r w:rsidRPr="005117ED">
        <w:rPr>
          <w:rFonts w:cs="Sakkal Majalla"/>
          <w:color w:val="000000" w:themeColor="text1"/>
          <w:sz w:val="38"/>
          <w:szCs w:val="38"/>
        </w:rPr>
        <w:t xml:space="preserve"> 1999</w:t>
      </w:r>
      <w:r w:rsidR="00AD1369" w:rsidRPr="005117ED">
        <w:rPr>
          <w:rFonts w:cs="Sakkal Majalla" w:hint="cs"/>
          <w:color w:val="000000" w:themeColor="text1"/>
          <w:sz w:val="38"/>
          <w:szCs w:val="38"/>
          <w:rtl/>
        </w:rPr>
        <w:t>)</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tl/>
        </w:rPr>
      </w:pPr>
      <w:r w:rsidRPr="005117ED">
        <w:rPr>
          <w:rFonts w:cs="Sakkal Majalla"/>
          <w:color w:val="000000" w:themeColor="text1"/>
          <w:sz w:val="38"/>
          <w:szCs w:val="38"/>
          <w:rtl/>
        </w:rPr>
        <w:t>أما</w:t>
      </w:r>
      <w:r w:rsidRPr="005117ED">
        <w:rPr>
          <w:rFonts w:cs="Sakkal Majalla"/>
          <w:color w:val="000000" w:themeColor="text1"/>
          <w:sz w:val="38"/>
          <w:szCs w:val="38"/>
        </w:rPr>
        <w:t xml:space="preserve"> </w:t>
      </w:r>
      <w:r w:rsidRPr="005117ED">
        <w:rPr>
          <w:rFonts w:cs="Sakkal Majalla"/>
          <w:color w:val="000000" w:themeColor="text1"/>
          <w:sz w:val="38"/>
          <w:szCs w:val="38"/>
          <w:rtl/>
        </w:rPr>
        <w:t>نظرية</w:t>
      </w:r>
      <w:r w:rsidRPr="005117ED">
        <w:rPr>
          <w:rFonts w:cs="Sakkal Majalla"/>
          <w:color w:val="000000" w:themeColor="text1"/>
          <w:sz w:val="38"/>
          <w:szCs w:val="38"/>
        </w:rPr>
        <w:t xml:space="preserve"> </w:t>
      </w:r>
      <w:r w:rsidRPr="005117ED">
        <w:rPr>
          <w:rFonts w:cs="Sakkal Majalla"/>
          <w:color w:val="000000" w:themeColor="text1"/>
          <w:sz w:val="38"/>
          <w:szCs w:val="38"/>
          <w:rtl/>
        </w:rPr>
        <w:t>الموارد</w:t>
      </w:r>
      <w:r w:rsidRPr="005117ED">
        <w:rPr>
          <w:rFonts w:cs="Sakkal Majalla"/>
          <w:color w:val="000000" w:themeColor="text1"/>
          <w:sz w:val="38"/>
          <w:szCs w:val="38"/>
        </w:rPr>
        <w:t xml:space="preserve"> </w:t>
      </w:r>
      <w:r w:rsidRPr="005117ED">
        <w:rPr>
          <w:rFonts w:cs="Sakkal Majalla"/>
          <w:color w:val="000000" w:themeColor="text1"/>
          <w:sz w:val="38"/>
          <w:szCs w:val="38"/>
          <w:rtl/>
        </w:rPr>
        <w:t>والقدرات</w:t>
      </w:r>
      <w:r w:rsidRPr="005117ED">
        <w:rPr>
          <w:rFonts w:cs="Sakkal Majalla"/>
          <w:color w:val="000000" w:themeColor="text1"/>
          <w:sz w:val="38"/>
          <w:szCs w:val="38"/>
        </w:rPr>
        <w:t xml:space="preserve"> </w:t>
      </w:r>
      <w:r w:rsidRPr="005117ED">
        <w:rPr>
          <w:rFonts w:cs="Sakkal Majalla"/>
          <w:color w:val="000000" w:themeColor="text1"/>
          <w:sz w:val="38"/>
          <w:szCs w:val="38"/>
          <w:rtl/>
        </w:rPr>
        <w:t>فتنظر</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المعرفة</w:t>
      </w:r>
      <w:r w:rsidRPr="005117ED">
        <w:rPr>
          <w:rFonts w:cs="Sakkal Majalla"/>
          <w:color w:val="000000" w:themeColor="text1"/>
          <w:sz w:val="38"/>
          <w:szCs w:val="38"/>
        </w:rPr>
        <w:t xml:space="preserve"> </w:t>
      </w:r>
      <w:r w:rsidRPr="005117ED">
        <w:rPr>
          <w:rFonts w:cs="Sakkal Majalla"/>
          <w:color w:val="000000" w:themeColor="text1"/>
          <w:sz w:val="38"/>
          <w:szCs w:val="38"/>
          <w:rtl/>
        </w:rPr>
        <w:t>والمهارات</w:t>
      </w:r>
      <w:r w:rsidRPr="005117ED">
        <w:rPr>
          <w:rFonts w:cs="Sakkal Majalla"/>
          <w:color w:val="000000" w:themeColor="text1"/>
          <w:sz w:val="38"/>
          <w:szCs w:val="38"/>
        </w:rPr>
        <w:t xml:space="preserve"> </w:t>
      </w:r>
      <w:r w:rsidRPr="005117ED">
        <w:rPr>
          <w:rFonts w:cs="Sakkal Majalla"/>
          <w:color w:val="000000" w:themeColor="text1"/>
          <w:sz w:val="38"/>
          <w:szCs w:val="38"/>
          <w:rtl/>
        </w:rPr>
        <w:t>والعلاقات</w:t>
      </w:r>
      <w:r w:rsidRPr="005117ED">
        <w:rPr>
          <w:rFonts w:cs="Sakkal Majalla"/>
          <w:color w:val="000000" w:themeColor="text1"/>
          <w:sz w:val="38"/>
          <w:szCs w:val="38"/>
        </w:rPr>
        <w:t xml:space="preserve"> </w:t>
      </w:r>
      <w:r w:rsidRPr="005117ED">
        <w:rPr>
          <w:rFonts w:cs="Sakkal Majalla"/>
          <w:color w:val="000000" w:themeColor="text1"/>
          <w:sz w:val="38"/>
          <w:szCs w:val="38"/>
          <w:rtl/>
        </w:rPr>
        <w:t>الداخلية</w:t>
      </w:r>
      <w:r w:rsidRPr="005117ED">
        <w:rPr>
          <w:rFonts w:cs="Sakkal Majalla"/>
          <w:color w:val="000000" w:themeColor="text1"/>
          <w:sz w:val="38"/>
          <w:szCs w:val="38"/>
        </w:rPr>
        <w:t xml:space="preserve"> </w:t>
      </w:r>
      <w:r w:rsidRPr="005117ED">
        <w:rPr>
          <w:rFonts w:cs="Sakkal Majalla"/>
          <w:color w:val="000000" w:themeColor="text1"/>
          <w:sz w:val="38"/>
          <w:szCs w:val="38"/>
          <w:rtl/>
        </w:rPr>
        <w:t>بوصفها</w:t>
      </w:r>
      <w:r w:rsidRPr="005117ED">
        <w:rPr>
          <w:rFonts w:cs="Sakkal Majalla"/>
          <w:color w:val="000000" w:themeColor="text1"/>
          <w:sz w:val="38"/>
          <w:szCs w:val="38"/>
        </w:rPr>
        <w:t xml:space="preserve"> </w:t>
      </w:r>
      <w:r w:rsidRPr="005117ED">
        <w:rPr>
          <w:rFonts w:cs="Sakkal Majalla"/>
          <w:color w:val="000000" w:themeColor="text1"/>
          <w:sz w:val="38"/>
          <w:szCs w:val="38"/>
          <w:rtl/>
        </w:rPr>
        <w:t>موارد</w:t>
      </w:r>
      <w:r w:rsidRPr="005117ED">
        <w:rPr>
          <w:rFonts w:cs="Sakkal Majalla"/>
          <w:color w:val="000000" w:themeColor="text1"/>
          <w:sz w:val="38"/>
          <w:szCs w:val="38"/>
        </w:rPr>
        <w:t xml:space="preserve"> </w:t>
      </w:r>
      <w:r w:rsidRPr="005117ED">
        <w:rPr>
          <w:rFonts w:cs="Sakkal Majalla"/>
          <w:color w:val="000000" w:themeColor="text1"/>
          <w:sz w:val="38"/>
          <w:szCs w:val="38"/>
          <w:rtl/>
        </w:rPr>
        <w:t>يمكن</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تصبح</w:t>
      </w:r>
      <w:r w:rsidRPr="005117ED">
        <w:rPr>
          <w:rFonts w:cs="Sakkal Majalla"/>
          <w:color w:val="000000" w:themeColor="text1"/>
          <w:sz w:val="38"/>
          <w:szCs w:val="38"/>
        </w:rPr>
        <w:t xml:space="preserve"> </w:t>
      </w:r>
      <w:r w:rsidRPr="005117ED">
        <w:rPr>
          <w:rFonts w:cs="Sakkal Majalla"/>
          <w:color w:val="000000" w:themeColor="text1"/>
          <w:sz w:val="38"/>
          <w:szCs w:val="38"/>
          <w:rtl/>
        </w:rPr>
        <w:t>مصدرًا</w:t>
      </w:r>
      <w:r w:rsidRPr="005117ED">
        <w:rPr>
          <w:rFonts w:cs="Sakkal Majalla"/>
          <w:color w:val="000000" w:themeColor="text1"/>
          <w:sz w:val="38"/>
          <w:szCs w:val="38"/>
        </w:rPr>
        <w:t xml:space="preserve"> </w:t>
      </w:r>
      <w:r w:rsidRPr="005117ED">
        <w:rPr>
          <w:rFonts w:cs="Sakkal Majalla"/>
          <w:color w:val="000000" w:themeColor="text1"/>
          <w:sz w:val="38"/>
          <w:szCs w:val="38"/>
          <w:rtl/>
        </w:rPr>
        <w:t>للميزة</w:t>
      </w:r>
      <w:r w:rsidRPr="005117ED">
        <w:rPr>
          <w:rFonts w:cs="Sakkal Majalla"/>
          <w:color w:val="000000" w:themeColor="text1"/>
          <w:sz w:val="38"/>
          <w:szCs w:val="38"/>
        </w:rPr>
        <w:t xml:space="preserve"> </w:t>
      </w:r>
      <w:r w:rsidRPr="005117ED">
        <w:rPr>
          <w:rFonts w:cs="Sakkal Majalla"/>
          <w:color w:val="000000" w:themeColor="text1"/>
          <w:sz w:val="38"/>
          <w:szCs w:val="38"/>
          <w:rtl/>
        </w:rPr>
        <w:t>التنافسية</w:t>
      </w:r>
      <w:r w:rsidRPr="005117ED">
        <w:rPr>
          <w:rFonts w:cs="Sakkal Majalla"/>
          <w:color w:val="000000" w:themeColor="text1"/>
          <w:sz w:val="38"/>
          <w:szCs w:val="38"/>
        </w:rPr>
        <w:t xml:space="preserve"> </w:t>
      </w:r>
      <w:r w:rsidRPr="005117ED">
        <w:rPr>
          <w:rFonts w:cs="Sakkal Majalla"/>
          <w:color w:val="000000" w:themeColor="text1"/>
          <w:sz w:val="38"/>
          <w:szCs w:val="38"/>
          <w:rtl/>
        </w:rPr>
        <w:t>عندما</w:t>
      </w:r>
      <w:r w:rsidRPr="005117ED">
        <w:rPr>
          <w:rFonts w:cs="Sakkal Majalla"/>
          <w:color w:val="000000" w:themeColor="text1"/>
          <w:sz w:val="38"/>
          <w:szCs w:val="38"/>
        </w:rPr>
        <w:t xml:space="preserve"> </w:t>
      </w:r>
      <w:r w:rsidRPr="005117ED">
        <w:rPr>
          <w:rFonts w:cs="Sakkal Majalla"/>
          <w:color w:val="000000" w:themeColor="text1"/>
          <w:sz w:val="38"/>
          <w:szCs w:val="38"/>
          <w:rtl/>
        </w:rPr>
        <w:t>تكون</w:t>
      </w:r>
      <w:r w:rsidRPr="005117ED">
        <w:rPr>
          <w:rFonts w:cs="Sakkal Majalla"/>
          <w:color w:val="000000" w:themeColor="text1"/>
          <w:sz w:val="38"/>
          <w:szCs w:val="38"/>
        </w:rPr>
        <w:t xml:space="preserve"> </w:t>
      </w:r>
      <w:r w:rsidRPr="005117ED">
        <w:rPr>
          <w:rFonts w:cs="Sakkal Majalla"/>
          <w:color w:val="000000" w:themeColor="text1"/>
          <w:sz w:val="38"/>
          <w:szCs w:val="38"/>
          <w:rtl/>
        </w:rPr>
        <w:t>ذات</w:t>
      </w:r>
      <w:r w:rsidRPr="005117ED">
        <w:rPr>
          <w:rFonts w:cs="Sakkal Majalla"/>
          <w:color w:val="000000" w:themeColor="text1"/>
          <w:sz w:val="38"/>
          <w:szCs w:val="38"/>
        </w:rPr>
        <w:t xml:space="preserve"> </w:t>
      </w:r>
      <w:r w:rsidRPr="005117ED">
        <w:rPr>
          <w:rFonts w:cs="Sakkal Majalla"/>
          <w:color w:val="000000" w:themeColor="text1"/>
          <w:sz w:val="38"/>
          <w:szCs w:val="38"/>
          <w:rtl/>
        </w:rPr>
        <w:t>قيمة</w:t>
      </w:r>
      <w:r w:rsidRPr="005117ED">
        <w:rPr>
          <w:rFonts w:cs="Sakkal Majalla"/>
          <w:color w:val="000000" w:themeColor="text1"/>
          <w:sz w:val="38"/>
          <w:szCs w:val="38"/>
        </w:rPr>
        <w:t xml:space="preserve"> </w:t>
      </w:r>
      <w:r w:rsidRPr="005117ED">
        <w:rPr>
          <w:rFonts w:cs="Sakkal Majalla"/>
          <w:color w:val="000000" w:themeColor="text1"/>
          <w:sz w:val="38"/>
          <w:szCs w:val="38"/>
          <w:rtl/>
        </w:rPr>
        <w:t>وصعبة</w:t>
      </w:r>
      <w:r w:rsidRPr="005117ED">
        <w:rPr>
          <w:rFonts w:cs="Sakkal Majalla"/>
          <w:color w:val="000000" w:themeColor="text1"/>
          <w:sz w:val="38"/>
          <w:szCs w:val="38"/>
        </w:rPr>
        <w:t xml:space="preserve"> </w:t>
      </w:r>
      <w:r w:rsidRPr="005117ED">
        <w:rPr>
          <w:rFonts w:cs="Sakkal Majalla"/>
          <w:color w:val="000000" w:themeColor="text1"/>
          <w:sz w:val="38"/>
          <w:szCs w:val="38"/>
          <w:rtl/>
        </w:rPr>
        <w:t>التقليد</w:t>
      </w:r>
      <w:r w:rsidRPr="005117ED">
        <w:rPr>
          <w:rFonts w:cs="Sakkal Majalla"/>
          <w:color w:val="000000" w:themeColor="text1"/>
          <w:sz w:val="38"/>
          <w:szCs w:val="38"/>
        </w:rPr>
        <w:t xml:space="preserve"> </w:t>
      </w:r>
      <w:r w:rsidRPr="005117ED">
        <w:rPr>
          <w:rFonts w:cs="Sakkal Majalla"/>
          <w:color w:val="000000" w:themeColor="text1"/>
          <w:sz w:val="38"/>
          <w:szCs w:val="38"/>
          <w:rtl/>
        </w:rPr>
        <w:t>ومنظمة</w:t>
      </w:r>
      <w:r w:rsidRPr="005117ED">
        <w:rPr>
          <w:rFonts w:cs="Sakkal Majalla"/>
          <w:color w:val="000000" w:themeColor="text1"/>
          <w:sz w:val="38"/>
          <w:szCs w:val="38"/>
        </w:rPr>
        <w:t xml:space="preserve"> </w:t>
      </w:r>
      <w:r w:rsidRPr="005117ED">
        <w:rPr>
          <w:rFonts w:cs="Sakkal Majalla"/>
          <w:color w:val="000000" w:themeColor="text1"/>
          <w:sz w:val="38"/>
          <w:szCs w:val="38"/>
          <w:rtl/>
        </w:rPr>
        <w:t>بصورة</w:t>
      </w:r>
      <w:r w:rsidRPr="005117ED">
        <w:rPr>
          <w:rFonts w:cs="Sakkal Majalla"/>
          <w:color w:val="000000" w:themeColor="text1"/>
          <w:sz w:val="38"/>
          <w:szCs w:val="38"/>
        </w:rPr>
        <w:t xml:space="preserve"> </w:t>
      </w:r>
      <w:r w:rsidRPr="005117ED">
        <w:rPr>
          <w:rFonts w:cs="Sakkal Majalla"/>
          <w:color w:val="000000" w:themeColor="text1"/>
          <w:sz w:val="38"/>
          <w:szCs w:val="38"/>
          <w:rtl/>
        </w:rPr>
        <w:t>مناسبة</w:t>
      </w:r>
      <w:r w:rsidRPr="005117ED">
        <w:rPr>
          <w:rFonts w:cs="Sakkal Majalla"/>
          <w:color w:val="000000" w:themeColor="text1"/>
          <w:sz w:val="38"/>
          <w:szCs w:val="38"/>
        </w:rPr>
        <w:t xml:space="preserve">. </w:t>
      </w:r>
      <w:r w:rsidRPr="005117ED">
        <w:rPr>
          <w:rFonts w:cs="Sakkal Majalla"/>
          <w:color w:val="000000" w:themeColor="text1"/>
          <w:sz w:val="38"/>
          <w:szCs w:val="38"/>
          <w:rtl/>
        </w:rPr>
        <w:t>وبناء</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هذا</w:t>
      </w:r>
      <w:r w:rsidRPr="005117ED">
        <w:rPr>
          <w:rFonts w:cs="Sakkal Majalla"/>
          <w:color w:val="000000" w:themeColor="text1"/>
          <w:sz w:val="38"/>
          <w:szCs w:val="38"/>
        </w:rPr>
        <w:t xml:space="preserve"> </w:t>
      </w:r>
      <w:r w:rsidRPr="005117ED">
        <w:rPr>
          <w:rFonts w:cs="Sakkal Majalla"/>
          <w:color w:val="000000" w:themeColor="text1"/>
          <w:sz w:val="38"/>
          <w:szCs w:val="38"/>
          <w:rtl/>
        </w:rPr>
        <w:t>المنظور،</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تعمل</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r w:rsidRPr="005117ED">
        <w:rPr>
          <w:rFonts w:cs="Sakkal Majalla"/>
          <w:color w:val="000000" w:themeColor="text1"/>
          <w:sz w:val="38"/>
          <w:szCs w:val="38"/>
        </w:rPr>
        <w:t xml:space="preserve"> </w:t>
      </w:r>
      <w:r w:rsidRPr="005117ED">
        <w:rPr>
          <w:rFonts w:cs="Sakkal Majalla"/>
          <w:color w:val="000000" w:themeColor="text1"/>
          <w:sz w:val="38"/>
          <w:szCs w:val="38"/>
          <w:rtl/>
        </w:rPr>
        <w:t>كبديل</w:t>
      </w:r>
      <w:r w:rsidRPr="005117ED">
        <w:rPr>
          <w:rFonts w:cs="Sakkal Majalla"/>
          <w:color w:val="000000" w:themeColor="text1"/>
          <w:sz w:val="38"/>
          <w:szCs w:val="38"/>
        </w:rPr>
        <w:t xml:space="preserve"> </w:t>
      </w:r>
      <w:r w:rsidRPr="005117ED">
        <w:rPr>
          <w:rFonts w:cs="Sakkal Majalla"/>
          <w:color w:val="000000" w:themeColor="text1"/>
          <w:sz w:val="38"/>
          <w:szCs w:val="38"/>
          <w:rtl/>
        </w:rPr>
        <w:t>للموارد،</w:t>
      </w:r>
      <w:r w:rsidRPr="005117ED">
        <w:rPr>
          <w:rFonts w:cs="Sakkal Majalla"/>
          <w:color w:val="000000" w:themeColor="text1"/>
          <w:sz w:val="38"/>
          <w:szCs w:val="38"/>
        </w:rPr>
        <w:t xml:space="preserve"> </w:t>
      </w:r>
      <w:r w:rsidRPr="005117ED">
        <w:rPr>
          <w:rFonts w:cs="Sakkal Majalla"/>
          <w:color w:val="000000" w:themeColor="text1"/>
          <w:sz w:val="38"/>
          <w:szCs w:val="38"/>
          <w:rtl/>
        </w:rPr>
        <w:t>بل</w:t>
      </w:r>
      <w:r w:rsidRPr="005117ED">
        <w:rPr>
          <w:rFonts w:cs="Sakkal Majalla"/>
          <w:color w:val="000000" w:themeColor="text1"/>
          <w:sz w:val="38"/>
          <w:szCs w:val="38"/>
        </w:rPr>
        <w:t xml:space="preserve"> </w:t>
      </w:r>
      <w:r w:rsidRPr="005117ED">
        <w:rPr>
          <w:rFonts w:cs="Sakkal Majalla"/>
          <w:color w:val="000000" w:themeColor="text1"/>
          <w:sz w:val="38"/>
          <w:szCs w:val="38"/>
          <w:rtl/>
        </w:rPr>
        <w:t>كآلية</w:t>
      </w:r>
      <w:r w:rsidRPr="005117ED">
        <w:rPr>
          <w:rFonts w:cs="Sakkal Majalla"/>
          <w:color w:val="000000" w:themeColor="text1"/>
          <w:sz w:val="38"/>
          <w:szCs w:val="38"/>
        </w:rPr>
        <w:t xml:space="preserve"> </w:t>
      </w:r>
      <w:r w:rsidRPr="005117ED">
        <w:rPr>
          <w:rFonts w:cs="Sakkal Majalla"/>
          <w:color w:val="000000" w:themeColor="text1"/>
          <w:sz w:val="38"/>
          <w:szCs w:val="38"/>
          <w:rtl/>
        </w:rPr>
        <w:t>لتركيبها</w:t>
      </w:r>
      <w:r w:rsidRPr="005117ED">
        <w:rPr>
          <w:rFonts w:cs="Sakkal Majalla"/>
          <w:color w:val="000000" w:themeColor="text1"/>
          <w:sz w:val="38"/>
          <w:szCs w:val="38"/>
        </w:rPr>
        <w:t xml:space="preserve"> </w:t>
      </w:r>
      <w:r w:rsidRPr="005117ED">
        <w:rPr>
          <w:rFonts w:cs="Sakkal Majalla"/>
          <w:color w:val="000000" w:themeColor="text1"/>
          <w:sz w:val="38"/>
          <w:szCs w:val="38"/>
          <w:rtl/>
        </w:rPr>
        <w:t>وتوجيهها</w:t>
      </w:r>
      <w:r w:rsidRPr="005117ED">
        <w:rPr>
          <w:rFonts w:cs="Sakkal Majalla"/>
          <w:color w:val="000000" w:themeColor="text1"/>
          <w:sz w:val="38"/>
          <w:szCs w:val="38"/>
        </w:rPr>
        <w:t xml:space="preserve"> </w:t>
      </w:r>
      <w:r w:rsidRPr="005117ED">
        <w:rPr>
          <w:rFonts w:cs="Sakkal Majalla"/>
          <w:color w:val="000000" w:themeColor="text1"/>
          <w:sz w:val="38"/>
          <w:szCs w:val="38"/>
          <w:rtl/>
        </w:rPr>
        <w:t>وإعادة</w:t>
      </w:r>
      <w:r w:rsidRPr="005117ED">
        <w:rPr>
          <w:rFonts w:cs="Sakkal Majalla"/>
          <w:color w:val="000000" w:themeColor="text1"/>
          <w:sz w:val="38"/>
          <w:szCs w:val="38"/>
        </w:rPr>
        <w:t xml:space="preserve"> </w:t>
      </w:r>
      <w:r w:rsidRPr="005117ED">
        <w:rPr>
          <w:rFonts w:cs="Sakkal Majalla"/>
          <w:color w:val="000000" w:themeColor="text1"/>
          <w:sz w:val="38"/>
          <w:szCs w:val="38"/>
          <w:rtl/>
        </w:rPr>
        <w:t>توظيفها</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مشروعات</w:t>
      </w:r>
      <w:r w:rsidRPr="005117ED">
        <w:rPr>
          <w:rFonts w:cs="Sakkal Majalla"/>
          <w:color w:val="000000" w:themeColor="text1"/>
          <w:sz w:val="38"/>
          <w:szCs w:val="38"/>
        </w:rPr>
        <w:t xml:space="preserve"> </w:t>
      </w:r>
      <w:r w:rsidRPr="005117ED">
        <w:rPr>
          <w:rFonts w:cs="Sakkal Majalla"/>
          <w:color w:val="000000" w:themeColor="text1"/>
          <w:sz w:val="38"/>
          <w:szCs w:val="38"/>
          <w:rtl/>
        </w:rPr>
        <w:t>وأفكار</w:t>
      </w:r>
      <w:r w:rsidRPr="005117ED">
        <w:rPr>
          <w:rFonts w:cs="Sakkal Majalla"/>
          <w:color w:val="000000" w:themeColor="text1"/>
          <w:sz w:val="38"/>
          <w:szCs w:val="38"/>
        </w:rPr>
        <w:t xml:space="preserve"> </w:t>
      </w:r>
      <w:r w:rsidRPr="005117ED">
        <w:rPr>
          <w:rFonts w:cs="Sakkal Majalla"/>
          <w:color w:val="000000" w:themeColor="text1"/>
          <w:sz w:val="38"/>
          <w:szCs w:val="38"/>
          <w:rtl/>
        </w:rPr>
        <w:t>جديدة</w:t>
      </w:r>
      <w:r w:rsidRPr="005117ED">
        <w:rPr>
          <w:rFonts w:cs="Sakkal Majalla"/>
          <w:color w:val="000000" w:themeColor="text1"/>
          <w:sz w:val="38"/>
          <w:szCs w:val="38"/>
        </w:rPr>
        <w:t xml:space="preserve">. </w:t>
      </w:r>
      <w:r w:rsidRPr="005117ED">
        <w:rPr>
          <w:rFonts w:cs="Sakkal Majalla"/>
          <w:color w:val="000000" w:themeColor="text1"/>
          <w:sz w:val="38"/>
          <w:szCs w:val="38"/>
          <w:rtl/>
        </w:rPr>
        <w:t>وتظهر</w:t>
      </w:r>
      <w:r w:rsidRPr="005117ED">
        <w:rPr>
          <w:rFonts w:cs="Sakkal Majalla"/>
          <w:color w:val="000000" w:themeColor="text1"/>
          <w:sz w:val="38"/>
          <w:szCs w:val="38"/>
        </w:rPr>
        <w:t xml:space="preserve"> </w:t>
      </w:r>
      <w:r w:rsidRPr="005117ED">
        <w:rPr>
          <w:rFonts w:cs="Sakkal Majalla"/>
          <w:color w:val="000000" w:themeColor="text1"/>
          <w:sz w:val="38"/>
          <w:szCs w:val="38"/>
          <w:rtl/>
        </w:rPr>
        <w:t>قيمة</w:t>
      </w:r>
      <w:r w:rsidRPr="005117ED">
        <w:rPr>
          <w:rFonts w:cs="Sakkal Majalla"/>
          <w:color w:val="000000" w:themeColor="text1"/>
          <w:sz w:val="38"/>
          <w:szCs w:val="38"/>
        </w:rPr>
        <w:t xml:space="preserve"> </w:t>
      </w:r>
      <w:r w:rsidRPr="005117ED">
        <w:rPr>
          <w:rFonts w:cs="Sakkal Majalla"/>
          <w:color w:val="000000" w:themeColor="text1"/>
          <w:sz w:val="38"/>
          <w:szCs w:val="38"/>
          <w:rtl/>
        </w:rPr>
        <w:t>هذا</w:t>
      </w:r>
      <w:r w:rsidRPr="005117ED">
        <w:rPr>
          <w:rFonts w:cs="Sakkal Majalla"/>
          <w:color w:val="000000" w:themeColor="text1"/>
          <w:sz w:val="38"/>
          <w:szCs w:val="38"/>
        </w:rPr>
        <w:t xml:space="preserve"> </w:t>
      </w:r>
      <w:r w:rsidRPr="005117ED">
        <w:rPr>
          <w:rFonts w:cs="Sakkal Majalla"/>
          <w:color w:val="000000" w:themeColor="text1"/>
          <w:sz w:val="38"/>
          <w:szCs w:val="38"/>
          <w:rtl/>
        </w:rPr>
        <w:t>التفسير</w:t>
      </w:r>
      <w:r w:rsidRPr="005117ED">
        <w:rPr>
          <w:rFonts w:cs="Sakkal Majalla"/>
          <w:color w:val="000000" w:themeColor="text1"/>
          <w:sz w:val="38"/>
          <w:szCs w:val="38"/>
        </w:rPr>
        <w:t xml:space="preserve"> </w:t>
      </w:r>
      <w:r w:rsidRPr="005117ED">
        <w:rPr>
          <w:rFonts w:cs="Sakkal Majalla"/>
          <w:color w:val="000000" w:themeColor="text1"/>
          <w:sz w:val="38"/>
          <w:szCs w:val="38"/>
          <w:rtl/>
        </w:rPr>
        <w:t>بوضوح</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المنشآت</w:t>
      </w:r>
      <w:r w:rsidRPr="005117ED">
        <w:rPr>
          <w:rFonts w:cs="Sakkal Majalla"/>
          <w:color w:val="000000" w:themeColor="text1"/>
          <w:sz w:val="38"/>
          <w:szCs w:val="38"/>
        </w:rPr>
        <w:t xml:space="preserve"> </w:t>
      </w:r>
      <w:r w:rsidRPr="005117ED">
        <w:rPr>
          <w:rFonts w:cs="Sakkal Majalla"/>
          <w:color w:val="000000" w:themeColor="text1"/>
          <w:sz w:val="38"/>
          <w:szCs w:val="38"/>
          <w:rtl/>
        </w:rPr>
        <w:t>الصغيرة</w:t>
      </w:r>
      <w:r w:rsidRPr="005117ED">
        <w:rPr>
          <w:rFonts w:cs="Sakkal Majalla"/>
          <w:color w:val="000000" w:themeColor="text1"/>
          <w:sz w:val="38"/>
          <w:szCs w:val="38"/>
        </w:rPr>
        <w:t xml:space="preserve"> </w:t>
      </w:r>
      <w:r w:rsidRPr="005117ED">
        <w:rPr>
          <w:rFonts w:cs="Sakkal Majalla"/>
          <w:color w:val="000000" w:themeColor="text1"/>
          <w:sz w:val="38"/>
          <w:szCs w:val="38"/>
          <w:rtl/>
        </w:rPr>
        <w:t>والمتوسطة</w:t>
      </w:r>
      <w:r w:rsidRPr="005117ED">
        <w:rPr>
          <w:rFonts w:cs="Sakkal Majalla"/>
          <w:color w:val="000000" w:themeColor="text1"/>
          <w:sz w:val="38"/>
          <w:szCs w:val="38"/>
        </w:rPr>
        <w:t xml:space="preserve"> </w:t>
      </w:r>
      <w:r w:rsidRPr="005117ED">
        <w:rPr>
          <w:rFonts w:cs="Sakkal Majalla"/>
          <w:color w:val="000000" w:themeColor="text1"/>
          <w:sz w:val="38"/>
          <w:szCs w:val="38"/>
          <w:rtl/>
        </w:rPr>
        <w:t>التي</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تمتلك</w:t>
      </w:r>
      <w:r w:rsidRPr="005117ED">
        <w:rPr>
          <w:rFonts w:cs="Sakkal Majalla"/>
          <w:color w:val="000000" w:themeColor="text1"/>
          <w:sz w:val="38"/>
          <w:szCs w:val="38"/>
        </w:rPr>
        <w:t xml:space="preserve"> </w:t>
      </w:r>
      <w:r w:rsidRPr="005117ED">
        <w:rPr>
          <w:rFonts w:cs="Sakkal Majalla"/>
          <w:color w:val="000000" w:themeColor="text1"/>
          <w:sz w:val="38"/>
          <w:szCs w:val="38"/>
          <w:rtl/>
        </w:rPr>
        <w:t>دائمًا</w:t>
      </w:r>
      <w:r w:rsidRPr="005117ED">
        <w:rPr>
          <w:rFonts w:cs="Sakkal Majalla"/>
          <w:color w:val="000000" w:themeColor="text1"/>
          <w:sz w:val="38"/>
          <w:szCs w:val="38"/>
        </w:rPr>
        <w:t xml:space="preserve"> </w:t>
      </w:r>
      <w:r w:rsidRPr="005117ED">
        <w:rPr>
          <w:rFonts w:cs="Sakkal Majalla"/>
          <w:color w:val="000000" w:themeColor="text1"/>
          <w:sz w:val="38"/>
          <w:szCs w:val="38"/>
          <w:rtl/>
        </w:rPr>
        <w:t>فوائض</w:t>
      </w:r>
      <w:r w:rsidRPr="005117ED">
        <w:rPr>
          <w:rFonts w:cs="Sakkal Majalla"/>
          <w:color w:val="000000" w:themeColor="text1"/>
          <w:sz w:val="38"/>
          <w:szCs w:val="38"/>
        </w:rPr>
        <w:t xml:space="preserve"> </w:t>
      </w:r>
      <w:r w:rsidRPr="005117ED">
        <w:rPr>
          <w:rFonts w:cs="Sakkal Majalla"/>
          <w:color w:val="000000" w:themeColor="text1"/>
          <w:sz w:val="38"/>
          <w:szCs w:val="38"/>
          <w:rtl/>
        </w:rPr>
        <w:t>مالية</w:t>
      </w:r>
      <w:r w:rsidRPr="005117ED">
        <w:rPr>
          <w:rFonts w:cs="Sakkal Majalla"/>
          <w:color w:val="000000" w:themeColor="text1"/>
          <w:sz w:val="38"/>
          <w:szCs w:val="38"/>
        </w:rPr>
        <w:t xml:space="preserve"> </w:t>
      </w:r>
      <w:r w:rsidRPr="005117ED">
        <w:rPr>
          <w:rFonts w:cs="Sakkal Majalla"/>
          <w:color w:val="000000" w:themeColor="text1"/>
          <w:sz w:val="38"/>
          <w:szCs w:val="38"/>
          <w:rtl/>
        </w:rPr>
        <w:t>كبيرة،</w:t>
      </w:r>
      <w:r w:rsidRPr="005117ED">
        <w:rPr>
          <w:rFonts w:cs="Sakkal Majalla"/>
          <w:color w:val="000000" w:themeColor="text1"/>
          <w:sz w:val="38"/>
          <w:szCs w:val="38"/>
        </w:rPr>
        <w:t xml:space="preserve"> </w:t>
      </w:r>
      <w:r w:rsidRPr="005117ED">
        <w:rPr>
          <w:rFonts w:cs="Sakkal Majalla"/>
          <w:color w:val="000000" w:themeColor="text1"/>
          <w:sz w:val="38"/>
          <w:szCs w:val="38"/>
          <w:rtl/>
        </w:rPr>
        <w:t>لكنها</w:t>
      </w:r>
      <w:r w:rsidRPr="005117ED">
        <w:rPr>
          <w:rFonts w:cs="Sakkal Majalla"/>
          <w:color w:val="000000" w:themeColor="text1"/>
          <w:sz w:val="38"/>
          <w:szCs w:val="38"/>
        </w:rPr>
        <w:t xml:space="preserve"> </w:t>
      </w:r>
      <w:r w:rsidRPr="005117ED">
        <w:rPr>
          <w:rFonts w:cs="Sakkal Majalla"/>
          <w:color w:val="000000" w:themeColor="text1"/>
          <w:sz w:val="38"/>
          <w:szCs w:val="38"/>
          <w:rtl/>
        </w:rPr>
        <w:t>تستطيع</w:t>
      </w:r>
      <w:r w:rsidRPr="005117ED">
        <w:rPr>
          <w:rFonts w:cs="Sakkal Majalla"/>
          <w:color w:val="000000" w:themeColor="text1"/>
          <w:sz w:val="38"/>
          <w:szCs w:val="38"/>
        </w:rPr>
        <w:t xml:space="preserve"> </w:t>
      </w:r>
      <w:r w:rsidRPr="005117ED">
        <w:rPr>
          <w:rFonts w:cs="Sakkal Majalla"/>
          <w:color w:val="000000" w:themeColor="text1"/>
          <w:sz w:val="38"/>
          <w:szCs w:val="38"/>
          <w:rtl/>
        </w:rPr>
        <w:t>المنافسة</w:t>
      </w:r>
      <w:r w:rsidRPr="005117ED">
        <w:rPr>
          <w:rFonts w:cs="Sakkal Majalla"/>
          <w:color w:val="000000" w:themeColor="text1"/>
          <w:sz w:val="38"/>
          <w:szCs w:val="38"/>
        </w:rPr>
        <w:t xml:space="preserve"> </w:t>
      </w:r>
      <w:r w:rsidRPr="005117ED">
        <w:rPr>
          <w:rFonts w:cs="Sakkal Majalla"/>
          <w:color w:val="000000" w:themeColor="text1"/>
          <w:sz w:val="38"/>
          <w:szCs w:val="38"/>
          <w:rtl/>
        </w:rPr>
        <w:t>بمرونتها</w:t>
      </w:r>
      <w:r w:rsidRPr="005117ED">
        <w:rPr>
          <w:rFonts w:cs="Sakkal Majalla"/>
          <w:color w:val="000000" w:themeColor="text1"/>
          <w:sz w:val="38"/>
          <w:szCs w:val="38"/>
        </w:rPr>
        <w:t xml:space="preserve"> </w:t>
      </w:r>
      <w:r w:rsidRPr="005117ED">
        <w:rPr>
          <w:rFonts w:cs="Sakkal Majalla"/>
          <w:color w:val="000000" w:themeColor="text1"/>
          <w:sz w:val="38"/>
          <w:szCs w:val="38"/>
          <w:rtl/>
        </w:rPr>
        <w:t>وسرعة</w:t>
      </w:r>
      <w:r w:rsidRPr="005117ED">
        <w:rPr>
          <w:rFonts w:cs="Sakkal Majalla"/>
          <w:color w:val="000000" w:themeColor="text1"/>
          <w:sz w:val="38"/>
          <w:szCs w:val="38"/>
        </w:rPr>
        <w:t xml:space="preserve"> </w:t>
      </w:r>
      <w:r w:rsidRPr="005117ED">
        <w:rPr>
          <w:rFonts w:cs="Sakkal Majalla"/>
          <w:color w:val="000000" w:themeColor="text1"/>
          <w:sz w:val="38"/>
          <w:szCs w:val="38"/>
          <w:rtl/>
        </w:rPr>
        <w:t>تعلمها</w:t>
      </w:r>
      <w:r w:rsidRPr="005117ED">
        <w:rPr>
          <w:rFonts w:cs="Sakkal Majalla"/>
          <w:color w:val="000000" w:themeColor="text1"/>
          <w:sz w:val="38"/>
          <w:szCs w:val="38"/>
        </w:rPr>
        <w:t xml:space="preserve"> </w:t>
      </w:r>
      <w:r w:rsidRPr="005117ED">
        <w:rPr>
          <w:rFonts w:cs="Sakkal Majalla"/>
          <w:color w:val="000000" w:themeColor="text1"/>
          <w:sz w:val="38"/>
          <w:szCs w:val="38"/>
          <w:rtl/>
        </w:rPr>
        <w:t>وقربها</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العميل</w:t>
      </w:r>
      <w:r w:rsidRPr="005117ED">
        <w:rPr>
          <w:rFonts w:cs="Sakkal Majalla"/>
          <w:color w:val="000000" w:themeColor="text1"/>
          <w:sz w:val="38"/>
          <w:szCs w:val="38"/>
        </w:rPr>
        <w:t>.</w:t>
      </w:r>
    </w:p>
    <w:p w:rsidR="00AD1369" w:rsidRPr="005117ED" w:rsidRDefault="00AD1369" w:rsidP="00FD5E07">
      <w:pPr>
        <w:spacing w:before="0"/>
        <w:ind w:firstLine="425"/>
        <w:jc w:val="both"/>
        <w:rPr>
          <w:rFonts w:cs="Sakkal Majalla"/>
          <w:color w:val="000000" w:themeColor="text1"/>
          <w:sz w:val="38"/>
          <w:szCs w:val="38"/>
        </w:rPr>
      </w:pPr>
    </w:p>
    <w:p w:rsidR="00FD5E07" w:rsidRPr="005117ED" w:rsidRDefault="00FD5E07" w:rsidP="00FD5E07">
      <w:pPr>
        <w:spacing w:before="0"/>
        <w:ind w:firstLine="0"/>
        <w:jc w:val="left"/>
        <w:outlineLvl w:val="0"/>
        <w:rPr>
          <w:rFonts w:eastAsia="Times New Roman" w:cs="Sakkal Majalla"/>
          <w:b/>
          <w:bCs/>
          <w:color w:val="000000" w:themeColor="text1"/>
          <w:sz w:val="40"/>
          <w:szCs w:val="40"/>
        </w:rPr>
      </w:pPr>
      <w:bookmarkStart w:id="22" w:name="_Toc233321974"/>
      <w:r w:rsidRPr="005117ED">
        <w:rPr>
          <w:rFonts w:eastAsia="Times New Roman" w:cs="Sakkal Majalla"/>
          <w:b/>
          <w:bCs/>
          <w:color w:val="000000" w:themeColor="text1"/>
          <w:sz w:val="40"/>
          <w:szCs w:val="40"/>
          <w:rtl/>
        </w:rPr>
        <w:t>الثالث</w:t>
      </w:r>
      <w:r w:rsidRPr="005117ED">
        <w:rPr>
          <w:rFonts w:eastAsia="Times New Roman" w:cs="Sakkal Majalla"/>
          <w:b/>
          <w:bCs/>
          <w:color w:val="000000" w:themeColor="text1"/>
          <w:sz w:val="40"/>
          <w:szCs w:val="40"/>
        </w:rPr>
        <w:t xml:space="preserve"> </w:t>
      </w:r>
      <w:proofErr w:type="gramStart"/>
      <w:r w:rsidRPr="005117ED">
        <w:rPr>
          <w:rFonts w:eastAsia="Times New Roman" w:cs="Sakkal Majalla"/>
          <w:b/>
          <w:bCs/>
          <w:color w:val="000000" w:themeColor="text1"/>
          <w:sz w:val="40"/>
          <w:szCs w:val="40"/>
          <w:rtl/>
        </w:rPr>
        <w:t>عشر</w:t>
      </w:r>
      <w:r w:rsidRPr="005117ED">
        <w:rPr>
          <w:rFonts w:eastAsia="Times New Roman" w:cs="Sakkal Majalla"/>
          <w:b/>
          <w:bCs/>
          <w:color w:val="000000" w:themeColor="text1"/>
          <w:sz w:val="40"/>
          <w:szCs w:val="40"/>
        </w:rPr>
        <w:t xml:space="preserve">: </w:t>
      </w:r>
      <w:r w:rsidR="00AD1369" w:rsidRPr="005117ED">
        <w:rPr>
          <w:rFonts w:eastAsia="Times New Roman" w:cs="Sakkal Majalla" w:hint="cs"/>
          <w:b/>
          <w:bCs/>
          <w:color w:val="000000" w:themeColor="text1"/>
          <w:sz w:val="40"/>
          <w:szCs w:val="40"/>
          <w:rtl/>
        </w:rPr>
        <w:t xml:space="preserve"> </w:t>
      </w:r>
      <w:r w:rsidRPr="005117ED">
        <w:rPr>
          <w:rFonts w:eastAsia="Times New Roman" w:cs="Sakkal Majalla"/>
          <w:b/>
          <w:bCs/>
          <w:color w:val="000000" w:themeColor="text1"/>
          <w:sz w:val="40"/>
          <w:szCs w:val="40"/>
          <w:rtl/>
        </w:rPr>
        <w:t>افتراضات</w:t>
      </w:r>
      <w:proofErr w:type="gramEnd"/>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الدراسة</w:t>
      </w:r>
      <w:bookmarkEnd w:id="22"/>
    </w:p>
    <w:p w:rsidR="00FD5E07" w:rsidRPr="005117ED" w:rsidRDefault="00FD5E07" w:rsidP="00AD1369">
      <w:pPr>
        <w:spacing w:before="0"/>
        <w:ind w:firstLine="720"/>
        <w:jc w:val="both"/>
        <w:rPr>
          <w:rFonts w:cs="Sakkal Majalla"/>
          <w:color w:val="000000" w:themeColor="text1"/>
          <w:sz w:val="38"/>
          <w:szCs w:val="38"/>
        </w:rPr>
      </w:pPr>
      <w:r w:rsidRPr="005117ED">
        <w:rPr>
          <w:rFonts w:cs="Sakkal Majalla"/>
          <w:color w:val="000000" w:themeColor="text1"/>
          <w:sz w:val="38"/>
          <w:szCs w:val="38"/>
          <w:rtl/>
        </w:rPr>
        <w:t>تقوم</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مجموعة</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الافتراضات</w:t>
      </w:r>
      <w:r w:rsidRPr="005117ED">
        <w:rPr>
          <w:rFonts w:cs="Sakkal Majalla"/>
          <w:color w:val="000000" w:themeColor="text1"/>
          <w:sz w:val="38"/>
          <w:szCs w:val="38"/>
        </w:rPr>
        <w:t xml:space="preserve"> </w:t>
      </w:r>
      <w:r w:rsidRPr="005117ED">
        <w:rPr>
          <w:rFonts w:cs="Sakkal Majalla"/>
          <w:color w:val="000000" w:themeColor="text1"/>
          <w:sz w:val="38"/>
          <w:szCs w:val="38"/>
          <w:rtl/>
        </w:rPr>
        <w:t>المنهجية؛</w:t>
      </w:r>
      <w:r w:rsidRPr="005117ED">
        <w:rPr>
          <w:rFonts w:cs="Sakkal Majalla"/>
          <w:color w:val="000000" w:themeColor="text1"/>
          <w:sz w:val="38"/>
          <w:szCs w:val="38"/>
        </w:rPr>
        <w:t xml:space="preserve"> </w:t>
      </w:r>
      <w:r w:rsidRPr="005117ED">
        <w:rPr>
          <w:rFonts w:cs="Sakkal Majalla"/>
          <w:color w:val="000000" w:themeColor="text1"/>
          <w:sz w:val="38"/>
          <w:szCs w:val="38"/>
          <w:rtl/>
        </w:rPr>
        <w:t>أولها</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أفراد</w:t>
      </w:r>
      <w:r w:rsidRPr="005117ED">
        <w:rPr>
          <w:rFonts w:cs="Sakkal Majalla"/>
          <w:color w:val="000000" w:themeColor="text1"/>
          <w:sz w:val="38"/>
          <w:szCs w:val="38"/>
        </w:rPr>
        <w:t xml:space="preserve"> </w:t>
      </w:r>
      <w:r w:rsidRPr="005117ED">
        <w:rPr>
          <w:rFonts w:cs="Sakkal Majalla"/>
          <w:color w:val="000000" w:themeColor="text1"/>
          <w:sz w:val="38"/>
          <w:szCs w:val="38"/>
          <w:rtl/>
        </w:rPr>
        <w:t>العينة</w:t>
      </w:r>
      <w:r w:rsidRPr="005117ED">
        <w:rPr>
          <w:rFonts w:cs="Sakkal Majalla"/>
          <w:color w:val="000000" w:themeColor="text1"/>
          <w:sz w:val="38"/>
          <w:szCs w:val="38"/>
        </w:rPr>
        <w:t xml:space="preserve"> </w:t>
      </w:r>
      <w:r w:rsidRPr="005117ED">
        <w:rPr>
          <w:rFonts w:cs="Sakkal Majalla"/>
          <w:color w:val="000000" w:themeColor="text1"/>
          <w:sz w:val="38"/>
          <w:szCs w:val="38"/>
          <w:rtl/>
        </w:rPr>
        <w:t>قادرون</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إدراك</w:t>
      </w:r>
      <w:r w:rsidRPr="005117ED">
        <w:rPr>
          <w:rFonts w:cs="Sakkal Majalla"/>
          <w:color w:val="000000" w:themeColor="text1"/>
          <w:sz w:val="38"/>
          <w:szCs w:val="38"/>
        </w:rPr>
        <w:t xml:space="preserve"> </w:t>
      </w:r>
      <w:r w:rsidRPr="005117ED">
        <w:rPr>
          <w:rFonts w:cs="Sakkal Majalla"/>
          <w:color w:val="000000" w:themeColor="text1"/>
          <w:sz w:val="38"/>
          <w:szCs w:val="38"/>
          <w:rtl/>
        </w:rPr>
        <w:t>الممارسات</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القيادية</w:t>
      </w:r>
      <w:r w:rsidRPr="005117ED">
        <w:rPr>
          <w:rFonts w:cs="Sakkal Majalla"/>
          <w:color w:val="000000" w:themeColor="text1"/>
          <w:sz w:val="38"/>
          <w:szCs w:val="38"/>
        </w:rPr>
        <w:t xml:space="preserve"> </w:t>
      </w:r>
      <w:r w:rsidRPr="005117ED">
        <w:rPr>
          <w:rFonts w:cs="Sakkal Majalla"/>
          <w:color w:val="000000" w:themeColor="text1"/>
          <w:sz w:val="38"/>
          <w:szCs w:val="38"/>
          <w:rtl/>
        </w:rPr>
        <w:t>التي</w:t>
      </w:r>
      <w:r w:rsidRPr="005117ED">
        <w:rPr>
          <w:rFonts w:cs="Sakkal Majalla"/>
          <w:color w:val="000000" w:themeColor="text1"/>
          <w:sz w:val="38"/>
          <w:szCs w:val="38"/>
        </w:rPr>
        <w:t xml:space="preserve"> </w:t>
      </w:r>
      <w:r w:rsidRPr="005117ED">
        <w:rPr>
          <w:rFonts w:cs="Sakkal Majalla"/>
          <w:color w:val="000000" w:themeColor="text1"/>
          <w:sz w:val="38"/>
          <w:szCs w:val="38"/>
          <w:rtl/>
        </w:rPr>
        <w:t>يتعرضون</w:t>
      </w:r>
      <w:r w:rsidRPr="005117ED">
        <w:rPr>
          <w:rFonts w:cs="Sakkal Majalla"/>
          <w:color w:val="000000" w:themeColor="text1"/>
          <w:sz w:val="38"/>
          <w:szCs w:val="38"/>
        </w:rPr>
        <w:t xml:space="preserve"> </w:t>
      </w:r>
      <w:r w:rsidRPr="005117ED">
        <w:rPr>
          <w:rFonts w:cs="Sakkal Majalla"/>
          <w:color w:val="000000" w:themeColor="text1"/>
          <w:sz w:val="38"/>
          <w:szCs w:val="38"/>
          <w:rtl/>
        </w:rPr>
        <w:t>لها</w:t>
      </w:r>
      <w:r w:rsidRPr="005117ED">
        <w:rPr>
          <w:rFonts w:cs="Sakkal Majalla"/>
          <w:color w:val="000000" w:themeColor="text1"/>
          <w:sz w:val="38"/>
          <w:szCs w:val="38"/>
        </w:rPr>
        <w:t xml:space="preserve"> </w:t>
      </w:r>
      <w:r w:rsidRPr="005117ED">
        <w:rPr>
          <w:rFonts w:cs="Sakkal Majalla"/>
          <w:color w:val="000000" w:themeColor="text1"/>
          <w:sz w:val="38"/>
          <w:szCs w:val="38"/>
          <w:rtl/>
        </w:rPr>
        <w:t>وتقديرها</w:t>
      </w:r>
      <w:r w:rsidRPr="005117ED">
        <w:rPr>
          <w:rFonts w:cs="Sakkal Majalla"/>
          <w:color w:val="000000" w:themeColor="text1"/>
          <w:sz w:val="38"/>
          <w:szCs w:val="38"/>
        </w:rPr>
        <w:t xml:space="preserve"> </w:t>
      </w:r>
      <w:r w:rsidRPr="005117ED">
        <w:rPr>
          <w:rFonts w:cs="Sakkal Majalla"/>
          <w:color w:val="000000" w:themeColor="text1"/>
          <w:sz w:val="38"/>
          <w:szCs w:val="38"/>
          <w:rtl/>
        </w:rPr>
        <w:t>بصورة</w:t>
      </w:r>
      <w:r w:rsidRPr="005117ED">
        <w:rPr>
          <w:rFonts w:cs="Sakkal Majalla"/>
          <w:color w:val="000000" w:themeColor="text1"/>
          <w:sz w:val="38"/>
          <w:szCs w:val="38"/>
        </w:rPr>
        <w:t xml:space="preserve"> </w:t>
      </w:r>
      <w:r w:rsidRPr="005117ED">
        <w:rPr>
          <w:rFonts w:cs="Sakkal Majalla"/>
          <w:color w:val="000000" w:themeColor="text1"/>
          <w:sz w:val="38"/>
          <w:szCs w:val="38"/>
          <w:rtl/>
        </w:rPr>
        <w:t>معقولة،</w:t>
      </w:r>
      <w:r w:rsidRPr="005117ED">
        <w:rPr>
          <w:rFonts w:cs="Sakkal Majalla"/>
          <w:color w:val="000000" w:themeColor="text1"/>
          <w:sz w:val="38"/>
          <w:szCs w:val="38"/>
        </w:rPr>
        <w:t xml:space="preserve"> </w:t>
      </w:r>
      <w:r w:rsidRPr="005117ED">
        <w:rPr>
          <w:rFonts w:cs="Sakkal Majalla"/>
          <w:color w:val="000000" w:themeColor="text1"/>
          <w:sz w:val="38"/>
          <w:szCs w:val="38"/>
          <w:rtl/>
        </w:rPr>
        <w:t>وأن</w:t>
      </w:r>
      <w:r w:rsidRPr="005117ED">
        <w:rPr>
          <w:rFonts w:cs="Sakkal Majalla"/>
          <w:color w:val="000000" w:themeColor="text1"/>
          <w:sz w:val="38"/>
          <w:szCs w:val="38"/>
        </w:rPr>
        <w:t xml:space="preserve"> </w:t>
      </w:r>
      <w:r w:rsidRPr="005117ED">
        <w:rPr>
          <w:rFonts w:cs="Sakkal Majalla"/>
          <w:color w:val="000000" w:themeColor="text1"/>
          <w:sz w:val="38"/>
          <w:szCs w:val="38"/>
          <w:rtl/>
        </w:rPr>
        <w:t>إجاباتهم</w:t>
      </w:r>
      <w:r w:rsidRPr="005117ED">
        <w:rPr>
          <w:rFonts w:cs="Sakkal Majalla"/>
          <w:color w:val="000000" w:themeColor="text1"/>
          <w:sz w:val="38"/>
          <w:szCs w:val="38"/>
        </w:rPr>
        <w:t xml:space="preserve"> </w:t>
      </w:r>
      <w:r w:rsidRPr="005117ED">
        <w:rPr>
          <w:rFonts w:cs="Sakkal Majalla"/>
          <w:color w:val="000000" w:themeColor="text1"/>
          <w:sz w:val="38"/>
          <w:szCs w:val="38"/>
          <w:rtl/>
        </w:rPr>
        <w:t>تعكس</w:t>
      </w:r>
      <w:r w:rsidRPr="005117ED">
        <w:rPr>
          <w:rFonts w:cs="Sakkal Majalla"/>
          <w:color w:val="000000" w:themeColor="text1"/>
          <w:sz w:val="38"/>
          <w:szCs w:val="38"/>
        </w:rPr>
        <w:t xml:space="preserve"> </w:t>
      </w:r>
      <w:r w:rsidRPr="005117ED">
        <w:rPr>
          <w:rFonts w:cs="Sakkal Majalla"/>
          <w:color w:val="000000" w:themeColor="text1"/>
          <w:sz w:val="38"/>
          <w:szCs w:val="38"/>
          <w:rtl/>
        </w:rPr>
        <w:t>خبراتهم</w:t>
      </w:r>
      <w:r w:rsidRPr="005117ED">
        <w:rPr>
          <w:rFonts w:cs="Sakkal Majalla"/>
          <w:color w:val="000000" w:themeColor="text1"/>
          <w:sz w:val="38"/>
          <w:szCs w:val="38"/>
        </w:rPr>
        <w:t xml:space="preserve"> </w:t>
      </w:r>
      <w:r w:rsidRPr="005117ED">
        <w:rPr>
          <w:rFonts w:cs="Sakkal Majalla"/>
          <w:color w:val="000000" w:themeColor="text1"/>
          <w:sz w:val="38"/>
          <w:szCs w:val="38"/>
          <w:rtl/>
        </w:rPr>
        <w:t>التنظيمية</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مجرد</w:t>
      </w:r>
      <w:r w:rsidRPr="005117ED">
        <w:rPr>
          <w:rFonts w:cs="Sakkal Majalla"/>
          <w:color w:val="000000" w:themeColor="text1"/>
          <w:sz w:val="38"/>
          <w:szCs w:val="38"/>
        </w:rPr>
        <w:t xml:space="preserve"> </w:t>
      </w:r>
      <w:r w:rsidRPr="005117ED">
        <w:rPr>
          <w:rFonts w:cs="Sakkal Majalla"/>
          <w:color w:val="000000" w:themeColor="text1"/>
          <w:sz w:val="38"/>
          <w:szCs w:val="38"/>
          <w:rtl/>
        </w:rPr>
        <w:t>انطباعات</w:t>
      </w:r>
      <w:r w:rsidRPr="005117ED">
        <w:rPr>
          <w:rFonts w:cs="Sakkal Majalla"/>
          <w:color w:val="000000" w:themeColor="text1"/>
          <w:sz w:val="38"/>
          <w:szCs w:val="38"/>
        </w:rPr>
        <w:t xml:space="preserve"> </w:t>
      </w:r>
      <w:r w:rsidRPr="005117ED">
        <w:rPr>
          <w:rFonts w:cs="Sakkal Majalla"/>
          <w:color w:val="000000" w:themeColor="text1"/>
          <w:sz w:val="38"/>
          <w:szCs w:val="38"/>
          <w:rtl/>
        </w:rPr>
        <w:t>عابرة</w:t>
      </w:r>
      <w:r w:rsidRPr="005117ED">
        <w:rPr>
          <w:rFonts w:cs="Sakkal Majalla"/>
          <w:color w:val="000000" w:themeColor="text1"/>
          <w:sz w:val="38"/>
          <w:szCs w:val="38"/>
        </w:rPr>
        <w:t xml:space="preserve">. </w:t>
      </w:r>
      <w:r w:rsidRPr="005117ED">
        <w:rPr>
          <w:rFonts w:cs="Sakkal Majalla"/>
          <w:color w:val="000000" w:themeColor="text1"/>
          <w:sz w:val="38"/>
          <w:szCs w:val="38"/>
          <w:rtl/>
        </w:rPr>
        <w:t>وثانيها</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فقرات</w:t>
      </w:r>
      <w:r w:rsidRPr="005117ED">
        <w:rPr>
          <w:rFonts w:cs="Sakkal Majalla"/>
          <w:color w:val="000000" w:themeColor="text1"/>
          <w:sz w:val="38"/>
          <w:szCs w:val="38"/>
        </w:rPr>
        <w:t xml:space="preserve"> </w:t>
      </w:r>
      <w:r w:rsidRPr="005117ED">
        <w:rPr>
          <w:rFonts w:cs="Sakkal Majalla"/>
          <w:color w:val="000000" w:themeColor="text1"/>
          <w:sz w:val="38"/>
          <w:szCs w:val="38"/>
          <w:rtl/>
        </w:rPr>
        <w:t>الاستبانة</w:t>
      </w:r>
      <w:r w:rsidRPr="005117ED">
        <w:rPr>
          <w:rFonts w:cs="Sakkal Majalla"/>
          <w:color w:val="000000" w:themeColor="text1"/>
          <w:sz w:val="38"/>
          <w:szCs w:val="38"/>
        </w:rPr>
        <w:t xml:space="preserve"> </w:t>
      </w:r>
      <w:r w:rsidRPr="005117ED">
        <w:rPr>
          <w:rFonts w:cs="Sakkal Majalla"/>
          <w:color w:val="000000" w:themeColor="text1"/>
          <w:sz w:val="38"/>
          <w:szCs w:val="38"/>
          <w:rtl/>
        </w:rPr>
        <w:t>تغطي</w:t>
      </w:r>
      <w:r w:rsidRPr="005117ED">
        <w:rPr>
          <w:rFonts w:cs="Sakkal Majalla"/>
          <w:color w:val="000000" w:themeColor="text1"/>
          <w:sz w:val="38"/>
          <w:szCs w:val="38"/>
        </w:rPr>
        <w:t xml:space="preserve"> </w:t>
      </w:r>
      <w:r w:rsidRPr="005117ED">
        <w:rPr>
          <w:rFonts w:cs="Sakkal Majalla"/>
          <w:color w:val="000000" w:themeColor="text1"/>
          <w:sz w:val="38"/>
          <w:szCs w:val="38"/>
          <w:rtl/>
        </w:rPr>
        <w:t>البناءين</w:t>
      </w:r>
      <w:r w:rsidRPr="005117ED">
        <w:rPr>
          <w:rFonts w:cs="Sakkal Majalla"/>
          <w:color w:val="000000" w:themeColor="text1"/>
          <w:sz w:val="38"/>
          <w:szCs w:val="38"/>
        </w:rPr>
        <w:t xml:space="preserve"> </w:t>
      </w:r>
      <w:r w:rsidRPr="005117ED">
        <w:rPr>
          <w:rFonts w:cs="Sakkal Majalla"/>
          <w:color w:val="000000" w:themeColor="text1"/>
          <w:sz w:val="38"/>
          <w:szCs w:val="38"/>
          <w:rtl/>
        </w:rPr>
        <w:t>النظريين</w:t>
      </w:r>
      <w:r w:rsidRPr="005117ED">
        <w:rPr>
          <w:rFonts w:cs="Sakkal Majalla"/>
          <w:color w:val="000000" w:themeColor="text1"/>
          <w:sz w:val="38"/>
          <w:szCs w:val="38"/>
        </w:rPr>
        <w:t xml:space="preserve"> </w:t>
      </w:r>
      <w:r w:rsidRPr="005117ED">
        <w:rPr>
          <w:rFonts w:cs="Sakkal Majalla"/>
          <w:color w:val="000000" w:themeColor="text1"/>
          <w:sz w:val="38"/>
          <w:szCs w:val="38"/>
          <w:rtl/>
        </w:rPr>
        <w:t>بدرجة</w:t>
      </w:r>
      <w:r w:rsidRPr="005117ED">
        <w:rPr>
          <w:rFonts w:cs="Sakkal Majalla"/>
          <w:color w:val="000000" w:themeColor="text1"/>
          <w:sz w:val="38"/>
          <w:szCs w:val="38"/>
        </w:rPr>
        <w:t xml:space="preserve"> </w:t>
      </w:r>
      <w:r w:rsidRPr="005117ED">
        <w:rPr>
          <w:rFonts w:cs="Sakkal Majalla"/>
          <w:color w:val="000000" w:themeColor="text1"/>
          <w:sz w:val="38"/>
          <w:szCs w:val="38"/>
          <w:rtl/>
        </w:rPr>
        <w:t>كافية،</w:t>
      </w:r>
      <w:r w:rsidRPr="005117ED">
        <w:rPr>
          <w:rFonts w:cs="Sakkal Majalla"/>
          <w:color w:val="000000" w:themeColor="text1"/>
          <w:sz w:val="38"/>
          <w:szCs w:val="38"/>
        </w:rPr>
        <w:t xml:space="preserve"> </w:t>
      </w:r>
      <w:r w:rsidRPr="005117ED">
        <w:rPr>
          <w:rFonts w:cs="Sakkal Majalla"/>
          <w:color w:val="000000" w:themeColor="text1"/>
          <w:sz w:val="38"/>
          <w:szCs w:val="38"/>
          <w:rtl/>
        </w:rPr>
        <w:t>وأن</w:t>
      </w:r>
      <w:r w:rsidRPr="005117ED">
        <w:rPr>
          <w:rFonts w:cs="Sakkal Majalla"/>
          <w:color w:val="000000" w:themeColor="text1"/>
          <w:sz w:val="38"/>
          <w:szCs w:val="38"/>
        </w:rPr>
        <w:t xml:space="preserve"> </w:t>
      </w:r>
      <w:r w:rsidRPr="005117ED">
        <w:rPr>
          <w:rFonts w:cs="Sakkal Majalla"/>
          <w:color w:val="000000" w:themeColor="text1"/>
          <w:sz w:val="38"/>
          <w:szCs w:val="38"/>
          <w:rtl/>
        </w:rPr>
        <w:t>التحكيم</w:t>
      </w:r>
      <w:r w:rsidRPr="005117ED">
        <w:rPr>
          <w:rFonts w:cs="Sakkal Majalla"/>
          <w:color w:val="000000" w:themeColor="text1"/>
          <w:sz w:val="38"/>
          <w:szCs w:val="38"/>
        </w:rPr>
        <w:t xml:space="preserve"> </w:t>
      </w:r>
      <w:r w:rsidRPr="005117ED">
        <w:rPr>
          <w:rFonts w:cs="Sakkal Majalla"/>
          <w:color w:val="000000" w:themeColor="text1"/>
          <w:sz w:val="38"/>
          <w:szCs w:val="38"/>
          <w:rtl/>
        </w:rPr>
        <w:t>والاتساق</w:t>
      </w:r>
      <w:r w:rsidRPr="005117ED">
        <w:rPr>
          <w:rFonts w:cs="Sakkal Majalla"/>
          <w:color w:val="000000" w:themeColor="text1"/>
          <w:sz w:val="38"/>
          <w:szCs w:val="38"/>
        </w:rPr>
        <w:t xml:space="preserve"> </w:t>
      </w:r>
      <w:r w:rsidRPr="005117ED">
        <w:rPr>
          <w:rFonts w:cs="Sakkal Majalla"/>
          <w:color w:val="000000" w:themeColor="text1"/>
          <w:sz w:val="38"/>
          <w:szCs w:val="38"/>
          <w:rtl/>
        </w:rPr>
        <w:t>الداخلي</w:t>
      </w:r>
      <w:r w:rsidRPr="005117ED">
        <w:rPr>
          <w:rFonts w:cs="Sakkal Majalla"/>
          <w:color w:val="000000" w:themeColor="text1"/>
          <w:sz w:val="38"/>
          <w:szCs w:val="38"/>
        </w:rPr>
        <w:t xml:space="preserve"> </w:t>
      </w:r>
      <w:r w:rsidRPr="005117ED">
        <w:rPr>
          <w:rFonts w:cs="Sakkal Majalla"/>
          <w:color w:val="000000" w:themeColor="text1"/>
          <w:sz w:val="38"/>
          <w:szCs w:val="38"/>
          <w:rtl/>
        </w:rPr>
        <w:t>والثبات</w:t>
      </w:r>
      <w:r w:rsidRPr="005117ED">
        <w:rPr>
          <w:rFonts w:cs="Sakkal Majalla"/>
          <w:color w:val="000000" w:themeColor="text1"/>
          <w:sz w:val="38"/>
          <w:szCs w:val="38"/>
        </w:rPr>
        <w:t xml:space="preserve"> </w:t>
      </w:r>
      <w:r w:rsidRPr="005117ED">
        <w:rPr>
          <w:rFonts w:cs="Sakkal Majalla"/>
          <w:color w:val="000000" w:themeColor="text1"/>
          <w:sz w:val="38"/>
          <w:szCs w:val="38"/>
          <w:rtl/>
        </w:rPr>
        <w:t>توفر</w:t>
      </w:r>
      <w:r w:rsidRPr="005117ED">
        <w:rPr>
          <w:rFonts w:cs="Sakkal Majalla"/>
          <w:color w:val="000000" w:themeColor="text1"/>
          <w:sz w:val="38"/>
          <w:szCs w:val="38"/>
        </w:rPr>
        <w:t xml:space="preserve"> </w:t>
      </w:r>
      <w:r w:rsidRPr="005117ED">
        <w:rPr>
          <w:rFonts w:cs="Sakkal Majalla"/>
          <w:color w:val="000000" w:themeColor="text1"/>
          <w:sz w:val="38"/>
          <w:szCs w:val="38"/>
          <w:rtl/>
        </w:rPr>
        <w:t>أدلة</w:t>
      </w:r>
      <w:r w:rsidRPr="005117ED">
        <w:rPr>
          <w:rFonts w:cs="Sakkal Majalla"/>
          <w:color w:val="000000" w:themeColor="text1"/>
          <w:sz w:val="38"/>
          <w:szCs w:val="38"/>
        </w:rPr>
        <w:t xml:space="preserve"> </w:t>
      </w:r>
      <w:r w:rsidRPr="005117ED">
        <w:rPr>
          <w:rFonts w:cs="Sakkal Majalla"/>
          <w:color w:val="000000" w:themeColor="text1"/>
          <w:sz w:val="38"/>
          <w:szCs w:val="38"/>
          <w:rtl/>
        </w:rPr>
        <w:t>مناسبة</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جودة</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القياس</w:t>
      </w:r>
      <w:r w:rsidRPr="005117ED">
        <w:rPr>
          <w:rFonts w:cs="Sakkal Majalla"/>
          <w:color w:val="000000" w:themeColor="text1"/>
          <w:sz w:val="38"/>
          <w:szCs w:val="38"/>
        </w:rPr>
        <w:t xml:space="preserve">. </w:t>
      </w:r>
      <w:r w:rsidRPr="005117ED">
        <w:rPr>
          <w:rFonts w:cs="Sakkal Majalla"/>
          <w:color w:val="000000" w:themeColor="text1"/>
          <w:sz w:val="38"/>
          <w:szCs w:val="38"/>
          <w:rtl/>
        </w:rPr>
        <w:t>وثالثها</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العلاقات</w:t>
      </w:r>
      <w:r w:rsidRPr="005117ED">
        <w:rPr>
          <w:rFonts w:cs="Sakkal Majalla"/>
          <w:color w:val="000000" w:themeColor="text1"/>
          <w:sz w:val="38"/>
          <w:szCs w:val="38"/>
        </w:rPr>
        <w:t xml:space="preserve"> </w:t>
      </w:r>
      <w:r w:rsidRPr="005117ED">
        <w:rPr>
          <w:rFonts w:cs="Sakkal Majalla"/>
          <w:color w:val="000000" w:themeColor="text1"/>
          <w:sz w:val="38"/>
          <w:szCs w:val="38"/>
          <w:rtl/>
        </w:rPr>
        <w:t>الإحصائية</w:t>
      </w:r>
      <w:r w:rsidRPr="005117ED">
        <w:rPr>
          <w:rFonts w:cs="Sakkal Majalla"/>
          <w:color w:val="000000" w:themeColor="text1"/>
          <w:sz w:val="38"/>
          <w:szCs w:val="38"/>
        </w:rPr>
        <w:t xml:space="preserve"> </w:t>
      </w:r>
      <w:r w:rsidRPr="005117ED">
        <w:rPr>
          <w:rFonts w:cs="Sakkal Majalla"/>
          <w:color w:val="000000" w:themeColor="text1"/>
          <w:sz w:val="38"/>
          <w:szCs w:val="38"/>
          <w:rtl/>
        </w:rPr>
        <w:t>تفسر</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إطار</w:t>
      </w:r>
      <w:r w:rsidRPr="005117ED">
        <w:rPr>
          <w:rFonts w:cs="Sakkal Majalla"/>
          <w:color w:val="000000" w:themeColor="text1"/>
          <w:sz w:val="38"/>
          <w:szCs w:val="38"/>
        </w:rPr>
        <w:t xml:space="preserve"> </w:t>
      </w:r>
      <w:r w:rsidRPr="005117ED">
        <w:rPr>
          <w:rFonts w:cs="Sakkal Majalla"/>
          <w:color w:val="000000" w:themeColor="text1"/>
          <w:sz w:val="38"/>
          <w:szCs w:val="38"/>
          <w:rtl/>
        </w:rPr>
        <w:t>تصميم</w:t>
      </w:r>
      <w:r w:rsidRPr="005117ED">
        <w:rPr>
          <w:rFonts w:cs="Sakkal Majalla"/>
          <w:color w:val="000000" w:themeColor="text1"/>
          <w:sz w:val="38"/>
          <w:szCs w:val="38"/>
        </w:rPr>
        <w:t xml:space="preserve"> </w:t>
      </w:r>
      <w:r w:rsidRPr="005117ED">
        <w:rPr>
          <w:rFonts w:cs="Sakkal Majalla"/>
          <w:color w:val="000000" w:themeColor="text1"/>
          <w:sz w:val="38"/>
          <w:szCs w:val="38"/>
          <w:rtl/>
        </w:rPr>
        <w:t>مقطعي،</w:t>
      </w:r>
      <w:r w:rsidRPr="005117ED">
        <w:rPr>
          <w:rFonts w:cs="Sakkal Majalla"/>
          <w:color w:val="000000" w:themeColor="text1"/>
          <w:sz w:val="38"/>
          <w:szCs w:val="38"/>
        </w:rPr>
        <w:t xml:space="preserve"> </w:t>
      </w:r>
      <w:r w:rsidRPr="005117ED">
        <w:rPr>
          <w:rFonts w:cs="Sakkal Majalla"/>
          <w:color w:val="000000" w:themeColor="text1"/>
          <w:sz w:val="38"/>
          <w:szCs w:val="38"/>
          <w:rtl/>
        </w:rPr>
        <w:t>ولذلك</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تستخدم</w:t>
      </w:r>
      <w:r w:rsidRPr="005117ED">
        <w:rPr>
          <w:rFonts w:cs="Sakkal Majalla"/>
          <w:color w:val="000000" w:themeColor="text1"/>
          <w:sz w:val="38"/>
          <w:szCs w:val="38"/>
        </w:rPr>
        <w:t xml:space="preserve"> </w:t>
      </w:r>
      <w:r w:rsidRPr="005117ED">
        <w:rPr>
          <w:rFonts w:cs="Sakkal Majalla"/>
          <w:color w:val="000000" w:themeColor="text1"/>
          <w:sz w:val="38"/>
          <w:szCs w:val="38"/>
          <w:rtl/>
        </w:rPr>
        <w:t>بوصفها</w:t>
      </w:r>
      <w:r w:rsidRPr="005117ED">
        <w:rPr>
          <w:rFonts w:cs="Sakkal Majalla"/>
          <w:color w:val="000000" w:themeColor="text1"/>
          <w:sz w:val="38"/>
          <w:szCs w:val="38"/>
        </w:rPr>
        <w:t xml:space="preserve"> </w:t>
      </w:r>
      <w:r w:rsidRPr="005117ED">
        <w:rPr>
          <w:rFonts w:cs="Sakkal Majalla"/>
          <w:color w:val="000000" w:themeColor="text1"/>
          <w:sz w:val="38"/>
          <w:szCs w:val="38"/>
          <w:rtl/>
        </w:rPr>
        <w:t>برهانًا</w:t>
      </w:r>
      <w:r w:rsidRPr="005117ED">
        <w:rPr>
          <w:rFonts w:cs="Sakkal Majalla"/>
          <w:color w:val="000000" w:themeColor="text1"/>
          <w:sz w:val="38"/>
          <w:szCs w:val="38"/>
        </w:rPr>
        <w:t xml:space="preserve"> </w:t>
      </w:r>
      <w:r w:rsidRPr="005117ED">
        <w:rPr>
          <w:rFonts w:cs="Sakkal Majalla"/>
          <w:color w:val="000000" w:themeColor="text1"/>
          <w:sz w:val="38"/>
          <w:szCs w:val="38"/>
          <w:rtl/>
        </w:rPr>
        <w:t>قاطعًا</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السببية</w:t>
      </w:r>
      <w:r w:rsidRPr="005117ED">
        <w:rPr>
          <w:rFonts w:cs="Sakkal Majalla"/>
          <w:color w:val="000000" w:themeColor="text1"/>
          <w:sz w:val="38"/>
          <w:szCs w:val="38"/>
        </w:rPr>
        <w:t xml:space="preserve"> </w:t>
      </w:r>
      <w:r w:rsidRPr="005117ED">
        <w:rPr>
          <w:rFonts w:cs="Sakkal Majalla"/>
          <w:color w:val="000000" w:themeColor="text1"/>
          <w:sz w:val="38"/>
          <w:szCs w:val="38"/>
          <w:rtl/>
        </w:rPr>
        <w:t>الزمنية،</w:t>
      </w:r>
      <w:r w:rsidRPr="005117ED">
        <w:rPr>
          <w:rFonts w:cs="Sakkal Majalla"/>
          <w:color w:val="000000" w:themeColor="text1"/>
          <w:sz w:val="38"/>
          <w:szCs w:val="38"/>
        </w:rPr>
        <w:t xml:space="preserve"> </w:t>
      </w:r>
      <w:r w:rsidRPr="005117ED">
        <w:rPr>
          <w:rFonts w:cs="Sakkal Majalla"/>
          <w:color w:val="000000" w:themeColor="text1"/>
          <w:sz w:val="38"/>
          <w:szCs w:val="38"/>
          <w:rtl/>
        </w:rPr>
        <w:t>بل</w:t>
      </w:r>
      <w:r w:rsidRPr="005117ED">
        <w:rPr>
          <w:rFonts w:cs="Sakkal Majalla"/>
          <w:color w:val="000000" w:themeColor="text1"/>
          <w:sz w:val="38"/>
          <w:szCs w:val="38"/>
        </w:rPr>
        <w:t xml:space="preserve"> </w:t>
      </w:r>
      <w:r w:rsidRPr="005117ED">
        <w:rPr>
          <w:rFonts w:cs="Sakkal Majalla"/>
          <w:color w:val="000000" w:themeColor="text1"/>
          <w:sz w:val="38"/>
          <w:szCs w:val="38"/>
          <w:rtl/>
        </w:rPr>
        <w:t>بوصفها</w:t>
      </w:r>
      <w:r w:rsidRPr="005117ED">
        <w:rPr>
          <w:rFonts w:cs="Sakkal Majalla"/>
          <w:color w:val="000000" w:themeColor="text1"/>
          <w:sz w:val="38"/>
          <w:szCs w:val="38"/>
        </w:rPr>
        <w:t xml:space="preserve"> </w:t>
      </w:r>
      <w:r w:rsidRPr="005117ED">
        <w:rPr>
          <w:rFonts w:cs="Sakkal Majalla"/>
          <w:color w:val="000000" w:themeColor="text1"/>
          <w:sz w:val="38"/>
          <w:szCs w:val="38"/>
          <w:rtl/>
        </w:rPr>
        <w:t>دليلًا</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أثر</w:t>
      </w:r>
      <w:r w:rsidRPr="005117ED">
        <w:rPr>
          <w:rFonts w:cs="Sakkal Majalla"/>
          <w:color w:val="000000" w:themeColor="text1"/>
          <w:sz w:val="38"/>
          <w:szCs w:val="38"/>
        </w:rPr>
        <w:t xml:space="preserve"> </w:t>
      </w:r>
      <w:r w:rsidRPr="005117ED">
        <w:rPr>
          <w:rFonts w:cs="Sakkal Majalla"/>
          <w:color w:val="000000" w:themeColor="text1"/>
          <w:sz w:val="38"/>
          <w:szCs w:val="38"/>
          <w:rtl/>
        </w:rPr>
        <w:t>تفسيري</w:t>
      </w:r>
      <w:r w:rsidRPr="005117ED">
        <w:rPr>
          <w:rFonts w:cs="Sakkal Majalla"/>
          <w:color w:val="000000" w:themeColor="text1"/>
          <w:sz w:val="38"/>
          <w:szCs w:val="38"/>
        </w:rPr>
        <w:t xml:space="preserve"> </w:t>
      </w:r>
      <w:r w:rsidRPr="005117ED">
        <w:rPr>
          <w:rFonts w:cs="Sakkal Majalla"/>
          <w:color w:val="000000" w:themeColor="text1"/>
          <w:sz w:val="38"/>
          <w:szCs w:val="38"/>
          <w:rtl/>
        </w:rPr>
        <w:t>متسق</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النظرية</w:t>
      </w:r>
      <w:r w:rsidRPr="005117ED">
        <w:rPr>
          <w:rFonts w:cs="Sakkal Majalla"/>
          <w:color w:val="000000" w:themeColor="text1"/>
          <w:sz w:val="38"/>
          <w:szCs w:val="38"/>
        </w:rPr>
        <w:t>.</w:t>
      </w:r>
    </w:p>
    <w:p w:rsidR="00FD5E07" w:rsidRPr="005117ED" w:rsidRDefault="00FD5E07" w:rsidP="00AD1369">
      <w:pPr>
        <w:spacing w:before="0"/>
        <w:ind w:firstLine="720"/>
        <w:jc w:val="both"/>
        <w:rPr>
          <w:rFonts w:cs="Sakkal Majalla"/>
          <w:color w:val="000000" w:themeColor="text1"/>
          <w:sz w:val="38"/>
          <w:szCs w:val="38"/>
        </w:rPr>
      </w:pPr>
      <w:r w:rsidRPr="005117ED">
        <w:rPr>
          <w:rFonts w:cs="Sakkal Majalla"/>
          <w:color w:val="000000" w:themeColor="text1"/>
          <w:sz w:val="38"/>
          <w:szCs w:val="38"/>
          <w:rtl/>
        </w:rPr>
        <w:t>وتفترض</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كذلك</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التنظيمي</w:t>
      </w:r>
      <w:r w:rsidRPr="005117ED">
        <w:rPr>
          <w:rFonts w:cs="Sakkal Majalla"/>
          <w:color w:val="000000" w:themeColor="text1"/>
          <w:sz w:val="38"/>
          <w:szCs w:val="38"/>
        </w:rPr>
        <w:t xml:space="preserve"> </w:t>
      </w:r>
      <w:r w:rsidRPr="005117ED">
        <w:rPr>
          <w:rFonts w:cs="Sakkal Majalla"/>
          <w:color w:val="000000" w:themeColor="text1"/>
          <w:sz w:val="38"/>
          <w:szCs w:val="38"/>
          <w:rtl/>
        </w:rPr>
        <w:t>ظاهرة</w:t>
      </w:r>
      <w:r w:rsidRPr="005117ED">
        <w:rPr>
          <w:rFonts w:cs="Sakkal Majalla"/>
          <w:color w:val="000000" w:themeColor="text1"/>
          <w:sz w:val="38"/>
          <w:szCs w:val="38"/>
        </w:rPr>
        <w:t xml:space="preserve"> </w:t>
      </w:r>
      <w:r w:rsidRPr="005117ED">
        <w:rPr>
          <w:rFonts w:cs="Sakkal Majalla"/>
          <w:color w:val="000000" w:themeColor="text1"/>
          <w:sz w:val="38"/>
          <w:szCs w:val="38"/>
          <w:rtl/>
        </w:rPr>
        <w:t>متعددة</w:t>
      </w:r>
      <w:r w:rsidRPr="005117ED">
        <w:rPr>
          <w:rFonts w:cs="Sakkal Majalla"/>
          <w:color w:val="000000" w:themeColor="text1"/>
          <w:sz w:val="38"/>
          <w:szCs w:val="38"/>
        </w:rPr>
        <w:t xml:space="preserve"> </w:t>
      </w:r>
      <w:r w:rsidRPr="005117ED">
        <w:rPr>
          <w:rFonts w:cs="Sakkal Majalla"/>
          <w:color w:val="000000" w:themeColor="text1"/>
          <w:sz w:val="38"/>
          <w:szCs w:val="38"/>
          <w:rtl/>
        </w:rPr>
        <w:t>الأبعاد؛</w:t>
      </w:r>
      <w:r w:rsidRPr="005117ED">
        <w:rPr>
          <w:rFonts w:cs="Sakkal Majalla"/>
          <w:color w:val="000000" w:themeColor="text1"/>
          <w:sz w:val="38"/>
          <w:szCs w:val="38"/>
        </w:rPr>
        <w:t xml:space="preserve"> </w:t>
      </w:r>
      <w:r w:rsidRPr="005117ED">
        <w:rPr>
          <w:rFonts w:cs="Sakkal Majalla"/>
          <w:color w:val="000000" w:themeColor="text1"/>
          <w:sz w:val="38"/>
          <w:szCs w:val="38"/>
          <w:rtl/>
        </w:rPr>
        <w:t>إذ</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يكفي</w:t>
      </w:r>
      <w:r w:rsidRPr="005117ED">
        <w:rPr>
          <w:rFonts w:cs="Sakkal Majalla"/>
          <w:color w:val="000000" w:themeColor="text1"/>
          <w:sz w:val="38"/>
          <w:szCs w:val="38"/>
        </w:rPr>
        <w:t xml:space="preserve"> </w:t>
      </w:r>
      <w:r w:rsidRPr="005117ED">
        <w:rPr>
          <w:rFonts w:cs="Sakkal Majalla"/>
          <w:color w:val="000000" w:themeColor="text1"/>
          <w:sz w:val="38"/>
          <w:szCs w:val="38"/>
          <w:rtl/>
        </w:rPr>
        <w:t>توليد</w:t>
      </w:r>
      <w:r w:rsidRPr="005117ED">
        <w:rPr>
          <w:rFonts w:cs="Sakkal Majalla"/>
          <w:color w:val="000000" w:themeColor="text1"/>
          <w:sz w:val="38"/>
          <w:szCs w:val="38"/>
        </w:rPr>
        <w:t xml:space="preserve"> </w:t>
      </w:r>
      <w:r w:rsidRPr="005117ED">
        <w:rPr>
          <w:rFonts w:cs="Sakkal Majalla"/>
          <w:color w:val="000000" w:themeColor="text1"/>
          <w:sz w:val="38"/>
          <w:szCs w:val="38"/>
          <w:rtl/>
        </w:rPr>
        <w:t>الفكرة</w:t>
      </w:r>
      <w:r w:rsidRPr="005117ED">
        <w:rPr>
          <w:rFonts w:cs="Sakkal Majalla"/>
          <w:color w:val="000000" w:themeColor="text1"/>
          <w:sz w:val="38"/>
          <w:szCs w:val="38"/>
        </w:rPr>
        <w:t xml:space="preserve"> </w:t>
      </w:r>
      <w:r w:rsidRPr="005117ED">
        <w:rPr>
          <w:rFonts w:cs="Sakkal Majalla"/>
          <w:color w:val="000000" w:themeColor="text1"/>
          <w:sz w:val="38"/>
          <w:szCs w:val="38"/>
          <w:rtl/>
        </w:rPr>
        <w:t>ما</w:t>
      </w:r>
      <w:r w:rsidRPr="005117ED">
        <w:rPr>
          <w:rFonts w:cs="Sakkal Majalla"/>
          <w:color w:val="000000" w:themeColor="text1"/>
          <w:sz w:val="38"/>
          <w:szCs w:val="38"/>
        </w:rPr>
        <w:t xml:space="preserve"> </w:t>
      </w:r>
      <w:r w:rsidRPr="005117ED">
        <w:rPr>
          <w:rFonts w:cs="Sakkal Majalla"/>
          <w:color w:val="000000" w:themeColor="text1"/>
          <w:sz w:val="38"/>
          <w:szCs w:val="38"/>
          <w:rtl/>
        </w:rPr>
        <w:t>لم</w:t>
      </w:r>
      <w:r w:rsidRPr="005117ED">
        <w:rPr>
          <w:rFonts w:cs="Sakkal Majalla"/>
          <w:color w:val="000000" w:themeColor="text1"/>
          <w:sz w:val="38"/>
          <w:szCs w:val="38"/>
        </w:rPr>
        <w:t xml:space="preserve"> </w:t>
      </w:r>
      <w:r w:rsidRPr="005117ED">
        <w:rPr>
          <w:rFonts w:cs="Sakkal Majalla"/>
          <w:color w:val="000000" w:themeColor="text1"/>
          <w:sz w:val="38"/>
          <w:szCs w:val="38"/>
          <w:rtl/>
        </w:rPr>
        <w:t>تتسم</w:t>
      </w:r>
      <w:r w:rsidRPr="005117ED">
        <w:rPr>
          <w:rFonts w:cs="Sakkal Majalla"/>
          <w:color w:val="000000" w:themeColor="text1"/>
          <w:sz w:val="38"/>
          <w:szCs w:val="38"/>
        </w:rPr>
        <w:t xml:space="preserve"> </w:t>
      </w:r>
      <w:r w:rsidRPr="005117ED">
        <w:rPr>
          <w:rFonts w:cs="Sakkal Majalla"/>
          <w:color w:val="000000" w:themeColor="text1"/>
          <w:sz w:val="38"/>
          <w:szCs w:val="38"/>
          <w:rtl/>
        </w:rPr>
        <w:t>بقدر</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الأصالة</w:t>
      </w:r>
      <w:r w:rsidRPr="005117ED">
        <w:rPr>
          <w:rFonts w:cs="Sakkal Majalla"/>
          <w:color w:val="000000" w:themeColor="text1"/>
          <w:sz w:val="38"/>
          <w:szCs w:val="38"/>
        </w:rPr>
        <w:t xml:space="preserve"> </w:t>
      </w:r>
      <w:r w:rsidRPr="005117ED">
        <w:rPr>
          <w:rFonts w:cs="Sakkal Majalla"/>
          <w:color w:val="000000" w:themeColor="text1"/>
          <w:sz w:val="38"/>
          <w:szCs w:val="38"/>
          <w:rtl/>
        </w:rPr>
        <w:t>والمرونة</w:t>
      </w:r>
      <w:r w:rsidRPr="005117ED">
        <w:rPr>
          <w:rFonts w:cs="Sakkal Majalla"/>
          <w:color w:val="000000" w:themeColor="text1"/>
          <w:sz w:val="38"/>
          <w:szCs w:val="38"/>
        </w:rPr>
        <w:t xml:space="preserve"> </w:t>
      </w:r>
      <w:r w:rsidRPr="005117ED">
        <w:rPr>
          <w:rFonts w:cs="Sakkal Majalla"/>
          <w:color w:val="000000" w:themeColor="text1"/>
          <w:sz w:val="38"/>
          <w:szCs w:val="38"/>
          <w:rtl/>
        </w:rPr>
        <w:t>والقيمة،</w:t>
      </w:r>
      <w:r w:rsidRPr="005117ED">
        <w:rPr>
          <w:rFonts w:cs="Sakkal Majalla"/>
          <w:color w:val="000000" w:themeColor="text1"/>
          <w:sz w:val="38"/>
          <w:szCs w:val="38"/>
        </w:rPr>
        <w:t xml:space="preserve"> </w:t>
      </w:r>
      <w:r w:rsidRPr="005117ED">
        <w:rPr>
          <w:rFonts w:cs="Sakkal Majalla"/>
          <w:color w:val="000000" w:themeColor="text1"/>
          <w:sz w:val="38"/>
          <w:szCs w:val="38"/>
          <w:rtl/>
        </w:rPr>
        <w:t>وما</w:t>
      </w:r>
      <w:r w:rsidRPr="005117ED">
        <w:rPr>
          <w:rFonts w:cs="Sakkal Majalla"/>
          <w:color w:val="000000" w:themeColor="text1"/>
          <w:sz w:val="38"/>
          <w:szCs w:val="38"/>
        </w:rPr>
        <w:t xml:space="preserve"> </w:t>
      </w:r>
      <w:r w:rsidRPr="005117ED">
        <w:rPr>
          <w:rFonts w:cs="Sakkal Majalla"/>
          <w:color w:val="000000" w:themeColor="text1"/>
          <w:sz w:val="38"/>
          <w:szCs w:val="38"/>
          <w:rtl/>
        </w:rPr>
        <w:t>لم</w:t>
      </w:r>
      <w:r w:rsidRPr="005117ED">
        <w:rPr>
          <w:rFonts w:cs="Sakkal Majalla"/>
          <w:color w:val="000000" w:themeColor="text1"/>
          <w:sz w:val="38"/>
          <w:szCs w:val="38"/>
        </w:rPr>
        <w:t xml:space="preserve"> </w:t>
      </w:r>
      <w:r w:rsidRPr="005117ED">
        <w:rPr>
          <w:rFonts w:cs="Sakkal Majalla"/>
          <w:color w:val="000000" w:themeColor="text1"/>
          <w:sz w:val="38"/>
          <w:szCs w:val="38"/>
          <w:rtl/>
        </w:rPr>
        <w:t>توجد</w:t>
      </w:r>
      <w:r w:rsidRPr="005117ED">
        <w:rPr>
          <w:rFonts w:cs="Sakkal Majalla"/>
          <w:color w:val="000000" w:themeColor="text1"/>
          <w:sz w:val="38"/>
          <w:szCs w:val="38"/>
        </w:rPr>
        <w:t xml:space="preserve"> </w:t>
      </w:r>
      <w:r w:rsidRPr="005117ED">
        <w:rPr>
          <w:rFonts w:cs="Sakkal Majalla"/>
          <w:color w:val="000000" w:themeColor="text1"/>
          <w:sz w:val="38"/>
          <w:szCs w:val="38"/>
          <w:rtl/>
        </w:rPr>
        <w:t>مبادرة</w:t>
      </w:r>
      <w:r w:rsidRPr="005117ED">
        <w:rPr>
          <w:rFonts w:cs="Sakkal Majalla"/>
          <w:color w:val="000000" w:themeColor="text1"/>
          <w:sz w:val="38"/>
          <w:szCs w:val="38"/>
        </w:rPr>
        <w:t xml:space="preserve"> </w:t>
      </w:r>
      <w:r w:rsidRPr="005117ED">
        <w:rPr>
          <w:rFonts w:cs="Sakkal Majalla"/>
          <w:color w:val="000000" w:themeColor="text1"/>
          <w:sz w:val="38"/>
          <w:szCs w:val="38"/>
          <w:rtl/>
        </w:rPr>
        <w:t>لتطويرها</w:t>
      </w:r>
      <w:r w:rsidRPr="005117ED">
        <w:rPr>
          <w:rFonts w:cs="Sakkal Majalla"/>
          <w:color w:val="000000" w:themeColor="text1"/>
          <w:sz w:val="38"/>
          <w:szCs w:val="38"/>
        </w:rPr>
        <w:t xml:space="preserve"> </w:t>
      </w:r>
      <w:r w:rsidRPr="005117ED">
        <w:rPr>
          <w:rFonts w:cs="Sakkal Majalla"/>
          <w:color w:val="000000" w:themeColor="text1"/>
          <w:sz w:val="38"/>
          <w:szCs w:val="38"/>
          <w:rtl/>
        </w:rPr>
        <w:t>وقابلية</w:t>
      </w:r>
      <w:r w:rsidRPr="005117ED">
        <w:rPr>
          <w:rFonts w:cs="Sakkal Majalla"/>
          <w:color w:val="000000" w:themeColor="text1"/>
          <w:sz w:val="38"/>
          <w:szCs w:val="38"/>
        </w:rPr>
        <w:t xml:space="preserve"> </w:t>
      </w:r>
      <w:r w:rsidRPr="005117ED">
        <w:rPr>
          <w:rFonts w:cs="Sakkal Majalla"/>
          <w:color w:val="000000" w:themeColor="text1"/>
          <w:sz w:val="38"/>
          <w:szCs w:val="38"/>
          <w:rtl/>
        </w:rPr>
        <w:t>لتبنيها</w:t>
      </w:r>
      <w:r w:rsidRPr="005117ED">
        <w:rPr>
          <w:rFonts w:cs="Sakkal Majalla"/>
          <w:color w:val="000000" w:themeColor="text1"/>
          <w:sz w:val="38"/>
          <w:szCs w:val="38"/>
        </w:rPr>
        <w:t xml:space="preserve"> </w:t>
      </w:r>
      <w:r w:rsidRPr="005117ED">
        <w:rPr>
          <w:rFonts w:cs="Sakkal Majalla"/>
          <w:color w:val="000000" w:themeColor="text1"/>
          <w:sz w:val="38"/>
          <w:szCs w:val="38"/>
          <w:rtl/>
        </w:rPr>
        <w:t>وتطبيقها</w:t>
      </w:r>
      <w:r w:rsidRPr="005117ED">
        <w:rPr>
          <w:rFonts w:cs="Sakkal Majalla"/>
          <w:color w:val="000000" w:themeColor="text1"/>
          <w:sz w:val="38"/>
          <w:szCs w:val="38"/>
        </w:rPr>
        <w:t xml:space="preserve">. </w:t>
      </w:r>
      <w:r w:rsidRPr="005117ED">
        <w:rPr>
          <w:rFonts w:cs="Sakkal Majalla"/>
          <w:color w:val="000000" w:themeColor="text1"/>
          <w:sz w:val="38"/>
          <w:szCs w:val="38"/>
          <w:rtl/>
        </w:rPr>
        <w:t>ويساعد</w:t>
      </w:r>
      <w:r w:rsidRPr="005117ED">
        <w:rPr>
          <w:rFonts w:cs="Sakkal Majalla"/>
          <w:color w:val="000000" w:themeColor="text1"/>
          <w:sz w:val="38"/>
          <w:szCs w:val="38"/>
        </w:rPr>
        <w:t xml:space="preserve"> </w:t>
      </w:r>
      <w:r w:rsidRPr="005117ED">
        <w:rPr>
          <w:rFonts w:cs="Sakkal Majalla"/>
          <w:color w:val="000000" w:themeColor="text1"/>
          <w:sz w:val="38"/>
          <w:szCs w:val="38"/>
          <w:rtl/>
        </w:rPr>
        <w:t>هذا</w:t>
      </w:r>
      <w:r w:rsidRPr="005117ED">
        <w:rPr>
          <w:rFonts w:cs="Sakkal Majalla"/>
          <w:color w:val="000000" w:themeColor="text1"/>
          <w:sz w:val="38"/>
          <w:szCs w:val="38"/>
        </w:rPr>
        <w:t xml:space="preserve"> </w:t>
      </w:r>
      <w:r w:rsidRPr="005117ED">
        <w:rPr>
          <w:rFonts w:cs="Sakkal Majalla"/>
          <w:color w:val="000000" w:themeColor="text1"/>
          <w:sz w:val="38"/>
          <w:szCs w:val="38"/>
          <w:rtl/>
        </w:rPr>
        <w:t>الافتراض</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تجنب</w:t>
      </w:r>
      <w:r w:rsidRPr="005117ED">
        <w:rPr>
          <w:rFonts w:cs="Sakkal Majalla"/>
          <w:color w:val="000000" w:themeColor="text1"/>
          <w:sz w:val="38"/>
          <w:szCs w:val="38"/>
        </w:rPr>
        <w:t xml:space="preserve"> </w:t>
      </w:r>
      <w:r w:rsidRPr="005117ED">
        <w:rPr>
          <w:rFonts w:cs="Sakkal Majalla"/>
          <w:color w:val="000000" w:themeColor="text1"/>
          <w:sz w:val="38"/>
          <w:szCs w:val="38"/>
          <w:rtl/>
        </w:rPr>
        <w:t>الخلط</w:t>
      </w:r>
      <w:r w:rsidRPr="005117ED">
        <w:rPr>
          <w:rFonts w:cs="Sakkal Majalla"/>
          <w:color w:val="000000" w:themeColor="text1"/>
          <w:sz w:val="38"/>
          <w:szCs w:val="38"/>
        </w:rPr>
        <w:t xml:space="preserve"> </w:t>
      </w:r>
      <w:r w:rsidRPr="005117ED">
        <w:rPr>
          <w:rFonts w:cs="Sakkal Majalla"/>
          <w:color w:val="000000" w:themeColor="text1"/>
          <w:sz w:val="38"/>
          <w:szCs w:val="38"/>
          <w:rtl/>
        </w:rPr>
        <w:t>بين</w:t>
      </w:r>
      <w:r w:rsidRPr="005117ED">
        <w:rPr>
          <w:rFonts w:cs="Sakkal Majalla"/>
          <w:color w:val="000000" w:themeColor="text1"/>
          <w:sz w:val="38"/>
          <w:szCs w:val="38"/>
        </w:rPr>
        <w:t xml:space="preserve"> </w:t>
      </w:r>
      <w:r w:rsidRPr="005117ED">
        <w:rPr>
          <w:rFonts w:cs="Sakkal Majalla"/>
          <w:color w:val="000000" w:themeColor="text1"/>
          <w:sz w:val="38"/>
          <w:szCs w:val="38"/>
          <w:rtl/>
        </w:rPr>
        <w:t>كثرة</w:t>
      </w:r>
      <w:r w:rsidRPr="005117ED">
        <w:rPr>
          <w:rFonts w:cs="Sakkal Majalla"/>
          <w:color w:val="000000" w:themeColor="text1"/>
          <w:sz w:val="38"/>
          <w:szCs w:val="38"/>
        </w:rPr>
        <w:t xml:space="preserve"> </w:t>
      </w:r>
      <w:r w:rsidRPr="005117ED">
        <w:rPr>
          <w:rFonts w:cs="Sakkal Majalla"/>
          <w:color w:val="000000" w:themeColor="text1"/>
          <w:sz w:val="38"/>
          <w:szCs w:val="38"/>
          <w:rtl/>
        </w:rPr>
        <w:t>الاقتراحات</w:t>
      </w:r>
      <w:r w:rsidRPr="005117ED">
        <w:rPr>
          <w:rFonts w:cs="Sakkal Majalla"/>
          <w:color w:val="000000" w:themeColor="text1"/>
          <w:sz w:val="38"/>
          <w:szCs w:val="38"/>
        </w:rPr>
        <w:t xml:space="preserve"> </w:t>
      </w:r>
      <w:r w:rsidRPr="005117ED">
        <w:rPr>
          <w:rFonts w:cs="Sakkal Majalla"/>
          <w:color w:val="000000" w:themeColor="text1"/>
          <w:sz w:val="38"/>
          <w:szCs w:val="38"/>
          <w:rtl/>
        </w:rPr>
        <w:t>وبين</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الفعلي،</w:t>
      </w:r>
      <w:r w:rsidRPr="005117ED">
        <w:rPr>
          <w:rFonts w:cs="Sakkal Majalla"/>
          <w:color w:val="000000" w:themeColor="text1"/>
          <w:sz w:val="38"/>
          <w:szCs w:val="38"/>
        </w:rPr>
        <w:t xml:space="preserve"> </w:t>
      </w:r>
      <w:r w:rsidRPr="005117ED">
        <w:rPr>
          <w:rFonts w:cs="Sakkal Majalla"/>
          <w:color w:val="000000" w:themeColor="text1"/>
          <w:sz w:val="38"/>
          <w:szCs w:val="38"/>
          <w:rtl/>
        </w:rPr>
        <w:t>كما</w:t>
      </w:r>
      <w:r w:rsidRPr="005117ED">
        <w:rPr>
          <w:rFonts w:cs="Sakkal Majalla"/>
          <w:color w:val="000000" w:themeColor="text1"/>
          <w:sz w:val="38"/>
          <w:szCs w:val="38"/>
        </w:rPr>
        <w:t xml:space="preserve"> </w:t>
      </w:r>
      <w:r w:rsidRPr="005117ED">
        <w:rPr>
          <w:rFonts w:cs="Sakkal Majalla"/>
          <w:color w:val="000000" w:themeColor="text1"/>
          <w:sz w:val="38"/>
          <w:szCs w:val="38"/>
          <w:rtl/>
        </w:rPr>
        <w:t>يسمح</w:t>
      </w:r>
      <w:r w:rsidRPr="005117ED">
        <w:rPr>
          <w:rFonts w:cs="Sakkal Majalla"/>
          <w:color w:val="000000" w:themeColor="text1"/>
          <w:sz w:val="38"/>
          <w:szCs w:val="38"/>
        </w:rPr>
        <w:t xml:space="preserve"> </w:t>
      </w:r>
      <w:r w:rsidRPr="005117ED">
        <w:rPr>
          <w:rFonts w:cs="Sakkal Majalla"/>
          <w:color w:val="000000" w:themeColor="text1"/>
          <w:sz w:val="38"/>
          <w:szCs w:val="38"/>
          <w:rtl/>
        </w:rPr>
        <w:t>بتحديد</w:t>
      </w:r>
      <w:r w:rsidRPr="005117ED">
        <w:rPr>
          <w:rFonts w:cs="Sakkal Majalla"/>
          <w:color w:val="000000" w:themeColor="text1"/>
          <w:sz w:val="38"/>
          <w:szCs w:val="38"/>
        </w:rPr>
        <w:t xml:space="preserve"> </w:t>
      </w:r>
      <w:r w:rsidRPr="005117ED">
        <w:rPr>
          <w:rFonts w:cs="Sakkal Majalla"/>
          <w:color w:val="000000" w:themeColor="text1"/>
          <w:sz w:val="38"/>
          <w:szCs w:val="38"/>
          <w:rtl/>
        </w:rPr>
        <w:t>المرحلة</w:t>
      </w:r>
      <w:r w:rsidRPr="005117ED">
        <w:rPr>
          <w:rFonts w:cs="Sakkal Majalla"/>
          <w:color w:val="000000" w:themeColor="text1"/>
          <w:sz w:val="38"/>
          <w:szCs w:val="38"/>
        </w:rPr>
        <w:t xml:space="preserve"> </w:t>
      </w:r>
      <w:r w:rsidRPr="005117ED">
        <w:rPr>
          <w:rFonts w:cs="Sakkal Majalla"/>
          <w:color w:val="000000" w:themeColor="text1"/>
          <w:sz w:val="38"/>
          <w:szCs w:val="38"/>
          <w:rtl/>
        </w:rPr>
        <w:t>التي</w:t>
      </w:r>
      <w:r w:rsidRPr="005117ED">
        <w:rPr>
          <w:rFonts w:cs="Sakkal Majalla"/>
          <w:color w:val="000000" w:themeColor="text1"/>
          <w:sz w:val="38"/>
          <w:szCs w:val="38"/>
        </w:rPr>
        <w:t xml:space="preserve"> </w:t>
      </w:r>
      <w:r w:rsidRPr="005117ED">
        <w:rPr>
          <w:rFonts w:cs="Sakkal Majalla"/>
          <w:color w:val="000000" w:themeColor="text1"/>
          <w:sz w:val="38"/>
          <w:szCs w:val="38"/>
          <w:rtl/>
        </w:rPr>
        <w:t>تتعثر</w:t>
      </w:r>
      <w:r w:rsidRPr="005117ED">
        <w:rPr>
          <w:rFonts w:cs="Sakkal Majalla"/>
          <w:color w:val="000000" w:themeColor="text1"/>
          <w:sz w:val="38"/>
          <w:szCs w:val="38"/>
        </w:rPr>
        <w:t xml:space="preserve"> </w:t>
      </w:r>
      <w:r w:rsidRPr="005117ED">
        <w:rPr>
          <w:rFonts w:cs="Sakkal Majalla"/>
          <w:color w:val="000000" w:themeColor="text1"/>
          <w:sz w:val="38"/>
          <w:szCs w:val="38"/>
          <w:rtl/>
        </w:rPr>
        <w:t>عندها</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المنشأة</w:t>
      </w:r>
      <w:r w:rsidRPr="005117ED">
        <w:rPr>
          <w:rFonts w:cs="Sakkal Majalla"/>
          <w:color w:val="000000" w:themeColor="text1"/>
          <w:sz w:val="38"/>
          <w:szCs w:val="38"/>
        </w:rPr>
        <w:t xml:space="preserve">: </w:t>
      </w:r>
      <w:r w:rsidRPr="005117ED">
        <w:rPr>
          <w:rFonts w:cs="Sakkal Majalla"/>
          <w:color w:val="000000" w:themeColor="text1"/>
          <w:sz w:val="38"/>
          <w:szCs w:val="38"/>
          <w:rtl/>
        </w:rPr>
        <w:t>هل</w:t>
      </w:r>
      <w:r w:rsidRPr="005117ED">
        <w:rPr>
          <w:rFonts w:cs="Sakkal Majalla"/>
          <w:color w:val="000000" w:themeColor="text1"/>
          <w:sz w:val="38"/>
          <w:szCs w:val="38"/>
        </w:rPr>
        <w:t xml:space="preserve"> </w:t>
      </w:r>
      <w:r w:rsidRPr="005117ED">
        <w:rPr>
          <w:rFonts w:cs="Sakkal Majalla"/>
          <w:color w:val="000000" w:themeColor="text1"/>
          <w:sz w:val="38"/>
          <w:szCs w:val="38"/>
          <w:rtl/>
        </w:rPr>
        <w:t>المشكلة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توليد</w:t>
      </w:r>
      <w:r w:rsidRPr="005117ED">
        <w:rPr>
          <w:rFonts w:cs="Sakkal Majalla"/>
          <w:color w:val="000000" w:themeColor="text1"/>
          <w:sz w:val="38"/>
          <w:szCs w:val="38"/>
        </w:rPr>
        <w:t xml:space="preserve"> </w:t>
      </w:r>
      <w:r w:rsidRPr="005117ED">
        <w:rPr>
          <w:rFonts w:cs="Sakkal Majalla"/>
          <w:color w:val="000000" w:themeColor="text1"/>
          <w:sz w:val="38"/>
          <w:szCs w:val="38"/>
          <w:rtl/>
        </w:rPr>
        <w:t>الأفكار،</w:t>
      </w:r>
      <w:r w:rsidRPr="005117ED">
        <w:rPr>
          <w:rFonts w:cs="Sakkal Majalla"/>
          <w:color w:val="000000" w:themeColor="text1"/>
          <w:sz w:val="38"/>
          <w:szCs w:val="38"/>
        </w:rPr>
        <w:t xml:space="preserve"> </w:t>
      </w:r>
      <w:r w:rsidRPr="005117ED">
        <w:rPr>
          <w:rFonts w:cs="Sakkal Majalla"/>
          <w:color w:val="000000" w:themeColor="text1"/>
          <w:sz w:val="38"/>
          <w:szCs w:val="38"/>
          <w:rtl/>
        </w:rPr>
        <w:t>أم</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قبولها،</w:t>
      </w:r>
      <w:r w:rsidRPr="005117ED">
        <w:rPr>
          <w:rFonts w:cs="Sakkal Majalla"/>
          <w:color w:val="000000" w:themeColor="text1"/>
          <w:sz w:val="38"/>
          <w:szCs w:val="38"/>
        </w:rPr>
        <w:t xml:space="preserve"> </w:t>
      </w:r>
      <w:r w:rsidRPr="005117ED">
        <w:rPr>
          <w:rFonts w:cs="Sakkal Majalla"/>
          <w:color w:val="000000" w:themeColor="text1"/>
          <w:sz w:val="38"/>
          <w:szCs w:val="38"/>
          <w:rtl/>
        </w:rPr>
        <w:t>أم</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تحويلها</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نتائج؟</w:t>
      </w:r>
    </w:p>
    <w:p w:rsidR="00AD1369" w:rsidRPr="005117ED" w:rsidRDefault="00FD5E07" w:rsidP="00AD1369">
      <w:pPr>
        <w:spacing w:before="0"/>
        <w:ind w:firstLine="720"/>
        <w:jc w:val="both"/>
        <w:rPr>
          <w:rFonts w:cs="Sakkal Majalla"/>
          <w:color w:val="000000" w:themeColor="text1"/>
          <w:sz w:val="38"/>
          <w:szCs w:val="38"/>
          <w:rtl/>
        </w:rPr>
      </w:pPr>
      <w:r w:rsidRPr="005117ED">
        <w:rPr>
          <w:rFonts w:cs="Sakkal Majalla"/>
          <w:color w:val="000000" w:themeColor="text1"/>
          <w:sz w:val="38"/>
          <w:szCs w:val="38"/>
          <w:rtl/>
        </w:rPr>
        <w:t>وأخيرًا</w:t>
      </w:r>
      <w:r w:rsidRPr="005117ED">
        <w:rPr>
          <w:rFonts w:cs="Sakkal Majalla"/>
          <w:color w:val="000000" w:themeColor="text1"/>
          <w:sz w:val="38"/>
          <w:szCs w:val="38"/>
        </w:rPr>
        <w:t xml:space="preserve"> </w:t>
      </w:r>
      <w:r w:rsidRPr="005117ED">
        <w:rPr>
          <w:rFonts w:cs="Sakkal Majalla"/>
          <w:color w:val="000000" w:themeColor="text1"/>
          <w:sz w:val="38"/>
          <w:szCs w:val="38"/>
          <w:rtl/>
        </w:rPr>
        <w:t>تفترض</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الخصائص</w:t>
      </w:r>
      <w:r w:rsidRPr="005117ED">
        <w:rPr>
          <w:rFonts w:cs="Sakkal Majalla"/>
          <w:color w:val="000000" w:themeColor="text1"/>
          <w:sz w:val="38"/>
          <w:szCs w:val="38"/>
        </w:rPr>
        <w:t xml:space="preserve"> </w:t>
      </w:r>
      <w:r w:rsidRPr="005117ED">
        <w:rPr>
          <w:rFonts w:cs="Sakkal Majalla"/>
          <w:color w:val="000000" w:themeColor="text1"/>
          <w:sz w:val="38"/>
          <w:szCs w:val="38"/>
          <w:rtl/>
        </w:rPr>
        <w:t>الديموغرافية</w:t>
      </w:r>
      <w:r w:rsidRPr="005117ED">
        <w:rPr>
          <w:rFonts w:cs="Sakkal Majalla"/>
          <w:color w:val="000000" w:themeColor="text1"/>
          <w:sz w:val="38"/>
          <w:szCs w:val="38"/>
        </w:rPr>
        <w:t xml:space="preserve"> </w:t>
      </w:r>
      <w:r w:rsidRPr="005117ED">
        <w:rPr>
          <w:rFonts w:cs="Sakkal Majalla"/>
          <w:color w:val="000000" w:themeColor="text1"/>
          <w:sz w:val="38"/>
          <w:szCs w:val="38"/>
          <w:rtl/>
        </w:rPr>
        <w:t>والتنظيمية</w:t>
      </w:r>
      <w:r w:rsidRPr="005117ED">
        <w:rPr>
          <w:rFonts w:cs="Sakkal Majalla"/>
          <w:color w:val="000000" w:themeColor="text1"/>
          <w:sz w:val="38"/>
          <w:szCs w:val="38"/>
        </w:rPr>
        <w:t xml:space="preserve"> </w:t>
      </w:r>
      <w:r w:rsidRPr="005117ED">
        <w:rPr>
          <w:rFonts w:cs="Sakkal Majalla"/>
          <w:color w:val="000000" w:themeColor="text1"/>
          <w:sz w:val="38"/>
          <w:szCs w:val="38"/>
          <w:rtl/>
        </w:rPr>
        <w:t>قد</w:t>
      </w:r>
      <w:r w:rsidRPr="005117ED">
        <w:rPr>
          <w:rFonts w:cs="Sakkal Majalla"/>
          <w:color w:val="000000" w:themeColor="text1"/>
          <w:sz w:val="38"/>
          <w:szCs w:val="38"/>
        </w:rPr>
        <w:t xml:space="preserve"> </w:t>
      </w:r>
      <w:r w:rsidRPr="005117ED">
        <w:rPr>
          <w:rFonts w:cs="Sakkal Majalla"/>
          <w:color w:val="000000" w:themeColor="text1"/>
          <w:sz w:val="38"/>
          <w:szCs w:val="38"/>
          <w:rtl/>
        </w:rPr>
        <w:t>ترتبط</w:t>
      </w:r>
      <w:r w:rsidRPr="005117ED">
        <w:rPr>
          <w:rFonts w:cs="Sakkal Majalla"/>
          <w:color w:val="000000" w:themeColor="text1"/>
          <w:sz w:val="38"/>
          <w:szCs w:val="38"/>
        </w:rPr>
        <w:t xml:space="preserve"> </w:t>
      </w:r>
      <w:r w:rsidRPr="005117ED">
        <w:rPr>
          <w:rFonts w:cs="Sakkal Majalla"/>
          <w:color w:val="000000" w:themeColor="text1"/>
          <w:sz w:val="38"/>
          <w:szCs w:val="38"/>
          <w:rtl/>
        </w:rPr>
        <w:t>بتباين</w:t>
      </w:r>
      <w:r w:rsidRPr="005117ED">
        <w:rPr>
          <w:rFonts w:cs="Sakkal Majalla"/>
          <w:color w:val="000000" w:themeColor="text1"/>
          <w:sz w:val="38"/>
          <w:szCs w:val="38"/>
        </w:rPr>
        <w:t xml:space="preserve"> </w:t>
      </w:r>
      <w:r w:rsidRPr="005117ED">
        <w:rPr>
          <w:rFonts w:cs="Sakkal Majalla"/>
          <w:color w:val="000000" w:themeColor="text1"/>
          <w:sz w:val="38"/>
          <w:szCs w:val="38"/>
          <w:rtl/>
        </w:rPr>
        <w:t>الاستجابات،</w:t>
      </w:r>
      <w:r w:rsidRPr="005117ED">
        <w:rPr>
          <w:rFonts w:cs="Sakkal Majalla"/>
          <w:color w:val="000000" w:themeColor="text1"/>
          <w:sz w:val="38"/>
          <w:szCs w:val="38"/>
        </w:rPr>
        <w:t xml:space="preserve"> </w:t>
      </w:r>
      <w:r w:rsidRPr="005117ED">
        <w:rPr>
          <w:rFonts w:cs="Sakkal Majalla"/>
          <w:color w:val="000000" w:themeColor="text1"/>
          <w:sz w:val="38"/>
          <w:szCs w:val="38"/>
          <w:rtl/>
        </w:rPr>
        <w:t>لكنها</w:t>
      </w:r>
      <w:r w:rsidRPr="005117ED">
        <w:rPr>
          <w:rFonts w:cs="Sakkal Majalla"/>
          <w:color w:val="000000" w:themeColor="text1"/>
          <w:sz w:val="38"/>
          <w:szCs w:val="38"/>
        </w:rPr>
        <w:t xml:space="preserve"> </w:t>
      </w:r>
      <w:r w:rsidRPr="005117ED">
        <w:rPr>
          <w:rFonts w:cs="Sakkal Majalla"/>
          <w:color w:val="000000" w:themeColor="text1"/>
          <w:sz w:val="38"/>
          <w:szCs w:val="38"/>
          <w:rtl/>
        </w:rPr>
        <w:t>ليست</w:t>
      </w:r>
      <w:r w:rsidRPr="005117ED">
        <w:rPr>
          <w:rFonts w:cs="Sakkal Majalla"/>
          <w:color w:val="000000" w:themeColor="text1"/>
          <w:sz w:val="38"/>
          <w:szCs w:val="38"/>
        </w:rPr>
        <w:t xml:space="preserve"> </w:t>
      </w:r>
      <w:r w:rsidRPr="005117ED">
        <w:rPr>
          <w:rFonts w:cs="Sakkal Majalla"/>
          <w:color w:val="000000" w:themeColor="text1"/>
          <w:sz w:val="38"/>
          <w:szCs w:val="38"/>
          <w:rtl/>
        </w:rPr>
        <w:t>بديلًا</w:t>
      </w:r>
      <w:r w:rsidRPr="005117ED">
        <w:rPr>
          <w:rFonts w:cs="Sakkal Majalla"/>
          <w:color w:val="000000" w:themeColor="text1"/>
          <w:sz w:val="38"/>
          <w:szCs w:val="38"/>
        </w:rPr>
        <w:t xml:space="preserve"> </w:t>
      </w:r>
      <w:r w:rsidRPr="005117ED">
        <w:rPr>
          <w:rFonts w:cs="Sakkal Majalla"/>
          <w:color w:val="000000" w:themeColor="text1"/>
          <w:sz w:val="38"/>
          <w:szCs w:val="38"/>
          <w:rtl/>
        </w:rPr>
        <w:t>عن</w:t>
      </w:r>
      <w:r w:rsidRPr="005117ED">
        <w:rPr>
          <w:rFonts w:cs="Sakkal Majalla"/>
          <w:color w:val="000000" w:themeColor="text1"/>
          <w:sz w:val="38"/>
          <w:szCs w:val="38"/>
        </w:rPr>
        <w:t xml:space="preserve"> </w:t>
      </w:r>
      <w:r w:rsidRPr="005117ED">
        <w:rPr>
          <w:rFonts w:cs="Sakkal Majalla"/>
          <w:color w:val="000000" w:themeColor="text1"/>
          <w:sz w:val="38"/>
          <w:szCs w:val="38"/>
          <w:rtl/>
        </w:rPr>
        <w:t>تفسير</w:t>
      </w:r>
      <w:r w:rsidRPr="005117ED">
        <w:rPr>
          <w:rFonts w:cs="Sakkal Majalla"/>
          <w:color w:val="000000" w:themeColor="text1"/>
          <w:sz w:val="38"/>
          <w:szCs w:val="38"/>
        </w:rPr>
        <w:t xml:space="preserve"> </w:t>
      </w:r>
      <w:r w:rsidRPr="005117ED">
        <w:rPr>
          <w:rFonts w:cs="Sakkal Majalla"/>
          <w:color w:val="000000" w:themeColor="text1"/>
          <w:sz w:val="38"/>
          <w:szCs w:val="38"/>
          <w:rtl/>
        </w:rPr>
        <w:t>البيئة</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القيادية</w:t>
      </w:r>
      <w:r w:rsidRPr="005117ED">
        <w:rPr>
          <w:rFonts w:cs="Sakkal Majalla"/>
          <w:color w:val="000000" w:themeColor="text1"/>
          <w:sz w:val="38"/>
          <w:szCs w:val="38"/>
        </w:rPr>
        <w:t xml:space="preserve">. </w:t>
      </w:r>
      <w:r w:rsidRPr="005117ED">
        <w:rPr>
          <w:rFonts w:cs="Sakkal Majalla"/>
          <w:color w:val="000000" w:themeColor="text1"/>
          <w:sz w:val="38"/>
          <w:szCs w:val="38"/>
          <w:rtl/>
        </w:rPr>
        <w:t>لذلك</w:t>
      </w:r>
      <w:r w:rsidRPr="005117ED">
        <w:rPr>
          <w:rFonts w:cs="Sakkal Majalla"/>
          <w:color w:val="000000" w:themeColor="text1"/>
          <w:sz w:val="38"/>
          <w:szCs w:val="38"/>
        </w:rPr>
        <w:t xml:space="preserve"> </w:t>
      </w:r>
      <w:r w:rsidRPr="005117ED">
        <w:rPr>
          <w:rFonts w:cs="Sakkal Majalla"/>
          <w:color w:val="000000" w:themeColor="text1"/>
          <w:sz w:val="38"/>
          <w:szCs w:val="38"/>
          <w:rtl/>
        </w:rPr>
        <w:t>تعامل</w:t>
      </w:r>
      <w:r w:rsidRPr="005117ED">
        <w:rPr>
          <w:rFonts w:cs="Sakkal Majalla"/>
          <w:color w:val="000000" w:themeColor="text1"/>
          <w:sz w:val="38"/>
          <w:szCs w:val="38"/>
        </w:rPr>
        <w:t xml:space="preserve"> </w:t>
      </w:r>
      <w:r w:rsidRPr="005117ED">
        <w:rPr>
          <w:rFonts w:cs="Sakkal Majalla"/>
          <w:color w:val="000000" w:themeColor="text1"/>
          <w:sz w:val="38"/>
          <w:szCs w:val="38"/>
          <w:rtl/>
        </w:rPr>
        <w:t>الجنس</w:t>
      </w:r>
      <w:r w:rsidRPr="005117ED">
        <w:rPr>
          <w:rFonts w:cs="Sakkal Majalla"/>
          <w:color w:val="000000" w:themeColor="text1"/>
          <w:sz w:val="38"/>
          <w:szCs w:val="38"/>
        </w:rPr>
        <w:t xml:space="preserve"> </w:t>
      </w:r>
      <w:r w:rsidRPr="005117ED">
        <w:rPr>
          <w:rFonts w:cs="Sakkal Majalla"/>
          <w:color w:val="000000" w:themeColor="text1"/>
          <w:sz w:val="38"/>
          <w:szCs w:val="38"/>
          <w:rtl/>
        </w:rPr>
        <w:t>والعمر</w:t>
      </w:r>
      <w:r w:rsidRPr="005117ED">
        <w:rPr>
          <w:rFonts w:cs="Sakkal Majalla"/>
          <w:color w:val="000000" w:themeColor="text1"/>
          <w:sz w:val="38"/>
          <w:szCs w:val="38"/>
        </w:rPr>
        <w:t xml:space="preserve"> </w:t>
      </w:r>
      <w:r w:rsidRPr="005117ED">
        <w:rPr>
          <w:rFonts w:cs="Sakkal Majalla"/>
          <w:color w:val="000000" w:themeColor="text1"/>
          <w:sz w:val="38"/>
          <w:szCs w:val="38"/>
          <w:rtl/>
        </w:rPr>
        <w:t>والمؤهل</w:t>
      </w:r>
      <w:r w:rsidRPr="005117ED">
        <w:rPr>
          <w:rFonts w:cs="Sakkal Majalla"/>
          <w:color w:val="000000" w:themeColor="text1"/>
          <w:sz w:val="38"/>
          <w:szCs w:val="38"/>
        </w:rPr>
        <w:t xml:space="preserve"> </w:t>
      </w:r>
      <w:r w:rsidRPr="005117ED">
        <w:rPr>
          <w:rFonts w:cs="Sakkal Majalla"/>
          <w:color w:val="000000" w:themeColor="text1"/>
          <w:sz w:val="38"/>
          <w:szCs w:val="38"/>
          <w:rtl/>
        </w:rPr>
        <w:t>والخبرة</w:t>
      </w:r>
      <w:r w:rsidRPr="005117ED">
        <w:rPr>
          <w:rFonts w:cs="Sakkal Majalla"/>
          <w:color w:val="000000" w:themeColor="text1"/>
          <w:sz w:val="38"/>
          <w:szCs w:val="38"/>
        </w:rPr>
        <w:t xml:space="preserve"> </w:t>
      </w:r>
      <w:r w:rsidRPr="005117ED">
        <w:rPr>
          <w:rFonts w:cs="Sakkal Majalla"/>
          <w:color w:val="000000" w:themeColor="text1"/>
          <w:sz w:val="38"/>
          <w:szCs w:val="38"/>
          <w:rtl/>
        </w:rPr>
        <w:t>وحجم</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المنشأة</w:t>
      </w:r>
      <w:r w:rsidRPr="005117ED">
        <w:rPr>
          <w:rFonts w:cs="Sakkal Majalla"/>
          <w:color w:val="000000" w:themeColor="text1"/>
          <w:sz w:val="38"/>
          <w:szCs w:val="38"/>
        </w:rPr>
        <w:t xml:space="preserve"> </w:t>
      </w:r>
      <w:r w:rsidRPr="005117ED">
        <w:rPr>
          <w:rFonts w:cs="Sakkal Majalla"/>
          <w:color w:val="000000" w:themeColor="text1"/>
          <w:sz w:val="38"/>
          <w:szCs w:val="38"/>
          <w:rtl/>
        </w:rPr>
        <w:t>والقطاع</w:t>
      </w:r>
      <w:r w:rsidRPr="005117ED">
        <w:rPr>
          <w:rFonts w:cs="Sakkal Majalla"/>
          <w:color w:val="000000" w:themeColor="text1"/>
          <w:sz w:val="38"/>
          <w:szCs w:val="38"/>
        </w:rPr>
        <w:t xml:space="preserve"> </w:t>
      </w:r>
      <w:r w:rsidRPr="005117ED">
        <w:rPr>
          <w:rFonts w:cs="Sakkal Majalla"/>
          <w:color w:val="000000" w:themeColor="text1"/>
          <w:sz w:val="38"/>
          <w:szCs w:val="38"/>
          <w:rtl/>
        </w:rPr>
        <w:t>بوصفها</w:t>
      </w:r>
      <w:r w:rsidRPr="005117ED">
        <w:rPr>
          <w:rFonts w:cs="Sakkal Majalla"/>
          <w:color w:val="000000" w:themeColor="text1"/>
          <w:sz w:val="38"/>
          <w:szCs w:val="38"/>
        </w:rPr>
        <w:t xml:space="preserve"> </w:t>
      </w:r>
      <w:r w:rsidRPr="005117ED">
        <w:rPr>
          <w:rFonts w:cs="Sakkal Majalla"/>
          <w:color w:val="000000" w:themeColor="text1"/>
          <w:sz w:val="38"/>
          <w:szCs w:val="38"/>
          <w:rtl/>
        </w:rPr>
        <w:t>متغيرات</w:t>
      </w:r>
      <w:r w:rsidRPr="005117ED">
        <w:rPr>
          <w:rFonts w:cs="Sakkal Majalla"/>
          <w:color w:val="000000" w:themeColor="text1"/>
          <w:sz w:val="38"/>
          <w:szCs w:val="38"/>
        </w:rPr>
        <w:t xml:space="preserve"> </w:t>
      </w:r>
      <w:r w:rsidRPr="005117ED">
        <w:rPr>
          <w:rFonts w:cs="Sakkal Majalla"/>
          <w:color w:val="000000" w:themeColor="text1"/>
          <w:sz w:val="38"/>
          <w:szCs w:val="38"/>
          <w:rtl/>
        </w:rPr>
        <w:t>وصفية</w:t>
      </w:r>
      <w:r w:rsidRPr="005117ED">
        <w:rPr>
          <w:rFonts w:cs="Sakkal Majalla"/>
          <w:color w:val="000000" w:themeColor="text1"/>
          <w:sz w:val="38"/>
          <w:szCs w:val="38"/>
        </w:rPr>
        <w:t xml:space="preserve"> </w:t>
      </w:r>
      <w:r w:rsidRPr="005117ED">
        <w:rPr>
          <w:rFonts w:cs="Sakkal Majalla"/>
          <w:color w:val="000000" w:themeColor="text1"/>
          <w:sz w:val="38"/>
          <w:szCs w:val="38"/>
          <w:rtl/>
        </w:rPr>
        <w:t>وضابطة،</w:t>
      </w:r>
      <w:r w:rsidRPr="005117ED">
        <w:rPr>
          <w:rFonts w:cs="Sakkal Majalla"/>
          <w:color w:val="000000" w:themeColor="text1"/>
          <w:sz w:val="38"/>
          <w:szCs w:val="38"/>
        </w:rPr>
        <w:t xml:space="preserve"> </w:t>
      </w:r>
      <w:r w:rsidRPr="005117ED">
        <w:rPr>
          <w:rFonts w:cs="Sakkal Majalla"/>
          <w:color w:val="000000" w:themeColor="text1"/>
          <w:sz w:val="38"/>
          <w:szCs w:val="38"/>
          <w:rtl/>
        </w:rPr>
        <w:t>ويختبر</w:t>
      </w:r>
      <w:r w:rsidRPr="005117ED">
        <w:rPr>
          <w:rFonts w:cs="Sakkal Majalla"/>
          <w:color w:val="000000" w:themeColor="text1"/>
          <w:sz w:val="38"/>
          <w:szCs w:val="38"/>
        </w:rPr>
        <w:t xml:space="preserve"> </w:t>
      </w:r>
      <w:r w:rsidRPr="005117ED">
        <w:rPr>
          <w:rFonts w:cs="Sakkal Majalla"/>
          <w:color w:val="000000" w:themeColor="text1"/>
          <w:sz w:val="38"/>
          <w:szCs w:val="38"/>
          <w:rtl/>
        </w:rPr>
        <w:t>أثرها</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الفروق</w:t>
      </w:r>
      <w:r w:rsidRPr="005117ED">
        <w:rPr>
          <w:rFonts w:cs="Sakkal Majalla"/>
          <w:color w:val="000000" w:themeColor="text1"/>
          <w:sz w:val="38"/>
          <w:szCs w:val="38"/>
        </w:rPr>
        <w:t xml:space="preserve"> </w:t>
      </w:r>
      <w:r w:rsidRPr="005117ED">
        <w:rPr>
          <w:rFonts w:cs="Sakkal Majalla"/>
          <w:color w:val="000000" w:themeColor="text1"/>
          <w:sz w:val="38"/>
          <w:szCs w:val="38"/>
          <w:rtl/>
        </w:rPr>
        <w:t>دون</w:t>
      </w:r>
      <w:r w:rsidRPr="005117ED">
        <w:rPr>
          <w:rFonts w:cs="Sakkal Majalla"/>
          <w:color w:val="000000" w:themeColor="text1"/>
          <w:sz w:val="38"/>
          <w:szCs w:val="38"/>
        </w:rPr>
        <w:t xml:space="preserve"> </w:t>
      </w:r>
      <w:r w:rsidRPr="005117ED">
        <w:rPr>
          <w:rFonts w:cs="Sakkal Majalla"/>
          <w:color w:val="000000" w:themeColor="text1"/>
          <w:sz w:val="38"/>
          <w:szCs w:val="38"/>
          <w:rtl/>
        </w:rPr>
        <w:t>افتراض</w:t>
      </w:r>
      <w:r w:rsidRPr="005117ED">
        <w:rPr>
          <w:rFonts w:cs="Sakkal Majalla"/>
          <w:color w:val="000000" w:themeColor="text1"/>
          <w:sz w:val="38"/>
          <w:szCs w:val="38"/>
        </w:rPr>
        <w:t xml:space="preserve"> </w:t>
      </w:r>
      <w:r w:rsidRPr="005117ED">
        <w:rPr>
          <w:rFonts w:cs="Sakkal Majalla"/>
          <w:color w:val="000000" w:themeColor="text1"/>
          <w:sz w:val="38"/>
          <w:szCs w:val="38"/>
          <w:rtl/>
        </w:rPr>
        <w:t>مسبق</w:t>
      </w:r>
      <w:r w:rsidRPr="005117ED">
        <w:rPr>
          <w:rFonts w:cs="Sakkal Majalla"/>
          <w:color w:val="000000" w:themeColor="text1"/>
          <w:sz w:val="38"/>
          <w:szCs w:val="38"/>
        </w:rPr>
        <w:t xml:space="preserve"> </w:t>
      </w:r>
      <w:r w:rsidRPr="005117ED">
        <w:rPr>
          <w:rFonts w:cs="Sakkal Majalla"/>
          <w:color w:val="000000" w:themeColor="text1"/>
          <w:sz w:val="38"/>
          <w:szCs w:val="38"/>
          <w:rtl/>
        </w:rPr>
        <w:t>بوجود</w:t>
      </w:r>
      <w:r w:rsidRPr="005117ED">
        <w:rPr>
          <w:rFonts w:cs="Sakkal Majalla"/>
          <w:color w:val="000000" w:themeColor="text1"/>
          <w:sz w:val="38"/>
          <w:szCs w:val="38"/>
        </w:rPr>
        <w:t xml:space="preserve"> </w:t>
      </w:r>
      <w:r w:rsidRPr="005117ED">
        <w:rPr>
          <w:rFonts w:cs="Sakkal Majalla"/>
          <w:color w:val="000000" w:themeColor="text1"/>
          <w:sz w:val="38"/>
          <w:szCs w:val="38"/>
          <w:rtl/>
        </w:rPr>
        <w:t>اتجاه</w:t>
      </w:r>
      <w:r w:rsidRPr="005117ED">
        <w:rPr>
          <w:rFonts w:cs="Sakkal Majalla"/>
          <w:color w:val="000000" w:themeColor="text1"/>
          <w:sz w:val="38"/>
          <w:szCs w:val="38"/>
        </w:rPr>
        <w:t xml:space="preserve"> </w:t>
      </w:r>
      <w:r w:rsidRPr="005117ED">
        <w:rPr>
          <w:rFonts w:cs="Sakkal Majalla"/>
          <w:color w:val="000000" w:themeColor="text1"/>
          <w:sz w:val="38"/>
          <w:szCs w:val="38"/>
          <w:rtl/>
        </w:rPr>
        <w:t>ثابت</w:t>
      </w:r>
      <w:r w:rsidRPr="005117ED">
        <w:rPr>
          <w:rFonts w:cs="Sakkal Majalla"/>
          <w:color w:val="000000" w:themeColor="text1"/>
          <w:sz w:val="38"/>
          <w:szCs w:val="38"/>
        </w:rPr>
        <w:t xml:space="preserve">. </w:t>
      </w:r>
      <w:r w:rsidRPr="005117ED">
        <w:rPr>
          <w:rFonts w:cs="Sakkal Majalla"/>
          <w:color w:val="000000" w:themeColor="text1"/>
          <w:sz w:val="38"/>
          <w:szCs w:val="38"/>
          <w:rtl/>
        </w:rPr>
        <w:t>ويسهم</w:t>
      </w:r>
      <w:r w:rsidRPr="005117ED">
        <w:rPr>
          <w:rFonts w:cs="Sakkal Majalla"/>
          <w:color w:val="000000" w:themeColor="text1"/>
          <w:sz w:val="38"/>
          <w:szCs w:val="38"/>
        </w:rPr>
        <w:t xml:space="preserve"> </w:t>
      </w:r>
      <w:r w:rsidRPr="005117ED">
        <w:rPr>
          <w:rFonts w:cs="Sakkal Majalla"/>
          <w:color w:val="000000" w:themeColor="text1"/>
          <w:sz w:val="38"/>
          <w:szCs w:val="38"/>
          <w:rtl/>
        </w:rPr>
        <w:t>هذا</w:t>
      </w:r>
      <w:r w:rsidRPr="005117ED">
        <w:rPr>
          <w:rFonts w:cs="Sakkal Majalla"/>
          <w:color w:val="000000" w:themeColor="text1"/>
          <w:sz w:val="38"/>
          <w:szCs w:val="38"/>
        </w:rPr>
        <w:t xml:space="preserve"> </w:t>
      </w:r>
      <w:r w:rsidRPr="005117ED">
        <w:rPr>
          <w:rFonts w:cs="Sakkal Majalla"/>
          <w:color w:val="000000" w:themeColor="text1"/>
          <w:sz w:val="38"/>
          <w:szCs w:val="38"/>
          <w:rtl/>
        </w:rPr>
        <w:t>النهج</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منع</w:t>
      </w:r>
      <w:r w:rsidRPr="005117ED">
        <w:rPr>
          <w:rFonts w:cs="Sakkal Majalla"/>
          <w:color w:val="000000" w:themeColor="text1"/>
          <w:sz w:val="38"/>
          <w:szCs w:val="38"/>
        </w:rPr>
        <w:t xml:space="preserve"> </w:t>
      </w:r>
      <w:r w:rsidRPr="005117ED">
        <w:rPr>
          <w:rFonts w:cs="Sakkal Majalla"/>
          <w:color w:val="000000" w:themeColor="text1"/>
          <w:sz w:val="38"/>
          <w:szCs w:val="38"/>
          <w:rtl/>
        </w:rPr>
        <w:t>المبالغة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تفسير</w:t>
      </w:r>
      <w:r w:rsidRPr="005117ED">
        <w:rPr>
          <w:rFonts w:cs="Sakkal Majalla"/>
          <w:color w:val="000000" w:themeColor="text1"/>
          <w:sz w:val="38"/>
          <w:szCs w:val="38"/>
        </w:rPr>
        <w:t xml:space="preserve"> </w:t>
      </w:r>
      <w:r w:rsidRPr="005117ED">
        <w:rPr>
          <w:rFonts w:cs="Sakkal Majalla"/>
          <w:color w:val="000000" w:themeColor="text1"/>
          <w:sz w:val="38"/>
          <w:szCs w:val="38"/>
          <w:rtl/>
        </w:rPr>
        <w:t>الفروق</w:t>
      </w:r>
      <w:r w:rsidRPr="005117ED">
        <w:rPr>
          <w:rFonts w:cs="Sakkal Majalla"/>
          <w:color w:val="000000" w:themeColor="text1"/>
          <w:sz w:val="38"/>
          <w:szCs w:val="38"/>
        </w:rPr>
        <w:t xml:space="preserve"> </w:t>
      </w:r>
      <w:r w:rsidRPr="005117ED">
        <w:rPr>
          <w:rFonts w:cs="Sakkal Majalla"/>
          <w:color w:val="000000" w:themeColor="text1"/>
          <w:sz w:val="38"/>
          <w:szCs w:val="38"/>
          <w:rtl/>
        </w:rPr>
        <w:t>الفردية</w:t>
      </w:r>
      <w:r w:rsidRPr="005117ED">
        <w:rPr>
          <w:rFonts w:cs="Sakkal Majalla"/>
          <w:color w:val="000000" w:themeColor="text1"/>
          <w:sz w:val="38"/>
          <w:szCs w:val="38"/>
        </w:rPr>
        <w:t xml:space="preserve"> </w:t>
      </w:r>
      <w:r w:rsidRPr="005117ED">
        <w:rPr>
          <w:rFonts w:cs="Sakkal Majalla"/>
          <w:color w:val="000000" w:themeColor="text1"/>
          <w:sz w:val="38"/>
          <w:szCs w:val="38"/>
          <w:rtl/>
        </w:rPr>
        <w:t>وإبقاء</w:t>
      </w:r>
      <w:r w:rsidRPr="005117ED">
        <w:rPr>
          <w:rFonts w:cs="Sakkal Majalla"/>
          <w:color w:val="000000" w:themeColor="text1"/>
          <w:sz w:val="38"/>
          <w:szCs w:val="38"/>
        </w:rPr>
        <w:t xml:space="preserve"> </w:t>
      </w:r>
      <w:r w:rsidRPr="005117ED">
        <w:rPr>
          <w:rFonts w:cs="Sakkal Majalla"/>
          <w:color w:val="000000" w:themeColor="text1"/>
          <w:sz w:val="38"/>
          <w:szCs w:val="38"/>
          <w:rtl/>
        </w:rPr>
        <w:t>التركيز</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الممارسات</w:t>
      </w:r>
      <w:r w:rsidRPr="005117ED">
        <w:rPr>
          <w:rFonts w:cs="Sakkal Majalla"/>
          <w:color w:val="000000" w:themeColor="text1"/>
          <w:sz w:val="38"/>
          <w:szCs w:val="38"/>
        </w:rPr>
        <w:t xml:space="preserve"> </w:t>
      </w:r>
      <w:r w:rsidRPr="005117ED">
        <w:rPr>
          <w:rFonts w:cs="Sakkal Majalla"/>
          <w:color w:val="000000" w:themeColor="text1"/>
          <w:sz w:val="38"/>
          <w:szCs w:val="38"/>
          <w:rtl/>
        </w:rPr>
        <w:t>التنظيمية</w:t>
      </w:r>
      <w:r w:rsidRPr="005117ED">
        <w:rPr>
          <w:rFonts w:cs="Sakkal Majalla"/>
          <w:color w:val="000000" w:themeColor="text1"/>
          <w:sz w:val="38"/>
          <w:szCs w:val="38"/>
        </w:rPr>
        <w:t xml:space="preserve"> </w:t>
      </w:r>
      <w:r w:rsidRPr="005117ED">
        <w:rPr>
          <w:rFonts w:cs="Sakkal Majalla"/>
          <w:color w:val="000000" w:themeColor="text1"/>
          <w:sz w:val="38"/>
          <w:szCs w:val="38"/>
          <w:rtl/>
        </w:rPr>
        <w:t>القابلة</w:t>
      </w:r>
      <w:r w:rsidRPr="005117ED">
        <w:rPr>
          <w:rFonts w:cs="Sakkal Majalla"/>
          <w:color w:val="000000" w:themeColor="text1"/>
          <w:sz w:val="38"/>
          <w:szCs w:val="38"/>
        </w:rPr>
        <w:t xml:space="preserve"> </w:t>
      </w:r>
      <w:r w:rsidRPr="005117ED">
        <w:rPr>
          <w:rFonts w:cs="Sakkal Majalla"/>
          <w:color w:val="000000" w:themeColor="text1"/>
          <w:sz w:val="38"/>
          <w:szCs w:val="38"/>
          <w:rtl/>
        </w:rPr>
        <w:t>للتطوير</w:t>
      </w:r>
      <w:r w:rsidRPr="005117ED">
        <w:rPr>
          <w:rFonts w:cs="Sakkal Majalla"/>
          <w:color w:val="000000" w:themeColor="text1"/>
          <w:sz w:val="38"/>
          <w:szCs w:val="38"/>
        </w:rPr>
        <w:t>.</w:t>
      </w:r>
    </w:p>
    <w:p w:rsidR="00AD1369" w:rsidRPr="005117ED" w:rsidRDefault="00AD1369" w:rsidP="00AD1369">
      <w:pPr>
        <w:spacing w:before="0"/>
        <w:ind w:firstLine="720"/>
        <w:jc w:val="both"/>
        <w:rPr>
          <w:rFonts w:cs="Sakkal Majalla"/>
          <w:color w:val="000000" w:themeColor="text1"/>
          <w:sz w:val="38"/>
          <w:szCs w:val="38"/>
        </w:rPr>
      </w:pPr>
    </w:p>
    <w:p w:rsidR="00FD5E07" w:rsidRPr="005117ED" w:rsidRDefault="00FD5E07" w:rsidP="00FD5E07">
      <w:pPr>
        <w:spacing w:before="0"/>
        <w:ind w:firstLine="0"/>
        <w:jc w:val="left"/>
        <w:outlineLvl w:val="0"/>
        <w:rPr>
          <w:rFonts w:eastAsia="Times New Roman" w:cs="Sakkal Majalla"/>
          <w:b/>
          <w:bCs/>
          <w:color w:val="000000" w:themeColor="text1"/>
          <w:sz w:val="40"/>
          <w:szCs w:val="40"/>
        </w:rPr>
      </w:pPr>
      <w:bookmarkStart w:id="23" w:name="_Toc233321975"/>
      <w:r w:rsidRPr="005117ED">
        <w:rPr>
          <w:rFonts w:eastAsia="Times New Roman" w:cs="Sakkal Majalla"/>
          <w:b/>
          <w:bCs/>
          <w:color w:val="000000" w:themeColor="text1"/>
          <w:sz w:val="40"/>
          <w:szCs w:val="40"/>
          <w:rtl/>
        </w:rPr>
        <w:lastRenderedPageBreak/>
        <w:t>الرابع</w:t>
      </w:r>
      <w:r w:rsidRPr="005117ED">
        <w:rPr>
          <w:rFonts w:eastAsia="Times New Roman" w:cs="Sakkal Majalla"/>
          <w:b/>
          <w:bCs/>
          <w:color w:val="000000" w:themeColor="text1"/>
          <w:sz w:val="40"/>
          <w:szCs w:val="40"/>
        </w:rPr>
        <w:t xml:space="preserve"> </w:t>
      </w:r>
      <w:proofErr w:type="gramStart"/>
      <w:r w:rsidRPr="005117ED">
        <w:rPr>
          <w:rFonts w:eastAsia="Times New Roman" w:cs="Sakkal Majalla"/>
          <w:b/>
          <w:bCs/>
          <w:color w:val="000000" w:themeColor="text1"/>
          <w:sz w:val="40"/>
          <w:szCs w:val="40"/>
          <w:rtl/>
        </w:rPr>
        <w:t>عشر</w:t>
      </w:r>
      <w:r w:rsidRPr="005117ED">
        <w:rPr>
          <w:rFonts w:eastAsia="Times New Roman" w:cs="Sakkal Majalla"/>
          <w:b/>
          <w:bCs/>
          <w:color w:val="000000" w:themeColor="text1"/>
          <w:sz w:val="40"/>
          <w:szCs w:val="40"/>
        </w:rPr>
        <w:t xml:space="preserve">: </w:t>
      </w:r>
      <w:r w:rsidR="00AD1369" w:rsidRPr="005117ED">
        <w:rPr>
          <w:rFonts w:eastAsia="Times New Roman" w:cs="Sakkal Majalla" w:hint="cs"/>
          <w:b/>
          <w:bCs/>
          <w:color w:val="000000" w:themeColor="text1"/>
          <w:sz w:val="40"/>
          <w:szCs w:val="40"/>
          <w:rtl/>
        </w:rPr>
        <w:t xml:space="preserve"> </w:t>
      </w:r>
      <w:r w:rsidRPr="005117ED">
        <w:rPr>
          <w:rFonts w:eastAsia="Times New Roman" w:cs="Sakkal Majalla"/>
          <w:b/>
          <w:bCs/>
          <w:color w:val="000000" w:themeColor="text1"/>
          <w:sz w:val="40"/>
          <w:szCs w:val="40"/>
          <w:rtl/>
        </w:rPr>
        <w:t>تنظيم</w:t>
      </w:r>
      <w:proofErr w:type="gramEnd"/>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الرسالة</w:t>
      </w:r>
      <w:bookmarkEnd w:id="23"/>
    </w:p>
    <w:p w:rsidR="00FD5E07" w:rsidRPr="005117ED" w:rsidRDefault="00FD5E07" w:rsidP="00AD1369">
      <w:pPr>
        <w:spacing w:before="0"/>
        <w:ind w:firstLine="720"/>
        <w:jc w:val="both"/>
        <w:rPr>
          <w:rFonts w:cs="Sakkal Majalla"/>
          <w:color w:val="000000" w:themeColor="text1"/>
          <w:sz w:val="38"/>
          <w:szCs w:val="38"/>
        </w:rPr>
      </w:pPr>
      <w:r w:rsidRPr="005117ED">
        <w:rPr>
          <w:rFonts w:cs="Sakkal Majalla"/>
          <w:color w:val="000000" w:themeColor="text1"/>
          <w:sz w:val="38"/>
          <w:szCs w:val="38"/>
          <w:rtl/>
        </w:rPr>
        <w:t>تتكون</w:t>
      </w:r>
      <w:r w:rsidRPr="005117ED">
        <w:rPr>
          <w:rFonts w:cs="Sakkal Majalla"/>
          <w:color w:val="000000" w:themeColor="text1"/>
          <w:sz w:val="38"/>
          <w:szCs w:val="38"/>
        </w:rPr>
        <w:t xml:space="preserve"> </w:t>
      </w:r>
      <w:r w:rsidRPr="005117ED">
        <w:rPr>
          <w:rFonts w:cs="Sakkal Majalla"/>
          <w:color w:val="000000" w:themeColor="text1"/>
          <w:sz w:val="38"/>
          <w:szCs w:val="38"/>
          <w:rtl/>
        </w:rPr>
        <w:t>الرسالة</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خمسة</w:t>
      </w:r>
      <w:r w:rsidRPr="005117ED">
        <w:rPr>
          <w:rFonts w:cs="Sakkal Majalla"/>
          <w:color w:val="000000" w:themeColor="text1"/>
          <w:sz w:val="38"/>
          <w:szCs w:val="38"/>
        </w:rPr>
        <w:t xml:space="preserve"> </w:t>
      </w:r>
      <w:r w:rsidRPr="005117ED">
        <w:rPr>
          <w:rFonts w:cs="Sakkal Majalla"/>
          <w:color w:val="000000" w:themeColor="text1"/>
          <w:sz w:val="38"/>
          <w:szCs w:val="38"/>
          <w:rtl/>
        </w:rPr>
        <w:t>فصول</w:t>
      </w:r>
      <w:r w:rsidRPr="005117ED">
        <w:rPr>
          <w:rFonts w:cs="Sakkal Majalla"/>
          <w:color w:val="000000" w:themeColor="text1"/>
          <w:sz w:val="38"/>
          <w:szCs w:val="38"/>
        </w:rPr>
        <w:t xml:space="preserve"> </w:t>
      </w:r>
      <w:r w:rsidRPr="005117ED">
        <w:rPr>
          <w:rFonts w:cs="Sakkal Majalla"/>
          <w:color w:val="000000" w:themeColor="text1"/>
          <w:sz w:val="38"/>
          <w:szCs w:val="38"/>
          <w:rtl/>
        </w:rPr>
        <w:t>مترابطة؛</w:t>
      </w:r>
      <w:r w:rsidRPr="005117ED">
        <w:rPr>
          <w:rFonts w:cs="Sakkal Majalla"/>
          <w:color w:val="000000" w:themeColor="text1"/>
          <w:sz w:val="38"/>
          <w:szCs w:val="38"/>
        </w:rPr>
        <w:t xml:space="preserve"> </w:t>
      </w:r>
      <w:r w:rsidRPr="005117ED">
        <w:rPr>
          <w:rFonts w:cs="Sakkal Majalla"/>
          <w:color w:val="000000" w:themeColor="text1"/>
          <w:sz w:val="38"/>
          <w:szCs w:val="38"/>
          <w:rtl/>
        </w:rPr>
        <w:t>يعرض</w:t>
      </w:r>
      <w:r w:rsidRPr="005117ED">
        <w:rPr>
          <w:rFonts w:cs="Sakkal Majalla"/>
          <w:color w:val="000000" w:themeColor="text1"/>
          <w:sz w:val="38"/>
          <w:szCs w:val="38"/>
        </w:rPr>
        <w:t xml:space="preserve"> </w:t>
      </w:r>
      <w:r w:rsidRPr="005117ED">
        <w:rPr>
          <w:rFonts w:cs="Sakkal Majalla"/>
          <w:color w:val="000000" w:themeColor="text1"/>
          <w:sz w:val="38"/>
          <w:szCs w:val="38"/>
          <w:rtl/>
        </w:rPr>
        <w:t>الأول</w:t>
      </w:r>
      <w:r w:rsidRPr="005117ED">
        <w:rPr>
          <w:rFonts w:cs="Sakkal Majalla"/>
          <w:color w:val="000000" w:themeColor="text1"/>
          <w:sz w:val="38"/>
          <w:szCs w:val="38"/>
        </w:rPr>
        <w:t xml:space="preserve"> </w:t>
      </w:r>
      <w:r w:rsidRPr="005117ED">
        <w:rPr>
          <w:rFonts w:cs="Sakkal Majalla"/>
          <w:color w:val="000000" w:themeColor="text1"/>
          <w:sz w:val="38"/>
          <w:szCs w:val="38"/>
          <w:rtl/>
        </w:rPr>
        <w:t>الإطار</w:t>
      </w:r>
      <w:r w:rsidRPr="005117ED">
        <w:rPr>
          <w:rFonts w:cs="Sakkal Majalla"/>
          <w:color w:val="000000" w:themeColor="text1"/>
          <w:sz w:val="38"/>
          <w:szCs w:val="38"/>
        </w:rPr>
        <w:t xml:space="preserve"> </w:t>
      </w:r>
      <w:r w:rsidRPr="005117ED">
        <w:rPr>
          <w:rFonts w:cs="Sakkal Majalla"/>
          <w:color w:val="000000" w:themeColor="text1"/>
          <w:sz w:val="38"/>
          <w:szCs w:val="38"/>
          <w:rtl/>
        </w:rPr>
        <w:t>العام،</w:t>
      </w:r>
      <w:r w:rsidRPr="005117ED">
        <w:rPr>
          <w:rFonts w:cs="Sakkal Majalla"/>
          <w:color w:val="000000" w:themeColor="text1"/>
          <w:sz w:val="38"/>
          <w:szCs w:val="38"/>
        </w:rPr>
        <w:t xml:space="preserve"> </w:t>
      </w:r>
      <w:r w:rsidRPr="005117ED">
        <w:rPr>
          <w:rFonts w:cs="Sakkal Majalla"/>
          <w:color w:val="000000" w:themeColor="text1"/>
          <w:sz w:val="38"/>
          <w:szCs w:val="38"/>
          <w:rtl/>
        </w:rPr>
        <w:t>ويؤسس</w:t>
      </w:r>
      <w:r w:rsidRPr="005117ED">
        <w:rPr>
          <w:rFonts w:cs="Sakkal Majalla"/>
          <w:color w:val="000000" w:themeColor="text1"/>
          <w:sz w:val="38"/>
          <w:szCs w:val="38"/>
        </w:rPr>
        <w:t xml:space="preserve"> </w:t>
      </w:r>
      <w:r w:rsidRPr="005117ED">
        <w:rPr>
          <w:rFonts w:cs="Sakkal Majalla"/>
          <w:color w:val="000000" w:themeColor="text1"/>
          <w:sz w:val="38"/>
          <w:szCs w:val="38"/>
          <w:rtl/>
        </w:rPr>
        <w:t>الثاني</w:t>
      </w:r>
      <w:r w:rsidRPr="005117ED">
        <w:rPr>
          <w:rFonts w:cs="Sakkal Majalla"/>
          <w:color w:val="000000" w:themeColor="text1"/>
          <w:sz w:val="38"/>
          <w:szCs w:val="38"/>
        </w:rPr>
        <w:t xml:space="preserve"> </w:t>
      </w:r>
      <w:r w:rsidRPr="005117ED">
        <w:rPr>
          <w:rFonts w:cs="Sakkal Majalla"/>
          <w:color w:val="000000" w:themeColor="text1"/>
          <w:sz w:val="38"/>
          <w:szCs w:val="38"/>
          <w:rtl/>
        </w:rPr>
        <w:t>للمفاهيم</w:t>
      </w:r>
      <w:r w:rsidRPr="005117ED">
        <w:rPr>
          <w:rFonts w:cs="Sakkal Majalla"/>
          <w:color w:val="000000" w:themeColor="text1"/>
          <w:sz w:val="38"/>
          <w:szCs w:val="38"/>
        </w:rPr>
        <w:t xml:space="preserve"> </w:t>
      </w:r>
      <w:r w:rsidRPr="005117ED">
        <w:rPr>
          <w:rFonts w:cs="Sakkal Majalla"/>
          <w:color w:val="000000" w:themeColor="text1"/>
          <w:sz w:val="38"/>
          <w:szCs w:val="38"/>
          <w:rtl/>
        </w:rPr>
        <w:t>والنظريات</w:t>
      </w:r>
      <w:r w:rsidRPr="005117ED">
        <w:rPr>
          <w:rFonts w:cs="Sakkal Majalla"/>
          <w:color w:val="000000" w:themeColor="text1"/>
          <w:sz w:val="38"/>
          <w:szCs w:val="38"/>
        </w:rPr>
        <w:t xml:space="preserve"> </w:t>
      </w:r>
      <w:r w:rsidRPr="005117ED">
        <w:rPr>
          <w:rFonts w:cs="Sakkal Majalla"/>
          <w:color w:val="000000" w:themeColor="text1"/>
          <w:sz w:val="38"/>
          <w:szCs w:val="38"/>
          <w:rtl/>
        </w:rPr>
        <w:t>والسياق</w:t>
      </w:r>
      <w:r w:rsidRPr="005117ED">
        <w:rPr>
          <w:rFonts w:cs="Sakkal Majalla"/>
          <w:color w:val="000000" w:themeColor="text1"/>
          <w:sz w:val="38"/>
          <w:szCs w:val="38"/>
        </w:rPr>
        <w:t xml:space="preserve"> </w:t>
      </w:r>
      <w:r w:rsidRPr="005117ED">
        <w:rPr>
          <w:rFonts w:cs="Sakkal Majalla"/>
          <w:color w:val="000000" w:themeColor="text1"/>
          <w:sz w:val="38"/>
          <w:szCs w:val="38"/>
          <w:rtl/>
        </w:rPr>
        <w:t>والدراسات</w:t>
      </w:r>
      <w:r w:rsidRPr="005117ED">
        <w:rPr>
          <w:rFonts w:cs="Sakkal Majalla"/>
          <w:color w:val="000000" w:themeColor="text1"/>
          <w:sz w:val="38"/>
          <w:szCs w:val="38"/>
        </w:rPr>
        <w:t xml:space="preserve"> </w:t>
      </w:r>
      <w:r w:rsidRPr="005117ED">
        <w:rPr>
          <w:rFonts w:cs="Sakkal Majalla"/>
          <w:color w:val="000000" w:themeColor="text1"/>
          <w:sz w:val="38"/>
          <w:szCs w:val="38"/>
          <w:rtl/>
        </w:rPr>
        <w:t>السابقة،</w:t>
      </w:r>
      <w:r w:rsidRPr="005117ED">
        <w:rPr>
          <w:rFonts w:cs="Sakkal Majalla"/>
          <w:color w:val="000000" w:themeColor="text1"/>
          <w:sz w:val="38"/>
          <w:szCs w:val="38"/>
        </w:rPr>
        <w:t xml:space="preserve"> </w:t>
      </w:r>
      <w:r w:rsidRPr="005117ED">
        <w:rPr>
          <w:rFonts w:cs="Sakkal Majalla"/>
          <w:color w:val="000000" w:themeColor="text1"/>
          <w:sz w:val="38"/>
          <w:szCs w:val="38"/>
          <w:rtl/>
        </w:rPr>
        <w:t>ويبين</w:t>
      </w:r>
      <w:r w:rsidRPr="005117ED">
        <w:rPr>
          <w:rFonts w:cs="Sakkal Majalla"/>
          <w:color w:val="000000" w:themeColor="text1"/>
          <w:sz w:val="38"/>
          <w:szCs w:val="38"/>
        </w:rPr>
        <w:t xml:space="preserve"> </w:t>
      </w:r>
      <w:r w:rsidRPr="005117ED">
        <w:rPr>
          <w:rFonts w:cs="Sakkal Majalla"/>
          <w:color w:val="000000" w:themeColor="text1"/>
          <w:sz w:val="38"/>
          <w:szCs w:val="38"/>
          <w:rtl/>
        </w:rPr>
        <w:t>الثالث</w:t>
      </w:r>
      <w:r w:rsidRPr="005117ED">
        <w:rPr>
          <w:rFonts w:cs="Sakkal Majalla"/>
          <w:color w:val="000000" w:themeColor="text1"/>
          <w:sz w:val="38"/>
          <w:szCs w:val="38"/>
        </w:rPr>
        <w:t xml:space="preserve"> </w:t>
      </w:r>
      <w:r w:rsidRPr="005117ED">
        <w:rPr>
          <w:rFonts w:cs="Sakkal Majalla"/>
          <w:color w:val="000000" w:themeColor="text1"/>
          <w:sz w:val="38"/>
          <w:szCs w:val="38"/>
          <w:rtl/>
        </w:rPr>
        <w:t>التصميم</w:t>
      </w:r>
      <w:r w:rsidRPr="005117ED">
        <w:rPr>
          <w:rFonts w:cs="Sakkal Majalla"/>
          <w:color w:val="000000" w:themeColor="text1"/>
          <w:sz w:val="38"/>
          <w:szCs w:val="38"/>
        </w:rPr>
        <w:t xml:space="preserve"> </w:t>
      </w:r>
      <w:r w:rsidRPr="005117ED">
        <w:rPr>
          <w:rFonts w:cs="Sakkal Majalla"/>
          <w:color w:val="000000" w:themeColor="text1"/>
          <w:sz w:val="38"/>
          <w:szCs w:val="38"/>
          <w:rtl/>
        </w:rPr>
        <w:t>والإجراءات،</w:t>
      </w:r>
      <w:r w:rsidRPr="005117ED">
        <w:rPr>
          <w:rFonts w:cs="Sakkal Majalla"/>
          <w:color w:val="000000" w:themeColor="text1"/>
          <w:sz w:val="38"/>
          <w:szCs w:val="38"/>
        </w:rPr>
        <w:t xml:space="preserve"> </w:t>
      </w:r>
      <w:r w:rsidRPr="005117ED">
        <w:rPr>
          <w:rFonts w:cs="Sakkal Majalla"/>
          <w:color w:val="000000" w:themeColor="text1"/>
          <w:sz w:val="38"/>
          <w:szCs w:val="38"/>
          <w:rtl/>
        </w:rPr>
        <w:t>ويعرض</w:t>
      </w:r>
      <w:r w:rsidRPr="005117ED">
        <w:rPr>
          <w:rFonts w:cs="Sakkal Majalla"/>
          <w:color w:val="000000" w:themeColor="text1"/>
          <w:sz w:val="38"/>
          <w:szCs w:val="38"/>
        </w:rPr>
        <w:t xml:space="preserve"> </w:t>
      </w:r>
      <w:r w:rsidRPr="005117ED">
        <w:rPr>
          <w:rFonts w:cs="Sakkal Majalla"/>
          <w:color w:val="000000" w:themeColor="text1"/>
          <w:sz w:val="38"/>
          <w:szCs w:val="38"/>
          <w:rtl/>
        </w:rPr>
        <w:t>الرابع</w:t>
      </w:r>
      <w:r w:rsidRPr="005117ED">
        <w:rPr>
          <w:rFonts w:cs="Sakkal Majalla"/>
          <w:color w:val="000000" w:themeColor="text1"/>
          <w:sz w:val="38"/>
          <w:szCs w:val="38"/>
        </w:rPr>
        <w:t xml:space="preserve"> </w:t>
      </w:r>
      <w:r w:rsidRPr="005117ED">
        <w:rPr>
          <w:rFonts w:cs="Sakkal Majalla"/>
          <w:color w:val="000000" w:themeColor="text1"/>
          <w:sz w:val="38"/>
          <w:szCs w:val="38"/>
          <w:rtl/>
        </w:rPr>
        <w:t>نموذج</w:t>
      </w:r>
      <w:r w:rsidRPr="005117ED">
        <w:rPr>
          <w:rFonts w:cs="Sakkal Majalla"/>
          <w:color w:val="000000" w:themeColor="text1"/>
          <w:sz w:val="38"/>
          <w:szCs w:val="38"/>
        </w:rPr>
        <w:t xml:space="preserve"> </w:t>
      </w:r>
      <w:r w:rsidRPr="005117ED">
        <w:rPr>
          <w:rFonts w:cs="Sakkal Majalla"/>
          <w:color w:val="000000" w:themeColor="text1"/>
          <w:sz w:val="38"/>
          <w:szCs w:val="38"/>
          <w:rtl/>
        </w:rPr>
        <w:t>التحليل</w:t>
      </w:r>
      <w:r w:rsidRPr="005117ED">
        <w:rPr>
          <w:rFonts w:cs="Sakkal Majalla"/>
          <w:color w:val="000000" w:themeColor="text1"/>
          <w:sz w:val="38"/>
          <w:szCs w:val="38"/>
        </w:rPr>
        <w:t xml:space="preserve"> </w:t>
      </w:r>
      <w:r w:rsidRPr="005117ED">
        <w:rPr>
          <w:rFonts w:cs="Sakkal Majalla"/>
          <w:color w:val="000000" w:themeColor="text1"/>
          <w:sz w:val="38"/>
          <w:szCs w:val="38"/>
          <w:rtl/>
        </w:rPr>
        <w:t>والنتائج</w:t>
      </w:r>
      <w:r w:rsidRPr="005117ED">
        <w:rPr>
          <w:rFonts w:cs="Sakkal Majalla"/>
          <w:color w:val="000000" w:themeColor="text1"/>
          <w:sz w:val="38"/>
          <w:szCs w:val="38"/>
        </w:rPr>
        <w:t xml:space="preserve"> </w:t>
      </w:r>
      <w:r w:rsidRPr="005117ED">
        <w:rPr>
          <w:rFonts w:cs="Sakkal Majalla"/>
          <w:color w:val="000000" w:themeColor="text1"/>
          <w:sz w:val="38"/>
          <w:szCs w:val="38"/>
          <w:rtl/>
        </w:rPr>
        <w:t>ومناقشتها،</w:t>
      </w:r>
      <w:r w:rsidRPr="005117ED">
        <w:rPr>
          <w:rFonts w:cs="Sakkal Majalla"/>
          <w:color w:val="000000" w:themeColor="text1"/>
          <w:sz w:val="38"/>
          <w:szCs w:val="38"/>
        </w:rPr>
        <w:t xml:space="preserve"> </w:t>
      </w:r>
      <w:r w:rsidRPr="005117ED">
        <w:rPr>
          <w:rFonts w:cs="Sakkal Majalla"/>
          <w:color w:val="000000" w:themeColor="text1"/>
          <w:sz w:val="38"/>
          <w:szCs w:val="38"/>
          <w:rtl/>
        </w:rPr>
        <w:t>ثم</w:t>
      </w:r>
      <w:r w:rsidRPr="005117ED">
        <w:rPr>
          <w:rFonts w:cs="Sakkal Majalla"/>
          <w:color w:val="000000" w:themeColor="text1"/>
          <w:sz w:val="38"/>
          <w:szCs w:val="38"/>
        </w:rPr>
        <w:t xml:space="preserve"> </w:t>
      </w:r>
      <w:r w:rsidRPr="005117ED">
        <w:rPr>
          <w:rFonts w:cs="Sakkal Majalla"/>
          <w:color w:val="000000" w:themeColor="text1"/>
          <w:sz w:val="38"/>
          <w:szCs w:val="38"/>
          <w:rtl/>
        </w:rPr>
        <w:t>يقدم</w:t>
      </w:r>
      <w:r w:rsidRPr="005117ED">
        <w:rPr>
          <w:rFonts w:cs="Sakkal Majalla"/>
          <w:color w:val="000000" w:themeColor="text1"/>
          <w:sz w:val="38"/>
          <w:szCs w:val="38"/>
        </w:rPr>
        <w:t xml:space="preserve"> </w:t>
      </w:r>
      <w:r w:rsidRPr="005117ED">
        <w:rPr>
          <w:rFonts w:cs="Sakkal Majalla"/>
          <w:color w:val="000000" w:themeColor="text1"/>
          <w:sz w:val="38"/>
          <w:szCs w:val="38"/>
          <w:rtl/>
        </w:rPr>
        <w:t>الخامس</w:t>
      </w:r>
      <w:r w:rsidRPr="005117ED">
        <w:rPr>
          <w:rFonts w:cs="Sakkal Majalla"/>
          <w:color w:val="000000" w:themeColor="text1"/>
          <w:sz w:val="38"/>
          <w:szCs w:val="38"/>
        </w:rPr>
        <w:t xml:space="preserve"> </w:t>
      </w:r>
      <w:r w:rsidRPr="005117ED">
        <w:rPr>
          <w:rFonts w:cs="Sakkal Majalla"/>
          <w:color w:val="000000" w:themeColor="text1"/>
          <w:sz w:val="38"/>
          <w:szCs w:val="38"/>
          <w:rtl/>
        </w:rPr>
        <w:t>الاستنتاجات</w:t>
      </w:r>
      <w:r w:rsidRPr="005117ED">
        <w:rPr>
          <w:rFonts w:cs="Sakkal Majalla"/>
          <w:color w:val="000000" w:themeColor="text1"/>
          <w:sz w:val="38"/>
          <w:szCs w:val="38"/>
        </w:rPr>
        <w:t xml:space="preserve"> </w:t>
      </w:r>
      <w:r w:rsidRPr="005117ED">
        <w:rPr>
          <w:rFonts w:cs="Sakkal Majalla"/>
          <w:color w:val="000000" w:themeColor="text1"/>
          <w:sz w:val="38"/>
          <w:szCs w:val="38"/>
          <w:rtl/>
        </w:rPr>
        <w:t>والإسهامات</w:t>
      </w:r>
      <w:r w:rsidRPr="005117ED">
        <w:rPr>
          <w:rFonts w:cs="Sakkal Majalla"/>
          <w:color w:val="000000" w:themeColor="text1"/>
          <w:sz w:val="38"/>
          <w:szCs w:val="38"/>
        </w:rPr>
        <w:t xml:space="preserve"> </w:t>
      </w:r>
      <w:r w:rsidRPr="005117ED">
        <w:rPr>
          <w:rFonts w:cs="Sakkal Majalla"/>
          <w:color w:val="000000" w:themeColor="text1"/>
          <w:sz w:val="38"/>
          <w:szCs w:val="38"/>
          <w:rtl/>
        </w:rPr>
        <w:t>والتوصيات</w:t>
      </w:r>
      <w:r w:rsidRPr="005117ED">
        <w:rPr>
          <w:rFonts w:cs="Sakkal Majalla"/>
          <w:color w:val="000000" w:themeColor="text1"/>
          <w:sz w:val="38"/>
          <w:szCs w:val="38"/>
        </w:rPr>
        <w:t xml:space="preserve"> </w:t>
      </w:r>
      <w:r w:rsidRPr="005117ED">
        <w:rPr>
          <w:rFonts w:cs="Sakkal Majalla"/>
          <w:color w:val="000000" w:themeColor="text1"/>
          <w:sz w:val="38"/>
          <w:szCs w:val="38"/>
          <w:rtl/>
        </w:rPr>
        <w:t>والحدود</w:t>
      </w:r>
      <w:r w:rsidRPr="005117ED">
        <w:rPr>
          <w:rFonts w:cs="Sakkal Majalla"/>
          <w:color w:val="000000" w:themeColor="text1"/>
          <w:sz w:val="38"/>
          <w:szCs w:val="38"/>
        </w:rPr>
        <w:t xml:space="preserve"> </w:t>
      </w:r>
      <w:r w:rsidRPr="005117ED">
        <w:rPr>
          <w:rFonts w:cs="Sakkal Majalla"/>
          <w:color w:val="000000" w:themeColor="text1"/>
          <w:sz w:val="38"/>
          <w:szCs w:val="38"/>
          <w:rtl/>
        </w:rPr>
        <w:t>والدراسات</w:t>
      </w:r>
      <w:r w:rsidRPr="005117ED">
        <w:rPr>
          <w:rFonts w:cs="Sakkal Majalla"/>
          <w:color w:val="000000" w:themeColor="text1"/>
          <w:sz w:val="38"/>
          <w:szCs w:val="38"/>
        </w:rPr>
        <w:t xml:space="preserve"> </w:t>
      </w:r>
      <w:r w:rsidRPr="005117ED">
        <w:rPr>
          <w:rFonts w:cs="Sakkal Majalla"/>
          <w:color w:val="000000" w:themeColor="text1"/>
          <w:sz w:val="38"/>
          <w:szCs w:val="38"/>
          <w:rtl/>
        </w:rPr>
        <w:t>المستقبلية</w:t>
      </w:r>
      <w:r w:rsidRPr="005117ED">
        <w:rPr>
          <w:rFonts w:cs="Sakkal Majalla"/>
          <w:color w:val="000000" w:themeColor="text1"/>
          <w:sz w:val="38"/>
          <w:szCs w:val="38"/>
        </w:rPr>
        <w:t xml:space="preserve">. </w:t>
      </w:r>
      <w:r w:rsidRPr="005117ED">
        <w:rPr>
          <w:rFonts w:cs="Sakkal Majalla"/>
          <w:color w:val="000000" w:themeColor="text1"/>
          <w:sz w:val="38"/>
          <w:szCs w:val="38"/>
          <w:rtl/>
        </w:rPr>
        <w:t>وتلي</w:t>
      </w:r>
      <w:r w:rsidRPr="005117ED">
        <w:rPr>
          <w:rFonts w:cs="Sakkal Majalla"/>
          <w:color w:val="000000" w:themeColor="text1"/>
          <w:sz w:val="38"/>
          <w:szCs w:val="38"/>
        </w:rPr>
        <w:t xml:space="preserve"> </w:t>
      </w:r>
      <w:r w:rsidRPr="005117ED">
        <w:rPr>
          <w:rFonts w:cs="Sakkal Majalla"/>
          <w:color w:val="000000" w:themeColor="text1"/>
          <w:sz w:val="38"/>
          <w:szCs w:val="38"/>
          <w:rtl/>
        </w:rPr>
        <w:t>الفصول</w:t>
      </w:r>
      <w:r w:rsidRPr="005117ED">
        <w:rPr>
          <w:rFonts w:cs="Sakkal Majalla"/>
          <w:color w:val="000000" w:themeColor="text1"/>
          <w:sz w:val="38"/>
          <w:szCs w:val="38"/>
        </w:rPr>
        <w:t xml:space="preserve"> </w:t>
      </w:r>
      <w:r w:rsidRPr="005117ED">
        <w:rPr>
          <w:rFonts w:cs="Sakkal Majalla"/>
          <w:color w:val="000000" w:themeColor="text1"/>
          <w:sz w:val="38"/>
          <w:szCs w:val="38"/>
          <w:rtl/>
        </w:rPr>
        <w:t>قائمة</w:t>
      </w:r>
      <w:r w:rsidRPr="005117ED">
        <w:rPr>
          <w:rFonts w:cs="Sakkal Majalla"/>
          <w:color w:val="000000" w:themeColor="text1"/>
          <w:sz w:val="38"/>
          <w:szCs w:val="38"/>
        </w:rPr>
        <w:t xml:space="preserve"> </w:t>
      </w:r>
      <w:r w:rsidRPr="005117ED">
        <w:rPr>
          <w:rFonts w:cs="Sakkal Majalla"/>
          <w:color w:val="000000" w:themeColor="text1"/>
          <w:sz w:val="38"/>
          <w:szCs w:val="38"/>
          <w:rtl/>
        </w:rPr>
        <w:t>المراجع</w:t>
      </w:r>
      <w:r w:rsidRPr="005117ED">
        <w:rPr>
          <w:rFonts w:cs="Sakkal Majalla"/>
          <w:color w:val="000000" w:themeColor="text1"/>
          <w:sz w:val="38"/>
          <w:szCs w:val="38"/>
        </w:rPr>
        <w:t xml:space="preserve"> </w:t>
      </w:r>
      <w:r w:rsidRPr="005117ED">
        <w:rPr>
          <w:rFonts w:cs="Sakkal Majalla"/>
          <w:color w:val="000000" w:themeColor="text1"/>
          <w:sz w:val="38"/>
          <w:szCs w:val="38"/>
          <w:rtl/>
        </w:rPr>
        <w:t>والملاحق</w:t>
      </w:r>
      <w:r w:rsidRPr="005117ED">
        <w:rPr>
          <w:rFonts w:cs="Sakkal Majalla"/>
          <w:color w:val="000000" w:themeColor="text1"/>
          <w:sz w:val="38"/>
          <w:szCs w:val="38"/>
        </w:rPr>
        <w:t xml:space="preserve"> </w:t>
      </w:r>
      <w:r w:rsidRPr="005117ED">
        <w:rPr>
          <w:rFonts w:cs="Sakkal Majalla"/>
          <w:color w:val="000000" w:themeColor="text1"/>
          <w:sz w:val="38"/>
          <w:szCs w:val="38"/>
          <w:rtl/>
        </w:rPr>
        <w:t>التي</w:t>
      </w:r>
      <w:r w:rsidRPr="005117ED">
        <w:rPr>
          <w:rFonts w:cs="Sakkal Majalla"/>
          <w:color w:val="000000" w:themeColor="text1"/>
          <w:sz w:val="38"/>
          <w:szCs w:val="38"/>
        </w:rPr>
        <w:t xml:space="preserve"> </w:t>
      </w:r>
      <w:r w:rsidRPr="005117ED">
        <w:rPr>
          <w:rFonts w:cs="Sakkal Majalla"/>
          <w:color w:val="000000" w:themeColor="text1"/>
          <w:sz w:val="38"/>
          <w:szCs w:val="38"/>
          <w:rtl/>
        </w:rPr>
        <w:t>تضم</w:t>
      </w:r>
      <w:r w:rsidRPr="005117ED">
        <w:rPr>
          <w:rFonts w:cs="Sakkal Majalla"/>
          <w:color w:val="000000" w:themeColor="text1"/>
          <w:sz w:val="38"/>
          <w:szCs w:val="38"/>
        </w:rPr>
        <w:t xml:space="preserve"> </w:t>
      </w:r>
      <w:r w:rsidRPr="005117ED">
        <w:rPr>
          <w:rFonts w:cs="Sakkal Majalla"/>
          <w:color w:val="000000" w:themeColor="text1"/>
          <w:sz w:val="38"/>
          <w:szCs w:val="38"/>
          <w:rtl/>
        </w:rPr>
        <w:t>الأداة</w:t>
      </w:r>
      <w:r w:rsidRPr="005117ED">
        <w:rPr>
          <w:rFonts w:cs="Sakkal Majalla"/>
          <w:color w:val="000000" w:themeColor="text1"/>
          <w:sz w:val="38"/>
          <w:szCs w:val="38"/>
        </w:rPr>
        <w:t xml:space="preserve"> </w:t>
      </w:r>
      <w:r w:rsidRPr="005117ED">
        <w:rPr>
          <w:rFonts w:cs="Sakkal Majalla"/>
          <w:color w:val="000000" w:themeColor="text1"/>
          <w:sz w:val="38"/>
          <w:szCs w:val="38"/>
          <w:rtl/>
        </w:rPr>
        <w:t>ونماذج</w:t>
      </w:r>
      <w:r w:rsidRPr="005117ED">
        <w:rPr>
          <w:rFonts w:cs="Sakkal Majalla"/>
          <w:color w:val="000000" w:themeColor="text1"/>
          <w:sz w:val="38"/>
          <w:szCs w:val="38"/>
        </w:rPr>
        <w:t xml:space="preserve"> </w:t>
      </w:r>
      <w:r w:rsidRPr="005117ED">
        <w:rPr>
          <w:rFonts w:cs="Sakkal Majalla"/>
          <w:color w:val="000000" w:themeColor="text1"/>
          <w:sz w:val="38"/>
          <w:szCs w:val="38"/>
          <w:rtl/>
        </w:rPr>
        <w:t>التحكيم</w:t>
      </w:r>
      <w:r w:rsidRPr="005117ED">
        <w:rPr>
          <w:rFonts w:cs="Sakkal Majalla"/>
          <w:color w:val="000000" w:themeColor="text1"/>
          <w:sz w:val="38"/>
          <w:szCs w:val="38"/>
        </w:rPr>
        <w:t xml:space="preserve"> </w:t>
      </w:r>
      <w:r w:rsidRPr="005117ED">
        <w:rPr>
          <w:rFonts w:cs="Sakkal Majalla"/>
          <w:color w:val="000000" w:themeColor="text1"/>
          <w:sz w:val="38"/>
          <w:szCs w:val="38"/>
          <w:rtl/>
        </w:rPr>
        <w:t>والترميز</w:t>
      </w:r>
      <w:r w:rsidRPr="005117ED">
        <w:rPr>
          <w:rFonts w:cs="Sakkal Majalla"/>
          <w:color w:val="000000" w:themeColor="text1"/>
          <w:sz w:val="38"/>
          <w:szCs w:val="38"/>
        </w:rPr>
        <w:t xml:space="preserve"> </w:t>
      </w:r>
      <w:r w:rsidRPr="005117ED">
        <w:rPr>
          <w:rFonts w:cs="Sakkal Majalla"/>
          <w:color w:val="000000" w:themeColor="text1"/>
          <w:sz w:val="38"/>
          <w:szCs w:val="38"/>
          <w:rtl/>
        </w:rPr>
        <w:t>والبيانات</w:t>
      </w:r>
      <w:r w:rsidRPr="005117ED">
        <w:rPr>
          <w:rFonts w:cs="Sakkal Majalla"/>
          <w:color w:val="000000" w:themeColor="text1"/>
          <w:sz w:val="38"/>
          <w:szCs w:val="38"/>
        </w:rPr>
        <w:t xml:space="preserve"> </w:t>
      </w:r>
      <w:r w:rsidRPr="005117ED">
        <w:rPr>
          <w:rFonts w:cs="Sakkal Majalla"/>
          <w:color w:val="000000" w:themeColor="text1"/>
          <w:sz w:val="38"/>
          <w:szCs w:val="38"/>
          <w:rtl/>
        </w:rPr>
        <w:t>المحاكاة</w:t>
      </w:r>
      <w:r w:rsidRPr="005117ED">
        <w:rPr>
          <w:rFonts w:cs="Sakkal Majalla"/>
          <w:color w:val="000000" w:themeColor="text1"/>
          <w:sz w:val="38"/>
          <w:szCs w:val="38"/>
        </w:rPr>
        <w:t xml:space="preserve"> </w:t>
      </w:r>
      <w:r w:rsidRPr="005117ED">
        <w:rPr>
          <w:rFonts w:cs="Sakkal Majalla"/>
          <w:color w:val="000000" w:themeColor="text1"/>
          <w:sz w:val="38"/>
          <w:szCs w:val="38"/>
          <w:rtl/>
        </w:rPr>
        <w:t>وإطار</w:t>
      </w:r>
      <w:r w:rsidRPr="005117ED">
        <w:rPr>
          <w:rFonts w:cs="Sakkal Majalla"/>
          <w:color w:val="000000" w:themeColor="text1"/>
          <w:sz w:val="38"/>
          <w:szCs w:val="38"/>
        </w:rPr>
        <w:t xml:space="preserve"> </w:t>
      </w:r>
      <w:r w:rsidRPr="005117ED">
        <w:rPr>
          <w:rFonts w:cs="Sakkal Majalla"/>
          <w:color w:val="000000" w:themeColor="text1"/>
          <w:sz w:val="38"/>
          <w:szCs w:val="38"/>
          <w:rtl/>
        </w:rPr>
        <w:t>التنفيذ</w:t>
      </w:r>
      <w:r w:rsidRPr="005117ED">
        <w:rPr>
          <w:rFonts w:cs="Sakkal Majalla"/>
          <w:color w:val="000000" w:themeColor="text1"/>
          <w:sz w:val="38"/>
          <w:szCs w:val="38"/>
        </w:rPr>
        <w:t>.</w:t>
      </w:r>
    </w:p>
    <w:p w:rsidR="00FD5E07" w:rsidRPr="005117ED" w:rsidRDefault="00FD5E07" w:rsidP="00FD5E07">
      <w:pPr>
        <w:spacing w:before="0"/>
        <w:jc w:val="both"/>
        <w:rPr>
          <w:rFonts w:cs="Sakkal Majalla"/>
          <w:color w:val="000000" w:themeColor="text1"/>
          <w:sz w:val="38"/>
          <w:szCs w:val="38"/>
        </w:rPr>
      </w:pPr>
      <w:r w:rsidRPr="005117ED">
        <w:rPr>
          <w:rFonts w:cs="Sakkal Majalla"/>
          <w:color w:val="000000" w:themeColor="text1"/>
          <w:sz w:val="38"/>
          <w:szCs w:val="38"/>
        </w:rPr>
        <w:br w:type="page"/>
      </w:r>
    </w:p>
    <w:p w:rsidR="0029517D" w:rsidRPr="005117ED" w:rsidRDefault="0029517D" w:rsidP="00FD5E07">
      <w:pPr>
        <w:spacing w:before="0"/>
        <w:ind w:firstLine="0"/>
        <w:jc w:val="center"/>
        <w:outlineLvl w:val="0"/>
        <w:rPr>
          <w:rFonts w:eastAsia="Times New Roman" w:cs="Sakkal Majalla"/>
          <w:b/>
          <w:bCs/>
          <w:color w:val="000000" w:themeColor="text1"/>
          <w:sz w:val="42"/>
          <w:szCs w:val="42"/>
          <w:rtl/>
        </w:rPr>
      </w:pPr>
    </w:p>
    <w:p w:rsidR="00FD5E07" w:rsidRPr="005117ED" w:rsidRDefault="00FD5E07" w:rsidP="00FD5E07">
      <w:pPr>
        <w:spacing w:before="0"/>
        <w:ind w:firstLine="0"/>
        <w:jc w:val="center"/>
        <w:outlineLvl w:val="0"/>
        <w:rPr>
          <w:rFonts w:eastAsia="Times New Roman" w:cs="Sakkal Majalla"/>
          <w:b/>
          <w:bCs/>
          <w:color w:val="000000" w:themeColor="text1"/>
          <w:sz w:val="42"/>
          <w:szCs w:val="42"/>
        </w:rPr>
      </w:pPr>
      <w:bookmarkStart w:id="24" w:name="_Toc233321976"/>
      <w:r w:rsidRPr="005117ED">
        <w:rPr>
          <w:rFonts w:eastAsia="Times New Roman" w:cs="Sakkal Majalla"/>
          <w:b/>
          <w:bCs/>
          <w:color w:val="000000" w:themeColor="text1"/>
          <w:sz w:val="42"/>
          <w:szCs w:val="42"/>
          <w:rtl/>
        </w:rPr>
        <w:t>الفصل الثاني: الإطار النظري والدراسات السابقة</w:t>
      </w:r>
      <w:bookmarkEnd w:id="24"/>
    </w:p>
    <w:p w:rsidR="00FD5E07" w:rsidRPr="005117ED" w:rsidRDefault="008667C1" w:rsidP="00FD5E07">
      <w:pPr>
        <w:spacing w:before="0"/>
        <w:ind w:firstLine="0"/>
        <w:jc w:val="center"/>
        <w:outlineLvl w:val="0"/>
        <w:rPr>
          <w:rFonts w:eastAsia="Times New Roman" w:cs="Sakkal Majalla"/>
          <w:b/>
          <w:bCs/>
          <w:color w:val="000000" w:themeColor="text1"/>
          <w:sz w:val="40"/>
          <w:szCs w:val="40"/>
        </w:rPr>
      </w:pPr>
      <w:bookmarkStart w:id="25" w:name="_Toc233321977"/>
      <w:proofErr w:type="gramStart"/>
      <w:r w:rsidRPr="005117ED">
        <w:rPr>
          <w:rFonts w:eastAsia="Times New Roman" w:cs="Sakkal Majalla" w:hint="cs"/>
          <w:b/>
          <w:bCs/>
          <w:color w:val="000000" w:themeColor="text1"/>
          <w:sz w:val="40"/>
          <w:szCs w:val="40"/>
          <w:rtl/>
        </w:rPr>
        <w:t>أولاً :</w:t>
      </w:r>
      <w:proofErr w:type="gramEnd"/>
      <w:r w:rsidRPr="005117ED">
        <w:rPr>
          <w:rFonts w:eastAsia="Times New Roman" w:cs="Sakkal Majalla" w:hint="cs"/>
          <w:b/>
          <w:bCs/>
          <w:color w:val="000000" w:themeColor="text1"/>
          <w:sz w:val="40"/>
          <w:szCs w:val="40"/>
          <w:rtl/>
        </w:rPr>
        <w:t xml:space="preserve"> الإطــــــــار النظــــــري</w:t>
      </w:r>
      <w:bookmarkEnd w:id="25"/>
    </w:p>
    <w:p w:rsidR="00A86A10" w:rsidRPr="005117ED" w:rsidRDefault="008667C1" w:rsidP="008667C1">
      <w:pPr>
        <w:spacing w:before="0"/>
        <w:ind w:firstLine="0"/>
        <w:jc w:val="left"/>
        <w:outlineLvl w:val="0"/>
        <w:rPr>
          <w:rFonts w:eastAsia="Times New Roman" w:cs="Sakkal Majalla"/>
          <w:b/>
          <w:bCs/>
          <w:color w:val="000000" w:themeColor="text1"/>
          <w:sz w:val="40"/>
          <w:szCs w:val="40"/>
          <w:rtl/>
        </w:rPr>
      </w:pPr>
      <w:bookmarkStart w:id="26" w:name="_Toc233321978"/>
      <w:proofErr w:type="gramStart"/>
      <w:r w:rsidRPr="005117ED">
        <w:rPr>
          <w:rFonts w:eastAsia="Times New Roman" w:cs="Sakkal Majalla"/>
          <w:b/>
          <w:bCs/>
          <w:color w:val="000000" w:themeColor="text1"/>
          <w:sz w:val="40"/>
          <w:szCs w:val="40"/>
          <w:rtl/>
        </w:rPr>
        <w:t>تمهيد</w:t>
      </w:r>
      <w:r w:rsidRPr="005117ED">
        <w:rPr>
          <w:rFonts w:eastAsia="Times New Roman" w:cs="Sakkal Majalla" w:hint="cs"/>
          <w:b/>
          <w:bCs/>
          <w:color w:val="000000" w:themeColor="text1"/>
          <w:sz w:val="40"/>
          <w:szCs w:val="40"/>
          <w:rtl/>
        </w:rPr>
        <w:t xml:space="preserve"> :</w:t>
      </w:r>
      <w:bookmarkEnd w:id="26"/>
      <w:proofErr w:type="gramEnd"/>
      <w:r w:rsidRPr="005117ED">
        <w:rPr>
          <w:rFonts w:eastAsia="Times New Roman" w:cs="Sakkal Majalla" w:hint="cs"/>
          <w:b/>
          <w:bCs/>
          <w:color w:val="000000" w:themeColor="text1"/>
          <w:sz w:val="40"/>
          <w:szCs w:val="40"/>
          <w:rtl/>
        </w:rPr>
        <w:t xml:space="preserve"> </w:t>
      </w:r>
    </w:p>
    <w:p w:rsidR="00BB6C80" w:rsidRPr="005117ED" w:rsidRDefault="00BB6C80" w:rsidP="00BB6C80">
      <w:pPr>
        <w:spacing w:before="0"/>
        <w:ind w:firstLine="720"/>
        <w:jc w:val="both"/>
        <w:rPr>
          <w:rFonts w:cs="Sakkal Majalla"/>
          <w:color w:val="000000" w:themeColor="text1"/>
          <w:sz w:val="38"/>
          <w:szCs w:val="38"/>
        </w:rPr>
      </w:pPr>
      <w:r w:rsidRPr="005117ED">
        <w:rPr>
          <w:rFonts w:cs="Sakkal Majalla" w:hint="cs"/>
          <w:color w:val="000000" w:themeColor="text1"/>
          <w:sz w:val="38"/>
          <w:szCs w:val="38"/>
          <w:rtl/>
        </w:rPr>
        <w:t xml:space="preserve">يمكن هذا </w:t>
      </w:r>
      <w:r w:rsidRPr="005117ED">
        <w:rPr>
          <w:rFonts w:cs="Sakkal Majalla"/>
          <w:color w:val="000000" w:themeColor="text1"/>
          <w:sz w:val="38"/>
          <w:szCs w:val="38"/>
          <w:rtl/>
        </w:rPr>
        <w:t>الإطار النظري للدراسة من خلال أربعة مباحث مترابطة؛ إذ يعرض المبحث الأول مفهوم القيادة التحويلية وتطورها وأبعادها ومتطلبات تطبيقها، ويعرض المبحث الثاني مفهوم الإبداع التنظيمي ومراحله ومحدداته وطرق قياسه، ثم يناقش المبحث الثالث خصوصية المنشآت الصغيرة والمتوسطة في السياق السعودي، ويختم المبحث الرابع بتحليل العلاقة النظرية بين القيادة التحويلية والإبداع التنظيمي</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ويهدف هذا البناء إلى الانتقال من التأصيل المفاهيمي إلى تفسير العلاقة بين المتغيرين في بيئة تطبيقية محددة، بما يهيئ لاحقًا لبناء أداة الدراسة وتحليل نتائجها </w:t>
      </w:r>
      <w:r w:rsidRPr="005117ED">
        <w:rPr>
          <w:rFonts w:cs="Sakkal Majalla" w:hint="cs"/>
          <w:color w:val="000000" w:themeColor="text1"/>
          <w:sz w:val="38"/>
          <w:szCs w:val="38"/>
          <w:rtl/>
        </w:rPr>
        <w:t>(</w:t>
      </w:r>
      <w:r w:rsidRPr="005117ED">
        <w:rPr>
          <w:rFonts w:cs="Sakkal Majalla"/>
          <w:color w:val="000000" w:themeColor="text1"/>
          <w:sz w:val="38"/>
          <w:szCs w:val="38"/>
          <w:rtl/>
        </w:rPr>
        <w:t xml:space="preserve">العامري، </w:t>
      </w:r>
      <w:r w:rsidRPr="005117ED">
        <w:rPr>
          <w:rFonts w:cs="Sakkal Majalla"/>
          <w:color w:val="000000" w:themeColor="text1"/>
          <w:sz w:val="38"/>
          <w:szCs w:val="38"/>
        </w:rPr>
        <w:t>2002</w:t>
      </w:r>
      <w:r w:rsidRPr="005117ED">
        <w:rPr>
          <w:rFonts w:cs="Sakkal Majalla"/>
          <w:color w:val="000000" w:themeColor="text1"/>
          <w:sz w:val="38"/>
          <w:szCs w:val="38"/>
          <w:rtl/>
        </w:rPr>
        <w:t xml:space="preserve">؛ الفاعوري، </w:t>
      </w:r>
      <w:r w:rsidRPr="005117ED">
        <w:rPr>
          <w:rFonts w:cs="Sakkal Majalla"/>
          <w:color w:val="000000" w:themeColor="text1"/>
          <w:sz w:val="38"/>
          <w:szCs w:val="38"/>
        </w:rPr>
        <w:t>2005</w:t>
      </w:r>
      <w:r w:rsidRPr="005117ED">
        <w:rPr>
          <w:rFonts w:cs="Sakkal Majalla"/>
          <w:color w:val="000000" w:themeColor="text1"/>
          <w:sz w:val="38"/>
          <w:szCs w:val="38"/>
          <w:rtl/>
        </w:rPr>
        <w:t xml:space="preserve">؛ العتيبي، </w:t>
      </w:r>
      <w:r w:rsidRPr="005117ED">
        <w:rPr>
          <w:rFonts w:cs="Sakkal Majalla"/>
          <w:color w:val="000000" w:themeColor="text1"/>
          <w:sz w:val="38"/>
          <w:szCs w:val="38"/>
        </w:rPr>
        <w:t>2016</w:t>
      </w:r>
      <w:r w:rsidRPr="005117ED">
        <w:rPr>
          <w:rFonts w:cs="Sakkal Majalla"/>
          <w:color w:val="000000" w:themeColor="text1"/>
          <w:sz w:val="38"/>
          <w:szCs w:val="38"/>
          <w:rtl/>
        </w:rPr>
        <w:t xml:space="preserve">؛ </w:t>
      </w:r>
      <w:r w:rsidRPr="005117ED">
        <w:rPr>
          <w:rFonts w:cs="Sakkal Majalla"/>
          <w:color w:val="000000" w:themeColor="text1"/>
          <w:sz w:val="38"/>
          <w:szCs w:val="38"/>
        </w:rPr>
        <w:t xml:space="preserve">Bass &amp; </w:t>
      </w:r>
      <w:proofErr w:type="spellStart"/>
      <w:r w:rsidRPr="005117ED">
        <w:rPr>
          <w:rFonts w:cs="Sakkal Majalla"/>
          <w:color w:val="000000" w:themeColor="text1"/>
          <w:sz w:val="38"/>
          <w:szCs w:val="38"/>
        </w:rPr>
        <w:t>Riggio</w:t>
      </w:r>
      <w:proofErr w:type="spellEnd"/>
      <w:r w:rsidRPr="005117ED">
        <w:rPr>
          <w:rFonts w:cs="Sakkal Majalla"/>
          <w:color w:val="000000" w:themeColor="text1"/>
          <w:sz w:val="38"/>
          <w:szCs w:val="38"/>
        </w:rPr>
        <w:t>, 2006</w:t>
      </w:r>
      <w:proofErr w:type="gramStart"/>
      <w:r w:rsidRPr="005117ED">
        <w:rPr>
          <w:rFonts w:cs="Sakkal Majalla" w:hint="cs"/>
          <w:color w:val="000000" w:themeColor="text1"/>
          <w:sz w:val="38"/>
          <w:szCs w:val="38"/>
          <w:rtl/>
        </w:rPr>
        <w:t>) .</w:t>
      </w:r>
      <w:proofErr w:type="gramEnd"/>
    </w:p>
    <w:p w:rsidR="00BB6C80" w:rsidRPr="005117ED" w:rsidRDefault="00BB6C80" w:rsidP="00BB6C80">
      <w:pPr>
        <w:spacing w:before="0"/>
        <w:ind w:firstLine="720"/>
        <w:jc w:val="both"/>
        <w:rPr>
          <w:rFonts w:cs="Sakkal Majalla"/>
          <w:color w:val="000000" w:themeColor="text1"/>
          <w:sz w:val="38"/>
          <w:szCs w:val="38"/>
        </w:rPr>
      </w:pPr>
      <w:r w:rsidRPr="005117ED">
        <w:rPr>
          <w:rFonts w:cs="Sakkal Majalla"/>
          <w:color w:val="000000" w:themeColor="text1"/>
          <w:sz w:val="38"/>
          <w:szCs w:val="38"/>
          <w:rtl/>
        </w:rPr>
        <w:t xml:space="preserve">وقد روعي في هذا الإطار تجنب التكرار بين الصياغات السابقة، ودمج الفقرات ذات المعنى الواحد في بناء متسلسل، مع توثيق الفقرات ذات الطبيعة النظرية أو الإحصائية أو التنظيمية بمراجع عربية أولًا كلما أمكن، ثم بالمراجع الأجنبية المؤسسة أو الداعمة، حتى يظهر الفصل في صورة أقرب إلى متطلبات رسائل الماجستير من حيث الترابط والمنهجية والتوثيق </w:t>
      </w:r>
      <w:r w:rsidRPr="005117ED">
        <w:rPr>
          <w:rFonts w:cs="Sakkal Majalla" w:hint="cs"/>
          <w:color w:val="000000" w:themeColor="text1"/>
          <w:sz w:val="38"/>
          <w:szCs w:val="38"/>
          <w:rtl/>
        </w:rPr>
        <w:t>(</w:t>
      </w:r>
      <w:r w:rsidRPr="005117ED">
        <w:rPr>
          <w:rFonts w:cs="Sakkal Majalla"/>
          <w:color w:val="000000" w:themeColor="text1"/>
          <w:sz w:val="38"/>
          <w:szCs w:val="38"/>
          <w:rtl/>
        </w:rPr>
        <w:t xml:space="preserve">الرشيدي، </w:t>
      </w:r>
      <w:r w:rsidRPr="005117ED">
        <w:rPr>
          <w:rFonts w:cs="Sakkal Majalla"/>
          <w:color w:val="000000" w:themeColor="text1"/>
          <w:sz w:val="38"/>
          <w:szCs w:val="38"/>
        </w:rPr>
        <w:t>2018</w:t>
      </w:r>
      <w:r w:rsidRPr="005117ED">
        <w:rPr>
          <w:rFonts w:cs="Sakkal Majalla"/>
          <w:color w:val="000000" w:themeColor="text1"/>
          <w:sz w:val="38"/>
          <w:szCs w:val="38"/>
          <w:rtl/>
        </w:rPr>
        <w:t xml:space="preserve">؛ جارحي وآخرون، </w:t>
      </w:r>
      <w:r w:rsidRPr="005117ED">
        <w:rPr>
          <w:rFonts w:cs="Sakkal Majalla"/>
          <w:color w:val="000000" w:themeColor="text1"/>
          <w:sz w:val="38"/>
          <w:szCs w:val="38"/>
        </w:rPr>
        <w:t>2019</w:t>
      </w:r>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Pr>
        <w:t>Amabile</w:t>
      </w:r>
      <w:proofErr w:type="spellEnd"/>
      <w:r w:rsidRPr="005117ED">
        <w:rPr>
          <w:rFonts w:cs="Sakkal Majalla"/>
          <w:color w:val="000000" w:themeColor="text1"/>
          <w:sz w:val="38"/>
          <w:szCs w:val="38"/>
        </w:rPr>
        <w:t>, 1996</w:t>
      </w:r>
      <w:r w:rsidRPr="005117ED">
        <w:rPr>
          <w:rFonts w:cs="Sakkal Majalla"/>
          <w:color w:val="000000" w:themeColor="text1"/>
          <w:sz w:val="38"/>
          <w:szCs w:val="38"/>
          <w:rtl/>
        </w:rPr>
        <w:t xml:space="preserve">؛ </w:t>
      </w:r>
      <w:r w:rsidRPr="005117ED">
        <w:rPr>
          <w:rFonts w:cs="Sakkal Majalla"/>
          <w:color w:val="000000" w:themeColor="text1"/>
          <w:sz w:val="38"/>
          <w:szCs w:val="38"/>
        </w:rPr>
        <w:t>Woodman, Sawyer &amp; Griffin, 1993</w:t>
      </w:r>
      <w:r w:rsidRPr="005117ED">
        <w:rPr>
          <w:rFonts w:cs="Sakkal Majalla" w:hint="cs"/>
          <w:color w:val="000000" w:themeColor="text1"/>
          <w:sz w:val="38"/>
          <w:szCs w:val="38"/>
          <w:rtl/>
        </w:rPr>
        <w:t>)</w:t>
      </w:r>
      <w:r w:rsidRPr="005117ED">
        <w:rPr>
          <w:rFonts w:cs="Sakkal Majalla"/>
          <w:color w:val="000000" w:themeColor="text1"/>
          <w:sz w:val="38"/>
          <w:szCs w:val="38"/>
        </w:rPr>
        <w:t>.</w:t>
      </w:r>
    </w:p>
    <w:p w:rsidR="00BB6C80" w:rsidRPr="005117ED" w:rsidRDefault="00BB6C80" w:rsidP="00BB6C80">
      <w:pPr>
        <w:spacing w:before="0"/>
        <w:ind w:firstLine="0"/>
        <w:jc w:val="both"/>
        <w:rPr>
          <w:rFonts w:cs="Sakkal Majalla"/>
          <w:b/>
          <w:bCs/>
          <w:color w:val="000000" w:themeColor="text1"/>
          <w:sz w:val="38"/>
          <w:szCs w:val="38"/>
          <w:rtl/>
        </w:rPr>
      </w:pPr>
    </w:p>
    <w:p w:rsidR="00BB6C80" w:rsidRPr="005117ED" w:rsidRDefault="00BB6C80" w:rsidP="00BB6C80">
      <w:pPr>
        <w:spacing w:before="0"/>
        <w:ind w:firstLine="0"/>
        <w:jc w:val="center"/>
        <w:rPr>
          <w:rFonts w:cs="Sakkal Majalla"/>
          <w:color w:val="000000" w:themeColor="text1"/>
          <w:sz w:val="38"/>
          <w:szCs w:val="38"/>
        </w:rPr>
      </w:pPr>
      <w:r w:rsidRPr="005117ED">
        <w:rPr>
          <w:rFonts w:cs="Sakkal Majalla"/>
          <w:b/>
          <w:bCs/>
          <w:color w:val="000000" w:themeColor="text1"/>
          <w:sz w:val="38"/>
          <w:szCs w:val="38"/>
          <w:rtl/>
        </w:rPr>
        <w:t xml:space="preserve">المبحث </w:t>
      </w:r>
      <w:proofErr w:type="gramStart"/>
      <w:r w:rsidRPr="005117ED">
        <w:rPr>
          <w:rFonts w:cs="Sakkal Majalla"/>
          <w:b/>
          <w:bCs/>
          <w:color w:val="000000" w:themeColor="text1"/>
          <w:sz w:val="38"/>
          <w:szCs w:val="38"/>
          <w:rtl/>
        </w:rPr>
        <w:t>الأول</w:t>
      </w:r>
      <w:r w:rsidRPr="005117ED">
        <w:rPr>
          <w:rFonts w:cs="Sakkal Majalla"/>
          <w:b/>
          <w:color w:val="000000" w:themeColor="text1"/>
          <w:sz w:val="38"/>
          <w:szCs w:val="38"/>
        </w:rPr>
        <w:t xml:space="preserve">: </w:t>
      </w:r>
      <w:r w:rsidR="0029517D" w:rsidRPr="005117ED">
        <w:rPr>
          <w:rFonts w:cs="Sakkal Majalla" w:hint="cs"/>
          <w:b/>
          <w:color w:val="000000" w:themeColor="text1"/>
          <w:sz w:val="38"/>
          <w:szCs w:val="38"/>
          <w:rtl/>
        </w:rPr>
        <w:t xml:space="preserve"> </w:t>
      </w:r>
      <w:r w:rsidRPr="005117ED">
        <w:rPr>
          <w:rFonts w:cs="Sakkal Majalla"/>
          <w:b/>
          <w:bCs/>
          <w:color w:val="000000" w:themeColor="text1"/>
          <w:sz w:val="38"/>
          <w:szCs w:val="38"/>
          <w:rtl/>
        </w:rPr>
        <w:t>القيادة</w:t>
      </w:r>
      <w:proofErr w:type="gramEnd"/>
      <w:r w:rsidRPr="005117ED">
        <w:rPr>
          <w:rFonts w:cs="Sakkal Majalla"/>
          <w:b/>
          <w:bCs/>
          <w:color w:val="000000" w:themeColor="text1"/>
          <w:sz w:val="38"/>
          <w:szCs w:val="38"/>
          <w:rtl/>
        </w:rPr>
        <w:t xml:space="preserve"> التحويلية</w:t>
      </w:r>
    </w:p>
    <w:p w:rsidR="00BB6C80" w:rsidRPr="005117ED" w:rsidRDefault="00BB6C80" w:rsidP="0029517D">
      <w:pPr>
        <w:spacing w:before="0"/>
        <w:ind w:firstLine="0"/>
        <w:jc w:val="left"/>
        <w:outlineLvl w:val="0"/>
        <w:rPr>
          <w:rFonts w:eastAsia="Times New Roman" w:cs="Sakkal Majalla"/>
          <w:b/>
          <w:bCs/>
          <w:color w:val="000000" w:themeColor="text1"/>
          <w:sz w:val="40"/>
          <w:szCs w:val="40"/>
        </w:rPr>
      </w:pPr>
      <w:bookmarkStart w:id="27" w:name="_Toc233321979"/>
      <w:r w:rsidRPr="005117ED">
        <w:rPr>
          <w:rFonts w:eastAsia="Times New Roman" w:cs="Sakkal Majalla"/>
          <w:b/>
          <w:bCs/>
          <w:color w:val="000000" w:themeColor="text1"/>
          <w:sz w:val="40"/>
          <w:szCs w:val="40"/>
        </w:rPr>
        <w:t xml:space="preserve">2-1-1 </w:t>
      </w:r>
      <w:r w:rsidRPr="005117ED">
        <w:rPr>
          <w:rFonts w:eastAsia="Times New Roman" w:cs="Sakkal Majalla"/>
          <w:b/>
          <w:bCs/>
          <w:color w:val="000000" w:themeColor="text1"/>
          <w:sz w:val="40"/>
          <w:szCs w:val="40"/>
          <w:rtl/>
        </w:rPr>
        <w:t>تطور الفكر القيادي ونشأة المدخل التحويلي</w:t>
      </w:r>
      <w:r w:rsidRPr="005117ED">
        <w:rPr>
          <w:rFonts w:eastAsia="Times New Roman" w:cs="Sakkal Majalla" w:hint="cs"/>
          <w:b/>
          <w:bCs/>
          <w:color w:val="000000" w:themeColor="text1"/>
          <w:sz w:val="40"/>
          <w:szCs w:val="40"/>
          <w:rtl/>
        </w:rPr>
        <w:t>:</w:t>
      </w:r>
      <w:bookmarkEnd w:id="27"/>
      <w:r w:rsidRPr="005117ED">
        <w:rPr>
          <w:rFonts w:eastAsia="Times New Roman" w:cs="Sakkal Majalla" w:hint="cs"/>
          <w:b/>
          <w:bCs/>
          <w:color w:val="000000" w:themeColor="text1"/>
          <w:sz w:val="40"/>
          <w:szCs w:val="40"/>
          <w:rtl/>
        </w:rPr>
        <w:t xml:space="preserve"> </w:t>
      </w:r>
    </w:p>
    <w:p w:rsidR="00BB6C80" w:rsidRPr="005117ED" w:rsidRDefault="00BB6C80" w:rsidP="0029517D">
      <w:pPr>
        <w:spacing w:before="0"/>
        <w:ind w:firstLine="720"/>
        <w:jc w:val="both"/>
        <w:rPr>
          <w:rFonts w:cs="Sakkal Majalla"/>
          <w:color w:val="000000" w:themeColor="text1"/>
          <w:sz w:val="38"/>
          <w:szCs w:val="38"/>
        </w:rPr>
      </w:pPr>
      <w:r w:rsidRPr="005117ED">
        <w:rPr>
          <w:rFonts w:cs="Sakkal Majalla"/>
          <w:color w:val="000000" w:themeColor="text1"/>
          <w:sz w:val="38"/>
          <w:szCs w:val="38"/>
          <w:rtl/>
        </w:rPr>
        <w:t xml:space="preserve">تطورت دراسة القيادة من التركيز على السمات الشخصية للقائد إلى تحليل السلوك القيادي، ثم إلى النظريات </w:t>
      </w:r>
      <w:proofErr w:type="spellStart"/>
      <w:r w:rsidRPr="005117ED">
        <w:rPr>
          <w:rFonts w:cs="Sakkal Majalla"/>
          <w:color w:val="000000" w:themeColor="text1"/>
          <w:sz w:val="38"/>
          <w:szCs w:val="38"/>
          <w:rtl/>
        </w:rPr>
        <w:t>الموقفية</w:t>
      </w:r>
      <w:proofErr w:type="spellEnd"/>
      <w:r w:rsidRPr="005117ED">
        <w:rPr>
          <w:rFonts w:cs="Sakkal Majalla"/>
          <w:color w:val="000000" w:themeColor="text1"/>
          <w:sz w:val="38"/>
          <w:szCs w:val="38"/>
          <w:rtl/>
        </w:rPr>
        <w:t xml:space="preserve"> التي ربطت فاعلية القيادة بطبيعة المهمة وخصائص الأتباع والبيئة</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وقد مهد هذا التطور لظهور المداخل الحديثة التي تنظر إلى القيادة بوصفها عملية تأثير في القيم والمعنى والهوية والثقافة التنظيمية، لا مجرد ممارسة سلطة رسمية أو متابعة إدارية للأداء </w:t>
      </w:r>
      <w:r w:rsidR="0029517D" w:rsidRPr="005117ED">
        <w:rPr>
          <w:rFonts w:cs="Sakkal Majalla" w:hint="cs"/>
          <w:color w:val="000000" w:themeColor="text1"/>
          <w:sz w:val="38"/>
          <w:szCs w:val="38"/>
          <w:rtl/>
        </w:rPr>
        <w:t>(</w:t>
      </w:r>
      <w:r w:rsidRPr="005117ED">
        <w:rPr>
          <w:rFonts w:cs="Sakkal Majalla"/>
          <w:color w:val="000000" w:themeColor="text1"/>
          <w:sz w:val="38"/>
          <w:szCs w:val="38"/>
          <w:rtl/>
        </w:rPr>
        <w:t xml:space="preserve">العامري، </w:t>
      </w:r>
      <w:r w:rsidRPr="005117ED">
        <w:rPr>
          <w:rFonts w:cs="Sakkal Majalla"/>
          <w:color w:val="000000" w:themeColor="text1"/>
          <w:sz w:val="38"/>
          <w:szCs w:val="38"/>
        </w:rPr>
        <w:t>2002</w:t>
      </w:r>
      <w:r w:rsidRPr="005117ED">
        <w:rPr>
          <w:rFonts w:cs="Sakkal Majalla"/>
          <w:color w:val="000000" w:themeColor="text1"/>
          <w:sz w:val="38"/>
          <w:szCs w:val="38"/>
          <w:rtl/>
        </w:rPr>
        <w:t xml:space="preserve">؛ </w:t>
      </w:r>
      <w:r w:rsidRPr="005117ED">
        <w:rPr>
          <w:rFonts w:cs="Sakkal Majalla"/>
          <w:color w:val="000000" w:themeColor="text1"/>
          <w:sz w:val="38"/>
          <w:szCs w:val="38"/>
        </w:rPr>
        <w:t>Burns, 1978</w:t>
      </w:r>
      <w:r w:rsidRPr="005117ED">
        <w:rPr>
          <w:rFonts w:cs="Sakkal Majalla"/>
          <w:color w:val="000000" w:themeColor="text1"/>
          <w:sz w:val="38"/>
          <w:szCs w:val="38"/>
          <w:rtl/>
        </w:rPr>
        <w:t xml:space="preserve">؛ </w:t>
      </w:r>
      <w:r w:rsidRPr="005117ED">
        <w:rPr>
          <w:rFonts w:cs="Sakkal Majalla"/>
          <w:color w:val="000000" w:themeColor="text1"/>
          <w:sz w:val="38"/>
          <w:szCs w:val="38"/>
        </w:rPr>
        <w:t>Bass, 1985</w:t>
      </w:r>
      <w:r w:rsidRPr="005117ED">
        <w:rPr>
          <w:rFonts w:cs="Sakkal Majalla" w:hint="cs"/>
          <w:color w:val="000000" w:themeColor="text1"/>
          <w:sz w:val="38"/>
          <w:szCs w:val="38"/>
          <w:rtl/>
        </w:rPr>
        <w:t>)</w:t>
      </w:r>
      <w:r w:rsidRPr="005117ED">
        <w:rPr>
          <w:rFonts w:cs="Sakkal Majalla"/>
          <w:color w:val="000000" w:themeColor="text1"/>
          <w:sz w:val="38"/>
          <w:szCs w:val="38"/>
        </w:rPr>
        <w:t>.</w:t>
      </w:r>
    </w:p>
    <w:p w:rsidR="00BB6C80" w:rsidRPr="005117ED" w:rsidRDefault="00BB6C80" w:rsidP="0029517D">
      <w:pPr>
        <w:spacing w:before="0"/>
        <w:ind w:firstLine="720"/>
        <w:jc w:val="both"/>
        <w:rPr>
          <w:rFonts w:cs="Sakkal Majalla"/>
          <w:color w:val="000000" w:themeColor="text1"/>
          <w:sz w:val="38"/>
          <w:szCs w:val="38"/>
        </w:rPr>
      </w:pPr>
      <w:r w:rsidRPr="005117ED">
        <w:rPr>
          <w:rFonts w:cs="Sakkal Majalla"/>
          <w:color w:val="000000" w:themeColor="text1"/>
          <w:sz w:val="38"/>
          <w:szCs w:val="38"/>
          <w:rtl/>
        </w:rPr>
        <w:t xml:space="preserve">وقد ميز </w:t>
      </w:r>
      <w:r w:rsidRPr="005117ED">
        <w:rPr>
          <w:rFonts w:cs="Sakkal Majalla"/>
          <w:color w:val="000000" w:themeColor="text1"/>
          <w:sz w:val="38"/>
          <w:szCs w:val="38"/>
        </w:rPr>
        <w:t xml:space="preserve">Burns </w:t>
      </w:r>
      <w:r w:rsidRPr="005117ED">
        <w:rPr>
          <w:rFonts w:cs="Sakkal Majalla"/>
          <w:color w:val="000000" w:themeColor="text1"/>
          <w:sz w:val="38"/>
          <w:szCs w:val="38"/>
          <w:rtl/>
        </w:rPr>
        <w:t>بين القيادة التبادلية التي تقوم على تبادل المنافع والمكافآت مقابل الأداء، والقيادة التحويلية التي ترفع مستوى الدافعية والقيم لدى القائد والأتباع معًا</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ثم نقل </w:t>
      </w:r>
      <w:r w:rsidRPr="005117ED">
        <w:rPr>
          <w:rFonts w:cs="Sakkal Majalla"/>
          <w:color w:val="000000" w:themeColor="text1"/>
          <w:sz w:val="38"/>
          <w:szCs w:val="38"/>
        </w:rPr>
        <w:t xml:space="preserve">Bass </w:t>
      </w:r>
      <w:r w:rsidRPr="005117ED">
        <w:rPr>
          <w:rFonts w:cs="Sakkal Majalla"/>
          <w:color w:val="000000" w:themeColor="text1"/>
          <w:sz w:val="38"/>
          <w:szCs w:val="38"/>
          <w:rtl/>
        </w:rPr>
        <w:lastRenderedPageBreak/>
        <w:t xml:space="preserve">المفهوم إلى المجال التنظيمي، وذهب إلى أن القائد التحويلي يستطيع تحفيز أداء يتجاوز التوقعات من خلال التأثير في المعنى والثقة والدافعية الداخلية، وبذلك أصبحت القيادة التحويلية مدخلًا مهمًا في تفسير الالتزام والتغيير والإبداع داخل المنظمات </w:t>
      </w:r>
      <w:r w:rsidR="0029517D" w:rsidRPr="005117ED">
        <w:rPr>
          <w:rFonts w:cs="Sakkal Majalla" w:hint="cs"/>
          <w:color w:val="000000" w:themeColor="text1"/>
          <w:sz w:val="38"/>
          <w:szCs w:val="38"/>
          <w:rtl/>
        </w:rPr>
        <w:t>(</w:t>
      </w:r>
      <w:r w:rsidRPr="005117ED">
        <w:rPr>
          <w:rFonts w:cs="Sakkal Majalla"/>
          <w:color w:val="000000" w:themeColor="text1"/>
          <w:sz w:val="38"/>
          <w:szCs w:val="38"/>
          <w:rtl/>
        </w:rPr>
        <w:t xml:space="preserve">العتيبي، </w:t>
      </w:r>
      <w:r w:rsidRPr="005117ED">
        <w:rPr>
          <w:rFonts w:cs="Sakkal Majalla"/>
          <w:color w:val="000000" w:themeColor="text1"/>
          <w:sz w:val="38"/>
          <w:szCs w:val="38"/>
        </w:rPr>
        <w:t>2016</w:t>
      </w:r>
      <w:r w:rsidRPr="005117ED">
        <w:rPr>
          <w:rFonts w:cs="Sakkal Majalla"/>
          <w:color w:val="000000" w:themeColor="text1"/>
          <w:sz w:val="38"/>
          <w:szCs w:val="38"/>
          <w:rtl/>
        </w:rPr>
        <w:t xml:space="preserve">؛ </w:t>
      </w:r>
      <w:r w:rsidRPr="005117ED">
        <w:rPr>
          <w:rFonts w:cs="Sakkal Majalla"/>
          <w:color w:val="000000" w:themeColor="text1"/>
          <w:sz w:val="38"/>
          <w:szCs w:val="38"/>
        </w:rPr>
        <w:t>Burns, 1978</w:t>
      </w:r>
      <w:r w:rsidRPr="005117ED">
        <w:rPr>
          <w:rFonts w:cs="Sakkal Majalla"/>
          <w:color w:val="000000" w:themeColor="text1"/>
          <w:sz w:val="38"/>
          <w:szCs w:val="38"/>
          <w:rtl/>
        </w:rPr>
        <w:t xml:space="preserve">؛ </w:t>
      </w:r>
      <w:r w:rsidRPr="005117ED">
        <w:rPr>
          <w:rFonts w:cs="Sakkal Majalla"/>
          <w:color w:val="000000" w:themeColor="text1"/>
          <w:sz w:val="38"/>
          <w:szCs w:val="38"/>
        </w:rPr>
        <w:t>Bass, 1985</w:t>
      </w:r>
      <w:r w:rsidR="0029517D" w:rsidRPr="005117ED">
        <w:rPr>
          <w:rFonts w:cs="Sakkal Majalla" w:hint="cs"/>
          <w:color w:val="000000" w:themeColor="text1"/>
          <w:sz w:val="38"/>
          <w:szCs w:val="38"/>
          <w:rtl/>
        </w:rPr>
        <w:t>)</w:t>
      </w:r>
      <w:r w:rsidRPr="005117ED">
        <w:rPr>
          <w:rFonts w:cs="Sakkal Majalla"/>
          <w:color w:val="000000" w:themeColor="text1"/>
          <w:sz w:val="38"/>
          <w:szCs w:val="38"/>
        </w:rPr>
        <w:t>.</w:t>
      </w:r>
    </w:p>
    <w:p w:rsidR="00BB6C80" w:rsidRPr="005117ED" w:rsidRDefault="00BB6C80" w:rsidP="0029517D">
      <w:pPr>
        <w:spacing w:before="0"/>
        <w:ind w:firstLine="720"/>
        <w:jc w:val="both"/>
        <w:rPr>
          <w:rFonts w:cs="Sakkal Majalla"/>
          <w:color w:val="000000" w:themeColor="text1"/>
          <w:sz w:val="38"/>
          <w:szCs w:val="38"/>
        </w:rPr>
      </w:pPr>
      <w:r w:rsidRPr="005117ED">
        <w:rPr>
          <w:rFonts w:cs="Sakkal Majalla"/>
          <w:color w:val="000000" w:themeColor="text1"/>
          <w:sz w:val="38"/>
          <w:szCs w:val="38"/>
          <w:rtl/>
        </w:rPr>
        <w:t>وتطور المفهوم لاحقًا ضمن نموذج القيادة كاملة المدى الذي يضع أنماط القيادة على متصل يبدأ بالقيادة المتروكة، ويمر بالقيادة التبادلية، وينتهي بالقيادة التحويلية</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ولا يعني ذلك إلغاء الممارسات التبادلية؛ فالمنظمات تحتاج إلى وضوح المسؤوليات والمكافآت والمتابعة، لكن القيادة التحويلية تضيف إليها بعدًا يتعلق ببناء الرؤية والثقة والتعلم والتطوير </w:t>
      </w:r>
      <w:r w:rsidR="0029517D" w:rsidRPr="005117ED">
        <w:rPr>
          <w:rFonts w:cs="Sakkal Majalla" w:hint="cs"/>
          <w:color w:val="000000" w:themeColor="text1"/>
          <w:sz w:val="38"/>
          <w:szCs w:val="38"/>
          <w:rtl/>
        </w:rPr>
        <w:t>(</w:t>
      </w:r>
      <w:proofErr w:type="spellStart"/>
      <w:r w:rsidRPr="005117ED">
        <w:rPr>
          <w:rFonts w:cs="Sakkal Majalla"/>
          <w:color w:val="000000" w:themeColor="text1"/>
          <w:sz w:val="38"/>
          <w:szCs w:val="38"/>
          <w:rtl/>
        </w:rPr>
        <w:t>بوبنديرة</w:t>
      </w:r>
      <w:proofErr w:type="spellEnd"/>
      <w:r w:rsidRPr="005117ED">
        <w:rPr>
          <w:rFonts w:cs="Sakkal Majalla"/>
          <w:color w:val="000000" w:themeColor="text1"/>
          <w:sz w:val="38"/>
          <w:szCs w:val="38"/>
          <w:rtl/>
        </w:rPr>
        <w:t xml:space="preserve">، </w:t>
      </w:r>
      <w:r w:rsidRPr="005117ED">
        <w:rPr>
          <w:rFonts w:cs="Sakkal Majalla"/>
          <w:color w:val="000000" w:themeColor="text1"/>
          <w:sz w:val="38"/>
          <w:szCs w:val="38"/>
        </w:rPr>
        <w:t>2017</w:t>
      </w:r>
      <w:r w:rsidRPr="005117ED">
        <w:rPr>
          <w:rFonts w:cs="Sakkal Majalla"/>
          <w:color w:val="000000" w:themeColor="text1"/>
          <w:sz w:val="38"/>
          <w:szCs w:val="38"/>
          <w:rtl/>
        </w:rPr>
        <w:t xml:space="preserve">؛ </w:t>
      </w:r>
      <w:r w:rsidRPr="005117ED">
        <w:rPr>
          <w:rFonts w:cs="Sakkal Majalla"/>
          <w:color w:val="000000" w:themeColor="text1"/>
          <w:sz w:val="38"/>
          <w:szCs w:val="38"/>
        </w:rPr>
        <w:t xml:space="preserve">Bass &amp; </w:t>
      </w:r>
      <w:proofErr w:type="spellStart"/>
      <w:r w:rsidRPr="005117ED">
        <w:rPr>
          <w:rFonts w:cs="Sakkal Majalla"/>
          <w:color w:val="000000" w:themeColor="text1"/>
          <w:sz w:val="38"/>
          <w:szCs w:val="38"/>
        </w:rPr>
        <w:t>Avolio</w:t>
      </w:r>
      <w:proofErr w:type="spellEnd"/>
      <w:r w:rsidRPr="005117ED">
        <w:rPr>
          <w:rFonts w:cs="Sakkal Majalla"/>
          <w:color w:val="000000" w:themeColor="text1"/>
          <w:sz w:val="38"/>
          <w:szCs w:val="38"/>
        </w:rPr>
        <w:t>, 1993</w:t>
      </w:r>
      <w:r w:rsidRPr="005117ED">
        <w:rPr>
          <w:rFonts w:cs="Sakkal Majalla"/>
          <w:color w:val="000000" w:themeColor="text1"/>
          <w:sz w:val="38"/>
          <w:szCs w:val="38"/>
          <w:rtl/>
        </w:rPr>
        <w:t xml:space="preserve">؛ </w:t>
      </w:r>
      <w:r w:rsidRPr="005117ED">
        <w:rPr>
          <w:rFonts w:cs="Sakkal Majalla"/>
          <w:color w:val="000000" w:themeColor="text1"/>
          <w:sz w:val="38"/>
          <w:szCs w:val="38"/>
        </w:rPr>
        <w:t xml:space="preserve">Bass &amp; </w:t>
      </w:r>
      <w:proofErr w:type="spellStart"/>
      <w:r w:rsidRPr="005117ED">
        <w:rPr>
          <w:rFonts w:cs="Sakkal Majalla"/>
          <w:color w:val="000000" w:themeColor="text1"/>
          <w:sz w:val="38"/>
          <w:szCs w:val="38"/>
        </w:rPr>
        <w:t>Riggio</w:t>
      </w:r>
      <w:proofErr w:type="spellEnd"/>
      <w:r w:rsidRPr="005117ED">
        <w:rPr>
          <w:rFonts w:cs="Sakkal Majalla"/>
          <w:color w:val="000000" w:themeColor="text1"/>
          <w:sz w:val="38"/>
          <w:szCs w:val="38"/>
        </w:rPr>
        <w:t>, 2006</w:t>
      </w:r>
      <w:r w:rsidR="0029517D" w:rsidRPr="005117ED">
        <w:rPr>
          <w:rFonts w:cs="Sakkal Majalla" w:hint="cs"/>
          <w:color w:val="000000" w:themeColor="text1"/>
          <w:sz w:val="38"/>
          <w:szCs w:val="38"/>
          <w:rtl/>
        </w:rPr>
        <w:t>)</w:t>
      </w:r>
      <w:r w:rsidRPr="005117ED">
        <w:rPr>
          <w:rFonts w:cs="Sakkal Majalla"/>
          <w:color w:val="000000" w:themeColor="text1"/>
          <w:sz w:val="38"/>
          <w:szCs w:val="38"/>
        </w:rPr>
        <w:t>.</w:t>
      </w:r>
    </w:p>
    <w:p w:rsidR="00BB6C80" w:rsidRPr="005117ED" w:rsidRDefault="00BB6C80" w:rsidP="0029517D">
      <w:pPr>
        <w:spacing w:before="0"/>
        <w:ind w:firstLine="0"/>
        <w:jc w:val="left"/>
        <w:outlineLvl w:val="0"/>
        <w:rPr>
          <w:rFonts w:eastAsia="Times New Roman" w:cs="Sakkal Majalla"/>
          <w:b/>
          <w:bCs/>
          <w:color w:val="000000" w:themeColor="text1"/>
          <w:sz w:val="40"/>
          <w:szCs w:val="40"/>
        </w:rPr>
      </w:pPr>
      <w:bookmarkStart w:id="28" w:name="_Toc233321980"/>
      <w:r w:rsidRPr="005117ED">
        <w:rPr>
          <w:rFonts w:eastAsia="Times New Roman" w:cs="Sakkal Majalla"/>
          <w:b/>
          <w:bCs/>
          <w:color w:val="000000" w:themeColor="text1"/>
          <w:sz w:val="40"/>
          <w:szCs w:val="40"/>
        </w:rPr>
        <w:t xml:space="preserve">2-1-2 </w:t>
      </w:r>
      <w:r w:rsidRPr="005117ED">
        <w:rPr>
          <w:rFonts w:eastAsia="Times New Roman" w:cs="Sakkal Majalla"/>
          <w:b/>
          <w:bCs/>
          <w:color w:val="000000" w:themeColor="text1"/>
          <w:sz w:val="40"/>
          <w:szCs w:val="40"/>
          <w:rtl/>
        </w:rPr>
        <w:t>مفهوم القيادة التحويلية وخصائصها</w:t>
      </w:r>
      <w:r w:rsidR="0029517D" w:rsidRPr="005117ED">
        <w:rPr>
          <w:rFonts w:eastAsia="Times New Roman" w:cs="Sakkal Majalla" w:hint="cs"/>
          <w:b/>
          <w:bCs/>
          <w:color w:val="000000" w:themeColor="text1"/>
          <w:sz w:val="40"/>
          <w:szCs w:val="40"/>
          <w:rtl/>
        </w:rPr>
        <w:t>:</w:t>
      </w:r>
      <w:bookmarkEnd w:id="28"/>
      <w:r w:rsidR="0029517D" w:rsidRPr="005117ED">
        <w:rPr>
          <w:rFonts w:eastAsia="Times New Roman" w:cs="Sakkal Majalla" w:hint="cs"/>
          <w:b/>
          <w:bCs/>
          <w:color w:val="000000" w:themeColor="text1"/>
          <w:sz w:val="40"/>
          <w:szCs w:val="40"/>
          <w:rtl/>
        </w:rPr>
        <w:t xml:space="preserve"> </w:t>
      </w:r>
    </w:p>
    <w:p w:rsidR="00BB6C80" w:rsidRPr="005117ED" w:rsidRDefault="00BB6C80" w:rsidP="0029517D">
      <w:pPr>
        <w:spacing w:before="0"/>
        <w:ind w:firstLine="720"/>
        <w:jc w:val="both"/>
        <w:rPr>
          <w:rFonts w:cs="Sakkal Majalla"/>
          <w:color w:val="000000" w:themeColor="text1"/>
          <w:sz w:val="38"/>
          <w:szCs w:val="38"/>
        </w:rPr>
      </w:pPr>
      <w:r w:rsidRPr="005117ED">
        <w:rPr>
          <w:rFonts w:cs="Sakkal Majalla"/>
          <w:color w:val="000000" w:themeColor="text1"/>
          <w:sz w:val="38"/>
          <w:szCs w:val="38"/>
          <w:rtl/>
        </w:rPr>
        <w:t>يمكن تعريف القيادة التحويلية بأنها عملية تأثير مقصودة يعمل من خلالها القائد على بناء رؤية مشتركة، ورفع مستوى الدافعية والالتزام، وإعادة توجيه الاهتمامات الفردية نحو غايات تنظيمية أوسع، مع تمكين العاملين من التفكير المستقل وتطوير قدراتهم</w:t>
      </w:r>
      <w:r w:rsidRPr="005117ED">
        <w:rPr>
          <w:rFonts w:cs="Sakkal Majalla"/>
          <w:color w:val="000000" w:themeColor="text1"/>
          <w:sz w:val="38"/>
          <w:szCs w:val="38"/>
        </w:rPr>
        <w:t xml:space="preserve">. </w:t>
      </w:r>
      <w:r w:rsidRPr="005117ED">
        <w:rPr>
          <w:rFonts w:cs="Sakkal Majalla"/>
          <w:color w:val="000000" w:themeColor="text1"/>
          <w:sz w:val="38"/>
          <w:szCs w:val="38"/>
          <w:rtl/>
        </w:rPr>
        <w:t>ويجمع هذا التعريف بين ثلاثة عناصر</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اتجاه التأثير، ومضمونه، ونتيجته؛ فاتجاهه لا يقتصر على الاتصال من أعلى إلى أسفل، بل يتضمن تفاعلًا يعيد تشكيل توقعات الطرفين، ومضمونه يركز على القيم والمعنى والتعلم، أما نتيجته المتوقعة فتتمثل في أداء يتجاوز الحد الأدنى المتعاقد عليه </w:t>
      </w:r>
      <w:r w:rsidR="0029517D" w:rsidRPr="005117ED">
        <w:rPr>
          <w:rFonts w:cs="Sakkal Majalla" w:hint="cs"/>
          <w:color w:val="000000" w:themeColor="text1"/>
          <w:sz w:val="38"/>
          <w:szCs w:val="38"/>
          <w:rtl/>
        </w:rPr>
        <w:t>(</w:t>
      </w:r>
      <w:r w:rsidRPr="005117ED">
        <w:rPr>
          <w:rFonts w:cs="Sakkal Majalla"/>
          <w:color w:val="000000" w:themeColor="text1"/>
          <w:sz w:val="38"/>
          <w:szCs w:val="38"/>
          <w:rtl/>
        </w:rPr>
        <w:t xml:space="preserve">العامري، </w:t>
      </w:r>
      <w:r w:rsidRPr="005117ED">
        <w:rPr>
          <w:rFonts w:cs="Sakkal Majalla"/>
          <w:color w:val="000000" w:themeColor="text1"/>
          <w:sz w:val="38"/>
          <w:szCs w:val="38"/>
        </w:rPr>
        <w:t>2002</w:t>
      </w:r>
      <w:r w:rsidRPr="005117ED">
        <w:rPr>
          <w:rFonts w:cs="Sakkal Majalla"/>
          <w:color w:val="000000" w:themeColor="text1"/>
          <w:sz w:val="38"/>
          <w:szCs w:val="38"/>
          <w:rtl/>
        </w:rPr>
        <w:t xml:space="preserve">؛ العتيبي، </w:t>
      </w:r>
      <w:r w:rsidRPr="005117ED">
        <w:rPr>
          <w:rFonts w:cs="Sakkal Majalla"/>
          <w:color w:val="000000" w:themeColor="text1"/>
          <w:sz w:val="38"/>
          <w:szCs w:val="38"/>
        </w:rPr>
        <w:t>2016</w:t>
      </w:r>
      <w:r w:rsidRPr="005117ED">
        <w:rPr>
          <w:rFonts w:cs="Sakkal Majalla"/>
          <w:color w:val="000000" w:themeColor="text1"/>
          <w:sz w:val="38"/>
          <w:szCs w:val="38"/>
          <w:rtl/>
        </w:rPr>
        <w:t xml:space="preserve">؛ </w:t>
      </w:r>
      <w:r w:rsidRPr="005117ED">
        <w:rPr>
          <w:rFonts w:cs="Sakkal Majalla"/>
          <w:color w:val="000000" w:themeColor="text1"/>
          <w:sz w:val="38"/>
          <w:szCs w:val="38"/>
        </w:rPr>
        <w:t>Bass, 1985</w:t>
      </w:r>
      <w:r w:rsidRPr="005117ED">
        <w:rPr>
          <w:rFonts w:cs="Sakkal Majalla"/>
          <w:color w:val="000000" w:themeColor="text1"/>
          <w:sz w:val="38"/>
          <w:szCs w:val="38"/>
          <w:rtl/>
        </w:rPr>
        <w:t xml:space="preserve">؛ </w:t>
      </w:r>
      <w:r w:rsidRPr="005117ED">
        <w:rPr>
          <w:rFonts w:cs="Sakkal Majalla"/>
          <w:color w:val="000000" w:themeColor="text1"/>
          <w:sz w:val="38"/>
          <w:szCs w:val="38"/>
        </w:rPr>
        <w:t xml:space="preserve">Bass &amp; </w:t>
      </w:r>
      <w:proofErr w:type="spellStart"/>
      <w:r w:rsidRPr="005117ED">
        <w:rPr>
          <w:rFonts w:cs="Sakkal Majalla"/>
          <w:color w:val="000000" w:themeColor="text1"/>
          <w:sz w:val="38"/>
          <w:szCs w:val="38"/>
        </w:rPr>
        <w:t>Riggio</w:t>
      </w:r>
      <w:proofErr w:type="spellEnd"/>
      <w:r w:rsidRPr="005117ED">
        <w:rPr>
          <w:rFonts w:cs="Sakkal Majalla"/>
          <w:color w:val="000000" w:themeColor="text1"/>
          <w:sz w:val="38"/>
          <w:szCs w:val="38"/>
        </w:rPr>
        <w:t>, 2006</w:t>
      </w:r>
      <w:r w:rsidR="0029517D" w:rsidRPr="005117ED">
        <w:rPr>
          <w:rFonts w:cs="Sakkal Majalla" w:hint="cs"/>
          <w:color w:val="000000" w:themeColor="text1"/>
          <w:sz w:val="38"/>
          <w:szCs w:val="38"/>
          <w:rtl/>
        </w:rPr>
        <w:t>)</w:t>
      </w:r>
      <w:r w:rsidRPr="005117ED">
        <w:rPr>
          <w:rFonts w:cs="Sakkal Majalla"/>
          <w:color w:val="000000" w:themeColor="text1"/>
          <w:sz w:val="38"/>
          <w:szCs w:val="38"/>
        </w:rPr>
        <w:t>.</w:t>
      </w:r>
    </w:p>
    <w:p w:rsidR="00BB6C80" w:rsidRPr="005117ED" w:rsidRDefault="00BB6C80" w:rsidP="0029517D">
      <w:pPr>
        <w:spacing w:before="0"/>
        <w:ind w:firstLine="720"/>
        <w:jc w:val="both"/>
        <w:rPr>
          <w:rFonts w:cs="Sakkal Majalla"/>
          <w:color w:val="000000" w:themeColor="text1"/>
          <w:sz w:val="38"/>
          <w:szCs w:val="38"/>
        </w:rPr>
      </w:pPr>
      <w:r w:rsidRPr="005117ED">
        <w:rPr>
          <w:rFonts w:cs="Sakkal Majalla"/>
          <w:color w:val="000000" w:themeColor="text1"/>
          <w:sz w:val="38"/>
          <w:szCs w:val="38"/>
          <w:rtl/>
        </w:rPr>
        <w:t>وتختلف القيادة التحويلية عن الكاريزما الخالصة؛ فالكاريزما قد تثير الإعجاب والولاء، لكنها لا تضمن بالضرورة تمكين العاملين أو تنمية قدرتهم على النقد والتفكير المستقل</w:t>
      </w:r>
      <w:r w:rsidRPr="005117ED">
        <w:rPr>
          <w:rFonts w:cs="Sakkal Majalla"/>
          <w:color w:val="000000" w:themeColor="text1"/>
          <w:sz w:val="38"/>
          <w:szCs w:val="38"/>
        </w:rPr>
        <w:t xml:space="preserve">. </w:t>
      </w:r>
      <w:r w:rsidRPr="005117ED">
        <w:rPr>
          <w:rFonts w:cs="Sakkal Majalla"/>
          <w:color w:val="000000" w:themeColor="text1"/>
          <w:sz w:val="38"/>
          <w:szCs w:val="38"/>
          <w:rtl/>
        </w:rPr>
        <w:t>أما النموذج التحويلي المتوازن فيجمع بين القدوة الأخلاقية والاستثارة الفكرية والاعتبار الفردي، بحيث لا يصبح القائد مركزًا وحيدًا للمعرفة، بل يعمل على بناء قادة وقدرات جديدة</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وتعد هذه النقطة بالغة الأهمية للإبداع؛ لأن الاعتماد المفرط على شخصية المدير قد يقلل تنوع الأفكار، بينما يهدف التحويل الحقيقي إلى توسيع دائرة المبادرة </w:t>
      </w:r>
      <w:r w:rsidR="0029517D" w:rsidRPr="005117ED">
        <w:rPr>
          <w:rFonts w:cs="Sakkal Majalla" w:hint="cs"/>
          <w:color w:val="000000" w:themeColor="text1"/>
          <w:sz w:val="38"/>
          <w:szCs w:val="38"/>
          <w:rtl/>
        </w:rPr>
        <w:t>(</w:t>
      </w:r>
      <w:r w:rsidRPr="005117ED">
        <w:rPr>
          <w:rFonts w:cs="Sakkal Majalla"/>
          <w:color w:val="000000" w:themeColor="text1"/>
          <w:sz w:val="38"/>
          <w:szCs w:val="38"/>
        </w:rPr>
        <w:t xml:space="preserve">Bass &amp; </w:t>
      </w:r>
      <w:proofErr w:type="spellStart"/>
      <w:r w:rsidRPr="005117ED">
        <w:rPr>
          <w:rFonts w:cs="Sakkal Majalla"/>
          <w:color w:val="000000" w:themeColor="text1"/>
          <w:sz w:val="38"/>
          <w:szCs w:val="38"/>
        </w:rPr>
        <w:t>Steidlmeier</w:t>
      </w:r>
      <w:proofErr w:type="spellEnd"/>
      <w:r w:rsidRPr="005117ED">
        <w:rPr>
          <w:rFonts w:cs="Sakkal Majalla"/>
          <w:color w:val="000000" w:themeColor="text1"/>
          <w:sz w:val="38"/>
          <w:szCs w:val="38"/>
        </w:rPr>
        <w:t>, 1999</w:t>
      </w:r>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Pr>
        <w:t>Eisenbeiß</w:t>
      </w:r>
      <w:proofErr w:type="spellEnd"/>
      <w:r w:rsidRPr="005117ED">
        <w:rPr>
          <w:rFonts w:cs="Sakkal Majalla"/>
          <w:color w:val="000000" w:themeColor="text1"/>
          <w:sz w:val="38"/>
          <w:szCs w:val="38"/>
        </w:rPr>
        <w:t xml:space="preserve"> &amp; </w:t>
      </w:r>
      <w:proofErr w:type="spellStart"/>
      <w:r w:rsidRPr="005117ED">
        <w:rPr>
          <w:rFonts w:cs="Sakkal Majalla"/>
          <w:color w:val="000000" w:themeColor="text1"/>
          <w:sz w:val="38"/>
          <w:szCs w:val="38"/>
        </w:rPr>
        <w:t>Boerner</w:t>
      </w:r>
      <w:proofErr w:type="spellEnd"/>
      <w:r w:rsidRPr="005117ED">
        <w:rPr>
          <w:rFonts w:cs="Sakkal Majalla"/>
          <w:color w:val="000000" w:themeColor="text1"/>
          <w:sz w:val="38"/>
          <w:szCs w:val="38"/>
        </w:rPr>
        <w:t>, 2013</w:t>
      </w:r>
      <w:r w:rsidR="0029517D" w:rsidRPr="005117ED">
        <w:rPr>
          <w:rFonts w:cs="Sakkal Majalla" w:hint="cs"/>
          <w:color w:val="000000" w:themeColor="text1"/>
          <w:sz w:val="38"/>
          <w:szCs w:val="38"/>
          <w:rtl/>
        </w:rPr>
        <w:t>)</w:t>
      </w:r>
      <w:r w:rsidRPr="005117ED">
        <w:rPr>
          <w:rFonts w:cs="Sakkal Majalla"/>
          <w:color w:val="000000" w:themeColor="text1"/>
          <w:sz w:val="38"/>
          <w:szCs w:val="38"/>
        </w:rPr>
        <w:t>.</w:t>
      </w:r>
    </w:p>
    <w:p w:rsidR="00BB6C80" w:rsidRPr="005117ED" w:rsidRDefault="00BB6C80" w:rsidP="0029517D">
      <w:pPr>
        <w:spacing w:before="0"/>
        <w:ind w:firstLine="720"/>
        <w:jc w:val="both"/>
        <w:rPr>
          <w:rFonts w:cs="Sakkal Majalla"/>
          <w:color w:val="000000" w:themeColor="text1"/>
          <w:sz w:val="38"/>
          <w:szCs w:val="38"/>
        </w:rPr>
      </w:pPr>
      <w:r w:rsidRPr="005117ED">
        <w:rPr>
          <w:rFonts w:cs="Sakkal Majalla"/>
          <w:color w:val="000000" w:themeColor="text1"/>
          <w:sz w:val="38"/>
          <w:szCs w:val="38"/>
          <w:rtl/>
        </w:rPr>
        <w:t>كما ينبغي التمييز بين القيادة التحويلية وإدارة التغيير؛ فإدارة التغيير تشمل التخطيط والموارد والجداول والتواصل وتقليل المقاومة، بينما تمثل القيادة التحويلية نمطًا للتأثير يمكن أن يدعم التغيير أو يمارس في الظروف الاعتيادية</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ومع ذلك، يزداد حضورها في أوقات التحول لأن </w:t>
      </w:r>
      <w:r w:rsidRPr="005117ED">
        <w:rPr>
          <w:rFonts w:cs="Sakkal Majalla"/>
          <w:color w:val="000000" w:themeColor="text1"/>
          <w:sz w:val="38"/>
          <w:szCs w:val="38"/>
          <w:rtl/>
        </w:rPr>
        <w:lastRenderedPageBreak/>
        <w:t>الحاجة إلى معنى مشترك وإعادة تفسير المخاطر تكون أكبر</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وفي المنشآت الصغيرة والمتوسطة قد يأخذ التغيير شكل إدخال تقنية جديدة أو إعادة تصميم خدمة أو التوسع في سوق جديد، وكلها مواقف تتطلب إقناعًا وتعلمًا لا مجرد إصدار تعليمات </w:t>
      </w:r>
      <w:r w:rsidR="0029517D" w:rsidRPr="005117ED">
        <w:rPr>
          <w:rFonts w:cs="Sakkal Majalla" w:hint="cs"/>
          <w:color w:val="000000" w:themeColor="text1"/>
          <w:sz w:val="38"/>
          <w:szCs w:val="38"/>
          <w:rtl/>
        </w:rPr>
        <w:t>(</w:t>
      </w:r>
      <w:proofErr w:type="spellStart"/>
      <w:r w:rsidRPr="005117ED">
        <w:rPr>
          <w:rFonts w:cs="Sakkal Majalla"/>
          <w:color w:val="000000" w:themeColor="text1"/>
          <w:sz w:val="38"/>
          <w:szCs w:val="38"/>
          <w:rtl/>
        </w:rPr>
        <w:t>طويهر</w:t>
      </w:r>
      <w:proofErr w:type="spellEnd"/>
      <w:r w:rsidRPr="005117ED">
        <w:rPr>
          <w:rFonts w:cs="Sakkal Majalla"/>
          <w:color w:val="000000" w:themeColor="text1"/>
          <w:sz w:val="38"/>
          <w:szCs w:val="38"/>
          <w:rtl/>
        </w:rPr>
        <w:t xml:space="preserve">، </w:t>
      </w:r>
      <w:r w:rsidRPr="005117ED">
        <w:rPr>
          <w:rFonts w:cs="Sakkal Majalla"/>
          <w:color w:val="000000" w:themeColor="text1"/>
          <w:sz w:val="38"/>
          <w:szCs w:val="38"/>
        </w:rPr>
        <w:t>2017</w:t>
      </w:r>
      <w:r w:rsidRPr="005117ED">
        <w:rPr>
          <w:rFonts w:cs="Sakkal Majalla"/>
          <w:color w:val="000000" w:themeColor="text1"/>
          <w:sz w:val="38"/>
          <w:szCs w:val="38"/>
          <w:rtl/>
        </w:rPr>
        <w:t xml:space="preserve">؛ عطية، </w:t>
      </w:r>
      <w:r w:rsidRPr="005117ED">
        <w:rPr>
          <w:rFonts w:cs="Sakkal Majalla"/>
          <w:color w:val="000000" w:themeColor="text1"/>
          <w:sz w:val="38"/>
          <w:szCs w:val="38"/>
        </w:rPr>
        <w:t>2018</w:t>
      </w:r>
      <w:r w:rsidRPr="005117ED">
        <w:rPr>
          <w:rFonts w:cs="Sakkal Majalla"/>
          <w:color w:val="000000" w:themeColor="text1"/>
          <w:sz w:val="38"/>
          <w:szCs w:val="38"/>
          <w:rtl/>
        </w:rPr>
        <w:t xml:space="preserve">؛ </w:t>
      </w:r>
      <w:r w:rsidRPr="005117ED">
        <w:rPr>
          <w:rFonts w:cs="Sakkal Majalla"/>
          <w:color w:val="000000" w:themeColor="text1"/>
          <w:sz w:val="38"/>
          <w:szCs w:val="38"/>
        </w:rPr>
        <w:t>Kotter, 1996</w:t>
      </w:r>
      <w:r w:rsidRPr="005117ED">
        <w:rPr>
          <w:rFonts w:cs="Sakkal Majalla"/>
          <w:color w:val="000000" w:themeColor="text1"/>
          <w:sz w:val="38"/>
          <w:szCs w:val="38"/>
          <w:rtl/>
        </w:rPr>
        <w:t xml:space="preserve">؛ </w:t>
      </w:r>
      <w:r w:rsidRPr="005117ED">
        <w:rPr>
          <w:rFonts w:cs="Sakkal Majalla"/>
          <w:color w:val="000000" w:themeColor="text1"/>
          <w:sz w:val="38"/>
          <w:szCs w:val="38"/>
        </w:rPr>
        <w:t xml:space="preserve">Bass &amp; </w:t>
      </w:r>
      <w:proofErr w:type="spellStart"/>
      <w:r w:rsidRPr="005117ED">
        <w:rPr>
          <w:rFonts w:cs="Sakkal Majalla"/>
          <w:color w:val="000000" w:themeColor="text1"/>
          <w:sz w:val="38"/>
          <w:szCs w:val="38"/>
        </w:rPr>
        <w:t>Riggio</w:t>
      </w:r>
      <w:proofErr w:type="spellEnd"/>
      <w:r w:rsidRPr="005117ED">
        <w:rPr>
          <w:rFonts w:cs="Sakkal Majalla"/>
          <w:color w:val="000000" w:themeColor="text1"/>
          <w:sz w:val="38"/>
          <w:szCs w:val="38"/>
        </w:rPr>
        <w:t>, 2006</w:t>
      </w:r>
      <w:r w:rsidR="0029517D" w:rsidRPr="005117ED">
        <w:rPr>
          <w:rFonts w:cs="Sakkal Majalla" w:hint="cs"/>
          <w:color w:val="000000" w:themeColor="text1"/>
          <w:sz w:val="38"/>
          <w:szCs w:val="38"/>
          <w:rtl/>
        </w:rPr>
        <w:t>)</w:t>
      </w:r>
      <w:r w:rsidRPr="005117ED">
        <w:rPr>
          <w:rFonts w:cs="Sakkal Majalla"/>
          <w:color w:val="000000" w:themeColor="text1"/>
          <w:sz w:val="38"/>
          <w:szCs w:val="38"/>
        </w:rPr>
        <w:t>.</w:t>
      </w:r>
    </w:p>
    <w:p w:rsidR="00BB6C80" w:rsidRPr="005117ED" w:rsidRDefault="00BB6C80" w:rsidP="00A62B8B">
      <w:pPr>
        <w:spacing w:before="0"/>
        <w:ind w:firstLine="0"/>
        <w:jc w:val="left"/>
        <w:outlineLvl w:val="0"/>
        <w:rPr>
          <w:rFonts w:eastAsia="Times New Roman" w:cs="Sakkal Majalla"/>
          <w:b/>
          <w:bCs/>
          <w:color w:val="000000" w:themeColor="text1"/>
          <w:sz w:val="40"/>
          <w:szCs w:val="40"/>
        </w:rPr>
      </w:pPr>
      <w:bookmarkStart w:id="29" w:name="_Toc233321981"/>
      <w:r w:rsidRPr="005117ED">
        <w:rPr>
          <w:rFonts w:eastAsia="Times New Roman" w:cs="Sakkal Majalla"/>
          <w:b/>
          <w:bCs/>
          <w:color w:val="000000" w:themeColor="text1"/>
          <w:sz w:val="40"/>
          <w:szCs w:val="40"/>
        </w:rPr>
        <w:t>2-1-</w:t>
      </w:r>
      <w:proofErr w:type="gramStart"/>
      <w:r w:rsidRPr="005117ED">
        <w:rPr>
          <w:rFonts w:eastAsia="Times New Roman" w:cs="Sakkal Majalla"/>
          <w:b/>
          <w:bCs/>
          <w:color w:val="000000" w:themeColor="text1"/>
          <w:sz w:val="40"/>
          <w:szCs w:val="40"/>
        </w:rPr>
        <w:t xml:space="preserve">3 </w:t>
      </w:r>
      <w:r w:rsidR="0029517D" w:rsidRPr="005117ED">
        <w:rPr>
          <w:rFonts w:eastAsia="Times New Roman" w:cs="Sakkal Majalla" w:hint="cs"/>
          <w:b/>
          <w:bCs/>
          <w:color w:val="000000" w:themeColor="text1"/>
          <w:sz w:val="40"/>
          <w:szCs w:val="40"/>
          <w:rtl/>
        </w:rPr>
        <w:t xml:space="preserve"> </w:t>
      </w:r>
      <w:r w:rsidRPr="005117ED">
        <w:rPr>
          <w:rFonts w:eastAsia="Times New Roman" w:cs="Sakkal Majalla"/>
          <w:b/>
          <w:bCs/>
          <w:color w:val="000000" w:themeColor="text1"/>
          <w:sz w:val="40"/>
          <w:szCs w:val="40"/>
          <w:rtl/>
        </w:rPr>
        <w:t>أبعاد</w:t>
      </w:r>
      <w:proofErr w:type="gramEnd"/>
      <w:r w:rsidRPr="005117ED">
        <w:rPr>
          <w:rFonts w:eastAsia="Times New Roman" w:cs="Sakkal Majalla"/>
          <w:b/>
          <w:bCs/>
          <w:color w:val="000000" w:themeColor="text1"/>
          <w:sz w:val="40"/>
          <w:szCs w:val="40"/>
          <w:rtl/>
        </w:rPr>
        <w:t xml:space="preserve"> القيادة التحويلية</w:t>
      </w:r>
      <w:r w:rsidR="0029517D" w:rsidRPr="005117ED">
        <w:rPr>
          <w:rFonts w:eastAsia="Times New Roman" w:cs="Sakkal Majalla" w:hint="cs"/>
          <w:b/>
          <w:bCs/>
          <w:color w:val="000000" w:themeColor="text1"/>
          <w:sz w:val="40"/>
          <w:szCs w:val="40"/>
          <w:rtl/>
        </w:rPr>
        <w:t>:</w:t>
      </w:r>
      <w:bookmarkEnd w:id="29"/>
      <w:r w:rsidR="0029517D" w:rsidRPr="005117ED">
        <w:rPr>
          <w:rFonts w:eastAsia="Times New Roman" w:cs="Sakkal Majalla" w:hint="cs"/>
          <w:b/>
          <w:bCs/>
          <w:color w:val="000000" w:themeColor="text1"/>
          <w:sz w:val="40"/>
          <w:szCs w:val="40"/>
          <w:rtl/>
        </w:rPr>
        <w:t xml:space="preserve"> </w:t>
      </w:r>
    </w:p>
    <w:p w:rsidR="00BB6C80" w:rsidRPr="005117ED" w:rsidRDefault="00BB6C80" w:rsidP="0029517D">
      <w:pPr>
        <w:spacing w:before="0"/>
        <w:ind w:firstLine="720"/>
        <w:jc w:val="both"/>
        <w:rPr>
          <w:rFonts w:cs="Sakkal Majalla"/>
          <w:color w:val="000000" w:themeColor="text1"/>
          <w:sz w:val="38"/>
          <w:szCs w:val="38"/>
        </w:rPr>
      </w:pPr>
      <w:r w:rsidRPr="005117ED">
        <w:rPr>
          <w:rFonts w:cs="Sakkal Majalla"/>
          <w:color w:val="000000" w:themeColor="text1"/>
          <w:sz w:val="38"/>
          <w:szCs w:val="38"/>
          <w:rtl/>
        </w:rPr>
        <w:t>تتجسد القيادة التحويلية في أربعة أبعاد رئيسة هي</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التأثير المثالي، والتحفيز </w:t>
      </w:r>
      <w:proofErr w:type="spellStart"/>
      <w:r w:rsidRPr="005117ED">
        <w:rPr>
          <w:rFonts w:cs="Sakkal Majalla"/>
          <w:color w:val="000000" w:themeColor="text1"/>
          <w:sz w:val="38"/>
          <w:szCs w:val="38"/>
          <w:rtl/>
        </w:rPr>
        <w:t>الإلهامي</w:t>
      </w:r>
      <w:proofErr w:type="spellEnd"/>
      <w:r w:rsidRPr="005117ED">
        <w:rPr>
          <w:rFonts w:cs="Sakkal Majalla"/>
          <w:color w:val="000000" w:themeColor="text1"/>
          <w:sz w:val="38"/>
          <w:szCs w:val="38"/>
          <w:rtl/>
        </w:rPr>
        <w:t>، والاستثارة الفكرية، والاعتبار الفردي</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ويكتسب كل بعد أهمية خاصة في تفسير الإبداع؛ فالثقة الأخلاقية تفتح المجال لعرض الأفكار، والرؤية الملهمة توجه الجهد، والاستثارة الفكرية تحفز إعادة التفكير، والاعتبار الفردي ينمي قدرات العاملين ويزيد ثقتهم بقدرتهم على المساهمة </w:t>
      </w:r>
      <w:r w:rsidR="0029517D" w:rsidRPr="005117ED">
        <w:rPr>
          <w:rFonts w:cs="Sakkal Majalla" w:hint="cs"/>
          <w:color w:val="000000" w:themeColor="text1"/>
          <w:sz w:val="38"/>
          <w:szCs w:val="38"/>
          <w:rtl/>
        </w:rPr>
        <w:t>(</w:t>
      </w:r>
      <w:r w:rsidRPr="005117ED">
        <w:rPr>
          <w:rFonts w:cs="Sakkal Majalla"/>
          <w:color w:val="000000" w:themeColor="text1"/>
          <w:sz w:val="38"/>
          <w:szCs w:val="38"/>
          <w:rtl/>
        </w:rPr>
        <w:t xml:space="preserve">الرشيدي، </w:t>
      </w:r>
      <w:r w:rsidRPr="005117ED">
        <w:rPr>
          <w:rFonts w:cs="Sakkal Majalla"/>
          <w:color w:val="000000" w:themeColor="text1"/>
          <w:sz w:val="38"/>
          <w:szCs w:val="38"/>
        </w:rPr>
        <w:t>2018</w:t>
      </w:r>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بوبنديرة</w:t>
      </w:r>
      <w:proofErr w:type="spellEnd"/>
      <w:r w:rsidRPr="005117ED">
        <w:rPr>
          <w:rFonts w:cs="Sakkal Majalla"/>
          <w:color w:val="000000" w:themeColor="text1"/>
          <w:sz w:val="38"/>
          <w:szCs w:val="38"/>
          <w:rtl/>
        </w:rPr>
        <w:t xml:space="preserve">، </w:t>
      </w:r>
      <w:r w:rsidRPr="005117ED">
        <w:rPr>
          <w:rFonts w:cs="Sakkal Majalla"/>
          <w:color w:val="000000" w:themeColor="text1"/>
          <w:sz w:val="38"/>
          <w:szCs w:val="38"/>
        </w:rPr>
        <w:t>2017</w:t>
      </w:r>
      <w:r w:rsidRPr="005117ED">
        <w:rPr>
          <w:rFonts w:cs="Sakkal Majalla"/>
          <w:color w:val="000000" w:themeColor="text1"/>
          <w:sz w:val="38"/>
          <w:szCs w:val="38"/>
          <w:rtl/>
        </w:rPr>
        <w:t xml:space="preserve">؛ </w:t>
      </w:r>
      <w:r w:rsidRPr="005117ED">
        <w:rPr>
          <w:rFonts w:cs="Sakkal Majalla"/>
          <w:color w:val="000000" w:themeColor="text1"/>
          <w:sz w:val="38"/>
          <w:szCs w:val="38"/>
        </w:rPr>
        <w:t xml:space="preserve">Bass &amp; </w:t>
      </w:r>
      <w:proofErr w:type="spellStart"/>
      <w:r w:rsidRPr="005117ED">
        <w:rPr>
          <w:rFonts w:cs="Sakkal Majalla"/>
          <w:color w:val="000000" w:themeColor="text1"/>
          <w:sz w:val="38"/>
          <w:szCs w:val="38"/>
        </w:rPr>
        <w:t>Avolio</w:t>
      </w:r>
      <w:proofErr w:type="spellEnd"/>
      <w:r w:rsidRPr="005117ED">
        <w:rPr>
          <w:rFonts w:cs="Sakkal Majalla"/>
          <w:color w:val="000000" w:themeColor="text1"/>
          <w:sz w:val="38"/>
          <w:szCs w:val="38"/>
        </w:rPr>
        <w:t>, 1993</w:t>
      </w:r>
      <w:r w:rsidRPr="005117ED">
        <w:rPr>
          <w:rFonts w:cs="Sakkal Majalla"/>
          <w:color w:val="000000" w:themeColor="text1"/>
          <w:sz w:val="38"/>
          <w:szCs w:val="38"/>
          <w:rtl/>
        </w:rPr>
        <w:t xml:space="preserve">؛ </w:t>
      </w:r>
      <w:r w:rsidRPr="005117ED">
        <w:rPr>
          <w:rFonts w:cs="Sakkal Majalla"/>
          <w:color w:val="000000" w:themeColor="text1"/>
          <w:sz w:val="38"/>
          <w:szCs w:val="38"/>
        </w:rPr>
        <w:t xml:space="preserve">Bass &amp; </w:t>
      </w:r>
      <w:proofErr w:type="spellStart"/>
      <w:r w:rsidRPr="005117ED">
        <w:rPr>
          <w:rFonts w:cs="Sakkal Majalla"/>
          <w:color w:val="000000" w:themeColor="text1"/>
          <w:sz w:val="38"/>
          <w:szCs w:val="38"/>
        </w:rPr>
        <w:t>Riggio</w:t>
      </w:r>
      <w:proofErr w:type="spellEnd"/>
      <w:r w:rsidRPr="005117ED">
        <w:rPr>
          <w:rFonts w:cs="Sakkal Majalla"/>
          <w:color w:val="000000" w:themeColor="text1"/>
          <w:sz w:val="38"/>
          <w:szCs w:val="38"/>
        </w:rPr>
        <w:t>, 2006</w:t>
      </w:r>
      <w:r w:rsidR="0029517D" w:rsidRPr="005117ED">
        <w:rPr>
          <w:rFonts w:cs="Sakkal Majalla" w:hint="cs"/>
          <w:color w:val="000000" w:themeColor="text1"/>
          <w:sz w:val="38"/>
          <w:szCs w:val="38"/>
          <w:rtl/>
        </w:rPr>
        <w:t>)</w:t>
      </w:r>
      <w:r w:rsidRPr="005117ED">
        <w:rPr>
          <w:rFonts w:cs="Sakkal Majalla"/>
          <w:color w:val="000000" w:themeColor="text1"/>
          <w:sz w:val="38"/>
          <w:szCs w:val="38"/>
        </w:rPr>
        <w:t>.</w:t>
      </w:r>
    </w:p>
    <w:p w:rsidR="0029517D" w:rsidRPr="005117ED" w:rsidRDefault="0029517D" w:rsidP="00BB6C80">
      <w:pPr>
        <w:spacing w:before="0"/>
        <w:ind w:firstLine="0"/>
        <w:jc w:val="both"/>
        <w:rPr>
          <w:rFonts w:cs="Sakkal Majalla"/>
          <w:b/>
          <w:bCs/>
          <w:color w:val="000000" w:themeColor="text1"/>
          <w:sz w:val="38"/>
          <w:szCs w:val="38"/>
          <w:rtl/>
        </w:rPr>
      </w:pPr>
    </w:p>
    <w:p w:rsidR="00BB6C80" w:rsidRPr="005117ED" w:rsidRDefault="00BB6C80" w:rsidP="0029517D">
      <w:pPr>
        <w:spacing w:before="0"/>
        <w:ind w:firstLine="0"/>
        <w:jc w:val="center"/>
        <w:rPr>
          <w:rFonts w:cs="Sakkal Majalla"/>
          <w:color w:val="000000" w:themeColor="text1"/>
          <w:sz w:val="38"/>
          <w:szCs w:val="38"/>
        </w:rPr>
      </w:pPr>
      <w:r w:rsidRPr="005117ED">
        <w:rPr>
          <w:rFonts w:cs="Sakkal Majalla"/>
          <w:b/>
          <w:bCs/>
          <w:color w:val="000000" w:themeColor="text1"/>
          <w:sz w:val="38"/>
          <w:szCs w:val="38"/>
          <w:rtl/>
        </w:rPr>
        <w:t xml:space="preserve">جدول </w:t>
      </w:r>
      <w:r w:rsidRPr="005117ED">
        <w:rPr>
          <w:rFonts w:cs="Sakkal Majalla"/>
          <w:b/>
          <w:color w:val="000000" w:themeColor="text1"/>
          <w:sz w:val="38"/>
          <w:szCs w:val="38"/>
        </w:rPr>
        <w:t>(1</w:t>
      </w:r>
      <w:proofErr w:type="gramStart"/>
      <w:r w:rsidRPr="005117ED">
        <w:rPr>
          <w:rFonts w:cs="Sakkal Majalla"/>
          <w:b/>
          <w:color w:val="000000" w:themeColor="text1"/>
          <w:sz w:val="38"/>
          <w:szCs w:val="38"/>
        </w:rPr>
        <w:t>)</w:t>
      </w:r>
      <w:r w:rsidR="0029517D" w:rsidRPr="005117ED">
        <w:rPr>
          <w:rFonts w:cs="Sakkal Majalla" w:hint="cs"/>
          <w:b/>
          <w:color w:val="000000" w:themeColor="text1"/>
          <w:sz w:val="38"/>
          <w:szCs w:val="38"/>
          <w:rtl/>
        </w:rPr>
        <w:t xml:space="preserve"> </w:t>
      </w:r>
      <w:r w:rsidRPr="005117ED">
        <w:rPr>
          <w:rFonts w:cs="Sakkal Majalla"/>
          <w:b/>
          <w:color w:val="000000" w:themeColor="text1"/>
          <w:sz w:val="38"/>
          <w:szCs w:val="38"/>
        </w:rPr>
        <w:t>:</w:t>
      </w:r>
      <w:proofErr w:type="gramEnd"/>
      <w:r w:rsidR="0029517D" w:rsidRPr="005117ED">
        <w:rPr>
          <w:rFonts w:cs="Sakkal Majalla" w:hint="cs"/>
          <w:b/>
          <w:color w:val="000000" w:themeColor="text1"/>
          <w:sz w:val="38"/>
          <w:szCs w:val="38"/>
          <w:rtl/>
        </w:rPr>
        <w:t xml:space="preserve"> </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أبعاد القيادة التحويلية وآثارها المتوقعة في الإبداع التنظيمي</w:t>
      </w:r>
    </w:p>
    <w:tbl>
      <w:tblPr>
        <w:tblStyle w:val="aa"/>
        <w:bidiVisual/>
        <w:tblW w:w="0" w:type="auto"/>
        <w:jc w:val="center"/>
        <w:tblLook w:val="04A0" w:firstRow="1" w:lastRow="0" w:firstColumn="1" w:lastColumn="0" w:noHBand="0" w:noVBand="1"/>
      </w:tblPr>
      <w:tblGrid>
        <w:gridCol w:w="2016"/>
        <w:gridCol w:w="3544"/>
        <w:gridCol w:w="3966"/>
      </w:tblGrid>
      <w:tr w:rsidR="00BB6C80" w:rsidRPr="005117ED" w:rsidTr="00B23F56">
        <w:trPr>
          <w:jc w:val="center"/>
        </w:trPr>
        <w:tc>
          <w:tcPr>
            <w:tcW w:w="2016" w:type="dxa"/>
            <w:shd w:val="clear" w:color="auto" w:fill="1F4E79"/>
            <w:vAlign w:val="center"/>
          </w:tcPr>
          <w:p w:rsidR="00BB6C80" w:rsidRPr="005117ED" w:rsidRDefault="00BB6C80" w:rsidP="0029517D">
            <w:pPr>
              <w:spacing w:before="0"/>
              <w:ind w:firstLine="0"/>
              <w:jc w:val="center"/>
              <w:rPr>
                <w:rFonts w:cs="Sakkal Majalla"/>
                <w:color w:val="FFFFFF" w:themeColor="background1"/>
                <w:sz w:val="38"/>
                <w:szCs w:val="38"/>
              </w:rPr>
            </w:pPr>
            <w:r w:rsidRPr="005117ED">
              <w:rPr>
                <w:rFonts w:cs="Sakkal Majalla"/>
                <w:b/>
                <w:bCs/>
                <w:color w:val="FFFFFF" w:themeColor="background1"/>
                <w:sz w:val="38"/>
                <w:szCs w:val="38"/>
                <w:rtl/>
              </w:rPr>
              <w:t>البعد</w:t>
            </w:r>
          </w:p>
        </w:tc>
        <w:tc>
          <w:tcPr>
            <w:tcW w:w="3544" w:type="dxa"/>
            <w:shd w:val="clear" w:color="auto" w:fill="1F4E79"/>
            <w:vAlign w:val="center"/>
          </w:tcPr>
          <w:p w:rsidR="00BB6C80" w:rsidRPr="005117ED" w:rsidRDefault="00BB6C80" w:rsidP="0029517D">
            <w:pPr>
              <w:spacing w:before="0"/>
              <w:ind w:firstLine="0"/>
              <w:jc w:val="center"/>
              <w:rPr>
                <w:rFonts w:cs="Sakkal Majalla"/>
                <w:color w:val="FFFFFF" w:themeColor="background1"/>
                <w:sz w:val="38"/>
                <w:szCs w:val="38"/>
              </w:rPr>
            </w:pPr>
            <w:r w:rsidRPr="005117ED">
              <w:rPr>
                <w:rFonts w:cs="Sakkal Majalla"/>
                <w:b/>
                <w:bCs/>
                <w:color w:val="FFFFFF" w:themeColor="background1"/>
                <w:sz w:val="38"/>
                <w:szCs w:val="38"/>
                <w:rtl/>
              </w:rPr>
              <w:t>المعنى الإداري</w:t>
            </w:r>
          </w:p>
        </w:tc>
        <w:tc>
          <w:tcPr>
            <w:tcW w:w="3966" w:type="dxa"/>
            <w:shd w:val="clear" w:color="auto" w:fill="1F4E79"/>
            <w:vAlign w:val="center"/>
          </w:tcPr>
          <w:p w:rsidR="00BB6C80" w:rsidRPr="005117ED" w:rsidRDefault="00BB6C80" w:rsidP="0029517D">
            <w:pPr>
              <w:spacing w:before="0"/>
              <w:ind w:firstLine="0"/>
              <w:jc w:val="center"/>
              <w:rPr>
                <w:rFonts w:cs="Sakkal Majalla"/>
                <w:color w:val="FFFFFF" w:themeColor="background1"/>
                <w:sz w:val="38"/>
                <w:szCs w:val="38"/>
              </w:rPr>
            </w:pPr>
            <w:r w:rsidRPr="005117ED">
              <w:rPr>
                <w:rFonts w:cs="Sakkal Majalla"/>
                <w:b/>
                <w:bCs/>
                <w:color w:val="FFFFFF" w:themeColor="background1"/>
                <w:sz w:val="38"/>
                <w:szCs w:val="38"/>
                <w:rtl/>
              </w:rPr>
              <w:t>الأثر المتوقع في الإبداع</w:t>
            </w:r>
          </w:p>
        </w:tc>
      </w:tr>
      <w:tr w:rsidR="00BB6C80" w:rsidRPr="005117ED" w:rsidTr="00B23F56">
        <w:trPr>
          <w:jc w:val="center"/>
        </w:trPr>
        <w:tc>
          <w:tcPr>
            <w:tcW w:w="2016" w:type="dxa"/>
            <w:vAlign w:val="center"/>
          </w:tcPr>
          <w:p w:rsidR="00BB6C80" w:rsidRPr="005117ED" w:rsidRDefault="00BB6C80" w:rsidP="0029517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التأثير المثالي</w:t>
            </w:r>
          </w:p>
        </w:tc>
        <w:tc>
          <w:tcPr>
            <w:tcW w:w="3544" w:type="dxa"/>
            <w:vAlign w:val="center"/>
          </w:tcPr>
          <w:p w:rsidR="00BB6C80" w:rsidRPr="005117ED" w:rsidRDefault="00BB6C80" w:rsidP="0029517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سلوك القائد كقدوة مهنية وأخلاقية وبناء الثقة والاحترام</w:t>
            </w:r>
            <w:r w:rsidRPr="005117ED">
              <w:rPr>
                <w:rFonts w:cs="Sakkal Majalla"/>
                <w:color w:val="000000" w:themeColor="text1"/>
                <w:sz w:val="38"/>
                <w:szCs w:val="38"/>
              </w:rPr>
              <w:t>.</w:t>
            </w:r>
          </w:p>
        </w:tc>
        <w:tc>
          <w:tcPr>
            <w:tcW w:w="3966" w:type="dxa"/>
            <w:vAlign w:val="center"/>
          </w:tcPr>
          <w:p w:rsidR="00BB6C80" w:rsidRPr="005117ED" w:rsidRDefault="00BB6C80" w:rsidP="0029517D">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يزيد أمان العاملين في طرح الأفكار وتحمل مسؤولية التجريب المنضبط</w:t>
            </w:r>
            <w:r w:rsidRPr="005117ED">
              <w:rPr>
                <w:rFonts w:cs="Sakkal Majalla"/>
                <w:color w:val="000000" w:themeColor="text1"/>
                <w:sz w:val="38"/>
                <w:szCs w:val="38"/>
              </w:rPr>
              <w:t>.</w:t>
            </w:r>
          </w:p>
        </w:tc>
      </w:tr>
      <w:tr w:rsidR="00BB6C80" w:rsidRPr="005117ED" w:rsidTr="00B23F56">
        <w:trPr>
          <w:jc w:val="center"/>
        </w:trPr>
        <w:tc>
          <w:tcPr>
            <w:tcW w:w="2016" w:type="dxa"/>
            <w:vAlign w:val="center"/>
          </w:tcPr>
          <w:p w:rsidR="00BB6C80" w:rsidRPr="005117ED" w:rsidRDefault="00BB6C80" w:rsidP="0029517D">
            <w:pPr>
              <w:spacing w:before="0"/>
              <w:ind w:firstLine="0"/>
              <w:jc w:val="center"/>
              <w:rPr>
                <w:rFonts w:cs="Sakkal Majalla"/>
                <w:color w:val="000000" w:themeColor="text1"/>
                <w:sz w:val="38"/>
                <w:szCs w:val="38"/>
              </w:rPr>
            </w:pPr>
            <w:r w:rsidRPr="005117ED">
              <w:rPr>
                <w:rFonts w:cs="Sakkal Majalla"/>
                <w:color w:val="000000" w:themeColor="text1"/>
                <w:sz w:val="38"/>
                <w:szCs w:val="38"/>
                <w:rtl/>
              </w:rPr>
              <w:t xml:space="preserve">التحفيز </w:t>
            </w:r>
            <w:proofErr w:type="spellStart"/>
            <w:r w:rsidRPr="005117ED">
              <w:rPr>
                <w:rFonts w:cs="Sakkal Majalla"/>
                <w:color w:val="000000" w:themeColor="text1"/>
                <w:sz w:val="38"/>
                <w:szCs w:val="38"/>
                <w:rtl/>
              </w:rPr>
              <w:t>الإلهامي</w:t>
            </w:r>
            <w:proofErr w:type="spellEnd"/>
          </w:p>
        </w:tc>
        <w:tc>
          <w:tcPr>
            <w:tcW w:w="3544" w:type="dxa"/>
            <w:vAlign w:val="center"/>
          </w:tcPr>
          <w:p w:rsidR="00BB6C80" w:rsidRPr="005117ED" w:rsidRDefault="00BB6C80" w:rsidP="0029517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صياغة رؤية مشتركة وربط العمل اليومي بهدف أوسع</w:t>
            </w:r>
            <w:r w:rsidRPr="005117ED">
              <w:rPr>
                <w:rFonts w:cs="Sakkal Majalla"/>
                <w:color w:val="000000" w:themeColor="text1"/>
                <w:sz w:val="38"/>
                <w:szCs w:val="38"/>
              </w:rPr>
              <w:t>.</w:t>
            </w:r>
          </w:p>
        </w:tc>
        <w:tc>
          <w:tcPr>
            <w:tcW w:w="3966" w:type="dxa"/>
            <w:vAlign w:val="center"/>
          </w:tcPr>
          <w:p w:rsidR="00BB6C80" w:rsidRPr="005117ED" w:rsidRDefault="00BB6C80" w:rsidP="0029517D">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يعزز الدافعية الداخلية ويربط الإبداع بأهداف المنشأة</w:t>
            </w:r>
            <w:r w:rsidRPr="005117ED">
              <w:rPr>
                <w:rFonts w:cs="Sakkal Majalla"/>
                <w:color w:val="000000" w:themeColor="text1"/>
                <w:sz w:val="38"/>
                <w:szCs w:val="38"/>
              </w:rPr>
              <w:t>.</w:t>
            </w:r>
          </w:p>
        </w:tc>
      </w:tr>
      <w:tr w:rsidR="00BB6C80" w:rsidRPr="005117ED" w:rsidTr="00B23F56">
        <w:trPr>
          <w:jc w:val="center"/>
        </w:trPr>
        <w:tc>
          <w:tcPr>
            <w:tcW w:w="2016" w:type="dxa"/>
            <w:vAlign w:val="center"/>
          </w:tcPr>
          <w:p w:rsidR="00BB6C80" w:rsidRPr="005117ED" w:rsidRDefault="00BB6C80" w:rsidP="0029517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الاستثارة الفكرية</w:t>
            </w:r>
          </w:p>
        </w:tc>
        <w:tc>
          <w:tcPr>
            <w:tcW w:w="3544" w:type="dxa"/>
            <w:vAlign w:val="center"/>
          </w:tcPr>
          <w:p w:rsidR="00BB6C80" w:rsidRPr="005117ED" w:rsidRDefault="00BB6C80" w:rsidP="0029517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تشجيع التفكير غير التقليدي ومراجعة الافتراضات وطرق العمل</w:t>
            </w:r>
            <w:r w:rsidRPr="005117ED">
              <w:rPr>
                <w:rFonts w:cs="Sakkal Majalla"/>
                <w:color w:val="000000" w:themeColor="text1"/>
                <w:sz w:val="38"/>
                <w:szCs w:val="38"/>
              </w:rPr>
              <w:t>.</w:t>
            </w:r>
          </w:p>
        </w:tc>
        <w:tc>
          <w:tcPr>
            <w:tcW w:w="3966" w:type="dxa"/>
            <w:vAlign w:val="center"/>
          </w:tcPr>
          <w:p w:rsidR="00BB6C80" w:rsidRPr="005117ED" w:rsidRDefault="00BB6C80" w:rsidP="0029517D">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يرفع احتمالات توليد حلول جديدة للمشكلات</w:t>
            </w:r>
            <w:r w:rsidRPr="005117ED">
              <w:rPr>
                <w:rFonts w:cs="Sakkal Majalla"/>
                <w:color w:val="000000" w:themeColor="text1"/>
                <w:sz w:val="38"/>
                <w:szCs w:val="38"/>
              </w:rPr>
              <w:t>.</w:t>
            </w:r>
          </w:p>
        </w:tc>
      </w:tr>
      <w:tr w:rsidR="00BB6C80" w:rsidRPr="005117ED" w:rsidTr="00B23F56">
        <w:trPr>
          <w:jc w:val="center"/>
        </w:trPr>
        <w:tc>
          <w:tcPr>
            <w:tcW w:w="2016" w:type="dxa"/>
            <w:vAlign w:val="center"/>
          </w:tcPr>
          <w:p w:rsidR="00BB6C80" w:rsidRPr="005117ED" w:rsidRDefault="00BB6C80" w:rsidP="0029517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الاعتبار الفردي</w:t>
            </w:r>
          </w:p>
        </w:tc>
        <w:tc>
          <w:tcPr>
            <w:tcW w:w="3544" w:type="dxa"/>
            <w:vAlign w:val="center"/>
          </w:tcPr>
          <w:p w:rsidR="00BB6C80" w:rsidRPr="005117ED" w:rsidRDefault="00BB6C80" w:rsidP="0029517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الاهتمام بالفروق الفردية والتوجيه والتدريب والتغذية الراجعة</w:t>
            </w:r>
            <w:r w:rsidRPr="005117ED">
              <w:rPr>
                <w:rFonts w:cs="Sakkal Majalla"/>
                <w:color w:val="000000" w:themeColor="text1"/>
                <w:sz w:val="38"/>
                <w:szCs w:val="38"/>
              </w:rPr>
              <w:t>.</w:t>
            </w:r>
          </w:p>
        </w:tc>
        <w:tc>
          <w:tcPr>
            <w:tcW w:w="3966" w:type="dxa"/>
            <w:vAlign w:val="center"/>
          </w:tcPr>
          <w:p w:rsidR="00BB6C80" w:rsidRPr="005117ED" w:rsidRDefault="00BB6C80" w:rsidP="0029517D">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يساعد على تطوير القدرات الإبداعية وتشكيل فرق متكاملة</w:t>
            </w:r>
            <w:r w:rsidRPr="005117ED">
              <w:rPr>
                <w:rFonts w:cs="Sakkal Majalla"/>
                <w:color w:val="000000" w:themeColor="text1"/>
                <w:sz w:val="38"/>
                <w:szCs w:val="38"/>
              </w:rPr>
              <w:t>.</w:t>
            </w:r>
          </w:p>
        </w:tc>
      </w:tr>
    </w:tbl>
    <w:p w:rsidR="00BB6C80" w:rsidRPr="005117ED" w:rsidRDefault="0029517D" w:rsidP="00BB6C80">
      <w:pPr>
        <w:spacing w:before="0"/>
        <w:ind w:firstLine="0"/>
        <w:jc w:val="both"/>
        <w:rPr>
          <w:rFonts w:cs="Sakkal Majalla"/>
          <w:color w:val="000000" w:themeColor="text1"/>
          <w:sz w:val="26"/>
          <w:szCs w:val="26"/>
        </w:rPr>
      </w:pPr>
      <w:r w:rsidRPr="005117ED">
        <w:rPr>
          <w:rFonts w:cs="Sakkal Majalla" w:hint="cs"/>
          <w:color w:val="000000" w:themeColor="text1"/>
          <w:sz w:val="26"/>
          <w:szCs w:val="26"/>
          <w:rtl/>
        </w:rPr>
        <w:t>*</w:t>
      </w:r>
      <w:r w:rsidR="00BB6C80" w:rsidRPr="005117ED">
        <w:rPr>
          <w:rFonts w:cs="Sakkal Majalla"/>
          <w:color w:val="000000" w:themeColor="text1"/>
          <w:sz w:val="26"/>
          <w:szCs w:val="26"/>
          <w:rtl/>
        </w:rPr>
        <w:t>المصدر</w:t>
      </w:r>
      <w:r w:rsidR="00BB6C80" w:rsidRPr="005117ED">
        <w:rPr>
          <w:rFonts w:cs="Sakkal Majalla"/>
          <w:color w:val="000000" w:themeColor="text1"/>
          <w:sz w:val="26"/>
          <w:szCs w:val="26"/>
        </w:rPr>
        <w:t xml:space="preserve">: </w:t>
      </w:r>
      <w:r w:rsidR="00BB6C80" w:rsidRPr="005117ED">
        <w:rPr>
          <w:rFonts w:cs="Sakkal Majalla"/>
          <w:color w:val="000000" w:themeColor="text1"/>
          <w:sz w:val="26"/>
          <w:szCs w:val="26"/>
          <w:rtl/>
        </w:rPr>
        <w:t>إعداد الباحث بالاعتماد على</w:t>
      </w:r>
      <w:r w:rsidR="00BB6C80" w:rsidRPr="005117ED">
        <w:rPr>
          <w:rFonts w:cs="Sakkal Majalla"/>
          <w:color w:val="000000" w:themeColor="text1"/>
          <w:sz w:val="26"/>
          <w:szCs w:val="26"/>
        </w:rPr>
        <w:t xml:space="preserve">: </w:t>
      </w:r>
      <w:r w:rsidR="00BB6C80" w:rsidRPr="005117ED">
        <w:rPr>
          <w:rFonts w:cs="Sakkal Majalla"/>
          <w:color w:val="000000" w:themeColor="text1"/>
          <w:sz w:val="26"/>
          <w:szCs w:val="26"/>
          <w:rtl/>
        </w:rPr>
        <w:t xml:space="preserve">العتيبي </w:t>
      </w:r>
      <w:r w:rsidR="00BB6C80" w:rsidRPr="005117ED">
        <w:rPr>
          <w:rFonts w:cs="Sakkal Majalla"/>
          <w:color w:val="000000" w:themeColor="text1"/>
          <w:sz w:val="26"/>
          <w:szCs w:val="26"/>
        </w:rPr>
        <w:t>(2016)</w:t>
      </w:r>
      <w:r w:rsidR="00BB6C80" w:rsidRPr="005117ED">
        <w:rPr>
          <w:rFonts w:cs="Sakkal Majalla"/>
          <w:color w:val="000000" w:themeColor="text1"/>
          <w:sz w:val="26"/>
          <w:szCs w:val="26"/>
          <w:rtl/>
        </w:rPr>
        <w:t xml:space="preserve">، الرشيدي </w:t>
      </w:r>
      <w:r w:rsidR="00BB6C80" w:rsidRPr="005117ED">
        <w:rPr>
          <w:rFonts w:cs="Sakkal Majalla"/>
          <w:color w:val="000000" w:themeColor="text1"/>
          <w:sz w:val="26"/>
          <w:szCs w:val="26"/>
        </w:rPr>
        <w:t>(2018)</w:t>
      </w:r>
      <w:r w:rsidR="00BB6C80" w:rsidRPr="005117ED">
        <w:rPr>
          <w:rFonts w:cs="Sakkal Majalla"/>
          <w:color w:val="000000" w:themeColor="text1"/>
          <w:sz w:val="26"/>
          <w:szCs w:val="26"/>
          <w:rtl/>
        </w:rPr>
        <w:t xml:space="preserve">، </w:t>
      </w:r>
      <w:r w:rsidR="00BB6C80" w:rsidRPr="005117ED">
        <w:rPr>
          <w:rFonts w:cs="Sakkal Majalla"/>
          <w:color w:val="000000" w:themeColor="text1"/>
          <w:sz w:val="26"/>
          <w:szCs w:val="26"/>
        </w:rPr>
        <w:t xml:space="preserve">Bass </w:t>
      </w:r>
      <w:r w:rsidR="00BB6C80" w:rsidRPr="005117ED">
        <w:rPr>
          <w:rFonts w:cs="Sakkal Majalla"/>
          <w:color w:val="000000" w:themeColor="text1"/>
          <w:sz w:val="26"/>
          <w:szCs w:val="26"/>
          <w:rtl/>
        </w:rPr>
        <w:t>و</w:t>
      </w:r>
      <w:proofErr w:type="spellStart"/>
      <w:r w:rsidR="00BB6C80" w:rsidRPr="005117ED">
        <w:rPr>
          <w:rFonts w:cs="Sakkal Majalla"/>
          <w:color w:val="000000" w:themeColor="text1"/>
          <w:sz w:val="26"/>
          <w:szCs w:val="26"/>
        </w:rPr>
        <w:t>Avolio</w:t>
      </w:r>
      <w:proofErr w:type="spellEnd"/>
      <w:r w:rsidR="00BB6C80" w:rsidRPr="005117ED">
        <w:rPr>
          <w:rFonts w:cs="Sakkal Majalla"/>
          <w:color w:val="000000" w:themeColor="text1"/>
          <w:sz w:val="26"/>
          <w:szCs w:val="26"/>
        </w:rPr>
        <w:t xml:space="preserve"> (1993)</w:t>
      </w:r>
      <w:r w:rsidR="00BB6C80" w:rsidRPr="005117ED">
        <w:rPr>
          <w:rFonts w:cs="Sakkal Majalla"/>
          <w:color w:val="000000" w:themeColor="text1"/>
          <w:sz w:val="26"/>
          <w:szCs w:val="26"/>
          <w:rtl/>
        </w:rPr>
        <w:t xml:space="preserve">، </w:t>
      </w:r>
      <w:r w:rsidR="00BB6C80" w:rsidRPr="005117ED">
        <w:rPr>
          <w:rFonts w:cs="Sakkal Majalla"/>
          <w:color w:val="000000" w:themeColor="text1"/>
          <w:sz w:val="26"/>
          <w:szCs w:val="26"/>
        </w:rPr>
        <w:t xml:space="preserve">Bass </w:t>
      </w:r>
      <w:r w:rsidR="00BB6C80" w:rsidRPr="005117ED">
        <w:rPr>
          <w:rFonts w:cs="Sakkal Majalla"/>
          <w:color w:val="000000" w:themeColor="text1"/>
          <w:sz w:val="26"/>
          <w:szCs w:val="26"/>
          <w:rtl/>
        </w:rPr>
        <w:t>و</w:t>
      </w:r>
      <w:proofErr w:type="spellStart"/>
      <w:r w:rsidR="00BB6C80" w:rsidRPr="005117ED">
        <w:rPr>
          <w:rFonts w:cs="Sakkal Majalla"/>
          <w:color w:val="000000" w:themeColor="text1"/>
          <w:sz w:val="26"/>
          <w:szCs w:val="26"/>
        </w:rPr>
        <w:t>Riggio</w:t>
      </w:r>
      <w:proofErr w:type="spellEnd"/>
      <w:r w:rsidR="00BB6C80" w:rsidRPr="005117ED">
        <w:rPr>
          <w:rFonts w:cs="Sakkal Majalla"/>
          <w:color w:val="000000" w:themeColor="text1"/>
          <w:sz w:val="26"/>
          <w:szCs w:val="26"/>
        </w:rPr>
        <w:t xml:space="preserve"> (2006).</w:t>
      </w:r>
    </w:p>
    <w:p w:rsidR="0029517D" w:rsidRPr="005117ED" w:rsidRDefault="0029517D">
      <w:pPr>
        <w:bidi w:val="0"/>
        <w:spacing w:before="0" w:after="160" w:line="259" w:lineRule="auto"/>
        <w:ind w:firstLine="0"/>
        <w:jc w:val="left"/>
        <w:rPr>
          <w:rFonts w:cs="Sakkal Majalla"/>
          <w:b/>
          <w:bCs/>
          <w:color w:val="000000" w:themeColor="text1"/>
          <w:sz w:val="38"/>
          <w:szCs w:val="38"/>
          <w:rtl/>
        </w:rPr>
      </w:pPr>
      <w:r w:rsidRPr="005117ED">
        <w:rPr>
          <w:rFonts w:cs="Sakkal Majalla"/>
          <w:b/>
          <w:bCs/>
          <w:color w:val="000000" w:themeColor="text1"/>
          <w:sz w:val="38"/>
          <w:szCs w:val="38"/>
          <w:rtl/>
        </w:rPr>
        <w:br w:type="page"/>
      </w:r>
    </w:p>
    <w:p w:rsidR="00BB6C80" w:rsidRPr="005117ED" w:rsidRDefault="00BB6C80" w:rsidP="00BB6C80">
      <w:pPr>
        <w:spacing w:before="0"/>
        <w:ind w:firstLine="0"/>
        <w:jc w:val="both"/>
        <w:rPr>
          <w:rFonts w:cs="Sakkal Majalla"/>
          <w:color w:val="000000" w:themeColor="text1"/>
          <w:sz w:val="38"/>
          <w:szCs w:val="38"/>
        </w:rPr>
      </w:pPr>
      <w:r w:rsidRPr="005117ED">
        <w:rPr>
          <w:rFonts w:cs="Sakkal Majalla"/>
          <w:b/>
          <w:bCs/>
          <w:color w:val="000000" w:themeColor="text1"/>
          <w:sz w:val="38"/>
          <w:szCs w:val="38"/>
          <w:rtl/>
        </w:rPr>
        <w:lastRenderedPageBreak/>
        <w:t>أ</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التأثير المثالي</w:t>
      </w:r>
      <w:r w:rsidR="0029517D" w:rsidRPr="005117ED">
        <w:rPr>
          <w:rFonts w:cs="Sakkal Majalla" w:hint="cs"/>
          <w:b/>
          <w:bCs/>
          <w:color w:val="000000" w:themeColor="text1"/>
          <w:sz w:val="38"/>
          <w:szCs w:val="38"/>
          <w:rtl/>
        </w:rPr>
        <w:t xml:space="preserve">: </w:t>
      </w:r>
    </w:p>
    <w:p w:rsidR="00BB6C80" w:rsidRPr="005117ED" w:rsidRDefault="00BB6C80" w:rsidP="0029517D">
      <w:pPr>
        <w:spacing w:before="0"/>
        <w:ind w:firstLine="720"/>
        <w:jc w:val="both"/>
        <w:rPr>
          <w:rFonts w:cs="Sakkal Majalla"/>
          <w:color w:val="000000" w:themeColor="text1"/>
          <w:sz w:val="38"/>
          <w:szCs w:val="38"/>
        </w:rPr>
      </w:pPr>
      <w:r w:rsidRPr="005117ED">
        <w:rPr>
          <w:rFonts w:cs="Sakkal Majalla"/>
          <w:color w:val="000000" w:themeColor="text1"/>
          <w:sz w:val="38"/>
          <w:szCs w:val="38"/>
          <w:rtl/>
        </w:rPr>
        <w:t>يشير التأثير المثالي إلى سلوك القائد بوصفه نموذجًا أخلاقيًا ومهنيًا يحظى بثقة العاملين واحترامهم</w:t>
      </w:r>
      <w:r w:rsidRPr="005117ED">
        <w:rPr>
          <w:rFonts w:cs="Sakkal Majalla"/>
          <w:color w:val="000000" w:themeColor="text1"/>
          <w:sz w:val="38"/>
          <w:szCs w:val="38"/>
        </w:rPr>
        <w:t xml:space="preserve">. </w:t>
      </w:r>
      <w:r w:rsidRPr="005117ED">
        <w:rPr>
          <w:rFonts w:cs="Sakkal Majalla"/>
          <w:color w:val="000000" w:themeColor="text1"/>
          <w:sz w:val="38"/>
          <w:szCs w:val="38"/>
          <w:rtl/>
        </w:rPr>
        <w:t>ويتجسد هذا البعد في اتساق القول مع الفعل، وتحمل المسؤولية، وتقديم مصلحة المنظمة على المنفعة الشخصية، والعدل في التعامل، والقدرة على اتخاذ مواقف واضحة في الظروف الصعبة</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ولا تنبع فاعليته من الصورة الرمزية للقائد فقط، بل من قدرته على تقليل عدم اليقين لدى العاملين؛ فعندما يثق العاملون في نزاهة القائد وعدالته يقل خوفهم من استغلال أفكارهم أو معاقبتهم على التجريب المنضبط </w:t>
      </w:r>
      <w:r w:rsidR="0029517D" w:rsidRPr="005117ED">
        <w:rPr>
          <w:rFonts w:cs="Sakkal Majalla" w:hint="cs"/>
          <w:color w:val="000000" w:themeColor="text1"/>
          <w:sz w:val="38"/>
          <w:szCs w:val="38"/>
          <w:rtl/>
        </w:rPr>
        <w:t>(</w:t>
      </w:r>
      <w:r w:rsidRPr="005117ED">
        <w:rPr>
          <w:rFonts w:cs="Sakkal Majalla"/>
          <w:color w:val="000000" w:themeColor="text1"/>
          <w:sz w:val="38"/>
          <w:szCs w:val="38"/>
          <w:rtl/>
        </w:rPr>
        <w:t xml:space="preserve">العتيبي، </w:t>
      </w:r>
      <w:r w:rsidRPr="005117ED">
        <w:rPr>
          <w:rFonts w:cs="Sakkal Majalla"/>
          <w:color w:val="000000" w:themeColor="text1"/>
          <w:sz w:val="38"/>
          <w:szCs w:val="38"/>
        </w:rPr>
        <w:t>2016</w:t>
      </w:r>
      <w:r w:rsidRPr="005117ED">
        <w:rPr>
          <w:rFonts w:cs="Sakkal Majalla"/>
          <w:color w:val="000000" w:themeColor="text1"/>
          <w:sz w:val="38"/>
          <w:szCs w:val="38"/>
          <w:rtl/>
        </w:rPr>
        <w:t xml:space="preserve">؛ العامري، </w:t>
      </w:r>
      <w:r w:rsidRPr="005117ED">
        <w:rPr>
          <w:rFonts w:cs="Sakkal Majalla"/>
          <w:color w:val="000000" w:themeColor="text1"/>
          <w:sz w:val="38"/>
          <w:szCs w:val="38"/>
        </w:rPr>
        <w:t>2002</w:t>
      </w:r>
      <w:r w:rsidRPr="005117ED">
        <w:rPr>
          <w:rFonts w:cs="Sakkal Majalla"/>
          <w:color w:val="000000" w:themeColor="text1"/>
          <w:sz w:val="38"/>
          <w:szCs w:val="38"/>
          <w:rtl/>
        </w:rPr>
        <w:t xml:space="preserve">؛ </w:t>
      </w:r>
      <w:r w:rsidRPr="005117ED">
        <w:rPr>
          <w:rFonts w:cs="Sakkal Majalla"/>
          <w:color w:val="000000" w:themeColor="text1"/>
          <w:sz w:val="38"/>
          <w:szCs w:val="38"/>
        </w:rPr>
        <w:t xml:space="preserve">Bass &amp; </w:t>
      </w:r>
      <w:proofErr w:type="spellStart"/>
      <w:r w:rsidRPr="005117ED">
        <w:rPr>
          <w:rFonts w:cs="Sakkal Majalla"/>
          <w:color w:val="000000" w:themeColor="text1"/>
          <w:sz w:val="38"/>
          <w:szCs w:val="38"/>
        </w:rPr>
        <w:t>Steidlmeier</w:t>
      </w:r>
      <w:proofErr w:type="spellEnd"/>
      <w:r w:rsidRPr="005117ED">
        <w:rPr>
          <w:rFonts w:cs="Sakkal Majalla"/>
          <w:color w:val="000000" w:themeColor="text1"/>
          <w:sz w:val="38"/>
          <w:szCs w:val="38"/>
        </w:rPr>
        <w:t>, 1999</w:t>
      </w:r>
      <w:r w:rsidR="0029517D" w:rsidRPr="005117ED">
        <w:rPr>
          <w:rFonts w:cs="Sakkal Majalla" w:hint="cs"/>
          <w:color w:val="000000" w:themeColor="text1"/>
          <w:sz w:val="38"/>
          <w:szCs w:val="38"/>
          <w:rtl/>
        </w:rPr>
        <w:t>)</w:t>
      </w:r>
      <w:r w:rsidRPr="005117ED">
        <w:rPr>
          <w:rFonts w:cs="Sakkal Majalla"/>
          <w:color w:val="000000" w:themeColor="text1"/>
          <w:sz w:val="38"/>
          <w:szCs w:val="38"/>
        </w:rPr>
        <w:t>.</w:t>
      </w:r>
    </w:p>
    <w:p w:rsidR="00BB6C80" w:rsidRPr="005117ED" w:rsidRDefault="00BB6C80" w:rsidP="0029517D">
      <w:pPr>
        <w:spacing w:before="0"/>
        <w:ind w:firstLine="720"/>
        <w:jc w:val="both"/>
        <w:rPr>
          <w:rFonts w:cs="Sakkal Majalla"/>
          <w:color w:val="000000" w:themeColor="text1"/>
          <w:sz w:val="38"/>
          <w:szCs w:val="38"/>
        </w:rPr>
      </w:pPr>
      <w:r w:rsidRPr="005117ED">
        <w:rPr>
          <w:rFonts w:cs="Sakkal Majalla"/>
          <w:color w:val="000000" w:themeColor="text1"/>
          <w:sz w:val="38"/>
          <w:szCs w:val="38"/>
          <w:rtl/>
        </w:rPr>
        <w:t>ويرتبط التأثير المثالي بالإبداع من خلال بناء علاقات قائمة على الثقة والاحترام تسمح بتبادل المعرفة والأفكار غير المكتملة</w:t>
      </w:r>
      <w:r w:rsidRPr="005117ED">
        <w:rPr>
          <w:rFonts w:cs="Sakkal Majalla"/>
          <w:color w:val="000000" w:themeColor="text1"/>
          <w:sz w:val="38"/>
          <w:szCs w:val="38"/>
        </w:rPr>
        <w:t xml:space="preserve">. </w:t>
      </w:r>
      <w:r w:rsidRPr="005117ED">
        <w:rPr>
          <w:rFonts w:cs="Sakkal Majalla"/>
          <w:color w:val="000000" w:themeColor="text1"/>
          <w:sz w:val="38"/>
          <w:szCs w:val="38"/>
          <w:rtl/>
        </w:rPr>
        <w:t>فالفكرة الجديدة تكون غالبًا هشة في بدايتها، وتحتاج إلى النقاش والتعديل، وقد يتردد صاحبها في عرضها إذا توقع السخرية أو المصادرة</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ويستطيع القائد القدوة أن يرسخ قواعد احترام الرأي ونسب الفضل إلى أصحابه والاعتراف بالخطأ، فيتحول طرح الفكرة من مخاطرة شخصية إلى مساهمة تنظيمية مقبولة </w:t>
      </w:r>
      <w:r w:rsidR="0029517D" w:rsidRPr="005117ED">
        <w:rPr>
          <w:rFonts w:cs="Sakkal Majalla" w:hint="cs"/>
          <w:color w:val="000000" w:themeColor="text1"/>
          <w:sz w:val="38"/>
          <w:szCs w:val="38"/>
          <w:rtl/>
        </w:rPr>
        <w:t>(</w:t>
      </w:r>
      <w:proofErr w:type="spellStart"/>
      <w:r w:rsidRPr="005117ED">
        <w:rPr>
          <w:rFonts w:cs="Sakkal Majalla"/>
          <w:color w:val="000000" w:themeColor="text1"/>
          <w:sz w:val="38"/>
          <w:szCs w:val="38"/>
          <w:rtl/>
        </w:rPr>
        <w:t>الحبيشي</w:t>
      </w:r>
      <w:proofErr w:type="spellEnd"/>
      <w:r w:rsidRPr="005117ED">
        <w:rPr>
          <w:rFonts w:cs="Sakkal Majalla"/>
          <w:color w:val="000000" w:themeColor="text1"/>
          <w:sz w:val="38"/>
          <w:szCs w:val="38"/>
          <w:rtl/>
        </w:rPr>
        <w:t xml:space="preserve"> وحسان، </w:t>
      </w:r>
      <w:r w:rsidRPr="005117ED">
        <w:rPr>
          <w:rFonts w:cs="Sakkal Majalla"/>
          <w:color w:val="000000" w:themeColor="text1"/>
          <w:sz w:val="38"/>
          <w:szCs w:val="38"/>
        </w:rPr>
        <w:t>2021</w:t>
      </w:r>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Pr>
        <w:t>Eisenbeiß</w:t>
      </w:r>
      <w:proofErr w:type="spellEnd"/>
      <w:r w:rsidRPr="005117ED">
        <w:rPr>
          <w:rFonts w:cs="Sakkal Majalla"/>
          <w:color w:val="000000" w:themeColor="text1"/>
          <w:sz w:val="38"/>
          <w:szCs w:val="38"/>
        </w:rPr>
        <w:t xml:space="preserve"> &amp; </w:t>
      </w:r>
      <w:proofErr w:type="spellStart"/>
      <w:r w:rsidRPr="005117ED">
        <w:rPr>
          <w:rFonts w:cs="Sakkal Majalla"/>
          <w:color w:val="000000" w:themeColor="text1"/>
          <w:sz w:val="38"/>
          <w:szCs w:val="38"/>
        </w:rPr>
        <w:t>Boerner</w:t>
      </w:r>
      <w:proofErr w:type="spellEnd"/>
      <w:r w:rsidRPr="005117ED">
        <w:rPr>
          <w:rFonts w:cs="Sakkal Majalla"/>
          <w:color w:val="000000" w:themeColor="text1"/>
          <w:sz w:val="38"/>
          <w:szCs w:val="38"/>
        </w:rPr>
        <w:t>, 2013</w:t>
      </w:r>
      <w:r w:rsidR="0029517D" w:rsidRPr="005117ED">
        <w:rPr>
          <w:rFonts w:cs="Sakkal Majalla" w:hint="cs"/>
          <w:color w:val="000000" w:themeColor="text1"/>
          <w:sz w:val="38"/>
          <w:szCs w:val="38"/>
          <w:rtl/>
        </w:rPr>
        <w:t>)</w:t>
      </w:r>
      <w:r w:rsidRPr="005117ED">
        <w:rPr>
          <w:rFonts w:cs="Sakkal Majalla"/>
          <w:color w:val="000000" w:themeColor="text1"/>
          <w:sz w:val="38"/>
          <w:szCs w:val="38"/>
        </w:rPr>
        <w:t>.</w:t>
      </w:r>
    </w:p>
    <w:p w:rsidR="00BB6C80" w:rsidRPr="005117ED" w:rsidRDefault="00BB6C80" w:rsidP="00BB6C80">
      <w:pPr>
        <w:spacing w:before="0"/>
        <w:ind w:firstLine="0"/>
        <w:jc w:val="both"/>
        <w:rPr>
          <w:rFonts w:cs="Sakkal Majalla"/>
          <w:color w:val="000000" w:themeColor="text1"/>
          <w:sz w:val="38"/>
          <w:szCs w:val="38"/>
        </w:rPr>
      </w:pPr>
      <w:r w:rsidRPr="005117ED">
        <w:rPr>
          <w:rFonts w:cs="Sakkal Majalla"/>
          <w:b/>
          <w:bCs/>
          <w:color w:val="000000" w:themeColor="text1"/>
          <w:sz w:val="38"/>
          <w:szCs w:val="38"/>
          <w:rtl/>
        </w:rPr>
        <w:t>ب</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 xml:space="preserve">التحفيز </w:t>
      </w:r>
      <w:proofErr w:type="spellStart"/>
      <w:r w:rsidRPr="005117ED">
        <w:rPr>
          <w:rFonts w:cs="Sakkal Majalla"/>
          <w:b/>
          <w:bCs/>
          <w:color w:val="000000" w:themeColor="text1"/>
          <w:sz w:val="38"/>
          <w:szCs w:val="38"/>
          <w:rtl/>
        </w:rPr>
        <w:t>الإلهامي</w:t>
      </w:r>
      <w:proofErr w:type="spellEnd"/>
      <w:r w:rsidR="0029517D" w:rsidRPr="005117ED">
        <w:rPr>
          <w:rFonts w:cs="Sakkal Majalla" w:hint="cs"/>
          <w:b/>
          <w:bCs/>
          <w:color w:val="000000" w:themeColor="text1"/>
          <w:sz w:val="38"/>
          <w:szCs w:val="38"/>
          <w:rtl/>
        </w:rPr>
        <w:t xml:space="preserve">: </w:t>
      </w:r>
    </w:p>
    <w:p w:rsidR="00BB6C80" w:rsidRPr="005117ED" w:rsidRDefault="00BB6C80" w:rsidP="0029517D">
      <w:pPr>
        <w:spacing w:before="0"/>
        <w:ind w:firstLine="720"/>
        <w:jc w:val="both"/>
        <w:rPr>
          <w:rFonts w:cs="Sakkal Majalla"/>
          <w:color w:val="000000" w:themeColor="text1"/>
          <w:sz w:val="38"/>
          <w:szCs w:val="38"/>
        </w:rPr>
      </w:pPr>
      <w:r w:rsidRPr="005117ED">
        <w:rPr>
          <w:rFonts w:cs="Sakkal Majalla"/>
          <w:color w:val="000000" w:themeColor="text1"/>
          <w:sz w:val="38"/>
          <w:szCs w:val="38"/>
          <w:rtl/>
        </w:rPr>
        <w:t xml:space="preserve">يعبر التحفيز </w:t>
      </w:r>
      <w:proofErr w:type="spellStart"/>
      <w:r w:rsidRPr="005117ED">
        <w:rPr>
          <w:rFonts w:cs="Sakkal Majalla"/>
          <w:color w:val="000000" w:themeColor="text1"/>
          <w:sz w:val="38"/>
          <w:szCs w:val="38"/>
          <w:rtl/>
        </w:rPr>
        <w:t>الإلهامي</w:t>
      </w:r>
      <w:proofErr w:type="spellEnd"/>
      <w:r w:rsidRPr="005117ED">
        <w:rPr>
          <w:rFonts w:cs="Sakkal Majalla"/>
          <w:color w:val="000000" w:themeColor="text1"/>
          <w:sz w:val="38"/>
          <w:szCs w:val="38"/>
          <w:rtl/>
        </w:rPr>
        <w:t xml:space="preserve"> عن قدرة القائد على صياغة صورة مستقبلية واضحة ومقنعة، وربط المهام اليومية بهدف تنظيمي أوسع، واستخدام لغة إيجابية واقعية ترفع ثقة العاملين بإمكان الإنجاز</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ولا يساوي هذا البعد المبالغة في الوعود أو بث الحماس المؤقت، بل يتطلب ترجمة الرؤية إلى أهداف وأولويات يمكن للعاملين فهم إسهامهم في تحقيقها </w:t>
      </w:r>
      <w:r w:rsidR="0029517D" w:rsidRPr="005117ED">
        <w:rPr>
          <w:rFonts w:cs="Sakkal Majalla" w:hint="cs"/>
          <w:color w:val="000000" w:themeColor="text1"/>
          <w:sz w:val="38"/>
          <w:szCs w:val="38"/>
          <w:rtl/>
        </w:rPr>
        <w:t>(</w:t>
      </w:r>
      <w:proofErr w:type="spellStart"/>
      <w:r w:rsidRPr="005117ED">
        <w:rPr>
          <w:rFonts w:cs="Sakkal Majalla"/>
          <w:color w:val="000000" w:themeColor="text1"/>
          <w:sz w:val="38"/>
          <w:szCs w:val="38"/>
          <w:rtl/>
        </w:rPr>
        <w:t>بوبنديرة</w:t>
      </w:r>
      <w:proofErr w:type="spellEnd"/>
      <w:r w:rsidRPr="005117ED">
        <w:rPr>
          <w:rFonts w:cs="Sakkal Majalla"/>
          <w:color w:val="000000" w:themeColor="text1"/>
          <w:sz w:val="38"/>
          <w:szCs w:val="38"/>
          <w:rtl/>
        </w:rPr>
        <w:t xml:space="preserve">، </w:t>
      </w:r>
      <w:r w:rsidRPr="005117ED">
        <w:rPr>
          <w:rFonts w:cs="Sakkal Majalla"/>
          <w:color w:val="000000" w:themeColor="text1"/>
          <w:sz w:val="38"/>
          <w:szCs w:val="38"/>
        </w:rPr>
        <w:t>2017</w:t>
      </w:r>
      <w:r w:rsidRPr="005117ED">
        <w:rPr>
          <w:rFonts w:cs="Sakkal Majalla"/>
          <w:color w:val="000000" w:themeColor="text1"/>
          <w:sz w:val="38"/>
          <w:szCs w:val="38"/>
          <w:rtl/>
        </w:rPr>
        <w:t xml:space="preserve">؛ جارحي وآخرون، </w:t>
      </w:r>
      <w:r w:rsidRPr="005117ED">
        <w:rPr>
          <w:rFonts w:cs="Sakkal Majalla"/>
          <w:color w:val="000000" w:themeColor="text1"/>
          <w:sz w:val="38"/>
          <w:szCs w:val="38"/>
        </w:rPr>
        <w:t>2019</w:t>
      </w:r>
      <w:r w:rsidRPr="005117ED">
        <w:rPr>
          <w:rFonts w:cs="Sakkal Majalla"/>
          <w:color w:val="000000" w:themeColor="text1"/>
          <w:sz w:val="38"/>
          <w:szCs w:val="38"/>
          <w:rtl/>
        </w:rPr>
        <w:t xml:space="preserve">؛ </w:t>
      </w:r>
      <w:r w:rsidRPr="005117ED">
        <w:rPr>
          <w:rFonts w:cs="Sakkal Majalla"/>
          <w:color w:val="000000" w:themeColor="text1"/>
          <w:sz w:val="38"/>
          <w:szCs w:val="38"/>
        </w:rPr>
        <w:t xml:space="preserve">Bass &amp; </w:t>
      </w:r>
      <w:proofErr w:type="spellStart"/>
      <w:r w:rsidRPr="005117ED">
        <w:rPr>
          <w:rFonts w:cs="Sakkal Majalla"/>
          <w:color w:val="000000" w:themeColor="text1"/>
          <w:sz w:val="38"/>
          <w:szCs w:val="38"/>
        </w:rPr>
        <w:t>Riggio</w:t>
      </w:r>
      <w:proofErr w:type="spellEnd"/>
      <w:r w:rsidRPr="005117ED">
        <w:rPr>
          <w:rFonts w:cs="Sakkal Majalla"/>
          <w:color w:val="000000" w:themeColor="text1"/>
          <w:sz w:val="38"/>
          <w:szCs w:val="38"/>
        </w:rPr>
        <w:t>, 2006</w:t>
      </w:r>
      <w:r w:rsidR="0029517D" w:rsidRPr="005117ED">
        <w:rPr>
          <w:rFonts w:cs="Sakkal Majalla" w:hint="cs"/>
          <w:color w:val="000000" w:themeColor="text1"/>
          <w:sz w:val="38"/>
          <w:szCs w:val="38"/>
          <w:rtl/>
        </w:rPr>
        <w:t>)</w:t>
      </w:r>
      <w:r w:rsidRPr="005117ED">
        <w:rPr>
          <w:rFonts w:cs="Sakkal Majalla"/>
          <w:color w:val="000000" w:themeColor="text1"/>
          <w:sz w:val="38"/>
          <w:szCs w:val="38"/>
        </w:rPr>
        <w:t>.</w:t>
      </w:r>
    </w:p>
    <w:p w:rsidR="00BB6C80" w:rsidRPr="005117ED" w:rsidRDefault="00BB6C80" w:rsidP="0029517D">
      <w:pPr>
        <w:spacing w:before="0"/>
        <w:ind w:firstLine="720"/>
        <w:jc w:val="both"/>
        <w:rPr>
          <w:rFonts w:cs="Sakkal Majalla"/>
          <w:color w:val="000000" w:themeColor="text1"/>
          <w:sz w:val="38"/>
          <w:szCs w:val="38"/>
        </w:rPr>
      </w:pPr>
      <w:r w:rsidRPr="005117ED">
        <w:rPr>
          <w:rFonts w:cs="Sakkal Majalla"/>
          <w:color w:val="000000" w:themeColor="text1"/>
          <w:sz w:val="38"/>
          <w:szCs w:val="38"/>
          <w:rtl/>
        </w:rPr>
        <w:t xml:space="preserve">ويؤثر التحفيز </w:t>
      </w:r>
      <w:proofErr w:type="spellStart"/>
      <w:r w:rsidRPr="005117ED">
        <w:rPr>
          <w:rFonts w:cs="Sakkal Majalla"/>
          <w:color w:val="000000" w:themeColor="text1"/>
          <w:sz w:val="38"/>
          <w:szCs w:val="38"/>
          <w:rtl/>
        </w:rPr>
        <w:t>الإلهامي</w:t>
      </w:r>
      <w:proofErr w:type="spellEnd"/>
      <w:r w:rsidRPr="005117ED">
        <w:rPr>
          <w:rFonts w:cs="Sakkal Majalla"/>
          <w:color w:val="000000" w:themeColor="text1"/>
          <w:sz w:val="38"/>
          <w:szCs w:val="38"/>
          <w:rtl/>
        </w:rPr>
        <w:t xml:space="preserve"> في الإبداع من خلال توجيه الانتباه نحو المشكلات والفرص ذات القيمة؛ فالإبداع ليس تشتتًا في أفكار عشوائية، بل نشاط موجه ضمن أهداف وقيود</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وتساعد الرؤية المشتركة على تحديد المجالات التي تستحق التجريب، وتنسيق جهود الأفراد، ومنحهم المثابرة عند مواجهة فشل أولي، بشرط أن تشارك الفرق في ترجمة الرؤية إلى ممارسات لا أن تبقى خطابًا أحاديًا </w:t>
      </w:r>
      <w:r w:rsidR="0029517D" w:rsidRPr="005117ED">
        <w:rPr>
          <w:rFonts w:cs="Sakkal Majalla" w:hint="cs"/>
          <w:color w:val="000000" w:themeColor="text1"/>
          <w:sz w:val="38"/>
          <w:szCs w:val="38"/>
          <w:rtl/>
        </w:rPr>
        <w:t>(</w:t>
      </w:r>
      <w:proofErr w:type="spellStart"/>
      <w:r w:rsidRPr="005117ED">
        <w:rPr>
          <w:rFonts w:cs="Sakkal Majalla"/>
          <w:color w:val="000000" w:themeColor="text1"/>
          <w:sz w:val="38"/>
          <w:szCs w:val="38"/>
          <w:rtl/>
        </w:rPr>
        <w:t>المايل</w:t>
      </w:r>
      <w:proofErr w:type="spellEnd"/>
      <w:r w:rsidRPr="005117ED">
        <w:rPr>
          <w:rFonts w:cs="Sakkal Majalla"/>
          <w:color w:val="000000" w:themeColor="text1"/>
          <w:sz w:val="38"/>
          <w:szCs w:val="38"/>
          <w:rtl/>
        </w:rPr>
        <w:t xml:space="preserve"> والشريف، </w:t>
      </w:r>
      <w:r w:rsidRPr="005117ED">
        <w:rPr>
          <w:rFonts w:cs="Sakkal Majalla"/>
          <w:color w:val="000000" w:themeColor="text1"/>
          <w:sz w:val="38"/>
          <w:szCs w:val="38"/>
        </w:rPr>
        <w:t>2021</w:t>
      </w:r>
      <w:r w:rsidRPr="005117ED">
        <w:rPr>
          <w:rFonts w:cs="Sakkal Majalla"/>
          <w:color w:val="000000" w:themeColor="text1"/>
          <w:sz w:val="38"/>
          <w:szCs w:val="38"/>
          <w:rtl/>
        </w:rPr>
        <w:t xml:space="preserve">؛ </w:t>
      </w:r>
      <w:r w:rsidRPr="005117ED">
        <w:rPr>
          <w:rFonts w:cs="Sakkal Majalla"/>
          <w:color w:val="000000" w:themeColor="text1"/>
          <w:sz w:val="38"/>
          <w:szCs w:val="38"/>
        </w:rPr>
        <w:t>Jung, Chow &amp; Wu, 2003</w:t>
      </w:r>
      <w:r w:rsidR="0029517D" w:rsidRPr="005117ED">
        <w:rPr>
          <w:rFonts w:cs="Sakkal Majalla" w:hint="cs"/>
          <w:color w:val="000000" w:themeColor="text1"/>
          <w:sz w:val="38"/>
          <w:szCs w:val="38"/>
          <w:rtl/>
        </w:rPr>
        <w:t>)</w:t>
      </w:r>
      <w:r w:rsidRPr="005117ED">
        <w:rPr>
          <w:rFonts w:cs="Sakkal Majalla"/>
          <w:color w:val="000000" w:themeColor="text1"/>
          <w:sz w:val="38"/>
          <w:szCs w:val="38"/>
        </w:rPr>
        <w:t>.</w:t>
      </w:r>
    </w:p>
    <w:p w:rsidR="0029517D" w:rsidRPr="005117ED" w:rsidRDefault="0029517D">
      <w:pPr>
        <w:bidi w:val="0"/>
        <w:spacing w:before="0" w:after="160" w:line="259" w:lineRule="auto"/>
        <w:ind w:firstLine="0"/>
        <w:jc w:val="left"/>
        <w:rPr>
          <w:rFonts w:cs="Sakkal Majalla"/>
          <w:b/>
          <w:bCs/>
          <w:color w:val="000000" w:themeColor="text1"/>
          <w:sz w:val="38"/>
          <w:szCs w:val="38"/>
          <w:rtl/>
        </w:rPr>
      </w:pPr>
      <w:r w:rsidRPr="005117ED">
        <w:rPr>
          <w:rFonts w:cs="Sakkal Majalla"/>
          <w:b/>
          <w:bCs/>
          <w:color w:val="000000" w:themeColor="text1"/>
          <w:sz w:val="38"/>
          <w:szCs w:val="38"/>
          <w:rtl/>
        </w:rPr>
        <w:br w:type="page"/>
      </w:r>
    </w:p>
    <w:p w:rsidR="00BB6C80" w:rsidRPr="005117ED" w:rsidRDefault="00BB6C80" w:rsidP="00BB6C80">
      <w:pPr>
        <w:spacing w:before="0"/>
        <w:ind w:firstLine="0"/>
        <w:jc w:val="both"/>
        <w:rPr>
          <w:rFonts w:cs="Sakkal Majalla"/>
          <w:color w:val="000000" w:themeColor="text1"/>
          <w:sz w:val="38"/>
          <w:szCs w:val="38"/>
        </w:rPr>
      </w:pPr>
      <w:r w:rsidRPr="005117ED">
        <w:rPr>
          <w:rFonts w:cs="Sakkal Majalla"/>
          <w:b/>
          <w:bCs/>
          <w:color w:val="000000" w:themeColor="text1"/>
          <w:sz w:val="38"/>
          <w:szCs w:val="38"/>
          <w:rtl/>
        </w:rPr>
        <w:lastRenderedPageBreak/>
        <w:t>ج</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الاستثارة الفكرية</w:t>
      </w:r>
      <w:r w:rsidR="0029517D" w:rsidRPr="005117ED">
        <w:rPr>
          <w:rFonts w:cs="Sakkal Majalla" w:hint="cs"/>
          <w:b/>
          <w:bCs/>
          <w:color w:val="000000" w:themeColor="text1"/>
          <w:sz w:val="38"/>
          <w:szCs w:val="38"/>
          <w:rtl/>
        </w:rPr>
        <w:t xml:space="preserve">: </w:t>
      </w:r>
    </w:p>
    <w:p w:rsidR="00BB6C80" w:rsidRPr="005117ED" w:rsidRDefault="00BB6C80" w:rsidP="0029517D">
      <w:pPr>
        <w:spacing w:before="0"/>
        <w:ind w:firstLine="720"/>
        <w:jc w:val="both"/>
        <w:rPr>
          <w:rFonts w:cs="Sakkal Majalla"/>
          <w:color w:val="000000" w:themeColor="text1"/>
          <w:sz w:val="38"/>
          <w:szCs w:val="38"/>
        </w:rPr>
      </w:pPr>
      <w:r w:rsidRPr="005117ED">
        <w:rPr>
          <w:rFonts w:cs="Sakkal Majalla"/>
          <w:color w:val="000000" w:themeColor="text1"/>
          <w:sz w:val="38"/>
          <w:szCs w:val="38"/>
          <w:rtl/>
        </w:rPr>
        <w:t>تعني الاستثارة الفكرية دعوة العاملين إلى مراجعة الافتراضات، والنظر إلى المشكلات من زوايا متعددة، واختبار بدائل غير مألوفة، واستخدام الأدلة بدل الاعتماد على العادة</w:t>
      </w:r>
      <w:r w:rsidRPr="005117ED">
        <w:rPr>
          <w:rFonts w:cs="Sakkal Majalla"/>
          <w:color w:val="000000" w:themeColor="text1"/>
          <w:sz w:val="38"/>
          <w:szCs w:val="38"/>
        </w:rPr>
        <w:t xml:space="preserve">. </w:t>
      </w:r>
      <w:r w:rsidRPr="005117ED">
        <w:rPr>
          <w:rFonts w:cs="Sakkal Majalla"/>
          <w:color w:val="000000" w:themeColor="text1"/>
          <w:sz w:val="38"/>
          <w:szCs w:val="38"/>
          <w:rtl/>
        </w:rPr>
        <w:t>ويظهر هذا السلوك في الأسئلة المفتوحة، وتحليل أسباب المشكلات، وتشجيع التجارب الصغيرة، وتقبل النقاش المهني</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وهو أقرب أبعاد القيادة التحويلية إلى جوهر العملية الإبداعية لأن توليد الفكرة يبدأ غالبًا من إعادة تعريف المشكلة أو التشكيك في الطريقة المتبعة </w:t>
      </w:r>
      <w:r w:rsidR="0029517D" w:rsidRPr="005117ED">
        <w:rPr>
          <w:rFonts w:cs="Sakkal Majalla" w:hint="cs"/>
          <w:color w:val="000000" w:themeColor="text1"/>
          <w:sz w:val="38"/>
          <w:szCs w:val="38"/>
          <w:rtl/>
        </w:rPr>
        <w:t>(</w:t>
      </w:r>
      <w:r w:rsidRPr="005117ED">
        <w:rPr>
          <w:rFonts w:cs="Sakkal Majalla"/>
          <w:color w:val="000000" w:themeColor="text1"/>
          <w:sz w:val="38"/>
          <w:szCs w:val="38"/>
          <w:rtl/>
        </w:rPr>
        <w:t xml:space="preserve">الرشيدي، </w:t>
      </w:r>
      <w:r w:rsidRPr="005117ED">
        <w:rPr>
          <w:rFonts w:cs="Sakkal Majalla"/>
          <w:color w:val="000000" w:themeColor="text1"/>
          <w:sz w:val="38"/>
          <w:szCs w:val="38"/>
        </w:rPr>
        <w:t>2018</w:t>
      </w:r>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بوبنديرة</w:t>
      </w:r>
      <w:proofErr w:type="spellEnd"/>
      <w:r w:rsidRPr="005117ED">
        <w:rPr>
          <w:rFonts w:cs="Sakkal Majalla"/>
          <w:color w:val="000000" w:themeColor="text1"/>
          <w:sz w:val="38"/>
          <w:szCs w:val="38"/>
          <w:rtl/>
        </w:rPr>
        <w:t xml:space="preserve">، </w:t>
      </w:r>
      <w:r w:rsidRPr="005117ED">
        <w:rPr>
          <w:rFonts w:cs="Sakkal Majalla"/>
          <w:color w:val="000000" w:themeColor="text1"/>
          <w:sz w:val="38"/>
          <w:szCs w:val="38"/>
        </w:rPr>
        <w:t>2017</w:t>
      </w:r>
      <w:r w:rsidRPr="005117ED">
        <w:rPr>
          <w:rFonts w:cs="Sakkal Majalla"/>
          <w:color w:val="000000" w:themeColor="text1"/>
          <w:sz w:val="38"/>
          <w:szCs w:val="38"/>
          <w:rtl/>
        </w:rPr>
        <w:t xml:space="preserve">؛ </w:t>
      </w:r>
      <w:r w:rsidRPr="005117ED">
        <w:rPr>
          <w:rFonts w:cs="Sakkal Majalla"/>
          <w:color w:val="000000" w:themeColor="text1"/>
          <w:sz w:val="38"/>
          <w:szCs w:val="38"/>
        </w:rPr>
        <w:t xml:space="preserve">Bass &amp; </w:t>
      </w:r>
      <w:proofErr w:type="spellStart"/>
      <w:r w:rsidRPr="005117ED">
        <w:rPr>
          <w:rFonts w:cs="Sakkal Majalla"/>
          <w:color w:val="000000" w:themeColor="text1"/>
          <w:sz w:val="38"/>
          <w:szCs w:val="38"/>
        </w:rPr>
        <w:t>Riggio</w:t>
      </w:r>
      <w:proofErr w:type="spellEnd"/>
      <w:r w:rsidRPr="005117ED">
        <w:rPr>
          <w:rFonts w:cs="Sakkal Majalla"/>
          <w:color w:val="000000" w:themeColor="text1"/>
          <w:sz w:val="38"/>
          <w:szCs w:val="38"/>
        </w:rPr>
        <w:t>, 2006</w:t>
      </w:r>
      <w:r w:rsidR="0029517D" w:rsidRPr="005117ED">
        <w:rPr>
          <w:rFonts w:cs="Sakkal Majalla" w:hint="cs"/>
          <w:color w:val="000000" w:themeColor="text1"/>
          <w:sz w:val="38"/>
          <w:szCs w:val="38"/>
          <w:rtl/>
        </w:rPr>
        <w:t>)</w:t>
      </w:r>
      <w:r w:rsidRPr="005117ED">
        <w:rPr>
          <w:rFonts w:cs="Sakkal Majalla"/>
          <w:color w:val="000000" w:themeColor="text1"/>
          <w:sz w:val="38"/>
          <w:szCs w:val="38"/>
        </w:rPr>
        <w:t>.</w:t>
      </w:r>
    </w:p>
    <w:p w:rsidR="00BB6C80" w:rsidRPr="005117ED" w:rsidRDefault="00BB6C80" w:rsidP="0029517D">
      <w:pPr>
        <w:spacing w:before="0"/>
        <w:ind w:firstLine="720"/>
        <w:jc w:val="both"/>
        <w:rPr>
          <w:rFonts w:cs="Sakkal Majalla"/>
          <w:color w:val="000000" w:themeColor="text1"/>
          <w:sz w:val="38"/>
          <w:szCs w:val="38"/>
        </w:rPr>
      </w:pPr>
      <w:r w:rsidRPr="005117ED">
        <w:rPr>
          <w:rFonts w:cs="Sakkal Majalla"/>
          <w:color w:val="000000" w:themeColor="text1"/>
          <w:sz w:val="38"/>
          <w:szCs w:val="38"/>
          <w:rtl/>
        </w:rPr>
        <w:t>ولا تقتصر الاستثارة الفكرية على جلسات العصف الذهني، بل ينبغي دمجها في الروتين الإداري مثل مراجعة ما بعد التنفيذ، وتحليل شكاوى العملاء، ومقارنة البدائل، وتدوير الأدوار، والاستفادة من البيانات</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وتشير دراسات متعددة إلى أن هذا البعد يرتبط بقوة بالسلوك الإبداعي لأنه يمنح الإذن المعرفي بالخروج من المألوف، مع ضرورة ضبط التجريب حتى لا يتحول الإبداع إلى مخاطرة غير محسوبة </w:t>
      </w:r>
      <w:r w:rsidR="0029517D" w:rsidRPr="005117ED">
        <w:rPr>
          <w:rFonts w:cs="Sakkal Majalla" w:hint="cs"/>
          <w:color w:val="000000" w:themeColor="text1"/>
          <w:sz w:val="38"/>
          <w:szCs w:val="38"/>
          <w:rtl/>
        </w:rPr>
        <w:t>(</w:t>
      </w:r>
      <w:r w:rsidRPr="005117ED">
        <w:rPr>
          <w:rFonts w:cs="Sakkal Majalla"/>
          <w:color w:val="000000" w:themeColor="text1"/>
          <w:sz w:val="38"/>
          <w:szCs w:val="38"/>
        </w:rPr>
        <w:t>Jung, Chow &amp; Wu, 2003</w:t>
      </w:r>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Pr>
        <w:t>Gumusluoglu</w:t>
      </w:r>
      <w:proofErr w:type="spellEnd"/>
      <w:r w:rsidRPr="005117ED">
        <w:rPr>
          <w:rFonts w:cs="Sakkal Majalla"/>
          <w:color w:val="000000" w:themeColor="text1"/>
          <w:sz w:val="38"/>
          <w:szCs w:val="38"/>
        </w:rPr>
        <w:t xml:space="preserve"> &amp; </w:t>
      </w:r>
      <w:proofErr w:type="spellStart"/>
      <w:r w:rsidRPr="005117ED">
        <w:rPr>
          <w:rFonts w:cs="Sakkal Majalla"/>
          <w:color w:val="000000" w:themeColor="text1"/>
          <w:sz w:val="38"/>
          <w:szCs w:val="38"/>
        </w:rPr>
        <w:t>Ilsev</w:t>
      </w:r>
      <w:proofErr w:type="spellEnd"/>
      <w:r w:rsidRPr="005117ED">
        <w:rPr>
          <w:rFonts w:cs="Sakkal Majalla"/>
          <w:color w:val="000000" w:themeColor="text1"/>
          <w:sz w:val="38"/>
          <w:szCs w:val="38"/>
        </w:rPr>
        <w:t>, 2009</w:t>
      </w:r>
      <w:r w:rsidR="0029517D" w:rsidRPr="005117ED">
        <w:rPr>
          <w:rFonts w:cs="Sakkal Majalla" w:hint="cs"/>
          <w:color w:val="000000" w:themeColor="text1"/>
          <w:sz w:val="38"/>
          <w:szCs w:val="38"/>
          <w:rtl/>
        </w:rPr>
        <w:t>)</w:t>
      </w:r>
      <w:r w:rsidRPr="005117ED">
        <w:rPr>
          <w:rFonts w:cs="Sakkal Majalla"/>
          <w:color w:val="000000" w:themeColor="text1"/>
          <w:sz w:val="38"/>
          <w:szCs w:val="38"/>
        </w:rPr>
        <w:t>.</w:t>
      </w:r>
    </w:p>
    <w:p w:rsidR="00BB6C80" w:rsidRPr="005117ED" w:rsidRDefault="00BB6C80" w:rsidP="00BB6C80">
      <w:pPr>
        <w:spacing w:before="0"/>
        <w:ind w:firstLine="0"/>
        <w:jc w:val="both"/>
        <w:rPr>
          <w:rFonts w:cs="Sakkal Majalla"/>
          <w:color w:val="000000" w:themeColor="text1"/>
          <w:sz w:val="38"/>
          <w:szCs w:val="38"/>
        </w:rPr>
      </w:pPr>
      <w:r w:rsidRPr="005117ED">
        <w:rPr>
          <w:rFonts w:cs="Sakkal Majalla"/>
          <w:b/>
          <w:bCs/>
          <w:color w:val="000000" w:themeColor="text1"/>
          <w:sz w:val="38"/>
          <w:szCs w:val="38"/>
          <w:rtl/>
        </w:rPr>
        <w:t>د</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الاعتبار الفردي</w:t>
      </w:r>
      <w:r w:rsidR="0029517D" w:rsidRPr="005117ED">
        <w:rPr>
          <w:rFonts w:cs="Sakkal Majalla" w:hint="cs"/>
          <w:b/>
          <w:bCs/>
          <w:color w:val="000000" w:themeColor="text1"/>
          <w:sz w:val="38"/>
          <w:szCs w:val="38"/>
          <w:rtl/>
        </w:rPr>
        <w:t xml:space="preserve">: </w:t>
      </w:r>
    </w:p>
    <w:p w:rsidR="00BB6C80" w:rsidRPr="005117ED" w:rsidRDefault="00BB6C80" w:rsidP="0029517D">
      <w:pPr>
        <w:spacing w:before="0"/>
        <w:ind w:firstLine="720"/>
        <w:jc w:val="both"/>
        <w:rPr>
          <w:rFonts w:cs="Sakkal Majalla"/>
          <w:color w:val="000000" w:themeColor="text1"/>
          <w:sz w:val="38"/>
          <w:szCs w:val="38"/>
        </w:rPr>
      </w:pPr>
      <w:r w:rsidRPr="005117ED">
        <w:rPr>
          <w:rFonts w:cs="Sakkal Majalla"/>
          <w:color w:val="000000" w:themeColor="text1"/>
          <w:sz w:val="38"/>
          <w:szCs w:val="38"/>
          <w:rtl/>
        </w:rPr>
        <w:t>يقوم الاعتبار الفردي على إدراك اختلاف حاجات العاملين وقدراتهم وتطلعاتهم، وتقديم التوجيه والتدريب والتغذية الراجعة بما يناسب كل فرد</w:t>
      </w:r>
      <w:r w:rsidRPr="005117ED">
        <w:rPr>
          <w:rFonts w:cs="Sakkal Majalla"/>
          <w:color w:val="000000" w:themeColor="text1"/>
          <w:sz w:val="38"/>
          <w:szCs w:val="38"/>
        </w:rPr>
        <w:t xml:space="preserve">. </w:t>
      </w:r>
      <w:r w:rsidRPr="005117ED">
        <w:rPr>
          <w:rFonts w:cs="Sakkal Majalla"/>
          <w:color w:val="000000" w:themeColor="text1"/>
          <w:sz w:val="38"/>
          <w:szCs w:val="38"/>
          <w:rtl/>
        </w:rPr>
        <w:t>ولا يعني ذلك المحاباة أو إلغاء المعايير المشتركة، بل تحقيق العدالة من خلال توفير فرص تطوير تتناسب مع الاحتياج</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ويظهر البعد في الإصغاء، وتفويض المهام التي تنمي المهارة، وتقديم الإرشاد، ومساعدة العامل على بناء مسار تعلم واضح </w:t>
      </w:r>
      <w:r w:rsidR="0029517D" w:rsidRPr="005117ED">
        <w:rPr>
          <w:rFonts w:cs="Sakkal Majalla" w:hint="cs"/>
          <w:color w:val="000000" w:themeColor="text1"/>
          <w:sz w:val="38"/>
          <w:szCs w:val="38"/>
          <w:rtl/>
        </w:rPr>
        <w:t>(</w:t>
      </w:r>
      <w:r w:rsidRPr="005117ED">
        <w:rPr>
          <w:rFonts w:cs="Sakkal Majalla"/>
          <w:color w:val="000000" w:themeColor="text1"/>
          <w:sz w:val="38"/>
          <w:szCs w:val="38"/>
          <w:rtl/>
        </w:rPr>
        <w:t xml:space="preserve">العتيبي، </w:t>
      </w:r>
      <w:r w:rsidRPr="005117ED">
        <w:rPr>
          <w:rFonts w:cs="Sakkal Majalla"/>
          <w:color w:val="000000" w:themeColor="text1"/>
          <w:sz w:val="38"/>
          <w:szCs w:val="38"/>
        </w:rPr>
        <w:t>2016</w:t>
      </w:r>
      <w:r w:rsidRPr="005117ED">
        <w:rPr>
          <w:rFonts w:cs="Sakkal Majalla"/>
          <w:color w:val="000000" w:themeColor="text1"/>
          <w:sz w:val="38"/>
          <w:szCs w:val="38"/>
          <w:rtl/>
        </w:rPr>
        <w:t xml:space="preserve">؛ </w:t>
      </w:r>
      <w:r w:rsidRPr="005117ED">
        <w:rPr>
          <w:rFonts w:cs="Sakkal Majalla"/>
          <w:color w:val="000000" w:themeColor="text1"/>
          <w:sz w:val="38"/>
          <w:szCs w:val="38"/>
        </w:rPr>
        <w:t xml:space="preserve">Bass &amp; </w:t>
      </w:r>
      <w:proofErr w:type="spellStart"/>
      <w:r w:rsidRPr="005117ED">
        <w:rPr>
          <w:rFonts w:cs="Sakkal Majalla"/>
          <w:color w:val="000000" w:themeColor="text1"/>
          <w:sz w:val="38"/>
          <w:szCs w:val="38"/>
        </w:rPr>
        <w:t>Riggio</w:t>
      </w:r>
      <w:proofErr w:type="spellEnd"/>
      <w:r w:rsidRPr="005117ED">
        <w:rPr>
          <w:rFonts w:cs="Sakkal Majalla"/>
          <w:color w:val="000000" w:themeColor="text1"/>
          <w:sz w:val="38"/>
          <w:szCs w:val="38"/>
        </w:rPr>
        <w:t>, 2006</w:t>
      </w:r>
      <w:r w:rsidR="0029517D" w:rsidRPr="005117ED">
        <w:rPr>
          <w:rFonts w:cs="Sakkal Majalla" w:hint="cs"/>
          <w:color w:val="000000" w:themeColor="text1"/>
          <w:sz w:val="38"/>
          <w:szCs w:val="38"/>
          <w:rtl/>
        </w:rPr>
        <w:t>)</w:t>
      </w:r>
      <w:r w:rsidRPr="005117ED">
        <w:rPr>
          <w:rFonts w:cs="Sakkal Majalla"/>
          <w:color w:val="000000" w:themeColor="text1"/>
          <w:sz w:val="38"/>
          <w:szCs w:val="38"/>
        </w:rPr>
        <w:t>.</w:t>
      </w:r>
    </w:p>
    <w:p w:rsidR="00B23F56" w:rsidRPr="005117ED" w:rsidRDefault="00BB6C80" w:rsidP="0029517D">
      <w:pPr>
        <w:spacing w:before="0"/>
        <w:ind w:firstLine="720"/>
        <w:jc w:val="both"/>
        <w:rPr>
          <w:rFonts w:cs="Sakkal Majalla"/>
          <w:color w:val="000000" w:themeColor="text1"/>
          <w:sz w:val="38"/>
          <w:szCs w:val="38"/>
        </w:rPr>
      </w:pPr>
      <w:r w:rsidRPr="005117ED">
        <w:rPr>
          <w:rFonts w:cs="Sakkal Majalla"/>
          <w:color w:val="000000" w:themeColor="text1"/>
          <w:sz w:val="38"/>
          <w:szCs w:val="38"/>
          <w:rtl/>
        </w:rPr>
        <w:t>ويتصل الاعتبار الفردي بالإبداع لأن القدرات الإبداعية لا تتوزع بالطريقة نفسها ولا تظهر في الظروف ذاتها؛ فقد يكون بعض العاملين بارعًا في اكتشاف المشكلات، وآخر في تصميم الحلول، وثالث في التنفيذ والإقناع</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وعندما يتعرف القائد على هذه الفروق يستطيع تشكيل فرق متكاملة وتوجيه الأفكار إلى أصحاب المهارات المناسبة، كما أن الدعم الشخصي يرفع الثقة بالنفس ويقلل التهديد المرتبط بتقييم الفكرة </w:t>
      </w:r>
      <w:r w:rsidR="0029517D" w:rsidRPr="005117ED">
        <w:rPr>
          <w:rFonts w:cs="Sakkal Majalla" w:hint="cs"/>
          <w:color w:val="000000" w:themeColor="text1"/>
          <w:sz w:val="38"/>
          <w:szCs w:val="38"/>
          <w:rtl/>
        </w:rPr>
        <w:t>(</w:t>
      </w:r>
      <w:proofErr w:type="spellStart"/>
      <w:r w:rsidRPr="005117ED">
        <w:rPr>
          <w:rFonts w:cs="Sakkal Majalla"/>
          <w:color w:val="000000" w:themeColor="text1"/>
          <w:sz w:val="38"/>
          <w:szCs w:val="38"/>
          <w:rtl/>
        </w:rPr>
        <w:t>الحبيشي</w:t>
      </w:r>
      <w:proofErr w:type="spellEnd"/>
      <w:r w:rsidRPr="005117ED">
        <w:rPr>
          <w:rFonts w:cs="Sakkal Majalla"/>
          <w:color w:val="000000" w:themeColor="text1"/>
          <w:sz w:val="38"/>
          <w:szCs w:val="38"/>
          <w:rtl/>
        </w:rPr>
        <w:t xml:space="preserve"> وحسان، </w:t>
      </w:r>
      <w:r w:rsidRPr="005117ED">
        <w:rPr>
          <w:rFonts w:cs="Sakkal Majalla"/>
          <w:color w:val="000000" w:themeColor="text1"/>
          <w:sz w:val="38"/>
          <w:szCs w:val="38"/>
        </w:rPr>
        <w:t>2021</w:t>
      </w:r>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Pr>
        <w:t>Amabile</w:t>
      </w:r>
      <w:proofErr w:type="spellEnd"/>
      <w:r w:rsidRPr="005117ED">
        <w:rPr>
          <w:rFonts w:cs="Sakkal Majalla"/>
          <w:color w:val="000000" w:themeColor="text1"/>
          <w:sz w:val="38"/>
          <w:szCs w:val="38"/>
        </w:rPr>
        <w:t>, 1996</w:t>
      </w:r>
      <w:r w:rsidR="0029517D" w:rsidRPr="005117ED">
        <w:rPr>
          <w:rFonts w:cs="Sakkal Majalla" w:hint="cs"/>
          <w:color w:val="000000" w:themeColor="text1"/>
          <w:sz w:val="38"/>
          <w:szCs w:val="38"/>
          <w:rtl/>
        </w:rPr>
        <w:t>)</w:t>
      </w:r>
      <w:r w:rsidRPr="005117ED">
        <w:rPr>
          <w:rFonts w:cs="Sakkal Majalla"/>
          <w:color w:val="000000" w:themeColor="text1"/>
          <w:sz w:val="38"/>
          <w:szCs w:val="38"/>
        </w:rPr>
        <w:t>.</w:t>
      </w:r>
    </w:p>
    <w:p w:rsidR="00B23F56" w:rsidRPr="005117ED" w:rsidRDefault="00B23F56">
      <w:pPr>
        <w:bidi w:val="0"/>
        <w:spacing w:before="0" w:after="160" w:line="259" w:lineRule="auto"/>
        <w:ind w:firstLine="0"/>
        <w:jc w:val="left"/>
        <w:rPr>
          <w:rFonts w:cs="Sakkal Majalla"/>
          <w:color w:val="000000" w:themeColor="text1"/>
          <w:sz w:val="38"/>
          <w:szCs w:val="38"/>
        </w:rPr>
      </w:pPr>
      <w:r w:rsidRPr="005117ED">
        <w:rPr>
          <w:rFonts w:cs="Sakkal Majalla"/>
          <w:color w:val="000000" w:themeColor="text1"/>
          <w:sz w:val="38"/>
          <w:szCs w:val="38"/>
        </w:rPr>
        <w:br w:type="page"/>
      </w:r>
    </w:p>
    <w:p w:rsidR="00B23F56" w:rsidRPr="005117ED" w:rsidRDefault="00B23F56" w:rsidP="00B23F56">
      <w:pPr>
        <w:spacing w:before="0" w:after="160" w:line="259" w:lineRule="auto"/>
        <w:ind w:firstLine="0"/>
        <w:jc w:val="center"/>
        <w:rPr>
          <w:rFonts w:cs="Sakkal Majalla"/>
          <w:b/>
          <w:bCs/>
          <w:color w:val="000000" w:themeColor="text1"/>
          <w:sz w:val="38"/>
          <w:szCs w:val="38"/>
          <w:rtl/>
        </w:rPr>
      </w:pPr>
    </w:p>
    <w:p w:rsidR="00B23F56" w:rsidRPr="005117ED" w:rsidRDefault="00B23F56" w:rsidP="00B23F56">
      <w:pPr>
        <w:spacing w:before="0" w:after="160" w:line="259" w:lineRule="auto"/>
        <w:ind w:firstLine="0"/>
        <w:jc w:val="center"/>
        <w:rPr>
          <w:rFonts w:cs="Sakkal Majalla"/>
          <w:b/>
          <w:bCs/>
          <w:color w:val="000000" w:themeColor="text1"/>
          <w:sz w:val="38"/>
          <w:szCs w:val="38"/>
        </w:rPr>
      </w:pPr>
      <w:r w:rsidRPr="005117ED">
        <w:rPr>
          <w:rFonts w:ascii="Traditional Arabic" w:hAnsi="Traditional Arabic"/>
          <w:noProof/>
          <w:szCs w:val="34"/>
        </w:rPr>
        <w:drawing>
          <wp:anchor distT="0" distB="0" distL="114300" distR="114300" simplePos="0" relativeHeight="251660288" behindDoc="1" locked="0" layoutInCell="1" allowOverlap="1">
            <wp:simplePos x="0" y="0"/>
            <wp:positionH relativeFrom="column">
              <wp:posOffset>302260</wp:posOffset>
            </wp:positionH>
            <wp:positionV relativeFrom="paragraph">
              <wp:posOffset>351155</wp:posOffset>
            </wp:positionV>
            <wp:extent cx="5939790" cy="2804795"/>
            <wp:effectExtent l="0" t="0" r="3810" b="0"/>
            <wp:wrapTight wrapText="bothSides">
              <wp:wrapPolygon edited="0">
                <wp:start x="0" y="0"/>
                <wp:lineTo x="0" y="21419"/>
                <wp:lineTo x="21545" y="21419"/>
                <wp:lineTo x="2154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2_dimensions.png"/>
                    <pic:cNvPicPr/>
                  </pic:nvPicPr>
                  <pic:blipFill rotWithShape="1">
                    <a:blip r:embed="rId10" cstate="print">
                      <a:extLst>
                        <a:ext uri="{28A0092B-C50C-407E-A947-70E740481C1C}">
                          <a14:useLocalDpi xmlns:a14="http://schemas.microsoft.com/office/drawing/2010/main" val="0"/>
                        </a:ext>
                      </a:extLst>
                    </a:blip>
                    <a:srcRect b="10523"/>
                    <a:stretch/>
                  </pic:blipFill>
                  <pic:spPr bwMode="auto">
                    <a:xfrm>
                      <a:off x="0" y="0"/>
                      <a:ext cx="5939790" cy="280479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5117ED">
        <w:rPr>
          <w:rFonts w:cs="Sakkal Majalla"/>
          <w:b/>
          <w:bCs/>
          <w:color w:val="000000" w:themeColor="text1"/>
          <w:sz w:val="38"/>
          <w:szCs w:val="38"/>
          <w:rtl/>
        </w:rPr>
        <w:t>شكل</w:t>
      </w:r>
      <w:r w:rsidRPr="005117ED">
        <w:rPr>
          <w:rFonts w:cs="Sakkal Majalla"/>
          <w:b/>
          <w:bCs/>
          <w:color w:val="000000" w:themeColor="text1"/>
          <w:sz w:val="38"/>
          <w:szCs w:val="38"/>
        </w:rPr>
        <w:t xml:space="preserve"> (2</w:t>
      </w:r>
      <w:proofErr w:type="gramStart"/>
      <w:r w:rsidRPr="005117ED">
        <w:rPr>
          <w:rFonts w:cs="Sakkal Majalla"/>
          <w:b/>
          <w:bCs/>
          <w:color w:val="000000" w:themeColor="text1"/>
          <w:sz w:val="38"/>
          <w:szCs w:val="38"/>
        </w:rPr>
        <w:t>)</w:t>
      </w:r>
      <w:r w:rsidRPr="005117ED">
        <w:rPr>
          <w:rFonts w:cs="Sakkal Majalla" w:hint="cs"/>
          <w:b/>
          <w:bCs/>
          <w:color w:val="000000" w:themeColor="text1"/>
          <w:sz w:val="38"/>
          <w:szCs w:val="38"/>
          <w:rtl/>
        </w:rPr>
        <w:t xml:space="preserve"> </w:t>
      </w:r>
      <w:r w:rsidRPr="005117ED">
        <w:rPr>
          <w:rFonts w:cs="Sakkal Majalla"/>
          <w:b/>
          <w:bCs/>
          <w:color w:val="000000" w:themeColor="text1"/>
          <w:sz w:val="38"/>
          <w:szCs w:val="38"/>
        </w:rPr>
        <w:t>:</w:t>
      </w:r>
      <w:proofErr w:type="gramEnd"/>
      <w:r w:rsidRPr="005117ED">
        <w:rPr>
          <w:rFonts w:cs="Sakkal Majalla" w:hint="cs"/>
          <w:b/>
          <w:bCs/>
          <w:color w:val="000000" w:themeColor="text1"/>
          <w:sz w:val="38"/>
          <w:szCs w:val="38"/>
          <w:rtl/>
        </w:rPr>
        <w:t xml:space="preserve"> </w:t>
      </w:r>
      <w:r w:rsidRPr="005117ED">
        <w:rPr>
          <w:rFonts w:cs="Sakkal Majalla"/>
          <w:b/>
          <w:bCs/>
          <w:color w:val="000000" w:themeColor="text1"/>
          <w:sz w:val="38"/>
          <w:szCs w:val="38"/>
        </w:rPr>
        <w:t xml:space="preserve"> </w:t>
      </w:r>
      <w:r w:rsidRPr="005117ED">
        <w:rPr>
          <w:rFonts w:cs="Sakkal Majalla"/>
          <w:b/>
          <w:bCs/>
          <w:color w:val="000000" w:themeColor="text1"/>
          <w:sz w:val="38"/>
          <w:szCs w:val="38"/>
          <w:rtl/>
        </w:rPr>
        <w:t>أبعاد</w:t>
      </w:r>
      <w:r w:rsidRPr="005117ED">
        <w:rPr>
          <w:rFonts w:cs="Sakkal Majalla"/>
          <w:b/>
          <w:bCs/>
          <w:color w:val="000000" w:themeColor="text1"/>
          <w:sz w:val="38"/>
          <w:szCs w:val="38"/>
        </w:rPr>
        <w:t xml:space="preserve"> </w:t>
      </w:r>
      <w:r w:rsidRPr="005117ED">
        <w:rPr>
          <w:rFonts w:cs="Sakkal Majalla"/>
          <w:b/>
          <w:bCs/>
          <w:color w:val="000000" w:themeColor="text1"/>
          <w:sz w:val="38"/>
          <w:szCs w:val="38"/>
          <w:rtl/>
        </w:rPr>
        <w:t>القيادة</w:t>
      </w:r>
      <w:r w:rsidRPr="005117ED">
        <w:rPr>
          <w:rFonts w:cs="Sakkal Majalla"/>
          <w:b/>
          <w:bCs/>
          <w:color w:val="000000" w:themeColor="text1"/>
          <w:sz w:val="38"/>
          <w:szCs w:val="38"/>
        </w:rPr>
        <w:t xml:space="preserve"> </w:t>
      </w:r>
      <w:r w:rsidRPr="005117ED">
        <w:rPr>
          <w:rFonts w:cs="Sakkal Majalla"/>
          <w:b/>
          <w:bCs/>
          <w:color w:val="000000" w:themeColor="text1"/>
          <w:sz w:val="38"/>
          <w:szCs w:val="38"/>
          <w:rtl/>
        </w:rPr>
        <w:t>التحويلية</w:t>
      </w:r>
      <w:r w:rsidRPr="005117ED">
        <w:rPr>
          <w:rFonts w:cs="Sakkal Majalla"/>
          <w:b/>
          <w:bCs/>
          <w:color w:val="000000" w:themeColor="text1"/>
          <w:sz w:val="38"/>
          <w:szCs w:val="38"/>
        </w:rPr>
        <w:t xml:space="preserve"> </w:t>
      </w:r>
      <w:r w:rsidRPr="005117ED">
        <w:rPr>
          <w:rFonts w:cs="Sakkal Majalla"/>
          <w:b/>
          <w:bCs/>
          <w:color w:val="000000" w:themeColor="text1"/>
          <w:sz w:val="38"/>
          <w:szCs w:val="38"/>
          <w:rtl/>
        </w:rPr>
        <w:t>ودلالاتها</w:t>
      </w:r>
      <w:r w:rsidRPr="005117ED">
        <w:rPr>
          <w:rFonts w:cs="Sakkal Majalla"/>
          <w:b/>
          <w:bCs/>
          <w:color w:val="000000" w:themeColor="text1"/>
          <w:sz w:val="38"/>
          <w:szCs w:val="38"/>
        </w:rPr>
        <w:t xml:space="preserve"> </w:t>
      </w:r>
      <w:r w:rsidRPr="005117ED">
        <w:rPr>
          <w:rFonts w:cs="Sakkal Majalla"/>
          <w:b/>
          <w:bCs/>
          <w:color w:val="000000" w:themeColor="text1"/>
          <w:sz w:val="38"/>
          <w:szCs w:val="38"/>
          <w:rtl/>
        </w:rPr>
        <w:t>الإدارية</w:t>
      </w:r>
    </w:p>
    <w:p w:rsidR="00B23F56" w:rsidRPr="005117ED" w:rsidRDefault="00B23F56" w:rsidP="00B23F56">
      <w:pPr>
        <w:spacing w:before="0" w:after="160" w:line="259" w:lineRule="auto"/>
        <w:ind w:firstLine="0"/>
        <w:jc w:val="left"/>
        <w:rPr>
          <w:rFonts w:cs="Sakkal Majalla"/>
          <w:color w:val="000000" w:themeColor="text1"/>
          <w:sz w:val="28"/>
          <w:szCs w:val="28"/>
        </w:rPr>
      </w:pPr>
      <w:r w:rsidRPr="005117ED">
        <w:rPr>
          <w:rFonts w:cs="Sakkal Majalla" w:hint="cs"/>
          <w:color w:val="000000" w:themeColor="text1"/>
          <w:sz w:val="28"/>
          <w:szCs w:val="28"/>
          <w:rtl/>
        </w:rPr>
        <w:t>*</w:t>
      </w:r>
      <w:r w:rsidRPr="005117ED">
        <w:rPr>
          <w:rFonts w:ascii="Traditional Arabic" w:eastAsia="Noto Naskh Arabic" w:hAnsi="Traditional Arabic"/>
          <w:sz w:val="28"/>
          <w:szCs w:val="28"/>
          <w:rtl/>
        </w:rPr>
        <w:t xml:space="preserve"> </w:t>
      </w:r>
      <w:proofErr w:type="gramStart"/>
      <w:r w:rsidRPr="005117ED">
        <w:rPr>
          <w:rFonts w:cs="Sakkal Majalla"/>
          <w:color w:val="000000" w:themeColor="text1"/>
          <w:sz w:val="28"/>
          <w:szCs w:val="28"/>
          <w:rtl/>
        </w:rPr>
        <w:t>المصدر</w:t>
      </w:r>
      <w:r w:rsidRPr="005117ED">
        <w:rPr>
          <w:rFonts w:cs="Sakkal Majalla"/>
          <w:color w:val="000000" w:themeColor="text1"/>
          <w:sz w:val="28"/>
          <w:szCs w:val="28"/>
        </w:rPr>
        <w:t xml:space="preserve">: </w:t>
      </w:r>
      <w:r w:rsidRPr="005117ED">
        <w:rPr>
          <w:rFonts w:cs="Sakkal Majalla" w:hint="cs"/>
          <w:color w:val="000000" w:themeColor="text1"/>
          <w:sz w:val="28"/>
          <w:szCs w:val="28"/>
          <w:rtl/>
        </w:rPr>
        <w:t xml:space="preserve"> </w:t>
      </w:r>
      <w:r w:rsidRPr="005117ED">
        <w:rPr>
          <w:rFonts w:cs="Sakkal Majalla"/>
          <w:color w:val="000000" w:themeColor="text1"/>
          <w:sz w:val="28"/>
          <w:szCs w:val="28"/>
          <w:rtl/>
        </w:rPr>
        <w:t>إعداد</w:t>
      </w:r>
      <w:proofErr w:type="gramEnd"/>
      <w:r w:rsidRPr="005117ED">
        <w:rPr>
          <w:rFonts w:cs="Sakkal Majalla"/>
          <w:color w:val="000000" w:themeColor="text1"/>
          <w:sz w:val="28"/>
          <w:szCs w:val="28"/>
        </w:rPr>
        <w:t xml:space="preserve"> </w:t>
      </w:r>
      <w:r w:rsidRPr="005117ED">
        <w:rPr>
          <w:rFonts w:cs="Sakkal Majalla"/>
          <w:color w:val="000000" w:themeColor="text1"/>
          <w:sz w:val="28"/>
          <w:szCs w:val="28"/>
          <w:rtl/>
        </w:rPr>
        <w:t>الباحث</w:t>
      </w:r>
      <w:r w:rsidRPr="005117ED">
        <w:rPr>
          <w:rFonts w:cs="Sakkal Majalla"/>
          <w:color w:val="000000" w:themeColor="text1"/>
          <w:sz w:val="28"/>
          <w:szCs w:val="28"/>
        </w:rPr>
        <w:t xml:space="preserve"> </w:t>
      </w:r>
      <w:r w:rsidRPr="005117ED">
        <w:rPr>
          <w:rFonts w:cs="Sakkal Majalla"/>
          <w:color w:val="000000" w:themeColor="text1"/>
          <w:sz w:val="28"/>
          <w:szCs w:val="28"/>
          <w:rtl/>
        </w:rPr>
        <w:t>بالاستناد</w:t>
      </w:r>
      <w:r w:rsidRPr="005117ED">
        <w:rPr>
          <w:rFonts w:cs="Sakkal Majalla"/>
          <w:color w:val="000000" w:themeColor="text1"/>
          <w:sz w:val="28"/>
          <w:szCs w:val="28"/>
        </w:rPr>
        <w:t xml:space="preserve"> </w:t>
      </w:r>
      <w:r w:rsidRPr="005117ED">
        <w:rPr>
          <w:rFonts w:cs="Sakkal Majalla"/>
          <w:color w:val="000000" w:themeColor="text1"/>
          <w:sz w:val="28"/>
          <w:szCs w:val="28"/>
          <w:rtl/>
        </w:rPr>
        <w:t>إلى</w:t>
      </w:r>
      <w:r w:rsidRPr="005117ED">
        <w:rPr>
          <w:rFonts w:cs="Sakkal Majalla"/>
          <w:color w:val="000000" w:themeColor="text1"/>
          <w:sz w:val="28"/>
          <w:szCs w:val="28"/>
        </w:rPr>
        <w:t xml:space="preserve"> Bass (1985) </w:t>
      </w:r>
      <w:r w:rsidRPr="005117ED">
        <w:rPr>
          <w:rFonts w:cs="Sakkal Majalla"/>
          <w:color w:val="000000" w:themeColor="text1"/>
          <w:sz w:val="28"/>
          <w:szCs w:val="28"/>
          <w:rtl/>
        </w:rPr>
        <w:t>و</w:t>
      </w:r>
      <w:r w:rsidRPr="005117ED">
        <w:rPr>
          <w:rFonts w:cs="Sakkal Majalla"/>
          <w:color w:val="000000" w:themeColor="text1"/>
          <w:sz w:val="28"/>
          <w:szCs w:val="28"/>
        </w:rPr>
        <w:t xml:space="preserve">Bass </w:t>
      </w:r>
      <w:r w:rsidRPr="005117ED">
        <w:rPr>
          <w:rFonts w:cs="Sakkal Majalla"/>
          <w:color w:val="000000" w:themeColor="text1"/>
          <w:sz w:val="28"/>
          <w:szCs w:val="28"/>
          <w:rtl/>
        </w:rPr>
        <w:t>و</w:t>
      </w:r>
      <w:proofErr w:type="spellStart"/>
      <w:r w:rsidRPr="005117ED">
        <w:rPr>
          <w:rFonts w:cs="Sakkal Majalla"/>
          <w:color w:val="000000" w:themeColor="text1"/>
          <w:sz w:val="28"/>
          <w:szCs w:val="28"/>
        </w:rPr>
        <w:t>Riggio</w:t>
      </w:r>
      <w:proofErr w:type="spellEnd"/>
      <w:r w:rsidRPr="005117ED">
        <w:rPr>
          <w:rFonts w:cs="Sakkal Majalla"/>
          <w:color w:val="000000" w:themeColor="text1"/>
          <w:sz w:val="28"/>
          <w:szCs w:val="28"/>
        </w:rPr>
        <w:t xml:space="preserve"> (2006)</w:t>
      </w:r>
    </w:p>
    <w:p w:rsidR="00BB6C80" w:rsidRPr="005117ED" w:rsidRDefault="00BB6C80" w:rsidP="00A62B8B">
      <w:pPr>
        <w:spacing w:before="0"/>
        <w:ind w:firstLine="0"/>
        <w:jc w:val="left"/>
        <w:outlineLvl w:val="0"/>
        <w:rPr>
          <w:rFonts w:eastAsia="Times New Roman" w:cs="Sakkal Majalla"/>
          <w:b/>
          <w:bCs/>
          <w:color w:val="000000" w:themeColor="text1"/>
          <w:sz w:val="40"/>
          <w:szCs w:val="40"/>
        </w:rPr>
      </w:pPr>
      <w:bookmarkStart w:id="30" w:name="_Toc233321982"/>
      <w:r w:rsidRPr="005117ED">
        <w:rPr>
          <w:rFonts w:eastAsia="Times New Roman" w:cs="Sakkal Majalla"/>
          <w:b/>
          <w:bCs/>
          <w:color w:val="000000" w:themeColor="text1"/>
          <w:sz w:val="40"/>
          <w:szCs w:val="40"/>
        </w:rPr>
        <w:t xml:space="preserve">2-1-4 </w:t>
      </w:r>
      <w:r w:rsidRPr="005117ED">
        <w:rPr>
          <w:rFonts w:eastAsia="Times New Roman" w:cs="Sakkal Majalla"/>
          <w:b/>
          <w:bCs/>
          <w:color w:val="000000" w:themeColor="text1"/>
          <w:sz w:val="40"/>
          <w:szCs w:val="40"/>
          <w:rtl/>
        </w:rPr>
        <w:t>المقارنة مع الأنماط القيادية ذات الصلة</w:t>
      </w:r>
      <w:r w:rsidR="0029517D" w:rsidRPr="005117ED">
        <w:rPr>
          <w:rFonts w:eastAsia="Times New Roman" w:cs="Sakkal Majalla" w:hint="cs"/>
          <w:b/>
          <w:bCs/>
          <w:color w:val="000000" w:themeColor="text1"/>
          <w:sz w:val="40"/>
          <w:szCs w:val="40"/>
          <w:rtl/>
        </w:rPr>
        <w:t>:</w:t>
      </w:r>
      <w:bookmarkEnd w:id="30"/>
    </w:p>
    <w:p w:rsidR="00BB6C80" w:rsidRPr="005117ED" w:rsidRDefault="00BB6C80" w:rsidP="0029517D">
      <w:pPr>
        <w:spacing w:before="0"/>
        <w:ind w:firstLine="720"/>
        <w:jc w:val="both"/>
        <w:rPr>
          <w:rFonts w:cs="Sakkal Majalla"/>
          <w:color w:val="000000" w:themeColor="text1"/>
          <w:sz w:val="38"/>
          <w:szCs w:val="38"/>
        </w:rPr>
      </w:pPr>
      <w:r w:rsidRPr="005117ED">
        <w:rPr>
          <w:rFonts w:cs="Sakkal Majalla"/>
          <w:color w:val="000000" w:themeColor="text1"/>
          <w:sz w:val="38"/>
          <w:szCs w:val="38"/>
          <w:rtl/>
        </w:rPr>
        <w:t>تتشارك القيادة التحويلية مع القيادة الأصيلة في التأكيد على القيم والاتساق والشفافية، إلا أن القيادة الأصيلة تركز أكثر على وعي القائد بذاته وعلاقاته الصادقة، بينما تركز القيادة التحويلية على رفع الدافعية وصياغة الرؤية والتغيير</w:t>
      </w:r>
      <w:r w:rsidRPr="005117ED">
        <w:rPr>
          <w:rFonts w:cs="Sakkal Majalla"/>
          <w:color w:val="000000" w:themeColor="text1"/>
          <w:sz w:val="38"/>
          <w:szCs w:val="38"/>
        </w:rPr>
        <w:t xml:space="preserve">. </w:t>
      </w:r>
      <w:r w:rsidRPr="005117ED">
        <w:rPr>
          <w:rFonts w:cs="Sakkal Majalla"/>
          <w:color w:val="000000" w:themeColor="text1"/>
          <w:sz w:val="38"/>
          <w:szCs w:val="38"/>
          <w:rtl/>
        </w:rPr>
        <w:t>أما القيادة الخادمة فتلتقي مع الاعتبار الفردي في دعم نمو الأتباع، لكنها تجعل مفهوم الخدمة غاية مركزية</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وتختلف القيادة التبادلية عن التحويلية في آلية التأثير؛ فالأولى تعتمد على المكافأة المشروطة والتصحيح، بينما تعتمد الثانية على المعنى والدافعية والهوية </w:t>
      </w:r>
      <w:r w:rsidR="0029517D" w:rsidRPr="005117ED">
        <w:rPr>
          <w:rFonts w:cs="Sakkal Majalla" w:hint="cs"/>
          <w:color w:val="000000" w:themeColor="text1"/>
          <w:sz w:val="38"/>
          <w:szCs w:val="38"/>
          <w:rtl/>
        </w:rPr>
        <w:t>(</w:t>
      </w:r>
      <w:r w:rsidRPr="005117ED">
        <w:rPr>
          <w:rFonts w:cs="Sakkal Majalla"/>
          <w:color w:val="000000" w:themeColor="text1"/>
          <w:sz w:val="38"/>
          <w:szCs w:val="38"/>
          <w:rtl/>
        </w:rPr>
        <w:t xml:space="preserve">العامري، </w:t>
      </w:r>
      <w:r w:rsidRPr="005117ED">
        <w:rPr>
          <w:rFonts w:cs="Sakkal Majalla"/>
          <w:color w:val="000000" w:themeColor="text1"/>
          <w:sz w:val="38"/>
          <w:szCs w:val="38"/>
        </w:rPr>
        <w:t>2002</w:t>
      </w:r>
      <w:r w:rsidRPr="005117ED">
        <w:rPr>
          <w:rFonts w:cs="Sakkal Majalla"/>
          <w:color w:val="000000" w:themeColor="text1"/>
          <w:sz w:val="38"/>
          <w:szCs w:val="38"/>
          <w:rtl/>
        </w:rPr>
        <w:t xml:space="preserve">؛ </w:t>
      </w:r>
      <w:r w:rsidRPr="005117ED">
        <w:rPr>
          <w:rFonts w:cs="Sakkal Majalla"/>
          <w:color w:val="000000" w:themeColor="text1"/>
          <w:sz w:val="38"/>
          <w:szCs w:val="38"/>
        </w:rPr>
        <w:t xml:space="preserve">Bass &amp; </w:t>
      </w:r>
      <w:proofErr w:type="spellStart"/>
      <w:r w:rsidRPr="005117ED">
        <w:rPr>
          <w:rFonts w:cs="Sakkal Majalla"/>
          <w:color w:val="000000" w:themeColor="text1"/>
          <w:sz w:val="38"/>
          <w:szCs w:val="38"/>
        </w:rPr>
        <w:t>Riggio</w:t>
      </w:r>
      <w:proofErr w:type="spellEnd"/>
      <w:r w:rsidRPr="005117ED">
        <w:rPr>
          <w:rFonts w:cs="Sakkal Majalla"/>
          <w:color w:val="000000" w:themeColor="text1"/>
          <w:sz w:val="38"/>
          <w:szCs w:val="38"/>
        </w:rPr>
        <w:t>, 2006</w:t>
      </w:r>
      <w:r w:rsidR="0029517D" w:rsidRPr="005117ED">
        <w:rPr>
          <w:rFonts w:cs="Sakkal Majalla" w:hint="cs"/>
          <w:color w:val="000000" w:themeColor="text1"/>
          <w:sz w:val="38"/>
          <w:szCs w:val="38"/>
          <w:rtl/>
        </w:rPr>
        <w:t>)</w:t>
      </w:r>
      <w:r w:rsidRPr="005117ED">
        <w:rPr>
          <w:rFonts w:cs="Sakkal Majalla"/>
          <w:color w:val="000000" w:themeColor="text1"/>
          <w:sz w:val="38"/>
          <w:szCs w:val="38"/>
        </w:rPr>
        <w:t>.</w:t>
      </w:r>
    </w:p>
    <w:p w:rsidR="0029517D" w:rsidRPr="005117ED" w:rsidRDefault="0029517D" w:rsidP="00BB6C80">
      <w:pPr>
        <w:spacing w:before="0"/>
        <w:ind w:firstLine="0"/>
        <w:jc w:val="both"/>
        <w:rPr>
          <w:rFonts w:cs="Sakkal Majalla"/>
          <w:b/>
          <w:bCs/>
          <w:color w:val="000000" w:themeColor="text1"/>
          <w:sz w:val="38"/>
          <w:szCs w:val="38"/>
          <w:rtl/>
        </w:rPr>
      </w:pPr>
    </w:p>
    <w:p w:rsidR="00BB6C80" w:rsidRPr="005117ED" w:rsidRDefault="00BB6C80" w:rsidP="0029517D">
      <w:pPr>
        <w:spacing w:before="0"/>
        <w:ind w:firstLine="0"/>
        <w:jc w:val="center"/>
        <w:rPr>
          <w:rFonts w:cs="Sakkal Majalla"/>
          <w:color w:val="000000" w:themeColor="text1"/>
          <w:sz w:val="38"/>
          <w:szCs w:val="38"/>
        </w:rPr>
      </w:pPr>
      <w:r w:rsidRPr="005117ED">
        <w:rPr>
          <w:rFonts w:cs="Sakkal Majalla"/>
          <w:b/>
          <w:bCs/>
          <w:color w:val="000000" w:themeColor="text1"/>
          <w:sz w:val="38"/>
          <w:szCs w:val="38"/>
          <w:rtl/>
        </w:rPr>
        <w:t xml:space="preserve">جدول </w:t>
      </w:r>
      <w:r w:rsidRPr="005117ED">
        <w:rPr>
          <w:rFonts w:cs="Sakkal Majalla"/>
          <w:b/>
          <w:color w:val="000000" w:themeColor="text1"/>
          <w:sz w:val="38"/>
          <w:szCs w:val="38"/>
        </w:rPr>
        <w:t>(2</w:t>
      </w:r>
      <w:proofErr w:type="gramStart"/>
      <w:r w:rsidRPr="005117ED">
        <w:rPr>
          <w:rFonts w:cs="Sakkal Majalla"/>
          <w:b/>
          <w:color w:val="000000" w:themeColor="text1"/>
          <w:sz w:val="38"/>
          <w:szCs w:val="38"/>
        </w:rPr>
        <w:t>)</w:t>
      </w:r>
      <w:r w:rsidR="0029517D" w:rsidRPr="005117ED">
        <w:rPr>
          <w:rFonts w:cs="Sakkal Majalla" w:hint="cs"/>
          <w:b/>
          <w:color w:val="000000" w:themeColor="text1"/>
          <w:sz w:val="38"/>
          <w:szCs w:val="38"/>
          <w:rtl/>
        </w:rPr>
        <w:t xml:space="preserve"> </w:t>
      </w:r>
      <w:r w:rsidRPr="005117ED">
        <w:rPr>
          <w:rFonts w:cs="Sakkal Majalla"/>
          <w:b/>
          <w:color w:val="000000" w:themeColor="text1"/>
          <w:sz w:val="38"/>
          <w:szCs w:val="38"/>
        </w:rPr>
        <w:t>:</w:t>
      </w:r>
      <w:proofErr w:type="gramEnd"/>
      <w:r w:rsidR="0029517D" w:rsidRPr="005117ED">
        <w:rPr>
          <w:rFonts w:cs="Sakkal Majalla" w:hint="cs"/>
          <w:b/>
          <w:color w:val="000000" w:themeColor="text1"/>
          <w:sz w:val="38"/>
          <w:szCs w:val="38"/>
          <w:rtl/>
        </w:rPr>
        <w:t xml:space="preserve"> </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مقارنة بين أنماط قيادية ذات صلة بالدراسة</w:t>
      </w:r>
    </w:p>
    <w:tbl>
      <w:tblPr>
        <w:tblStyle w:val="aa"/>
        <w:bidiVisual/>
        <w:tblW w:w="0" w:type="auto"/>
        <w:jc w:val="center"/>
        <w:tblLook w:val="04A0" w:firstRow="1" w:lastRow="0" w:firstColumn="1" w:lastColumn="0" w:noHBand="0" w:noVBand="1"/>
      </w:tblPr>
      <w:tblGrid>
        <w:gridCol w:w="2016"/>
        <w:gridCol w:w="2410"/>
        <w:gridCol w:w="2268"/>
        <w:gridCol w:w="2830"/>
      </w:tblGrid>
      <w:tr w:rsidR="00BB6C80" w:rsidRPr="005117ED" w:rsidTr="00DB77AB">
        <w:trPr>
          <w:jc w:val="center"/>
        </w:trPr>
        <w:tc>
          <w:tcPr>
            <w:tcW w:w="2016" w:type="dxa"/>
            <w:shd w:val="clear" w:color="auto" w:fill="1F4E79"/>
            <w:vAlign w:val="center"/>
          </w:tcPr>
          <w:p w:rsidR="00BB6C80" w:rsidRPr="005117ED" w:rsidRDefault="00BB6C80" w:rsidP="00DB77AB">
            <w:pPr>
              <w:spacing w:before="0"/>
              <w:ind w:left="118" w:firstLine="0"/>
              <w:jc w:val="center"/>
              <w:rPr>
                <w:rFonts w:cs="Sakkal Majalla"/>
                <w:color w:val="FFFFFF" w:themeColor="background1"/>
                <w:sz w:val="38"/>
                <w:szCs w:val="38"/>
              </w:rPr>
            </w:pPr>
            <w:r w:rsidRPr="005117ED">
              <w:rPr>
                <w:rFonts w:cs="Sakkal Majalla"/>
                <w:b/>
                <w:bCs/>
                <w:color w:val="FFFFFF" w:themeColor="background1"/>
                <w:sz w:val="38"/>
                <w:szCs w:val="38"/>
                <w:rtl/>
              </w:rPr>
              <w:t>النمط القيادي</w:t>
            </w:r>
          </w:p>
        </w:tc>
        <w:tc>
          <w:tcPr>
            <w:tcW w:w="2410" w:type="dxa"/>
            <w:shd w:val="clear" w:color="auto" w:fill="1F4E79"/>
            <w:vAlign w:val="center"/>
          </w:tcPr>
          <w:p w:rsidR="00BB6C80" w:rsidRPr="005117ED" w:rsidRDefault="00BB6C80" w:rsidP="00DB77AB">
            <w:pPr>
              <w:spacing w:before="0"/>
              <w:ind w:left="118" w:firstLine="0"/>
              <w:jc w:val="center"/>
              <w:rPr>
                <w:rFonts w:cs="Sakkal Majalla"/>
                <w:color w:val="FFFFFF" w:themeColor="background1"/>
                <w:sz w:val="38"/>
                <w:szCs w:val="38"/>
              </w:rPr>
            </w:pPr>
            <w:r w:rsidRPr="005117ED">
              <w:rPr>
                <w:rFonts w:cs="Sakkal Majalla"/>
                <w:b/>
                <w:bCs/>
                <w:color w:val="FFFFFF" w:themeColor="background1"/>
                <w:sz w:val="38"/>
                <w:szCs w:val="38"/>
                <w:rtl/>
              </w:rPr>
              <w:t>آلية التأثير</w:t>
            </w:r>
          </w:p>
        </w:tc>
        <w:tc>
          <w:tcPr>
            <w:tcW w:w="2268" w:type="dxa"/>
            <w:shd w:val="clear" w:color="auto" w:fill="1F4E79"/>
            <w:vAlign w:val="center"/>
          </w:tcPr>
          <w:p w:rsidR="00BB6C80" w:rsidRPr="005117ED" w:rsidRDefault="00BB6C80" w:rsidP="00DB77AB">
            <w:pPr>
              <w:spacing w:before="0"/>
              <w:ind w:left="118" w:firstLine="0"/>
              <w:jc w:val="center"/>
              <w:rPr>
                <w:rFonts w:cs="Sakkal Majalla"/>
                <w:color w:val="FFFFFF" w:themeColor="background1"/>
                <w:sz w:val="38"/>
                <w:szCs w:val="38"/>
              </w:rPr>
            </w:pPr>
            <w:r w:rsidRPr="005117ED">
              <w:rPr>
                <w:rFonts w:cs="Sakkal Majalla"/>
                <w:b/>
                <w:bCs/>
                <w:color w:val="FFFFFF" w:themeColor="background1"/>
                <w:sz w:val="38"/>
                <w:szCs w:val="38"/>
                <w:rtl/>
              </w:rPr>
              <w:t>ميزة محتملة</w:t>
            </w:r>
          </w:p>
        </w:tc>
        <w:tc>
          <w:tcPr>
            <w:tcW w:w="2830" w:type="dxa"/>
            <w:shd w:val="clear" w:color="auto" w:fill="1F4E79"/>
            <w:vAlign w:val="center"/>
          </w:tcPr>
          <w:p w:rsidR="00BB6C80" w:rsidRPr="005117ED" w:rsidRDefault="00BB6C80" w:rsidP="00DB77AB">
            <w:pPr>
              <w:spacing w:before="0"/>
              <w:ind w:left="118" w:firstLine="0"/>
              <w:jc w:val="center"/>
              <w:rPr>
                <w:rFonts w:cs="Sakkal Majalla"/>
                <w:color w:val="FFFFFF" w:themeColor="background1"/>
                <w:sz w:val="38"/>
                <w:szCs w:val="38"/>
              </w:rPr>
            </w:pPr>
            <w:r w:rsidRPr="005117ED">
              <w:rPr>
                <w:rFonts w:cs="Sakkal Majalla"/>
                <w:b/>
                <w:bCs/>
                <w:color w:val="FFFFFF" w:themeColor="background1"/>
                <w:sz w:val="38"/>
                <w:szCs w:val="38"/>
                <w:rtl/>
              </w:rPr>
              <w:t>قيد محتمل</w:t>
            </w:r>
          </w:p>
        </w:tc>
      </w:tr>
      <w:tr w:rsidR="00BB6C80" w:rsidRPr="005117ED" w:rsidTr="00DB77AB">
        <w:trPr>
          <w:jc w:val="center"/>
        </w:trPr>
        <w:tc>
          <w:tcPr>
            <w:tcW w:w="2016" w:type="dxa"/>
            <w:vAlign w:val="center"/>
          </w:tcPr>
          <w:p w:rsidR="00BB6C80" w:rsidRPr="005117ED" w:rsidRDefault="00BB6C80" w:rsidP="00DB77AB">
            <w:pPr>
              <w:spacing w:before="0"/>
              <w:ind w:left="118" w:firstLine="0"/>
              <w:jc w:val="center"/>
              <w:rPr>
                <w:rFonts w:cs="Sakkal Majalla"/>
                <w:color w:val="000000" w:themeColor="text1"/>
                <w:sz w:val="38"/>
                <w:szCs w:val="38"/>
              </w:rPr>
            </w:pPr>
            <w:r w:rsidRPr="005117ED">
              <w:rPr>
                <w:rFonts w:cs="Sakkal Majalla"/>
                <w:color w:val="000000" w:themeColor="text1"/>
                <w:sz w:val="38"/>
                <w:szCs w:val="38"/>
                <w:rtl/>
              </w:rPr>
              <w:t>القيادة التحويلية</w:t>
            </w:r>
          </w:p>
        </w:tc>
        <w:tc>
          <w:tcPr>
            <w:tcW w:w="2410" w:type="dxa"/>
            <w:vAlign w:val="center"/>
          </w:tcPr>
          <w:p w:rsidR="00BB6C80" w:rsidRPr="005117ED" w:rsidRDefault="00BB6C80" w:rsidP="00DB77AB">
            <w:pPr>
              <w:spacing w:before="0"/>
              <w:ind w:left="118" w:firstLine="0"/>
              <w:jc w:val="center"/>
              <w:rPr>
                <w:rFonts w:cs="Sakkal Majalla"/>
                <w:color w:val="000000" w:themeColor="text1"/>
                <w:sz w:val="38"/>
                <w:szCs w:val="38"/>
              </w:rPr>
            </w:pPr>
            <w:r w:rsidRPr="005117ED">
              <w:rPr>
                <w:rFonts w:cs="Sakkal Majalla"/>
                <w:color w:val="000000" w:themeColor="text1"/>
                <w:sz w:val="38"/>
                <w:szCs w:val="38"/>
                <w:rtl/>
              </w:rPr>
              <w:t>الرؤية والدافعية والتطوير</w:t>
            </w:r>
          </w:p>
        </w:tc>
        <w:tc>
          <w:tcPr>
            <w:tcW w:w="2268" w:type="dxa"/>
            <w:vAlign w:val="center"/>
          </w:tcPr>
          <w:p w:rsidR="00BB6C80" w:rsidRPr="005117ED" w:rsidRDefault="00BB6C80" w:rsidP="00DB77AB">
            <w:pPr>
              <w:spacing w:before="0"/>
              <w:ind w:left="118" w:firstLine="0"/>
              <w:jc w:val="center"/>
              <w:rPr>
                <w:rFonts w:cs="Sakkal Majalla"/>
                <w:color w:val="000000" w:themeColor="text1"/>
                <w:sz w:val="38"/>
                <w:szCs w:val="38"/>
              </w:rPr>
            </w:pPr>
            <w:r w:rsidRPr="005117ED">
              <w:rPr>
                <w:rFonts w:cs="Sakkal Majalla"/>
                <w:color w:val="000000" w:themeColor="text1"/>
                <w:sz w:val="38"/>
                <w:szCs w:val="38"/>
                <w:rtl/>
              </w:rPr>
              <w:t>دعم التغيير والإبداع</w:t>
            </w:r>
          </w:p>
        </w:tc>
        <w:tc>
          <w:tcPr>
            <w:tcW w:w="2830" w:type="dxa"/>
            <w:vAlign w:val="center"/>
          </w:tcPr>
          <w:p w:rsidR="00BB6C80" w:rsidRPr="005117ED" w:rsidRDefault="00BB6C80" w:rsidP="00DB77AB">
            <w:pPr>
              <w:spacing w:before="0"/>
              <w:ind w:left="118" w:firstLine="0"/>
              <w:jc w:val="center"/>
              <w:rPr>
                <w:rFonts w:cs="Sakkal Majalla"/>
                <w:color w:val="000000" w:themeColor="text1"/>
                <w:sz w:val="38"/>
                <w:szCs w:val="38"/>
              </w:rPr>
            </w:pPr>
            <w:r w:rsidRPr="005117ED">
              <w:rPr>
                <w:rFonts w:cs="Sakkal Majalla"/>
                <w:color w:val="000000" w:themeColor="text1"/>
                <w:sz w:val="38"/>
                <w:szCs w:val="38"/>
                <w:rtl/>
              </w:rPr>
              <w:t>خطر التمركز حول القائد إذا أسيء تطبيقها</w:t>
            </w:r>
          </w:p>
        </w:tc>
      </w:tr>
      <w:tr w:rsidR="00BB6C80" w:rsidRPr="005117ED" w:rsidTr="00DB77AB">
        <w:trPr>
          <w:jc w:val="center"/>
        </w:trPr>
        <w:tc>
          <w:tcPr>
            <w:tcW w:w="2016" w:type="dxa"/>
            <w:vAlign w:val="center"/>
          </w:tcPr>
          <w:p w:rsidR="00BB6C80" w:rsidRPr="005117ED" w:rsidRDefault="00BB6C80" w:rsidP="00DB77AB">
            <w:pPr>
              <w:spacing w:before="0"/>
              <w:ind w:left="118" w:firstLine="0"/>
              <w:jc w:val="center"/>
              <w:rPr>
                <w:rFonts w:cs="Sakkal Majalla"/>
                <w:color w:val="000000" w:themeColor="text1"/>
                <w:sz w:val="38"/>
                <w:szCs w:val="38"/>
              </w:rPr>
            </w:pPr>
            <w:r w:rsidRPr="005117ED">
              <w:rPr>
                <w:rFonts w:cs="Sakkal Majalla"/>
                <w:color w:val="000000" w:themeColor="text1"/>
                <w:sz w:val="38"/>
                <w:szCs w:val="38"/>
                <w:rtl/>
              </w:rPr>
              <w:t>القيادة التبادلية</w:t>
            </w:r>
          </w:p>
        </w:tc>
        <w:tc>
          <w:tcPr>
            <w:tcW w:w="2410" w:type="dxa"/>
            <w:vAlign w:val="center"/>
          </w:tcPr>
          <w:p w:rsidR="00BB6C80" w:rsidRPr="005117ED" w:rsidRDefault="00BB6C80" w:rsidP="00DB77AB">
            <w:pPr>
              <w:spacing w:before="0"/>
              <w:ind w:left="118" w:firstLine="0"/>
              <w:jc w:val="center"/>
              <w:rPr>
                <w:rFonts w:cs="Sakkal Majalla"/>
                <w:color w:val="000000" w:themeColor="text1"/>
                <w:sz w:val="38"/>
                <w:szCs w:val="38"/>
              </w:rPr>
            </w:pPr>
            <w:r w:rsidRPr="005117ED">
              <w:rPr>
                <w:rFonts w:cs="Sakkal Majalla"/>
                <w:color w:val="000000" w:themeColor="text1"/>
                <w:sz w:val="38"/>
                <w:szCs w:val="38"/>
                <w:rtl/>
              </w:rPr>
              <w:t>المكافأة والتصحيح</w:t>
            </w:r>
          </w:p>
        </w:tc>
        <w:tc>
          <w:tcPr>
            <w:tcW w:w="2268" w:type="dxa"/>
            <w:vAlign w:val="center"/>
          </w:tcPr>
          <w:p w:rsidR="00BB6C80" w:rsidRPr="005117ED" w:rsidRDefault="00BB6C80" w:rsidP="00DB77AB">
            <w:pPr>
              <w:spacing w:before="0"/>
              <w:ind w:left="118" w:firstLine="0"/>
              <w:jc w:val="center"/>
              <w:rPr>
                <w:rFonts w:cs="Sakkal Majalla"/>
                <w:color w:val="000000" w:themeColor="text1"/>
                <w:sz w:val="38"/>
                <w:szCs w:val="38"/>
              </w:rPr>
            </w:pPr>
            <w:r w:rsidRPr="005117ED">
              <w:rPr>
                <w:rFonts w:cs="Sakkal Majalla"/>
                <w:color w:val="000000" w:themeColor="text1"/>
                <w:sz w:val="38"/>
                <w:szCs w:val="38"/>
                <w:rtl/>
              </w:rPr>
              <w:t>الوضوح والانضباط</w:t>
            </w:r>
          </w:p>
        </w:tc>
        <w:tc>
          <w:tcPr>
            <w:tcW w:w="2830" w:type="dxa"/>
            <w:vAlign w:val="center"/>
          </w:tcPr>
          <w:p w:rsidR="00BB6C80" w:rsidRPr="005117ED" w:rsidRDefault="00BB6C80" w:rsidP="00DB77AB">
            <w:pPr>
              <w:spacing w:before="0"/>
              <w:ind w:left="118" w:firstLine="0"/>
              <w:jc w:val="center"/>
              <w:rPr>
                <w:rFonts w:cs="Sakkal Majalla"/>
                <w:color w:val="000000" w:themeColor="text1"/>
                <w:sz w:val="38"/>
                <w:szCs w:val="38"/>
              </w:rPr>
            </w:pPr>
            <w:r w:rsidRPr="005117ED">
              <w:rPr>
                <w:rFonts w:cs="Sakkal Majalla"/>
                <w:color w:val="000000" w:themeColor="text1"/>
                <w:sz w:val="38"/>
                <w:szCs w:val="38"/>
                <w:rtl/>
              </w:rPr>
              <w:t>قد تركز على الأداء القصير الأجل</w:t>
            </w:r>
          </w:p>
        </w:tc>
      </w:tr>
      <w:tr w:rsidR="00BB6C80" w:rsidRPr="005117ED" w:rsidTr="00DB77AB">
        <w:trPr>
          <w:jc w:val="center"/>
        </w:trPr>
        <w:tc>
          <w:tcPr>
            <w:tcW w:w="2016" w:type="dxa"/>
            <w:vAlign w:val="center"/>
          </w:tcPr>
          <w:p w:rsidR="00BB6C80" w:rsidRPr="005117ED" w:rsidRDefault="00BB6C80" w:rsidP="00DB77AB">
            <w:pPr>
              <w:spacing w:before="0"/>
              <w:ind w:left="118" w:firstLine="0"/>
              <w:jc w:val="center"/>
              <w:rPr>
                <w:rFonts w:cs="Sakkal Majalla"/>
                <w:color w:val="000000" w:themeColor="text1"/>
                <w:sz w:val="38"/>
                <w:szCs w:val="38"/>
              </w:rPr>
            </w:pPr>
            <w:r w:rsidRPr="005117ED">
              <w:rPr>
                <w:rFonts w:cs="Sakkal Majalla"/>
                <w:color w:val="000000" w:themeColor="text1"/>
                <w:sz w:val="38"/>
                <w:szCs w:val="38"/>
                <w:rtl/>
              </w:rPr>
              <w:lastRenderedPageBreak/>
              <w:t>القيادة الأصيلة</w:t>
            </w:r>
          </w:p>
        </w:tc>
        <w:tc>
          <w:tcPr>
            <w:tcW w:w="2410" w:type="dxa"/>
            <w:vAlign w:val="center"/>
          </w:tcPr>
          <w:p w:rsidR="00BB6C80" w:rsidRPr="005117ED" w:rsidRDefault="00BB6C80" w:rsidP="00DB77AB">
            <w:pPr>
              <w:spacing w:before="0"/>
              <w:ind w:left="118" w:firstLine="0"/>
              <w:jc w:val="center"/>
              <w:rPr>
                <w:rFonts w:cs="Sakkal Majalla"/>
                <w:color w:val="000000" w:themeColor="text1"/>
                <w:sz w:val="38"/>
                <w:szCs w:val="38"/>
              </w:rPr>
            </w:pPr>
            <w:r w:rsidRPr="005117ED">
              <w:rPr>
                <w:rFonts w:cs="Sakkal Majalla"/>
                <w:color w:val="000000" w:themeColor="text1"/>
                <w:sz w:val="38"/>
                <w:szCs w:val="38"/>
                <w:rtl/>
              </w:rPr>
              <w:t>الوعي الذاتي والشفافية</w:t>
            </w:r>
          </w:p>
        </w:tc>
        <w:tc>
          <w:tcPr>
            <w:tcW w:w="2268" w:type="dxa"/>
            <w:vAlign w:val="center"/>
          </w:tcPr>
          <w:p w:rsidR="00BB6C80" w:rsidRPr="005117ED" w:rsidRDefault="00BB6C80" w:rsidP="00DB77AB">
            <w:pPr>
              <w:spacing w:before="0"/>
              <w:ind w:left="118" w:firstLine="0"/>
              <w:jc w:val="center"/>
              <w:rPr>
                <w:rFonts w:cs="Sakkal Majalla"/>
                <w:color w:val="000000" w:themeColor="text1"/>
                <w:sz w:val="38"/>
                <w:szCs w:val="38"/>
              </w:rPr>
            </w:pPr>
            <w:r w:rsidRPr="005117ED">
              <w:rPr>
                <w:rFonts w:cs="Sakkal Majalla"/>
                <w:color w:val="000000" w:themeColor="text1"/>
                <w:sz w:val="38"/>
                <w:szCs w:val="38"/>
                <w:rtl/>
              </w:rPr>
              <w:t>الثقة والنزاهة</w:t>
            </w:r>
          </w:p>
        </w:tc>
        <w:tc>
          <w:tcPr>
            <w:tcW w:w="2830" w:type="dxa"/>
            <w:vAlign w:val="center"/>
          </w:tcPr>
          <w:p w:rsidR="00BB6C80" w:rsidRPr="005117ED" w:rsidRDefault="00BB6C80" w:rsidP="00DB77AB">
            <w:pPr>
              <w:spacing w:before="0"/>
              <w:ind w:left="118" w:firstLine="0"/>
              <w:jc w:val="center"/>
              <w:rPr>
                <w:rFonts w:cs="Sakkal Majalla"/>
                <w:color w:val="000000" w:themeColor="text1"/>
                <w:sz w:val="38"/>
                <w:szCs w:val="38"/>
              </w:rPr>
            </w:pPr>
            <w:r w:rsidRPr="005117ED">
              <w:rPr>
                <w:rFonts w:cs="Sakkal Majalla"/>
                <w:color w:val="000000" w:themeColor="text1"/>
                <w:sz w:val="38"/>
                <w:szCs w:val="38"/>
                <w:rtl/>
              </w:rPr>
              <w:t>لا تركز دائمًا على التغيير</w:t>
            </w:r>
          </w:p>
        </w:tc>
      </w:tr>
      <w:tr w:rsidR="00BB6C80" w:rsidRPr="005117ED" w:rsidTr="00DB77AB">
        <w:trPr>
          <w:jc w:val="center"/>
        </w:trPr>
        <w:tc>
          <w:tcPr>
            <w:tcW w:w="2016" w:type="dxa"/>
            <w:vAlign w:val="center"/>
          </w:tcPr>
          <w:p w:rsidR="00BB6C80" w:rsidRPr="005117ED" w:rsidRDefault="00BB6C80" w:rsidP="00DB77AB">
            <w:pPr>
              <w:spacing w:before="0"/>
              <w:ind w:left="118" w:firstLine="0"/>
              <w:jc w:val="center"/>
              <w:rPr>
                <w:rFonts w:cs="Sakkal Majalla"/>
                <w:color w:val="000000" w:themeColor="text1"/>
                <w:sz w:val="38"/>
                <w:szCs w:val="38"/>
              </w:rPr>
            </w:pPr>
            <w:r w:rsidRPr="005117ED">
              <w:rPr>
                <w:rFonts w:cs="Sakkal Majalla"/>
                <w:color w:val="000000" w:themeColor="text1"/>
                <w:sz w:val="38"/>
                <w:szCs w:val="38"/>
                <w:rtl/>
              </w:rPr>
              <w:t>القيادة الخادمة</w:t>
            </w:r>
          </w:p>
        </w:tc>
        <w:tc>
          <w:tcPr>
            <w:tcW w:w="2410" w:type="dxa"/>
            <w:vAlign w:val="center"/>
          </w:tcPr>
          <w:p w:rsidR="00BB6C80" w:rsidRPr="005117ED" w:rsidRDefault="00BB6C80" w:rsidP="00DB77AB">
            <w:pPr>
              <w:spacing w:before="0"/>
              <w:ind w:left="118" w:firstLine="0"/>
              <w:jc w:val="center"/>
              <w:rPr>
                <w:rFonts w:cs="Sakkal Majalla"/>
                <w:color w:val="000000" w:themeColor="text1"/>
                <w:sz w:val="38"/>
                <w:szCs w:val="38"/>
              </w:rPr>
            </w:pPr>
            <w:r w:rsidRPr="005117ED">
              <w:rPr>
                <w:rFonts w:cs="Sakkal Majalla"/>
                <w:color w:val="000000" w:themeColor="text1"/>
                <w:sz w:val="38"/>
                <w:szCs w:val="38"/>
                <w:rtl/>
              </w:rPr>
              <w:t>خدمة الأتباع ونموهم</w:t>
            </w:r>
          </w:p>
        </w:tc>
        <w:tc>
          <w:tcPr>
            <w:tcW w:w="2268" w:type="dxa"/>
            <w:vAlign w:val="center"/>
          </w:tcPr>
          <w:p w:rsidR="00BB6C80" w:rsidRPr="005117ED" w:rsidRDefault="00BB6C80" w:rsidP="00DB77AB">
            <w:pPr>
              <w:spacing w:before="0"/>
              <w:ind w:left="118" w:firstLine="0"/>
              <w:jc w:val="center"/>
              <w:rPr>
                <w:rFonts w:cs="Sakkal Majalla"/>
                <w:color w:val="000000" w:themeColor="text1"/>
                <w:sz w:val="38"/>
                <w:szCs w:val="38"/>
              </w:rPr>
            </w:pPr>
            <w:r w:rsidRPr="005117ED">
              <w:rPr>
                <w:rFonts w:cs="Sakkal Majalla"/>
                <w:color w:val="000000" w:themeColor="text1"/>
                <w:sz w:val="38"/>
                <w:szCs w:val="38"/>
                <w:rtl/>
              </w:rPr>
              <w:t>الالتزام والتنمية</w:t>
            </w:r>
          </w:p>
        </w:tc>
        <w:tc>
          <w:tcPr>
            <w:tcW w:w="2830" w:type="dxa"/>
            <w:vAlign w:val="center"/>
          </w:tcPr>
          <w:p w:rsidR="00BB6C80" w:rsidRPr="005117ED" w:rsidRDefault="00BB6C80" w:rsidP="00DB77AB">
            <w:pPr>
              <w:spacing w:before="0"/>
              <w:ind w:left="118" w:firstLine="0"/>
              <w:jc w:val="center"/>
              <w:rPr>
                <w:rFonts w:cs="Sakkal Majalla"/>
                <w:color w:val="000000" w:themeColor="text1"/>
                <w:sz w:val="38"/>
                <w:szCs w:val="38"/>
              </w:rPr>
            </w:pPr>
            <w:r w:rsidRPr="005117ED">
              <w:rPr>
                <w:rFonts w:cs="Sakkal Majalla"/>
                <w:color w:val="000000" w:themeColor="text1"/>
                <w:sz w:val="38"/>
                <w:szCs w:val="38"/>
                <w:rtl/>
              </w:rPr>
              <w:t>قد يصعب ضبط الأولويات المتعارضة</w:t>
            </w:r>
          </w:p>
        </w:tc>
      </w:tr>
      <w:tr w:rsidR="00BB6C80" w:rsidRPr="005117ED" w:rsidTr="00DB77AB">
        <w:trPr>
          <w:jc w:val="center"/>
        </w:trPr>
        <w:tc>
          <w:tcPr>
            <w:tcW w:w="2016" w:type="dxa"/>
            <w:vAlign w:val="center"/>
          </w:tcPr>
          <w:p w:rsidR="00BB6C80" w:rsidRPr="005117ED" w:rsidRDefault="00BB6C80" w:rsidP="00DB77AB">
            <w:pPr>
              <w:spacing w:before="0"/>
              <w:ind w:left="118" w:firstLine="0"/>
              <w:jc w:val="center"/>
              <w:rPr>
                <w:rFonts w:cs="Sakkal Majalla"/>
                <w:color w:val="000000" w:themeColor="text1"/>
                <w:sz w:val="38"/>
                <w:szCs w:val="38"/>
              </w:rPr>
            </w:pPr>
            <w:r w:rsidRPr="005117ED">
              <w:rPr>
                <w:rFonts w:cs="Sakkal Majalla"/>
                <w:color w:val="000000" w:themeColor="text1"/>
                <w:sz w:val="38"/>
                <w:szCs w:val="38"/>
                <w:rtl/>
              </w:rPr>
              <w:t>القيادة التشاركية</w:t>
            </w:r>
          </w:p>
        </w:tc>
        <w:tc>
          <w:tcPr>
            <w:tcW w:w="2410" w:type="dxa"/>
            <w:vAlign w:val="center"/>
          </w:tcPr>
          <w:p w:rsidR="00BB6C80" w:rsidRPr="005117ED" w:rsidRDefault="00BB6C80" w:rsidP="00DB77AB">
            <w:pPr>
              <w:spacing w:before="0"/>
              <w:ind w:left="118" w:firstLine="0"/>
              <w:jc w:val="center"/>
              <w:rPr>
                <w:rFonts w:cs="Sakkal Majalla"/>
                <w:color w:val="000000" w:themeColor="text1"/>
                <w:sz w:val="38"/>
                <w:szCs w:val="38"/>
              </w:rPr>
            </w:pPr>
            <w:r w:rsidRPr="005117ED">
              <w:rPr>
                <w:rFonts w:cs="Sakkal Majalla"/>
                <w:color w:val="000000" w:themeColor="text1"/>
                <w:sz w:val="38"/>
                <w:szCs w:val="38"/>
                <w:rtl/>
              </w:rPr>
              <w:t>تقاسم القرار والخبرة</w:t>
            </w:r>
          </w:p>
        </w:tc>
        <w:tc>
          <w:tcPr>
            <w:tcW w:w="2268" w:type="dxa"/>
            <w:vAlign w:val="center"/>
          </w:tcPr>
          <w:p w:rsidR="00BB6C80" w:rsidRPr="005117ED" w:rsidRDefault="00BB6C80" w:rsidP="00DB77AB">
            <w:pPr>
              <w:spacing w:before="0"/>
              <w:ind w:left="118" w:firstLine="0"/>
              <w:jc w:val="center"/>
              <w:rPr>
                <w:rFonts w:cs="Sakkal Majalla"/>
                <w:color w:val="000000" w:themeColor="text1"/>
                <w:sz w:val="38"/>
                <w:szCs w:val="38"/>
              </w:rPr>
            </w:pPr>
            <w:r w:rsidRPr="005117ED">
              <w:rPr>
                <w:rFonts w:cs="Sakkal Majalla"/>
                <w:color w:val="000000" w:themeColor="text1"/>
                <w:sz w:val="38"/>
                <w:szCs w:val="38"/>
                <w:rtl/>
              </w:rPr>
              <w:t>تنوع المعرفة والقبول</w:t>
            </w:r>
          </w:p>
        </w:tc>
        <w:tc>
          <w:tcPr>
            <w:tcW w:w="2830" w:type="dxa"/>
            <w:vAlign w:val="center"/>
          </w:tcPr>
          <w:p w:rsidR="00BB6C80" w:rsidRPr="005117ED" w:rsidRDefault="00BB6C80" w:rsidP="00DB77AB">
            <w:pPr>
              <w:spacing w:before="0"/>
              <w:ind w:left="118" w:firstLine="0"/>
              <w:jc w:val="center"/>
              <w:rPr>
                <w:rFonts w:cs="Sakkal Majalla"/>
                <w:color w:val="000000" w:themeColor="text1"/>
                <w:sz w:val="38"/>
                <w:szCs w:val="38"/>
              </w:rPr>
            </w:pPr>
            <w:r w:rsidRPr="005117ED">
              <w:rPr>
                <w:rFonts w:cs="Sakkal Majalla"/>
                <w:color w:val="000000" w:themeColor="text1"/>
                <w:sz w:val="38"/>
                <w:szCs w:val="38"/>
                <w:rtl/>
              </w:rPr>
              <w:t>تحتاج وقتًا وقواعد حوار</w:t>
            </w:r>
          </w:p>
        </w:tc>
      </w:tr>
    </w:tbl>
    <w:p w:rsidR="00BB6C80" w:rsidRPr="005117ED" w:rsidRDefault="00DB77AB" w:rsidP="00BB6C80">
      <w:pPr>
        <w:spacing w:before="0"/>
        <w:ind w:firstLine="0"/>
        <w:jc w:val="both"/>
        <w:rPr>
          <w:rFonts w:cs="Sakkal Majalla"/>
          <w:color w:val="000000" w:themeColor="text1"/>
          <w:sz w:val="28"/>
          <w:szCs w:val="28"/>
        </w:rPr>
      </w:pPr>
      <w:r w:rsidRPr="005117ED">
        <w:rPr>
          <w:rFonts w:cs="Sakkal Majalla" w:hint="cs"/>
          <w:color w:val="000000" w:themeColor="text1"/>
          <w:sz w:val="28"/>
          <w:szCs w:val="28"/>
          <w:rtl/>
        </w:rPr>
        <w:t>*</w:t>
      </w:r>
      <w:r w:rsidR="00BB6C80" w:rsidRPr="005117ED">
        <w:rPr>
          <w:rFonts w:cs="Sakkal Majalla"/>
          <w:color w:val="000000" w:themeColor="text1"/>
          <w:sz w:val="28"/>
          <w:szCs w:val="28"/>
          <w:rtl/>
        </w:rPr>
        <w:t>المصدر</w:t>
      </w:r>
      <w:r w:rsidR="00BB6C80" w:rsidRPr="005117ED">
        <w:rPr>
          <w:rFonts w:cs="Sakkal Majalla"/>
          <w:color w:val="000000" w:themeColor="text1"/>
          <w:sz w:val="28"/>
          <w:szCs w:val="28"/>
        </w:rPr>
        <w:t xml:space="preserve">: </w:t>
      </w:r>
      <w:r w:rsidR="00BB6C80" w:rsidRPr="005117ED">
        <w:rPr>
          <w:rFonts w:cs="Sakkal Majalla"/>
          <w:color w:val="000000" w:themeColor="text1"/>
          <w:sz w:val="28"/>
          <w:szCs w:val="28"/>
          <w:rtl/>
        </w:rPr>
        <w:t>إعداد الباحث بالاعتماد على</w:t>
      </w:r>
      <w:r w:rsidR="00BB6C80" w:rsidRPr="005117ED">
        <w:rPr>
          <w:rFonts w:cs="Sakkal Majalla"/>
          <w:color w:val="000000" w:themeColor="text1"/>
          <w:sz w:val="28"/>
          <w:szCs w:val="28"/>
        </w:rPr>
        <w:t xml:space="preserve">: </w:t>
      </w:r>
      <w:r w:rsidR="00BB6C80" w:rsidRPr="005117ED">
        <w:rPr>
          <w:rFonts w:cs="Sakkal Majalla"/>
          <w:color w:val="000000" w:themeColor="text1"/>
          <w:sz w:val="28"/>
          <w:szCs w:val="28"/>
          <w:rtl/>
        </w:rPr>
        <w:t xml:space="preserve">العامري </w:t>
      </w:r>
      <w:r w:rsidR="00BB6C80" w:rsidRPr="005117ED">
        <w:rPr>
          <w:rFonts w:cs="Sakkal Majalla"/>
          <w:color w:val="000000" w:themeColor="text1"/>
          <w:sz w:val="28"/>
          <w:szCs w:val="28"/>
        </w:rPr>
        <w:t>(2002)</w:t>
      </w:r>
      <w:r w:rsidR="00BB6C80" w:rsidRPr="005117ED">
        <w:rPr>
          <w:rFonts w:cs="Sakkal Majalla"/>
          <w:color w:val="000000" w:themeColor="text1"/>
          <w:sz w:val="28"/>
          <w:szCs w:val="28"/>
          <w:rtl/>
        </w:rPr>
        <w:t xml:space="preserve">، </w:t>
      </w:r>
      <w:r w:rsidR="00BB6C80" w:rsidRPr="005117ED">
        <w:rPr>
          <w:rFonts w:cs="Sakkal Majalla"/>
          <w:color w:val="000000" w:themeColor="text1"/>
          <w:sz w:val="28"/>
          <w:szCs w:val="28"/>
        </w:rPr>
        <w:t xml:space="preserve">Bass </w:t>
      </w:r>
      <w:r w:rsidR="00BB6C80" w:rsidRPr="005117ED">
        <w:rPr>
          <w:rFonts w:cs="Sakkal Majalla"/>
          <w:color w:val="000000" w:themeColor="text1"/>
          <w:sz w:val="28"/>
          <w:szCs w:val="28"/>
          <w:rtl/>
        </w:rPr>
        <w:t>و</w:t>
      </w:r>
      <w:proofErr w:type="spellStart"/>
      <w:r w:rsidR="00BB6C80" w:rsidRPr="005117ED">
        <w:rPr>
          <w:rFonts w:cs="Sakkal Majalla"/>
          <w:color w:val="000000" w:themeColor="text1"/>
          <w:sz w:val="28"/>
          <w:szCs w:val="28"/>
        </w:rPr>
        <w:t>Riggio</w:t>
      </w:r>
      <w:proofErr w:type="spellEnd"/>
      <w:r w:rsidR="00BB6C80" w:rsidRPr="005117ED">
        <w:rPr>
          <w:rFonts w:cs="Sakkal Majalla"/>
          <w:color w:val="000000" w:themeColor="text1"/>
          <w:sz w:val="28"/>
          <w:szCs w:val="28"/>
        </w:rPr>
        <w:t xml:space="preserve"> (2006)</w:t>
      </w:r>
      <w:r w:rsidR="00BB6C80" w:rsidRPr="005117ED">
        <w:rPr>
          <w:rFonts w:cs="Sakkal Majalla"/>
          <w:color w:val="000000" w:themeColor="text1"/>
          <w:sz w:val="28"/>
          <w:szCs w:val="28"/>
          <w:rtl/>
        </w:rPr>
        <w:t xml:space="preserve">، </w:t>
      </w:r>
      <w:r w:rsidR="00BB6C80" w:rsidRPr="005117ED">
        <w:rPr>
          <w:rFonts w:cs="Sakkal Majalla"/>
          <w:color w:val="000000" w:themeColor="text1"/>
          <w:sz w:val="28"/>
          <w:szCs w:val="28"/>
        </w:rPr>
        <w:t xml:space="preserve">Bass </w:t>
      </w:r>
      <w:r w:rsidR="00BB6C80" w:rsidRPr="005117ED">
        <w:rPr>
          <w:rFonts w:cs="Sakkal Majalla"/>
          <w:color w:val="000000" w:themeColor="text1"/>
          <w:sz w:val="28"/>
          <w:szCs w:val="28"/>
          <w:rtl/>
        </w:rPr>
        <w:t>و</w:t>
      </w:r>
      <w:proofErr w:type="spellStart"/>
      <w:r w:rsidR="00BB6C80" w:rsidRPr="005117ED">
        <w:rPr>
          <w:rFonts w:cs="Sakkal Majalla"/>
          <w:color w:val="000000" w:themeColor="text1"/>
          <w:sz w:val="28"/>
          <w:szCs w:val="28"/>
        </w:rPr>
        <w:t>Steidlmeier</w:t>
      </w:r>
      <w:proofErr w:type="spellEnd"/>
      <w:r w:rsidR="00BB6C80" w:rsidRPr="005117ED">
        <w:rPr>
          <w:rFonts w:cs="Sakkal Majalla"/>
          <w:color w:val="000000" w:themeColor="text1"/>
          <w:sz w:val="28"/>
          <w:szCs w:val="28"/>
        </w:rPr>
        <w:t xml:space="preserve"> (1999).</w:t>
      </w:r>
    </w:p>
    <w:p w:rsidR="00DB77AB" w:rsidRPr="005117ED" w:rsidRDefault="00DB77AB" w:rsidP="00BB6C80">
      <w:pPr>
        <w:spacing w:before="0"/>
        <w:ind w:firstLine="0"/>
        <w:jc w:val="both"/>
        <w:rPr>
          <w:rFonts w:cs="Sakkal Majalla"/>
          <w:b/>
          <w:color w:val="000000" w:themeColor="text1"/>
          <w:sz w:val="38"/>
          <w:szCs w:val="38"/>
          <w:rtl/>
        </w:rPr>
      </w:pPr>
    </w:p>
    <w:p w:rsidR="00BB6C80" w:rsidRPr="005117ED" w:rsidRDefault="00BB6C80" w:rsidP="00A62B8B">
      <w:pPr>
        <w:spacing w:before="0"/>
        <w:ind w:firstLine="0"/>
        <w:jc w:val="left"/>
        <w:outlineLvl w:val="0"/>
        <w:rPr>
          <w:rFonts w:eastAsia="Times New Roman" w:cs="Sakkal Majalla"/>
          <w:b/>
          <w:bCs/>
          <w:color w:val="000000" w:themeColor="text1"/>
          <w:sz w:val="40"/>
          <w:szCs w:val="40"/>
        </w:rPr>
      </w:pPr>
      <w:bookmarkStart w:id="31" w:name="_Toc233321983"/>
      <w:r w:rsidRPr="005117ED">
        <w:rPr>
          <w:rFonts w:eastAsia="Times New Roman" w:cs="Sakkal Majalla"/>
          <w:b/>
          <w:bCs/>
          <w:color w:val="000000" w:themeColor="text1"/>
          <w:sz w:val="40"/>
          <w:szCs w:val="40"/>
        </w:rPr>
        <w:t xml:space="preserve">2-1-5 </w:t>
      </w:r>
      <w:r w:rsidRPr="005117ED">
        <w:rPr>
          <w:rFonts w:eastAsia="Times New Roman" w:cs="Sakkal Majalla"/>
          <w:b/>
          <w:bCs/>
          <w:color w:val="000000" w:themeColor="text1"/>
          <w:sz w:val="40"/>
          <w:szCs w:val="40"/>
          <w:rtl/>
        </w:rPr>
        <w:t>القيادة التحويلية في المنشآت الصغيرة والمتوسطة</w:t>
      </w:r>
      <w:r w:rsidR="00DB77AB" w:rsidRPr="005117ED">
        <w:rPr>
          <w:rFonts w:eastAsia="Times New Roman" w:cs="Sakkal Majalla" w:hint="cs"/>
          <w:b/>
          <w:bCs/>
          <w:color w:val="000000" w:themeColor="text1"/>
          <w:sz w:val="40"/>
          <w:szCs w:val="40"/>
          <w:rtl/>
        </w:rPr>
        <w:t>:</w:t>
      </w:r>
      <w:bookmarkEnd w:id="31"/>
      <w:r w:rsidR="00DB77AB" w:rsidRPr="005117ED">
        <w:rPr>
          <w:rFonts w:eastAsia="Times New Roman" w:cs="Sakkal Majalla" w:hint="cs"/>
          <w:b/>
          <w:bCs/>
          <w:color w:val="000000" w:themeColor="text1"/>
          <w:sz w:val="40"/>
          <w:szCs w:val="40"/>
          <w:rtl/>
        </w:rPr>
        <w:t xml:space="preserve"> </w:t>
      </w:r>
    </w:p>
    <w:p w:rsidR="00BB6C80" w:rsidRPr="005117ED" w:rsidRDefault="00BB6C80" w:rsidP="00DB77AB">
      <w:pPr>
        <w:spacing w:before="0"/>
        <w:ind w:firstLine="720"/>
        <w:jc w:val="both"/>
        <w:rPr>
          <w:rFonts w:cs="Sakkal Majalla"/>
          <w:color w:val="000000" w:themeColor="text1"/>
          <w:sz w:val="38"/>
          <w:szCs w:val="38"/>
        </w:rPr>
      </w:pPr>
      <w:r w:rsidRPr="005117ED">
        <w:rPr>
          <w:rFonts w:cs="Sakkal Majalla"/>
          <w:color w:val="000000" w:themeColor="text1"/>
          <w:sz w:val="38"/>
          <w:szCs w:val="38"/>
          <w:rtl/>
        </w:rPr>
        <w:t>في المنشآت الصغيرة والمتوسطة يتداخل دور القائد مع أدوار المالك والمدير ورائد الأعمال، وقد يتخذ قرارات تخص التمويل والتوظيف والتسويق والعمليات في الوقت نفسه</w:t>
      </w:r>
      <w:r w:rsidRPr="005117ED">
        <w:rPr>
          <w:rFonts w:cs="Sakkal Majalla"/>
          <w:color w:val="000000" w:themeColor="text1"/>
          <w:sz w:val="38"/>
          <w:szCs w:val="38"/>
        </w:rPr>
        <w:t xml:space="preserve">. </w:t>
      </w:r>
      <w:r w:rsidRPr="005117ED">
        <w:rPr>
          <w:rFonts w:cs="Sakkal Majalla"/>
          <w:color w:val="000000" w:themeColor="text1"/>
          <w:sz w:val="38"/>
          <w:szCs w:val="38"/>
          <w:rtl/>
        </w:rPr>
        <w:t>ويمنح هذا التداخل سرعة ومرونة، لكنه يرفع خطر الاعتماد على رؤية فرد واحد</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وتساعد القيادة التحويلية على تحويل الرؤية الريادية إلى رؤية تنظيمية مفهومة، وإشراك العاملين في تطويرها، بحيث تصبح المعرفة موزعة بدل أن تبقى ضمنية لدى المؤسس </w:t>
      </w:r>
      <w:r w:rsidR="00DB77AB" w:rsidRPr="005117ED">
        <w:rPr>
          <w:rFonts w:cs="Sakkal Majalla" w:hint="cs"/>
          <w:color w:val="000000" w:themeColor="text1"/>
          <w:sz w:val="38"/>
          <w:szCs w:val="38"/>
          <w:rtl/>
        </w:rPr>
        <w:t>(</w:t>
      </w:r>
      <w:r w:rsidRPr="005117ED">
        <w:rPr>
          <w:rFonts w:cs="Sakkal Majalla"/>
          <w:color w:val="000000" w:themeColor="text1"/>
          <w:sz w:val="38"/>
          <w:szCs w:val="38"/>
          <w:rtl/>
        </w:rPr>
        <w:t xml:space="preserve">جارحي وآخرون، </w:t>
      </w:r>
      <w:r w:rsidRPr="005117ED">
        <w:rPr>
          <w:rFonts w:cs="Sakkal Majalla"/>
          <w:color w:val="000000" w:themeColor="text1"/>
          <w:sz w:val="38"/>
          <w:szCs w:val="38"/>
        </w:rPr>
        <w:t>2019</w:t>
      </w:r>
      <w:r w:rsidRPr="005117ED">
        <w:rPr>
          <w:rFonts w:cs="Sakkal Majalla"/>
          <w:color w:val="000000" w:themeColor="text1"/>
          <w:sz w:val="38"/>
          <w:szCs w:val="38"/>
          <w:rtl/>
        </w:rPr>
        <w:t xml:space="preserve">؛ </w:t>
      </w:r>
      <w:r w:rsidRPr="005117ED">
        <w:rPr>
          <w:rFonts w:cs="Sakkal Majalla"/>
          <w:color w:val="000000" w:themeColor="text1"/>
          <w:sz w:val="38"/>
          <w:szCs w:val="38"/>
        </w:rPr>
        <w:t>Burns, 1978</w:t>
      </w:r>
      <w:r w:rsidRPr="005117ED">
        <w:rPr>
          <w:rFonts w:cs="Sakkal Majalla"/>
          <w:color w:val="000000" w:themeColor="text1"/>
          <w:sz w:val="38"/>
          <w:szCs w:val="38"/>
          <w:rtl/>
        </w:rPr>
        <w:t xml:space="preserve">؛ </w:t>
      </w:r>
      <w:r w:rsidRPr="005117ED">
        <w:rPr>
          <w:rFonts w:cs="Sakkal Majalla"/>
          <w:color w:val="000000" w:themeColor="text1"/>
          <w:sz w:val="38"/>
          <w:szCs w:val="38"/>
        </w:rPr>
        <w:t xml:space="preserve">Bass &amp; </w:t>
      </w:r>
      <w:proofErr w:type="spellStart"/>
      <w:r w:rsidRPr="005117ED">
        <w:rPr>
          <w:rFonts w:cs="Sakkal Majalla"/>
          <w:color w:val="000000" w:themeColor="text1"/>
          <w:sz w:val="38"/>
          <w:szCs w:val="38"/>
        </w:rPr>
        <w:t>Riggio</w:t>
      </w:r>
      <w:proofErr w:type="spellEnd"/>
      <w:r w:rsidRPr="005117ED">
        <w:rPr>
          <w:rFonts w:cs="Sakkal Majalla"/>
          <w:color w:val="000000" w:themeColor="text1"/>
          <w:sz w:val="38"/>
          <w:szCs w:val="38"/>
        </w:rPr>
        <w:t>, 2006</w:t>
      </w:r>
      <w:r w:rsidR="00DB77AB" w:rsidRPr="005117ED">
        <w:rPr>
          <w:rFonts w:cs="Sakkal Majalla" w:hint="cs"/>
          <w:color w:val="000000" w:themeColor="text1"/>
          <w:sz w:val="38"/>
          <w:szCs w:val="38"/>
          <w:rtl/>
        </w:rPr>
        <w:t>)</w:t>
      </w:r>
      <w:r w:rsidRPr="005117ED">
        <w:rPr>
          <w:rFonts w:cs="Sakkal Majalla"/>
          <w:color w:val="000000" w:themeColor="text1"/>
          <w:sz w:val="38"/>
          <w:szCs w:val="38"/>
        </w:rPr>
        <w:t>.</w:t>
      </w:r>
    </w:p>
    <w:p w:rsidR="00BB6C80" w:rsidRPr="005117ED" w:rsidRDefault="00BB6C80" w:rsidP="00DB77AB">
      <w:pPr>
        <w:spacing w:before="0"/>
        <w:ind w:firstLine="720"/>
        <w:jc w:val="both"/>
        <w:rPr>
          <w:rFonts w:cs="Sakkal Majalla"/>
          <w:color w:val="000000" w:themeColor="text1"/>
          <w:sz w:val="38"/>
          <w:szCs w:val="38"/>
        </w:rPr>
      </w:pPr>
      <w:r w:rsidRPr="005117ED">
        <w:rPr>
          <w:rFonts w:cs="Sakkal Majalla"/>
          <w:color w:val="000000" w:themeColor="text1"/>
          <w:sz w:val="38"/>
          <w:szCs w:val="38"/>
          <w:rtl/>
        </w:rPr>
        <w:t>كما أن محدودية الموارد تجعل التجريب في هذه المنشآت أكثر حساسية؛ فالخطأ قد تكون كلفته كبيرة نسبيًا، ولذلك قد يميل المدير إلى تجنب المخاطرة</w:t>
      </w:r>
      <w:r w:rsidRPr="005117ED">
        <w:rPr>
          <w:rFonts w:cs="Sakkal Majalla"/>
          <w:color w:val="000000" w:themeColor="text1"/>
          <w:sz w:val="38"/>
          <w:szCs w:val="38"/>
        </w:rPr>
        <w:t xml:space="preserve">. </w:t>
      </w:r>
      <w:r w:rsidRPr="005117ED">
        <w:rPr>
          <w:rFonts w:cs="Sakkal Majalla"/>
          <w:color w:val="000000" w:themeColor="text1"/>
          <w:sz w:val="38"/>
          <w:szCs w:val="38"/>
          <w:rtl/>
        </w:rPr>
        <w:t>ويقترح المنظور التحويلي بديلًا يتمثل في التجريب المنضبط</w:t>
      </w:r>
      <w:r w:rsidRPr="005117ED">
        <w:rPr>
          <w:rFonts w:cs="Sakkal Majalla"/>
          <w:color w:val="000000" w:themeColor="text1"/>
          <w:sz w:val="38"/>
          <w:szCs w:val="38"/>
        </w:rPr>
        <w:t xml:space="preserve">: </w:t>
      </w:r>
      <w:r w:rsidRPr="005117ED">
        <w:rPr>
          <w:rFonts w:cs="Sakkal Majalla"/>
          <w:color w:val="000000" w:themeColor="text1"/>
          <w:sz w:val="38"/>
          <w:szCs w:val="38"/>
          <w:rtl/>
        </w:rPr>
        <w:t>تقسيم الفكرة إلى نموذج أولي صغير، وتحديد فرضية ومؤشر نجاح وحد أقصى للخسارة، ثم التعلم السريع</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وهنا تعمل الاستثارة الفكرية مع الانضباط الإداري، فلا يصبح الإبداع مغامرة غير محسوبة ولا يتحول الحذر إلى جمود </w:t>
      </w:r>
      <w:r w:rsidR="00DB77AB" w:rsidRPr="005117ED">
        <w:rPr>
          <w:rFonts w:cs="Sakkal Majalla" w:hint="cs"/>
          <w:color w:val="000000" w:themeColor="text1"/>
          <w:sz w:val="38"/>
          <w:szCs w:val="38"/>
          <w:rtl/>
        </w:rPr>
        <w:t>(</w:t>
      </w:r>
      <w:r w:rsidRPr="005117ED">
        <w:rPr>
          <w:rFonts w:cs="Sakkal Majalla"/>
          <w:color w:val="000000" w:themeColor="text1"/>
          <w:sz w:val="38"/>
          <w:szCs w:val="38"/>
          <w:rtl/>
        </w:rPr>
        <w:t xml:space="preserve">الفاعوري، </w:t>
      </w:r>
      <w:r w:rsidRPr="005117ED">
        <w:rPr>
          <w:rFonts w:cs="Sakkal Majalla"/>
          <w:color w:val="000000" w:themeColor="text1"/>
          <w:sz w:val="38"/>
          <w:szCs w:val="38"/>
        </w:rPr>
        <w:t>2005</w:t>
      </w:r>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Pr>
        <w:t>Amabile</w:t>
      </w:r>
      <w:proofErr w:type="spellEnd"/>
      <w:r w:rsidRPr="005117ED">
        <w:rPr>
          <w:rFonts w:cs="Sakkal Majalla"/>
          <w:color w:val="000000" w:themeColor="text1"/>
          <w:sz w:val="38"/>
          <w:szCs w:val="38"/>
        </w:rPr>
        <w:t xml:space="preserve"> &amp; Pratt, 2016).</w:t>
      </w:r>
    </w:p>
    <w:p w:rsidR="00BB6C80" w:rsidRPr="005117ED" w:rsidRDefault="00BB6C80" w:rsidP="00A62B8B">
      <w:pPr>
        <w:spacing w:before="0"/>
        <w:ind w:firstLine="0"/>
        <w:jc w:val="left"/>
        <w:outlineLvl w:val="0"/>
        <w:rPr>
          <w:rFonts w:eastAsia="Times New Roman" w:cs="Sakkal Majalla"/>
          <w:b/>
          <w:bCs/>
          <w:color w:val="000000" w:themeColor="text1"/>
          <w:sz w:val="40"/>
          <w:szCs w:val="40"/>
        </w:rPr>
      </w:pPr>
      <w:bookmarkStart w:id="32" w:name="_Toc233321984"/>
      <w:r w:rsidRPr="005117ED">
        <w:rPr>
          <w:rFonts w:eastAsia="Times New Roman" w:cs="Sakkal Majalla"/>
          <w:b/>
          <w:bCs/>
          <w:color w:val="000000" w:themeColor="text1"/>
          <w:sz w:val="40"/>
          <w:szCs w:val="40"/>
        </w:rPr>
        <w:t xml:space="preserve">2-1-6 </w:t>
      </w:r>
      <w:r w:rsidRPr="005117ED">
        <w:rPr>
          <w:rFonts w:eastAsia="Times New Roman" w:cs="Sakkal Majalla"/>
          <w:b/>
          <w:bCs/>
          <w:color w:val="000000" w:themeColor="text1"/>
          <w:sz w:val="40"/>
          <w:szCs w:val="40"/>
          <w:rtl/>
        </w:rPr>
        <w:t>الانتقادات والضوابط العلمية والأخلاقية</w:t>
      </w:r>
      <w:r w:rsidR="00DB77AB" w:rsidRPr="005117ED">
        <w:rPr>
          <w:rFonts w:eastAsia="Times New Roman" w:cs="Sakkal Majalla" w:hint="cs"/>
          <w:b/>
          <w:bCs/>
          <w:color w:val="000000" w:themeColor="text1"/>
          <w:sz w:val="40"/>
          <w:szCs w:val="40"/>
          <w:rtl/>
        </w:rPr>
        <w:t>:</w:t>
      </w:r>
      <w:bookmarkEnd w:id="32"/>
    </w:p>
    <w:p w:rsidR="00BB6C80" w:rsidRPr="005117ED" w:rsidRDefault="00BB6C80" w:rsidP="00DB77AB">
      <w:pPr>
        <w:spacing w:before="0"/>
        <w:ind w:firstLine="720"/>
        <w:jc w:val="both"/>
        <w:rPr>
          <w:rFonts w:cs="Sakkal Majalla"/>
          <w:color w:val="000000" w:themeColor="text1"/>
          <w:sz w:val="38"/>
          <w:szCs w:val="38"/>
        </w:rPr>
      </w:pPr>
      <w:r w:rsidRPr="005117ED">
        <w:rPr>
          <w:rFonts w:cs="Sakkal Majalla"/>
          <w:color w:val="000000" w:themeColor="text1"/>
          <w:sz w:val="38"/>
          <w:szCs w:val="38"/>
          <w:rtl/>
        </w:rPr>
        <w:t>على الرغم من انتشار مفهوم القيادة التحويلية، فقد وجهت إليه انتقادات تتعلق بالتداخل بين أبعاده، والاعتماد على تقارير المرؤوسين، واحتمال الخلط بين القيادة الفعالة والنتائج الجيدة</w:t>
      </w:r>
      <w:r w:rsidRPr="005117ED">
        <w:rPr>
          <w:rFonts w:cs="Sakkal Majalla"/>
          <w:color w:val="000000" w:themeColor="text1"/>
          <w:sz w:val="38"/>
          <w:szCs w:val="38"/>
        </w:rPr>
        <w:t xml:space="preserve">. </w:t>
      </w:r>
      <w:r w:rsidRPr="005117ED">
        <w:rPr>
          <w:rFonts w:cs="Sakkal Majalla"/>
          <w:color w:val="000000" w:themeColor="text1"/>
          <w:sz w:val="38"/>
          <w:szCs w:val="38"/>
          <w:rtl/>
        </w:rPr>
        <w:t>كما أن بعض الصياغات تمنح القائد دورًا بطوليًا مبالغًا فيه وتقلل أثر البنية والثقافة والموارد</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وتقتضي المعالجة العلمية لهذه الانتقادات استخدام مقاييس موثوقة، وفحص التعدد الخطي بين </w:t>
      </w:r>
      <w:r w:rsidRPr="005117ED">
        <w:rPr>
          <w:rFonts w:cs="Sakkal Majalla"/>
          <w:color w:val="000000" w:themeColor="text1"/>
          <w:sz w:val="38"/>
          <w:szCs w:val="38"/>
          <w:rtl/>
        </w:rPr>
        <w:lastRenderedPageBreak/>
        <w:t xml:space="preserve">الأبعاد، وتفسير النتائج باعتبار القيادة عاملًا مهمًا ضمن منظومة لا سببًا وحيدًا </w:t>
      </w:r>
      <w:r w:rsidRPr="005117ED">
        <w:rPr>
          <w:rFonts w:cs="Sakkal Majalla"/>
          <w:color w:val="000000" w:themeColor="text1"/>
          <w:sz w:val="38"/>
          <w:szCs w:val="38"/>
        </w:rPr>
        <w:t xml:space="preserve">(Bass &amp; </w:t>
      </w:r>
      <w:proofErr w:type="spellStart"/>
      <w:r w:rsidRPr="005117ED">
        <w:rPr>
          <w:rFonts w:cs="Sakkal Majalla"/>
          <w:color w:val="000000" w:themeColor="text1"/>
          <w:sz w:val="38"/>
          <w:szCs w:val="38"/>
        </w:rPr>
        <w:t>Riggio</w:t>
      </w:r>
      <w:proofErr w:type="spellEnd"/>
      <w:r w:rsidRPr="005117ED">
        <w:rPr>
          <w:rFonts w:cs="Sakkal Majalla"/>
          <w:color w:val="000000" w:themeColor="text1"/>
          <w:sz w:val="38"/>
          <w:szCs w:val="38"/>
        </w:rPr>
        <w:t>, 2006</w:t>
      </w:r>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Pr>
        <w:t>Eisenbeiß</w:t>
      </w:r>
      <w:proofErr w:type="spellEnd"/>
      <w:r w:rsidRPr="005117ED">
        <w:rPr>
          <w:rFonts w:cs="Sakkal Majalla"/>
          <w:color w:val="000000" w:themeColor="text1"/>
          <w:sz w:val="38"/>
          <w:szCs w:val="38"/>
        </w:rPr>
        <w:t xml:space="preserve"> &amp; </w:t>
      </w:r>
      <w:proofErr w:type="spellStart"/>
      <w:r w:rsidRPr="005117ED">
        <w:rPr>
          <w:rFonts w:cs="Sakkal Majalla"/>
          <w:color w:val="000000" w:themeColor="text1"/>
          <w:sz w:val="38"/>
          <w:szCs w:val="38"/>
        </w:rPr>
        <w:t>Boerner</w:t>
      </w:r>
      <w:proofErr w:type="spellEnd"/>
      <w:r w:rsidRPr="005117ED">
        <w:rPr>
          <w:rFonts w:cs="Sakkal Majalla"/>
          <w:color w:val="000000" w:themeColor="text1"/>
          <w:sz w:val="38"/>
          <w:szCs w:val="38"/>
        </w:rPr>
        <w:t>, 2013</w:t>
      </w:r>
      <w:r w:rsidR="00DB77AB" w:rsidRPr="005117ED">
        <w:rPr>
          <w:rFonts w:cs="Sakkal Majalla" w:hint="cs"/>
          <w:color w:val="000000" w:themeColor="text1"/>
          <w:sz w:val="38"/>
          <w:szCs w:val="38"/>
          <w:rtl/>
        </w:rPr>
        <w:t>)</w:t>
      </w:r>
      <w:r w:rsidRPr="005117ED">
        <w:rPr>
          <w:rFonts w:cs="Sakkal Majalla"/>
          <w:color w:val="000000" w:themeColor="text1"/>
          <w:sz w:val="38"/>
          <w:szCs w:val="38"/>
        </w:rPr>
        <w:t>.</w:t>
      </w:r>
    </w:p>
    <w:p w:rsidR="00BB6C80" w:rsidRPr="005117ED" w:rsidRDefault="00BB6C80" w:rsidP="00DB77AB">
      <w:pPr>
        <w:spacing w:before="0"/>
        <w:ind w:firstLine="720"/>
        <w:jc w:val="both"/>
        <w:rPr>
          <w:rFonts w:cs="Sakkal Majalla"/>
          <w:color w:val="000000" w:themeColor="text1"/>
          <w:sz w:val="38"/>
          <w:szCs w:val="38"/>
        </w:rPr>
      </w:pPr>
      <w:r w:rsidRPr="005117ED">
        <w:rPr>
          <w:rFonts w:cs="Sakkal Majalla"/>
          <w:color w:val="000000" w:themeColor="text1"/>
          <w:sz w:val="38"/>
          <w:szCs w:val="38"/>
          <w:rtl/>
        </w:rPr>
        <w:t>وهناك نقد أخلاقي يتعلق بإمكان استخدام الرؤية والكاريزما للتلاعب أو خلق تبعية</w:t>
      </w:r>
      <w:r w:rsidRPr="005117ED">
        <w:rPr>
          <w:rFonts w:cs="Sakkal Majalla"/>
          <w:color w:val="000000" w:themeColor="text1"/>
          <w:sz w:val="38"/>
          <w:szCs w:val="38"/>
        </w:rPr>
        <w:t xml:space="preserve">. </w:t>
      </w:r>
      <w:r w:rsidRPr="005117ED">
        <w:rPr>
          <w:rFonts w:cs="Sakkal Majalla"/>
          <w:color w:val="000000" w:themeColor="text1"/>
          <w:sz w:val="38"/>
          <w:szCs w:val="38"/>
          <w:rtl/>
        </w:rPr>
        <w:t>ولهذا لا يكفي أن يحقق القائد حماسًا أو أداءً مرتفعًا؛ بل ينبغي تقييم نزاهة الغايات وشفافية الوسائل ووجود مساحة للاعتراض</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ومن ثم فإن القيادة التحويلية الداعمة للإبداع هي قيادة توسع التفكير والمشاركة، لا قيادة تستبدل الأوامر الصريحة بضغط عاطفي مستتر </w:t>
      </w:r>
      <w:r w:rsidRPr="005117ED">
        <w:rPr>
          <w:rFonts w:cs="Sakkal Majalla"/>
          <w:color w:val="000000" w:themeColor="text1"/>
          <w:sz w:val="38"/>
          <w:szCs w:val="38"/>
        </w:rPr>
        <w:t xml:space="preserve">(Bass &amp; </w:t>
      </w:r>
      <w:proofErr w:type="spellStart"/>
      <w:r w:rsidRPr="005117ED">
        <w:rPr>
          <w:rFonts w:cs="Sakkal Majalla"/>
          <w:color w:val="000000" w:themeColor="text1"/>
          <w:sz w:val="38"/>
          <w:szCs w:val="38"/>
        </w:rPr>
        <w:t>Steidlmeier</w:t>
      </w:r>
      <w:proofErr w:type="spellEnd"/>
      <w:r w:rsidRPr="005117ED">
        <w:rPr>
          <w:rFonts w:cs="Sakkal Majalla"/>
          <w:color w:val="000000" w:themeColor="text1"/>
          <w:sz w:val="38"/>
          <w:szCs w:val="38"/>
        </w:rPr>
        <w:t>, 1999</w:t>
      </w:r>
      <w:r w:rsidRPr="005117ED">
        <w:rPr>
          <w:rFonts w:cs="Sakkal Majalla"/>
          <w:color w:val="000000" w:themeColor="text1"/>
          <w:sz w:val="38"/>
          <w:szCs w:val="38"/>
          <w:rtl/>
        </w:rPr>
        <w:t xml:space="preserve">؛ </w:t>
      </w:r>
      <w:r w:rsidRPr="005117ED">
        <w:rPr>
          <w:rFonts w:cs="Sakkal Majalla"/>
          <w:color w:val="000000" w:themeColor="text1"/>
          <w:sz w:val="38"/>
          <w:szCs w:val="38"/>
        </w:rPr>
        <w:t xml:space="preserve">Howell &amp; </w:t>
      </w:r>
      <w:proofErr w:type="spellStart"/>
      <w:r w:rsidRPr="005117ED">
        <w:rPr>
          <w:rFonts w:cs="Sakkal Majalla"/>
          <w:color w:val="000000" w:themeColor="text1"/>
          <w:sz w:val="38"/>
          <w:szCs w:val="38"/>
        </w:rPr>
        <w:t>Avolio</w:t>
      </w:r>
      <w:proofErr w:type="spellEnd"/>
      <w:r w:rsidRPr="005117ED">
        <w:rPr>
          <w:rFonts w:cs="Sakkal Majalla"/>
          <w:color w:val="000000" w:themeColor="text1"/>
          <w:sz w:val="38"/>
          <w:szCs w:val="38"/>
        </w:rPr>
        <w:t>, 1992).</w:t>
      </w:r>
    </w:p>
    <w:p w:rsidR="00DB77AB" w:rsidRPr="005117ED" w:rsidRDefault="00DB77AB" w:rsidP="00BB6C80">
      <w:pPr>
        <w:spacing w:before="0"/>
        <w:ind w:firstLine="0"/>
        <w:jc w:val="both"/>
        <w:rPr>
          <w:rFonts w:cs="Sakkal Majalla"/>
          <w:b/>
          <w:bCs/>
          <w:color w:val="000000" w:themeColor="text1"/>
          <w:sz w:val="38"/>
          <w:szCs w:val="38"/>
          <w:rtl/>
        </w:rPr>
      </w:pPr>
    </w:p>
    <w:p w:rsidR="00BB6C80" w:rsidRPr="005117ED" w:rsidRDefault="00BB6C80" w:rsidP="00A62B8B">
      <w:pPr>
        <w:spacing w:before="0"/>
        <w:ind w:firstLine="0"/>
        <w:jc w:val="center"/>
        <w:outlineLvl w:val="0"/>
        <w:rPr>
          <w:rFonts w:eastAsia="Times New Roman" w:cs="Sakkal Majalla"/>
          <w:b/>
          <w:bCs/>
          <w:color w:val="000000" w:themeColor="text1"/>
          <w:sz w:val="40"/>
          <w:szCs w:val="40"/>
        </w:rPr>
      </w:pPr>
      <w:bookmarkStart w:id="33" w:name="_Toc233321985"/>
      <w:r w:rsidRPr="005117ED">
        <w:rPr>
          <w:rFonts w:eastAsia="Times New Roman" w:cs="Sakkal Majalla"/>
          <w:b/>
          <w:bCs/>
          <w:color w:val="000000" w:themeColor="text1"/>
          <w:sz w:val="40"/>
          <w:szCs w:val="40"/>
          <w:rtl/>
        </w:rPr>
        <w:t>المبحث الثاني</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الإبداع التنظيمي</w:t>
      </w:r>
      <w:bookmarkEnd w:id="33"/>
    </w:p>
    <w:p w:rsidR="00BB6C80" w:rsidRPr="005117ED" w:rsidRDefault="00BB6C80" w:rsidP="00A62B8B">
      <w:pPr>
        <w:spacing w:before="0"/>
        <w:ind w:firstLine="0"/>
        <w:jc w:val="left"/>
        <w:outlineLvl w:val="0"/>
        <w:rPr>
          <w:rFonts w:eastAsia="Times New Roman" w:cs="Sakkal Majalla"/>
          <w:b/>
          <w:bCs/>
          <w:color w:val="000000" w:themeColor="text1"/>
          <w:sz w:val="40"/>
          <w:szCs w:val="40"/>
        </w:rPr>
      </w:pPr>
      <w:bookmarkStart w:id="34" w:name="_Toc233321986"/>
      <w:r w:rsidRPr="005117ED">
        <w:rPr>
          <w:rFonts w:eastAsia="Times New Roman" w:cs="Sakkal Majalla"/>
          <w:b/>
          <w:bCs/>
          <w:color w:val="000000" w:themeColor="text1"/>
          <w:sz w:val="40"/>
          <w:szCs w:val="40"/>
        </w:rPr>
        <w:t xml:space="preserve">2-2-1 </w:t>
      </w:r>
      <w:r w:rsidRPr="005117ED">
        <w:rPr>
          <w:rFonts w:eastAsia="Times New Roman" w:cs="Sakkal Majalla"/>
          <w:b/>
          <w:bCs/>
          <w:color w:val="000000" w:themeColor="text1"/>
          <w:sz w:val="40"/>
          <w:szCs w:val="40"/>
          <w:rtl/>
        </w:rPr>
        <w:t>مفهوم الإبداع التنظيمي والتمييز بينه وبين الابتكار</w:t>
      </w:r>
      <w:bookmarkEnd w:id="34"/>
    </w:p>
    <w:p w:rsidR="00BB6C80" w:rsidRPr="005117ED" w:rsidRDefault="00BB6C80" w:rsidP="00DB77AB">
      <w:pPr>
        <w:spacing w:before="0"/>
        <w:ind w:firstLine="720"/>
        <w:jc w:val="both"/>
        <w:rPr>
          <w:rFonts w:cs="Sakkal Majalla"/>
          <w:color w:val="000000" w:themeColor="text1"/>
          <w:sz w:val="38"/>
          <w:szCs w:val="38"/>
        </w:rPr>
      </w:pPr>
      <w:r w:rsidRPr="005117ED">
        <w:rPr>
          <w:rFonts w:cs="Sakkal Majalla"/>
          <w:color w:val="000000" w:themeColor="text1"/>
          <w:sz w:val="38"/>
          <w:szCs w:val="38"/>
          <w:rtl/>
        </w:rPr>
        <w:t>يمثل الإبداع التنظيمي قدرة المنظمة على توليد أفكار جديدة ومفيدة وتطويرها وتطبيقها في سياق العمل</w:t>
      </w:r>
      <w:r w:rsidRPr="005117ED">
        <w:rPr>
          <w:rFonts w:cs="Sakkal Majalla"/>
          <w:color w:val="000000" w:themeColor="text1"/>
          <w:sz w:val="38"/>
          <w:szCs w:val="38"/>
        </w:rPr>
        <w:t xml:space="preserve">. </w:t>
      </w:r>
      <w:r w:rsidRPr="005117ED">
        <w:rPr>
          <w:rFonts w:cs="Sakkal Majalla"/>
          <w:color w:val="000000" w:themeColor="text1"/>
          <w:sz w:val="38"/>
          <w:szCs w:val="38"/>
          <w:rtl/>
        </w:rPr>
        <w:t>ولا يقتصر الإبداع على الاختراع أو الابتكار التقني، بل يشمل تحسين إجراءات العمل، وتطوير الخدمات، وإعادة تصميم العمليات، واقتراح أساليب جديدة للتعامل مع العملاء أو حل المشكلات</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ويجمع التعريف الأكاديمي بين الجدة والفائدة والسياق؛ فالفكرة غير التقليدية لا تعد إبداعًا تنظيميًا ما لم تسهم في حل مشكلة أو إضافة قيمة </w:t>
      </w:r>
      <w:r w:rsidR="00DB77AB" w:rsidRPr="005117ED">
        <w:rPr>
          <w:rFonts w:cs="Sakkal Majalla" w:hint="cs"/>
          <w:color w:val="000000" w:themeColor="text1"/>
          <w:sz w:val="38"/>
          <w:szCs w:val="38"/>
          <w:rtl/>
        </w:rPr>
        <w:t>(</w:t>
      </w:r>
      <w:r w:rsidRPr="005117ED">
        <w:rPr>
          <w:rFonts w:cs="Sakkal Majalla"/>
          <w:color w:val="000000" w:themeColor="text1"/>
          <w:sz w:val="38"/>
          <w:szCs w:val="38"/>
          <w:rtl/>
        </w:rPr>
        <w:t xml:space="preserve">الفاعوري، </w:t>
      </w:r>
      <w:r w:rsidRPr="005117ED">
        <w:rPr>
          <w:rFonts w:cs="Sakkal Majalla"/>
          <w:color w:val="000000" w:themeColor="text1"/>
          <w:sz w:val="38"/>
          <w:szCs w:val="38"/>
        </w:rPr>
        <w:t>2005</w:t>
      </w:r>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Pr>
        <w:t>Amabile</w:t>
      </w:r>
      <w:proofErr w:type="spellEnd"/>
      <w:r w:rsidRPr="005117ED">
        <w:rPr>
          <w:rFonts w:cs="Sakkal Majalla"/>
          <w:color w:val="000000" w:themeColor="text1"/>
          <w:sz w:val="38"/>
          <w:szCs w:val="38"/>
        </w:rPr>
        <w:t>, 1996</w:t>
      </w:r>
      <w:r w:rsidRPr="005117ED">
        <w:rPr>
          <w:rFonts w:cs="Sakkal Majalla"/>
          <w:color w:val="000000" w:themeColor="text1"/>
          <w:sz w:val="38"/>
          <w:szCs w:val="38"/>
          <w:rtl/>
        </w:rPr>
        <w:t xml:space="preserve">؛ </w:t>
      </w:r>
      <w:r w:rsidRPr="005117ED">
        <w:rPr>
          <w:rFonts w:cs="Sakkal Majalla"/>
          <w:color w:val="000000" w:themeColor="text1"/>
          <w:sz w:val="38"/>
          <w:szCs w:val="38"/>
        </w:rPr>
        <w:t>Woodman, Sawyer &amp; Griffin, 1993</w:t>
      </w:r>
      <w:r w:rsidR="00DB77AB" w:rsidRPr="005117ED">
        <w:rPr>
          <w:rFonts w:cs="Sakkal Majalla" w:hint="cs"/>
          <w:color w:val="000000" w:themeColor="text1"/>
          <w:sz w:val="38"/>
          <w:szCs w:val="38"/>
          <w:rtl/>
        </w:rPr>
        <w:t>)</w:t>
      </w:r>
      <w:r w:rsidRPr="005117ED">
        <w:rPr>
          <w:rFonts w:cs="Sakkal Majalla"/>
          <w:color w:val="000000" w:themeColor="text1"/>
          <w:sz w:val="38"/>
          <w:szCs w:val="38"/>
        </w:rPr>
        <w:t>.</w:t>
      </w:r>
    </w:p>
    <w:p w:rsidR="00BB6C80" w:rsidRPr="005117ED" w:rsidRDefault="00BB6C80" w:rsidP="00DB77AB">
      <w:pPr>
        <w:spacing w:before="0"/>
        <w:ind w:firstLine="720"/>
        <w:jc w:val="both"/>
        <w:rPr>
          <w:rFonts w:cs="Sakkal Majalla"/>
          <w:color w:val="000000" w:themeColor="text1"/>
          <w:sz w:val="38"/>
          <w:szCs w:val="38"/>
        </w:rPr>
      </w:pPr>
      <w:r w:rsidRPr="005117ED">
        <w:rPr>
          <w:rFonts w:cs="Sakkal Majalla"/>
          <w:color w:val="000000" w:themeColor="text1"/>
          <w:sz w:val="38"/>
          <w:szCs w:val="38"/>
          <w:rtl/>
        </w:rPr>
        <w:t>ويستخدم الأدب الإداري مفاهيم الإبداع والابتكار والتجديد أحيانًا بصورة متداخلة، إلا أن التمييز بينها يزيد دقة 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فالإبداع يشير أساسًا إلى إنتاج فكرة تتصف بالجدة والملاءمة، بينما يشير الابتكار إلى إدخال الفكرة حيز التطبيق وتحويلها إلى منتج أو خدمة أو عملية أو ممارسة</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وبذلك يمكن أن يوجد إبداع لا يكتمل بالابتكار عندما تتولد أفكار جيدة لكنها لا تتبنى، كما يمكن أن تستورد المنظمة ابتكارًا طوره غيرها دون أن تكون هي مصدر الفكرة </w:t>
      </w:r>
      <w:r w:rsidR="00DB77AB" w:rsidRPr="005117ED">
        <w:rPr>
          <w:rFonts w:cs="Sakkal Majalla" w:hint="cs"/>
          <w:color w:val="000000" w:themeColor="text1"/>
          <w:sz w:val="38"/>
          <w:szCs w:val="38"/>
          <w:rtl/>
        </w:rPr>
        <w:t>(</w:t>
      </w:r>
      <w:r w:rsidRPr="005117ED">
        <w:rPr>
          <w:rFonts w:cs="Sakkal Majalla"/>
          <w:color w:val="000000" w:themeColor="text1"/>
          <w:sz w:val="38"/>
          <w:szCs w:val="38"/>
          <w:rtl/>
        </w:rPr>
        <w:t xml:space="preserve">الفاعوري، </w:t>
      </w:r>
      <w:r w:rsidRPr="005117ED">
        <w:rPr>
          <w:rFonts w:cs="Sakkal Majalla"/>
          <w:color w:val="000000" w:themeColor="text1"/>
          <w:sz w:val="38"/>
          <w:szCs w:val="38"/>
        </w:rPr>
        <w:t>2005</w:t>
      </w:r>
      <w:r w:rsidRPr="005117ED">
        <w:rPr>
          <w:rFonts w:cs="Sakkal Majalla"/>
          <w:color w:val="000000" w:themeColor="text1"/>
          <w:sz w:val="38"/>
          <w:szCs w:val="38"/>
          <w:rtl/>
        </w:rPr>
        <w:t xml:space="preserve">؛ </w:t>
      </w:r>
      <w:r w:rsidRPr="005117ED">
        <w:rPr>
          <w:rFonts w:cs="Sakkal Majalla"/>
          <w:color w:val="000000" w:themeColor="text1"/>
          <w:sz w:val="38"/>
          <w:szCs w:val="38"/>
        </w:rPr>
        <w:t xml:space="preserve">Anderson, </w:t>
      </w:r>
      <w:proofErr w:type="spellStart"/>
      <w:r w:rsidRPr="005117ED">
        <w:rPr>
          <w:rFonts w:cs="Sakkal Majalla"/>
          <w:color w:val="000000" w:themeColor="text1"/>
          <w:sz w:val="38"/>
          <w:szCs w:val="38"/>
        </w:rPr>
        <w:t>Potočnik</w:t>
      </w:r>
      <w:proofErr w:type="spellEnd"/>
      <w:r w:rsidRPr="005117ED">
        <w:rPr>
          <w:rFonts w:cs="Sakkal Majalla"/>
          <w:color w:val="000000" w:themeColor="text1"/>
          <w:sz w:val="38"/>
          <w:szCs w:val="38"/>
        </w:rPr>
        <w:t xml:space="preserve"> &amp; Zhou, 2014).</w:t>
      </w:r>
    </w:p>
    <w:p w:rsidR="00BB6C80" w:rsidRPr="005117ED" w:rsidRDefault="00BB6C80" w:rsidP="00DB77AB">
      <w:pPr>
        <w:spacing w:before="0"/>
        <w:ind w:firstLine="720"/>
        <w:jc w:val="both"/>
        <w:rPr>
          <w:rFonts w:cs="Sakkal Majalla"/>
          <w:color w:val="000000" w:themeColor="text1"/>
          <w:sz w:val="38"/>
          <w:szCs w:val="38"/>
          <w:rtl/>
        </w:rPr>
      </w:pPr>
      <w:r w:rsidRPr="005117ED">
        <w:rPr>
          <w:rFonts w:cs="Sakkal Majalla"/>
          <w:color w:val="000000" w:themeColor="text1"/>
          <w:sz w:val="38"/>
          <w:szCs w:val="38"/>
          <w:rtl/>
        </w:rPr>
        <w:t>ولا يقاس الإبداع بالجدة المطلقة فقط؛ فقد تكون الفكرة جديدة بالنسبة إلى منشأة معينة وإن كانت معروفة في قطاع آخر، وقد تكون بسيطة لكنها تحقق أثرًا تشغيليًا مهمًا</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وهذا الفهم مناسب للمنشآت الصغيرة والمتوسطة التي يعتمد كثير من إبداعها على التحسينات المتدرجة لا الاختراعات الكبرى، مثل تعديل رحلة العميل أو تطوير آلية تواصل أو اختصار خطوات خدمة </w:t>
      </w:r>
      <w:r w:rsidR="00DB77AB" w:rsidRPr="005117ED">
        <w:rPr>
          <w:rFonts w:cs="Sakkal Majalla" w:hint="cs"/>
          <w:color w:val="000000" w:themeColor="text1"/>
          <w:sz w:val="38"/>
          <w:szCs w:val="38"/>
          <w:rtl/>
        </w:rPr>
        <w:t>(</w:t>
      </w:r>
      <w:r w:rsidRPr="005117ED">
        <w:rPr>
          <w:rFonts w:cs="Sakkal Majalla"/>
          <w:color w:val="000000" w:themeColor="text1"/>
          <w:sz w:val="38"/>
          <w:szCs w:val="38"/>
          <w:rtl/>
        </w:rPr>
        <w:t xml:space="preserve">الفاعوري، </w:t>
      </w:r>
      <w:r w:rsidRPr="005117ED">
        <w:rPr>
          <w:rFonts w:cs="Sakkal Majalla"/>
          <w:color w:val="000000" w:themeColor="text1"/>
          <w:sz w:val="38"/>
          <w:szCs w:val="38"/>
        </w:rPr>
        <w:t>2005</w:t>
      </w:r>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Pr>
        <w:t>Amabile</w:t>
      </w:r>
      <w:proofErr w:type="spellEnd"/>
      <w:r w:rsidRPr="005117ED">
        <w:rPr>
          <w:rFonts w:cs="Sakkal Majalla"/>
          <w:color w:val="000000" w:themeColor="text1"/>
          <w:sz w:val="38"/>
          <w:szCs w:val="38"/>
        </w:rPr>
        <w:t>, 1996</w:t>
      </w:r>
      <w:r w:rsidR="00DB77AB" w:rsidRPr="005117ED">
        <w:rPr>
          <w:rFonts w:cs="Sakkal Majalla" w:hint="cs"/>
          <w:color w:val="000000" w:themeColor="text1"/>
          <w:sz w:val="38"/>
          <w:szCs w:val="38"/>
          <w:rtl/>
        </w:rPr>
        <w:t>)</w:t>
      </w:r>
      <w:r w:rsidRPr="005117ED">
        <w:rPr>
          <w:rFonts w:cs="Sakkal Majalla"/>
          <w:color w:val="000000" w:themeColor="text1"/>
          <w:sz w:val="38"/>
          <w:szCs w:val="38"/>
        </w:rPr>
        <w:t>.</w:t>
      </w:r>
    </w:p>
    <w:p w:rsidR="00DB77AB" w:rsidRPr="005117ED" w:rsidRDefault="00DB77AB" w:rsidP="00DB77AB">
      <w:pPr>
        <w:spacing w:before="0"/>
        <w:ind w:firstLine="720"/>
        <w:jc w:val="both"/>
        <w:rPr>
          <w:rFonts w:cs="Sakkal Majalla"/>
          <w:color w:val="000000" w:themeColor="text1"/>
          <w:sz w:val="38"/>
          <w:szCs w:val="38"/>
        </w:rPr>
      </w:pPr>
    </w:p>
    <w:p w:rsidR="00BB6C80" w:rsidRPr="005117ED" w:rsidRDefault="00BB6C80" w:rsidP="00A62B8B">
      <w:pPr>
        <w:spacing w:before="0"/>
        <w:ind w:firstLine="0"/>
        <w:jc w:val="left"/>
        <w:outlineLvl w:val="0"/>
        <w:rPr>
          <w:rFonts w:eastAsia="Times New Roman" w:cs="Sakkal Majalla"/>
          <w:b/>
          <w:bCs/>
          <w:color w:val="000000" w:themeColor="text1"/>
          <w:sz w:val="40"/>
          <w:szCs w:val="40"/>
        </w:rPr>
      </w:pPr>
      <w:bookmarkStart w:id="35" w:name="_Toc233321987"/>
      <w:r w:rsidRPr="005117ED">
        <w:rPr>
          <w:rFonts w:eastAsia="Times New Roman" w:cs="Sakkal Majalla"/>
          <w:b/>
          <w:bCs/>
          <w:color w:val="000000" w:themeColor="text1"/>
          <w:sz w:val="40"/>
          <w:szCs w:val="40"/>
        </w:rPr>
        <w:t xml:space="preserve">2-2-2 </w:t>
      </w:r>
      <w:r w:rsidRPr="005117ED">
        <w:rPr>
          <w:rFonts w:eastAsia="Times New Roman" w:cs="Sakkal Majalla"/>
          <w:b/>
          <w:bCs/>
          <w:color w:val="000000" w:themeColor="text1"/>
          <w:sz w:val="40"/>
          <w:szCs w:val="40"/>
          <w:rtl/>
        </w:rPr>
        <w:t>مستويات الإبداع التنظيمي</w:t>
      </w:r>
      <w:r w:rsidR="00DB77AB" w:rsidRPr="005117ED">
        <w:rPr>
          <w:rFonts w:eastAsia="Times New Roman" w:cs="Sakkal Majalla" w:hint="cs"/>
          <w:b/>
          <w:bCs/>
          <w:color w:val="000000" w:themeColor="text1"/>
          <w:sz w:val="40"/>
          <w:szCs w:val="40"/>
          <w:rtl/>
        </w:rPr>
        <w:t>:</w:t>
      </w:r>
      <w:bookmarkEnd w:id="35"/>
      <w:r w:rsidR="00DB77AB" w:rsidRPr="005117ED">
        <w:rPr>
          <w:rFonts w:eastAsia="Times New Roman" w:cs="Sakkal Majalla" w:hint="cs"/>
          <w:b/>
          <w:bCs/>
          <w:color w:val="000000" w:themeColor="text1"/>
          <w:sz w:val="40"/>
          <w:szCs w:val="40"/>
          <w:rtl/>
        </w:rPr>
        <w:t xml:space="preserve"> </w:t>
      </w:r>
    </w:p>
    <w:p w:rsidR="00BB6C80" w:rsidRPr="005117ED" w:rsidRDefault="00BB6C80" w:rsidP="00DB77AB">
      <w:pPr>
        <w:spacing w:before="0"/>
        <w:ind w:firstLine="720"/>
        <w:jc w:val="both"/>
        <w:rPr>
          <w:rFonts w:cs="Sakkal Majalla"/>
          <w:color w:val="000000" w:themeColor="text1"/>
          <w:sz w:val="38"/>
          <w:szCs w:val="38"/>
        </w:rPr>
      </w:pPr>
      <w:r w:rsidRPr="005117ED">
        <w:rPr>
          <w:rFonts w:cs="Sakkal Majalla"/>
          <w:color w:val="000000" w:themeColor="text1"/>
          <w:sz w:val="38"/>
          <w:szCs w:val="38"/>
          <w:rtl/>
        </w:rPr>
        <w:t>ينبغي التفريق بين الإبداع الفردي والجماعي والتنظيمي</w:t>
      </w:r>
      <w:r w:rsidRPr="005117ED">
        <w:rPr>
          <w:rFonts w:cs="Sakkal Majalla"/>
          <w:color w:val="000000" w:themeColor="text1"/>
          <w:sz w:val="38"/>
          <w:szCs w:val="38"/>
        </w:rPr>
        <w:t xml:space="preserve">. </w:t>
      </w:r>
      <w:r w:rsidRPr="005117ED">
        <w:rPr>
          <w:rFonts w:cs="Sakkal Majalla"/>
          <w:color w:val="000000" w:themeColor="text1"/>
          <w:sz w:val="38"/>
          <w:szCs w:val="38"/>
          <w:rtl/>
        </w:rPr>
        <w:t>فالإبداع الفردي يتعلق بإنتاج الشخص للفكرة، والإبداع الجماعي ينشأ من دمج وجهات النظر والتفاوض حول الحل، أما الإبداع التنظيمي فيشمل الآليات والسياسات والنتائج التي تسمح بتكرار العملية عبر وحدات متعددة</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وقد تبدأ الفكرة فردية ثم تتطور جماعيًا ثم تتبناها المنظمة، وقد تتعطل عند أي مستوى إذا غاب المناخ أو الموارد أو القنوات المناسبة </w:t>
      </w:r>
      <w:r w:rsidR="00DB77AB" w:rsidRPr="005117ED">
        <w:rPr>
          <w:rFonts w:cs="Sakkal Majalla" w:hint="cs"/>
          <w:color w:val="000000" w:themeColor="text1"/>
          <w:sz w:val="38"/>
          <w:szCs w:val="38"/>
          <w:rtl/>
        </w:rPr>
        <w:t>(</w:t>
      </w:r>
      <w:r w:rsidRPr="005117ED">
        <w:rPr>
          <w:rFonts w:cs="Sakkal Majalla"/>
          <w:color w:val="000000" w:themeColor="text1"/>
          <w:sz w:val="38"/>
          <w:szCs w:val="38"/>
          <w:rtl/>
        </w:rPr>
        <w:t xml:space="preserve">الفاعوري، </w:t>
      </w:r>
      <w:r w:rsidRPr="005117ED">
        <w:rPr>
          <w:rFonts w:cs="Sakkal Majalla"/>
          <w:color w:val="000000" w:themeColor="text1"/>
          <w:sz w:val="38"/>
          <w:szCs w:val="38"/>
        </w:rPr>
        <w:t>2005</w:t>
      </w:r>
      <w:r w:rsidRPr="005117ED">
        <w:rPr>
          <w:rFonts w:cs="Sakkal Majalla"/>
          <w:color w:val="000000" w:themeColor="text1"/>
          <w:sz w:val="38"/>
          <w:szCs w:val="38"/>
          <w:rtl/>
        </w:rPr>
        <w:t xml:space="preserve">؛ </w:t>
      </w:r>
      <w:r w:rsidRPr="005117ED">
        <w:rPr>
          <w:rFonts w:cs="Sakkal Majalla"/>
          <w:color w:val="000000" w:themeColor="text1"/>
          <w:sz w:val="38"/>
          <w:szCs w:val="38"/>
        </w:rPr>
        <w:t>Woodman, Sawyer &amp; Griffin, 1993</w:t>
      </w:r>
      <w:r w:rsidR="00DB77AB" w:rsidRPr="005117ED">
        <w:rPr>
          <w:rFonts w:cs="Sakkal Majalla" w:hint="cs"/>
          <w:color w:val="000000" w:themeColor="text1"/>
          <w:sz w:val="38"/>
          <w:szCs w:val="38"/>
          <w:rtl/>
        </w:rPr>
        <w:t>)</w:t>
      </w:r>
      <w:r w:rsidRPr="005117ED">
        <w:rPr>
          <w:rFonts w:cs="Sakkal Majalla"/>
          <w:color w:val="000000" w:themeColor="text1"/>
          <w:sz w:val="38"/>
          <w:szCs w:val="38"/>
        </w:rPr>
        <w:t>.</w:t>
      </w:r>
    </w:p>
    <w:p w:rsidR="00BB6C80" w:rsidRPr="005117ED" w:rsidRDefault="00BB6C80" w:rsidP="00DB77AB">
      <w:pPr>
        <w:spacing w:before="0"/>
        <w:ind w:firstLine="720"/>
        <w:jc w:val="both"/>
        <w:rPr>
          <w:rFonts w:cs="Sakkal Majalla"/>
          <w:color w:val="000000" w:themeColor="text1"/>
          <w:sz w:val="38"/>
          <w:szCs w:val="38"/>
        </w:rPr>
      </w:pPr>
      <w:r w:rsidRPr="005117ED">
        <w:rPr>
          <w:rFonts w:cs="Sakkal Majalla"/>
          <w:color w:val="000000" w:themeColor="text1"/>
          <w:sz w:val="38"/>
          <w:szCs w:val="38"/>
          <w:rtl/>
        </w:rPr>
        <w:t>وتكمن أهمية المستوى الجماعي في أن الأفكار تتحسن عبر الحوار؛ فقد يبدأ المقترح بسيطًا لدى فرد، ثم يضيف إليه زميل معرفة تقنية، ويكشف آخر أثره على العميل، ويحدد ثالث كلفته</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ومن هنا يصبح القائد مسؤولًا عن إدارة الحوار وتوفير الأمان النفسي وتوزيع الفرص، لا عن إنتاج كل الأفكار بنفسه </w:t>
      </w:r>
      <w:r w:rsidR="00DB77AB" w:rsidRPr="005117ED">
        <w:rPr>
          <w:rFonts w:cs="Sakkal Majalla" w:hint="cs"/>
          <w:color w:val="000000" w:themeColor="text1"/>
          <w:sz w:val="38"/>
          <w:szCs w:val="38"/>
          <w:rtl/>
        </w:rPr>
        <w:t>(</w:t>
      </w:r>
      <w:proofErr w:type="spellStart"/>
      <w:r w:rsidRPr="005117ED">
        <w:rPr>
          <w:rFonts w:cs="Sakkal Majalla"/>
          <w:color w:val="000000" w:themeColor="text1"/>
          <w:sz w:val="38"/>
          <w:szCs w:val="38"/>
          <w:rtl/>
        </w:rPr>
        <w:t>الحبيشي</w:t>
      </w:r>
      <w:proofErr w:type="spellEnd"/>
      <w:r w:rsidRPr="005117ED">
        <w:rPr>
          <w:rFonts w:cs="Sakkal Majalla"/>
          <w:color w:val="000000" w:themeColor="text1"/>
          <w:sz w:val="38"/>
          <w:szCs w:val="38"/>
          <w:rtl/>
        </w:rPr>
        <w:t xml:space="preserve"> وحسان، </w:t>
      </w:r>
      <w:r w:rsidRPr="005117ED">
        <w:rPr>
          <w:rFonts w:cs="Sakkal Majalla"/>
          <w:color w:val="000000" w:themeColor="text1"/>
          <w:sz w:val="38"/>
          <w:szCs w:val="38"/>
        </w:rPr>
        <w:t>2021</w:t>
      </w:r>
      <w:r w:rsidRPr="005117ED">
        <w:rPr>
          <w:rFonts w:cs="Sakkal Majalla"/>
          <w:color w:val="000000" w:themeColor="text1"/>
          <w:sz w:val="38"/>
          <w:szCs w:val="38"/>
          <w:rtl/>
        </w:rPr>
        <w:t xml:space="preserve">؛ </w:t>
      </w:r>
      <w:r w:rsidRPr="005117ED">
        <w:rPr>
          <w:rFonts w:cs="Sakkal Majalla"/>
          <w:color w:val="000000" w:themeColor="text1"/>
          <w:sz w:val="38"/>
          <w:szCs w:val="38"/>
        </w:rPr>
        <w:t>Edmondson, 1999</w:t>
      </w:r>
      <w:r w:rsidR="00DB77AB" w:rsidRPr="005117ED">
        <w:rPr>
          <w:rFonts w:cs="Sakkal Majalla" w:hint="cs"/>
          <w:color w:val="000000" w:themeColor="text1"/>
          <w:sz w:val="38"/>
          <w:szCs w:val="38"/>
          <w:rtl/>
        </w:rPr>
        <w:t>)</w:t>
      </w:r>
      <w:r w:rsidRPr="005117ED">
        <w:rPr>
          <w:rFonts w:cs="Sakkal Majalla"/>
          <w:color w:val="000000" w:themeColor="text1"/>
          <w:sz w:val="38"/>
          <w:szCs w:val="38"/>
        </w:rPr>
        <w:t>.</w:t>
      </w:r>
    </w:p>
    <w:p w:rsidR="00DB77AB" w:rsidRPr="005117ED" w:rsidRDefault="00DB77AB" w:rsidP="00BB6C80">
      <w:pPr>
        <w:spacing w:before="0"/>
        <w:ind w:firstLine="0"/>
        <w:jc w:val="both"/>
        <w:rPr>
          <w:rFonts w:cs="Sakkal Majalla"/>
          <w:b/>
          <w:color w:val="000000" w:themeColor="text1"/>
          <w:sz w:val="38"/>
          <w:szCs w:val="38"/>
          <w:rtl/>
        </w:rPr>
      </w:pPr>
    </w:p>
    <w:p w:rsidR="00BB6C80" w:rsidRPr="005117ED" w:rsidRDefault="00BB6C80" w:rsidP="00A62B8B">
      <w:pPr>
        <w:spacing w:before="0"/>
        <w:ind w:firstLine="0"/>
        <w:jc w:val="left"/>
        <w:outlineLvl w:val="0"/>
        <w:rPr>
          <w:rFonts w:eastAsia="Times New Roman" w:cs="Sakkal Majalla"/>
          <w:b/>
          <w:bCs/>
          <w:color w:val="000000" w:themeColor="text1"/>
          <w:sz w:val="40"/>
          <w:szCs w:val="40"/>
        </w:rPr>
      </w:pPr>
      <w:bookmarkStart w:id="36" w:name="_Toc233321988"/>
      <w:r w:rsidRPr="005117ED">
        <w:rPr>
          <w:rFonts w:eastAsia="Times New Roman" w:cs="Sakkal Majalla"/>
          <w:b/>
          <w:bCs/>
          <w:color w:val="000000" w:themeColor="text1"/>
          <w:sz w:val="40"/>
          <w:szCs w:val="40"/>
        </w:rPr>
        <w:t xml:space="preserve">2-2-3 </w:t>
      </w:r>
      <w:r w:rsidRPr="005117ED">
        <w:rPr>
          <w:rFonts w:eastAsia="Times New Roman" w:cs="Sakkal Majalla"/>
          <w:b/>
          <w:bCs/>
          <w:color w:val="000000" w:themeColor="text1"/>
          <w:sz w:val="40"/>
          <w:szCs w:val="40"/>
          <w:rtl/>
        </w:rPr>
        <w:t>مراحل العملية الإبداعية</w:t>
      </w:r>
      <w:r w:rsidR="00DB77AB" w:rsidRPr="005117ED">
        <w:rPr>
          <w:rFonts w:eastAsia="Times New Roman" w:cs="Sakkal Majalla" w:hint="cs"/>
          <w:b/>
          <w:bCs/>
          <w:color w:val="000000" w:themeColor="text1"/>
          <w:sz w:val="40"/>
          <w:szCs w:val="40"/>
          <w:rtl/>
        </w:rPr>
        <w:t>:</w:t>
      </w:r>
      <w:bookmarkEnd w:id="36"/>
      <w:r w:rsidR="00DB77AB" w:rsidRPr="005117ED">
        <w:rPr>
          <w:rFonts w:eastAsia="Times New Roman" w:cs="Sakkal Majalla" w:hint="cs"/>
          <w:b/>
          <w:bCs/>
          <w:color w:val="000000" w:themeColor="text1"/>
          <w:sz w:val="40"/>
          <w:szCs w:val="40"/>
          <w:rtl/>
        </w:rPr>
        <w:t xml:space="preserve"> </w:t>
      </w:r>
    </w:p>
    <w:p w:rsidR="00BB6C80" w:rsidRPr="005117ED" w:rsidRDefault="00BB6C80" w:rsidP="00DB77AB">
      <w:pPr>
        <w:spacing w:before="0"/>
        <w:ind w:firstLine="720"/>
        <w:jc w:val="both"/>
        <w:rPr>
          <w:rFonts w:cs="Sakkal Majalla"/>
          <w:color w:val="000000" w:themeColor="text1"/>
          <w:sz w:val="38"/>
          <w:szCs w:val="38"/>
        </w:rPr>
      </w:pPr>
      <w:r w:rsidRPr="005117ED">
        <w:rPr>
          <w:rFonts w:cs="Sakkal Majalla"/>
          <w:color w:val="000000" w:themeColor="text1"/>
          <w:sz w:val="38"/>
          <w:szCs w:val="38"/>
          <w:rtl/>
        </w:rPr>
        <w:t>تمر العملية الإبداعية غالبًا بمرحلة الإحساس بالمشكلة أو الفرصة، ثم جمع المعرفة، وتوليد البدائل، وتقييمها، والدفاع عنها، وتجريبها، وتعديلها، وصولًا إلى التبني أو الإيقاف</w:t>
      </w:r>
      <w:r w:rsidRPr="005117ED">
        <w:rPr>
          <w:rFonts w:cs="Sakkal Majalla"/>
          <w:color w:val="000000" w:themeColor="text1"/>
          <w:sz w:val="38"/>
          <w:szCs w:val="38"/>
        </w:rPr>
        <w:t xml:space="preserve">. </w:t>
      </w:r>
      <w:r w:rsidRPr="005117ED">
        <w:rPr>
          <w:rFonts w:cs="Sakkal Majalla"/>
          <w:color w:val="000000" w:themeColor="text1"/>
          <w:sz w:val="38"/>
          <w:szCs w:val="38"/>
          <w:rtl/>
        </w:rPr>
        <w:t>وهذه المراحل ليست خطية تمامًا؛ فقد تعيد التجربة الفريق إلى تعريف المشكلة أو جمع معلومات إضافية</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وتفيد هذه الرؤية في الإدارة لأنها تمنع اختزال الإبداع في جلسة أفكار، وتبين أن كل مرحلة تحتاج إلى دعم مختلف </w:t>
      </w:r>
      <w:r w:rsidR="00DB77AB" w:rsidRPr="005117ED">
        <w:rPr>
          <w:rFonts w:cs="Sakkal Majalla" w:hint="cs"/>
          <w:color w:val="000000" w:themeColor="text1"/>
          <w:sz w:val="38"/>
          <w:szCs w:val="38"/>
          <w:rtl/>
        </w:rPr>
        <w:t>(</w:t>
      </w:r>
      <w:r w:rsidRPr="005117ED">
        <w:rPr>
          <w:rFonts w:cs="Sakkal Majalla"/>
          <w:color w:val="000000" w:themeColor="text1"/>
          <w:sz w:val="38"/>
          <w:szCs w:val="38"/>
          <w:rtl/>
        </w:rPr>
        <w:t xml:space="preserve">الفاعوري، </w:t>
      </w:r>
      <w:r w:rsidRPr="005117ED">
        <w:rPr>
          <w:rFonts w:cs="Sakkal Majalla"/>
          <w:color w:val="000000" w:themeColor="text1"/>
          <w:sz w:val="38"/>
          <w:szCs w:val="38"/>
        </w:rPr>
        <w:t>2005</w:t>
      </w:r>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Pr>
        <w:t>Amabile</w:t>
      </w:r>
      <w:proofErr w:type="spellEnd"/>
      <w:r w:rsidRPr="005117ED">
        <w:rPr>
          <w:rFonts w:cs="Sakkal Majalla"/>
          <w:color w:val="000000" w:themeColor="text1"/>
          <w:sz w:val="38"/>
          <w:szCs w:val="38"/>
        </w:rPr>
        <w:t>, 1996</w:t>
      </w:r>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Pr>
        <w:t>Amabile</w:t>
      </w:r>
      <w:proofErr w:type="spellEnd"/>
      <w:r w:rsidRPr="005117ED">
        <w:rPr>
          <w:rFonts w:cs="Sakkal Majalla"/>
          <w:color w:val="000000" w:themeColor="text1"/>
          <w:sz w:val="38"/>
          <w:szCs w:val="38"/>
        </w:rPr>
        <w:t xml:space="preserve"> &amp; Pratt, 2016</w:t>
      </w:r>
      <w:r w:rsidR="00DB77AB" w:rsidRPr="005117ED">
        <w:rPr>
          <w:rFonts w:cs="Sakkal Majalla" w:hint="cs"/>
          <w:color w:val="000000" w:themeColor="text1"/>
          <w:sz w:val="38"/>
          <w:szCs w:val="38"/>
          <w:rtl/>
        </w:rPr>
        <w:t>)</w:t>
      </w:r>
      <w:r w:rsidRPr="005117ED">
        <w:rPr>
          <w:rFonts w:cs="Sakkal Majalla"/>
          <w:color w:val="000000" w:themeColor="text1"/>
          <w:sz w:val="38"/>
          <w:szCs w:val="38"/>
        </w:rPr>
        <w:t>.</w:t>
      </w:r>
    </w:p>
    <w:p w:rsidR="00E8706E" w:rsidRPr="005117ED" w:rsidRDefault="00E8706E" w:rsidP="00DB77AB">
      <w:pPr>
        <w:spacing w:before="0"/>
        <w:ind w:firstLine="0"/>
        <w:jc w:val="center"/>
        <w:rPr>
          <w:rFonts w:cs="Sakkal Majalla"/>
          <w:b/>
          <w:bCs/>
          <w:color w:val="000000" w:themeColor="text1"/>
          <w:sz w:val="38"/>
          <w:szCs w:val="38"/>
          <w:rtl/>
        </w:rPr>
      </w:pPr>
    </w:p>
    <w:p w:rsidR="00BB6C80" w:rsidRPr="005117ED" w:rsidRDefault="00BB6C80" w:rsidP="00DB77AB">
      <w:pPr>
        <w:spacing w:before="0"/>
        <w:ind w:firstLine="0"/>
        <w:jc w:val="center"/>
        <w:rPr>
          <w:rFonts w:cs="Sakkal Majalla"/>
          <w:color w:val="000000" w:themeColor="text1"/>
          <w:sz w:val="38"/>
          <w:szCs w:val="38"/>
        </w:rPr>
      </w:pPr>
      <w:r w:rsidRPr="005117ED">
        <w:rPr>
          <w:rFonts w:cs="Sakkal Majalla"/>
          <w:b/>
          <w:bCs/>
          <w:color w:val="000000" w:themeColor="text1"/>
          <w:sz w:val="38"/>
          <w:szCs w:val="38"/>
          <w:rtl/>
        </w:rPr>
        <w:t xml:space="preserve">جدول </w:t>
      </w:r>
      <w:r w:rsidRPr="005117ED">
        <w:rPr>
          <w:rFonts w:cs="Sakkal Majalla"/>
          <w:b/>
          <w:color w:val="000000" w:themeColor="text1"/>
          <w:sz w:val="38"/>
          <w:szCs w:val="38"/>
        </w:rPr>
        <w:t>(3</w:t>
      </w:r>
      <w:proofErr w:type="gramStart"/>
      <w:r w:rsidRPr="005117ED">
        <w:rPr>
          <w:rFonts w:cs="Sakkal Majalla"/>
          <w:b/>
          <w:color w:val="000000" w:themeColor="text1"/>
          <w:sz w:val="38"/>
          <w:szCs w:val="38"/>
        </w:rPr>
        <w:t>)</w:t>
      </w:r>
      <w:r w:rsidR="00DB77AB" w:rsidRPr="005117ED">
        <w:rPr>
          <w:rFonts w:cs="Sakkal Majalla" w:hint="cs"/>
          <w:b/>
          <w:color w:val="000000" w:themeColor="text1"/>
          <w:sz w:val="38"/>
          <w:szCs w:val="38"/>
          <w:rtl/>
        </w:rPr>
        <w:t xml:space="preserve"> </w:t>
      </w:r>
      <w:r w:rsidRPr="005117ED">
        <w:rPr>
          <w:rFonts w:cs="Sakkal Majalla"/>
          <w:b/>
          <w:color w:val="000000" w:themeColor="text1"/>
          <w:sz w:val="38"/>
          <w:szCs w:val="38"/>
        </w:rPr>
        <w:t>:</w:t>
      </w:r>
      <w:proofErr w:type="gramEnd"/>
      <w:r w:rsidR="00DB77AB" w:rsidRPr="005117ED">
        <w:rPr>
          <w:rFonts w:cs="Sakkal Majalla" w:hint="cs"/>
          <w:b/>
          <w:color w:val="000000" w:themeColor="text1"/>
          <w:sz w:val="38"/>
          <w:szCs w:val="38"/>
          <w:rtl/>
        </w:rPr>
        <w:t xml:space="preserve"> </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مراحل العملية الإبداعية ومتطلبات الإدارة في كل مرحلة</w:t>
      </w:r>
    </w:p>
    <w:tbl>
      <w:tblPr>
        <w:tblStyle w:val="aa"/>
        <w:bidiVisual/>
        <w:tblW w:w="0" w:type="auto"/>
        <w:jc w:val="center"/>
        <w:tblLook w:val="04A0" w:firstRow="1" w:lastRow="0" w:firstColumn="1" w:lastColumn="0" w:noHBand="0" w:noVBand="1"/>
      </w:tblPr>
      <w:tblGrid>
        <w:gridCol w:w="2299"/>
        <w:gridCol w:w="3119"/>
        <w:gridCol w:w="4107"/>
      </w:tblGrid>
      <w:tr w:rsidR="00BB6C80" w:rsidRPr="005117ED" w:rsidTr="005117ED">
        <w:trPr>
          <w:jc w:val="center"/>
        </w:trPr>
        <w:tc>
          <w:tcPr>
            <w:tcW w:w="2299" w:type="dxa"/>
            <w:shd w:val="clear" w:color="auto" w:fill="FFF2CC" w:themeFill="accent4" w:themeFillTint="33"/>
            <w:vAlign w:val="center"/>
          </w:tcPr>
          <w:p w:rsidR="00BB6C80" w:rsidRPr="005117ED" w:rsidRDefault="00BB6C80" w:rsidP="00DB77AB">
            <w:pPr>
              <w:spacing w:before="0"/>
              <w:ind w:firstLine="0"/>
              <w:jc w:val="center"/>
              <w:rPr>
                <w:rFonts w:cs="Sakkal Majalla"/>
                <w:color w:val="000000" w:themeColor="text1"/>
                <w:sz w:val="38"/>
                <w:szCs w:val="38"/>
              </w:rPr>
            </w:pPr>
            <w:r w:rsidRPr="005117ED">
              <w:rPr>
                <w:rFonts w:cs="Sakkal Majalla"/>
                <w:b/>
                <w:bCs/>
                <w:color w:val="000000" w:themeColor="text1"/>
                <w:sz w:val="38"/>
                <w:szCs w:val="38"/>
                <w:rtl/>
              </w:rPr>
              <w:t>المرحلة</w:t>
            </w:r>
          </w:p>
        </w:tc>
        <w:tc>
          <w:tcPr>
            <w:tcW w:w="3119" w:type="dxa"/>
            <w:shd w:val="clear" w:color="auto" w:fill="FFF2CC" w:themeFill="accent4" w:themeFillTint="33"/>
            <w:vAlign w:val="center"/>
          </w:tcPr>
          <w:p w:rsidR="00BB6C80" w:rsidRPr="005117ED" w:rsidRDefault="00BB6C80" w:rsidP="00DB77AB">
            <w:pPr>
              <w:spacing w:before="0"/>
              <w:ind w:firstLine="0"/>
              <w:jc w:val="center"/>
              <w:rPr>
                <w:rFonts w:cs="Sakkal Majalla"/>
                <w:color w:val="000000" w:themeColor="text1"/>
                <w:sz w:val="38"/>
                <w:szCs w:val="38"/>
              </w:rPr>
            </w:pPr>
            <w:r w:rsidRPr="005117ED">
              <w:rPr>
                <w:rFonts w:cs="Sakkal Majalla"/>
                <w:b/>
                <w:bCs/>
                <w:color w:val="000000" w:themeColor="text1"/>
                <w:sz w:val="38"/>
                <w:szCs w:val="38"/>
                <w:rtl/>
              </w:rPr>
              <w:t>الحاجة الأساسية</w:t>
            </w:r>
          </w:p>
        </w:tc>
        <w:tc>
          <w:tcPr>
            <w:tcW w:w="4107" w:type="dxa"/>
            <w:shd w:val="clear" w:color="auto" w:fill="FFF2CC" w:themeFill="accent4" w:themeFillTint="33"/>
            <w:vAlign w:val="center"/>
          </w:tcPr>
          <w:p w:rsidR="00BB6C80" w:rsidRPr="005117ED" w:rsidRDefault="00BB6C80" w:rsidP="00DB77AB">
            <w:pPr>
              <w:spacing w:before="0"/>
              <w:ind w:firstLine="0"/>
              <w:jc w:val="center"/>
              <w:rPr>
                <w:rFonts w:cs="Sakkal Majalla"/>
                <w:color w:val="000000" w:themeColor="text1"/>
                <w:sz w:val="38"/>
                <w:szCs w:val="38"/>
              </w:rPr>
            </w:pPr>
            <w:r w:rsidRPr="005117ED">
              <w:rPr>
                <w:rFonts w:cs="Sakkal Majalla"/>
                <w:b/>
                <w:bCs/>
                <w:color w:val="000000" w:themeColor="text1"/>
                <w:sz w:val="38"/>
                <w:szCs w:val="38"/>
                <w:rtl/>
              </w:rPr>
              <w:t>دور القيادة</w:t>
            </w:r>
          </w:p>
        </w:tc>
      </w:tr>
      <w:tr w:rsidR="00BB6C80" w:rsidRPr="005117ED" w:rsidTr="005117ED">
        <w:trPr>
          <w:jc w:val="center"/>
        </w:trPr>
        <w:tc>
          <w:tcPr>
            <w:tcW w:w="2299" w:type="dxa"/>
            <w:vAlign w:val="center"/>
          </w:tcPr>
          <w:p w:rsidR="00BB6C80" w:rsidRPr="005117ED" w:rsidRDefault="00BB6C80" w:rsidP="00DB77A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اكتشاف المشكلة أو الفرصة</w:t>
            </w:r>
          </w:p>
        </w:tc>
        <w:tc>
          <w:tcPr>
            <w:tcW w:w="3119" w:type="dxa"/>
            <w:vAlign w:val="center"/>
          </w:tcPr>
          <w:p w:rsidR="00BB6C80" w:rsidRPr="005117ED" w:rsidRDefault="00BB6C80" w:rsidP="00DB77A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بيانات العملاء والعمليات وملاحظات العاملين</w:t>
            </w:r>
          </w:p>
        </w:tc>
        <w:tc>
          <w:tcPr>
            <w:tcW w:w="4107" w:type="dxa"/>
            <w:vAlign w:val="center"/>
          </w:tcPr>
          <w:p w:rsidR="00BB6C80" w:rsidRPr="005117ED" w:rsidRDefault="00BB6C80" w:rsidP="00DB77A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إتاحة السؤال وعدم لوم من يكشف القصور</w:t>
            </w:r>
          </w:p>
        </w:tc>
      </w:tr>
      <w:tr w:rsidR="00BB6C80" w:rsidRPr="005117ED" w:rsidTr="005117ED">
        <w:trPr>
          <w:jc w:val="center"/>
        </w:trPr>
        <w:tc>
          <w:tcPr>
            <w:tcW w:w="2299" w:type="dxa"/>
            <w:vAlign w:val="center"/>
          </w:tcPr>
          <w:p w:rsidR="00BB6C80" w:rsidRPr="005117ED" w:rsidRDefault="00BB6C80" w:rsidP="00DB77A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توليد البدائل</w:t>
            </w:r>
          </w:p>
        </w:tc>
        <w:tc>
          <w:tcPr>
            <w:tcW w:w="3119" w:type="dxa"/>
            <w:vAlign w:val="center"/>
          </w:tcPr>
          <w:p w:rsidR="00BB6C80" w:rsidRPr="005117ED" w:rsidRDefault="00BB6C80" w:rsidP="00DB77A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وقت وتنوع معرفي وتأجيل الحكم</w:t>
            </w:r>
          </w:p>
        </w:tc>
        <w:tc>
          <w:tcPr>
            <w:tcW w:w="4107" w:type="dxa"/>
            <w:vAlign w:val="center"/>
          </w:tcPr>
          <w:p w:rsidR="00BB6C80" w:rsidRPr="005117ED" w:rsidRDefault="00BB6C80" w:rsidP="00DB77A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تشجيع الزوايا المتعددة وحماية الأفكار الناشئة</w:t>
            </w:r>
          </w:p>
        </w:tc>
      </w:tr>
      <w:tr w:rsidR="00BB6C80" w:rsidRPr="005117ED" w:rsidTr="005117ED">
        <w:trPr>
          <w:jc w:val="center"/>
        </w:trPr>
        <w:tc>
          <w:tcPr>
            <w:tcW w:w="2299" w:type="dxa"/>
            <w:vAlign w:val="center"/>
          </w:tcPr>
          <w:p w:rsidR="00BB6C80" w:rsidRPr="005117ED" w:rsidRDefault="00BB6C80" w:rsidP="00DB77AB">
            <w:pPr>
              <w:spacing w:before="0"/>
              <w:ind w:firstLine="0"/>
              <w:jc w:val="center"/>
              <w:rPr>
                <w:rFonts w:cs="Sakkal Majalla"/>
                <w:color w:val="000000" w:themeColor="text1"/>
                <w:sz w:val="38"/>
                <w:szCs w:val="38"/>
              </w:rPr>
            </w:pPr>
            <w:r w:rsidRPr="005117ED">
              <w:rPr>
                <w:rFonts w:cs="Sakkal Majalla"/>
                <w:color w:val="000000" w:themeColor="text1"/>
                <w:sz w:val="38"/>
                <w:szCs w:val="38"/>
                <w:rtl/>
              </w:rPr>
              <w:lastRenderedPageBreak/>
              <w:t>التقييم</w:t>
            </w:r>
          </w:p>
        </w:tc>
        <w:tc>
          <w:tcPr>
            <w:tcW w:w="3119" w:type="dxa"/>
            <w:vAlign w:val="center"/>
          </w:tcPr>
          <w:p w:rsidR="00BB6C80" w:rsidRPr="005117ED" w:rsidRDefault="00BB6C80" w:rsidP="00DB77A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معايير قيمة وكلفة ومخاطر</w:t>
            </w:r>
          </w:p>
        </w:tc>
        <w:tc>
          <w:tcPr>
            <w:tcW w:w="4107" w:type="dxa"/>
            <w:vAlign w:val="center"/>
          </w:tcPr>
          <w:p w:rsidR="00BB6C80" w:rsidRPr="005117ED" w:rsidRDefault="00BB6C80" w:rsidP="00DB77A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الشفافية والفصل بين الفكرة وصاحبها</w:t>
            </w:r>
          </w:p>
        </w:tc>
      </w:tr>
      <w:tr w:rsidR="00BB6C80" w:rsidRPr="005117ED" w:rsidTr="005117ED">
        <w:trPr>
          <w:jc w:val="center"/>
        </w:trPr>
        <w:tc>
          <w:tcPr>
            <w:tcW w:w="2299" w:type="dxa"/>
            <w:vAlign w:val="center"/>
          </w:tcPr>
          <w:p w:rsidR="00BB6C80" w:rsidRPr="005117ED" w:rsidRDefault="00BB6C80" w:rsidP="00DB77A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التجريب</w:t>
            </w:r>
          </w:p>
        </w:tc>
        <w:tc>
          <w:tcPr>
            <w:tcW w:w="3119" w:type="dxa"/>
            <w:vAlign w:val="center"/>
          </w:tcPr>
          <w:p w:rsidR="00BB6C80" w:rsidRPr="005117ED" w:rsidRDefault="00BB6C80" w:rsidP="00DB77A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موارد محدودة ومؤشرات نجاح</w:t>
            </w:r>
          </w:p>
        </w:tc>
        <w:tc>
          <w:tcPr>
            <w:tcW w:w="4107" w:type="dxa"/>
            <w:vAlign w:val="center"/>
          </w:tcPr>
          <w:p w:rsidR="00BB6C80" w:rsidRPr="005117ED" w:rsidRDefault="00BB6C80" w:rsidP="00DB77A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حماية التجربة وتحديد سقف الخسارة</w:t>
            </w:r>
          </w:p>
        </w:tc>
      </w:tr>
      <w:tr w:rsidR="00BB6C80" w:rsidRPr="005117ED" w:rsidTr="005117ED">
        <w:trPr>
          <w:jc w:val="center"/>
        </w:trPr>
        <w:tc>
          <w:tcPr>
            <w:tcW w:w="2299" w:type="dxa"/>
            <w:vAlign w:val="center"/>
          </w:tcPr>
          <w:p w:rsidR="00BB6C80" w:rsidRPr="005117ED" w:rsidRDefault="00BB6C80" w:rsidP="00DB77A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التبني والتعلم</w:t>
            </w:r>
          </w:p>
        </w:tc>
        <w:tc>
          <w:tcPr>
            <w:tcW w:w="3119" w:type="dxa"/>
            <w:vAlign w:val="center"/>
          </w:tcPr>
          <w:p w:rsidR="00BB6C80" w:rsidRPr="005117ED" w:rsidRDefault="00BB6C80" w:rsidP="00DB77A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قرار ومالك للفكرة وتوثيق</w:t>
            </w:r>
          </w:p>
        </w:tc>
        <w:tc>
          <w:tcPr>
            <w:tcW w:w="4107" w:type="dxa"/>
            <w:vAlign w:val="center"/>
          </w:tcPr>
          <w:p w:rsidR="00BB6C80" w:rsidRPr="005117ED" w:rsidRDefault="00BB6C80" w:rsidP="00DB77A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دمج الحل وتعميم الدروس المستفادة</w:t>
            </w:r>
          </w:p>
        </w:tc>
      </w:tr>
    </w:tbl>
    <w:p w:rsidR="00BB6C80" w:rsidRPr="005117ED" w:rsidRDefault="00DB77AB" w:rsidP="00BB6C80">
      <w:pPr>
        <w:spacing w:before="0"/>
        <w:ind w:firstLine="0"/>
        <w:jc w:val="both"/>
        <w:rPr>
          <w:rFonts w:cs="Sakkal Majalla"/>
          <w:color w:val="000000" w:themeColor="text1"/>
          <w:sz w:val="28"/>
          <w:szCs w:val="28"/>
        </w:rPr>
      </w:pPr>
      <w:r w:rsidRPr="005117ED">
        <w:rPr>
          <w:rFonts w:cs="Sakkal Majalla" w:hint="cs"/>
          <w:color w:val="000000" w:themeColor="text1"/>
          <w:sz w:val="28"/>
          <w:szCs w:val="28"/>
          <w:rtl/>
        </w:rPr>
        <w:t>*</w:t>
      </w:r>
      <w:r w:rsidR="00BB6C80" w:rsidRPr="005117ED">
        <w:rPr>
          <w:rFonts w:cs="Sakkal Majalla"/>
          <w:color w:val="000000" w:themeColor="text1"/>
          <w:sz w:val="28"/>
          <w:szCs w:val="28"/>
          <w:rtl/>
        </w:rPr>
        <w:t>المصدر</w:t>
      </w:r>
      <w:r w:rsidR="00BB6C80" w:rsidRPr="005117ED">
        <w:rPr>
          <w:rFonts w:cs="Sakkal Majalla"/>
          <w:color w:val="000000" w:themeColor="text1"/>
          <w:sz w:val="28"/>
          <w:szCs w:val="28"/>
        </w:rPr>
        <w:t xml:space="preserve">: </w:t>
      </w:r>
      <w:r w:rsidR="00BB6C80" w:rsidRPr="005117ED">
        <w:rPr>
          <w:rFonts w:cs="Sakkal Majalla"/>
          <w:color w:val="000000" w:themeColor="text1"/>
          <w:sz w:val="28"/>
          <w:szCs w:val="28"/>
          <w:rtl/>
        </w:rPr>
        <w:t>إعداد الباحث بالاعتماد على</w:t>
      </w:r>
      <w:r w:rsidR="00BB6C80" w:rsidRPr="005117ED">
        <w:rPr>
          <w:rFonts w:cs="Sakkal Majalla"/>
          <w:color w:val="000000" w:themeColor="text1"/>
          <w:sz w:val="28"/>
          <w:szCs w:val="28"/>
        </w:rPr>
        <w:t xml:space="preserve">: </w:t>
      </w:r>
      <w:r w:rsidR="00BB6C80" w:rsidRPr="005117ED">
        <w:rPr>
          <w:rFonts w:cs="Sakkal Majalla"/>
          <w:color w:val="000000" w:themeColor="text1"/>
          <w:sz w:val="28"/>
          <w:szCs w:val="28"/>
          <w:rtl/>
        </w:rPr>
        <w:t xml:space="preserve">الفاعوري </w:t>
      </w:r>
      <w:r w:rsidR="00BB6C80" w:rsidRPr="005117ED">
        <w:rPr>
          <w:rFonts w:cs="Sakkal Majalla"/>
          <w:color w:val="000000" w:themeColor="text1"/>
          <w:sz w:val="28"/>
          <w:szCs w:val="28"/>
        </w:rPr>
        <w:t>(2005)</w:t>
      </w:r>
      <w:r w:rsidR="00BB6C80" w:rsidRPr="005117ED">
        <w:rPr>
          <w:rFonts w:cs="Sakkal Majalla"/>
          <w:color w:val="000000" w:themeColor="text1"/>
          <w:sz w:val="28"/>
          <w:szCs w:val="28"/>
          <w:rtl/>
        </w:rPr>
        <w:t xml:space="preserve">، </w:t>
      </w:r>
      <w:proofErr w:type="spellStart"/>
      <w:r w:rsidR="00BB6C80" w:rsidRPr="005117ED">
        <w:rPr>
          <w:rFonts w:cs="Sakkal Majalla"/>
          <w:color w:val="000000" w:themeColor="text1"/>
          <w:sz w:val="28"/>
          <w:szCs w:val="28"/>
        </w:rPr>
        <w:t>Amabile</w:t>
      </w:r>
      <w:proofErr w:type="spellEnd"/>
      <w:r w:rsidR="00BB6C80" w:rsidRPr="005117ED">
        <w:rPr>
          <w:rFonts w:cs="Sakkal Majalla"/>
          <w:color w:val="000000" w:themeColor="text1"/>
          <w:sz w:val="28"/>
          <w:szCs w:val="28"/>
        </w:rPr>
        <w:t xml:space="preserve"> (1996)</w:t>
      </w:r>
      <w:r w:rsidR="00BB6C80" w:rsidRPr="005117ED">
        <w:rPr>
          <w:rFonts w:cs="Sakkal Majalla"/>
          <w:color w:val="000000" w:themeColor="text1"/>
          <w:sz w:val="28"/>
          <w:szCs w:val="28"/>
          <w:rtl/>
        </w:rPr>
        <w:t xml:space="preserve">، </w:t>
      </w:r>
      <w:proofErr w:type="spellStart"/>
      <w:r w:rsidR="00BB6C80" w:rsidRPr="005117ED">
        <w:rPr>
          <w:rFonts w:cs="Sakkal Majalla"/>
          <w:color w:val="000000" w:themeColor="text1"/>
          <w:sz w:val="28"/>
          <w:szCs w:val="28"/>
        </w:rPr>
        <w:t>Amabile</w:t>
      </w:r>
      <w:proofErr w:type="spellEnd"/>
      <w:r w:rsidR="00BB6C80" w:rsidRPr="005117ED">
        <w:rPr>
          <w:rFonts w:cs="Sakkal Majalla"/>
          <w:color w:val="000000" w:themeColor="text1"/>
          <w:sz w:val="28"/>
          <w:szCs w:val="28"/>
        </w:rPr>
        <w:t xml:space="preserve"> </w:t>
      </w:r>
      <w:r w:rsidR="00BB6C80" w:rsidRPr="005117ED">
        <w:rPr>
          <w:rFonts w:cs="Sakkal Majalla"/>
          <w:color w:val="000000" w:themeColor="text1"/>
          <w:sz w:val="28"/>
          <w:szCs w:val="28"/>
          <w:rtl/>
        </w:rPr>
        <w:t>و</w:t>
      </w:r>
      <w:r w:rsidR="00BB6C80" w:rsidRPr="005117ED">
        <w:rPr>
          <w:rFonts w:cs="Sakkal Majalla"/>
          <w:color w:val="000000" w:themeColor="text1"/>
          <w:sz w:val="28"/>
          <w:szCs w:val="28"/>
        </w:rPr>
        <w:t>Pratt (2016).</w:t>
      </w:r>
    </w:p>
    <w:p w:rsidR="00DB77AB" w:rsidRPr="005117ED" w:rsidRDefault="00DB77AB" w:rsidP="00BB6C80">
      <w:pPr>
        <w:spacing w:before="0"/>
        <w:ind w:firstLine="0"/>
        <w:jc w:val="both"/>
        <w:rPr>
          <w:rFonts w:cs="Sakkal Majalla"/>
          <w:b/>
          <w:color w:val="000000" w:themeColor="text1"/>
          <w:sz w:val="38"/>
          <w:szCs w:val="38"/>
          <w:rtl/>
        </w:rPr>
      </w:pPr>
    </w:p>
    <w:p w:rsidR="00BB6C80" w:rsidRPr="005117ED" w:rsidRDefault="00BB6C80" w:rsidP="00A62B8B">
      <w:pPr>
        <w:spacing w:before="0"/>
        <w:ind w:firstLine="0"/>
        <w:jc w:val="left"/>
        <w:outlineLvl w:val="0"/>
        <w:rPr>
          <w:rFonts w:eastAsia="Times New Roman" w:cs="Sakkal Majalla"/>
          <w:b/>
          <w:bCs/>
          <w:color w:val="000000" w:themeColor="text1"/>
          <w:sz w:val="40"/>
          <w:szCs w:val="40"/>
        </w:rPr>
      </w:pPr>
      <w:bookmarkStart w:id="37" w:name="_Toc233321989"/>
      <w:r w:rsidRPr="005117ED">
        <w:rPr>
          <w:rFonts w:eastAsia="Times New Roman" w:cs="Sakkal Majalla"/>
          <w:b/>
          <w:bCs/>
          <w:color w:val="000000" w:themeColor="text1"/>
          <w:sz w:val="40"/>
          <w:szCs w:val="40"/>
        </w:rPr>
        <w:t xml:space="preserve">2-2-4 </w:t>
      </w:r>
      <w:r w:rsidRPr="005117ED">
        <w:rPr>
          <w:rFonts w:eastAsia="Times New Roman" w:cs="Sakkal Majalla"/>
          <w:b/>
          <w:bCs/>
          <w:color w:val="000000" w:themeColor="text1"/>
          <w:sz w:val="40"/>
          <w:szCs w:val="40"/>
          <w:rtl/>
        </w:rPr>
        <w:t>النماذج النظرية المفسرة للإبداع التنظيمي</w:t>
      </w:r>
      <w:r w:rsidR="00DB77AB" w:rsidRPr="005117ED">
        <w:rPr>
          <w:rFonts w:eastAsia="Times New Roman" w:cs="Sakkal Majalla" w:hint="cs"/>
          <w:b/>
          <w:bCs/>
          <w:color w:val="000000" w:themeColor="text1"/>
          <w:sz w:val="40"/>
          <w:szCs w:val="40"/>
          <w:rtl/>
        </w:rPr>
        <w:t>:</w:t>
      </w:r>
      <w:bookmarkEnd w:id="37"/>
      <w:r w:rsidR="00DB77AB" w:rsidRPr="005117ED">
        <w:rPr>
          <w:rFonts w:eastAsia="Times New Roman" w:cs="Sakkal Majalla" w:hint="cs"/>
          <w:b/>
          <w:bCs/>
          <w:color w:val="000000" w:themeColor="text1"/>
          <w:sz w:val="40"/>
          <w:szCs w:val="40"/>
          <w:rtl/>
        </w:rPr>
        <w:t xml:space="preserve"> </w:t>
      </w:r>
    </w:p>
    <w:p w:rsidR="00BB6C80" w:rsidRPr="005117ED" w:rsidRDefault="00BB6C80" w:rsidP="00DB77AB">
      <w:pPr>
        <w:spacing w:before="0"/>
        <w:ind w:firstLine="720"/>
        <w:jc w:val="both"/>
        <w:rPr>
          <w:rFonts w:cs="Sakkal Majalla"/>
          <w:color w:val="000000" w:themeColor="text1"/>
          <w:sz w:val="38"/>
          <w:szCs w:val="38"/>
        </w:rPr>
      </w:pPr>
      <w:r w:rsidRPr="005117ED">
        <w:rPr>
          <w:rFonts w:cs="Sakkal Majalla"/>
          <w:color w:val="000000" w:themeColor="text1"/>
          <w:sz w:val="38"/>
          <w:szCs w:val="38"/>
          <w:rtl/>
        </w:rPr>
        <w:t xml:space="preserve">يقدم نموذج </w:t>
      </w:r>
      <w:proofErr w:type="spellStart"/>
      <w:proofErr w:type="gramStart"/>
      <w:r w:rsidRPr="005117ED">
        <w:rPr>
          <w:rFonts w:cs="Sakkal Majalla"/>
          <w:color w:val="000000" w:themeColor="text1"/>
          <w:sz w:val="38"/>
          <w:szCs w:val="38"/>
        </w:rPr>
        <w:t>Amabile</w:t>
      </w:r>
      <w:proofErr w:type="spellEnd"/>
      <w:r w:rsidRPr="005117ED">
        <w:rPr>
          <w:rFonts w:cs="Sakkal Majalla"/>
          <w:color w:val="000000" w:themeColor="text1"/>
          <w:sz w:val="38"/>
          <w:szCs w:val="38"/>
        </w:rPr>
        <w:t xml:space="preserve"> </w:t>
      </w:r>
      <w:r w:rsidR="00DB77AB" w:rsidRPr="005117ED">
        <w:rPr>
          <w:rFonts w:cs="Sakkal Majalla" w:hint="cs"/>
          <w:color w:val="000000" w:themeColor="text1"/>
          <w:sz w:val="38"/>
          <w:szCs w:val="38"/>
          <w:rtl/>
        </w:rPr>
        <w:t xml:space="preserve"> </w:t>
      </w:r>
      <w:proofErr w:type="spellStart"/>
      <w:r w:rsidRPr="005117ED">
        <w:rPr>
          <w:rFonts w:cs="Sakkal Majalla"/>
          <w:color w:val="000000" w:themeColor="text1"/>
          <w:sz w:val="38"/>
          <w:szCs w:val="38"/>
          <w:rtl/>
        </w:rPr>
        <w:t>المكوني</w:t>
      </w:r>
      <w:proofErr w:type="spellEnd"/>
      <w:proofErr w:type="gramEnd"/>
      <w:r w:rsidRPr="005117ED">
        <w:rPr>
          <w:rFonts w:cs="Sakkal Majalla"/>
          <w:color w:val="000000" w:themeColor="text1"/>
          <w:sz w:val="38"/>
          <w:szCs w:val="38"/>
          <w:rtl/>
        </w:rPr>
        <w:t xml:space="preserve"> تفسيرًا مؤثرًا للإبداع يقوم على تفاعل الخبرة في المجال، والمهارات ذات الصلة بالإبداع، والدافعية للمهمة</w:t>
      </w:r>
      <w:r w:rsidRPr="005117ED">
        <w:rPr>
          <w:rFonts w:cs="Sakkal Majalla"/>
          <w:color w:val="000000" w:themeColor="text1"/>
          <w:sz w:val="38"/>
          <w:szCs w:val="38"/>
        </w:rPr>
        <w:t xml:space="preserve">. </w:t>
      </w:r>
      <w:r w:rsidRPr="005117ED">
        <w:rPr>
          <w:rFonts w:cs="Sakkal Majalla"/>
          <w:color w:val="000000" w:themeColor="text1"/>
          <w:sz w:val="38"/>
          <w:szCs w:val="38"/>
          <w:rtl/>
        </w:rPr>
        <w:t>فالخبرة توفر المواد المعرفية، والمهارات الإبداعية تساعد على تركيبها بطرق جديدة، والدافعية الداخلية تحدد مقدار المثابرة والاستكشاف</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وقد أضيفت في الصياغات اللاحقة مكونات البيئة التنظيمية مثل دعم الإدارة والموارد وممارسات العمل، وهو ما يوضح لماذا لا تكفي المهارة وحدها إذا غابت الرغبة أو منع المناخ التجريب </w:t>
      </w:r>
      <w:r w:rsidR="00DB77AB" w:rsidRPr="005117ED">
        <w:rPr>
          <w:rFonts w:cs="Sakkal Majalla" w:hint="cs"/>
          <w:color w:val="000000" w:themeColor="text1"/>
          <w:sz w:val="38"/>
          <w:szCs w:val="38"/>
          <w:rtl/>
        </w:rPr>
        <w:t>(</w:t>
      </w:r>
      <w:r w:rsidRPr="005117ED">
        <w:rPr>
          <w:rFonts w:cs="Sakkal Majalla"/>
          <w:color w:val="000000" w:themeColor="text1"/>
          <w:sz w:val="38"/>
          <w:szCs w:val="38"/>
          <w:rtl/>
        </w:rPr>
        <w:t xml:space="preserve">الفاعوري، </w:t>
      </w:r>
      <w:r w:rsidRPr="005117ED">
        <w:rPr>
          <w:rFonts w:cs="Sakkal Majalla"/>
          <w:color w:val="000000" w:themeColor="text1"/>
          <w:sz w:val="38"/>
          <w:szCs w:val="38"/>
        </w:rPr>
        <w:t>2005</w:t>
      </w:r>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Pr>
        <w:t>Amabile</w:t>
      </w:r>
      <w:proofErr w:type="spellEnd"/>
      <w:r w:rsidRPr="005117ED">
        <w:rPr>
          <w:rFonts w:cs="Sakkal Majalla"/>
          <w:color w:val="000000" w:themeColor="text1"/>
          <w:sz w:val="38"/>
          <w:szCs w:val="38"/>
        </w:rPr>
        <w:t>, 1988</w:t>
      </w:r>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Pr>
        <w:t>Amabile</w:t>
      </w:r>
      <w:proofErr w:type="spellEnd"/>
      <w:r w:rsidRPr="005117ED">
        <w:rPr>
          <w:rFonts w:cs="Sakkal Majalla"/>
          <w:color w:val="000000" w:themeColor="text1"/>
          <w:sz w:val="38"/>
          <w:szCs w:val="38"/>
        </w:rPr>
        <w:t xml:space="preserve"> &amp; Pratt, 2016</w:t>
      </w:r>
      <w:r w:rsidR="00DB77AB" w:rsidRPr="005117ED">
        <w:rPr>
          <w:rFonts w:cs="Sakkal Majalla" w:hint="cs"/>
          <w:color w:val="000000" w:themeColor="text1"/>
          <w:sz w:val="38"/>
          <w:szCs w:val="38"/>
          <w:rtl/>
        </w:rPr>
        <w:t>)</w:t>
      </w:r>
      <w:r w:rsidRPr="005117ED">
        <w:rPr>
          <w:rFonts w:cs="Sakkal Majalla"/>
          <w:color w:val="000000" w:themeColor="text1"/>
          <w:sz w:val="38"/>
          <w:szCs w:val="38"/>
        </w:rPr>
        <w:t>.</w:t>
      </w:r>
    </w:p>
    <w:p w:rsidR="00BB6C80" w:rsidRPr="005117ED" w:rsidRDefault="00BB6C80" w:rsidP="00E8706E">
      <w:pPr>
        <w:spacing w:before="0"/>
        <w:ind w:firstLine="720"/>
        <w:jc w:val="both"/>
        <w:rPr>
          <w:rFonts w:cs="Sakkal Majalla"/>
          <w:color w:val="000000" w:themeColor="text1"/>
          <w:sz w:val="38"/>
          <w:szCs w:val="38"/>
        </w:rPr>
      </w:pPr>
      <w:r w:rsidRPr="005117ED">
        <w:rPr>
          <w:rFonts w:cs="Sakkal Majalla"/>
          <w:color w:val="000000" w:themeColor="text1"/>
          <w:sz w:val="38"/>
          <w:szCs w:val="38"/>
          <w:rtl/>
        </w:rPr>
        <w:t xml:space="preserve">أما النموذج التفاعلي لـ </w:t>
      </w:r>
      <w:proofErr w:type="gramStart"/>
      <w:r w:rsidRPr="005117ED">
        <w:rPr>
          <w:rFonts w:cs="Sakkal Majalla"/>
          <w:color w:val="000000" w:themeColor="text1"/>
          <w:sz w:val="38"/>
          <w:szCs w:val="38"/>
        </w:rPr>
        <w:t xml:space="preserve">Woodman </w:t>
      </w:r>
      <w:r w:rsidR="00E8706E" w:rsidRPr="005117ED">
        <w:rPr>
          <w:rFonts w:cs="Sakkal Majalla" w:hint="cs"/>
          <w:color w:val="000000" w:themeColor="text1"/>
          <w:sz w:val="38"/>
          <w:szCs w:val="38"/>
          <w:rtl/>
        </w:rPr>
        <w:t xml:space="preserve"> </w:t>
      </w:r>
      <w:r w:rsidRPr="005117ED">
        <w:rPr>
          <w:rFonts w:cs="Sakkal Majalla"/>
          <w:color w:val="000000" w:themeColor="text1"/>
          <w:sz w:val="38"/>
          <w:szCs w:val="38"/>
          <w:rtl/>
        </w:rPr>
        <w:t>وزملائه</w:t>
      </w:r>
      <w:proofErr w:type="gramEnd"/>
      <w:r w:rsidRPr="005117ED">
        <w:rPr>
          <w:rFonts w:cs="Sakkal Majalla"/>
          <w:color w:val="000000" w:themeColor="text1"/>
          <w:sz w:val="38"/>
          <w:szCs w:val="38"/>
          <w:rtl/>
        </w:rPr>
        <w:t xml:space="preserve"> فينطلق من أن الإبداع التنظيمي يتشكل عبر مستويات مترابطة؛ فعلى مستوى الفرد توجد القدرة والمعرفة والشخصية والدافعية، وعلى مستوى الجماعة يوجد التنوع والتماسك والاتصال وأساليب حل النزاع، وعلى مستوى المنظمة توجد الثقافة والموارد والاستراتيجية والمكافآت</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ويعني ذلك أن تدخلًا قياديًا واحدًا قد يعمل من خلال أكثر من مستوى، مثل تأثير الرؤية في الفرد والفريق، وتأثير نظام الأفكار في البنية، وتأثير التغذية الراجعة في التعلم </w:t>
      </w:r>
      <w:r w:rsidR="00E8706E" w:rsidRPr="005117ED">
        <w:rPr>
          <w:rFonts w:cs="Sakkal Majalla" w:hint="cs"/>
          <w:color w:val="000000" w:themeColor="text1"/>
          <w:sz w:val="38"/>
          <w:szCs w:val="38"/>
          <w:rtl/>
        </w:rPr>
        <w:t>(</w:t>
      </w:r>
      <w:r w:rsidRPr="005117ED">
        <w:rPr>
          <w:rFonts w:cs="Sakkal Majalla"/>
          <w:color w:val="000000" w:themeColor="text1"/>
          <w:sz w:val="38"/>
          <w:szCs w:val="38"/>
        </w:rPr>
        <w:t>Woodman, Sawyer &amp; Griffin, 1993</w:t>
      </w:r>
      <w:r w:rsidRPr="005117ED">
        <w:rPr>
          <w:rFonts w:cs="Sakkal Majalla"/>
          <w:color w:val="000000" w:themeColor="text1"/>
          <w:sz w:val="38"/>
          <w:szCs w:val="38"/>
          <w:rtl/>
        </w:rPr>
        <w:t xml:space="preserve">؛ </w:t>
      </w:r>
      <w:r w:rsidRPr="005117ED">
        <w:rPr>
          <w:rFonts w:cs="Sakkal Majalla"/>
          <w:color w:val="000000" w:themeColor="text1"/>
          <w:sz w:val="38"/>
          <w:szCs w:val="38"/>
        </w:rPr>
        <w:t xml:space="preserve">Anderson, </w:t>
      </w:r>
      <w:proofErr w:type="spellStart"/>
      <w:r w:rsidRPr="005117ED">
        <w:rPr>
          <w:rFonts w:cs="Sakkal Majalla"/>
          <w:color w:val="000000" w:themeColor="text1"/>
          <w:sz w:val="38"/>
          <w:szCs w:val="38"/>
        </w:rPr>
        <w:t>Potočnik</w:t>
      </w:r>
      <w:proofErr w:type="spellEnd"/>
      <w:r w:rsidRPr="005117ED">
        <w:rPr>
          <w:rFonts w:cs="Sakkal Majalla"/>
          <w:color w:val="000000" w:themeColor="text1"/>
          <w:sz w:val="38"/>
          <w:szCs w:val="38"/>
        </w:rPr>
        <w:t xml:space="preserve"> &amp; Zhou, 2014</w:t>
      </w:r>
      <w:r w:rsidR="00E8706E" w:rsidRPr="005117ED">
        <w:rPr>
          <w:rFonts w:cs="Sakkal Majalla" w:hint="cs"/>
          <w:color w:val="000000" w:themeColor="text1"/>
          <w:sz w:val="38"/>
          <w:szCs w:val="38"/>
          <w:rtl/>
        </w:rPr>
        <w:t>)</w:t>
      </w:r>
      <w:r w:rsidRPr="005117ED">
        <w:rPr>
          <w:rFonts w:cs="Sakkal Majalla"/>
          <w:color w:val="000000" w:themeColor="text1"/>
          <w:sz w:val="38"/>
          <w:szCs w:val="38"/>
        </w:rPr>
        <w:t>.</w:t>
      </w:r>
    </w:p>
    <w:p w:rsidR="00BB6C80" w:rsidRPr="005117ED" w:rsidRDefault="00BB6C80" w:rsidP="00E8706E">
      <w:pPr>
        <w:spacing w:before="0"/>
        <w:ind w:firstLine="720"/>
        <w:jc w:val="both"/>
        <w:rPr>
          <w:rFonts w:cs="Sakkal Majalla"/>
          <w:color w:val="000000" w:themeColor="text1"/>
          <w:sz w:val="38"/>
          <w:szCs w:val="38"/>
        </w:rPr>
      </w:pPr>
      <w:r w:rsidRPr="005117ED">
        <w:rPr>
          <w:rFonts w:cs="Sakkal Majalla"/>
          <w:color w:val="000000" w:themeColor="text1"/>
          <w:sz w:val="38"/>
          <w:szCs w:val="38"/>
          <w:rtl/>
        </w:rPr>
        <w:t>وتبرز نظرية الأمان النفسي كإطار يفسر استعداد الأفراد للمخاطرة الاجتماعية في الفرق</w:t>
      </w:r>
      <w:r w:rsidRPr="005117ED">
        <w:rPr>
          <w:rFonts w:cs="Sakkal Majalla"/>
          <w:color w:val="000000" w:themeColor="text1"/>
          <w:sz w:val="38"/>
          <w:szCs w:val="38"/>
        </w:rPr>
        <w:t xml:space="preserve">. </w:t>
      </w:r>
      <w:r w:rsidRPr="005117ED">
        <w:rPr>
          <w:rFonts w:cs="Sakkal Majalla"/>
          <w:color w:val="000000" w:themeColor="text1"/>
          <w:sz w:val="38"/>
          <w:szCs w:val="38"/>
          <w:rtl/>
        </w:rPr>
        <w:t>فطرح فكرة جديدة أو سؤال ناقد قد يعرض صاحبه للحكم أو الإحراج، لذلك يحتاج إلى اعتقاد مشترك بأن الفريق مكان آمن للتعبير</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ويسهم القائد في الأمان من خلال الاستماع، والاعتراف بحدود معرفته، والاستجابة المتوازنة للأخطاء، وهي ممارسات تتسق مع التأثير المثالي والاعتبار الفردي في القيادة التحويلية </w:t>
      </w:r>
      <w:r w:rsidR="00E8706E" w:rsidRPr="005117ED">
        <w:rPr>
          <w:rFonts w:cs="Sakkal Majalla" w:hint="cs"/>
          <w:color w:val="000000" w:themeColor="text1"/>
          <w:sz w:val="38"/>
          <w:szCs w:val="38"/>
          <w:rtl/>
        </w:rPr>
        <w:t>(</w:t>
      </w:r>
      <w:proofErr w:type="spellStart"/>
      <w:r w:rsidRPr="005117ED">
        <w:rPr>
          <w:rFonts w:cs="Sakkal Majalla"/>
          <w:color w:val="000000" w:themeColor="text1"/>
          <w:sz w:val="38"/>
          <w:szCs w:val="38"/>
          <w:rtl/>
        </w:rPr>
        <w:t>الحبيشي</w:t>
      </w:r>
      <w:proofErr w:type="spellEnd"/>
      <w:r w:rsidRPr="005117ED">
        <w:rPr>
          <w:rFonts w:cs="Sakkal Majalla"/>
          <w:color w:val="000000" w:themeColor="text1"/>
          <w:sz w:val="38"/>
          <w:szCs w:val="38"/>
          <w:rtl/>
        </w:rPr>
        <w:t xml:space="preserve"> وحسان، </w:t>
      </w:r>
      <w:r w:rsidRPr="005117ED">
        <w:rPr>
          <w:rFonts w:cs="Sakkal Majalla"/>
          <w:color w:val="000000" w:themeColor="text1"/>
          <w:sz w:val="38"/>
          <w:szCs w:val="38"/>
        </w:rPr>
        <w:t>2021</w:t>
      </w:r>
      <w:r w:rsidRPr="005117ED">
        <w:rPr>
          <w:rFonts w:cs="Sakkal Majalla"/>
          <w:color w:val="000000" w:themeColor="text1"/>
          <w:sz w:val="38"/>
          <w:szCs w:val="38"/>
          <w:rtl/>
        </w:rPr>
        <w:t xml:space="preserve">؛ </w:t>
      </w:r>
      <w:r w:rsidRPr="005117ED">
        <w:rPr>
          <w:rFonts w:cs="Sakkal Majalla"/>
          <w:color w:val="000000" w:themeColor="text1"/>
          <w:sz w:val="38"/>
          <w:szCs w:val="38"/>
        </w:rPr>
        <w:t>Edmondson, 1999</w:t>
      </w:r>
      <w:r w:rsidR="00E8706E" w:rsidRPr="005117ED">
        <w:rPr>
          <w:rFonts w:cs="Sakkal Majalla" w:hint="cs"/>
          <w:color w:val="000000" w:themeColor="text1"/>
          <w:sz w:val="38"/>
          <w:szCs w:val="38"/>
          <w:rtl/>
        </w:rPr>
        <w:t>)</w:t>
      </w:r>
      <w:r w:rsidRPr="005117ED">
        <w:rPr>
          <w:rFonts w:cs="Sakkal Majalla"/>
          <w:color w:val="000000" w:themeColor="text1"/>
          <w:sz w:val="38"/>
          <w:szCs w:val="38"/>
        </w:rPr>
        <w:t>.</w:t>
      </w:r>
    </w:p>
    <w:p w:rsidR="005117ED" w:rsidRPr="005117ED" w:rsidRDefault="005117ED">
      <w:pPr>
        <w:bidi w:val="0"/>
        <w:spacing w:before="0" w:after="160" w:line="259" w:lineRule="auto"/>
        <w:ind w:firstLine="0"/>
        <w:jc w:val="left"/>
        <w:rPr>
          <w:rFonts w:cs="Sakkal Majalla"/>
          <w:b/>
          <w:bCs/>
          <w:color w:val="000000" w:themeColor="text1"/>
          <w:sz w:val="38"/>
          <w:szCs w:val="38"/>
          <w:rtl/>
        </w:rPr>
      </w:pPr>
      <w:r w:rsidRPr="005117ED">
        <w:rPr>
          <w:rFonts w:cs="Sakkal Majalla"/>
          <w:b/>
          <w:bCs/>
          <w:color w:val="000000" w:themeColor="text1"/>
          <w:sz w:val="38"/>
          <w:szCs w:val="38"/>
          <w:rtl/>
        </w:rPr>
        <w:br w:type="page"/>
      </w:r>
    </w:p>
    <w:p w:rsidR="00BB6C80" w:rsidRPr="005117ED" w:rsidRDefault="00BB6C80" w:rsidP="00E8706E">
      <w:pPr>
        <w:spacing w:before="0"/>
        <w:ind w:firstLine="0"/>
        <w:jc w:val="center"/>
        <w:rPr>
          <w:rFonts w:cs="Sakkal Majalla"/>
          <w:color w:val="000000" w:themeColor="text1"/>
          <w:sz w:val="38"/>
          <w:szCs w:val="38"/>
        </w:rPr>
      </w:pPr>
      <w:r w:rsidRPr="005117ED">
        <w:rPr>
          <w:rFonts w:cs="Sakkal Majalla"/>
          <w:b/>
          <w:bCs/>
          <w:color w:val="000000" w:themeColor="text1"/>
          <w:sz w:val="38"/>
          <w:szCs w:val="38"/>
          <w:rtl/>
        </w:rPr>
        <w:lastRenderedPageBreak/>
        <w:t xml:space="preserve">جدول </w:t>
      </w:r>
      <w:r w:rsidRPr="005117ED">
        <w:rPr>
          <w:rFonts w:cs="Sakkal Majalla"/>
          <w:b/>
          <w:color w:val="000000" w:themeColor="text1"/>
          <w:sz w:val="38"/>
          <w:szCs w:val="38"/>
        </w:rPr>
        <w:t>(4</w:t>
      </w:r>
      <w:proofErr w:type="gramStart"/>
      <w:r w:rsidRPr="005117ED">
        <w:rPr>
          <w:rFonts w:cs="Sakkal Majalla"/>
          <w:b/>
          <w:color w:val="000000" w:themeColor="text1"/>
          <w:sz w:val="38"/>
          <w:szCs w:val="38"/>
        </w:rPr>
        <w:t>)</w:t>
      </w:r>
      <w:r w:rsidR="00E8706E" w:rsidRPr="005117ED">
        <w:rPr>
          <w:rFonts w:cs="Sakkal Majalla" w:hint="cs"/>
          <w:b/>
          <w:color w:val="000000" w:themeColor="text1"/>
          <w:sz w:val="38"/>
          <w:szCs w:val="38"/>
          <w:rtl/>
        </w:rPr>
        <w:t xml:space="preserve"> </w:t>
      </w:r>
      <w:r w:rsidRPr="005117ED">
        <w:rPr>
          <w:rFonts w:cs="Sakkal Majalla"/>
          <w:b/>
          <w:color w:val="000000" w:themeColor="text1"/>
          <w:sz w:val="38"/>
          <w:szCs w:val="38"/>
        </w:rPr>
        <w:t>:</w:t>
      </w:r>
      <w:proofErr w:type="gramEnd"/>
      <w:r w:rsidR="00E8706E" w:rsidRPr="005117ED">
        <w:rPr>
          <w:rFonts w:cs="Sakkal Majalla" w:hint="cs"/>
          <w:b/>
          <w:color w:val="000000" w:themeColor="text1"/>
          <w:sz w:val="38"/>
          <w:szCs w:val="38"/>
          <w:rtl/>
        </w:rPr>
        <w:t xml:space="preserve"> </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نماذج نظرية مفسرة للإبداع التنظيمي وصلتها بالدراسة</w:t>
      </w:r>
    </w:p>
    <w:tbl>
      <w:tblPr>
        <w:tblStyle w:val="aa"/>
        <w:bidiVisual/>
        <w:tblW w:w="0" w:type="auto"/>
        <w:jc w:val="center"/>
        <w:tblLook w:val="04A0" w:firstRow="1" w:lastRow="0" w:firstColumn="1" w:lastColumn="0" w:noHBand="0" w:noVBand="1"/>
      </w:tblPr>
      <w:tblGrid>
        <w:gridCol w:w="1915"/>
        <w:gridCol w:w="4743"/>
        <w:gridCol w:w="3254"/>
      </w:tblGrid>
      <w:tr w:rsidR="00BB6C80" w:rsidRPr="005117ED" w:rsidTr="005117ED">
        <w:trPr>
          <w:jc w:val="center"/>
        </w:trPr>
        <w:tc>
          <w:tcPr>
            <w:tcW w:w="1915" w:type="dxa"/>
            <w:shd w:val="clear" w:color="auto" w:fill="FFF2CC" w:themeFill="accent4" w:themeFillTint="33"/>
            <w:vAlign w:val="center"/>
          </w:tcPr>
          <w:p w:rsidR="00BB6C80" w:rsidRPr="005117ED" w:rsidRDefault="00BB6C80" w:rsidP="00A62B8B">
            <w:pPr>
              <w:spacing w:before="0"/>
              <w:ind w:firstLine="0"/>
              <w:jc w:val="center"/>
              <w:rPr>
                <w:rFonts w:cs="Sakkal Majalla"/>
                <w:color w:val="000000" w:themeColor="text1"/>
                <w:sz w:val="38"/>
                <w:szCs w:val="38"/>
              </w:rPr>
            </w:pPr>
            <w:r w:rsidRPr="005117ED">
              <w:rPr>
                <w:rFonts w:cs="Sakkal Majalla"/>
                <w:b/>
                <w:bCs/>
                <w:color w:val="000000" w:themeColor="text1"/>
                <w:sz w:val="38"/>
                <w:szCs w:val="38"/>
                <w:rtl/>
              </w:rPr>
              <w:t>النموذج</w:t>
            </w:r>
            <w:r w:rsidRPr="005117ED">
              <w:rPr>
                <w:rFonts w:cs="Sakkal Majalla"/>
                <w:b/>
                <w:color w:val="000000" w:themeColor="text1"/>
                <w:sz w:val="38"/>
                <w:szCs w:val="38"/>
              </w:rPr>
              <w:t>/</w:t>
            </w:r>
            <w:r w:rsidRPr="005117ED">
              <w:rPr>
                <w:rFonts w:cs="Sakkal Majalla"/>
                <w:b/>
                <w:bCs/>
                <w:color w:val="000000" w:themeColor="text1"/>
                <w:sz w:val="38"/>
                <w:szCs w:val="38"/>
                <w:rtl/>
              </w:rPr>
              <w:t>الإطار</w:t>
            </w:r>
          </w:p>
        </w:tc>
        <w:tc>
          <w:tcPr>
            <w:tcW w:w="4743" w:type="dxa"/>
            <w:shd w:val="clear" w:color="auto" w:fill="FFF2CC" w:themeFill="accent4" w:themeFillTint="33"/>
            <w:vAlign w:val="center"/>
          </w:tcPr>
          <w:p w:rsidR="00BB6C80" w:rsidRPr="005117ED" w:rsidRDefault="00BB6C80" w:rsidP="00A62B8B">
            <w:pPr>
              <w:spacing w:before="0"/>
              <w:ind w:firstLine="0"/>
              <w:jc w:val="center"/>
              <w:rPr>
                <w:rFonts w:cs="Sakkal Majalla"/>
                <w:color w:val="000000" w:themeColor="text1"/>
                <w:sz w:val="38"/>
                <w:szCs w:val="38"/>
              </w:rPr>
            </w:pPr>
            <w:r w:rsidRPr="005117ED">
              <w:rPr>
                <w:rFonts w:cs="Sakkal Majalla"/>
                <w:b/>
                <w:bCs/>
                <w:color w:val="000000" w:themeColor="text1"/>
                <w:sz w:val="38"/>
                <w:szCs w:val="38"/>
                <w:rtl/>
              </w:rPr>
              <w:t>فكرته الرئيسة</w:t>
            </w:r>
          </w:p>
        </w:tc>
        <w:tc>
          <w:tcPr>
            <w:tcW w:w="3254" w:type="dxa"/>
            <w:shd w:val="clear" w:color="auto" w:fill="FFF2CC" w:themeFill="accent4" w:themeFillTint="33"/>
            <w:vAlign w:val="center"/>
          </w:tcPr>
          <w:p w:rsidR="00BB6C80" w:rsidRPr="005117ED" w:rsidRDefault="00BB6C80" w:rsidP="00A62B8B">
            <w:pPr>
              <w:spacing w:before="0"/>
              <w:ind w:firstLine="0"/>
              <w:jc w:val="center"/>
              <w:rPr>
                <w:rFonts w:cs="Sakkal Majalla"/>
                <w:color w:val="000000" w:themeColor="text1"/>
                <w:sz w:val="38"/>
                <w:szCs w:val="38"/>
              </w:rPr>
            </w:pPr>
            <w:r w:rsidRPr="005117ED">
              <w:rPr>
                <w:rFonts w:cs="Sakkal Majalla"/>
                <w:b/>
                <w:bCs/>
                <w:color w:val="000000" w:themeColor="text1"/>
                <w:sz w:val="38"/>
                <w:szCs w:val="38"/>
                <w:rtl/>
              </w:rPr>
              <w:t>صلته بمتغيرات الدراسة</w:t>
            </w:r>
          </w:p>
        </w:tc>
      </w:tr>
      <w:tr w:rsidR="00BB6C80" w:rsidRPr="005117ED" w:rsidTr="005117ED">
        <w:trPr>
          <w:jc w:val="center"/>
        </w:trPr>
        <w:tc>
          <w:tcPr>
            <w:tcW w:w="1915" w:type="dxa"/>
            <w:vAlign w:val="center"/>
          </w:tcPr>
          <w:p w:rsidR="00BB6C80" w:rsidRPr="005117ED" w:rsidRDefault="00BB6C80" w:rsidP="00A62B8B">
            <w:pPr>
              <w:spacing w:before="0"/>
              <w:ind w:firstLine="0"/>
              <w:jc w:val="center"/>
              <w:rPr>
                <w:rFonts w:cs="Sakkal Majalla"/>
                <w:color w:val="000000" w:themeColor="text1"/>
                <w:sz w:val="38"/>
                <w:szCs w:val="38"/>
              </w:rPr>
            </w:pPr>
            <w:r w:rsidRPr="005117ED">
              <w:rPr>
                <w:rFonts w:cs="Sakkal Majalla"/>
                <w:color w:val="000000" w:themeColor="text1"/>
                <w:sz w:val="38"/>
                <w:szCs w:val="38"/>
                <w:rtl/>
              </w:rPr>
              <w:t xml:space="preserve">النموذج </w:t>
            </w:r>
            <w:proofErr w:type="spellStart"/>
            <w:r w:rsidRPr="005117ED">
              <w:rPr>
                <w:rFonts w:cs="Sakkal Majalla"/>
                <w:color w:val="000000" w:themeColor="text1"/>
                <w:sz w:val="38"/>
                <w:szCs w:val="38"/>
                <w:rtl/>
              </w:rPr>
              <w:t>المكوني</w:t>
            </w:r>
            <w:proofErr w:type="spellEnd"/>
            <w:r w:rsidRPr="005117ED">
              <w:rPr>
                <w:rFonts w:cs="Sakkal Majalla"/>
                <w:color w:val="000000" w:themeColor="text1"/>
                <w:sz w:val="38"/>
                <w:szCs w:val="38"/>
                <w:rtl/>
              </w:rPr>
              <w:t xml:space="preserve"> للإبداع</w:t>
            </w:r>
          </w:p>
        </w:tc>
        <w:tc>
          <w:tcPr>
            <w:tcW w:w="4743" w:type="dxa"/>
            <w:vAlign w:val="center"/>
          </w:tcPr>
          <w:p w:rsidR="00BB6C80" w:rsidRPr="005117ED" w:rsidRDefault="00BB6C80" w:rsidP="00A62B8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الإبداع نتاج الخبرة والمهارات الإبداعية والدافعية والبيئة الداعمة</w:t>
            </w:r>
            <w:r w:rsidRPr="005117ED">
              <w:rPr>
                <w:rFonts w:cs="Sakkal Majalla"/>
                <w:color w:val="000000" w:themeColor="text1"/>
                <w:sz w:val="38"/>
                <w:szCs w:val="38"/>
              </w:rPr>
              <w:t>.</w:t>
            </w:r>
          </w:p>
        </w:tc>
        <w:tc>
          <w:tcPr>
            <w:tcW w:w="3254" w:type="dxa"/>
            <w:vAlign w:val="center"/>
          </w:tcPr>
          <w:p w:rsidR="00BB6C80" w:rsidRPr="005117ED" w:rsidRDefault="00BB6C80" w:rsidP="00A62B8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يربط القيادة بالدافعية والدعم والموارد</w:t>
            </w:r>
            <w:r w:rsidRPr="005117ED">
              <w:rPr>
                <w:rFonts w:cs="Sakkal Majalla"/>
                <w:color w:val="000000" w:themeColor="text1"/>
                <w:sz w:val="38"/>
                <w:szCs w:val="38"/>
              </w:rPr>
              <w:t>.</w:t>
            </w:r>
          </w:p>
        </w:tc>
      </w:tr>
      <w:tr w:rsidR="00BB6C80" w:rsidRPr="005117ED" w:rsidTr="005117ED">
        <w:trPr>
          <w:jc w:val="center"/>
        </w:trPr>
        <w:tc>
          <w:tcPr>
            <w:tcW w:w="1915" w:type="dxa"/>
            <w:vAlign w:val="center"/>
          </w:tcPr>
          <w:p w:rsidR="00BB6C80" w:rsidRPr="005117ED" w:rsidRDefault="00BB6C80" w:rsidP="00A62B8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النموذج التفاعلي</w:t>
            </w:r>
          </w:p>
        </w:tc>
        <w:tc>
          <w:tcPr>
            <w:tcW w:w="4743" w:type="dxa"/>
            <w:vAlign w:val="center"/>
          </w:tcPr>
          <w:p w:rsidR="00BB6C80" w:rsidRPr="005117ED" w:rsidRDefault="00BB6C80" w:rsidP="00A62B8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الإبداع ينتج عن تفاعل الفرد والجماعة والمنظمة</w:t>
            </w:r>
            <w:r w:rsidRPr="005117ED">
              <w:rPr>
                <w:rFonts w:cs="Sakkal Majalla"/>
                <w:color w:val="000000" w:themeColor="text1"/>
                <w:sz w:val="38"/>
                <w:szCs w:val="38"/>
              </w:rPr>
              <w:t>.</w:t>
            </w:r>
          </w:p>
        </w:tc>
        <w:tc>
          <w:tcPr>
            <w:tcW w:w="3254" w:type="dxa"/>
            <w:vAlign w:val="center"/>
          </w:tcPr>
          <w:p w:rsidR="00BB6C80" w:rsidRPr="005117ED" w:rsidRDefault="00BB6C80" w:rsidP="00A62B8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يوضح أن القيادة تؤثر في أكثر من مستوى</w:t>
            </w:r>
            <w:r w:rsidRPr="005117ED">
              <w:rPr>
                <w:rFonts w:cs="Sakkal Majalla"/>
                <w:color w:val="000000" w:themeColor="text1"/>
                <w:sz w:val="38"/>
                <w:szCs w:val="38"/>
              </w:rPr>
              <w:t>.</w:t>
            </w:r>
          </w:p>
        </w:tc>
      </w:tr>
      <w:tr w:rsidR="00BB6C80" w:rsidRPr="005117ED" w:rsidTr="005117ED">
        <w:trPr>
          <w:jc w:val="center"/>
        </w:trPr>
        <w:tc>
          <w:tcPr>
            <w:tcW w:w="1915" w:type="dxa"/>
            <w:vAlign w:val="center"/>
          </w:tcPr>
          <w:p w:rsidR="00BB6C80" w:rsidRPr="005117ED" w:rsidRDefault="00BB6C80" w:rsidP="00A62B8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الأمان النفسي</w:t>
            </w:r>
          </w:p>
        </w:tc>
        <w:tc>
          <w:tcPr>
            <w:tcW w:w="4743" w:type="dxa"/>
            <w:vAlign w:val="center"/>
          </w:tcPr>
          <w:p w:rsidR="00BB6C80" w:rsidRPr="005117ED" w:rsidRDefault="00BB6C80" w:rsidP="00A62B8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التعبير عن الأفكار يتطلب شعورًا بالأمان من الإحراج والعقوبة غير العادلة</w:t>
            </w:r>
            <w:r w:rsidRPr="005117ED">
              <w:rPr>
                <w:rFonts w:cs="Sakkal Majalla"/>
                <w:color w:val="000000" w:themeColor="text1"/>
                <w:sz w:val="38"/>
                <w:szCs w:val="38"/>
              </w:rPr>
              <w:t>.</w:t>
            </w:r>
          </w:p>
        </w:tc>
        <w:tc>
          <w:tcPr>
            <w:tcW w:w="3254" w:type="dxa"/>
            <w:vAlign w:val="center"/>
          </w:tcPr>
          <w:p w:rsidR="00BB6C80" w:rsidRPr="005117ED" w:rsidRDefault="00BB6C80" w:rsidP="00A62B8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يفسر أثر التأثير المثالي والاعتبار الفردي</w:t>
            </w:r>
            <w:r w:rsidRPr="005117ED">
              <w:rPr>
                <w:rFonts w:cs="Sakkal Majalla"/>
                <w:color w:val="000000" w:themeColor="text1"/>
                <w:sz w:val="38"/>
                <w:szCs w:val="38"/>
              </w:rPr>
              <w:t>.</w:t>
            </w:r>
          </w:p>
        </w:tc>
      </w:tr>
      <w:tr w:rsidR="00BB6C80" w:rsidRPr="005117ED" w:rsidTr="005117ED">
        <w:trPr>
          <w:jc w:val="center"/>
        </w:trPr>
        <w:tc>
          <w:tcPr>
            <w:tcW w:w="1915" w:type="dxa"/>
            <w:vAlign w:val="center"/>
          </w:tcPr>
          <w:p w:rsidR="00BB6C80" w:rsidRPr="005117ED" w:rsidRDefault="00BB6C80" w:rsidP="00A62B8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معالجة المعلومات والتنوع</w:t>
            </w:r>
          </w:p>
        </w:tc>
        <w:tc>
          <w:tcPr>
            <w:tcW w:w="4743" w:type="dxa"/>
            <w:vAlign w:val="center"/>
          </w:tcPr>
          <w:p w:rsidR="00BB6C80" w:rsidRPr="005117ED" w:rsidRDefault="00BB6C80" w:rsidP="00A62B8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تنوع المعرفة يزيد البدائل لكنه يحتاج إلى حوار ودمج</w:t>
            </w:r>
            <w:r w:rsidRPr="005117ED">
              <w:rPr>
                <w:rFonts w:cs="Sakkal Majalla"/>
                <w:color w:val="000000" w:themeColor="text1"/>
                <w:sz w:val="38"/>
                <w:szCs w:val="38"/>
              </w:rPr>
              <w:t>.</w:t>
            </w:r>
          </w:p>
        </w:tc>
        <w:tc>
          <w:tcPr>
            <w:tcW w:w="3254" w:type="dxa"/>
            <w:vAlign w:val="center"/>
          </w:tcPr>
          <w:p w:rsidR="00BB6C80" w:rsidRPr="005117ED" w:rsidRDefault="00BB6C80" w:rsidP="00A62B8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يفسر دور الاستثارة الفكرية والتشاركية</w:t>
            </w:r>
            <w:r w:rsidRPr="005117ED">
              <w:rPr>
                <w:rFonts w:cs="Sakkal Majalla"/>
                <w:color w:val="000000" w:themeColor="text1"/>
                <w:sz w:val="38"/>
                <w:szCs w:val="38"/>
              </w:rPr>
              <w:t>.</w:t>
            </w:r>
          </w:p>
        </w:tc>
      </w:tr>
    </w:tbl>
    <w:p w:rsidR="00BB6C80" w:rsidRPr="005117ED" w:rsidRDefault="00E8706E" w:rsidP="00BB6C80">
      <w:pPr>
        <w:spacing w:before="0"/>
        <w:ind w:firstLine="0"/>
        <w:jc w:val="both"/>
        <w:rPr>
          <w:rFonts w:cs="Sakkal Majalla"/>
          <w:color w:val="000000" w:themeColor="text1"/>
          <w:sz w:val="28"/>
          <w:szCs w:val="28"/>
          <w:rtl/>
        </w:rPr>
      </w:pPr>
      <w:r w:rsidRPr="005117ED">
        <w:rPr>
          <w:rFonts w:cs="Sakkal Majalla" w:hint="cs"/>
          <w:color w:val="000000" w:themeColor="text1"/>
          <w:sz w:val="28"/>
          <w:szCs w:val="28"/>
          <w:rtl/>
        </w:rPr>
        <w:t>*</w:t>
      </w:r>
      <w:r w:rsidR="00BB6C80" w:rsidRPr="005117ED">
        <w:rPr>
          <w:rFonts w:cs="Sakkal Majalla"/>
          <w:color w:val="000000" w:themeColor="text1"/>
          <w:sz w:val="28"/>
          <w:szCs w:val="28"/>
          <w:rtl/>
        </w:rPr>
        <w:t>المصدر</w:t>
      </w:r>
      <w:r w:rsidR="00BB6C80" w:rsidRPr="005117ED">
        <w:rPr>
          <w:rFonts w:cs="Sakkal Majalla"/>
          <w:color w:val="000000" w:themeColor="text1"/>
          <w:sz w:val="28"/>
          <w:szCs w:val="28"/>
        </w:rPr>
        <w:t xml:space="preserve">: </w:t>
      </w:r>
      <w:r w:rsidR="00BB6C80" w:rsidRPr="005117ED">
        <w:rPr>
          <w:rFonts w:cs="Sakkal Majalla"/>
          <w:color w:val="000000" w:themeColor="text1"/>
          <w:sz w:val="28"/>
          <w:szCs w:val="28"/>
          <w:rtl/>
        </w:rPr>
        <w:t>إعداد الباحث بالاعتماد على</w:t>
      </w:r>
      <w:r w:rsidR="00BB6C80" w:rsidRPr="005117ED">
        <w:rPr>
          <w:rFonts w:cs="Sakkal Majalla"/>
          <w:color w:val="000000" w:themeColor="text1"/>
          <w:sz w:val="28"/>
          <w:szCs w:val="28"/>
        </w:rPr>
        <w:t xml:space="preserve">: </w:t>
      </w:r>
      <w:r w:rsidR="00BB6C80" w:rsidRPr="005117ED">
        <w:rPr>
          <w:rFonts w:cs="Sakkal Majalla"/>
          <w:color w:val="000000" w:themeColor="text1"/>
          <w:sz w:val="28"/>
          <w:szCs w:val="28"/>
          <w:rtl/>
        </w:rPr>
        <w:t xml:space="preserve">الفاعوري </w:t>
      </w:r>
      <w:r w:rsidR="00BB6C80" w:rsidRPr="005117ED">
        <w:rPr>
          <w:rFonts w:cs="Sakkal Majalla"/>
          <w:color w:val="000000" w:themeColor="text1"/>
          <w:sz w:val="28"/>
          <w:szCs w:val="28"/>
        </w:rPr>
        <w:t>(2005)</w:t>
      </w:r>
      <w:r w:rsidR="00BB6C80" w:rsidRPr="005117ED">
        <w:rPr>
          <w:rFonts w:cs="Sakkal Majalla"/>
          <w:color w:val="000000" w:themeColor="text1"/>
          <w:sz w:val="28"/>
          <w:szCs w:val="28"/>
          <w:rtl/>
        </w:rPr>
        <w:t xml:space="preserve">، </w:t>
      </w:r>
      <w:proofErr w:type="spellStart"/>
      <w:r w:rsidR="00BB6C80" w:rsidRPr="005117ED">
        <w:rPr>
          <w:rFonts w:cs="Sakkal Majalla"/>
          <w:color w:val="000000" w:themeColor="text1"/>
          <w:sz w:val="28"/>
          <w:szCs w:val="28"/>
        </w:rPr>
        <w:t>Amabile</w:t>
      </w:r>
      <w:proofErr w:type="spellEnd"/>
      <w:r w:rsidR="00BB6C80" w:rsidRPr="005117ED">
        <w:rPr>
          <w:rFonts w:cs="Sakkal Majalla"/>
          <w:color w:val="000000" w:themeColor="text1"/>
          <w:sz w:val="28"/>
          <w:szCs w:val="28"/>
        </w:rPr>
        <w:t xml:space="preserve"> (1996)</w:t>
      </w:r>
      <w:r w:rsidR="00BB6C80" w:rsidRPr="005117ED">
        <w:rPr>
          <w:rFonts w:cs="Sakkal Majalla"/>
          <w:color w:val="000000" w:themeColor="text1"/>
          <w:sz w:val="28"/>
          <w:szCs w:val="28"/>
          <w:rtl/>
        </w:rPr>
        <w:t xml:space="preserve">، </w:t>
      </w:r>
      <w:r w:rsidR="00BB6C80" w:rsidRPr="005117ED">
        <w:rPr>
          <w:rFonts w:cs="Sakkal Majalla"/>
          <w:color w:val="000000" w:themeColor="text1"/>
          <w:sz w:val="28"/>
          <w:szCs w:val="28"/>
        </w:rPr>
        <w:t>Edmondson (1999)</w:t>
      </w:r>
      <w:r w:rsidR="00BB6C80" w:rsidRPr="005117ED">
        <w:rPr>
          <w:rFonts w:cs="Sakkal Majalla"/>
          <w:color w:val="000000" w:themeColor="text1"/>
          <w:sz w:val="28"/>
          <w:szCs w:val="28"/>
          <w:rtl/>
        </w:rPr>
        <w:t xml:space="preserve">، </w:t>
      </w:r>
      <w:r w:rsidR="00BB6C80" w:rsidRPr="005117ED">
        <w:rPr>
          <w:rFonts w:cs="Sakkal Majalla"/>
          <w:color w:val="000000" w:themeColor="text1"/>
          <w:sz w:val="28"/>
          <w:szCs w:val="28"/>
        </w:rPr>
        <w:t xml:space="preserve">Woodman </w:t>
      </w:r>
      <w:r w:rsidR="00BB6C80" w:rsidRPr="005117ED">
        <w:rPr>
          <w:rFonts w:cs="Sakkal Majalla"/>
          <w:color w:val="000000" w:themeColor="text1"/>
          <w:sz w:val="28"/>
          <w:szCs w:val="28"/>
          <w:rtl/>
        </w:rPr>
        <w:t xml:space="preserve">وزملائه </w:t>
      </w:r>
      <w:r w:rsidR="00BB6C80" w:rsidRPr="005117ED">
        <w:rPr>
          <w:rFonts w:cs="Sakkal Majalla"/>
          <w:color w:val="000000" w:themeColor="text1"/>
          <w:sz w:val="28"/>
          <w:szCs w:val="28"/>
        </w:rPr>
        <w:t>(1993).</w:t>
      </w:r>
    </w:p>
    <w:p w:rsidR="005117ED" w:rsidRPr="005117ED" w:rsidRDefault="005117ED" w:rsidP="00BB6C80">
      <w:pPr>
        <w:spacing w:before="0"/>
        <w:ind w:firstLine="0"/>
        <w:jc w:val="both"/>
        <w:rPr>
          <w:rFonts w:cs="Sakkal Majalla"/>
          <w:color w:val="000000" w:themeColor="text1"/>
          <w:sz w:val="28"/>
          <w:szCs w:val="28"/>
        </w:rPr>
      </w:pPr>
    </w:p>
    <w:p w:rsidR="00BB6C80" w:rsidRPr="005117ED" w:rsidRDefault="00BB6C80" w:rsidP="00A62B8B">
      <w:pPr>
        <w:spacing w:before="0"/>
        <w:ind w:firstLine="0"/>
        <w:jc w:val="left"/>
        <w:outlineLvl w:val="0"/>
        <w:rPr>
          <w:rFonts w:eastAsia="Times New Roman" w:cs="Sakkal Majalla"/>
          <w:b/>
          <w:bCs/>
          <w:color w:val="000000" w:themeColor="text1"/>
          <w:sz w:val="40"/>
          <w:szCs w:val="40"/>
        </w:rPr>
      </w:pPr>
      <w:bookmarkStart w:id="38" w:name="_Toc233321990"/>
      <w:r w:rsidRPr="005117ED">
        <w:rPr>
          <w:rFonts w:eastAsia="Times New Roman" w:cs="Sakkal Majalla"/>
          <w:b/>
          <w:bCs/>
          <w:color w:val="000000" w:themeColor="text1"/>
          <w:sz w:val="40"/>
          <w:szCs w:val="40"/>
        </w:rPr>
        <w:t xml:space="preserve">2-2-5 </w:t>
      </w:r>
      <w:r w:rsidRPr="005117ED">
        <w:rPr>
          <w:rFonts w:eastAsia="Times New Roman" w:cs="Sakkal Majalla"/>
          <w:b/>
          <w:bCs/>
          <w:color w:val="000000" w:themeColor="text1"/>
          <w:sz w:val="40"/>
          <w:szCs w:val="40"/>
          <w:rtl/>
        </w:rPr>
        <w:t>أبعاد الإبداع التنظيمي في الدراسة</w:t>
      </w:r>
      <w:r w:rsidR="00E8706E" w:rsidRPr="005117ED">
        <w:rPr>
          <w:rFonts w:eastAsia="Times New Roman" w:cs="Sakkal Majalla" w:hint="cs"/>
          <w:b/>
          <w:bCs/>
          <w:color w:val="000000" w:themeColor="text1"/>
          <w:sz w:val="40"/>
          <w:szCs w:val="40"/>
          <w:rtl/>
        </w:rPr>
        <w:t>:</w:t>
      </w:r>
      <w:bookmarkEnd w:id="38"/>
      <w:r w:rsidR="00E8706E" w:rsidRPr="005117ED">
        <w:rPr>
          <w:rFonts w:eastAsia="Times New Roman" w:cs="Sakkal Majalla" w:hint="cs"/>
          <w:b/>
          <w:bCs/>
          <w:color w:val="000000" w:themeColor="text1"/>
          <w:sz w:val="40"/>
          <w:szCs w:val="40"/>
          <w:rtl/>
        </w:rPr>
        <w:t xml:space="preserve"> </w:t>
      </w:r>
    </w:p>
    <w:p w:rsidR="00BB6C80" w:rsidRPr="005117ED" w:rsidRDefault="00BB6C80" w:rsidP="00E8706E">
      <w:pPr>
        <w:spacing w:before="0"/>
        <w:ind w:firstLine="720"/>
        <w:jc w:val="both"/>
        <w:rPr>
          <w:rFonts w:cs="Sakkal Majalla"/>
          <w:color w:val="000000" w:themeColor="text1"/>
          <w:sz w:val="38"/>
          <w:szCs w:val="38"/>
        </w:rPr>
      </w:pPr>
      <w:r w:rsidRPr="005117ED">
        <w:rPr>
          <w:rFonts w:cs="Sakkal Majalla"/>
          <w:color w:val="000000" w:themeColor="text1"/>
          <w:sz w:val="38"/>
          <w:szCs w:val="38"/>
          <w:rtl/>
        </w:rPr>
        <w:t>تقيس الدراسة الحالية الإبداع التنظيمي من خلال خمسة أبعاد هي</w:t>
      </w:r>
      <w:r w:rsidRPr="005117ED">
        <w:rPr>
          <w:rFonts w:cs="Sakkal Majalla"/>
          <w:color w:val="000000" w:themeColor="text1"/>
          <w:sz w:val="38"/>
          <w:szCs w:val="38"/>
        </w:rPr>
        <w:t xml:space="preserve">: </w:t>
      </w:r>
      <w:r w:rsidRPr="005117ED">
        <w:rPr>
          <w:rFonts w:cs="Sakkal Majalla"/>
          <w:color w:val="000000" w:themeColor="text1"/>
          <w:sz w:val="38"/>
          <w:szCs w:val="38"/>
          <w:rtl/>
        </w:rPr>
        <w:t>توليد الأفكار الجديدة، والأصالة، والمرونة، والمبادرة في حل المشكلات، وتبني الأفكار الجديدة وتطبيقها</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وتكامل هذه الأبعاد يسمح بقياس الإبداع بوصفه عملية تبدأ بالفكرة، وتمتد إلى قبولها وتطويرها وتطبيقها داخل بيئة العمل </w:t>
      </w:r>
      <w:r w:rsidRPr="005117ED">
        <w:rPr>
          <w:rFonts w:cs="Sakkal Majalla"/>
          <w:color w:val="000000" w:themeColor="text1"/>
          <w:sz w:val="38"/>
          <w:szCs w:val="38"/>
        </w:rPr>
        <w:t>(</w:t>
      </w:r>
      <w:r w:rsidRPr="005117ED">
        <w:rPr>
          <w:rFonts w:cs="Sakkal Majalla"/>
          <w:color w:val="000000" w:themeColor="text1"/>
          <w:sz w:val="38"/>
          <w:szCs w:val="38"/>
          <w:rtl/>
        </w:rPr>
        <w:t xml:space="preserve">الفاعوري، </w:t>
      </w:r>
      <w:r w:rsidRPr="005117ED">
        <w:rPr>
          <w:rFonts w:cs="Sakkal Majalla"/>
          <w:color w:val="000000" w:themeColor="text1"/>
          <w:sz w:val="38"/>
          <w:szCs w:val="38"/>
        </w:rPr>
        <w:t>2005</w:t>
      </w:r>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Pr>
        <w:t>Amabile</w:t>
      </w:r>
      <w:proofErr w:type="spellEnd"/>
      <w:r w:rsidRPr="005117ED">
        <w:rPr>
          <w:rFonts w:cs="Sakkal Majalla"/>
          <w:color w:val="000000" w:themeColor="text1"/>
          <w:sz w:val="38"/>
          <w:szCs w:val="38"/>
        </w:rPr>
        <w:t>, 1996</w:t>
      </w:r>
      <w:r w:rsidRPr="005117ED">
        <w:rPr>
          <w:rFonts w:cs="Sakkal Majalla"/>
          <w:color w:val="000000" w:themeColor="text1"/>
          <w:sz w:val="38"/>
          <w:szCs w:val="38"/>
          <w:rtl/>
        </w:rPr>
        <w:t xml:space="preserve">؛ </w:t>
      </w:r>
      <w:r w:rsidRPr="005117ED">
        <w:rPr>
          <w:rFonts w:cs="Sakkal Majalla"/>
          <w:color w:val="000000" w:themeColor="text1"/>
          <w:sz w:val="38"/>
          <w:szCs w:val="38"/>
        </w:rPr>
        <w:t xml:space="preserve">Anderson, </w:t>
      </w:r>
      <w:proofErr w:type="spellStart"/>
      <w:r w:rsidRPr="005117ED">
        <w:rPr>
          <w:rFonts w:cs="Sakkal Majalla"/>
          <w:color w:val="000000" w:themeColor="text1"/>
          <w:sz w:val="38"/>
          <w:szCs w:val="38"/>
        </w:rPr>
        <w:t>Potočnik</w:t>
      </w:r>
      <w:proofErr w:type="spellEnd"/>
      <w:r w:rsidRPr="005117ED">
        <w:rPr>
          <w:rFonts w:cs="Sakkal Majalla"/>
          <w:color w:val="000000" w:themeColor="text1"/>
          <w:sz w:val="38"/>
          <w:szCs w:val="38"/>
        </w:rPr>
        <w:t xml:space="preserve"> &amp; Zhou, 2014).</w:t>
      </w:r>
    </w:p>
    <w:p w:rsidR="00BB6C80" w:rsidRPr="005117ED" w:rsidRDefault="00BB6C80" w:rsidP="00E8706E">
      <w:pPr>
        <w:spacing w:before="0"/>
        <w:ind w:firstLine="0"/>
        <w:jc w:val="center"/>
        <w:rPr>
          <w:rFonts w:cs="Sakkal Majalla"/>
          <w:color w:val="000000" w:themeColor="text1"/>
          <w:sz w:val="38"/>
          <w:szCs w:val="38"/>
        </w:rPr>
      </w:pPr>
      <w:r w:rsidRPr="005117ED">
        <w:rPr>
          <w:rFonts w:cs="Sakkal Majalla"/>
          <w:b/>
          <w:bCs/>
          <w:color w:val="000000" w:themeColor="text1"/>
          <w:sz w:val="38"/>
          <w:szCs w:val="38"/>
          <w:rtl/>
        </w:rPr>
        <w:t xml:space="preserve">جدول </w:t>
      </w:r>
      <w:r w:rsidRPr="005117ED">
        <w:rPr>
          <w:rFonts w:cs="Sakkal Majalla"/>
          <w:b/>
          <w:color w:val="000000" w:themeColor="text1"/>
          <w:sz w:val="38"/>
          <w:szCs w:val="38"/>
        </w:rPr>
        <w:t>(5</w:t>
      </w:r>
      <w:proofErr w:type="gramStart"/>
      <w:r w:rsidRPr="005117ED">
        <w:rPr>
          <w:rFonts w:cs="Sakkal Majalla"/>
          <w:b/>
          <w:color w:val="000000" w:themeColor="text1"/>
          <w:sz w:val="38"/>
          <w:szCs w:val="38"/>
        </w:rPr>
        <w:t>)</w:t>
      </w:r>
      <w:r w:rsidR="00E8706E" w:rsidRPr="005117ED">
        <w:rPr>
          <w:rFonts w:cs="Sakkal Majalla" w:hint="cs"/>
          <w:b/>
          <w:color w:val="000000" w:themeColor="text1"/>
          <w:sz w:val="38"/>
          <w:szCs w:val="38"/>
          <w:rtl/>
        </w:rPr>
        <w:t xml:space="preserve"> </w:t>
      </w:r>
      <w:r w:rsidRPr="005117ED">
        <w:rPr>
          <w:rFonts w:cs="Sakkal Majalla"/>
          <w:b/>
          <w:color w:val="000000" w:themeColor="text1"/>
          <w:sz w:val="38"/>
          <w:szCs w:val="38"/>
        </w:rPr>
        <w:t>:</w:t>
      </w:r>
      <w:proofErr w:type="gramEnd"/>
      <w:r w:rsidR="00E8706E" w:rsidRPr="005117ED">
        <w:rPr>
          <w:rFonts w:cs="Sakkal Majalla" w:hint="cs"/>
          <w:b/>
          <w:color w:val="000000" w:themeColor="text1"/>
          <w:sz w:val="38"/>
          <w:szCs w:val="38"/>
          <w:rtl/>
        </w:rPr>
        <w:t xml:space="preserve"> </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أبعاد الإبداع التنظيمي في الدراسة</w:t>
      </w:r>
    </w:p>
    <w:tbl>
      <w:tblPr>
        <w:tblStyle w:val="aa"/>
        <w:bidiVisual/>
        <w:tblW w:w="0" w:type="auto"/>
        <w:jc w:val="center"/>
        <w:tblLook w:val="04A0" w:firstRow="1" w:lastRow="0" w:firstColumn="1" w:lastColumn="0" w:noHBand="0" w:noVBand="1"/>
      </w:tblPr>
      <w:tblGrid>
        <w:gridCol w:w="2441"/>
        <w:gridCol w:w="7083"/>
      </w:tblGrid>
      <w:tr w:rsidR="00BB6C80" w:rsidRPr="005117ED" w:rsidTr="005117ED">
        <w:trPr>
          <w:jc w:val="center"/>
        </w:trPr>
        <w:tc>
          <w:tcPr>
            <w:tcW w:w="2441" w:type="dxa"/>
            <w:shd w:val="clear" w:color="auto" w:fill="FFF2CC" w:themeFill="accent4" w:themeFillTint="33"/>
            <w:vAlign w:val="center"/>
          </w:tcPr>
          <w:p w:rsidR="00BB6C80" w:rsidRPr="005117ED" w:rsidRDefault="00BB6C80" w:rsidP="00E8706E">
            <w:pPr>
              <w:spacing w:before="0"/>
              <w:ind w:firstLine="0"/>
              <w:jc w:val="center"/>
              <w:rPr>
                <w:rFonts w:cs="Sakkal Majalla"/>
                <w:color w:val="000000" w:themeColor="text1"/>
                <w:szCs w:val="34"/>
              </w:rPr>
            </w:pPr>
            <w:r w:rsidRPr="005117ED">
              <w:rPr>
                <w:rFonts w:cs="Sakkal Majalla"/>
                <w:b/>
                <w:bCs/>
                <w:color w:val="000000" w:themeColor="text1"/>
                <w:szCs w:val="34"/>
                <w:rtl/>
              </w:rPr>
              <w:t>البعد</w:t>
            </w:r>
          </w:p>
        </w:tc>
        <w:tc>
          <w:tcPr>
            <w:tcW w:w="7083" w:type="dxa"/>
            <w:shd w:val="clear" w:color="auto" w:fill="FFF2CC" w:themeFill="accent4" w:themeFillTint="33"/>
            <w:vAlign w:val="center"/>
          </w:tcPr>
          <w:p w:rsidR="00BB6C80" w:rsidRPr="005117ED" w:rsidRDefault="00BB6C80" w:rsidP="00E8706E">
            <w:pPr>
              <w:spacing w:before="0"/>
              <w:ind w:firstLine="0"/>
              <w:jc w:val="center"/>
              <w:rPr>
                <w:rFonts w:cs="Sakkal Majalla"/>
                <w:color w:val="000000" w:themeColor="text1"/>
                <w:szCs w:val="34"/>
              </w:rPr>
            </w:pPr>
            <w:r w:rsidRPr="005117ED">
              <w:rPr>
                <w:rFonts w:cs="Sakkal Majalla"/>
                <w:b/>
                <w:bCs/>
                <w:color w:val="000000" w:themeColor="text1"/>
                <w:szCs w:val="34"/>
                <w:rtl/>
              </w:rPr>
              <w:t>الدلالة العملية داخل المنشأة</w:t>
            </w:r>
          </w:p>
        </w:tc>
      </w:tr>
      <w:tr w:rsidR="00BB6C80" w:rsidRPr="005117ED" w:rsidTr="005117ED">
        <w:trPr>
          <w:jc w:val="center"/>
        </w:trPr>
        <w:tc>
          <w:tcPr>
            <w:tcW w:w="2441" w:type="dxa"/>
            <w:vAlign w:val="center"/>
          </w:tcPr>
          <w:p w:rsidR="00BB6C80" w:rsidRPr="005117ED" w:rsidRDefault="00BB6C80" w:rsidP="00E8706E">
            <w:pPr>
              <w:spacing w:before="0"/>
              <w:ind w:firstLine="0"/>
              <w:jc w:val="center"/>
              <w:rPr>
                <w:rFonts w:cs="Sakkal Majalla"/>
                <w:color w:val="000000" w:themeColor="text1"/>
                <w:szCs w:val="34"/>
              </w:rPr>
            </w:pPr>
            <w:r w:rsidRPr="005117ED">
              <w:rPr>
                <w:rFonts w:cs="Sakkal Majalla"/>
                <w:color w:val="000000" w:themeColor="text1"/>
                <w:szCs w:val="34"/>
                <w:rtl/>
              </w:rPr>
              <w:t>توليد الأفكار الجديدة</w:t>
            </w:r>
          </w:p>
        </w:tc>
        <w:tc>
          <w:tcPr>
            <w:tcW w:w="7083" w:type="dxa"/>
            <w:vAlign w:val="center"/>
          </w:tcPr>
          <w:p w:rsidR="00BB6C80" w:rsidRPr="005117ED" w:rsidRDefault="00BB6C80" w:rsidP="00E8706E">
            <w:pPr>
              <w:spacing w:before="0"/>
              <w:ind w:firstLine="0"/>
              <w:jc w:val="center"/>
              <w:rPr>
                <w:rFonts w:cs="Sakkal Majalla"/>
                <w:color w:val="000000" w:themeColor="text1"/>
                <w:szCs w:val="34"/>
              </w:rPr>
            </w:pPr>
            <w:r w:rsidRPr="005117ED">
              <w:rPr>
                <w:rFonts w:cs="Sakkal Majalla"/>
                <w:color w:val="000000" w:themeColor="text1"/>
                <w:szCs w:val="34"/>
                <w:rtl/>
              </w:rPr>
              <w:t>قدرة العاملين على اقتراح أفكار وخدمات أو طرق عمل جديدة</w:t>
            </w:r>
            <w:r w:rsidRPr="005117ED">
              <w:rPr>
                <w:rFonts w:cs="Sakkal Majalla"/>
                <w:color w:val="000000" w:themeColor="text1"/>
                <w:szCs w:val="34"/>
              </w:rPr>
              <w:t>.</w:t>
            </w:r>
          </w:p>
        </w:tc>
      </w:tr>
      <w:tr w:rsidR="00BB6C80" w:rsidRPr="005117ED" w:rsidTr="005117ED">
        <w:trPr>
          <w:jc w:val="center"/>
        </w:trPr>
        <w:tc>
          <w:tcPr>
            <w:tcW w:w="2441" w:type="dxa"/>
            <w:vAlign w:val="center"/>
          </w:tcPr>
          <w:p w:rsidR="00BB6C80" w:rsidRPr="005117ED" w:rsidRDefault="00BB6C80" w:rsidP="00E8706E">
            <w:pPr>
              <w:spacing w:before="0"/>
              <w:ind w:firstLine="0"/>
              <w:jc w:val="center"/>
              <w:rPr>
                <w:rFonts w:cs="Sakkal Majalla"/>
                <w:color w:val="000000" w:themeColor="text1"/>
                <w:szCs w:val="34"/>
              </w:rPr>
            </w:pPr>
            <w:r w:rsidRPr="005117ED">
              <w:rPr>
                <w:rFonts w:cs="Sakkal Majalla"/>
                <w:color w:val="000000" w:themeColor="text1"/>
                <w:szCs w:val="34"/>
                <w:rtl/>
              </w:rPr>
              <w:t>الأصالة</w:t>
            </w:r>
          </w:p>
        </w:tc>
        <w:tc>
          <w:tcPr>
            <w:tcW w:w="7083" w:type="dxa"/>
            <w:vAlign w:val="center"/>
          </w:tcPr>
          <w:p w:rsidR="00BB6C80" w:rsidRPr="005117ED" w:rsidRDefault="00BB6C80" w:rsidP="00E8706E">
            <w:pPr>
              <w:spacing w:before="0"/>
              <w:ind w:firstLine="0"/>
              <w:jc w:val="center"/>
              <w:rPr>
                <w:rFonts w:cs="Sakkal Majalla"/>
                <w:color w:val="000000" w:themeColor="text1"/>
                <w:szCs w:val="34"/>
              </w:rPr>
            </w:pPr>
            <w:r w:rsidRPr="005117ED">
              <w:rPr>
                <w:rFonts w:cs="Sakkal Majalla"/>
                <w:color w:val="000000" w:themeColor="text1"/>
                <w:szCs w:val="34"/>
                <w:rtl/>
              </w:rPr>
              <w:t>تميز الأفكار وعدم تقليديتها وقدرتها على إضافة قيمة مختلفة</w:t>
            </w:r>
            <w:r w:rsidRPr="005117ED">
              <w:rPr>
                <w:rFonts w:cs="Sakkal Majalla"/>
                <w:color w:val="000000" w:themeColor="text1"/>
                <w:szCs w:val="34"/>
              </w:rPr>
              <w:t>.</w:t>
            </w:r>
          </w:p>
        </w:tc>
      </w:tr>
      <w:tr w:rsidR="00BB6C80" w:rsidRPr="005117ED" w:rsidTr="005117ED">
        <w:trPr>
          <w:jc w:val="center"/>
        </w:trPr>
        <w:tc>
          <w:tcPr>
            <w:tcW w:w="2441" w:type="dxa"/>
            <w:vAlign w:val="center"/>
          </w:tcPr>
          <w:p w:rsidR="00BB6C80" w:rsidRPr="005117ED" w:rsidRDefault="00BB6C80" w:rsidP="00E8706E">
            <w:pPr>
              <w:spacing w:before="0"/>
              <w:ind w:firstLine="0"/>
              <w:jc w:val="center"/>
              <w:rPr>
                <w:rFonts w:cs="Sakkal Majalla"/>
                <w:color w:val="000000" w:themeColor="text1"/>
                <w:szCs w:val="34"/>
              </w:rPr>
            </w:pPr>
            <w:r w:rsidRPr="005117ED">
              <w:rPr>
                <w:rFonts w:cs="Sakkal Majalla"/>
                <w:color w:val="000000" w:themeColor="text1"/>
                <w:szCs w:val="34"/>
                <w:rtl/>
              </w:rPr>
              <w:t>المرونة</w:t>
            </w:r>
          </w:p>
        </w:tc>
        <w:tc>
          <w:tcPr>
            <w:tcW w:w="7083" w:type="dxa"/>
            <w:vAlign w:val="center"/>
          </w:tcPr>
          <w:p w:rsidR="00BB6C80" w:rsidRPr="005117ED" w:rsidRDefault="00BB6C80" w:rsidP="00E8706E">
            <w:pPr>
              <w:spacing w:before="0"/>
              <w:ind w:firstLine="0"/>
              <w:jc w:val="center"/>
              <w:rPr>
                <w:rFonts w:cs="Sakkal Majalla"/>
                <w:color w:val="000000" w:themeColor="text1"/>
                <w:szCs w:val="34"/>
              </w:rPr>
            </w:pPr>
            <w:r w:rsidRPr="005117ED">
              <w:rPr>
                <w:rFonts w:cs="Sakkal Majalla"/>
                <w:color w:val="000000" w:themeColor="text1"/>
                <w:szCs w:val="34"/>
                <w:rtl/>
              </w:rPr>
              <w:t>الاستعداد لتغيير الأساليب وتكييف العمل مع الظروف الجديدة</w:t>
            </w:r>
            <w:r w:rsidRPr="005117ED">
              <w:rPr>
                <w:rFonts w:cs="Sakkal Majalla"/>
                <w:color w:val="000000" w:themeColor="text1"/>
                <w:szCs w:val="34"/>
              </w:rPr>
              <w:t>.</w:t>
            </w:r>
          </w:p>
        </w:tc>
      </w:tr>
      <w:tr w:rsidR="00BB6C80" w:rsidRPr="005117ED" w:rsidTr="005117ED">
        <w:trPr>
          <w:jc w:val="center"/>
        </w:trPr>
        <w:tc>
          <w:tcPr>
            <w:tcW w:w="2441" w:type="dxa"/>
            <w:vAlign w:val="center"/>
          </w:tcPr>
          <w:p w:rsidR="00BB6C80" w:rsidRPr="005117ED" w:rsidRDefault="00BB6C80" w:rsidP="00E8706E">
            <w:pPr>
              <w:spacing w:before="0"/>
              <w:ind w:firstLine="0"/>
              <w:jc w:val="center"/>
              <w:rPr>
                <w:rFonts w:cs="Sakkal Majalla"/>
                <w:color w:val="000000" w:themeColor="text1"/>
                <w:szCs w:val="34"/>
              </w:rPr>
            </w:pPr>
            <w:r w:rsidRPr="005117ED">
              <w:rPr>
                <w:rFonts w:cs="Sakkal Majalla"/>
                <w:color w:val="000000" w:themeColor="text1"/>
                <w:szCs w:val="34"/>
                <w:rtl/>
              </w:rPr>
              <w:t>المبادرة في حل المشكلات</w:t>
            </w:r>
          </w:p>
        </w:tc>
        <w:tc>
          <w:tcPr>
            <w:tcW w:w="7083" w:type="dxa"/>
            <w:vAlign w:val="center"/>
          </w:tcPr>
          <w:p w:rsidR="00BB6C80" w:rsidRPr="005117ED" w:rsidRDefault="00BB6C80" w:rsidP="00E8706E">
            <w:pPr>
              <w:spacing w:before="0"/>
              <w:ind w:firstLine="0"/>
              <w:jc w:val="center"/>
              <w:rPr>
                <w:rFonts w:cs="Sakkal Majalla"/>
                <w:color w:val="000000" w:themeColor="text1"/>
                <w:szCs w:val="34"/>
              </w:rPr>
            </w:pPr>
            <w:r w:rsidRPr="005117ED">
              <w:rPr>
                <w:rFonts w:cs="Sakkal Majalla"/>
                <w:color w:val="000000" w:themeColor="text1"/>
                <w:szCs w:val="34"/>
                <w:rtl/>
              </w:rPr>
              <w:t>تحويل المشكلات التشغيلية إلى فرص تطوير وتحسين</w:t>
            </w:r>
            <w:r w:rsidRPr="005117ED">
              <w:rPr>
                <w:rFonts w:cs="Sakkal Majalla"/>
                <w:color w:val="000000" w:themeColor="text1"/>
                <w:szCs w:val="34"/>
              </w:rPr>
              <w:t>.</w:t>
            </w:r>
          </w:p>
        </w:tc>
      </w:tr>
      <w:tr w:rsidR="00BB6C80" w:rsidRPr="005117ED" w:rsidTr="005117ED">
        <w:trPr>
          <w:jc w:val="center"/>
        </w:trPr>
        <w:tc>
          <w:tcPr>
            <w:tcW w:w="2441" w:type="dxa"/>
            <w:vAlign w:val="center"/>
          </w:tcPr>
          <w:p w:rsidR="00BB6C80" w:rsidRPr="005117ED" w:rsidRDefault="00BB6C80" w:rsidP="00E8706E">
            <w:pPr>
              <w:spacing w:before="0"/>
              <w:ind w:firstLine="0"/>
              <w:jc w:val="center"/>
              <w:rPr>
                <w:rFonts w:cs="Sakkal Majalla"/>
                <w:color w:val="000000" w:themeColor="text1"/>
                <w:szCs w:val="34"/>
              </w:rPr>
            </w:pPr>
            <w:r w:rsidRPr="005117ED">
              <w:rPr>
                <w:rFonts w:cs="Sakkal Majalla"/>
                <w:color w:val="000000" w:themeColor="text1"/>
                <w:szCs w:val="34"/>
                <w:rtl/>
              </w:rPr>
              <w:t>تبني الأفكار الجديدة وتطبيقها</w:t>
            </w:r>
          </w:p>
        </w:tc>
        <w:tc>
          <w:tcPr>
            <w:tcW w:w="7083" w:type="dxa"/>
            <w:vAlign w:val="center"/>
          </w:tcPr>
          <w:p w:rsidR="00BB6C80" w:rsidRPr="005117ED" w:rsidRDefault="00BB6C80" w:rsidP="00E8706E">
            <w:pPr>
              <w:spacing w:before="0"/>
              <w:ind w:firstLine="0"/>
              <w:jc w:val="center"/>
              <w:rPr>
                <w:rFonts w:cs="Sakkal Majalla"/>
                <w:color w:val="000000" w:themeColor="text1"/>
                <w:szCs w:val="34"/>
              </w:rPr>
            </w:pPr>
            <w:r w:rsidRPr="005117ED">
              <w:rPr>
                <w:rFonts w:cs="Sakkal Majalla"/>
                <w:color w:val="000000" w:themeColor="text1"/>
                <w:szCs w:val="34"/>
                <w:rtl/>
              </w:rPr>
              <w:t>قدرة المنشأة على تحويل الأفكار إلى إجراءات أو منتجات أو خدمات فعلية</w:t>
            </w:r>
            <w:r w:rsidRPr="005117ED">
              <w:rPr>
                <w:rFonts w:cs="Sakkal Majalla"/>
                <w:color w:val="000000" w:themeColor="text1"/>
                <w:szCs w:val="34"/>
              </w:rPr>
              <w:t>.</w:t>
            </w:r>
          </w:p>
        </w:tc>
      </w:tr>
    </w:tbl>
    <w:p w:rsidR="00BB6C80" w:rsidRPr="005117ED" w:rsidRDefault="00E8706E" w:rsidP="00BB6C80">
      <w:pPr>
        <w:spacing w:before="0"/>
        <w:ind w:firstLine="0"/>
        <w:jc w:val="both"/>
        <w:rPr>
          <w:rFonts w:cs="Sakkal Majalla"/>
          <w:color w:val="000000" w:themeColor="text1"/>
          <w:sz w:val="28"/>
          <w:szCs w:val="28"/>
        </w:rPr>
      </w:pPr>
      <w:r w:rsidRPr="005117ED">
        <w:rPr>
          <w:rFonts w:cs="Sakkal Majalla" w:hint="cs"/>
          <w:color w:val="000000" w:themeColor="text1"/>
          <w:sz w:val="28"/>
          <w:szCs w:val="28"/>
          <w:rtl/>
        </w:rPr>
        <w:t>*</w:t>
      </w:r>
      <w:proofErr w:type="gramStart"/>
      <w:r w:rsidR="00BB6C80" w:rsidRPr="005117ED">
        <w:rPr>
          <w:rFonts w:cs="Sakkal Majalla"/>
          <w:color w:val="000000" w:themeColor="text1"/>
          <w:sz w:val="28"/>
          <w:szCs w:val="28"/>
          <w:rtl/>
        </w:rPr>
        <w:t>المصدر</w:t>
      </w:r>
      <w:r w:rsidR="00BB6C80" w:rsidRPr="005117ED">
        <w:rPr>
          <w:rFonts w:cs="Sakkal Majalla"/>
          <w:color w:val="000000" w:themeColor="text1"/>
          <w:sz w:val="28"/>
          <w:szCs w:val="28"/>
        </w:rPr>
        <w:t xml:space="preserve">: </w:t>
      </w:r>
      <w:r w:rsidR="005117ED" w:rsidRPr="005117ED">
        <w:rPr>
          <w:rFonts w:cs="Sakkal Majalla" w:hint="cs"/>
          <w:color w:val="000000" w:themeColor="text1"/>
          <w:sz w:val="28"/>
          <w:szCs w:val="28"/>
          <w:rtl/>
        </w:rPr>
        <w:t xml:space="preserve"> </w:t>
      </w:r>
      <w:r w:rsidR="00BB6C80" w:rsidRPr="005117ED">
        <w:rPr>
          <w:rFonts w:cs="Sakkal Majalla"/>
          <w:color w:val="000000" w:themeColor="text1"/>
          <w:sz w:val="28"/>
          <w:szCs w:val="28"/>
          <w:rtl/>
        </w:rPr>
        <w:t>إعداد</w:t>
      </w:r>
      <w:proofErr w:type="gramEnd"/>
      <w:r w:rsidR="00BB6C80" w:rsidRPr="005117ED">
        <w:rPr>
          <w:rFonts w:cs="Sakkal Majalla"/>
          <w:color w:val="000000" w:themeColor="text1"/>
          <w:sz w:val="28"/>
          <w:szCs w:val="28"/>
          <w:rtl/>
        </w:rPr>
        <w:t xml:space="preserve"> الباحث بالاعتماد على</w:t>
      </w:r>
      <w:r w:rsidR="00BB6C80" w:rsidRPr="005117ED">
        <w:rPr>
          <w:rFonts w:cs="Sakkal Majalla"/>
          <w:color w:val="000000" w:themeColor="text1"/>
          <w:sz w:val="28"/>
          <w:szCs w:val="28"/>
        </w:rPr>
        <w:t xml:space="preserve">: </w:t>
      </w:r>
      <w:r w:rsidR="00BB6C80" w:rsidRPr="005117ED">
        <w:rPr>
          <w:rFonts w:cs="Sakkal Majalla"/>
          <w:color w:val="000000" w:themeColor="text1"/>
          <w:sz w:val="28"/>
          <w:szCs w:val="28"/>
          <w:rtl/>
        </w:rPr>
        <w:t xml:space="preserve">الفاعوري </w:t>
      </w:r>
      <w:r w:rsidR="00BB6C80" w:rsidRPr="005117ED">
        <w:rPr>
          <w:rFonts w:cs="Sakkal Majalla"/>
          <w:color w:val="000000" w:themeColor="text1"/>
          <w:sz w:val="28"/>
          <w:szCs w:val="28"/>
        </w:rPr>
        <w:t>(2005)</w:t>
      </w:r>
      <w:r w:rsidR="00BB6C80" w:rsidRPr="005117ED">
        <w:rPr>
          <w:rFonts w:cs="Sakkal Majalla"/>
          <w:color w:val="000000" w:themeColor="text1"/>
          <w:sz w:val="28"/>
          <w:szCs w:val="28"/>
          <w:rtl/>
        </w:rPr>
        <w:t xml:space="preserve">، </w:t>
      </w:r>
      <w:proofErr w:type="spellStart"/>
      <w:r w:rsidR="00BB6C80" w:rsidRPr="005117ED">
        <w:rPr>
          <w:rFonts w:cs="Sakkal Majalla"/>
          <w:color w:val="000000" w:themeColor="text1"/>
          <w:sz w:val="28"/>
          <w:szCs w:val="28"/>
        </w:rPr>
        <w:t>Amabile</w:t>
      </w:r>
      <w:proofErr w:type="spellEnd"/>
      <w:r w:rsidR="00BB6C80" w:rsidRPr="005117ED">
        <w:rPr>
          <w:rFonts w:cs="Sakkal Majalla"/>
          <w:color w:val="000000" w:themeColor="text1"/>
          <w:sz w:val="28"/>
          <w:szCs w:val="28"/>
        </w:rPr>
        <w:t xml:space="preserve"> (1996)</w:t>
      </w:r>
      <w:r w:rsidR="00BB6C80" w:rsidRPr="005117ED">
        <w:rPr>
          <w:rFonts w:cs="Sakkal Majalla"/>
          <w:color w:val="000000" w:themeColor="text1"/>
          <w:sz w:val="28"/>
          <w:szCs w:val="28"/>
          <w:rtl/>
        </w:rPr>
        <w:t xml:space="preserve">، </w:t>
      </w:r>
      <w:r w:rsidR="00BB6C80" w:rsidRPr="005117ED">
        <w:rPr>
          <w:rFonts w:cs="Sakkal Majalla"/>
          <w:color w:val="000000" w:themeColor="text1"/>
          <w:sz w:val="28"/>
          <w:szCs w:val="28"/>
        </w:rPr>
        <w:t xml:space="preserve">Woodman </w:t>
      </w:r>
      <w:r w:rsidR="005117ED" w:rsidRPr="005117ED">
        <w:rPr>
          <w:rFonts w:cs="Sakkal Majalla" w:hint="cs"/>
          <w:color w:val="000000" w:themeColor="text1"/>
          <w:sz w:val="28"/>
          <w:szCs w:val="28"/>
          <w:rtl/>
        </w:rPr>
        <w:t xml:space="preserve"> </w:t>
      </w:r>
      <w:r w:rsidR="00BB6C80" w:rsidRPr="005117ED">
        <w:rPr>
          <w:rFonts w:cs="Sakkal Majalla"/>
          <w:color w:val="000000" w:themeColor="text1"/>
          <w:sz w:val="28"/>
          <w:szCs w:val="28"/>
          <w:rtl/>
        </w:rPr>
        <w:t xml:space="preserve">وزملائه </w:t>
      </w:r>
      <w:r w:rsidR="00BB6C80" w:rsidRPr="005117ED">
        <w:rPr>
          <w:rFonts w:cs="Sakkal Majalla"/>
          <w:color w:val="000000" w:themeColor="text1"/>
          <w:sz w:val="28"/>
          <w:szCs w:val="28"/>
        </w:rPr>
        <w:t>(1993).</w:t>
      </w:r>
    </w:p>
    <w:p w:rsidR="00E8706E" w:rsidRPr="005117ED" w:rsidRDefault="00E8706E" w:rsidP="00BB6C80">
      <w:pPr>
        <w:spacing w:before="0"/>
        <w:ind w:firstLine="0"/>
        <w:jc w:val="both"/>
        <w:rPr>
          <w:rFonts w:cs="Sakkal Majalla"/>
          <w:b/>
          <w:color w:val="000000" w:themeColor="text1"/>
          <w:sz w:val="38"/>
          <w:szCs w:val="38"/>
          <w:rtl/>
        </w:rPr>
      </w:pPr>
    </w:p>
    <w:p w:rsidR="00BB6C80" w:rsidRPr="005117ED" w:rsidRDefault="00BB6C80" w:rsidP="00A62B8B">
      <w:pPr>
        <w:spacing w:before="0"/>
        <w:ind w:firstLine="0"/>
        <w:jc w:val="left"/>
        <w:outlineLvl w:val="0"/>
        <w:rPr>
          <w:rFonts w:eastAsia="Times New Roman" w:cs="Sakkal Majalla"/>
          <w:b/>
          <w:bCs/>
          <w:color w:val="000000" w:themeColor="text1"/>
          <w:sz w:val="40"/>
          <w:szCs w:val="40"/>
        </w:rPr>
      </w:pPr>
      <w:bookmarkStart w:id="39" w:name="_Toc233321991"/>
      <w:r w:rsidRPr="005117ED">
        <w:rPr>
          <w:rFonts w:eastAsia="Times New Roman" w:cs="Sakkal Majalla"/>
          <w:b/>
          <w:bCs/>
          <w:color w:val="000000" w:themeColor="text1"/>
          <w:sz w:val="40"/>
          <w:szCs w:val="40"/>
        </w:rPr>
        <w:lastRenderedPageBreak/>
        <w:t xml:space="preserve">2-2-6 </w:t>
      </w:r>
      <w:r w:rsidRPr="005117ED">
        <w:rPr>
          <w:rFonts w:eastAsia="Times New Roman" w:cs="Sakkal Majalla"/>
          <w:b/>
          <w:bCs/>
          <w:color w:val="000000" w:themeColor="text1"/>
          <w:sz w:val="40"/>
          <w:szCs w:val="40"/>
          <w:rtl/>
        </w:rPr>
        <w:t>محددات الإبداع التنظيمي</w:t>
      </w:r>
      <w:r w:rsidR="00E8706E" w:rsidRPr="005117ED">
        <w:rPr>
          <w:rFonts w:eastAsia="Times New Roman" w:cs="Sakkal Majalla" w:hint="cs"/>
          <w:b/>
          <w:bCs/>
          <w:color w:val="000000" w:themeColor="text1"/>
          <w:sz w:val="40"/>
          <w:szCs w:val="40"/>
          <w:rtl/>
        </w:rPr>
        <w:t>:</w:t>
      </w:r>
      <w:bookmarkEnd w:id="39"/>
      <w:r w:rsidR="00E8706E" w:rsidRPr="005117ED">
        <w:rPr>
          <w:rFonts w:eastAsia="Times New Roman" w:cs="Sakkal Majalla" w:hint="cs"/>
          <w:b/>
          <w:bCs/>
          <w:color w:val="000000" w:themeColor="text1"/>
          <w:sz w:val="40"/>
          <w:szCs w:val="40"/>
          <w:rtl/>
        </w:rPr>
        <w:t xml:space="preserve"> </w:t>
      </w:r>
    </w:p>
    <w:p w:rsidR="00BB6C80" w:rsidRPr="005117ED" w:rsidRDefault="00BB6C80" w:rsidP="00E8706E">
      <w:pPr>
        <w:spacing w:before="0"/>
        <w:ind w:firstLine="720"/>
        <w:jc w:val="both"/>
        <w:rPr>
          <w:rFonts w:cs="Sakkal Majalla"/>
          <w:color w:val="000000" w:themeColor="text1"/>
          <w:sz w:val="38"/>
          <w:szCs w:val="38"/>
        </w:rPr>
      </w:pPr>
      <w:r w:rsidRPr="005117ED">
        <w:rPr>
          <w:rFonts w:cs="Sakkal Majalla"/>
          <w:color w:val="000000" w:themeColor="text1"/>
          <w:sz w:val="38"/>
          <w:szCs w:val="38"/>
          <w:rtl/>
        </w:rPr>
        <w:t>تتوزع محددات الإبداع على مستوى الفرد بين المعرفة العميقة، والانفتاح على الخبرة، والثقة بالنفس، والدافعية، والقدرة على تحمل الغموض</w:t>
      </w:r>
      <w:r w:rsidRPr="005117ED">
        <w:rPr>
          <w:rFonts w:cs="Sakkal Majalla"/>
          <w:color w:val="000000" w:themeColor="text1"/>
          <w:sz w:val="38"/>
          <w:szCs w:val="38"/>
        </w:rPr>
        <w:t xml:space="preserve">. </w:t>
      </w:r>
      <w:r w:rsidRPr="005117ED">
        <w:rPr>
          <w:rFonts w:cs="Sakkal Majalla"/>
          <w:color w:val="000000" w:themeColor="text1"/>
          <w:sz w:val="38"/>
          <w:szCs w:val="38"/>
          <w:rtl/>
        </w:rPr>
        <w:t>ولا يعني ذلك البحث عن شخصية مبدعة ثابتة؛ فالسلوك يتأثر بالموقف والتدريب</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ويمكن للمنشأة أن توسع القدرات من خلال التعلم المتقاطع، والتعرض للعملاء، وتكليفات حل المشكلات، وإتاحة وقت للتأمل، وتقديم أدوات تحليل وتصميم مناسبة </w:t>
      </w:r>
      <w:r w:rsidR="00E8706E" w:rsidRPr="005117ED">
        <w:rPr>
          <w:rFonts w:cs="Sakkal Majalla" w:hint="cs"/>
          <w:color w:val="000000" w:themeColor="text1"/>
          <w:sz w:val="38"/>
          <w:szCs w:val="38"/>
          <w:rtl/>
        </w:rPr>
        <w:t>(</w:t>
      </w:r>
      <w:r w:rsidRPr="005117ED">
        <w:rPr>
          <w:rFonts w:cs="Sakkal Majalla"/>
          <w:color w:val="000000" w:themeColor="text1"/>
          <w:sz w:val="38"/>
          <w:szCs w:val="38"/>
          <w:rtl/>
        </w:rPr>
        <w:t xml:space="preserve">الفاعوري، </w:t>
      </w:r>
      <w:r w:rsidRPr="005117ED">
        <w:rPr>
          <w:rFonts w:cs="Sakkal Majalla"/>
          <w:color w:val="000000" w:themeColor="text1"/>
          <w:sz w:val="38"/>
          <w:szCs w:val="38"/>
        </w:rPr>
        <w:t>2005</w:t>
      </w:r>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Pr>
        <w:t>Amabile</w:t>
      </w:r>
      <w:proofErr w:type="spellEnd"/>
      <w:r w:rsidRPr="005117ED">
        <w:rPr>
          <w:rFonts w:cs="Sakkal Majalla"/>
          <w:color w:val="000000" w:themeColor="text1"/>
          <w:sz w:val="38"/>
          <w:szCs w:val="38"/>
        </w:rPr>
        <w:t>, 1996</w:t>
      </w:r>
      <w:r w:rsidR="00E8706E" w:rsidRPr="005117ED">
        <w:rPr>
          <w:rFonts w:cs="Sakkal Majalla" w:hint="cs"/>
          <w:color w:val="000000" w:themeColor="text1"/>
          <w:sz w:val="38"/>
          <w:szCs w:val="38"/>
          <w:rtl/>
        </w:rPr>
        <w:t>)</w:t>
      </w:r>
      <w:r w:rsidRPr="005117ED">
        <w:rPr>
          <w:rFonts w:cs="Sakkal Majalla"/>
          <w:color w:val="000000" w:themeColor="text1"/>
          <w:sz w:val="38"/>
          <w:szCs w:val="38"/>
        </w:rPr>
        <w:t>.</w:t>
      </w:r>
    </w:p>
    <w:p w:rsidR="00BB6C80" w:rsidRPr="005117ED" w:rsidRDefault="00BB6C80" w:rsidP="00E8706E">
      <w:pPr>
        <w:spacing w:before="0"/>
        <w:ind w:firstLine="720"/>
        <w:jc w:val="both"/>
        <w:rPr>
          <w:rFonts w:cs="Sakkal Majalla"/>
          <w:color w:val="000000" w:themeColor="text1"/>
          <w:sz w:val="38"/>
          <w:szCs w:val="38"/>
        </w:rPr>
      </w:pPr>
      <w:r w:rsidRPr="005117ED">
        <w:rPr>
          <w:rFonts w:cs="Sakkal Majalla"/>
          <w:color w:val="000000" w:themeColor="text1"/>
          <w:sz w:val="38"/>
          <w:szCs w:val="38"/>
          <w:rtl/>
        </w:rPr>
        <w:t>وعلى مستوى الفريق، تؤثر جودة الاتصال وتنوع الخبرات والتماسك ووضوح الهدف وإدارة النزاع</w:t>
      </w:r>
      <w:r w:rsidRPr="005117ED">
        <w:rPr>
          <w:rFonts w:cs="Sakkal Majalla"/>
          <w:color w:val="000000" w:themeColor="text1"/>
          <w:sz w:val="38"/>
          <w:szCs w:val="38"/>
        </w:rPr>
        <w:t xml:space="preserve">. </w:t>
      </w:r>
      <w:r w:rsidRPr="005117ED">
        <w:rPr>
          <w:rFonts w:cs="Sakkal Majalla"/>
          <w:color w:val="000000" w:themeColor="text1"/>
          <w:sz w:val="38"/>
          <w:szCs w:val="38"/>
          <w:rtl/>
        </w:rPr>
        <w:t>فالفرق شديدة التجانس قد تتخذ القرار بسرعة لكنها تفتقر إلى بدائل متنوعة، والفرق شديدة الاختلاف قد تنتج معرفة غنية لكنها تحتاج إلى تنسيق</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ويستطيع القائد خلق توازن عبر تشكيل فرق صغيرة حول مشكلة محددة، وتحديد قواعد للنقاش، وضمان مشاركة الأصوات الأقل نفوذًا </w:t>
      </w:r>
      <w:r w:rsidR="00E8706E" w:rsidRPr="005117ED">
        <w:rPr>
          <w:rFonts w:cs="Sakkal Majalla" w:hint="cs"/>
          <w:color w:val="000000" w:themeColor="text1"/>
          <w:sz w:val="38"/>
          <w:szCs w:val="38"/>
          <w:rtl/>
        </w:rPr>
        <w:t>(</w:t>
      </w:r>
      <w:proofErr w:type="spellStart"/>
      <w:r w:rsidRPr="005117ED">
        <w:rPr>
          <w:rFonts w:cs="Sakkal Majalla"/>
          <w:color w:val="000000" w:themeColor="text1"/>
          <w:sz w:val="38"/>
          <w:szCs w:val="38"/>
          <w:rtl/>
        </w:rPr>
        <w:t>الحبيشي</w:t>
      </w:r>
      <w:proofErr w:type="spellEnd"/>
      <w:r w:rsidRPr="005117ED">
        <w:rPr>
          <w:rFonts w:cs="Sakkal Majalla"/>
          <w:color w:val="000000" w:themeColor="text1"/>
          <w:sz w:val="38"/>
          <w:szCs w:val="38"/>
          <w:rtl/>
        </w:rPr>
        <w:t xml:space="preserve"> وحسان، </w:t>
      </w:r>
      <w:r w:rsidRPr="005117ED">
        <w:rPr>
          <w:rFonts w:cs="Sakkal Majalla"/>
          <w:color w:val="000000" w:themeColor="text1"/>
          <w:sz w:val="38"/>
          <w:szCs w:val="38"/>
        </w:rPr>
        <w:t>2021</w:t>
      </w:r>
      <w:r w:rsidRPr="005117ED">
        <w:rPr>
          <w:rFonts w:cs="Sakkal Majalla"/>
          <w:color w:val="000000" w:themeColor="text1"/>
          <w:sz w:val="38"/>
          <w:szCs w:val="38"/>
          <w:rtl/>
        </w:rPr>
        <w:t xml:space="preserve">؛ </w:t>
      </w:r>
      <w:r w:rsidR="00E8706E" w:rsidRPr="005117ED">
        <w:rPr>
          <w:rFonts w:cs="Sakkal Majalla"/>
          <w:color w:val="000000" w:themeColor="text1"/>
          <w:sz w:val="38"/>
          <w:szCs w:val="38"/>
        </w:rPr>
        <w:t>Edmondson, 1999</w:t>
      </w:r>
      <w:r w:rsidR="00E8706E" w:rsidRPr="005117ED">
        <w:rPr>
          <w:rFonts w:cs="Sakkal Majalla" w:hint="cs"/>
          <w:color w:val="000000" w:themeColor="text1"/>
          <w:sz w:val="38"/>
          <w:szCs w:val="38"/>
          <w:rtl/>
        </w:rPr>
        <w:t>).</w:t>
      </w:r>
    </w:p>
    <w:p w:rsidR="00BB6C80" w:rsidRDefault="00BB6C80" w:rsidP="00E8706E">
      <w:pPr>
        <w:spacing w:before="0"/>
        <w:ind w:firstLine="720"/>
        <w:jc w:val="both"/>
        <w:rPr>
          <w:rFonts w:cs="Sakkal Majalla"/>
          <w:color w:val="000000" w:themeColor="text1"/>
          <w:sz w:val="38"/>
          <w:szCs w:val="38"/>
          <w:rtl/>
        </w:rPr>
      </w:pPr>
      <w:r w:rsidRPr="005117ED">
        <w:rPr>
          <w:rFonts w:cs="Sakkal Majalla"/>
          <w:color w:val="000000" w:themeColor="text1"/>
          <w:sz w:val="38"/>
          <w:szCs w:val="38"/>
          <w:rtl/>
        </w:rPr>
        <w:t>وعلى مستوى المنظمة، تشمل المحددات الثقافة، والاستراتيجية، والهيكل، والموارد، ونظم المكافآت، والسياسات</w:t>
      </w:r>
      <w:r w:rsidRPr="005117ED">
        <w:rPr>
          <w:rFonts w:cs="Sakkal Majalla"/>
          <w:color w:val="000000" w:themeColor="text1"/>
          <w:sz w:val="38"/>
          <w:szCs w:val="38"/>
        </w:rPr>
        <w:t xml:space="preserve">. </w:t>
      </w:r>
      <w:r w:rsidRPr="005117ED">
        <w:rPr>
          <w:rFonts w:cs="Sakkal Majalla"/>
          <w:color w:val="000000" w:themeColor="text1"/>
          <w:sz w:val="38"/>
          <w:szCs w:val="38"/>
          <w:rtl/>
        </w:rPr>
        <w:t>وتدعم الثقافة الإبداع عندما تقبل السؤال والاختلاف وتوازن بين الحرية والمساءلة، ويكون الهيكل داعمًا عندما يقصر مسار القرار ويوضح من يملك اعتماد التجربة</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أما الموارد فلا تعني الميزانية فقط، بل الوقت والمعلومات والتقنية والوصول إلى الخبرة </w:t>
      </w:r>
      <w:r w:rsidR="00E8706E" w:rsidRPr="005117ED">
        <w:rPr>
          <w:rFonts w:cs="Sakkal Majalla" w:hint="cs"/>
          <w:color w:val="000000" w:themeColor="text1"/>
          <w:sz w:val="38"/>
          <w:szCs w:val="38"/>
          <w:rtl/>
        </w:rPr>
        <w:t>(</w:t>
      </w:r>
      <w:r w:rsidRPr="005117ED">
        <w:rPr>
          <w:rFonts w:cs="Sakkal Majalla"/>
          <w:color w:val="000000" w:themeColor="text1"/>
          <w:sz w:val="38"/>
          <w:szCs w:val="38"/>
          <w:rtl/>
        </w:rPr>
        <w:t xml:space="preserve">الفاعوري، </w:t>
      </w:r>
      <w:r w:rsidRPr="005117ED">
        <w:rPr>
          <w:rFonts w:cs="Sakkal Majalla"/>
          <w:color w:val="000000" w:themeColor="text1"/>
          <w:sz w:val="38"/>
          <w:szCs w:val="38"/>
        </w:rPr>
        <w:t>2005</w:t>
      </w:r>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Pr>
        <w:t>Amabile</w:t>
      </w:r>
      <w:proofErr w:type="spellEnd"/>
      <w:r w:rsidRPr="005117ED">
        <w:rPr>
          <w:rFonts w:cs="Sakkal Majalla"/>
          <w:color w:val="000000" w:themeColor="text1"/>
          <w:sz w:val="38"/>
          <w:szCs w:val="38"/>
        </w:rPr>
        <w:t xml:space="preserve"> &amp; Pratt, 2016</w:t>
      </w:r>
      <w:r w:rsidR="00E8706E" w:rsidRPr="005117ED">
        <w:rPr>
          <w:rFonts w:cs="Sakkal Majalla" w:hint="cs"/>
          <w:color w:val="000000" w:themeColor="text1"/>
          <w:sz w:val="38"/>
          <w:szCs w:val="38"/>
          <w:rtl/>
        </w:rPr>
        <w:t>)</w:t>
      </w:r>
      <w:r w:rsidRPr="005117ED">
        <w:rPr>
          <w:rFonts w:cs="Sakkal Majalla"/>
          <w:color w:val="000000" w:themeColor="text1"/>
          <w:sz w:val="38"/>
          <w:szCs w:val="38"/>
        </w:rPr>
        <w:t>.</w:t>
      </w:r>
    </w:p>
    <w:p w:rsidR="00007FCD" w:rsidRPr="005117ED" w:rsidRDefault="00007FCD" w:rsidP="00E8706E">
      <w:pPr>
        <w:spacing w:before="0"/>
        <w:ind w:firstLine="720"/>
        <w:jc w:val="both"/>
        <w:rPr>
          <w:rFonts w:cs="Sakkal Majalla"/>
          <w:color w:val="000000" w:themeColor="text1"/>
          <w:sz w:val="38"/>
          <w:szCs w:val="38"/>
        </w:rPr>
      </w:pPr>
    </w:p>
    <w:p w:rsidR="00BB6C80" w:rsidRPr="005117ED" w:rsidRDefault="00BB6C80" w:rsidP="00A62B8B">
      <w:pPr>
        <w:spacing w:before="0"/>
        <w:ind w:firstLine="0"/>
        <w:jc w:val="left"/>
        <w:outlineLvl w:val="0"/>
        <w:rPr>
          <w:rFonts w:eastAsia="Times New Roman" w:cs="Sakkal Majalla"/>
          <w:b/>
          <w:bCs/>
          <w:color w:val="000000" w:themeColor="text1"/>
          <w:sz w:val="40"/>
          <w:szCs w:val="40"/>
        </w:rPr>
      </w:pPr>
      <w:bookmarkStart w:id="40" w:name="_Toc233321992"/>
      <w:r w:rsidRPr="005117ED">
        <w:rPr>
          <w:rFonts w:eastAsia="Times New Roman" w:cs="Sakkal Majalla"/>
          <w:b/>
          <w:bCs/>
          <w:color w:val="000000" w:themeColor="text1"/>
          <w:sz w:val="40"/>
          <w:szCs w:val="40"/>
        </w:rPr>
        <w:t xml:space="preserve">2-2-7 </w:t>
      </w:r>
      <w:r w:rsidRPr="005117ED">
        <w:rPr>
          <w:rFonts w:eastAsia="Times New Roman" w:cs="Sakkal Majalla"/>
          <w:b/>
          <w:bCs/>
          <w:color w:val="000000" w:themeColor="text1"/>
          <w:sz w:val="40"/>
          <w:szCs w:val="40"/>
          <w:rtl/>
        </w:rPr>
        <w:t>معوقات الإبداع التنظيمي وقياسه</w:t>
      </w:r>
      <w:r w:rsidR="00E8706E" w:rsidRPr="005117ED">
        <w:rPr>
          <w:rFonts w:eastAsia="Times New Roman" w:cs="Sakkal Majalla" w:hint="cs"/>
          <w:b/>
          <w:bCs/>
          <w:color w:val="000000" w:themeColor="text1"/>
          <w:sz w:val="40"/>
          <w:szCs w:val="40"/>
          <w:rtl/>
        </w:rPr>
        <w:t>:</w:t>
      </w:r>
      <w:bookmarkEnd w:id="40"/>
      <w:r w:rsidR="00E8706E" w:rsidRPr="005117ED">
        <w:rPr>
          <w:rFonts w:eastAsia="Times New Roman" w:cs="Sakkal Majalla" w:hint="cs"/>
          <w:b/>
          <w:bCs/>
          <w:color w:val="000000" w:themeColor="text1"/>
          <w:sz w:val="40"/>
          <w:szCs w:val="40"/>
          <w:rtl/>
        </w:rPr>
        <w:t xml:space="preserve"> </w:t>
      </w:r>
    </w:p>
    <w:p w:rsidR="00BB6C80" w:rsidRPr="005117ED" w:rsidRDefault="00BB6C80" w:rsidP="00E8706E">
      <w:pPr>
        <w:spacing w:before="0"/>
        <w:ind w:firstLine="720"/>
        <w:jc w:val="both"/>
        <w:rPr>
          <w:rFonts w:cs="Sakkal Majalla"/>
          <w:color w:val="000000" w:themeColor="text1"/>
          <w:sz w:val="38"/>
          <w:szCs w:val="38"/>
        </w:rPr>
      </w:pPr>
      <w:r w:rsidRPr="005117ED">
        <w:rPr>
          <w:rFonts w:cs="Sakkal Majalla"/>
          <w:color w:val="000000" w:themeColor="text1"/>
          <w:sz w:val="38"/>
          <w:szCs w:val="38"/>
          <w:rtl/>
        </w:rPr>
        <w:t>من أبرز معوقات الإبداع الخوف من الفشل والعقاب، والمركزية المفرطة، وغموض معايير تقييم الأفكار، وضعف الموارد، وضغط العمل، ونظم المكافآت غير المتوازنة</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ولا يعني علاج هذه المعوقات التساهل مع الإهمال، بل التمييز بين الخطأ الناتج عن تجربة منضبطة والخطأ الناتج عن مخالفة واضحة، مع تعريف نطاق التجربة وتوثيق الفرضيات ومراجعة النتائج </w:t>
      </w:r>
      <w:r w:rsidR="00E8706E" w:rsidRPr="005117ED">
        <w:rPr>
          <w:rFonts w:cs="Sakkal Majalla" w:hint="cs"/>
          <w:color w:val="000000" w:themeColor="text1"/>
          <w:sz w:val="38"/>
          <w:szCs w:val="38"/>
          <w:rtl/>
        </w:rPr>
        <w:t>(</w:t>
      </w:r>
      <w:r w:rsidRPr="005117ED">
        <w:rPr>
          <w:rFonts w:cs="Sakkal Majalla"/>
          <w:color w:val="000000" w:themeColor="text1"/>
          <w:sz w:val="38"/>
          <w:szCs w:val="38"/>
          <w:rtl/>
        </w:rPr>
        <w:t xml:space="preserve">الفاعوري، </w:t>
      </w:r>
      <w:r w:rsidRPr="005117ED">
        <w:rPr>
          <w:rFonts w:cs="Sakkal Majalla"/>
          <w:color w:val="000000" w:themeColor="text1"/>
          <w:sz w:val="38"/>
          <w:szCs w:val="38"/>
        </w:rPr>
        <w:t>2005</w:t>
      </w:r>
      <w:r w:rsidRPr="005117ED">
        <w:rPr>
          <w:rFonts w:cs="Sakkal Majalla"/>
          <w:color w:val="000000" w:themeColor="text1"/>
          <w:sz w:val="38"/>
          <w:szCs w:val="38"/>
          <w:rtl/>
        </w:rPr>
        <w:t xml:space="preserve">؛ </w:t>
      </w:r>
      <w:r w:rsidRPr="005117ED">
        <w:rPr>
          <w:rFonts w:cs="Sakkal Majalla"/>
          <w:color w:val="000000" w:themeColor="text1"/>
          <w:sz w:val="38"/>
          <w:szCs w:val="38"/>
        </w:rPr>
        <w:t>Edmondson, 1999</w:t>
      </w:r>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Pr>
        <w:t>Amabile</w:t>
      </w:r>
      <w:proofErr w:type="spellEnd"/>
      <w:r w:rsidRPr="005117ED">
        <w:rPr>
          <w:rFonts w:cs="Sakkal Majalla"/>
          <w:color w:val="000000" w:themeColor="text1"/>
          <w:sz w:val="38"/>
          <w:szCs w:val="38"/>
        </w:rPr>
        <w:t xml:space="preserve"> &amp; Pratt, 2016</w:t>
      </w:r>
      <w:r w:rsidR="00E8706E" w:rsidRPr="005117ED">
        <w:rPr>
          <w:rFonts w:cs="Sakkal Majalla" w:hint="cs"/>
          <w:color w:val="000000" w:themeColor="text1"/>
          <w:sz w:val="38"/>
          <w:szCs w:val="38"/>
          <w:rtl/>
        </w:rPr>
        <w:t>)</w:t>
      </w:r>
      <w:r w:rsidRPr="005117ED">
        <w:rPr>
          <w:rFonts w:cs="Sakkal Majalla"/>
          <w:color w:val="000000" w:themeColor="text1"/>
          <w:sz w:val="38"/>
          <w:szCs w:val="38"/>
        </w:rPr>
        <w:t>.</w:t>
      </w:r>
    </w:p>
    <w:p w:rsidR="00007FCD" w:rsidRDefault="00007FCD">
      <w:pPr>
        <w:bidi w:val="0"/>
        <w:spacing w:before="0" w:after="160" w:line="259" w:lineRule="auto"/>
        <w:ind w:firstLine="0"/>
        <w:jc w:val="left"/>
        <w:rPr>
          <w:rFonts w:cs="Sakkal Majalla"/>
          <w:b/>
          <w:bCs/>
          <w:color w:val="000000" w:themeColor="text1"/>
          <w:sz w:val="38"/>
          <w:szCs w:val="38"/>
          <w:rtl/>
        </w:rPr>
      </w:pPr>
      <w:r>
        <w:rPr>
          <w:rFonts w:cs="Sakkal Majalla"/>
          <w:b/>
          <w:bCs/>
          <w:color w:val="000000" w:themeColor="text1"/>
          <w:sz w:val="38"/>
          <w:szCs w:val="38"/>
          <w:rtl/>
        </w:rPr>
        <w:br w:type="page"/>
      </w:r>
    </w:p>
    <w:p w:rsidR="00BB6C80" w:rsidRPr="005117ED" w:rsidRDefault="00BB6C80" w:rsidP="00E8706E">
      <w:pPr>
        <w:spacing w:before="0"/>
        <w:ind w:firstLine="0"/>
        <w:jc w:val="center"/>
        <w:rPr>
          <w:rFonts w:cs="Sakkal Majalla"/>
          <w:color w:val="000000" w:themeColor="text1"/>
          <w:sz w:val="38"/>
          <w:szCs w:val="38"/>
        </w:rPr>
      </w:pPr>
      <w:r w:rsidRPr="005117ED">
        <w:rPr>
          <w:rFonts w:cs="Sakkal Majalla"/>
          <w:b/>
          <w:bCs/>
          <w:color w:val="000000" w:themeColor="text1"/>
          <w:sz w:val="38"/>
          <w:szCs w:val="38"/>
          <w:rtl/>
        </w:rPr>
        <w:lastRenderedPageBreak/>
        <w:t xml:space="preserve">جدول </w:t>
      </w:r>
      <w:r w:rsidRPr="005117ED">
        <w:rPr>
          <w:rFonts w:cs="Sakkal Majalla"/>
          <w:b/>
          <w:color w:val="000000" w:themeColor="text1"/>
          <w:sz w:val="38"/>
          <w:szCs w:val="38"/>
        </w:rPr>
        <w:t>(6</w:t>
      </w:r>
      <w:proofErr w:type="gramStart"/>
      <w:r w:rsidRPr="005117ED">
        <w:rPr>
          <w:rFonts w:cs="Sakkal Majalla"/>
          <w:b/>
          <w:color w:val="000000" w:themeColor="text1"/>
          <w:sz w:val="38"/>
          <w:szCs w:val="38"/>
        </w:rPr>
        <w:t>)</w:t>
      </w:r>
      <w:r w:rsidR="00E8706E" w:rsidRPr="005117ED">
        <w:rPr>
          <w:rFonts w:cs="Sakkal Majalla" w:hint="cs"/>
          <w:b/>
          <w:color w:val="000000" w:themeColor="text1"/>
          <w:sz w:val="38"/>
          <w:szCs w:val="38"/>
          <w:rtl/>
        </w:rPr>
        <w:t xml:space="preserve"> </w:t>
      </w:r>
      <w:r w:rsidRPr="005117ED">
        <w:rPr>
          <w:rFonts w:cs="Sakkal Majalla"/>
          <w:b/>
          <w:color w:val="000000" w:themeColor="text1"/>
          <w:sz w:val="38"/>
          <w:szCs w:val="38"/>
        </w:rPr>
        <w:t>:</w:t>
      </w:r>
      <w:proofErr w:type="gramEnd"/>
      <w:r w:rsidR="00E8706E" w:rsidRPr="005117ED">
        <w:rPr>
          <w:rFonts w:cs="Sakkal Majalla" w:hint="cs"/>
          <w:b/>
          <w:color w:val="000000" w:themeColor="text1"/>
          <w:sz w:val="38"/>
          <w:szCs w:val="38"/>
          <w:rtl/>
        </w:rPr>
        <w:t xml:space="preserve"> </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معوقات الإبداع وآليات الحد منها</w:t>
      </w:r>
    </w:p>
    <w:tbl>
      <w:tblPr>
        <w:tblStyle w:val="aa"/>
        <w:bidiVisual/>
        <w:tblW w:w="0" w:type="auto"/>
        <w:jc w:val="center"/>
        <w:tblLook w:val="04A0" w:firstRow="1" w:lastRow="0" w:firstColumn="1" w:lastColumn="0" w:noHBand="0" w:noVBand="1"/>
      </w:tblPr>
      <w:tblGrid>
        <w:gridCol w:w="1732"/>
        <w:gridCol w:w="3686"/>
        <w:gridCol w:w="4108"/>
      </w:tblGrid>
      <w:tr w:rsidR="00BB6C80" w:rsidRPr="005117ED" w:rsidTr="005117ED">
        <w:trPr>
          <w:jc w:val="center"/>
        </w:trPr>
        <w:tc>
          <w:tcPr>
            <w:tcW w:w="1732" w:type="dxa"/>
            <w:shd w:val="clear" w:color="auto" w:fill="FFF2CC" w:themeFill="accent4" w:themeFillTint="33"/>
            <w:vAlign w:val="center"/>
          </w:tcPr>
          <w:p w:rsidR="00BB6C80" w:rsidRPr="005117ED" w:rsidRDefault="00BB6C80" w:rsidP="00E8706E">
            <w:pPr>
              <w:spacing w:before="0"/>
              <w:ind w:firstLine="0"/>
              <w:jc w:val="center"/>
              <w:rPr>
                <w:rFonts w:cs="Sakkal Majalla"/>
                <w:color w:val="000000" w:themeColor="text1"/>
                <w:szCs w:val="34"/>
              </w:rPr>
            </w:pPr>
            <w:r w:rsidRPr="005117ED">
              <w:rPr>
                <w:rFonts w:cs="Sakkal Majalla"/>
                <w:b/>
                <w:bCs/>
                <w:color w:val="000000" w:themeColor="text1"/>
                <w:szCs w:val="34"/>
                <w:rtl/>
              </w:rPr>
              <w:t>المعوق</w:t>
            </w:r>
          </w:p>
        </w:tc>
        <w:tc>
          <w:tcPr>
            <w:tcW w:w="3686" w:type="dxa"/>
            <w:shd w:val="clear" w:color="auto" w:fill="FFF2CC" w:themeFill="accent4" w:themeFillTint="33"/>
            <w:vAlign w:val="center"/>
          </w:tcPr>
          <w:p w:rsidR="00BB6C80" w:rsidRPr="005117ED" w:rsidRDefault="00BB6C80" w:rsidP="00E8706E">
            <w:pPr>
              <w:spacing w:before="0"/>
              <w:ind w:firstLine="0"/>
              <w:jc w:val="center"/>
              <w:rPr>
                <w:rFonts w:cs="Sakkal Majalla"/>
                <w:color w:val="000000" w:themeColor="text1"/>
                <w:szCs w:val="34"/>
              </w:rPr>
            </w:pPr>
            <w:r w:rsidRPr="005117ED">
              <w:rPr>
                <w:rFonts w:cs="Sakkal Majalla"/>
                <w:b/>
                <w:bCs/>
                <w:color w:val="000000" w:themeColor="text1"/>
                <w:szCs w:val="34"/>
                <w:rtl/>
              </w:rPr>
              <w:t>الأثر</w:t>
            </w:r>
          </w:p>
        </w:tc>
        <w:tc>
          <w:tcPr>
            <w:tcW w:w="4108" w:type="dxa"/>
            <w:shd w:val="clear" w:color="auto" w:fill="FFF2CC" w:themeFill="accent4" w:themeFillTint="33"/>
            <w:vAlign w:val="center"/>
          </w:tcPr>
          <w:p w:rsidR="00BB6C80" w:rsidRPr="005117ED" w:rsidRDefault="00BB6C80" w:rsidP="00E8706E">
            <w:pPr>
              <w:spacing w:before="0"/>
              <w:ind w:firstLine="0"/>
              <w:jc w:val="center"/>
              <w:rPr>
                <w:rFonts w:cs="Sakkal Majalla"/>
                <w:color w:val="000000" w:themeColor="text1"/>
                <w:szCs w:val="34"/>
              </w:rPr>
            </w:pPr>
            <w:r w:rsidRPr="005117ED">
              <w:rPr>
                <w:rFonts w:cs="Sakkal Majalla"/>
                <w:b/>
                <w:bCs/>
                <w:color w:val="000000" w:themeColor="text1"/>
                <w:szCs w:val="34"/>
                <w:rtl/>
              </w:rPr>
              <w:t>المعالجة المقترحة</w:t>
            </w:r>
          </w:p>
        </w:tc>
      </w:tr>
      <w:tr w:rsidR="00BB6C80" w:rsidRPr="005117ED" w:rsidTr="005117ED">
        <w:trPr>
          <w:jc w:val="center"/>
        </w:trPr>
        <w:tc>
          <w:tcPr>
            <w:tcW w:w="1732" w:type="dxa"/>
            <w:vAlign w:val="center"/>
          </w:tcPr>
          <w:p w:rsidR="00BB6C80" w:rsidRPr="005117ED" w:rsidRDefault="00BB6C80" w:rsidP="00E8706E">
            <w:pPr>
              <w:spacing w:before="0"/>
              <w:ind w:firstLine="0"/>
              <w:jc w:val="center"/>
              <w:rPr>
                <w:rFonts w:cs="Sakkal Majalla"/>
                <w:color w:val="000000" w:themeColor="text1"/>
                <w:szCs w:val="34"/>
              </w:rPr>
            </w:pPr>
            <w:r w:rsidRPr="005117ED">
              <w:rPr>
                <w:rFonts w:cs="Sakkal Majalla"/>
                <w:color w:val="000000" w:themeColor="text1"/>
                <w:szCs w:val="34"/>
                <w:rtl/>
              </w:rPr>
              <w:t>الخوف من الفشل</w:t>
            </w:r>
          </w:p>
        </w:tc>
        <w:tc>
          <w:tcPr>
            <w:tcW w:w="3686" w:type="dxa"/>
            <w:vAlign w:val="center"/>
          </w:tcPr>
          <w:p w:rsidR="00BB6C80" w:rsidRPr="005117ED" w:rsidRDefault="00BB6C80" w:rsidP="00E8706E">
            <w:pPr>
              <w:spacing w:before="0"/>
              <w:ind w:firstLine="0"/>
              <w:jc w:val="center"/>
              <w:rPr>
                <w:rFonts w:cs="Sakkal Majalla"/>
                <w:color w:val="000000" w:themeColor="text1"/>
                <w:szCs w:val="34"/>
              </w:rPr>
            </w:pPr>
            <w:r w:rsidRPr="005117ED">
              <w:rPr>
                <w:rFonts w:cs="Sakkal Majalla"/>
                <w:color w:val="000000" w:themeColor="text1"/>
                <w:szCs w:val="34"/>
                <w:rtl/>
              </w:rPr>
              <w:t>إخفاء المشكلات وتجنب التجريب</w:t>
            </w:r>
          </w:p>
        </w:tc>
        <w:tc>
          <w:tcPr>
            <w:tcW w:w="4108" w:type="dxa"/>
            <w:vAlign w:val="center"/>
          </w:tcPr>
          <w:p w:rsidR="00BB6C80" w:rsidRPr="005117ED" w:rsidRDefault="00BB6C80" w:rsidP="00E8706E">
            <w:pPr>
              <w:spacing w:before="0"/>
              <w:ind w:firstLine="0"/>
              <w:jc w:val="center"/>
              <w:rPr>
                <w:rFonts w:cs="Sakkal Majalla"/>
                <w:color w:val="000000" w:themeColor="text1"/>
                <w:szCs w:val="34"/>
              </w:rPr>
            </w:pPr>
            <w:r w:rsidRPr="005117ED">
              <w:rPr>
                <w:rFonts w:cs="Sakkal Majalla"/>
                <w:color w:val="000000" w:themeColor="text1"/>
                <w:szCs w:val="34"/>
                <w:rtl/>
              </w:rPr>
              <w:t>تمييز الإهمال عن التجربة المنضبطة وتوثيق التعلم</w:t>
            </w:r>
          </w:p>
        </w:tc>
      </w:tr>
      <w:tr w:rsidR="00BB6C80" w:rsidRPr="005117ED" w:rsidTr="005117ED">
        <w:trPr>
          <w:jc w:val="center"/>
        </w:trPr>
        <w:tc>
          <w:tcPr>
            <w:tcW w:w="1732" w:type="dxa"/>
            <w:vAlign w:val="center"/>
          </w:tcPr>
          <w:p w:rsidR="00BB6C80" w:rsidRPr="005117ED" w:rsidRDefault="00BB6C80" w:rsidP="00E8706E">
            <w:pPr>
              <w:spacing w:before="0"/>
              <w:ind w:firstLine="0"/>
              <w:jc w:val="center"/>
              <w:rPr>
                <w:rFonts w:cs="Sakkal Majalla"/>
                <w:color w:val="000000" w:themeColor="text1"/>
                <w:szCs w:val="34"/>
              </w:rPr>
            </w:pPr>
            <w:r w:rsidRPr="005117ED">
              <w:rPr>
                <w:rFonts w:cs="Sakkal Majalla"/>
                <w:color w:val="000000" w:themeColor="text1"/>
                <w:szCs w:val="34"/>
                <w:rtl/>
              </w:rPr>
              <w:t>المركزية</w:t>
            </w:r>
          </w:p>
        </w:tc>
        <w:tc>
          <w:tcPr>
            <w:tcW w:w="3686" w:type="dxa"/>
            <w:vAlign w:val="center"/>
          </w:tcPr>
          <w:p w:rsidR="00BB6C80" w:rsidRPr="005117ED" w:rsidRDefault="00BB6C80" w:rsidP="00E8706E">
            <w:pPr>
              <w:spacing w:before="0"/>
              <w:ind w:firstLine="0"/>
              <w:jc w:val="center"/>
              <w:rPr>
                <w:rFonts w:cs="Sakkal Majalla"/>
                <w:color w:val="000000" w:themeColor="text1"/>
                <w:szCs w:val="34"/>
              </w:rPr>
            </w:pPr>
            <w:r w:rsidRPr="005117ED">
              <w:rPr>
                <w:rFonts w:cs="Sakkal Majalla"/>
                <w:color w:val="000000" w:themeColor="text1"/>
                <w:szCs w:val="34"/>
                <w:rtl/>
              </w:rPr>
              <w:t>بطء القرار وضعف المبادرة</w:t>
            </w:r>
          </w:p>
        </w:tc>
        <w:tc>
          <w:tcPr>
            <w:tcW w:w="4108" w:type="dxa"/>
            <w:vAlign w:val="center"/>
          </w:tcPr>
          <w:p w:rsidR="00BB6C80" w:rsidRPr="005117ED" w:rsidRDefault="00BB6C80" w:rsidP="00E8706E">
            <w:pPr>
              <w:spacing w:before="0"/>
              <w:ind w:firstLine="0"/>
              <w:jc w:val="center"/>
              <w:rPr>
                <w:rFonts w:cs="Sakkal Majalla"/>
                <w:color w:val="000000" w:themeColor="text1"/>
                <w:szCs w:val="34"/>
              </w:rPr>
            </w:pPr>
            <w:r w:rsidRPr="005117ED">
              <w:rPr>
                <w:rFonts w:cs="Sakkal Majalla"/>
                <w:color w:val="000000" w:themeColor="text1"/>
                <w:szCs w:val="34"/>
                <w:rtl/>
              </w:rPr>
              <w:t>تفويض بحدود وميزانية صغيرة للتجارب</w:t>
            </w:r>
          </w:p>
        </w:tc>
      </w:tr>
      <w:tr w:rsidR="00BB6C80" w:rsidRPr="005117ED" w:rsidTr="005117ED">
        <w:trPr>
          <w:jc w:val="center"/>
        </w:trPr>
        <w:tc>
          <w:tcPr>
            <w:tcW w:w="1732" w:type="dxa"/>
            <w:vAlign w:val="center"/>
          </w:tcPr>
          <w:p w:rsidR="00BB6C80" w:rsidRPr="005117ED" w:rsidRDefault="00BB6C80" w:rsidP="00E8706E">
            <w:pPr>
              <w:spacing w:before="0"/>
              <w:ind w:firstLine="0"/>
              <w:jc w:val="center"/>
              <w:rPr>
                <w:rFonts w:cs="Sakkal Majalla"/>
                <w:color w:val="000000" w:themeColor="text1"/>
                <w:szCs w:val="34"/>
              </w:rPr>
            </w:pPr>
            <w:r w:rsidRPr="005117ED">
              <w:rPr>
                <w:rFonts w:cs="Sakkal Majalla"/>
                <w:color w:val="000000" w:themeColor="text1"/>
                <w:szCs w:val="34"/>
                <w:rtl/>
              </w:rPr>
              <w:t>ضغط العمل</w:t>
            </w:r>
          </w:p>
        </w:tc>
        <w:tc>
          <w:tcPr>
            <w:tcW w:w="3686" w:type="dxa"/>
            <w:vAlign w:val="center"/>
          </w:tcPr>
          <w:p w:rsidR="00BB6C80" w:rsidRPr="005117ED" w:rsidRDefault="00BB6C80" w:rsidP="00E8706E">
            <w:pPr>
              <w:spacing w:before="0"/>
              <w:ind w:firstLine="0"/>
              <w:jc w:val="center"/>
              <w:rPr>
                <w:rFonts w:cs="Sakkal Majalla"/>
                <w:color w:val="000000" w:themeColor="text1"/>
                <w:szCs w:val="34"/>
              </w:rPr>
            </w:pPr>
            <w:r w:rsidRPr="005117ED">
              <w:rPr>
                <w:rFonts w:cs="Sakkal Majalla"/>
                <w:color w:val="000000" w:themeColor="text1"/>
                <w:szCs w:val="34"/>
                <w:rtl/>
              </w:rPr>
              <w:t>غياب وقت التفكير والتحسين</w:t>
            </w:r>
          </w:p>
        </w:tc>
        <w:tc>
          <w:tcPr>
            <w:tcW w:w="4108" w:type="dxa"/>
            <w:vAlign w:val="center"/>
          </w:tcPr>
          <w:p w:rsidR="00BB6C80" w:rsidRPr="005117ED" w:rsidRDefault="00BB6C80" w:rsidP="00E8706E">
            <w:pPr>
              <w:spacing w:before="0"/>
              <w:ind w:firstLine="0"/>
              <w:jc w:val="center"/>
              <w:rPr>
                <w:rFonts w:cs="Sakkal Majalla"/>
                <w:color w:val="000000" w:themeColor="text1"/>
                <w:szCs w:val="34"/>
              </w:rPr>
            </w:pPr>
            <w:r w:rsidRPr="005117ED">
              <w:rPr>
                <w:rFonts w:cs="Sakkal Majalla"/>
                <w:color w:val="000000" w:themeColor="text1"/>
                <w:szCs w:val="34"/>
                <w:rtl/>
              </w:rPr>
              <w:t>تخصيص وقت محمي للتحسين والمراجعة</w:t>
            </w:r>
          </w:p>
        </w:tc>
      </w:tr>
      <w:tr w:rsidR="00BB6C80" w:rsidRPr="005117ED" w:rsidTr="005117ED">
        <w:trPr>
          <w:jc w:val="center"/>
        </w:trPr>
        <w:tc>
          <w:tcPr>
            <w:tcW w:w="1732" w:type="dxa"/>
            <w:vAlign w:val="center"/>
          </w:tcPr>
          <w:p w:rsidR="00BB6C80" w:rsidRPr="005117ED" w:rsidRDefault="00BB6C80" w:rsidP="00E8706E">
            <w:pPr>
              <w:spacing w:before="0"/>
              <w:ind w:firstLine="0"/>
              <w:jc w:val="center"/>
              <w:rPr>
                <w:rFonts w:cs="Sakkal Majalla"/>
                <w:color w:val="000000" w:themeColor="text1"/>
                <w:szCs w:val="34"/>
              </w:rPr>
            </w:pPr>
            <w:r w:rsidRPr="005117ED">
              <w:rPr>
                <w:rFonts w:cs="Sakkal Majalla"/>
                <w:color w:val="000000" w:themeColor="text1"/>
                <w:szCs w:val="34"/>
                <w:rtl/>
              </w:rPr>
              <w:t>الحوافز الضيقة</w:t>
            </w:r>
          </w:p>
        </w:tc>
        <w:tc>
          <w:tcPr>
            <w:tcW w:w="3686" w:type="dxa"/>
            <w:vAlign w:val="center"/>
          </w:tcPr>
          <w:p w:rsidR="00BB6C80" w:rsidRPr="005117ED" w:rsidRDefault="00BB6C80" w:rsidP="00E8706E">
            <w:pPr>
              <w:spacing w:before="0"/>
              <w:ind w:firstLine="0"/>
              <w:jc w:val="center"/>
              <w:rPr>
                <w:rFonts w:cs="Sakkal Majalla"/>
                <w:color w:val="000000" w:themeColor="text1"/>
                <w:szCs w:val="34"/>
              </w:rPr>
            </w:pPr>
            <w:r w:rsidRPr="005117ED">
              <w:rPr>
                <w:rFonts w:cs="Sakkal Majalla"/>
                <w:color w:val="000000" w:themeColor="text1"/>
                <w:szCs w:val="34"/>
                <w:rtl/>
              </w:rPr>
              <w:t>تركيز قصير المدى وكثرة أفكار ضعيفة</w:t>
            </w:r>
          </w:p>
        </w:tc>
        <w:tc>
          <w:tcPr>
            <w:tcW w:w="4108" w:type="dxa"/>
            <w:vAlign w:val="center"/>
          </w:tcPr>
          <w:p w:rsidR="00BB6C80" w:rsidRPr="005117ED" w:rsidRDefault="00BB6C80" w:rsidP="00E8706E">
            <w:pPr>
              <w:spacing w:before="0"/>
              <w:ind w:firstLine="0"/>
              <w:jc w:val="center"/>
              <w:rPr>
                <w:rFonts w:cs="Sakkal Majalla"/>
                <w:color w:val="000000" w:themeColor="text1"/>
                <w:szCs w:val="34"/>
              </w:rPr>
            </w:pPr>
            <w:r w:rsidRPr="005117ED">
              <w:rPr>
                <w:rFonts w:cs="Sakkal Majalla"/>
                <w:color w:val="000000" w:themeColor="text1"/>
                <w:szCs w:val="34"/>
                <w:rtl/>
              </w:rPr>
              <w:t>ربط المكافأة بالقيمة والتعلم والعمل الجماعي</w:t>
            </w:r>
          </w:p>
        </w:tc>
      </w:tr>
      <w:tr w:rsidR="00BB6C80" w:rsidRPr="005117ED" w:rsidTr="005117ED">
        <w:trPr>
          <w:jc w:val="center"/>
        </w:trPr>
        <w:tc>
          <w:tcPr>
            <w:tcW w:w="1732" w:type="dxa"/>
            <w:vAlign w:val="center"/>
          </w:tcPr>
          <w:p w:rsidR="00BB6C80" w:rsidRPr="005117ED" w:rsidRDefault="00BB6C80" w:rsidP="00E8706E">
            <w:pPr>
              <w:spacing w:before="0"/>
              <w:ind w:firstLine="0"/>
              <w:jc w:val="center"/>
              <w:rPr>
                <w:rFonts w:cs="Sakkal Majalla"/>
                <w:color w:val="000000" w:themeColor="text1"/>
                <w:szCs w:val="34"/>
              </w:rPr>
            </w:pPr>
            <w:r w:rsidRPr="005117ED">
              <w:rPr>
                <w:rFonts w:cs="Sakkal Majalla"/>
                <w:color w:val="000000" w:themeColor="text1"/>
                <w:szCs w:val="34"/>
                <w:rtl/>
              </w:rPr>
              <w:t>ضعف المعرفة</w:t>
            </w:r>
          </w:p>
        </w:tc>
        <w:tc>
          <w:tcPr>
            <w:tcW w:w="3686" w:type="dxa"/>
            <w:vAlign w:val="center"/>
          </w:tcPr>
          <w:p w:rsidR="00BB6C80" w:rsidRPr="005117ED" w:rsidRDefault="00BB6C80" w:rsidP="00E8706E">
            <w:pPr>
              <w:spacing w:before="0"/>
              <w:ind w:firstLine="0"/>
              <w:jc w:val="center"/>
              <w:rPr>
                <w:rFonts w:cs="Sakkal Majalla"/>
                <w:color w:val="000000" w:themeColor="text1"/>
                <w:szCs w:val="34"/>
              </w:rPr>
            </w:pPr>
            <w:r w:rsidRPr="005117ED">
              <w:rPr>
                <w:rFonts w:cs="Sakkal Majalla"/>
                <w:color w:val="000000" w:themeColor="text1"/>
                <w:szCs w:val="34"/>
                <w:rtl/>
              </w:rPr>
              <w:t>حلول محدودة أو متكررة</w:t>
            </w:r>
          </w:p>
        </w:tc>
        <w:tc>
          <w:tcPr>
            <w:tcW w:w="4108" w:type="dxa"/>
            <w:vAlign w:val="center"/>
          </w:tcPr>
          <w:p w:rsidR="00BB6C80" w:rsidRPr="005117ED" w:rsidRDefault="00BB6C80" w:rsidP="00E8706E">
            <w:pPr>
              <w:spacing w:before="0"/>
              <w:ind w:firstLine="0"/>
              <w:jc w:val="center"/>
              <w:rPr>
                <w:rFonts w:cs="Sakkal Majalla"/>
                <w:color w:val="000000" w:themeColor="text1"/>
                <w:szCs w:val="34"/>
              </w:rPr>
            </w:pPr>
            <w:r w:rsidRPr="005117ED">
              <w:rPr>
                <w:rFonts w:cs="Sakkal Majalla"/>
                <w:color w:val="000000" w:themeColor="text1"/>
                <w:szCs w:val="34"/>
                <w:rtl/>
              </w:rPr>
              <w:t>تعلم وشراكات وتبادل خبرات داخلي وخارجي</w:t>
            </w:r>
          </w:p>
        </w:tc>
      </w:tr>
    </w:tbl>
    <w:p w:rsidR="00BB6C80" w:rsidRPr="005117ED" w:rsidRDefault="00E8706E" w:rsidP="00BB6C80">
      <w:pPr>
        <w:spacing w:before="0"/>
        <w:ind w:firstLine="0"/>
        <w:jc w:val="both"/>
        <w:rPr>
          <w:rFonts w:cs="Sakkal Majalla"/>
          <w:color w:val="000000" w:themeColor="text1"/>
          <w:sz w:val="28"/>
          <w:szCs w:val="28"/>
        </w:rPr>
      </w:pPr>
      <w:r w:rsidRPr="005117ED">
        <w:rPr>
          <w:rFonts w:cs="Sakkal Majalla" w:hint="cs"/>
          <w:color w:val="000000" w:themeColor="text1"/>
          <w:sz w:val="28"/>
          <w:szCs w:val="28"/>
          <w:rtl/>
        </w:rPr>
        <w:t>*</w:t>
      </w:r>
      <w:r w:rsidR="00BB6C80" w:rsidRPr="005117ED">
        <w:rPr>
          <w:rFonts w:cs="Sakkal Majalla"/>
          <w:color w:val="000000" w:themeColor="text1"/>
          <w:sz w:val="28"/>
          <w:szCs w:val="28"/>
          <w:rtl/>
        </w:rPr>
        <w:t>المصدر</w:t>
      </w:r>
      <w:r w:rsidR="00BB6C80" w:rsidRPr="005117ED">
        <w:rPr>
          <w:rFonts w:cs="Sakkal Majalla"/>
          <w:color w:val="000000" w:themeColor="text1"/>
          <w:sz w:val="28"/>
          <w:szCs w:val="28"/>
        </w:rPr>
        <w:t xml:space="preserve">: </w:t>
      </w:r>
      <w:r w:rsidR="00BB6C80" w:rsidRPr="005117ED">
        <w:rPr>
          <w:rFonts w:cs="Sakkal Majalla"/>
          <w:color w:val="000000" w:themeColor="text1"/>
          <w:sz w:val="28"/>
          <w:szCs w:val="28"/>
          <w:rtl/>
        </w:rPr>
        <w:t>إعداد الباحث بالاعتماد على</w:t>
      </w:r>
      <w:r w:rsidR="00BB6C80" w:rsidRPr="005117ED">
        <w:rPr>
          <w:rFonts w:cs="Sakkal Majalla"/>
          <w:color w:val="000000" w:themeColor="text1"/>
          <w:sz w:val="28"/>
          <w:szCs w:val="28"/>
        </w:rPr>
        <w:t xml:space="preserve">: </w:t>
      </w:r>
      <w:r w:rsidR="00BB6C80" w:rsidRPr="005117ED">
        <w:rPr>
          <w:rFonts w:cs="Sakkal Majalla"/>
          <w:color w:val="000000" w:themeColor="text1"/>
          <w:sz w:val="28"/>
          <w:szCs w:val="28"/>
          <w:rtl/>
        </w:rPr>
        <w:t xml:space="preserve">الفاعوري </w:t>
      </w:r>
      <w:r w:rsidR="00BB6C80" w:rsidRPr="005117ED">
        <w:rPr>
          <w:rFonts w:cs="Sakkal Majalla"/>
          <w:color w:val="000000" w:themeColor="text1"/>
          <w:sz w:val="28"/>
          <w:szCs w:val="28"/>
        </w:rPr>
        <w:t>(2005)</w:t>
      </w:r>
      <w:r w:rsidR="00BB6C80" w:rsidRPr="005117ED">
        <w:rPr>
          <w:rFonts w:cs="Sakkal Majalla"/>
          <w:color w:val="000000" w:themeColor="text1"/>
          <w:sz w:val="28"/>
          <w:szCs w:val="28"/>
          <w:rtl/>
        </w:rPr>
        <w:t xml:space="preserve">، </w:t>
      </w:r>
      <w:r w:rsidR="00BB6C80" w:rsidRPr="005117ED">
        <w:rPr>
          <w:rFonts w:cs="Sakkal Majalla"/>
          <w:color w:val="000000" w:themeColor="text1"/>
          <w:sz w:val="28"/>
          <w:szCs w:val="28"/>
        </w:rPr>
        <w:t>Edmondson (1999)</w:t>
      </w:r>
      <w:r w:rsidR="00BB6C80" w:rsidRPr="005117ED">
        <w:rPr>
          <w:rFonts w:cs="Sakkal Majalla"/>
          <w:color w:val="000000" w:themeColor="text1"/>
          <w:sz w:val="28"/>
          <w:szCs w:val="28"/>
          <w:rtl/>
        </w:rPr>
        <w:t xml:space="preserve">، </w:t>
      </w:r>
      <w:proofErr w:type="spellStart"/>
      <w:r w:rsidR="00BB6C80" w:rsidRPr="005117ED">
        <w:rPr>
          <w:rFonts w:cs="Sakkal Majalla"/>
          <w:color w:val="000000" w:themeColor="text1"/>
          <w:sz w:val="28"/>
          <w:szCs w:val="28"/>
        </w:rPr>
        <w:t>Amabile</w:t>
      </w:r>
      <w:proofErr w:type="spellEnd"/>
      <w:r w:rsidR="00BB6C80" w:rsidRPr="005117ED">
        <w:rPr>
          <w:rFonts w:cs="Sakkal Majalla"/>
          <w:color w:val="000000" w:themeColor="text1"/>
          <w:sz w:val="28"/>
          <w:szCs w:val="28"/>
        </w:rPr>
        <w:t xml:space="preserve"> </w:t>
      </w:r>
      <w:r w:rsidR="00BB6C80" w:rsidRPr="005117ED">
        <w:rPr>
          <w:rFonts w:cs="Sakkal Majalla"/>
          <w:color w:val="000000" w:themeColor="text1"/>
          <w:sz w:val="28"/>
          <w:szCs w:val="28"/>
          <w:rtl/>
        </w:rPr>
        <w:t>و</w:t>
      </w:r>
      <w:r w:rsidR="00BB6C80" w:rsidRPr="005117ED">
        <w:rPr>
          <w:rFonts w:cs="Sakkal Majalla"/>
          <w:color w:val="000000" w:themeColor="text1"/>
          <w:sz w:val="28"/>
          <w:szCs w:val="28"/>
        </w:rPr>
        <w:t>Pratt (2016).</w:t>
      </w:r>
    </w:p>
    <w:p w:rsidR="00007FCD" w:rsidRPr="00007FCD" w:rsidRDefault="00007FCD" w:rsidP="00E8706E">
      <w:pPr>
        <w:spacing w:before="0"/>
        <w:ind w:firstLine="720"/>
        <w:jc w:val="both"/>
        <w:rPr>
          <w:rFonts w:cs="Sakkal Majalla"/>
          <w:color w:val="000000" w:themeColor="text1"/>
          <w:sz w:val="16"/>
          <w:szCs w:val="16"/>
          <w:rtl/>
        </w:rPr>
      </w:pPr>
    </w:p>
    <w:p w:rsidR="00BB6C80" w:rsidRPr="005117ED" w:rsidRDefault="00BB6C80" w:rsidP="00E8706E">
      <w:pPr>
        <w:spacing w:before="0"/>
        <w:ind w:firstLine="720"/>
        <w:jc w:val="both"/>
        <w:rPr>
          <w:rFonts w:cs="Sakkal Majalla"/>
          <w:color w:val="000000" w:themeColor="text1"/>
          <w:sz w:val="38"/>
          <w:szCs w:val="38"/>
          <w:rtl/>
        </w:rPr>
      </w:pPr>
      <w:r w:rsidRPr="005117ED">
        <w:rPr>
          <w:rFonts w:cs="Sakkal Majalla"/>
          <w:color w:val="000000" w:themeColor="text1"/>
          <w:sz w:val="38"/>
          <w:szCs w:val="38"/>
          <w:rtl/>
        </w:rPr>
        <w:t>ويمكن قياس الإبداع من خلال تقديرات العاملين أو المشرفين، وعدد الأفكار والمبادرات، ومؤشرات التنفيذ، وتقييم الخبراء لجدة المخرجات وفائدتها</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وتستخدم الدراسة مقياسًا إدراكيًا متعدد الأبعاد لأنه مناسب لاختبار العلاقة بين الممارسات القيادية وخبرة العاملين في الإبداع، مع ضرورة دعم النتائج لاحقًا ببيانات تطبيقية كلما توافرت مثل عدد المبادرات أو نسبة الأفكار المنفذة </w:t>
      </w:r>
      <w:r w:rsidR="00E8706E" w:rsidRPr="005117ED">
        <w:rPr>
          <w:rFonts w:cs="Sakkal Majalla" w:hint="cs"/>
          <w:color w:val="000000" w:themeColor="text1"/>
          <w:sz w:val="38"/>
          <w:szCs w:val="38"/>
          <w:rtl/>
        </w:rPr>
        <w:t>(</w:t>
      </w:r>
      <w:r w:rsidRPr="005117ED">
        <w:rPr>
          <w:rFonts w:cs="Sakkal Majalla"/>
          <w:color w:val="000000" w:themeColor="text1"/>
          <w:sz w:val="38"/>
          <w:szCs w:val="38"/>
          <w:rtl/>
        </w:rPr>
        <w:t xml:space="preserve">الفاعوري، </w:t>
      </w:r>
      <w:r w:rsidRPr="005117ED">
        <w:rPr>
          <w:rFonts w:cs="Sakkal Majalla"/>
          <w:color w:val="000000" w:themeColor="text1"/>
          <w:sz w:val="38"/>
          <w:szCs w:val="38"/>
        </w:rPr>
        <w:t>2005</w:t>
      </w:r>
      <w:r w:rsidRPr="005117ED">
        <w:rPr>
          <w:rFonts w:cs="Sakkal Majalla"/>
          <w:color w:val="000000" w:themeColor="text1"/>
          <w:sz w:val="38"/>
          <w:szCs w:val="38"/>
          <w:rtl/>
        </w:rPr>
        <w:t xml:space="preserve">؛ </w:t>
      </w:r>
      <w:r w:rsidRPr="005117ED">
        <w:rPr>
          <w:rFonts w:cs="Sakkal Majalla"/>
          <w:color w:val="000000" w:themeColor="text1"/>
          <w:sz w:val="38"/>
          <w:szCs w:val="38"/>
        </w:rPr>
        <w:t xml:space="preserve">Anderson, </w:t>
      </w:r>
      <w:proofErr w:type="spellStart"/>
      <w:r w:rsidRPr="005117ED">
        <w:rPr>
          <w:rFonts w:cs="Sakkal Majalla"/>
          <w:color w:val="000000" w:themeColor="text1"/>
          <w:sz w:val="38"/>
          <w:szCs w:val="38"/>
        </w:rPr>
        <w:t>Potočnik</w:t>
      </w:r>
      <w:proofErr w:type="spellEnd"/>
      <w:r w:rsidRPr="005117ED">
        <w:rPr>
          <w:rFonts w:cs="Sakkal Majalla"/>
          <w:color w:val="000000" w:themeColor="text1"/>
          <w:sz w:val="38"/>
          <w:szCs w:val="38"/>
        </w:rPr>
        <w:t xml:space="preserve"> &amp; Zhou, 2014</w:t>
      </w:r>
      <w:r w:rsidR="00E8706E" w:rsidRPr="005117ED">
        <w:rPr>
          <w:rFonts w:cs="Sakkal Majalla" w:hint="cs"/>
          <w:color w:val="000000" w:themeColor="text1"/>
          <w:sz w:val="38"/>
          <w:szCs w:val="38"/>
          <w:rtl/>
        </w:rPr>
        <w:t>)</w:t>
      </w:r>
      <w:r w:rsidRPr="005117ED">
        <w:rPr>
          <w:rFonts w:cs="Sakkal Majalla"/>
          <w:color w:val="000000" w:themeColor="text1"/>
          <w:sz w:val="38"/>
          <w:szCs w:val="38"/>
        </w:rPr>
        <w:t>.</w:t>
      </w:r>
    </w:p>
    <w:p w:rsidR="00A62B8B" w:rsidRPr="005117ED" w:rsidRDefault="00A62B8B" w:rsidP="00E8706E">
      <w:pPr>
        <w:spacing w:before="0"/>
        <w:ind w:firstLine="720"/>
        <w:jc w:val="both"/>
        <w:rPr>
          <w:rFonts w:cs="Sakkal Majalla"/>
          <w:color w:val="000000" w:themeColor="text1"/>
          <w:sz w:val="38"/>
          <w:szCs w:val="38"/>
          <w:rtl/>
        </w:rPr>
      </w:pPr>
    </w:p>
    <w:p w:rsidR="00BB6C80" w:rsidRPr="005117ED" w:rsidRDefault="00BB6C80" w:rsidP="005117ED">
      <w:pPr>
        <w:spacing w:before="0" w:after="160" w:line="259" w:lineRule="auto"/>
        <w:ind w:firstLine="0"/>
        <w:jc w:val="center"/>
        <w:rPr>
          <w:rFonts w:eastAsia="Times New Roman" w:cs="Sakkal Majalla"/>
          <w:b/>
          <w:bCs/>
          <w:color w:val="000000" w:themeColor="text1"/>
          <w:sz w:val="40"/>
          <w:szCs w:val="40"/>
          <w:rtl/>
        </w:rPr>
      </w:pPr>
      <w:r w:rsidRPr="005117ED">
        <w:rPr>
          <w:rFonts w:eastAsia="Times New Roman" w:cs="Sakkal Majalla"/>
          <w:b/>
          <w:bCs/>
          <w:color w:val="000000" w:themeColor="text1"/>
          <w:sz w:val="40"/>
          <w:szCs w:val="40"/>
          <w:rtl/>
        </w:rPr>
        <w:t>المبحث الثالث</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المنشآت الصغيرة والمتوسطة في السياق السعودي</w:t>
      </w:r>
    </w:p>
    <w:p w:rsidR="00BB6C80" w:rsidRPr="005117ED" w:rsidRDefault="00BB6C80" w:rsidP="00A62B8B">
      <w:pPr>
        <w:spacing w:before="0"/>
        <w:ind w:firstLine="720"/>
        <w:jc w:val="both"/>
        <w:rPr>
          <w:rFonts w:cs="Sakkal Majalla"/>
          <w:color w:val="000000" w:themeColor="text1"/>
          <w:sz w:val="38"/>
          <w:szCs w:val="38"/>
        </w:rPr>
      </w:pPr>
      <w:r w:rsidRPr="005117ED">
        <w:rPr>
          <w:rFonts w:cs="Sakkal Majalla"/>
          <w:color w:val="000000" w:themeColor="text1"/>
          <w:sz w:val="38"/>
          <w:szCs w:val="38"/>
          <w:rtl/>
        </w:rPr>
        <w:t>تكتسب المنشآت الصغيرة والمتوسطة أهمية استراتيجية في الاقتصاد السعودي نظرًا لدورها في خلق فرص العمل وتنويع مصادر الدخل وتعزيز ريادة الأعمال</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وقد جعلت رؤية السعودية </w:t>
      </w:r>
      <w:r w:rsidRPr="005117ED">
        <w:rPr>
          <w:rFonts w:cs="Sakkal Majalla"/>
          <w:color w:val="000000" w:themeColor="text1"/>
          <w:sz w:val="38"/>
          <w:szCs w:val="38"/>
        </w:rPr>
        <w:t xml:space="preserve">2030 </w:t>
      </w:r>
      <w:r w:rsidRPr="005117ED">
        <w:rPr>
          <w:rFonts w:cs="Sakkal Majalla"/>
          <w:color w:val="000000" w:themeColor="text1"/>
          <w:sz w:val="38"/>
          <w:szCs w:val="38"/>
          <w:rtl/>
        </w:rPr>
        <w:t xml:space="preserve">رفع مساهمة هذه المنشآت في الناتج المحلي الإجمالي من </w:t>
      </w:r>
      <w:r w:rsidRPr="005117ED">
        <w:rPr>
          <w:rFonts w:cs="Sakkal Majalla"/>
          <w:color w:val="000000" w:themeColor="text1"/>
          <w:sz w:val="38"/>
          <w:szCs w:val="38"/>
        </w:rPr>
        <w:t xml:space="preserve">20% </w:t>
      </w:r>
      <w:r w:rsidRPr="005117ED">
        <w:rPr>
          <w:rFonts w:cs="Sakkal Majalla"/>
          <w:color w:val="000000" w:themeColor="text1"/>
          <w:sz w:val="38"/>
          <w:szCs w:val="38"/>
          <w:rtl/>
        </w:rPr>
        <w:t xml:space="preserve">إلى </w:t>
      </w:r>
      <w:r w:rsidRPr="005117ED">
        <w:rPr>
          <w:rFonts w:cs="Sakkal Majalla"/>
          <w:color w:val="000000" w:themeColor="text1"/>
          <w:sz w:val="38"/>
          <w:szCs w:val="38"/>
        </w:rPr>
        <w:t xml:space="preserve">35% </w:t>
      </w:r>
      <w:r w:rsidRPr="005117ED">
        <w:rPr>
          <w:rFonts w:cs="Sakkal Majalla"/>
          <w:color w:val="000000" w:themeColor="text1"/>
          <w:sz w:val="38"/>
          <w:szCs w:val="38"/>
          <w:rtl/>
        </w:rPr>
        <w:t xml:space="preserve">أحد مستهدفاتها الاقتصادية، بما يجعل تطوير قدراتها الإدارية والابتكارية جزءًا من التحول الاقتصادي الأوسع </w:t>
      </w:r>
      <w:r w:rsidR="00A62B8B" w:rsidRPr="005117ED">
        <w:rPr>
          <w:rFonts w:cs="Sakkal Majalla" w:hint="cs"/>
          <w:color w:val="000000" w:themeColor="text1"/>
          <w:sz w:val="38"/>
          <w:szCs w:val="38"/>
          <w:rtl/>
        </w:rPr>
        <w:t>(</w:t>
      </w:r>
      <w:r w:rsidRPr="005117ED">
        <w:rPr>
          <w:rFonts w:cs="Sakkal Majalla"/>
          <w:color w:val="000000" w:themeColor="text1"/>
          <w:sz w:val="38"/>
          <w:szCs w:val="38"/>
          <w:rtl/>
        </w:rPr>
        <w:t xml:space="preserve">رؤية السعودية </w:t>
      </w:r>
      <w:r w:rsidRPr="005117ED">
        <w:rPr>
          <w:rFonts w:cs="Sakkal Majalla"/>
          <w:color w:val="000000" w:themeColor="text1"/>
          <w:sz w:val="38"/>
          <w:szCs w:val="38"/>
        </w:rPr>
        <w:t>2030</w:t>
      </w:r>
      <w:r w:rsidRPr="005117ED">
        <w:rPr>
          <w:rFonts w:cs="Sakkal Majalla"/>
          <w:color w:val="000000" w:themeColor="text1"/>
          <w:sz w:val="38"/>
          <w:szCs w:val="38"/>
          <w:rtl/>
        </w:rPr>
        <w:t xml:space="preserve">، </w:t>
      </w:r>
      <w:r w:rsidRPr="005117ED">
        <w:rPr>
          <w:rFonts w:cs="Sakkal Majalla"/>
          <w:color w:val="000000" w:themeColor="text1"/>
          <w:sz w:val="38"/>
          <w:szCs w:val="38"/>
        </w:rPr>
        <w:t>2016</w:t>
      </w:r>
      <w:r w:rsidRPr="005117ED">
        <w:rPr>
          <w:rFonts w:cs="Sakkal Majalla"/>
          <w:color w:val="000000" w:themeColor="text1"/>
          <w:sz w:val="38"/>
          <w:szCs w:val="38"/>
          <w:rtl/>
        </w:rPr>
        <w:t>؛ منشآت، د</w:t>
      </w:r>
      <w:r w:rsidRPr="005117ED">
        <w:rPr>
          <w:rFonts w:cs="Sakkal Majalla"/>
          <w:color w:val="000000" w:themeColor="text1"/>
          <w:sz w:val="38"/>
          <w:szCs w:val="38"/>
        </w:rPr>
        <w:t>.</w:t>
      </w:r>
      <w:r w:rsidRPr="005117ED">
        <w:rPr>
          <w:rFonts w:cs="Sakkal Majalla"/>
          <w:color w:val="000000" w:themeColor="text1"/>
          <w:sz w:val="38"/>
          <w:szCs w:val="38"/>
          <w:rtl/>
        </w:rPr>
        <w:t>ت</w:t>
      </w:r>
      <w:r w:rsidRPr="005117ED">
        <w:rPr>
          <w:rFonts w:cs="Sakkal Majalla"/>
          <w:color w:val="000000" w:themeColor="text1"/>
          <w:sz w:val="38"/>
          <w:szCs w:val="38"/>
        </w:rPr>
        <w:t>.</w:t>
      </w:r>
      <w:r w:rsidR="00A62B8B" w:rsidRPr="005117ED">
        <w:rPr>
          <w:rFonts w:cs="Sakkal Majalla" w:hint="cs"/>
          <w:color w:val="000000" w:themeColor="text1"/>
          <w:sz w:val="38"/>
          <w:szCs w:val="38"/>
          <w:rtl/>
        </w:rPr>
        <w:t>)</w:t>
      </w:r>
      <w:r w:rsidRPr="005117ED">
        <w:rPr>
          <w:rFonts w:cs="Sakkal Majalla"/>
          <w:color w:val="000000" w:themeColor="text1"/>
          <w:sz w:val="38"/>
          <w:szCs w:val="38"/>
        </w:rPr>
        <w:t>.</w:t>
      </w:r>
    </w:p>
    <w:p w:rsidR="00BB6C80" w:rsidRPr="005117ED" w:rsidRDefault="00BB6C80" w:rsidP="00A62B8B">
      <w:pPr>
        <w:spacing w:before="0"/>
        <w:ind w:firstLine="720"/>
        <w:jc w:val="both"/>
        <w:rPr>
          <w:rFonts w:cs="Sakkal Majalla"/>
          <w:color w:val="000000" w:themeColor="text1"/>
          <w:sz w:val="38"/>
          <w:szCs w:val="38"/>
        </w:rPr>
      </w:pPr>
      <w:r w:rsidRPr="005117ED">
        <w:rPr>
          <w:rFonts w:cs="Sakkal Majalla"/>
          <w:color w:val="000000" w:themeColor="text1"/>
          <w:sz w:val="38"/>
          <w:szCs w:val="38"/>
          <w:rtl/>
        </w:rPr>
        <w:t>وتعتمد الهيئة العامة للمنشآت الصغيرة والمتوسطة في المملكة معيارين للتصنيف هما عدد العاملين بدوام كامل وحجم الإيرادات</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فالمنشأة الصغيرة تضم من </w:t>
      </w:r>
      <w:r w:rsidRPr="005117ED">
        <w:rPr>
          <w:rFonts w:cs="Sakkal Majalla"/>
          <w:color w:val="000000" w:themeColor="text1"/>
          <w:sz w:val="38"/>
          <w:szCs w:val="38"/>
        </w:rPr>
        <w:t xml:space="preserve">6 </w:t>
      </w:r>
      <w:r w:rsidRPr="005117ED">
        <w:rPr>
          <w:rFonts w:cs="Sakkal Majalla"/>
          <w:color w:val="000000" w:themeColor="text1"/>
          <w:sz w:val="38"/>
          <w:szCs w:val="38"/>
          <w:rtl/>
        </w:rPr>
        <w:t xml:space="preserve">إلى </w:t>
      </w:r>
      <w:r w:rsidRPr="005117ED">
        <w:rPr>
          <w:rFonts w:cs="Sakkal Majalla"/>
          <w:color w:val="000000" w:themeColor="text1"/>
          <w:sz w:val="38"/>
          <w:szCs w:val="38"/>
        </w:rPr>
        <w:t xml:space="preserve">49 </w:t>
      </w:r>
      <w:r w:rsidRPr="005117ED">
        <w:rPr>
          <w:rFonts w:cs="Sakkal Majalla"/>
          <w:color w:val="000000" w:themeColor="text1"/>
          <w:sz w:val="38"/>
          <w:szCs w:val="38"/>
          <w:rtl/>
        </w:rPr>
        <w:t xml:space="preserve">عاملًا أو تحقق إيرادات من </w:t>
      </w:r>
      <w:r w:rsidRPr="005117ED">
        <w:rPr>
          <w:rFonts w:cs="Sakkal Majalla"/>
          <w:color w:val="000000" w:themeColor="text1"/>
          <w:sz w:val="38"/>
          <w:szCs w:val="38"/>
        </w:rPr>
        <w:t xml:space="preserve">3 </w:t>
      </w:r>
      <w:r w:rsidRPr="005117ED">
        <w:rPr>
          <w:rFonts w:cs="Sakkal Majalla"/>
          <w:color w:val="000000" w:themeColor="text1"/>
          <w:sz w:val="38"/>
          <w:szCs w:val="38"/>
          <w:rtl/>
        </w:rPr>
        <w:t xml:space="preserve">إلى </w:t>
      </w:r>
      <w:r w:rsidRPr="005117ED">
        <w:rPr>
          <w:rFonts w:cs="Sakkal Majalla"/>
          <w:color w:val="000000" w:themeColor="text1"/>
          <w:sz w:val="38"/>
          <w:szCs w:val="38"/>
        </w:rPr>
        <w:t xml:space="preserve">40 </w:t>
      </w:r>
      <w:r w:rsidRPr="005117ED">
        <w:rPr>
          <w:rFonts w:cs="Sakkal Majalla"/>
          <w:color w:val="000000" w:themeColor="text1"/>
          <w:sz w:val="38"/>
          <w:szCs w:val="38"/>
          <w:rtl/>
        </w:rPr>
        <w:t xml:space="preserve">مليون ريال، أما المنشأة المتوسطة فتضم من </w:t>
      </w:r>
      <w:r w:rsidRPr="005117ED">
        <w:rPr>
          <w:rFonts w:cs="Sakkal Majalla"/>
          <w:color w:val="000000" w:themeColor="text1"/>
          <w:sz w:val="38"/>
          <w:szCs w:val="38"/>
        </w:rPr>
        <w:t xml:space="preserve">50 </w:t>
      </w:r>
      <w:r w:rsidRPr="005117ED">
        <w:rPr>
          <w:rFonts w:cs="Sakkal Majalla"/>
          <w:color w:val="000000" w:themeColor="text1"/>
          <w:sz w:val="38"/>
          <w:szCs w:val="38"/>
          <w:rtl/>
        </w:rPr>
        <w:t xml:space="preserve">إلى </w:t>
      </w:r>
      <w:r w:rsidRPr="005117ED">
        <w:rPr>
          <w:rFonts w:cs="Sakkal Majalla"/>
          <w:color w:val="000000" w:themeColor="text1"/>
          <w:sz w:val="38"/>
          <w:szCs w:val="38"/>
        </w:rPr>
        <w:t xml:space="preserve">249 </w:t>
      </w:r>
      <w:r w:rsidRPr="005117ED">
        <w:rPr>
          <w:rFonts w:cs="Sakkal Majalla"/>
          <w:color w:val="000000" w:themeColor="text1"/>
          <w:sz w:val="38"/>
          <w:szCs w:val="38"/>
          <w:rtl/>
        </w:rPr>
        <w:t xml:space="preserve">عاملًا أو تحقق إيرادات من </w:t>
      </w:r>
      <w:r w:rsidRPr="005117ED">
        <w:rPr>
          <w:rFonts w:cs="Sakkal Majalla"/>
          <w:color w:val="000000" w:themeColor="text1"/>
          <w:sz w:val="38"/>
          <w:szCs w:val="38"/>
        </w:rPr>
        <w:lastRenderedPageBreak/>
        <w:t xml:space="preserve">40 </w:t>
      </w:r>
      <w:r w:rsidRPr="005117ED">
        <w:rPr>
          <w:rFonts w:cs="Sakkal Majalla"/>
          <w:color w:val="000000" w:themeColor="text1"/>
          <w:sz w:val="38"/>
          <w:szCs w:val="38"/>
          <w:rtl/>
        </w:rPr>
        <w:t xml:space="preserve">إلى </w:t>
      </w:r>
      <w:r w:rsidRPr="005117ED">
        <w:rPr>
          <w:rFonts w:cs="Sakkal Majalla"/>
          <w:color w:val="000000" w:themeColor="text1"/>
          <w:sz w:val="38"/>
          <w:szCs w:val="38"/>
        </w:rPr>
        <w:t xml:space="preserve">200 </w:t>
      </w:r>
      <w:r w:rsidRPr="005117ED">
        <w:rPr>
          <w:rFonts w:cs="Sakkal Majalla"/>
          <w:color w:val="000000" w:themeColor="text1"/>
          <w:sz w:val="38"/>
          <w:szCs w:val="38"/>
          <w:rtl/>
        </w:rPr>
        <w:t>مليون ريال</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ويساعد هذا التصنيف على تحديد نطاق الدراسة ومجتمعها، كما يوضح تفاوت الاحتياجات التنظيمية بين المنشآت </w:t>
      </w:r>
      <w:r w:rsidR="00A62B8B" w:rsidRPr="005117ED">
        <w:rPr>
          <w:rFonts w:cs="Sakkal Majalla" w:hint="cs"/>
          <w:color w:val="000000" w:themeColor="text1"/>
          <w:sz w:val="38"/>
          <w:szCs w:val="38"/>
          <w:rtl/>
        </w:rPr>
        <w:t>(</w:t>
      </w:r>
      <w:r w:rsidRPr="005117ED">
        <w:rPr>
          <w:rFonts w:cs="Sakkal Majalla"/>
          <w:color w:val="000000" w:themeColor="text1"/>
          <w:sz w:val="38"/>
          <w:szCs w:val="38"/>
          <w:rtl/>
        </w:rPr>
        <w:t>منشآت، د</w:t>
      </w:r>
      <w:r w:rsidRPr="005117ED">
        <w:rPr>
          <w:rFonts w:cs="Sakkal Majalla"/>
          <w:color w:val="000000" w:themeColor="text1"/>
          <w:sz w:val="38"/>
          <w:szCs w:val="38"/>
        </w:rPr>
        <w:t>.</w:t>
      </w:r>
      <w:r w:rsidRPr="005117ED">
        <w:rPr>
          <w:rFonts w:cs="Sakkal Majalla"/>
          <w:color w:val="000000" w:themeColor="text1"/>
          <w:sz w:val="38"/>
          <w:szCs w:val="38"/>
          <w:rtl/>
        </w:rPr>
        <w:t>ت</w:t>
      </w:r>
      <w:r w:rsidR="00A62B8B" w:rsidRPr="005117ED">
        <w:rPr>
          <w:rFonts w:cs="Sakkal Majalla"/>
          <w:color w:val="000000" w:themeColor="text1"/>
          <w:sz w:val="38"/>
          <w:szCs w:val="38"/>
        </w:rPr>
        <w:t>.</w:t>
      </w:r>
      <w:r w:rsidR="00A62B8B" w:rsidRPr="005117ED">
        <w:rPr>
          <w:rFonts w:cs="Sakkal Majalla" w:hint="cs"/>
          <w:color w:val="000000" w:themeColor="text1"/>
          <w:sz w:val="38"/>
          <w:szCs w:val="38"/>
          <w:rtl/>
        </w:rPr>
        <w:t>)</w:t>
      </w:r>
    </w:p>
    <w:p w:rsidR="00BB6C80" w:rsidRPr="005117ED" w:rsidRDefault="00BB6C80" w:rsidP="00A62B8B">
      <w:pPr>
        <w:spacing w:before="0"/>
        <w:ind w:firstLine="720"/>
        <w:jc w:val="both"/>
        <w:rPr>
          <w:rFonts w:cs="Sakkal Majalla"/>
          <w:color w:val="000000" w:themeColor="text1"/>
          <w:sz w:val="38"/>
          <w:szCs w:val="38"/>
        </w:rPr>
      </w:pPr>
      <w:r w:rsidRPr="005117ED">
        <w:rPr>
          <w:rFonts w:cs="Sakkal Majalla"/>
          <w:color w:val="000000" w:themeColor="text1"/>
          <w:sz w:val="38"/>
          <w:szCs w:val="38"/>
          <w:rtl/>
        </w:rPr>
        <w:t>ولا تمثل المنشآت الصغيرة والمتوسطة فئة متجانسة؛ فهي تشمل أنشطة خدمية وتجارية وصناعية وتقنية تختلف في كثافة المعرفة ودورة المنتج والمهارات المطلوبة</w:t>
      </w:r>
      <w:r w:rsidRPr="005117ED">
        <w:rPr>
          <w:rFonts w:cs="Sakkal Majalla"/>
          <w:color w:val="000000" w:themeColor="text1"/>
          <w:sz w:val="38"/>
          <w:szCs w:val="38"/>
        </w:rPr>
        <w:t xml:space="preserve">. </w:t>
      </w:r>
      <w:r w:rsidRPr="005117ED">
        <w:rPr>
          <w:rFonts w:cs="Sakkal Majalla"/>
          <w:color w:val="000000" w:themeColor="text1"/>
          <w:sz w:val="38"/>
          <w:szCs w:val="38"/>
          <w:rtl/>
        </w:rPr>
        <w:t>ولذلك قد تختلف صور الإبداع بين قطاع وآخر؛ فقد يظهر في تحسين رحلة العميل في قطاع الخدمات، أو تطوير آلية إنتاج في القطاع الصناعي، أو تبني منصة رقمية في القطاع التجاري</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ويعني ذلك أن القيادة التحويلية ينبغي أن تترجم إلى ممارسات مرنة تراعي طبيعة القطاع وحجم المنشأة ومرحلة نموها </w:t>
      </w:r>
      <w:r w:rsidR="00A62B8B" w:rsidRPr="005117ED">
        <w:rPr>
          <w:rFonts w:cs="Sakkal Majalla" w:hint="cs"/>
          <w:color w:val="000000" w:themeColor="text1"/>
          <w:sz w:val="38"/>
          <w:szCs w:val="38"/>
          <w:rtl/>
        </w:rPr>
        <w:t>(</w:t>
      </w:r>
      <w:r w:rsidRPr="005117ED">
        <w:rPr>
          <w:rFonts w:cs="Sakkal Majalla"/>
          <w:color w:val="000000" w:themeColor="text1"/>
          <w:sz w:val="38"/>
          <w:szCs w:val="38"/>
          <w:rtl/>
        </w:rPr>
        <w:t xml:space="preserve">جارحي وآخرون، </w:t>
      </w:r>
      <w:r w:rsidRPr="005117ED">
        <w:rPr>
          <w:rFonts w:cs="Sakkal Majalla"/>
          <w:color w:val="000000" w:themeColor="text1"/>
          <w:sz w:val="38"/>
          <w:szCs w:val="38"/>
        </w:rPr>
        <w:t>2019</w:t>
      </w:r>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Pr>
        <w:t>Amabile</w:t>
      </w:r>
      <w:proofErr w:type="spellEnd"/>
      <w:r w:rsidRPr="005117ED">
        <w:rPr>
          <w:rFonts w:cs="Sakkal Majalla"/>
          <w:color w:val="000000" w:themeColor="text1"/>
          <w:sz w:val="38"/>
          <w:szCs w:val="38"/>
        </w:rPr>
        <w:t xml:space="preserve"> &amp; Pratt, 2016</w:t>
      </w:r>
      <w:r w:rsidR="00A62B8B" w:rsidRPr="005117ED">
        <w:rPr>
          <w:rFonts w:cs="Sakkal Majalla" w:hint="cs"/>
          <w:color w:val="000000" w:themeColor="text1"/>
          <w:sz w:val="38"/>
          <w:szCs w:val="38"/>
          <w:rtl/>
        </w:rPr>
        <w:t>)</w:t>
      </w:r>
      <w:r w:rsidRPr="005117ED">
        <w:rPr>
          <w:rFonts w:cs="Sakkal Majalla"/>
          <w:color w:val="000000" w:themeColor="text1"/>
          <w:sz w:val="38"/>
          <w:szCs w:val="38"/>
        </w:rPr>
        <w:t>.</w:t>
      </w:r>
    </w:p>
    <w:p w:rsidR="005117ED" w:rsidRPr="005117ED" w:rsidRDefault="00BB6C80" w:rsidP="005117ED">
      <w:pPr>
        <w:spacing w:before="0"/>
        <w:ind w:firstLine="720"/>
        <w:jc w:val="both"/>
        <w:rPr>
          <w:rFonts w:cs="Sakkal Majalla"/>
          <w:color w:val="000000" w:themeColor="text1"/>
          <w:sz w:val="38"/>
          <w:szCs w:val="38"/>
          <w:rtl/>
        </w:rPr>
      </w:pPr>
      <w:r w:rsidRPr="005117ED">
        <w:rPr>
          <w:rFonts w:cs="Sakkal Majalla"/>
          <w:color w:val="000000" w:themeColor="text1"/>
          <w:sz w:val="38"/>
          <w:szCs w:val="38"/>
          <w:rtl/>
        </w:rPr>
        <w:t>وتتمثل أبرز مزايا هذه المنشآت في سرعة الاتصال، وقصر مسار القرار، وقربها من العميل، والقدرة على تعديل الخدمة بسرعة</w:t>
      </w:r>
      <w:r w:rsidRPr="005117ED">
        <w:rPr>
          <w:rFonts w:cs="Sakkal Majalla"/>
          <w:color w:val="000000" w:themeColor="text1"/>
          <w:sz w:val="38"/>
          <w:szCs w:val="38"/>
        </w:rPr>
        <w:t xml:space="preserve">. </w:t>
      </w:r>
      <w:r w:rsidRPr="005117ED">
        <w:rPr>
          <w:rFonts w:cs="Sakkal Majalla"/>
          <w:color w:val="000000" w:themeColor="text1"/>
          <w:sz w:val="38"/>
          <w:szCs w:val="38"/>
          <w:rtl/>
        </w:rPr>
        <w:t>وفي المقابل تواجه قيودًا في التمويل والوقت والمهارات المتخصصة والأنظمة الرسمية، وقد تعتمد على معرفة ضمنية لدى المؤسس أو عدد محدود من العاملين</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ومن ثم فإن القيادة التحويلية يمكن أن تساعد في تحويل هذه المعرفة إلى تعلم جماعي، وبناء آليات مبسطة لاستقبال الأفكار وتجريبها </w:t>
      </w:r>
      <w:r w:rsidR="00A62B8B" w:rsidRPr="005117ED">
        <w:rPr>
          <w:rFonts w:cs="Sakkal Majalla" w:hint="cs"/>
          <w:color w:val="000000" w:themeColor="text1"/>
          <w:sz w:val="38"/>
          <w:szCs w:val="38"/>
          <w:rtl/>
        </w:rPr>
        <w:t>(</w:t>
      </w:r>
      <w:r w:rsidRPr="005117ED">
        <w:rPr>
          <w:rFonts w:cs="Sakkal Majalla"/>
          <w:color w:val="000000" w:themeColor="text1"/>
          <w:sz w:val="38"/>
          <w:szCs w:val="38"/>
          <w:rtl/>
        </w:rPr>
        <w:t xml:space="preserve">الفاعوري، </w:t>
      </w:r>
      <w:r w:rsidRPr="005117ED">
        <w:rPr>
          <w:rFonts w:cs="Sakkal Majalla"/>
          <w:color w:val="000000" w:themeColor="text1"/>
          <w:sz w:val="38"/>
          <w:szCs w:val="38"/>
        </w:rPr>
        <w:t>2005</w:t>
      </w:r>
      <w:r w:rsidRPr="005117ED">
        <w:rPr>
          <w:rFonts w:cs="Sakkal Majalla"/>
          <w:color w:val="000000" w:themeColor="text1"/>
          <w:sz w:val="38"/>
          <w:szCs w:val="38"/>
          <w:rtl/>
        </w:rPr>
        <w:t xml:space="preserve">؛ جارحي وآخرون، </w:t>
      </w:r>
      <w:r w:rsidR="00A62B8B" w:rsidRPr="005117ED">
        <w:rPr>
          <w:rFonts w:cs="Sakkal Majalla"/>
          <w:color w:val="000000" w:themeColor="text1"/>
          <w:sz w:val="38"/>
          <w:szCs w:val="38"/>
        </w:rPr>
        <w:t>2019</w:t>
      </w:r>
      <w:r w:rsidR="00A62B8B" w:rsidRPr="005117ED">
        <w:rPr>
          <w:rFonts w:cs="Sakkal Majalla" w:hint="cs"/>
          <w:color w:val="000000" w:themeColor="text1"/>
          <w:sz w:val="38"/>
          <w:szCs w:val="38"/>
          <w:rtl/>
        </w:rPr>
        <w:t>).</w:t>
      </w:r>
    </w:p>
    <w:p w:rsidR="005117ED" w:rsidRPr="005117ED" w:rsidRDefault="005117ED" w:rsidP="005117ED">
      <w:pPr>
        <w:spacing w:before="0"/>
        <w:ind w:firstLine="720"/>
        <w:jc w:val="both"/>
        <w:rPr>
          <w:rFonts w:cs="Sakkal Majalla"/>
          <w:color w:val="000000" w:themeColor="text1"/>
          <w:sz w:val="38"/>
          <w:szCs w:val="38"/>
          <w:rtl/>
        </w:rPr>
      </w:pPr>
    </w:p>
    <w:p w:rsidR="00BB6C80" w:rsidRPr="005117ED" w:rsidRDefault="00BB6C80" w:rsidP="005117ED">
      <w:pPr>
        <w:spacing w:before="0"/>
        <w:ind w:firstLine="720"/>
        <w:jc w:val="center"/>
        <w:rPr>
          <w:rFonts w:cs="Sakkal Majalla"/>
          <w:color w:val="000000" w:themeColor="text1"/>
          <w:sz w:val="38"/>
          <w:szCs w:val="38"/>
        </w:rPr>
      </w:pPr>
      <w:r w:rsidRPr="005117ED">
        <w:rPr>
          <w:rFonts w:cs="Sakkal Majalla"/>
          <w:b/>
          <w:bCs/>
          <w:color w:val="000000" w:themeColor="text1"/>
          <w:sz w:val="38"/>
          <w:szCs w:val="38"/>
          <w:rtl/>
        </w:rPr>
        <w:t xml:space="preserve">جدول </w:t>
      </w:r>
      <w:r w:rsidRPr="005117ED">
        <w:rPr>
          <w:rFonts w:cs="Sakkal Majalla"/>
          <w:b/>
          <w:color w:val="000000" w:themeColor="text1"/>
          <w:sz w:val="38"/>
          <w:szCs w:val="38"/>
        </w:rPr>
        <w:t>(7</w:t>
      </w:r>
      <w:proofErr w:type="gramStart"/>
      <w:r w:rsidRPr="005117ED">
        <w:rPr>
          <w:rFonts w:cs="Sakkal Majalla"/>
          <w:b/>
          <w:color w:val="000000" w:themeColor="text1"/>
          <w:sz w:val="38"/>
          <w:szCs w:val="38"/>
        </w:rPr>
        <w:t>)</w:t>
      </w:r>
      <w:r w:rsidR="00A62B8B" w:rsidRPr="005117ED">
        <w:rPr>
          <w:rFonts w:cs="Sakkal Majalla" w:hint="cs"/>
          <w:b/>
          <w:color w:val="000000" w:themeColor="text1"/>
          <w:sz w:val="38"/>
          <w:szCs w:val="38"/>
          <w:rtl/>
        </w:rPr>
        <w:t xml:space="preserve"> </w:t>
      </w:r>
      <w:r w:rsidRPr="005117ED">
        <w:rPr>
          <w:rFonts w:cs="Sakkal Majalla"/>
          <w:b/>
          <w:color w:val="000000" w:themeColor="text1"/>
          <w:sz w:val="38"/>
          <w:szCs w:val="38"/>
        </w:rPr>
        <w:t>:</w:t>
      </w:r>
      <w:proofErr w:type="gramEnd"/>
      <w:r w:rsidR="00A62B8B" w:rsidRPr="005117ED">
        <w:rPr>
          <w:rFonts w:cs="Sakkal Majalla" w:hint="cs"/>
          <w:b/>
          <w:color w:val="000000" w:themeColor="text1"/>
          <w:sz w:val="38"/>
          <w:szCs w:val="38"/>
          <w:rtl/>
        </w:rPr>
        <w:t xml:space="preserve"> </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خصائص المنشآت الصغيرة والمتوسطة وانعكاساتها القيادية</w:t>
      </w:r>
    </w:p>
    <w:tbl>
      <w:tblPr>
        <w:tblStyle w:val="aa"/>
        <w:bidiVisual/>
        <w:tblW w:w="0" w:type="auto"/>
        <w:jc w:val="center"/>
        <w:tblLook w:val="04A0" w:firstRow="1" w:lastRow="0" w:firstColumn="1" w:lastColumn="0" w:noHBand="0" w:noVBand="1"/>
      </w:tblPr>
      <w:tblGrid>
        <w:gridCol w:w="2156"/>
        <w:gridCol w:w="3685"/>
        <w:gridCol w:w="3685"/>
      </w:tblGrid>
      <w:tr w:rsidR="00BB6C80" w:rsidRPr="005117ED" w:rsidTr="00007FCD">
        <w:trPr>
          <w:jc w:val="center"/>
        </w:trPr>
        <w:tc>
          <w:tcPr>
            <w:tcW w:w="2156" w:type="dxa"/>
            <w:shd w:val="clear" w:color="auto" w:fill="1F4E79"/>
            <w:vAlign w:val="center"/>
          </w:tcPr>
          <w:p w:rsidR="00BB6C80" w:rsidRPr="005117ED" w:rsidRDefault="00BB6C80" w:rsidP="00A62B8B">
            <w:pPr>
              <w:spacing w:before="0"/>
              <w:ind w:left="360" w:firstLine="0"/>
              <w:jc w:val="center"/>
              <w:rPr>
                <w:rFonts w:cs="Sakkal Majalla"/>
                <w:color w:val="FFFFFF" w:themeColor="background1"/>
                <w:sz w:val="38"/>
                <w:szCs w:val="38"/>
              </w:rPr>
            </w:pPr>
            <w:r w:rsidRPr="005117ED">
              <w:rPr>
                <w:rFonts w:cs="Sakkal Majalla"/>
                <w:b/>
                <w:bCs/>
                <w:color w:val="FFFFFF" w:themeColor="background1"/>
                <w:sz w:val="38"/>
                <w:szCs w:val="38"/>
                <w:rtl/>
              </w:rPr>
              <w:t>الخاصية</w:t>
            </w:r>
          </w:p>
        </w:tc>
        <w:tc>
          <w:tcPr>
            <w:tcW w:w="3685" w:type="dxa"/>
            <w:shd w:val="clear" w:color="auto" w:fill="1F4E79"/>
            <w:vAlign w:val="center"/>
          </w:tcPr>
          <w:p w:rsidR="00BB6C80" w:rsidRPr="005117ED" w:rsidRDefault="00BB6C80" w:rsidP="00A62B8B">
            <w:pPr>
              <w:spacing w:before="0"/>
              <w:ind w:left="360" w:firstLine="0"/>
              <w:jc w:val="center"/>
              <w:rPr>
                <w:rFonts w:cs="Sakkal Majalla"/>
                <w:color w:val="FFFFFF" w:themeColor="background1"/>
                <w:sz w:val="38"/>
                <w:szCs w:val="38"/>
              </w:rPr>
            </w:pPr>
            <w:r w:rsidRPr="005117ED">
              <w:rPr>
                <w:rFonts w:cs="Sakkal Majalla"/>
                <w:b/>
                <w:bCs/>
                <w:color w:val="FFFFFF" w:themeColor="background1"/>
                <w:sz w:val="38"/>
                <w:szCs w:val="38"/>
                <w:rtl/>
              </w:rPr>
              <w:t>الأثر التنظيمي</w:t>
            </w:r>
          </w:p>
        </w:tc>
        <w:tc>
          <w:tcPr>
            <w:tcW w:w="3685" w:type="dxa"/>
            <w:shd w:val="clear" w:color="auto" w:fill="1F4E79"/>
            <w:vAlign w:val="center"/>
          </w:tcPr>
          <w:p w:rsidR="00BB6C80" w:rsidRPr="005117ED" w:rsidRDefault="00BB6C80" w:rsidP="00A62B8B">
            <w:pPr>
              <w:spacing w:before="0"/>
              <w:ind w:left="360" w:firstLine="0"/>
              <w:jc w:val="center"/>
              <w:rPr>
                <w:rFonts w:cs="Sakkal Majalla"/>
                <w:color w:val="FFFFFF" w:themeColor="background1"/>
                <w:sz w:val="38"/>
                <w:szCs w:val="38"/>
              </w:rPr>
            </w:pPr>
            <w:r w:rsidRPr="005117ED">
              <w:rPr>
                <w:rFonts w:cs="Sakkal Majalla"/>
                <w:b/>
                <w:bCs/>
                <w:color w:val="FFFFFF" w:themeColor="background1"/>
                <w:sz w:val="38"/>
                <w:szCs w:val="38"/>
                <w:rtl/>
              </w:rPr>
              <w:t>الدلالة القيادية</w:t>
            </w:r>
          </w:p>
        </w:tc>
      </w:tr>
      <w:tr w:rsidR="00BB6C80" w:rsidRPr="005117ED" w:rsidTr="00007FCD">
        <w:trPr>
          <w:jc w:val="center"/>
        </w:trPr>
        <w:tc>
          <w:tcPr>
            <w:tcW w:w="2156" w:type="dxa"/>
            <w:vAlign w:val="center"/>
          </w:tcPr>
          <w:p w:rsidR="00BB6C80" w:rsidRPr="005117ED" w:rsidRDefault="00BB6C80" w:rsidP="00A62B8B">
            <w:pPr>
              <w:spacing w:before="0"/>
              <w:ind w:left="360" w:firstLine="0"/>
              <w:jc w:val="center"/>
              <w:rPr>
                <w:rFonts w:cs="Sakkal Majalla"/>
                <w:color w:val="000000" w:themeColor="text1"/>
                <w:sz w:val="38"/>
                <w:szCs w:val="38"/>
              </w:rPr>
            </w:pPr>
            <w:r w:rsidRPr="005117ED">
              <w:rPr>
                <w:rFonts w:cs="Sakkal Majalla"/>
                <w:color w:val="000000" w:themeColor="text1"/>
                <w:sz w:val="38"/>
                <w:szCs w:val="38"/>
                <w:rtl/>
              </w:rPr>
              <w:t>قصر الهيكل</w:t>
            </w:r>
          </w:p>
        </w:tc>
        <w:tc>
          <w:tcPr>
            <w:tcW w:w="3685" w:type="dxa"/>
            <w:vAlign w:val="center"/>
          </w:tcPr>
          <w:p w:rsidR="00BB6C80" w:rsidRPr="005117ED" w:rsidRDefault="00BB6C80" w:rsidP="00A62B8B">
            <w:pPr>
              <w:spacing w:before="0"/>
              <w:ind w:left="360" w:firstLine="0"/>
              <w:jc w:val="center"/>
              <w:rPr>
                <w:rFonts w:cs="Sakkal Majalla"/>
                <w:color w:val="000000" w:themeColor="text1"/>
                <w:sz w:val="38"/>
                <w:szCs w:val="38"/>
              </w:rPr>
            </w:pPr>
            <w:r w:rsidRPr="005117ED">
              <w:rPr>
                <w:rFonts w:cs="Sakkal Majalla"/>
                <w:color w:val="000000" w:themeColor="text1"/>
                <w:sz w:val="38"/>
                <w:szCs w:val="38"/>
                <w:rtl/>
              </w:rPr>
              <w:t>سرعة اتصال وقرار</w:t>
            </w:r>
          </w:p>
        </w:tc>
        <w:tc>
          <w:tcPr>
            <w:tcW w:w="3685" w:type="dxa"/>
            <w:vAlign w:val="center"/>
          </w:tcPr>
          <w:p w:rsidR="00BB6C80" w:rsidRPr="005117ED" w:rsidRDefault="00BB6C80" w:rsidP="00A62B8B">
            <w:pPr>
              <w:spacing w:before="0"/>
              <w:ind w:left="360" w:firstLine="0"/>
              <w:jc w:val="center"/>
              <w:rPr>
                <w:rFonts w:cs="Sakkal Majalla"/>
                <w:color w:val="000000" w:themeColor="text1"/>
                <w:sz w:val="38"/>
                <w:szCs w:val="38"/>
              </w:rPr>
            </w:pPr>
            <w:r w:rsidRPr="005117ED">
              <w:rPr>
                <w:rFonts w:cs="Sakkal Majalla"/>
                <w:color w:val="000000" w:themeColor="text1"/>
                <w:sz w:val="38"/>
                <w:szCs w:val="38"/>
                <w:rtl/>
              </w:rPr>
              <w:t>فرصة للحوار أو خطر للمركزية</w:t>
            </w:r>
          </w:p>
        </w:tc>
      </w:tr>
      <w:tr w:rsidR="00BB6C80" w:rsidRPr="005117ED" w:rsidTr="00007FCD">
        <w:trPr>
          <w:jc w:val="center"/>
        </w:trPr>
        <w:tc>
          <w:tcPr>
            <w:tcW w:w="2156" w:type="dxa"/>
            <w:vAlign w:val="center"/>
          </w:tcPr>
          <w:p w:rsidR="00BB6C80" w:rsidRPr="005117ED" w:rsidRDefault="00BB6C80" w:rsidP="00A62B8B">
            <w:pPr>
              <w:spacing w:before="0"/>
              <w:ind w:left="360" w:firstLine="0"/>
              <w:jc w:val="center"/>
              <w:rPr>
                <w:rFonts w:cs="Sakkal Majalla"/>
                <w:color w:val="000000" w:themeColor="text1"/>
                <w:sz w:val="38"/>
                <w:szCs w:val="38"/>
              </w:rPr>
            </w:pPr>
            <w:r w:rsidRPr="005117ED">
              <w:rPr>
                <w:rFonts w:cs="Sakkal Majalla"/>
                <w:color w:val="000000" w:themeColor="text1"/>
                <w:sz w:val="38"/>
                <w:szCs w:val="38"/>
                <w:rtl/>
              </w:rPr>
              <w:t>محدودية الموارد</w:t>
            </w:r>
          </w:p>
        </w:tc>
        <w:tc>
          <w:tcPr>
            <w:tcW w:w="3685" w:type="dxa"/>
            <w:vAlign w:val="center"/>
          </w:tcPr>
          <w:p w:rsidR="00BB6C80" w:rsidRPr="005117ED" w:rsidRDefault="00BB6C80" w:rsidP="00A62B8B">
            <w:pPr>
              <w:spacing w:before="0"/>
              <w:ind w:left="360" w:firstLine="0"/>
              <w:jc w:val="center"/>
              <w:rPr>
                <w:rFonts w:cs="Sakkal Majalla"/>
                <w:color w:val="000000" w:themeColor="text1"/>
                <w:sz w:val="38"/>
                <w:szCs w:val="38"/>
              </w:rPr>
            </w:pPr>
            <w:r w:rsidRPr="005117ED">
              <w:rPr>
                <w:rFonts w:cs="Sakkal Majalla"/>
                <w:color w:val="000000" w:themeColor="text1"/>
                <w:sz w:val="38"/>
                <w:szCs w:val="38"/>
                <w:rtl/>
              </w:rPr>
              <w:t>حساسية كلفة التجربة</w:t>
            </w:r>
          </w:p>
        </w:tc>
        <w:tc>
          <w:tcPr>
            <w:tcW w:w="3685" w:type="dxa"/>
            <w:vAlign w:val="center"/>
          </w:tcPr>
          <w:p w:rsidR="00BB6C80" w:rsidRPr="005117ED" w:rsidRDefault="00BB6C80" w:rsidP="00A62B8B">
            <w:pPr>
              <w:spacing w:before="0"/>
              <w:ind w:left="360" w:firstLine="0"/>
              <w:jc w:val="center"/>
              <w:rPr>
                <w:rFonts w:cs="Sakkal Majalla"/>
                <w:color w:val="000000" w:themeColor="text1"/>
                <w:sz w:val="38"/>
                <w:szCs w:val="38"/>
              </w:rPr>
            </w:pPr>
            <w:r w:rsidRPr="005117ED">
              <w:rPr>
                <w:rFonts w:cs="Sakkal Majalla"/>
                <w:color w:val="000000" w:themeColor="text1"/>
                <w:sz w:val="38"/>
                <w:szCs w:val="38"/>
                <w:rtl/>
              </w:rPr>
              <w:t>تجارب صغيرة منضبطة ومؤشرات واضحة</w:t>
            </w:r>
          </w:p>
        </w:tc>
      </w:tr>
      <w:tr w:rsidR="00BB6C80" w:rsidRPr="005117ED" w:rsidTr="00007FCD">
        <w:trPr>
          <w:jc w:val="center"/>
        </w:trPr>
        <w:tc>
          <w:tcPr>
            <w:tcW w:w="2156" w:type="dxa"/>
            <w:vAlign w:val="center"/>
          </w:tcPr>
          <w:p w:rsidR="00BB6C80" w:rsidRPr="005117ED" w:rsidRDefault="00BB6C80" w:rsidP="00A62B8B">
            <w:pPr>
              <w:spacing w:before="0"/>
              <w:ind w:left="360" w:firstLine="0"/>
              <w:jc w:val="center"/>
              <w:rPr>
                <w:rFonts w:cs="Sakkal Majalla"/>
                <w:color w:val="000000" w:themeColor="text1"/>
                <w:sz w:val="38"/>
                <w:szCs w:val="38"/>
              </w:rPr>
            </w:pPr>
            <w:r w:rsidRPr="005117ED">
              <w:rPr>
                <w:rFonts w:cs="Sakkal Majalla"/>
                <w:color w:val="000000" w:themeColor="text1"/>
                <w:sz w:val="38"/>
                <w:szCs w:val="38"/>
                <w:rtl/>
              </w:rPr>
              <w:t>قرب العميل</w:t>
            </w:r>
          </w:p>
        </w:tc>
        <w:tc>
          <w:tcPr>
            <w:tcW w:w="3685" w:type="dxa"/>
            <w:vAlign w:val="center"/>
          </w:tcPr>
          <w:p w:rsidR="00BB6C80" w:rsidRPr="005117ED" w:rsidRDefault="00BB6C80" w:rsidP="00A62B8B">
            <w:pPr>
              <w:spacing w:before="0"/>
              <w:ind w:left="360" w:firstLine="0"/>
              <w:jc w:val="center"/>
              <w:rPr>
                <w:rFonts w:cs="Sakkal Majalla"/>
                <w:color w:val="000000" w:themeColor="text1"/>
                <w:sz w:val="38"/>
                <w:szCs w:val="38"/>
              </w:rPr>
            </w:pPr>
            <w:r w:rsidRPr="005117ED">
              <w:rPr>
                <w:rFonts w:cs="Sakkal Majalla"/>
                <w:color w:val="000000" w:themeColor="text1"/>
                <w:sz w:val="38"/>
                <w:szCs w:val="38"/>
                <w:rtl/>
              </w:rPr>
              <w:t>معرفة مباشرة بالحاجة</w:t>
            </w:r>
          </w:p>
        </w:tc>
        <w:tc>
          <w:tcPr>
            <w:tcW w:w="3685" w:type="dxa"/>
            <w:vAlign w:val="center"/>
          </w:tcPr>
          <w:p w:rsidR="00BB6C80" w:rsidRPr="005117ED" w:rsidRDefault="00BB6C80" w:rsidP="00A62B8B">
            <w:pPr>
              <w:spacing w:before="0"/>
              <w:ind w:left="360" w:firstLine="0"/>
              <w:jc w:val="center"/>
              <w:rPr>
                <w:rFonts w:cs="Sakkal Majalla"/>
                <w:color w:val="000000" w:themeColor="text1"/>
                <w:sz w:val="38"/>
                <w:szCs w:val="38"/>
              </w:rPr>
            </w:pPr>
            <w:r w:rsidRPr="005117ED">
              <w:rPr>
                <w:rFonts w:cs="Sakkal Majalla"/>
                <w:color w:val="000000" w:themeColor="text1"/>
                <w:sz w:val="38"/>
                <w:szCs w:val="38"/>
                <w:rtl/>
              </w:rPr>
              <w:t>إشراك الصفوف الأمامية في تحسين الخدمة</w:t>
            </w:r>
          </w:p>
        </w:tc>
      </w:tr>
      <w:tr w:rsidR="00BB6C80" w:rsidRPr="005117ED" w:rsidTr="00007FCD">
        <w:trPr>
          <w:jc w:val="center"/>
        </w:trPr>
        <w:tc>
          <w:tcPr>
            <w:tcW w:w="2156" w:type="dxa"/>
            <w:vAlign w:val="center"/>
          </w:tcPr>
          <w:p w:rsidR="00BB6C80" w:rsidRPr="005117ED" w:rsidRDefault="00BB6C80" w:rsidP="00A62B8B">
            <w:pPr>
              <w:spacing w:before="0"/>
              <w:ind w:left="360" w:firstLine="0"/>
              <w:jc w:val="center"/>
              <w:rPr>
                <w:rFonts w:cs="Sakkal Majalla"/>
                <w:color w:val="000000" w:themeColor="text1"/>
                <w:sz w:val="38"/>
                <w:szCs w:val="38"/>
              </w:rPr>
            </w:pPr>
            <w:r w:rsidRPr="005117ED">
              <w:rPr>
                <w:rFonts w:cs="Sakkal Majalla"/>
                <w:color w:val="000000" w:themeColor="text1"/>
                <w:sz w:val="38"/>
                <w:szCs w:val="38"/>
                <w:rtl/>
              </w:rPr>
              <w:t>تداخل الملكية والإدارة</w:t>
            </w:r>
          </w:p>
        </w:tc>
        <w:tc>
          <w:tcPr>
            <w:tcW w:w="3685" w:type="dxa"/>
            <w:vAlign w:val="center"/>
          </w:tcPr>
          <w:p w:rsidR="00BB6C80" w:rsidRPr="005117ED" w:rsidRDefault="00BB6C80" w:rsidP="00A62B8B">
            <w:pPr>
              <w:spacing w:before="0"/>
              <w:ind w:left="360" w:firstLine="0"/>
              <w:jc w:val="center"/>
              <w:rPr>
                <w:rFonts w:cs="Sakkal Majalla"/>
                <w:color w:val="000000" w:themeColor="text1"/>
                <w:sz w:val="38"/>
                <w:szCs w:val="38"/>
              </w:rPr>
            </w:pPr>
            <w:r w:rsidRPr="005117ED">
              <w:rPr>
                <w:rFonts w:cs="Sakkal Majalla"/>
                <w:color w:val="000000" w:themeColor="text1"/>
                <w:sz w:val="38"/>
                <w:szCs w:val="38"/>
                <w:rtl/>
              </w:rPr>
              <w:t>رؤية قوية واعتماد على المؤسس</w:t>
            </w:r>
          </w:p>
        </w:tc>
        <w:tc>
          <w:tcPr>
            <w:tcW w:w="3685" w:type="dxa"/>
            <w:vAlign w:val="center"/>
          </w:tcPr>
          <w:p w:rsidR="00BB6C80" w:rsidRPr="005117ED" w:rsidRDefault="00BB6C80" w:rsidP="00A62B8B">
            <w:pPr>
              <w:spacing w:before="0"/>
              <w:ind w:left="360" w:firstLine="0"/>
              <w:jc w:val="center"/>
              <w:rPr>
                <w:rFonts w:cs="Sakkal Majalla"/>
                <w:color w:val="000000" w:themeColor="text1"/>
                <w:sz w:val="38"/>
                <w:szCs w:val="38"/>
              </w:rPr>
            </w:pPr>
            <w:r w:rsidRPr="005117ED">
              <w:rPr>
                <w:rFonts w:cs="Sakkal Majalla"/>
                <w:color w:val="000000" w:themeColor="text1"/>
                <w:sz w:val="38"/>
                <w:szCs w:val="38"/>
                <w:rtl/>
              </w:rPr>
              <w:t>تفويض وبناء صف ثانٍ وتوثيق المعرفة</w:t>
            </w:r>
          </w:p>
        </w:tc>
      </w:tr>
      <w:tr w:rsidR="00BB6C80" w:rsidRPr="005117ED" w:rsidTr="00007FCD">
        <w:trPr>
          <w:jc w:val="center"/>
        </w:trPr>
        <w:tc>
          <w:tcPr>
            <w:tcW w:w="2156" w:type="dxa"/>
            <w:vAlign w:val="center"/>
          </w:tcPr>
          <w:p w:rsidR="00BB6C80" w:rsidRPr="005117ED" w:rsidRDefault="00BB6C80" w:rsidP="00A62B8B">
            <w:pPr>
              <w:spacing w:before="0"/>
              <w:ind w:left="360" w:firstLine="0"/>
              <w:jc w:val="center"/>
              <w:rPr>
                <w:rFonts w:cs="Sakkal Majalla"/>
                <w:color w:val="000000" w:themeColor="text1"/>
                <w:sz w:val="38"/>
                <w:szCs w:val="38"/>
              </w:rPr>
            </w:pPr>
            <w:r w:rsidRPr="005117ED">
              <w:rPr>
                <w:rFonts w:cs="Sakkal Majalla"/>
                <w:color w:val="000000" w:themeColor="text1"/>
                <w:sz w:val="38"/>
                <w:szCs w:val="38"/>
                <w:rtl/>
              </w:rPr>
              <w:t>مرونة الأدوار</w:t>
            </w:r>
          </w:p>
        </w:tc>
        <w:tc>
          <w:tcPr>
            <w:tcW w:w="3685" w:type="dxa"/>
            <w:vAlign w:val="center"/>
          </w:tcPr>
          <w:p w:rsidR="00BB6C80" w:rsidRPr="005117ED" w:rsidRDefault="00BB6C80" w:rsidP="00A62B8B">
            <w:pPr>
              <w:spacing w:before="0"/>
              <w:ind w:left="360" w:firstLine="0"/>
              <w:jc w:val="center"/>
              <w:rPr>
                <w:rFonts w:cs="Sakkal Majalla"/>
                <w:color w:val="000000" w:themeColor="text1"/>
                <w:sz w:val="38"/>
                <w:szCs w:val="38"/>
              </w:rPr>
            </w:pPr>
            <w:r w:rsidRPr="005117ED">
              <w:rPr>
                <w:rFonts w:cs="Sakkal Majalla"/>
                <w:color w:val="000000" w:themeColor="text1"/>
                <w:sz w:val="38"/>
                <w:szCs w:val="38"/>
                <w:rtl/>
              </w:rPr>
              <w:t>تعلم متعدد وتداخل مهام</w:t>
            </w:r>
          </w:p>
        </w:tc>
        <w:tc>
          <w:tcPr>
            <w:tcW w:w="3685" w:type="dxa"/>
            <w:vAlign w:val="center"/>
          </w:tcPr>
          <w:p w:rsidR="00BB6C80" w:rsidRPr="005117ED" w:rsidRDefault="00BB6C80" w:rsidP="00A62B8B">
            <w:pPr>
              <w:spacing w:before="0"/>
              <w:ind w:left="360" w:firstLine="0"/>
              <w:jc w:val="center"/>
              <w:rPr>
                <w:rFonts w:cs="Sakkal Majalla"/>
                <w:color w:val="000000" w:themeColor="text1"/>
                <w:sz w:val="38"/>
                <w:szCs w:val="38"/>
              </w:rPr>
            </w:pPr>
            <w:r w:rsidRPr="005117ED">
              <w:rPr>
                <w:rFonts w:cs="Sakkal Majalla"/>
                <w:color w:val="000000" w:themeColor="text1"/>
                <w:sz w:val="38"/>
                <w:szCs w:val="38"/>
                <w:rtl/>
              </w:rPr>
              <w:t>حماية الوضوح والمساءلة وتوزيع الأدوار</w:t>
            </w:r>
          </w:p>
        </w:tc>
      </w:tr>
    </w:tbl>
    <w:p w:rsidR="00BB6C80" w:rsidRDefault="00A62B8B" w:rsidP="00A62B8B">
      <w:pPr>
        <w:spacing w:before="0"/>
        <w:ind w:firstLine="0"/>
        <w:jc w:val="both"/>
        <w:rPr>
          <w:rFonts w:cs="Sakkal Majalla"/>
          <w:color w:val="000000" w:themeColor="text1"/>
          <w:sz w:val="28"/>
          <w:szCs w:val="28"/>
          <w:rtl/>
        </w:rPr>
      </w:pPr>
      <w:r w:rsidRPr="005117ED">
        <w:rPr>
          <w:rFonts w:cs="Sakkal Majalla" w:hint="cs"/>
          <w:color w:val="000000" w:themeColor="text1"/>
          <w:sz w:val="28"/>
          <w:szCs w:val="28"/>
          <w:rtl/>
        </w:rPr>
        <w:t>*</w:t>
      </w:r>
      <w:r w:rsidR="00BB6C80" w:rsidRPr="005117ED">
        <w:rPr>
          <w:rFonts w:cs="Sakkal Majalla"/>
          <w:color w:val="000000" w:themeColor="text1"/>
          <w:sz w:val="28"/>
          <w:szCs w:val="28"/>
          <w:rtl/>
        </w:rPr>
        <w:t>المصدر</w:t>
      </w:r>
      <w:r w:rsidR="00BB6C80" w:rsidRPr="005117ED">
        <w:rPr>
          <w:rFonts w:cs="Sakkal Majalla"/>
          <w:color w:val="000000" w:themeColor="text1"/>
          <w:sz w:val="28"/>
          <w:szCs w:val="28"/>
        </w:rPr>
        <w:t xml:space="preserve">: </w:t>
      </w:r>
      <w:r w:rsidR="00BB6C80" w:rsidRPr="005117ED">
        <w:rPr>
          <w:rFonts w:cs="Sakkal Majalla"/>
          <w:color w:val="000000" w:themeColor="text1"/>
          <w:sz w:val="28"/>
          <w:szCs w:val="28"/>
          <w:rtl/>
        </w:rPr>
        <w:t>إعداد الباحث بالاعتماد على</w:t>
      </w:r>
      <w:r w:rsidR="00BB6C80" w:rsidRPr="005117ED">
        <w:rPr>
          <w:rFonts w:cs="Sakkal Majalla"/>
          <w:color w:val="000000" w:themeColor="text1"/>
          <w:sz w:val="28"/>
          <w:szCs w:val="28"/>
        </w:rPr>
        <w:t xml:space="preserve">: </w:t>
      </w:r>
      <w:r w:rsidR="00BB6C80" w:rsidRPr="005117ED">
        <w:rPr>
          <w:rFonts w:cs="Sakkal Majalla"/>
          <w:color w:val="000000" w:themeColor="text1"/>
          <w:sz w:val="28"/>
          <w:szCs w:val="28"/>
          <w:rtl/>
        </w:rPr>
        <w:t xml:space="preserve">منشآت </w:t>
      </w:r>
      <w:r w:rsidRPr="005117ED">
        <w:rPr>
          <w:rFonts w:cs="Sakkal Majalla" w:hint="cs"/>
          <w:color w:val="000000" w:themeColor="text1"/>
          <w:sz w:val="28"/>
          <w:szCs w:val="28"/>
          <w:rtl/>
        </w:rPr>
        <w:t>(</w:t>
      </w:r>
      <w:r w:rsidR="00BB6C80" w:rsidRPr="005117ED">
        <w:rPr>
          <w:rFonts w:cs="Sakkal Majalla"/>
          <w:color w:val="000000" w:themeColor="text1"/>
          <w:sz w:val="28"/>
          <w:szCs w:val="28"/>
          <w:rtl/>
        </w:rPr>
        <w:t>د</w:t>
      </w:r>
      <w:r w:rsidR="00BB6C80" w:rsidRPr="005117ED">
        <w:rPr>
          <w:rFonts w:cs="Sakkal Majalla"/>
          <w:color w:val="000000" w:themeColor="text1"/>
          <w:sz w:val="28"/>
          <w:szCs w:val="28"/>
        </w:rPr>
        <w:t>.</w:t>
      </w:r>
      <w:r w:rsidR="00BB6C80" w:rsidRPr="005117ED">
        <w:rPr>
          <w:rFonts w:cs="Sakkal Majalla"/>
          <w:color w:val="000000" w:themeColor="text1"/>
          <w:sz w:val="28"/>
          <w:szCs w:val="28"/>
          <w:rtl/>
        </w:rPr>
        <w:t>ت</w:t>
      </w:r>
      <w:r w:rsidR="00BB6C80" w:rsidRPr="005117ED">
        <w:rPr>
          <w:rFonts w:cs="Sakkal Majalla"/>
          <w:color w:val="000000" w:themeColor="text1"/>
          <w:sz w:val="28"/>
          <w:szCs w:val="28"/>
        </w:rPr>
        <w:t>.</w:t>
      </w:r>
      <w:r w:rsidRPr="005117ED">
        <w:rPr>
          <w:rFonts w:cs="Sakkal Majalla" w:hint="cs"/>
          <w:color w:val="000000" w:themeColor="text1"/>
          <w:sz w:val="28"/>
          <w:szCs w:val="28"/>
          <w:rtl/>
        </w:rPr>
        <w:t>)</w:t>
      </w:r>
      <w:r w:rsidR="00BB6C80" w:rsidRPr="005117ED">
        <w:rPr>
          <w:rFonts w:cs="Sakkal Majalla"/>
          <w:color w:val="000000" w:themeColor="text1"/>
          <w:sz w:val="28"/>
          <w:szCs w:val="28"/>
          <w:rtl/>
        </w:rPr>
        <w:t xml:space="preserve">، رؤية السعودية </w:t>
      </w:r>
      <w:r w:rsidR="00BB6C80" w:rsidRPr="005117ED">
        <w:rPr>
          <w:rFonts w:cs="Sakkal Majalla"/>
          <w:color w:val="000000" w:themeColor="text1"/>
          <w:sz w:val="28"/>
          <w:szCs w:val="28"/>
        </w:rPr>
        <w:t>2030 (2016)</w:t>
      </w:r>
      <w:r w:rsidR="00BB6C80" w:rsidRPr="005117ED">
        <w:rPr>
          <w:rFonts w:cs="Sakkal Majalla"/>
          <w:color w:val="000000" w:themeColor="text1"/>
          <w:sz w:val="28"/>
          <w:szCs w:val="28"/>
          <w:rtl/>
        </w:rPr>
        <w:t xml:space="preserve">، جارحي وآخرون </w:t>
      </w:r>
      <w:r w:rsidR="00BB6C80" w:rsidRPr="005117ED">
        <w:rPr>
          <w:rFonts w:cs="Sakkal Majalla"/>
          <w:color w:val="000000" w:themeColor="text1"/>
          <w:sz w:val="28"/>
          <w:szCs w:val="28"/>
        </w:rPr>
        <w:t>(2019).</w:t>
      </w:r>
    </w:p>
    <w:p w:rsidR="00007FCD" w:rsidRDefault="00007FCD" w:rsidP="00A62B8B">
      <w:pPr>
        <w:spacing w:before="0"/>
        <w:ind w:firstLine="0"/>
        <w:jc w:val="both"/>
        <w:rPr>
          <w:rFonts w:cs="Sakkal Majalla"/>
          <w:color w:val="000000" w:themeColor="text1"/>
          <w:sz w:val="28"/>
          <w:szCs w:val="28"/>
          <w:rtl/>
        </w:rPr>
      </w:pPr>
    </w:p>
    <w:p w:rsidR="00BB6C80" w:rsidRPr="005117ED" w:rsidRDefault="00BB6C80" w:rsidP="00007FCD">
      <w:pPr>
        <w:spacing w:before="0"/>
        <w:ind w:firstLine="0"/>
        <w:jc w:val="center"/>
        <w:outlineLvl w:val="0"/>
        <w:rPr>
          <w:rFonts w:eastAsia="Times New Roman" w:cs="Sakkal Majalla"/>
          <w:b/>
          <w:bCs/>
          <w:color w:val="000000" w:themeColor="text1"/>
          <w:sz w:val="40"/>
          <w:szCs w:val="40"/>
        </w:rPr>
      </w:pPr>
      <w:bookmarkStart w:id="41" w:name="_Toc233321993"/>
      <w:r w:rsidRPr="005117ED">
        <w:rPr>
          <w:rFonts w:eastAsia="Times New Roman" w:cs="Sakkal Majalla"/>
          <w:b/>
          <w:bCs/>
          <w:color w:val="000000" w:themeColor="text1"/>
          <w:sz w:val="40"/>
          <w:szCs w:val="40"/>
          <w:rtl/>
        </w:rPr>
        <w:t xml:space="preserve">المبحث </w:t>
      </w:r>
      <w:proofErr w:type="gramStart"/>
      <w:r w:rsidRPr="005117ED">
        <w:rPr>
          <w:rFonts w:eastAsia="Times New Roman" w:cs="Sakkal Majalla"/>
          <w:b/>
          <w:bCs/>
          <w:color w:val="000000" w:themeColor="text1"/>
          <w:sz w:val="40"/>
          <w:szCs w:val="40"/>
          <w:rtl/>
        </w:rPr>
        <w:t>الرابع</w:t>
      </w:r>
      <w:r w:rsidRPr="005117ED">
        <w:rPr>
          <w:rFonts w:eastAsia="Times New Roman" w:cs="Sakkal Majalla"/>
          <w:b/>
          <w:bCs/>
          <w:color w:val="000000" w:themeColor="text1"/>
          <w:sz w:val="40"/>
          <w:szCs w:val="40"/>
        </w:rPr>
        <w:t xml:space="preserve">: </w:t>
      </w:r>
      <w:r w:rsidR="00007FCD">
        <w:rPr>
          <w:rFonts w:eastAsia="Times New Roman" w:cs="Sakkal Majalla" w:hint="cs"/>
          <w:b/>
          <w:bCs/>
          <w:color w:val="000000" w:themeColor="text1"/>
          <w:sz w:val="40"/>
          <w:szCs w:val="40"/>
          <w:rtl/>
        </w:rPr>
        <w:t xml:space="preserve"> </w:t>
      </w:r>
      <w:r w:rsidRPr="005117ED">
        <w:rPr>
          <w:rFonts w:eastAsia="Times New Roman" w:cs="Sakkal Majalla"/>
          <w:b/>
          <w:bCs/>
          <w:color w:val="000000" w:themeColor="text1"/>
          <w:sz w:val="40"/>
          <w:szCs w:val="40"/>
          <w:rtl/>
        </w:rPr>
        <w:t>العلاقة</w:t>
      </w:r>
      <w:proofErr w:type="gramEnd"/>
      <w:r w:rsidRPr="005117ED">
        <w:rPr>
          <w:rFonts w:eastAsia="Times New Roman" w:cs="Sakkal Majalla"/>
          <w:b/>
          <w:bCs/>
          <w:color w:val="000000" w:themeColor="text1"/>
          <w:sz w:val="40"/>
          <w:szCs w:val="40"/>
          <w:rtl/>
        </w:rPr>
        <w:t xml:space="preserve"> بين القيادة التحويلية والإبداع التنظيمي</w:t>
      </w:r>
      <w:bookmarkEnd w:id="41"/>
    </w:p>
    <w:p w:rsidR="00BB6C80" w:rsidRPr="005117ED" w:rsidRDefault="00BB6C80" w:rsidP="00D433DA">
      <w:pPr>
        <w:spacing w:before="0"/>
        <w:ind w:firstLine="0"/>
        <w:jc w:val="left"/>
        <w:outlineLvl w:val="0"/>
        <w:rPr>
          <w:rFonts w:eastAsia="Times New Roman" w:cs="Sakkal Majalla"/>
          <w:b/>
          <w:bCs/>
          <w:color w:val="000000" w:themeColor="text1"/>
          <w:sz w:val="40"/>
          <w:szCs w:val="40"/>
        </w:rPr>
      </w:pPr>
      <w:bookmarkStart w:id="42" w:name="_Toc233321994"/>
      <w:r w:rsidRPr="005117ED">
        <w:rPr>
          <w:rFonts w:eastAsia="Times New Roman" w:cs="Sakkal Majalla"/>
          <w:b/>
          <w:bCs/>
          <w:color w:val="000000" w:themeColor="text1"/>
          <w:sz w:val="40"/>
          <w:szCs w:val="40"/>
        </w:rPr>
        <w:t xml:space="preserve">2-4-1 </w:t>
      </w:r>
      <w:r w:rsidRPr="005117ED">
        <w:rPr>
          <w:rFonts w:eastAsia="Times New Roman" w:cs="Sakkal Majalla"/>
          <w:b/>
          <w:bCs/>
          <w:color w:val="000000" w:themeColor="text1"/>
          <w:sz w:val="40"/>
          <w:szCs w:val="40"/>
          <w:rtl/>
        </w:rPr>
        <w:t>الآليات النظرية ومسارات التأثير</w:t>
      </w:r>
      <w:r w:rsidR="005117ED" w:rsidRPr="005117ED">
        <w:rPr>
          <w:rFonts w:eastAsia="Times New Roman" w:cs="Sakkal Majalla" w:hint="cs"/>
          <w:b/>
          <w:bCs/>
          <w:color w:val="000000" w:themeColor="text1"/>
          <w:sz w:val="40"/>
          <w:szCs w:val="40"/>
          <w:rtl/>
        </w:rPr>
        <w:t>:</w:t>
      </w:r>
      <w:bookmarkEnd w:id="42"/>
      <w:r w:rsidR="005117ED" w:rsidRPr="005117ED">
        <w:rPr>
          <w:rFonts w:eastAsia="Times New Roman" w:cs="Sakkal Majalla" w:hint="cs"/>
          <w:b/>
          <w:bCs/>
          <w:color w:val="000000" w:themeColor="text1"/>
          <w:sz w:val="40"/>
          <w:szCs w:val="40"/>
          <w:rtl/>
        </w:rPr>
        <w:t xml:space="preserve"> </w:t>
      </w:r>
    </w:p>
    <w:p w:rsidR="00BB6C80" w:rsidRPr="005117ED" w:rsidRDefault="00BB6C80" w:rsidP="00A62B8B">
      <w:pPr>
        <w:spacing w:before="0"/>
        <w:ind w:firstLine="720"/>
        <w:jc w:val="both"/>
        <w:rPr>
          <w:rFonts w:cs="Sakkal Majalla"/>
          <w:color w:val="000000" w:themeColor="text1"/>
          <w:sz w:val="38"/>
          <w:szCs w:val="38"/>
        </w:rPr>
      </w:pPr>
      <w:r w:rsidRPr="005117ED">
        <w:rPr>
          <w:rFonts w:cs="Sakkal Majalla"/>
          <w:color w:val="000000" w:themeColor="text1"/>
          <w:sz w:val="38"/>
          <w:szCs w:val="38"/>
          <w:rtl/>
        </w:rPr>
        <w:t>يمكن تفسير العلاقة بين القيادة التحويلية والإبداع التنظيمي عبر عدة مسارات متداخلة</w:t>
      </w:r>
      <w:r w:rsidRPr="005117ED">
        <w:rPr>
          <w:rFonts w:cs="Sakkal Majalla"/>
          <w:color w:val="000000" w:themeColor="text1"/>
          <w:sz w:val="38"/>
          <w:szCs w:val="38"/>
        </w:rPr>
        <w:t xml:space="preserve">. </w:t>
      </w:r>
      <w:r w:rsidRPr="005117ED">
        <w:rPr>
          <w:rFonts w:cs="Sakkal Majalla"/>
          <w:color w:val="000000" w:themeColor="text1"/>
          <w:sz w:val="38"/>
          <w:szCs w:val="38"/>
          <w:rtl/>
        </w:rPr>
        <w:t>يتمثل المسار الأول في الدافعية الداخلية؛ فالرؤية الملهمة تربط المهمة بهدف ذي معنى، والاعتبار الفردي يعزز الشعور بالكفاءة، والاستثارة الفكرية تمنح مساحة للاستقلالية</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وكلما ارتفعت هذه العناصر زادت احتمالات أن يبذل العامل جهدًا معرفيًا إضافيًا في توليد الأفكار وتطويرها </w:t>
      </w:r>
      <w:r w:rsidR="00A62B8B" w:rsidRPr="005117ED">
        <w:rPr>
          <w:rFonts w:cs="Sakkal Majalla" w:hint="cs"/>
          <w:color w:val="000000" w:themeColor="text1"/>
          <w:sz w:val="38"/>
          <w:szCs w:val="38"/>
          <w:rtl/>
        </w:rPr>
        <w:t>(</w:t>
      </w:r>
      <w:r w:rsidRPr="005117ED">
        <w:rPr>
          <w:rFonts w:cs="Sakkal Majalla"/>
          <w:color w:val="000000" w:themeColor="text1"/>
          <w:sz w:val="38"/>
          <w:szCs w:val="38"/>
          <w:rtl/>
        </w:rPr>
        <w:t xml:space="preserve">العتيبي، </w:t>
      </w:r>
      <w:r w:rsidRPr="005117ED">
        <w:rPr>
          <w:rFonts w:cs="Sakkal Majalla"/>
          <w:color w:val="000000" w:themeColor="text1"/>
          <w:sz w:val="38"/>
          <w:szCs w:val="38"/>
        </w:rPr>
        <w:t>2016</w:t>
      </w:r>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Pr>
        <w:t>Amabile</w:t>
      </w:r>
      <w:proofErr w:type="spellEnd"/>
      <w:r w:rsidRPr="005117ED">
        <w:rPr>
          <w:rFonts w:cs="Sakkal Majalla"/>
          <w:color w:val="000000" w:themeColor="text1"/>
          <w:sz w:val="38"/>
          <w:szCs w:val="38"/>
        </w:rPr>
        <w:t>, 1996</w:t>
      </w:r>
      <w:r w:rsidRPr="005117ED">
        <w:rPr>
          <w:rFonts w:cs="Sakkal Majalla"/>
          <w:color w:val="000000" w:themeColor="text1"/>
          <w:sz w:val="38"/>
          <w:szCs w:val="38"/>
          <w:rtl/>
        </w:rPr>
        <w:t xml:space="preserve">؛ </w:t>
      </w:r>
      <w:r w:rsidRPr="005117ED">
        <w:rPr>
          <w:rFonts w:cs="Sakkal Majalla"/>
          <w:color w:val="000000" w:themeColor="text1"/>
          <w:sz w:val="38"/>
          <w:szCs w:val="38"/>
        </w:rPr>
        <w:t xml:space="preserve">Bass &amp; </w:t>
      </w:r>
      <w:proofErr w:type="spellStart"/>
      <w:r w:rsidRPr="005117ED">
        <w:rPr>
          <w:rFonts w:cs="Sakkal Majalla"/>
          <w:color w:val="000000" w:themeColor="text1"/>
          <w:sz w:val="38"/>
          <w:szCs w:val="38"/>
        </w:rPr>
        <w:t>Riggio</w:t>
      </w:r>
      <w:proofErr w:type="spellEnd"/>
      <w:r w:rsidRPr="005117ED">
        <w:rPr>
          <w:rFonts w:cs="Sakkal Majalla"/>
          <w:color w:val="000000" w:themeColor="text1"/>
          <w:sz w:val="38"/>
          <w:szCs w:val="38"/>
        </w:rPr>
        <w:t>, 2006</w:t>
      </w:r>
      <w:r w:rsidR="00A62B8B" w:rsidRPr="005117ED">
        <w:rPr>
          <w:rFonts w:cs="Sakkal Majalla" w:hint="cs"/>
          <w:color w:val="000000" w:themeColor="text1"/>
          <w:sz w:val="38"/>
          <w:szCs w:val="38"/>
          <w:rtl/>
        </w:rPr>
        <w:t>)</w:t>
      </w:r>
      <w:r w:rsidRPr="005117ED">
        <w:rPr>
          <w:rFonts w:cs="Sakkal Majalla"/>
          <w:color w:val="000000" w:themeColor="text1"/>
          <w:sz w:val="38"/>
          <w:szCs w:val="38"/>
        </w:rPr>
        <w:t>.</w:t>
      </w:r>
    </w:p>
    <w:p w:rsidR="00BB6C80" w:rsidRPr="005117ED" w:rsidRDefault="00BB6C80" w:rsidP="00A62B8B">
      <w:pPr>
        <w:spacing w:before="0"/>
        <w:ind w:firstLine="720"/>
        <w:jc w:val="both"/>
        <w:rPr>
          <w:rFonts w:cs="Sakkal Majalla"/>
          <w:color w:val="000000" w:themeColor="text1"/>
          <w:sz w:val="38"/>
          <w:szCs w:val="38"/>
        </w:rPr>
      </w:pPr>
      <w:r w:rsidRPr="005117ED">
        <w:rPr>
          <w:rFonts w:cs="Sakkal Majalla"/>
          <w:color w:val="000000" w:themeColor="text1"/>
          <w:sz w:val="38"/>
          <w:szCs w:val="38"/>
          <w:rtl/>
        </w:rPr>
        <w:t>أما المسار الثاني فيتعلق بالأمان النفسي؛ إذ يبدأ من التأثير المثالي وعدالة القائد واستجابته للأخطاء والأسئلة</w:t>
      </w:r>
      <w:r w:rsidRPr="005117ED">
        <w:rPr>
          <w:rFonts w:cs="Sakkal Majalla"/>
          <w:color w:val="000000" w:themeColor="text1"/>
          <w:sz w:val="38"/>
          <w:szCs w:val="38"/>
        </w:rPr>
        <w:t xml:space="preserve">. </w:t>
      </w:r>
      <w:r w:rsidRPr="005117ED">
        <w:rPr>
          <w:rFonts w:cs="Sakkal Majalla"/>
          <w:color w:val="000000" w:themeColor="text1"/>
          <w:sz w:val="38"/>
          <w:szCs w:val="38"/>
          <w:rtl/>
        </w:rPr>
        <w:t>عندما يرى العاملون أن الاعتراض المهني لا يهدد مكانتهم، يصبحون أكثر ميلًا لعرض الأفكار غير المكتملة وطلب المساعدة وتجريب بدائل جديدة</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ويدعم هذا المسار ما توصلت إليه دراسات تربط القيادة التحويلية بإبداع العاملين من خلال الأمان النفسي والثقة </w:t>
      </w:r>
      <w:r w:rsidR="00A62B8B" w:rsidRPr="005117ED">
        <w:rPr>
          <w:rFonts w:cs="Sakkal Majalla" w:hint="cs"/>
          <w:color w:val="000000" w:themeColor="text1"/>
          <w:sz w:val="38"/>
          <w:szCs w:val="38"/>
          <w:rtl/>
        </w:rPr>
        <w:t>(</w:t>
      </w:r>
      <w:proofErr w:type="spellStart"/>
      <w:r w:rsidRPr="005117ED">
        <w:rPr>
          <w:rFonts w:cs="Sakkal Majalla"/>
          <w:color w:val="000000" w:themeColor="text1"/>
          <w:sz w:val="38"/>
          <w:szCs w:val="38"/>
          <w:rtl/>
        </w:rPr>
        <w:t>الحبيشي</w:t>
      </w:r>
      <w:proofErr w:type="spellEnd"/>
      <w:r w:rsidRPr="005117ED">
        <w:rPr>
          <w:rFonts w:cs="Sakkal Majalla"/>
          <w:color w:val="000000" w:themeColor="text1"/>
          <w:sz w:val="38"/>
          <w:szCs w:val="38"/>
          <w:rtl/>
        </w:rPr>
        <w:t xml:space="preserve"> وحسان، </w:t>
      </w:r>
      <w:r w:rsidRPr="005117ED">
        <w:rPr>
          <w:rFonts w:cs="Sakkal Majalla"/>
          <w:color w:val="000000" w:themeColor="text1"/>
          <w:sz w:val="38"/>
          <w:szCs w:val="38"/>
        </w:rPr>
        <w:t>2021</w:t>
      </w:r>
      <w:r w:rsidRPr="005117ED">
        <w:rPr>
          <w:rFonts w:cs="Sakkal Majalla"/>
          <w:color w:val="000000" w:themeColor="text1"/>
          <w:sz w:val="38"/>
          <w:szCs w:val="38"/>
          <w:rtl/>
        </w:rPr>
        <w:t xml:space="preserve">؛ </w:t>
      </w:r>
      <w:r w:rsidRPr="005117ED">
        <w:rPr>
          <w:rFonts w:cs="Sakkal Majalla"/>
          <w:color w:val="000000" w:themeColor="text1"/>
          <w:sz w:val="38"/>
          <w:szCs w:val="38"/>
        </w:rPr>
        <w:t>Edmondson, 1999</w:t>
      </w:r>
      <w:r w:rsidR="00A62B8B" w:rsidRPr="005117ED">
        <w:rPr>
          <w:rFonts w:cs="Sakkal Majalla" w:hint="cs"/>
          <w:color w:val="000000" w:themeColor="text1"/>
          <w:sz w:val="38"/>
          <w:szCs w:val="38"/>
          <w:rtl/>
        </w:rPr>
        <w:t>)</w:t>
      </w:r>
      <w:r w:rsidRPr="005117ED">
        <w:rPr>
          <w:rFonts w:cs="Sakkal Majalla"/>
          <w:color w:val="000000" w:themeColor="text1"/>
          <w:sz w:val="38"/>
          <w:szCs w:val="38"/>
        </w:rPr>
        <w:t>.</w:t>
      </w:r>
    </w:p>
    <w:p w:rsidR="00BB6C80" w:rsidRPr="005117ED" w:rsidRDefault="00BB6C80" w:rsidP="00A62B8B">
      <w:pPr>
        <w:spacing w:before="0"/>
        <w:ind w:firstLine="720"/>
        <w:jc w:val="both"/>
        <w:rPr>
          <w:rFonts w:cs="Sakkal Majalla"/>
          <w:color w:val="000000" w:themeColor="text1"/>
          <w:sz w:val="38"/>
          <w:szCs w:val="38"/>
        </w:rPr>
      </w:pPr>
      <w:r w:rsidRPr="005117ED">
        <w:rPr>
          <w:rFonts w:cs="Sakkal Majalla"/>
          <w:color w:val="000000" w:themeColor="text1"/>
          <w:sz w:val="38"/>
          <w:szCs w:val="38"/>
          <w:rtl/>
        </w:rPr>
        <w:t>ويتمثل المسار الثالث في تبادل المعرفة؛ فالقائد التحويلي يبني هدفًا مشتركًا ويقلل الحواجز بين الأفراد ويشجع التعلم والمشاركة</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وتتطلب الأفكار التنظيمية غالبًا دمج معرفة موزعة بين المبيعات والعمليات والتمويل والتقنية وخدمة العملاء، ولذلك فإن القيادة التي تحسن إدارة الحوار تزيد فرص تحويل المعرفة المتفرقة إلى حلول عملية </w:t>
      </w:r>
      <w:r w:rsidR="00A62B8B" w:rsidRPr="005117ED">
        <w:rPr>
          <w:rFonts w:cs="Sakkal Majalla" w:hint="cs"/>
          <w:color w:val="000000" w:themeColor="text1"/>
          <w:sz w:val="38"/>
          <w:szCs w:val="38"/>
          <w:rtl/>
        </w:rPr>
        <w:t>(</w:t>
      </w:r>
      <w:r w:rsidRPr="005117ED">
        <w:rPr>
          <w:rFonts w:cs="Sakkal Majalla"/>
          <w:color w:val="000000" w:themeColor="text1"/>
          <w:sz w:val="38"/>
          <w:szCs w:val="38"/>
          <w:rtl/>
        </w:rPr>
        <w:t xml:space="preserve">الفاعوري، </w:t>
      </w:r>
      <w:r w:rsidRPr="005117ED">
        <w:rPr>
          <w:rFonts w:cs="Sakkal Majalla"/>
          <w:color w:val="000000" w:themeColor="text1"/>
          <w:sz w:val="38"/>
          <w:szCs w:val="38"/>
        </w:rPr>
        <w:t>2005</w:t>
      </w:r>
      <w:r w:rsidRPr="005117ED">
        <w:rPr>
          <w:rFonts w:cs="Sakkal Majalla"/>
          <w:color w:val="000000" w:themeColor="text1"/>
          <w:sz w:val="38"/>
          <w:szCs w:val="38"/>
          <w:rtl/>
        </w:rPr>
        <w:t xml:space="preserve">؛ </w:t>
      </w:r>
      <w:r w:rsidRPr="005117ED">
        <w:rPr>
          <w:rFonts w:cs="Sakkal Majalla"/>
          <w:color w:val="000000" w:themeColor="text1"/>
          <w:sz w:val="38"/>
          <w:szCs w:val="38"/>
        </w:rPr>
        <w:t>Woodman, Sawyer &amp; Griffin, 1993</w:t>
      </w:r>
      <w:r w:rsidR="00A62B8B" w:rsidRPr="005117ED">
        <w:rPr>
          <w:rFonts w:cs="Sakkal Majalla" w:hint="cs"/>
          <w:color w:val="000000" w:themeColor="text1"/>
          <w:sz w:val="38"/>
          <w:szCs w:val="38"/>
          <w:rtl/>
        </w:rPr>
        <w:t>)</w:t>
      </w:r>
      <w:r w:rsidRPr="005117ED">
        <w:rPr>
          <w:rFonts w:cs="Sakkal Majalla"/>
          <w:color w:val="000000" w:themeColor="text1"/>
          <w:sz w:val="38"/>
          <w:szCs w:val="38"/>
        </w:rPr>
        <w:t>.</w:t>
      </w:r>
    </w:p>
    <w:p w:rsidR="00BB6C80" w:rsidRPr="005117ED" w:rsidRDefault="00BB6C80" w:rsidP="00A62B8B">
      <w:pPr>
        <w:spacing w:before="0"/>
        <w:ind w:firstLine="720"/>
        <w:jc w:val="both"/>
        <w:rPr>
          <w:rFonts w:cs="Sakkal Majalla"/>
          <w:color w:val="000000" w:themeColor="text1"/>
          <w:sz w:val="38"/>
          <w:szCs w:val="38"/>
        </w:rPr>
      </w:pPr>
      <w:r w:rsidRPr="005117ED">
        <w:rPr>
          <w:rFonts w:cs="Sakkal Majalla"/>
          <w:color w:val="000000" w:themeColor="text1"/>
          <w:sz w:val="38"/>
          <w:szCs w:val="38"/>
          <w:rtl/>
        </w:rPr>
        <w:t>ويظهر المسار الرابع في التمكين والتعلم من الخطأ؛ فالقائد الذي يمنح صلاحيات وموارد وحدودًا واضحة للتصرف يسمح للعامل بتجريب حل صغير وجمع دليل مبدئي قبل طلب اعتماد واسع</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كما أن طريقة تفسير النتائج غير المتوقعة تحدد ما إذا كان الخطأ سيصبح مصدرًا للتعلم أو سببًا للإخفاء، ومن هنا يرتبط الإبداع بممارسات القيادة في المساءلة والتغذية الراجعة </w:t>
      </w:r>
      <w:r w:rsidR="00A62B8B" w:rsidRPr="005117ED">
        <w:rPr>
          <w:rFonts w:cs="Sakkal Majalla" w:hint="cs"/>
          <w:color w:val="000000" w:themeColor="text1"/>
          <w:sz w:val="38"/>
          <w:szCs w:val="38"/>
          <w:rtl/>
        </w:rPr>
        <w:t>(</w:t>
      </w:r>
      <w:r w:rsidRPr="005117ED">
        <w:rPr>
          <w:rFonts w:cs="Sakkal Majalla"/>
          <w:color w:val="000000" w:themeColor="text1"/>
          <w:sz w:val="38"/>
          <w:szCs w:val="38"/>
          <w:rtl/>
        </w:rPr>
        <w:t xml:space="preserve">العتيبي، </w:t>
      </w:r>
      <w:r w:rsidRPr="005117ED">
        <w:rPr>
          <w:rFonts w:cs="Sakkal Majalla"/>
          <w:color w:val="000000" w:themeColor="text1"/>
          <w:sz w:val="38"/>
          <w:szCs w:val="38"/>
        </w:rPr>
        <w:t>2016</w:t>
      </w:r>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Pr>
        <w:t>Amabile</w:t>
      </w:r>
      <w:proofErr w:type="spellEnd"/>
      <w:r w:rsidRPr="005117ED">
        <w:rPr>
          <w:rFonts w:cs="Sakkal Majalla"/>
          <w:color w:val="000000" w:themeColor="text1"/>
          <w:sz w:val="38"/>
          <w:szCs w:val="38"/>
        </w:rPr>
        <w:t xml:space="preserve"> &amp; Pratt, 2016</w:t>
      </w:r>
      <w:r w:rsidR="00A62B8B" w:rsidRPr="005117ED">
        <w:rPr>
          <w:rFonts w:cs="Sakkal Majalla" w:hint="cs"/>
          <w:color w:val="000000" w:themeColor="text1"/>
          <w:sz w:val="38"/>
          <w:szCs w:val="38"/>
          <w:rtl/>
        </w:rPr>
        <w:t>)</w:t>
      </w:r>
      <w:r w:rsidRPr="005117ED">
        <w:rPr>
          <w:rFonts w:cs="Sakkal Majalla"/>
          <w:color w:val="000000" w:themeColor="text1"/>
          <w:sz w:val="38"/>
          <w:szCs w:val="38"/>
        </w:rPr>
        <w:t>.</w:t>
      </w:r>
    </w:p>
    <w:p w:rsidR="00A62B8B" w:rsidRPr="005117ED" w:rsidRDefault="00A62B8B" w:rsidP="00BB6C80">
      <w:pPr>
        <w:spacing w:before="0"/>
        <w:ind w:firstLine="0"/>
        <w:jc w:val="both"/>
        <w:rPr>
          <w:rFonts w:cs="Sakkal Majalla"/>
          <w:b/>
          <w:bCs/>
          <w:color w:val="000000" w:themeColor="text1"/>
          <w:sz w:val="38"/>
          <w:szCs w:val="38"/>
          <w:rtl/>
        </w:rPr>
      </w:pPr>
    </w:p>
    <w:p w:rsidR="005117ED" w:rsidRPr="005117ED" w:rsidRDefault="005117ED">
      <w:pPr>
        <w:bidi w:val="0"/>
        <w:spacing w:before="0" w:after="160" w:line="259" w:lineRule="auto"/>
        <w:ind w:firstLine="0"/>
        <w:jc w:val="left"/>
        <w:rPr>
          <w:rFonts w:cs="Sakkal Majalla"/>
          <w:b/>
          <w:bCs/>
          <w:color w:val="000000" w:themeColor="text1"/>
          <w:sz w:val="38"/>
          <w:szCs w:val="38"/>
          <w:rtl/>
        </w:rPr>
      </w:pPr>
      <w:r w:rsidRPr="005117ED">
        <w:rPr>
          <w:rFonts w:cs="Sakkal Majalla"/>
          <w:b/>
          <w:bCs/>
          <w:color w:val="000000" w:themeColor="text1"/>
          <w:sz w:val="38"/>
          <w:szCs w:val="38"/>
          <w:rtl/>
        </w:rPr>
        <w:br w:type="page"/>
      </w:r>
    </w:p>
    <w:p w:rsidR="00BB6C80" w:rsidRPr="005117ED" w:rsidRDefault="00BB6C80" w:rsidP="00A62B8B">
      <w:pPr>
        <w:spacing w:before="0"/>
        <w:ind w:firstLine="0"/>
        <w:jc w:val="center"/>
        <w:rPr>
          <w:rFonts w:cs="Sakkal Majalla"/>
          <w:color w:val="000000" w:themeColor="text1"/>
          <w:sz w:val="38"/>
          <w:szCs w:val="38"/>
        </w:rPr>
      </w:pPr>
      <w:r w:rsidRPr="005117ED">
        <w:rPr>
          <w:rFonts w:cs="Sakkal Majalla"/>
          <w:b/>
          <w:bCs/>
          <w:color w:val="000000" w:themeColor="text1"/>
          <w:sz w:val="38"/>
          <w:szCs w:val="38"/>
          <w:rtl/>
        </w:rPr>
        <w:lastRenderedPageBreak/>
        <w:t xml:space="preserve">جدول </w:t>
      </w:r>
      <w:r w:rsidRPr="005117ED">
        <w:rPr>
          <w:rFonts w:cs="Sakkal Majalla"/>
          <w:b/>
          <w:color w:val="000000" w:themeColor="text1"/>
          <w:sz w:val="38"/>
          <w:szCs w:val="38"/>
        </w:rPr>
        <w:t>(8</w:t>
      </w:r>
      <w:proofErr w:type="gramStart"/>
      <w:r w:rsidRPr="005117ED">
        <w:rPr>
          <w:rFonts w:cs="Sakkal Majalla"/>
          <w:b/>
          <w:color w:val="000000" w:themeColor="text1"/>
          <w:sz w:val="38"/>
          <w:szCs w:val="38"/>
        </w:rPr>
        <w:t>)</w:t>
      </w:r>
      <w:r w:rsidR="00A62B8B" w:rsidRPr="005117ED">
        <w:rPr>
          <w:rFonts w:cs="Sakkal Majalla" w:hint="cs"/>
          <w:b/>
          <w:color w:val="000000" w:themeColor="text1"/>
          <w:sz w:val="38"/>
          <w:szCs w:val="38"/>
          <w:rtl/>
        </w:rPr>
        <w:t xml:space="preserve"> </w:t>
      </w:r>
      <w:r w:rsidRPr="005117ED">
        <w:rPr>
          <w:rFonts w:cs="Sakkal Majalla"/>
          <w:b/>
          <w:color w:val="000000" w:themeColor="text1"/>
          <w:sz w:val="38"/>
          <w:szCs w:val="38"/>
        </w:rPr>
        <w:t>:</w:t>
      </w:r>
      <w:proofErr w:type="gramEnd"/>
      <w:r w:rsidR="00A62B8B" w:rsidRPr="005117ED">
        <w:rPr>
          <w:rFonts w:cs="Sakkal Majalla" w:hint="cs"/>
          <w:b/>
          <w:color w:val="000000" w:themeColor="text1"/>
          <w:sz w:val="38"/>
          <w:szCs w:val="38"/>
          <w:rtl/>
        </w:rPr>
        <w:t xml:space="preserve"> </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المسارات المفسرة لأثر القيادة التحويلية في الإبداع التنظيمي</w:t>
      </w:r>
    </w:p>
    <w:tbl>
      <w:tblPr>
        <w:tblStyle w:val="aa"/>
        <w:bidiVisual/>
        <w:tblW w:w="0" w:type="auto"/>
        <w:jc w:val="center"/>
        <w:tblLook w:val="04A0" w:firstRow="1" w:lastRow="0" w:firstColumn="1" w:lastColumn="0" w:noHBand="0" w:noVBand="1"/>
      </w:tblPr>
      <w:tblGrid>
        <w:gridCol w:w="2158"/>
        <w:gridCol w:w="3684"/>
        <w:gridCol w:w="3684"/>
      </w:tblGrid>
      <w:tr w:rsidR="00BB6C80" w:rsidRPr="005117ED" w:rsidTr="00A62B8B">
        <w:trPr>
          <w:jc w:val="center"/>
        </w:trPr>
        <w:tc>
          <w:tcPr>
            <w:tcW w:w="2158" w:type="dxa"/>
            <w:shd w:val="clear" w:color="auto" w:fill="1F4E79"/>
            <w:vAlign w:val="center"/>
          </w:tcPr>
          <w:p w:rsidR="00BB6C80" w:rsidRPr="005117ED" w:rsidRDefault="00BB6C80" w:rsidP="00A62B8B">
            <w:pPr>
              <w:spacing w:before="0"/>
              <w:ind w:firstLine="0"/>
              <w:jc w:val="center"/>
              <w:rPr>
                <w:rFonts w:cs="Sakkal Majalla"/>
                <w:color w:val="FFFFFF" w:themeColor="background1"/>
                <w:sz w:val="38"/>
                <w:szCs w:val="38"/>
              </w:rPr>
            </w:pPr>
            <w:r w:rsidRPr="005117ED">
              <w:rPr>
                <w:rFonts w:cs="Sakkal Majalla"/>
                <w:b/>
                <w:bCs/>
                <w:color w:val="FFFFFF" w:themeColor="background1"/>
                <w:sz w:val="38"/>
                <w:szCs w:val="38"/>
                <w:rtl/>
              </w:rPr>
              <w:t>المسار</w:t>
            </w:r>
          </w:p>
        </w:tc>
        <w:tc>
          <w:tcPr>
            <w:tcW w:w="3684" w:type="dxa"/>
            <w:shd w:val="clear" w:color="auto" w:fill="1F4E79"/>
            <w:vAlign w:val="center"/>
          </w:tcPr>
          <w:p w:rsidR="00BB6C80" w:rsidRPr="005117ED" w:rsidRDefault="00BB6C80" w:rsidP="00A62B8B">
            <w:pPr>
              <w:spacing w:before="0"/>
              <w:ind w:firstLine="0"/>
              <w:jc w:val="center"/>
              <w:rPr>
                <w:rFonts w:cs="Sakkal Majalla"/>
                <w:color w:val="FFFFFF" w:themeColor="background1"/>
                <w:sz w:val="38"/>
                <w:szCs w:val="38"/>
              </w:rPr>
            </w:pPr>
            <w:r w:rsidRPr="005117ED">
              <w:rPr>
                <w:rFonts w:cs="Sakkal Majalla"/>
                <w:b/>
                <w:bCs/>
                <w:color w:val="FFFFFF" w:themeColor="background1"/>
                <w:sz w:val="38"/>
                <w:szCs w:val="38"/>
                <w:rtl/>
              </w:rPr>
              <w:t>كيف تدعمه القيادة التحويلية؟</w:t>
            </w:r>
          </w:p>
        </w:tc>
        <w:tc>
          <w:tcPr>
            <w:tcW w:w="3684" w:type="dxa"/>
            <w:shd w:val="clear" w:color="auto" w:fill="1F4E79"/>
            <w:vAlign w:val="center"/>
          </w:tcPr>
          <w:p w:rsidR="00BB6C80" w:rsidRPr="005117ED" w:rsidRDefault="00BB6C80" w:rsidP="00A62B8B">
            <w:pPr>
              <w:spacing w:before="0"/>
              <w:ind w:firstLine="0"/>
              <w:jc w:val="center"/>
              <w:rPr>
                <w:rFonts w:cs="Sakkal Majalla"/>
                <w:color w:val="FFFFFF" w:themeColor="background1"/>
                <w:sz w:val="38"/>
                <w:szCs w:val="38"/>
              </w:rPr>
            </w:pPr>
            <w:r w:rsidRPr="005117ED">
              <w:rPr>
                <w:rFonts w:cs="Sakkal Majalla"/>
                <w:b/>
                <w:bCs/>
                <w:color w:val="FFFFFF" w:themeColor="background1"/>
                <w:sz w:val="38"/>
                <w:szCs w:val="38"/>
                <w:rtl/>
              </w:rPr>
              <w:t>الأثر الإبداعي المتوقع</w:t>
            </w:r>
          </w:p>
        </w:tc>
      </w:tr>
      <w:tr w:rsidR="00BB6C80" w:rsidRPr="005117ED" w:rsidTr="00A62B8B">
        <w:trPr>
          <w:jc w:val="center"/>
        </w:trPr>
        <w:tc>
          <w:tcPr>
            <w:tcW w:w="2158" w:type="dxa"/>
            <w:vAlign w:val="center"/>
          </w:tcPr>
          <w:p w:rsidR="00BB6C80" w:rsidRPr="005117ED" w:rsidRDefault="00BB6C80" w:rsidP="00A62B8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الدافعية الداخلية</w:t>
            </w:r>
          </w:p>
        </w:tc>
        <w:tc>
          <w:tcPr>
            <w:tcW w:w="3684" w:type="dxa"/>
            <w:vAlign w:val="center"/>
          </w:tcPr>
          <w:p w:rsidR="00BB6C80" w:rsidRPr="005117ED" w:rsidRDefault="00BB6C80" w:rsidP="00A62B8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الرؤية والمعنى والاستقلالية والشعور بالكفاءة</w:t>
            </w:r>
          </w:p>
        </w:tc>
        <w:tc>
          <w:tcPr>
            <w:tcW w:w="3684" w:type="dxa"/>
            <w:vAlign w:val="center"/>
          </w:tcPr>
          <w:p w:rsidR="00BB6C80" w:rsidRPr="005117ED" w:rsidRDefault="00BB6C80" w:rsidP="00A62B8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المثابرة والاستكشاف وتطوير البدائل</w:t>
            </w:r>
          </w:p>
        </w:tc>
      </w:tr>
      <w:tr w:rsidR="00BB6C80" w:rsidRPr="005117ED" w:rsidTr="00A62B8B">
        <w:trPr>
          <w:jc w:val="center"/>
        </w:trPr>
        <w:tc>
          <w:tcPr>
            <w:tcW w:w="2158" w:type="dxa"/>
            <w:vAlign w:val="center"/>
          </w:tcPr>
          <w:p w:rsidR="00BB6C80" w:rsidRPr="005117ED" w:rsidRDefault="00BB6C80" w:rsidP="00A62B8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الأمان النفسي</w:t>
            </w:r>
          </w:p>
        </w:tc>
        <w:tc>
          <w:tcPr>
            <w:tcW w:w="3684" w:type="dxa"/>
            <w:vAlign w:val="center"/>
          </w:tcPr>
          <w:p w:rsidR="00BB6C80" w:rsidRPr="005117ED" w:rsidRDefault="00BB6C80" w:rsidP="00A62B8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الثقة والعدل والاستماع والاستجابة المتوازنة للأخطاء</w:t>
            </w:r>
          </w:p>
        </w:tc>
        <w:tc>
          <w:tcPr>
            <w:tcW w:w="3684" w:type="dxa"/>
            <w:vAlign w:val="center"/>
          </w:tcPr>
          <w:p w:rsidR="00BB6C80" w:rsidRPr="005117ED" w:rsidRDefault="00BB6C80" w:rsidP="00A62B8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طرح الأفكار والتعلم من الخطأ</w:t>
            </w:r>
          </w:p>
        </w:tc>
      </w:tr>
      <w:tr w:rsidR="00BB6C80" w:rsidRPr="005117ED" w:rsidTr="00A62B8B">
        <w:trPr>
          <w:jc w:val="center"/>
        </w:trPr>
        <w:tc>
          <w:tcPr>
            <w:tcW w:w="2158" w:type="dxa"/>
            <w:vAlign w:val="center"/>
          </w:tcPr>
          <w:p w:rsidR="00BB6C80" w:rsidRPr="005117ED" w:rsidRDefault="00BB6C80" w:rsidP="00A62B8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تبادل المعرفة</w:t>
            </w:r>
          </w:p>
        </w:tc>
        <w:tc>
          <w:tcPr>
            <w:tcW w:w="3684" w:type="dxa"/>
            <w:vAlign w:val="center"/>
          </w:tcPr>
          <w:p w:rsidR="00BB6C80" w:rsidRPr="005117ED" w:rsidRDefault="00BB6C80" w:rsidP="00A62B8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الهدف المشترك وقنوات التواصل والحوار</w:t>
            </w:r>
          </w:p>
        </w:tc>
        <w:tc>
          <w:tcPr>
            <w:tcW w:w="3684" w:type="dxa"/>
            <w:vAlign w:val="center"/>
          </w:tcPr>
          <w:p w:rsidR="00BB6C80" w:rsidRPr="005117ED" w:rsidRDefault="00BB6C80" w:rsidP="00A62B8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دمج الخبرات وإنتاج حلول أكثر تكاملًا</w:t>
            </w:r>
          </w:p>
        </w:tc>
      </w:tr>
      <w:tr w:rsidR="00BB6C80" w:rsidRPr="005117ED" w:rsidTr="00A62B8B">
        <w:trPr>
          <w:jc w:val="center"/>
        </w:trPr>
        <w:tc>
          <w:tcPr>
            <w:tcW w:w="2158" w:type="dxa"/>
            <w:vAlign w:val="center"/>
          </w:tcPr>
          <w:p w:rsidR="00BB6C80" w:rsidRPr="005117ED" w:rsidRDefault="00BB6C80" w:rsidP="00A62B8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التمكين</w:t>
            </w:r>
          </w:p>
        </w:tc>
        <w:tc>
          <w:tcPr>
            <w:tcW w:w="3684" w:type="dxa"/>
            <w:vAlign w:val="center"/>
          </w:tcPr>
          <w:p w:rsidR="00BB6C80" w:rsidRPr="005117ED" w:rsidRDefault="00BB6C80" w:rsidP="00A62B8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الصلاحيات والموارد وحدود القرار</w:t>
            </w:r>
          </w:p>
        </w:tc>
        <w:tc>
          <w:tcPr>
            <w:tcW w:w="3684" w:type="dxa"/>
            <w:vAlign w:val="center"/>
          </w:tcPr>
          <w:p w:rsidR="00BB6C80" w:rsidRPr="005117ED" w:rsidRDefault="00BB6C80" w:rsidP="00A62B8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تسريع التجريب وتقليل الانتظار</w:t>
            </w:r>
          </w:p>
        </w:tc>
      </w:tr>
      <w:tr w:rsidR="00BB6C80" w:rsidRPr="005117ED" w:rsidTr="00A62B8B">
        <w:trPr>
          <w:jc w:val="center"/>
        </w:trPr>
        <w:tc>
          <w:tcPr>
            <w:tcW w:w="2158" w:type="dxa"/>
            <w:vAlign w:val="center"/>
          </w:tcPr>
          <w:p w:rsidR="00BB6C80" w:rsidRPr="005117ED" w:rsidRDefault="00BB6C80" w:rsidP="00A62B8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التعلم التنظيمي</w:t>
            </w:r>
          </w:p>
        </w:tc>
        <w:tc>
          <w:tcPr>
            <w:tcW w:w="3684" w:type="dxa"/>
            <w:vAlign w:val="center"/>
          </w:tcPr>
          <w:p w:rsidR="00BB6C80" w:rsidRPr="005117ED" w:rsidRDefault="00BB6C80" w:rsidP="00A62B8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مراجعة النتائج وتوثيق الدروس</w:t>
            </w:r>
          </w:p>
        </w:tc>
        <w:tc>
          <w:tcPr>
            <w:tcW w:w="3684" w:type="dxa"/>
            <w:vAlign w:val="center"/>
          </w:tcPr>
          <w:p w:rsidR="00BB6C80" w:rsidRPr="005117ED" w:rsidRDefault="00BB6C80" w:rsidP="00A62B8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تحويل الفشل الجزئي إلى معرفة قابلة للاستخدام</w:t>
            </w:r>
          </w:p>
        </w:tc>
      </w:tr>
    </w:tbl>
    <w:p w:rsidR="00A62B8B" w:rsidRPr="005117ED" w:rsidRDefault="00A62B8B" w:rsidP="00BB6C80">
      <w:pPr>
        <w:spacing w:before="0"/>
        <w:ind w:firstLine="0"/>
        <w:jc w:val="both"/>
        <w:rPr>
          <w:rFonts w:cs="Sakkal Majalla"/>
          <w:color w:val="000000" w:themeColor="text1"/>
          <w:sz w:val="28"/>
          <w:szCs w:val="28"/>
        </w:rPr>
      </w:pPr>
      <w:r w:rsidRPr="005117ED">
        <w:rPr>
          <w:rFonts w:cs="Sakkal Majalla" w:hint="cs"/>
          <w:color w:val="000000" w:themeColor="text1"/>
          <w:sz w:val="28"/>
          <w:szCs w:val="28"/>
          <w:rtl/>
        </w:rPr>
        <w:t>*</w:t>
      </w:r>
      <w:r w:rsidR="00BB6C80" w:rsidRPr="005117ED">
        <w:rPr>
          <w:rFonts w:cs="Sakkal Majalla"/>
          <w:color w:val="000000" w:themeColor="text1"/>
          <w:sz w:val="28"/>
          <w:szCs w:val="28"/>
          <w:rtl/>
        </w:rPr>
        <w:t>المصدر</w:t>
      </w:r>
      <w:r w:rsidR="00BB6C80" w:rsidRPr="005117ED">
        <w:rPr>
          <w:rFonts w:cs="Sakkal Majalla"/>
          <w:color w:val="000000" w:themeColor="text1"/>
          <w:sz w:val="28"/>
          <w:szCs w:val="28"/>
        </w:rPr>
        <w:t xml:space="preserve">: </w:t>
      </w:r>
      <w:r w:rsidR="00BB6C80" w:rsidRPr="005117ED">
        <w:rPr>
          <w:rFonts w:cs="Sakkal Majalla"/>
          <w:color w:val="000000" w:themeColor="text1"/>
          <w:sz w:val="28"/>
          <w:szCs w:val="28"/>
          <w:rtl/>
        </w:rPr>
        <w:t>إعداد الباحث بالاعتماد على</w:t>
      </w:r>
      <w:r w:rsidR="00BB6C80" w:rsidRPr="005117ED">
        <w:rPr>
          <w:rFonts w:cs="Sakkal Majalla"/>
          <w:color w:val="000000" w:themeColor="text1"/>
          <w:sz w:val="28"/>
          <w:szCs w:val="28"/>
        </w:rPr>
        <w:t xml:space="preserve">: </w:t>
      </w:r>
      <w:r w:rsidR="00BB6C80" w:rsidRPr="005117ED">
        <w:rPr>
          <w:rFonts w:cs="Sakkal Majalla"/>
          <w:color w:val="000000" w:themeColor="text1"/>
          <w:sz w:val="28"/>
          <w:szCs w:val="28"/>
          <w:rtl/>
        </w:rPr>
        <w:t xml:space="preserve">العتيبي </w:t>
      </w:r>
      <w:r w:rsidR="00BB6C80" w:rsidRPr="005117ED">
        <w:rPr>
          <w:rFonts w:cs="Sakkal Majalla"/>
          <w:color w:val="000000" w:themeColor="text1"/>
          <w:sz w:val="28"/>
          <w:szCs w:val="28"/>
        </w:rPr>
        <w:t>(2016)</w:t>
      </w:r>
      <w:r w:rsidR="00BB6C80" w:rsidRPr="005117ED">
        <w:rPr>
          <w:rFonts w:cs="Sakkal Majalla"/>
          <w:color w:val="000000" w:themeColor="text1"/>
          <w:sz w:val="28"/>
          <w:szCs w:val="28"/>
          <w:rtl/>
        </w:rPr>
        <w:t xml:space="preserve">، </w:t>
      </w:r>
      <w:proofErr w:type="spellStart"/>
      <w:r w:rsidR="00BB6C80" w:rsidRPr="005117ED">
        <w:rPr>
          <w:rFonts w:cs="Sakkal Majalla"/>
          <w:color w:val="000000" w:themeColor="text1"/>
          <w:sz w:val="28"/>
          <w:szCs w:val="28"/>
          <w:rtl/>
        </w:rPr>
        <w:t>الحبيشي</w:t>
      </w:r>
      <w:proofErr w:type="spellEnd"/>
      <w:r w:rsidR="00BB6C80" w:rsidRPr="005117ED">
        <w:rPr>
          <w:rFonts w:cs="Sakkal Majalla"/>
          <w:color w:val="000000" w:themeColor="text1"/>
          <w:sz w:val="28"/>
          <w:szCs w:val="28"/>
          <w:rtl/>
        </w:rPr>
        <w:t xml:space="preserve"> وحسان </w:t>
      </w:r>
      <w:r w:rsidR="00BB6C80" w:rsidRPr="005117ED">
        <w:rPr>
          <w:rFonts w:cs="Sakkal Majalla"/>
          <w:color w:val="000000" w:themeColor="text1"/>
          <w:sz w:val="28"/>
          <w:szCs w:val="28"/>
        </w:rPr>
        <w:t>(2021)</w:t>
      </w:r>
      <w:r w:rsidR="00BB6C80" w:rsidRPr="005117ED">
        <w:rPr>
          <w:rFonts w:cs="Sakkal Majalla"/>
          <w:color w:val="000000" w:themeColor="text1"/>
          <w:sz w:val="28"/>
          <w:szCs w:val="28"/>
          <w:rtl/>
        </w:rPr>
        <w:t xml:space="preserve">، </w:t>
      </w:r>
      <w:r w:rsidR="00BB6C80" w:rsidRPr="005117ED">
        <w:rPr>
          <w:rFonts w:cs="Sakkal Majalla"/>
          <w:color w:val="000000" w:themeColor="text1"/>
          <w:sz w:val="28"/>
          <w:szCs w:val="28"/>
        </w:rPr>
        <w:t>Edmondson (1999)</w:t>
      </w:r>
      <w:r w:rsidR="00BB6C80" w:rsidRPr="005117ED">
        <w:rPr>
          <w:rFonts w:cs="Sakkal Majalla"/>
          <w:color w:val="000000" w:themeColor="text1"/>
          <w:sz w:val="28"/>
          <w:szCs w:val="28"/>
          <w:rtl/>
        </w:rPr>
        <w:t xml:space="preserve">، </w:t>
      </w:r>
      <w:proofErr w:type="spellStart"/>
      <w:r w:rsidR="00BB6C80" w:rsidRPr="005117ED">
        <w:rPr>
          <w:rFonts w:cs="Sakkal Majalla"/>
          <w:color w:val="000000" w:themeColor="text1"/>
          <w:sz w:val="28"/>
          <w:szCs w:val="28"/>
        </w:rPr>
        <w:t>Amabile</w:t>
      </w:r>
      <w:proofErr w:type="spellEnd"/>
      <w:r w:rsidR="00BB6C80" w:rsidRPr="005117ED">
        <w:rPr>
          <w:rFonts w:cs="Sakkal Majalla"/>
          <w:color w:val="000000" w:themeColor="text1"/>
          <w:sz w:val="28"/>
          <w:szCs w:val="28"/>
        </w:rPr>
        <w:t xml:space="preserve"> </w:t>
      </w:r>
      <w:r w:rsidR="00BB6C80" w:rsidRPr="005117ED">
        <w:rPr>
          <w:rFonts w:cs="Sakkal Majalla"/>
          <w:color w:val="000000" w:themeColor="text1"/>
          <w:sz w:val="28"/>
          <w:szCs w:val="28"/>
          <w:rtl/>
        </w:rPr>
        <w:t>و</w:t>
      </w:r>
      <w:r w:rsidR="00BB6C80" w:rsidRPr="005117ED">
        <w:rPr>
          <w:rFonts w:cs="Sakkal Majalla"/>
          <w:color w:val="000000" w:themeColor="text1"/>
          <w:sz w:val="28"/>
          <w:szCs w:val="28"/>
        </w:rPr>
        <w:t>Pratt (2016).</w:t>
      </w:r>
    </w:p>
    <w:p w:rsidR="005117ED" w:rsidRPr="005117ED" w:rsidRDefault="005117ED" w:rsidP="005117ED">
      <w:pPr>
        <w:spacing w:before="0"/>
        <w:ind w:firstLine="0"/>
        <w:jc w:val="center"/>
        <w:rPr>
          <w:rFonts w:cs="Sakkal Majalla"/>
          <w:b/>
          <w:bCs/>
          <w:color w:val="000000" w:themeColor="text1"/>
          <w:sz w:val="28"/>
          <w:szCs w:val="28"/>
        </w:rPr>
      </w:pPr>
      <w:r w:rsidRPr="005117ED">
        <w:rPr>
          <w:rFonts w:ascii="Traditional Arabic" w:hAnsi="Traditional Arabic"/>
          <w:noProof/>
          <w:szCs w:val="34"/>
        </w:rPr>
        <w:drawing>
          <wp:anchor distT="0" distB="0" distL="114300" distR="114300" simplePos="0" relativeHeight="251661312" behindDoc="1" locked="0" layoutInCell="1" allowOverlap="1">
            <wp:simplePos x="0" y="0"/>
            <wp:positionH relativeFrom="margin">
              <wp:align>right</wp:align>
            </wp:positionH>
            <wp:positionV relativeFrom="paragraph">
              <wp:posOffset>304800</wp:posOffset>
            </wp:positionV>
            <wp:extent cx="6342380" cy="2376170"/>
            <wp:effectExtent l="0" t="0" r="1270" b="5080"/>
            <wp:wrapTight wrapText="bothSides">
              <wp:wrapPolygon edited="0">
                <wp:start x="0" y="0"/>
                <wp:lineTo x="0" y="21473"/>
                <wp:lineTo x="21539" y="21473"/>
                <wp:lineTo x="21539" y="0"/>
                <wp:lineTo x="0" y="0"/>
              </wp:wrapPolygon>
            </wp:wrapTight>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4_mechanisms.png"/>
                    <pic:cNvPicPr/>
                  </pic:nvPicPr>
                  <pic:blipFill rotWithShape="1">
                    <a:blip r:embed="rId11" cstate="print">
                      <a:extLst>
                        <a:ext uri="{28A0092B-C50C-407E-A947-70E740481C1C}">
                          <a14:useLocalDpi xmlns:a14="http://schemas.microsoft.com/office/drawing/2010/main" val="0"/>
                        </a:ext>
                      </a:extLst>
                    </a:blip>
                    <a:srcRect t="13065" b="11113"/>
                    <a:stretch/>
                  </pic:blipFill>
                  <pic:spPr bwMode="auto">
                    <a:xfrm>
                      <a:off x="0" y="0"/>
                      <a:ext cx="6342380" cy="23761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5117ED">
        <w:rPr>
          <w:rFonts w:cs="Sakkal Majalla"/>
          <w:b/>
          <w:bCs/>
          <w:color w:val="000000" w:themeColor="text1"/>
          <w:sz w:val="28"/>
          <w:szCs w:val="28"/>
          <w:rtl/>
        </w:rPr>
        <w:t>شكل</w:t>
      </w:r>
      <w:r w:rsidRPr="005117ED">
        <w:rPr>
          <w:rFonts w:cs="Sakkal Majalla"/>
          <w:b/>
          <w:bCs/>
          <w:color w:val="000000" w:themeColor="text1"/>
          <w:sz w:val="28"/>
          <w:szCs w:val="28"/>
        </w:rPr>
        <w:t xml:space="preserve"> (4): </w:t>
      </w:r>
      <w:r w:rsidRPr="005117ED">
        <w:rPr>
          <w:rFonts w:cs="Sakkal Majalla"/>
          <w:b/>
          <w:bCs/>
          <w:color w:val="000000" w:themeColor="text1"/>
          <w:sz w:val="28"/>
          <w:szCs w:val="28"/>
          <w:rtl/>
        </w:rPr>
        <w:t>الآليات</w:t>
      </w:r>
      <w:r w:rsidRPr="005117ED">
        <w:rPr>
          <w:rFonts w:cs="Sakkal Majalla"/>
          <w:b/>
          <w:bCs/>
          <w:color w:val="000000" w:themeColor="text1"/>
          <w:sz w:val="28"/>
          <w:szCs w:val="28"/>
        </w:rPr>
        <w:t xml:space="preserve"> </w:t>
      </w:r>
      <w:r w:rsidRPr="005117ED">
        <w:rPr>
          <w:rFonts w:cs="Sakkal Majalla"/>
          <w:b/>
          <w:bCs/>
          <w:color w:val="000000" w:themeColor="text1"/>
          <w:sz w:val="28"/>
          <w:szCs w:val="28"/>
          <w:rtl/>
        </w:rPr>
        <w:t>الوسيطة</w:t>
      </w:r>
      <w:r w:rsidRPr="005117ED">
        <w:rPr>
          <w:rFonts w:cs="Sakkal Majalla"/>
          <w:b/>
          <w:bCs/>
          <w:color w:val="000000" w:themeColor="text1"/>
          <w:sz w:val="28"/>
          <w:szCs w:val="28"/>
        </w:rPr>
        <w:t xml:space="preserve"> </w:t>
      </w:r>
      <w:r w:rsidRPr="005117ED">
        <w:rPr>
          <w:rFonts w:cs="Sakkal Majalla"/>
          <w:b/>
          <w:bCs/>
          <w:color w:val="000000" w:themeColor="text1"/>
          <w:sz w:val="28"/>
          <w:szCs w:val="28"/>
          <w:rtl/>
        </w:rPr>
        <w:t>المقترحة</w:t>
      </w:r>
      <w:r w:rsidRPr="005117ED">
        <w:rPr>
          <w:rFonts w:cs="Sakkal Majalla"/>
          <w:b/>
          <w:bCs/>
          <w:color w:val="000000" w:themeColor="text1"/>
          <w:sz w:val="28"/>
          <w:szCs w:val="28"/>
        </w:rPr>
        <w:t xml:space="preserve"> </w:t>
      </w:r>
      <w:r w:rsidRPr="005117ED">
        <w:rPr>
          <w:rFonts w:cs="Sakkal Majalla"/>
          <w:b/>
          <w:bCs/>
          <w:color w:val="000000" w:themeColor="text1"/>
          <w:sz w:val="28"/>
          <w:szCs w:val="28"/>
          <w:rtl/>
        </w:rPr>
        <w:t>بين</w:t>
      </w:r>
      <w:r w:rsidRPr="005117ED">
        <w:rPr>
          <w:rFonts w:cs="Sakkal Majalla"/>
          <w:b/>
          <w:bCs/>
          <w:color w:val="000000" w:themeColor="text1"/>
          <w:sz w:val="28"/>
          <w:szCs w:val="28"/>
        </w:rPr>
        <w:t xml:space="preserve"> </w:t>
      </w:r>
      <w:r w:rsidRPr="005117ED">
        <w:rPr>
          <w:rFonts w:cs="Sakkal Majalla"/>
          <w:b/>
          <w:bCs/>
          <w:color w:val="000000" w:themeColor="text1"/>
          <w:sz w:val="28"/>
          <w:szCs w:val="28"/>
          <w:rtl/>
        </w:rPr>
        <w:t>القيادة</w:t>
      </w:r>
      <w:r w:rsidRPr="005117ED">
        <w:rPr>
          <w:rFonts w:cs="Sakkal Majalla"/>
          <w:b/>
          <w:bCs/>
          <w:color w:val="000000" w:themeColor="text1"/>
          <w:sz w:val="28"/>
          <w:szCs w:val="28"/>
        </w:rPr>
        <w:t xml:space="preserve"> </w:t>
      </w:r>
      <w:r w:rsidRPr="005117ED">
        <w:rPr>
          <w:rFonts w:cs="Sakkal Majalla"/>
          <w:b/>
          <w:bCs/>
          <w:color w:val="000000" w:themeColor="text1"/>
          <w:sz w:val="28"/>
          <w:szCs w:val="28"/>
          <w:rtl/>
        </w:rPr>
        <w:t>التحويلية</w:t>
      </w:r>
      <w:r w:rsidRPr="005117ED">
        <w:rPr>
          <w:rFonts w:cs="Sakkal Majalla"/>
          <w:b/>
          <w:bCs/>
          <w:color w:val="000000" w:themeColor="text1"/>
          <w:sz w:val="28"/>
          <w:szCs w:val="28"/>
        </w:rPr>
        <w:t xml:space="preserve"> </w:t>
      </w:r>
      <w:r w:rsidRPr="005117ED">
        <w:rPr>
          <w:rFonts w:cs="Sakkal Majalla"/>
          <w:b/>
          <w:bCs/>
          <w:color w:val="000000" w:themeColor="text1"/>
          <w:sz w:val="28"/>
          <w:szCs w:val="28"/>
          <w:rtl/>
        </w:rPr>
        <w:t>والإبداع</w:t>
      </w:r>
      <w:r w:rsidRPr="005117ED">
        <w:rPr>
          <w:rFonts w:cs="Sakkal Majalla"/>
          <w:b/>
          <w:bCs/>
          <w:color w:val="000000" w:themeColor="text1"/>
          <w:sz w:val="28"/>
          <w:szCs w:val="28"/>
        </w:rPr>
        <w:t xml:space="preserve"> </w:t>
      </w:r>
      <w:r w:rsidRPr="005117ED">
        <w:rPr>
          <w:rFonts w:cs="Sakkal Majalla"/>
          <w:b/>
          <w:bCs/>
          <w:color w:val="000000" w:themeColor="text1"/>
          <w:sz w:val="28"/>
          <w:szCs w:val="28"/>
          <w:rtl/>
        </w:rPr>
        <w:t>التنظيمي</w:t>
      </w:r>
    </w:p>
    <w:p w:rsidR="005117ED" w:rsidRPr="005117ED" w:rsidRDefault="005117ED" w:rsidP="005117ED">
      <w:pPr>
        <w:spacing w:before="0" w:after="160" w:line="259" w:lineRule="auto"/>
        <w:ind w:firstLine="0"/>
        <w:jc w:val="left"/>
        <w:rPr>
          <w:rFonts w:cs="Sakkal Majalla"/>
          <w:color w:val="000000" w:themeColor="text1"/>
          <w:sz w:val="28"/>
          <w:szCs w:val="28"/>
        </w:rPr>
      </w:pPr>
      <w:r w:rsidRPr="005117ED">
        <w:rPr>
          <w:rFonts w:cs="Sakkal Majalla" w:hint="cs"/>
          <w:color w:val="000000" w:themeColor="text1"/>
          <w:sz w:val="28"/>
          <w:szCs w:val="28"/>
          <w:rtl/>
        </w:rPr>
        <w:t>*</w:t>
      </w:r>
      <w:r w:rsidRPr="005117ED">
        <w:rPr>
          <w:rFonts w:ascii="Traditional Arabic" w:eastAsia="Noto Naskh Arabic" w:hAnsi="Traditional Arabic"/>
          <w:szCs w:val="34"/>
          <w:rtl/>
        </w:rPr>
        <w:t xml:space="preserve"> </w:t>
      </w:r>
      <w:r w:rsidRPr="005117ED">
        <w:rPr>
          <w:rFonts w:cs="Sakkal Majalla"/>
          <w:color w:val="000000" w:themeColor="text1"/>
          <w:sz w:val="28"/>
          <w:szCs w:val="28"/>
          <w:rtl/>
        </w:rPr>
        <w:t>المصدر</w:t>
      </w:r>
      <w:r w:rsidRPr="005117ED">
        <w:rPr>
          <w:rFonts w:cs="Sakkal Majalla"/>
          <w:color w:val="000000" w:themeColor="text1"/>
          <w:sz w:val="28"/>
          <w:szCs w:val="28"/>
        </w:rPr>
        <w:t xml:space="preserve">: </w:t>
      </w:r>
      <w:r w:rsidRPr="005117ED">
        <w:rPr>
          <w:rFonts w:cs="Sakkal Majalla"/>
          <w:color w:val="000000" w:themeColor="text1"/>
          <w:sz w:val="28"/>
          <w:szCs w:val="28"/>
          <w:rtl/>
        </w:rPr>
        <w:t>إعداد</w:t>
      </w:r>
      <w:r w:rsidRPr="005117ED">
        <w:rPr>
          <w:rFonts w:cs="Sakkal Majalla"/>
          <w:color w:val="000000" w:themeColor="text1"/>
          <w:sz w:val="28"/>
          <w:szCs w:val="28"/>
        </w:rPr>
        <w:t xml:space="preserve"> </w:t>
      </w:r>
      <w:r w:rsidRPr="005117ED">
        <w:rPr>
          <w:rFonts w:cs="Sakkal Majalla"/>
          <w:color w:val="000000" w:themeColor="text1"/>
          <w:sz w:val="28"/>
          <w:szCs w:val="28"/>
          <w:rtl/>
        </w:rPr>
        <w:t>الباحث</w:t>
      </w:r>
      <w:r w:rsidRPr="005117ED">
        <w:rPr>
          <w:rFonts w:cs="Sakkal Majalla"/>
          <w:color w:val="000000" w:themeColor="text1"/>
          <w:sz w:val="28"/>
          <w:szCs w:val="28"/>
        </w:rPr>
        <w:t xml:space="preserve"> </w:t>
      </w:r>
      <w:r w:rsidRPr="005117ED">
        <w:rPr>
          <w:rFonts w:cs="Sakkal Majalla"/>
          <w:color w:val="000000" w:themeColor="text1"/>
          <w:sz w:val="28"/>
          <w:szCs w:val="28"/>
          <w:rtl/>
        </w:rPr>
        <w:t>بالاستناد</w:t>
      </w:r>
      <w:r w:rsidRPr="005117ED">
        <w:rPr>
          <w:rFonts w:cs="Sakkal Majalla"/>
          <w:color w:val="000000" w:themeColor="text1"/>
          <w:sz w:val="28"/>
          <w:szCs w:val="28"/>
        </w:rPr>
        <w:t xml:space="preserve"> </w:t>
      </w:r>
      <w:r w:rsidRPr="005117ED">
        <w:rPr>
          <w:rFonts w:cs="Sakkal Majalla"/>
          <w:color w:val="000000" w:themeColor="text1"/>
          <w:sz w:val="28"/>
          <w:szCs w:val="28"/>
          <w:rtl/>
        </w:rPr>
        <w:t>إلى</w:t>
      </w:r>
      <w:r w:rsidRPr="005117ED">
        <w:rPr>
          <w:rFonts w:cs="Sakkal Majalla"/>
          <w:color w:val="000000" w:themeColor="text1"/>
          <w:sz w:val="28"/>
          <w:szCs w:val="28"/>
        </w:rPr>
        <w:t xml:space="preserve"> </w:t>
      </w:r>
      <w:r w:rsidRPr="005117ED">
        <w:rPr>
          <w:rFonts w:cs="Sakkal Majalla"/>
          <w:color w:val="000000" w:themeColor="text1"/>
          <w:sz w:val="28"/>
          <w:szCs w:val="28"/>
          <w:rtl/>
        </w:rPr>
        <w:t>العتيبي</w:t>
      </w:r>
      <w:r w:rsidRPr="005117ED">
        <w:rPr>
          <w:rFonts w:cs="Sakkal Majalla"/>
          <w:color w:val="000000" w:themeColor="text1"/>
          <w:sz w:val="28"/>
          <w:szCs w:val="28"/>
        </w:rPr>
        <w:t xml:space="preserve"> (2016)</w:t>
      </w:r>
      <w:r w:rsidRPr="005117ED">
        <w:rPr>
          <w:rFonts w:cs="Sakkal Majalla"/>
          <w:color w:val="000000" w:themeColor="text1"/>
          <w:sz w:val="28"/>
          <w:szCs w:val="28"/>
          <w:rtl/>
        </w:rPr>
        <w:t>،</w:t>
      </w:r>
      <w:r w:rsidRPr="005117ED">
        <w:rPr>
          <w:rFonts w:cs="Sakkal Majalla"/>
          <w:color w:val="000000" w:themeColor="text1"/>
          <w:sz w:val="28"/>
          <w:szCs w:val="28"/>
        </w:rPr>
        <w:t xml:space="preserve"> </w:t>
      </w:r>
      <w:proofErr w:type="spellStart"/>
      <w:r w:rsidRPr="005117ED">
        <w:rPr>
          <w:rFonts w:cs="Sakkal Majalla"/>
          <w:color w:val="000000" w:themeColor="text1"/>
          <w:sz w:val="28"/>
          <w:szCs w:val="28"/>
          <w:rtl/>
        </w:rPr>
        <w:t>والحبيشي</w:t>
      </w:r>
      <w:proofErr w:type="spellEnd"/>
      <w:r w:rsidRPr="005117ED">
        <w:rPr>
          <w:rFonts w:cs="Sakkal Majalla"/>
          <w:color w:val="000000" w:themeColor="text1"/>
          <w:sz w:val="28"/>
          <w:szCs w:val="28"/>
        </w:rPr>
        <w:t xml:space="preserve"> </w:t>
      </w:r>
      <w:r w:rsidRPr="005117ED">
        <w:rPr>
          <w:rFonts w:cs="Sakkal Majalla"/>
          <w:color w:val="000000" w:themeColor="text1"/>
          <w:sz w:val="28"/>
          <w:szCs w:val="28"/>
          <w:rtl/>
        </w:rPr>
        <w:t>وحسان</w:t>
      </w:r>
      <w:r w:rsidRPr="005117ED">
        <w:rPr>
          <w:rFonts w:cs="Sakkal Majalla"/>
          <w:color w:val="000000" w:themeColor="text1"/>
          <w:sz w:val="28"/>
          <w:szCs w:val="28"/>
        </w:rPr>
        <w:t xml:space="preserve"> (2021)</w:t>
      </w:r>
      <w:r w:rsidRPr="005117ED">
        <w:rPr>
          <w:rFonts w:cs="Sakkal Majalla"/>
          <w:color w:val="000000" w:themeColor="text1"/>
          <w:sz w:val="28"/>
          <w:szCs w:val="28"/>
          <w:rtl/>
        </w:rPr>
        <w:t>،</w:t>
      </w:r>
      <w:r w:rsidRPr="005117ED">
        <w:rPr>
          <w:rFonts w:cs="Sakkal Majalla"/>
          <w:color w:val="000000" w:themeColor="text1"/>
          <w:sz w:val="28"/>
          <w:szCs w:val="28"/>
        </w:rPr>
        <w:t xml:space="preserve"> </w:t>
      </w:r>
      <w:r w:rsidRPr="005117ED">
        <w:rPr>
          <w:rFonts w:cs="Sakkal Majalla"/>
          <w:color w:val="000000" w:themeColor="text1"/>
          <w:sz w:val="28"/>
          <w:szCs w:val="28"/>
          <w:rtl/>
        </w:rPr>
        <w:t>و</w:t>
      </w:r>
      <w:proofErr w:type="spellStart"/>
      <w:r w:rsidRPr="005117ED">
        <w:rPr>
          <w:rFonts w:cs="Sakkal Majalla"/>
          <w:color w:val="000000" w:themeColor="text1"/>
          <w:sz w:val="28"/>
          <w:szCs w:val="28"/>
        </w:rPr>
        <w:t>Afsar</w:t>
      </w:r>
      <w:proofErr w:type="spellEnd"/>
      <w:r w:rsidRPr="005117ED">
        <w:rPr>
          <w:rFonts w:cs="Sakkal Majalla"/>
          <w:color w:val="000000" w:themeColor="text1"/>
          <w:sz w:val="28"/>
          <w:szCs w:val="28"/>
        </w:rPr>
        <w:t xml:space="preserve"> </w:t>
      </w:r>
      <w:r w:rsidRPr="005117ED">
        <w:rPr>
          <w:rFonts w:cs="Sakkal Majalla"/>
          <w:color w:val="000000" w:themeColor="text1"/>
          <w:sz w:val="28"/>
          <w:szCs w:val="28"/>
          <w:rtl/>
        </w:rPr>
        <w:t>وآخرين</w:t>
      </w:r>
      <w:r w:rsidRPr="005117ED">
        <w:rPr>
          <w:rFonts w:cs="Sakkal Majalla"/>
          <w:color w:val="000000" w:themeColor="text1"/>
          <w:sz w:val="28"/>
          <w:szCs w:val="28"/>
        </w:rPr>
        <w:t xml:space="preserve"> (2014).</w:t>
      </w:r>
    </w:p>
    <w:p w:rsidR="00BB6C80" w:rsidRPr="005117ED" w:rsidRDefault="00BB6C80" w:rsidP="00D433DA">
      <w:pPr>
        <w:spacing w:before="0"/>
        <w:ind w:firstLine="0"/>
        <w:jc w:val="left"/>
        <w:outlineLvl w:val="0"/>
        <w:rPr>
          <w:rFonts w:eastAsia="Times New Roman" w:cs="Sakkal Majalla"/>
          <w:b/>
          <w:bCs/>
          <w:color w:val="000000" w:themeColor="text1"/>
          <w:sz w:val="40"/>
          <w:szCs w:val="40"/>
        </w:rPr>
      </w:pPr>
      <w:bookmarkStart w:id="43" w:name="_Toc233321995"/>
      <w:r w:rsidRPr="005117ED">
        <w:rPr>
          <w:rFonts w:eastAsia="Times New Roman" w:cs="Sakkal Majalla"/>
          <w:b/>
          <w:bCs/>
          <w:color w:val="000000" w:themeColor="text1"/>
          <w:sz w:val="40"/>
          <w:szCs w:val="40"/>
        </w:rPr>
        <w:t xml:space="preserve">2-4-2 </w:t>
      </w:r>
      <w:r w:rsidRPr="005117ED">
        <w:rPr>
          <w:rFonts w:eastAsia="Times New Roman" w:cs="Sakkal Majalla"/>
          <w:b/>
          <w:bCs/>
          <w:color w:val="000000" w:themeColor="text1"/>
          <w:sz w:val="40"/>
          <w:szCs w:val="40"/>
          <w:rtl/>
        </w:rPr>
        <w:t>الشواهد البحثية الداعمة للعلاقة</w:t>
      </w:r>
      <w:r w:rsidR="00A62B8B" w:rsidRPr="005117ED">
        <w:rPr>
          <w:rFonts w:eastAsia="Times New Roman" w:cs="Sakkal Majalla" w:hint="cs"/>
          <w:b/>
          <w:bCs/>
          <w:color w:val="000000" w:themeColor="text1"/>
          <w:sz w:val="40"/>
          <w:szCs w:val="40"/>
          <w:rtl/>
        </w:rPr>
        <w:t>:</w:t>
      </w:r>
      <w:bookmarkEnd w:id="43"/>
      <w:r w:rsidR="00A62B8B" w:rsidRPr="005117ED">
        <w:rPr>
          <w:rFonts w:eastAsia="Times New Roman" w:cs="Sakkal Majalla" w:hint="cs"/>
          <w:b/>
          <w:bCs/>
          <w:color w:val="000000" w:themeColor="text1"/>
          <w:sz w:val="40"/>
          <w:szCs w:val="40"/>
          <w:rtl/>
        </w:rPr>
        <w:t xml:space="preserve"> </w:t>
      </w:r>
    </w:p>
    <w:p w:rsidR="00BB6C80" w:rsidRPr="005117ED" w:rsidRDefault="00BB6C80" w:rsidP="00A62B8B">
      <w:pPr>
        <w:spacing w:before="0"/>
        <w:ind w:firstLine="720"/>
        <w:jc w:val="both"/>
        <w:rPr>
          <w:rFonts w:cs="Sakkal Majalla"/>
          <w:color w:val="000000" w:themeColor="text1"/>
          <w:sz w:val="38"/>
          <w:szCs w:val="38"/>
        </w:rPr>
      </w:pPr>
      <w:r w:rsidRPr="005117ED">
        <w:rPr>
          <w:rFonts w:cs="Sakkal Majalla"/>
          <w:color w:val="000000" w:themeColor="text1"/>
          <w:sz w:val="38"/>
          <w:szCs w:val="38"/>
          <w:rtl/>
        </w:rPr>
        <w:t>تدعم الدراسات العربية العلاقة بين القيادة التحويلية والإبداع التنظيمي أو المتغيرات القريبة منه</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فقد تناول العامري السلوك القيادي التحويلي وعلاقته بسلوك المواطنة التنظيمية في الأجهزة الحكومية السعودية، وبيّنت دراسة العتيبي أثر القيادة التحويلية في التمكين النفسي في القطاع الخاص بالرياض، كما توصل الرشيدي إلى علاقة بين القيادة التحويلية والإبداع التنظيمي </w:t>
      </w:r>
      <w:r w:rsidRPr="005117ED">
        <w:rPr>
          <w:rFonts w:cs="Sakkal Majalla"/>
          <w:color w:val="000000" w:themeColor="text1"/>
          <w:sz w:val="38"/>
          <w:szCs w:val="38"/>
          <w:rtl/>
        </w:rPr>
        <w:lastRenderedPageBreak/>
        <w:t xml:space="preserve">في الجامعات الحكومية والأهلية بمدينة الرياض، وتناولت دراسات عربية أخرى العلاقة في سياقات تعليمية وصحية ومنشآت صغيرة ومتوسطة </w:t>
      </w:r>
      <w:r w:rsidR="00A62B8B" w:rsidRPr="005117ED">
        <w:rPr>
          <w:rFonts w:cs="Sakkal Majalla" w:hint="cs"/>
          <w:color w:val="000000" w:themeColor="text1"/>
          <w:sz w:val="38"/>
          <w:szCs w:val="38"/>
          <w:rtl/>
        </w:rPr>
        <w:t>(</w:t>
      </w:r>
      <w:r w:rsidRPr="005117ED">
        <w:rPr>
          <w:rFonts w:cs="Sakkal Majalla"/>
          <w:color w:val="000000" w:themeColor="text1"/>
          <w:sz w:val="38"/>
          <w:szCs w:val="38"/>
          <w:rtl/>
        </w:rPr>
        <w:t xml:space="preserve">العامري، </w:t>
      </w:r>
      <w:r w:rsidRPr="005117ED">
        <w:rPr>
          <w:rFonts w:cs="Sakkal Majalla"/>
          <w:color w:val="000000" w:themeColor="text1"/>
          <w:sz w:val="38"/>
          <w:szCs w:val="38"/>
        </w:rPr>
        <w:t>2002</w:t>
      </w:r>
      <w:r w:rsidRPr="005117ED">
        <w:rPr>
          <w:rFonts w:cs="Sakkal Majalla"/>
          <w:color w:val="000000" w:themeColor="text1"/>
          <w:sz w:val="38"/>
          <w:szCs w:val="38"/>
          <w:rtl/>
        </w:rPr>
        <w:t xml:space="preserve">؛ العتيبي، </w:t>
      </w:r>
      <w:r w:rsidRPr="005117ED">
        <w:rPr>
          <w:rFonts w:cs="Sakkal Majalla"/>
          <w:color w:val="000000" w:themeColor="text1"/>
          <w:sz w:val="38"/>
          <w:szCs w:val="38"/>
        </w:rPr>
        <w:t>2016</w:t>
      </w:r>
      <w:r w:rsidRPr="005117ED">
        <w:rPr>
          <w:rFonts w:cs="Sakkal Majalla"/>
          <w:color w:val="000000" w:themeColor="text1"/>
          <w:sz w:val="38"/>
          <w:szCs w:val="38"/>
          <w:rtl/>
        </w:rPr>
        <w:t xml:space="preserve">؛ الرشيدي، </w:t>
      </w:r>
      <w:r w:rsidRPr="005117ED">
        <w:rPr>
          <w:rFonts w:cs="Sakkal Majalla"/>
          <w:color w:val="000000" w:themeColor="text1"/>
          <w:sz w:val="38"/>
          <w:szCs w:val="38"/>
        </w:rPr>
        <w:t>2018</w:t>
      </w:r>
      <w:r w:rsidRPr="005117ED">
        <w:rPr>
          <w:rFonts w:cs="Sakkal Majalla"/>
          <w:color w:val="000000" w:themeColor="text1"/>
          <w:sz w:val="38"/>
          <w:szCs w:val="38"/>
          <w:rtl/>
        </w:rPr>
        <w:t xml:space="preserve">؛ بلحاج، </w:t>
      </w:r>
      <w:r w:rsidRPr="005117ED">
        <w:rPr>
          <w:rFonts w:cs="Sakkal Majalla"/>
          <w:color w:val="000000" w:themeColor="text1"/>
          <w:sz w:val="38"/>
          <w:szCs w:val="38"/>
        </w:rPr>
        <w:t>2024</w:t>
      </w:r>
      <w:r w:rsidR="00A62B8B" w:rsidRPr="005117ED">
        <w:rPr>
          <w:rFonts w:cs="Sakkal Majalla" w:hint="cs"/>
          <w:color w:val="000000" w:themeColor="text1"/>
          <w:sz w:val="38"/>
          <w:szCs w:val="38"/>
          <w:rtl/>
        </w:rPr>
        <w:t>)</w:t>
      </w:r>
      <w:r w:rsidRPr="005117ED">
        <w:rPr>
          <w:rFonts w:cs="Sakkal Majalla"/>
          <w:color w:val="000000" w:themeColor="text1"/>
          <w:sz w:val="38"/>
          <w:szCs w:val="38"/>
        </w:rPr>
        <w:t>.</w:t>
      </w:r>
    </w:p>
    <w:p w:rsidR="00BB6C80" w:rsidRPr="005117ED" w:rsidRDefault="00BB6C80" w:rsidP="00D433DA">
      <w:pPr>
        <w:spacing w:before="0"/>
        <w:ind w:firstLine="720"/>
        <w:jc w:val="both"/>
        <w:rPr>
          <w:rFonts w:cs="Sakkal Majalla"/>
          <w:color w:val="000000" w:themeColor="text1"/>
          <w:sz w:val="38"/>
          <w:szCs w:val="38"/>
          <w:rtl/>
        </w:rPr>
      </w:pPr>
      <w:r w:rsidRPr="005117ED">
        <w:rPr>
          <w:rFonts w:cs="Sakkal Majalla"/>
          <w:color w:val="000000" w:themeColor="text1"/>
          <w:sz w:val="38"/>
          <w:szCs w:val="38"/>
          <w:rtl/>
        </w:rPr>
        <w:t xml:space="preserve">وعلى مستوى الدراسات الأجنبية، بينت دراسة </w:t>
      </w:r>
      <w:r w:rsidRPr="005117ED">
        <w:rPr>
          <w:rFonts w:cs="Sakkal Majalla"/>
          <w:color w:val="000000" w:themeColor="text1"/>
          <w:sz w:val="38"/>
          <w:szCs w:val="38"/>
        </w:rPr>
        <w:t xml:space="preserve">Jung </w:t>
      </w:r>
      <w:r w:rsidRPr="005117ED">
        <w:rPr>
          <w:rFonts w:cs="Sakkal Majalla"/>
          <w:color w:val="000000" w:themeColor="text1"/>
          <w:sz w:val="38"/>
          <w:szCs w:val="38"/>
          <w:rtl/>
        </w:rPr>
        <w:t>و</w:t>
      </w:r>
      <w:r w:rsidRPr="005117ED">
        <w:rPr>
          <w:rFonts w:cs="Sakkal Majalla"/>
          <w:color w:val="000000" w:themeColor="text1"/>
          <w:sz w:val="38"/>
          <w:szCs w:val="38"/>
        </w:rPr>
        <w:t xml:space="preserve">Chow </w:t>
      </w:r>
      <w:r w:rsidRPr="005117ED">
        <w:rPr>
          <w:rFonts w:cs="Sakkal Majalla"/>
          <w:color w:val="000000" w:themeColor="text1"/>
          <w:sz w:val="38"/>
          <w:szCs w:val="38"/>
          <w:rtl/>
        </w:rPr>
        <w:t>و</w:t>
      </w:r>
      <w:r w:rsidRPr="005117ED">
        <w:rPr>
          <w:rFonts w:cs="Sakkal Majalla"/>
          <w:color w:val="000000" w:themeColor="text1"/>
          <w:sz w:val="38"/>
          <w:szCs w:val="38"/>
        </w:rPr>
        <w:t xml:space="preserve">Wu </w:t>
      </w:r>
      <w:r w:rsidRPr="005117ED">
        <w:rPr>
          <w:rFonts w:cs="Sakkal Majalla"/>
          <w:color w:val="000000" w:themeColor="text1"/>
          <w:sz w:val="38"/>
          <w:szCs w:val="38"/>
          <w:rtl/>
        </w:rPr>
        <w:t xml:space="preserve">دور القيادة التحويلية في تعزيز الابتكار التنظيمي، كما توصلت دراسة </w:t>
      </w:r>
      <w:proofErr w:type="spellStart"/>
      <w:r w:rsidRPr="005117ED">
        <w:rPr>
          <w:rFonts w:cs="Sakkal Majalla"/>
          <w:color w:val="000000" w:themeColor="text1"/>
          <w:sz w:val="38"/>
          <w:szCs w:val="38"/>
        </w:rPr>
        <w:t>Gumusluoglu</w:t>
      </w:r>
      <w:proofErr w:type="spellEnd"/>
      <w:r w:rsidRPr="005117ED">
        <w:rPr>
          <w:rFonts w:cs="Sakkal Majalla"/>
          <w:color w:val="000000" w:themeColor="text1"/>
          <w:sz w:val="38"/>
          <w:szCs w:val="38"/>
        </w:rPr>
        <w:t xml:space="preserve"> </w:t>
      </w:r>
      <w:r w:rsidRPr="005117ED">
        <w:rPr>
          <w:rFonts w:cs="Sakkal Majalla"/>
          <w:color w:val="000000" w:themeColor="text1"/>
          <w:sz w:val="38"/>
          <w:szCs w:val="38"/>
          <w:rtl/>
        </w:rPr>
        <w:t>و</w:t>
      </w:r>
      <w:proofErr w:type="spellStart"/>
      <w:r w:rsidRPr="005117ED">
        <w:rPr>
          <w:rFonts w:cs="Sakkal Majalla"/>
          <w:color w:val="000000" w:themeColor="text1"/>
          <w:sz w:val="38"/>
          <w:szCs w:val="38"/>
        </w:rPr>
        <w:t>Ilsev</w:t>
      </w:r>
      <w:proofErr w:type="spellEnd"/>
      <w:r w:rsidRPr="005117ED">
        <w:rPr>
          <w:rFonts w:cs="Sakkal Majalla"/>
          <w:color w:val="000000" w:themeColor="text1"/>
          <w:sz w:val="38"/>
          <w:szCs w:val="38"/>
        </w:rPr>
        <w:t xml:space="preserve"> </w:t>
      </w:r>
      <w:r w:rsidRPr="005117ED">
        <w:rPr>
          <w:rFonts w:cs="Sakkal Majalla"/>
          <w:color w:val="000000" w:themeColor="text1"/>
          <w:sz w:val="38"/>
          <w:szCs w:val="38"/>
          <w:rtl/>
        </w:rPr>
        <w:t>إلى علاقة إيجابية بين القيادة التحويلية والإبداع الفردي والابتكار التنظيمي</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وتفيد هذه الدراسات في دعم المنطق النظري للدراسة الحالية، مع ضرورة مراعاة خصوصية السياق السعودي وقطاع المنشآت الصغيرة والمتوسطة عند تفسير النتائج </w:t>
      </w:r>
      <w:r w:rsidR="00D433DA" w:rsidRPr="005117ED">
        <w:rPr>
          <w:rFonts w:cs="Sakkal Majalla" w:hint="cs"/>
          <w:color w:val="000000" w:themeColor="text1"/>
          <w:sz w:val="38"/>
          <w:szCs w:val="38"/>
          <w:rtl/>
        </w:rPr>
        <w:t>(</w:t>
      </w:r>
      <w:r w:rsidRPr="005117ED">
        <w:rPr>
          <w:rFonts w:cs="Sakkal Majalla"/>
          <w:color w:val="000000" w:themeColor="text1"/>
          <w:sz w:val="38"/>
          <w:szCs w:val="38"/>
        </w:rPr>
        <w:t>Jung, Chow &amp; Wu, 2003</w:t>
      </w:r>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Pr>
        <w:t>Gumusluoglu</w:t>
      </w:r>
      <w:proofErr w:type="spellEnd"/>
      <w:r w:rsidRPr="005117ED">
        <w:rPr>
          <w:rFonts w:cs="Sakkal Majalla"/>
          <w:color w:val="000000" w:themeColor="text1"/>
          <w:sz w:val="38"/>
          <w:szCs w:val="38"/>
        </w:rPr>
        <w:t xml:space="preserve"> &amp; </w:t>
      </w:r>
      <w:proofErr w:type="spellStart"/>
      <w:r w:rsidRPr="005117ED">
        <w:rPr>
          <w:rFonts w:cs="Sakkal Majalla"/>
          <w:color w:val="000000" w:themeColor="text1"/>
          <w:sz w:val="38"/>
          <w:szCs w:val="38"/>
        </w:rPr>
        <w:t>Ilsev</w:t>
      </w:r>
      <w:proofErr w:type="spellEnd"/>
      <w:r w:rsidRPr="005117ED">
        <w:rPr>
          <w:rFonts w:cs="Sakkal Majalla"/>
          <w:color w:val="000000" w:themeColor="text1"/>
          <w:sz w:val="38"/>
          <w:szCs w:val="38"/>
        </w:rPr>
        <w:t>, 2009</w:t>
      </w:r>
      <w:r w:rsidRPr="005117ED">
        <w:rPr>
          <w:rFonts w:cs="Sakkal Majalla"/>
          <w:color w:val="000000" w:themeColor="text1"/>
          <w:sz w:val="38"/>
          <w:szCs w:val="38"/>
          <w:rtl/>
        </w:rPr>
        <w:t xml:space="preserve">؛ </w:t>
      </w:r>
      <w:r w:rsidRPr="005117ED">
        <w:rPr>
          <w:rFonts w:cs="Sakkal Majalla"/>
          <w:color w:val="000000" w:themeColor="text1"/>
          <w:sz w:val="38"/>
          <w:szCs w:val="38"/>
        </w:rPr>
        <w:t xml:space="preserve">Anderson, </w:t>
      </w:r>
      <w:proofErr w:type="spellStart"/>
      <w:r w:rsidRPr="005117ED">
        <w:rPr>
          <w:rFonts w:cs="Sakkal Majalla"/>
          <w:color w:val="000000" w:themeColor="text1"/>
          <w:sz w:val="38"/>
          <w:szCs w:val="38"/>
        </w:rPr>
        <w:t>Potočnik</w:t>
      </w:r>
      <w:proofErr w:type="spellEnd"/>
      <w:r w:rsidRPr="005117ED">
        <w:rPr>
          <w:rFonts w:cs="Sakkal Majalla"/>
          <w:color w:val="000000" w:themeColor="text1"/>
          <w:sz w:val="38"/>
          <w:szCs w:val="38"/>
        </w:rPr>
        <w:t xml:space="preserve"> &amp; Zhou, 2014</w:t>
      </w:r>
      <w:r w:rsidR="00D433DA" w:rsidRPr="005117ED">
        <w:rPr>
          <w:rFonts w:cs="Sakkal Majalla" w:hint="cs"/>
          <w:color w:val="000000" w:themeColor="text1"/>
          <w:sz w:val="38"/>
          <w:szCs w:val="38"/>
          <w:rtl/>
        </w:rPr>
        <w:t>)</w:t>
      </w:r>
      <w:r w:rsidRPr="005117ED">
        <w:rPr>
          <w:rFonts w:cs="Sakkal Majalla"/>
          <w:color w:val="000000" w:themeColor="text1"/>
          <w:sz w:val="38"/>
          <w:szCs w:val="38"/>
        </w:rPr>
        <w:t>.</w:t>
      </w:r>
    </w:p>
    <w:p w:rsidR="005117ED" w:rsidRPr="005117ED" w:rsidRDefault="005117ED" w:rsidP="00D433DA">
      <w:pPr>
        <w:spacing w:before="0"/>
        <w:ind w:firstLine="720"/>
        <w:jc w:val="both"/>
        <w:rPr>
          <w:rFonts w:cs="Sakkal Majalla"/>
          <w:color w:val="000000" w:themeColor="text1"/>
          <w:sz w:val="38"/>
          <w:szCs w:val="38"/>
        </w:rPr>
      </w:pPr>
    </w:p>
    <w:p w:rsidR="00BB6C80" w:rsidRPr="005117ED" w:rsidRDefault="00BB6C80" w:rsidP="00D433DA">
      <w:pPr>
        <w:spacing w:before="0"/>
        <w:ind w:firstLine="0"/>
        <w:jc w:val="left"/>
        <w:outlineLvl w:val="0"/>
        <w:rPr>
          <w:rFonts w:eastAsia="Times New Roman" w:cs="Sakkal Majalla"/>
          <w:b/>
          <w:bCs/>
          <w:color w:val="000000" w:themeColor="text1"/>
          <w:sz w:val="40"/>
          <w:szCs w:val="40"/>
        </w:rPr>
      </w:pPr>
      <w:bookmarkStart w:id="44" w:name="_Toc233321996"/>
      <w:r w:rsidRPr="005117ED">
        <w:rPr>
          <w:rFonts w:eastAsia="Times New Roman" w:cs="Sakkal Majalla"/>
          <w:b/>
          <w:bCs/>
          <w:color w:val="000000" w:themeColor="text1"/>
          <w:sz w:val="40"/>
          <w:szCs w:val="40"/>
        </w:rPr>
        <w:t xml:space="preserve">2-4-3 </w:t>
      </w:r>
      <w:r w:rsidRPr="005117ED">
        <w:rPr>
          <w:rFonts w:eastAsia="Times New Roman" w:cs="Sakkal Majalla"/>
          <w:b/>
          <w:bCs/>
          <w:color w:val="000000" w:themeColor="text1"/>
          <w:sz w:val="40"/>
          <w:szCs w:val="40"/>
          <w:rtl/>
        </w:rPr>
        <w:t>خصوصية العلاقة في المنشآت الصغيرة والمتوسطة السعودية</w:t>
      </w:r>
      <w:r w:rsidR="00D433DA" w:rsidRPr="005117ED">
        <w:rPr>
          <w:rFonts w:eastAsia="Times New Roman" w:cs="Sakkal Majalla" w:hint="cs"/>
          <w:b/>
          <w:bCs/>
          <w:color w:val="000000" w:themeColor="text1"/>
          <w:sz w:val="40"/>
          <w:szCs w:val="40"/>
          <w:rtl/>
        </w:rPr>
        <w:t>:</w:t>
      </w:r>
      <w:bookmarkEnd w:id="44"/>
      <w:r w:rsidR="00D433DA" w:rsidRPr="005117ED">
        <w:rPr>
          <w:rFonts w:eastAsia="Times New Roman" w:cs="Sakkal Majalla" w:hint="cs"/>
          <w:b/>
          <w:bCs/>
          <w:color w:val="000000" w:themeColor="text1"/>
          <w:sz w:val="40"/>
          <w:szCs w:val="40"/>
          <w:rtl/>
        </w:rPr>
        <w:t xml:space="preserve"> </w:t>
      </w:r>
    </w:p>
    <w:p w:rsidR="00BB6C80" w:rsidRPr="005117ED" w:rsidRDefault="00BB6C80" w:rsidP="00D433DA">
      <w:pPr>
        <w:spacing w:before="0"/>
        <w:ind w:firstLine="720"/>
        <w:jc w:val="both"/>
        <w:rPr>
          <w:rFonts w:cs="Sakkal Majalla"/>
          <w:color w:val="000000" w:themeColor="text1"/>
          <w:sz w:val="38"/>
          <w:szCs w:val="38"/>
        </w:rPr>
      </w:pPr>
      <w:r w:rsidRPr="005117ED">
        <w:rPr>
          <w:rFonts w:cs="Sakkal Majalla"/>
          <w:color w:val="000000" w:themeColor="text1"/>
          <w:sz w:val="38"/>
          <w:szCs w:val="38"/>
          <w:rtl/>
        </w:rPr>
        <w:t>تتميز المنشآت الصغيرة والمتوسطة بقرب المدير من العاملين وقصر خطوط الاتصال وسرعة القرار، وهي عوامل يمكن أن تعزز أثر القيادة التحويلية إذا استخدمت في بناء الثقة والتعلم والمبادرة</w:t>
      </w:r>
      <w:r w:rsidRPr="005117ED">
        <w:rPr>
          <w:rFonts w:cs="Sakkal Majalla"/>
          <w:color w:val="000000" w:themeColor="text1"/>
          <w:sz w:val="38"/>
          <w:szCs w:val="38"/>
        </w:rPr>
        <w:t xml:space="preserve">. </w:t>
      </w:r>
      <w:r w:rsidRPr="005117ED">
        <w:rPr>
          <w:rFonts w:cs="Sakkal Majalla"/>
          <w:color w:val="000000" w:themeColor="text1"/>
          <w:sz w:val="38"/>
          <w:szCs w:val="38"/>
          <w:rtl/>
        </w:rPr>
        <w:t>وفي المقابل قد يحد التركيز الشديد للسلطة لدى المالك أو المدير من تعدد الأفكار، خصوصًا إذا ارتبطت كل الموافقات بشخص واحد</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ومن ثم فإن فاعلية القيادة التحويلية في هذا القطاع لا تقاس بقدرة القائد على الإلهام فقط، بل بقدرته على بناء نظام مبسط ومستمر لتوليد الأفكار وتقييمها وتنفيذها </w:t>
      </w:r>
      <w:r w:rsidR="00D433DA" w:rsidRPr="005117ED">
        <w:rPr>
          <w:rFonts w:cs="Sakkal Majalla" w:hint="cs"/>
          <w:color w:val="000000" w:themeColor="text1"/>
          <w:sz w:val="38"/>
          <w:szCs w:val="38"/>
          <w:rtl/>
        </w:rPr>
        <w:t>(</w:t>
      </w:r>
      <w:r w:rsidRPr="005117ED">
        <w:rPr>
          <w:rFonts w:cs="Sakkal Majalla"/>
          <w:color w:val="000000" w:themeColor="text1"/>
          <w:sz w:val="38"/>
          <w:szCs w:val="38"/>
          <w:rtl/>
        </w:rPr>
        <w:t xml:space="preserve">جارحي وآخرون، </w:t>
      </w:r>
      <w:r w:rsidRPr="005117ED">
        <w:rPr>
          <w:rFonts w:cs="Sakkal Majalla"/>
          <w:color w:val="000000" w:themeColor="text1"/>
          <w:sz w:val="38"/>
          <w:szCs w:val="38"/>
        </w:rPr>
        <w:t>2019</w:t>
      </w:r>
      <w:r w:rsidRPr="005117ED">
        <w:rPr>
          <w:rFonts w:cs="Sakkal Majalla"/>
          <w:color w:val="000000" w:themeColor="text1"/>
          <w:sz w:val="38"/>
          <w:szCs w:val="38"/>
          <w:rtl/>
        </w:rPr>
        <w:t>؛ منشآت، د</w:t>
      </w:r>
      <w:r w:rsidRPr="005117ED">
        <w:rPr>
          <w:rFonts w:cs="Sakkal Majalla"/>
          <w:color w:val="000000" w:themeColor="text1"/>
          <w:sz w:val="38"/>
          <w:szCs w:val="38"/>
        </w:rPr>
        <w:t>.</w:t>
      </w:r>
      <w:r w:rsidRPr="005117ED">
        <w:rPr>
          <w:rFonts w:cs="Sakkal Majalla"/>
          <w:color w:val="000000" w:themeColor="text1"/>
          <w:sz w:val="38"/>
          <w:szCs w:val="38"/>
          <w:rtl/>
        </w:rPr>
        <w:t>ت</w:t>
      </w:r>
      <w:r w:rsidRPr="005117ED">
        <w:rPr>
          <w:rFonts w:cs="Sakkal Majalla"/>
          <w:color w:val="000000" w:themeColor="text1"/>
          <w:sz w:val="38"/>
          <w:szCs w:val="38"/>
        </w:rPr>
        <w:t>.</w:t>
      </w:r>
      <w:r w:rsidR="00D433DA" w:rsidRPr="005117ED">
        <w:rPr>
          <w:rFonts w:cs="Sakkal Majalla" w:hint="cs"/>
          <w:color w:val="000000" w:themeColor="text1"/>
          <w:sz w:val="38"/>
          <w:szCs w:val="38"/>
          <w:rtl/>
        </w:rPr>
        <w:t>)</w:t>
      </w:r>
      <w:r w:rsidRPr="005117ED">
        <w:rPr>
          <w:rFonts w:cs="Sakkal Majalla"/>
          <w:color w:val="000000" w:themeColor="text1"/>
          <w:sz w:val="38"/>
          <w:szCs w:val="38"/>
        </w:rPr>
        <w:t>.</w:t>
      </w:r>
    </w:p>
    <w:p w:rsidR="00BB6C80" w:rsidRPr="005117ED" w:rsidRDefault="00BB6C80" w:rsidP="00D433DA">
      <w:pPr>
        <w:spacing w:before="0"/>
        <w:ind w:firstLine="720"/>
        <w:jc w:val="both"/>
        <w:rPr>
          <w:rFonts w:cs="Sakkal Majalla"/>
          <w:color w:val="000000" w:themeColor="text1"/>
          <w:sz w:val="38"/>
          <w:szCs w:val="38"/>
        </w:rPr>
      </w:pPr>
      <w:r w:rsidRPr="005117ED">
        <w:rPr>
          <w:rFonts w:cs="Sakkal Majalla"/>
          <w:color w:val="000000" w:themeColor="text1"/>
          <w:sz w:val="38"/>
          <w:szCs w:val="38"/>
          <w:rtl/>
        </w:rPr>
        <w:t xml:space="preserve">وتنسجم الدراسة مع مستهدفات رؤية السعودية </w:t>
      </w:r>
      <w:r w:rsidRPr="005117ED">
        <w:rPr>
          <w:rFonts w:cs="Sakkal Majalla"/>
          <w:color w:val="000000" w:themeColor="text1"/>
          <w:sz w:val="38"/>
          <w:szCs w:val="38"/>
        </w:rPr>
        <w:t xml:space="preserve">2030 </w:t>
      </w:r>
      <w:r w:rsidRPr="005117ED">
        <w:rPr>
          <w:rFonts w:cs="Sakkal Majalla"/>
          <w:color w:val="000000" w:themeColor="text1"/>
          <w:sz w:val="38"/>
          <w:szCs w:val="38"/>
          <w:rtl/>
        </w:rPr>
        <w:t>في تنمية القطاع الخاص وتعزيز الابتكار ورفع مساهمة المنشآت الصغيرة والمتوسطة</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غير أن تحقيق هذه المستهدفات لا يعتمد على التمويل والتنظيم فقط، بل يتطلب بناء قدرات إدارية وسلوكية داخل المنشآت، وفي مقدمتها القيادة التي تشجع التعلم والتجريب وتبادل المعرفة وتطوير العاملين </w:t>
      </w:r>
      <w:r w:rsidR="00D433DA" w:rsidRPr="005117ED">
        <w:rPr>
          <w:rFonts w:cs="Sakkal Majalla" w:hint="cs"/>
          <w:color w:val="000000" w:themeColor="text1"/>
          <w:sz w:val="38"/>
          <w:szCs w:val="38"/>
          <w:rtl/>
        </w:rPr>
        <w:t>(</w:t>
      </w:r>
      <w:r w:rsidRPr="005117ED">
        <w:rPr>
          <w:rFonts w:cs="Sakkal Majalla"/>
          <w:color w:val="000000" w:themeColor="text1"/>
          <w:sz w:val="38"/>
          <w:szCs w:val="38"/>
          <w:rtl/>
        </w:rPr>
        <w:t xml:space="preserve">رؤية السعودية </w:t>
      </w:r>
      <w:r w:rsidRPr="005117ED">
        <w:rPr>
          <w:rFonts w:cs="Sakkal Majalla"/>
          <w:color w:val="000000" w:themeColor="text1"/>
          <w:sz w:val="38"/>
          <w:szCs w:val="38"/>
        </w:rPr>
        <w:t>2030</w:t>
      </w:r>
      <w:r w:rsidRPr="005117ED">
        <w:rPr>
          <w:rFonts w:cs="Sakkal Majalla"/>
          <w:color w:val="000000" w:themeColor="text1"/>
          <w:sz w:val="38"/>
          <w:szCs w:val="38"/>
          <w:rtl/>
        </w:rPr>
        <w:t xml:space="preserve">، </w:t>
      </w:r>
      <w:r w:rsidRPr="005117ED">
        <w:rPr>
          <w:rFonts w:cs="Sakkal Majalla"/>
          <w:color w:val="000000" w:themeColor="text1"/>
          <w:sz w:val="38"/>
          <w:szCs w:val="38"/>
        </w:rPr>
        <w:t>2016</w:t>
      </w:r>
      <w:r w:rsidRPr="005117ED">
        <w:rPr>
          <w:rFonts w:cs="Sakkal Majalla"/>
          <w:color w:val="000000" w:themeColor="text1"/>
          <w:sz w:val="38"/>
          <w:szCs w:val="38"/>
          <w:rtl/>
        </w:rPr>
        <w:t xml:space="preserve">؛ الفاعوري، </w:t>
      </w:r>
      <w:r w:rsidRPr="005117ED">
        <w:rPr>
          <w:rFonts w:cs="Sakkal Majalla"/>
          <w:color w:val="000000" w:themeColor="text1"/>
          <w:sz w:val="38"/>
          <w:szCs w:val="38"/>
        </w:rPr>
        <w:t>2005</w:t>
      </w:r>
      <w:r w:rsidRPr="005117ED">
        <w:rPr>
          <w:rFonts w:cs="Sakkal Majalla"/>
          <w:color w:val="000000" w:themeColor="text1"/>
          <w:sz w:val="38"/>
          <w:szCs w:val="38"/>
          <w:rtl/>
        </w:rPr>
        <w:t xml:space="preserve">؛ </w:t>
      </w:r>
      <w:r w:rsidRPr="005117ED">
        <w:rPr>
          <w:rFonts w:cs="Sakkal Majalla"/>
          <w:color w:val="000000" w:themeColor="text1"/>
          <w:sz w:val="38"/>
          <w:szCs w:val="38"/>
        </w:rPr>
        <w:t xml:space="preserve">Bass &amp; </w:t>
      </w:r>
      <w:proofErr w:type="spellStart"/>
      <w:r w:rsidRPr="005117ED">
        <w:rPr>
          <w:rFonts w:cs="Sakkal Majalla"/>
          <w:color w:val="000000" w:themeColor="text1"/>
          <w:sz w:val="38"/>
          <w:szCs w:val="38"/>
        </w:rPr>
        <w:t>Riggio</w:t>
      </w:r>
      <w:proofErr w:type="spellEnd"/>
      <w:r w:rsidRPr="005117ED">
        <w:rPr>
          <w:rFonts w:cs="Sakkal Majalla"/>
          <w:color w:val="000000" w:themeColor="text1"/>
          <w:sz w:val="38"/>
          <w:szCs w:val="38"/>
        </w:rPr>
        <w:t>, 2006</w:t>
      </w:r>
      <w:r w:rsidR="00D433DA" w:rsidRPr="005117ED">
        <w:rPr>
          <w:rFonts w:cs="Sakkal Majalla" w:hint="cs"/>
          <w:color w:val="000000" w:themeColor="text1"/>
          <w:sz w:val="38"/>
          <w:szCs w:val="38"/>
          <w:rtl/>
        </w:rPr>
        <w:t>)</w:t>
      </w:r>
      <w:r w:rsidRPr="005117ED">
        <w:rPr>
          <w:rFonts w:cs="Sakkal Majalla"/>
          <w:color w:val="000000" w:themeColor="text1"/>
          <w:sz w:val="38"/>
          <w:szCs w:val="38"/>
        </w:rPr>
        <w:t>.</w:t>
      </w:r>
    </w:p>
    <w:p w:rsidR="00D433DA" w:rsidRPr="005117ED" w:rsidRDefault="00D433DA">
      <w:pPr>
        <w:bidi w:val="0"/>
        <w:spacing w:before="0" w:after="160" w:line="259" w:lineRule="auto"/>
        <w:ind w:firstLine="0"/>
        <w:jc w:val="left"/>
        <w:rPr>
          <w:rFonts w:cs="Sakkal Majalla"/>
          <w:b/>
          <w:bCs/>
          <w:color w:val="000000" w:themeColor="text1"/>
          <w:sz w:val="38"/>
          <w:szCs w:val="38"/>
          <w:rtl/>
        </w:rPr>
      </w:pPr>
      <w:r w:rsidRPr="005117ED">
        <w:rPr>
          <w:rFonts w:cs="Sakkal Majalla"/>
          <w:b/>
          <w:bCs/>
          <w:color w:val="000000" w:themeColor="text1"/>
          <w:sz w:val="38"/>
          <w:szCs w:val="38"/>
          <w:rtl/>
        </w:rPr>
        <w:br w:type="page"/>
      </w:r>
    </w:p>
    <w:p w:rsidR="00BB6C80" w:rsidRPr="005117ED" w:rsidRDefault="00BB6C80" w:rsidP="00D433DA">
      <w:pPr>
        <w:spacing w:before="0"/>
        <w:ind w:firstLine="0"/>
        <w:jc w:val="center"/>
        <w:outlineLvl w:val="0"/>
        <w:rPr>
          <w:rFonts w:eastAsia="Times New Roman" w:cs="Sakkal Majalla"/>
          <w:b/>
          <w:bCs/>
          <w:color w:val="000000" w:themeColor="text1"/>
          <w:sz w:val="40"/>
          <w:szCs w:val="40"/>
        </w:rPr>
      </w:pPr>
      <w:bookmarkStart w:id="45" w:name="_Toc233321997"/>
      <w:r w:rsidRPr="005117ED">
        <w:rPr>
          <w:rFonts w:eastAsia="Times New Roman" w:cs="Sakkal Majalla"/>
          <w:b/>
          <w:bCs/>
          <w:color w:val="000000" w:themeColor="text1"/>
          <w:sz w:val="40"/>
          <w:szCs w:val="40"/>
          <w:rtl/>
        </w:rPr>
        <w:lastRenderedPageBreak/>
        <w:t>خلاصة الإطار النظري</w:t>
      </w:r>
      <w:r w:rsidR="00D433DA" w:rsidRPr="005117ED">
        <w:rPr>
          <w:rFonts w:eastAsia="Times New Roman" w:cs="Sakkal Majalla" w:hint="cs"/>
          <w:b/>
          <w:bCs/>
          <w:color w:val="000000" w:themeColor="text1"/>
          <w:sz w:val="40"/>
          <w:szCs w:val="40"/>
          <w:rtl/>
        </w:rPr>
        <w:t>:</w:t>
      </w:r>
      <w:bookmarkEnd w:id="45"/>
    </w:p>
    <w:p w:rsidR="00BB6C80" w:rsidRPr="005117ED" w:rsidRDefault="00BB6C80" w:rsidP="00D433DA">
      <w:pPr>
        <w:spacing w:before="0"/>
        <w:ind w:firstLine="720"/>
        <w:jc w:val="both"/>
        <w:rPr>
          <w:rFonts w:cs="Sakkal Majalla"/>
          <w:color w:val="000000" w:themeColor="text1"/>
          <w:sz w:val="38"/>
          <w:szCs w:val="38"/>
        </w:rPr>
      </w:pPr>
      <w:r w:rsidRPr="005117ED">
        <w:rPr>
          <w:rFonts w:cs="Sakkal Majalla"/>
          <w:color w:val="000000" w:themeColor="text1"/>
          <w:sz w:val="38"/>
          <w:szCs w:val="38"/>
          <w:rtl/>
        </w:rPr>
        <w:t>يخلص الإطار النظري إلى أن القيادة التحويلية تمثل بنية متعددة الأبعاد تؤثر في الإبداع التنظيمي عبر الثقة والدافعية والتمكين والاستثارة الفكرية وتبادل المعرفة</w:t>
      </w:r>
      <w:r w:rsidRPr="005117ED">
        <w:rPr>
          <w:rFonts w:cs="Sakkal Majalla"/>
          <w:color w:val="000000" w:themeColor="text1"/>
          <w:sz w:val="38"/>
          <w:szCs w:val="38"/>
        </w:rPr>
        <w:t xml:space="preserve">. </w:t>
      </w:r>
      <w:r w:rsidRPr="005117ED">
        <w:rPr>
          <w:rFonts w:cs="Sakkal Majalla"/>
          <w:color w:val="000000" w:themeColor="text1"/>
          <w:sz w:val="38"/>
          <w:szCs w:val="38"/>
          <w:rtl/>
        </w:rPr>
        <w:t>كما يبين أن الإبداع عملية تنظيمية تبدأ بتشخيص المشكلة ولا تنتهي عند توليد الفكرة، بل تمتد إلى التقييم والتجريب والتبني والتعلم</w:t>
      </w:r>
      <w:r w:rsidRPr="005117ED">
        <w:rPr>
          <w:rFonts w:cs="Sakkal Majalla"/>
          <w:color w:val="000000" w:themeColor="text1"/>
          <w:sz w:val="38"/>
          <w:szCs w:val="38"/>
        </w:rPr>
        <w:t xml:space="preserve">. </w:t>
      </w:r>
      <w:r w:rsidRPr="005117ED">
        <w:rPr>
          <w:rFonts w:cs="Sakkal Majalla"/>
          <w:color w:val="000000" w:themeColor="text1"/>
          <w:sz w:val="38"/>
          <w:szCs w:val="38"/>
          <w:rtl/>
        </w:rPr>
        <w:t xml:space="preserve">وفي سياق المنشآت الصغيرة والمتوسطة السعودية، تبدو العلاقة بين المتغيرين أكثر أهمية بسبب قرب القائد من العاملين والعملاء، وقصر مسار القرار، وحاجة هذه المنشآت إلى تطوير مستمر في ظل محدودية الموارد والمنافسة </w:t>
      </w:r>
      <w:proofErr w:type="gramStart"/>
      <w:r w:rsidRPr="005117ED">
        <w:rPr>
          <w:rFonts w:cs="Sakkal Majalla"/>
          <w:color w:val="000000" w:themeColor="text1"/>
          <w:sz w:val="38"/>
          <w:szCs w:val="38"/>
          <w:rtl/>
        </w:rPr>
        <w:t xml:space="preserve">المتزايدة </w:t>
      </w:r>
      <w:r w:rsidR="00D433DA" w:rsidRPr="005117ED">
        <w:rPr>
          <w:rFonts w:cs="Sakkal Majalla" w:hint="cs"/>
          <w:color w:val="000000" w:themeColor="text1"/>
          <w:sz w:val="38"/>
          <w:szCs w:val="38"/>
          <w:rtl/>
        </w:rPr>
        <w:t>.</w:t>
      </w:r>
      <w:proofErr w:type="gramEnd"/>
    </w:p>
    <w:p w:rsidR="00BB6C80" w:rsidRPr="005117ED" w:rsidRDefault="00BB6C80" w:rsidP="00D433DA">
      <w:pPr>
        <w:spacing w:before="0"/>
        <w:ind w:firstLine="720"/>
        <w:jc w:val="both"/>
        <w:rPr>
          <w:rFonts w:cs="Sakkal Majalla"/>
          <w:color w:val="000000" w:themeColor="text1"/>
          <w:sz w:val="38"/>
          <w:szCs w:val="38"/>
        </w:rPr>
      </w:pPr>
      <w:r w:rsidRPr="005117ED">
        <w:rPr>
          <w:rFonts w:cs="Sakkal Majalla"/>
          <w:color w:val="000000" w:themeColor="text1"/>
          <w:sz w:val="38"/>
          <w:szCs w:val="38"/>
          <w:rtl/>
        </w:rPr>
        <w:t>وبناءً على ذلك، يمكن صياغة منطق الدراسة في أن القيادة التحويلية لا تؤثر في الإبداع التنظيمي بمجرد رفع الحماس، بل من خلال توفير شروط اجتماعية ومعرفية وتنظيمية تسمح بظهور الأفكار وتطويرها وتطبيقها</w:t>
      </w:r>
      <w:r w:rsidRPr="005117ED">
        <w:rPr>
          <w:rFonts w:cs="Sakkal Majalla"/>
          <w:color w:val="000000" w:themeColor="text1"/>
          <w:sz w:val="38"/>
          <w:szCs w:val="38"/>
        </w:rPr>
        <w:t xml:space="preserve">. </w:t>
      </w:r>
      <w:r w:rsidRPr="005117ED">
        <w:rPr>
          <w:rFonts w:cs="Sakkal Majalla"/>
          <w:color w:val="000000" w:themeColor="text1"/>
          <w:sz w:val="38"/>
          <w:szCs w:val="38"/>
          <w:rtl/>
        </w:rPr>
        <w:t>وتتمثل هذه الشروط في الثقة والعدل، والرؤية المشتركة، والتفكير الناقد، والدعم الفردي، والتفويض، وآليات استقبال الأفكار وتجريبها</w:t>
      </w:r>
      <w:r w:rsidRPr="005117ED">
        <w:rPr>
          <w:rFonts w:cs="Sakkal Majalla"/>
          <w:color w:val="000000" w:themeColor="text1"/>
          <w:sz w:val="38"/>
          <w:szCs w:val="38"/>
        </w:rPr>
        <w:t xml:space="preserve">. </w:t>
      </w:r>
      <w:r w:rsidRPr="005117ED">
        <w:rPr>
          <w:rFonts w:cs="Sakkal Majalla"/>
          <w:color w:val="000000" w:themeColor="text1"/>
          <w:sz w:val="38"/>
          <w:szCs w:val="38"/>
          <w:rtl/>
        </w:rPr>
        <w:t>ويمثل هذا الإطار أساسًا نظريًا لاشتقاق الفرضيات وبناء الاستبانة وتفسير النت</w:t>
      </w:r>
      <w:r w:rsidR="00D433DA" w:rsidRPr="005117ED">
        <w:rPr>
          <w:rFonts w:cs="Sakkal Majalla"/>
          <w:color w:val="000000" w:themeColor="text1"/>
          <w:sz w:val="38"/>
          <w:szCs w:val="38"/>
          <w:rtl/>
        </w:rPr>
        <w:t>ائج في الفصول التطبيقية اللاحقة</w:t>
      </w:r>
      <w:r w:rsidR="00D433DA" w:rsidRPr="005117ED">
        <w:rPr>
          <w:rFonts w:cs="Sakkal Majalla" w:hint="cs"/>
          <w:color w:val="000000" w:themeColor="text1"/>
          <w:sz w:val="38"/>
          <w:szCs w:val="38"/>
          <w:rtl/>
        </w:rPr>
        <w:t>.</w:t>
      </w:r>
    </w:p>
    <w:p w:rsidR="00D433DA" w:rsidRPr="005117ED" w:rsidRDefault="00D433DA">
      <w:pPr>
        <w:bidi w:val="0"/>
        <w:spacing w:before="0" w:after="160" w:line="259" w:lineRule="auto"/>
        <w:ind w:firstLine="0"/>
        <w:jc w:val="left"/>
        <w:rPr>
          <w:rFonts w:cs="Sakkal Majalla"/>
          <w:color w:val="000000" w:themeColor="text1"/>
          <w:sz w:val="38"/>
          <w:szCs w:val="38"/>
          <w:rtl/>
        </w:rPr>
      </w:pPr>
      <w:r w:rsidRPr="005117ED">
        <w:rPr>
          <w:rFonts w:cs="Sakkal Majalla"/>
          <w:color w:val="000000" w:themeColor="text1"/>
          <w:sz w:val="38"/>
          <w:szCs w:val="38"/>
          <w:rtl/>
        </w:rPr>
        <w:br w:type="page"/>
      </w:r>
    </w:p>
    <w:p w:rsidR="00FD5E07" w:rsidRPr="005117ED" w:rsidRDefault="008667C1" w:rsidP="00FD5E07">
      <w:pPr>
        <w:spacing w:before="0"/>
        <w:ind w:firstLine="0"/>
        <w:jc w:val="center"/>
        <w:outlineLvl w:val="0"/>
        <w:rPr>
          <w:rFonts w:eastAsia="Times New Roman" w:cs="Sakkal Majalla"/>
          <w:b/>
          <w:bCs/>
          <w:color w:val="000000" w:themeColor="text1"/>
          <w:sz w:val="40"/>
          <w:szCs w:val="40"/>
        </w:rPr>
      </w:pPr>
      <w:bookmarkStart w:id="46" w:name="_Toc233321998"/>
      <w:proofErr w:type="gramStart"/>
      <w:r w:rsidRPr="005117ED">
        <w:rPr>
          <w:rFonts w:eastAsia="Times New Roman" w:cs="Sakkal Majalla" w:hint="cs"/>
          <w:b/>
          <w:bCs/>
          <w:color w:val="000000" w:themeColor="text1"/>
          <w:sz w:val="40"/>
          <w:szCs w:val="40"/>
          <w:rtl/>
        </w:rPr>
        <w:lastRenderedPageBreak/>
        <w:t xml:space="preserve">ثانياً </w:t>
      </w:r>
      <w:r w:rsidR="00FD5E07" w:rsidRPr="005117ED">
        <w:rPr>
          <w:rFonts w:eastAsia="Times New Roman" w:cs="Sakkal Majalla"/>
          <w:b/>
          <w:bCs/>
          <w:color w:val="000000" w:themeColor="text1"/>
          <w:sz w:val="40"/>
          <w:szCs w:val="40"/>
          <w:rtl/>
        </w:rPr>
        <w:t>:</w:t>
      </w:r>
      <w:proofErr w:type="gramEnd"/>
      <w:r w:rsidR="00FD5E07" w:rsidRPr="005117ED">
        <w:rPr>
          <w:rFonts w:eastAsia="Times New Roman" w:cs="Sakkal Majalla"/>
          <w:b/>
          <w:bCs/>
          <w:color w:val="000000" w:themeColor="text1"/>
          <w:sz w:val="40"/>
          <w:szCs w:val="40"/>
          <w:rtl/>
        </w:rPr>
        <w:t xml:space="preserve"> الدراسات السابقة</w:t>
      </w:r>
      <w:bookmarkEnd w:id="46"/>
    </w:p>
    <w:p w:rsidR="00007FCD" w:rsidRDefault="00007FCD" w:rsidP="00007FCD">
      <w:pPr>
        <w:keepNext/>
        <w:spacing w:before="0"/>
        <w:ind w:firstLine="0"/>
        <w:jc w:val="both"/>
        <w:rPr>
          <w:rFonts w:cs="Sakkal Majalla"/>
          <w:bCs/>
          <w:color w:val="000000" w:themeColor="text1"/>
          <w:sz w:val="38"/>
          <w:szCs w:val="38"/>
          <w:rtl/>
        </w:rPr>
      </w:pPr>
    </w:p>
    <w:p w:rsidR="00FD5E07" w:rsidRDefault="00FD5E07" w:rsidP="00007FCD">
      <w:pPr>
        <w:keepNext/>
        <w:spacing w:before="0"/>
        <w:ind w:firstLine="0"/>
        <w:jc w:val="both"/>
        <w:rPr>
          <w:rFonts w:cs="Sakkal Majalla"/>
          <w:bCs/>
          <w:color w:val="000000" w:themeColor="text1"/>
          <w:sz w:val="38"/>
          <w:szCs w:val="38"/>
          <w:rtl/>
        </w:rPr>
      </w:pPr>
      <w:r w:rsidRPr="00007FCD">
        <w:rPr>
          <w:rFonts w:cs="Sakkal Majalla"/>
          <w:bCs/>
          <w:color w:val="000000" w:themeColor="text1"/>
          <w:sz w:val="38"/>
          <w:szCs w:val="38"/>
          <w:rtl/>
        </w:rPr>
        <w:t>أولًا: الدراسات العربية</w:t>
      </w:r>
    </w:p>
    <w:p w:rsidR="00007FCD" w:rsidRPr="00007FCD" w:rsidRDefault="00007FCD" w:rsidP="00007FCD">
      <w:pPr>
        <w:keepNext/>
        <w:spacing w:before="0"/>
        <w:ind w:firstLine="0"/>
        <w:jc w:val="center"/>
        <w:rPr>
          <w:rFonts w:cs="Sakkal Majalla"/>
          <w:bCs/>
          <w:color w:val="000000" w:themeColor="text1"/>
          <w:sz w:val="38"/>
          <w:szCs w:val="38"/>
        </w:rPr>
      </w:pPr>
      <w:r w:rsidRPr="00007FCD">
        <w:rPr>
          <w:rFonts w:cs="Sakkal Majalla"/>
          <w:b/>
          <w:bCs/>
          <w:color w:val="000000" w:themeColor="text1"/>
          <w:sz w:val="38"/>
          <w:szCs w:val="38"/>
          <w:rtl/>
        </w:rPr>
        <w:t>جدول</w:t>
      </w:r>
      <w:r w:rsidRPr="00007FCD">
        <w:rPr>
          <w:rFonts w:cs="Sakkal Majalla"/>
          <w:b/>
          <w:bCs/>
          <w:color w:val="000000" w:themeColor="text1"/>
          <w:sz w:val="38"/>
          <w:szCs w:val="38"/>
        </w:rPr>
        <w:t xml:space="preserve"> (8</w:t>
      </w:r>
      <w:proofErr w:type="gramStart"/>
      <w:r w:rsidRPr="00007FCD">
        <w:rPr>
          <w:rFonts w:cs="Sakkal Majalla"/>
          <w:b/>
          <w:bCs/>
          <w:color w:val="000000" w:themeColor="text1"/>
          <w:sz w:val="38"/>
          <w:szCs w:val="38"/>
        </w:rPr>
        <w:t>)</w:t>
      </w:r>
      <w:r w:rsidRPr="00007FCD">
        <w:rPr>
          <w:rFonts w:cs="Sakkal Majalla" w:hint="cs"/>
          <w:b/>
          <w:bCs/>
          <w:color w:val="000000" w:themeColor="text1"/>
          <w:sz w:val="38"/>
          <w:szCs w:val="38"/>
          <w:rtl/>
        </w:rPr>
        <w:t xml:space="preserve"> </w:t>
      </w:r>
      <w:r w:rsidRPr="00007FCD">
        <w:rPr>
          <w:rFonts w:cs="Sakkal Majalla"/>
          <w:b/>
          <w:bCs/>
          <w:color w:val="000000" w:themeColor="text1"/>
          <w:sz w:val="38"/>
          <w:szCs w:val="38"/>
        </w:rPr>
        <w:t>:</w:t>
      </w:r>
      <w:proofErr w:type="gramEnd"/>
      <w:r w:rsidRPr="00007FCD">
        <w:rPr>
          <w:rFonts w:cs="Sakkal Majalla" w:hint="cs"/>
          <w:b/>
          <w:bCs/>
          <w:color w:val="000000" w:themeColor="text1"/>
          <w:sz w:val="38"/>
          <w:szCs w:val="38"/>
          <w:rtl/>
        </w:rPr>
        <w:t xml:space="preserve"> </w:t>
      </w:r>
      <w:r w:rsidRPr="00007FCD">
        <w:rPr>
          <w:rFonts w:cs="Sakkal Majalla"/>
          <w:b/>
          <w:bCs/>
          <w:color w:val="000000" w:themeColor="text1"/>
          <w:sz w:val="38"/>
          <w:szCs w:val="38"/>
        </w:rPr>
        <w:t xml:space="preserve"> </w:t>
      </w:r>
      <w:r w:rsidRPr="00007FCD">
        <w:rPr>
          <w:rFonts w:cs="Sakkal Majalla"/>
          <w:b/>
          <w:bCs/>
          <w:color w:val="000000" w:themeColor="text1"/>
          <w:sz w:val="38"/>
          <w:szCs w:val="38"/>
          <w:rtl/>
        </w:rPr>
        <w:t>ملخص</w:t>
      </w:r>
      <w:r w:rsidRPr="00007FCD">
        <w:rPr>
          <w:rFonts w:cs="Sakkal Majalla"/>
          <w:b/>
          <w:bCs/>
          <w:color w:val="000000" w:themeColor="text1"/>
          <w:sz w:val="38"/>
          <w:szCs w:val="38"/>
        </w:rPr>
        <w:t xml:space="preserve"> </w:t>
      </w:r>
      <w:r w:rsidRPr="00007FCD">
        <w:rPr>
          <w:rFonts w:cs="Sakkal Majalla"/>
          <w:b/>
          <w:bCs/>
          <w:color w:val="000000" w:themeColor="text1"/>
          <w:sz w:val="38"/>
          <w:szCs w:val="38"/>
          <w:rtl/>
        </w:rPr>
        <w:t>الدراسات</w:t>
      </w:r>
      <w:r w:rsidRPr="00007FCD">
        <w:rPr>
          <w:rFonts w:cs="Sakkal Majalla"/>
          <w:b/>
          <w:bCs/>
          <w:color w:val="000000" w:themeColor="text1"/>
          <w:sz w:val="38"/>
          <w:szCs w:val="38"/>
        </w:rPr>
        <w:t xml:space="preserve"> </w:t>
      </w:r>
      <w:r w:rsidRPr="00007FCD">
        <w:rPr>
          <w:rFonts w:cs="Sakkal Majalla"/>
          <w:b/>
          <w:bCs/>
          <w:color w:val="000000" w:themeColor="text1"/>
          <w:sz w:val="38"/>
          <w:szCs w:val="38"/>
          <w:rtl/>
        </w:rPr>
        <w:t>العربية</w:t>
      </w:r>
    </w:p>
    <w:tbl>
      <w:tblPr>
        <w:tblStyle w:val="aa"/>
        <w:bidiVisual/>
        <w:tblW w:w="0" w:type="auto"/>
        <w:tblLook w:val="04A0" w:firstRow="1" w:lastRow="0" w:firstColumn="1" w:lastColumn="0" w:noHBand="0" w:noVBand="1"/>
      </w:tblPr>
      <w:tblGrid>
        <w:gridCol w:w="1266"/>
        <w:gridCol w:w="2410"/>
        <w:gridCol w:w="1559"/>
        <w:gridCol w:w="1371"/>
        <w:gridCol w:w="1322"/>
        <w:gridCol w:w="1984"/>
      </w:tblGrid>
      <w:tr w:rsidR="00FD5E07" w:rsidRPr="00007FCD" w:rsidTr="00007FCD">
        <w:trPr>
          <w:tblHeader/>
        </w:trPr>
        <w:tc>
          <w:tcPr>
            <w:tcW w:w="1266" w:type="dxa"/>
            <w:shd w:val="clear" w:color="auto" w:fill="1F4E79"/>
            <w:vAlign w:val="center"/>
          </w:tcPr>
          <w:p w:rsidR="00FD5E07" w:rsidRPr="00007FCD" w:rsidRDefault="00FD5E07" w:rsidP="00007FCD">
            <w:pPr>
              <w:spacing w:before="0"/>
              <w:ind w:firstLine="0"/>
              <w:jc w:val="center"/>
              <w:rPr>
                <w:rFonts w:cs="Sakkal Majalla"/>
                <w:bCs/>
                <w:color w:val="FFFFFF" w:themeColor="background1"/>
                <w:sz w:val="32"/>
                <w:szCs w:val="32"/>
              </w:rPr>
            </w:pPr>
            <w:r w:rsidRPr="00007FCD">
              <w:rPr>
                <w:rFonts w:cs="Sakkal Majalla"/>
                <w:bCs/>
                <w:color w:val="FFFFFF" w:themeColor="background1"/>
                <w:sz w:val="32"/>
                <w:szCs w:val="32"/>
                <w:rtl/>
              </w:rPr>
              <w:t>الدراسة</w:t>
            </w:r>
          </w:p>
        </w:tc>
        <w:tc>
          <w:tcPr>
            <w:tcW w:w="2410" w:type="dxa"/>
            <w:shd w:val="clear" w:color="auto" w:fill="1F4E79"/>
            <w:vAlign w:val="center"/>
          </w:tcPr>
          <w:p w:rsidR="00FD5E07" w:rsidRPr="00007FCD" w:rsidRDefault="00FD5E07" w:rsidP="00007FCD">
            <w:pPr>
              <w:spacing w:before="0"/>
              <w:ind w:firstLine="0"/>
              <w:jc w:val="center"/>
              <w:rPr>
                <w:rFonts w:cs="Sakkal Majalla"/>
                <w:bCs/>
                <w:color w:val="FFFFFF" w:themeColor="background1"/>
                <w:sz w:val="32"/>
                <w:szCs w:val="32"/>
              </w:rPr>
            </w:pPr>
            <w:r w:rsidRPr="00007FCD">
              <w:rPr>
                <w:rFonts w:cs="Sakkal Majalla"/>
                <w:bCs/>
                <w:color w:val="FFFFFF" w:themeColor="background1"/>
                <w:sz w:val="32"/>
                <w:szCs w:val="32"/>
                <w:rtl/>
              </w:rPr>
              <w:t>العنوان</w:t>
            </w:r>
          </w:p>
        </w:tc>
        <w:tc>
          <w:tcPr>
            <w:tcW w:w="1559" w:type="dxa"/>
            <w:shd w:val="clear" w:color="auto" w:fill="1F4E79"/>
            <w:vAlign w:val="center"/>
          </w:tcPr>
          <w:p w:rsidR="00FD5E07" w:rsidRPr="00007FCD" w:rsidRDefault="00FD5E07" w:rsidP="00007FCD">
            <w:pPr>
              <w:spacing w:before="0"/>
              <w:ind w:firstLine="0"/>
              <w:jc w:val="center"/>
              <w:rPr>
                <w:rFonts w:cs="Sakkal Majalla"/>
                <w:bCs/>
                <w:color w:val="FFFFFF" w:themeColor="background1"/>
                <w:sz w:val="32"/>
                <w:szCs w:val="32"/>
              </w:rPr>
            </w:pPr>
            <w:r w:rsidRPr="00007FCD">
              <w:rPr>
                <w:rFonts w:cs="Sakkal Majalla"/>
                <w:bCs/>
                <w:color w:val="FFFFFF" w:themeColor="background1"/>
                <w:sz w:val="32"/>
                <w:szCs w:val="32"/>
                <w:rtl/>
              </w:rPr>
              <w:t>الهدف</w:t>
            </w:r>
          </w:p>
        </w:tc>
        <w:tc>
          <w:tcPr>
            <w:tcW w:w="1371" w:type="dxa"/>
            <w:shd w:val="clear" w:color="auto" w:fill="1F4E79"/>
            <w:vAlign w:val="center"/>
          </w:tcPr>
          <w:p w:rsidR="00FD5E07" w:rsidRPr="00007FCD" w:rsidRDefault="00FD5E07" w:rsidP="00007FCD">
            <w:pPr>
              <w:spacing w:before="0"/>
              <w:ind w:firstLine="0"/>
              <w:jc w:val="center"/>
              <w:rPr>
                <w:rFonts w:cs="Sakkal Majalla"/>
                <w:bCs/>
                <w:color w:val="FFFFFF" w:themeColor="background1"/>
                <w:sz w:val="32"/>
                <w:szCs w:val="32"/>
              </w:rPr>
            </w:pPr>
            <w:r w:rsidRPr="00007FCD">
              <w:rPr>
                <w:rFonts w:cs="Sakkal Majalla"/>
                <w:bCs/>
                <w:color w:val="FFFFFF" w:themeColor="background1"/>
                <w:sz w:val="32"/>
                <w:szCs w:val="32"/>
                <w:rtl/>
              </w:rPr>
              <w:t>المنهج</w:t>
            </w:r>
          </w:p>
        </w:tc>
        <w:tc>
          <w:tcPr>
            <w:tcW w:w="1322" w:type="dxa"/>
            <w:shd w:val="clear" w:color="auto" w:fill="1F4E79"/>
            <w:vAlign w:val="center"/>
          </w:tcPr>
          <w:p w:rsidR="00FD5E07" w:rsidRPr="00007FCD" w:rsidRDefault="00FD5E07" w:rsidP="00007FCD">
            <w:pPr>
              <w:spacing w:before="0"/>
              <w:ind w:firstLine="0"/>
              <w:jc w:val="center"/>
              <w:rPr>
                <w:rFonts w:cs="Sakkal Majalla"/>
                <w:bCs/>
                <w:color w:val="FFFFFF" w:themeColor="background1"/>
                <w:sz w:val="32"/>
                <w:szCs w:val="32"/>
              </w:rPr>
            </w:pPr>
            <w:r w:rsidRPr="00007FCD">
              <w:rPr>
                <w:rFonts w:cs="Sakkal Majalla"/>
                <w:bCs/>
                <w:color w:val="FFFFFF" w:themeColor="background1"/>
                <w:sz w:val="32"/>
                <w:szCs w:val="32"/>
                <w:rtl/>
              </w:rPr>
              <w:t>العينة</w:t>
            </w:r>
          </w:p>
        </w:tc>
        <w:tc>
          <w:tcPr>
            <w:tcW w:w="1984" w:type="dxa"/>
            <w:shd w:val="clear" w:color="auto" w:fill="1F4E79"/>
            <w:vAlign w:val="center"/>
          </w:tcPr>
          <w:p w:rsidR="00FD5E07" w:rsidRPr="00007FCD" w:rsidRDefault="00FD5E07" w:rsidP="00007FCD">
            <w:pPr>
              <w:spacing w:before="0"/>
              <w:ind w:firstLine="0"/>
              <w:jc w:val="center"/>
              <w:rPr>
                <w:rFonts w:cs="Sakkal Majalla"/>
                <w:bCs/>
                <w:color w:val="FFFFFF" w:themeColor="background1"/>
                <w:sz w:val="32"/>
                <w:szCs w:val="32"/>
              </w:rPr>
            </w:pPr>
            <w:r w:rsidRPr="00007FCD">
              <w:rPr>
                <w:rFonts w:cs="Sakkal Majalla"/>
                <w:bCs/>
                <w:color w:val="FFFFFF" w:themeColor="background1"/>
                <w:sz w:val="32"/>
                <w:szCs w:val="32"/>
                <w:rtl/>
              </w:rPr>
              <w:t>أبرز النتائج</w:t>
            </w:r>
          </w:p>
        </w:tc>
      </w:tr>
      <w:tr w:rsidR="00FD5E07" w:rsidRPr="00007FCD" w:rsidTr="00007FCD">
        <w:tc>
          <w:tcPr>
            <w:tcW w:w="1266" w:type="dx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العتيبي (2016)</w:t>
            </w:r>
          </w:p>
        </w:tc>
        <w:tc>
          <w:tcPr>
            <w:tcW w:w="2410" w:type="dx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أثر القيادة التحويلية على التمكين النفسي لدى العاملين في شركات القطاع الخاص بمدينة الرياض</w:t>
            </w:r>
          </w:p>
        </w:tc>
        <w:tc>
          <w:tcPr>
            <w:tcW w:w="1559" w:type="dx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هدفت إلى اختبار أثر القيادة التحويلية في التمكين النفسي.</w:t>
            </w:r>
          </w:p>
        </w:tc>
        <w:tc>
          <w:tcPr>
            <w:tcW w:w="1371" w:type="dx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المنهج الوصفي والاستبانة.</w:t>
            </w:r>
          </w:p>
        </w:tc>
        <w:tc>
          <w:tcPr>
            <w:tcW w:w="1322" w:type="dx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العاملون في شركات القطاع الخاص بالرياض.</w:t>
            </w:r>
          </w:p>
        </w:tc>
        <w:tc>
          <w:tcPr>
            <w:tcW w:w="1984" w:type="dx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وجود أثر للقيادة التحويلية في التمكين النفسي، وهو متغير داعم للمبادرة والثقة.</w:t>
            </w:r>
          </w:p>
        </w:tc>
      </w:tr>
      <w:tr w:rsidR="00FD5E07" w:rsidRPr="00007FCD" w:rsidTr="00007FCD">
        <w:tc>
          <w:tcPr>
            <w:tcW w:w="1266" w:type="dxa"/>
            <w:shd w:val="clear" w:color="auto" w:fill="EDF4F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الرشيدي (2018)</w:t>
            </w:r>
          </w:p>
        </w:tc>
        <w:tc>
          <w:tcPr>
            <w:tcW w:w="2410" w:type="dxa"/>
            <w:shd w:val="clear" w:color="auto" w:fill="EDF4F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القيادة التحويلية وعلاقتها بالإبداع التنظيمي لدى عمداء ورؤساء الأقسام بالجامعات الحكومية والأهلية بمدينة الرياض</w:t>
            </w:r>
          </w:p>
        </w:tc>
        <w:tc>
          <w:tcPr>
            <w:tcW w:w="1559" w:type="dxa"/>
            <w:shd w:val="clear" w:color="auto" w:fill="EDF4F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هدفت إلى تحديد مستوى القيادة التحويلية وأثرها على الإبداع التنظيمي في الجامعات.</w:t>
            </w:r>
          </w:p>
        </w:tc>
        <w:tc>
          <w:tcPr>
            <w:tcW w:w="1371" w:type="dxa"/>
            <w:shd w:val="clear" w:color="auto" w:fill="EDF4F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منهج وصفي، استبانة شملت 55 فقرة.</w:t>
            </w:r>
          </w:p>
        </w:tc>
        <w:tc>
          <w:tcPr>
            <w:tcW w:w="1322" w:type="dxa"/>
            <w:shd w:val="clear" w:color="auto" w:fill="EDF4F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147 استجابة مكتملة من ثماني جامعات.</w:t>
            </w:r>
          </w:p>
        </w:tc>
        <w:tc>
          <w:tcPr>
            <w:tcW w:w="1984" w:type="dxa"/>
            <w:shd w:val="clear" w:color="auto" w:fill="EDF4F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وجود علاقة بين القيادة التحويلية والإبداع التنظيمي في السياق الجامعي السعودي.</w:t>
            </w:r>
          </w:p>
        </w:tc>
      </w:tr>
      <w:tr w:rsidR="00FD5E07" w:rsidRPr="00007FCD" w:rsidTr="00007FCD">
        <w:tc>
          <w:tcPr>
            <w:tcW w:w="1266" w:type="dx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الصومالي ومتولي (2018)</w:t>
            </w:r>
          </w:p>
        </w:tc>
        <w:tc>
          <w:tcPr>
            <w:tcW w:w="2410" w:type="dx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أثر القيادة التحويلية على تمكين وإبداع الموظفين الإداريين في جامعة الملك عبدالعزيز</w:t>
            </w:r>
          </w:p>
        </w:tc>
        <w:tc>
          <w:tcPr>
            <w:tcW w:w="1559" w:type="dx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اختبار أثر القيادة التحويلية في التمكين والإبداع.</w:t>
            </w:r>
          </w:p>
        </w:tc>
        <w:tc>
          <w:tcPr>
            <w:tcW w:w="1371" w:type="dx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استبانة وتحليل انحدار متعدد.</w:t>
            </w:r>
          </w:p>
        </w:tc>
        <w:tc>
          <w:tcPr>
            <w:tcW w:w="1322" w:type="dx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333 موظفًا إداريًا.</w:t>
            </w:r>
          </w:p>
        </w:tc>
        <w:tc>
          <w:tcPr>
            <w:tcW w:w="1984" w:type="dx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وجود علاقة موجبة بين القيادة التحويلية وإبداع الموظفين.</w:t>
            </w:r>
          </w:p>
        </w:tc>
      </w:tr>
      <w:tr w:rsidR="00FD5E07" w:rsidRPr="00007FCD" w:rsidTr="00007FCD">
        <w:tc>
          <w:tcPr>
            <w:tcW w:w="1266" w:type="dxa"/>
            <w:shd w:val="clear" w:color="auto" w:fill="EDF4F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عبد العزيز (2019)</w:t>
            </w:r>
          </w:p>
        </w:tc>
        <w:tc>
          <w:tcPr>
            <w:tcW w:w="2410" w:type="dxa"/>
            <w:shd w:val="clear" w:color="auto" w:fill="EDF4F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أثر ممارسة أبعاد القيادة التحويلية على الإبداع التنظيمي بإدارات رعاية الشباب بجامعة أسيوط</w:t>
            </w:r>
          </w:p>
        </w:tc>
        <w:tc>
          <w:tcPr>
            <w:tcW w:w="1559" w:type="dxa"/>
            <w:shd w:val="clear" w:color="auto" w:fill="EDF4F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قياس أثر أبعاد القيادة التحويلية في الإبداع التنظيمي.</w:t>
            </w:r>
          </w:p>
        </w:tc>
        <w:tc>
          <w:tcPr>
            <w:tcW w:w="1371" w:type="dxa"/>
            <w:shd w:val="clear" w:color="auto" w:fill="EDF4F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منهج وصفي مسحي.</w:t>
            </w:r>
          </w:p>
        </w:tc>
        <w:tc>
          <w:tcPr>
            <w:tcW w:w="1322" w:type="dxa"/>
            <w:shd w:val="clear" w:color="auto" w:fill="EDF4F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150 فردًا.</w:t>
            </w:r>
          </w:p>
        </w:tc>
        <w:tc>
          <w:tcPr>
            <w:tcW w:w="1984" w:type="dxa"/>
            <w:shd w:val="clear" w:color="auto" w:fill="EDF4F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مستوى جيد للقيادة التحويلية والإبداع مع أثر إيجابي بينهما.</w:t>
            </w:r>
          </w:p>
        </w:tc>
      </w:tr>
      <w:tr w:rsidR="00FD5E07" w:rsidRPr="00007FCD" w:rsidTr="00007FCD">
        <w:tc>
          <w:tcPr>
            <w:tcW w:w="1266" w:type="dxa"/>
            <w:vAlign w:val="center"/>
          </w:tcPr>
          <w:p w:rsidR="00FD5E07" w:rsidRPr="00007FCD" w:rsidRDefault="00FD5E07" w:rsidP="00007FCD">
            <w:pPr>
              <w:spacing w:before="0"/>
              <w:ind w:firstLine="0"/>
              <w:jc w:val="center"/>
              <w:rPr>
                <w:rFonts w:cs="Sakkal Majalla"/>
                <w:color w:val="000000" w:themeColor="text1"/>
                <w:sz w:val="32"/>
                <w:szCs w:val="32"/>
              </w:rPr>
            </w:pPr>
            <w:proofErr w:type="spellStart"/>
            <w:r w:rsidRPr="00007FCD">
              <w:rPr>
                <w:rFonts w:cs="Sakkal Majalla"/>
                <w:color w:val="000000" w:themeColor="text1"/>
                <w:sz w:val="32"/>
                <w:szCs w:val="32"/>
                <w:rtl/>
              </w:rPr>
              <w:lastRenderedPageBreak/>
              <w:t>المايل</w:t>
            </w:r>
            <w:proofErr w:type="spellEnd"/>
            <w:r w:rsidRPr="00007FCD">
              <w:rPr>
                <w:rFonts w:cs="Sakkal Majalla"/>
                <w:color w:val="000000" w:themeColor="text1"/>
                <w:sz w:val="32"/>
                <w:szCs w:val="32"/>
                <w:rtl/>
              </w:rPr>
              <w:t xml:space="preserve"> والشريف (2021)</w:t>
            </w:r>
          </w:p>
        </w:tc>
        <w:tc>
          <w:tcPr>
            <w:tcW w:w="2410" w:type="dx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مدى تأثير القيادة التحويلية على الإبداع التنظيمي من وجهة نظر أعضاء هيئة التدريس بجامعة المرقب</w:t>
            </w:r>
          </w:p>
        </w:tc>
        <w:tc>
          <w:tcPr>
            <w:tcW w:w="1559" w:type="dx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التعرف على أثر القيادة التحويلية في الإبداع التنظيمي.</w:t>
            </w:r>
          </w:p>
        </w:tc>
        <w:tc>
          <w:tcPr>
            <w:tcW w:w="1371" w:type="dx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منهج وصفي واستبانة.</w:t>
            </w:r>
          </w:p>
        </w:tc>
        <w:tc>
          <w:tcPr>
            <w:tcW w:w="1322" w:type="dx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79 عضو هيئة تدريس.</w:t>
            </w:r>
          </w:p>
        </w:tc>
        <w:tc>
          <w:tcPr>
            <w:tcW w:w="1984" w:type="dx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مستوى مرتفع لممارسة أبعاد القيادة التحويلية والإبداع التنظيمي.</w:t>
            </w:r>
          </w:p>
        </w:tc>
      </w:tr>
      <w:tr w:rsidR="00FD5E07" w:rsidRPr="00007FCD" w:rsidTr="00007FCD">
        <w:tc>
          <w:tcPr>
            <w:tcW w:w="1266" w:type="dxa"/>
            <w:shd w:val="clear" w:color="auto" w:fill="EDF4FA"/>
            <w:vAlign w:val="center"/>
          </w:tcPr>
          <w:p w:rsidR="00FD5E07" w:rsidRPr="00007FCD" w:rsidRDefault="00FD5E07" w:rsidP="00007FCD">
            <w:pPr>
              <w:spacing w:before="0"/>
              <w:ind w:firstLine="0"/>
              <w:jc w:val="center"/>
              <w:rPr>
                <w:rFonts w:cs="Sakkal Majalla"/>
                <w:color w:val="000000" w:themeColor="text1"/>
                <w:sz w:val="32"/>
                <w:szCs w:val="32"/>
              </w:rPr>
            </w:pPr>
            <w:proofErr w:type="spellStart"/>
            <w:r w:rsidRPr="00007FCD">
              <w:rPr>
                <w:rFonts w:cs="Sakkal Majalla"/>
                <w:color w:val="000000" w:themeColor="text1"/>
                <w:sz w:val="32"/>
                <w:szCs w:val="32"/>
                <w:rtl/>
              </w:rPr>
              <w:t>الحبيشي</w:t>
            </w:r>
            <w:proofErr w:type="spellEnd"/>
            <w:r w:rsidRPr="00007FCD">
              <w:rPr>
                <w:rFonts w:cs="Sakkal Majalla"/>
                <w:color w:val="000000" w:themeColor="text1"/>
                <w:sz w:val="32"/>
                <w:szCs w:val="32"/>
                <w:rtl/>
              </w:rPr>
              <w:t xml:space="preserve"> وحسان (2021)</w:t>
            </w:r>
          </w:p>
        </w:tc>
        <w:tc>
          <w:tcPr>
            <w:tcW w:w="2410" w:type="dxa"/>
            <w:shd w:val="clear" w:color="auto" w:fill="EDF4F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أثر القيادة التحويلية على إبداع العاملين: الدور الوسيط للأمان النفسي</w:t>
            </w:r>
          </w:p>
        </w:tc>
        <w:tc>
          <w:tcPr>
            <w:tcW w:w="1559" w:type="dxa"/>
            <w:shd w:val="clear" w:color="auto" w:fill="EDF4F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اختبار العلاقة بين القيادة التحويلية وإبداع العاملين ودور الأمان النفسي.</w:t>
            </w:r>
          </w:p>
        </w:tc>
        <w:tc>
          <w:tcPr>
            <w:tcW w:w="1371" w:type="dxa"/>
            <w:shd w:val="clear" w:color="auto" w:fill="EDF4F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دراسة ميدانية كمية.</w:t>
            </w:r>
          </w:p>
        </w:tc>
        <w:tc>
          <w:tcPr>
            <w:tcW w:w="1322" w:type="dxa"/>
            <w:shd w:val="clear" w:color="auto" w:fill="EDF4F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عاملون في بيئة أعمال مصرية.</w:t>
            </w:r>
          </w:p>
        </w:tc>
        <w:tc>
          <w:tcPr>
            <w:tcW w:w="1984" w:type="dxa"/>
            <w:shd w:val="clear" w:color="auto" w:fill="EDF4F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وجود تأثير موجب للقيادة التحويلية على إبداع العاملين.</w:t>
            </w:r>
          </w:p>
        </w:tc>
      </w:tr>
      <w:tr w:rsidR="00FD5E07" w:rsidRPr="00007FCD" w:rsidTr="00007FCD">
        <w:tc>
          <w:tcPr>
            <w:tcW w:w="1266" w:type="dx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آل هذلول (2023)</w:t>
            </w:r>
          </w:p>
        </w:tc>
        <w:tc>
          <w:tcPr>
            <w:tcW w:w="2410" w:type="dx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أثر القيادة التحويلية على الإبداع المستدام في شركات الاتصالات بالمملكة العربية السعودية</w:t>
            </w:r>
          </w:p>
        </w:tc>
        <w:tc>
          <w:tcPr>
            <w:tcW w:w="1559" w:type="dx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اختبار أثر القيادة التحويلية الخضراء في الإبداع المستدام.</w:t>
            </w:r>
          </w:p>
        </w:tc>
        <w:tc>
          <w:tcPr>
            <w:tcW w:w="1371" w:type="dx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استبانة وتحليل SPSS.</w:t>
            </w:r>
          </w:p>
        </w:tc>
        <w:tc>
          <w:tcPr>
            <w:tcW w:w="1322" w:type="dx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122 موظفًا في شركات الاتصالات السعودية.</w:t>
            </w:r>
          </w:p>
        </w:tc>
        <w:tc>
          <w:tcPr>
            <w:tcW w:w="1984" w:type="dx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وجود تأثير معنوي للقيادة التحويلية على الإبداع المستدام.</w:t>
            </w:r>
          </w:p>
        </w:tc>
      </w:tr>
      <w:tr w:rsidR="00FD5E07" w:rsidRPr="00007FCD" w:rsidTr="00007FCD">
        <w:tc>
          <w:tcPr>
            <w:tcW w:w="1266" w:type="dxa"/>
            <w:shd w:val="clear" w:color="auto" w:fill="EDF4F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بلحاج (2024)</w:t>
            </w:r>
          </w:p>
        </w:tc>
        <w:tc>
          <w:tcPr>
            <w:tcW w:w="2410" w:type="dxa"/>
            <w:shd w:val="clear" w:color="auto" w:fill="EDF4F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أثر القيادة التحويلية في الإبداع التنظيمي بالمراكز الصحية الخاصة بمدينة الزاوية</w:t>
            </w:r>
          </w:p>
        </w:tc>
        <w:tc>
          <w:tcPr>
            <w:tcW w:w="1559" w:type="dxa"/>
            <w:shd w:val="clear" w:color="auto" w:fill="EDF4F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اختبار أثر أبعاد القيادة التحويلية في الإبداع التنظيمي.</w:t>
            </w:r>
          </w:p>
        </w:tc>
        <w:tc>
          <w:tcPr>
            <w:tcW w:w="1371" w:type="dxa"/>
            <w:shd w:val="clear" w:color="auto" w:fill="EDF4F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منهج وصفي تحليلي.</w:t>
            </w:r>
          </w:p>
        </w:tc>
        <w:tc>
          <w:tcPr>
            <w:tcW w:w="1322" w:type="dxa"/>
            <w:shd w:val="clear" w:color="auto" w:fill="EDF4F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133 استبانة صالحة.</w:t>
            </w:r>
          </w:p>
        </w:tc>
        <w:tc>
          <w:tcPr>
            <w:tcW w:w="1984" w:type="dxa"/>
            <w:shd w:val="clear" w:color="auto" w:fill="EDF4F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وجود أثر دال لأبعاد القيادة التحويلية في الإبداع التنظيمي.</w:t>
            </w:r>
          </w:p>
        </w:tc>
      </w:tr>
      <w:tr w:rsidR="00FD5E07" w:rsidRPr="00007FCD" w:rsidTr="00007FCD">
        <w:tc>
          <w:tcPr>
            <w:tcW w:w="1266" w:type="dxa"/>
            <w:vAlign w:val="center"/>
          </w:tcPr>
          <w:p w:rsidR="00FD5E07" w:rsidRPr="00007FCD" w:rsidRDefault="00FD5E07" w:rsidP="00007FCD">
            <w:pPr>
              <w:spacing w:before="0"/>
              <w:ind w:firstLine="0"/>
              <w:jc w:val="center"/>
              <w:rPr>
                <w:rFonts w:cs="Sakkal Majalla"/>
                <w:color w:val="000000" w:themeColor="text1"/>
                <w:sz w:val="32"/>
                <w:szCs w:val="32"/>
              </w:rPr>
            </w:pPr>
            <w:proofErr w:type="spellStart"/>
            <w:r w:rsidRPr="00007FCD">
              <w:rPr>
                <w:rFonts w:cs="Sakkal Majalla"/>
                <w:color w:val="000000" w:themeColor="text1"/>
                <w:sz w:val="32"/>
                <w:szCs w:val="32"/>
                <w:rtl/>
              </w:rPr>
              <w:t>البيحاني</w:t>
            </w:r>
            <w:proofErr w:type="spellEnd"/>
            <w:r w:rsidRPr="00007FCD">
              <w:rPr>
                <w:rFonts w:cs="Sakkal Majalla"/>
                <w:color w:val="000000" w:themeColor="text1"/>
                <w:sz w:val="32"/>
                <w:szCs w:val="32"/>
                <w:rtl/>
              </w:rPr>
              <w:t xml:space="preserve"> وبالخير (2025)</w:t>
            </w:r>
          </w:p>
        </w:tc>
        <w:tc>
          <w:tcPr>
            <w:tcW w:w="2410" w:type="dx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القيادة التحويلية وأثرها على أداء المنشآت الصغيرة والمتوسطة في المملكة العربية السعودية</w:t>
            </w:r>
          </w:p>
        </w:tc>
        <w:tc>
          <w:tcPr>
            <w:tcW w:w="1559" w:type="dx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دراسة أثر القيادة التحويلية في أداء المنشآت الصغيرة والمتوسطة بمكة المكرمة.</w:t>
            </w:r>
          </w:p>
        </w:tc>
        <w:tc>
          <w:tcPr>
            <w:tcW w:w="1371" w:type="dx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منهج وصفي واستبانة.</w:t>
            </w:r>
          </w:p>
        </w:tc>
        <w:tc>
          <w:tcPr>
            <w:tcW w:w="1322" w:type="dx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216 استجابة صالحة.</w:t>
            </w:r>
          </w:p>
        </w:tc>
        <w:tc>
          <w:tcPr>
            <w:tcW w:w="1984" w:type="dxa"/>
            <w:vAlign w:val="center"/>
          </w:tcPr>
          <w:p w:rsidR="00FD5E07" w:rsidRPr="00007FCD" w:rsidRDefault="00FD5E07" w:rsidP="00007FCD">
            <w:pPr>
              <w:spacing w:before="0"/>
              <w:ind w:firstLine="0"/>
              <w:jc w:val="center"/>
              <w:rPr>
                <w:rFonts w:cs="Sakkal Majalla"/>
                <w:color w:val="000000" w:themeColor="text1"/>
                <w:sz w:val="32"/>
                <w:szCs w:val="32"/>
              </w:rPr>
            </w:pPr>
            <w:r w:rsidRPr="00007FCD">
              <w:rPr>
                <w:rFonts w:cs="Sakkal Majalla"/>
                <w:color w:val="000000" w:themeColor="text1"/>
                <w:sz w:val="32"/>
                <w:szCs w:val="32"/>
                <w:rtl/>
              </w:rPr>
              <w:t>وجود أثر إيجابي للقيادة التحويلية في أداء المنشآت الصغيرة والمتوسطة.</w:t>
            </w:r>
          </w:p>
        </w:tc>
      </w:tr>
    </w:tbl>
    <w:p w:rsidR="00FD5E07" w:rsidRPr="005117ED" w:rsidRDefault="00FD5E07" w:rsidP="00FD5E07">
      <w:pPr>
        <w:spacing w:before="0"/>
        <w:jc w:val="both"/>
        <w:rPr>
          <w:rFonts w:cs="Sakkal Majalla"/>
          <w:color w:val="000000" w:themeColor="text1"/>
          <w:sz w:val="38"/>
          <w:szCs w:val="38"/>
        </w:rPr>
      </w:pPr>
    </w:p>
    <w:p w:rsidR="00FD5E07" w:rsidRDefault="00FD5E07" w:rsidP="00007FCD">
      <w:pPr>
        <w:keepNext/>
        <w:spacing w:before="0"/>
        <w:ind w:firstLine="0"/>
        <w:jc w:val="both"/>
        <w:rPr>
          <w:rFonts w:cs="Sakkal Majalla"/>
          <w:bCs/>
          <w:color w:val="000000" w:themeColor="text1"/>
          <w:sz w:val="38"/>
          <w:szCs w:val="38"/>
          <w:rtl/>
        </w:rPr>
      </w:pPr>
      <w:r w:rsidRPr="00007FCD">
        <w:rPr>
          <w:rFonts w:cs="Sakkal Majalla"/>
          <w:bCs/>
          <w:color w:val="000000" w:themeColor="text1"/>
          <w:sz w:val="38"/>
          <w:szCs w:val="38"/>
          <w:rtl/>
        </w:rPr>
        <w:lastRenderedPageBreak/>
        <w:t>ثانيًا: الدراسات الأجنبية</w:t>
      </w:r>
    </w:p>
    <w:p w:rsidR="00007FCD" w:rsidRPr="00007FCD" w:rsidRDefault="00007FCD" w:rsidP="00007FCD">
      <w:pPr>
        <w:keepNext/>
        <w:spacing w:before="0"/>
        <w:ind w:firstLine="0"/>
        <w:jc w:val="center"/>
        <w:rPr>
          <w:rFonts w:cs="Sakkal Majalla"/>
          <w:bCs/>
          <w:color w:val="000000" w:themeColor="text1"/>
          <w:sz w:val="38"/>
          <w:szCs w:val="38"/>
        </w:rPr>
      </w:pPr>
      <w:r w:rsidRPr="00007FCD">
        <w:rPr>
          <w:rFonts w:cs="Sakkal Majalla"/>
          <w:b/>
          <w:bCs/>
          <w:color w:val="000000" w:themeColor="text1"/>
          <w:sz w:val="38"/>
          <w:szCs w:val="38"/>
          <w:rtl/>
        </w:rPr>
        <w:t>جدول</w:t>
      </w:r>
      <w:r w:rsidRPr="00007FCD">
        <w:rPr>
          <w:rFonts w:cs="Sakkal Majalla"/>
          <w:b/>
          <w:bCs/>
          <w:color w:val="000000" w:themeColor="text1"/>
          <w:sz w:val="38"/>
          <w:szCs w:val="38"/>
        </w:rPr>
        <w:t xml:space="preserve"> (9</w:t>
      </w:r>
      <w:proofErr w:type="gramStart"/>
      <w:r w:rsidRPr="00007FCD">
        <w:rPr>
          <w:rFonts w:cs="Sakkal Majalla"/>
          <w:b/>
          <w:bCs/>
          <w:color w:val="000000" w:themeColor="text1"/>
          <w:sz w:val="38"/>
          <w:szCs w:val="38"/>
        </w:rPr>
        <w:t>)</w:t>
      </w:r>
      <w:r>
        <w:rPr>
          <w:rFonts w:cs="Sakkal Majalla" w:hint="cs"/>
          <w:b/>
          <w:bCs/>
          <w:color w:val="000000" w:themeColor="text1"/>
          <w:sz w:val="38"/>
          <w:szCs w:val="38"/>
          <w:rtl/>
        </w:rPr>
        <w:t xml:space="preserve"> </w:t>
      </w:r>
      <w:r w:rsidRPr="00007FCD">
        <w:rPr>
          <w:rFonts w:cs="Sakkal Majalla"/>
          <w:b/>
          <w:bCs/>
          <w:color w:val="000000" w:themeColor="text1"/>
          <w:sz w:val="38"/>
          <w:szCs w:val="38"/>
        </w:rPr>
        <w:t>:</w:t>
      </w:r>
      <w:proofErr w:type="gramEnd"/>
      <w:r>
        <w:rPr>
          <w:rFonts w:cs="Sakkal Majalla" w:hint="cs"/>
          <w:b/>
          <w:bCs/>
          <w:color w:val="000000" w:themeColor="text1"/>
          <w:sz w:val="38"/>
          <w:szCs w:val="38"/>
          <w:rtl/>
        </w:rPr>
        <w:t xml:space="preserve"> </w:t>
      </w:r>
      <w:r w:rsidRPr="00007FCD">
        <w:rPr>
          <w:rFonts w:cs="Sakkal Majalla"/>
          <w:b/>
          <w:bCs/>
          <w:color w:val="000000" w:themeColor="text1"/>
          <w:sz w:val="38"/>
          <w:szCs w:val="38"/>
        </w:rPr>
        <w:t xml:space="preserve"> </w:t>
      </w:r>
      <w:r w:rsidRPr="00007FCD">
        <w:rPr>
          <w:rFonts w:cs="Sakkal Majalla"/>
          <w:b/>
          <w:bCs/>
          <w:color w:val="000000" w:themeColor="text1"/>
          <w:sz w:val="38"/>
          <w:szCs w:val="38"/>
          <w:rtl/>
        </w:rPr>
        <w:t>ملخص</w:t>
      </w:r>
      <w:r w:rsidRPr="00007FCD">
        <w:rPr>
          <w:rFonts w:cs="Sakkal Majalla"/>
          <w:b/>
          <w:bCs/>
          <w:color w:val="000000" w:themeColor="text1"/>
          <w:sz w:val="38"/>
          <w:szCs w:val="38"/>
        </w:rPr>
        <w:t xml:space="preserve"> </w:t>
      </w:r>
      <w:r w:rsidRPr="00007FCD">
        <w:rPr>
          <w:rFonts w:cs="Sakkal Majalla"/>
          <w:b/>
          <w:bCs/>
          <w:color w:val="000000" w:themeColor="text1"/>
          <w:sz w:val="38"/>
          <w:szCs w:val="38"/>
          <w:rtl/>
        </w:rPr>
        <w:t>الدراسات</w:t>
      </w:r>
      <w:r w:rsidRPr="00007FCD">
        <w:rPr>
          <w:rFonts w:cs="Sakkal Majalla"/>
          <w:b/>
          <w:bCs/>
          <w:color w:val="000000" w:themeColor="text1"/>
          <w:sz w:val="38"/>
          <w:szCs w:val="38"/>
        </w:rPr>
        <w:t xml:space="preserve"> </w:t>
      </w:r>
      <w:r w:rsidRPr="00007FCD">
        <w:rPr>
          <w:rFonts w:cs="Sakkal Majalla"/>
          <w:b/>
          <w:bCs/>
          <w:color w:val="000000" w:themeColor="text1"/>
          <w:sz w:val="38"/>
          <w:szCs w:val="38"/>
          <w:rtl/>
        </w:rPr>
        <w:t>الأجنبية</w:t>
      </w:r>
    </w:p>
    <w:tbl>
      <w:tblPr>
        <w:tblStyle w:val="aa"/>
        <w:bidiVisual/>
        <w:tblW w:w="0" w:type="auto"/>
        <w:tblLook w:val="04A0" w:firstRow="1" w:lastRow="0" w:firstColumn="1" w:lastColumn="0" w:noHBand="0" w:noVBand="1"/>
      </w:tblPr>
      <w:tblGrid>
        <w:gridCol w:w="2481"/>
        <w:gridCol w:w="2489"/>
        <w:gridCol w:w="2471"/>
        <w:gridCol w:w="2471"/>
      </w:tblGrid>
      <w:tr w:rsidR="00FD5E07" w:rsidRPr="005117ED" w:rsidTr="00007FCD">
        <w:trPr>
          <w:tblHeader/>
        </w:trPr>
        <w:tc>
          <w:tcPr>
            <w:tcW w:w="2493" w:type="dxa"/>
            <w:shd w:val="clear" w:color="auto" w:fill="222A35" w:themeFill="text2" w:themeFillShade="80"/>
            <w:vAlign w:val="center"/>
          </w:tcPr>
          <w:p w:rsidR="00FD5E07" w:rsidRPr="00007FCD" w:rsidRDefault="00FD5E07" w:rsidP="00007FCD">
            <w:pPr>
              <w:spacing w:before="0"/>
              <w:ind w:firstLine="0"/>
              <w:jc w:val="center"/>
              <w:rPr>
                <w:rFonts w:cs="Sakkal Majalla"/>
                <w:color w:val="FFFFFF" w:themeColor="background1"/>
                <w:sz w:val="38"/>
                <w:szCs w:val="38"/>
              </w:rPr>
            </w:pPr>
            <w:r w:rsidRPr="00007FCD">
              <w:rPr>
                <w:rFonts w:cs="Sakkal Majalla"/>
                <w:b/>
                <w:color w:val="FFFFFF" w:themeColor="background1"/>
                <w:sz w:val="38"/>
                <w:szCs w:val="38"/>
                <w:rtl/>
              </w:rPr>
              <w:t>الدراسة</w:t>
            </w:r>
          </w:p>
        </w:tc>
        <w:tc>
          <w:tcPr>
            <w:tcW w:w="2493" w:type="dxa"/>
            <w:shd w:val="clear" w:color="auto" w:fill="222A35" w:themeFill="text2" w:themeFillShade="80"/>
            <w:vAlign w:val="center"/>
          </w:tcPr>
          <w:p w:rsidR="00FD5E07" w:rsidRPr="00007FCD" w:rsidRDefault="00FD5E07" w:rsidP="00007FCD">
            <w:pPr>
              <w:spacing w:before="0"/>
              <w:ind w:firstLine="0"/>
              <w:jc w:val="center"/>
              <w:rPr>
                <w:rFonts w:cs="Sakkal Majalla"/>
                <w:color w:val="FFFFFF" w:themeColor="background1"/>
                <w:sz w:val="38"/>
                <w:szCs w:val="38"/>
              </w:rPr>
            </w:pPr>
            <w:r w:rsidRPr="00007FCD">
              <w:rPr>
                <w:rFonts w:cs="Sakkal Majalla"/>
                <w:b/>
                <w:color w:val="FFFFFF" w:themeColor="background1"/>
                <w:sz w:val="38"/>
                <w:szCs w:val="38"/>
                <w:rtl/>
              </w:rPr>
              <w:t>العنوان</w:t>
            </w:r>
          </w:p>
        </w:tc>
        <w:tc>
          <w:tcPr>
            <w:tcW w:w="2493" w:type="dxa"/>
            <w:shd w:val="clear" w:color="auto" w:fill="222A35" w:themeFill="text2" w:themeFillShade="80"/>
            <w:vAlign w:val="center"/>
          </w:tcPr>
          <w:p w:rsidR="00FD5E07" w:rsidRPr="00007FCD" w:rsidRDefault="00FD5E07" w:rsidP="00007FCD">
            <w:pPr>
              <w:spacing w:before="0"/>
              <w:ind w:firstLine="0"/>
              <w:jc w:val="center"/>
              <w:rPr>
                <w:rFonts w:cs="Sakkal Majalla"/>
                <w:color w:val="FFFFFF" w:themeColor="background1"/>
                <w:sz w:val="38"/>
                <w:szCs w:val="38"/>
              </w:rPr>
            </w:pPr>
            <w:r w:rsidRPr="00007FCD">
              <w:rPr>
                <w:rFonts w:cs="Sakkal Majalla"/>
                <w:b/>
                <w:color w:val="FFFFFF" w:themeColor="background1"/>
                <w:sz w:val="38"/>
                <w:szCs w:val="38"/>
                <w:rtl/>
              </w:rPr>
              <w:t>الهدف</w:t>
            </w:r>
          </w:p>
        </w:tc>
        <w:tc>
          <w:tcPr>
            <w:tcW w:w="2493" w:type="dxa"/>
            <w:shd w:val="clear" w:color="auto" w:fill="222A35" w:themeFill="text2" w:themeFillShade="80"/>
            <w:vAlign w:val="center"/>
          </w:tcPr>
          <w:p w:rsidR="00FD5E07" w:rsidRPr="00007FCD" w:rsidRDefault="00FD5E07" w:rsidP="00007FCD">
            <w:pPr>
              <w:spacing w:before="0"/>
              <w:ind w:firstLine="0"/>
              <w:jc w:val="center"/>
              <w:rPr>
                <w:rFonts w:cs="Sakkal Majalla"/>
                <w:color w:val="FFFFFF" w:themeColor="background1"/>
                <w:sz w:val="38"/>
                <w:szCs w:val="38"/>
              </w:rPr>
            </w:pPr>
            <w:r w:rsidRPr="00007FCD">
              <w:rPr>
                <w:rFonts w:cs="Sakkal Majalla"/>
                <w:b/>
                <w:color w:val="FFFFFF" w:themeColor="background1"/>
                <w:sz w:val="38"/>
                <w:szCs w:val="38"/>
                <w:rtl/>
              </w:rPr>
              <w:t>أبرز النتائج</w:t>
            </w:r>
          </w:p>
        </w:tc>
      </w:tr>
      <w:tr w:rsidR="00FD5E07" w:rsidRPr="005117ED" w:rsidTr="00007FCD">
        <w:tc>
          <w:tcPr>
            <w:tcW w:w="2493" w:type="dxa"/>
            <w:vAlign w:val="center"/>
          </w:tcPr>
          <w:p w:rsidR="00FD5E07" w:rsidRPr="005117ED" w:rsidRDefault="00FD5E07" w:rsidP="00007FCD">
            <w:pPr>
              <w:spacing w:before="0"/>
              <w:ind w:firstLine="0"/>
              <w:jc w:val="center"/>
              <w:rPr>
                <w:rFonts w:cs="Sakkal Majalla"/>
                <w:color w:val="000000" w:themeColor="text1"/>
                <w:sz w:val="38"/>
                <w:szCs w:val="38"/>
              </w:rPr>
            </w:pPr>
            <w:proofErr w:type="spellStart"/>
            <w:r w:rsidRPr="005117ED">
              <w:rPr>
                <w:rFonts w:cs="Sakkal Majalla"/>
                <w:color w:val="000000" w:themeColor="text1"/>
                <w:sz w:val="38"/>
                <w:szCs w:val="38"/>
                <w:rtl/>
              </w:rPr>
              <w:t>Jung</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Chow</w:t>
            </w:r>
            <w:proofErr w:type="spellEnd"/>
            <w:r w:rsidRPr="005117ED">
              <w:rPr>
                <w:rFonts w:cs="Sakkal Majalla"/>
                <w:color w:val="000000" w:themeColor="text1"/>
                <w:sz w:val="38"/>
                <w:szCs w:val="38"/>
                <w:rtl/>
              </w:rPr>
              <w:t xml:space="preserve"> &amp; </w:t>
            </w:r>
            <w:proofErr w:type="spellStart"/>
            <w:r w:rsidRPr="005117ED">
              <w:rPr>
                <w:rFonts w:cs="Sakkal Majalla"/>
                <w:color w:val="000000" w:themeColor="text1"/>
                <w:sz w:val="38"/>
                <w:szCs w:val="38"/>
                <w:rtl/>
              </w:rPr>
              <w:t>Wu</w:t>
            </w:r>
            <w:proofErr w:type="spellEnd"/>
            <w:r w:rsidRPr="005117ED">
              <w:rPr>
                <w:rFonts w:cs="Sakkal Majalla"/>
                <w:color w:val="000000" w:themeColor="text1"/>
                <w:sz w:val="38"/>
                <w:szCs w:val="38"/>
                <w:rtl/>
              </w:rPr>
              <w:t xml:space="preserve"> (2003)</w:t>
            </w:r>
          </w:p>
        </w:tc>
        <w:tc>
          <w:tcPr>
            <w:tcW w:w="2493" w:type="dxa"/>
            <w:vAlign w:val="center"/>
          </w:tcPr>
          <w:p w:rsidR="00FD5E07" w:rsidRPr="005117ED" w:rsidRDefault="00FD5E07" w:rsidP="00007FCD">
            <w:pPr>
              <w:spacing w:before="0"/>
              <w:ind w:firstLine="0"/>
              <w:jc w:val="center"/>
              <w:rPr>
                <w:rFonts w:cs="Sakkal Majalla"/>
                <w:color w:val="000000" w:themeColor="text1"/>
                <w:sz w:val="38"/>
                <w:szCs w:val="38"/>
              </w:rPr>
            </w:pPr>
            <w:proofErr w:type="spellStart"/>
            <w:r w:rsidRPr="005117ED">
              <w:rPr>
                <w:rFonts w:cs="Sakkal Majalla"/>
                <w:color w:val="000000" w:themeColor="text1"/>
                <w:sz w:val="38"/>
                <w:szCs w:val="38"/>
                <w:rtl/>
              </w:rPr>
              <w:t>The</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role</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of</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transformational</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leadership</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in</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enhancing</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organizational</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innovation</w:t>
            </w:r>
            <w:proofErr w:type="spellEnd"/>
          </w:p>
        </w:tc>
        <w:tc>
          <w:tcPr>
            <w:tcW w:w="2493"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اختبار دور القيادة التحويلية في الابتكار التنظيمي.</w:t>
            </w:r>
          </w:p>
        </w:tc>
        <w:tc>
          <w:tcPr>
            <w:tcW w:w="2493"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نتائج أولية تدعم أثر القيادة التحويلية في الابتكار عبر الرؤية والدعم.</w:t>
            </w:r>
          </w:p>
        </w:tc>
      </w:tr>
      <w:tr w:rsidR="00FD5E07" w:rsidRPr="005117ED" w:rsidTr="00007FCD">
        <w:tc>
          <w:tcPr>
            <w:tcW w:w="2493" w:type="dxa"/>
            <w:shd w:val="clear" w:color="auto" w:fill="EDF4FA"/>
            <w:vAlign w:val="center"/>
          </w:tcPr>
          <w:p w:rsidR="00FD5E07" w:rsidRPr="005117ED" w:rsidRDefault="00FD5E07" w:rsidP="00007FCD">
            <w:pPr>
              <w:spacing w:before="0"/>
              <w:ind w:firstLine="0"/>
              <w:jc w:val="center"/>
              <w:rPr>
                <w:rFonts w:cs="Sakkal Majalla"/>
                <w:color w:val="000000" w:themeColor="text1"/>
                <w:sz w:val="38"/>
                <w:szCs w:val="38"/>
              </w:rPr>
            </w:pPr>
            <w:proofErr w:type="spellStart"/>
            <w:r w:rsidRPr="005117ED">
              <w:rPr>
                <w:rFonts w:cs="Sakkal Majalla"/>
                <w:color w:val="000000" w:themeColor="text1"/>
                <w:sz w:val="38"/>
                <w:szCs w:val="38"/>
                <w:rtl/>
              </w:rPr>
              <w:t>Gumusluoglu</w:t>
            </w:r>
            <w:proofErr w:type="spellEnd"/>
            <w:r w:rsidRPr="005117ED">
              <w:rPr>
                <w:rFonts w:cs="Sakkal Majalla"/>
                <w:color w:val="000000" w:themeColor="text1"/>
                <w:sz w:val="38"/>
                <w:szCs w:val="38"/>
                <w:rtl/>
              </w:rPr>
              <w:t xml:space="preserve"> &amp; </w:t>
            </w:r>
            <w:proofErr w:type="spellStart"/>
            <w:r w:rsidRPr="005117ED">
              <w:rPr>
                <w:rFonts w:cs="Sakkal Majalla"/>
                <w:color w:val="000000" w:themeColor="text1"/>
                <w:sz w:val="38"/>
                <w:szCs w:val="38"/>
                <w:rtl/>
              </w:rPr>
              <w:t>Ilsev</w:t>
            </w:r>
            <w:proofErr w:type="spellEnd"/>
            <w:r w:rsidRPr="005117ED">
              <w:rPr>
                <w:rFonts w:cs="Sakkal Majalla"/>
                <w:color w:val="000000" w:themeColor="text1"/>
                <w:sz w:val="38"/>
                <w:szCs w:val="38"/>
                <w:rtl/>
              </w:rPr>
              <w:t xml:space="preserve"> (2009)</w:t>
            </w:r>
          </w:p>
        </w:tc>
        <w:tc>
          <w:tcPr>
            <w:tcW w:w="2493" w:type="dxa"/>
            <w:shd w:val="clear" w:color="auto" w:fill="EDF4FA"/>
            <w:vAlign w:val="center"/>
          </w:tcPr>
          <w:p w:rsidR="00FD5E07" w:rsidRPr="005117ED" w:rsidRDefault="00FD5E07" w:rsidP="00007FCD">
            <w:pPr>
              <w:spacing w:before="0"/>
              <w:ind w:firstLine="0"/>
              <w:jc w:val="center"/>
              <w:rPr>
                <w:rFonts w:cs="Sakkal Majalla"/>
                <w:color w:val="000000" w:themeColor="text1"/>
                <w:sz w:val="38"/>
                <w:szCs w:val="38"/>
              </w:rPr>
            </w:pPr>
            <w:proofErr w:type="spellStart"/>
            <w:r w:rsidRPr="005117ED">
              <w:rPr>
                <w:rFonts w:cs="Sakkal Majalla"/>
                <w:color w:val="000000" w:themeColor="text1"/>
                <w:sz w:val="38"/>
                <w:szCs w:val="38"/>
                <w:rtl/>
              </w:rPr>
              <w:t>Transformational</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leadership</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creativity</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and</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organizational</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innovation</w:t>
            </w:r>
            <w:proofErr w:type="spellEnd"/>
          </w:p>
        </w:tc>
        <w:tc>
          <w:tcPr>
            <w:tcW w:w="2493" w:type="dxa"/>
            <w:shd w:val="clear" w:color="auto" w:fill="EDF4F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اختبار العلاقة بين القيادة التحويلية والإبداع والابتكار.</w:t>
            </w:r>
          </w:p>
        </w:tc>
        <w:tc>
          <w:tcPr>
            <w:tcW w:w="2493" w:type="dxa"/>
            <w:shd w:val="clear" w:color="auto" w:fill="EDF4F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وجود علاقة إيجابية بين القيادة التحويلية والإبداع الفردي والابتكار التنظيمي.</w:t>
            </w:r>
          </w:p>
        </w:tc>
      </w:tr>
      <w:tr w:rsidR="00FD5E07" w:rsidRPr="005117ED" w:rsidTr="00007FCD">
        <w:tc>
          <w:tcPr>
            <w:tcW w:w="2493" w:type="dxa"/>
            <w:vAlign w:val="center"/>
          </w:tcPr>
          <w:p w:rsidR="00FD5E07" w:rsidRPr="005117ED" w:rsidRDefault="00FD5E07" w:rsidP="00007FCD">
            <w:pPr>
              <w:spacing w:before="0"/>
              <w:ind w:firstLine="0"/>
              <w:jc w:val="center"/>
              <w:rPr>
                <w:rFonts w:cs="Sakkal Majalla"/>
                <w:color w:val="000000" w:themeColor="text1"/>
                <w:sz w:val="38"/>
                <w:szCs w:val="38"/>
              </w:rPr>
            </w:pPr>
            <w:proofErr w:type="spellStart"/>
            <w:r w:rsidRPr="005117ED">
              <w:rPr>
                <w:rFonts w:cs="Sakkal Majalla"/>
                <w:color w:val="000000" w:themeColor="text1"/>
                <w:sz w:val="38"/>
                <w:szCs w:val="38"/>
                <w:rtl/>
              </w:rPr>
              <w:t>Shin</w:t>
            </w:r>
            <w:proofErr w:type="spellEnd"/>
            <w:r w:rsidRPr="005117ED">
              <w:rPr>
                <w:rFonts w:cs="Sakkal Majalla"/>
                <w:color w:val="000000" w:themeColor="text1"/>
                <w:sz w:val="38"/>
                <w:szCs w:val="38"/>
                <w:rtl/>
              </w:rPr>
              <w:t xml:space="preserve"> &amp; </w:t>
            </w:r>
            <w:proofErr w:type="spellStart"/>
            <w:r w:rsidRPr="005117ED">
              <w:rPr>
                <w:rFonts w:cs="Sakkal Majalla"/>
                <w:color w:val="000000" w:themeColor="text1"/>
                <w:sz w:val="38"/>
                <w:szCs w:val="38"/>
                <w:rtl/>
              </w:rPr>
              <w:t>Zhou</w:t>
            </w:r>
            <w:proofErr w:type="spellEnd"/>
            <w:r w:rsidRPr="005117ED">
              <w:rPr>
                <w:rFonts w:cs="Sakkal Majalla"/>
                <w:color w:val="000000" w:themeColor="text1"/>
                <w:sz w:val="38"/>
                <w:szCs w:val="38"/>
                <w:rtl/>
              </w:rPr>
              <w:t xml:space="preserve"> (2003)</w:t>
            </w:r>
          </w:p>
        </w:tc>
        <w:tc>
          <w:tcPr>
            <w:tcW w:w="2493" w:type="dxa"/>
            <w:vAlign w:val="center"/>
          </w:tcPr>
          <w:p w:rsidR="00FD5E07" w:rsidRPr="005117ED" w:rsidRDefault="00FD5E07" w:rsidP="00007FCD">
            <w:pPr>
              <w:spacing w:before="0"/>
              <w:ind w:firstLine="0"/>
              <w:jc w:val="center"/>
              <w:rPr>
                <w:rFonts w:cs="Sakkal Majalla"/>
                <w:color w:val="000000" w:themeColor="text1"/>
                <w:sz w:val="38"/>
                <w:szCs w:val="38"/>
              </w:rPr>
            </w:pPr>
            <w:proofErr w:type="spellStart"/>
            <w:r w:rsidRPr="005117ED">
              <w:rPr>
                <w:rFonts w:cs="Sakkal Majalla"/>
                <w:color w:val="000000" w:themeColor="text1"/>
                <w:sz w:val="38"/>
                <w:szCs w:val="38"/>
                <w:rtl/>
              </w:rPr>
              <w:t>Transformational</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leadership</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and</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creativity</w:t>
            </w:r>
            <w:proofErr w:type="spellEnd"/>
          </w:p>
        </w:tc>
        <w:tc>
          <w:tcPr>
            <w:tcW w:w="2493"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بحث أثر القيادة التحويلية في الإبداع الفردي.</w:t>
            </w:r>
          </w:p>
        </w:tc>
        <w:tc>
          <w:tcPr>
            <w:tcW w:w="2493"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أوضحت الدراسة أهمية التحفيز والدعم في تنمية السلوك الإبداعي.</w:t>
            </w:r>
          </w:p>
        </w:tc>
      </w:tr>
      <w:tr w:rsidR="00FD5E07" w:rsidRPr="005117ED" w:rsidTr="00007FCD">
        <w:tc>
          <w:tcPr>
            <w:tcW w:w="2493" w:type="dxa"/>
            <w:shd w:val="clear" w:color="auto" w:fill="EDF4FA"/>
            <w:vAlign w:val="center"/>
          </w:tcPr>
          <w:p w:rsidR="00FD5E07" w:rsidRPr="005117ED" w:rsidRDefault="00FD5E07" w:rsidP="00007FCD">
            <w:pPr>
              <w:spacing w:before="0"/>
              <w:ind w:firstLine="0"/>
              <w:jc w:val="center"/>
              <w:rPr>
                <w:rFonts w:cs="Sakkal Majalla"/>
                <w:color w:val="000000" w:themeColor="text1"/>
                <w:sz w:val="38"/>
                <w:szCs w:val="38"/>
              </w:rPr>
            </w:pPr>
            <w:proofErr w:type="spellStart"/>
            <w:r w:rsidRPr="005117ED">
              <w:rPr>
                <w:rFonts w:cs="Sakkal Majalla"/>
                <w:color w:val="000000" w:themeColor="text1"/>
                <w:sz w:val="38"/>
                <w:szCs w:val="38"/>
                <w:rtl/>
              </w:rPr>
              <w:t>Afsar</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Badir</w:t>
            </w:r>
            <w:proofErr w:type="spellEnd"/>
            <w:r w:rsidRPr="005117ED">
              <w:rPr>
                <w:rFonts w:cs="Sakkal Majalla"/>
                <w:color w:val="000000" w:themeColor="text1"/>
                <w:sz w:val="38"/>
                <w:szCs w:val="38"/>
                <w:rtl/>
              </w:rPr>
              <w:t xml:space="preserve"> &amp; </w:t>
            </w:r>
            <w:proofErr w:type="spellStart"/>
            <w:r w:rsidRPr="005117ED">
              <w:rPr>
                <w:rFonts w:cs="Sakkal Majalla"/>
                <w:color w:val="000000" w:themeColor="text1"/>
                <w:sz w:val="38"/>
                <w:szCs w:val="38"/>
                <w:rtl/>
              </w:rPr>
              <w:t>Saeed</w:t>
            </w:r>
            <w:proofErr w:type="spellEnd"/>
            <w:r w:rsidRPr="005117ED">
              <w:rPr>
                <w:rFonts w:cs="Sakkal Majalla"/>
                <w:color w:val="000000" w:themeColor="text1"/>
                <w:sz w:val="38"/>
                <w:szCs w:val="38"/>
                <w:rtl/>
              </w:rPr>
              <w:t xml:space="preserve"> (2014)</w:t>
            </w:r>
          </w:p>
        </w:tc>
        <w:tc>
          <w:tcPr>
            <w:tcW w:w="2493" w:type="dxa"/>
            <w:shd w:val="clear" w:color="auto" w:fill="EDF4FA"/>
            <w:vAlign w:val="center"/>
          </w:tcPr>
          <w:p w:rsidR="00FD5E07" w:rsidRPr="005117ED" w:rsidRDefault="00FD5E07" w:rsidP="00007FCD">
            <w:pPr>
              <w:spacing w:before="0"/>
              <w:ind w:firstLine="0"/>
              <w:jc w:val="center"/>
              <w:rPr>
                <w:rFonts w:cs="Sakkal Majalla"/>
                <w:color w:val="000000" w:themeColor="text1"/>
                <w:sz w:val="38"/>
                <w:szCs w:val="38"/>
              </w:rPr>
            </w:pPr>
            <w:proofErr w:type="spellStart"/>
            <w:r w:rsidRPr="005117ED">
              <w:rPr>
                <w:rFonts w:cs="Sakkal Majalla"/>
                <w:color w:val="000000" w:themeColor="text1"/>
                <w:sz w:val="38"/>
                <w:szCs w:val="38"/>
                <w:rtl/>
              </w:rPr>
              <w:t>Transformational</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leadership</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and</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innovative</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work</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behavior</w:t>
            </w:r>
            <w:proofErr w:type="spellEnd"/>
          </w:p>
        </w:tc>
        <w:tc>
          <w:tcPr>
            <w:tcW w:w="2493" w:type="dxa"/>
            <w:shd w:val="clear" w:color="auto" w:fill="EDF4F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اختبار أثر القيادة التحويلية في سلوك العمل المبتكر.</w:t>
            </w:r>
          </w:p>
        </w:tc>
        <w:tc>
          <w:tcPr>
            <w:tcW w:w="2493" w:type="dxa"/>
            <w:shd w:val="clear" w:color="auto" w:fill="EDF4F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دعمت النتائج العلاقة بين القيادة التحويلية والسلوك الابتكاري.</w:t>
            </w:r>
          </w:p>
        </w:tc>
      </w:tr>
      <w:tr w:rsidR="00FD5E07" w:rsidRPr="005117ED" w:rsidTr="00007FCD">
        <w:tc>
          <w:tcPr>
            <w:tcW w:w="2493" w:type="dxa"/>
            <w:vAlign w:val="center"/>
          </w:tcPr>
          <w:p w:rsidR="00FD5E07" w:rsidRPr="005117ED" w:rsidRDefault="00FD5E07" w:rsidP="00007FCD">
            <w:pPr>
              <w:spacing w:before="0"/>
              <w:ind w:firstLine="0"/>
              <w:jc w:val="center"/>
              <w:rPr>
                <w:rFonts w:cs="Sakkal Majalla"/>
                <w:color w:val="000000" w:themeColor="text1"/>
                <w:sz w:val="38"/>
                <w:szCs w:val="38"/>
              </w:rPr>
            </w:pPr>
            <w:proofErr w:type="spellStart"/>
            <w:r w:rsidRPr="005117ED">
              <w:rPr>
                <w:rFonts w:cs="Sakkal Majalla"/>
                <w:color w:val="000000" w:themeColor="text1"/>
                <w:sz w:val="38"/>
                <w:szCs w:val="38"/>
                <w:rtl/>
              </w:rPr>
              <w:t>Groselj</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et</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al</w:t>
            </w:r>
            <w:proofErr w:type="spellEnd"/>
            <w:r w:rsidRPr="005117ED">
              <w:rPr>
                <w:rFonts w:cs="Sakkal Majalla"/>
                <w:color w:val="000000" w:themeColor="text1"/>
                <w:sz w:val="38"/>
                <w:szCs w:val="38"/>
                <w:rtl/>
              </w:rPr>
              <w:t>. (2020)</w:t>
            </w:r>
          </w:p>
        </w:tc>
        <w:tc>
          <w:tcPr>
            <w:tcW w:w="2493" w:type="dxa"/>
            <w:vAlign w:val="center"/>
          </w:tcPr>
          <w:p w:rsidR="00FD5E07" w:rsidRPr="005117ED" w:rsidRDefault="00FD5E07" w:rsidP="00007FCD">
            <w:pPr>
              <w:spacing w:before="0"/>
              <w:ind w:firstLine="0"/>
              <w:jc w:val="center"/>
              <w:rPr>
                <w:rFonts w:cs="Sakkal Majalla"/>
                <w:color w:val="000000" w:themeColor="text1"/>
                <w:sz w:val="38"/>
                <w:szCs w:val="38"/>
              </w:rPr>
            </w:pPr>
            <w:proofErr w:type="spellStart"/>
            <w:r w:rsidRPr="005117ED">
              <w:rPr>
                <w:rFonts w:cs="Sakkal Majalla"/>
                <w:color w:val="000000" w:themeColor="text1"/>
                <w:sz w:val="38"/>
                <w:szCs w:val="38"/>
                <w:rtl/>
              </w:rPr>
              <w:t>Authentic</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and</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transformational</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leadership</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and</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innovative</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work</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behaviour</w:t>
            </w:r>
            <w:proofErr w:type="spellEnd"/>
          </w:p>
        </w:tc>
        <w:tc>
          <w:tcPr>
            <w:tcW w:w="2493"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بحث العلاقة بين القيادة وسلوك العمل المبتكر.</w:t>
            </w:r>
          </w:p>
        </w:tc>
        <w:tc>
          <w:tcPr>
            <w:tcW w:w="2493"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أظهرت أهمية التمكين النفسي في تعزيز أثر القيادة على الابتكار.</w:t>
            </w:r>
          </w:p>
        </w:tc>
      </w:tr>
    </w:tbl>
    <w:p w:rsidR="00FD5E07" w:rsidRPr="005117ED" w:rsidRDefault="00FD5E07" w:rsidP="00FD5E07">
      <w:pPr>
        <w:spacing w:before="0"/>
        <w:jc w:val="both"/>
        <w:rPr>
          <w:rFonts w:cs="Sakkal Majalla"/>
          <w:color w:val="000000" w:themeColor="text1"/>
          <w:sz w:val="38"/>
          <w:szCs w:val="38"/>
        </w:rPr>
      </w:pPr>
    </w:p>
    <w:p w:rsidR="00FD5E07" w:rsidRPr="005117ED" w:rsidRDefault="00FD5E07" w:rsidP="00FD5E07">
      <w:pPr>
        <w:spacing w:before="0"/>
        <w:ind w:firstLine="0"/>
        <w:jc w:val="center"/>
        <w:outlineLvl w:val="0"/>
        <w:rPr>
          <w:rFonts w:eastAsia="Times New Roman" w:cs="Sakkal Majalla"/>
          <w:b/>
          <w:bCs/>
          <w:color w:val="000000" w:themeColor="text1"/>
          <w:sz w:val="40"/>
          <w:szCs w:val="40"/>
        </w:rPr>
      </w:pPr>
      <w:bookmarkStart w:id="47" w:name="_Toc233321751"/>
      <w:bookmarkStart w:id="48" w:name="_Toc233321999"/>
      <w:r w:rsidRPr="005117ED">
        <w:rPr>
          <w:rFonts w:eastAsia="Times New Roman" w:cs="Sakkal Majalla"/>
          <w:b/>
          <w:bCs/>
          <w:color w:val="000000" w:themeColor="text1"/>
          <w:sz w:val="40"/>
          <w:szCs w:val="40"/>
          <w:rtl/>
        </w:rPr>
        <w:t>التعقيب على الدراسات السابقة والفجوة البحثية</w:t>
      </w:r>
      <w:bookmarkEnd w:id="47"/>
      <w:bookmarkEnd w:id="48"/>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يتضح من استعراض الدراسات السابقة أن القيادة التحويلية حظيت باهتمام واسع في الأدبيات العربية والأجنبية، وأن معظم الدراسات اتفقت على وجود علاقة موجبة بين ممارسات القيادة التحويلية ومخرجات تنظيمية مثل الإبداع، والابتكار، والتمكين، والأداء. كما تتفق الدراسة الحالية مع الدراسات السابقة في اعتمادها على أبعاد القيادة التحويلية الأربعة، وفي استخدام المنهج الوصفي التحليلي والاستبانة بوصفها أداة مناسبة لجمع البيانات في الدراسات الإدارية.</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وتختلف الدراسة الحالية عن عدد من الدراسات السابقة في مجال التطبيق؛ إذ إن بعضها تناول الجامعات أو المؤسسات الصحية أو شركات الاتصالات أو القطاع الخاص العام، بينما تركز الدراسة الحالية على المنشآت الصغيرة والمتوسطة السعودية تحديدًا. كما أن بعض الدراسات السعودية تناولت الأداء أو التمكين النفسي بدلًا من الإبداع التنظيمي، في حين تتجه الدراسة الحالية إلى اختبار الأثر المباشر للقيادة التحويلية في الإبداع التنظيمي داخل هذا القطاع الحيوي.</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ومن ثم تتمثل الفجوة البحثية في قلة الدراسات التطبيقية التي تختبر أثر القيادة التحويلية بأبعادها في الإبداع التنظيمي داخل المنشآت الصغيرة والمتوسطة السعودية، مع ربط ذلك بالسياق التنموي لرؤية السعودية 2030. وقد استفادت الدراسة من الأدبيات السابقة في بناء الإطار النظري، وتحديد أبعاد المتغيرات، وصياغة الفرضيات، واختيار أساليب التحليل الإحصائي.</w:t>
      </w:r>
    </w:p>
    <w:p w:rsidR="00FD5E07" w:rsidRPr="005117ED" w:rsidRDefault="00FD5E07" w:rsidP="00FD5E07">
      <w:pPr>
        <w:spacing w:before="0"/>
        <w:jc w:val="both"/>
        <w:rPr>
          <w:rFonts w:cs="Sakkal Majalla"/>
          <w:color w:val="000000" w:themeColor="text1"/>
          <w:sz w:val="38"/>
          <w:szCs w:val="38"/>
        </w:rPr>
      </w:pPr>
      <w:r w:rsidRPr="005117ED">
        <w:rPr>
          <w:rFonts w:cs="Sakkal Majalla"/>
          <w:color w:val="000000" w:themeColor="text1"/>
          <w:sz w:val="38"/>
          <w:szCs w:val="38"/>
        </w:rPr>
        <w:br w:type="page"/>
      </w:r>
    </w:p>
    <w:p w:rsidR="00FD5E07" w:rsidRPr="005117ED" w:rsidRDefault="00FD5E07" w:rsidP="00FD5E07">
      <w:pPr>
        <w:spacing w:before="0"/>
        <w:ind w:firstLine="0"/>
        <w:jc w:val="center"/>
        <w:outlineLvl w:val="0"/>
        <w:rPr>
          <w:rFonts w:eastAsia="Times New Roman" w:cs="Sakkal Majalla"/>
          <w:b/>
          <w:bCs/>
          <w:color w:val="000000" w:themeColor="text1"/>
          <w:sz w:val="40"/>
          <w:szCs w:val="40"/>
        </w:rPr>
      </w:pPr>
      <w:bookmarkStart w:id="49" w:name="_Toc233321752"/>
      <w:bookmarkStart w:id="50" w:name="_Toc233322000"/>
      <w:r w:rsidRPr="005117ED">
        <w:rPr>
          <w:rFonts w:eastAsia="Times New Roman" w:cs="Sakkal Majalla"/>
          <w:b/>
          <w:bCs/>
          <w:color w:val="000000" w:themeColor="text1"/>
          <w:sz w:val="40"/>
          <w:szCs w:val="40"/>
          <w:rtl/>
        </w:rPr>
        <w:lastRenderedPageBreak/>
        <w:t>عرض</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تحليلي</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للدراسات</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العربية</w:t>
      </w:r>
      <w:bookmarkEnd w:id="49"/>
      <w:bookmarkEnd w:id="50"/>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قدمت</w:t>
      </w:r>
      <w:r w:rsidRPr="005117ED">
        <w:rPr>
          <w:rFonts w:cs="Sakkal Majalla"/>
          <w:color w:val="000000" w:themeColor="text1"/>
          <w:sz w:val="38"/>
          <w:szCs w:val="38"/>
        </w:rPr>
        <w:t xml:space="preserve"> </w:t>
      </w:r>
      <w:r w:rsidRPr="005117ED">
        <w:rPr>
          <w:rFonts w:cs="Sakkal Majalla"/>
          <w:color w:val="000000" w:themeColor="text1"/>
          <w:sz w:val="38"/>
          <w:szCs w:val="38"/>
          <w:rtl/>
        </w:rPr>
        <w:t>دراسة</w:t>
      </w:r>
      <w:r w:rsidRPr="005117ED">
        <w:rPr>
          <w:rFonts w:cs="Sakkal Majalla"/>
          <w:color w:val="000000" w:themeColor="text1"/>
          <w:sz w:val="38"/>
          <w:szCs w:val="38"/>
        </w:rPr>
        <w:t xml:space="preserve"> </w:t>
      </w:r>
      <w:r w:rsidRPr="005117ED">
        <w:rPr>
          <w:rFonts w:cs="Sakkal Majalla"/>
          <w:color w:val="000000" w:themeColor="text1"/>
          <w:sz w:val="38"/>
          <w:szCs w:val="38"/>
          <w:rtl/>
        </w:rPr>
        <w:t>العامري</w:t>
      </w:r>
      <w:r w:rsidRPr="005117ED">
        <w:rPr>
          <w:rFonts w:cs="Sakkal Majalla"/>
          <w:color w:val="000000" w:themeColor="text1"/>
          <w:sz w:val="38"/>
          <w:szCs w:val="38"/>
        </w:rPr>
        <w:t xml:space="preserve"> (2002) </w:t>
      </w:r>
      <w:r w:rsidRPr="005117ED">
        <w:rPr>
          <w:rFonts w:cs="Sakkal Majalla"/>
          <w:color w:val="000000" w:themeColor="text1"/>
          <w:sz w:val="38"/>
          <w:szCs w:val="38"/>
          <w:rtl/>
        </w:rPr>
        <w:t>أساسًا</w:t>
      </w:r>
      <w:r w:rsidRPr="005117ED">
        <w:rPr>
          <w:rFonts w:cs="Sakkal Majalla"/>
          <w:color w:val="000000" w:themeColor="text1"/>
          <w:sz w:val="38"/>
          <w:szCs w:val="38"/>
        </w:rPr>
        <w:t xml:space="preserve"> </w:t>
      </w:r>
      <w:r w:rsidRPr="005117ED">
        <w:rPr>
          <w:rFonts w:cs="Sakkal Majalla"/>
          <w:color w:val="000000" w:themeColor="text1"/>
          <w:sz w:val="38"/>
          <w:szCs w:val="38"/>
          <w:rtl/>
        </w:rPr>
        <w:t>مبكرًا</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البيئة</w:t>
      </w:r>
      <w:r w:rsidRPr="005117ED">
        <w:rPr>
          <w:rFonts w:cs="Sakkal Majalla"/>
          <w:color w:val="000000" w:themeColor="text1"/>
          <w:sz w:val="38"/>
          <w:szCs w:val="38"/>
        </w:rPr>
        <w:t xml:space="preserve"> </w:t>
      </w:r>
      <w:r w:rsidRPr="005117ED">
        <w:rPr>
          <w:rFonts w:cs="Sakkal Majalla"/>
          <w:color w:val="000000" w:themeColor="text1"/>
          <w:sz w:val="38"/>
          <w:szCs w:val="38"/>
          <w:rtl/>
        </w:rPr>
        <w:t>السعودية</w:t>
      </w:r>
      <w:r w:rsidRPr="005117ED">
        <w:rPr>
          <w:rFonts w:cs="Sakkal Majalla"/>
          <w:color w:val="000000" w:themeColor="text1"/>
          <w:sz w:val="38"/>
          <w:szCs w:val="38"/>
        </w:rPr>
        <w:t xml:space="preserve"> </w:t>
      </w:r>
      <w:r w:rsidRPr="005117ED">
        <w:rPr>
          <w:rFonts w:cs="Sakkal Majalla"/>
          <w:color w:val="000000" w:themeColor="text1"/>
          <w:sz w:val="38"/>
          <w:szCs w:val="38"/>
          <w:rtl/>
        </w:rPr>
        <w:t>لبحث</w:t>
      </w:r>
      <w:r w:rsidRPr="005117ED">
        <w:rPr>
          <w:rFonts w:cs="Sakkal Majalla"/>
          <w:color w:val="000000" w:themeColor="text1"/>
          <w:sz w:val="38"/>
          <w:szCs w:val="38"/>
        </w:rPr>
        <w:t xml:space="preserve"> </w:t>
      </w:r>
      <w:r w:rsidRPr="005117ED">
        <w:rPr>
          <w:rFonts w:cs="Sakkal Majalla"/>
          <w:color w:val="000000" w:themeColor="text1"/>
          <w:sz w:val="38"/>
          <w:szCs w:val="38"/>
          <w:rtl/>
        </w:rPr>
        <w:t>السلوك</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القيادي</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w:t>
      </w:r>
      <w:r w:rsidRPr="005117ED">
        <w:rPr>
          <w:rFonts w:cs="Sakkal Majalla"/>
          <w:color w:val="000000" w:themeColor="text1"/>
          <w:sz w:val="38"/>
          <w:szCs w:val="38"/>
        </w:rPr>
        <w:t xml:space="preserve"> </w:t>
      </w:r>
      <w:r w:rsidRPr="005117ED">
        <w:rPr>
          <w:rFonts w:cs="Sakkal Majalla"/>
          <w:color w:val="000000" w:themeColor="text1"/>
          <w:sz w:val="38"/>
          <w:szCs w:val="38"/>
          <w:rtl/>
        </w:rPr>
        <w:t>وعلاقته</w:t>
      </w:r>
      <w:r w:rsidRPr="005117ED">
        <w:rPr>
          <w:rFonts w:cs="Sakkal Majalla"/>
          <w:color w:val="000000" w:themeColor="text1"/>
          <w:sz w:val="38"/>
          <w:szCs w:val="38"/>
        </w:rPr>
        <w:t xml:space="preserve"> </w:t>
      </w:r>
      <w:r w:rsidRPr="005117ED">
        <w:rPr>
          <w:rFonts w:cs="Sakkal Majalla"/>
          <w:color w:val="000000" w:themeColor="text1"/>
          <w:sz w:val="38"/>
          <w:szCs w:val="38"/>
          <w:rtl/>
        </w:rPr>
        <w:t>بسلوك</w:t>
      </w:r>
      <w:r w:rsidRPr="005117ED">
        <w:rPr>
          <w:rFonts w:cs="Sakkal Majalla"/>
          <w:color w:val="000000" w:themeColor="text1"/>
          <w:sz w:val="38"/>
          <w:szCs w:val="38"/>
        </w:rPr>
        <w:t xml:space="preserve"> </w:t>
      </w:r>
      <w:r w:rsidRPr="005117ED">
        <w:rPr>
          <w:rFonts w:cs="Sakkal Majalla"/>
          <w:color w:val="000000" w:themeColor="text1"/>
          <w:sz w:val="38"/>
          <w:szCs w:val="38"/>
          <w:rtl/>
        </w:rPr>
        <w:t>المواطنة</w:t>
      </w:r>
      <w:r w:rsidRPr="005117ED">
        <w:rPr>
          <w:rFonts w:cs="Sakkal Majalla"/>
          <w:color w:val="000000" w:themeColor="text1"/>
          <w:sz w:val="38"/>
          <w:szCs w:val="38"/>
        </w:rPr>
        <w:t xml:space="preserve"> </w:t>
      </w:r>
      <w:r w:rsidRPr="005117ED">
        <w:rPr>
          <w:rFonts w:cs="Sakkal Majalla"/>
          <w:color w:val="000000" w:themeColor="text1"/>
          <w:sz w:val="38"/>
          <w:szCs w:val="38"/>
          <w:rtl/>
        </w:rPr>
        <w:t>التنظيمية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الأجهزة</w:t>
      </w:r>
      <w:r w:rsidRPr="005117ED">
        <w:rPr>
          <w:rFonts w:cs="Sakkal Majalla"/>
          <w:color w:val="000000" w:themeColor="text1"/>
          <w:sz w:val="38"/>
          <w:szCs w:val="38"/>
        </w:rPr>
        <w:t xml:space="preserve"> </w:t>
      </w:r>
      <w:r w:rsidRPr="005117ED">
        <w:rPr>
          <w:rFonts w:cs="Sakkal Majalla"/>
          <w:color w:val="000000" w:themeColor="text1"/>
          <w:sz w:val="38"/>
          <w:szCs w:val="38"/>
          <w:rtl/>
        </w:rPr>
        <w:t>الحكومية</w:t>
      </w:r>
      <w:r w:rsidRPr="005117ED">
        <w:rPr>
          <w:rFonts w:cs="Sakkal Majalla"/>
          <w:color w:val="000000" w:themeColor="text1"/>
          <w:sz w:val="38"/>
          <w:szCs w:val="38"/>
        </w:rPr>
        <w:t xml:space="preserve">. </w:t>
      </w:r>
      <w:r w:rsidRPr="005117ED">
        <w:rPr>
          <w:rFonts w:cs="Sakkal Majalla"/>
          <w:color w:val="000000" w:themeColor="text1"/>
          <w:sz w:val="38"/>
          <w:szCs w:val="38"/>
          <w:rtl/>
        </w:rPr>
        <w:t>وعلى</w:t>
      </w:r>
      <w:r w:rsidRPr="005117ED">
        <w:rPr>
          <w:rFonts w:cs="Sakkal Majalla"/>
          <w:color w:val="000000" w:themeColor="text1"/>
          <w:sz w:val="38"/>
          <w:szCs w:val="38"/>
        </w:rPr>
        <w:t xml:space="preserve"> </w:t>
      </w:r>
      <w:r w:rsidRPr="005117ED">
        <w:rPr>
          <w:rFonts w:cs="Sakkal Majalla"/>
          <w:color w:val="000000" w:themeColor="text1"/>
          <w:sz w:val="38"/>
          <w:szCs w:val="38"/>
          <w:rtl/>
        </w:rPr>
        <w:t>الرغم</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اختلاف</w:t>
      </w:r>
      <w:r w:rsidRPr="005117ED">
        <w:rPr>
          <w:rFonts w:cs="Sakkal Majalla"/>
          <w:color w:val="000000" w:themeColor="text1"/>
          <w:sz w:val="38"/>
          <w:szCs w:val="38"/>
        </w:rPr>
        <w:t xml:space="preserve"> </w:t>
      </w:r>
      <w:r w:rsidRPr="005117ED">
        <w:rPr>
          <w:rFonts w:cs="Sakkal Majalla"/>
          <w:color w:val="000000" w:themeColor="text1"/>
          <w:sz w:val="38"/>
          <w:szCs w:val="38"/>
          <w:rtl/>
        </w:rPr>
        <w:t>المتغير</w:t>
      </w:r>
      <w:r w:rsidRPr="005117ED">
        <w:rPr>
          <w:rFonts w:cs="Sakkal Majalla"/>
          <w:color w:val="000000" w:themeColor="text1"/>
          <w:sz w:val="38"/>
          <w:szCs w:val="38"/>
        </w:rPr>
        <w:t xml:space="preserve"> </w:t>
      </w:r>
      <w:r w:rsidRPr="005117ED">
        <w:rPr>
          <w:rFonts w:cs="Sakkal Majalla"/>
          <w:color w:val="000000" w:themeColor="text1"/>
          <w:sz w:val="38"/>
          <w:szCs w:val="38"/>
          <w:rtl/>
        </w:rPr>
        <w:t>التابع</w:t>
      </w:r>
      <w:r w:rsidRPr="005117ED">
        <w:rPr>
          <w:rFonts w:cs="Sakkal Majalla"/>
          <w:color w:val="000000" w:themeColor="text1"/>
          <w:sz w:val="38"/>
          <w:szCs w:val="38"/>
        </w:rPr>
        <w:t xml:space="preserve"> </w:t>
      </w:r>
      <w:r w:rsidRPr="005117ED">
        <w:rPr>
          <w:rFonts w:cs="Sakkal Majalla"/>
          <w:color w:val="000000" w:themeColor="text1"/>
          <w:sz w:val="38"/>
          <w:szCs w:val="38"/>
          <w:rtl/>
        </w:rPr>
        <w:t>عن</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فإن</w:t>
      </w:r>
      <w:r w:rsidRPr="005117ED">
        <w:rPr>
          <w:rFonts w:cs="Sakkal Majalla"/>
          <w:color w:val="000000" w:themeColor="text1"/>
          <w:sz w:val="38"/>
          <w:szCs w:val="38"/>
        </w:rPr>
        <w:t xml:space="preserve"> </w:t>
      </w:r>
      <w:r w:rsidRPr="005117ED">
        <w:rPr>
          <w:rFonts w:cs="Sakkal Majalla"/>
          <w:color w:val="000000" w:themeColor="text1"/>
          <w:sz w:val="38"/>
          <w:szCs w:val="38"/>
          <w:rtl/>
        </w:rPr>
        <w:t>سلوك</w:t>
      </w:r>
      <w:r w:rsidRPr="005117ED">
        <w:rPr>
          <w:rFonts w:cs="Sakkal Majalla"/>
          <w:color w:val="000000" w:themeColor="text1"/>
          <w:sz w:val="38"/>
          <w:szCs w:val="38"/>
        </w:rPr>
        <w:t xml:space="preserve"> </w:t>
      </w:r>
      <w:r w:rsidRPr="005117ED">
        <w:rPr>
          <w:rFonts w:cs="Sakkal Majalla"/>
          <w:color w:val="000000" w:themeColor="text1"/>
          <w:sz w:val="38"/>
          <w:szCs w:val="38"/>
          <w:rtl/>
        </w:rPr>
        <w:t>المواطنة</w:t>
      </w:r>
      <w:r w:rsidRPr="005117ED">
        <w:rPr>
          <w:rFonts w:cs="Sakkal Majalla"/>
          <w:color w:val="000000" w:themeColor="text1"/>
          <w:sz w:val="38"/>
          <w:szCs w:val="38"/>
        </w:rPr>
        <w:t xml:space="preserve"> </w:t>
      </w:r>
      <w:r w:rsidRPr="005117ED">
        <w:rPr>
          <w:rFonts w:cs="Sakkal Majalla"/>
          <w:color w:val="000000" w:themeColor="text1"/>
          <w:sz w:val="38"/>
          <w:szCs w:val="38"/>
          <w:rtl/>
        </w:rPr>
        <w:t>يتقاطع</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المبادرة</w:t>
      </w:r>
      <w:r w:rsidRPr="005117ED">
        <w:rPr>
          <w:rFonts w:cs="Sakkal Majalla"/>
          <w:color w:val="000000" w:themeColor="text1"/>
          <w:sz w:val="38"/>
          <w:szCs w:val="38"/>
        </w:rPr>
        <w:t xml:space="preserve"> </w:t>
      </w:r>
      <w:r w:rsidRPr="005117ED">
        <w:rPr>
          <w:rFonts w:cs="Sakkal Majalla"/>
          <w:color w:val="000000" w:themeColor="text1"/>
          <w:sz w:val="38"/>
          <w:szCs w:val="38"/>
          <w:rtl/>
        </w:rPr>
        <w:t>وتجاوز</w:t>
      </w:r>
      <w:r w:rsidRPr="005117ED">
        <w:rPr>
          <w:rFonts w:cs="Sakkal Majalla"/>
          <w:color w:val="000000" w:themeColor="text1"/>
          <w:sz w:val="38"/>
          <w:szCs w:val="38"/>
        </w:rPr>
        <w:t xml:space="preserve"> </w:t>
      </w:r>
      <w:r w:rsidRPr="005117ED">
        <w:rPr>
          <w:rFonts w:cs="Sakkal Majalla"/>
          <w:color w:val="000000" w:themeColor="text1"/>
          <w:sz w:val="38"/>
          <w:szCs w:val="38"/>
          <w:rtl/>
        </w:rPr>
        <w:t>الدور</w:t>
      </w:r>
      <w:r w:rsidRPr="005117ED">
        <w:rPr>
          <w:rFonts w:cs="Sakkal Majalla"/>
          <w:color w:val="000000" w:themeColor="text1"/>
          <w:sz w:val="38"/>
          <w:szCs w:val="38"/>
        </w:rPr>
        <w:t xml:space="preserve"> </w:t>
      </w:r>
      <w:r w:rsidRPr="005117ED">
        <w:rPr>
          <w:rFonts w:cs="Sakkal Majalla"/>
          <w:color w:val="000000" w:themeColor="text1"/>
          <w:sz w:val="38"/>
          <w:szCs w:val="38"/>
          <w:rtl/>
        </w:rPr>
        <w:t>الرسمي،</w:t>
      </w:r>
      <w:r w:rsidRPr="005117ED">
        <w:rPr>
          <w:rFonts w:cs="Sakkal Majalla"/>
          <w:color w:val="000000" w:themeColor="text1"/>
          <w:sz w:val="38"/>
          <w:szCs w:val="38"/>
        </w:rPr>
        <w:t xml:space="preserve"> </w:t>
      </w:r>
      <w:r w:rsidRPr="005117ED">
        <w:rPr>
          <w:rFonts w:cs="Sakkal Majalla"/>
          <w:color w:val="000000" w:themeColor="text1"/>
          <w:sz w:val="38"/>
          <w:szCs w:val="38"/>
          <w:rtl/>
        </w:rPr>
        <w:t>وهو</w:t>
      </w:r>
      <w:r w:rsidRPr="005117ED">
        <w:rPr>
          <w:rFonts w:cs="Sakkal Majalla"/>
          <w:color w:val="000000" w:themeColor="text1"/>
          <w:sz w:val="38"/>
          <w:szCs w:val="38"/>
        </w:rPr>
        <w:t xml:space="preserve"> </w:t>
      </w:r>
      <w:r w:rsidRPr="005117ED">
        <w:rPr>
          <w:rFonts w:cs="Sakkal Majalla"/>
          <w:color w:val="000000" w:themeColor="text1"/>
          <w:sz w:val="38"/>
          <w:szCs w:val="38"/>
          <w:rtl/>
        </w:rPr>
        <w:t>ما</w:t>
      </w:r>
      <w:r w:rsidRPr="005117ED">
        <w:rPr>
          <w:rFonts w:cs="Sakkal Majalla"/>
          <w:color w:val="000000" w:themeColor="text1"/>
          <w:sz w:val="38"/>
          <w:szCs w:val="38"/>
        </w:rPr>
        <w:t xml:space="preserve"> </w:t>
      </w:r>
      <w:r w:rsidRPr="005117ED">
        <w:rPr>
          <w:rFonts w:cs="Sakkal Majalla"/>
          <w:color w:val="000000" w:themeColor="text1"/>
          <w:sz w:val="38"/>
          <w:szCs w:val="38"/>
          <w:rtl/>
        </w:rPr>
        <w:t>يدعم</w:t>
      </w:r>
      <w:r w:rsidRPr="005117ED">
        <w:rPr>
          <w:rFonts w:cs="Sakkal Majalla"/>
          <w:color w:val="000000" w:themeColor="text1"/>
          <w:sz w:val="38"/>
          <w:szCs w:val="38"/>
        </w:rPr>
        <w:t xml:space="preserve"> </w:t>
      </w:r>
      <w:r w:rsidRPr="005117ED">
        <w:rPr>
          <w:rFonts w:cs="Sakkal Majalla"/>
          <w:color w:val="000000" w:themeColor="text1"/>
          <w:sz w:val="38"/>
          <w:szCs w:val="38"/>
          <w:rtl/>
        </w:rPr>
        <w:t>فكرة</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r w:rsidRPr="005117ED">
        <w:rPr>
          <w:rFonts w:cs="Sakkal Majalla"/>
          <w:color w:val="000000" w:themeColor="text1"/>
          <w:sz w:val="38"/>
          <w:szCs w:val="38"/>
        </w:rPr>
        <w:t xml:space="preserve"> </w:t>
      </w:r>
      <w:r w:rsidRPr="005117ED">
        <w:rPr>
          <w:rFonts w:cs="Sakkal Majalla"/>
          <w:color w:val="000000" w:themeColor="text1"/>
          <w:sz w:val="38"/>
          <w:szCs w:val="38"/>
          <w:rtl/>
        </w:rPr>
        <w:t>تستطيع</w:t>
      </w:r>
      <w:r w:rsidRPr="005117ED">
        <w:rPr>
          <w:rFonts w:cs="Sakkal Majalla"/>
          <w:color w:val="000000" w:themeColor="text1"/>
          <w:sz w:val="38"/>
          <w:szCs w:val="38"/>
        </w:rPr>
        <w:t xml:space="preserve"> </w:t>
      </w:r>
      <w:r w:rsidRPr="005117ED">
        <w:rPr>
          <w:rFonts w:cs="Sakkal Majalla"/>
          <w:color w:val="000000" w:themeColor="text1"/>
          <w:sz w:val="38"/>
          <w:szCs w:val="38"/>
          <w:rtl/>
        </w:rPr>
        <w:t>تحريك</w:t>
      </w:r>
      <w:r w:rsidRPr="005117ED">
        <w:rPr>
          <w:rFonts w:cs="Sakkal Majalla"/>
          <w:color w:val="000000" w:themeColor="text1"/>
          <w:sz w:val="38"/>
          <w:szCs w:val="38"/>
        </w:rPr>
        <w:t xml:space="preserve"> </w:t>
      </w:r>
      <w:r w:rsidRPr="005117ED">
        <w:rPr>
          <w:rFonts w:cs="Sakkal Majalla"/>
          <w:color w:val="000000" w:themeColor="text1"/>
          <w:sz w:val="38"/>
          <w:szCs w:val="38"/>
          <w:rtl/>
        </w:rPr>
        <w:t>سلوكيات</w:t>
      </w:r>
      <w:r w:rsidRPr="005117ED">
        <w:rPr>
          <w:rFonts w:cs="Sakkal Majalla"/>
          <w:color w:val="000000" w:themeColor="text1"/>
          <w:sz w:val="38"/>
          <w:szCs w:val="38"/>
        </w:rPr>
        <w:t xml:space="preserve"> </w:t>
      </w:r>
      <w:r w:rsidRPr="005117ED">
        <w:rPr>
          <w:rFonts w:cs="Sakkal Majalla"/>
          <w:color w:val="000000" w:themeColor="text1"/>
          <w:sz w:val="38"/>
          <w:szCs w:val="38"/>
          <w:rtl/>
        </w:rPr>
        <w:t>طوعية</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تنتج</w:t>
      </w:r>
      <w:r w:rsidRPr="005117ED">
        <w:rPr>
          <w:rFonts w:cs="Sakkal Majalla"/>
          <w:color w:val="000000" w:themeColor="text1"/>
          <w:sz w:val="38"/>
          <w:szCs w:val="38"/>
        </w:rPr>
        <w:t xml:space="preserve"> </w:t>
      </w:r>
      <w:r w:rsidRPr="005117ED">
        <w:rPr>
          <w:rFonts w:cs="Sakkal Majalla"/>
          <w:color w:val="000000" w:themeColor="text1"/>
          <w:sz w:val="38"/>
          <w:szCs w:val="38"/>
          <w:rtl/>
        </w:rPr>
        <w:t>عن</w:t>
      </w:r>
      <w:r w:rsidRPr="005117ED">
        <w:rPr>
          <w:rFonts w:cs="Sakkal Majalla"/>
          <w:color w:val="000000" w:themeColor="text1"/>
          <w:sz w:val="38"/>
          <w:szCs w:val="38"/>
        </w:rPr>
        <w:t xml:space="preserve"> </w:t>
      </w:r>
      <w:r w:rsidRPr="005117ED">
        <w:rPr>
          <w:rFonts w:cs="Sakkal Majalla"/>
          <w:color w:val="000000" w:themeColor="text1"/>
          <w:sz w:val="38"/>
          <w:szCs w:val="38"/>
          <w:rtl/>
        </w:rPr>
        <w:t>الرقابة</w:t>
      </w:r>
      <w:r w:rsidRPr="005117ED">
        <w:rPr>
          <w:rFonts w:cs="Sakkal Majalla"/>
          <w:color w:val="000000" w:themeColor="text1"/>
          <w:sz w:val="38"/>
          <w:szCs w:val="38"/>
        </w:rPr>
        <w:t xml:space="preserve"> </w:t>
      </w:r>
      <w:r w:rsidRPr="005117ED">
        <w:rPr>
          <w:rFonts w:cs="Sakkal Majalla"/>
          <w:color w:val="000000" w:themeColor="text1"/>
          <w:sz w:val="38"/>
          <w:szCs w:val="38"/>
          <w:rtl/>
        </w:rPr>
        <w:t>وحدها</w:t>
      </w:r>
      <w:r w:rsidRPr="005117ED">
        <w:rPr>
          <w:rFonts w:cs="Sakkal Majalla"/>
          <w:color w:val="000000" w:themeColor="text1"/>
          <w:sz w:val="38"/>
          <w:szCs w:val="38"/>
        </w:rPr>
        <w:t xml:space="preserve">. </w:t>
      </w:r>
      <w:r w:rsidRPr="005117ED">
        <w:rPr>
          <w:rFonts w:cs="Sakkal Majalla"/>
          <w:color w:val="000000" w:themeColor="text1"/>
          <w:sz w:val="38"/>
          <w:szCs w:val="38"/>
          <w:rtl/>
        </w:rPr>
        <w:t>وتفيد</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الحالية</w:t>
      </w:r>
      <w:r w:rsidRPr="005117ED">
        <w:rPr>
          <w:rFonts w:cs="Sakkal Majalla"/>
          <w:color w:val="000000" w:themeColor="text1"/>
          <w:sz w:val="38"/>
          <w:szCs w:val="38"/>
        </w:rPr>
        <w:t xml:space="preserve"> </w:t>
      </w:r>
      <w:r w:rsidRPr="005117ED">
        <w:rPr>
          <w:rFonts w:cs="Sakkal Majalla"/>
          <w:color w:val="000000" w:themeColor="text1"/>
          <w:sz w:val="38"/>
          <w:szCs w:val="38"/>
          <w:rtl/>
        </w:rPr>
        <w:t>منها</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تأكيد</w:t>
      </w:r>
      <w:r w:rsidRPr="005117ED">
        <w:rPr>
          <w:rFonts w:cs="Sakkal Majalla"/>
          <w:color w:val="000000" w:themeColor="text1"/>
          <w:sz w:val="38"/>
          <w:szCs w:val="38"/>
        </w:rPr>
        <w:t xml:space="preserve"> </w:t>
      </w:r>
      <w:r w:rsidRPr="005117ED">
        <w:rPr>
          <w:rFonts w:cs="Sakkal Majalla"/>
          <w:color w:val="000000" w:themeColor="text1"/>
          <w:sz w:val="38"/>
          <w:szCs w:val="38"/>
          <w:rtl/>
        </w:rPr>
        <w:t>صلاحية</w:t>
      </w:r>
      <w:r w:rsidRPr="005117ED">
        <w:rPr>
          <w:rFonts w:cs="Sakkal Majalla"/>
          <w:color w:val="000000" w:themeColor="text1"/>
          <w:sz w:val="38"/>
          <w:szCs w:val="38"/>
        </w:rPr>
        <w:t xml:space="preserve"> </w:t>
      </w:r>
      <w:r w:rsidRPr="005117ED">
        <w:rPr>
          <w:rFonts w:cs="Sakkal Majalla"/>
          <w:color w:val="000000" w:themeColor="text1"/>
          <w:sz w:val="38"/>
          <w:szCs w:val="38"/>
          <w:rtl/>
        </w:rPr>
        <w:t>المفهوم</w:t>
      </w:r>
      <w:r w:rsidRPr="005117ED">
        <w:rPr>
          <w:rFonts w:cs="Sakkal Majalla"/>
          <w:color w:val="000000" w:themeColor="text1"/>
          <w:sz w:val="38"/>
          <w:szCs w:val="38"/>
        </w:rPr>
        <w:t xml:space="preserve"> </w:t>
      </w:r>
      <w:r w:rsidRPr="005117ED">
        <w:rPr>
          <w:rFonts w:cs="Sakkal Majalla"/>
          <w:color w:val="000000" w:themeColor="text1"/>
          <w:sz w:val="38"/>
          <w:szCs w:val="38"/>
          <w:rtl/>
        </w:rPr>
        <w:t>داخل</w:t>
      </w:r>
      <w:r w:rsidRPr="005117ED">
        <w:rPr>
          <w:rFonts w:cs="Sakkal Majalla"/>
          <w:color w:val="000000" w:themeColor="text1"/>
          <w:sz w:val="38"/>
          <w:szCs w:val="38"/>
        </w:rPr>
        <w:t xml:space="preserve"> </w:t>
      </w:r>
      <w:r w:rsidRPr="005117ED">
        <w:rPr>
          <w:rFonts w:cs="Sakkal Majalla"/>
          <w:color w:val="000000" w:themeColor="text1"/>
          <w:sz w:val="38"/>
          <w:szCs w:val="38"/>
          <w:rtl/>
        </w:rPr>
        <w:t>السياق</w:t>
      </w:r>
      <w:r w:rsidRPr="005117ED">
        <w:rPr>
          <w:rFonts w:cs="Sakkal Majalla"/>
          <w:color w:val="000000" w:themeColor="text1"/>
          <w:sz w:val="38"/>
          <w:szCs w:val="38"/>
        </w:rPr>
        <w:t xml:space="preserve"> </w:t>
      </w:r>
      <w:r w:rsidRPr="005117ED">
        <w:rPr>
          <w:rFonts w:cs="Sakkal Majalla"/>
          <w:color w:val="000000" w:themeColor="text1"/>
          <w:sz w:val="38"/>
          <w:szCs w:val="38"/>
          <w:rtl/>
        </w:rPr>
        <w:t>السعودي</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ركزت</w:t>
      </w:r>
      <w:r w:rsidRPr="005117ED">
        <w:rPr>
          <w:rFonts w:cs="Sakkal Majalla"/>
          <w:color w:val="000000" w:themeColor="text1"/>
          <w:sz w:val="38"/>
          <w:szCs w:val="38"/>
        </w:rPr>
        <w:t xml:space="preserve"> </w:t>
      </w:r>
      <w:r w:rsidRPr="005117ED">
        <w:rPr>
          <w:rFonts w:cs="Sakkal Majalla"/>
          <w:color w:val="000000" w:themeColor="text1"/>
          <w:sz w:val="38"/>
          <w:szCs w:val="38"/>
          <w:rtl/>
        </w:rPr>
        <w:t>دراسة</w:t>
      </w:r>
      <w:r w:rsidRPr="005117ED">
        <w:rPr>
          <w:rFonts w:cs="Sakkal Majalla"/>
          <w:color w:val="000000" w:themeColor="text1"/>
          <w:sz w:val="38"/>
          <w:szCs w:val="38"/>
        </w:rPr>
        <w:t xml:space="preserve"> </w:t>
      </w:r>
      <w:r w:rsidRPr="005117ED">
        <w:rPr>
          <w:rFonts w:cs="Sakkal Majalla"/>
          <w:color w:val="000000" w:themeColor="text1"/>
          <w:sz w:val="38"/>
          <w:szCs w:val="38"/>
          <w:rtl/>
        </w:rPr>
        <w:t>العتيبي</w:t>
      </w:r>
      <w:r w:rsidRPr="005117ED">
        <w:rPr>
          <w:rFonts w:cs="Sakkal Majalla"/>
          <w:color w:val="000000" w:themeColor="text1"/>
          <w:sz w:val="38"/>
          <w:szCs w:val="38"/>
        </w:rPr>
        <w:t xml:space="preserve"> (2016)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أثر</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التمكين</w:t>
      </w:r>
      <w:r w:rsidRPr="005117ED">
        <w:rPr>
          <w:rFonts w:cs="Sakkal Majalla"/>
          <w:color w:val="000000" w:themeColor="text1"/>
          <w:sz w:val="38"/>
          <w:szCs w:val="38"/>
        </w:rPr>
        <w:t xml:space="preserve"> </w:t>
      </w:r>
      <w:r w:rsidRPr="005117ED">
        <w:rPr>
          <w:rFonts w:cs="Sakkal Majalla"/>
          <w:color w:val="000000" w:themeColor="text1"/>
          <w:sz w:val="38"/>
          <w:szCs w:val="38"/>
          <w:rtl/>
        </w:rPr>
        <w:t>النفسي</w:t>
      </w:r>
      <w:r w:rsidRPr="005117ED">
        <w:rPr>
          <w:rFonts w:cs="Sakkal Majalla"/>
          <w:color w:val="000000" w:themeColor="text1"/>
          <w:sz w:val="38"/>
          <w:szCs w:val="38"/>
        </w:rPr>
        <w:t xml:space="preserve"> </w:t>
      </w:r>
      <w:r w:rsidRPr="005117ED">
        <w:rPr>
          <w:rFonts w:cs="Sakkal Majalla"/>
          <w:color w:val="000000" w:themeColor="text1"/>
          <w:sz w:val="38"/>
          <w:szCs w:val="38"/>
          <w:rtl/>
        </w:rPr>
        <w:t>لدى</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العاملين</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شركات</w:t>
      </w:r>
      <w:r w:rsidRPr="005117ED">
        <w:rPr>
          <w:rFonts w:cs="Sakkal Majalla"/>
          <w:color w:val="000000" w:themeColor="text1"/>
          <w:sz w:val="38"/>
          <w:szCs w:val="38"/>
        </w:rPr>
        <w:t xml:space="preserve"> </w:t>
      </w:r>
      <w:r w:rsidRPr="005117ED">
        <w:rPr>
          <w:rFonts w:cs="Sakkal Majalla"/>
          <w:color w:val="000000" w:themeColor="text1"/>
          <w:sz w:val="38"/>
          <w:szCs w:val="38"/>
          <w:rtl/>
        </w:rPr>
        <w:t>القطاع</w:t>
      </w:r>
      <w:r w:rsidRPr="005117ED">
        <w:rPr>
          <w:rFonts w:cs="Sakkal Majalla"/>
          <w:color w:val="000000" w:themeColor="text1"/>
          <w:sz w:val="38"/>
          <w:szCs w:val="38"/>
        </w:rPr>
        <w:t xml:space="preserve"> </w:t>
      </w:r>
      <w:r w:rsidRPr="005117ED">
        <w:rPr>
          <w:rFonts w:cs="Sakkal Majalla"/>
          <w:color w:val="000000" w:themeColor="text1"/>
          <w:sz w:val="38"/>
          <w:szCs w:val="38"/>
          <w:rtl/>
        </w:rPr>
        <w:t>الخاص</w:t>
      </w:r>
      <w:r w:rsidRPr="005117ED">
        <w:rPr>
          <w:rFonts w:cs="Sakkal Majalla"/>
          <w:color w:val="000000" w:themeColor="text1"/>
          <w:sz w:val="38"/>
          <w:szCs w:val="38"/>
        </w:rPr>
        <w:t xml:space="preserve"> </w:t>
      </w:r>
      <w:r w:rsidRPr="005117ED">
        <w:rPr>
          <w:rFonts w:cs="Sakkal Majalla"/>
          <w:color w:val="000000" w:themeColor="text1"/>
          <w:sz w:val="38"/>
          <w:szCs w:val="38"/>
          <w:rtl/>
        </w:rPr>
        <w:t>بمدينة</w:t>
      </w:r>
      <w:r w:rsidRPr="005117ED">
        <w:rPr>
          <w:rFonts w:cs="Sakkal Majalla"/>
          <w:color w:val="000000" w:themeColor="text1"/>
          <w:sz w:val="38"/>
          <w:szCs w:val="38"/>
        </w:rPr>
        <w:t xml:space="preserve"> </w:t>
      </w:r>
      <w:r w:rsidRPr="005117ED">
        <w:rPr>
          <w:rFonts w:cs="Sakkal Majalla"/>
          <w:color w:val="000000" w:themeColor="text1"/>
          <w:sz w:val="38"/>
          <w:szCs w:val="38"/>
          <w:rtl/>
        </w:rPr>
        <w:t>الرياض،</w:t>
      </w:r>
      <w:r w:rsidRPr="005117ED">
        <w:rPr>
          <w:rFonts w:cs="Sakkal Majalla"/>
          <w:color w:val="000000" w:themeColor="text1"/>
          <w:sz w:val="38"/>
          <w:szCs w:val="38"/>
        </w:rPr>
        <w:t xml:space="preserve"> </w:t>
      </w:r>
      <w:r w:rsidRPr="005117ED">
        <w:rPr>
          <w:rFonts w:cs="Sakkal Majalla"/>
          <w:color w:val="000000" w:themeColor="text1"/>
          <w:sz w:val="38"/>
          <w:szCs w:val="38"/>
          <w:rtl/>
        </w:rPr>
        <w:t>وأظهرت</w:t>
      </w:r>
      <w:r w:rsidRPr="005117ED">
        <w:rPr>
          <w:rFonts w:cs="Sakkal Majalla"/>
          <w:color w:val="000000" w:themeColor="text1"/>
          <w:sz w:val="38"/>
          <w:szCs w:val="38"/>
        </w:rPr>
        <w:t xml:space="preserve"> </w:t>
      </w:r>
      <w:r w:rsidRPr="005117ED">
        <w:rPr>
          <w:rFonts w:cs="Sakkal Majalla"/>
          <w:color w:val="000000" w:themeColor="text1"/>
          <w:sz w:val="38"/>
          <w:szCs w:val="38"/>
          <w:rtl/>
        </w:rPr>
        <w:t>أثرًا</w:t>
      </w:r>
      <w:r w:rsidRPr="005117ED">
        <w:rPr>
          <w:rFonts w:cs="Sakkal Majalla"/>
          <w:color w:val="000000" w:themeColor="text1"/>
          <w:sz w:val="38"/>
          <w:szCs w:val="38"/>
        </w:rPr>
        <w:t xml:space="preserve"> </w:t>
      </w:r>
      <w:r w:rsidRPr="005117ED">
        <w:rPr>
          <w:rFonts w:cs="Sakkal Majalla"/>
          <w:color w:val="000000" w:themeColor="text1"/>
          <w:sz w:val="38"/>
          <w:szCs w:val="38"/>
          <w:rtl/>
        </w:rPr>
        <w:t>إيجابيًا</w:t>
      </w:r>
      <w:r w:rsidRPr="005117ED">
        <w:rPr>
          <w:rFonts w:cs="Sakkal Majalla"/>
          <w:color w:val="000000" w:themeColor="text1"/>
          <w:sz w:val="38"/>
          <w:szCs w:val="38"/>
        </w:rPr>
        <w:t xml:space="preserve">. </w:t>
      </w:r>
      <w:r w:rsidRPr="005117ED">
        <w:rPr>
          <w:rFonts w:cs="Sakkal Majalla"/>
          <w:color w:val="000000" w:themeColor="text1"/>
          <w:sz w:val="38"/>
          <w:szCs w:val="38"/>
          <w:rtl/>
        </w:rPr>
        <w:t>وتعد</w:t>
      </w:r>
      <w:r w:rsidRPr="005117ED">
        <w:rPr>
          <w:rFonts w:cs="Sakkal Majalla"/>
          <w:color w:val="000000" w:themeColor="text1"/>
          <w:sz w:val="38"/>
          <w:szCs w:val="38"/>
        </w:rPr>
        <w:t xml:space="preserve"> </w:t>
      </w:r>
      <w:r w:rsidRPr="005117ED">
        <w:rPr>
          <w:rFonts w:cs="Sakkal Majalla"/>
          <w:color w:val="000000" w:themeColor="text1"/>
          <w:sz w:val="38"/>
          <w:szCs w:val="38"/>
          <w:rtl/>
        </w:rPr>
        <w:t>هذه</w:t>
      </w:r>
      <w:r w:rsidRPr="005117ED">
        <w:rPr>
          <w:rFonts w:cs="Sakkal Majalla"/>
          <w:color w:val="000000" w:themeColor="text1"/>
          <w:sz w:val="38"/>
          <w:szCs w:val="38"/>
        </w:rPr>
        <w:t xml:space="preserve"> </w:t>
      </w:r>
      <w:r w:rsidRPr="005117ED">
        <w:rPr>
          <w:rFonts w:cs="Sakkal Majalla"/>
          <w:color w:val="000000" w:themeColor="text1"/>
          <w:sz w:val="38"/>
          <w:szCs w:val="38"/>
          <w:rtl/>
        </w:rPr>
        <w:t>النتيجة</w:t>
      </w:r>
      <w:r w:rsidRPr="005117ED">
        <w:rPr>
          <w:rFonts w:cs="Sakkal Majalla"/>
          <w:color w:val="000000" w:themeColor="text1"/>
          <w:sz w:val="38"/>
          <w:szCs w:val="38"/>
        </w:rPr>
        <w:t xml:space="preserve"> </w:t>
      </w:r>
      <w:r w:rsidRPr="005117ED">
        <w:rPr>
          <w:rFonts w:cs="Sakkal Majalla"/>
          <w:color w:val="000000" w:themeColor="text1"/>
          <w:sz w:val="38"/>
          <w:szCs w:val="38"/>
          <w:rtl/>
        </w:rPr>
        <w:t>ذات</w:t>
      </w:r>
      <w:r w:rsidRPr="005117ED">
        <w:rPr>
          <w:rFonts w:cs="Sakkal Majalla"/>
          <w:color w:val="000000" w:themeColor="text1"/>
          <w:sz w:val="38"/>
          <w:szCs w:val="38"/>
        </w:rPr>
        <w:t xml:space="preserve"> </w:t>
      </w:r>
      <w:r w:rsidRPr="005117ED">
        <w:rPr>
          <w:rFonts w:cs="Sakkal Majalla"/>
          <w:color w:val="000000" w:themeColor="text1"/>
          <w:sz w:val="38"/>
          <w:szCs w:val="38"/>
          <w:rtl/>
        </w:rPr>
        <w:t>صلة</w:t>
      </w:r>
      <w:r w:rsidRPr="005117ED">
        <w:rPr>
          <w:rFonts w:cs="Sakkal Majalla"/>
          <w:color w:val="000000" w:themeColor="text1"/>
          <w:sz w:val="38"/>
          <w:szCs w:val="38"/>
        </w:rPr>
        <w:t xml:space="preserve"> </w:t>
      </w:r>
      <w:r w:rsidRPr="005117ED">
        <w:rPr>
          <w:rFonts w:cs="Sakkal Majalla"/>
          <w:color w:val="000000" w:themeColor="text1"/>
          <w:sz w:val="38"/>
          <w:szCs w:val="38"/>
          <w:rtl/>
        </w:rPr>
        <w:t>مباشرة</w:t>
      </w:r>
      <w:r w:rsidRPr="005117ED">
        <w:rPr>
          <w:rFonts w:cs="Sakkal Majalla"/>
          <w:color w:val="000000" w:themeColor="text1"/>
          <w:sz w:val="38"/>
          <w:szCs w:val="38"/>
        </w:rPr>
        <w:t xml:space="preserve"> </w:t>
      </w:r>
      <w:r w:rsidRPr="005117ED">
        <w:rPr>
          <w:rFonts w:cs="Sakkal Majalla"/>
          <w:color w:val="000000" w:themeColor="text1"/>
          <w:sz w:val="38"/>
          <w:szCs w:val="38"/>
          <w:rtl/>
        </w:rPr>
        <w:t>بالنموذج</w:t>
      </w:r>
      <w:r w:rsidRPr="005117ED">
        <w:rPr>
          <w:rFonts w:cs="Sakkal Majalla"/>
          <w:color w:val="000000" w:themeColor="text1"/>
          <w:sz w:val="38"/>
          <w:szCs w:val="38"/>
        </w:rPr>
        <w:t xml:space="preserve"> </w:t>
      </w:r>
      <w:r w:rsidRPr="005117ED">
        <w:rPr>
          <w:rFonts w:cs="Sakkal Majalla"/>
          <w:color w:val="000000" w:themeColor="text1"/>
          <w:sz w:val="38"/>
          <w:szCs w:val="38"/>
          <w:rtl/>
        </w:rPr>
        <w:t>الحالي</w:t>
      </w:r>
      <w:r w:rsidRPr="005117ED">
        <w:rPr>
          <w:rFonts w:cs="Sakkal Majalla"/>
          <w:color w:val="000000" w:themeColor="text1"/>
          <w:sz w:val="38"/>
          <w:szCs w:val="38"/>
        </w:rPr>
        <w:t xml:space="preserve"> </w:t>
      </w:r>
      <w:r w:rsidRPr="005117ED">
        <w:rPr>
          <w:rFonts w:cs="Sakkal Majalla"/>
          <w:color w:val="000000" w:themeColor="text1"/>
          <w:sz w:val="38"/>
          <w:szCs w:val="38"/>
          <w:rtl/>
        </w:rPr>
        <w:t>لأن</w:t>
      </w:r>
      <w:r w:rsidRPr="005117ED">
        <w:rPr>
          <w:rFonts w:cs="Sakkal Majalla"/>
          <w:color w:val="000000" w:themeColor="text1"/>
          <w:sz w:val="38"/>
          <w:szCs w:val="38"/>
        </w:rPr>
        <w:t xml:space="preserve"> </w:t>
      </w:r>
      <w:r w:rsidRPr="005117ED">
        <w:rPr>
          <w:rFonts w:cs="Sakkal Majalla"/>
          <w:color w:val="000000" w:themeColor="text1"/>
          <w:sz w:val="38"/>
          <w:szCs w:val="38"/>
          <w:rtl/>
        </w:rPr>
        <w:t>التمكين</w:t>
      </w:r>
      <w:r w:rsidRPr="005117ED">
        <w:rPr>
          <w:rFonts w:cs="Sakkal Majalla"/>
          <w:color w:val="000000" w:themeColor="text1"/>
          <w:sz w:val="38"/>
          <w:szCs w:val="38"/>
        </w:rPr>
        <w:t xml:space="preserve"> </w:t>
      </w:r>
      <w:r w:rsidRPr="005117ED">
        <w:rPr>
          <w:rFonts w:cs="Sakkal Majalla"/>
          <w:color w:val="000000" w:themeColor="text1"/>
          <w:sz w:val="38"/>
          <w:szCs w:val="38"/>
          <w:rtl/>
        </w:rPr>
        <w:t>يرفع</w:t>
      </w:r>
      <w:r w:rsidRPr="005117ED">
        <w:rPr>
          <w:rFonts w:cs="Sakkal Majalla"/>
          <w:color w:val="000000" w:themeColor="text1"/>
          <w:sz w:val="38"/>
          <w:szCs w:val="38"/>
        </w:rPr>
        <w:t xml:space="preserve"> </w:t>
      </w:r>
      <w:r w:rsidRPr="005117ED">
        <w:rPr>
          <w:rFonts w:cs="Sakkal Majalla"/>
          <w:color w:val="000000" w:themeColor="text1"/>
          <w:sz w:val="38"/>
          <w:szCs w:val="38"/>
          <w:rtl/>
        </w:rPr>
        <w:t>شعور</w:t>
      </w:r>
      <w:r w:rsidRPr="005117ED">
        <w:rPr>
          <w:rFonts w:cs="Sakkal Majalla"/>
          <w:color w:val="000000" w:themeColor="text1"/>
          <w:sz w:val="38"/>
          <w:szCs w:val="38"/>
        </w:rPr>
        <w:t xml:space="preserve"> </w:t>
      </w:r>
      <w:r w:rsidRPr="005117ED">
        <w:rPr>
          <w:rFonts w:cs="Sakkal Majalla"/>
          <w:color w:val="000000" w:themeColor="text1"/>
          <w:sz w:val="38"/>
          <w:szCs w:val="38"/>
          <w:rtl/>
        </w:rPr>
        <w:t>الفرد</w:t>
      </w:r>
      <w:r w:rsidRPr="005117ED">
        <w:rPr>
          <w:rFonts w:cs="Sakkal Majalla"/>
          <w:color w:val="000000" w:themeColor="text1"/>
          <w:sz w:val="38"/>
          <w:szCs w:val="38"/>
        </w:rPr>
        <w:t xml:space="preserve"> </w:t>
      </w:r>
      <w:r w:rsidRPr="005117ED">
        <w:rPr>
          <w:rFonts w:cs="Sakkal Majalla"/>
          <w:color w:val="000000" w:themeColor="text1"/>
          <w:sz w:val="38"/>
          <w:szCs w:val="38"/>
          <w:rtl/>
        </w:rPr>
        <w:t>بالمعنى</w:t>
      </w:r>
      <w:r w:rsidRPr="005117ED">
        <w:rPr>
          <w:rFonts w:cs="Sakkal Majalla"/>
          <w:color w:val="000000" w:themeColor="text1"/>
          <w:sz w:val="38"/>
          <w:szCs w:val="38"/>
        </w:rPr>
        <w:t xml:space="preserve"> </w:t>
      </w:r>
      <w:r w:rsidRPr="005117ED">
        <w:rPr>
          <w:rFonts w:cs="Sakkal Majalla"/>
          <w:color w:val="000000" w:themeColor="text1"/>
          <w:sz w:val="38"/>
          <w:szCs w:val="38"/>
          <w:rtl/>
        </w:rPr>
        <w:t>والكفاءة</w:t>
      </w:r>
      <w:r w:rsidRPr="005117ED">
        <w:rPr>
          <w:rFonts w:cs="Sakkal Majalla"/>
          <w:color w:val="000000" w:themeColor="text1"/>
          <w:sz w:val="38"/>
          <w:szCs w:val="38"/>
        </w:rPr>
        <w:t xml:space="preserve"> </w:t>
      </w:r>
      <w:r w:rsidRPr="005117ED">
        <w:rPr>
          <w:rFonts w:cs="Sakkal Majalla"/>
          <w:color w:val="000000" w:themeColor="text1"/>
          <w:sz w:val="38"/>
          <w:szCs w:val="38"/>
          <w:rtl/>
        </w:rPr>
        <w:t>والاستقلالية</w:t>
      </w:r>
      <w:r w:rsidRPr="005117ED">
        <w:rPr>
          <w:rFonts w:cs="Sakkal Majalla"/>
          <w:color w:val="000000" w:themeColor="text1"/>
          <w:sz w:val="38"/>
          <w:szCs w:val="38"/>
        </w:rPr>
        <w:t xml:space="preserve"> </w:t>
      </w:r>
      <w:r w:rsidRPr="005117ED">
        <w:rPr>
          <w:rFonts w:cs="Sakkal Majalla"/>
          <w:color w:val="000000" w:themeColor="text1"/>
          <w:sz w:val="38"/>
          <w:szCs w:val="38"/>
          <w:rtl/>
        </w:rPr>
        <w:t>والتأثير،</w:t>
      </w:r>
      <w:r w:rsidRPr="005117ED">
        <w:rPr>
          <w:rFonts w:cs="Sakkal Majalla"/>
          <w:color w:val="000000" w:themeColor="text1"/>
          <w:sz w:val="38"/>
          <w:szCs w:val="38"/>
        </w:rPr>
        <w:t xml:space="preserve"> </w:t>
      </w:r>
      <w:r w:rsidRPr="005117ED">
        <w:rPr>
          <w:rFonts w:cs="Sakkal Majalla"/>
          <w:color w:val="000000" w:themeColor="text1"/>
          <w:sz w:val="38"/>
          <w:szCs w:val="38"/>
          <w:rtl/>
        </w:rPr>
        <w:t>وهي</w:t>
      </w:r>
      <w:r w:rsidRPr="005117ED">
        <w:rPr>
          <w:rFonts w:cs="Sakkal Majalla"/>
          <w:color w:val="000000" w:themeColor="text1"/>
          <w:sz w:val="38"/>
          <w:szCs w:val="38"/>
        </w:rPr>
        <w:t xml:space="preserve"> </w:t>
      </w:r>
      <w:r w:rsidRPr="005117ED">
        <w:rPr>
          <w:rFonts w:cs="Sakkal Majalla"/>
          <w:color w:val="000000" w:themeColor="text1"/>
          <w:sz w:val="38"/>
          <w:szCs w:val="38"/>
          <w:rtl/>
        </w:rPr>
        <w:t>شروط</w:t>
      </w:r>
      <w:r w:rsidRPr="005117ED">
        <w:rPr>
          <w:rFonts w:cs="Sakkal Majalla"/>
          <w:color w:val="000000" w:themeColor="text1"/>
          <w:sz w:val="38"/>
          <w:szCs w:val="38"/>
        </w:rPr>
        <w:t xml:space="preserve"> </w:t>
      </w:r>
      <w:r w:rsidRPr="005117ED">
        <w:rPr>
          <w:rFonts w:cs="Sakkal Majalla"/>
          <w:color w:val="000000" w:themeColor="text1"/>
          <w:sz w:val="38"/>
          <w:szCs w:val="38"/>
          <w:rtl/>
        </w:rPr>
        <w:t>تساعد</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المبادرة</w:t>
      </w:r>
      <w:r w:rsidRPr="005117ED">
        <w:rPr>
          <w:rFonts w:cs="Sakkal Majalla"/>
          <w:color w:val="000000" w:themeColor="text1"/>
          <w:sz w:val="38"/>
          <w:szCs w:val="38"/>
        </w:rPr>
        <w:t xml:space="preserve">. </w:t>
      </w:r>
      <w:r w:rsidRPr="005117ED">
        <w:rPr>
          <w:rFonts w:cs="Sakkal Majalla"/>
          <w:color w:val="000000" w:themeColor="text1"/>
          <w:sz w:val="38"/>
          <w:szCs w:val="38"/>
          <w:rtl/>
        </w:rPr>
        <w:t>إلا</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الحالية</w:t>
      </w:r>
      <w:r w:rsidRPr="005117ED">
        <w:rPr>
          <w:rFonts w:cs="Sakkal Majalla"/>
          <w:color w:val="000000" w:themeColor="text1"/>
          <w:sz w:val="38"/>
          <w:szCs w:val="38"/>
        </w:rPr>
        <w:t xml:space="preserve"> </w:t>
      </w:r>
      <w:r w:rsidRPr="005117ED">
        <w:rPr>
          <w:rFonts w:cs="Sakkal Majalla"/>
          <w:color w:val="000000" w:themeColor="text1"/>
          <w:sz w:val="38"/>
          <w:szCs w:val="38"/>
          <w:rtl/>
        </w:rPr>
        <w:t>تختلف</w:t>
      </w:r>
      <w:r w:rsidRPr="005117ED">
        <w:rPr>
          <w:rFonts w:cs="Sakkal Majalla"/>
          <w:color w:val="000000" w:themeColor="text1"/>
          <w:sz w:val="38"/>
          <w:szCs w:val="38"/>
        </w:rPr>
        <w:t xml:space="preserve"> </w:t>
      </w:r>
      <w:r w:rsidRPr="005117ED">
        <w:rPr>
          <w:rFonts w:cs="Sakkal Majalla"/>
          <w:color w:val="000000" w:themeColor="text1"/>
          <w:sz w:val="38"/>
          <w:szCs w:val="38"/>
          <w:rtl/>
        </w:rPr>
        <w:t>باختيار</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التنظيمي</w:t>
      </w:r>
      <w:r w:rsidRPr="005117ED">
        <w:rPr>
          <w:rFonts w:cs="Sakkal Majalla"/>
          <w:color w:val="000000" w:themeColor="text1"/>
          <w:sz w:val="38"/>
          <w:szCs w:val="38"/>
        </w:rPr>
        <w:t xml:space="preserve"> </w:t>
      </w:r>
      <w:r w:rsidRPr="005117ED">
        <w:rPr>
          <w:rFonts w:cs="Sakkal Majalla"/>
          <w:color w:val="000000" w:themeColor="text1"/>
          <w:sz w:val="38"/>
          <w:szCs w:val="38"/>
          <w:rtl/>
        </w:rPr>
        <w:t>متغيرًا</w:t>
      </w:r>
      <w:r w:rsidRPr="005117ED">
        <w:rPr>
          <w:rFonts w:cs="Sakkal Majalla"/>
          <w:color w:val="000000" w:themeColor="text1"/>
          <w:sz w:val="38"/>
          <w:szCs w:val="38"/>
        </w:rPr>
        <w:t xml:space="preserve"> </w:t>
      </w:r>
      <w:r w:rsidRPr="005117ED">
        <w:rPr>
          <w:rFonts w:cs="Sakkal Majalla"/>
          <w:color w:val="000000" w:themeColor="text1"/>
          <w:sz w:val="38"/>
          <w:szCs w:val="38"/>
          <w:rtl/>
        </w:rPr>
        <w:t>تابعًا</w:t>
      </w:r>
      <w:r w:rsidRPr="005117ED">
        <w:rPr>
          <w:rFonts w:cs="Sakkal Majalla"/>
          <w:color w:val="000000" w:themeColor="text1"/>
          <w:sz w:val="38"/>
          <w:szCs w:val="38"/>
        </w:rPr>
        <w:t xml:space="preserve"> </w:t>
      </w:r>
      <w:r w:rsidRPr="005117ED">
        <w:rPr>
          <w:rFonts w:cs="Sakkal Majalla"/>
          <w:color w:val="000000" w:themeColor="text1"/>
          <w:sz w:val="38"/>
          <w:szCs w:val="38"/>
          <w:rtl/>
        </w:rPr>
        <w:t>وبتركيزها</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المنشآت</w:t>
      </w:r>
      <w:r w:rsidRPr="005117ED">
        <w:rPr>
          <w:rFonts w:cs="Sakkal Majalla"/>
          <w:color w:val="000000" w:themeColor="text1"/>
          <w:sz w:val="38"/>
          <w:szCs w:val="38"/>
        </w:rPr>
        <w:t xml:space="preserve"> </w:t>
      </w:r>
      <w:r w:rsidRPr="005117ED">
        <w:rPr>
          <w:rFonts w:cs="Sakkal Majalla"/>
          <w:color w:val="000000" w:themeColor="text1"/>
          <w:sz w:val="38"/>
          <w:szCs w:val="38"/>
          <w:rtl/>
        </w:rPr>
        <w:t>الصغيرة</w:t>
      </w:r>
      <w:r w:rsidRPr="005117ED">
        <w:rPr>
          <w:rFonts w:cs="Sakkal Majalla"/>
          <w:color w:val="000000" w:themeColor="text1"/>
          <w:sz w:val="38"/>
          <w:szCs w:val="38"/>
        </w:rPr>
        <w:t xml:space="preserve"> </w:t>
      </w:r>
      <w:r w:rsidRPr="005117ED">
        <w:rPr>
          <w:rFonts w:cs="Sakkal Majalla"/>
          <w:color w:val="000000" w:themeColor="text1"/>
          <w:sz w:val="38"/>
          <w:szCs w:val="38"/>
          <w:rtl/>
        </w:rPr>
        <w:t>والمتوسطة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المملكة</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بحثت</w:t>
      </w:r>
      <w:r w:rsidRPr="005117ED">
        <w:rPr>
          <w:rFonts w:cs="Sakkal Majalla"/>
          <w:color w:val="000000" w:themeColor="text1"/>
          <w:sz w:val="38"/>
          <w:szCs w:val="38"/>
        </w:rPr>
        <w:t xml:space="preserve"> </w:t>
      </w:r>
      <w:r w:rsidRPr="005117ED">
        <w:rPr>
          <w:rFonts w:cs="Sakkal Majalla"/>
          <w:color w:val="000000" w:themeColor="text1"/>
          <w:sz w:val="38"/>
          <w:szCs w:val="38"/>
          <w:rtl/>
        </w:rPr>
        <w:t>دراسة</w:t>
      </w:r>
      <w:r w:rsidRPr="005117ED">
        <w:rPr>
          <w:rFonts w:cs="Sakkal Majalla"/>
          <w:color w:val="000000" w:themeColor="text1"/>
          <w:sz w:val="38"/>
          <w:szCs w:val="38"/>
        </w:rPr>
        <w:t xml:space="preserve"> </w:t>
      </w:r>
      <w:r w:rsidRPr="005117ED">
        <w:rPr>
          <w:rFonts w:cs="Sakkal Majalla"/>
          <w:color w:val="000000" w:themeColor="text1"/>
          <w:sz w:val="38"/>
          <w:szCs w:val="38"/>
          <w:rtl/>
        </w:rPr>
        <w:t>الرشيدي</w:t>
      </w:r>
      <w:r w:rsidRPr="005117ED">
        <w:rPr>
          <w:rFonts w:cs="Sakkal Majalla"/>
          <w:color w:val="000000" w:themeColor="text1"/>
          <w:sz w:val="38"/>
          <w:szCs w:val="38"/>
        </w:rPr>
        <w:t xml:space="preserve"> (2018) </w:t>
      </w:r>
      <w:r w:rsidRPr="005117ED">
        <w:rPr>
          <w:rFonts w:cs="Sakkal Majalla"/>
          <w:color w:val="000000" w:themeColor="text1"/>
          <w:sz w:val="38"/>
          <w:szCs w:val="38"/>
          <w:rtl/>
        </w:rPr>
        <w:t>العلاقة</w:t>
      </w:r>
      <w:r w:rsidRPr="005117ED">
        <w:rPr>
          <w:rFonts w:cs="Sakkal Majalla"/>
          <w:color w:val="000000" w:themeColor="text1"/>
          <w:sz w:val="38"/>
          <w:szCs w:val="38"/>
        </w:rPr>
        <w:t xml:space="preserve"> </w:t>
      </w:r>
      <w:r w:rsidRPr="005117ED">
        <w:rPr>
          <w:rFonts w:cs="Sakkal Majalla"/>
          <w:color w:val="000000" w:themeColor="text1"/>
          <w:sz w:val="38"/>
          <w:szCs w:val="38"/>
          <w:rtl/>
        </w:rPr>
        <w:t>بين</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r w:rsidRPr="005117ED">
        <w:rPr>
          <w:rFonts w:cs="Sakkal Majalla"/>
          <w:color w:val="000000" w:themeColor="text1"/>
          <w:sz w:val="38"/>
          <w:szCs w:val="38"/>
        </w:rPr>
        <w:t xml:space="preserve"> </w:t>
      </w:r>
      <w:r w:rsidRPr="005117ED">
        <w:rPr>
          <w:rFonts w:cs="Sakkal Majalla"/>
          <w:color w:val="000000" w:themeColor="text1"/>
          <w:sz w:val="38"/>
          <w:szCs w:val="38"/>
          <w:rtl/>
        </w:rPr>
        <w:t>والإبداع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التنظيمي</w:t>
      </w:r>
      <w:r w:rsidRPr="005117ED">
        <w:rPr>
          <w:rFonts w:cs="Sakkal Majalla"/>
          <w:color w:val="000000" w:themeColor="text1"/>
          <w:sz w:val="38"/>
          <w:szCs w:val="38"/>
        </w:rPr>
        <w:t xml:space="preserve"> </w:t>
      </w:r>
      <w:r w:rsidRPr="005117ED">
        <w:rPr>
          <w:rFonts w:cs="Sakkal Majalla"/>
          <w:color w:val="000000" w:themeColor="text1"/>
          <w:sz w:val="38"/>
          <w:szCs w:val="38"/>
          <w:rtl/>
        </w:rPr>
        <w:t>لدى</w:t>
      </w:r>
      <w:r w:rsidRPr="005117ED">
        <w:rPr>
          <w:rFonts w:cs="Sakkal Majalla"/>
          <w:color w:val="000000" w:themeColor="text1"/>
          <w:sz w:val="38"/>
          <w:szCs w:val="38"/>
        </w:rPr>
        <w:t xml:space="preserve"> </w:t>
      </w:r>
      <w:r w:rsidRPr="005117ED">
        <w:rPr>
          <w:rFonts w:cs="Sakkal Majalla"/>
          <w:color w:val="000000" w:themeColor="text1"/>
          <w:sz w:val="38"/>
          <w:szCs w:val="38"/>
          <w:rtl/>
        </w:rPr>
        <w:t>عمداء</w:t>
      </w:r>
      <w:r w:rsidRPr="005117ED">
        <w:rPr>
          <w:rFonts w:cs="Sakkal Majalla"/>
          <w:color w:val="000000" w:themeColor="text1"/>
          <w:sz w:val="38"/>
          <w:szCs w:val="38"/>
        </w:rPr>
        <w:t xml:space="preserve"> </w:t>
      </w:r>
      <w:r w:rsidRPr="005117ED">
        <w:rPr>
          <w:rFonts w:cs="Sakkal Majalla"/>
          <w:color w:val="000000" w:themeColor="text1"/>
          <w:sz w:val="38"/>
          <w:szCs w:val="38"/>
          <w:rtl/>
        </w:rPr>
        <w:t>ورؤساء</w:t>
      </w:r>
      <w:r w:rsidRPr="005117ED">
        <w:rPr>
          <w:rFonts w:cs="Sakkal Majalla"/>
          <w:color w:val="000000" w:themeColor="text1"/>
          <w:sz w:val="38"/>
          <w:szCs w:val="38"/>
        </w:rPr>
        <w:t xml:space="preserve"> </w:t>
      </w:r>
      <w:r w:rsidRPr="005117ED">
        <w:rPr>
          <w:rFonts w:cs="Sakkal Majalla"/>
          <w:color w:val="000000" w:themeColor="text1"/>
          <w:sz w:val="38"/>
          <w:szCs w:val="38"/>
          <w:rtl/>
        </w:rPr>
        <w:t>الأقسام</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الجامعات</w:t>
      </w:r>
      <w:r w:rsidRPr="005117ED">
        <w:rPr>
          <w:rFonts w:cs="Sakkal Majalla"/>
          <w:color w:val="000000" w:themeColor="text1"/>
          <w:sz w:val="38"/>
          <w:szCs w:val="38"/>
        </w:rPr>
        <w:t xml:space="preserve"> </w:t>
      </w:r>
      <w:r w:rsidRPr="005117ED">
        <w:rPr>
          <w:rFonts w:cs="Sakkal Majalla"/>
          <w:color w:val="000000" w:themeColor="text1"/>
          <w:sz w:val="38"/>
          <w:szCs w:val="38"/>
          <w:rtl/>
        </w:rPr>
        <w:t>الحكومية</w:t>
      </w:r>
      <w:r w:rsidRPr="005117ED">
        <w:rPr>
          <w:rFonts w:cs="Sakkal Majalla"/>
          <w:color w:val="000000" w:themeColor="text1"/>
          <w:sz w:val="38"/>
          <w:szCs w:val="38"/>
        </w:rPr>
        <w:t xml:space="preserve"> </w:t>
      </w:r>
      <w:r w:rsidRPr="005117ED">
        <w:rPr>
          <w:rFonts w:cs="Sakkal Majalla"/>
          <w:color w:val="000000" w:themeColor="text1"/>
          <w:sz w:val="38"/>
          <w:szCs w:val="38"/>
          <w:rtl/>
        </w:rPr>
        <w:t>والأهلية</w:t>
      </w:r>
      <w:r w:rsidRPr="005117ED">
        <w:rPr>
          <w:rFonts w:cs="Sakkal Majalla"/>
          <w:color w:val="000000" w:themeColor="text1"/>
          <w:sz w:val="38"/>
          <w:szCs w:val="38"/>
        </w:rPr>
        <w:t xml:space="preserve"> </w:t>
      </w:r>
      <w:r w:rsidRPr="005117ED">
        <w:rPr>
          <w:rFonts w:cs="Sakkal Majalla"/>
          <w:color w:val="000000" w:themeColor="text1"/>
          <w:sz w:val="38"/>
          <w:szCs w:val="38"/>
          <w:rtl/>
        </w:rPr>
        <w:t>بمدينة</w:t>
      </w:r>
      <w:r w:rsidRPr="005117ED">
        <w:rPr>
          <w:rFonts w:cs="Sakkal Majalla"/>
          <w:color w:val="000000" w:themeColor="text1"/>
          <w:sz w:val="38"/>
          <w:szCs w:val="38"/>
        </w:rPr>
        <w:t xml:space="preserve"> </w:t>
      </w:r>
      <w:r w:rsidRPr="005117ED">
        <w:rPr>
          <w:rFonts w:cs="Sakkal Majalla"/>
          <w:color w:val="000000" w:themeColor="text1"/>
          <w:sz w:val="38"/>
          <w:szCs w:val="38"/>
          <w:rtl/>
        </w:rPr>
        <w:t>الرياض،</w:t>
      </w:r>
      <w:r w:rsidRPr="005117ED">
        <w:rPr>
          <w:rFonts w:cs="Sakkal Majalla"/>
          <w:color w:val="000000" w:themeColor="text1"/>
          <w:sz w:val="38"/>
          <w:szCs w:val="38"/>
        </w:rPr>
        <w:t xml:space="preserve"> </w:t>
      </w:r>
      <w:r w:rsidRPr="005117ED">
        <w:rPr>
          <w:rFonts w:cs="Sakkal Majalla"/>
          <w:color w:val="000000" w:themeColor="text1"/>
          <w:sz w:val="38"/>
          <w:szCs w:val="38"/>
          <w:rtl/>
        </w:rPr>
        <w:t>واعتمدت</w:t>
      </w:r>
      <w:r w:rsidRPr="005117ED">
        <w:rPr>
          <w:rFonts w:cs="Sakkal Majalla"/>
          <w:color w:val="000000" w:themeColor="text1"/>
          <w:sz w:val="38"/>
          <w:szCs w:val="38"/>
        </w:rPr>
        <w:t xml:space="preserve"> </w:t>
      </w:r>
      <w:r w:rsidRPr="005117ED">
        <w:rPr>
          <w:rFonts w:cs="Sakkal Majalla"/>
          <w:color w:val="000000" w:themeColor="text1"/>
          <w:sz w:val="38"/>
          <w:szCs w:val="38"/>
          <w:rtl/>
        </w:rPr>
        <w:t>منهجًا</w:t>
      </w:r>
      <w:r w:rsidRPr="005117ED">
        <w:rPr>
          <w:rFonts w:cs="Sakkal Majalla"/>
          <w:color w:val="000000" w:themeColor="text1"/>
          <w:sz w:val="38"/>
          <w:szCs w:val="38"/>
        </w:rPr>
        <w:t xml:space="preserve"> </w:t>
      </w:r>
      <w:r w:rsidRPr="005117ED">
        <w:rPr>
          <w:rFonts w:cs="Sakkal Majalla"/>
          <w:color w:val="000000" w:themeColor="text1"/>
          <w:sz w:val="38"/>
          <w:szCs w:val="38"/>
          <w:rtl/>
        </w:rPr>
        <w:t>وصفيًا</w:t>
      </w:r>
      <w:r w:rsidRPr="005117ED">
        <w:rPr>
          <w:rFonts w:cs="Sakkal Majalla"/>
          <w:color w:val="000000" w:themeColor="text1"/>
          <w:sz w:val="38"/>
          <w:szCs w:val="38"/>
        </w:rPr>
        <w:t xml:space="preserve"> </w:t>
      </w:r>
      <w:r w:rsidRPr="005117ED">
        <w:rPr>
          <w:rFonts w:cs="Sakkal Majalla"/>
          <w:color w:val="000000" w:themeColor="text1"/>
          <w:sz w:val="38"/>
          <w:szCs w:val="38"/>
          <w:rtl/>
        </w:rPr>
        <w:t>واستبانة</w:t>
      </w:r>
      <w:r w:rsidRPr="005117ED">
        <w:rPr>
          <w:rFonts w:cs="Sakkal Majalla"/>
          <w:color w:val="000000" w:themeColor="text1"/>
          <w:sz w:val="38"/>
          <w:szCs w:val="38"/>
        </w:rPr>
        <w:t xml:space="preserve"> </w:t>
      </w:r>
      <w:r w:rsidRPr="005117ED">
        <w:rPr>
          <w:rFonts w:cs="Sakkal Majalla"/>
          <w:color w:val="000000" w:themeColor="text1"/>
          <w:sz w:val="38"/>
          <w:szCs w:val="38"/>
          <w:rtl/>
        </w:rPr>
        <w:t>واسعة،</w:t>
      </w:r>
      <w:r w:rsidRPr="005117ED">
        <w:rPr>
          <w:rFonts w:cs="Sakkal Majalla"/>
          <w:color w:val="000000" w:themeColor="text1"/>
          <w:sz w:val="38"/>
          <w:szCs w:val="38"/>
        </w:rPr>
        <w:t xml:space="preserve"> </w:t>
      </w:r>
      <w:r w:rsidRPr="005117ED">
        <w:rPr>
          <w:rFonts w:cs="Sakkal Majalla"/>
          <w:color w:val="000000" w:themeColor="text1"/>
          <w:sz w:val="38"/>
          <w:szCs w:val="38"/>
          <w:rtl/>
        </w:rPr>
        <w:t>وأظهرت</w:t>
      </w:r>
      <w:r w:rsidRPr="005117ED">
        <w:rPr>
          <w:rFonts w:cs="Sakkal Majalla"/>
          <w:color w:val="000000" w:themeColor="text1"/>
          <w:sz w:val="38"/>
          <w:szCs w:val="38"/>
        </w:rPr>
        <w:t xml:space="preserve"> </w:t>
      </w:r>
      <w:r w:rsidRPr="005117ED">
        <w:rPr>
          <w:rFonts w:cs="Sakkal Majalla"/>
          <w:color w:val="000000" w:themeColor="text1"/>
          <w:sz w:val="38"/>
          <w:szCs w:val="38"/>
          <w:rtl/>
        </w:rPr>
        <w:t>علاقة</w:t>
      </w:r>
      <w:r w:rsidRPr="005117ED">
        <w:rPr>
          <w:rFonts w:cs="Sakkal Majalla"/>
          <w:color w:val="000000" w:themeColor="text1"/>
          <w:sz w:val="38"/>
          <w:szCs w:val="38"/>
        </w:rPr>
        <w:t xml:space="preserve"> </w:t>
      </w:r>
      <w:r w:rsidRPr="005117ED">
        <w:rPr>
          <w:rFonts w:cs="Sakkal Majalla"/>
          <w:color w:val="000000" w:themeColor="text1"/>
          <w:sz w:val="38"/>
          <w:szCs w:val="38"/>
          <w:rtl/>
        </w:rPr>
        <w:t>إيجابية</w:t>
      </w:r>
      <w:r w:rsidRPr="005117ED">
        <w:rPr>
          <w:rFonts w:cs="Sakkal Majalla"/>
          <w:color w:val="000000" w:themeColor="text1"/>
          <w:sz w:val="38"/>
          <w:szCs w:val="38"/>
        </w:rPr>
        <w:t xml:space="preserve"> </w:t>
      </w:r>
      <w:r w:rsidRPr="005117ED">
        <w:rPr>
          <w:rFonts w:cs="Sakkal Majalla"/>
          <w:color w:val="000000" w:themeColor="text1"/>
          <w:sz w:val="38"/>
          <w:szCs w:val="38"/>
          <w:rtl/>
        </w:rPr>
        <w:t>بين</w:t>
      </w:r>
      <w:r w:rsidRPr="005117ED">
        <w:rPr>
          <w:rFonts w:cs="Sakkal Majalla"/>
          <w:color w:val="000000" w:themeColor="text1"/>
          <w:sz w:val="38"/>
          <w:szCs w:val="38"/>
        </w:rPr>
        <w:t xml:space="preserve"> </w:t>
      </w:r>
      <w:r w:rsidRPr="005117ED">
        <w:rPr>
          <w:rFonts w:cs="Sakkal Majalla"/>
          <w:color w:val="000000" w:themeColor="text1"/>
          <w:sz w:val="38"/>
          <w:szCs w:val="38"/>
          <w:rtl/>
        </w:rPr>
        <w:t>المتغيرين</w:t>
      </w:r>
      <w:r w:rsidRPr="005117ED">
        <w:rPr>
          <w:rFonts w:cs="Sakkal Majalla"/>
          <w:color w:val="000000" w:themeColor="text1"/>
          <w:sz w:val="38"/>
          <w:szCs w:val="38"/>
        </w:rPr>
        <w:t xml:space="preserve">. </w:t>
      </w:r>
      <w:r w:rsidRPr="005117ED">
        <w:rPr>
          <w:rFonts w:cs="Sakkal Majalla"/>
          <w:color w:val="000000" w:themeColor="text1"/>
          <w:sz w:val="38"/>
          <w:szCs w:val="38"/>
          <w:rtl/>
        </w:rPr>
        <w:t>وتوفر</w:t>
      </w:r>
      <w:r w:rsidRPr="005117ED">
        <w:rPr>
          <w:rFonts w:cs="Sakkal Majalla"/>
          <w:color w:val="000000" w:themeColor="text1"/>
          <w:sz w:val="38"/>
          <w:szCs w:val="38"/>
        </w:rPr>
        <w:t xml:space="preserve"> </w:t>
      </w:r>
      <w:r w:rsidRPr="005117ED">
        <w:rPr>
          <w:rFonts w:cs="Sakkal Majalla"/>
          <w:color w:val="000000" w:themeColor="text1"/>
          <w:sz w:val="38"/>
          <w:szCs w:val="38"/>
          <w:rtl/>
        </w:rPr>
        <w:t>هذه</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سندًا</w:t>
      </w:r>
      <w:r w:rsidRPr="005117ED">
        <w:rPr>
          <w:rFonts w:cs="Sakkal Majalla"/>
          <w:color w:val="000000" w:themeColor="text1"/>
          <w:sz w:val="38"/>
          <w:szCs w:val="38"/>
        </w:rPr>
        <w:t xml:space="preserve"> </w:t>
      </w:r>
      <w:r w:rsidRPr="005117ED">
        <w:rPr>
          <w:rFonts w:cs="Sakkal Majalla"/>
          <w:color w:val="000000" w:themeColor="text1"/>
          <w:sz w:val="38"/>
          <w:szCs w:val="38"/>
          <w:rtl/>
        </w:rPr>
        <w:t>محليًا</w:t>
      </w:r>
      <w:r w:rsidRPr="005117ED">
        <w:rPr>
          <w:rFonts w:cs="Sakkal Majalla"/>
          <w:color w:val="000000" w:themeColor="text1"/>
          <w:sz w:val="38"/>
          <w:szCs w:val="38"/>
        </w:rPr>
        <w:t xml:space="preserve"> </w:t>
      </w:r>
      <w:r w:rsidRPr="005117ED">
        <w:rPr>
          <w:rFonts w:cs="Sakkal Majalla"/>
          <w:color w:val="000000" w:themeColor="text1"/>
          <w:sz w:val="38"/>
          <w:szCs w:val="38"/>
          <w:rtl/>
        </w:rPr>
        <w:t>للعلاقة</w:t>
      </w:r>
      <w:r w:rsidRPr="005117ED">
        <w:rPr>
          <w:rFonts w:cs="Sakkal Majalla"/>
          <w:color w:val="000000" w:themeColor="text1"/>
          <w:sz w:val="38"/>
          <w:szCs w:val="38"/>
        </w:rPr>
        <w:t xml:space="preserve"> </w:t>
      </w:r>
      <w:r w:rsidRPr="005117ED">
        <w:rPr>
          <w:rFonts w:cs="Sakkal Majalla"/>
          <w:color w:val="000000" w:themeColor="text1"/>
          <w:sz w:val="38"/>
          <w:szCs w:val="38"/>
          <w:rtl/>
        </w:rPr>
        <w:t>المباشرة،</w:t>
      </w:r>
      <w:r w:rsidRPr="005117ED">
        <w:rPr>
          <w:rFonts w:cs="Sakkal Majalla"/>
          <w:color w:val="000000" w:themeColor="text1"/>
          <w:sz w:val="38"/>
          <w:szCs w:val="38"/>
        </w:rPr>
        <w:t xml:space="preserve"> </w:t>
      </w:r>
      <w:r w:rsidRPr="005117ED">
        <w:rPr>
          <w:rFonts w:cs="Sakkal Majalla"/>
          <w:color w:val="000000" w:themeColor="text1"/>
          <w:sz w:val="38"/>
          <w:szCs w:val="38"/>
          <w:rtl/>
        </w:rPr>
        <w:t>لكن</w:t>
      </w:r>
      <w:r w:rsidRPr="005117ED">
        <w:rPr>
          <w:rFonts w:cs="Sakkal Majalla"/>
          <w:color w:val="000000" w:themeColor="text1"/>
          <w:sz w:val="38"/>
          <w:szCs w:val="38"/>
        </w:rPr>
        <w:t xml:space="preserve"> </w:t>
      </w:r>
      <w:r w:rsidRPr="005117ED">
        <w:rPr>
          <w:rFonts w:cs="Sakkal Majalla"/>
          <w:color w:val="000000" w:themeColor="text1"/>
          <w:sz w:val="38"/>
          <w:szCs w:val="38"/>
          <w:rtl/>
        </w:rPr>
        <w:t>سياق</w:t>
      </w:r>
      <w:r w:rsidRPr="005117ED">
        <w:rPr>
          <w:rFonts w:cs="Sakkal Majalla"/>
          <w:color w:val="000000" w:themeColor="text1"/>
          <w:sz w:val="38"/>
          <w:szCs w:val="38"/>
        </w:rPr>
        <w:t xml:space="preserve"> </w:t>
      </w:r>
      <w:r w:rsidRPr="005117ED">
        <w:rPr>
          <w:rFonts w:cs="Sakkal Majalla"/>
          <w:color w:val="000000" w:themeColor="text1"/>
          <w:sz w:val="38"/>
          <w:szCs w:val="38"/>
          <w:rtl/>
        </w:rPr>
        <w:t>الجامعات</w:t>
      </w:r>
      <w:r w:rsidRPr="005117ED">
        <w:rPr>
          <w:rFonts w:cs="Sakkal Majalla"/>
          <w:color w:val="000000" w:themeColor="text1"/>
          <w:sz w:val="38"/>
          <w:szCs w:val="38"/>
        </w:rPr>
        <w:t xml:space="preserve"> </w:t>
      </w:r>
      <w:r w:rsidRPr="005117ED">
        <w:rPr>
          <w:rFonts w:cs="Sakkal Majalla"/>
          <w:color w:val="000000" w:themeColor="text1"/>
          <w:sz w:val="38"/>
          <w:szCs w:val="38"/>
          <w:rtl/>
        </w:rPr>
        <w:t>يختلف</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الهيكل</w:t>
      </w:r>
      <w:r w:rsidRPr="005117ED">
        <w:rPr>
          <w:rFonts w:cs="Sakkal Majalla"/>
          <w:color w:val="000000" w:themeColor="text1"/>
          <w:sz w:val="38"/>
          <w:szCs w:val="38"/>
        </w:rPr>
        <w:t xml:space="preserve"> </w:t>
      </w:r>
      <w:r w:rsidRPr="005117ED">
        <w:rPr>
          <w:rFonts w:cs="Sakkal Majalla"/>
          <w:color w:val="000000" w:themeColor="text1"/>
          <w:sz w:val="38"/>
          <w:szCs w:val="38"/>
          <w:rtl/>
        </w:rPr>
        <w:t>والأهداف</w:t>
      </w:r>
      <w:r w:rsidRPr="005117ED">
        <w:rPr>
          <w:rFonts w:cs="Sakkal Majalla"/>
          <w:color w:val="000000" w:themeColor="text1"/>
          <w:sz w:val="38"/>
          <w:szCs w:val="38"/>
        </w:rPr>
        <w:t xml:space="preserve"> </w:t>
      </w:r>
      <w:r w:rsidRPr="005117ED">
        <w:rPr>
          <w:rFonts w:cs="Sakkal Majalla"/>
          <w:color w:val="000000" w:themeColor="text1"/>
          <w:sz w:val="38"/>
          <w:szCs w:val="38"/>
          <w:rtl/>
        </w:rPr>
        <w:t>عن</w:t>
      </w:r>
      <w:r w:rsidRPr="005117ED">
        <w:rPr>
          <w:rFonts w:cs="Sakkal Majalla"/>
          <w:color w:val="000000" w:themeColor="text1"/>
          <w:sz w:val="38"/>
          <w:szCs w:val="38"/>
        </w:rPr>
        <w:t xml:space="preserve"> </w:t>
      </w:r>
      <w:r w:rsidRPr="005117ED">
        <w:rPr>
          <w:rFonts w:cs="Sakkal Majalla"/>
          <w:color w:val="000000" w:themeColor="text1"/>
          <w:sz w:val="38"/>
          <w:szCs w:val="38"/>
          <w:rtl/>
        </w:rPr>
        <w:t>منشآت</w:t>
      </w:r>
      <w:r w:rsidRPr="005117ED">
        <w:rPr>
          <w:rFonts w:cs="Sakkal Majalla"/>
          <w:color w:val="000000" w:themeColor="text1"/>
          <w:sz w:val="38"/>
          <w:szCs w:val="38"/>
        </w:rPr>
        <w:t xml:space="preserve"> </w:t>
      </w:r>
      <w:r w:rsidRPr="005117ED">
        <w:rPr>
          <w:rFonts w:cs="Sakkal Majalla"/>
          <w:color w:val="000000" w:themeColor="text1"/>
          <w:sz w:val="38"/>
          <w:szCs w:val="38"/>
          <w:rtl/>
        </w:rPr>
        <w:t>الأعمال،</w:t>
      </w:r>
      <w:r w:rsidRPr="005117ED">
        <w:rPr>
          <w:rFonts w:cs="Sakkal Majalla"/>
          <w:color w:val="000000" w:themeColor="text1"/>
          <w:sz w:val="38"/>
          <w:szCs w:val="38"/>
        </w:rPr>
        <w:t xml:space="preserve"> </w:t>
      </w:r>
      <w:r w:rsidRPr="005117ED">
        <w:rPr>
          <w:rFonts w:cs="Sakkal Majalla"/>
          <w:color w:val="000000" w:themeColor="text1"/>
          <w:sz w:val="38"/>
          <w:szCs w:val="38"/>
          <w:rtl/>
        </w:rPr>
        <w:t>مما</w:t>
      </w:r>
      <w:r w:rsidRPr="005117ED">
        <w:rPr>
          <w:rFonts w:cs="Sakkal Majalla"/>
          <w:color w:val="000000" w:themeColor="text1"/>
          <w:sz w:val="38"/>
          <w:szCs w:val="38"/>
        </w:rPr>
        <w:t xml:space="preserve"> </w:t>
      </w:r>
      <w:r w:rsidRPr="005117ED">
        <w:rPr>
          <w:rFonts w:cs="Sakkal Majalla"/>
          <w:color w:val="000000" w:themeColor="text1"/>
          <w:sz w:val="38"/>
          <w:szCs w:val="38"/>
          <w:rtl/>
        </w:rPr>
        <w:t>يبرر</w:t>
      </w:r>
      <w:r w:rsidRPr="005117ED">
        <w:rPr>
          <w:rFonts w:cs="Sakkal Majalla"/>
          <w:color w:val="000000" w:themeColor="text1"/>
          <w:sz w:val="38"/>
          <w:szCs w:val="38"/>
        </w:rPr>
        <w:t xml:space="preserve"> </w:t>
      </w:r>
      <w:r w:rsidRPr="005117ED">
        <w:rPr>
          <w:rFonts w:cs="Sakkal Majalla"/>
          <w:color w:val="000000" w:themeColor="text1"/>
          <w:sz w:val="38"/>
          <w:szCs w:val="38"/>
          <w:rtl/>
        </w:rPr>
        <w:t>إعادة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الاختبار</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بيئة</w:t>
      </w:r>
      <w:r w:rsidRPr="005117ED">
        <w:rPr>
          <w:rFonts w:cs="Sakkal Majalla"/>
          <w:color w:val="000000" w:themeColor="text1"/>
          <w:sz w:val="38"/>
          <w:szCs w:val="38"/>
        </w:rPr>
        <w:t xml:space="preserve"> </w:t>
      </w:r>
      <w:r w:rsidRPr="005117ED">
        <w:rPr>
          <w:rFonts w:cs="Sakkal Majalla"/>
          <w:color w:val="000000" w:themeColor="text1"/>
          <w:sz w:val="38"/>
          <w:szCs w:val="38"/>
          <w:rtl/>
        </w:rPr>
        <w:t>تنافسية</w:t>
      </w:r>
      <w:r w:rsidRPr="005117ED">
        <w:rPr>
          <w:rFonts w:cs="Sakkal Majalla"/>
          <w:color w:val="000000" w:themeColor="text1"/>
          <w:sz w:val="38"/>
          <w:szCs w:val="38"/>
        </w:rPr>
        <w:t xml:space="preserve"> </w:t>
      </w:r>
      <w:r w:rsidRPr="005117ED">
        <w:rPr>
          <w:rFonts w:cs="Sakkal Majalla"/>
          <w:color w:val="000000" w:themeColor="text1"/>
          <w:sz w:val="38"/>
          <w:szCs w:val="38"/>
          <w:rtl/>
        </w:rPr>
        <w:t>وسوقية</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وتناولت</w:t>
      </w:r>
      <w:r w:rsidRPr="005117ED">
        <w:rPr>
          <w:rFonts w:cs="Sakkal Majalla"/>
          <w:color w:val="000000" w:themeColor="text1"/>
          <w:sz w:val="38"/>
          <w:szCs w:val="38"/>
        </w:rPr>
        <w:t xml:space="preserve"> </w:t>
      </w:r>
      <w:r w:rsidRPr="005117ED">
        <w:rPr>
          <w:rFonts w:cs="Sakkal Majalla"/>
          <w:color w:val="000000" w:themeColor="text1"/>
          <w:sz w:val="38"/>
          <w:szCs w:val="38"/>
          <w:rtl/>
        </w:rPr>
        <w:t>دراسة</w:t>
      </w:r>
      <w:r w:rsidRPr="005117ED">
        <w:rPr>
          <w:rFonts w:cs="Sakkal Majalla"/>
          <w:color w:val="000000" w:themeColor="text1"/>
          <w:sz w:val="38"/>
          <w:szCs w:val="38"/>
        </w:rPr>
        <w:t xml:space="preserve"> </w:t>
      </w:r>
      <w:r w:rsidRPr="005117ED">
        <w:rPr>
          <w:rFonts w:cs="Sakkal Majalla"/>
          <w:color w:val="000000" w:themeColor="text1"/>
          <w:sz w:val="38"/>
          <w:szCs w:val="38"/>
          <w:rtl/>
        </w:rPr>
        <w:t>الصومالي</w:t>
      </w:r>
      <w:r w:rsidRPr="005117ED">
        <w:rPr>
          <w:rFonts w:cs="Sakkal Majalla"/>
          <w:color w:val="000000" w:themeColor="text1"/>
          <w:sz w:val="38"/>
          <w:szCs w:val="38"/>
        </w:rPr>
        <w:t xml:space="preserve"> </w:t>
      </w:r>
      <w:r w:rsidRPr="005117ED">
        <w:rPr>
          <w:rFonts w:cs="Sakkal Majalla"/>
          <w:color w:val="000000" w:themeColor="text1"/>
          <w:sz w:val="38"/>
          <w:szCs w:val="38"/>
          <w:rtl/>
        </w:rPr>
        <w:t>ومتولي</w:t>
      </w:r>
      <w:r w:rsidRPr="005117ED">
        <w:rPr>
          <w:rFonts w:cs="Sakkal Majalla"/>
          <w:color w:val="000000" w:themeColor="text1"/>
          <w:sz w:val="38"/>
          <w:szCs w:val="38"/>
        </w:rPr>
        <w:t xml:space="preserve"> (2018) </w:t>
      </w:r>
      <w:r w:rsidRPr="005117ED">
        <w:rPr>
          <w:rFonts w:cs="Sakkal Majalla"/>
          <w:color w:val="000000" w:themeColor="text1"/>
          <w:sz w:val="38"/>
          <w:szCs w:val="38"/>
          <w:rtl/>
        </w:rPr>
        <w:t>أثر</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تمكين</w:t>
      </w:r>
      <w:r w:rsidRPr="005117ED">
        <w:rPr>
          <w:rFonts w:cs="Sakkal Majalla"/>
          <w:color w:val="000000" w:themeColor="text1"/>
          <w:sz w:val="38"/>
          <w:szCs w:val="38"/>
        </w:rPr>
        <w:t xml:space="preserve"> </w:t>
      </w:r>
      <w:r w:rsidRPr="005117ED">
        <w:rPr>
          <w:rFonts w:cs="Sakkal Majalla"/>
          <w:color w:val="000000" w:themeColor="text1"/>
          <w:sz w:val="38"/>
          <w:szCs w:val="38"/>
          <w:rtl/>
        </w:rPr>
        <w:t>وإبداع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الموظفين</w:t>
      </w:r>
      <w:r w:rsidRPr="005117ED">
        <w:rPr>
          <w:rFonts w:cs="Sakkal Majalla"/>
          <w:color w:val="000000" w:themeColor="text1"/>
          <w:sz w:val="38"/>
          <w:szCs w:val="38"/>
        </w:rPr>
        <w:t xml:space="preserve"> </w:t>
      </w:r>
      <w:r w:rsidRPr="005117ED">
        <w:rPr>
          <w:rFonts w:cs="Sakkal Majalla"/>
          <w:color w:val="000000" w:themeColor="text1"/>
          <w:sz w:val="38"/>
          <w:szCs w:val="38"/>
          <w:rtl/>
        </w:rPr>
        <w:t>الإداريين</w:t>
      </w:r>
      <w:r w:rsidRPr="005117ED">
        <w:rPr>
          <w:rFonts w:cs="Sakkal Majalla"/>
          <w:color w:val="000000" w:themeColor="text1"/>
          <w:sz w:val="38"/>
          <w:szCs w:val="38"/>
        </w:rPr>
        <w:t xml:space="preserve"> </w:t>
      </w:r>
      <w:r w:rsidRPr="005117ED">
        <w:rPr>
          <w:rFonts w:cs="Sakkal Majalla"/>
          <w:color w:val="000000" w:themeColor="text1"/>
          <w:sz w:val="38"/>
          <w:szCs w:val="38"/>
          <w:rtl/>
        </w:rPr>
        <w:t>بجامعة</w:t>
      </w:r>
      <w:r w:rsidRPr="005117ED">
        <w:rPr>
          <w:rFonts w:cs="Sakkal Majalla"/>
          <w:color w:val="000000" w:themeColor="text1"/>
          <w:sz w:val="38"/>
          <w:szCs w:val="38"/>
        </w:rPr>
        <w:t xml:space="preserve"> </w:t>
      </w:r>
      <w:r w:rsidRPr="005117ED">
        <w:rPr>
          <w:rFonts w:cs="Sakkal Majalla"/>
          <w:color w:val="000000" w:themeColor="text1"/>
          <w:sz w:val="38"/>
          <w:szCs w:val="38"/>
          <w:rtl/>
        </w:rPr>
        <w:t>الملك</w:t>
      </w:r>
      <w:r w:rsidRPr="005117ED">
        <w:rPr>
          <w:rFonts w:cs="Sakkal Majalla"/>
          <w:color w:val="000000" w:themeColor="text1"/>
          <w:sz w:val="38"/>
          <w:szCs w:val="38"/>
        </w:rPr>
        <w:t xml:space="preserve"> </w:t>
      </w:r>
      <w:proofErr w:type="gramStart"/>
      <w:r w:rsidRPr="005117ED">
        <w:rPr>
          <w:rFonts w:cs="Sakkal Majalla"/>
          <w:color w:val="000000" w:themeColor="text1"/>
          <w:sz w:val="38"/>
          <w:szCs w:val="38"/>
          <w:rtl/>
        </w:rPr>
        <w:t>عبدالعزيز</w:t>
      </w:r>
      <w:proofErr w:type="gramEnd"/>
      <w:r w:rsidRPr="005117ED">
        <w:rPr>
          <w:rFonts w:cs="Sakkal Majalla"/>
          <w:color w:val="000000" w:themeColor="text1"/>
          <w:sz w:val="38"/>
          <w:szCs w:val="38"/>
          <w:rtl/>
        </w:rPr>
        <w:t>،</w:t>
      </w:r>
      <w:r w:rsidRPr="005117ED">
        <w:rPr>
          <w:rFonts w:cs="Sakkal Majalla"/>
          <w:color w:val="000000" w:themeColor="text1"/>
          <w:sz w:val="38"/>
          <w:szCs w:val="38"/>
        </w:rPr>
        <w:t xml:space="preserve"> </w:t>
      </w:r>
      <w:r w:rsidRPr="005117ED">
        <w:rPr>
          <w:rFonts w:cs="Sakkal Majalla"/>
          <w:color w:val="000000" w:themeColor="text1"/>
          <w:sz w:val="38"/>
          <w:szCs w:val="38"/>
          <w:rtl/>
        </w:rPr>
        <w:t>وخلصت</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علاقات</w:t>
      </w:r>
      <w:r w:rsidRPr="005117ED">
        <w:rPr>
          <w:rFonts w:cs="Sakkal Majalla"/>
          <w:color w:val="000000" w:themeColor="text1"/>
          <w:sz w:val="38"/>
          <w:szCs w:val="38"/>
        </w:rPr>
        <w:t xml:space="preserve"> </w:t>
      </w:r>
      <w:r w:rsidRPr="005117ED">
        <w:rPr>
          <w:rFonts w:cs="Sakkal Majalla"/>
          <w:color w:val="000000" w:themeColor="text1"/>
          <w:sz w:val="38"/>
          <w:szCs w:val="38"/>
          <w:rtl/>
        </w:rPr>
        <w:t>موجبة</w:t>
      </w:r>
      <w:r w:rsidRPr="005117ED">
        <w:rPr>
          <w:rFonts w:cs="Sakkal Majalla"/>
          <w:color w:val="000000" w:themeColor="text1"/>
          <w:sz w:val="38"/>
          <w:szCs w:val="38"/>
        </w:rPr>
        <w:t xml:space="preserve">. </w:t>
      </w:r>
      <w:r w:rsidRPr="005117ED">
        <w:rPr>
          <w:rFonts w:cs="Sakkal Majalla"/>
          <w:color w:val="000000" w:themeColor="text1"/>
          <w:sz w:val="38"/>
          <w:szCs w:val="38"/>
          <w:rtl/>
        </w:rPr>
        <w:t>وتمتاز</w:t>
      </w:r>
      <w:r w:rsidRPr="005117ED">
        <w:rPr>
          <w:rFonts w:cs="Sakkal Majalla"/>
          <w:color w:val="000000" w:themeColor="text1"/>
          <w:sz w:val="38"/>
          <w:szCs w:val="38"/>
        </w:rPr>
        <w:t xml:space="preserve"> </w:t>
      </w:r>
      <w:r w:rsidRPr="005117ED">
        <w:rPr>
          <w:rFonts w:cs="Sakkal Majalla"/>
          <w:color w:val="000000" w:themeColor="text1"/>
          <w:sz w:val="38"/>
          <w:szCs w:val="38"/>
          <w:rtl/>
        </w:rPr>
        <w:t>بإدخال</w:t>
      </w:r>
      <w:r w:rsidRPr="005117ED">
        <w:rPr>
          <w:rFonts w:cs="Sakkal Majalla"/>
          <w:color w:val="000000" w:themeColor="text1"/>
          <w:sz w:val="38"/>
          <w:szCs w:val="38"/>
        </w:rPr>
        <w:t xml:space="preserve"> </w:t>
      </w:r>
      <w:r w:rsidRPr="005117ED">
        <w:rPr>
          <w:rFonts w:cs="Sakkal Majalla"/>
          <w:color w:val="000000" w:themeColor="text1"/>
          <w:sz w:val="38"/>
          <w:szCs w:val="38"/>
          <w:rtl/>
        </w:rPr>
        <w:t>التمكين</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جانب</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وهو</w:t>
      </w:r>
      <w:r w:rsidRPr="005117ED">
        <w:rPr>
          <w:rFonts w:cs="Sakkal Majalla"/>
          <w:color w:val="000000" w:themeColor="text1"/>
          <w:sz w:val="38"/>
          <w:szCs w:val="38"/>
        </w:rPr>
        <w:t xml:space="preserve"> </w:t>
      </w:r>
      <w:r w:rsidRPr="005117ED">
        <w:rPr>
          <w:rFonts w:cs="Sakkal Majalla"/>
          <w:color w:val="000000" w:themeColor="text1"/>
          <w:sz w:val="38"/>
          <w:szCs w:val="38"/>
          <w:rtl/>
        </w:rPr>
        <w:t>ما</w:t>
      </w:r>
      <w:r w:rsidRPr="005117ED">
        <w:rPr>
          <w:rFonts w:cs="Sakkal Majalla"/>
          <w:color w:val="000000" w:themeColor="text1"/>
          <w:sz w:val="38"/>
          <w:szCs w:val="38"/>
        </w:rPr>
        <w:t xml:space="preserve"> </w:t>
      </w:r>
      <w:r w:rsidRPr="005117ED">
        <w:rPr>
          <w:rFonts w:cs="Sakkal Majalla"/>
          <w:color w:val="000000" w:themeColor="text1"/>
          <w:sz w:val="38"/>
          <w:szCs w:val="38"/>
          <w:rtl/>
        </w:rPr>
        <w:t>يدعم</w:t>
      </w:r>
      <w:r w:rsidRPr="005117ED">
        <w:rPr>
          <w:rFonts w:cs="Sakkal Majalla"/>
          <w:color w:val="000000" w:themeColor="text1"/>
          <w:sz w:val="38"/>
          <w:szCs w:val="38"/>
        </w:rPr>
        <w:t xml:space="preserve"> </w:t>
      </w:r>
      <w:r w:rsidRPr="005117ED">
        <w:rPr>
          <w:rFonts w:cs="Sakkal Majalla"/>
          <w:color w:val="000000" w:themeColor="text1"/>
          <w:sz w:val="38"/>
          <w:szCs w:val="38"/>
          <w:rtl/>
        </w:rPr>
        <w:t>التصور</w:t>
      </w:r>
      <w:r w:rsidRPr="005117ED">
        <w:rPr>
          <w:rFonts w:cs="Sakkal Majalla"/>
          <w:color w:val="000000" w:themeColor="text1"/>
          <w:sz w:val="38"/>
          <w:szCs w:val="38"/>
        </w:rPr>
        <w:t xml:space="preserve"> </w:t>
      </w:r>
      <w:r w:rsidRPr="005117ED">
        <w:rPr>
          <w:rFonts w:cs="Sakkal Majalla"/>
          <w:color w:val="000000" w:themeColor="text1"/>
          <w:sz w:val="38"/>
          <w:szCs w:val="38"/>
          <w:rtl/>
        </w:rPr>
        <w:t>القائل</w:t>
      </w:r>
      <w:r w:rsidRPr="005117ED">
        <w:rPr>
          <w:rFonts w:cs="Sakkal Majalla"/>
          <w:color w:val="000000" w:themeColor="text1"/>
          <w:sz w:val="38"/>
          <w:szCs w:val="38"/>
        </w:rPr>
        <w:t xml:space="preserve"> </w:t>
      </w:r>
      <w:r w:rsidRPr="005117ED">
        <w:rPr>
          <w:rFonts w:cs="Sakkal Majalla"/>
          <w:color w:val="000000" w:themeColor="text1"/>
          <w:sz w:val="38"/>
          <w:szCs w:val="38"/>
          <w:rtl/>
        </w:rPr>
        <w:t>بأن</w:t>
      </w:r>
      <w:r w:rsidRPr="005117ED">
        <w:rPr>
          <w:rFonts w:cs="Sakkal Majalla"/>
          <w:color w:val="000000" w:themeColor="text1"/>
          <w:sz w:val="38"/>
          <w:szCs w:val="38"/>
        </w:rPr>
        <w:t xml:space="preserve"> </w:t>
      </w:r>
      <w:r w:rsidRPr="005117ED">
        <w:rPr>
          <w:rFonts w:cs="Sakkal Majalla"/>
          <w:color w:val="000000" w:themeColor="text1"/>
          <w:sz w:val="38"/>
          <w:szCs w:val="38"/>
          <w:rtl/>
        </w:rPr>
        <w:t>أثر</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قد</w:t>
      </w:r>
      <w:r w:rsidRPr="005117ED">
        <w:rPr>
          <w:rFonts w:cs="Sakkal Majalla"/>
          <w:color w:val="000000" w:themeColor="text1"/>
          <w:sz w:val="38"/>
          <w:szCs w:val="38"/>
        </w:rPr>
        <w:t xml:space="preserve"> </w:t>
      </w:r>
      <w:r w:rsidRPr="005117ED">
        <w:rPr>
          <w:rFonts w:cs="Sakkal Majalla"/>
          <w:color w:val="000000" w:themeColor="text1"/>
          <w:sz w:val="38"/>
          <w:szCs w:val="38"/>
          <w:rtl/>
        </w:rPr>
        <w:t>يمر</w:t>
      </w:r>
      <w:r w:rsidRPr="005117ED">
        <w:rPr>
          <w:rFonts w:cs="Sakkal Majalla"/>
          <w:color w:val="000000" w:themeColor="text1"/>
          <w:sz w:val="38"/>
          <w:szCs w:val="38"/>
        </w:rPr>
        <w:t xml:space="preserve"> </w:t>
      </w:r>
      <w:r w:rsidRPr="005117ED">
        <w:rPr>
          <w:rFonts w:cs="Sakkal Majalla"/>
          <w:color w:val="000000" w:themeColor="text1"/>
          <w:sz w:val="38"/>
          <w:szCs w:val="38"/>
          <w:rtl/>
        </w:rPr>
        <w:t>عبر</w:t>
      </w:r>
      <w:r w:rsidRPr="005117ED">
        <w:rPr>
          <w:rFonts w:cs="Sakkal Majalla"/>
          <w:color w:val="000000" w:themeColor="text1"/>
          <w:sz w:val="38"/>
          <w:szCs w:val="38"/>
        </w:rPr>
        <w:t xml:space="preserve"> </w:t>
      </w:r>
      <w:r w:rsidRPr="005117ED">
        <w:rPr>
          <w:rFonts w:cs="Sakkal Majalla"/>
          <w:color w:val="000000" w:themeColor="text1"/>
          <w:sz w:val="38"/>
          <w:szCs w:val="38"/>
          <w:rtl/>
        </w:rPr>
        <w:t>حالات</w:t>
      </w:r>
      <w:r w:rsidRPr="005117ED">
        <w:rPr>
          <w:rFonts w:cs="Sakkal Majalla"/>
          <w:color w:val="000000" w:themeColor="text1"/>
          <w:sz w:val="38"/>
          <w:szCs w:val="38"/>
        </w:rPr>
        <w:t xml:space="preserve"> </w:t>
      </w:r>
      <w:r w:rsidRPr="005117ED">
        <w:rPr>
          <w:rFonts w:cs="Sakkal Majalla"/>
          <w:color w:val="000000" w:themeColor="text1"/>
          <w:sz w:val="38"/>
          <w:szCs w:val="38"/>
          <w:rtl/>
        </w:rPr>
        <w:t>نفسية</w:t>
      </w:r>
      <w:r w:rsidRPr="005117ED">
        <w:rPr>
          <w:rFonts w:cs="Sakkal Majalla"/>
          <w:color w:val="000000" w:themeColor="text1"/>
          <w:sz w:val="38"/>
          <w:szCs w:val="38"/>
        </w:rPr>
        <w:t xml:space="preserve">. </w:t>
      </w:r>
      <w:r w:rsidRPr="005117ED">
        <w:rPr>
          <w:rFonts w:cs="Sakkal Majalla"/>
          <w:color w:val="000000" w:themeColor="text1"/>
          <w:sz w:val="38"/>
          <w:szCs w:val="38"/>
          <w:rtl/>
        </w:rPr>
        <w:t>وتستفيد</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الحالية</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منطقها</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صياغة</w:t>
      </w:r>
      <w:r w:rsidRPr="005117ED">
        <w:rPr>
          <w:rFonts w:cs="Sakkal Majalla"/>
          <w:color w:val="000000" w:themeColor="text1"/>
          <w:sz w:val="38"/>
          <w:szCs w:val="38"/>
        </w:rPr>
        <w:t xml:space="preserve"> </w:t>
      </w:r>
      <w:r w:rsidRPr="005117ED">
        <w:rPr>
          <w:rFonts w:cs="Sakkal Majalla"/>
          <w:color w:val="000000" w:themeColor="text1"/>
          <w:sz w:val="38"/>
          <w:szCs w:val="38"/>
          <w:rtl/>
        </w:rPr>
        <w:t>المناقشة،</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اقتصار</w:t>
      </w:r>
      <w:r w:rsidRPr="005117ED">
        <w:rPr>
          <w:rFonts w:cs="Sakkal Majalla"/>
          <w:color w:val="000000" w:themeColor="text1"/>
          <w:sz w:val="38"/>
          <w:szCs w:val="38"/>
        </w:rPr>
        <w:t xml:space="preserve"> </w:t>
      </w:r>
      <w:r w:rsidRPr="005117ED">
        <w:rPr>
          <w:rFonts w:cs="Sakkal Majalla"/>
          <w:color w:val="000000" w:themeColor="text1"/>
          <w:sz w:val="38"/>
          <w:szCs w:val="38"/>
          <w:rtl/>
        </w:rPr>
        <w:t>الاختبار</w:t>
      </w:r>
      <w:r w:rsidRPr="005117ED">
        <w:rPr>
          <w:rFonts w:cs="Sakkal Majalla"/>
          <w:color w:val="000000" w:themeColor="text1"/>
          <w:sz w:val="38"/>
          <w:szCs w:val="38"/>
        </w:rPr>
        <w:t xml:space="preserve"> </w:t>
      </w:r>
      <w:r w:rsidRPr="005117ED">
        <w:rPr>
          <w:rFonts w:cs="Sakkal Majalla"/>
          <w:color w:val="000000" w:themeColor="text1"/>
          <w:sz w:val="38"/>
          <w:szCs w:val="38"/>
          <w:rtl/>
        </w:rPr>
        <w:t>الحالي</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الأثر</w:t>
      </w:r>
      <w:r w:rsidRPr="005117ED">
        <w:rPr>
          <w:rFonts w:cs="Sakkal Majalla"/>
          <w:color w:val="000000" w:themeColor="text1"/>
          <w:sz w:val="38"/>
          <w:szCs w:val="38"/>
        </w:rPr>
        <w:t xml:space="preserve"> </w:t>
      </w:r>
      <w:r w:rsidRPr="005117ED">
        <w:rPr>
          <w:rFonts w:cs="Sakkal Majalla"/>
          <w:color w:val="000000" w:themeColor="text1"/>
          <w:sz w:val="38"/>
          <w:szCs w:val="38"/>
          <w:rtl/>
        </w:rPr>
        <w:t>المباشر</w:t>
      </w:r>
      <w:r w:rsidRPr="005117ED">
        <w:rPr>
          <w:rFonts w:cs="Sakkal Majalla"/>
          <w:color w:val="000000" w:themeColor="text1"/>
          <w:sz w:val="38"/>
          <w:szCs w:val="38"/>
        </w:rPr>
        <w:t xml:space="preserve"> </w:t>
      </w:r>
      <w:r w:rsidRPr="005117ED">
        <w:rPr>
          <w:rFonts w:cs="Sakkal Majalla"/>
          <w:color w:val="000000" w:themeColor="text1"/>
          <w:sz w:val="38"/>
          <w:szCs w:val="38"/>
          <w:rtl/>
        </w:rPr>
        <w:t>وعدم</w:t>
      </w:r>
      <w:r w:rsidRPr="005117ED">
        <w:rPr>
          <w:rFonts w:cs="Sakkal Majalla"/>
          <w:color w:val="000000" w:themeColor="text1"/>
          <w:sz w:val="38"/>
          <w:szCs w:val="38"/>
        </w:rPr>
        <w:t xml:space="preserve"> </w:t>
      </w:r>
      <w:r w:rsidRPr="005117ED">
        <w:rPr>
          <w:rFonts w:cs="Sakkal Majalla"/>
          <w:color w:val="000000" w:themeColor="text1"/>
          <w:sz w:val="38"/>
          <w:szCs w:val="38"/>
          <w:rtl/>
        </w:rPr>
        <w:t>بناء</w:t>
      </w:r>
      <w:r w:rsidRPr="005117ED">
        <w:rPr>
          <w:rFonts w:cs="Sakkal Majalla"/>
          <w:color w:val="000000" w:themeColor="text1"/>
          <w:sz w:val="38"/>
          <w:szCs w:val="38"/>
        </w:rPr>
        <w:t xml:space="preserve"> </w:t>
      </w:r>
      <w:r w:rsidRPr="005117ED">
        <w:rPr>
          <w:rFonts w:cs="Sakkal Majalla"/>
          <w:color w:val="000000" w:themeColor="text1"/>
          <w:sz w:val="38"/>
          <w:szCs w:val="38"/>
          <w:rtl/>
        </w:rPr>
        <w:t>نموذج</w:t>
      </w:r>
      <w:r w:rsidRPr="005117ED">
        <w:rPr>
          <w:rFonts w:cs="Sakkal Majalla"/>
          <w:color w:val="000000" w:themeColor="text1"/>
          <w:sz w:val="38"/>
          <w:szCs w:val="38"/>
        </w:rPr>
        <w:t xml:space="preserve"> </w:t>
      </w:r>
      <w:r w:rsidRPr="005117ED">
        <w:rPr>
          <w:rFonts w:cs="Sakkal Majalla"/>
          <w:color w:val="000000" w:themeColor="text1"/>
          <w:sz w:val="38"/>
          <w:szCs w:val="38"/>
          <w:rtl/>
        </w:rPr>
        <w:t>وساطة</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ودرست</w:t>
      </w:r>
      <w:r w:rsidRPr="005117ED">
        <w:rPr>
          <w:rFonts w:cs="Sakkal Majalla"/>
          <w:color w:val="000000" w:themeColor="text1"/>
          <w:sz w:val="38"/>
          <w:szCs w:val="38"/>
        </w:rPr>
        <w:t xml:space="preserve"> </w:t>
      </w:r>
      <w:r w:rsidRPr="005117ED">
        <w:rPr>
          <w:rFonts w:cs="Sakkal Majalla"/>
          <w:color w:val="000000" w:themeColor="text1"/>
          <w:sz w:val="38"/>
          <w:szCs w:val="38"/>
          <w:rtl/>
        </w:rPr>
        <w:t>عبد</w:t>
      </w:r>
      <w:r w:rsidRPr="005117ED">
        <w:rPr>
          <w:rFonts w:cs="Sakkal Majalla"/>
          <w:color w:val="000000" w:themeColor="text1"/>
          <w:sz w:val="38"/>
          <w:szCs w:val="38"/>
        </w:rPr>
        <w:t xml:space="preserve"> </w:t>
      </w:r>
      <w:r w:rsidRPr="005117ED">
        <w:rPr>
          <w:rFonts w:cs="Sakkal Majalla"/>
          <w:color w:val="000000" w:themeColor="text1"/>
          <w:sz w:val="38"/>
          <w:szCs w:val="38"/>
          <w:rtl/>
        </w:rPr>
        <w:t>العزيز</w:t>
      </w:r>
      <w:r w:rsidRPr="005117ED">
        <w:rPr>
          <w:rFonts w:cs="Sakkal Majalla"/>
          <w:color w:val="000000" w:themeColor="text1"/>
          <w:sz w:val="38"/>
          <w:szCs w:val="38"/>
        </w:rPr>
        <w:t xml:space="preserve"> (2019) </w:t>
      </w:r>
      <w:r w:rsidRPr="005117ED">
        <w:rPr>
          <w:rFonts w:cs="Sakkal Majalla"/>
          <w:color w:val="000000" w:themeColor="text1"/>
          <w:sz w:val="38"/>
          <w:szCs w:val="38"/>
          <w:rtl/>
        </w:rPr>
        <w:t>أثر</w:t>
      </w:r>
      <w:r w:rsidRPr="005117ED">
        <w:rPr>
          <w:rFonts w:cs="Sakkal Majalla"/>
          <w:color w:val="000000" w:themeColor="text1"/>
          <w:sz w:val="38"/>
          <w:szCs w:val="38"/>
        </w:rPr>
        <w:t xml:space="preserve"> </w:t>
      </w:r>
      <w:r w:rsidRPr="005117ED">
        <w:rPr>
          <w:rFonts w:cs="Sakkal Majalla"/>
          <w:color w:val="000000" w:themeColor="text1"/>
          <w:sz w:val="38"/>
          <w:szCs w:val="38"/>
          <w:rtl/>
        </w:rPr>
        <w:t>ممارسة</w:t>
      </w:r>
      <w:r w:rsidRPr="005117ED">
        <w:rPr>
          <w:rFonts w:cs="Sakkal Majalla"/>
          <w:color w:val="000000" w:themeColor="text1"/>
          <w:sz w:val="38"/>
          <w:szCs w:val="38"/>
        </w:rPr>
        <w:t xml:space="preserve"> </w:t>
      </w:r>
      <w:r w:rsidRPr="005117ED">
        <w:rPr>
          <w:rFonts w:cs="Sakkal Majalla"/>
          <w:color w:val="000000" w:themeColor="text1"/>
          <w:sz w:val="38"/>
          <w:szCs w:val="38"/>
          <w:rtl/>
        </w:rPr>
        <w:t>أبعاد</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التنظيمي</w:t>
      </w:r>
      <w:r w:rsidRPr="005117ED">
        <w:rPr>
          <w:rFonts w:cs="Sakkal Majalla"/>
          <w:color w:val="000000" w:themeColor="text1"/>
          <w:sz w:val="38"/>
          <w:szCs w:val="38"/>
        </w:rPr>
        <w:t xml:space="preserve"> </w:t>
      </w:r>
      <w:r w:rsidRPr="005117ED">
        <w:rPr>
          <w:rFonts w:cs="Sakkal Majalla"/>
          <w:color w:val="000000" w:themeColor="text1"/>
          <w:sz w:val="38"/>
          <w:szCs w:val="38"/>
          <w:rtl/>
        </w:rPr>
        <w:t>بإدارات</w:t>
      </w:r>
      <w:r w:rsidRPr="005117ED">
        <w:rPr>
          <w:rFonts w:cs="Sakkal Majalla"/>
          <w:color w:val="000000" w:themeColor="text1"/>
          <w:sz w:val="38"/>
          <w:szCs w:val="38"/>
        </w:rPr>
        <w:t xml:space="preserve"> </w:t>
      </w:r>
      <w:r w:rsidRPr="005117ED">
        <w:rPr>
          <w:rFonts w:cs="Sakkal Majalla"/>
          <w:color w:val="000000" w:themeColor="text1"/>
          <w:sz w:val="38"/>
          <w:szCs w:val="38"/>
          <w:rtl/>
        </w:rPr>
        <w:t>رعاية</w:t>
      </w:r>
      <w:r w:rsidRPr="005117ED">
        <w:rPr>
          <w:rFonts w:cs="Sakkal Majalla"/>
          <w:color w:val="000000" w:themeColor="text1"/>
          <w:sz w:val="38"/>
          <w:szCs w:val="38"/>
        </w:rPr>
        <w:t xml:space="preserve"> </w:t>
      </w:r>
      <w:r w:rsidRPr="005117ED">
        <w:rPr>
          <w:rFonts w:cs="Sakkal Majalla"/>
          <w:color w:val="000000" w:themeColor="text1"/>
          <w:sz w:val="38"/>
          <w:szCs w:val="38"/>
          <w:rtl/>
        </w:rPr>
        <w:t>الشباب</w:t>
      </w:r>
      <w:r w:rsidRPr="005117ED">
        <w:rPr>
          <w:rFonts w:cs="Sakkal Majalla"/>
          <w:color w:val="000000" w:themeColor="text1"/>
          <w:sz w:val="38"/>
          <w:szCs w:val="38"/>
        </w:rPr>
        <w:t xml:space="preserve"> </w:t>
      </w:r>
      <w:r w:rsidRPr="005117ED">
        <w:rPr>
          <w:rFonts w:cs="Sakkal Majalla"/>
          <w:color w:val="000000" w:themeColor="text1"/>
          <w:sz w:val="38"/>
          <w:szCs w:val="38"/>
          <w:rtl/>
        </w:rPr>
        <w:t>بجامعة</w:t>
      </w:r>
      <w:r w:rsidRPr="005117ED">
        <w:rPr>
          <w:rFonts w:cs="Sakkal Majalla"/>
          <w:color w:val="000000" w:themeColor="text1"/>
          <w:sz w:val="38"/>
          <w:szCs w:val="38"/>
        </w:rPr>
        <w:t xml:space="preserve"> </w:t>
      </w:r>
      <w:r w:rsidRPr="005117ED">
        <w:rPr>
          <w:rFonts w:cs="Sakkal Majalla"/>
          <w:color w:val="000000" w:themeColor="text1"/>
          <w:sz w:val="38"/>
          <w:szCs w:val="38"/>
          <w:rtl/>
        </w:rPr>
        <w:t>أسيوط،</w:t>
      </w:r>
      <w:r w:rsidRPr="005117ED">
        <w:rPr>
          <w:rFonts w:cs="Sakkal Majalla"/>
          <w:color w:val="000000" w:themeColor="text1"/>
          <w:sz w:val="38"/>
          <w:szCs w:val="38"/>
        </w:rPr>
        <w:t xml:space="preserve"> </w:t>
      </w:r>
      <w:r w:rsidRPr="005117ED">
        <w:rPr>
          <w:rFonts w:cs="Sakkal Majalla"/>
          <w:color w:val="000000" w:themeColor="text1"/>
          <w:sz w:val="38"/>
          <w:szCs w:val="38"/>
          <w:rtl/>
        </w:rPr>
        <w:t>وأشارت</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مستويات</w:t>
      </w:r>
      <w:r w:rsidRPr="005117ED">
        <w:rPr>
          <w:rFonts w:cs="Sakkal Majalla"/>
          <w:color w:val="000000" w:themeColor="text1"/>
          <w:sz w:val="38"/>
          <w:szCs w:val="38"/>
        </w:rPr>
        <w:t xml:space="preserve"> </w:t>
      </w:r>
      <w:r w:rsidRPr="005117ED">
        <w:rPr>
          <w:rFonts w:cs="Sakkal Majalla"/>
          <w:color w:val="000000" w:themeColor="text1"/>
          <w:sz w:val="38"/>
          <w:szCs w:val="38"/>
          <w:rtl/>
        </w:rPr>
        <w:t>جيدة</w:t>
      </w:r>
      <w:r w:rsidRPr="005117ED">
        <w:rPr>
          <w:rFonts w:cs="Sakkal Majalla"/>
          <w:color w:val="000000" w:themeColor="text1"/>
          <w:sz w:val="38"/>
          <w:szCs w:val="38"/>
        </w:rPr>
        <w:t xml:space="preserve"> </w:t>
      </w:r>
      <w:r w:rsidRPr="005117ED">
        <w:rPr>
          <w:rFonts w:cs="Sakkal Majalla"/>
          <w:color w:val="000000" w:themeColor="text1"/>
          <w:sz w:val="38"/>
          <w:szCs w:val="38"/>
          <w:rtl/>
        </w:rPr>
        <w:t>وعلاقة</w:t>
      </w:r>
      <w:r w:rsidRPr="005117ED">
        <w:rPr>
          <w:rFonts w:cs="Sakkal Majalla"/>
          <w:color w:val="000000" w:themeColor="text1"/>
          <w:sz w:val="38"/>
          <w:szCs w:val="38"/>
        </w:rPr>
        <w:t xml:space="preserve"> </w:t>
      </w:r>
      <w:r w:rsidRPr="005117ED">
        <w:rPr>
          <w:rFonts w:cs="Sakkal Majalla"/>
          <w:color w:val="000000" w:themeColor="text1"/>
          <w:sz w:val="38"/>
          <w:szCs w:val="38"/>
          <w:rtl/>
        </w:rPr>
        <w:t>إيجابية</w:t>
      </w:r>
      <w:r w:rsidRPr="005117ED">
        <w:rPr>
          <w:rFonts w:cs="Sakkal Majalla"/>
          <w:color w:val="000000" w:themeColor="text1"/>
          <w:sz w:val="38"/>
          <w:szCs w:val="38"/>
        </w:rPr>
        <w:t xml:space="preserve">. </w:t>
      </w:r>
      <w:r w:rsidRPr="005117ED">
        <w:rPr>
          <w:rFonts w:cs="Sakkal Majalla"/>
          <w:color w:val="000000" w:themeColor="text1"/>
          <w:sz w:val="38"/>
          <w:szCs w:val="38"/>
          <w:rtl/>
        </w:rPr>
        <w:t>وتظهر</w:t>
      </w:r>
      <w:r w:rsidRPr="005117ED">
        <w:rPr>
          <w:rFonts w:cs="Sakkal Majalla"/>
          <w:color w:val="000000" w:themeColor="text1"/>
          <w:sz w:val="38"/>
          <w:szCs w:val="38"/>
        </w:rPr>
        <w:t xml:space="preserve"> </w:t>
      </w:r>
      <w:r w:rsidRPr="005117ED">
        <w:rPr>
          <w:rFonts w:cs="Sakkal Majalla"/>
          <w:color w:val="000000" w:themeColor="text1"/>
          <w:sz w:val="38"/>
          <w:szCs w:val="38"/>
          <w:rtl/>
        </w:rPr>
        <w:t>أهمية</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تناول</w:t>
      </w:r>
      <w:r w:rsidRPr="005117ED">
        <w:rPr>
          <w:rFonts w:cs="Sakkal Majalla"/>
          <w:color w:val="000000" w:themeColor="text1"/>
          <w:sz w:val="38"/>
          <w:szCs w:val="38"/>
        </w:rPr>
        <w:t xml:space="preserve"> </w:t>
      </w:r>
      <w:r w:rsidRPr="005117ED">
        <w:rPr>
          <w:rFonts w:cs="Sakkal Majalla"/>
          <w:color w:val="000000" w:themeColor="text1"/>
          <w:sz w:val="38"/>
          <w:szCs w:val="38"/>
          <w:rtl/>
        </w:rPr>
        <w:t>الأبعاد</w:t>
      </w:r>
      <w:r w:rsidRPr="005117ED">
        <w:rPr>
          <w:rFonts w:cs="Sakkal Majalla"/>
          <w:color w:val="000000" w:themeColor="text1"/>
          <w:sz w:val="38"/>
          <w:szCs w:val="38"/>
        </w:rPr>
        <w:t xml:space="preserve"> </w:t>
      </w:r>
      <w:r w:rsidRPr="005117ED">
        <w:rPr>
          <w:rFonts w:cs="Sakkal Majalla"/>
          <w:color w:val="000000" w:themeColor="text1"/>
          <w:sz w:val="38"/>
          <w:szCs w:val="38"/>
          <w:rtl/>
        </w:rPr>
        <w:t>الأربعة</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نحو</w:t>
      </w:r>
      <w:r w:rsidRPr="005117ED">
        <w:rPr>
          <w:rFonts w:cs="Sakkal Majalla"/>
          <w:color w:val="000000" w:themeColor="text1"/>
          <w:sz w:val="38"/>
          <w:szCs w:val="38"/>
        </w:rPr>
        <w:t xml:space="preserve"> </w:t>
      </w:r>
      <w:r w:rsidRPr="005117ED">
        <w:rPr>
          <w:rFonts w:cs="Sakkal Majalla"/>
          <w:color w:val="000000" w:themeColor="text1"/>
          <w:sz w:val="38"/>
          <w:szCs w:val="38"/>
          <w:rtl/>
        </w:rPr>
        <w:t>تفصيلي،</w:t>
      </w:r>
      <w:r w:rsidRPr="005117ED">
        <w:rPr>
          <w:rFonts w:cs="Sakkal Majalla"/>
          <w:color w:val="000000" w:themeColor="text1"/>
          <w:sz w:val="38"/>
          <w:szCs w:val="38"/>
        </w:rPr>
        <w:t xml:space="preserve"> </w:t>
      </w:r>
      <w:r w:rsidRPr="005117ED">
        <w:rPr>
          <w:rFonts w:cs="Sakkal Majalla"/>
          <w:color w:val="000000" w:themeColor="text1"/>
          <w:sz w:val="38"/>
          <w:szCs w:val="38"/>
          <w:rtl/>
        </w:rPr>
        <w:t>وهو</w:t>
      </w:r>
      <w:r w:rsidRPr="005117ED">
        <w:rPr>
          <w:rFonts w:cs="Sakkal Majalla"/>
          <w:color w:val="000000" w:themeColor="text1"/>
          <w:sz w:val="38"/>
          <w:szCs w:val="38"/>
        </w:rPr>
        <w:t xml:space="preserve"> </w:t>
      </w:r>
      <w:r w:rsidRPr="005117ED">
        <w:rPr>
          <w:rFonts w:cs="Sakkal Majalla"/>
          <w:color w:val="000000" w:themeColor="text1"/>
          <w:sz w:val="38"/>
          <w:szCs w:val="38"/>
          <w:rtl/>
        </w:rPr>
        <w:t>ما</w:t>
      </w:r>
      <w:r w:rsidRPr="005117ED">
        <w:rPr>
          <w:rFonts w:cs="Sakkal Majalla"/>
          <w:color w:val="000000" w:themeColor="text1"/>
          <w:sz w:val="38"/>
          <w:szCs w:val="38"/>
        </w:rPr>
        <w:t xml:space="preserve"> </w:t>
      </w:r>
      <w:r w:rsidRPr="005117ED">
        <w:rPr>
          <w:rFonts w:cs="Sakkal Majalla"/>
          <w:color w:val="000000" w:themeColor="text1"/>
          <w:sz w:val="38"/>
          <w:szCs w:val="38"/>
          <w:rtl/>
        </w:rPr>
        <w:t>يتفق</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تصميم</w:t>
      </w:r>
      <w:r w:rsidRPr="005117ED">
        <w:rPr>
          <w:rFonts w:cs="Sakkal Majalla"/>
          <w:color w:val="000000" w:themeColor="text1"/>
          <w:sz w:val="38"/>
          <w:szCs w:val="38"/>
        </w:rPr>
        <w:t xml:space="preserve"> </w:t>
      </w:r>
      <w:r w:rsidRPr="005117ED">
        <w:rPr>
          <w:rFonts w:cs="Sakkal Majalla"/>
          <w:color w:val="000000" w:themeColor="text1"/>
          <w:sz w:val="38"/>
          <w:szCs w:val="38"/>
          <w:rtl/>
        </w:rPr>
        <w:t>الأداة</w:t>
      </w:r>
      <w:r w:rsidRPr="005117ED">
        <w:rPr>
          <w:rFonts w:cs="Sakkal Majalla"/>
          <w:color w:val="000000" w:themeColor="text1"/>
          <w:sz w:val="38"/>
          <w:szCs w:val="38"/>
        </w:rPr>
        <w:t xml:space="preserve"> </w:t>
      </w:r>
      <w:r w:rsidRPr="005117ED">
        <w:rPr>
          <w:rFonts w:cs="Sakkal Majalla"/>
          <w:color w:val="000000" w:themeColor="text1"/>
          <w:sz w:val="38"/>
          <w:szCs w:val="38"/>
          <w:rtl/>
        </w:rPr>
        <w:t>الحالية</w:t>
      </w:r>
      <w:r w:rsidRPr="005117ED">
        <w:rPr>
          <w:rFonts w:cs="Sakkal Majalla"/>
          <w:color w:val="000000" w:themeColor="text1"/>
          <w:sz w:val="38"/>
          <w:szCs w:val="38"/>
        </w:rPr>
        <w:t xml:space="preserve">. </w:t>
      </w:r>
      <w:r w:rsidRPr="005117ED">
        <w:rPr>
          <w:rFonts w:cs="Sakkal Majalla"/>
          <w:color w:val="000000" w:themeColor="text1"/>
          <w:sz w:val="38"/>
          <w:szCs w:val="38"/>
          <w:rtl/>
        </w:rPr>
        <w:t>إلا</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مجال</w:t>
      </w:r>
      <w:r w:rsidRPr="005117ED">
        <w:rPr>
          <w:rFonts w:cs="Sakkal Majalla"/>
          <w:color w:val="000000" w:themeColor="text1"/>
          <w:sz w:val="38"/>
          <w:szCs w:val="38"/>
        </w:rPr>
        <w:t xml:space="preserve"> </w:t>
      </w:r>
      <w:r w:rsidRPr="005117ED">
        <w:rPr>
          <w:rFonts w:cs="Sakkal Majalla"/>
          <w:color w:val="000000" w:themeColor="text1"/>
          <w:sz w:val="38"/>
          <w:szCs w:val="38"/>
          <w:rtl/>
        </w:rPr>
        <w:t>رعاية</w:t>
      </w:r>
      <w:r w:rsidRPr="005117ED">
        <w:rPr>
          <w:rFonts w:cs="Sakkal Majalla"/>
          <w:color w:val="000000" w:themeColor="text1"/>
          <w:sz w:val="38"/>
          <w:szCs w:val="38"/>
        </w:rPr>
        <w:t xml:space="preserve"> </w:t>
      </w:r>
      <w:r w:rsidRPr="005117ED">
        <w:rPr>
          <w:rFonts w:cs="Sakkal Majalla"/>
          <w:color w:val="000000" w:themeColor="text1"/>
          <w:sz w:val="38"/>
          <w:szCs w:val="38"/>
          <w:rtl/>
        </w:rPr>
        <w:t>الشباب</w:t>
      </w:r>
      <w:r w:rsidRPr="005117ED">
        <w:rPr>
          <w:rFonts w:cs="Sakkal Majalla"/>
          <w:color w:val="000000" w:themeColor="text1"/>
          <w:sz w:val="38"/>
          <w:szCs w:val="38"/>
        </w:rPr>
        <w:t xml:space="preserve"> </w:t>
      </w:r>
      <w:r w:rsidRPr="005117ED">
        <w:rPr>
          <w:rFonts w:cs="Sakkal Majalla"/>
          <w:color w:val="000000" w:themeColor="text1"/>
          <w:sz w:val="38"/>
          <w:szCs w:val="38"/>
          <w:rtl/>
        </w:rPr>
        <w:t>مؤسسة</w:t>
      </w:r>
      <w:r w:rsidRPr="005117ED">
        <w:rPr>
          <w:rFonts w:cs="Sakkal Majalla"/>
          <w:color w:val="000000" w:themeColor="text1"/>
          <w:sz w:val="38"/>
          <w:szCs w:val="38"/>
        </w:rPr>
        <w:t xml:space="preserve"> </w:t>
      </w:r>
      <w:r w:rsidRPr="005117ED">
        <w:rPr>
          <w:rFonts w:cs="Sakkal Majalla"/>
          <w:color w:val="000000" w:themeColor="text1"/>
          <w:sz w:val="38"/>
          <w:szCs w:val="38"/>
          <w:rtl/>
        </w:rPr>
        <w:t>عامة</w:t>
      </w:r>
      <w:r w:rsidRPr="005117ED">
        <w:rPr>
          <w:rFonts w:cs="Sakkal Majalla"/>
          <w:color w:val="000000" w:themeColor="text1"/>
          <w:sz w:val="38"/>
          <w:szCs w:val="38"/>
        </w:rPr>
        <w:t xml:space="preserve"> </w:t>
      </w:r>
      <w:r w:rsidRPr="005117ED">
        <w:rPr>
          <w:rFonts w:cs="Sakkal Majalla"/>
          <w:color w:val="000000" w:themeColor="text1"/>
          <w:sz w:val="38"/>
          <w:szCs w:val="38"/>
          <w:rtl/>
        </w:rPr>
        <w:t>ذات</w:t>
      </w:r>
      <w:r w:rsidRPr="005117ED">
        <w:rPr>
          <w:rFonts w:cs="Sakkal Majalla"/>
          <w:color w:val="000000" w:themeColor="text1"/>
          <w:sz w:val="38"/>
          <w:szCs w:val="38"/>
        </w:rPr>
        <w:t xml:space="preserve"> </w:t>
      </w:r>
      <w:r w:rsidRPr="005117ED">
        <w:rPr>
          <w:rFonts w:cs="Sakkal Majalla"/>
          <w:color w:val="000000" w:themeColor="text1"/>
          <w:sz w:val="38"/>
          <w:szCs w:val="38"/>
          <w:rtl/>
        </w:rPr>
        <w:t>طبيعة</w:t>
      </w:r>
      <w:r w:rsidRPr="005117ED">
        <w:rPr>
          <w:rFonts w:cs="Sakkal Majalla"/>
          <w:color w:val="000000" w:themeColor="text1"/>
          <w:sz w:val="38"/>
          <w:szCs w:val="38"/>
        </w:rPr>
        <w:t xml:space="preserve"> </w:t>
      </w:r>
      <w:r w:rsidRPr="005117ED">
        <w:rPr>
          <w:rFonts w:cs="Sakkal Majalla"/>
          <w:color w:val="000000" w:themeColor="text1"/>
          <w:sz w:val="38"/>
          <w:szCs w:val="38"/>
          <w:rtl/>
        </w:rPr>
        <w:t>مختلفة</w:t>
      </w:r>
      <w:r w:rsidRPr="005117ED">
        <w:rPr>
          <w:rFonts w:cs="Sakkal Majalla"/>
          <w:color w:val="000000" w:themeColor="text1"/>
          <w:sz w:val="38"/>
          <w:szCs w:val="38"/>
        </w:rPr>
        <w:t xml:space="preserve"> </w:t>
      </w:r>
      <w:r w:rsidRPr="005117ED">
        <w:rPr>
          <w:rFonts w:cs="Sakkal Majalla"/>
          <w:color w:val="000000" w:themeColor="text1"/>
          <w:sz w:val="38"/>
          <w:szCs w:val="38"/>
          <w:rtl/>
        </w:rPr>
        <w:t>عن</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المنشآت</w:t>
      </w:r>
      <w:r w:rsidRPr="005117ED">
        <w:rPr>
          <w:rFonts w:cs="Sakkal Majalla"/>
          <w:color w:val="000000" w:themeColor="text1"/>
          <w:sz w:val="38"/>
          <w:szCs w:val="38"/>
        </w:rPr>
        <w:t xml:space="preserve"> </w:t>
      </w:r>
      <w:r w:rsidRPr="005117ED">
        <w:rPr>
          <w:rFonts w:cs="Sakkal Majalla"/>
          <w:color w:val="000000" w:themeColor="text1"/>
          <w:sz w:val="38"/>
          <w:szCs w:val="38"/>
          <w:rtl/>
        </w:rPr>
        <w:t>الصغيرة</w:t>
      </w:r>
      <w:r w:rsidRPr="005117ED">
        <w:rPr>
          <w:rFonts w:cs="Sakkal Majalla"/>
          <w:color w:val="000000" w:themeColor="text1"/>
          <w:sz w:val="38"/>
          <w:szCs w:val="38"/>
        </w:rPr>
        <w:t xml:space="preserve"> </w:t>
      </w:r>
      <w:r w:rsidRPr="005117ED">
        <w:rPr>
          <w:rFonts w:cs="Sakkal Majalla"/>
          <w:color w:val="000000" w:themeColor="text1"/>
          <w:sz w:val="38"/>
          <w:szCs w:val="38"/>
          <w:rtl/>
        </w:rPr>
        <w:t>والمتوسطة</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وأظهرت</w:t>
      </w:r>
      <w:r w:rsidRPr="005117ED">
        <w:rPr>
          <w:rFonts w:cs="Sakkal Majalla"/>
          <w:color w:val="000000" w:themeColor="text1"/>
          <w:sz w:val="38"/>
          <w:szCs w:val="38"/>
        </w:rPr>
        <w:t xml:space="preserve"> </w:t>
      </w:r>
      <w:r w:rsidRPr="005117ED">
        <w:rPr>
          <w:rFonts w:cs="Sakkal Majalla"/>
          <w:color w:val="000000" w:themeColor="text1"/>
          <w:sz w:val="38"/>
          <w:szCs w:val="38"/>
          <w:rtl/>
        </w:rPr>
        <w:t>دراسة</w:t>
      </w:r>
      <w:r w:rsidRPr="005117ED">
        <w:rPr>
          <w:rFonts w:cs="Sakkal Majalla"/>
          <w:color w:val="000000" w:themeColor="text1"/>
          <w:sz w:val="38"/>
          <w:szCs w:val="38"/>
        </w:rPr>
        <w:t xml:space="preserve"> </w:t>
      </w:r>
      <w:proofErr w:type="spellStart"/>
      <w:r w:rsidRPr="005117ED">
        <w:rPr>
          <w:rFonts w:cs="Sakkal Majalla"/>
          <w:color w:val="000000" w:themeColor="text1"/>
          <w:sz w:val="38"/>
          <w:szCs w:val="38"/>
          <w:rtl/>
        </w:rPr>
        <w:t>المايل</w:t>
      </w:r>
      <w:proofErr w:type="spellEnd"/>
      <w:r w:rsidRPr="005117ED">
        <w:rPr>
          <w:rFonts w:cs="Sakkal Majalla"/>
          <w:color w:val="000000" w:themeColor="text1"/>
          <w:sz w:val="38"/>
          <w:szCs w:val="38"/>
        </w:rPr>
        <w:t xml:space="preserve"> </w:t>
      </w:r>
      <w:r w:rsidRPr="005117ED">
        <w:rPr>
          <w:rFonts w:cs="Sakkal Majalla"/>
          <w:color w:val="000000" w:themeColor="text1"/>
          <w:sz w:val="38"/>
          <w:szCs w:val="38"/>
          <w:rtl/>
        </w:rPr>
        <w:t>والشريف</w:t>
      </w:r>
      <w:r w:rsidRPr="005117ED">
        <w:rPr>
          <w:rFonts w:cs="Sakkal Majalla"/>
          <w:color w:val="000000" w:themeColor="text1"/>
          <w:sz w:val="38"/>
          <w:szCs w:val="38"/>
        </w:rPr>
        <w:t xml:space="preserve"> (2021)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جامعة</w:t>
      </w:r>
      <w:r w:rsidRPr="005117ED">
        <w:rPr>
          <w:rFonts w:cs="Sakkal Majalla"/>
          <w:color w:val="000000" w:themeColor="text1"/>
          <w:sz w:val="38"/>
          <w:szCs w:val="38"/>
        </w:rPr>
        <w:t xml:space="preserve"> </w:t>
      </w:r>
      <w:r w:rsidRPr="005117ED">
        <w:rPr>
          <w:rFonts w:cs="Sakkal Majalla"/>
          <w:color w:val="000000" w:themeColor="text1"/>
          <w:sz w:val="38"/>
          <w:szCs w:val="38"/>
          <w:rtl/>
        </w:rPr>
        <w:t>المرقب</w:t>
      </w:r>
      <w:r w:rsidRPr="005117ED">
        <w:rPr>
          <w:rFonts w:cs="Sakkal Majalla"/>
          <w:color w:val="000000" w:themeColor="text1"/>
          <w:sz w:val="38"/>
          <w:szCs w:val="38"/>
        </w:rPr>
        <w:t xml:space="preserve"> </w:t>
      </w:r>
      <w:r w:rsidRPr="005117ED">
        <w:rPr>
          <w:rFonts w:cs="Sakkal Majalla"/>
          <w:color w:val="000000" w:themeColor="text1"/>
          <w:sz w:val="38"/>
          <w:szCs w:val="38"/>
          <w:rtl/>
        </w:rPr>
        <w:t>ارتفاع</w:t>
      </w:r>
      <w:r w:rsidRPr="005117ED">
        <w:rPr>
          <w:rFonts w:cs="Sakkal Majalla"/>
          <w:color w:val="000000" w:themeColor="text1"/>
          <w:sz w:val="38"/>
          <w:szCs w:val="38"/>
        </w:rPr>
        <w:t xml:space="preserve"> </w:t>
      </w:r>
      <w:r w:rsidRPr="005117ED">
        <w:rPr>
          <w:rFonts w:cs="Sakkal Majalla"/>
          <w:color w:val="000000" w:themeColor="text1"/>
          <w:sz w:val="38"/>
          <w:szCs w:val="38"/>
          <w:rtl/>
        </w:rPr>
        <w:t>ممارسة</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r w:rsidRPr="005117ED">
        <w:rPr>
          <w:rFonts w:cs="Sakkal Majalla"/>
          <w:color w:val="000000" w:themeColor="text1"/>
          <w:sz w:val="38"/>
          <w:szCs w:val="38"/>
        </w:rPr>
        <w:t xml:space="preserve"> </w:t>
      </w:r>
      <w:r w:rsidRPr="005117ED">
        <w:rPr>
          <w:rFonts w:cs="Sakkal Majalla"/>
          <w:color w:val="000000" w:themeColor="text1"/>
          <w:sz w:val="38"/>
          <w:szCs w:val="38"/>
          <w:rtl/>
        </w:rPr>
        <w:t>والإبداع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التنظيمي،</w:t>
      </w:r>
      <w:r w:rsidRPr="005117ED">
        <w:rPr>
          <w:rFonts w:cs="Sakkal Majalla"/>
          <w:color w:val="000000" w:themeColor="text1"/>
          <w:sz w:val="38"/>
          <w:szCs w:val="38"/>
        </w:rPr>
        <w:t xml:space="preserve"> </w:t>
      </w:r>
      <w:r w:rsidRPr="005117ED">
        <w:rPr>
          <w:rFonts w:cs="Sakkal Majalla"/>
          <w:color w:val="000000" w:themeColor="text1"/>
          <w:sz w:val="38"/>
          <w:szCs w:val="38"/>
          <w:rtl/>
        </w:rPr>
        <w:t>ووجود</w:t>
      </w:r>
      <w:r w:rsidRPr="005117ED">
        <w:rPr>
          <w:rFonts w:cs="Sakkal Majalla"/>
          <w:color w:val="000000" w:themeColor="text1"/>
          <w:sz w:val="38"/>
          <w:szCs w:val="38"/>
        </w:rPr>
        <w:t xml:space="preserve"> </w:t>
      </w:r>
      <w:r w:rsidRPr="005117ED">
        <w:rPr>
          <w:rFonts w:cs="Sakkal Majalla"/>
          <w:color w:val="000000" w:themeColor="text1"/>
          <w:sz w:val="38"/>
          <w:szCs w:val="38"/>
          <w:rtl/>
        </w:rPr>
        <w:t>أثر</w:t>
      </w:r>
      <w:r w:rsidRPr="005117ED">
        <w:rPr>
          <w:rFonts w:cs="Sakkal Majalla"/>
          <w:color w:val="000000" w:themeColor="text1"/>
          <w:sz w:val="38"/>
          <w:szCs w:val="38"/>
        </w:rPr>
        <w:t xml:space="preserve"> </w:t>
      </w:r>
      <w:r w:rsidRPr="005117ED">
        <w:rPr>
          <w:rFonts w:cs="Sakkal Majalla"/>
          <w:color w:val="000000" w:themeColor="text1"/>
          <w:sz w:val="38"/>
          <w:szCs w:val="38"/>
          <w:rtl/>
        </w:rPr>
        <w:t>بينهما</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منظور</w:t>
      </w:r>
      <w:r w:rsidRPr="005117ED">
        <w:rPr>
          <w:rFonts w:cs="Sakkal Majalla"/>
          <w:color w:val="000000" w:themeColor="text1"/>
          <w:sz w:val="38"/>
          <w:szCs w:val="38"/>
        </w:rPr>
        <w:t xml:space="preserve"> </w:t>
      </w:r>
      <w:r w:rsidRPr="005117ED">
        <w:rPr>
          <w:rFonts w:cs="Sakkal Majalla"/>
          <w:color w:val="000000" w:themeColor="text1"/>
          <w:sz w:val="38"/>
          <w:szCs w:val="38"/>
          <w:rtl/>
        </w:rPr>
        <w:t>أعضاء</w:t>
      </w:r>
      <w:r w:rsidRPr="005117ED">
        <w:rPr>
          <w:rFonts w:cs="Sakkal Majalla"/>
          <w:color w:val="000000" w:themeColor="text1"/>
          <w:sz w:val="38"/>
          <w:szCs w:val="38"/>
        </w:rPr>
        <w:t xml:space="preserve"> </w:t>
      </w:r>
      <w:r w:rsidRPr="005117ED">
        <w:rPr>
          <w:rFonts w:cs="Sakkal Majalla"/>
          <w:color w:val="000000" w:themeColor="text1"/>
          <w:sz w:val="38"/>
          <w:szCs w:val="38"/>
          <w:rtl/>
        </w:rPr>
        <w:t>هيئة</w:t>
      </w:r>
      <w:r w:rsidRPr="005117ED">
        <w:rPr>
          <w:rFonts w:cs="Sakkal Majalla"/>
          <w:color w:val="000000" w:themeColor="text1"/>
          <w:sz w:val="38"/>
          <w:szCs w:val="38"/>
        </w:rPr>
        <w:t xml:space="preserve"> </w:t>
      </w:r>
      <w:r w:rsidRPr="005117ED">
        <w:rPr>
          <w:rFonts w:cs="Sakkal Majalla"/>
          <w:color w:val="000000" w:themeColor="text1"/>
          <w:sz w:val="38"/>
          <w:szCs w:val="38"/>
          <w:rtl/>
        </w:rPr>
        <w:t>التدريس</w:t>
      </w:r>
      <w:r w:rsidRPr="005117ED">
        <w:rPr>
          <w:rFonts w:cs="Sakkal Majalla"/>
          <w:color w:val="000000" w:themeColor="text1"/>
          <w:sz w:val="38"/>
          <w:szCs w:val="38"/>
        </w:rPr>
        <w:t xml:space="preserve">. </w:t>
      </w:r>
      <w:r w:rsidRPr="005117ED">
        <w:rPr>
          <w:rFonts w:cs="Sakkal Majalla"/>
          <w:color w:val="000000" w:themeColor="text1"/>
          <w:sz w:val="38"/>
          <w:szCs w:val="38"/>
          <w:rtl/>
        </w:rPr>
        <w:t>وتدعم</w:t>
      </w:r>
      <w:r w:rsidRPr="005117ED">
        <w:rPr>
          <w:rFonts w:cs="Sakkal Majalla"/>
          <w:color w:val="000000" w:themeColor="text1"/>
          <w:sz w:val="38"/>
          <w:szCs w:val="38"/>
        </w:rPr>
        <w:t xml:space="preserve"> </w:t>
      </w:r>
      <w:r w:rsidRPr="005117ED">
        <w:rPr>
          <w:rFonts w:cs="Sakkal Majalla"/>
          <w:color w:val="000000" w:themeColor="text1"/>
          <w:sz w:val="38"/>
          <w:szCs w:val="38"/>
          <w:rtl/>
        </w:rPr>
        <w:t>النتيجة</w:t>
      </w:r>
      <w:r w:rsidRPr="005117ED">
        <w:rPr>
          <w:rFonts w:cs="Sakkal Majalla"/>
          <w:color w:val="000000" w:themeColor="text1"/>
          <w:sz w:val="38"/>
          <w:szCs w:val="38"/>
        </w:rPr>
        <w:t xml:space="preserve"> </w:t>
      </w:r>
      <w:r w:rsidRPr="005117ED">
        <w:rPr>
          <w:rFonts w:cs="Sakkal Majalla"/>
          <w:color w:val="000000" w:themeColor="text1"/>
          <w:sz w:val="38"/>
          <w:szCs w:val="38"/>
          <w:rtl/>
        </w:rPr>
        <w:t>تعميم</w:t>
      </w:r>
      <w:r w:rsidRPr="005117ED">
        <w:rPr>
          <w:rFonts w:cs="Sakkal Majalla"/>
          <w:color w:val="000000" w:themeColor="text1"/>
          <w:sz w:val="38"/>
          <w:szCs w:val="38"/>
        </w:rPr>
        <w:t xml:space="preserve"> </w:t>
      </w:r>
      <w:r w:rsidRPr="005117ED">
        <w:rPr>
          <w:rFonts w:cs="Sakkal Majalla"/>
          <w:color w:val="000000" w:themeColor="text1"/>
          <w:sz w:val="38"/>
          <w:szCs w:val="38"/>
          <w:rtl/>
        </w:rPr>
        <w:lastRenderedPageBreak/>
        <w:t>العلاقة</w:t>
      </w:r>
      <w:r w:rsidRPr="005117ED">
        <w:rPr>
          <w:rFonts w:cs="Sakkal Majalla"/>
          <w:color w:val="000000" w:themeColor="text1"/>
          <w:sz w:val="38"/>
          <w:szCs w:val="38"/>
        </w:rPr>
        <w:t xml:space="preserve"> </w:t>
      </w:r>
      <w:r w:rsidRPr="005117ED">
        <w:rPr>
          <w:rFonts w:cs="Sakkal Majalla"/>
          <w:color w:val="000000" w:themeColor="text1"/>
          <w:sz w:val="38"/>
          <w:szCs w:val="38"/>
          <w:rtl/>
        </w:rPr>
        <w:t>عبر</w:t>
      </w:r>
      <w:r w:rsidRPr="005117ED">
        <w:rPr>
          <w:rFonts w:cs="Sakkal Majalla"/>
          <w:color w:val="000000" w:themeColor="text1"/>
          <w:sz w:val="38"/>
          <w:szCs w:val="38"/>
        </w:rPr>
        <w:t xml:space="preserve"> </w:t>
      </w:r>
      <w:r w:rsidRPr="005117ED">
        <w:rPr>
          <w:rFonts w:cs="Sakkal Majalla"/>
          <w:color w:val="000000" w:themeColor="text1"/>
          <w:sz w:val="38"/>
          <w:szCs w:val="38"/>
          <w:rtl/>
        </w:rPr>
        <w:t>بيئات</w:t>
      </w:r>
      <w:r w:rsidRPr="005117ED">
        <w:rPr>
          <w:rFonts w:cs="Sakkal Majalla"/>
          <w:color w:val="000000" w:themeColor="text1"/>
          <w:sz w:val="38"/>
          <w:szCs w:val="38"/>
        </w:rPr>
        <w:t xml:space="preserve"> </w:t>
      </w:r>
      <w:r w:rsidRPr="005117ED">
        <w:rPr>
          <w:rFonts w:cs="Sakkal Majalla"/>
          <w:color w:val="000000" w:themeColor="text1"/>
          <w:sz w:val="38"/>
          <w:szCs w:val="38"/>
          <w:rtl/>
        </w:rPr>
        <w:t>عربية،</w:t>
      </w:r>
      <w:r w:rsidRPr="005117ED">
        <w:rPr>
          <w:rFonts w:cs="Sakkal Majalla"/>
          <w:color w:val="000000" w:themeColor="text1"/>
          <w:sz w:val="38"/>
          <w:szCs w:val="38"/>
        </w:rPr>
        <w:t xml:space="preserve"> </w:t>
      </w:r>
      <w:r w:rsidRPr="005117ED">
        <w:rPr>
          <w:rFonts w:cs="Sakkal Majalla"/>
          <w:color w:val="000000" w:themeColor="text1"/>
          <w:sz w:val="38"/>
          <w:szCs w:val="38"/>
          <w:rtl/>
        </w:rPr>
        <w:t>كما</w:t>
      </w:r>
      <w:r w:rsidRPr="005117ED">
        <w:rPr>
          <w:rFonts w:cs="Sakkal Majalla"/>
          <w:color w:val="000000" w:themeColor="text1"/>
          <w:sz w:val="38"/>
          <w:szCs w:val="38"/>
        </w:rPr>
        <w:t xml:space="preserve"> </w:t>
      </w:r>
      <w:r w:rsidRPr="005117ED">
        <w:rPr>
          <w:rFonts w:cs="Sakkal Majalla"/>
          <w:color w:val="000000" w:themeColor="text1"/>
          <w:sz w:val="38"/>
          <w:szCs w:val="38"/>
          <w:rtl/>
        </w:rPr>
        <w:t>تلفت</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دور</w:t>
      </w:r>
      <w:r w:rsidRPr="005117ED">
        <w:rPr>
          <w:rFonts w:cs="Sakkal Majalla"/>
          <w:color w:val="000000" w:themeColor="text1"/>
          <w:sz w:val="38"/>
          <w:szCs w:val="38"/>
        </w:rPr>
        <w:t xml:space="preserve"> </w:t>
      </w:r>
      <w:r w:rsidRPr="005117ED">
        <w:rPr>
          <w:rFonts w:cs="Sakkal Majalla"/>
          <w:color w:val="000000" w:themeColor="text1"/>
          <w:sz w:val="38"/>
          <w:szCs w:val="38"/>
          <w:rtl/>
        </w:rPr>
        <w:t>الرؤية</w:t>
      </w:r>
      <w:r w:rsidRPr="005117ED">
        <w:rPr>
          <w:rFonts w:cs="Sakkal Majalla"/>
          <w:color w:val="000000" w:themeColor="text1"/>
          <w:sz w:val="38"/>
          <w:szCs w:val="38"/>
        </w:rPr>
        <w:t xml:space="preserve"> </w:t>
      </w:r>
      <w:r w:rsidRPr="005117ED">
        <w:rPr>
          <w:rFonts w:cs="Sakkal Majalla"/>
          <w:color w:val="000000" w:themeColor="text1"/>
          <w:sz w:val="38"/>
          <w:szCs w:val="38"/>
          <w:rtl/>
        </w:rPr>
        <w:t>والاستثارة</w:t>
      </w:r>
      <w:r w:rsidRPr="005117ED">
        <w:rPr>
          <w:rFonts w:cs="Sakkal Majalla"/>
          <w:color w:val="000000" w:themeColor="text1"/>
          <w:sz w:val="38"/>
          <w:szCs w:val="38"/>
        </w:rPr>
        <w:t xml:space="preserve"> </w:t>
      </w:r>
      <w:r w:rsidRPr="005117ED">
        <w:rPr>
          <w:rFonts w:cs="Sakkal Majalla"/>
          <w:color w:val="000000" w:themeColor="text1"/>
          <w:sz w:val="38"/>
          <w:szCs w:val="38"/>
          <w:rtl/>
        </w:rPr>
        <w:t>الفكرية</w:t>
      </w:r>
      <w:r w:rsidRPr="005117ED">
        <w:rPr>
          <w:rFonts w:cs="Sakkal Majalla"/>
          <w:color w:val="000000" w:themeColor="text1"/>
          <w:sz w:val="38"/>
          <w:szCs w:val="38"/>
        </w:rPr>
        <w:t xml:space="preserve">. </w:t>
      </w:r>
      <w:r w:rsidRPr="005117ED">
        <w:rPr>
          <w:rFonts w:cs="Sakkal Majalla"/>
          <w:color w:val="000000" w:themeColor="text1"/>
          <w:sz w:val="38"/>
          <w:szCs w:val="38"/>
          <w:rtl/>
        </w:rPr>
        <w:t>وتختلف</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الحالية</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حيث</w:t>
      </w:r>
      <w:r w:rsidRPr="005117ED">
        <w:rPr>
          <w:rFonts w:cs="Sakkal Majalla"/>
          <w:color w:val="000000" w:themeColor="text1"/>
          <w:sz w:val="38"/>
          <w:szCs w:val="38"/>
        </w:rPr>
        <w:t xml:space="preserve"> </w:t>
      </w:r>
      <w:r w:rsidRPr="005117ED">
        <w:rPr>
          <w:rFonts w:cs="Sakkal Majalla"/>
          <w:color w:val="000000" w:themeColor="text1"/>
          <w:sz w:val="38"/>
          <w:szCs w:val="38"/>
          <w:rtl/>
        </w:rPr>
        <w:t>القطاع</w:t>
      </w:r>
      <w:r w:rsidRPr="005117ED">
        <w:rPr>
          <w:rFonts w:cs="Sakkal Majalla"/>
          <w:color w:val="000000" w:themeColor="text1"/>
          <w:sz w:val="38"/>
          <w:szCs w:val="38"/>
        </w:rPr>
        <w:t xml:space="preserve"> </w:t>
      </w:r>
      <w:r w:rsidRPr="005117ED">
        <w:rPr>
          <w:rFonts w:cs="Sakkal Majalla"/>
          <w:color w:val="000000" w:themeColor="text1"/>
          <w:sz w:val="38"/>
          <w:szCs w:val="38"/>
          <w:rtl/>
        </w:rPr>
        <w:t>والعينة</w:t>
      </w:r>
      <w:r w:rsidRPr="005117ED">
        <w:rPr>
          <w:rFonts w:cs="Sakkal Majalla"/>
          <w:color w:val="000000" w:themeColor="text1"/>
          <w:sz w:val="38"/>
          <w:szCs w:val="38"/>
        </w:rPr>
        <w:t xml:space="preserve"> </w:t>
      </w:r>
      <w:r w:rsidRPr="005117ED">
        <w:rPr>
          <w:rFonts w:cs="Sakkal Majalla"/>
          <w:color w:val="000000" w:themeColor="text1"/>
          <w:sz w:val="38"/>
          <w:szCs w:val="38"/>
          <w:rtl/>
        </w:rPr>
        <w:t>وإضافة</w:t>
      </w:r>
      <w:r w:rsidRPr="005117ED">
        <w:rPr>
          <w:rFonts w:cs="Sakkal Majalla"/>
          <w:color w:val="000000" w:themeColor="text1"/>
          <w:sz w:val="38"/>
          <w:szCs w:val="38"/>
        </w:rPr>
        <w:t xml:space="preserve"> </w:t>
      </w:r>
      <w:r w:rsidRPr="005117ED">
        <w:rPr>
          <w:rFonts w:cs="Sakkal Majalla"/>
          <w:color w:val="000000" w:themeColor="text1"/>
          <w:sz w:val="38"/>
          <w:szCs w:val="38"/>
          <w:rtl/>
        </w:rPr>
        <w:t>مؤشرات</w:t>
      </w:r>
      <w:r w:rsidRPr="005117ED">
        <w:rPr>
          <w:rFonts w:cs="Sakkal Majalla"/>
          <w:color w:val="000000" w:themeColor="text1"/>
          <w:sz w:val="38"/>
          <w:szCs w:val="38"/>
        </w:rPr>
        <w:t xml:space="preserve"> </w:t>
      </w:r>
      <w:r w:rsidRPr="005117ED">
        <w:rPr>
          <w:rFonts w:cs="Sakkal Majalla"/>
          <w:color w:val="000000" w:themeColor="text1"/>
          <w:sz w:val="38"/>
          <w:szCs w:val="38"/>
          <w:rtl/>
        </w:rPr>
        <w:t>تبني</w:t>
      </w:r>
      <w:r w:rsidRPr="005117ED">
        <w:rPr>
          <w:rFonts w:cs="Sakkal Majalla"/>
          <w:color w:val="000000" w:themeColor="text1"/>
          <w:sz w:val="38"/>
          <w:szCs w:val="38"/>
        </w:rPr>
        <w:t xml:space="preserve"> </w:t>
      </w:r>
      <w:r w:rsidRPr="005117ED">
        <w:rPr>
          <w:rFonts w:cs="Sakkal Majalla"/>
          <w:color w:val="000000" w:themeColor="text1"/>
          <w:sz w:val="38"/>
          <w:szCs w:val="38"/>
          <w:rtl/>
        </w:rPr>
        <w:t>الأفكار</w:t>
      </w:r>
      <w:r w:rsidRPr="005117ED">
        <w:rPr>
          <w:rFonts w:cs="Sakkal Majalla"/>
          <w:color w:val="000000" w:themeColor="text1"/>
          <w:sz w:val="38"/>
          <w:szCs w:val="38"/>
        </w:rPr>
        <w:t xml:space="preserve"> </w:t>
      </w:r>
      <w:r w:rsidRPr="005117ED">
        <w:rPr>
          <w:rFonts w:cs="Sakkal Majalla"/>
          <w:color w:val="000000" w:themeColor="text1"/>
          <w:sz w:val="38"/>
          <w:szCs w:val="38"/>
          <w:rtl/>
        </w:rPr>
        <w:t>وتطبيقها</w:t>
      </w:r>
      <w:r w:rsidRPr="005117ED">
        <w:rPr>
          <w:rFonts w:cs="Sakkal Majalla"/>
          <w:color w:val="000000" w:themeColor="text1"/>
          <w:sz w:val="38"/>
          <w:szCs w:val="38"/>
        </w:rPr>
        <w:t xml:space="preserve"> </w:t>
      </w:r>
      <w:r w:rsidRPr="005117ED">
        <w:rPr>
          <w:rFonts w:cs="Sakkal Majalla"/>
          <w:color w:val="000000" w:themeColor="text1"/>
          <w:sz w:val="38"/>
          <w:szCs w:val="38"/>
          <w:rtl/>
        </w:rPr>
        <w:t>ضمن</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واختبرت</w:t>
      </w:r>
      <w:r w:rsidRPr="005117ED">
        <w:rPr>
          <w:rFonts w:cs="Sakkal Majalla"/>
          <w:color w:val="000000" w:themeColor="text1"/>
          <w:sz w:val="38"/>
          <w:szCs w:val="38"/>
        </w:rPr>
        <w:t xml:space="preserve"> </w:t>
      </w:r>
      <w:r w:rsidRPr="005117ED">
        <w:rPr>
          <w:rFonts w:cs="Sakkal Majalla"/>
          <w:color w:val="000000" w:themeColor="text1"/>
          <w:sz w:val="38"/>
          <w:szCs w:val="38"/>
          <w:rtl/>
        </w:rPr>
        <w:t>دراسة</w:t>
      </w:r>
      <w:r w:rsidRPr="005117ED">
        <w:rPr>
          <w:rFonts w:cs="Sakkal Majalla"/>
          <w:color w:val="000000" w:themeColor="text1"/>
          <w:sz w:val="38"/>
          <w:szCs w:val="38"/>
        </w:rPr>
        <w:t xml:space="preserve"> </w:t>
      </w:r>
      <w:proofErr w:type="spellStart"/>
      <w:r w:rsidRPr="005117ED">
        <w:rPr>
          <w:rFonts w:cs="Sakkal Majalla"/>
          <w:color w:val="000000" w:themeColor="text1"/>
          <w:sz w:val="38"/>
          <w:szCs w:val="38"/>
          <w:rtl/>
        </w:rPr>
        <w:t>الحبيشي</w:t>
      </w:r>
      <w:proofErr w:type="spellEnd"/>
      <w:r w:rsidRPr="005117ED">
        <w:rPr>
          <w:rFonts w:cs="Sakkal Majalla"/>
          <w:color w:val="000000" w:themeColor="text1"/>
          <w:sz w:val="38"/>
          <w:szCs w:val="38"/>
        </w:rPr>
        <w:t xml:space="preserve"> </w:t>
      </w:r>
      <w:r w:rsidRPr="005117ED">
        <w:rPr>
          <w:rFonts w:cs="Sakkal Majalla"/>
          <w:color w:val="000000" w:themeColor="text1"/>
          <w:sz w:val="38"/>
          <w:szCs w:val="38"/>
          <w:rtl/>
        </w:rPr>
        <w:t>وحسان</w:t>
      </w:r>
      <w:r w:rsidRPr="005117ED">
        <w:rPr>
          <w:rFonts w:cs="Sakkal Majalla"/>
          <w:color w:val="000000" w:themeColor="text1"/>
          <w:sz w:val="38"/>
          <w:szCs w:val="38"/>
        </w:rPr>
        <w:t xml:space="preserve"> (2021) </w:t>
      </w:r>
      <w:r w:rsidRPr="005117ED">
        <w:rPr>
          <w:rFonts w:cs="Sakkal Majalla"/>
          <w:color w:val="000000" w:themeColor="text1"/>
          <w:sz w:val="38"/>
          <w:szCs w:val="38"/>
          <w:rtl/>
        </w:rPr>
        <w:t>أثر</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العاملين</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فحص</w:t>
      </w:r>
      <w:r w:rsidRPr="005117ED">
        <w:rPr>
          <w:rFonts w:cs="Sakkal Majalla"/>
          <w:color w:val="000000" w:themeColor="text1"/>
          <w:sz w:val="38"/>
          <w:szCs w:val="38"/>
        </w:rPr>
        <w:t xml:space="preserve"> </w:t>
      </w:r>
      <w:r w:rsidRPr="005117ED">
        <w:rPr>
          <w:rFonts w:cs="Sakkal Majalla"/>
          <w:color w:val="000000" w:themeColor="text1"/>
          <w:sz w:val="38"/>
          <w:szCs w:val="38"/>
          <w:rtl/>
        </w:rPr>
        <w:t>الدور</w:t>
      </w:r>
      <w:r w:rsidRPr="005117ED">
        <w:rPr>
          <w:rFonts w:cs="Sakkal Majalla"/>
          <w:color w:val="000000" w:themeColor="text1"/>
          <w:sz w:val="38"/>
          <w:szCs w:val="38"/>
        </w:rPr>
        <w:t xml:space="preserve"> </w:t>
      </w:r>
      <w:r w:rsidRPr="005117ED">
        <w:rPr>
          <w:rFonts w:cs="Sakkal Majalla"/>
          <w:color w:val="000000" w:themeColor="text1"/>
          <w:sz w:val="38"/>
          <w:szCs w:val="38"/>
          <w:rtl/>
        </w:rPr>
        <w:t>الوسيط</w:t>
      </w:r>
      <w:r w:rsidRPr="005117ED">
        <w:rPr>
          <w:rFonts w:cs="Sakkal Majalla"/>
          <w:color w:val="000000" w:themeColor="text1"/>
          <w:sz w:val="38"/>
          <w:szCs w:val="38"/>
        </w:rPr>
        <w:t xml:space="preserve"> </w:t>
      </w:r>
      <w:r w:rsidRPr="005117ED">
        <w:rPr>
          <w:rFonts w:cs="Sakkal Majalla"/>
          <w:color w:val="000000" w:themeColor="text1"/>
          <w:sz w:val="38"/>
          <w:szCs w:val="38"/>
          <w:rtl/>
        </w:rPr>
        <w:t>للأمان</w:t>
      </w:r>
      <w:r w:rsidRPr="005117ED">
        <w:rPr>
          <w:rFonts w:cs="Sakkal Majalla"/>
          <w:color w:val="000000" w:themeColor="text1"/>
          <w:sz w:val="38"/>
          <w:szCs w:val="38"/>
        </w:rPr>
        <w:t xml:space="preserve"> </w:t>
      </w:r>
      <w:r w:rsidRPr="005117ED">
        <w:rPr>
          <w:rFonts w:cs="Sakkal Majalla"/>
          <w:color w:val="000000" w:themeColor="text1"/>
          <w:sz w:val="38"/>
          <w:szCs w:val="38"/>
          <w:rtl/>
        </w:rPr>
        <w:t>النفسي،</w:t>
      </w:r>
      <w:r w:rsidRPr="005117ED">
        <w:rPr>
          <w:rFonts w:cs="Sakkal Majalla"/>
          <w:color w:val="000000" w:themeColor="text1"/>
          <w:sz w:val="38"/>
          <w:szCs w:val="38"/>
        </w:rPr>
        <w:t xml:space="preserve"> </w:t>
      </w:r>
      <w:r w:rsidRPr="005117ED">
        <w:rPr>
          <w:rFonts w:cs="Sakkal Majalla"/>
          <w:color w:val="000000" w:themeColor="text1"/>
          <w:sz w:val="38"/>
          <w:szCs w:val="38"/>
          <w:rtl/>
        </w:rPr>
        <w:t>وتوصلت</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أثر</w:t>
      </w:r>
      <w:r w:rsidRPr="005117ED">
        <w:rPr>
          <w:rFonts w:cs="Sakkal Majalla"/>
          <w:color w:val="000000" w:themeColor="text1"/>
          <w:sz w:val="38"/>
          <w:szCs w:val="38"/>
        </w:rPr>
        <w:t xml:space="preserve"> </w:t>
      </w:r>
      <w:r w:rsidRPr="005117ED">
        <w:rPr>
          <w:rFonts w:cs="Sakkal Majalla"/>
          <w:color w:val="000000" w:themeColor="text1"/>
          <w:sz w:val="38"/>
          <w:szCs w:val="38"/>
          <w:rtl/>
        </w:rPr>
        <w:t>موجب</w:t>
      </w:r>
      <w:r w:rsidRPr="005117ED">
        <w:rPr>
          <w:rFonts w:cs="Sakkal Majalla"/>
          <w:color w:val="000000" w:themeColor="text1"/>
          <w:sz w:val="38"/>
          <w:szCs w:val="38"/>
        </w:rPr>
        <w:t xml:space="preserve"> </w:t>
      </w:r>
      <w:r w:rsidRPr="005117ED">
        <w:rPr>
          <w:rFonts w:cs="Sakkal Majalla"/>
          <w:color w:val="000000" w:themeColor="text1"/>
          <w:sz w:val="38"/>
          <w:szCs w:val="38"/>
          <w:rtl/>
        </w:rPr>
        <w:t>وإسهام</w:t>
      </w:r>
      <w:r w:rsidRPr="005117ED">
        <w:rPr>
          <w:rFonts w:cs="Sakkal Majalla"/>
          <w:color w:val="000000" w:themeColor="text1"/>
          <w:sz w:val="38"/>
          <w:szCs w:val="38"/>
        </w:rPr>
        <w:t xml:space="preserve"> </w:t>
      </w:r>
      <w:r w:rsidRPr="005117ED">
        <w:rPr>
          <w:rFonts w:cs="Sakkal Majalla"/>
          <w:color w:val="000000" w:themeColor="text1"/>
          <w:sz w:val="38"/>
          <w:szCs w:val="38"/>
          <w:rtl/>
        </w:rPr>
        <w:t>للوسيط</w:t>
      </w:r>
      <w:r w:rsidRPr="005117ED">
        <w:rPr>
          <w:rFonts w:cs="Sakkal Majalla"/>
          <w:color w:val="000000" w:themeColor="text1"/>
          <w:sz w:val="38"/>
          <w:szCs w:val="38"/>
        </w:rPr>
        <w:t xml:space="preserve">. </w:t>
      </w:r>
      <w:r w:rsidRPr="005117ED">
        <w:rPr>
          <w:rFonts w:cs="Sakkal Majalla"/>
          <w:color w:val="000000" w:themeColor="text1"/>
          <w:sz w:val="38"/>
          <w:szCs w:val="38"/>
          <w:rtl/>
        </w:rPr>
        <w:t>وتمثل</w:t>
      </w:r>
      <w:r w:rsidRPr="005117ED">
        <w:rPr>
          <w:rFonts w:cs="Sakkal Majalla"/>
          <w:color w:val="000000" w:themeColor="text1"/>
          <w:sz w:val="38"/>
          <w:szCs w:val="38"/>
        </w:rPr>
        <w:t xml:space="preserve"> </w:t>
      </w:r>
      <w:r w:rsidRPr="005117ED">
        <w:rPr>
          <w:rFonts w:cs="Sakkal Majalla"/>
          <w:color w:val="000000" w:themeColor="text1"/>
          <w:sz w:val="38"/>
          <w:szCs w:val="38"/>
          <w:rtl/>
        </w:rPr>
        <w:t>هذه</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قيمة</w:t>
      </w:r>
      <w:r w:rsidRPr="005117ED">
        <w:rPr>
          <w:rFonts w:cs="Sakkal Majalla"/>
          <w:color w:val="000000" w:themeColor="text1"/>
          <w:sz w:val="38"/>
          <w:szCs w:val="38"/>
        </w:rPr>
        <w:t xml:space="preserve"> </w:t>
      </w:r>
      <w:r w:rsidRPr="005117ED">
        <w:rPr>
          <w:rFonts w:cs="Sakkal Majalla"/>
          <w:color w:val="000000" w:themeColor="text1"/>
          <w:sz w:val="38"/>
          <w:szCs w:val="38"/>
          <w:rtl/>
        </w:rPr>
        <w:t>تفسيرية</w:t>
      </w:r>
      <w:r w:rsidRPr="005117ED">
        <w:rPr>
          <w:rFonts w:cs="Sakkal Majalla"/>
          <w:color w:val="000000" w:themeColor="text1"/>
          <w:sz w:val="38"/>
          <w:szCs w:val="38"/>
        </w:rPr>
        <w:t xml:space="preserve"> </w:t>
      </w:r>
      <w:r w:rsidRPr="005117ED">
        <w:rPr>
          <w:rFonts w:cs="Sakkal Majalla"/>
          <w:color w:val="000000" w:themeColor="text1"/>
          <w:sz w:val="38"/>
          <w:szCs w:val="38"/>
          <w:rtl/>
        </w:rPr>
        <w:t>كبيرة،</w:t>
      </w:r>
      <w:r w:rsidRPr="005117ED">
        <w:rPr>
          <w:rFonts w:cs="Sakkal Majalla"/>
          <w:color w:val="000000" w:themeColor="text1"/>
          <w:sz w:val="38"/>
          <w:szCs w:val="38"/>
        </w:rPr>
        <w:t xml:space="preserve"> </w:t>
      </w:r>
      <w:r w:rsidRPr="005117ED">
        <w:rPr>
          <w:rFonts w:cs="Sakkal Majalla"/>
          <w:color w:val="000000" w:themeColor="text1"/>
          <w:sz w:val="38"/>
          <w:szCs w:val="38"/>
          <w:rtl/>
        </w:rPr>
        <w:t>لأنها</w:t>
      </w:r>
      <w:r w:rsidRPr="005117ED">
        <w:rPr>
          <w:rFonts w:cs="Sakkal Majalla"/>
          <w:color w:val="000000" w:themeColor="text1"/>
          <w:sz w:val="38"/>
          <w:szCs w:val="38"/>
        </w:rPr>
        <w:t xml:space="preserve"> </w:t>
      </w:r>
      <w:r w:rsidRPr="005117ED">
        <w:rPr>
          <w:rFonts w:cs="Sakkal Majalla"/>
          <w:color w:val="000000" w:themeColor="text1"/>
          <w:sz w:val="38"/>
          <w:szCs w:val="38"/>
          <w:rtl/>
        </w:rPr>
        <w:t>توضح</w:t>
      </w:r>
      <w:r w:rsidRPr="005117ED">
        <w:rPr>
          <w:rFonts w:cs="Sakkal Majalla"/>
          <w:color w:val="000000" w:themeColor="text1"/>
          <w:sz w:val="38"/>
          <w:szCs w:val="38"/>
        </w:rPr>
        <w:t xml:space="preserve"> </w:t>
      </w:r>
      <w:r w:rsidRPr="005117ED">
        <w:rPr>
          <w:rFonts w:cs="Sakkal Majalla"/>
          <w:color w:val="000000" w:themeColor="text1"/>
          <w:sz w:val="38"/>
          <w:szCs w:val="38"/>
          <w:rtl/>
        </w:rPr>
        <w:t>لماذا</w:t>
      </w:r>
      <w:r w:rsidRPr="005117ED">
        <w:rPr>
          <w:rFonts w:cs="Sakkal Majalla"/>
          <w:color w:val="000000" w:themeColor="text1"/>
          <w:sz w:val="38"/>
          <w:szCs w:val="38"/>
        </w:rPr>
        <w:t xml:space="preserve"> </w:t>
      </w:r>
      <w:r w:rsidRPr="005117ED">
        <w:rPr>
          <w:rFonts w:cs="Sakkal Majalla"/>
          <w:color w:val="000000" w:themeColor="text1"/>
          <w:sz w:val="38"/>
          <w:szCs w:val="38"/>
          <w:rtl/>
        </w:rPr>
        <w:t>قد</w:t>
      </w:r>
      <w:r w:rsidRPr="005117ED">
        <w:rPr>
          <w:rFonts w:cs="Sakkal Majalla"/>
          <w:color w:val="000000" w:themeColor="text1"/>
          <w:sz w:val="38"/>
          <w:szCs w:val="38"/>
        </w:rPr>
        <w:t xml:space="preserve"> </w:t>
      </w:r>
      <w:r w:rsidRPr="005117ED">
        <w:rPr>
          <w:rFonts w:cs="Sakkal Majalla"/>
          <w:color w:val="000000" w:themeColor="text1"/>
          <w:sz w:val="38"/>
          <w:szCs w:val="38"/>
          <w:rtl/>
        </w:rPr>
        <w:t>تعمل</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مجرد</w:t>
      </w:r>
      <w:r w:rsidRPr="005117ED">
        <w:rPr>
          <w:rFonts w:cs="Sakkal Majalla"/>
          <w:color w:val="000000" w:themeColor="text1"/>
          <w:sz w:val="38"/>
          <w:szCs w:val="38"/>
        </w:rPr>
        <w:t xml:space="preserve"> </w:t>
      </w:r>
      <w:r w:rsidRPr="005117ED">
        <w:rPr>
          <w:rFonts w:cs="Sakkal Majalla"/>
          <w:color w:val="000000" w:themeColor="text1"/>
          <w:sz w:val="38"/>
          <w:szCs w:val="38"/>
          <w:rtl/>
        </w:rPr>
        <w:t>وجود</w:t>
      </w:r>
      <w:r w:rsidRPr="005117ED">
        <w:rPr>
          <w:rFonts w:cs="Sakkal Majalla"/>
          <w:color w:val="000000" w:themeColor="text1"/>
          <w:sz w:val="38"/>
          <w:szCs w:val="38"/>
        </w:rPr>
        <w:t xml:space="preserve"> </w:t>
      </w:r>
      <w:r w:rsidRPr="005117ED">
        <w:rPr>
          <w:rFonts w:cs="Sakkal Majalla"/>
          <w:color w:val="000000" w:themeColor="text1"/>
          <w:sz w:val="38"/>
          <w:szCs w:val="38"/>
          <w:rtl/>
        </w:rPr>
        <w:t>العلاقة</w:t>
      </w:r>
      <w:r w:rsidRPr="005117ED">
        <w:rPr>
          <w:rFonts w:cs="Sakkal Majalla"/>
          <w:color w:val="000000" w:themeColor="text1"/>
          <w:sz w:val="38"/>
          <w:szCs w:val="38"/>
        </w:rPr>
        <w:t xml:space="preserve">. </w:t>
      </w:r>
      <w:r w:rsidRPr="005117ED">
        <w:rPr>
          <w:rFonts w:cs="Sakkal Majalla"/>
          <w:color w:val="000000" w:themeColor="text1"/>
          <w:sz w:val="38"/>
          <w:szCs w:val="38"/>
          <w:rtl/>
        </w:rPr>
        <w:t>وتستثمر</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الحالية</w:t>
      </w:r>
      <w:r w:rsidRPr="005117ED">
        <w:rPr>
          <w:rFonts w:cs="Sakkal Majalla"/>
          <w:color w:val="000000" w:themeColor="text1"/>
          <w:sz w:val="38"/>
          <w:szCs w:val="38"/>
        </w:rPr>
        <w:t xml:space="preserve"> </w:t>
      </w:r>
      <w:r w:rsidRPr="005117ED">
        <w:rPr>
          <w:rFonts w:cs="Sakkal Majalla"/>
          <w:color w:val="000000" w:themeColor="text1"/>
          <w:sz w:val="38"/>
          <w:szCs w:val="38"/>
          <w:rtl/>
        </w:rPr>
        <w:t>هذا</w:t>
      </w:r>
      <w:r w:rsidRPr="005117ED">
        <w:rPr>
          <w:rFonts w:cs="Sakkal Majalla"/>
          <w:color w:val="000000" w:themeColor="text1"/>
          <w:sz w:val="38"/>
          <w:szCs w:val="38"/>
        </w:rPr>
        <w:t xml:space="preserve"> </w:t>
      </w:r>
      <w:r w:rsidRPr="005117ED">
        <w:rPr>
          <w:rFonts w:cs="Sakkal Majalla"/>
          <w:color w:val="000000" w:themeColor="text1"/>
          <w:sz w:val="38"/>
          <w:szCs w:val="38"/>
          <w:rtl/>
        </w:rPr>
        <w:t>الإطار</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المناقشة</w:t>
      </w:r>
      <w:r w:rsidRPr="005117ED">
        <w:rPr>
          <w:rFonts w:cs="Sakkal Majalla"/>
          <w:color w:val="000000" w:themeColor="text1"/>
          <w:sz w:val="38"/>
          <w:szCs w:val="38"/>
        </w:rPr>
        <w:t xml:space="preserve"> </w:t>
      </w:r>
      <w:r w:rsidRPr="005117ED">
        <w:rPr>
          <w:rFonts w:cs="Sakkal Majalla"/>
          <w:color w:val="000000" w:themeColor="text1"/>
          <w:sz w:val="38"/>
          <w:szCs w:val="38"/>
          <w:rtl/>
        </w:rPr>
        <w:t>والتوصيات</w:t>
      </w:r>
      <w:r w:rsidRPr="005117ED">
        <w:rPr>
          <w:rFonts w:cs="Sakkal Majalla"/>
          <w:color w:val="000000" w:themeColor="text1"/>
          <w:sz w:val="38"/>
          <w:szCs w:val="38"/>
        </w:rPr>
        <w:t xml:space="preserve"> </w:t>
      </w:r>
      <w:r w:rsidRPr="005117ED">
        <w:rPr>
          <w:rFonts w:cs="Sakkal Majalla"/>
          <w:color w:val="000000" w:themeColor="text1"/>
          <w:sz w:val="38"/>
          <w:szCs w:val="38"/>
          <w:rtl/>
        </w:rPr>
        <w:t>المتعلقة</w:t>
      </w:r>
      <w:r w:rsidRPr="005117ED">
        <w:rPr>
          <w:rFonts w:cs="Sakkal Majalla"/>
          <w:color w:val="000000" w:themeColor="text1"/>
          <w:sz w:val="38"/>
          <w:szCs w:val="38"/>
        </w:rPr>
        <w:t xml:space="preserve"> </w:t>
      </w:r>
      <w:r w:rsidRPr="005117ED">
        <w:rPr>
          <w:rFonts w:cs="Sakkal Majalla"/>
          <w:color w:val="000000" w:themeColor="text1"/>
          <w:sz w:val="38"/>
          <w:szCs w:val="38"/>
          <w:rtl/>
        </w:rPr>
        <w:t>بالتعامل</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الخطأ</w:t>
      </w:r>
      <w:r w:rsidRPr="005117ED">
        <w:rPr>
          <w:rFonts w:cs="Sakkal Majalla"/>
          <w:color w:val="000000" w:themeColor="text1"/>
          <w:sz w:val="38"/>
          <w:szCs w:val="38"/>
        </w:rPr>
        <w:t xml:space="preserve"> </w:t>
      </w:r>
      <w:r w:rsidRPr="005117ED">
        <w:rPr>
          <w:rFonts w:cs="Sakkal Majalla"/>
          <w:color w:val="000000" w:themeColor="text1"/>
          <w:sz w:val="38"/>
          <w:szCs w:val="38"/>
          <w:rtl/>
        </w:rPr>
        <w:t>واحترام</w:t>
      </w:r>
      <w:r w:rsidRPr="005117ED">
        <w:rPr>
          <w:rFonts w:cs="Sakkal Majalla"/>
          <w:color w:val="000000" w:themeColor="text1"/>
          <w:sz w:val="38"/>
          <w:szCs w:val="38"/>
        </w:rPr>
        <w:t xml:space="preserve"> </w:t>
      </w:r>
      <w:r w:rsidRPr="005117ED">
        <w:rPr>
          <w:rFonts w:cs="Sakkal Majalla"/>
          <w:color w:val="000000" w:themeColor="text1"/>
          <w:sz w:val="38"/>
          <w:szCs w:val="38"/>
          <w:rtl/>
        </w:rPr>
        <w:t>الرأي</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وبحثت</w:t>
      </w:r>
      <w:r w:rsidRPr="005117ED">
        <w:rPr>
          <w:rFonts w:cs="Sakkal Majalla"/>
          <w:color w:val="000000" w:themeColor="text1"/>
          <w:sz w:val="38"/>
          <w:szCs w:val="38"/>
        </w:rPr>
        <w:t xml:space="preserve"> </w:t>
      </w:r>
      <w:r w:rsidRPr="005117ED">
        <w:rPr>
          <w:rFonts w:cs="Sakkal Majalla"/>
          <w:color w:val="000000" w:themeColor="text1"/>
          <w:sz w:val="38"/>
          <w:szCs w:val="38"/>
          <w:rtl/>
        </w:rPr>
        <w:t>آل</w:t>
      </w:r>
      <w:r w:rsidRPr="005117ED">
        <w:rPr>
          <w:rFonts w:cs="Sakkal Majalla"/>
          <w:color w:val="000000" w:themeColor="text1"/>
          <w:sz w:val="38"/>
          <w:szCs w:val="38"/>
        </w:rPr>
        <w:t xml:space="preserve"> </w:t>
      </w:r>
      <w:r w:rsidRPr="005117ED">
        <w:rPr>
          <w:rFonts w:cs="Sakkal Majalla"/>
          <w:color w:val="000000" w:themeColor="text1"/>
          <w:sz w:val="38"/>
          <w:szCs w:val="38"/>
          <w:rtl/>
        </w:rPr>
        <w:t>هذلول</w:t>
      </w:r>
      <w:r w:rsidRPr="005117ED">
        <w:rPr>
          <w:rFonts w:cs="Sakkal Majalla"/>
          <w:color w:val="000000" w:themeColor="text1"/>
          <w:sz w:val="38"/>
          <w:szCs w:val="38"/>
        </w:rPr>
        <w:t xml:space="preserve"> (2023) </w:t>
      </w:r>
      <w:r w:rsidRPr="005117ED">
        <w:rPr>
          <w:rFonts w:cs="Sakkal Majalla"/>
          <w:color w:val="000000" w:themeColor="text1"/>
          <w:sz w:val="38"/>
          <w:szCs w:val="38"/>
          <w:rtl/>
        </w:rPr>
        <w:t>أثر</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المستدام</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شركات</w:t>
      </w:r>
      <w:r w:rsidRPr="005117ED">
        <w:rPr>
          <w:rFonts w:cs="Sakkal Majalla"/>
          <w:color w:val="000000" w:themeColor="text1"/>
          <w:sz w:val="38"/>
          <w:szCs w:val="38"/>
        </w:rPr>
        <w:t xml:space="preserve"> </w:t>
      </w:r>
      <w:r w:rsidRPr="005117ED">
        <w:rPr>
          <w:rFonts w:cs="Sakkal Majalla"/>
          <w:color w:val="000000" w:themeColor="text1"/>
          <w:sz w:val="38"/>
          <w:szCs w:val="38"/>
          <w:rtl/>
        </w:rPr>
        <w:t>الاتصالات</w:t>
      </w:r>
      <w:r w:rsidRPr="005117ED">
        <w:rPr>
          <w:rFonts w:cs="Sakkal Majalla"/>
          <w:color w:val="000000" w:themeColor="text1"/>
          <w:sz w:val="38"/>
          <w:szCs w:val="38"/>
        </w:rPr>
        <w:t xml:space="preserve"> </w:t>
      </w:r>
      <w:r w:rsidRPr="005117ED">
        <w:rPr>
          <w:rFonts w:cs="Sakkal Majalla"/>
          <w:color w:val="000000" w:themeColor="text1"/>
          <w:sz w:val="38"/>
          <w:szCs w:val="38"/>
          <w:rtl/>
        </w:rPr>
        <w:t>السعودية،</w:t>
      </w:r>
      <w:r w:rsidRPr="005117ED">
        <w:rPr>
          <w:rFonts w:cs="Sakkal Majalla"/>
          <w:color w:val="000000" w:themeColor="text1"/>
          <w:sz w:val="38"/>
          <w:szCs w:val="38"/>
        </w:rPr>
        <w:t xml:space="preserve"> </w:t>
      </w:r>
      <w:r w:rsidRPr="005117ED">
        <w:rPr>
          <w:rFonts w:cs="Sakkal Majalla"/>
          <w:color w:val="000000" w:themeColor="text1"/>
          <w:sz w:val="38"/>
          <w:szCs w:val="38"/>
          <w:rtl/>
        </w:rPr>
        <w:t>وأظهرت</w:t>
      </w:r>
      <w:r w:rsidRPr="005117ED">
        <w:rPr>
          <w:rFonts w:cs="Sakkal Majalla"/>
          <w:color w:val="000000" w:themeColor="text1"/>
          <w:sz w:val="38"/>
          <w:szCs w:val="38"/>
        </w:rPr>
        <w:t xml:space="preserve"> </w:t>
      </w:r>
      <w:r w:rsidRPr="005117ED">
        <w:rPr>
          <w:rFonts w:cs="Sakkal Majalla"/>
          <w:color w:val="000000" w:themeColor="text1"/>
          <w:sz w:val="38"/>
          <w:szCs w:val="38"/>
          <w:rtl/>
        </w:rPr>
        <w:t>أثرًا</w:t>
      </w:r>
      <w:r w:rsidRPr="005117ED">
        <w:rPr>
          <w:rFonts w:cs="Sakkal Majalla"/>
          <w:color w:val="000000" w:themeColor="text1"/>
          <w:sz w:val="38"/>
          <w:szCs w:val="38"/>
        </w:rPr>
        <w:t xml:space="preserve"> </w:t>
      </w:r>
      <w:r w:rsidRPr="005117ED">
        <w:rPr>
          <w:rFonts w:cs="Sakkal Majalla"/>
          <w:color w:val="000000" w:themeColor="text1"/>
          <w:sz w:val="38"/>
          <w:szCs w:val="38"/>
          <w:rtl/>
        </w:rPr>
        <w:t>معنويًا</w:t>
      </w:r>
      <w:r w:rsidRPr="005117ED">
        <w:rPr>
          <w:rFonts w:cs="Sakkal Majalla"/>
          <w:color w:val="000000" w:themeColor="text1"/>
          <w:sz w:val="38"/>
          <w:szCs w:val="38"/>
        </w:rPr>
        <w:t xml:space="preserve">. </w:t>
      </w:r>
      <w:r w:rsidRPr="005117ED">
        <w:rPr>
          <w:rFonts w:cs="Sakkal Majalla"/>
          <w:color w:val="000000" w:themeColor="text1"/>
          <w:sz w:val="38"/>
          <w:szCs w:val="38"/>
          <w:rtl/>
        </w:rPr>
        <w:t>ويضيف</w:t>
      </w:r>
      <w:r w:rsidRPr="005117ED">
        <w:rPr>
          <w:rFonts w:cs="Sakkal Majalla"/>
          <w:color w:val="000000" w:themeColor="text1"/>
          <w:sz w:val="38"/>
          <w:szCs w:val="38"/>
        </w:rPr>
        <w:t xml:space="preserve"> </w:t>
      </w:r>
      <w:r w:rsidRPr="005117ED">
        <w:rPr>
          <w:rFonts w:cs="Sakkal Majalla"/>
          <w:color w:val="000000" w:themeColor="text1"/>
          <w:sz w:val="38"/>
          <w:szCs w:val="38"/>
          <w:rtl/>
        </w:rPr>
        <w:t>مفهوم</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المستدام</w:t>
      </w:r>
      <w:r w:rsidRPr="005117ED">
        <w:rPr>
          <w:rFonts w:cs="Sakkal Majalla"/>
          <w:color w:val="000000" w:themeColor="text1"/>
          <w:sz w:val="38"/>
          <w:szCs w:val="38"/>
        </w:rPr>
        <w:t xml:space="preserve"> </w:t>
      </w:r>
      <w:r w:rsidRPr="005117ED">
        <w:rPr>
          <w:rFonts w:cs="Sakkal Majalla"/>
          <w:color w:val="000000" w:themeColor="text1"/>
          <w:sz w:val="38"/>
          <w:szCs w:val="38"/>
          <w:rtl/>
        </w:rPr>
        <w:t>بعدًا</w:t>
      </w:r>
      <w:r w:rsidRPr="005117ED">
        <w:rPr>
          <w:rFonts w:cs="Sakkal Majalla"/>
          <w:color w:val="000000" w:themeColor="text1"/>
          <w:sz w:val="38"/>
          <w:szCs w:val="38"/>
        </w:rPr>
        <w:t xml:space="preserve"> </w:t>
      </w:r>
      <w:r w:rsidRPr="005117ED">
        <w:rPr>
          <w:rFonts w:cs="Sakkal Majalla"/>
          <w:color w:val="000000" w:themeColor="text1"/>
          <w:sz w:val="38"/>
          <w:szCs w:val="38"/>
          <w:rtl/>
        </w:rPr>
        <w:t>يربط</w:t>
      </w:r>
      <w:r w:rsidRPr="005117ED">
        <w:rPr>
          <w:rFonts w:cs="Sakkal Majalla"/>
          <w:color w:val="000000" w:themeColor="text1"/>
          <w:sz w:val="38"/>
          <w:szCs w:val="38"/>
        </w:rPr>
        <w:t xml:space="preserve"> </w:t>
      </w:r>
      <w:r w:rsidRPr="005117ED">
        <w:rPr>
          <w:rFonts w:cs="Sakkal Majalla"/>
          <w:color w:val="000000" w:themeColor="text1"/>
          <w:sz w:val="38"/>
          <w:szCs w:val="38"/>
          <w:rtl/>
        </w:rPr>
        <w:t>الجدة</w:t>
      </w:r>
      <w:r w:rsidRPr="005117ED">
        <w:rPr>
          <w:rFonts w:cs="Sakkal Majalla"/>
          <w:color w:val="000000" w:themeColor="text1"/>
          <w:sz w:val="38"/>
          <w:szCs w:val="38"/>
        </w:rPr>
        <w:t xml:space="preserve"> </w:t>
      </w:r>
      <w:r w:rsidRPr="005117ED">
        <w:rPr>
          <w:rFonts w:cs="Sakkal Majalla"/>
          <w:color w:val="000000" w:themeColor="text1"/>
          <w:sz w:val="38"/>
          <w:szCs w:val="38"/>
          <w:rtl/>
        </w:rPr>
        <w:t>بالاستمرارية</w:t>
      </w:r>
      <w:r w:rsidRPr="005117ED">
        <w:rPr>
          <w:rFonts w:cs="Sakkal Majalla"/>
          <w:color w:val="000000" w:themeColor="text1"/>
          <w:sz w:val="38"/>
          <w:szCs w:val="38"/>
        </w:rPr>
        <w:t xml:space="preserve"> </w:t>
      </w:r>
      <w:r w:rsidRPr="005117ED">
        <w:rPr>
          <w:rFonts w:cs="Sakkal Majalla"/>
          <w:color w:val="000000" w:themeColor="text1"/>
          <w:sz w:val="38"/>
          <w:szCs w:val="38"/>
          <w:rtl/>
        </w:rPr>
        <w:t>والمسؤولية،</w:t>
      </w:r>
      <w:r w:rsidRPr="005117ED">
        <w:rPr>
          <w:rFonts w:cs="Sakkal Majalla"/>
          <w:color w:val="000000" w:themeColor="text1"/>
          <w:sz w:val="38"/>
          <w:szCs w:val="38"/>
        </w:rPr>
        <w:t xml:space="preserve"> </w:t>
      </w:r>
      <w:r w:rsidRPr="005117ED">
        <w:rPr>
          <w:rFonts w:cs="Sakkal Majalla"/>
          <w:color w:val="000000" w:themeColor="text1"/>
          <w:sz w:val="38"/>
          <w:szCs w:val="38"/>
          <w:rtl/>
        </w:rPr>
        <w:t>كما</w:t>
      </w:r>
      <w:r w:rsidRPr="005117ED">
        <w:rPr>
          <w:rFonts w:cs="Sakkal Majalla"/>
          <w:color w:val="000000" w:themeColor="text1"/>
          <w:sz w:val="38"/>
          <w:szCs w:val="38"/>
        </w:rPr>
        <w:t xml:space="preserve"> </w:t>
      </w:r>
      <w:r w:rsidRPr="005117ED">
        <w:rPr>
          <w:rFonts w:cs="Sakkal Majalla"/>
          <w:color w:val="000000" w:themeColor="text1"/>
          <w:sz w:val="38"/>
          <w:szCs w:val="38"/>
          <w:rtl/>
        </w:rPr>
        <w:t>يؤكد</w:t>
      </w:r>
      <w:r w:rsidRPr="005117ED">
        <w:rPr>
          <w:rFonts w:cs="Sakkal Majalla"/>
          <w:color w:val="000000" w:themeColor="text1"/>
          <w:sz w:val="38"/>
          <w:szCs w:val="38"/>
        </w:rPr>
        <w:t xml:space="preserve"> </w:t>
      </w:r>
      <w:r w:rsidRPr="005117ED">
        <w:rPr>
          <w:rFonts w:cs="Sakkal Majalla"/>
          <w:color w:val="000000" w:themeColor="text1"/>
          <w:sz w:val="38"/>
          <w:szCs w:val="38"/>
          <w:rtl/>
        </w:rPr>
        <w:t>أهمية</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قطاع</w:t>
      </w:r>
      <w:r w:rsidRPr="005117ED">
        <w:rPr>
          <w:rFonts w:cs="Sakkal Majalla"/>
          <w:color w:val="000000" w:themeColor="text1"/>
          <w:sz w:val="38"/>
          <w:szCs w:val="38"/>
        </w:rPr>
        <w:t xml:space="preserve"> </w:t>
      </w:r>
      <w:r w:rsidRPr="005117ED">
        <w:rPr>
          <w:rFonts w:cs="Sakkal Majalla"/>
          <w:color w:val="000000" w:themeColor="text1"/>
          <w:sz w:val="38"/>
          <w:szCs w:val="38"/>
          <w:rtl/>
        </w:rPr>
        <w:t>معرفي</w:t>
      </w:r>
      <w:r w:rsidRPr="005117ED">
        <w:rPr>
          <w:rFonts w:cs="Sakkal Majalla"/>
          <w:color w:val="000000" w:themeColor="text1"/>
          <w:sz w:val="38"/>
          <w:szCs w:val="38"/>
        </w:rPr>
        <w:t xml:space="preserve"> </w:t>
      </w:r>
      <w:r w:rsidRPr="005117ED">
        <w:rPr>
          <w:rFonts w:cs="Sakkal Majalla"/>
          <w:color w:val="000000" w:themeColor="text1"/>
          <w:sz w:val="38"/>
          <w:szCs w:val="38"/>
          <w:rtl/>
        </w:rPr>
        <w:t>سريع</w:t>
      </w:r>
      <w:r w:rsidRPr="005117ED">
        <w:rPr>
          <w:rFonts w:cs="Sakkal Majalla"/>
          <w:color w:val="000000" w:themeColor="text1"/>
          <w:sz w:val="38"/>
          <w:szCs w:val="38"/>
        </w:rPr>
        <w:t xml:space="preserve"> </w:t>
      </w:r>
      <w:r w:rsidRPr="005117ED">
        <w:rPr>
          <w:rFonts w:cs="Sakkal Majalla"/>
          <w:color w:val="000000" w:themeColor="text1"/>
          <w:sz w:val="38"/>
          <w:szCs w:val="38"/>
          <w:rtl/>
        </w:rPr>
        <w:t>التغير</w:t>
      </w:r>
      <w:r w:rsidRPr="005117ED">
        <w:rPr>
          <w:rFonts w:cs="Sakkal Majalla"/>
          <w:color w:val="000000" w:themeColor="text1"/>
          <w:sz w:val="38"/>
          <w:szCs w:val="38"/>
        </w:rPr>
        <w:t xml:space="preserve">. </w:t>
      </w:r>
      <w:r w:rsidRPr="005117ED">
        <w:rPr>
          <w:rFonts w:cs="Sakkal Majalla"/>
          <w:color w:val="000000" w:themeColor="text1"/>
          <w:sz w:val="38"/>
          <w:szCs w:val="38"/>
          <w:rtl/>
        </w:rPr>
        <w:t>إلا</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شركات</w:t>
      </w:r>
      <w:r w:rsidRPr="005117ED">
        <w:rPr>
          <w:rFonts w:cs="Sakkal Majalla"/>
          <w:color w:val="000000" w:themeColor="text1"/>
          <w:sz w:val="38"/>
          <w:szCs w:val="38"/>
        </w:rPr>
        <w:t xml:space="preserve"> </w:t>
      </w:r>
      <w:r w:rsidRPr="005117ED">
        <w:rPr>
          <w:rFonts w:cs="Sakkal Majalla"/>
          <w:color w:val="000000" w:themeColor="text1"/>
          <w:sz w:val="38"/>
          <w:szCs w:val="38"/>
          <w:rtl/>
        </w:rPr>
        <w:t>الاتصالات</w:t>
      </w:r>
      <w:r w:rsidRPr="005117ED">
        <w:rPr>
          <w:rFonts w:cs="Sakkal Majalla"/>
          <w:color w:val="000000" w:themeColor="text1"/>
          <w:sz w:val="38"/>
          <w:szCs w:val="38"/>
        </w:rPr>
        <w:t xml:space="preserve"> </w:t>
      </w:r>
      <w:r w:rsidRPr="005117ED">
        <w:rPr>
          <w:rFonts w:cs="Sakkal Majalla"/>
          <w:color w:val="000000" w:themeColor="text1"/>
          <w:sz w:val="38"/>
          <w:szCs w:val="38"/>
          <w:rtl/>
        </w:rPr>
        <w:t>أكبر</w:t>
      </w:r>
      <w:r w:rsidRPr="005117ED">
        <w:rPr>
          <w:rFonts w:cs="Sakkal Majalla"/>
          <w:color w:val="000000" w:themeColor="text1"/>
          <w:sz w:val="38"/>
          <w:szCs w:val="38"/>
        </w:rPr>
        <w:t xml:space="preserve"> </w:t>
      </w:r>
      <w:r w:rsidRPr="005117ED">
        <w:rPr>
          <w:rFonts w:cs="Sakkal Majalla"/>
          <w:color w:val="000000" w:themeColor="text1"/>
          <w:sz w:val="38"/>
          <w:szCs w:val="38"/>
          <w:rtl/>
        </w:rPr>
        <w:t>وأكثر</w:t>
      </w:r>
      <w:r w:rsidRPr="005117ED">
        <w:rPr>
          <w:rFonts w:cs="Sakkal Majalla"/>
          <w:color w:val="000000" w:themeColor="text1"/>
          <w:sz w:val="38"/>
          <w:szCs w:val="38"/>
        </w:rPr>
        <w:t xml:space="preserve"> </w:t>
      </w:r>
      <w:r w:rsidRPr="005117ED">
        <w:rPr>
          <w:rFonts w:cs="Sakkal Majalla"/>
          <w:color w:val="000000" w:themeColor="text1"/>
          <w:sz w:val="38"/>
          <w:szCs w:val="38"/>
          <w:rtl/>
        </w:rPr>
        <w:t>رسمية</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كثير</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المنشآت</w:t>
      </w:r>
      <w:r w:rsidRPr="005117ED">
        <w:rPr>
          <w:rFonts w:cs="Sakkal Majalla"/>
          <w:color w:val="000000" w:themeColor="text1"/>
          <w:sz w:val="38"/>
          <w:szCs w:val="38"/>
        </w:rPr>
        <w:t xml:space="preserve"> </w:t>
      </w:r>
      <w:r w:rsidRPr="005117ED">
        <w:rPr>
          <w:rFonts w:cs="Sakkal Majalla"/>
          <w:color w:val="000000" w:themeColor="text1"/>
          <w:sz w:val="38"/>
          <w:szCs w:val="38"/>
          <w:rtl/>
        </w:rPr>
        <w:t>الصغيرة</w:t>
      </w:r>
      <w:r w:rsidRPr="005117ED">
        <w:rPr>
          <w:rFonts w:cs="Sakkal Majalla"/>
          <w:color w:val="000000" w:themeColor="text1"/>
          <w:sz w:val="38"/>
          <w:szCs w:val="38"/>
        </w:rPr>
        <w:t xml:space="preserve"> </w:t>
      </w:r>
      <w:r w:rsidRPr="005117ED">
        <w:rPr>
          <w:rFonts w:cs="Sakkal Majalla"/>
          <w:color w:val="000000" w:themeColor="text1"/>
          <w:sz w:val="38"/>
          <w:szCs w:val="38"/>
          <w:rtl/>
        </w:rPr>
        <w:t>والمتوسطة</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وتوصلت</w:t>
      </w:r>
      <w:r w:rsidRPr="005117ED">
        <w:rPr>
          <w:rFonts w:cs="Sakkal Majalla"/>
          <w:color w:val="000000" w:themeColor="text1"/>
          <w:sz w:val="38"/>
          <w:szCs w:val="38"/>
        </w:rPr>
        <w:t xml:space="preserve"> </w:t>
      </w:r>
      <w:r w:rsidRPr="005117ED">
        <w:rPr>
          <w:rFonts w:cs="Sakkal Majalla"/>
          <w:color w:val="000000" w:themeColor="text1"/>
          <w:sz w:val="38"/>
          <w:szCs w:val="38"/>
          <w:rtl/>
        </w:rPr>
        <w:t>دراسة</w:t>
      </w:r>
      <w:r w:rsidRPr="005117ED">
        <w:rPr>
          <w:rFonts w:cs="Sakkal Majalla"/>
          <w:color w:val="000000" w:themeColor="text1"/>
          <w:sz w:val="38"/>
          <w:szCs w:val="38"/>
        </w:rPr>
        <w:t xml:space="preserve"> </w:t>
      </w:r>
      <w:r w:rsidRPr="005117ED">
        <w:rPr>
          <w:rFonts w:cs="Sakkal Majalla"/>
          <w:color w:val="000000" w:themeColor="text1"/>
          <w:sz w:val="38"/>
          <w:szCs w:val="38"/>
          <w:rtl/>
        </w:rPr>
        <w:t>بلحاج</w:t>
      </w:r>
      <w:r w:rsidRPr="005117ED">
        <w:rPr>
          <w:rFonts w:cs="Sakkal Majalla"/>
          <w:color w:val="000000" w:themeColor="text1"/>
          <w:sz w:val="38"/>
          <w:szCs w:val="38"/>
        </w:rPr>
        <w:t xml:space="preserve"> (2024)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المراكز</w:t>
      </w:r>
      <w:r w:rsidRPr="005117ED">
        <w:rPr>
          <w:rFonts w:cs="Sakkal Majalla"/>
          <w:color w:val="000000" w:themeColor="text1"/>
          <w:sz w:val="38"/>
          <w:szCs w:val="38"/>
        </w:rPr>
        <w:t xml:space="preserve"> </w:t>
      </w:r>
      <w:r w:rsidRPr="005117ED">
        <w:rPr>
          <w:rFonts w:cs="Sakkal Majalla"/>
          <w:color w:val="000000" w:themeColor="text1"/>
          <w:sz w:val="38"/>
          <w:szCs w:val="38"/>
          <w:rtl/>
        </w:rPr>
        <w:t>الصحية</w:t>
      </w:r>
      <w:r w:rsidRPr="005117ED">
        <w:rPr>
          <w:rFonts w:cs="Sakkal Majalla"/>
          <w:color w:val="000000" w:themeColor="text1"/>
          <w:sz w:val="38"/>
          <w:szCs w:val="38"/>
        </w:rPr>
        <w:t xml:space="preserve"> </w:t>
      </w:r>
      <w:r w:rsidRPr="005117ED">
        <w:rPr>
          <w:rFonts w:cs="Sakkal Majalla"/>
          <w:color w:val="000000" w:themeColor="text1"/>
          <w:sz w:val="38"/>
          <w:szCs w:val="38"/>
          <w:rtl/>
        </w:rPr>
        <w:t>الخاصة</w:t>
      </w:r>
      <w:r w:rsidRPr="005117ED">
        <w:rPr>
          <w:rFonts w:cs="Sakkal Majalla"/>
          <w:color w:val="000000" w:themeColor="text1"/>
          <w:sz w:val="38"/>
          <w:szCs w:val="38"/>
        </w:rPr>
        <w:t xml:space="preserve"> </w:t>
      </w:r>
      <w:r w:rsidRPr="005117ED">
        <w:rPr>
          <w:rFonts w:cs="Sakkal Majalla"/>
          <w:color w:val="000000" w:themeColor="text1"/>
          <w:sz w:val="38"/>
          <w:szCs w:val="38"/>
          <w:rtl/>
        </w:rPr>
        <w:t>بمدينة</w:t>
      </w:r>
      <w:r w:rsidRPr="005117ED">
        <w:rPr>
          <w:rFonts w:cs="Sakkal Majalla"/>
          <w:color w:val="000000" w:themeColor="text1"/>
          <w:sz w:val="38"/>
          <w:szCs w:val="38"/>
        </w:rPr>
        <w:t xml:space="preserve"> </w:t>
      </w:r>
      <w:r w:rsidRPr="005117ED">
        <w:rPr>
          <w:rFonts w:cs="Sakkal Majalla"/>
          <w:color w:val="000000" w:themeColor="text1"/>
          <w:sz w:val="38"/>
          <w:szCs w:val="38"/>
          <w:rtl/>
        </w:rPr>
        <w:t>الزاوية</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أثر</w:t>
      </w:r>
      <w:r w:rsidRPr="005117ED">
        <w:rPr>
          <w:rFonts w:cs="Sakkal Majalla"/>
          <w:color w:val="000000" w:themeColor="text1"/>
          <w:sz w:val="38"/>
          <w:szCs w:val="38"/>
        </w:rPr>
        <w:t xml:space="preserve"> </w:t>
      </w:r>
      <w:r w:rsidRPr="005117ED">
        <w:rPr>
          <w:rFonts w:cs="Sakkal Majalla"/>
          <w:color w:val="000000" w:themeColor="text1"/>
          <w:sz w:val="38"/>
          <w:szCs w:val="38"/>
          <w:rtl/>
        </w:rPr>
        <w:t>للقيادة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التنظيمي</w:t>
      </w:r>
      <w:r w:rsidRPr="005117ED">
        <w:rPr>
          <w:rFonts w:cs="Sakkal Majalla"/>
          <w:color w:val="000000" w:themeColor="text1"/>
          <w:sz w:val="38"/>
          <w:szCs w:val="38"/>
        </w:rPr>
        <w:t xml:space="preserve">. </w:t>
      </w:r>
      <w:r w:rsidRPr="005117ED">
        <w:rPr>
          <w:rFonts w:cs="Sakkal Majalla"/>
          <w:color w:val="000000" w:themeColor="text1"/>
          <w:sz w:val="38"/>
          <w:szCs w:val="38"/>
          <w:rtl/>
        </w:rPr>
        <w:t>وتفيد</w:t>
      </w:r>
      <w:r w:rsidRPr="005117ED">
        <w:rPr>
          <w:rFonts w:cs="Sakkal Majalla"/>
          <w:color w:val="000000" w:themeColor="text1"/>
          <w:sz w:val="38"/>
          <w:szCs w:val="38"/>
        </w:rPr>
        <w:t xml:space="preserve"> </w:t>
      </w:r>
      <w:r w:rsidRPr="005117ED">
        <w:rPr>
          <w:rFonts w:cs="Sakkal Majalla"/>
          <w:color w:val="000000" w:themeColor="text1"/>
          <w:sz w:val="38"/>
          <w:szCs w:val="38"/>
          <w:rtl/>
        </w:rPr>
        <w:t>هذه</w:t>
      </w:r>
      <w:r w:rsidRPr="005117ED">
        <w:rPr>
          <w:rFonts w:cs="Sakkal Majalla"/>
          <w:color w:val="000000" w:themeColor="text1"/>
          <w:sz w:val="38"/>
          <w:szCs w:val="38"/>
        </w:rPr>
        <w:t xml:space="preserve"> </w:t>
      </w:r>
      <w:r w:rsidRPr="005117ED">
        <w:rPr>
          <w:rFonts w:cs="Sakkal Majalla"/>
          <w:color w:val="000000" w:themeColor="text1"/>
          <w:sz w:val="38"/>
          <w:szCs w:val="38"/>
          <w:rtl/>
        </w:rPr>
        <w:t>النتيجة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إظهار</w:t>
      </w:r>
      <w:r w:rsidRPr="005117ED">
        <w:rPr>
          <w:rFonts w:cs="Sakkal Majalla"/>
          <w:color w:val="000000" w:themeColor="text1"/>
          <w:sz w:val="38"/>
          <w:szCs w:val="38"/>
        </w:rPr>
        <w:t xml:space="preserve"> </w:t>
      </w:r>
      <w:r w:rsidRPr="005117ED">
        <w:rPr>
          <w:rFonts w:cs="Sakkal Majalla"/>
          <w:color w:val="000000" w:themeColor="text1"/>
          <w:sz w:val="38"/>
          <w:szCs w:val="38"/>
          <w:rtl/>
        </w:rPr>
        <w:t>حضور</w:t>
      </w:r>
      <w:r w:rsidRPr="005117ED">
        <w:rPr>
          <w:rFonts w:cs="Sakkal Majalla"/>
          <w:color w:val="000000" w:themeColor="text1"/>
          <w:sz w:val="38"/>
          <w:szCs w:val="38"/>
        </w:rPr>
        <w:t xml:space="preserve"> </w:t>
      </w:r>
      <w:r w:rsidRPr="005117ED">
        <w:rPr>
          <w:rFonts w:cs="Sakkal Majalla"/>
          <w:color w:val="000000" w:themeColor="text1"/>
          <w:sz w:val="38"/>
          <w:szCs w:val="38"/>
          <w:rtl/>
        </w:rPr>
        <w:t>العلاقة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مؤسسات</w:t>
      </w:r>
      <w:r w:rsidRPr="005117ED">
        <w:rPr>
          <w:rFonts w:cs="Sakkal Majalla"/>
          <w:color w:val="000000" w:themeColor="text1"/>
          <w:sz w:val="38"/>
          <w:szCs w:val="38"/>
        </w:rPr>
        <w:t xml:space="preserve"> </w:t>
      </w:r>
      <w:r w:rsidRPr="005117ED">
        <w:rPr>
          <w:rFonts w:cs="Sakkal Majalla"/>
          <w:color w:val="000000" w:themeColor="text1"/>
          <w:sz w:val="38"/>
          <w:szCs w:val="38"/>
          <w:rtl/>
        </w:rPr>
        <w:t>خدمية</w:t>
      </w:r>
      <w:r w:rsidRPr="005117ED">
        <w:rPr>
          <w:rFonts w:cs="Sakkal Majalla"/>
          <w:color w:val="000000" w:themeColor="text1"/>
          <w:sz w:val="38"/>
          <w:szCs w:val="38"/>
        </w:rPr>
        <w:t xml:space="preserve"> </w:t>
      </w:r>
      <w:r w:rsidRPr="005117ED">
        <w:rPr>
          <w:rFonts w:cs="Sakkal Majalla"/>
          <w:color w:val="000000" w:themeColor="text1"/>
          <w:sz w:val="38"/>
          <w:szCs w:val="38"/>
          <w:rtl/>
        </w:rPr>
        <w:t>خاصة،</w:t>
      </w:r>
      <w:r w:rsidRPr="005117ED">
        <w:rPr>
          <w:rFonts w:cs="Sakkal Majalla"/>
          <w:color w:val="000000" w:themeColor="text1"/>
          <w:sz w:val="38"/>
          <w:szCs w:val="38"/>
        </w:rPr>
        <w:t xml:space="preserve"> </w:t>
      </w:r>
      <w:r w:rsidRPr="005117ED">
        <w:rPr>
          <w:rFonts w:cs="Sakkal Majalla"/>
          <w:color w:val="000000" w:themeColor="text1"/>
          <w:sz w:val="38"/>
          <w:szCs w:val="38"/>
          <w:rtl/>
        </w:rPr>
        <w:t>لكنها</w:t>
      </w:r>
      <w:r w:rsidRPr="005117ED">
        <w:rPr>
          <w:rFonts w:cs="Sakkal Majalla"/>
          <w:color w:val="000000" w:themeColor="text1"/>
          <w:sz w:val="38"/>
          <w:szCs w:val="38"/>
        </w:rPr>
        <w:t xml:space="preserve"> </w:t>
      </w:r>
      <w:r w:rsidRPr="005117ED">
        <w:rPr>
          <w:rFonts w:cs="Sakkal Majalla"/>
          <w:color w:val="000000" w:themeColor="text1"/>
          <w:sz w:val="38"/>
          <w:szCs w:val="38"/>
          <w:rtl/>
        </w:rPr>
        <w:t>تظل</w:t>
      </w:r>
      <w:r w:rsidRPr="005117ED">
        <w:rPr>
          <w:rFonts w:cs="Sakkal Majalla"/>
          <w:color w:val="000000" w:themeColor="text1"/>
          <w:sz w:val="38"/>
          <w:szCs w:val="38"/>
        </w:rPr>
        <w:t xml:space="preserve"> </w:t>
      </w:r>
      <w:r w:rsidRPr="005117ED">
        <w:rPr>
          <w:rFonts w:cs="Sakkal Majalla"/>
          <w:color w:val="000000" w:themeColor="text1"/>
          <w:sz w:val="38"/>
          <w:szCs w:val="38"/>
          <w:rtl/>
        </w:rPr>
        <w:t>محكومة</w:t>
      </w:r>
      <w:r w:rsidRPr="005117ED">
        <w:rPr>
          <w:rFonts w:cs="Sakkal Majalla"/>
          <w:color w:val="000000" w:themeColor="text1"/>
          <w:sz w:val="38"/>
          <w:szCs w:val="38"/>
        </w:rPr>
        <w:t xml:space="preserve"> </w:t>
      </w:r>
      <w:r w:rsidRPr="005117ED">
        <w:rPr>
          <w:rFonts w:cs="Sakkal Majalla"/>
          <w:color w:val="000000" w:themeColor="text1"/>
          <w:sz w:val="38"/>
          <w:szCs w:val="38"/>
          <w:rtl/>
        </w:rPr>
        <w:t>بسياق</w:t>
      </w:r>
      <w:r w:rsidRPr="005117ED">
        <w:rPr>
          <w:rFonts w:cs="Sakkal Majalla"/>
          <w:color w:val="000000" w:themeColor="text1"/>
          <w:sz w:val="38"/>
          <w:szCs w:val="38"/>
        </w:rPr>
        <w:t xml:space="preserve"> </w:t>
      </w:r>
      <w:r w:rsidRPr="005117ED">
        <w:rPr>
          <w:rFonts w:cs="Sakkal Majalla"/>
          <w:color w:val="000000" w:themeColor="text1"/>
          <w:sz w:val="38"/>
          <w:szCs w:val="38"/>
          <w:rtl/>
        </w:rPr>
        <w:t>قطاعي</w:t>
      </w:r>
      <w:r w:rsidRPr="005117ED">
        <w:rPr>
          <w:rFonts w:cs="Sakkal Majalla"/>
          <w:color w:val="000000" w:themeColor="text1"/>
          <w:sz w:val="38"/>
          <w:szCs w:val="38"/>
        </w:rPr>
        <w:t xml:space="preserve"> </w:t>
      </w:r>
      <w:r w:rsidRPr="005117ED">
        <w:rPr>
          <w:rFonts w:cs="Sakkal Majalla"/>
          <w:color w:val="000000" w:themeColor="text1"/>
          <w:sz w:val="38"/>
          <w:szCs w:val="38"/>
          <w:rtl/>
        </w:rPr>
        <w:t>وجغرافي</w:t>
      </w:r>
      <w:r w:rsidRPr="005117ED">
        <w:rPr>
          <w:rFonts w:cs="Sakkal Majalla"/>
          <w:color w:val="000000" w:themeColor="text1"/>
          <w:sz w:val="38"/>
          <w:szCs w:val="38"/>
        </w:rPr>
        <w:t xml:space="preserve"> </w:t>
      </w:r>
      <w:r w:rsidRPr="005117ED">
        <w:rPr>
          <w:rFonts w:cs="Sakkal Majalla"/>
          <w:color w:val="000000" w:themeColor="text1"/>
          <w:sz w:val="38"/>
          <w:szCs w:val="38"/>
          <w:rtl/>
        </w:rPr>
        <w:t>مختلف</w:t>
      </w:r>
      <w:r w:rsidRPr="005117ED">
        <w:rPr>
          <w:rFonts w:cs="Sakkal Majalla"/>
          <w:color w:val="000000" w:themeColor="text1"/>
          <w:sz w:val="38"/>
          <w:szCs w:val="38"/>
        </w:rPr>
        <w:t xml:space="preserve">. </w:t>
      </w:r>
      <w:r w:rsidRPr="005117ED">
        <w:rPr>
          <w:rFonts w:cs="Sakkal Majalla"/>
          <w:color w:val="000000" w:themeColor="text1"/>
          <w:sz w:val="38"/>
          <w:szCs w:val="38"/>
          <w:rtl/>
        </w:rPr>
        <w:t>أما</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الحالية</w:t>
      </w:r>
      <w:r w:rsidRPr="005117ED">
        <w:rPr>
          <w:rFonts w:cs="Sakkal Majalla"/>
          <w:color w:val="000000" w:themeColor="text1"/>
          <w:sz w:val="38"/>
          <w:szCs w:val="38"/>
        </w:rPr>
        <w:t xml:space="preserve"> </w:t>
      </w:r>
      <w:r w:rsidRPr="005117ED">
        <w:rPr>
          <w:rFonts w:cs="Sakkal Majalla"/>
          <w:color w:val="000000" w:themeColor="text1"/>
          <w:sz w:val="38"/>
          <w:szCs w:val="38"/>
          <w:rtl/>
        </w:rPr>
        <w:t>فتوسع</w:t>
      </w:r>
      <w:r w:rsidRPr="005117ED">
        <w:rPr>
          <w:rFonts w:cs="Sakkal Majalla"/>
          <w:color w:val="000000" w:themeColor="text1"/>
          <w:sz w:val="38"/>
          <w:szCs w:val="38"/>
        </w:rPr>
        <w:t xml:space="preserve"> </w:t>
      </w:r>
      <w:r w:rsidRPr="005117ED">
        <w:rPr>
          <w:rFonts w:cs="Sakkal Majalla"/>
          <w:color w:val="000000" w:themeColor="text1"/>
          <w:sz w:val="38"/>
          <w:szCs w:val="38"/>
          <w:rtl/>
        </w:rPr>
        <w:t>التطبيق</w:t>
      </w:r>
      <w:r w:rsidRPr="005117ED">
        <w:rPr>
          <w:rFonts w:cs="Sakkal Majalla"/>
          <w:color w:val="000000" w:themeColor="text1"/>
          <w:sz w:val="38"/>
          <w:szCs w:val="38"/>
        </w:rPr>
        <w:t xml:space="preserve"> </w:t>
      </w:r>
      <w:r w:rsidRPr="005117ED">
        <w:rPr>
          <w:rFonts w:cs="Sakkal Majalla"/>
          <w:color w:val="000000" w:themeColor="text1"/>
          <w:sz w:val="38"/>
          <w:szCs w:val="38"/>
          <w:rtl/>
        </w:rPr>
        <w:t>ليشمل</w:t>
      </w:r>
      <w:r w:rsidRPr="005117ED">
        <w:rPr>
          <w:rFonts w:cs="Sakkal Majalla"/>
          <w:color w:val="000000" w:themeColor="text1"/>
          <w:sz w:val="38"/>
          <w:szCs w:val="38"/>
        </w:rPr>
        <w:t xml:space="preserve"> </w:t>
      </w:r>
      <w:r w:rsidRPr="005117ED">
        <w:rPr>
          <w:rFonts w:cs="Sakkal Majalla"/>
          <w:color w:val="000000" w:themeColor="text1"/>
          <w:sz w:val="38"/>
          <w:szCs w:val="38"/>
          <w:rtl/>
        </w:rPr>
        <w:t>قطاعات</w:t>
      </w:r>
      <w:r w:rsidRPr="005117ED">
        <w:rPr>
          <w:rFonts w:cs="Sakkal Majalla"/>
          <w:color w:val="000000" w:themeColor="text1"/>
          <w:sz w:val="38"/>
          <w:szCs w:val="38"/>
        </w:rPr>
        <w:t xml:space="preserve"> </w:t>
      </w:r>
      <w:r w:rsidRPr="005117ED">
        <w:rPr>
          <w:rFonts w:cs="Sakkal Majalla"/>
          <w:color w:val="000000" w:themeColor="text1"/>
          <w:sz w:val="38"/>
          <w:szCs w:val="38"/>
          <w:rtl/>
        </w:rPr>
        <w:t>سعودية</w:t>
      </w:r>
      <w:r w:rsidRPr="005117ED">
        <w:rPr>
          <w:rFonts w:cs="Sakkal Majalla"/>
          <w:color w:val="000000" w:themeColor="text1"/>
          <w:sz w:val="38"/>
          <w:szCs w:val="38"/>
        </w:rPr>
        <w:t xml:space="preserve"> </w:t>
      </w:r>
      <w:r w:rsidRPr="005117ED">
        <w:rPr>
          <w:rFonts w:cs="Sakkal Majalla"/>
          <w:color w:val="000000" w:themeColor="text1"/>
          <w:sz w:val="38"/>
          <w:szCs w:val="38"/>
          <w:rtl/>
        </w:rPr>
        <w:t>متعددة</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متغيرات</w:t>
      </w:r>
      <w:r w:rsidRPr="005117ED">
        <w:rPr>
          <w:rFonts w:cs="Sakkal Majalla"/>
          <w:color w:val="000000" w:themeColor="text1"/>
          <w:sz w:val="38"/>
          <w:szCs w:val="38"/>
        </w:rPr>
        <w:t xml:space="preserve"> </w:t>
      </w:r>
      <w:r w:rsidRPr="005117ED">
        <w:rPr>
          <w:rFonts w:cs="Sakkal Majalla"/>
          <w:color w:val="000000" w:themeColor="text1"/>
          <w:sz w:val="38"/>
          <w:szCs w:val="38"/>
          <w:rtl/>
        </w:rPr>
        <w:t>تنظيمية</w:t>
      </w:r>
      <w:r w:rsidRPr="005117ED">
        <w:rPr>
          <w:rFonts w:cs="Sakkal Majalla"/>
          <w:color w:val="000000" w:themeColor="text1"/>
          <w:sz w:val="38"/>
          <w:szCs w:val="38"/>
        </w:rPr>
        <w:t xml:space="preserve"> </w:t>
      </w:r>
      <w:r w:rsidRPr="005117ED">
        <w:rPr>
          <w:rFonts w:cs="Sakkal Majalla"/>
          <w:color w:val="000000" w:themeColor="text1"/>
          <w:sz w:val="38"/>
          <w:szCs w:val="38"/>
          <w:rtl/>
        </w:rPr>
        <w:t>ضابطة</w:t>
      </w:r>
      <w:r w:rsidRPr="005117ED">
        <w:rPr>
          <w:rFonts w:cs="Sakkal Majalla"/>
          <w:color w:val="000000" w:themeColor="text1"/>
          <w:sz w:val="38"/>
          <w:szCs w:val="38"/>
        </w:rPr>
        <w:t>.</w:t>
      </w:r>
    </w:p>
    <w:p w:rsidR="00FD5E07" w:rsidRDefault="00FD5E07" w:rsidP="00FD5E07">
      <w:pPr>
        <w:spacing w:before="0"/>
        <w:ind w:firstLine="425"/>
        <w:jc w:val="both"/>
        <w:rPr>
          <w:rFonts w:cs="Sakkal Majalla"/>
          <w:color w:val="000000" w:themeColor="text1"/>
          <w:sz w:val="38"/>
          <w:szCs w:val="38"/>
          <w:rtl/>
        </w:rPr>
      </w:pPr>
      <w:r w:rsidRPr="005117ED">
        <w:rPr>
          <w:rFonts w:cs="Sakkal Majalla"/>
          <w:color w:val="000000" w:themeColor="text1"/>
          <w:sz w:val="38"/>
          <w:szCs w:val="38"/>
          <w:rtl/>
        </w:rPr>
        <w:t>أما</w:t>
      </w:r>
      <w:r w:rsidRPr="005117ED">
        <w:rPr>
          <w:rFonts w:cs="Sakkal Majalla"/>
          <w:color w:val="000000" w:themeColor="text1"/>
          <w:sz w:val="38"/>
          <w:szCs w:val="38"/>
        </w:rPr>
        <w:t xml:space="preserve"> </w:t>
      </w:r>
      <w:r w:rsidRPr="005117ED">
        <w:rPr>
          <w:rFonts w:cs="Sakkal Majalla"/>
          <w:color w:val="000000" w:themeColor="text1"/>
          <w:sz w:val="38"/>
          <w:szCs w:val="38"/>
          <w:rtl/>
        </w:rPr>
        <w:t>دراسة</w:t>
      </w:r>
      <w:r w:rsidRPr="005117ED">
        <w:rPr>
          <w:rFonts w:cs="Sakkal Majalla"/>
          <w:color w:val="000000" w:themeColor="text1"/>
          <w:sz w:val="38"/>
          <w:szCs w:val="38"/>
        </w:rPr>
        <w:t xml:space="preserve"> </w:t>
      </w:r>
      <w:proofErr w:type="spellStart"/>
      <w:r w:rsidRPr="005117ED">
        <w:rPr>
          <w:rFonts w:cs="Sakkal Majalla"/>
          <w:color w:val="000000" w:themeColor="text1"/>
          <w:sz w:val="38"/>
          <w:szCs w:val="38"/>
          <w:rtl/>
        </w:rPr>
        <w:t>البيحاني</w:t>
      </w:r>
      <w:proofErr w:type="spellEnd"/>
      <w:r w:rsidRPr="005117ED">
        <w:rPr>
          <w:rFonts w:cs="Sakkal Majalla"/>
          <w:color w:val="000000" w:themeColor="text1"/>
          <w:sz w:val="38"/>
          <w:szCs w:val="38"/>
        </w:rPr>
        <w:t xml:space="preserve"> </w:t>
      </w:r>
      <w:r w:rsidRPr="005117ED">
        <w:rPr>
          <w:rFonts w:cs="Sakkal Majalla"/>
          <w:color w:val="000000" w:themeColor="text1"/>
          <w:sz w:val="38"/>
          <w:szCs w:val="38"/>
          <w:rtl/>
        </w:rPr>
        <w:t>وبالخير</w:t>
      </w:r>
      <w:r w:rsidRPr="005117ED">
        <w:rPr>
          <w:rFonts w:cs="Sakkal Majalla"/>
          <w:color w:val="000000" w:themeColor="text1"/>
          <w:sz w:val="38"/>
          <w:szCs w:val="38"/>
        </w:rPr>
        <w:t xml:space="preserve"> (2025) </w:t>
      </w:r>
      <w:r w:rsidRPr="005117ED">
        <w:rPr>
          <w:rFonts w:cs="Sakkal Majalla"/>
          <w:color w:val="000000" w:themeColor="text1"/>
          <w:sz w:val="38"/>
          <w:szCs w:val="38"/>
          <w:rtl/>
        </w:rPr>
        <w:t>فقد</w:t>
      </w:r>
      <w:r w:rsidRPr="005117ED">
        <w:rPr>
          <w:rFonts w:cs="Sakkal Majalla"/>
          <w:color w:val="000000" w:themeColor="text1"/>
          <w:sz w:val="38"/>
          <w:szCs w:val="38"/>
        </w:rPr>
        <w:t xml:space="preserve"> </w:t>
      </w:r>
      <w:r w:rsidRPr="005117ED">
        <w:rPr>
          <w:rFonts w:cs="Sakkal Majalla"/>
          <w:color w:val="000000" w:themeColor="text1"/>
          <w:sz w:val="38"/>
          <w:szCs w:val="38"/>
          <w:rtl/>
        </w:rPr>
        <w:t>تناولت</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r w:rsidRPr="005117ED">
        <w:rPr>
          <w:rFonts w:cs="Sakkal Majalla"/>
          <w:color w:val="000000" w:themeColor="text1"/>
          <w:sz w:val="38"/>
          <w:szCs w:val="38"/>
        </w:rPr>
        <w:t xml:space="preserve"> </w:t>
      </w:r>
      <w:r w:rsidRPr="005117ED">
        <w:rPr>
          <w:rFonts w:cs="Sakkal Majalla"/>
          <w:color w:val="000000" w:themeColor="text1"/>
          <w:sz w:val="38"/>
          <w:szCs w:val="38"/>
          <w:rtl/>
        </w:rPr>
        <w:t>وأثرها</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أداء</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المنشآت</w:t>
      </w:r>
      <w:r w:rsidRPr="005117ED">
        <w:rPr>
          <w:rFonts w:cs="Sakkal Majalla"/>
          <w:color w:val="000000" w:themeColor="text1"/>
          <w:sz w:val="38"/>
          <w:szCs w:val="38"/>
        </w:rPr>
        <w:t xml:space="preserve"> </w:t>
      </w:r>
      <w:r w:rsidRPr="005117ED">
        <w:rPr>
          <w:rFonts w:cs="Sakkal Majalla"/>
          <w:color w:val="000000" w:themeColor="text1"/>
          <w:sz w:val="38"/>
          <w:szCs w:val="38"/>
          <w:rtl/>
        </w:rPr>
        <w:t>الصغيرة</w:t>
      </w:r>
      <w:r w:rsidRPr="005117ED">
        <w:rPr>
          <w:rFonts w:cs="Sakkal Majalla"/>
          <w:color w:val="000000" w:themeColor="text1"/>
          <w:sz w:val="38"/>
          <w:szCs w:val="38"/>
        </w:rPr>
        <w:t xml:space="preserve"> </w:t>
      </w:r>
      <w:r w:rsidRPr="005117ED">
        <w:rPr>
          <w:rFonts w:cs="Sakkal Majalla"/>
          <w:color w:val="000000" w:themeColor="text1"/>
          <w:sz w:val="38"/>
          <w:szCs w:val="38"/>
          <w:rtl/>
        </w:rPr>
        <w:t>والمتوسطة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المملكة</w:t>
      </w:r>
      <w:r w:rsidRPr="005117ED">
        <w:rPr>
          <w:rFonts w:cs="Sakkal Majalla"/>
          <w:color w:val="000000" w:themeColor="text1"/>
          <w:sz w:val="38"/>
          <w:szCs w:val="38"/>
        </w:rPr>
        <w:t xml:space="preserve"> </w:t>
      </w:r>
      <w:r w:rsidRPr="005117ED">
        <w:rPr>
          <w:rFonts w:cs="Sakkal Majalla"/>
          <w:color w:val="000000" w:themeColor="text1"/>
          <w:sz w:val="38"/>
          <w:szCs w:val="38"/>
          <w:rtl/>
        </w:rPr>
        <w:t>العربية</w:t>
      </w:r>
      <w:r w:rsidRPr="005117ED">
        <w:rPr>
          <w:rFonts w:cs="Sakkal Majalla"/>
          <w:color w:val="000000" w:themeColor="text1"/>
          <w:sz w:val="38"/>
          <w:szCs w:val="38"/>
        </w:rPr>
        <w:t xml:space="preserve"> </w:t>
      </w:r>
      <w:r w:rsidRPr="005117ED">
        <w:rPr>
          <w:rFonts w:cs="Sakkal Majalla"/>
          <w:color w:val="000000" w:themeColor="text1"/>
          <w:sz w:val="38"/>
          <w:szCs w:val="38"/>
          <w:rtl/>
        </w:rPr>
        <w:t>السعودية،</w:t>
      </w:r>
      <w:r w:rsidRPr="005117ED">
        <w:rPr>
          <w:rFonts w:cs="Sakkal Majalla"/>
          <w:color w:val="000000" w:themeColor="text1"/>
          <w:sz w:val="38"/>
          <w:szCs w:val="38"/>
        </w:rPr>
        <w:t xml:space="preserve"> </w:t>
      </w:r>
      <w:r w:rsidRPr="005117ED">
        <w:rPr>
          <w:rFonts w:cs="Sakkal Majalla"/>
          <w:color w:val="000000" w:themeColor="text1"/>
          <w:sz w:val="38"/>
          <w:szCs w:val="38"/>
          <w:rtl/>
        </w:rPr>
        <w:t>وأظهرت</w:t>
      </w:r>
      <w:r w:rsidRPr="005117ED">
        <w:rPr>
          <w:rFonts w:cs="Sakkal Majalla"/>
          <w:color w:val="000000" w:themeColor="text1"/>
          <w:sz w:val="38"/>
          <w:szCs w:val="38"/>
        </w:rPr>
        <w:t xml:space="preserve"> </w:t>
      </w:r>
      <w:r w:rsidRPr="005117ED">
        <w:rPr>
          <w:rFonts w:cs="Sakkal Majalla"/>
          <w:color w:val="000000" w:themeColor="text1"/>
          <w:sz w:val="38"/>
          <w:szCs w:val="38"/>
          <w:rtl/>
        </w:rPr>
        <w:t>أثرًا</w:t>
      </w:r>
      <w:r w:rsidRPr="005117ED">
        <w:rPr>
          <w:rFonts w:cs="Sakkal Majalla"/>
          <w:color w:val="000000" w:themeColor="text1"/>
          <w:sz w:val="38"/>
          <w:szCs w:val="38"/>
        </w:rPr>
        <w:t xml:space="preserve"> </w:t>
      </w:r>
      <w:r w:rsidRPr="005117ED">
        <w:rPr>
          <w:rFonts w:cs="Sakkal Majalla"/>
          <w:color w:val="000000" w:themeColor="text1"/>
          <w:sz w:val="38"/>
          <w:szCs w:val="38"/>
          <w:rtl/>
        </w:rPr>
        <w:t>إيجابيًا</w:t>
      </w:r>
      <w:r w:rsidRPr="005117ED">
        <w:rPr>
          <w:rFonts w:cs="Sakkal Majalla"/>
          <w:color w:val="000000" w:themeColor="text1"/>
          <w:sz w:val="38"/>
          <w:szCs w:val="38"/>
        </w:rPr>
        <w:t xml:space="preserve">. </w:t>
      </w:r>
      <w:r w:rsidRPr="005117ED">
        <w:rPr>
          <w:rFonts w:cs="Sakkal Majalla"/>
          <w:color w:val="000000" w:themeColor="text1"/>
          <w:sz w:val="38"/>
          <w:szCs w:val="38"/>
          <w:rtl/>
        </w:rPr>
        <w:t>وهي</w:t>
      </w:r>
      <w:r w:rsidRPr="005117ED">
        <w:rPr>
          <w:rFonts w:cs="Sakkal Majalla"/>
          <w:color w:val="000000" w:themeColor="text1"/>
          <w:sz w:val="38"/>
          <w:szCs w:val="38"/>
        </w:rPr>
        <w:t xml:space="preserve"> </w:t>
      </w:r>
      <w:r w:rsidRPr="005117ED">
        <w:rPr>
          <w:rFonts w:cs="Sakkal Majalla"/>
          <w:color w:val="000000" w:themeColor="text1"/>
          <w:sz w:val="38"/>
          <w:szCs w:val="38"/>
          <w:rtl/>
        </w:rPr>
        <w:t>الأقرب</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حيث</w:t>
      </w:r>
      <w:r w:rsidRPr="005117ED">
        <w:rPr>
          <w:rFonts w:cs="Sakkal Majalla"/>
          <w:color w:val="000000" w:themeColor="text1"/>
          <w:sz w:val="38"/>
          <w:szCs w:val="38"/>
        </w:rPr>
        <w:t xml:space="preserve"> </w:t>
      </w:r>
      <w:r w:rsidRPr="005117ED">
        <w:rPr>
          <w:rFonts w:cs="Sakkal Majalla"/>
          <w:color w:val="000000" w:themeColor="text1"/>
          <w:sz w:val="38"/>
          <w:szCs w:val="38"/>
          <w:rtl/>
        </w:rPr>
        <w:t>المجتمع،</w:t>
      </w:r>
      <w:r w:rsidRPr="005117ED">
        <w:rPr>
          <w:rFonts w:cs="Sakkal Majalla"/>
          <w:color w:val="000000" w:themeColor="text1"/>
          <w:sz w:val="38"/>
          <w:szCs w:val="38"/>
        </w:rPr>
        <w:t xml:space="preserve"> </w:t>
      </w:r>
      <w:r w:rsidRPr="005117ED">
        <w:rPr>
          <w:rFonts w:cs="Sakkal Majalla"/>
          <w:color w:val="000000" w:themeColor="text1"/>
          <w:sz w:val="38"/>
          <w:szCs w:val="38"/>
          <w:rtl/>
        </w:rPr>
        <w:t>لكنها</w:t>
      </w:r>
      <w:r w:rsidRPr="005117ED">
        <w:rPr>
          <w:rFonts w:cs="Sakkal Majalla"/>
          <w:color w:val="000000" w:themeColor="text1"/>
          <w:sz w:val="38"/>
          <w:szCs w:val="38"/>
        </w:rPr>
        <w:t xml:space="preserve"> </w:t>
      </w:r>
      <w:r w:rsidRPr="005117ED">
        <w:rPr>
          <w:rFonts w:cs="Sakkal Majalla"/>
          <w:color w:val="000000" w:themeColor="text1"/>
          <w:sz w:val="38"/>
          <w:szCs w:val="38"/>
          <w:rtl/>
        </w:rPr>
        <w:t>اختبرت</w:t>
      </w:r>
      <w:r w:rsidRPr="005117ED">
        <w:rPr>
          <w:rFonts w:cs="Sakkal Majalla"/>
          <w:color w:val="000000" w:themeColor="text1"/>
          <w:sz w:val="38"/>
          <w:szCs w:val="38"/>
        </w:rPr>
        <w:t xml:space="preserve"> </w:t>
      </w:r>
      <w:r w:rsidRPr="005117ED">
        <w:rPr>
          <w:rFonts w:cs="Sakkal Majalla"/>
          <w:color w:val="000000" w:themeColor="text1"/>
          <w:sz w:val="38"/>
          <w:szCs w:val="38"/>
          <w:rtl/>
        </w:rPr>
        <w:t>الأداء</w:t>
      </w:r>
      <w:r w:rsidRPr="005117ED">
        <w:rPr>
          <w:rFonts w:cs="Sakkal Majalla"/>
          <w:color w:val="000000" w:themeColor="text1"/>
          <w:sz w:val="38"/>
          <w:szCs w:val="38"/>
        </w:rPr>
        <w:t xml:space="preserve"> </w:t>
      </w:r>
      <w:r w:rsidRPr="005117ED">
        <w:rPr>
          <w:rFonts w:cs="Sakkal Majalla"/>
          <w:color w:val="000000" w:themeColor="text1"/>
          <w:sz w:val="38"/>
          <w:szCs w:val="38"/>
          <w:rtl/>
        </w:rPr>
        <w:t>العام</w:t>
      </w:r>
      <w:r w:rsidRPr="005117ED">
        <w:rPr>
          <w:rFonts w:cs="Sakkal Majalla"/>
          <w:color w:val="000000" w:themeColor="text1"/>
          <w:sz w:val="38"/>
          <w:szCs w:val="38"/>
        </w:rPr>
        <w:t xml:space="preserve"> </w:t>
      </w:r>
      <w:r w:rsidRPr="005117ED">
        <w:rPr>
          <w:rFonts w:cs="Sakkal Majalla"/>
          <w:color w:val="000000" w:themeColor="text1"/>
          <w:sz w:val="38"/>
          <w:szCs w:val="38"/>
          <w:rtl/>
        </w:rPr>
        <w:t>بدل</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التنظيمي</w:t>
      </w:r>
      <w:r w:rsidRPr="005117ED">
        <w:rPr>
          <w:rFonts w:cs="Sakkal Majalla"/>
          <w:color w:val="000000" w:themeColor="text1"/>
          <w:sz w:val="38"/>
          <w:szCs w:val="38"/>
        </w:rPr>
        <w:t xml:space="preserve">. </w:t>
      </w:r>
      <w:r w:rsidRPr="005117ED">
        <w:rPr>
          <w:rFonts w:cs="Sakkal Majalla"/>
          <w:color w:val="000000" w:themeColor="text1"/>
          <w:sz w:val="38"/>
          <w:szCs w:val="38"/>
          <w:rtl/>
        </w:rPr>
        <w:t>ومن</w:t>
      </w:r>
      <w:r w:rsidRPr="005117ED">
        <w:rPr>
          <w:rFonts w:cs="Sakkal Majalla"/>
          <w:color w:val="000000" w:themeColor="text1"/>
          <w:sz w:val="38"/>
          <w:szCs w:val="38"/>
        </w:rPr>
        <w:t xml:space="preserve"> </w:t>
      </w:r>
      <w:r w:rsidRPr="005117ED">
        <w:rPr>
          <w:rFonts w:cs="Sakkal Majalla"/>
          <w:color w:val="000000" w:themeColor="text1"/>
          <w:sz w:val="38"/>
          <w:szCs w:val="38"/>
          <w:rtl/>
        </w:rPr>
        <w:t>هنا</w:t>
      </w:r>
      <w:r w:rsidRPr="005117ED">
        <w:rPr>
          <w:rFonts w:cs="Sakkal Majalla"/>
          <w:color w:val="000000" w:themeColor="text1"/>
          <w:sz w:val="38"/>
          <w:szCs w:val="38"/>
        </w:rPr>
        <w:t xml:space="preserve"> </w:t>
      </w:r>
      <w:r w:rsidRPr="005117ED">
        <w:rPr>
          <w:rFonts w:cs="Sakkal Majalla"/>
          <w:color w:val="000000" w:themeColor="text1"/>
          <w:sz w:val="38"/>
          <w:szCs w:val="38"/>
          <w:rtl/>
        </w:rPr>
        <w:t>تتحدد</w:t>
      </w:r>
      <w:r w:rsidRPr="005117ED">
        <w:rPr>
          <w:rFonts w:cs="Sakkal Majalla"/>
          <w:color w:val="000000" w:themeColor="text1"/>
          <w:sz w:val="38"/>
          <w:szCs w:val="38"/>
        </w:rPr>
        <w:t xml:space="preserve"> </w:t>
      </w:r>
      <w:r w:rsidRPr="005117ED">
        <w:rPr>
          <w:rFonts w:cs="Sakkal Majalla"/>
          <w:color w:val="000000" w:themeColor="text1"/>
          <w:sz w:val="38"/>
          <w:szCs w:val="38"/>
          <w:rtl/>
        </w:rPr>
        <w:t>القيمة</w:t>
      </w:r>
      <w:r w:rsidRPr="005117ED">
        <w:rPr>
          <w:rFonts w:cs="Sakkal Majalla"/>
          <w:color w:val="000000" w:themeColor="text1"/>
          <w:sz w:val="38"/>
          <w:szCs w:val="38"/>
        </w:rPr>
        <w:t xml:space="preserve"> </w:t>
      </w:r>
      <w:r w:rsidRPr="005117ED">
        <w:rPr>
          <w:rFonts w:cs="Sakkal Majalla"/>
          <w:color w:val="000000" w:themeColor="text1"/>
          <w:sz w:val="38"/>
          <w:szCs w:val="38"/>
          <w:rtl/>
        </w:rPr>
        <w:t>الإضافية</w:t>
      </w:r>
      <w:r w:rsidRPr="005117ED">
        <w:rPr>
          <w:rFonts w:cs="Sakkal Majalla"/>
          <w:color w:val="000000" w:themeColor="text1"/>
          <w:sz w:val="38"/>
          <w:szCs w:val="38"/>
        </w:rPr>
        <w:t xml:space="preserve"> </w:t>
      </w:r>
      <w:r w:rsidRPr="005117ED">
        <w:rPr>
          <w:rFonts w:cs="Sakkal Majalla"/>
          <w:color w:val="000000" w:themeColor="text1"/>
          <w:sz w:val="38"/>
          <w:szCs w:val="38"/>
          <w:rtl/>
        </w:rPr>
        <w:t>للدراسة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الحالية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تفكيك</w:t>
      </w:r>
      <w:r w:rsidRPr="005117ED">
        <w:rPr>
          <w:rFonts w:cs="Sakkal Majalla"/>
          <w:color w:val="000000" w:themeColor="text1"/>
          <w:sz w:val="38"/>
          <w:szCs w:val="38"/>
        </w:rPr>
        <w:t xml:space="preserve"> </w:t>
      </w:r>
      <w:r w:rsidRPr="005117ED">
        <w:rPr>
          <w:rFonts w:cs="Sakkal Majalla"/>
          <w:color w:val="000000" w:themeColor="text1"/>
          <w:sz w:val="38"/>
          <w:szCs w:val="38"/>
          <w:rtl/>
        </w:rPr>
        <w:t>القدرة</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الإبداعية</w:t>
      </w:r>
      <w:r w:rsidRPr="005117ED">
        <w:rPr>
          <w:rFonts w:cs="Sakkal Majalla"/>
          <w:color w:val="000000" w:themeColor="text1"/>
          <w:sz w:val="38"/>
          <w:szCs w:val="38"/>
        </w:rPr>
        <w:t xml:space="preserve"> </w:t>
      </w:r>
      <w:r w:rsidRPr="005117ED">
        <w:rPr>
          <w:rFonts w:cs="Sakkal Majalla"/>
          <w:color w:val="000000" w:themeColor="text1"/>
          <w:sz w:val="38"/>
          <w:szCs w:val="38"/>
          <w:rtl/>
        </w:rPr>
        <w:t>وأبعادها</w:t>
      </w:r>
      <w:r w:rsidRPr="005117ED">
        <w:rPr>
          <w:rFonts w:cs="Sakkal Majalla"/>
          <w:color w:val="000000" w:themeColor="text1"/>
          <w:sz w:val="38"/>
          <w:szCs w:val="38"/>
        </w:rPr>
        <w:t xml:space="preserve"> </w:t>
      </w:r>
      <w:r w:rsidRPr="005117ED">
        <w:rPr>
          <w:rFonts w:cs="Sakkal Majalla"/>
          <w:color w:val="000000" w:themeColor="text1"/>
          <w:sz w:val="38"/>
          <w:szCs w:val="38"/>
          <w:rtl/>
        </w:rPr>
        <w:t>بوصفها</w:t>
      </w:r>
      <w:r w:rsidRPr="005117ED">
        <w:rPr>
          <w:rFonts w:cs="Sakkal Majalla"/>
          <w:color w:val="000000" w:themeColor="text1"/>
          <w:sz w:val="38"/>
          <w:szCs w:val="38"/>
        </w:rPr>
        <w:t xml:space="preserve"> </w:t>
      </w:r>
      <w:r w:rsidRPr="005117ED">
        <w:rPr>
          <w:rFonts w:cs="Sakkal Majalla"/>
          <w:color w:val="000000" w:themeColor="text1"/>
          <w:sz w:val="38"/>
          <w:szCs w:val="38"/>
          <w:rtl/>
        </w:rPr>
        <w:t>آلية</w:t>
      </w:r>
      <w:r w:rsidRPr="005117ED">
        <w:rPr>
          <w:rFonts w:cs="Sakkal Majalla"/>
          <w:color w:val="000000" w:themeColor="text1"/>
          <w:sz w:val="38"/>
          <w:szCs w:val="38"/>
        </w:rPr>
        <w:t xml:space="preserve"> </w:t>
      </w:r>
      <w:r w:rsidRPr="005117ED">
        <w:rPr>
          <w:rFonts w:cs="Sakkal Majalla"/>
          <w:color w:val="000000" w:themeColor="text1"/>
          <w:sz w:val="38"/>
          <w:szCs w:val="38"/>
          <w:rtl/>
        </w:rPr>
        <w:t>محتملة</w:t>
      </w:r>
      <w:r w:rsidRPr="005117ED">
        <w:rPr>
          <w:rFonts w:cs="Sakkal Majalla"/>
          <w:color w:val="000000" w:themeColor="text1"/>
          <w:sz w:val="38"/>
          <w:szCs w:val="38"/>
        </w:rPr>
        <w:t xml:space="preserve"> </w:t>
      </w:r>
      <w:r w:rsidRPr="005117ED">
        <w:rPr>
          <w:rFonts w:cs="Sakkal Majalla"/>
          <w:color w:val="000000" w:themeColor="text1"/>
          <w:sz w:val="38"/>
          <w:szCs w:val="38"/>
          <w:rtl/>
        </w:rPr>
        <w:t>لتحسين</w:t>
      </w:r>
      <w:r w:rsidRPr="005117ED">
        <w:rPr>
          <w:rFonts w:cs="Sakkal Majalla"/>
          <w:color w:val="000000" w:themeColor="text1"/>
          <w:sz w:val="38"/>
          <w:szCs w:val="38"/>
        </w:rPr>
        <w:t xml:space="preserve"> </w:t>
      </w:r>
      <w:r w:rsidRPr="005117ED">
        <w:rPr>
          <w:rFonts w:cs="Sakkal Majalla"/>
          <w:color w:val="000000" w:themeColor="text1"/>
          <w:sz w:val="38"/>
          <w:szCs w:val="38"/>
          <w:rtl/>
        </w:rPr>
        <w:t>الأداء</w:t>
      </w:r>
      <w:r w:rsidRPr="005117ED">
        <w:rPr>
          <w:rFonts w:cs="Sakkal Majalla"/>
          <w:color w:val="000000" w:themeColor="text1"/>
          <w:sz w:val="38"/>
          <w:szCs w:val="38"/>
        </w:rPr>
        <w:t>.</w:t>
      </w:r>
    </w:p>
    <w:p w:rsidR="00007FCD" w:rsidRPr="005117ED" w:rsidRDefault="00007FCD" w:rsidP="00FD5E07">
      <w:pPr>
        <w:spacing w:before="0"/>
        <w:ind w:firstLine="425"/>
        <w:jc w:val="both"/>
        <w:rPr>
          <w:rFonts w:cs="Sakkal Majalla"/>
          <w:color w:val="000000" w:themeColor="text1"/>
          <w:sz w:val="38"/>
          <w:szCs w:val="38"/>
        </w:rPr>
      </w:pPr>
    </w:p>
    <w:p w:rsidR="00FD5E07" w:rsidRPr="005117ED" w:rsidRDefault="00FD5E07" w:rsidP="00FD5E07">
      <w:pPr>
        <w:spacing w:before="0"/>
        <w:ind w:firstLine="0"/>
        <w:jc w:val="center"/>
        <w:outlineLvl w:val="0"/>
        <w:rPr>
          <w:rFonts w:eastAsia="Times New Roman" w:cs="Sakkal Majalla"/>
          <w:b/>
          <w:bCs/>
          <w:color w:val="000000" w:themeColor="text1"/>
          <w:sz w:val="40"/>
          <w:szCs w:val="40"/>
        </w:rPr>
      </w:pPr>
      <w:bookmarkStart w:id="51" w:name="_Toc233321753"/>
      <w:bookmarkStart w:id="52" w:name="_Toc233322001"/>
      <w:r w:rsidRPr="005117ED">
        <w:rPr>
          <w:rFonts w:eastAsia="Times New Roman" w:cs="Sakkal Majalla"/>
          <w:b/>
          <w:bCs/>
          <w:color w:val="000000" w:themeColor="text1"/>
          <w:sz w:val="40"/>
          <w:szCs w:val="40"/>
          <w:rtl/>
        </w:rPr>
        <w:t>عرض</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تحليلي</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للدراسات</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الأجنبية</w:t>
      </w:r>
      <w:bookmarkEnd w:id="51"/>
      <w:bookmarkEnd w:id="52"/>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قدمت</w:t>
      </w:r>
      <w:r w:rsidRPr="005117ED">
        <w:rPr>
          <w:rFonts w:cs="Sakkal Majalla"/>
          <w:color w:val="000000" w:themeColor="text1"/>
          <w:sz w:val="38"/>
          <w:szCs w:val="38"/>
        </w:rPr>
        <w:t xml:space="preserve"> </w:t>
      </w:r>
      <w:r w:rsidRPr="005117ED">
        <w:rPr>
          <w:rFonts w:cs="Sakkal Majalla"/>
          <w:color w:val="000000" w:themeColor="text1"/>
          <w:sz w:val="38"/>
          <w:szCs w:val="38"/>
          <w:rtl/>
        </w:rPr>
        <w:t>دراسة</w:t>
      </w:r>
      <w:r w:rsidRPr="005117ED">
        <w:rPr>
          <w:rFonts w:cs="Sakkal Majalla"/>
          <w:color w:val="000000" w:themeColor="text1"/>
          <w:sz w:val="38"/>
          <w:szCs w:val="38"/>
        </w:rPr>
        <w:t xml:space="preserve"> Jung </w:t>
      </w:r>
      <w:r w:rsidRPr="005117ED">
        <w:rPr>
          <w:rFonts w:cs="Sakkal Majalla"/>
          <w:color w:val="000000" w:themeColor="text1"/>
          <w:sz w:val="38"/>
          <w:szCs w:val="38"/>
          <w:rtl/>
        </w:rPr>
        <w:t>و</w:t>
      </w:r>
      <w:r w:rsidRPr="005117ED">
        <w:rPr>
          <w:rFonts w:cs="Sakkal Majalla"/>
          <w:color w:val="000000" w:themeColor="text1"/>
          <w:sz w:val="38"/>
          <w:szCs w:val="38"/>
        </w:rPr>
        <w:t xml:space="preserve">Chow </w:t>
      </w:r>
      <w:r w:rsidRPr="005117ED">
        <w:rPr>
          <w:rFonts w:cs="Sakkal Majalla"/>
          <w:color w:val="000000" w:themeColor="text1"/>
          <w:sz w:val="38"/>
          <w:szCs w:val="38"/>
          <w:rtl/>
        </w:rPr>
        <w:t>و</w:t>
      </w:r>
      <w:r w:rsidRPr="005117ED">
        <w:rPr>
          <w:rFonts w:cs="Sakkal Majalla"/>
          <w:color w:val="000000" w:themeColor="text1"/>
          <w:sz w:val="38"/>
          <w:szCs w:val="38"/>
        </w:rPr>
        <w:t xml:space="preserve">Wu (2003) </w:t>
      </w:r>
      <w:r w:rsidRPr="005117ED">
        <w:rPr>
          <w:rFonts w:cs="Sakkal Majalla"/>
          <w:color w:val="000000" w:themeColor="text1"/>
          <w:sz w:val="38"/>
          <w:szCs w:val="38"/>
          <w:rtl/>
        </w:rPr>
        <w:t>فرضيات</w:t>
      </w:r>
      <w:r w:rsidRPr="005117ED">
        <w:rPr>
          <w:rFonts w:cs="Sakkal Majalla"/>
          <w:color w:val="000000" w:themeColor="text1"/>
          <w:sz w:val="38"/>
          <w:szCs w:val="38"/>
        </w:rPr>
        <w:t xml:space="preserve"> </w:t>
      </w:r>
      <w:r w:rsidRPr="005117ED">
        <w:rPr>
          <w:rFonts w:cs="Sakkal Majalla"/>
          <w:color w:val="000000" w:themeColor="text1"/>
          <w:sz w:val="38"/>
          <w:szCs w:val="38"/>
          <w:rtl/>
        </w:rPr>
        <w:t>ونتائج</w:t>
      </w:r>
      <w:r w:rsidRPr="005117ED">
        <w:rPr>
          <w:rFonts w:cs="Sakkal Majalla"/>
          <w:color w:val="000000" w:themeColor="text1"/>
          <w:sz w:val="38"/>
          <w:szCs w:val="38"/>
        </w:rPr>
        <w:t xml:space="preserve"> </w:t>
      </w:r>
      <w:r w:rsidRPr="005117ED">
        <w:rPr>
          <w:rFonts w:cs="Sakkal Majalla"/>
          <w:color w:val="000000" w:themeColor="text1"/>
          <w:sz w:val="38"/>
          <w:szCs w:val="38"/>
          <w:rtl/>
        </w:rPr>
        <w:t>أولية</w:t>
      </w:r>
      <w:r w:rsidRPr="005117ED">
        <w:rPr>
          <w:rFonts w:cs="Sakkal Majalla"/>
          <w:color w:val="000000" w:themeColor="text1"/>
          <w:sz w:val="38"/>
          <w:szCs w:val="38"/>
        </w:rPr>
        <w:t xml:space="preserve"> </w:t>
      </w:r>
      <w:r w:rsidRPr="005117ED">
        <w:rPr>
          <w:rFonts w:cs="Sakkal Majalla"/>
          <w:color w:val="000000" w:themeColor="text1"/>
          <w:sz w:val="38"/>
          <w:szCs w:val="38"/>
          <w:rtl/>
        </w:rPr>
        <w:t>حول</w:t>
      </w:r>
      <w:r w:rsidRPr="005117ED">
        <w:rPr>
          <w:rFonts w:cs="Sakkal Majalla"/>
          <w:color w:val="000000" w:themeColor="text1"/>
          <w:sz w:val="38"/>
          <w:szCs w:val="38"/>
        </w:rPr>
        <w:t xml:space="preserve"> </w:t>
      </w:r>
      <w:r w:rsidRPr="005117ED">
        <w:rPr>
          <w:rFonts w:cs="Sakkal Majalla"/>
          <w:color w:val="000000" w:themeColor="text1"/>
          <w:sz w:val="38"/>
          <w:szCs w:val="38"/>
          <w:rtl/>
        </w:rPr>
        <w:t>دور</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تعزيز</w:t>
      </w:r>
      <w:r w:rsidRPr="005117ED">
        <w:rPr>
          <w:rFonts w:cs="Sakkal Majalla"/>
          <w:color w:val="000000" w:themeColor="text1"/>
          <w:sz w:val="38"/>
          <w:szCs w:val="38"/>
        </w:rPr>
        <w:t xml:space="preserve"> </w:t>
      </w:r>
      <w:r w:rsidRPr="005117ED">
        <w:rPr>
          <w:rFonts w:cs="Sakkal Majalla"/>
          <w:color w:val="000000" w:themeColor="text1"/>
          <w:sz w:val="38"/>
          <w:szCs w:val="38"/>
          <w:rtl/>
        </w:rPr>
        <w:t>الابتكار</w:t>
      </w:r>
      <w:r w:rsidRPr="005117ED">
        <w:rPr>
          <w:rFonts w:cs="Sakkal Majalla"/>
          <w:color w:val="000000" w:themeColor="text1"/>
          <w:sz w:val="38"/>
          <w:szCs w:val="38"/>
        </w:rPr>
        <w:t xml:space="preserve"> </w:t>
      </w:r>
      <w:r w:rsidRPr="005117ED">
        <w:rPr>
          <w:rFonts w:cs="Sakkal Majalla"/>
          <w:color w:val="000000" w:themeColor="text1"/>
          <w:sz w:val="38"/>
          <w:szCs w:val="38"/>
          <w:rtl/>
        </w:rPr>
        <w:t>التنظيمي،</w:t>
      </w:r>
      <w:r w:rsidRPr="005117ED">
        <w:rPr>
          <w:rFonts w:cs="Sakkal Majalla"/>
          <w:color w:val="000000" w:themeColor="text1"/>
          <w:sz w:val="38"/>
          <w:szCs w:val="38"/>
        </w:rPr>
        <w:t xml:space="preserve"> </w:t>
      </w:r>
      <w:r w:rsidRPr="005117ED">
        <w:rPr>
          <w:rFonts w:cs="Sakkal Majalla"/>
          <w:color w:val="000000" w:themeColor="text1"/>
          <w:sz w:val="38"/>
          <w:szCs w:val="38"/>
          <w:rtl/>
        </w:rPr>
        <w:t>وربطت</w:t>
      </w:r>
      <w:r w:rsidRPr="005117ED">
        <w:rPr>
          <w:rFonts w:cs="Sakkal Majalla"/>
          <w:color w:val="000000" w:themeColor="text1"/>
          <w:sz w:val="38"/>
          <w:szCs w:val="38"/>
        </w:rPr>
        <w:t xml:space="preserve"> </w:t>
      </w:r>
      <w:r w:rsidRPr="005117ED">
        <w:rPr>
          <w:rFonts w:cs="Sakkal Majalla"/>
          <w:color w:val="000000" w:themeColor="text1"/>
          <w:sz w:val="38"/>
          <w:szCs w:val="38"/>
          <w:rtl/>
        </w:rPr>
        <w:t>الرؤية</w:t>
      </w:r>
      <w:r w:rsidRPr="005117ED">
        <w:rPr>
          <w:rFonts w:cs="Sakkal Majalla"/>
          <w:color w:val="000000" w:themeColor="text1"/>
          <w:sz w:val="38"/>
          <w:szCs w:val="38"/>
        </w:rPr>
        <w:t xml:space="preserve"> </w:t>
      </w:r>
      <w:r w:rsidRPr="005117ED">
        <w:rPr>
          <w:rFonts w:cs="Sakkal Majalla"/>
          <w:color w:val="000000" w:themeColor="text1"/>
          <w:sz w:val="38"/>
          <w:szCs w:val="38"/>
          <w:rtl/>
        </w:rPr>
        <w:t>والدعم</w:t>
      </w:r>
      <w:r w:rsidRPr="005117ED">
        <w:rPr>
          <w:rFonts w:cs="Sakkal Majalla"/>
          <w:color w:val="000000" w:themeColor="text1"/>
          <w:sz w:val="38"/>
          <w:szCs w:val="38"/>
        </w:rPr>
        <w:t xml:space="preserve"> </w:t>
      </w:r>
      <w:r w:rsidRPr="005117ED">
        <w:rPr>
          <w:rFonts w:cs="Sakkal Majalla"/>
          <w:color w:val="000000" w:themeColor="text1"/>
          <w:sz w:val="38"/>
          <w:szCs w:val="38"/>
          <w:rtl/>
        </w:rPr>
        <w:t>والتمكين</w:t>
      </w:r>
      <w:r w:rsidRPr="005117ED">
        <w:rPr>
          <w:rFonts w:cs="Sakkal Majalla"/>
          <w:color w:val="000000" w:themeColor="text1"/>
          <w:sz w:val="38"/>
          <w:szCs w:val="38"/>
        </w:rPr>
        <w:t xml:space="preserve"> </w:t>
      </w:r>
      <w:r w:rsidRPr="005117ED">
        <w:rPr>
          <w:rFonts w:cs="Sakkal Majalla"/>
          <w:color w:val="000000" w:themeColor="text1"/>
          <w:sz w:val="38"/>
          <w:szCs w:val="38"/>
          <w:rtl/>
        </w:rPr>
        <w:t>بالقدرة</w:t>
      </w:r>
      <w:r w:rsidRPr="005117ED">
        <w:rPr>
          <w:rFonts w:cs="Sakkal Majalla"/>
          <w:color w:val="000000" w:themeColor="text1"/>
          <w:sz w:val="38"/>
          <w:szCs w:val="38"/>
        </w:rPr>
        <w:t xml:space="preserve"> </w:t>
      </w:r>
      <w:r w:rsidRPr="005117ED">
        <w:rPr>
          <w:rFonts w:cs="Sakkal Majalla"/>
          <w:color w:val="000000" w:themeColor="text1"/>
          <w:sz w:val="38"/>
          <w:szCs w:val="38"/>
          <w:rtl/>
        </w:rPr>
        <w:t>الابتكارية</w:t>
      </w:r>
      <w:r w:rsidRPr="005117ED">
        <w:rPr>
          <w:rFonts w:cs="Sakkal Majalla"/>
          <w:color w:val="000000" w:themeColor="text1"/>
          <w:sz w:val="38"/>
          <w:szCs w:val="38"/>
        </w:rPr>
        <w:t xml:space="preserve">. </w:t>
      </w:r>
      <w:r w:rsidRPr="005117ED">
        <w:rPr>
          <w:rFonts w:cs="Sakkal Majalla"/>
          <w:color w:val="000000" w:themeColor="text1"/>
          <w:sz w:val="38"/>
          <w:szCs w:val="38"/>
          <w:rtl/>
        </w:rPr>
        <w:t>وتعد</w:t>
      </w:r>
      <w:r w:rsidRPr="005117ED">
        <w:rPr>
          <w:rFonts w:cs="Sakkal Majalla"/>
          <w:color w:val="000000" w:themeColor="text1"/>
          <w:sz w:val="38"/>
          <w:szCs w:val="38"/>
        </w:rPr>
        <w:t xml:space="preserve"> </w:t>
      </w:r>
      <w:r w:rsidRPr="005117ED">
        <w:rPr>
          <w:rFonts w:cs="Sakkal Majalla"/>
          <w:color w:val="000000" w:themeColor="text1"/>
          <w:sz w:val="38"/>
          <w:szCs w:val="38"/>
          <w:rtl/>
        </w:rPr>
        <w:t>مرجعًا</w:t>
      </w:r>
      <w:r w:rsidRPr="005117ED">
        <w:rPr>
          <w:rFonts w:cs="Sakkal Majalla"/>
          <w:color w:val="000000" w:themeColor="text1"/>
          <w:sz w:val="38"/>
          <w:szCs w:val="38"/>
        </w:rPr>
        <w:t xml:space="preserve"> </w:t>
      </w:r>
      <w:r w:rsidRPr="005117ED">
        <w:rPr>
          <w:rFonts w:cs="Sakkal Majalla"/>
          <w:color w:val="000000" w:themeColor="text1"/>
          <w:sz w:val="38"/>
          <w:szCs w:val="38"/>
          <w:rtl/>
        </w:rPr>
        <w:t>تأسيسيًا</w:t>
      </w:r>
      <w:r w:rsidRPr="005117ED">
        <w:rPr>
          <w:rFonts w:cs="Sakkal Majalla"/>
          <w:color w:val="000000" w:themeColor="text1"/>
          <w:sz w:val="38"/>
          <w:szCs w:val="38"/>
        </w:rPr>
        <w:t xml:space="preserve"> </w:t>
      </w:r>
      <w:r w:rsidRPr="005117ED">
        <w:rPr>
          <w:rFonts w:cs="Sakkal Majalla"/>
          <w:color w:val="000000" w:themeColor="text1"/>
          <w:sz w:val="38"/>
          <w:szCs w:val="38"/>
          <w:rtl/>
        </w:rPr>
        <w:t>لأنها</w:t>
      </w:r>
      <w:r w:rsidRPr="005117ED">
        <w:rPr>
          <w:rFonts w:cs="Sakkal Majalla"/>
          <w:color w:val="000000" w:themeColor="text1"/>
          <w:sz w:val="38"/>
          <w:szCs w:val="38"/>
        </w:rPr>
        <w:t xml:space="preserve"> </w:t>
      </w:r>
      <w:r w:rsidRPr="005117ED">
        <w:rPr>
          <w:rFonts w:cs="Sakkal Majalla"/>
          <w:color w:val="000000" w:themeColor="text1"/>
          <w:sz w:val="38"/>
          <w:szCs w:val="38"/>
          <w:rtl/>
        </w:rPr>
        <w:t>انتقلت</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مستوى</w:t>
      </w:r>
      <w:r w:rsidRPr="005117ED">
        <w:rPr>
          <w:rFonts w:cs="Sakkal Majalla"/>
          <w:color w:val="000000" w:themeColor="text1"/>
          <w:sz w:val="38"/>
          <w:szCs w:val="38"/>
        </w:rPr>
        <w:t xml:space="preserve"> </w:t>
      </w:r>
      <w:r w:rsidRPr="005117ED">
        <w:rPr>
          <w:rFonts w:cs="Sakkal Majalla"/>
          <w:color w:val="000000" w:themeColor="text1"/>
          <w:sz w:val="38"/>
          <w:szCs w:val="38"/>
          <w:rtl/>
        </w:rPr>
        <w:t>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الفرد</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مستوى</w:t>
      </w:r>
      <w:r w:rsidRPr="005117ED">
        <w:rPr>
          <w:rFonts w:cs="Sakkal Majalla"/>
          <w:color w:val="000000" w:themeColor="text1"/>
          <w:sz w:val="38"/>
          <w:szCs w:val="38"/>
        </w:rPr>
        <w:t xml:space="preserve"> </w:t>
      </w:r>
      <w:r w:rsidRPr="005117ED">
        <w:rPr>
          <w:rFonts w:cs="Sakkal Majalla"/>
          <w:color w:val="000000" w:themeColor="text1"/>
          <w:sz w:val="38"/>
          <w:szCs w:val="38"/>
          <w:rtl/>
        </w:rPr>
        <w:t>الابتكار</w:t>
      </w:r>
      <w:r w:rsidRPr="005117ED">
        <w:rPr>
          <w:rFonts w:cs="Sakkal Majalla"/>
          <w:color w:val="000000" w:themeColor="text1"/>
          <w:sz w:val="38"/>
          <w:szCs w:val="38"/>
        </w:rPr>
        <w:t xml:space="preserve"> </w:t>
      </w:r>
      <w:r w:rsidRPr="005117ED">
        <w:rPr>
          <w:rFonts w:cs="Sakkal Majalla"/>
          <w:color w:val="000000" w:themeColor="text1"/>
          <w:sz w:val="38"/>
          <w:szCs w:val="38"/>
          <w:rtl/>
        </w:rPr>
        <w:t>التنظيمي،</w:t>
      </w:r>
      <w:r w:rsidRPr="005117ED">
        <w:rPr>
          <w:rFonts w:cs="Sakkal Majalla"/>
          <w:color w:val="000000" w:themeColor="text1"/>
          <w:sz w:val="38"/>
          <w:szCs w:val="38"/>
        </w:rPr>
        <w:t xml:space="preserve"> </w:t>
      </w:r>
      <w:r w:rsidRPr="005117ED">
        <w:rPr>
          <w:rFonts w:cs="Sakkal Majalla"/>
          <w:color w:val="000000" w:themeColor="text1"/>
          <w:sz w:val="38"/>
          <w:szCs w:val="38"/>
          <w:rtl/>
        </w:rPr>
        <w:t>وأكدت</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تؤثر</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المناخ</w:t>
      </w:r>
      <w:r w:rsidRPr="005117ED">
        <w:rPr>
          <w:rFonts w:cs="Sakkal Majalla"/>
          <w:color w:val="000000" w:themeColor="text1"/>
          <w:sz w:val="38"/>
          <w:szCs w:val="38"/>
        </w:rPr>
        <w:t xml:space="preserve"> </w:t>
      </w:r>
      <w:r w:rsidRPr="005117ED">
        <w:rPr>
          <w:rFonts w:cs="Sakkal Majalla"/>
          <w:color w:val="000000" w:themeColor="text1"/>
          <w:sz w:val="38"/>
          <w:szCs w:val="38"/>
          <w:rtl/>
        </w:rPr>
        <w:t>والعمليات</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السلوك</w:t>
      </w:r>
      <w:r w:rsidRPr="005117ED">
        <w:rPr>
          <w:rFonts w:cs="Sakkal Majalla"/>
          <w:color w:val="000000" w:themeColor="text1"/>
          <w:sz w:val="38"/>
          <w:szCs w:val="38"/>
        </w:rPr>
        <w:t xml:space="preserve"> </w:t>
      </w:r>
      <w:r w:rsidRPr="005117ED">
        <w:rPr>
          <w:rFonts w:cs="Sakkal Majalla"/>
          <w:color w:val="000000" w:themeColor="text1"/>
          <w:sz w:val="38"/>
          <w:szCs w:val="38"/>
          <w:rtl/>
        </w:rPr>
        <w:t>المنفرد</w:t>
      </w:r>
      <w:r w:rsidRPr="005117ED">
        <w:rPr>
          <w:rFonts w:cs="Sakkal Majalla"/>
          <w:color w:val="000000" w:themeColor="text1"/>
          <w:sz w:val="38"/>
          <w:szCs w:val="38"/>
        </w:rPr>
        <w:t xml:space="preserve"> </w:t>
      </w:r>
      <w:r w:rsidRPr="005117ED">
        <w:rPr>
          <w:rFonts w:cs="Sakkal Majalla"/>
          <w:color w:val="000000" w:themeColor="text1"/>
          <w:sz w:val="38"/>
          <w:szCs w:val="38"/>
          <w:rtl/>
        </w:rPr>
        <w:t>فقط</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وبحثت</w:t>
      </w:r>
      <w:r w:rsidRPr="005117ED">
        <w:rPr>
          <w:rFonts w:cs="Sakkal Majalla"/>
          <w:color w:val="000000" w:themeColor="text1"/>
          <w:sz w:val="38"/>
          <w:szCs w:val="38"/>
        </w:rPr>
        <w:t xml:space="preserve"> Shin </w:t>
      </w:r>
      <w:r w:rsidRPr="005117ED">
        <w:rPr>
          <w:rFonts w:cs="Sakkal Majalla"/>
          <w:color w:val="000000" w:themeColor="text1"/>
          <w:sz w:val="38"/>
          <w:szCs w:val="38"/>
          <w:rtl/>
        </w:rPr>
        <w:t>و</w:t>
      </w:r>
      <w:r w:rsidRPr="005117ED">
        <w:rPr>
          <w:rFonts w:cs="Sakkal Majalla"/>
          <w:color w:val="000000" w:themeColor="text1"/>
          <w:sz w:val="38"/>
          <w:szCs w:val="38"/>
        </w:rPr>
        <w:t xml:space="preserve">Zhou (2003) </w:t>
      </w:r>
      <w:r w:rsidRPr="005117ED">
        <w:rPr>
          <w:rFonts w:cs="Sakkal Majalla"/>
          <w:color w:val="000000" w:themeColor="text1"/>
          <w:sz w:val="38"/>
          <w:szCs w:val="38"/>
          <w:rtl/>
        </w:rPr>
        <w:t>العلاقة</w:t>
      </w:r>
      <w:r w:rsidRPr="005117ED">
        <w:rPr>
          <w:rFonts w:cs="Sakkal Majalla"/>
          <w:color w:val="000000" w:themeColor="text1"/>
          <w:sz w:val="38"/>
          <w:szCs w:val="38"/>
        </w:rPr>
        <w:t xml:space="preserve"> </w:t>
      </w:r>
      <w:r w:rsidRPr="005117ED">
        <w:rPr>
          <w:rFonts w:cs="Sakkal Majalla"/>
          <w:color w:val="000000" w:themeColor="text1"/>
          <w:sz w:val="38"/>
          <w:szCs w:val="38"/>
          <w:rtl/>
        </w:rPr>
        <w:t>بين</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r w:rsidRPr="005117ED">
        <w:rPr>
          <w:rFonts w:cs="Sakkal Majalla"/>
          <w:color w:val="000000" w:themeColor="text1"/>
          <w:sz w:val="38"/>
          <w:szCs w:val="38"/>
        </w:rPr>
        <w:t xml:space="preserve"> </w:t>
      </w:r>
      <w:r w:rsidRPr="005117ED">
        <w:rPr>
          <w:rFonts w:cs="Sakkal Majalla"/>
          <w:color w:val="000000" w:themeColor="text1"/>
          <w:sz w:val="38"/>
          <w:szCs w:val="38"/>
          <w:rtl/>
        </w:rPr>
        <w:t>وإبداع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العاملين</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السياق</w:t>
      </w:r>
      <w:r w:rsidRPr="005117ED">
        <w:rPr>
          <w:rFonts w:cs="Sakkal Majalla"/>
          <w:color w:val="000000" w:themeColor="text1"/>
          <w:sz w:val="38"/>
          <w:szCs w:val="38"/>
        </w:rPr>
        <w:t xml:space="preserve"> </w:t>
      </w:r>
      <w:r w:rsidRPr="005117ED">
        <w:rPr>
          <w:rFonts w:cs="Sakkal Majalla"/>
          <w:color w:val="000000" w:themeColor="text1"/>
          <w:sz w:val="38"/>
          <w:szCs w:val="38"/>
          <w:rtl/>
        </w:rPr>
        <w:t>الكوري،</w:t>
      </w:r>
      <w:r w:rsidRPr="005117ED">
        <w:rPr>
          <w:rFonts w:cs="Sakkal Majalla"/>
          <w:color w:val="000000" w:themeColor="text1"/>
          <w:sz w:val="38"/>
          <w:szCs w:val="38"/>
        </w:rPr>
        <w:t xml:space="preserve"> </w:t>
      </w:r>
      <w:r w:rsidRPr="005117ED">
        <w:rPr>
          <w:rFonts w:cs="Sakkal Majalla"/>
          <w:color w:val="000000" w:themeColor="text1"/>
          <w:sz w:val="38"/>
          <w:szCs w:val="38"/>
          <w:rtl/>
        </w:rPr>
        <w:t>وأبرزت</w:t>
      </w:r>
      <w:r w:rsidRPr="005117ED">
        <w:rPr>
          <w:rFonts w:cs="Sakkal Majalla"/>
          <w:color w:val="000000" w:themeColor="text1"/>
          <w:sz w:val="38"/>
          <w:szCs w:val="38"/>
        </w:rPr>
        <w:t xml:space="preserve"> </w:t>
      </w:r>
      <w:r w:rsidRPr="005117ED">
        <w:rPr>
          <w:rFonts w:cs="Sakkal Majalla"/>
          <w:color w:val="000000" w:themeColor="text1"/>
          <w:sz w:val="38"/>
          <w:szCs w:val="38"/>
          <w:rtl/>
        </w:rPr>
        <w:t>دور</w:t>
      </w:r>
      <w:r w:rsidRPr="005117ED">
        <w:rPr>
          <w:rFonts w:cs="Sakkal Majalla"/>
          <w:color w:val="000000" w:themeColor="text1"/>
          <w:sz w:val="38"/>
          <w:szCs w:val="38"/>
        </w:rPr>
        <w:t xml:space="preserve"> </w:t>
      </w:r>
      <w:r w:rsidRPr="005117ED">
        <w:rPr>
          <w:rFonts w:cs="Sakkal Majalla"/>
          <w:color w:val="000000" w:themeColor="text1"/>
          <w:sz w:val="38"/>
          <w:szCs w:val="38"/>
          <w:rtl/>
        </w:rPr>
        <w:t>الدافعية</w:t>
      </w:r>
      <w:r w:rsidRPr="005117ED">
        <w:rPr>
          <w:rFonts w:cs="Sakkal Majalla"/>
          <w:color w:val="000000" w:themeColor="text1"/>
          <w:sz w:val="38"/>
          <w:szCs w:val="38"/>
        </w:rPr>
        <w:t xml:space="preserve"> </w:t>
      </w:r>
      <w:r w:rsidRPr="005117ED">
        <w:rPr>
          <w:rFonts w:cs="Sakkal Majalla"/>
          <w:color w:val="000000" w:themeColor="text1"/>
          <w:sz w:val="38"/>
          <w:szCs w:val="38"/>
          <w:rtl/>
        </w:rPr>
        <w:t>والحفظ</w:t>
      </w:r>
      <w:r w:rsidRPr="005117ED">
        <w:rPr>
          <w:rFonts w:cs="Sakkal Majalla"/>
          <w:color w:val="000000" w:themeColor="text1"/>
          <w:sz w:val="38"/>
          <w:szCs w:val="38"/>
        </w:rPr>
        <w:t xml:space="preserve"> </w:t>
      </w:r>
      <w:r w:rsidRPr="005117ED">
        <w:rPr>
          <w:rFonts w:cs="Sakkal Majalla"/>
          <w:color w:val="000000" w:themeColor="text1"/>
          <w:sz w:val="38"/>
          <w:szCs w:val="38"/>
          <w:rtl/>
        </w:rPr>
        <w:t>الثقافي</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تفسير</w:t>
      </w:r>
      <w:r w:rsidRPr="005117ED">
        <w:rPr>
          <w:rFonts w:cs="Sakkal Majalla"/>
          <w:color w:val="000000" w:themeColor="text1"/>
          <w:sz w:val="38"/>
          <w:szCs w:val="38"/>
        </w:rPr>
        <w:t xml:space="preserve"> </w:t>
      </w:r>
      <w:r w:rsidRPr="005117ED">
        <w:rPr>
          <w:rFonts w:cs="Sakkal Majalla"/>
          <w:color w:val="000000" w:themeColor="text1"/>
          <w:sz w:val="38"/>
          <w:szCs w:val="38"/>
          <w:rtl/>
        </w:rPr>
        <w:t>النتائج</w:t>
      </w:r>
      <w:r w:rsidRPr="005117ED">
        <w:rPr>
          <w:rFonts w:cs="Sakkal Majalla"/>
          <w:color w:val="000000" w:themeColor="text1"/>
          <w:sz w:val="38"/>
          <w:szCs w:val="38"/>
        </w:rPr>
        <w:t xml:space="preserve">. </w:t>
      </w:r>
      <w:r w:rsidRPr="005117ED">
        <w:rPr>
          <w:rFonts w:cs="Sakkal Majalla"/>
          <w:color w:val="000000" w:themeColor="text1"/>
          <w:sz w:val="38"/>
          <w:szCs w:val="38"/>
          <w:rtl/>
        </w:rPr>
        <w:t>وتلفت</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السياق</w:t>
      </w:r>
      <w:r w:rsidRPr="005117ED">
        <w:rPr>
          <w:rFonts w:cs="Sakkal Majalla"/>
          <w:color w:val="000000" w:themeColor="text1"/>
          <w:sz w:val="38"/>
          <w:szCs w:val="38"/>
        </w:rPr>
        <w:t xml:space="preserve"> </w:t>
      </w:r>
      <w:r w:rsidRPr="005117ED">
        <w:rPr>
          <w:rFonts w:cs="Sakkal Majalla"/>
          <w:color w:val="000000" w:themeColor="text1"/>
          <w:sz w:val="38"/>
          <w:szCs w:val="38"/>
          <w:rtl/>
        </w:rPr>
        <w:lastRenderedPageBreak/>
        <w:t>الثقافي</w:t>
      </w:r>
      <w:r w:rsidRPr="005117ED">
        <w:rPr>
          <w:rFonts w:cs="Sakkal Majalla"/>
          <w:color w:val="000000" w:themeColor="text1"/>
          <w:sz w:val="38"/>
          <w:szCs w:val="38"/>
        </w:rPr>
        <w:t xml:space="preserve"> </w:t>
      </w:r>
      <w:r w:rsidRPr="005117ED">
        <w:rPr>
          <w:rFonts w:cs="Sakkal Majalla"/>
          <w:color w:val="000000" w:themeColor="text1"/>
          <w:sz w:val="38"/>
          <w:szCs w:val="38"/>
          <w:rtl/>
        </w:rPr>
        <w:t>قد</w:t>
      </w:r>
      <w:r w:rsidRPr="005117ED">
        <w:rPr>
          <w:rFonts w:cs="Sakkal Majalla"/>
          <w:color w:val="000000" w:themeColor="text1"/>
          <w:sz w:val="38"/>
          <w:szCs w:val="38"/>
        </w:rPr>
        <w:t xml:space="preserve"> </w:t>
      </w:r>
      <w:r w:rsidRPr="005117ED">
        <w:rPr>
          <w:rFonts w:cs="Sakkal Majalla"/>
          <w:color w:val="000000" w:themeColor="text1"/>
          <w:sz w:val="38"/>
          <w:szCs w:val="38"/>
          <w:rtl/>
        </w:rPr>
        <w:t>يشكل</w:t>
      </w:r>
      <w:r w:rsidRPr="005117ED">
        <w:rPr>
          <w:rFonts w:cs="Sakkal Majalla"/>
          <w:color w:val="000000" w:themeColor="text1"/>
          <w:sz w:val="38"/>
          <w:szCs w:val="38"/>
        </w:rPr>
        <w:t xml:space="preserve"> </w:t>
      </w:r>
      <w:r w:rsidRPr="005117ED">
        <w:rPr>
          <w:rFonts w:cs="Sakkal Majalla"/>
          <w:color w:val="000000" w:themeColor="text1"/>
          <w:sz w:val="38"/>
          <w:szCs w:val="38"/>
          <w:rtl/>
        </w:rPr>
        <w:t>طريقة</w:t>
      </w:r>
      <w:r w:rsidRPr="005117ED">
        <w:rPr>
          <w:rFonts w:cs="Sakkal Majalla"/>
          <w:color w:val="000000" w:themeColor="text1"/>
          <w:sz w:val="38"/>
          <w:szCs w:val="38"/>
        </w:rPr>
        <w:t xml:space="preserve"> </w:t>
      </w:r>
      <w:r w:rsidRPr="005117ED">
        <w:rPr>
          <w:rFonts w:cs="Sakkal Majalla"/>
          <w:color w:val="000000" w:themeColor="text1"/>
          <w:sz w:val="38"/>
          <w:szCs w:val="38"/>
          <w:rtl/>
        </w:rPr>
        <w:t>استجابة</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w:t>
      </w:r>
      <w:r w:rsidRPr="005117ED">
        <w:rPr>
          <w:rFonts w:cs="Sakkal Majalla"/>
          <w:color w:val="000000" w:themeColor="text1"/>
          <w:sz w:val="38"/>
          <w:szCs w:val="38"/>
        </w:rPr>
        <w:t xml:space="preserve"> </w:t>
      </w:r>
      <w:r w:rsidRPr="005117ED">
        <w:rPr>
          <w:rFonts w:cs="Sakkal Majalla"/>
          <w:color w:val="000000" w:themeColor="text1"/>
          <w:sz w:val="38"/>
          <w:szCs w:val="38"/>
          <w:rtl/>
        </w:rPr>
        <w:t>للخطاب</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القيادي،</w:t>
      </w:r>
      <w:r w:rsidRPr="005117ED">
        <w:rPr>
          <w:rFonts w:cs="Sakkal Majalla"/>
          <w:color w:val="000000" w:themeColor="text1"/>
          <w:sz w:val="38"/>
          <w:szCs w:val="38"/>
        </w:rPr>
        <w:t xml:space="preserve"> </w:t>
      </w:r>
      <w:r w:rsidRPr="005117ED">
        <w:rPr>
          <w:rFonts w:cs="Sakkal Majalla"/>
          <w:color w:val="000000" w:themeColor="text1"/>
          <w:sz w:val="38"/>
          <w:szCs w:val="38"/>
          <w:rtl/>
        </w:rPr>
        <w:t>وهو</w:t>
      </w:r>
      <w:r w:rsidRPr="005117ED">
        <w:rPr>
          <w:rFonts w:cs="Sakkal Majalla"/>
          <w:color w:val="000000" w:themeColor="text1"/>
          <w:sz w:val="38"/>
          <w:szCs w:val="38"/>
        </w:rPr>
        <w:t xml:space="preserve"> </w:t>
      </w:r>
      <w:r w:rsidRPr="005117ED">
        <w:rPr>
          <w:rFonts w:cs="Sakkal Majalla"/>
          <w:color w:val="000000" w:themeColor="text1"/>
          <w:sz w:val="38"/>
          <w:szCs w:val="38"/>
          <w:rtl/>
        </w:rPr>
        <w:t>ما</w:t>
      </w:r>
      <w:r w:rsidRPr="005117ED">
        <w:rPr>
          <w:rFonts w:cs="Sakkal Majalla"/>
          <w:color w:val="000000" w:themeColor="text1"/>
          <w:sz w:val="38"/>
          <w:szCs w:val="38"/>
        </w:rPr>
        <w:t xml:space="preserve"> </w:t>
      </w:r>
      <w:r w:rsidRPr="005117ED">
        <w:rPr>
          <w:rFonts w:cs="Sakkal Majalla"/>
          <w:color w:val="000000" w:themeColor="text1"/>
          <w:sz w:val="38"/>
          <w:szCs w:val="38"/>
          <w:rtl/>
        </w:rPr>
        <w:t>يبرر</w:t>
      </w:r>
      <w:r w:rsidRPr="005117ED">
        <w:rPr>
          <w:rFonts w:cs="Sakkal Majalla"/>
          <w:color w:val="000000" w:themeColor="text1"/>
          <w:sz w:val="38"/>
          <w:szCs w:val="38"/>
        </w:rPr>
        <w:t xml:space="preserve"> </w:t>
      </w:r>
      <w:r w:rsidRPr="005117ED">
        <w:rPr>
          <w:rFonts w:cs="Sakkal Majalla"/>
          <w:color w:val="000000" w:themeColor="text1"/>
          <w:sz w:val="38"/>
          <w:szCs w:val="38"/>
          <w:rtl/>
        </w:rPr>
        <w:t>عدم</w:t>
      </w:r>
      <w:r w:rsidRPr="005117ED">
        <w:rPr>
          <w:rFonts w:cs="Sakkal Majalla"/>
          <w:color w:val="000000" w:themeColor="text1"/>
          <w:sz w:val="38"/>
          <w:szCs w:val="38"/>
        </w:rPr>
        <w:t xml:space="preserve"> </w:t>
      </w:r>
      <w:r w:rsidRPr="005117ED">
        <w:rPr>
          <w:rFonts w:cs="Sakkal Majalla"/>
          <w:color w:val="000000" w:themeColor="text1"/>
          <w:sz w:val="38"/>
          <w:szCs w:val="38"/>
          <w:rtl/>
        </w:rPr>
        <w:t>نقل</w:t>
      </w:r>
      <w:r w:rsidRPr="005117ED">
        <w:rPr>
          <w:rFonts w:cs="Sakkal Majalla"/>
          <w:color w:val="000000" w:themeColor="text1"/>
          <w:sz w:val="38"/>
          <w:szCs w:val="38"/>
        </w:rPr>
        <w:t xml:space="preserve"> </w:t>
      </w:r>
      <w:r w:rsidRPr="005117ED">
        <w:rPr>
          <w:rFonts w:cs="Sakkal Majalla"/>
          <w:color w:val="000000" w:themeColor="text1"/>
          <w:sz w:val="38"/>
          <w:szCs w:val="38"/>
          <w:rtl/>
        </w:rPr>
        <w:t>النتائج</w:t>
      </w:r>
      <w:r w:rsidRPr="005117ED">
        <w:rPr>
          <w:rFonts w:cs="Sakkal Majalla"/>
          <w:color w:val="000000" w:themeColor="text1"/>
          <w:sz w:val="38"/>
          <w:szCs w:val="38"/>
        </w:rPr>
        <w:t xml:space="preserve"> </w:t>
      </w:r>
      <w:r w:rsidRPr="005117ED">
        <w:rPr>
          <w:rFonts w:cs="Sakkal Majalla"/>
          <w:color w:val="000000" w:themeColor="text1"/>
          <w:sz w:val="38"/>
          <w:szCs w:val="38"/>
          <w:rtl/>
        </w:rPr>
        <w:t>آليًا</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بيئات</w:t>
      </w:r>
      <w:r w:rsidRPr="005117ED">
        <w:rPr>
          <w:rFonts w:cs="Sakkal Majalla"/>
          <w:color w:val="000000" w:themeColor="text1"/>
          <w:sz w:val="38"/>
          <w:szCs w:val="38"/>
        </w:rPr>
        <w:t xml:space="preserve"> </w:t>
      </w:r>
      <w:r w:rsidRPr="005117ED">
        <w:rPr>
          <w:rFonts w:cs="Sakkal Majalla"/>
          <w:color w:val="000000" w:themeColor="text1"/>
          <w:sz w:val="38"/>
          <w:szCs w:val="38"/>
          <w:rtl/>
        </w:rPr>
        <w:t>أخرى</w:t>
      </w:r>
      <w:r w:rsidRPr="005117ED">
        <w:rPr>
          <w:rFonts w:cs="Sakkal Majalla"/>
          <w:color w:val="000000" w:themeColor="text1"/>
          <w:sz w:val="38"/>
          <w:szCs w:val="38"/>
        </w:rPr>
        <w:t xml:space="preserve"> </w:t>
      </w:r>
      <w:r w:rsidRPr="005117ED">
        <w:rPr>
          <w:rFonts w:cs="Sakkal Majalla"/>
          <w:color w:val="000000" w:themeColor="text1"/>
          <w:sz w:val="38"/>
          <w:szCs w:val="38"/>
          <w:rtl/>
        </w:rPr>
        <w:t>دون</w:t>
      </w:r>
      <w:r w:rsidRPr="005117ED">
        <w:rPr>
          <w:rFonts w:cs="Sakkal Majalla"/>
          <w:color w:val="000000" w:themeColor="text1"/>
          <w:sz w:val="38"/>
          <w:szCs w:val="38"/>
        </w:rPr>
        <w:t xml:space="preserve"> </w:t>
      </w:r>
      <w:r w:rsidRPr="005117ED">
        <w:rPr>
          <w:rFonts w:cs="Sakkal Majalla"/>
          <w:color w:val="000000" w:themeColor="text1"/>
          <w:sz w:val="38"/>
          <w:szCs w:val="38"/>
          <w:rtl/>
        </w:rPr>
        <w:t>اختبار</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وأثبتت</w:t>
      </w:r>
      <w:r w:rsidRPr="005117ED">
        <w:rPr>
          <w:rFonts w:cs="Sakkal Majalla"/>
          <w:color w:val="000000" w:themeColor="text1"/>
          <w:sz w:val="38"/>
          <w:szCs w:val="38"/>
        </w:rPr>
        <w:t xml:space="preserve"> </w:t>
      </w:r>
      <w:r w:rsidRPr="005117ED">
        <w:rPr>
          <w:rFonts w:cs="Sakkal Majalla"/>
          <w:color w:val="000000" w:themeColor="text1"/>
          <w:sz w:val="38"/>
          <w:szCs w:val="38"/>
          <w:rtl/>
        </w:rPr>
        <w:t>دراسة</w:t>
      </w:r>
      <w:r w:rsidRPr="005117ED">
        <w:rPr>
          <w:rFonts w:cs="Sakkal Majalla"/>
          <w:color w:val="000000" w:themeColor="text1"/>
          <w:sz w:val="38"/>
          <w:szCs w:val="38"/>
        </w:rPr>
        <w:t xml:space="preserve"> </w:t>
      </w:r>
      <w:proofErr w:type="spellStart"/>
      <w:r w:rsidRPr="005117ED">
        <w:rPr>
          <w:rFonts w:cs="Sakkal Majalla"/>
          <w:color w:val="000000" w:themeColor="text1"/>
          <w:sz w:val="38"/>
          <w:szCs w:val="38"/>
        </w:rPr>
        <w:t>Gumusluoglu</w:t>
      </w:r>
      <w:proofErr w:type="spellEnd"/>
      <w:r w:rsidRPr="005117ED">
        <w:rPr>
          <w:rFonts w:cs="Sakkal Majalla"/>
          <w:color w:val="000000" w:themeColor="text1"/>
          <w:sz w:val="38"/>
          <w:szCs w:val="38"/>
        </w:rPr>
        <w:t xml:space="preserve"> </w:t>
      </w:r>
      <w:r w:rsidRPr="005117ED">
        <w:rPr>
          <w:rFonts w:cs="Sakkal Majalla"/>
          <w:color w:val="000000" w:themeColor="text1"/>
          <w:sz w:val="38"/>
          <w:szCs w:val="38"/>
          <w:rtl/>
        </w:rPr>
        <w:t>و</w:t>
      </w:r>
      <w:proofErr w:type="spellStart"/>
      <w:r w:rsidRPr="005117ED">
        <w:rPr>
          <w:rFonts w:cs="Sakkal Majalla"/>
          <w:color w:val="000000" w:themeColor="text1"/>
          <w:sz w:val="38"/>
          <w:szCs w:val="38"/>
        </w:rPr>
        <w:t>Ilsev</w:t>
      </w:r>
      <w:proofErr w:type="spellEnd"/>
      <w:r w:rsidRPr="005117ED">
        <w:rPr>
          <w:rFonts w:cs="Sakkal Majalla"/>
          <w:color w:val="000000" w:themeColor="text1"/>
          <w:sz w:val="38"/>
          <w:szCs w:val="38"/>
        </w:rPr>
        <w:t xml:space="preserve"> (2009) </w:t>
      </w:r>
      <w:r w:rsidRPr="005117ED">
        <w:rPr>
          <w:rFonts w:cs="Sakkal Majalla"/>
          <w:color w:val="000000" w:themeColor="text1"/>
          <w:sz w:val="38"/>
          <w:szCs w:val="38"/>
          <w:rtl/>
        </w:rPr>
        <w:t>وجود</w:t>
      </w:r>
      <w:r w:rsidRPr="005117ED">
        <w:rPr>
          <w:rFonts w:cs="Sakkal Majalla"/>
          <w:color w:val="000000" w:themeColor="text1"/>
          <w:sz w:val="38"/>
          <w:szCs w:val="38"/>
        </w:rPr>
        <w:t xml:space="preserve"> </w:t>
      </w:r>
      <w:r w:rsidRPr="005117ED">
        <w:rPr>
          <w:rFonts w:cs="Sakkal Majalla"/>
          <w:color w:val="000000" w:themeColor="text1"/>
          <w:sz w:val="38"/>
          <w:szCs w:val="38"/>
          <w:rtl/>
        </w:rPr>
        <w:t>علاقة</w:t>
      </w:r>
      <w:r w:rsidRPr="005117ED">
        <w:rPr>
          <w:rFonts w:cs="Sakkal Majalla"/>
          <w:color w:val="000000" w:themeColor="text1"/>
          <w:sz w:val="38"/>
          <w:szCs w:val="38"/>
        </w:rPr>
        <w:t xml:space="preserve"> </w:t>
      </w:r>
      <w:r w:rsidRPr="005117ED">
        <w:rPr>
          <w:rFonts w:cs="Sakkal Majalla"/>
          <w:color w:val="000000" w:themeColor="text1"/>
          <w:sz w:val="38"/>
          <w:szCs w:val="38"/>
          <w:rtl/>
        </w:rPr>
        <w:t>موجبة</w:t>
      </w:r>
      <w:r w:rsidRPr="005117ED">
        <w:rPr>
          <w:rFonts w:cs="Sakkal Majalla"/>
          <w:color w:val="000000" w:themeColor="text1"/>
          <w:sz w:val="38"/>
          <w:szCs w:val="38"/>
        </w:rPr>
        <w:t xml:space="preserve"> </w:t>
      </w:r>
      <w:r w:rsidRPr="005117ED">
        <w:rPr>
          <w:rFonts w:cs="Sakkal Majalla"/>
          <w:color w:val="000000" w:themeColor="text1"/>
          <w:sz w:val="38"/>
          <w:szCs w:val="38"/>
          <w:rtl/>
        </w:rPr>
        <w:t>بين</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r w:rsidRPr="005117ED">
        <w:rPr>
          <w:rFonts w:cs="Sakkal Majalla"/>
          <w:color w:val="000000" w:themeColor="text1"/>
          <w:sz w:val="38"/>
          <w:szCs w:val="38"/>
        </w:rPr>
        <w:t xml:space="preserve"> </w:t>
      </w:r>
      <w:r w:rsidRPr="005117ED">
        <w:rPr>
          <w:rFonts w:cs="Sakkal Majalla"/>
          <w:color w:val="000000" w:themeColor="text1"/>
          <w:sz w:val="38"/>
          <w:szCs w:val="38"/>
          <w:rtl/>
        </w:rPr>
        <w:t>والإبداع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الفردي</w:t>
      </w:r>
      <w:r w:rsidRPr="005117ED">
        <w:rPr>
          <w:rFonts w:cs="Sakkal Majalla"/>
          <w:color w:val="000000" w:themeColor="text1"/>
          <w:sz w:val="38"/>
          <w:szCs w:val="38"/>
        </w:rPr>
        <w:t xml:space="preserve"> </w:t>
      </w:r>
      <w:r w:rsidRPr="005117ED">
        <w:rPr>
          <w:rFonts w:cs="Sakkal Majalla"/>
          <w:color w:val="000000" w:themeColor="text1"/>
          <w:sz w:val="38"/>
          <w:szCs w:val="38"/>
          <w:rtl/>
        </w:rPr>
        <w:t>والابتكار</w:t>
      </w:r>
      <w:r w:rsidRPr="005117ED">
        <w:rPr>
          <w:rFonts w:cs="Sakkal Majalla"/>
          <w:color w:val="000000" w:themeColor="text1"/>
          <w:sz w:val="38"/>
          <w:szCs w:val="38"/>
        </w:rPr>
        <w:t xml:space="preserve"> </w:t>
      </w:r>
      <w:r w:rsidRPr="005117ED">
        <w:rPr>
          <w:rFonts w:cs="Sakkal Majalla"/>
          <w:color w:val="000000" w:themeColor="text1"/>
          <w:sz w:val="38"/>
          <w:szCs w:val="38"/>
          <w:rtl/>
        </w:rPr>
        <w:t>التنظيمي،</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إظهار</w:t>
      </w:r>
      <w:r w:rsidRPr="005117ED">
        <w:rPr>
          <w:rFonts w:cs="Sakkal Majalla"/>
          <w:color w:val="000000" w:themeColor="text1"/>
          <w:sz w:val="38"/>
          <w:szCs w:val="38"/>
        </w:rPr>
        <w:t xml:space="preserve"> </w:t>
      </w:r>
      <w:r w:rsidRPr="005117ED">
        <w:rPr>
          <w:rFonts w:cs="Sakkal Majalla"/>
          <w:color w:val="000000" w:themeColor="text1"/>
          <w:sz w:val="38"/>
          <w:szCs w:val="38"/>
          <w:rtl/>
        </w:rPr>
        <w:t>أهمية</w:t>
      </w:r>
      <w:r w:rsidRPr="005117ED">
        <w:rPr>
          <w:rFonts w:cs="Sakkal Majalla"/>
          <w:color w:val="000000" w:themeColor="text1"/>
          <w:sz w:val="38"/>
          <w:szCs w:val="38"/>
        </w:rPr>
        <w:t xml:space="preserve"> </w:t>
      </w:r>
      <w:r w:rsidRPr="005117ED">
        <w:rPr>
          <w:rFonts w:cs="Sakkal Majalla"/>
          <w:color w:val="000000" w:themeColor="text1"/>
          <w:sz w:val="38"/>
          <w:szCs w:val="38"/>
          <w:rtl/>
        </w:rPr>
        <w:t>الدعم</w:t>
      </w:r>
      <w:r w:rsidRPr="005117ED">
        <w:rPr>
          <w:rFonts w:cs="Sakkal Majalla"/>
          <w:color w:val="000000" w:themeColor="text1"/>
          <w:sz w:val="38"/>
          <w:szCs w:val="38"/>
        </w:rPr>
        <w:t xml:space="preserve"> </w:t>
      </w:r>
      <w:r w:rsidRPr="005117ED">
        <w:rPr>
          <w:rFonts w:cs="Sakkal Majalla"/>
          <w:color w:val="000000" w:themeColor="text1"/>
          <w:sz w:val="38"/>
          <w:szCs w:val="38"/>
          <w:rtl/>
        </w:rPr>
        <w:t>الخارجي</w:t>
      </w:r>
      <w:r w:rsidRPr="005117ED">
        <w:rPr>
          <w:rFonts w:cs="Sakkal Majalla"/>
          <w:color w:val="000000" w:themeColor="text1"/>
          <w:sz w:val="38"/>
          <w:szCs w:val="38"/>
        </w:rPr>
        <w:t xml:space="preserve"> </w:t>
      </w:r>
      <w:r w:rsidRPr="005117ED">
        <w:rPr>
          <w:rFonts w:cs="Sakkal Majalla"/>
          <w:color w:val="000000" w:themeColor="text1"/>
          <w:sz w:val="38"/>
          <w:szCs w:val="38"/>
          <w:rtl/>
        </w:rPr>
        <w:t>للابتكار</w:t>
      </w:r>
      <w:r w:rsidRPr="005117ED">
        <w:rPr>
          <w:rFonts w:cs="Sakkal Majalla"/>
          <w:color w:val="000000" w:themeColor="text1"/>
          <w:sz w:val="38"/>
          <w:szCs w:val="38"/>
        </w:rPr>
        <w:t xml:space="preserve">. </w:t>
      </w:r>
      <w:r w:rsidRPr="005117ED">
        <w:rPr>
          <w:rFonts w:cs="Sakkal Majalla"/>
          <w:color w:val="000000" w:themeColor="text1"/>
          <w:sz w:val="38"/>
          <w:szCs w:val="38"/>
          <w:rtl/>
        </w:rPr>
        <w:t>وتتميز</w:t>
      </w:r>
      <w:r w:rsidRPr="005117ED">
        <w:rPr>
          <w:rFonts w:cs="Sakkal Majalla"/>
          <w:color w:val="000000" w:themeColor="text1"/>
          <w:sz w:val="38"/>
          <w:szCs w:val="38"/>
        </w:rPr>
        <w:t xml:space="preserve"> </w:t>
      </w:r>
      <w:r w:rsidRPr="005117ED">
        <w:rPr>
          <w:rFonts w:cs="Sakkal Majalla"/>
          <w:color w:val="000000" w:themeColor="text1"/>
          <w:sz w:val="38"/>
          <w:szCs w:val="38"/>
          <w:rtl/>
        </w:rPr>
        <w:t>بربط</w:t>
      </w:r>
      <w:r w:rsidRPr="005117ED">
        <w:rPr>
          <w:rFonts w:cs="Sakkal Majalla"/>
          <w:color w:val="000000" w:themeColor="text1"/>
          <w:sz w:val="38"/>
          <w:szCs w:val="38"/>
        </w:rPr>
        <w:t xml:space="preserve"> </w:t>
      </w:r>
      <w:r w:rsidRPr="005117ED">
        <w:rPr>
          <w:rFonts w:cs="Sakkal Majalla"/>
          <w:color w:val="000000" w:themeColor="text1"/>
          <w:sz w:val="38"/>
          <w:szCs w:val="38"/>
          <w:rtl/>
        </w:rPr>
        <w:t>مستويين</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المخرجات،</w:t>
      </w:r>
      <w:r w:rsidRPr="005117ED">
        <w:rPr>
          <w:rFonts w:cs="Sakkal Majalla"/>
          <w:color w:val="000000" w:themeColor="text1"/>
          <w:sz w:val="38"/>
          <w:szCs w:val="38"/>
        </w:rPr>
        <w:t xml:space="preserve"> </w:t>
      </w:r>
      <w:r w:rsidRPr="005117ED">
        <w:rPr>
          <w:rFonts w:cs="Sakkal Majalla"/>
          <w:color w:val="000000" w:themeColor="text1"/>
          <w:sz w:val="38"/>
          <w:szCs w:val="38"/>
          <w:rtl/>
        </w:rPr>
        <w:t>وتدعم</w:t>
      </w:r>
      <w:r w:rsidRPr="005117ED">
        <w:rPr>
          <w:rFonts w:cs="Sakkal Majalla"/>
          <w:color w:val="000000" w:themeColor="text1"/>
          <w:sz w:val="38"/>
          <w:szCs w:val="38"/>
        </w:rPr>
        <w:t xml:space="preserve"> </w:t>
      </w:r>
      <w:r w:rsidRPr="005117ED">
        <w:rPr>
          <w:rFonts w:cs="Sakkal Majalla"/>
          <w:color w:val="000000" w:themeColor="text1"/>
          <w:sz w:val="38"/>
          <w:szCs w:val="38"/>
          <w:rtl/>
        </w:rPr>
        <w:t>تصور</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فكرة</w:t>
      </w:r>
      <w:r w:rsidRPr="005117ED">
        <w:rPr>
          <w:rFonts w:cs="Sakkal Majalla"/>
          <w:color w:val="000000" w:themeColor="text1"/>
          <w:sz w:val="38"/>
          <w:szCs w:val="38"/>
        </w:rPr>
        <w:t xml:space="preserve"> </w:t>
      </w:r>
      <w:r w:rsidRPr="005117ED">
        <w:rPr>
          <w:rFonts w:cs="Sakkal Majalla"/>
          <w:color w:val="000000" w:themeColor="text1"/>
          <w:sz w:val="38"/>
          <w:szCs w:val="38"/>
          <w:rtl/>
        </w:rPr>
        <w:t>الفرد</w:t>
      </w:r>
      <w:r w:rsidRPr="005117ED">
        <w:rPr>
          <w:rFonts w:cs="Sakkal Majalla"/>
          <w:color w:val="000000" w:themeColor="text1"/>
          <w:sz w:val="38"/>
          <w:szCs w:val="38"/>
        </w:rPr>
        <w:t xml:space="preserve"> </w:t>
      </w:r>
      <w:r w:rsidRPr="005117ED">
        <w:rPr>
          <w:rFonts w:cs="Sakkal Majalla"/>
          <w:color w:val="000000" w:themeColor="text1"/>
          <w:sz w:val="38"/>
          <w:szCs w:val="38"/>
          <w:rtl/>
        </w:rPr>
        <w:t>تحتاج</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بنية</w:t>
      </w:r>
      <w:r w:rsidRPr="005117ED">
        <w:rPr>
          <w:rFonts w:cs="Sakkal Majalla"/>
          <w:color w:val="000000" w:themeColor="text1"/>
          <w:sz w:val="38"/>
          <w:szCs w:val="38"/>
        </w:rPr>
        <w:t xml:space="preserve"> </w:t>
      </w:r>
      <w:r w:rsidRPr="005117ED">
        <w:rPr>
          <w:rFonts w:cs="Sakkal Majalla"/>
          <w:color w:val="000000" w:themeColor="text1"/>
          <w:sz w:val="38"/>
          <w:szCs w:val="38"/>
          <w:rtl/>
        </w:rPr>
        <w:t>وموارد</w:t>
      </w:r>
      <w:r w:rsidRPr="005117ED">
        <w:rPr>
          <w:rFonts w:cs="Sakkal Majalla"/>
          <w:color w:val="000000" w:themeColor="text1"/>
          <w:sz w:val="38"/>
          <w:szCs w:val="38"/>
        </w:rPr>
        <w:t xml:space="preserve"> </w:t>
      </w:r>
      <w:r w:rsidRPr="005117ED">
        <w:rPr>
          <w:rFonts w:cs="Sakkal Majalla"/>
          <w:color w:val="000000" w:themeColor="text1"/>
          <w:sz w:val="38"/>
          <w:szCs w:val="38"/>
          <w:rtl/>
        </w:rPr>
        <w:t>حتى</w:t>
      </w:r>
      <w:r w:rsidRPr="005117ED">
        <w:rPr>
          <w:rFonts w:cs="Sakkal Majalla"/>
          <w:color w:val="000000" w:themeColor="text1"/>
          <w:sz w:val="38"/>
          <w:szCs w:val="38"/>
        </w:rPr>
        <w:t xml:space="preserve"> </w:t>
      </w:r>
      <w:r w:rsidRPr="005117ED">
        <w:rPr>
          <w:rFonts w:cs="Sakkal Majalla"/>
          <w:color w:val="000000" w:themeColor="text1"/>
          <w:sz w:val="38"/>
          <w:szCs w:val="38"/>
          <w:rtl/>
        </w:rPr>
        <w:t>تتحول</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نتيجة</w:t>
      </w:r>
      <w:r w:rsidRPr="005117ED">
        <w:rPr>
          <w:rFonts w:cs="Sakkal Majalla"/>
          <w:color w:val="000000" w:themeColor="text1"/>
          <w:sz w:val="38"/>
          <w:szCs w:val="38"/>
        </w:rPr>
        <w:t xml:space="preserve"> </w:t>
      </w:r>
      <w:r w:rsidRPr="005117ED">
        <w:rPr>
          <w:rFonts w:cs="Sakkal Majalla"/>
          <w:color w:val="000000" w:themeColor="text1"/>
          <w:sz w:val="38"/>
          <w:szCs w:val="38"/>
          <w:rtl/>
        </w:rPr>
        <w:t>تنظيمية</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وتناولت</w:t>
      </w:r>
      <w:r w:rsidRPr="005117ED">
        <w:rPr>
          <w:rFonts w:cs="Sakkal Majalla"/>
          <w:color w:val="000000" w:themeColor="text1"/>
          <w:sz w:val="38"/>
          <w:szCs w:val="38"/>
        </w:rPr>
        <w:t xml:space="preserve"> </w:t>
      </w:r>
      <w:proofErr w:type="spellStart"/>
      <w:r w:rsidRPr="005117ED">
        <w:rPr>
          <w:rFonts w:cs="Sakkal Majalla"/>
          <w:color w:val="000000" w:themeColor="text1"/>
          <w:sz w:val="38"/>
          <w:szCs w:val="38"/>
        </w:rPr>
        <w:t>Afsar</w:t>
      </w:r>
      <w:proofErr w:type="spellEnd"/>
      <w:r w:rsidRPr="005117ED">
        <w:rPr>
          <w:rFonts w:cs="Sakkal Majalla"/>
          <w:color w:val="000000" w:themeColor="text1"/>
          <w:sz w:val="38"/>
          <w:szCs w:val="38"/>
        </w:rPr>
        <w:t xml:space="preserve"> </w:t>
      </w:r>
      <w:r w:rsidRPr="005117ED">
        <w:rPr>
          <w:rFonts w:cs="Sakkal Majalla"/>
          <w:color w:val="000000" w:themeColor="text1"/>
          <w:sz w:val="38"/>
          <w:szCs w:val="38"/>
          <w:rtl/>
        </w:rPr>
        <w:t>و</w:t>
      </w:r>
      <w:proofErr w:type="spellStart"/>
      <w:r w:rsidRPr="005117ED">
        <w:rPr>
          <w:rFonts w:cs="Sakkal Majalla"/>
          <w:color w:val="000000" w:themeColor="text1"/>
          <w:sz w:val="38"/>
          <w:szCs w:val="38"/>
        </w:rPr>
        <w:t>Badir</w:t>
      </w:r>
      <w:proofErr w:type="spellEnd"/>
      <w:r w:rsidRPr="005117ED">
        <w:rPr>
          <w:rFonts w:cs="Sakkal Majalla"/>
          <w:color w:val="000000" w:themeColor="text1"/>
          <w:sz w:val="38"/>
          <w:szCs w:val="38"/>
        </w:rPr>
        <w:t xml:space="preserve"> </w:t>
      </w:r>
      <w:r w:rsidRPr="005117ED">
        <w:rPr>
          <w:rFonts w:cs="Sakkal Majalla"/>
          <w:color w:val="000000" w:themeColor="text1"/>
          <w:sz w:val="38"/>
          <w:szCs w:val="38"/>
          <w:rtl/>
        </w:rPr>
        <w:t>و</w:t>
      </w:r>
      <w:r w:rsidRPr="005117ED">
        <w:rPr>
          <w:rFonts w:cs="Sakkal Majalla"/>
          <w:color w:val="000000" w:themeColor="text1"/>
          <w:sz w:val="38"/>
          <w:szCs w:val="38"/>
        </w:rPr>
        <w:t xml:space="preserve">Saeed (2014) </w:t>
      </w:r>
      <w:r w:rsidRPr="005117ED">
        <w:rPr>
          <w:rFonts w:cs="Sakkal Majalla"/>
          <w:color w:val="000000" w:themeColor="text1"/>
          <w:sz w:val="38"/>
          <w:szCs w:val="38"/>
          <w:rtl/>
        </w:rPr>
        <w:t>أثر</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سلوك</w:t>
      </w:r>
      <w:r w:rsidRPr="005117ED">
        <w:rPr>
          <w:rFonts w:cs="Sakkal Majalla"/>
          <w:color w:val="000000" w:themeColor="text1"/>
          <w:sz w:val="38"/>
          <w:szCs w:val="38"/>
        </w:rPr>
        <w:t xml:space="preserve"> </w:t>
      </w:r>
      <w:r w:rsidRPr="005117ED">
        <w:rPr>
          <w:rFonts w:cs="Sakkal Majalla"/>
          <w:color w:val="000000" w:themeColor="text1"/>
          <w:sz w:val="38"/>
          <w:szCs w:val="38"/>
          <w:rtl/>
        </w:rPr>
        <w:t>العمل</w:t>
      </w:r>
      <w:r w:rsidRPr="005117ED">
        <w:rPr>
          <w:rFonts w:cs="Sakkal Majalla"/>
          <w:color w:val="000000" w:themeColor="text1"/>
          <w:sz w:val="38"/>
          <w:szCs w:val="38"/>
        </w:rPr>
        <w:t xml:space="preserve"> </w:t>
      </w:r>
      <w:r w:rsidRPr="005117ED">
        <w:rPr>
          <w:rFonts w:cs="Sakkal Majalla"/>
          <w:color w:val="000000" w:themeColor="text1"/>
          <w:sz w:val="38"/>
          <w:szCs w:val="38"/>
          <w:rtl/>
        </w:rPr>
        <w:t>المبتكر،</w:t>
      </w:r>
      <w:r w:rsidRPr="005117ED">
        <w:rPr>
          <w:rFonts w:cs="Sakkal Majalla"/>
          <w:color w:val="000000" w:themeColor="text1"/>
          <w:sz w:val="38"/>
          <w:szCs w:val="38"/>
        </w:rPr>
        <w:t xml:space="preserve"> </w:t>
      </w:r>
      <w:r w:rsidRPr="005117ED">
        <w:rPr>
          <w:rFonts w:cs="Sakkal Majalla"/>
          <w:color w:val="000000" w:themeColor="text1"/>
          <w:sz w:val="38"/>
          <w:szCs w:val="38"/>
          <w:rtl/>
        </w:rPr>
        <w:t>وأكدت</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جودة</w:t>
      </w:r>
      <w:r w:rsidRPr="005117ED">
        <w:rPr>
          <w:rFonts w:cs="Sakkal Majalla"/>
          <w:color w:val="000000" w:themeColor="text1"/>
          <w:sz w:val="38"/>
          <w:szCs w:val="38"/>
        </w:rPr>
        <w:t xml:space="preserve"> </w:t>
      </w:r>
      <w:r w:rsidRPr="005117ED">
        <w:rPr>
          <w:rFonts w:cs="Sakkal Majalla"/>
          <w:color w:val="000000" w:themeColor="text1"/>
          <w:sz w:val="38"/>
          <w:szCs w:val="38"/>
          <w:rtl/>
        </w:rPr>
        <w:t>العلاقة</w:t>
      </w:r>
      <w:r w:rsidRPr="005117ED">
        <w:rPr>
          <w:rFonts w:cs="Sakkal Majalla"/>
          <w:color w:val="000000" w:themeColor="text1"/>
          <w:sz w:val="38"/>
          <w:szCs w:val="38"/>
        </w:rPr>
        <w:t xml:space="preserve"> </w:t>
      </w:r>
      <w:r w:rsidRPr="005117ED">
        <w:rPr>
          <w:rFonts w:cs="Sakkal Majalla"/>
          <w:color w:val="000000" w:themeColor="text1"/>
          <w:sz w:val="38"/>
          <w:szCs w:val="38"/>
          <w:rtl/>
        </w:rPr>
        <w:t>والملاءمة</w:t>
      </w:r>
      <w:r w:rsidRPr="005117ED">
        <w:rPr>
          <w:rFonts w:cs="Sakkal Majalla"/>
          <w:color w:val="000000" w:themeColor="text1"/>
          <w:sz w:val="38"/>
          <w:szCs w:val="38"/>
        </w:rPr>
        <w:t xml:space="preserve"> </w:t>
      </w:r>
      <w:r w:rsidRPr="005117ED">
        <w:rPr>
          <w:rFonts w:cs="Sakkal Majalla"/>
          <w:color w:val="000000" w:themeColor="text1"/>
          <w:sz w:val="38"/>
          <w:szCs w:val="38"/>
          <w:rtl/>
        </w:rPr>
        <w:t>بين</w:t>
      </w:r>
      <w:r w:rsidRPr="005117ED">
        <w:rPr>
          <w:rFonts w:cs="Sakkal Majalla"/>
          <w:color w:val="000000" w:themeColor="text1"/>
          <w:sz w:val="38"/>
          <w:szCs w:val="38"/>
        </w:rPr>
        <w:t xml:space="preserve"> </w:t>
      </w:r>
      <w:r w:rsidRPr="005117ED">
        <w:rPr>
          <w:rFonts w:cs="Sakkal Majalla"/>
          <w:color w:val="000000" w:themeColor="text1"/>
          <w:sz w:val="38"/>
          <w:szCs w:val="38"/>
          <w:rtl/>
        </w:rPr>
        <w:t>الفرد</w:t>
      </w:r>
      <w:r w:rsidRPr="005117ED">
        <w:rPr>
          <w:rFonts w:cs="Sakkal Majalla"/>
          <w:color w:val="000000" w:themeColor="text1"/>
          <w:sz w:val="38"/>
          <w:szCs w:val="38"/>
        </w:rPr>
        <w:t xml:space="preserve"> </w:t>
      </w:r>
      <w:r w:rsidRPr="005117ED">
        <w:rPr>
          <w:rFonts w:cs="Sakkal Majalla"/>
          <w:color w:val="000000" w:themeColor="text1"/>
          <w:sz w:val="38"/>
          <w:szCs w:val="38"/>
          <w:rtl/>
        </w:rPr>
        <w:t>والمنظمة</w:t>
      </w:r>
      <w:r w:rsidRPr="005117ED">
        <w:rPr>
          <w:rFonts w:cs="Sakkal Majalla"/>
          <w:color w:val="000000" w:themeColor="text1"/>
          <w:sz w:val="38"/>
          <w:szCs w:val="38"/>
        </w:rPr>
        <w:t xml:space="preserve"> </w:t>
      </w:r>
      <w:r w:rsidRPr="005117ED">
        <w:rPr>
          <w:rFonts w:cs="Sakkal Majalla"/>
          <w:color w:val="000000" w:themeColor="text1"/>
          <w:sz w:val="38"/>
          <w:szCs w:val="38"/>
          <w:rtl/>
        </w:rPr>
        <w:t>تسهمان</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تفسير</w:t>
      </w:r>
      <w:r w:rsidRPr="005117ED">
        <w:rPr>
          <w:rFonts w:cs="Sakkal Majalla"/>
          <w:color w:val="000000" w:themeColor="text1"/>
          <w:sz w:val="38"/>
          <w:szCs w:val="38"/>
        </w:rPr>
        <w:t xml:space="preserve"> </w:t>
      </w:r>
      <w:r w:rsidRPr="005117ED">
        <w:rPr>
          <w:rFonts w:cs="Sakkal Majalla"/>
          <w:color w:val="000000" w:themeColor="text1"/>
          <w:sz w:val="38"/>
          <w:szCs w:val="38"/>
          <w:rtl/>
        </w:rPr>
        <w:t>السلوك</w:t>
      </w:r>
      <w:r w:rsidRPr="005117ED">
        <w:rPr>
          <w:rFonts w:cs="Sakkal Majalla"/>
          <w:color w:val="000000" w:themeColor="text1"/>
          <w:sz w:val="38"/>
          <w:szCs w:val="38"/>
        </w:rPr>
        <w:t xml:space="preserve">. </w:t>
      </w:r>
      <w:r w:rsidRPr="005117ED">
        <w:rPr>
          <w:rFonts w:cs="Sakkal Majalla"/>
          <w:color w:val="000000" w:themeColor="text1"/>
          <w:sz w:val="38"/>
          <w:szCs w:val="38"/>
          <w:rtl/>
        </w:rPr>
        <w:t>وتفيد</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الحالية</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هذا</w:t>
      </w:r>
      <w:r w:rsidRPr="005117ED">
        <w:rPr>
          <w:rFonts w:cs="Sakkal Majalla"/>
          <w:color w:val="000000" w:themeColor="text1"/>
          <w:sz w:val="38"/>
          <w:szCs w:val="38"/>
        </w:rPr>
        <w:t xml:space="preserve"> </w:t>
      </w:r>
      <w:r w:rsidRPr="005117ED">
        <w:rPr>
          <w:rFonts w:cs="Sakkal Majalla"/>
          <w:color w:val="000000" w:themeColor="text1"/>
          <w:sz w:val="38"/>
          <w:szCs w:val="38"/>
          <w:rtl/>
        </w:rPr>
        <w:t>الاتجاه</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فهم</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بوصفه</w:t>
      </w:r>
      <w:r w:rsidRPr="005117ED">
        <w:rPr>
          <w:rFonts w:cs="Sakkal Majalla"/>
          <w:color w:val="000000" w:themeColor="text1"/>
          <w:sz w:val="38"/>
          <w:szCs w:val="38"/>
        </w:rPr>
        <w:t xml:space="preserve"> </w:t>
      </w:r>
      <w:r w:rsidRPr="005117ED">
        <w:rPr>
          <w:rFonts w:cs="Sakkal Majalla"/>
          <w:color w:val="000000" w:themeColor="text1"/>
          <w:sz w:val="38"/>
          <w:szCs w:val="38"/>
          <w:rtl/>
        </w:rPr>
        <w:t>سلوكًا</w:t>
      </w:r>
      <w:r w:rsidRPr="005117ED">
        <w:rPr>
          <w:rFonts w:cs="Sakkal Majalla"/>
          <w:color w:val="000000" w:themeColor="text1"/>
          <w:sz w:val="38"/>
          <w:szCs w:val="38"/>
        </w:rPr>
        <w:t xml:space="preserve"> </w:t>
      </w:r>
      <w:r w:rsidRPr="005117ED">
        <w:rPr>
          <w:rFonts w:cs="Sakkal Majalla"/>
          <w:color w:val="000000" w:themeColor="text1"/>
          <w:sz w:val="38"/>
          <w:szCs w:val="38"/>
          <w:rtl/>
        </w:rPr>
        <w:t>يتضمن</w:t>
      </w:r>
      <w:r w:rsidRPr="005117ED">
        <w:rPr>
          <w:rFonts w:cs="Sakkal Majalla"/>
          <w:color w:val="000000" w:themeColor="text1"/>
          <w:sz w:val="38"/>
          <w:szCs w:val="38"/>
        </w:rPr>
        <w:t xml:space="preserve"> </w:t>
      </w:r>
      <w:r w:rsidRPr="005117ED">
        <w:rPr>
          <w:rFonts w:cs="Sakkal Majalla"/>
          <w:color w:val="000000" w:themeColor="text1"/>
          <w:sz w:val="38"/>
          <w:szCs w:val="38"/>
          <w:rtl/>
        </w:rPr>
        <w:t>توليد</w:t>
      </w:r>
      <w:r w:rsidRPr="005117ED">
        <w:rPr>
          <w:rFonts w:cs="Sakkal Majalla"/>
          <w:color w:val="000000" w:themeColor="text1"/>
          <w:sz w:val="38"/>
          <w:szCs w:val="38"/>
        </w:rPr>
        <w:t xml:space="preserve"> </w:t>
      </w:r>
      <w:r w:rsidRPr="005117ED">
        <w:rPr>
          <w:rFonts w:cs="Sakkal Majalla"/>
          <w:color w:val="000000" w:themeColor="text1"/>
          <w:sz w:val="38"/>
          <w:szCs w:val="38"/>
          <w:rtl/>
        </w:rPr>
        <w:t>الفكرة</w:t>
      </w:r>
      <w:r w:rsidRPr="005117ED">
        <w:rPr>
          <w:rFonts w:cs="Sakkal Majalla"/>
          <w:color w:val="000000" w:themeColor="text1"/>
          <w:sz w:val="38"/>
          <w:szCs w:val="38"/>
        </w:rPr>
        <w:t xml:space="preserve"> </w:t>
      </w:r>
      <w:r w:rsidRPr="005117ED">
        <w:rPr>
          <w:rFonts w:cs="Sakkal Majalla"/>
          <w:color w:val="000000" w:themeColor="text1"/>
          <w:sz w:val="38"/>
          <w:szCs w:val="38"/>
          <w:rtl/>
        </w:rPr>
        <w:t>والترويج</w:t>
      </w:r>
      <w:r w:rsidRPr="005117ED">
        <w:rPr>
          <w:rFonts w:cs="Sakkal Majalla"/>
          <w:color w:val="000000" w:themeColor="text1"/>
          <w:sz w:val="38"/>
          <w:szCs w:val="38"/>
        </w:rPr>
        <w:t xml:space="preserve"> </w:t>
      </w:r>
      <w:r w:rsidRPr="005117ED">
        <w:rPr>
          <w:rFonts w:cs="Sakkal Majalla"/>
          <w:color w:val="000000" w:themeColor="text1"/>
          <w:sz w:val="38"/>
          <w:szCs w:val="38"/>
          <w:rtl/>
        </w:rPr>
        <w:t>لها</w:t>
      </w:r>
      <w:r w:rsidRPr="005117ED">
        <w:rPr>
          <w:rFonts w:cs="Sakkal Majalla"/>
          <w:color w:val="000000" w:themeColor="text1"/>
          <w:sz w:val="38"/>
          <w:szCs w:val="38"/>
        </w:rPr>
        <w:t xml:space="preserve"> </w:t>
      </w:r>
      <w:r w:rsidRPr="005117ED">
        <w:rPr>
          <w:rFonts w:cs="Sakkal Majalla"/>
          <w:color w:val="000000" w:themeColor="text1"/>
          <w:sz w:val="38"/>
          <w:szCs w:val="38"/>
          <w:rtl/>
        </w:rPr>
        <w:t>وتنفيذها</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وبين</w:t>
      </w:r>
      <w:r w:rsidRPr="005117ED">
        <w:rPr>
          <w:rFonts w:cs="Sakkal Majalla"/>
          <w:color w:val="000000" w:themeColor="text1"/>
          <w:sz w:val="38"/>
          <w:szCs w:val="38"/>
        </w:rPr>
        <w:t xml:space="preserve"> </w:t>
      </w:r>
      <w:proofErr w:type="spellStart"/>
      <w:r w:rsidRPr="005117ED">
        <w:rPr>
          <w:rFonts w:cs="Sakkal Majalla"/>
          <w:color w:val="000000" w:themeColor="text1"/>
          <w:sz w:val="38"/>
          <w:szCs w:val="38"/>
        </w:rPr>
        <w:t>Henker</w:t>
      </w:r>
      <w:proofErr w:type="spellEnd"/>
      <w:r w:rsidRPr="005117ED">
        <w:rPr>
          <w:rFonts w:cs="Sakkal Majalla"/>
          <w:color w:val="000000" w:themeColor="text1"/>
          <w:sz w:val="38"/>
          <w:szCs w:val="38"/>
        </w:rPr>
        <w:t xml:space="preserve"> </w:t>
      </w:r>
      <w:r w:rsidRPr="005117ED">
        <w:rPr>
          <w:rFonts w:cs="Sakkal Majalla"/>
          <w:color w:val="000000" w:themeColor="text1"/>
          <w:sz w:val="38"/>
          <w:szCs w:val="38"/>
          <w:rtl/>
        </w:rPr>
        <w:t>و</w:t>
      </w:r>
      <w:proofErr w:type="spellStart"/>
      <w:r w:rsidRPr="005117ED">
        <w:rPr>
          <w:rFonts w:cs="Sakkal Majalla"/>
          <w:color w:val="000000" w:themeColor="text1"/>
          <w:sz w:val="38"/>
          <w:szCs w:val="38"/>
        </w:rPr>
        <w:t>Sonnentag</w:t>
      </w:r>
      <w:proofErr w:type="spellEnd"/>
      <w:r w:rsidRPr="005117ED">
        <w:rPr>
          <w:rFonts w:cs="Sakkal Majalla"/>
          <w:color w:val="000000" w:themeColor="text1"/>
          <w:sz w:val="38"/>
          <w:szCs w:val="38"/>
        </w:rPr>
        <w:t xml:space="preserve"> </w:t>
      </w:r>
      <w:r w:rsidRPr="005117ED">
        <w:rPr>
          <w:rFonts w:cs="Sakkal Majalla"/>
          <w:color w:val="000000" w:themeColor="text1"/>
          <w:sz w:val="38"/>
          <w:szCs w:val="38"/>
          <w:rtl/>
        </w:rPr>
        <w:t>و</w:t>
      </w:r>
      <w:r w:rsidRPr="005117ED">
        <w:rPr>
          <w:rFonts w:cs="Sakkal Majalla"/>
          <w:color w:val="000000" w:themeColor="text1"/>
          <w:sz w:val="38"/>
          <w:szCs w:val="38"/>
        </w:rPr>
        <w:t xml:space="preserve">Unger (2015)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r w:rsidRPr="005117ED">
        <w:rPr>
          <w:rFonts w:cs="Sakkal Majalla"/>
          <w:color w:val="000000" w:themeColor="text1"/>
          <w:sz w:val="38"/>
          <w:szCs w:val="38"/>
        </w:rPr>
        <w:t xml:space="preserve"> </w:t>
      </w:r>
      <w:r w:rsidRPr="005117ED">
        <w:rPr>
          <w:rFonts w:cs="Sakkal Majalla"/>
          <w:color w:val="000000" w:themeColor="text1"/>
          <w:sz w:val="38"/>
          <w:szCs w:val="38"/>
          <w:rtl/>
        </w:rPr>
        <w:t>ترتبط</w:t>
      </w:r>
      <w:r w:rsidRPr="005117ED">
        <w:rPr>
          <w:rFonts w:cs="Sakkal Majalla"/>
          <w:color w:val="000000" w:themeColor="text1"/>
          <w:sz w:val="38"/>
          <w:szCs w:val="38"/>
        </w:rPr>
        <w:t xml:space="preserve"> </w:t>
      </w:r>
      <w:r w:rsidRPr="005117ED">
        <w:rPr>
          <w:rFonts w:cs="Sakkal Majalla"/>
          <w:color w:val="000000" w:themeColor="text1"/>
          <w:sz w:val="38"/>
          <w:szCs w:val="38"/>
          <w:rtl/>
        </w:rPr>
        <w:t>بإبداع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w:t>
      </w:r>
      <w:r w:rsidRPr="005117ED">
        <w:rPr>
          <w:rFonts w:cs="Sakkal Majalla"/>
          <w:color w:val="000000" w:themeColor="text1"/>
          <w:sz w:val="38"/>
          <w:szCs w:val="38"/>
        </w:rPr>
        <w:t xml:space="preserve"> </w:t>
      </w:r>
      <w:r w:rsidRPr="005117ED">
        <w:rPr>
          <w:rFonts w:cs="Sakkal Majalla"/>
          <w:color w:val="000000" w:themeColor="text1"/>
          <w:sz w:val="38"/>
          <w:szCs w:val="38"/>
          <w:rtl/>
        </w:rPr>
        <w:t>عبر</w:t>
      </w:r>
      <w:r w:rsidRPr="005117ED">
        <w:rPr>
          <w:rFonts w:cs="Sakkal Majalla"/>
          <w:color w:val="000000" w:themeColor="text1"/>
          <w:sz w:val="38"/>
          <w:szCs w:val="38"/>
        </w:rPr>
        <w:t xml:space="preserve"> </w:t>
      </w:r>
      <w:r w:rsidRPr="005117ED">
        <w:rPr>
          <w:rFonts w:cs="Sakkal Majalla"/>
          <w:color w:val="000000" w:themeColor="text1"/>
          <w:sz w:val="38"/>
          <w:szCs w:val="38"/>
          <w:rtl/>
        </w:rPr>
        <w:t>تعزيز</w:t>
      </w:r>
      <w:r w:rsidRPr="005117ED">
        <w:rPr>
          <w:rFonts w:cs="Sakkal Majalla"/>
          <w:color w:val="000000" w:themeColor="text1"/>
          <w:sz w:val="38"/>
          <w:szCs w:val="38"/>
        </w:rPr>
        <w:t xml:space="preserve"> </w:t>
      </w:r>
      <w:r w:rsidRPr="005117ED">
        <w:rPr>
          <w:rFonts w:cs="Sakkal Majalla"/>
          <w:color w:val="000000" w:themeColor="text1"/>
          <w:sz w:val="38"/>
          <w:szCs w:val="38"/>
          <w:rtl/>
        </w:rPr>
        <w:t>التركيز</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الترقية</w:t>
      </w:r>
      <w:r w:rsidRPr="005117ED">
        <w:rPr>
          <w:rFonts w:cs="Sakkal Majalla"/>
          <w:color w:val="000000" w:themeColor="text1"/>
          <w:sz w:val="38"/>
          <w:szCs w:val="38"/>
        </w:rPr>
        <w:t xml:space="preserve"> </w:t>
      </w:r>
      <w:r w:rsidRPr="005117ED">
        <w:rPr>
          <w:rFonts w:cs="Sakkal Majalla"/>
          <w:color w:val="000000" w:themeColor="text1"/>
          <w:sz w:val="38"/>
          <w:szCs w:val="38"/>
          <w:rtl/>
        </w:rPr>
        <w:t>والانخراط</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الإبداعي</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العملية</w:t>
      </w:r>
      <w:r w:rsidRPr="005117ED">
        <w:rPr>
          <w:rFonts w:cs="Sakkal Majalla"/>
          <w:color w:val="000000" w:themeColor="text1"/>
          <w:sz w:val="38"/>
          <w:szCs w:val="38"/>
        </w:rPr>
        <w:t xml:space="preserve">. </w:t>
      </w:r>
      <w:r w:rsidRPr="005117ED">
        <w:rPr>
          <w:rFonts w:cs="Sakkal Majalla"/>
          <w:color w:val="000000" w:themeColor="text1"/>
          <w:sz w:val="38"/>
          <w:szCs w:val="38"/>
          <w:rtl/>
        </w:rPr>
        <w:t>وتضيف</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بعدًا</w:t>
      </w:r>
      <w:r w:rsidRPr="005117ED">
        <w:rPr>
          <w:rFonts w:cs="Sakkal Majalla"/>
          <w:color w:val="000000" w:themeColor="text1"/>
          <w:sz w:val="38"/>
          <w:szCs w:val="38"/>
        </w:rPr>
        <w:t xml:space="preserve"> </w:t>
      </w:r>
      <w:r w:rsidRPr="005117ED">
        <w:rPr>
          <w:rFonts w:cs="Sakkal Majalla"/>
          <w:color w:val="000000" w:themeColor="text1"/>
          <w:sz w:val="38"/>
          <w:szCs w:val="38"/>
          <w:rtl/>
        </w:rPr>
        <w:t>يوميًا،</w:t>
      </w:r>
      <w:r w:rsidRPr="005117ED">
        <w:rPr>
          <w:rFonts w:cs="Sakkal Majalla"/>
          <w:color w:val="000000" w:themeColor="text1"/>
          <w:sz w:val="38"/>
          <w:szCs w:val="38"/>
        </w:rPr>
        <w:t xml:space="preserve"> </w:t>
      </w:r>
      <w:r w:rsidRPr="005117ED">
        <w:rPr>
          <w:rFonts w:cs="Sakkal Majalla"/>
          <w:color w:val="000000" w:themeColor="text1"/>
          <w:sz w:val="38"/>
          <w:szCs w:val="38"/>
          <w:rtl/>
        </w:rPr>
        <w:t>إذ</w:t>
      </w:r>
      <w:r w:rsidRPr="005117ED">
        <w:rPr>
          <w:rFonts w:cs="Sakkal Majalla"/>
          <w:color w:val="000000" w:themeColor="text1"/>
          <w:sz w:val="38"/>
          <w:szCs w:val="38"/>
        </w:rPr>
        <w:t xml:space="preserve"> </w:t>
      </w:r>
      <w:r w:rsidRPr="005117ED">
        <w:rPr>
          <w:rFonts w:cs="Sakkal Majalla"/>
          <w:color w:val="000000" w:themeColor="text1"/>
          <w:sz w:val="38"/>
          <w:szCs w:val="38"/>
          <w:rtl/>
        </w:rPr>
        <w:t>توضح</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أثر</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ليس</w:t>
      </w:r>
      <w:r w:rsidRPr="005117ED">
        <w:rPr>
          <w:rFonts w:cs="Sakkal Majalla"/>
          <w:color w:val="000000" w:themeColor="text1"/>
          <w:sz w:val="38"/>
          <w:szCs w:val="38"/>
        </w:rPr>
        <w:t xml:space="preserve"> </w:t>
      </w:r>
      <w:r w:rsidRPr="005117ED">
        <w:rPr>
          <w:rFonts w:cs="Sakkal Majalla"/>
          <w:color w:val="000000" w:themeColor="text1"/>
          <w:sz w:val="38"/>
          <w:szCs w:val="38"/>
          <w:rtl/>
        </w:rPr>
        <w:t>مجرد</w:t>
      </w:r>
      <w:r w:rsidRPr="005117ED">
        <w:rPr>
          <w:rFonts w:cs="Sakkal Majalla"/>
          <w:color w:val="000000" w:themeColor="text1"/>
          <w:sz w:val="38"/>
          <w:szCs w:val="38"/>
        </w:rPr>
        <w:t xml:space="preserve"> </w:t>
      </w:r>
      <w:r w:rsidRPr="005117ED">
        <w:rPr>
          <w:rFonts w:cs="Sakkal Majalla"/>
          <w:color w:val="000000" w:themeColor="text1"/>
          <w:sz w:val="38"/>
          <w:szCs w:val="38"/>
          <w:rtl/>
        </w:rPr>
        <w:t>اتجاه</w:t>
      </w:r>
      <w:r w:rsidRPr="005117ED">
        <w:rPr>
          <w:rFonts w:cs="Sakkal Majalla"/>
          <w:color w:val="000000" w:themeColor="text1"/>
          <w:sz w:val="38"/>
          <w:szCs w:val="38"/>
        </w:rPr>
        <w:t xml:space="preserve"> </w:t>
      </w:r>
      <w:r w:rsidRPr="005117ED">
        <w:rPr>
          <w:rFonts w:cs="Sakkal Majalla"/>
          <w:color w:val="000000" w:themeColor="text1"/>
          <w:sz w:val="38"/>
          <w:szCs w:val="38"/>
          <w:rtl/>
        </w:rPr>
        <w:t>عام</w:t>
      </w:r>
      <w:r w:rsidRPr="005117ED">
        <w:rPr>
          <w:rFonts w:cs="Sakkal Majalla"/>
          <w:color w:val="000000" w:themeColor="text1"/>
          <w:sz w:val="38"/>
          <w:szCs w:val="38"/>
        </w:rPr>
        <w:t xml:space="preserve"> </w:t>
      </w:r>
      <w:r w:rsidRPr="005117ED">
        <w:rPr>
          <w:rFonts w:cs="Sakkal Majalla"/>
          <w:color w:val="000000" w:themeColor="text1"/>
          <w:sz w:val="38"/>
          <w:szCs w:val="38"/>
          <w:rtl/>
        </w:rPr>
        <w:t>بل</w:t>
      </w:r>
      <w:r w:rsidRPr="005117ED">
        <w:rPr>
          <w:rFonts w:cs="Sakkal Majalla"/>
          <w:color w:val="000000" w:themeColor="text1"/>
          <w:sz w:val="38"/>
          <w:szCs w:val="38"/>
        </w:rPr>
        <w:t xml:space="preserve"> </w:t>
      </w:r>
      <w:r w:rsidRPr="005117ED">
        <w:rPr>
          <w:rFonts w:cs="Sakkal Majalla"/>
          <w:color w:val="000000" w:themeColor="text1"/>
          <w:sz w:val="38"/>
          <w:szCs w:val="38"/>
          <w:rtl/>
        </w:rPr>
        <w:t>يمكن</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يظهر</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مقدار</w:t>
      </w:r>
      <w:r w:rsidRPr="005117ED">
        <w:rPr>
          <w:rFonts w:cs="Sakkal Majalla"/>
          <w:color w:val="000000" w:themeColor="text1"/>
          <w:sz w:val="38"/>
          <w:szCs w:val="38"/>
        </w:rPr>
        <w:t xml:space="preserve"> </w:t>
      </w:r>
      <w:r w:rsidRPr="005117ED">
        <w:rPr>
          <w:rFonts w:cs="Sakkal Majalla"/>
          <w:color w:val="000000" w:themeColor="text1"/>
          <w:sz w:val="38"/>
          <w:szCs w:val="38"/>
          <w:rtl/>
        </w:rPr>
        <w:t>الوقت</w:t>
      </w:r>
      <w:r w:rsidRPr="005117ED">
        <w:rPr>
          <w:rFonts w:cs="Sakkal Majalla"/>
          <w:color w:val="000000" w:themeColor="text1"/>
          <w:sz w:val="38"/>
          <w:szCs w:val="38"/>
        </w:rPr>
        <w:t xml:space="preserve"> </w:t>
      </w:r>
      <w:r w:rsidRPr="005117ED">
        <w:rPr>
          <w:rFonts w:cs="Sakkal Majalla"/>
          <w:color w:val="000000" w:themeColor="text1"/>
          <w:sz w:val="38"/>
          <w:szCs w:val="38"/>
          <w:rtl/>
        </w:rPr>
        <w:t>والانتباه</w:t>
      </w:r>
      <w:r w:rsidRPr="005117ED">
        <w:rPr>
          <w:rFonts w:cs="Sakkal Majalla"/>
          <w:color w:val="000000" w:themeColor="text1"/>
          <w:sz w:val="38"/>
          <w:szCs w:val="38"/>
        </w:rPr>
        <w:t xml:space="preserve"> </w:t>
      </w:r>
      <w:r w:rsidRPr="005117ED">
        <w:rPr>
          <w:rFonts w:cs="Sakkal Majalla"/>
          <w:color w:val="000000" w:themeColor="text1"/>
          <w:sz w:val="38"/>
          <w:szCs w:val="38"/>
          <w:rtl/>
        </w:rPr>
        <w:t>الذي</w:t>
      </w:r>
      <w:r w:rsidRPr="005117ED">
        <w:rPr>
          <w:rFonts w:cs="Sakkal Majalla"/>
          <w:color w:val="000000" w:themeColor="text1"/>
          <w:sz w:val="38"/>
          <w:szCs w:val="38"/>
        </w:rPr>
        <w:t xml:space="preserve"> </w:t>
      </w:r>
      <w:r w:rsidRPr="005117ED">
        <w:rPr>
          <w:rFonts w:cs="Sakkal Majalla"/>
          <w:color w:val="000000" w:themeColor="text1"/>
          <w:sz w:val="38"/>
          <w:szCs w:val="38"/>
          <w:rtl/>
        </w:rPr>
        <w:t>يخصصه</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w:t>
      </w:r>
      <w:r w:rsidRPr="005117ED">
        <w:rPr>
          <w:rFonts w:cs="Sakkal Majalla"/>
          <w:color w:val="000000" w:themeColor="text1"/>
          <w:sz w:val="38"/>
          <w:szCs w:val="38"/>
        </w:rPr>
        <w:t xml:space="preserve"> </w:t>
      </w:r>
      <w:r w:rsidRPr="005117ED">
        <w:rPr>
          <w:rFonts w:cs="Sakkal Majalla"/>
          <w:color w:val="000000" w:themeColor="text1"/>
          <w:sz w:val="38"/>
          <w:szCs w:val="38"/>
          <w:rtl/>
        </w:rPr>
        <w:t>للمشكلة</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واختبر</w:t>
      </w:r>
      <w:r w:rsidRPr="005117ED">
        <w:rPr>
          <w:rFonts w:cs="Sakkal Majalla"/>
          <w:color w:val="000000" w:themeColor="text1"/>
          <w:sz w:val="38"/>
          <w:szCs w:val="38"/>
        </w:rPr>
        <w:t xml:space="preserve"> Mittal </w:t>
      </w:r>
      <w:r w:rsidRPr="005117ED">
        <w:rPr>
          <w:rFonts w:cs="Sakkal Majalla"/>
          <w:color w:val="000000" w:themeColor="text1"/>
          <w:sz w:val="38"/>
          <w:szCs w:val="38"/>
          <w:rtl/>
        </w:rPr>
        <w:t>و</w:t>
      </w:r>
      <w:proofErr w:type="spellStart"/>
      <w:r w:rsidRPr="005117ED">
        <w:rPr>
          <w:rFonts w:cs="Sakkal Majalla"/>
          <w:color w:val="000000" w:themeColor="text1"/>
          <w:sz w:val="38"/>
          <w:szCs w:val="38"/>
        </w:rPr>
        <w:t>Dhar</w:t>
      </w:r>
      <w:proofErr w:type="spellEnd"/>
      <w:r w:rsidRPr="005117ED">
        <w:rPr>
          <w:rFonts w:cs="Sakkal Majalla"/>
          <w:color w:val="000000" w:themeColor="text1"/>
          <w:sz w:val="38"/>
          <w:szCs w:val="38"/>
        </w:rPr>
        <w:t xml:space="preserve"> (2015) </w:t>
      </w:r>
      <w:r w:rsidRPr="005117ED">
        <w:rPr>
          <w:rFonts w:cs="Sakkal Majalla"/>
          <w:color w:val="000000" w:themeColor="text1"/>
          <w:sz w:val="38"/>
          <w:szCs w:val="38"/>
          <w:rtl/>
        </w:rPr>
        <w:t>أثر</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العاملين</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قطاع</w:t>
      </w:r>
      <w:r w:rsidRPr="005117ED">
        <w:rPr>
          <w:rFonts w:cs="Sakkal Majalla"/>
          <w:color w:val="000000" w:themeColor="text1"/>
          <w:sz w:val="38"/>
          <w:szCs w:val="38"/>
        </w:rPr>
        <w:t xml:space="preserve"> </w:t>
      </w:r>
      <w:r w:rsidRPr="005117ED">
        <w:rPr>
          <w:rFonts w:cs="Sakkal Majalla"/>
          <w:color w:val="000000" w:themeColor="text1"/>
          <w:sz w:val="38"/>
          <w:szCs w:val="38"/>
          <w:rtl/>
        </w:rPr>
        <w:t>الضيافة،</w:t>
      </w:r>
      <w:r w:rsidRPr="005117ED">
        <w:rPr>
          <w:rFonts w:cs="Sakkal Majalla"/>
          <w:color w:val="000000" w:themeColor="text1"/>
          <w:sz w:val="38"/>
          <w:szCs w:val="38"/>
        </w:rPr>
        <w:t xml:space="preserve"> </w:t>
      </w:r>
      <w:r w:rsidRPr="005117ED">
        <w:rPr>
          <w:rFonts w:cs="Sakkal Majalla"/>
          <w:color w:val="000000" w:themeColor="text1"/>
          <w:sz w:val="38"/>
          <w:szCs w:val="38"/>
          <w:rtl/>
        </w:rPr>
        <w:t>وأبرز</w:t>
      </w:r>
      <w:r w:rsidRPr="005117ED">
        <w:rPr>
          <w:rFonts w:cs="Sakkal Majalla"/>
          <w:color w:val="000000" w:themeColor="text1"/>
          <w:sz w:val="38"/>
          <w:szCs w:val="38"/>
        </w:rPr>
        <w:t xml:space="preserve"> </w:t>
      </w:r>
      <w:r w:rsidRPr="005117ED">
        <w:rPr>
          <w:rFonts w:cs="Sakkal Majalla"/>
          <w:color w:val="000000" w:themeColor="text1"/>
          <w:sz w:val="38"/>
          <w:szCs w:val="38"/>
          <w:rtl/>
        </w:rPr>
        <w:t>دور</w:t>
      </w:r>
      <w:r w:rsidRPr="005117ED">
        <w:rPr>
          <w:rFonts w:cs="Sakkal Majalla"/>
          <w:color w:val="000000" w:themeColor="text1"/>
          <w:sz w:val="38"/>
          <w:szCs w:val="38"/>
        </w:rPr>
        <w:t xml:space="preserve"> </w:t>
      </w:r>
      <w:r w:rsidRPr="005117ED">
        <w:rPr>
          <w:rFonts w:cs="Sakkal Majalla"/>
          <w:color w:val="000000" w:themeColor="text1"/>
          <w:sz w:val="38"/>
          <w:szCs w:val="38"/>
          <w:rtl/>
        </w:rPr>
        <w:t>الكفاءة</w:t>
      </w:r>
      <w:r w:rsidRPr="005117ED">
        <w:rPr>
          <w:rFonts w:cs="Sakkal Majalla"/>
          <w:color w:val="000000" w:themeColor="text1"/>
          <w:sz w:val="38"/>
          <w:szCs w:val="38"/>
        </w:rPr>
        <w:t xml:space="preserve"> </w:t>
      </w:r>
      <w:r w:rsidRPr="005117ED">
        <w:rPr>
          <w:rFonts w:cs="Sakkal Majalla"/>
          <w:color w:val="000000" w:themeColor="text1"/>
          <w:sz w:val="38"/>
          <w:szCs w:val="38"/>
          <w:rtl/>
        </w:rPr>
        <w:t>الذاتية</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الإبداعية</w:t>
      </w:r>
      <w:r w:rsidRPr="005117ED">
        <w:rPr>
          <w:rFonts w:cs="Sakkal Majalla"/>
          <w:color w:val="000000" w:themeColor="text1"/>
          <w:sz w:val="38"/>
          <w:szCs w:val="38"/>
        </w:rPr>
        <w:t xml:space="preserve"> </w:t>
      </w:r>
      <w:r w:rsidRPr="005117ED">
        <w:rPr>
          <w:rFonts w:cs="Sakkal Majalla"/>
          <w:color w:val="000000" w:themeColor="text1"/>
          <w:sz w:val="38"/>
          <w:szCs w:val="38"/>
          <w:rtl/>
        </w:rPr>
        <w:t>وتبادل</w:t>
      </w:r>
      <w:r w:rsidRPr="005117ED">
        <w:rPr>
          <w:rFonts w:cs="Sakkal Majalla"/>
          <w:color w:val="000000" w:themeColor="text1"/>
          <w:sz w:val="38"/>
          <w:szCs w:val="38"/>
        </w:rPr>
        <w:t xml:space="preserve"> </w:t>
      </w:r>
      <w:r w:rsidRPr="005117ED">
        <w:rPr>
          <w:rFonts w:cs="Sakkal Majalla"/>
          <w:color w:val="000000" w:themeColor="text1"/>
          <w:sz w:val="38"/>
          <w:szCs w:val="38"/>
          <w:rtl/>
        </w:rPr>
        <w:t>المعرفة</w:t>
      </w:r>
      <w:r w:rsidRPr="005117ED">
        <w:rPr>
          <w:rFonts w:cs="Sakkal Majalla"/>
          <w:color w:val="000000" w:themeColor="text1"/>
          <w:sz w:val="38"/>
          <w:szCs w:val="38"/>
        </w:rPr>
        <w:t xml:space="preserve">. </w:t>
      </w:r>
      <w:r w:rsidRPr="005117ED">
        <w:rPr>
          <w:rFonts w:cs="Sakkal Majalla"/>
          <w:color w:val="000000" w:themeColor="text1"/>
          <w:sz w:val="38"/>
          <w:szCs w:val="38"/>
          <w:rtl/>
        </w:rPr>
        <w:t>وتؤكد</w:t>
      </w:r>
      <w:r w:rsidRPr="005117ED">
        <w:rPr>
          <w:rFonts w:cs="Sakkal Majalla"/>
          <w:color w:val="000000" w:themeColor="text1"/>
          <w:sz w:val="38"/>
          <w:szCs w:val="38"/>
        </w:rPr>
        <w:t xml:space="preserve"> </w:t>
      </w:r>
      <w:r w:rsidRPr="005117ED">
        <w:rPr>
          <w:rFonts w:cs="Sakkal Majalla"/>
          <w:color w:val="000000" w:themeColor="text1"/>
          <w:sz w:val="38"/>
          <w:szCs w:val="38"/>
          <w:rtl/>
        </w:rPr>
        <w:t>هذه</w:t>
      </w:r>
      <w:r w:rsidRPr="005117ED">
        <w:rPr>
          <w:rFonts w:cs="Sakkal Majalla"/>
          <w:color w:val="000000" w:themeColor="text1"/>
          <w:sz w:val="38"/>
          <w:szCs w:val="38"/>
        </w:rPr>
        <w:t xml:space="preserve"> </w:t>
      </w:r>
      <w:r w:rsidRPr="005117ED">
        <w:rPr>
          <w:rFonts w:cs="Sakkal Majalla"/>
          <w:color w:val="000000" w:themeColor="text1"/>
          <w:sz w:val="38"/>
          <w:szCs w:val="38"/>
          <w:rtl/>
        </w:rPr>
        <w:t>النتيجة</w:t>
      </w:r>
      <w:r w:rsidRPr="005117ED">
        <w:rPr>
          <w:rFonts w:cs="Sakkal Majalla"/>
          <w:color w:val="000000" w:themeColor="text1"/>
          <w:sz w:val="38"/>
          <w:szCs w:val="38"/>
        </w:rPr>
        <w:t xml:space="preserve"> </w:t>
      </w:r>
      <w:r w:rsidRPr="005117ED">
        <w:rPr>
          <w:rFonts w:cs="Sakkal Majalla"/>
          <w:color w:val="000000" w:themeColor="text1"/>
          <w:sz w:val="38"/>
          <w:szCs w:val="38"/>
          <w:rtl/>
        </w:rPr>
        <w:t>أهمية</w:t>
      </w:r>
      <w:r w:rsidRPr="005117ED">
        <w:rPr>
          <w:rFonts w:cs="Sakkal Majalla"/>
          <w:color w:val="000000" w:themeColor="text1"/>
          <w:sz w:val="38"/>
          <w:szCs w:val="38"/>
        </w:rPr>
        <w:t xml:space="preserve"> </w:t>
      </w:r>
      <w:r w:rsidRPr="005117ED">
        <w:rPr>
          <w:rFonts w:cs="Sakkal Majalla"/>
          <w:color w:val="000000" w:themeColor="text1"/>
          <w:sz w:val="38"/>
          <w:szCs w:val="38"/>
          <w:rtl/>
        </w:rPr>
        <w:t>اعتقاد</w:t>
      </w:r>
      <w:r w:rsidRPr="005117ED">
        <w:rPr>
          <w:rFonts w:cs="Sakkal Majalla"/>
          <w:color w:val="000000" w:themeColor="text1"/>
          <w:sz w:val="38"/>
          <w:szCs w:val="38"/>
        </w:rPr>
        <w:t xml:space="preserve"> </w:t>
      </w:r>
      <w:r w:rsidRPr="005117ED">
        <w:rPr>
          <w:rFonts w:cs="Sakkal Majalla"/>
          <w:color w:val="000000" w:themeColor="text1"/>
          <w:sz w:val="38"/>
          <w:szCs w:val="38"/>
          <w:rtl/>
        </w:rPr>
        <w:t>الفرد</w:t>
      </w:r>
      <w:r w:rsidRPr="005117ED">
        <w:rPr>
          <w:rFonts w:cs="Sakkal Majalla"/>
          <w:color w:val="000000" w:themeColor="text1"/>
          <w:sz w:val="38"/>
          <w:szCs w:val="38"/>
        </w:rPr>
        <w:t xml:space="preserve"> </w:t>
      </w:r>
      <w:r w:rsidRPr="005117ED">
        <w:rPr>
          <w:rFonts w:cs="Sakkal Majalla"/>
          <w:color w:val="000000" w:themeColor="text1"/>
          <w:sz w:val="38"/>
          <w:szCs w:val="38"/>
          <w:rtl/>
        </w:rPr>
        <w:t>بقدرته</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إنتاج</w:t>
      </w:r>
      <w:r w:rsidRPr="005117ED">
        <w:rPr>
          <w:rFonts w:cs="Sakkal Majalla"/>
          <w:color w:val="000000" w:themeColor="text1"/>
          <w:sz w:val="38"/>
          <w:szCs w:val="38"/>
        </w:rPr>
        <w:t xml:space="preserve"> </w:t>
      </w:r>
      <w:r w:rsidRPr="005117ED">
        <w:rPr>
          <w:rFonts w:cs="Sakkal Majalla"/>
          <w:color w:val="000000" w:themeColor="text1"/>
          <w:sz w:val="38"/>
          <w:szCs w:val="38"/>
          <w:rtl/>
        </w:rPr>
        <w:t>حل</w:t>
      </w:r>
      <w:r w:rsidRPr="005117ED">
        <w:rPr>
          <w:rFonts w:cs="Sakkal Majalla"/>
          <w:color w:val="000000" w:themeColor="text1"/>
          <w:sz w:val="38"/>
          <w:szCs w:val="38"/>
        </w:rPr>
        <w:t xml:space="preserve"> </w:t>
      </w:r>
      <w:r w:rsidRPr="005117ED">
        <w:rPr>
          <w:rFonts w:cs="Sakkal Majalla"/>
          <w:color w:val="000000" w:themeColor="text1"/>
          <w:sz w:val="38"/>
          <w:szCs w:val="38"/>
          <w:rtl/>
        </w:rPr>
        <w:t>جديد،</w:t>
      </w:r>
      <w:r w:rsidRPr="005117ED">
        <w:rPr>
          <w:rFonts w:cs="Sakkal Majalla"/>
          <w:color w:val="000000" w:themeColor="text1"/>
          <w:sz w:val="38"/>
          <w:szCs w:val="38"/>
        </w:rPr>
        <w:t xml:space="preserve"> </w:t>
      </w:r>
      <w:r w:rsidRPr="005117ED">
        <w:rPr>
          <w:rFonts w:cs="Sakkal Majalla"/>
          <w:color w:val="000000" w:themeColor="text1"/>
          <w:sz w:val="38"/>
          <w:szCs w:val="38"/>
          <w:rtl/>
        </w:rPr>
        <w:t>وأهمية</w:t>
      </w:r>
      <w:r w:rsidRPr="005117ED">
        <w:rPr>
          <w:rFonts w:cs="Sakkal Majalla"/>
          <w:color w:val="000000" w:themeColor="text1"/>
          <w:sz w:val="38"/>
          <w:szCs w:val="38"/>
        </w:rPr>
        <w:t xml:space="preserve"> </w:t>
      </w:r>
      <w:r w:rsidRPr="005117ED">
        <w:rPr>
          <w:rFonts w:cs="Sakkal Majalla"/>
          <w:color w:val="000000" w:themeColor="text1"/>
          <w:sz w:val="38"/>
          <w:szCs w:val="38"/>
          <w:rtl/>
        </w:rPr>
        <w:t>المناخ</w:t>
      </w:r>
      <w:r w:rsidRPr="005117ED">
        <w:rPr>
          <w:rFonts w:cs="Sakkal Majalla"/>
          <w:color w:val="000000" w:themeColor="text1"/>
          <w:sz w:val="38"/>
          <w:szCs w:val="38"/>
        </w:rPr>
        <w:t xml:space="preserve"> </w:t>
      </w:r>
      <w:r w:rsidRPr="005117ED">
        <w:rPr>
          <w:rFonts w:cs="Sakkal Majalla"/>
          <w:color w:val="000000" w:themeColor="text1"/>
          <w:sz w:val="38"/>
          <w:szCs w:val="38"/>
          <w:rtl/>
        </w:rPr>
        <w:t>الذي</w:t>
      </w:r>
      <w:r w:rsidRPr="005117ED">
        <w:rPr>
          <w:rFonts w:cs="Sakkal Majalla"/>
          <w:color w:val="000000" w:themeColor="text1"/>
          <w:sz w:val="38"/>
          <w:szCs w:val="38"/>
        </w:rPr>
        <w:t xml:space="preserve"> </w:t>
      </w:r>
      <w:r w:rsidRPr="005117ED">
        <w:rPr>
          <w:rFonts w:cs="Sakkal Majalla"/>
          <w:color w:val="000000" w:themeColor="text1"/>
          <w:sz w:val="38"/>
          <w:szCs w:val="38"/>
          <w:rtl/>
        </w:rPr>
        <w:t>يسمح</w:t>
      </w:r>
      <w:r w:rsidRPr="005117ED">
        <w:rPr>
          <w:rFonts w:cs="Sakkal Majalla"/>
          <w:color w:val="000000" w:themeColor="text1"/>
          <w:sz w:val="38"/>
          <w:szCs w:val="38"/>
        </w:rPr>
        <w:t xml:space="preserve"> </w:t>
      </w:r>
      <w:r w:rsidRPr="005117ED">
        <w:rPr>
          <w:rFonts w:cs="Sakkal Majalla"/>
          <w:color w:val="000000" w:themeColor="text1"/>
          <w:sz w:val="38"/>
          <w:szCs w:val="38"/>
          <w:rtl/>
        </w:rPr>
        <w:t>بتداول</w:t>
      </w:r>
      <w:r w:rsidRPr="005117ED">
        <w:rPr>
          <w:rFonts w:cs="Sakkal Majalla"/>
          <w:color w:val="000000" w:themeColor="text1"/>
          <w:sz w:val="38"/>
          <w:szCs w:val="38"/>
        </w:rPr>
        <w:t xml:space="preserve"> </w:t>
      </w:r>
      <w:r w:rsidRPr="005117ED">
        <w:rPr>
          <w:rFonts w:cs="Sakkal Majalla"/>
          <w:color w:val="000000" w:themeColor="text1"/>
          <w:sz w:val="38"/>
          <w:szCs w:val="38"/>
          <w:rtl/>
        </w:rPr>
        <w:t>الخبرة</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وقدمت</w:t>
      </w:r>
      <w:r w:rsidRPr="005117ED">
        <w:rPr>
          <w:rFonts w:cs="Sakkal Majalla"/>
          <w:color w:val="000000" w:themeColor="text1"/>
          <w:sz w:val="38"/>
          <w:szCs w:val="38"/>
        </w:rPr>
        <w:t xml:space="preserve"> </w:t>
      </w:r>
      <w:proofErr w:type="spellStart"/>
      <w:r w:rsidRPr="005117ED">
        <w:rPr>
          <w:rFonts w:cs="Sakkal Majalla"/>
          <w:color w:val="000000" w:themeColor="text1"/>
          <w:sz w:val="38"/>
          <w:szCs w:val="38"/>
        </w:rPr>
        <w:t>Khalili</w:t>
      </w:r>
      <w:proofErr w:type="spellEnd"/>
      <w:r w:rsidRPr="005117ED">
        <w:rPr>
          <w:rFonts w:cs="Sakkal Majalla"/>
          <w:color w:val="000000" w:themeColor="text1"/>
          <w:sz w:val="38"/>
          <w:szCs w:val="38"/>
        </w:rPr>
        <w:t xml:space="preserve"> (2016) </w:t>
      </w:r>
      <w:r w:rsidRPr="005117ED">
        <w:rPr>
          <w:rFonts w:cs="Sakkal Majalla"/>
          <w:color w:val="000000" w:themeColor="text1"/>
          <w:sz w:val="38"/>
          <w:szCs w:val="38"/>
          <w:rtl/>
        </w:rPr>
        <w:t>دليلًا</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ارتباط</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r w:rsidRPr="005117ED">
        <w:rPr>
          <w:rFonts w:cs="Sakkal Majalla"/>
          <w:color w:val="000000" w:themeColor="text1"/>
          <w:sz w:val="38"/>
          <w:szCs w:val="38"/>
        </w:rPr>
        <w:t xml:space="preserve"> </w:t>
      </w:r>
      <w:r w:rsidRPr="005117ED">
        <w:rPr>
          <w:rFonts w:cs="Sakkal Majalla"/>
          <w:color w:val="000000" w:themeColor="text1"/>
          <w:sz w:val="38"/>
          <w:szCs w:val="38"/>
          <w:rtl/>
        </w:rPr>
        <w:t>بسلوك</w:t>
      </w:r>
      <w:r w:rsidRPr="005117ED">
        <w:rPr>
          <w:rFonts w:cs="Sakkal Majalla"/>
          <w:color w:val="000000" w:themeColor="text1"/>
          <w:sz w:val="38"/>
          <w:szCs w:val="38"/>
        </w:rPr>
        <w:t xml:space="preserve"> </w:t>
      </w:r>
      <w:r w:rsidRPr="005117ED">
        <w:rPr>
          <w:rFonts w:cs="Sakkal Majalla"/>
          <w:color w:val="000000" w:themeColor="text1"/>
          <w:sz w:val="38"/>
          <w:szCs w:val="38"/>
          <w:rtl/>
        </w:rPr>
        <w:t>الابتكار</w:t>
      </w:r>
      <w:r w:rsidRPr="005117ED">
        <w:rPr>
          <w:rFonts w:cs="Sakkal Majalla"/>
          <w:color w:val="000000" w:themeColor="text1"/>
          <w:sz w:val="38"/>
          <w:szCs w:val="38"/>
        </w:rPr>
        <w:t xml:space="preserve"> </w:t>
      </w:r>
      <w:r w:rsidRPr="005117ED">
        <w:rPr>
          <w:rFonts w:cs="Sakkal Majalla"/>
          <w:color w:val="000000" w:themeColor="text1"/>
          <w:sz w:val="38"/>
          <w:szCs w:val="38"/>
          <w:rtl/>
        </w:rPr>
        <w:t>لدى</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العاملين،</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التأكيد</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دور</w:t>
      </w:r>
      <w:r w:rsidRPr="005117ED">
        <w:rPr>
          <w:rFonts w:cs="Sakkal Majalla"/>
          <w:color w:val="000000" w:themeColor="text1"/>
          <w:sz w:val="38"/>
          <w:szCs w:val="38"/>
        </w:rPr>
        <w:t xml:space="preserve"> </w:t>
      </w:r>
      <w:r w:rsidRPr="005117ED">
        <w:rPr>
          <w:rFonts w:cs="Sakkal Majalla"/>
          <w:color w:val="000000" w:themeColor="text1"/>
          <w:sz w:val="38"/>
          <w:szCs w:val="38"/>
          <w:rtl/>
        </w:rPr>
        <w:t>الدعم</w:t>
      </w:r>
      <w:r w:rsidRPr="005117ED">
        <w:rPr>
          <w:rFonts w:cs="Sakkal Majalla"/>
          <w:color w:val="000000" w:themeColor="text1"/>
          <w:sz w:val="38"/>
          <w:szCs w:val="38"/>
        </w:rPr>
        <w:t xml:space="preserve"> </w:t>
      </w:r>
      <w:r w:rsidRPr="005117ED">
        <w:rPr>
          <w:rFonts w:cs="Sakkal Majalla"/>
          <w:color w:val="000000" w:themeColor="text1"/>
          <w:sz w:val="38"/>
          <w:szCs w:val="38"/>
          <w:rtl/>
        </w:rPr>
        <w:t>التنظيمي</w:t>
      </w:r>
      <w:r w:rsidRPr="005117ED">
        <w:rPr>
          <w:rFonts w:cs="Sakkal Majalla"/>
          <w:color w:val="000000" w:themeColor="text1"/>
          <w:sz w:val="38"/>
          <w:szCs w:val="38"/>
        </w:rPr>
        <w:t xml:space="preserve">. </w:t>
      </w:r>
      <w:r w:rsidRPr="005117ED">
        <w:rPr>
          <w:rFonts w:cs="Sakkal Majalla"/>
          <w:color w:val="000000" w:themeColor="text1"/>
          <w:sz w:val="38"/>
          <w:szCs w:val="38"/>
          <w:rtl/>
        </w:rPr>
        <w:t>ويظهر</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ذلك</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القائد</w:t>
      </w:r>
      <w:r w:rsidRPr="005117ED">
        <w:rPr>
          <w:rFonts w:cs="Sakkal Majalla"/>
          <w:color w:val="000000" w:themeColor="text1"/>
          <w:sz w:val="38"/>
          <w:szCs w:val="38"/>
        </w:rPr>
        <w:t xml:space="preserve"> </w:t>
      </w:r>
      <w:r w:rsidRPr="005117ED">
        <w:rPr>
          <w:rFonts w:cs="Sakkal Majalla"/>
          <w:color w:val="000000" w:themeColor="text1"/>
          <w:sz w:val="38"/>
          <w:szCs w:val="38"/>
          <w:rtl/>
        </w:rPr>
        <w:t>يعمل</w:t>
      </w:r>
      <w:r w:rsidRPr="005117ED">
        <w:rPr>
          <w:rFonts w:cs="Sakkal Majalla"/>
          <w:color w:val="000000" w:themeColor="text1"/>
          <w:sz w:val="38"/>
          <w:szCs w:val="38"/>
        </w:rPr>
        <w:t xml:space="preserve"> </w:t>
      </w:r>
      <w:r w:rsidRPr="005117ED">
        <w:rPr>
          <w:rFonts w:cs="Sakkal Majalla"/>
          <w:color w:val="000000" w:themeColor="text1"/>
          <w:sz w:val="38"/>
          <w:szCs w:val="38"/>
          <w:rtl/>
        </w:rPr>
        <w:t>ضمن</w:t>
      </w:r>
      <w:r w:rsidRPr="005117ED">
        <w:rPr>
          <w:rFonts w:cs="Sakkal Majalla"/>
          <w:color w:val="000000" w:themeColor="text1"/>
          <w:sz w:val="38"/>
          <w:szCs w:val="38"/>
        </w:rPr>
        <w:t xml:space="preserve"> </w:t>
      </w:r>
      <w:r w:rsidRPr="005117ED">
        <w:rPr>
          <w:rFonts w:cs="Sakkal Majalla"/>
          <w:color w:val="000000" w:themeColor="text1"/>
          <w:sz w:val="38"/>
          <w:szCs w:val="38"/>
          <w:rtl/>
        </w:rPr>
        <w:t>إشارات</w:t>
      </w:r>
      <w:r w:rsidRPr="005117ED">
        <w:rPr>
          <w:rFonts w:cs="Sakkal Majalla"/>
          <w:color w:val="000000" w:themeColor="text1"/>
          <w:sz w:val="38"/>
          <w:szCs w:val="38"/>
        </w:rPr>
        <w:t xml:space="preserve"> </w:t>
      </w:r>
      <w:r w:rsidRPr="005117ED">
        <w:rPr>
          <w:rFonts w:cs="Sakkal Majalla"/>
          <w:color w:val="000000" w:themeColor="text1"/>
          <w:sz w:val="38"/>
          <w:szCs w:val="38"/>
          <w:rtl/>
        </w:rPr>
        <w:t>أوسع</w:t>
      </w:r>
      <w:r w:rsidRPr="005117ED">
        <w:rPr>
          <w:rFonts w:cs="Sakkal Majalla"/>
          <w:color w:val="000000" w:themeColor="text1"/>
          <w:sz w:val="38"/>
          <w:szCs w:val="38"/>
        </w:rPr>
        <w:t xml:space="preserve"> </w:t>
      </w:r>
      <w:r w:rsidRPr="005117ED">
        <w:rPr>
          <w:rFonts w:cs="Sakkal Majalla"/>
          <w:color w:val="000000" w:themeColor="text1"/>
          <w:sz w:val="38"/>
          <w:szCs w:val="38"/>
          <w:rtl/>
        </w:rPr>
        <w:t>ترسلها</w:t>
      </w:r>
      <w:r w:rsidRPr="005117ED">
        <w:rPr>
          <w:rFonts w:cs="Sakkal Majalla"/>
          <w:color w:val="000000" w:themeColor="text1"/>
          <w:sz w:val="38"/>
          <w:szCs w:val="38"/>
        </w:rPr>
        <w:t xml:space="preserve"> </w:t>
      </w:r>
      <w:r w:rsidRPr="005117ED">
        <w:rPr>
          <w:rFonts w:cs="Sakkal Majalla"/>
          <w:color w:val="000000" w:themeColor="text1"/>
          <w:sz w:val="38"/>
          <w:szCs w:val="38"/>
          <w:rtl/>
        </w:rPr>
        <w:t>المنظمة</w:t>
      </w:r>
      <w:r w:rsidRPr="005117ED">
        <w:rPr>
          <w:rFonts w:cs="Sakkal Majalla"/>
          <w:color w:val="000000" w:themeColor="text1"/>
          <w:sz w:val="38"/>
          <w:szCs w:val="38"/>
        </w:rPr>
        <w:t xml:space="preserve"> </w:t>
      </w:r>
      <w:r w:rsidRPr="005117ED">
        <w:rPr>
          <w:rFonts w:cs="Sakkal Majalla"/>
          <w:color w:val="000000" w:themeColor="text1"/>
          <w:sz w:val="38"/>
          <w:szCs w:val="38"/>
          <w:rtl/>
        </w:rPr>
        <w:t>بشأن</w:t>
      </w:r>
      <w:r w:rsidRPr="005117ED">
        <w:rPr>
          <w:rFonts w:cs="Sakkal Majalla"/>
          <w:color w:val="000000" w:themeColor="text1"/>
          <w:sz w:val="38"/>
          <w:szCs w:val="38"/>
        </w:rPr>
        <w:t xml:space="preserve"> </w:t>
      </w:r>
      <w:r w:rsidRPr="005117ED">
        <w:rPr>
          <w:rFonts w:cs="Sakkal Majalla"/>
          <w:color w:val="000000" w:themeColor="text1"/>
          <w:sz w:val="38"/>
          <w:szCs w:val="38"/>
          <w:rtl/>
        </w:rPr>
        <w:t>تقدير</w:t>
      </w:r>
      <w:r w:rsidRPr="005117ED">
        <w:rPr>
          <w:rFonts w:cs="Sakkal Majalla"/>
          <w:color w:val="000000" w:themeColor="text1"/>
          <w:sz w:val="38"/>
          <w:szCs w:val="38"/>
        </w:rPr>
        <w:t xml:space="preserve"> </w:t>
      </w:r>
      <w:r w:rsidRPr="005117ED">
        <w:rPr>
          <w:rFonts w:cs="Sakkal Majalla"/>
          <w:color w:val="000000" w:themeColor="text1"/>
          <w:sz w:val="38"/>
          <w:szCs w:val="38"/>
          <w:rtl/>
        </w:rPr>
        <w:t>المبادرة،</w:t>
      </w:r>
      <w:r w:rsidRPr="005117ED">
        <w:rPr>
          <w:rFonts w:cs="Sakkal Majalla"/>
          <w:color w:val="000000" w:themeColor="text1"/>
          <w:sz w:val="38"/>
          <w:szCs w:val="38"/>
        </w:rPr>
        <w:t xml:space="preserve"> </w:t>
      </w:r>
      <w:r w:rsidRPr="005117ED">
        <w:rPr>
          <w:rFonts w:cs="Sakkal Majalla"/>
          <w:color w:val="000000" w:themeColor="text1"/>
          <w:sz w:val="38"/>
          <w:szCs w:val="38"/>
          <w:rtl/>
        </w:rPr>
        <w:t>وأن</w:t>
      </w:r>
      <w:r w:rsidRPr="005117ED">
        <w:rPr>
          <w:rFonts w:cs="Sakkal Majalla"/>
          <w:color w:val="000000" w:themeColor="text1"/>
          <w:sz w:val="38"/>
          <w:szCs w:val="38"/>
        </w:rPr>
        <w:t xml:space="preserve"> </w:t>
      </w:r>
      <w:r w:rsidRPr="005117ED">
        <w:rPr>
          <w:rFonts w:cs="Sakkal Majalla"/>
          <w:color w:val="000000" w:themeColor="text1"/>
          <w:sz w:val="38"/>
          <w:szCs w:val="38"/>
          <w:rtl/>
        </w:rPr>
        <w:t>تناقض</w:t>
      </w:r>
      <w:r w:rsidRPr="005117ED">
        <w:rPr>
          <w:rFonts w:cs="Sakkal Majalla"/>
          <w:color w:val="000000" w:themeColor="text1"/>
          <w:sz w:val="38"/>
          <w:szCs w:val="38"/>
        </w:rPr>
        <w:t xml:space="preserve"> </w:t>
      </w:r>
      <w:r w:rsidRPr="005117ED">
        <w:rPr>
          <w:rFonts w:cs="Sakkal Majalla"/>
          <w:color w:val="000000" w:themeColor="text1"/>
          <w:sz w:val="38"/>
          <w:szCs w:val="38"/>
          <w:rtl/>
        </w:rPr>
        <w:t>الرسائل</w:t>
      </w:r>
      <w:r w:rsidRPr="005117ED">
        <w:rPr>
          <w:rFonts w:cs="Sakkal Majalla"/>
          <w:color w:val="000000" w:themeColor="text1"/>
          <w:sz w:val="38"/>
          <w:szCs w:val="38"/>
        </w:rPr>
        <w:t xml:space="preserve"> </w:t>
      </w:r>
      <w:r w:rsidRPr="005117ED">
        <w:rPr>
          <w:rFonts w:cs="Sakkal Majalla"/>
          <w:color w:val="000000" w:themeColor="text1"/>
          <w:sz w:val="38"/>
          <w:szCs w:val="38"/>
          <w:rtl/>
        </w:rPr>
        <w:t>بين</w:t>
      </w:r>
      <w:r w:rsidRPr="005117ED">
        <w:rPr>
          <w:rFonts w:cs="Sakkal Majalla"/>
          <w:color w:val="000000" w:themeColor="text1"/>
          <w:sz w:val="38"/>
          <w:szCs w:val="38"/>
        </w:rPr>
        <w:t xml:space="preserve"> </w:t>
      </w:r>
      <w:r w:rsidRPr="005117ED">
        <w:rPr>
          <w:rFonts w:cs="Sakkal Majalla"/>
          <w:color w:val="000000" w:themeColor="text1"/>
          <w:sz w:val="38"/>
          <w:szCs w:val="38"/>
          <w:rtl/>
        </w:rPr>
        <w:t>القائد</w:t>
      </w:r>
      <w:r w:rsidRPr="005117ED">
        <w:rPr>
          <w:rFonts w:cs="Sakkal Majalla"/>
          <w:color w:val="000000" w:themeColor="text1"/>
          <w:sz w:val="38"/>
          <w:szCs w:val="38"/>
        </w:rPr>
        <w:t xml:space="preserve"> </w:t>
      </w:r>
      <w:r w:rsidRPr="005117ED">
        <w:rPr>
          <w:rFonts w:cs="Sakkal Majalla"/>
          <w:color w:val="000000" w:themeColor="text1"/>
          <w:sz w:val="38"/>
          <w:szCs w:val="38"/>
          <w:rtl/>
        </w:rPr>
        <w:t>والسياسات</w:t>
      </w:r>
      <w:r w:rsidRPr="005117ED">
        <w:rPr>
          <w:rFonts w:cs="Sakkal Majalla"/>
          <w:color w:val="000000" w:themeColor="text1"/>
          <w:sz w:val="38"/>
          <w:szCs w:val="38"/>
        </w:rPr>
        <w:t xml:space="preserve"> </w:t>
      </w:r>
      <w:r w:rsidRPr="005117ED">
        <w:rPr>
          <w:rFonts w:cs="Sakkal Majalla"/>
          <w:color w:val="000000" w:themeColor="text1"/>
          <w:sz w:val="38"/>
          <w:szCs w:val="38"/>
          <w:rtl/>
        </w:rPr>
        <w:t>قد</w:t>
      </w:r>
      <w:r w:rsidRPr="005117ED">
        <w:rPr>
          <w:rFonts w:cs="Sakkal Majalla"/>
          <w:color w:val="000000" w:themeColor="text1"/>
          <w:sz w:val="38"/>
          <w:szCs w:val="38"/>
        </w:rPr>
        <w:t xml:space="preserve"> </w:t>
      </w:r>
      <w:r w:rsidRPr="005117ED">
        <w:rPr>
          <w:rFonts w:cs="Sakkal Majalla"/>
          <w:color w:val="000000" w:themeColor="text1"/>
          <w:sz w:val="38"/>
          <w:szCs w:val="38"/>
          <w:rtl/>
        </w:rPr>
        <w:t>يضعف</w:t>
      </w:r>
      <w:r w:rsidRPr="005117ED">
        <w:rPr>
          <w:rFonts w:cs="Sakkal Majalla"/>
          <w:color w:val="000000" w:themeColor="text1"/>
          <w:sz w:val="38"/>
          <w:szCs w:val="38"/>
        </w:rPr>
        <w:t xml:space="preserve"> </w:t>
      </w:r>
      <w:r w:rsidRPr="005117ED">
        <w:rPr>
          <w:rFonts w:cs="Sakkal Majalla"/>
          <w:color w:val="000000" w:themeColor="text1"/>
          <w:sz w:val="38"/>
          <w:szCs w:val="38"/>
          <w:rtl/>
        </w:rPr>
        <w:t>الأثر</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أما</w:t>
      </w:r>
      <w:r w:rsidRPr="005117ED">
        <w:rPr>
          <w:rFonts w:cs="Sakkal Majalla"/>
          <w:color w:val="000000" w:themeColor="text1"/>
          <w:sz w:val="38"/>
          <w:szCs w:val="38"/>
        </w:rPr>
        <w:t xml:space="preserve"> Ma </w:t>
      </w:r>
      <w:r w:rsidRPr="005117ED">
        <w:rPr>
          <w:rFonts w:cs="Sakkal Majalla"/>
          <w:color w:val="000000" w:themeColor="text1"/>
          <w:sz w:val="38"/>
          <w:szCs w:val="38"/>
          <w:rtl/>
        </w:rPr>
        <w:t>و</w:t>
      </w:r>
      <w:r w:rsidRPr="005117ED">
        <w:rPr>
          <w:rFonts w:cs="Sakkal Majalla"/>
          <w:color w:val="000000" w:themeColor="text1"/>
          <w:sz w:val="38"/>
          <w:szCs w:val="38"/>
        </w:rPr>
        <w:t xml:space="preserve">Jiang (2018) </w:t>
      </w:r>
      <w:r w:rsidRPr="005117ED">
        <w:rPr>
          <w:rFonts w:cs="Sakkal Majalla"/>
          <w:color w:val="000000" w:themeColor="text1"/>
          <w:sz w:val="38"/>
          <w:szCs w:val="38"/>
          <w:rtl/>
        </w:rPr>
        <w:t>فدرسا</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r w:rsidRPr="005117ED">
        <w:rPr>
          <w:rFonts w:cs="Sakkal Majalla"/>
          <w:color w:val="000000" w:themeColor="text1"/>
          <w:sz w:val="38"/>
          <w:szCs w:val="38"/>
        </w:rPr>
        <w:t xml:space="preserve"> </w:t>
      </w:r>
      <w:r w:rsidRPr="005117ED">
        <w:rPr>
          <w:rFonts w:cs="Sakkal Majalla"/>
          <w:color w:val="000000" w:themeColor="text1"/>
          <w:sz w:val="38"/>
          <w:szCs w:val="38"/>
          <w:rtl/>
        </w:rPr>
        <w:t>وإبداع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العاملين</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آليات</w:t>
      </w:r>
      <w:r w:rsidRPr="005117ED">
        <w:rPr>
          <w:rFonts w:cs="Sakkal Majalla"/>
          <w:color w:val="000000" w:themeColor="text1"/>
          <w:sz w:val="38"/>
          <w:szCs w:val="38"/>
        </w:rPr>
        <w:t xml:space="preserve"> </w:t>
      </w:r>
      <w:r w:rsidRPr="005117ED">
        <w:rPr>
          <w:rFonts w:cs="Sakkal Majalla"/>
          <w:color w:val="000000" w:themeColor="text1"/>
          <w:sz w:val="38"/>
          <w:szCs w:val="38"/>
          <w:rtl/>
        </w:rPr>
        <w:t>نفسية،</w:t>
      </w:r>
      <w:r w:rsidRPr="005117ED">
        <w:rPr>
          <w:rFonts w:cs="Sakkal Majalla"/>
          <w:color w:val="000000" w:themeColor="text1"/>
          <w:sz w:val="38"/>
          <w:szCs w:val="38"/>
        </w:rPr>
        <w:t xml:space="preserve"> </w:t>
      </w:r>
      <w:r w:rsidRPr="005117ED">
        <w:rPr>
          <w:rFonts w:cs="Sakkal Majalla"/>
          <w:color w:val="000000" w:themeColor="text1"/>
          <w:sz w:val="38"/>
          <w:szCs w:val="38"/>
          <w:rtl/>
        </w:rPr>
        <w:t>وأظهرا</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الثقة</w:t>
      </w:r>
      <w:r w:rsidRPr="005117ED">
        <w:rPr>
          <w:rFonts w:cs="Sakkal Majalla"/>
          <w:color w:val="000000" w:themeColor="text1"/>
          <w:sz w:val="38"/>
          <w:szCs w:val="38"/>
        </w:rPr>
        <w:t xml:space="preserve"> </w:t>
      </w:r>
      <w:r w:rsidRPr="005117ED">
        <w:rPr>
          <w:rFonts w:cs="Sakkal Majalla"/>
          <w:color w:val="000000" w:themeColor="text1"/>
          <w:sz w:val="38"/>
          <w:szCs w:val="38"/>
          <w:rtl/>
        </w:rPr>
        <w:t>والدافعية</w:t>
      </w:r>
      <w:r w:rsidRPr="005117ED">
        <w:rPr>
          <w:rFonts w:cs="Sakkal Majalla"/>
          <w:color w:val="000000" w:themeColor="text1"/>
          <w:sz w:val="38"/>
          <w:szCs w:val="38"/>
        </w:rPr>
        <w:t xml:space="preserve"> </w:t>
      </w:r>
      <w:r w:rsidRPr="005117ED">
        <w:rPr>
          <w:rFonts w:cs="Sakkal Majalla"/>
          <w:color w:val="000000" w:themeColor="text1"/>
          <w:sz w:val="38"/>
          <w:szCs w:val="38"/>
          <w:rtl/>
        </w:rPr>
        <w:t>يمكن</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تفسرا</w:t>
      </w:r>
      <w:r w:rsidRPr="005117ED">
        <w:rPr>
          <w:rFonts w:cs="Sakkal Majalla"/>
          <w:color w:val="000000" w:themeColor="text1"/>
          <w:sz w:val="38"/>
          <w:szCs w:val="38"/>
        </w:rPr>
        <w:t xml:space="preserve"> </w:t>
      </w:r>
      <w:r w:rsidRPr="005117ED">
        <w:rPr>
          <w:rFonts w:cs="Sakkal Majalla"/>
          <w:color w:val="000000" w:themeColor="text1"/>
          <w:sz w:val="38"/>
          <w:szCs w:val="38"/>
          <w:rtl/>
        </w:rPr>
        <w:t>جانبًا</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العلاقة</w:t>
      </w:r>
      <w:r w:rsidRPr="005117ED">
        <w:rPr>
          <w:rFonts w:cs="Sakkal Majalla"/>
          <w:color w:val="000000" w:themeColor="text1"/>
          <w:sz w:val="38"/>
          <w:szCs w:val="38"/>
        </w:rPr>
        <w:t xml:space="preserve">. </w:t>
      </w:r>
      <w:r w:rsidRPr="005117ED">
        <w:rPr>
          <w:rFonts w:cs="Sakkal Majalla"/>
          <w:color w:val="000000" w:themeColor="text1"/>
          <w:sz w:val="38"/>
          <w:szCs w:val="38"/>
          <w:rtl/>
        </w:rPr>
        <w:t>وتنسجم</w:t>
      </w:r>
      <w:r w:rsidRPr="005117ED">
        <w:rPr>
          <w:rFonts w:cs="Sakkal Majalla"/>
          <w:color w:val="000000" w:themeColor="text1"/>
          <w:sz w:val="38"/>
          <w:szCs w:val="38"/>
        </w:rPr>
        <w:t xml:space="preserve"> </w:t>
      </w:r>
      <w:r w:rsidRPr="005117ED">
        <w:rPr>
          <w:rFonts w:cs="Sakkal Majalla"/>
          <w:color w:val="000000" w:themeColor="text1"/>
          <w:sz w:val="38"/>
          <w:szCs w:val="38"/>
          <w:rtl/>
        </w:rPr>
        <w:t>النتيجة</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المنطلقات</w:t>
      </w:r>
      <w:r w:rsidRPr="005117ED">
        <w:rPr>
          <w:rFonts w:cs="Sakkal Majalla"/>
          <w:color w:val="000000" w:themeColor="text1"/>
          <w:sz w:val="38"/>
          <w:szCs w:val="38"/>
        </w:rPr>
        <w:t xml:space="preserve"> </w:t>
      </w:r>
      <w:r w:rsidRPr="005117ED">
        <w:rPr>
          <w:rFonts w:cs="Sakkal Majalla"/>
          <w:color w:val="000000" w:themeColor="text1"/>
          <w:sz w:val="38"/>
          <w:szCs w:val="38"/>
          <w:rtl/>
        </w:rPr>
        <w:t>النظرية</w:t>
      </w:r>
      <w:r w:rsidRPr="005117ED">
        <w:rPr>
          <w:rFonts w:cs="Sakkal Majalla"/>
          <w:color w:val="000000" w:themeColor="text1"/>
          <w:sz w:val="38"/>
          <w:szCs w:val="38"/>
        </w:rPr>
        <w:t xml:space="preserve"> </w:t>
      </w:r>
      <w:r w:rsidRPr="005117ED">
        <w:rPr>
          <w:rFonts w:cs="Sakkal Majalla"/>
          <w:color w:val="000000" w:themeColor="text1"/>
          <w:sz w:val="38"/>
          <w:szCs w:val="38"/>
          <w:rtl/>
        </w:rPr>
        <w:t>للدراسة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الحالية،</w:t>
      </w:r>
      <w:r w:rsidRPr="005117ED">
        <w:rPr>
          <w:rFonts w:cs="Sakkal Majalla"/>
          <w:color w:val="000000" w:themeColor="text1"/>
          <w:sz w:val="38"/>
          <w:szCs w:val="38"/>
        </w:rPr>
        <w:t xml:space="preserve"> </w:t>
      </w:r>
      <w:r w:rsidRPr="005117ED">
        <w:rPr>
          <w:rFonts w:cs="Sakkal Majalla"/>
          <w:color w:val="000000" w:themeColor="text1"/>
          <w:sz w:val="38"/>
          <w:szCs w:val="38"/>
          <w:rtl/>
        </w:rPr>
        <w:t>لكنها</w:t>
      </w:r>
      <w:r w:rsidRPr="005117ED">
        <w:rPr>
          <w:rFonts w:cs="Sakkal Majalla"/>
          <w:color w:val="000000" w:themeColor="text1"/>
          <w:sz w:val="38"/>
          <w:szCs w:val="38"/>
        </w:rPr>
        <w:t xml:space="preserve"> </w:t>
      </w:r>
      <w:r w:rsidRPr="005117ED">
        <w:rPr>
          <w:rFonts w:cs="Sakkal Majalla"/>
          <w:color w:val="000000" w:themeColor="text1"/>
          <w:sz w:val="38"/>
          <w:szCs w:val="38"/>
          <w:rtl/>
        </w:rPr>
        <w:t>تشير</w:t>
      </w:r>
      <w:r w:rsidRPr="005117ED">
        <w:rPr>
          <w:rFonts w:cs="Sakkal Majalla"/>
          <w:color w:val="000000" w:themeColor="text1"/>
          <w:sz w:val="38"/>
          <w:szCs w:val="38"/>
        </w:rPr>
        <w:t xml:space="preserve"> </w:t>
      </w:r>
      <w:r w:rsidRPr="005117ED">
        <w:rPr>
          <w:rFonts w:cs="Sakkal Majalla"/>
          <w:color w:val="000000" w:themeColor="text1"/>
          <w:sz w:val="38"/>
          <w:szCs w:val="38"/>
          <w:rtl/>
        </w:rPr>
        <w:t>أيضًا</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اختبار</w:t>
      </w:r>
      <w:r w:rsidRPr="005117ED">
        <w:rPr>
          <w:rFonts w:cs="Sakkal Majalla"/>
          <w:color w:val="000000" w:themeColor="text1"/>
          <w:sz w:val="38"/>
          <w:szCs w:val="38"/>
        </w:rPr>
        <w:t xml:space="preserve"> </w:t>
      </w:r>
      <w:r w:rsidRPr="005117ED">
        <w:rPr>
          <w:rFonts w:cs="Sakkal Majalla"/>
          <w:color w:val="000000" w:themeColor="text1"/>
          <w:sz w:val="38"/>
          <w:szCs w:val="38"/>
          <w:rtl/>
        </w:rPr>
        <w:t>الأثر</w:t>
      </w:r>
      <w:r w:rsidRPr="005117ED">
        <w:rPr>
          <w:rFonts w:cs="Sakkal Majalla"/>
          <w:color w:val="000000" w:themeColor="text1"/>
          <w:sz w:val="38"/>
          <w:szCs w:val="38"/>
        </w:rPr>
        <w:t xml:space="preserve"> </w:t>
      </w:r>
      <w:r w:rsidRPr="005117ED">
        <w:rPr>
          <w:rFonts w:cs="Sakkal Majalla"/>
          <w:color w:val="000000" w:themeColor="text1"/>
          <w:sz w:val="38"/>
          <w:szCs w:val="38"/>
          <w:rtl/>
        </w:rPr>
        <w:t>المباشر</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يكشف</w:t>
      </w:r>
      <w:r w:rsidRPr="005117ED">
        <w:rPr>
          <w:rFonts w:cs="Sakkal Majalla"/>
          <w:color w:val="000000" w:themeColor="text1"/>
          <w:sz w:val="38"/>
          <w:szCs w:val="38"/>
        </w:rPr>
        <w:t xml:space="preserve"> </w:t>
      </w:r>
      <w:r w:rsidRPr="005117ED">
        <w:rPr>
          <w:rFonts w:cs="Sakkal Majalla"/>
          <w:color w:val="000000" w:themeColor="text1"/>
          <w:sz w:val="38"/>
          <w:szCs w:val="38"/>
          <w:rtl/>
        </w:rPr>
        <w:t>جميع</w:t>
      </w:r>
      <w:r w:rsidRPr="005117ED">
        <w:rPr>
          <w:rFonts w:cs="Sakkal Majalla"/>
          <w:color w:val="000000" w:themeColor="text1"/>
          <w:sz w:val="38"/>
          <w:szCs w:val="38"/>
        </w:rPr>
        <w:t xml:space="preserve"> </w:t>
      </w:r>
      <w:r w:rsidRPr="005117ED">
        <w:rPr>
          <w:rFonts w:cs="Sakkal Majalla"/>
          <w:color w:val="000000" w:themeColor="text1"/>
          <w:sz w:val="38"/>
          <w:szCs w:val="38"/>
          <w:rtl/>
        </w:rPr>
        <w:t>المسارات</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وبحث</w:t>
      </w:r>
      <w:r w:rsidRPr="005117ED">
        <w:rPr>
          <w:rFonts w:cs="Sakkal Majalla"/>
          <w:color w:val="000000" w:themeColor="text1"/>
          <w:sz w:val="38"/>
          <w:szCs w:val="38"/>
        </w:rPr>
        <w:t xml:space="preserve"> </w:t>
      </w:r>
      <w:proofErr w:type="spellStart"/>
      <w:r w:rsidRPr="005117ED">
        <w:rPr>
          <w:rFonts w:cs="Sakkal Majalla"/>
          <w:color w:val="000000" w:themeColor="text1"/>
          <w:sz w:val="38"/>
          <w:szCs w:val="38"/>
        </w:rPr>
        <w:t>Suifan</w:t>
      </w:r>
      <w:proofErr w:type="spellEnd"/>
      <w:r w:rsidRPr="005117ED">
        <w:rPr>
          <w:rFonts w:cs="Sakkal Majalla"/>
          <w:color w:val="000000" w:themeColor="text1"/>
          <w:sz w:val="38"/>
          <w:szCs w:val="38"/>
        </w:rPr>
        <w:t xml:space="preserve"> </w:t>
      </w:r>
      <w:r w:rsidRPr="005117ED">
        <w:rPr>
          <w:rFonts w:cs="Sakkal Majalla"/>
          <w:color w:val="000000" w:themeColor="text1"/>
          <w:sz w:val="38"/>
          <w:szCs w:val="38"/>
          <w:rtl/>
        </w:rPr>
        <w:t>وزملاؤه</w:t>
      </w:r>
      <w:r w:rsidRPr="005117ED">
        <w:rPr>
          <w:rFonts w:cs="Sakkal Majalla"/>
          <w:color w:val="000000" w:themeColor="text1"/>
          <w:sz w:val="38"/>
          <w:szCs w:val="38"/>
        </w:rPr>
        <w:t xml:space="preserve"> (2018)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r w:rsidRPr="005117ED">
        <w:rPr>
          <w:rFonts w:cs="Sakkal Majalla"/>
          <w:color w:val="000000" w:themeColor="text1"/>
          <w:sz w:val="38"/>
          <w:szCs w:val="38"/>
        </w:rPr>
        <w:t xml:space="preserve"> </w:t>
      </w:r>
      <w:r w:rsidRPr="005117ED">
        <w:rPr>
          <w:rFonts w:cs="Sakkal Majalla"/>
          <w:color w:val="000000" w:themeColor="text1"/>
          <w:sz w:val="38"/>
          <w:szCs w:val="38"/>
          <w:rtl/>
        </w:rPr>
        <w:t>والإبداع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خلال</w:t>
      </w:r>
      <w:r w:rsidRPr="005117ED">
        <w:rPr>
          <w:rFonts w:cs="Sakkal Majalla"/>
          <w:color w:val="000000" w:themeColor="text1"/>
          <w:sz w:val="38"/>
          <w:szCs w:val="38"/>
        </w:rPr>
        <w:t xml:space="preserve"> </w:t>
      </w:r>
      <w:r w:rsidRPr="005117ED">
        <w:rPr>
          <w:rFonts w:cs="Sakkal Majalla"/>
          <w:color w:val="000000" w:themeColor="text1"/>
          <w:sz w:val="38"/>
          <w:szCs w:val="38"/>
          <w:rtl/>
        </w:rPr>
        <w:t>المناخ</w:t>
      </w:r>
      <w:r w:rsidRPr="005117ED">
        <w:rPr>
          <w:rFonts w:cs="Sakkal Majalla"/>
          <w:color w:val="000000" w:themeColor="text1"/>
          <w:sz w:val="38"/>
          <w:szCs w:val="38"/>
        </w:rPr>
        <w:t xml:space="preserve"> </w:t>
      </w:r>
      <w:r w:rsidRPr="005117ED">
        <w:rPr>
          <w:rFonts w:cs="Sakkal Majalla"/>
          <w:color w:val="000000" w:themeColor="text1"/>
          <w:sz w:val="38"/>
          <w:szCs w:val="38"/>
          <w:rtl/>
        </w:rPr>
        <w:t>الداعم</w:t>
      </w:r>
      <w:r w:rsidRPr="005117ED">
        <w:rPr>
          <w:rFonts w:cs="Sakkal Majalla"/>
          <w:color w:val="000000" w:themeColor="text1"/>
          <w:sz w:val="38"/>
          <w:szCs w:val="38"/>
        </w:rPr>
        <w:t xml:space="preserve"> </w:t>
      </w:r>
      <w:r w:rsidRPr="005117ED">
        <w:rPr>
          <w:rFonts w:cs="Sakkal Majalla"/>
          <w:color w:val="000000" w:themeColor="text1"/>
          <w:sz w:val="38"/>
          <w:szCs w:val="38"/>
          <w:rtl/>
        </w:rPr>
        <w:t>للابتكار</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سياق</w:t>
      </w:r>
      <w:r w:rsidRPr="005117ED">
        <w:rPr>
          <w:rFonts w:cs="Sakkal Majalla"/>
          <w:color w:val="000000" w:themeColor="text1"/>
          <w:sz w:val="38"/>
          <w:szCs w:val="38"/>
        </w:rPr>
        <w:t xml:space="preserve"> </w:t>
      </w:r>
      <w:r w:rsidRPr="005117ED">
        <w:rPr>
          <w:rFonts w:cs="Sakkal Majalla"/>
          <w:color w:val="000000" w:themeColor="text1"/>
          <w:sz w:val="38"/>
          <w:szCs w:val="38"/>
          <w:rtl/>
        </w:rPr>
        <w:t>عربي،</w:t>
      </w:r>
      <w:r w:rsidRPr="005117ED">
        <w:rPr>
          <w:rFonts w:cs="Sakkal Majalla"/>
          <w:color w:val="000000" w:themeColor="text1"/>
          <w:sz w:val="38"/>
          <w:szCs w:val="38"/>
        </w:rPr>
        <w:t xml:space="preserve"> </w:t>
      </w:r>
      <w:r w:rsidRPr="005117ED">
        <w:rPr>
          <w:rFonts w:cs="Sakkal Majalla"/>
          <w:color w:val="000000" w:themeColor="text1"/>
          <w:sz w:val="38"/>
          <w:szCs w:val="38"/>
          <w:rtl/>
        </w:rPr>
        <w:t>وأظهروا</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البيئة</w:t>
      </w:r>
      <w:r w:rsidRPr="005117ED">
        <w:rPr>
          <w:rFonts w:cs="Sakkal Majalla"/>
          <w:color w:val="000000" w:themeColor="text1"/>
          <w:sz w:val="38"/>
          <w:szCs w:val="38"/>
        </w:rPr>
        <w:t xml:space="preserve"> </w:t>
      </w:r>
      <w:r w:rsidRPr="005117ED">
        <w:rPr>
          <w:rFonts w:cs="Sakkal Majalla"/>
          <w:color w:val="000000" w:themeColor="text1"/>
          <w:sz w:val="38"/>
          <w:szCs w:val="38"/>
          <w:rtl/>
        </w:rPr>
        <w:t>التنظيمية</w:t>
      </w:r>
      <w:r w:rsidRPr="005117ED">
        <w:rPr>
          <w:rFonts w:cs="Sakkal Majalla"/>
          <w:color w:val="000000" w:themeColor="text1"/>
          <w:sz w:val="38"/>
          <w:szCs w:val="38"/>
        </w:rPr>
        <w:t xml:space="preserve"> </w:t>
      </w:r>
      <w:r w:rsidRPr="005117ED">
        <w:rPr>
          <w:rFonts w:cs="Sakkal Majalla"/>
          <w:color w:val="000000" w:themeColor="text1"/>
          <w:sz w:val="38"/>
          <w:szCs w:val="38"/>
          <w:rtl/>
        </w:rPr>
        <w:t>تؤثر</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ترجمة</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نتائج</w:t>
      </w:r>
      <w:r w:rsidRPr="005117ED">
        <w:rPr>
          <w:rFonts w:cs="Sakkal Majalla"/>
          <w:color w:val="000000" w:themeColor="text1"/>
          <w:sz w:val="38"/>
          <w:szCs w:val="38"/>
        </w:rPr>
        <w:t xml:space="preserve">. </w:t>
      </w:r>
      <w:r w:rsidRPr="005117ED">
        <w:rPr>
          <w:rFonts w:cs="Sakkal Majalla"/>
          <w:color w:val="000000" w:themeColor="text1"/>
          <w:sz w:val="38"/>
          <w:szCs w:val="38"/>
          <w:rtl/>
        </w:rPr>
        <w:t>وتفيد</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تقليل</w:t>
      </w:r>
      <w:r w:rsidRPr="005117ED">
        <w:rPr>
          <w:rFonts w:cs="Sakkal Majalla"/>
          <w:color w:val="000000" w:themeColor="text1"/>
          <w:sz w:val="38"/>
          <w:szCs w:val="38"/>
        </w:rPr>
        <w:t xml:space="preserve"> </w:t>
      </w:r>
      <w:r w:rsidRPr="005117ED">
        <w:rPr>
          <w:rFonts w:cs="Sakkal Majalla"/>
          <w:color w:val="000000" w:themeColor="text1"/>
          <w:sz w:val="38"/>
          <w:szCs w:val="38"/>
          <w:rtl/>
        </w:rPr>
        <w:t>الفجوة</w:t>
      </w:r>
      <w:r w:rsidRPr="005117ED">
        <w:rPr>
          <w:rFonts w:cs="Sakkal Majalla"/>
          <w:color w:val="000000" w:themeColor="text1"/>
          <w:sz w:val="38"/>
          <w:szCs w:val="38"/>
        </w:rPr>
        <w:t xml:space="preserve"> </w:t>
      </w:r>
      <w:r w:rsidRPr="005117ED">
        <w:rPr>
          <w:rFonts w:cs="Sakkal Majalla"/>
          <w:color w:val="000000" w:themeColor="text1"/>
          <w:sz w:val="38"/>
          <w:szCs w:val="38"/>
          <w:rtl/>
        </w:rPr>
        <w:t>بين</w:t>
      </w:r>
      <w:r w:rsidRPr="005117ED">
        <w:rPr>
          <w:rFonts w:cs="Sakkal Majalla"/>
          <w:color w:val="000000" w:themeColor="text1"/>
          <w:sz w:val="38"/>
          <w:szCs w:val="38"/>
        </w:rPr>
        <w:t xml:space="preserve"> </w:t>
      </w:r>
      <w:r w:rsidRPr="005117ED">
        <w:rPr>
          <w:rFonts w:cs="Sakkal Majalla"/>
          <w:color w:val="000000" w:themeColor="text1"/>
          <w:sz w:val="38"/>
          <w:szCs w:val="38"/>
          <w:rtl/>
        </w:rPr>
        <w:t>الأدبيات</w:t>
      </w:r>
      <w:r w:rsidRPr="005117ED">
        <w:rPr>
          <w:rFonts w:cs="Sakkal Majalla"/>
          <w:color w:val="000000" w:themeColor="text1"/>
          <w:sz w:val="38"/>
          <w:szCs w:val="38"/>
        </w:rPr>
        <w:t xml:space="preserve"> </w:t>
      </w:r>
      <w:r w:rsidRPr="005117ED">
        <w:rPr>
          <w:rFonts w:cs="Sakkal Majalla"/>
          <w:color w:val="000000" w:themeColor="text1"/>
          <w:sz w:val="38"/>
          <w:szCs w:val="38"/>
          <w:rtl/>
        </w:rPr>
        <w:t>الغربية</w:t>
      </w:r>
      <w:r w:rsidRPr="005117ED">
        <w:rPr>
          <w:rFonts w:cs="Sakkal Majalla"/>
          <w:color w:val="000000" w:themeColor="text1"/>
          <w:sz w:val="38"/>
          <w:szCs w:val="38"/>
        </w:rPr>
        <w:t xml:space="preserve"> </w:t>
      </w:r>
      <w:r w:rsidRPr="005117ED">
        <w:rPr>
          <w:rFonts w:cs="Sakkal Majalla"/>
          <w:color w:val="000000" w:themeColor="text1"/>
          <w:sz w:val="38"/>
          <w:szCs w:val="38"/>
          <w:rtl/>
        </w:rPr>
        <w:t>والعربية،</w:t>
      </w:r>
      <w:r w:rsidRPr="005117ED">
        <w:rPr>
          <w:rFonts w:cs="Sakkal Majalla"/>
          <w:color w:val="000000" w:themeColor="text1"/>
          <w:sz w:val="38"/>
          <w:szCs w:val="38"/>
        </w:rPr>
        <w:t xml:space="preserve"> </w:t>
      </w:r>
      <w:r w:rsidRPr="005117ED">
        <w:rPr>
          <w:rFonts w:cs="Sakkal Majalla"/>
          <w:color w:val="000000" w:themeColor="text1"/>
          <w:sz w:val="38"/>
          <w:szCs w:val="38"/>
          <w:rtl/>
        </w:rPr>
        <w:t>وتدعم</w:t>
      </w:r>
      <w:r w:rsidRPr="005117ED">
        <w:rPr>
          <w:rFonts w:cs="Sakkal Majalla"/>
          <w:color w:val="000000" w:themeColor="text1"/>
          <w:sz w:val="38"/>
          <w:szCs w:val="38"/>
        </w:rPr>
        <w:t xml:space="preserve"> </w:t>
      </w:r>
      <w:r w:rsidRPr="005117ED">
        <w:rPr>
          <w:rFonts w:cs="Sakkal Majalla"/>
          <w:color w:val="000000" w:themeColor="text1"/>
          <w:sz w:val="38"/>
          <w:szCs w:val="38"/>
          <w:rtl/>
        </w:rPr>
        <w:t>توصية</w:t>
      </w:r>
      <w:r w:rsidRPr="005117ED">
        <w:rPr>
          <w:rFonts w:cs="Sakkal Majalla"/>
          <w:color w:val="000000" w:themeColor="text1"/>
          <w:sz w:val="38"/>
          <w:szCs w:val="38"/>
        </w:rPr>
        <w:t xml:space="preserve"> </w:t>
      </w:r>
      <w:r w:rsidRPr="005117ED">
        <w:rPr>
          <w:rFonts w:cs="Sakkal Majalla"/>
          <w:color w:val="000000" w:themeColor="text1"/>
          <w:sz w:val="38"/>
          <w:szCs w:val="38"/>
          <w:rtl/>
        </w:rPr>
        <w:t>بناء</w:t>
      </w:r>
      <w:r w:rsidRPr="005117ED">
        <w:rPr>
          <w:rFonts w:cs="Sakkal Majalla"/>
          <w:color w:val="000000" w:themeColor="text1"/>
          <w:sz w:val="38"/>
          <w:szCs w:val="38"/>
        </w:rPr>
        <w:t xml:space="preserve"> </w:t>
      </w:r>
      <w:r w:rsidRPr="005117ED">
        <w:rPr>
          <w:rFonts w:cs="Sakkal Majalla"/>
          <w:color w:val="000000" w:themeColor="text1"/>
          <w:sz w:val="38"/>
          <w:szCs w:val="38"/>
          <w:rtl/>
        </w:rPr>
        <w:t>أنظمة</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الاعتماد</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سلوك</w:t>
      </w:r>
      <w:r w:rsidRPr="005117ED">
        <w:rPr>
          <w:rFonts w:cs="Sakkal Majalla"/>
          <w:color w:val="000000" w:themeColor="text1"/>
          <w:sz w:val="38"/>
          <w:szCs w:val="38"/>
        </w:rPr>
        <w:t xml:space="preserve"> </w:t>
      </w:r>
      <w:r w:rsidRPr="005117ED">
        <w:rPr>
          <w:rFonts w:cs="Sakkal Majalla"/>
          <w:color w:val="000000" w:themeColor="text1"/>
          <w:sz w:val="38"/>
          <w:szCs w:val="38"/>
          <w:rtl/>
        </w:rPr>
        <w:t>المدير</w:t>
      </w:r>
      <w:r w:rsidRPr="005117ED">
        <w:rPr>
          <w:rFonts w:cs="Sakkal Majalla"/>
          <w:color w:val="000000" w:themeColor="text1"/>
          <w:sz w:val="38"/>
          <w:szCs w:val="38"/>
        </w:rPr>
        <w:t xml:space="preserve"> </w:t>
      </w:r>
      <w:r w:rsidRPr="005117ED">
        <w:rPr>
          <w:rFonts w:cs="Sakkal Majalla"/>
          <w:color w:val="000000" w:themeColor="text1"/>
          <w:sz w:val="38"/>
          <w:szCs w:val="38"/>
          <w:rtl/>
        </w:rPr>
        <w:t>وحده</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lastRenderedPageBreak/>
        <w:t>وأظهرت</w:t>
      </w:r>
      <w:r w:rsidRPr="005117ED">
        <w:rPr>
          <w:rFonts w:cs="Sakkal Majalla"/>
          <w:color w:val="000000" w:themeColor="text1"/>
          <w:sz w:val="38"/>
          <w:szCs w:val="38"/>
        </w:rPr>
        <w:t xml:space="preserve"> </w:t>
      </w:r>
      <w:r w:rsidRPr="005117ED">
        <w:rPr>
          <w:rFonts w:cs="Sakkal Majalla"/>
          <w:color w:val="000000" w:themeColor="text1"/>
          <w:sz w:val="38"/>
          <w:szCs w:val="38"/>
          <w:rtl/>
        </w:rPr>
        <w:t>دراسة</w:t>
      </w:r>
      <w:r w:rsidRPr="005117ED">
        <w:rPr>
          <w:rFonts w:cs="Sakkal Majalla"/>
          <w:color w:val="000000" w:themeColor="text1"/>
          <w:sz w:val="38"/>
          <w:szCs w:val="38"/>
        </w:rPr>
        <w:t xml:space="preserve"> </w:t>
      </w:r>
      <w:proofErr w:type="spellStart"/>
      <w:r w:rsidRPr="005117ED">
        <w:rPr>
          <w:rFonts w:cs="Sakkal Majalla"/>
          <w:color w:val="000000" w:themeColor="text1"/>
          <w:sz w:val="38"/>
          <w:szCs w:val="38"/>
        </w:rPr>
        <w:t>Groselj</w:t>
      </w:r>
      <w:proofErr w:type="spellEnd"/>
      <w:r w:rsidRPr="005117ED">
        <w:rPr>
          <w:rFonts w:cs="Sakkal Majalla"/>
          <w:color w:val="000000" w:themeColor="text1"/>
          <w:sz w:val="38"/>
          <w:szCs w:val="38"/>
        </w:rPr>
        <w:t xml:space="preserve"> </w:t>
      </w:r>
      <w:r w:rsidRPr="005117ED">
        <w:rPr>
          <w:rFonts w:cs="Sakkal Majalla"/>
          <w:color w:val="000000" w:themeColor="text1"/>
          <w:sz w:val="38"/>
          <w:szCs w:val="38"/>
          <w:rtl/>
        </w:rPr>
        <w:t>وزملائه</w:t>
      </w:r>
      <w:r w:rsidRPr="005117ED">
        <w:rPr>
          <w:rFonts w:cs="Sakkal Majalla"/>
          <w:color w:val="000000" w:themeColor="text1"/>
          <w:sz w:val="38"/>
          <w:szCs w:val="38"/>
        </w:rPr>
        <w:t xml:space="preserve"> (2021) </w:t>
      </w:r>
      <w:r w:rsidRPr="005117ED">
        <w:rPr>
          <w:rFonts w:cs="Sakkal Majalla"/>
          <w:color w:val="000000" w:themeColor="text1"/>
          <w:sz w:val="38"/>
          <w:szCs w:val="38"/>
          <w:rtl/>
        </w:rPr>
        <w:t>ارتباط</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الأصيلة</w:t>
      </w:r>
      <w:r w:rsidRPr="005117ED">
        <w:rPr>
          <w:rFonts w:cs="Sakkal Majalla"/>
          <w:color w:val="000000" w:themeColor="text1"/>
          <w:sz w:val="38"/>
          <w:szCs w:val="38"/>
        </w:rPr>
        <w:t xml:space="preserve"> </w:t>
      </w:r>
      <w:r w:rsidRPr="005117ED">
        <w:rPr>
          <w:rFonts w:cs="Sakkal Majalla"/>
          <w:color w:val="000000" w:themeColor="text1"/>
          <w:sz w:val="38"/>
          <w:szCs w:val="38"/>
          <w:rtl/>
        </w:rPr>
        <w:t>والتحويلية</w:t>
      </w:r>
      <w:r w:rsidRPr="005117ED">
        <w:rPr>
          <w:rFonts w:cs="Sakkal Majalla"/>
          <w:color w:val="000000" w:themeColor="text1"/>
          <w:sz w:val="38"/>
          <w:szCs w:val="38"/>
        </w:rPr>
        <w:t xml:space="preserve"> </w:t>
      </w:r>
      <w:r w:rsidRPr="005117ED">
        <w:rPr>
          <w:rFonts w:cs="Sakkal Majalla"/>
          <w:color w:val="000000" w:themeColor="text1"/>
          <w:sz w:val="38"/>
          <w:szCs w:val="38"/>
          <w:rtl/>
        </w:rPr>
        <w:t>بسلوك</w:t>
      </w:r>
      <w:r w:rsidRPr="005117ED">
        <w:rPr>
          <w:rFonts w:cs="Sakkal Majalla"/>
          <w:color w:val="000000" w:themeColor="text1"/>
          <w:sz w:val="38"/>
          <w:szCs w:val="38"/>
        </w:rPr>
        <w:t xml:space="preserve"> </w:t>
      </w:r>
      <w:r w:rsidRPr="005117ED">
        <w:rPr>
          <w:rFonts w:cs="Sakkal Majalla"/>
          <w:color w:val="000000" w:themeColor="text1"/>
          <w:sz w:val="38"/>
          <w:szCs w:val="38"/>
          <w:rtl/>
        </w:rPr>
        <w:t>العمل</w:t>
      </w:r>
      <w:r w:rsidRPr="005117ED">
        <w:rPr>
          <w:rFonts w:cs="Sakkal Majalla"/>
          <w:color w:val="000000" w:themeColor="text1"/>
          <w:sz w:val="38"/>
          <w:szCs w:val="38"/>
        </w:rPr>
        <w:t xml:space="preserve"> </w:t>
      </w:r>
      <w:r w:rsidRPr="005117ED">
        <w:rPr>
          <w:rFonts w:cs="Sakkal Majalla"/>
          <w:color w:val="000000" w:themeColor="text1"/>
          <w:sz w:val="38"/>
          <w:szCs w:val="38"/>
          <w:rtl/>
        </w:rPr>
        <w:t>المبتكر،</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دور</w:t>
      </w:r>
      <w:r w:rsidRPr="005117ED">
        <w:rPr>
          <w:rFonts w:cs="Sakkal Majalla"/>
          <w:color w:val="000000" w:themeColor="text1"/>
          <w:sz w:val="38"/>
          <w:szCs w:val="38"/>
        </w:rPr>
        <w:t xml:space="preserve"> </w:t>
      </w:r>
      <w:r w:rsidRPr="005117ED">
        <w:rPr>
          <w:rFonts w:cs="Sakkal Majalla"/>
          <w:color w:val="000000" w:themeColor="text1"/>
          <w:sz w:val="38"/>
          <w:szCs w:val="38"/>
          <w:rtl/>
        </w:rPr>
        <w:t>معدل</w:t>
      </w:r>
      <w:r w:rsidRPr="005117ED">
        <w:rPr>
          <w:rFonts w:cs="Sakkal Majalla"/>
          <w:color w:val="000000" w:themeColor="text1"/>
          <w:sz w:val="38"/>
          <w:szCs w:val="38"/>
        </w:rPr>
        <w:t xml:space="preserve"> </w:t>
      </w:r>
      <w:r w:rsidRPr="005117ED">
        <w:rPr>
          <w:rFonts w:cs="Sakkal Majalla"/>
          <w:color w:val="000000" w:themeColor="text1"/>
          <w:sz w:val="38"/>
          <w:szCs w:val="38"/>
          <w:rtl/>
        </w:rPr>
        <w:t>للتمكين</w:t>
      </w:r>
      <w:r w:rsidRPr="005117ED">
        <w:rPr>
          <w:rFonts w:cs="Sakkal Majalla"/>
          <w:color w:val="000000" w:themeColor="text1"/>
          <w:sz w:val="38"/>
          <w:szCs w:val="38"/>
        </w:rPr>
        <w:t xml:space="preserve"> </w:t>
      </w:r>
      <w:r w:rsidRPr="005117ED">
        <w:rPr>
          <w:rFonts w:cs="Sakkal Majalla"/>
          <w:color w:val="000000" w:themeColor="text1"/>
          <w:sz w:val="38"/>
          <w:szCs w:val="38"/>
          <w:rtl/>
        </w:rPr>
        <w:t>النفسي</w:t>
      </w:r>
      <w:r w:rsidRPr="005117ED">
        <w:rPr>
          <w:rFonts w:cs="Sakkal Majalla"/>
          <w:color w:val="000000" w:themeColor="text1"/>
          <w:sz w:val="38"/>
          <w:szCs w:val="38"/>
        </w:rPr>
        <w:t xml:space="preserve">. </w:t>
      </w:r>
      <w:r w:rsidRPr="005117ED">
        <w:rPr>
          <w:rFonts w:cs="Sakkal Majalla"/>
          <w:color w:val="000000" w:themeColor="text1"/>
          <w:sz w:val="38"/>
          <w:szCs w:val="38"/>
          <w:rtl/>
        </w:rPr>
        <w:t>وتؤكد</w:t>
      </w:r>
      <w:r w:rsidRPr="005117ED">
        <w:rPr>
          <w:rFonts w:cs="Sakkal Majalla"/>
          <w:color w:val="000000" w:themeColor="text1"/>
          <w:sz w:val="38"/>
          <w:szCs w:val="38"/>
        </w:rPr>
        <w:t xml:space="preserve"> </w:t>
      </w:r>
      <w:r w:rsidRPr="005117ED">
        <w:rPr>
          <w:rFonts w:cs="Sakkal Majalla"/>
          <w:color w:val="000000" w:themeColor="text1"/>
          <w:sz w:val="38"/>
          <w:szCs w:val="38"/>
          <w:rtl/>
        </w:rPr>
        <w:t>النتيجة</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الأنماط</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القيادية</w:t>
      </w:r>
      <w:r w:rsidRPr="005117ED">
        <w:rPr>
          <w:rFonts w:cs="Sakkal Majalla"/>
          <w:color w:val="000000" w:themeColor="text1"/>
          <w:sz w:val="38"/>
          <w:szCs w:val="38"/>
        </w:rPr>
        <w:t xml:space="preserve"> </w:t>
      </w:r>
      <w:r w:rsidRPr="005117ED">
        <w:rPr>
          <w:rFonts w:cs="Sakkal Majalla"/>
          <w:color w:val="000000" w:themeColor="text1"/>
          <w:sz w:val="38"/>
          <w:szCs w:val="38"/>
          <w:rtl/>
        </w:rPr>
        <w:t>قد</w:t>
      </w:r>
      <w:r w:rsidRPr="005117ED">
        <w:rPr>
          <w:rFonts w:cs="Sakkal Majalla"/>
          <w:color w:val="000000" w:themeColor="text1"/>
          <w:sz w:val="38"/>
          <w:szCs w:val="38"/>
        </w:rPr>
        <w:t xml:space="preserve"> </w:t>
      </w:r>
      <w:r w:rsidRPr="005117ED">
        <w:rPr>
          <w:rFonts w:cs="Sakkal Majalla"/>
          <w:color w:val="000000" w:themeColor="text1"/>
          <w:sz w:val="38"/>
          <w:szCs w:val="38"/>
          <w:rtl/>
        </w:rPr>
        <w:t>تتكامل</w:t>
      </w:r>
      <w:r w:rsidRPr="005117ED">
        <w:rPr>
          <w:rFonts w:cs="Sakkal Majalla"/>
          <w:color w:val="000000" w:themeColor="text1"/>
          <w:sz w:val="38"/>
          <w:szCs w:val="38"/>
        </w:rPr>
        <w:t xml:space="preserve"> </w:t>
      </w:r>
      <w:r w:rsidRPr="005117ED">
        <w:rPr>
          <w:rFonts w:cs="Sakkal Majalla"/>
          <w:color w:val="000000" w:themeColor="text1"/>
          <w:sz w:val="38"/>
          <w:szCs w:val="38"/>
          <w:rtl/>
        </w:rPr>
        <w:t>وأن</w:t>
      </w:r>
      <w:r w:rsidRPr="005117ED">
        <w:rPr>
          <w:rFonts w:cs="Sakkal Majalla"/>
          <w:color w:val="000000" w:themeColor="text1"/>
          <w:sz w:val="38"/>
          <w:szCs w:val="38"/>
        </w:rPr>
        <w:t xml:space="preserve"> </w:t>
      </w:r>
      <w:r w:rsidRPr="005117ED">
        <w:rPr>
          <w:rFonts w:cs="Sakkal Majalla"/>
          <w:color w:val="000000" w:themeColor="text1"/>
          <w:sz w:val="38"/>
          <w:szCs w:val="38"/>
          <w:rtl/>
        </w:rPr>
        <w:t>إدراك</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w:t>
      </w:r>
      <w:r w:rsidRPr="005117ED">
        <w:rPr>
          <w:rFonts w:cs="Sakkal Majalla"/>
          <w:color w:val="000000" w:themeColor="text1"/>
          <w:sz w:val="38"/>
          <w:szCs w:val="38"/>
        </w:rPr>
        <w:t xml:space="preserve"> </w:t>
      </w:r>
      <w:r w:rsidRPr="005117ED">
        <w:rPr>
          <w:rFonts w:cs="Sakkal Majalla"/>
          <w:color w:val="000000" w:themeColor="text1"/>
          <w:sz w:val="38"/>
          <w:szCs w:val="38"/>
          <w:rtl/>
        </w:rPr>
        <w:t>لقدرته</w:t>
      </w:r>
      <w:r w:rsidRPr="005117ED">
        <w:rPr>
          <w:rFonts w:cs="Sakkal Majalla"/>
          <w:color w:val="000000" w:themeColor="text1"/>
          <w:sz w:val="38"/>
          <w:szCs w:val="38"/>
        </w:rPr>
        <w:t xml:space="preserve"> </w:t>
      </w:r>
      <w:r w:rsidRPr="005117ED">
        <w:rPr>
          <w:rFonts w:cs="Sakkal Majalla"/>
          <w:color w:val="000000" w:themeColor="text1"/>
          <w:sz w:val="38"/>
          <w:szCs w:val="38"/>
          <w:rtl/>
        </w:rPr>
        <w:t>وتأثيره</w:t>
      </w:r>
      <w:r w:rsidRPr="005117ED">
        <w:rPr>
          <w:rFonts w:cs="Sakkal Majalla"/>
          <w:color w:val="000000" w:themeColor="text1"/>
          <w:sz w:val="38"/>
          <w:szCs w:val="38"/>
        </w:rPr>
        <w:t xml:space="preserve"> </w:t>
      </w:r>
      <w:r w:rsidRPr="005117ED">
        <w:rPr>
          <w:rFonts w:cs="Sakkal Majalla"/>
          <w:color w:val="000000" w:themeColor="text1"/>
          <w:sz w:val="38"/>
          <w:szCs w:val="38"/>
          <w:rtl/>
        </w:rPr>
        <w:t>يحدد</w:t>
      </w:r>
      <w:r w:rsidRPr="005117ED">
        <w:rPr>
          <w:rFonts w:cs="Sakkal Majalla"/>
          <w:color w:val="000000" w:themeColor="text1"/>
          <w:sz w:val="38"/>
          <w:szCs w:val="38"/>
        </w:rPr>
        <w:t xml:space="preserve"> </w:t>
      </w:r>
      <w:r w:rsidRPr="005117ED">
        <w:rPr>
          <w:rFonts w:cs="Sakkal Majalla"/>
          <w:color w:val="000000" w:themeColor="text1"/>
          <w:sz w:val="38"/>
          <w:szCs w:val="38"/>
          <w:rtl/>
        </w:rPr>
        <w:t>مقدار</w:t>
      </w:r>
      <w:r w:rsidRPr="005117ED">
        <w:rPr>
          <w:rFonts w:cs="Sakkal Majalla"/>
          <w:color w:val="000000" w:themeColor="text1"/>
          <w:sz w:val="38"/>
          <w:szCs w:val="38"/>
        </w:rPr>
        <w:t xml:space="preserve"> </w:t>
      </w:r>
      <w:r w:rsidRPr="005117ED">
        <w:rPr>
          <w:rFonts w:cs="Sakkal Majalla"/>
          <w:color w:val="000000" w:themeColor="text1"/>
          <w:sz w:val="38"/>
          <w:szCs w:val="38"/>
          <w:rtl/>
        </w:rPr>
        <w:t>استجابته،</w:t>
      </w:r>
      <w:r w:rsidRPr="005117ED">
        <w:rPr>
          <w:rFonts w:cs="Sakkal Majalla"/>
          <w:color w:val="000000" w:themeColor="text1"/>
          <w:sz w:val="38"/>
          <w:szCs w:val="38"/>
        </w:rPr>
        <w:t xml:space="preserve"> </w:t>
      </w:r>
      <w:r w:rsidRPr="005117ED">
        <w:rPr>
          <w:rFonts w:cs="Sakkal Majalla"/>
          <w:color w:val="000000" w:themeColor="text1"/>
          <w:sz w:val="38"/>
          <w:szCs w:val="38"/>
          <w:rtl/>
        </w:rPr>
        <w:t>وهو</w:t>
      </w:r>
      <w:r w:rsidRPr="005117ED">
        <w:rPr>
          <w:rFonts w:cs="Sakkal Majalla"/>
          <w:color w:val="000000" w:themeColor="text1"/>
          <w:sz w:val="38"/>
          <w:szCs w:val="38"/>
        </w:rPr>
        <w:t xml:space="preserve"> </w:t>
      </w:r>
      <w:r w:rsidRPr="005117ED">
        <w:rPr>
          <w:rFonts w:cs="Sakkal Majalla"/>
          <w:color w:val="000000" w:themeColor="text1"/>
          <w:sz w:val="38"/>
          <w:szCs w:val="38"/>
          <w:rtl/>
        </w:rPr>
        <w:t>ما</w:t>
      </w:r>
      <w:r w:rsidRPr="005117ED">
        <w:rPr>
          <w:rFonts w:cs="Sakkal Majalla"/>
          <w:color w:val="000000" w:themeColor="text1"/>
          <w:sz w:val="38"/>
          <w:szCs w:val="38"/>
        </w:rPr>
        <w:t xml:space="preserve"> </w:t>
      </w:r>
      <w:r w:rsidRPr="005117ED">
        <w:rPr>
          <w:rFonts w:cs="Sakkal Majalla"/>
          <w:color w:val="000000" w:themeColor="text1"/>
          <w:sz w:val="38"/>
          <w:szCs w:val="38"/>
          <w:rtl/>
        </w:rPr>
        <w:t>يفتح</w:t>
      </w:r>
      <w:r w:rsidRPr="005117ED">
        <w:rPr>
          <w:rFonts w:cs="Sakkal Majalla"/>
          <w:color w:val="000000" w:themeColor="text1"/>
          <w:sz w:val="38"/>
          <w:szCs w:val="38"/>
        </w:rPr>
        <w:t xml:space="preserve"> </w:t>
      </w:r>
      <w:r w:rsidRPr="005117ED">
        <w:rPr>
          <w:rFonts w:cs="Sakkal Majalla"/>
          <w:color w:val="000000" w:themeColor="text1"/>
          <w:sz w:val="38"/>
          <w:szCs w:val="38"/>
          <w:rtl/>
        </w:rPr>
        <w:t>مجالًا</w:t>
      </w:r>
      <w:r w:rsidRPr="005117ED">
        <w:rPr>
          <w:rFonts w:cs="Sakkal Majalla"/>
          <w:color w:val="000000" w:themeColor="text1"/>
          <w:sz w:val="38"/>
          <w:szCs w:val="38"/>
        </w:rPr>
        <w:t xml:space="preserve"> </w:t>
      </w:r>
      <w:r w:rsidRPr="005117ED">
        <w:rPr>
          <w:rFonts w:cs="Sakkal Majalla"/>
          <w:color w:val="000000" w:themeColor="text1"/>
          <w:sz w:val="38"/>
          <w:szCs w:val="38"/>
          <w:rtl/>
        </w:rPr>
        <w:t>لدراسات</w:t>
      </w:r>
      <w:r w:rsidRPr="005117ED">
        <w:rPr>
          <w:rFonts w:cs="Sakkal Majalla"/>
          <w:color w:val="000000" w:themeColor="text1"/>
          <w:sz w:val="38"/>
          <w:szCs w:val="38"/>
        </w:rPr>
        <w:t xml:space="preserve"> </w:t>
      </w:r>
      <w:r w:rsidRPr="005117ED">
        <w:rPr>
          <w:rFonts w:cs="Sakkal Majalla"/>
          <w:color w:val="000000" w:themeColor="text1"/>
          <w:sz w:val="38"/>
          <w:szCs w:val="38"/>
          <w:rtl/>
        </w:rPr>
        <w:t>مقارنة</w:t>
      </w:r>
      <w:r w:rsidRPr="005117ED">
        <w:rPr>
          <w:rFonts w:cs="Sakkal Majalla"/>
          <w:color w:val="000000" w:themeColor="text1"/>
          <w:sz w:val="38"/>
          <w:szCs w:val="38"/>
        </w:rPr>
        <w:t xml:space="preserve"> </w:t>
      </w:r>
      <w:r w:rsidRPr="005117ED">
        <w:rPr>
          <w:rFonts w:cs="Sakkal Majalla"/>
          <w:color w:val="000000" w:themeColor="text1"/>
          <w:sz w:val="38"/>
          <w:szCs w:val="38"/>
          <w:rtl/>
        </w:rPr>
        <w:t>داخل</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المنشآت</w:t>
      </w:r>
      <w:r w:rsidRPr="005117ED">
        <w:rPr>
          <w:rFonts w:cs="Sakkal Majalla"/>
          <w:color w:val="000000" w:themeColor="text1"/>
          <w:sz w:val="38"/>
          <w:szCs w:val="38"/>
        </w:rPr>
        <w:t xml:space="preserve"> </w:t>
      </w:r>
      <w:r w:rsidRPr="005117ED">
        <w:rPr>
          <w:rFonts w:cs="Sakkal Majalla"/>
          <w:color w:val="000000" w:themeColor="text1"/>
          <w:sz w:val="38"/>
          <w:szCs w:val="38"/>
          <w:rtl/>
        </w:rPr>
        <w:t>السعودية</w:t>
      </w:r>
      <w:r w:rsidRPr="005117ED">
        <w:rPr>
          <w:rFonts w:cs="Sakkal Majalla"/>
          <w:color w:val="000000" w:themeColor="text1"/>
          <w:sz w:val="38"/>
          <w:szCs w:val="38"/>
        </w:rPr>
        <w:t>.</w:t>
      </w:r>
    </w:p>
    <w:p w:rsidR="00FD5E07" w:rsidRPr="005117ED" w:rsidRDefault="00FD5E07" w:rsidP="00007FCD">
      <w:pPr>
        <w:spacing w:before="0"/>
        <w:jc w:val="center"/>
        <w:rPr>
          <w:rFonts w:cs="Sakkal Majalla"/>
          <w:color w:val="000000" w:themeColor="text1"/>
          <w:sz w:val="38"/>
          <w:szCs w:val="38"/>
        </w:rPr>
      </w:pPr>
      <w:r w:rsidRPr="005117ED">
        <w:rPr>
          <w:rFonts w:cs="Sakkal Majalla"/>
          <w:b/>
          <w:bCs/>
          <w:color w:val="000000" w:themeColor="text1"/>
          <w:sz w:val="38"/>
          <w:szCs w:val="38"/>
          <w:rtl/>
        </w:rPr>
        <w:t>جدول</w:t>
      </w:r>
      <w:r w:rsidRPr="005117ED">
        <w:rPr>
          <w:rFonts w:cs="Sakkal Majalla"/>
          <w:b/>
          <w:color w:val="000000" w:themeColor="text1"/>
          <w:sz w:val="38"/>
          <w:szCs w:val="38"/>
        </w:rPr>
        <w:t xml:space="preserve"> (10</w:t>
      </w:r>
      <w:proofErr w:type="gramStart"/>
      <w:r w:rsidRPr="005117ED">
        <w:rPr>
          <w:rFonts w:cs="Sakkal Majalla"/>
          <w:b/>
          <w:color w:val="000000" w:themeColor="text1"/>
          <w:sz w:val="38"/>
          <w:szCs w:val="38"/>
        </w:rPr>
        <w:t>)</w:t>
      </w:r>
      <w:r w:rsidR="00007FCD">
        <w:rPr>
          <w:rFonts w:cs="Sakkal Majalla" w:hint="cs"/>
          <w:b/>
          <w:color w:val="000000" w:themeColor="text1"/>
          <w:sz w:val="38"/>
          <w:szCs w:val="38"/>
          <w:rtl/>
        </w:rPr>
        <w:t xml:space="preserve"> </w:t>
      </w:r>
      <w:r w:rsidRPr="005117ED">
        <w:rPr>
          <w:rFonts w:cs="Sakkal Majalla"/>
          <w:b/>
          <w:color w:val="000000" w:themeColor="text1"/>
          <w:sz w:val="38"/>
          <w:szCs w:val="38"/>
        </w:rPr>
        <w:t>:</w:t>
      </w:r>
      <w:proofErr w:type="gramEnd"/>
      <w:r w:rsidR="00007FCD">
        <w:rPr>
          <w:rFonts w:cs="Sakkal Majalla" w:hint="cs"/>
          <w:b/>
          <w:color w:val="000000" w:themeColor="text1"/>
          <w:sz w:val="38"/>
          <w:szCs w:val="38"/>
          <w:rtl/>
        </w:rPr>
        <w:t xml:space="preserve"> </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مصفوفة</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المقارنة</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المنهجية</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للدراسات</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السابقة</w:t>
      </w:r>
    </w:p>
    <w:tbl>
      <w:tblPr>
        <w:tblStyle w:val="aa"/>
        <w:bidiVisual/>
        <w:tblW w:w="0" w:type="auto"/>
        <w:jc w:val="center"/>
        <w:tblLook w:val="04A0" w:firstRow="1" w:lastRow="0" w:firstColumn="1" w:lastColumn="0" w:noHBand="0" w:noVBand="1"/>
      </w:tblPr>
      <w:tblGrid>
        <w:gridCol w:w="1824"/>
        <w:gridCol w:w="3272"/>
        <w:gridCol w:w="3968"/>
      </w:tblGrid>
      <w:tr w:rsidR="00FD5E07" w:rsidRPr="005117ED" w:rsidTr="00007FCD">
        <w:trPr>
          <w:tblHeader/>
          <w:jc w:val="center"/>
        </w:trPr>
        <w:tc>
          <w:tcPr>
            <w:tcW w:w="1824" w:type="dxa"/>
            <w:shd w:val="clear" w:color="auto" w:fill="1F4E79"/>
            <w:vAlign w:val="center"/>
          </w:tcPr>
          <w:p w:rsidR="00FD5E07" w:rsidRPr="00007FCD" w:rsidRDefault="00FD5E07" w:rsidP="00007FCD">
            <w:pPr>
              <w:spacing w:before="0"/>
              <w:ind w:firstLine="0"/>
              <w:jc w:val="center"/>
              <w:rPr>
                <w:rFonts w:cs="Sakkal Majalla"/>
                <w:color w:val="FFFFFF" w:themeColor="background1"/>
                <w:sz w:val="38"/>
                <w:szCs w:val="38"/>
              </w:rPr>
            </w:pPr>
            <w:r w:rsidRPr="00007FCD">
              <w:rPr>
                <w:rFonts w:cs="Sakkal Majalla"/>
                <w:b/>
                <w:bCs/>
                <w:color w:val="FFFFFF" w:themeColor="background1"/>
                <w:sz w:val="38"/>
                <w:szCs w:val="38"/>
                <w:rtl/>
              </w:rPr>
              <w:t>عنصر</w:t>
            </w:r>
            <w:r w:rsidRPr="00007FCD">
              <w:rPr>
                <w:rFonts w:cs="Sakkal Majalla"/>
                <w:b/>
                <w:color w:val="FFFFFF" w:themeColor="background1"/>
                <w:sz w:val="38"/>
                <w:szCs w:val="38"/>
              </w:rPr>
              <w:t xml:space="preserve"> </w:t>
            </w:r>
            <w:r w:rsidRPr="00007FCD">
              <w:rPr>
                <w:rFonts w:cs="Sakkal Majalla"/>
                <w:b/>
                <w:bCs/>
                <w:color w:val="FFFFFF" w:themeColor="background1"/>
                <w:sz w:val="38"/>
                <w:szCs w:val="38"/>
                <w:rtl/>
              </w:rPr>
              <w:t>المقارنة</w:t>
            </w:r>
          </w:p>
        </w:tc>
        <w:tc>
          <w:tcPr>
            <w:tcW w:w="3272" w:type="dxa"/>
            <w:shd w:val="clear" w:color="auto" w:fill="1F4E79"/>
            <w:vAlign w:val="center"/>
          </w:tcPr>
          <w:p w:rsidR="00FD5E07" w:rsidRPr="00007FCD" w:rsidRDefault="00FD5E07" w:rsidP="00007FCD">
            <w:pPr>
              <w:spacing w:before="0"/>
              <w:ind w:firstLine="0"/>
              <w:jc w:val="center"/>
              <w:rPr>
                <w:rFonts w:cs="Sakkal Majalla"/>
                <w:color w:val="FFFFFF" w:themeColor="background1"/>
                <w:sz w:val="38"/>
                <w:szCs w:val="38"/>
              </w:rPr>
            </w:pPr>
            <w:r w:rsidRPr="00007FCD">
              <w:rPr>
                <w:rFonts w:cs="Sakkal Majalla"/>
                <w:b/>
                <w:bCs/>
                <w:color w:val="FFFFFF" w:themeColor="background1"/>
                <w:sz w:val="38"/>
                <w:szCs w:val="38"/>
                <w:rtl/>
              </w:rPr>
              <w:t>اتجاه</w:t>
            </w:r>
            <w:r w:rsidRPr="00007FCD">
              <w:rPr>
                <w:rFonts w:cs="Sakkal Majalla"/>
                <w:b/>
                <w:color w:val="FFFFFF" w:themeColor="background1"/>
                <w:sz w:val="38"/>
                <w:szCs w:val="38"/>
              </w:rPr>
              <w:t xml:space="preserve"> </w:t>
            </w:r>
            <w:r w:rsidRPr="00007FCD">
              <w:rPr>
                <w:rFonts w:cs="Sakkal Majalla"/>
                <w:b/>
                <w:bCs/>
                <w:color w:val="FFFFFF" w:themeColor="background1"/>
                <w:sz w:val="38"/>
                <w:szCs w:val="38"/>
                <w:rtl/>
              </w:rPr>
              <w:t>الدراسات</w:t>
            </w:r>
            <w:r w:rsidRPr="00007FCD">
              <w:rPr>
                <w:rFonts w:cs="Sakkal Majalla"/>
                <w:b/>
                <w:color w:val="FFFFFF" w:themeColor="background1"/>
                <w:sz w:val="38"/>
                <w:szCs w:val="38"/>
              </w:rPr>
              <w:t xml:space="preserve"> </w:t>
            </w:r>
            <w:r w:rsidRPr="00007FCD">
              <w:rPr>
                <w:rFonts w:cs="Sakkal Majalla"/>
                <w:b/>
                <w:bCs/>
                <w:color w:val="FFFFFF" w:themeColor="background1"/>
                <w:sz w:val="38"/>
                <w:szCs w:val="38"/>
                <w:rtl/>
              </w:rPr>
              <w:t>السابقة</w:t>
            </w:r>
          </w:p>
        </w:tc>
        <w:tc>
          <w:tcPr>
            <w:tcW w:w="3968" w:type="dxa"/>
            <w:shd w:val="clear" w:color="auto" w:fill="1F4E79"/>
            <w:vAlign w:val="center"/>
          </w:tcPr>
          <w:p w:rsidR="00FD5E07" w:rsidRPr="00007FCD" w:rsidRDefault="00FD5E07" w:rsidP="00007FCD">
            <w:pPr>
              <w:spacing w:before="0"/>
              <w:ind w:firstLine="0"/>
              <w:jc w:val="center"/>
              <w:rPr>
                <w:rFonts w:cs="Sakkal Majalla"/>
                <w:color w:val="FFFFFF" w:themeColor="background1"/>
                <w:sz w:val="38"/>
                <w:szCs w:val="38"/>
              </w:rPr>
            </w:pPr>
            <w:r w:rsidRPr="00007FCD">
              <w:rPr>
                <w:rFonts w:cs="Sakkal Majalla"/>
                <w:b/>
                <w:bCs/>
                <w:color w:val="FFFFFF" w:themeColor="background1"/>
                <w:sz w:val="38"/>
                <w:szCs w:val="38"/>
                <w:rtl/>
              </w:rPr>
              <w:t>الدراسة</w:t>
            </w:r>
            <w:r w:rsidRPr="00007FCD">
              <w:rPr>
                <w:rFonts w:cs="Sakkal Majalla"/>
                <w:b/>
                <w:color w:val="FFFFFF" w:themeColor="background1"/>
                <w:sz w:val="38"/>
                <w:szCs w:val="38"/>
              </w:rPr>
              <w:t xml:space="preserve"> </w:t>
            </w:r>
            <w:r w:rsidRPr="00007FCD">
              <w:rPr>
                <w:rFonts w:cs="Sakkal Majalla"/>
                <w:b/>
                <w:bCs/>
                <w:color w:val="FFFFFF" w:themeColor="background1"/>
                <w:sz w:val="38"/>
                <w:szCs w:val="38"/>
                <w:rtl/>
              </w:rPr>
              <w:t>الحالية</w:t>
            </w:r>
          </w:p>
        </w:tc>
      </w:tr>
      <w:tr w:rsidR="00FD5E07" w:rsidRPr="005117ED" w:rsidTr="00007FCD">
        <w:trPr>
          <w:jc w:val="center"/>
        </w:trPr>
        <w:tc>
          <w:tcPr>
            <w:tcW w:w="1824"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السياق</w:t>
            </w:r>
          </w:p>
        </w:tc>
        <w:tc>
          <w:tcPr>
            <w:tcW w:w="3272"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جامعات،</w:t>
            </w:r>
            <w:r w:rsidRPr="005117ED">
              <w:rPr>
                <w:rFonts w:cs="Sakkal Majalla"/>
                <w:color w:val="000000" w:themeColor="text1"/>
                <w:sz w:val="38"/>
                <w:szCs w:val="38"/>
              </w:rPr>
              <w:t xml:space="preserve"> </w:t>
            </w:r>
            <w:r w:rsidRPr="005117ED">
              <w:rPr>
                <w:rFonts w:cs="Sakkal Majalla"/>
                <w:color w:val="000000" w:themeColor="text1"/>
                <w:sz w:val="38"/>
                <w:szCs w:val="38"/>
                <w:rtl/>
              </w:rPr>
              <w:t>صحة،</w:t>
            </w:r>
            <w:r w:rsidRPr="005117ED">
              <w:rPr>
                <w:rFonts w:cs="Sakkal Majalla"/>
                <w:color w:val="000000" w:themeColor="text1"/>
                <w:sz w:val="38"/>
                <w:szCs w:val="38"/>
              </w:rPr>
              <w:t xml:space="preserve"> </w:t>
            </w:r>
            <w:r w:rsidRPr="005117ED">
              <w:rPr>
                <w:rFonts w:cs="Sakkal Majalla"/>
                <w:color w:val="000000" w:themeColor="text1"/>
                <w:sz w:val="38"/>
                <w:szCs w:val="38"/>
                <w:rtl/>
              </w:rPr>
              <w:t>اتصالات،</w:t>
            </w:r>
            <w:r w:rsidRPr="005117ED">
              <w:rPr>
                <w:rFonts w:cs="Sakkal Majalla"/>
                <w:color w:val="000000" w:themeColor="text1"/>
                <w:sz w:val="38"/>
                <w:szCs w:val="38"/>
              </w:rPr>
              <w:t xml:space="preserve"> </w:t>
            </w:r>
            <w:r w:rsidRPr="005117ED">
              <w:rPr>
                <w:rFonts w:cs="Sakkal Majalla"/>
                <w:color w:val="000000" w:themeColor="text1"/>
                <w:sz w:val="38"/>
                <w:szCs w:val="38"/>
                <w:rtl/>
              </w:rPr>
              <w:t>قطاع</w:t>
            </w:r>
            <w:r w:rsidRPr="005117ED">
              <w:rPr>
                <w:rFonts w:cs="Sakkal Majalla"/>
                <w:color w:val="000000" w:themeColor="text1"/>
                <w:sz w:val="38"/>
                <w:szCs w:val="38"/>
              </w:rPr>
              <w:t xml:space="preserve"> </w:t>
            </w:r>
            <w:r w:rsidRPr="005117ED">
              <w:rPr>
                <w:rFonts w:cs="Sakkal Majalla"/>
                <w:color w:val="000000" w:themeColor="text1"/>
                <w:sz w:val="38"/>
                <w:szCs w:val="38"/>
                <w:rtl/>
              </w:rPr>
              <w:t>خاص</w:t>
            </w:r>
          </w:p>
        </w:tc>
        <w:tc>
          <w:tcPr>
            <w:tcW w:w="3968"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منشآت</w:t>
            </w:r>
            <w:r w:rsidRPr="005117ED">
              <w:rPr>
                <w:rFonts w:cs="Sakkal Majalla"/>
                <w:color w:val="000000" w:themeColor="text1"/>
                <w:sz w:val="38"/>
                <w:szCs w:val="38"/>
              </w:rPr>
              <w:t xml:space="preserve"> </w:t>
            </w:r>
            <w:r w:rsidRPr="005117ED">
              <w:rPr>
                <w:rFonts w:cs="Sakkal Majalla"/>
                <w:color w:val="000000" w:themeColor="text1"/>
                <w:sz w:val="38"/>
                <w:szCs w:val="38"/>
                <w:rtl/>
              </w:rPr>
              <w:t>صغيرة</w:t>
            </w:r>
            <w:r w:rsidRPr="005117ED">
              <w:rPr>
                <w:rFonts w:cs="Sakkal Majalla"/>
                <w:color w:val="000000" w:themeColor="text1"/>
                <w:sz w:val="38"/>
                <w:szCs w:val="38"/>
              </w:rPr>
              <w:t xml:space="preserve"> </w:t>
            </w:r>
            <w:r w:rsidRPr="005117ED">
              <w:rPr>
                <w:rFonts w:cs="Sakkal Majalla"/>
                <w:color w:val="000000" w:themeColor="text1"/>
                <w:sz w:val="38"/>
                <w:szCs w:val="38"/>
                <w:rtl/>
              </w:rPr>
              <w:t>ومتوسطة</w:t>
            </w:r>
            <w:r w:rsidRPr="005117ED">
              <w:rPr>
                <w:rFonts w:cs="Sakkal Majalla"/>
                <w:color w:val="000000" w:themeColor="text1"/>
                <w:sz w:val="38"/>
                <w:szCs w:val="38"/>
              </w:rPr>
              <w:t xml:space="preserve"> </w:t>
            </w:r>
            <w:r w:rsidRPr="005117ED">
              <w:rPr>
                <w:rFonts w:cs="Sakkal Majalla"/>
                <w:color w:val="000000" w:themeColor="text1"/>
                <w:sz w:val="38"/>
                <w:szCs w:val="38"/>
                <w:rtl/>
              </w:rPr>
              <w:t>سعودية</w:t>
            </w:r>
          </w:p>
        </w:tc>
      </w:tr>
      <w:tr w:rsidR="00FD5E07" w:rsidRPr="005117ED" w:rsidTr="00007FCD">
        <w:trPr>
          <w:jc w:val="center"/>
        </w:trPr>
        <w:tc>
          <w:tcPr>
            <w:tcW w:w="1824" w:type="dxa"/>
            <w:shd w:val="clear" w:color="auto" w:fill="EDF4F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المتغير</w:t>
            </w:r>
            <w:r w:rsidRPr="005117ED">
              <w:rPr>
                <w:rFonts w:cs="Sakkal Majalla"/>
                <w:color w:val="000000" w:themeColor="text1"/>
                <w:sz w:val="38"/>
                <w:szCs w:val="38"/>
              </w:rPr>
              <w:t xml:space="preserve"> </w:t>
            </w:r>
            <w:r w:rsidRPr="005117ED">
              <w:rPr>
                <w:rFonts w:cs="Sakkal Majalla"/>
                <w:color w:val="000000" w:themeColor="text1"/>
                <w:sz w:val="38"/>
                <w:szCs w:val="38"/>
                <w:rtl/>
              </w:rPr>
              <w:t>التابع</w:t>
            </w:r>
          </w:p>
        </w:tc>
        <w:tc>
          <w:tcPr>
            <w:tcW w:w="3272" w:type="dxa"/>
            <w:shd w:val="clear" w:color="auto" w:fill="EDF4F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ابتكار،</w:t>
            </w:r>
            <w:r w:rsidRPr="005117ED">
              <w:rPr>
                <w:rFonts w:cs="Sakkal Majalla"/>
                <w:color w:val="000000" w:themeColor="text1"/>
                <w:sz w:val="38"/>
                <w:szCs w:val="38"/>
              </w:rPr>
              <w:t xml:space="preserve"> </w:t>
            </w:r>
            <w:r w:rsidRPr="005117ED">
              <w:rPr>
                <w:rFonts w:cs="Sakkal Majalla"/>
                <w:color w:val="000000" w:themeColor="text1"/>
                <w:sz w:val="38"/>
                <w:szCs w:val="38"/>
                <w:rtl/>
              </w:rPr>
              <w:t>تمكين،</w:t>
            </w:r>
            <w:r w:rsidRPr="005117ED">
              <w:rPr>
                <w:rFonts w:cs="Sakkal Majalla"/>
                <w:color w:val="000000" w:themeColor="text1"/>
                <w:sz w:val="38"/>
                <w:szCs w:val="38"/>
              </w:rPr>
              <w:t xml:space="preserve"> </w:t>
            </w:r>
            <w:r w:rsidRPr="005117ED">
              <w:rPr>
                <w:rFonts w:cs="Sakkal Majalla"/>
                <w:color w:val="000000" w:themeColor="text1"/>
                <w:sz w:val="38"/>
                <w:szCs w:val="38"/>
                <w:rtl/>
              </w:rPr>
              <w:t>أداء</w:t>
            </w:r>
          </w:p>
        </w:tc>
        <w:tc>
          <w:tcPr>
            <w:tcW w:w="3968" w:type="dxa"/>
            <w:shd w:val="clear" w:color="auto" w:fill="EDF4F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تنظيمي</w:t>
            </w:r>
            <w:r w:rsidRPr="005117ED">
              <w:rPr>
                <w:rFonts w:cs="Sakkal Majalla"/>
                <w:color w:val="000000" w:themeColor="text1"/>
                <w:sz w:val="38"/>
                <w:szCs w:val="38"/>
              </w:rPr>
              <w:t xml:space="preserve"> </w:t>
            </w:r>
            <w:r w:rsidRPr="005117ED">
              <w:rPr>
                <w:rFonts w:cs="Sakkal Majalla"/>
                <w:color w:val="000000" w:themeColor="text1"/>
                <w:sz w:val="38"/>
                <w:szCs w:val="38"/>
                <w:rtl/>
              </w:rPr>
              <w:t>بخمسة</w:t>
            </w:r>
            <w:r w:rsidRPr="005117ED">
              <w:rPr>
                <w:rFonts w:cs="Sakkal Majalla"/>
                <w:color w:val="000000" w:themeColor="text1"/>
                <w:sz w:val="38"/>
                <w:szCs w:val="38"/>
              </w:rPr>
              <w:t xml:space="preserve"> </w:t>
            </w:r>
            <w:r w:rsidRPr="005117ED">
              <w:rPr>
                <w:rFonts w:cs="Sakkal Majalla"/>
                <w:color w:val="000000" w:themeColor="text1"/>
                <w:sz w:val="38"/>
                <w:szCs w:val="38"/>
                <w:rtl/>
              </w:rPr>
              <w:t>أبعاد</w:t>
            </w:r>
          </w:p>
        </w:tc>
      </w:tr>
      <w:tr w:rsidR="00FD5E07" w:rsidRPr="005117ED" w:rsidTr="00007FCD">
        <w:trPr>
          <w:jc w:val="center"/>
        </w:trPr>
        <w:tc>
          <w:tcPr>
            <w:tcW w:w="1824"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التحليل</w:t>
            </w:r>
          </w:p>
        </w:tc>
        <w:tc>
          <w:tcPr>
            <w:tcW w:w="3272"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وصف</w:t>
            </w:r>
            <w:r w:rsidRPr="005117ED">
              <w:rPr>
                <w:rFonts w:cs="Sakkal Majalla"/>
                <w:color w:val="000000" w:themeColor="text1"/>
                <w:sz w:val="38"/>
                <w:szCs w:val="38"/>
              </w:rPr>
              <w:t xml:space="preserve"> </w:t>
            </w:r>
            <w:r w:rsidRPr="005117ED">
              <w:rPr>
                <w:rFonts w:cs="Sakkal Majalla"/>
                <w:color w:val="000000" w:themeColor="text1"/>
                <w:sz w:val="38"/>
                <w:szCs w:val="38"/>
                <w:rtl/>
              </w:rPr>
              <w:t>وارتباط</w:t>
            </w:r>
            <w:r w:rsidRPr="005117ED">
              <w:rPr>
                <w:rFonts w:cs="Sakkal Majalla"/>
                <w:color w:val="000000" w:themeColor="text1"/>
                <w:sz w:val="38"/>
                <w:szCs w:val="38"/>
              </w:rPr>
              <w:t xml:space="preserve"> </w:t>
            </w:r>
            <w:r w:rsidRPr="005117ED">
              <w:rPr>
                <w:rFonts w:cs="Sakkal Majalla"/>
                <w:color w:val="000000" w:themeColor="text1"/>
                <w:sz w:val="38"/>
                <w:szCs w:val="38"/>
                <w:rtl/>
              </w:rPr>
              <w:t>وانحدار</w:t>
            </w:r>
          </w:p>
        </w:tc>
        <w:tc>
          <w:tcPr>
            <w:tcW w:w="3968"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ثبات،</w:t>
            </w:r>
            <w:r w:rsidRPr="005117ED">
              <w:rPr>
                <w:rFonts w:cs="Sakkal Majalla"/>
                <w:color w:val="000000" w:themeColor="text1"/>
                <w:sz w:val="38"/>
                <w:szCs w:val="38"/>
              </w:rPr>
              <w:t xml:space="preserve"> </w:t>
            </w:r>
            <w:r w:rsidRPr="005117ED">
              <w:rPr>
                <w:rFonts w:cs="Sakkal Majalla"/>
                <w:color w:val="000000" w:themeColor="text1"/>
                <w:sz w:val="38"/>
                <w:szCs w:val="38"/>
                <w:rtl/>
              </w:rPr>
              <w:t>وصف،</w:t>
            </w:r>
            <w:r w:rsidRPr="005117ED">
              <w:rPr>
                <w:rFonts w:cs="Sakkal Majalla"/>
                <w:color w:val="000000" w:themeColor="text1"/>
                <w:sz w:val="38"/>
                <w:szCs w:val="38"/>
              </w:rPr>
              <w:t xml:space="preserve"> </w:t>
            </w:r>
            <w:r w:rsidRPr="005117ED">
              <w:rPr>
                <w:rFonts w:cs="Sakkal Majalla"/>
                <w:color w:val="000000" w:themeColor="text1"/>
                <w:sz w:val="38"/>
                <w:szCs w:val="38"/>
                <w:rtl/>
              </w:rPr>
              <w:t>ارتباط،</w:t>
            </w:r>
            <w:r w:rsidRPr="005117ED">
              <w:rPr>
                <w:rFonts w:cs="Sakkal Majalla"/>
                <w:color w:val="000000" w:themeColor="text1"/>
                <w:sz w:val="38"/>
                <w:szCs w:val="38"/>
              </w:rPr>
              <w:t xml:space="preserve"> </w:t>
            </w:r>
            <w:r w:rsidRPr="005117ED">
              <w:rPr>
                <w:rFonts w:cs="Sakkal Majalla"/>
                <w:color w:val="000000" w:themeColor="text1"/>
                <w:sz w:val="38"/>
                <w:szCs w:val="38"/>
                <w:rtl/>
              </w:rPr>
              <w:t>انحدار،</w:t>
            </w:r>
            <w:r w:rsidRPr="005117ED">
              <w:rPr>
                <w:rFonts w:cs="Sakkal Majalla"/>
                <w:color w:val="000000" w:themeColor="text1"/>
                <w:sz w:val="38"/>
                <w:szCs w:val="38"/>
              </w:rPr>
              <w:t xml:space="preserve"> </w:t>
            </w:r>
            <w:r w:rsidRPr="005117ED">
              <w:rPr>
                <w:rFonts w:cs="Sakkal Majalla"/>
                <w:color w:val="000000" w:themeColor="text1"/>
                <w:sz w:val="38"/>
                <w:szCs w:val="38"/>
                <w:rtl/>
              </w:rPr>
              <w:t>فروق</w:t>
            </w:r>
            <w:r w:rsidRPr="005117ED">
              <w:rPr>
                <w:rFonts w:cs="Sakkal Majalla"/>
                <w:color w:val="000000" w:themeColor="text1"/>
                <w:sz w:val="38"/>
                <w:szCs w:val="38"/>
              </w:rPr>
              <w:t xml:space="preserve"> </w:t>
            </w:r>
            <w:r w:rsidRPr="005117ED">
              <w:rPr>
                <w:rFonts w:cs="Sakkal Majalla"/>
                <w:color w:val="000000" w:themeColor="text1"/>
                <w:sz w:val="38"/>
                <w:szCs w:val="38"/>
                <w:rtl/>
              </w:rPr>
              <w:t>وتشخيص</w:t>
            </w:r>
          </w:p>
        </w:tc>
      </w:tr>
      <w:tr w:rsidR="00FD5E07" w:rsidRPr="005117ED" w:rsidTr="00007FCD">
        <w:trPr>
          <w:jc w:val="center"/>
        </w:trPr>
        <w:tc>
          <w:tcPr>
            <w:tcW w:w="1824" w:type="dxa"/>
            <w:shd w:val="clear" w:color="auto" w:fill="EDF4F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وحدة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التحليل</w:t>
            </w:r>
          </w:p>
        </w:tc>
        <w:tc>
          <w:tcPr>
            <w:tcW w:w="3272" w:type="dxa"/>
            <w:shd w:val="clear" w:color="auto" w:fill="EDF4F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أفراد</w:t>
            </w:r>
            <w:r w:rsidRPr="005117ED">
              <w:rPr>
                <w:rFonts w:cs="Sakkal Majalla"/>
                <w:color w:val="000000" w:themeColor="text1"/>
                <w:sz w:val="38"/>
                <w:szCs w:val="38"/>
              </w:rPr>
              <w:t xml:space="preserve"> </w:t>
            </w:r>
            <w:r w:rsidRPr="005117ED">
              <w:rPr>
                <w:rFonts w:cs="Sakkal Majalla"/>
                <w:color w:val="000000" w:themeColor="text1"/>
                <w:sz w:val="38"/>
                <w:szCs w:val="38"/>
                <w:rtl/>
              </w:rPr>
              <w:t>أو</w:t>
            </w:r>
            <w:r w:rsidRPr="005117ED">
              <w:rPr>
                <w:rFonts w:cs="Sakkal Majalla"/>
                <w:color w:val="000000" w:themeColor="text1"/>
                <w:sz w:val="38"/>
                <w:szCs w:val="38"/>
              </w:rPr>
              <w:t xml:space="preserve"> </w:t>
            </w:r>
            <w:r w:rsidRPr="005117ED">
              <w:rPr>
                <w:rFonts w:cs="Sakkal Majalla"/>
                <w:color w:val="000000" w:themeColor="text1"/>
                <w:sz w:val="38"/>
                <w:szCs w:val="38"/>
                <w:rtl/>
              </w:rPr>
              <w:t>مؤسسات</w:t>
            </w:r>
            <w:r w:rsidRPr="005117ED">
              <w:rPr>
                <w:rFonts w:cs="Sakkal Majalla"/>
                <w:color w:val="000000" w:themeColor="text1"/>
                <w:sz w:val="38"/>
                <w:szCs w:val="38"/>
              </w:rPr>
              <w:t xml:space="preserve"> </w:t>
            </w:r>
            <w:r w:rsidRPr="005117ED">
              <w:rPr>
                <w:rFonts w:cs="Sakkal Majalla"/>
                <w:color w:val="000000" w:themeColor="text1"/>
                <w:sz w:val="38"/>
                <w:szCs w:val="38"/>
                <w:rtl/>
              </w:rPr>
              <w:t>مختلفة</w:t>
            </w:r>
          </w:p>
        </w:tc>
        <w:tc>
          <w:tcPr>
            <w:tcW w:w="3968" w:type="dxa"/>
            <w:shd w:val="clear" w:color="auto" w:fill="EDF4F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عاملون</w:t>
            </w:r>
            <w:r w:rsidRPr="005117ED">
              <w:rPr>
                <w:rFonts w:cs="Sakkal Majalla"/>
                <w:color w:val="000000" w:themeColor="text1"/>
                <w:sz w:val="38"/>
                <w:szCs w:val="38"/>
              </w:rPr>
              <w:t xml:space="preserve"> </w:t>
            </w:r>
            <w:r w:rsidRPr="005117ED">
              <w:rPr>
                <w:rFonts w:cs="Sakkal Majalla"/>
                <w:color w:val="000000" w:themeColor="text1"/>
                <w:sz w:val="38"/>
                <w:szCs w:val="38"/>
                <w:rtl/>
              </w:rPr>
              <w:t>داخل</w:t>
            </w:r>
            <w:r w:rsidRPr="005117ED">
              <w:rPr>
                <w:rFonts w:cs="Sakkal Majalla"/>
                <w:color w:val="000000" w:themeColor="text1"/>
                <w:sz w:val="38"/>
                <w:szCs w:val="38"/>
              </w:rPr>
              <w:t xml:space="preserve"> </w:t>
            </w:r>
            <w:r w:rsidRPr="005117ED">
              <w:rPr>
                <w:rFonts w:cs="Sakkal Majalla"/>
                <w:color w:val="000000" w:themeColor="text1"/>
                <w:sz w:val="38"/>
                <w:szCs w:val="38"/>
                <w:rtl/>
              </w:rPr>
              <w:t>منشآت</w:t>
            </w:r>
            <w:r w:rsidRPr="005117ED">
              <w:rPr>
                <w:rFonts w:cs="Sakkal Majalla"/>
                <w:color w:val="000000" w:themeColor="text1"/>
                <w:sz w:val="38"/>
                <w:szCs w:val="38"/>
              </w:rPr>
              <w:t xml:space="preserve"> </w:t>
            </w:r>
            <w:r w:rsidRPr="005117ED">
              <w:rPr>
                <w:rFonts w:cs="Sakkal Majalla"/>
                <w:color w:val="000000" w:themeColor="text1"/>
                <w:sz w:val="38"/>
                <w:szCs w:val="38"/>
                <w:rtl/>
              </w:rPr>
              <w:t>صغيرة</w:t>
            </w:r>
            <w:r w:rsidRPr="005117ED">
              <w:rPr>
                <w:rFonts w:cs="Sakkal Majalla"/>
                <w:color w:val="000000" w:themeColor="text1"/>
                <w:sz w:val="38"/>
                <w:szCs w:val="38"/>
              </w:rPr>
              <w:t xml:space="preserve"> </w:t>
            </w:r>
            <w:r w:rsidRPr="005117ED">
              <w:rPr>
                <w:rFonts w:cs="Sakkal Majalla"/>
                <w:color w:val="000000" w:themeColor="text1"/>
                <w:sz w:val="38"/>
                <w:szCs w:val="38"/>
                <w:rtl/>
              </w:rPr>
              <w:t>ومتوسطة</w:t>
            </w:r>
          </w:p>
        </w:tc>
      </w:tr>
      <w:tr w:rsidR="00FD5E07" w:rsidRPr="005117ED" w:rsidTr="00007FCD">
        <w:trPr>
          <w:jc w:val="center"/>
        </w:trPr>
        <w:tc>
          <w:tcPr>
            <w:tcW w:w="1824"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القيمة</w:t>
            </w:r>
            <w:r w:rsidRPr="005117ED">
              <w:rPr>
                <w:rFonts w:cs="Sakkal Majalla"/>
                <w:color w:val="000000" w:themeColor="text1"/>
                <w:sz w:val="38"/>
                <w:szCs w:val="38"/>
              </w:rPr>
              <w:t xml:space="preserve"> </w:t>
            </w:r>
            <w:r w:rsidRPr="005117ED">
              <w:rPr>
                <w:rFonts w:cs="Sakkal Majalla"/>
                <w:color w:val="000000" w:themeColor="text1"/>
                <w:sz w:val="38"/>
                <w:szCs w:val="38"/>
                <w:rtl/>
              </w:rPr>
              <w:t>المضافة</w:t>
            </w:r>
          </w:p>
        </w:tc>
        <w:tc>
          <w:tcPr>
            <w:tcW w:w="3272"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إثبات</w:t>
            </w:r>
            <w:r w:rsidRPr="005117ED">
              <w:rPr>
                <w:rFonts w:cs="Sakkal Majalla"/>
                <w:color w:val="000000" w:themeColor="text1"/>
                <w:sz w:val="38"/>
                <w:szCs w:val="38"/>
              </w:rPr>
              <w:t xml:space="preserve"> </w:t>
            </w:r>
            <w:r w:rsidRPr="005117ED">
              <w:rPr>
                <w:rFonts w:cs="Sakkal Majalla"/>
                <w:color w:val="000000" w:themeColor="text1"/>
                <w:sz w:val="38"/>
                <w:szCs w:val="38"/>
                <w:rtl/>
              </w:rPr>
              <w:t>الاتجاه</w:t>
            </w:r>
            <w:r w:rsidRPr="005117ED">
              <w:rPr>
                <w:rFonts w:cs="Sakkal Majalla"/>
                <w:color w:val="000000" w:themeColor="text1"/>
                <w:sz w:val="38"/>
                <w:szCs w:val="38"/>
              </w:rPr>
              <w:t xml:space="preserve"> </w:t>
            </w:r>
            <w:r w:rsidRPr="005117ED">
              <w:rPr>
                <w:rFonts w:cs="Sakkal Majalla"/>
                <w:color w:val="000000" w:themeColor="text1"/>
                <w:sz w:val="38"/>
                <w:szCs w:val="38"/>
                <w:rtl/>
              </w:rPr>
              <w:t>والآليات</w:t>
            </w:r>
          </w:p>
        </w:tc>
        <w:tc>
          <w:tcPr>
            <w:tcW w:w="3968"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اختبار</w:t>
            </w:r>
            <w:r w:rsidRPr="005117ED">
              <w:rPr>
                <w:rFonts w:cs="Sakkal Majalla"/>
                <w:color w:val="000000" w:themeColor="text1"/>
                <w:sz w:val="38"/>
                <w:szCs w:val="38"/>
              </w:rPr>
              <w:t xml:space="preserve"> </w:t>
            </w:r>
            <w:r w:rsidRPr="005117ED">
              <w:rPr>
                <w:rFonts w:cs="Sakkal Majalla"/>
                <w:color w:val="000000" w:themeColor="text1"/>
                <w:sz w:val="38"/>
                <w:szCs w:val="38"/>
                <w:rtl/>
              </w:rPr>
              <w:t>السياق</w:t>
            </w:r>
            <w:r w:rsidRPr="005117ED">
              <w:rPr>
                <w:rFonts w:cs="Sakkal Majalla"/>
                <w:color w:val="000000" w:themeColor="text1"/>
                <w:sz w:val="38"/>
                <w:szCs w:val="38"/>
              </w:rPr>
              <w:t xml:space="preserve"> </w:t>
            </w:r>
            <w:r w:rsidRPr="005117ED">
              <w:rPr>
                <w:rFonts w:cs="Sakkal Majalla"/>
                <w:color w:val="000000" w:themeColor="text1"/>
                <w:sz w:val="38"/>
                <w:szCs w:val="38"/>
                <w:rtl/>
              </w:rPr>
              <w:t>وتحديد</w:t>
            </w:r>
            <w:r w:rsidRPr="005117ED">
              <w:rPr>
                <w:rFonts w:cs="Sakkal Majalla"/>
                <w:color w:val="000000" w:themeColor="text1"/>
                <w:sz w:val="38"/>
                <w:szCs w:val="38"/>
              </w:rPr>
              <w:t xml:space="preserve"> </w:t>
            </w:r>
            <w:r w:rsidRPr="005117ED">
              <w:rPr>
                <w:rFonts w:cs="Sakkal Majalla"/>
                <w:color w:val="000000" w:themeColor="text1"/>
                <w:sz w:val="38"/>
                <w:szCs w:val="38"/>
                <w:rtl/>
              </w:rPr>
              <w:t>البعد</w:t>
            </w:r>
            <w:r w:rsidRPr="005117ED">
              <w:rPr>
                <w:rFonts w:cs="Sakkal Majalla"/>
                <w:color w:val="000000" w:themeColor="text1"/>
                <w:sz w:val="38"/>
                <w:szCs w:val="38"/>
              </w:rPr>
              <w:t xml:space="preserve"> </w:t>
            </w:r>
            <w:r w:rsidRPr="005117ED">
              <w:rPr>
                <w:rFonts w:cs="Sakkal Majalla"/>
                <w:color w:val="000000" w:themeColor="text1"/>
                <w:sz w:val="38"/>
                <w:szCs w:val="38"/>
                <w:rtl/>
              </w:rPr>
              <w:t>الأقوى</w:t>
            </w:r>
            <w:r w:rsidRPr="005117ED">
              <w:rPr>
                <w:rFonts w:cs="Sakkal Majalla"/>
                <w:color w:val="000000" w:themeColor="text1"/>
                <w:sz w:val="38"/>
                <w:szCs w:val="38"/>
              </w:rPr>
              <w:t xml:space="preserve"> </w:t>
            </w:r>
            <w:r w:rsidRPr="005117ED">
              <w:rPr>
                <w:rFonts w:cs="Sakkal Majalla"/>
                <w:color w:val="000000" w:themeColor="text1"/>
                <w:sz w:val="38"/>
                <w:szCs w:val="38"/>
                <w:rtl/>
              </w:rPr>
              <w:t>وفجوة</w:t>
            </w:r>
            <w:r w:rsidRPr="005117ED">
              <w:rPr>
                <w:rFonts w:cs="Sakkal Majalla"/>
                <w:color w:val="000000" w:themeColor="text1"/>
                <w:sz w:val="38"/>
                <w:szCs w:val="38"/>
              </w:rPr>
              <w:t xml:space="preserve"> </w:t>
            </w:r>
            <w:r w:rsidRPr="005117ED">
              <w:rPr>
                <w:rFonts w:cs="Sakkal Majalla"/>
                <w:color w:val="000000" w:themeColor="text1"/>
                <w:sz w:val="38"/>
                <w:szCs w:val="38"/>
                <w:rtl/>
              </w:rPr>
              <w:t>التبني</w:t>
            </w:r>
          </w:p>
        </w:tc>
      </w:tr>
    </w:tbl>
    <w:p w:rsidR="00FD5E07" w:rsidRPr="005117ED" w:rsidRDefault="00FD5E07" w:rsidP="00FD5E07">
      <w:pPr>
        <w:spacing w:before="0"/>
        <w:ind w:firstLine="0"/>
        <w:jc w:val="center"/>
        <w:outlineLvl w:val="0"/>
        <w:rPr>
          <w:rFonts w:eastAsia="Times New Roman" w:cs="Sakkal Majalla"/>
          <w:b/>
          <w:bCs/>
          <w:color w:val="000000" w:themeColor="text1"/>
          <w:sz w:val="40"/>
          <w:szCs w:val="40"/>
        </w:rPr>
      </w:pPr>
      <w:bookmarkStart w:id="53" w:name="_Toc233321754"/>
      <w:bookmarkStart w:id="54" w:name="_Toc233322002"/>
      <w:r w:rsidRPr="005117ED">
        <w:rPr>
          <w:rFonts w:eastAsia="Times New Roman" w:cs="Sakkal Majalla"/>
          <w:b/>
          <w:bCs/>
          <w:color w:val="000000" w:themeColor="text1"/>
          <w:sz w:val="40"/>
          <w:szCs w:val="40"/>
          <w:rtl/>
        </w:rPr>
        <w:t>الفجوة</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البحثية</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وصياغة</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القيمة</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المضافة</w:t>
      </w:r>
      <w:bookmarkEnd w:id="53"/>
      <w:bookmarkEnd w:id="54"/>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تكشف</w:t>
      </w:r>
      <w:r w:rsidRPr="005117ED">
        <w:rPr>
          <w:rFonts w:cs="Sakkal Majalla"/>
          <w:color w:val="000000" w:themeColor="text1"/>
          <w:sz w:val="38"/>
          <w:szCs w:val="38"/>
        </w:rPr>
        <w:t xml:space="preserve"> </w:t>
      </w:r>
      <w:r w:rsidRPr="005117ED">
        <w:rPr>
          <w:rFonts w:cs="Sakkal Majalla"/>
          <w:color w:val="000000" w:themeColor="text1"/>
          <w:sz w:val="38"/>
          <w:szCs w:val="38"/>
          <w:rtl/>
        </w:rPr>
        <w:t>المراجعة</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غالبية</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الدراسات</w:t>
      </w:r>
      <w:r w:rsidRPr="005117ED">
        <w:rPr>
          <w:rFonts w:cs="Sakkal Majalla"/>
          <w:color w:val="000000" w:themeColor="text1"/>
          <w:sz w:val="38"/>
          <w:szCs w:val="38"/>
        </w:rPr>
        <w:t xml:space="preserve"> </w:t>
      </w:r>
      <w:r w:rsidRPr="005117ED">
        <w:rPr>
          <w:rFonts w:cs="Sakkal Majalla"/>
          <w:color w:val="000000" w:themeColor="text1"/>
          <w:sz w:val="38"/>
          <w:szCs w:val="38"/>
          <w:rtl/>
        </w:rPr>
        <w:t>تتفق</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اتجاه</w:t>
      </w:r>
      <w:r w:rsidRPr="005117ED">
        <w:rPr>
          <w:rFonts w:cs="Sakkal Majalla"/>
          <w:color w:val="000000" w:themeColor="text1"/>
          <w:sz w:val="38"/>
          <w:szCs w:val="38"/>
        </w:rPr>
        <w:t xml:space="preserve"> </w:t>
      </w:r>
      <w:r w:rsidRPr="005117ED">
        <w:rPr>
          <w:rFonts w:cs="Sakkal Majalla"/>
          <w:color w:val="000000" w:themeColor="text1"/>
          <w:sz w:val="38"/>
          <w:szCs w:val="38"/>
          <w:rtl/>
        </w:rPr>
        <w:t>موجب</w:t>
      </w:r>
      <w:r w:rsidRPr="005117ED">
        <w:rPr>
          <w:rFonts w:cs="Sakkal Majalla"/>
          <w:color w:val="000000" w:themeColor="text1"/>
          <w:sz w:val="38"/>
          <w:szCs w:val="38"/>
        </w:rPr>
        <w:t xml:space="preserve"> </w:t>
      </w:r>
      <w:r w:rsidRPr="005117ED">
        <w:rPr>
          <w:rFonts w:cs="Sakkal Majalla"/>
          <w:color w:val="000000" w:themeColor="text1"/>
          <w:sz w:val="38"/>
          <w:szCs w:val="38"/>
          <w:rtl/>
        </w:rPr>
        <w:t>للعلاقة</w:t>
      </w:r>
      <w:r w:rsidRPr="005117ED">
        <w:rPr>
          <w:rFonts w:cs="Sakkal Majalla"/>
          <w:color w:val="000000" w:themeColor="text1"/>
          <w:sz w:val="38"/>
          <w:szCs w:val="38"/>
        </w:rPr>
        <w:t xml:space="preserve"> </w:t>
      </w:r>
      <w:r w:rsidRPr="005117ED">
        <w:rPr>
          <w:rFonts w:cs="Sakkal Majalla"/>
          <w:color w:val="000000" w:themeColor="text1"/>
          <w:sz w:val="38"/>
          <w:szCs w:val="38"/>
          <w:rtl/>
        </w:rPr>
        <w:t>بين</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r w:rsidRPr="005117ED">
        <w:rPr>
          <w:rFonts w:cs="Sakkal Majalla"/>
          <w:color w:val="000000" w:themeColor="text1"/>
          <w:sz w:val="38"/>
          <w:szCs w:val="38"/>
        </w:rPr>
        <w:t xml:space="preserve"> </w:t>
      </w:r>
      <w:r w:rsidRPr="005117ED">
        <w:rPr>
          <w:rFonts w:cs="Sakkal Majalla"/>
          <w:color w:val="000000" w:themeColor="text1"/>
          <w:sz w:val="38"/>
          <w:szCs w:val="38"/>
          <w:rtl/>
        </w:rPr>
        <w:t>والإبداع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أو</w:t>
      </w:r>
      <w:r w:rsidRPr="005117ED">
        <w:rPr>
          <w:rFonts w:cs="Sakkal Majalla"/>
          <w:color w:val="000000" w:themeColor="text1"/>
          <w:sz w:val="38"/>
          <w:szCs w:val="38"/>
        </w:rPr>
        <w:t xml:space="preserve"> </w:t>
      </w:r>
      <w:r w:rsidRPr="005117ED">
        <w:rPr>
          <w:rFonts w:cs="Sakkal Majalla"/>
          <w:color w:val="000000" w:themeColor="text1"/>
          <w:sz w:val="38"/>
          <w:szCs w:val="38"/>
          <w:rtl/>
        </w:rPr>
        <w:t>الابتكار،</w:t>
      </w:r>
      <w:r w:rsidRPr="005117ED">
        <w:rPr>
          <w:rFonts w:cs="Sakkal Majalla"/>
          <w:color w:val="000000" w:themeColor="text1"/>
          <w:sz w:val="38"/>
          <w:szCs w:val="38"/>
        </w:rPr>
        <w:t xml:space="preserve"> </w:t>
      </w:r>
      <w:r w:rsidRPr="005117ED">
        <w:rPr>
          <w:rFonts w:cs="Sakkal Majalla"/>
          <w:color w:val="000000" w:themeColor="text1"/>
          <w:sz w:val="38"/>
          <w:szCs w:val="38"/>
          <w:rtl/>
        </w:rPr>
        <w:t>لكنها</w:t>
      </w:r>
      <w:r w:rsidRPr="005117ED">
        <w:rPr>
          <w:rFonts w:cs="Sakkal Majalla"/>
          <w:color w:val="000000" w:themeColor="text1"/>
          <w:sz w:val="38"/>
          <w:szCs w:val="38"/>
        </w:rPr>
        <w:t xml:space="preserve"> </w:t>
      </w:r>
      <w:r w:rsidRPr="005117ED">
        <w:rPr>
          <w:rFonts w:cs="Sakkal Majalla"/>
          <w:color w:val="000000" w:themeColor="text1"/>
          <w:sz w:val="38"/>
          <w:szCs w:val="38"/>
          <w:rtl/>
        </w:rPr>
        <w:t>تختلف</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وحدة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التحليل</w:t>
      </w:r>
      <w:r w:rsidRPr="005117ED">
        <w:rPr>
          <w:rFonts w:cs="Sakkal Majalla"/>
          <w:color w:val="000000" w:themeColor="text1"/>
          <w:sz w:val="38"/>
          <w:szCs w:val="38"/>
        </w:rPr>
        <w:t xml:space="preserve"> </w:t>
      </w:r>
      <w:r w:rsidRPr="005117ED">
        <w:rPr>
          <w:rFonts w:cs="Sakkal Majalla"/>
          <w:color w:val="000000" w:themeColor="text1"/>
          <w:sz w:val="38"/>
          <w:szCs w:val="38"/>
          <w:rtl/>
        </w:rPr>
        <w:t>والقطاع</w:t>
      </w:r>
      <w:r w:rsidRPr="005117ED">
        <w:rPr>
          <w:rFonts w:cs="Sakkal Majalla"/>
          <w:color w:val="000000" w:themeColor="text1"/>
          <w:sz w:val="38"/>
          <w:szCs w:val="38"/>
        </w:rPr>
        <w:t xml:space="preserve"> </w:t>
      </w:r>
      <w:r w:rsidRPr="005117ED">
        <w:rPr>
          <w:rFonts w:cs="Sakkal Majalla"/>
          <w:color w:val="000000" w:themeColor="text1"/>
          <w:sz w:val="38"/>
          <w:szCs w:val="38"/>
          <w:rtl/>
        </w:rPr>
        <w:t>والمتغيرات</w:t>
      </w:r>
      <w:r w:rsidRPr="005117ED">
        <w:rPr>
          <w:rFonts w:cs="Sakkal Majalla"/>
          <w:color w:val="000000" w:themeColor="text1"/>
          <w:sz w:val="38"/>
          <w:szCs w:val="38"/>
        </w:rPr>
        <w:t xml:space="preserve"> </w:t>
      </w:r>
      <w:r w:rsidRPr="005117ED">
        <w:rPr>
          <w:rFonts w:cs="Sakkal Majalla"/>
          <w:color w:val="000000" w:themeColor="text1"/>
          <w:sz w:val="38"/>
          <w:szCs w:val="38"/>
          <w:rtl/>
        </w:rPr>
        <w:t>الوسيطة</w:t>
      </w:r>
      <w:r w:rsidRPr="005117ED">
        <w:rPr>
          <w:rFonts w:cs="Sakkal Majalla"/>
          <w:color w:val="000000" w:themeColor="text1"/>
          <w:sz w:val="38"/>
          <w:szCs w:val="38"/>
        </w:rPr>
        <w:t xml:space="preserve"> </w:t>
      </w:r>
      <w:r w:rsidRPr="005117ED">
        <w:rPr>
          <w:rFonts w:cs="Sakkal Majalla"/>
          <w:color w:val="000000" w:themeColor="text1"/>
          <w:sz w:val="38"/>
          <w:szCs w:val="38"/>
          <w:rtl/>
        </w:rPr>
        <w:t>وأدوات</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القياس</w:t>
      </w:r>
      <w:r w:rsidRPr="005117ED">
        <w:rPr>
          <w:rFonts w:cs="Sakkal Majalla"/>
          <w:color w:val="000000" w:themeColor="text1"/>
          <w:sz w:val="38"/>
          <w:szCs w:val="38"/>
        </w:rPr>
        <w:t xml:space="preserve">. </w:t>
      </w:r>
      <w:r w:rsidRPr="005117ED">
        <w:rPr>
          <w:rFonts w:cs="Sakkal Majalla"/>
          <w:color w:val="000000" w:themeColor="text1"/>
          <w:sz w:val="38"/>
          <w:szCs w:val="38"/>
          <w:rtl/>
        </w:rPr>
        <w:t>فقد</w:t>
      </w:r>
      <w:r w:rsidRPr="005117ED">
        <w:rPr>
          <w:rFonts w:cs="Sakkal Majalla"/>
          <w:color w:val="000000" w:themeColor="text1"/>
          <w:sz w:val="38"/>
          <w:szCs w:val="38"/>
        </w:rPr>
        <w:t xml:space="preserve"> </w:t>
      </w:r>
      <w:r w:rsidRPr="005117ED">
        <w:rPr>
          <w:rFonts w:cs="Sakkal Majalla"/>
          <w:color w:val="000000" w:themeColor="text1"/>
          <w:sz w:val="38"/>
          <w:szCs w:val="38"/>
          <w:rtl/>
        </w:rPr>
        <w:t>ركزت</w:t>
      </w:r>
      <w:r w:rsidRPr="005117ED">
        <w:rPr>
          <w:rFonts w:cs="Sakkal Majalla"/>
          <w:color w:val="000000" w:themeColor="text1"/>
          <w:sz w:val="38"/>
          <w:szCs w:val="38"/>
        </w:rPr>
        <w:t xml:space="preserve"> </w:t>
      </w:r>
      <w:r w:rsidRPr="005117ED">
        <w:rPr>
          <w:rFonts w:cs="Sakkal Majalla"/>
          <w:color w:val="000000" w:themeColor="text1"/>
          <w:sz w:val="38"/>
          <w:szCs w:val="38"/>
          <w:rtl/>
        </w:rPr>
        <w:t>دراسات</w:t>
      </w:r>
      <w:r w:rsidRPr="005117ED">
        <w:rPr>
          <w:rFonts w:cs="Sakkal Majalla"/>
          <w:color w:val="000000" w:themeColor="text1"/>
          <w:sz w:val="38"/>
          <w:szCs w:val="38"/>
        </w:rPr>
        <w:t xml:space="preserve"> </w:t>
      </w:r>
      <w:r w:rsidRPr="005117ED">
        <w:rPr>
          <w:rFonts w:cs="Sakkal Majalla"/>
          <w:color w:val="000000" w:themeColor="text1"/>
          <w:sz w:val="38"/>
          <w:szCs w:val="38"/>
          <w:rtl/>
        </w:rPr>
        <w:t>عربية</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الجامعات</w:t>
      </w:r>
      <w:r w:rsidRPr="005117ED">
        <w:rPr>
          <w:rFonts w:cs="Sakkal Majalla"/>
          <w:color w:val="000000" w:themeColor="text1"/>
          <w:sz w:val="38"/>
          <w:szCs w:val="38"/>
        </w:rPr>
        <w:t xml:space="preserve"> </w:t>
      </w:r>
      <w:r w:rsidRPr="005117ED">
        <w:rPr>
          <w:rFonts w:cs="Sakkal Majalla"/>
          <w:color w:val="000000" w:themeColor="text1"/>
          <w:sz w:val="38"/>
          <w:szCs w:val="38"/>
          <w:rtl/>
        </w:rPr>
        <w:t>والمؤسسات</w:t>
      </w:r>
      <w:r w:rsidRPr="005117ED">
        <w:rPr>
          <w:rFonts w:cs="Sakkal Majalla"/>
          <w:color w:val="000000" w:themeColor="text1"/>
          <w:sz w:val="38"/>
          <w:szCs w:val="38"/>
        </w:rPr>
        <w:t xml:space="preserve"> </w:t>
      </w:r>
      <w:r w:rsidRPr="005117ED">
        <w:rPr>
          <w:rFonts w:cs="Sakkal Majalla"/>
          <w:color w:val="000000" w:themeColor="text1"/>
          <w:sz w:val="38"/>
          <w:szCs w:val="38"/>
          <w:rtl/>
        </w:rPr>
        <w:t>الصحية</w:t>
      </w:r>
      <w:r w:rsidRPr="005117ED">
        <w:rPr>
          <w:rFonts w:cs="Sakkal Majalla"/>
          <w:color w:val="000000" w:themeColor="text1"/>
          <w:sz w:val="38"/>
          <w:szCs w:val="38"/>
        </w:rPr>
        <w:t xml:space="preserve"> </w:t>
      </w:r>
      <w:r w:rsidRPr="005117ED">
        <w:rPr>
          <w:rFonts w:cs="Sakkal Majalla"/>
          <w:color w:val="000000" w:themeColor="text1"/>
          <w:sz w:val="38"/>
          <w:szCs w:val="38"/>
          <w:rtl/>
        </w:rPr>
        <w:t>وشركات</w:t>
      </w:r>
      <w:r w:rsidRPr="005117ED">
        <w:rPr>
          <w:rFonts w:cs="Sakkal Majalla"/>
          <w:color w:val="000000" w:themeColor="text1"/>
          <w:sz w:val="38"/>
          <w:szCs w:val="38"/>
        </w:rPr>
        <w:t xml:space="preserve"> </w:t>
      </w:r>
      <w:r w:rsidRPr="005117ED">
        <w:rPr>
          <w:rFonts w:cs="Sakkal Majalla"/>
          <w:color w:val="000000" w:themeColor="text1"/>
          <w:sz w:val="38"/>
          <w:szCs w:val="38"/>
          <w:rtl/>
        </w:rPr>
        <w:t>الاتصالات،</w:t>
      </w:r>
      <w:r w:rsidRPr="005117ED">
        <w:rPr>
          <w:rFonts w:cs="Sakkal Majalla"/>
          <w:color w:val="000000" w:themeColor="text1"/>
          <w:sz w:val="38"/>
          <w:szCs w:val="38"/>
        </w:rPr>
        <w:t xml:space="preserve"> </w:t>
      </w:r>
      <w:r w:rsidRPr="005117ED">
        <w:rPr>
          <w:rFonts w:cs="Sakkal Majalla"/>
          <w:color w:val="000000" w:themeColor="text1"/>
          <w:sz w:val="38"/>
          <w:szCs w:val="38"/>
          <w:rtl/>
        </w:rPr>
        <w:t>وركز</w:t>
      </w:r>
      <w:r w:rsidRPr="005117ED">
        <w:rPr>
          <w:rFonts w:cs="Sakkal Majalla"/>
          <w:color w:val="000000" w:themeColor="text1"/>
          <w:sz w:val="38"/>
          <w:szCs w:val="38"/>
        </w:rPr>
        <w:t xml:space="preserve"> </w:t>
      </w:r>
      <w:r w:rsidRPr="005117ED">
        <w:rPr>
          <w:rFonts w:cs="Sakkal Majalla"/>
          <w:color w:val="000000" w:themeColor="text1"/>
          <w:sz w:val="38"/>
          <w:szCs w:val="38"/>
          <w:rtl/>
        </w:rPr>
        <w:t>بعضها</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التمكين</w:t>
      </w:r>
      <w:r w:rsidRPr="005117ED">
        <w:rPr>
          <w:rFonts w:cs="Sakkal Majalla"/>
          <w:color w:val="000000" w:themeColor="text1"/>
          <w:sz w:val="38"/>
          <w:szCs w:val="38"/>
        </w:rPr>
        <w:t xml:space="preserve"> </w:t>
      </w:r>
      <w:r w:rsidRPr="005117ED">
        <w:rPr>
          <w:rFonts w:cs="Sakkal Majalla"/>
          <w:color w:val="000000" w:themeColor="text1"/>
          <w:sz w:val="38"/>
          <w:szCs w:val="38"/>
          <w:rtl/>
        </w:rPr>
        <w:t>أو</w:t>
      </w:r>
      <w:r w:rsidRPr="005117ED">
        <w:rPr>
          <w:rFonts w:cs="Sakkal Majalla"/>
          <w:color w:val="000000" w:themeColor="text1"/>
          <w:sz w:val="38"/>
          <w:szCs w:val="38"/>
        </w:rPr>
        <w:t xml:space="preserve"> </w:t>
      </w:r>
      <w:r w:rsidRPr="005117ED">
        <w:rPr>
          <w:rFonts w:cs="Sakkal Majalla"/>
          <w:color w:val="000000" w:themeColor="text1"/>
          <w:sz w:val="38"/>
          <w:szCs w:val="38"/>
          <w:rtl/>
        </w:rPr>
        <w:t>الأداء،</w:t>
      </w:r>
      <w:r w:rsidRPr="005117ED">
        <w:rPr>
          <w:rFonts w:cs="Sakkal Majalla"/>
          <w:color w:val="000000" w:themeColor="text1"/>
          <w:sz w:val="38"/>
          <w:szCs w:val="38"/>
        </w:rPr>
        <w:t xml:space="preserve"> </w:t>
      </w:r>
      <w:r w:rsidRPr="005117ED">
        <w:rPr>
          <w:rFonts w:cs="Sakkal Majalla"/>
          <w:color w:val="000000" w:themeColor="text1"/>
          <w:sz w:val="38"/>
          <w:szCs w:val="38"/>
          <w:rtl/>
        </w:rPr>
        <w:t>بينما</w:t>
      </w:r>
      <w:r w:rsidRPr="005117ED">
        <w:rPr>
          <w:rFonts w:cs="Sakkal Majalla"/>
          <w:color w:val="000000" w:themeColor="text1"/>
          <w:sz w:val="38"/>
          <w:szCs w:val="38"/>
        </w:rPr>
        <w:t xml:space="preserve"> </w:t>
      </w:r>
      <w:r w:rsidRPr="005117ED">
        <w:rPr>
          <w:rFonts w:cs="Sakkal Majalla"/>
          <w:color w:val="000000" w:themeColor="text1"/>
          <w:sz w:val="38"/>
          <w:szCs w:val="38"/>
          <w:rtl/>
        </w:rPr>
        <w:t>تناولت</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الدراسات</w:t>
      </w:r>
      <w:r w:rsidRPr="005117ED">
        <w:rPr>
          <w:rFonts w:cs="Sakkal Majalla"/>
          <w:color w:val="000000" w:themeColor="text1"/>
          <w:sz w:val="38"/>
          <w:szCs w:val="38"/>
        </w:rPr>
        <w:t xml:space="preserve"> </w:t>
      </w:r>
      <w:r w:rsidRPr="005117ED">
        <w:rPr>
          <w:rFonts w:cs="Sakkal Majalla"/>
          <w:color w:val="000000" w:themeColor="text1"/>
          <w:sz w:val="38"/>
          <w:szCs w:val="38"/>
          <w:rtl/>
        </w:rPr>
        <w:t>الأجنبية</w:t>
      </w:r>
      <w:r w:rsidRPr="005117ED">
        <w:rPr>
          <w:rFonts w:cs="Sakkal Majalla"/>
          <w:color w:val="000000" w:themeColor="text1"/>
          <w:sz w:val="38"/>
          <w:szCs w:val="38"/>
        </w:rPr>
        <w:t xml:space="preserve"> </w:t>
      </w:r>
      <w:r w:rsidRPr="005117ED">
        <w:rPr>
          <w:rFonts w:cs="Sakkal Majalla"/>
          <w:color w:val="000000" w:themeColor="text1"/>
          <w:sz w:val="38"/>
          <w:szCs w:val="38"/>
          <w:rtl/>
        </w:rPr>
        <w:t>آليات</w:t>
      </w:r>
      <w:r w:rsidRPr="005117ED">
        <w:rPr>
          <w:rFonts w:cs="Sakkal Majalla"/>
          <w:color w:val="000000" w:themeColor="text1"/>
          <w:sz w:val="38"/>
          <w:szCs w:val="38"/>
        </w:rPr>
        <w:t xml:space="preserve"> </w:t>
      </w:r>
      <w:r w:rsidRPr="005117ED">
        <w:rPr>
          <w:rFonts w:cs="Sakkal Majalla"/>
          <w:color w:val="000000" w:themeColor="text1"/>
          <w:sz w:val="38"/>
          <w:szCs w:val="38"/>
          <w:rtl/>
        </w:rPr>
        <w:t>مثل</w:t>
      </w:r>
      <w:r w:rsidRPr="005117ED">
        <w:rPr>
          <w:rFonts w:cs="Sakkal Majalla"/>
          <w:color w:val="000000" w:themeColor="text1"/>
          <w:sz w:val="38"/>
          <w:szCs w:val="38"/>
        </w:rPr>
        <w:t xml:space="preserve"> </w:t>
      </w:r>
      <w:r w:rsidRPr="005117ED">
        <w:rPr>
          <w:rFonts w:cs="Sakkal Majalla"/>
          <w:color w:val="000000" w:themeColor="text1"/>
          <w:sz w:val="38"/>
          <w:szCs w:val="38"/>
          <w:rtl/>
        </w:rPr>
        <w:t>الأمان</w:t>
      </w:r>
      <w:r w:rsidRPr="005117ED">
        <w:rPr>
          <w:rFonts w:cs="Sakkal Majalla"/>
          <w:color w:val="000000" w:themeColor="text1"/>
          <w:sz w:val="38"/>
          <w:szCs w:val="38"/>
        </w:rPr>
        <w:t xml:space="preserve"> </w:t>
      </w:r>
      <w:r w:rsidRPr="005117ED">
        <w:rPr>
          <w:rFonts w:cs="Sakkal Majalla"/>
          <w:color w:val="000000" w:themeColor="text1"/>
          <w:sz w:val="38"/>
          <w:szCs w:val="38"/>
          <w:rtl/>
        </w:rPr>
        <w:t>النفسي</w:t>
      </w:r>
      <w:r w:rsidRPr="005117ED">
        <w:rPr>
          <w:rFonts w:cs="Sakkal Majalla"/>
          <w:color w:val="000000" w:themeColor="text1"/>
          <w:sz w:val="38"/>
          <w:szCs w:val="38"/>
        </w:rPr>
        <w:t xml:space="preserve"> </w:t>
      </w:r>
      <w:r w:rsidRPr="005117ED">
        <w:rPr>
          <w:rFonts w:cs="Sakkal Majalla"/>
          <w:color w:val="000000" w:themeColor="text1"/>
          <w:sz w:val="38"/>
          <w:szCs w:val="38"/>
          <w:rtl/>
        </w:rPr>
        <w:t>والدافعية</w:t>
      </w:r>
      <w:r w:rsidRPr="005117ED">
        <w:rPr>
          <w:rFonts w:cs="Sakkal Majalla"/>
          <w:color w:val="000000" w:themeColor="text1"/>
          <w:sz w:val="38"/>
          <w:szCs w:val="38"/>
        </w:rPr>
        <w:t xml:space="preserve"> </w:t>
      </w:r>
      <w:r w:rsidRPr="005117ED">
        <w:rPr>
          <w:rFonts w:cs="Sakkal Majalla"/>
          <w:color w:val="000000" w:themeColor="text1"/>
          <w:sz w:val="38"/>
          <w:szCs w:val="38"/>
          <w:rtl/>
        </w:rPr>
        <w:t>والكفاءة</w:t>
      </w:r>
      <w:r w:rsidRPr="005117ED">
        <w:rPr>
          <w:rFonts w:cs="Sakkal Majalla"/>
          <w:color w:val="000000" w:themeColor="text1"/>
          <w:sz w:val="38"/>
          <w:szCs w:val="38"/>
        </w:rPr>
        <w:t xml:space="preserve"> </w:t>
      </w:r>
      <w:r w:rsidRPr="005117ED">
        <w:rPr>
          <w:rFonts w:cs="Sakkal Majalla"/>
          <w:color w:val="000000" w:themeColor="text1"/>
          <w:sz w:val="38"/>
          <w:szCs w:val="38"/>
          <w:rtl/>
        </w:rPr>
        <w:t>الذاتية</w:t>
      </w:r>
      <w:r w:rsidRPr="005117ED">
        <w:rPr>
          <w:rFonts w:cs="Sakkal Majalla"/>
          <w:color w:val="000000" w:themeColor="text1"/>
          <w:sz w:val="38"/>
          <w:szCs w:val="38"/>
        </w:rPr>
        <w:t xml:space="preserve"> </w:t>
      </w:r>
      <w:r w:rsidRPr="005117ED">
        <w:rPr>
          <w:rFonts w:cs="Sakkal Majalla"/>
          <w:color w:val="000000" w:themeColor="text1"/>
          <w:sz w:val="38"/>
          <w:szCs w:val="38"/>
          <w:rtl/>
        </w:rPr>
        <w:t>وتبادل</w:t>
      </w:r>
      <w:r w:rsidRPr="005117ED">
        <w:rPr>
          <w:rFonts w:cs="Sakkal Majalla"/>
          <w:color w:val="000000" w:themeColor="text1"/>
          <w:sz w:val="38"/>
          <w:szCs w:val="38"/>
        </w:rPr>
        <w:t xml:space="preserve"> </w:t>
      </w:r>
      <w:r w:rsidRPr="005117ED">
        <w:rPr>
          <w:rFonts w:cs="Sakkal Majalla"/>
          <w:color w:val="000000" w:themeColor="text1"/>
          <w:sz w:val="38"/>
          <w:szCs w:val="38"/>
          <w:rtl/>
        </w:rPr>
        <w:t>المعرفة</w:t>
      </w:r>
      <w:r w:rsidRPr="005117ED">
        <w:rPr>
          <w:rFonts w:cs="Sakkal Majalla"/>
          <w:color w:val="000000" w:themeColor="text1"/>
          <w:sz w:val="38"/>
          <w:szCs w:val="38"/>
        </w:rPr>
        <w:t xml:space="preserve">. </w:t>
      </w:r>
      <w:r w:rsidRPr="005117ED">
        <w:rPr>
          <w:rFonts w:cs="Sakkal Majalla"/>
          <w:color w:val="000000" w:themeColor="text1"/>
          <w:sz w:val="38"/>
          <w:szCs w:val="38"/>
          <w:rtl/>
        </w:rPr>
        <w:t>ويعني</w:t>
      </w:r>
      <w:r w:rsidRPr="005117ED">
        <w:rPr>
          <w:rFonts w:cs="Sakkal Majalla"/>
          <w:color w:val="000000" w:themeColor="text1"/>
          <w:sz w:val="38"/>
          <w:szCs w:val="38"/>
        </w:rPr>
        <w:t xml:space="preserve"> </w:t>
      </w:r>
      <w:r w:rsidRPr="005117ED">
        <w:rPr>
          <w:rFonts w:cs="Sakkal Majalla"/>
          <w:color w:val="000000" w:themeColor="text1"/>
          <w:sz w:val="38"/>
          <w:szCs w:val="38"/>
          <w:rtl/>
        </w:rPr>
        <w:t>هذا</w:t>
      </w:r>
      <w:r w:rsidRPr="005117ED">
        <w:rPr>
          <w:rFonts w:cs="Sakkal Majalla"/>
          <w:color w:val="000000" w:themeColor="text1"/>
          <w:sz w:val="38"/>
          <w:szCs w:val="38"/>
        </w:rPr>
        <w:t xml:space="preserve"> </w:t>
      </w:r>
      <w:r w:rsidRPr="005117ED">
        <w:rPr>
          <w:rFonts w:cs="Sakkal Majalla"/>
          <w:color w:val="000000" w:themeColor="text1"/>
          <w:sz w:val="38"/>
          <w:szCs w:val="38"/>
          <w:rtl/>
        </w:rPr>
        <w:t>الاتفاق</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السؤال</w:t>
      </w:r>
      <w:r w:rsidRPr="005117ED">
        <w:rPr>
          <w:rFonts w:cs="Sakkal Majalla"/>
          <w:color w:val="000000" w:themeColor="text1"/>
          <w:sz w:val="38"/>
          <w:szCs w:val="38"/>
        </w:rPr>
        <w:t xml:space="preserve"> </w:t>
      </w:r>
      <w:r w:rsidRPr="005117ED">
        <w:rPr>
          <w:rFonts w:cs="Sakkal Majalla"/>
          <w:color w:val="000000" w:themeColor="text1"/>
          <w:sz w:val="38"/>
          <w:szCs w:val="38"/>
          <w:rtl/>
        </w:rPr>
        <w:t>لم</w:t>
      </w:r>
      <w:r w:rsidRPr="005117ED">
        <w:rPr>
          <w:rFonts w:cs="Sakkal Majalla"/>
          <w:color w:val="000000" w:themeColor="text1"/>
          <w:sz w:val="38"/>
          <w:szCs w:val="38"/>
        </w:rPr>
        <w:t xml:space="preserve"> </w:t>
      </w:r>
      <w:r w:rsidRPr="005117ED">
        <w:rPr>
          <w:rFonts w:cs="Sakkal Majalla"/>
          <w:color w:val="000000" w:themeColor="text1"/>
          <w:sz w:val="38"/>
          <w:szCs w:val="38"/>
          <w:rtl/>
        </w:rPr>
        <w:t>يعد</w:t>
      </w:r>
      <w:r w:rsidRPr="005117ED">
        <w:rPr>
          <w:rFonts w:cs="Sakkal Majalla"/>
          <w:color w:val="000000" w:themeColor="text1"/>
          <w:sz w:val="38"/>
          <w:szCs w:val="38"/>
        </w:rPr>
        <w:t xml:space="preserve"> </w:t>
      </w:r>
      <w:r w:rsidRPr="005117ED">
        <w:rPr>
          <w:rFonts w:cs="Sakkal Majalla"/>
          <w:color w:val="000000" w:themeColor="text1"/>
          <w:sz w:val="38"/>
          <w:szCs w:val="38"/>
          <w:rtl/>
        </w:rPr>
        <w:t>ما</w:t>
      </w:r>
      <w:r w:rsidRPr="005117ED">
        <w:rPr>
          <w:rFonts w:cs="Sakkal Majalla"/>
          <w:color w:val="000000" w:themeColor="text1"/>
          <w:sz w:val="38"/>
          <w:szCs w:val="38"/>
        </w:rPr>
        <w:t xml:space="preserve"> </w:t>
      </w:r>
      <w:r w:rsidRPr="005117ED">
        <w:rPr>
          <w:rFonts w:cs="Sakkal Majalla"/>
          <w:color w:val="000000" w:themeColor="text1"/>
          <w:sz w:val="38"/>
          <w:szCs w:val="38"/>
          <w:rtl/>
        </w:rPr>
        <w:t>إذا</w:t>
      </w:r>
      <w:r w:rsidRPr="005117ED">
        <w:rPr>
          <w:rFonts w:cs="Sakkal Majalla"/>
          <w:color w:val="000000" w:themeColor="text1"/>
          <w:sz w:val="38"/>
          <w:szCs w:val="38"/>
        </w:rPr>
        <w:t xml:space="preserve"> </w:t>
      </w:r>
      <w:r w:rsidRPr="005117ED">
        <w:rPr>
          <w:rFonts w:cs="Sakkal Majalla"/>
          <w:color w:val="000000" w:themeColor="text1"/>
          <w:sz w:val="38"/>
          <w:szCs w:val="38"/>
          <w:rtl/>
        </w:rPr>
        <w:t>كانت</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مهمة</w:t>
      </w:r>
      <w:r w:rsidRPr="005117ED">
        <w:rPr>
          <w:rFonts w:cs="Sakkal Majalla"/>
          <w:color w:val="000000" w:themeColor="text1"/>
          <w:sz w:val="38"/>
          <w:szCs w:val="38"/>
        </w:rPr>
        <w:t xml:space="preserve"> </w:t>
      </w:r>
      <w:r w:rsidRPr="005117ED">
        <w:rPr>
          <w:rFonts w:cs="Sakkal Majalla"/>
          <w:color w:val="000000" w:themeColor="text1"/>
          <w:sz w:val="38"/>
          <w:szCs w:val="38"/>
          <w:rtl/>
        </w:rPr>
        <w:t>فقط،</w:t>
      </w:r>
      <w:r w:rsidRPr="005117ED">
        <w:rPr>
          <w:rFonts w:cs="Sakkal Majalla"/>
          <w:color w:val="000000" w:themeColor="text1"/>
          <w:sz w:val="38"/>
          <w:szCs w:val="38"/>
        </w:rPr>
        <w:t xml:space="preserve"> </w:t>
      </w:r>
      <w:r w:rsidRPr="005117ED">
        <w:rPr>
          <w:rFonts w:cs="Sakkal Majalla"/>
          <w:color w:val="000000" w:themeColor="text1"/>
          <w:sz w:val="38"/>
          <w:szCs w:val="38"/>
          <w:rtl/>
        </w:rPr>
        <w:t>بل</w:t>
      </w:r>
      <w:r w:rsidRPr="005117ED">
        <w:rPr>
          <w:rFonts w:cs="Sakkal Majalla"/>
          <w:color w:val="000000" w:themeColor="text1"/>
          <w:sz w:val="38"/>
          <w:szCs w:val="38"/>
        </w:rPr>
        <w:t xml:space="preserve"> </w:t>
      </w:r>
      <w:r w:rsidRPr="005117ED">
        <w:rPr>
          <w:rFonts w:cs="Sakkal Majalla"/>
          <w:color w:val="000000" w:themeColor="text1"/>
          <w:sz w:val="38"/>
          <w:szCs w:val="38"/>
          <w:rtl/>
        </w:rPr>
        <w:t>كيف</w:t>
      </w:r>
      <w:r w:rsidRPr="005117ED">
        <w:rPr>
          <w:rFonts w:cs="Sakkal Majalla"/>
          <w:color w:val="000000" w:themeColor="text1"/>
          <w:sz w:val="38"/>
          <w:szCs w:val="38"/>
        </w:rPr>
        <w:t xml:space="preserve"> </w:t>
      </w:r>
      <w:r w:rsidRPr="005117ED">
        <w:rPr>
          <w:rFonts w:cs="Sakkal Majalla"/>
          <w:color w:val="000000" w:themeColor="text1"/>
          <w:sz w:val="38"/>
          <w:szCs w:val="38"/>
          <w:rtl/>
        </w:rPr>
        <w:t>تعمل،</w:t>
      </w:r>
      <w:r w:rsidRPr="005117ED">
        <w:rPr>
          <w:rFonts w:cs="Sakkal Majalla"/>
          <w:color w:val="000000" w:themeColor="text1"/>
          <w:sz w:val="38"/>
          <w:szCs w:val="38"/>
        </w:rPr>
        <w:t xml:space="preserve"> </w:t>
      </w:r>
      <w:r w:rsidRPr="005117ED">
        <w:rPr>
          <w:rFonts w:cs="Sakkal Majalla"/>
          <w:color w:val="000000" w:themeColor="text1"/>
          <w:sz w:val="38"/>
          <w:szCs w:val="38"/>
          <w:rtl/>
        </w:rPr>
        <w:t>وأي</w:t>
      </w:r>
      <w:r w:rsidRPr="005117ED">
        <w:rPr>
          <w:rFonts w:cs="Sakkal Majalla"/>
          <w:color w:val="000000" w:themeColor="text1"/>
          <w:sz w:val="38"/>
          <w:szCs w:val="38"/>
        </w:rPr>
        <w:t xml:space="preserve"> </w:t>
      </w:r>
      <w:r w:rsidRPr="005117ED">
        <w:rPr>
          <w:rFonts w:cs="Sakkal Majalla"/>
          <w:color w:val="000000" w:themeColor="text1"/>
          <w:sz w:val="38"/>
          <w:szCs w:val="38"/>
          <w:rtl/>
        </w:rPr>
        <w:t>أبعادها</w:t>
      </w:r>
      <w:r w:rsidRPr="005117ED">
        <w:rPr>
          <w:rFonts w:cs="Sakkal Majalla"/>
          <w:color w:val="000000" w:themeColor="text1"/>
          <w:sz w:val="38"/>
          <w:szCs w:val="38"/>
        </w:rPr>
        <w:t xml:space="preserve"> </w:t>
      </w:r>
      <w:r w:rsidRPr="005117ED">
        <w:rPr>
          <w:rFonts w:cs="Sakkal Majalla"/>
          <w:color w:val="000000" w:themeColor="text1"/>
          <w:sz w:val="38"/>
          <w:szCs w:val="38"/>
          <w:rtl/>
        </w:rPr>
        <w:t>أقوى،</w:t>
      </w:r>
      <w:r w:rsidRPr="005117ED">
        <w:rPr>
          <w:rFonts w:cs="Sakkal Majalla"/>
          <w:color w:val="000000" w:themeColor="text1"/>
          <w:sz w:val="38"/>
          <w:szCs w:val="38"/>
        </w:rPr>
        <w:t xml:space="preserve"> </w:t>
      </w:r>
      <w:r w:rsidRPr="005117ED">
        <w:rPr>
          <w:rFonts w:cs="Sakkal Majalla"/>
          <w:color w:val="000000" w:themeColor="text1"/>
          <w:sz w:val="38"/>
          <w:szCs w:val="38"/>
          <w:rtl/>
        </w:rPr>
        <w:t>وفي</w:t>
      </w:r>
      <w:r w:rsidRPr="005117ED">
        <w:rPr>
          <w:rFonts w:cs="Sakkal Majalla"/>
          <w:color w:val="000000" w:themeColor="text1"/>
          <w:sz w:val="38"/>
          <w:szCs w:val="38"/>
        </w:rPr>
        <w:t xml:space="preserve"> </w:t>
      </w:r>
      <w:r w:rsidRPr="005117ED">
        <w:rPr>
          <w:rFonts w:cs="Sakkal Majalla"/>
          <w:color w:val="000000" w:themeColor="text1"/>
          <w:sz w:val="38"/>
          <w:szCs w:val="38"/>
          <w:rtl/>
        </w:rPr>
        <w:t>أي</w:t>
      </w:r>
      <w:r w:rsidRPr="005117ED">
        <w:rPr>
          <w:rFonts w:cs="Sakkal Majalla"/>
          <w:color w:val="000000" w:themeColor="text1"/>
          <w:sz w:val="38"/>
          <w:szCs w:val="38"/>
        </w:rPr>
        <w:t xml:space="preserve"> </w:t>
      </w:r>
      <w:r w:rsidRPr="005117ED">
        <w:rPr>
          <w:rFonts w:cs="Sakkal Majalla"/>
          <w:color w:val="000000" w:themeColor="text1"/>
          <w:sz w:val="38"/>
          <w:szCs w:val="38"/>
          <w:rtl/>
        </w:rPr>
        <w:t>سياق</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وتتمثل</w:t>
      </w:r>
      <w:r w:rsidRPr="005117ED">
        <w:rPr>
          <w:rFonts w:cs="Sakkal Majalla"/>
          <w:color w:val="000000" w:themeColor="text1"/>
          <w:sz w:val="38"/>
          <w:szCs w:val="38"/>
        </w:rPr>
        <w:t xml:space="preserve"> </w:t>
      </w:r>
      <w:r w:rsidRPr="005117ED">
        <w:rPr>
          <w:rFonts w:cs="Sakkal Majalla"/>
          <w:color w:val="000000" w:themeColor="text1"/>
          <w:sz w:val="38"/>
          <w:szCs w:val="38"/>
          <w:rtl/>
        </w:rPr>
        <w:t>الفجوة</w:t>
      </w:r>
      <w:r w:rsidRPr="005117ED">
        <w:rPr>
          <w:rFonts w:cs="Sakkal Majalla"/>
          <w:color w:val="000000" w:themeColor="text1"/>
          <w:sz w:val="38"/>
          <w:szCs w:val="38"/>
        </w:rPr>
        <w:t xml:space="preserve"> </w:t>
      </w:r>
      <w:r w:rsidRPr="005117ED">
        <w:rPr>
          <w:rFonts w:cs="Sakkal Majalla"/>
          <w:color w:val="000000" w:themeColor="text1"/>
          <w:sz w:val="38"/>
          <w:szCs w:val="38"/>
          <w:rtl/>
        </w:rPr>
        <w:t>السياقية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قلة</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الدراسات</w:t>
      </w:r>
      <w:r w:rsidRPr="005117ED">
        <w:rPr>
          <w:rFonts w:cs="Sakkal Majalla"/>
          <w:color w:val="000000" w:themeColor="text1"/>
          <w:sz w:val="38"/>
          <w:szCs w:val="38"/>
        </w:rPr>
        <w:t xml:space="preserve"> </w:t>
      </w:r>
      <w:r w:rsidRPr="005117ED">
        <w:rPr>
          <w:rFonts w:cs="Sakkal Majalla"/>
          <w:color w:val="000000" w:themeColor="text1"/>
          <w:sz w:val="38"/>
          <w:szCs w:val="38"/>
          <w:rtl/>
        </w:rPr>
        <w:t>التي</w:t>
      </w:r>
      <w:r w:rsidRPr="005117ED">
        <w:rPr>
          <w:rFonts w:cs="Sakkal Majalla"/>
          <w:color w:val="000000" w:themeColor="text1"/>
          <w:sz w:val="38"/>
          <w:szCs w:val="38"/>
        </w:rPr>
        <w:t xml:space="preserve"> </w:t>
      </w:r>
      <w:r w:rsidRPr="005117ED">
        <w:rPr>
          <w:rFonts w:cs="Sakkal Majalla"/>
          <w:color w:val="000000" w:themeColor="text1"/>
          <w:sz w:val="38"/>
          <w:szCs w:val="38"/>
          <w:rtl/>
        </w:rPr>
        <w:t>تختبر</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r w:rsidRPr="005117ED">
        <w:rPr>
          <w:rFonts w:cs="Sakkal Majalla"/>
          <w:color w:val="000000" w:themeColor="text1"/>
          <w:sz w:val="38"/>
          <w:szCs w:val="38"/>
        </w:rPr>
        <w:t xml:space="preserve"> </w:t>
      </w:r>
      <w:r w:rsidRPr="005117ED">
        <w:rPr>
          <w:rFonts w:cs="Sakkal Majalla"/>
          <w:color w:val="000000" w:themeColor="text1"/>
          <w:sz w:val="38"/>
          <w:szCs w:val="38"/>
          <w:rtl/>
        </w:rPr>
        <w:t>والإبداع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التنظيمي</w:t>
      </w:r>
      <w:r w:rsidRPr="005117ED">
        <w:rPr>
          <w:rFonts w:cs="Sakkal Majalla"/>
          <w:color w:val="000000" w:themeColor="text1"/>
          <w:sz w:val="38"/>
          <w:szCs w:val="38"/>
        </w:rPr>
        <w:t xml:space="preserve"> </w:t>
      </w:r>
      <w:r w:rsidRPr="005117ED">
        <w:rPr>
          <w:rFonts w:cs="Sakkal Majalla"/>
          <w:color w:val="000000" w:themeColor="text1"/>
          <w:sz w:val="38"/>
          <w:szCs w:val="38"/>
          <w:rtl/>
        </w:rPr>
        <w:t>معًا</w:t>
      </w:r>
      <w:r w:rsidRPr="005117ED">
        <w:rPr>
          <w:rFonts w:cs="Sakkal Majalla"/>
          <w:color w:val="000000" w:themeColor="text1"/>
          <w:sz w:val="38"/>
          <w:szCs w:val="38"/>
        </w:rPr>
        <w:t xml:space="preserve"> </w:t>
      </w:r>
      <w:r w:rsidRPr="005117ED">
        <w:rPr>
          <w:rFonts w:cs="Sakkal Majalla"/>
          <w:color w:val="000000" w:themeColor="text1"/>
          <w:sz w:val="38"/>
          <w:szCs w:val="38"/>
          <w:rtl/>
        </w:rPr>
        <w:t>لدى</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العاملين</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المنشآت</w:t>
      </w:r>
      <w:r w:rsidRPr="005117ED">
        <w:rPr>
          <w:rFonts w:cs="Sakkal Majalla"/>
          <w:color w:val="000000" w:themeColor="text1"/>
          <w:sz w:val="38"/>
          <w:szCs w:val="38"/>
        </w:rPr>
        <w:t xml:space="preserve"> </w:t>
      </w:r>
      <w:r w:rsidRPr="005117ED">
        <w:rPr>
          <w:rFonts w:cs="Sakkal Majalla"/>
          <w:color w:val="000000" w:themeColor="text1"/>
          <w:sz w:val="38"/>
          <w:szCs w:val="38"/>
          <w:rtl/>
        </w:rPr>
        <w:t>الصغيرة</w:t>
      </w:r>
      <w:r w:rsidRPr="005117ED">
        <w:rPr>
          <w:rFonts w:cs="Sakkal Majalla"/>
          <w:color w:val="000000" w:themeColor="text1"/>
          <w:sz w:val="38"/>
          <w:szCs w:val="38"/>
        </w:rPr>
        <w:t xml:space="preserve"> </w:t>
      </w:r>
      <w:r w:rsidRPr="005117ED">
        <w:rPr>
          <w:rFonts w:cs="Sakkal Majalla"/>
          <w:color w:val="000000" w:themeColor="text1"/>
          <w:sz w:val="38"/>
          <w:szCs w:val="38"/>
          <w:rtl/>
        </w:rPr>
        <w:t>والمتوسطة</w:t>
      </w:r>
      <w:r w:rsidRPr="005117ED">
        <w:rPr>
          <w:rFonts w:cs="Sakkal Majalla"/>
          <w:color w:val="000000" w:themeColor="text1"/>
          <w:sz w:val="38"/>
          <w:szCs w:val="38"/>
        </w:rPr>
        <w:t xml:space="preserve"> </w:t>
      </w:r>
      <w:r w:rsidRPr="005117ED">
        <w:rPr>
          <w:rFonts w:cs="Sakkal Majalla"/>
          <w:color w:val="000000" w:themeColor="text1"/>
          <w:sz w:val="38"/>
          <w:szCs w:val="38"/>
          <w:rtl/>
        </w:rPr>
        <w:t>السعودية</w:t>
      </w:r>
      <w:r w:rsidRPr="005117ED">
        <w:rPr>
          <w:rFonts w:cs="Sakkal Majalla"/>
          <w:color w:val="000000" w:themeColor="text1"/>
          <w:sz w:val="38"/>
          <w:szCs w:val="38"/>
        </w:rPr>
        <w:t xml:space="preserve"> </w:t>
      </w:r>
      <w:r w:rsidRPr="005117ED">
        <w:rPr>
          <w:rFonts w:cs="Sakkal Majalla"/>
          <w:color w:val="000000" w:themeColor="text1"/>
          <w:sz w:val="38"/>
          <w:szCs w:val="38"/>
          <w:rtl/>
        </w:rPr>
        <w:t>عبر</w:t>
      </w:r>
      <w:r w:rsidRPr="005117ED">
        <w:rPr>
          <w:rFonts w:cs="Sakkal Majalla"/>
          <w:color w:val="000000" w:themeColor="text1"/>
          <w:sz w:val="38"/>
          <w:szCs w:val="38"/>
        </w:rPr>
        <w:t xml:space="preserve"> </w:t>
      </w:r>
      <w:r w:rsidRPr="005117ED">
        <w:rPr>
          <w:rFonts w:cs="Sakkal Majalla"/>
          <w:color w:val="000000" w:themeColor="text1"/>
          <w:sz w:val="38"/>
          <w:szCs w:val="38"/>
          <w:rtl/>
        </w:rPr>
        <w:t>قطاعات</w:t>
      </w:r>
      <w:r w:rsidRPr="005117ED">
        <w:rPr>
          <w:rFonts w:cs="Sakkal Majalla"/>
          <w:color w:val="000000" w:themeColor="text1"/>
          <w:sz w:val="38"/>
          <w:szCs w:val="38"/>
        </w:rPr>
        <w:t xml:space="preserve"> </w:t>
      </w:r>
      <w:r w:rsidRPr="005117ED">
        <w:rPr>
          <w:rFonts w:cs="Sakkal Majalla"/>
          <w:color w:val="000000" w:themeColor="text1"/>
          <w:sz w:val="38"/>
          <w:szCs w:val="38"/>
          <w:rtl/>
        </w:rPr>
        <w:t>متنوعة</w:t>
      </w:r>
      <w:r w:rsidRPr="005117ED">
        <w:rPr>
          <w:rFonts w:cs="Sakkal Majalla"/>
          <w:color w:val="000000" w:themeColor="text1"/>
          <w:sz w:val="38"/>
          <w:szCs w:val="38"/>
        </w:rPr>
        <w:t xml:space="preserve">. </w:t>
      </w:r>
      <w:r w:rsidRPr="005117ED">
        <w:rPr>
          <w:rFonts w:cs="Sakkal Majalla"/>
          <w:color w:val="000000" w:themeColor="text1"/>
          <w:sz w:val="38"/>
          <w:szCs w:val="38"/>
          <w:rtl/>
        </w:rPr>
        <w:t>أما</w:t>
      </w:r>
      <w:r w:rsidRPr="005117ED">
        <w:rPr>
          <w:rFonts w:cs="Sakkal Majalla"/>
          <w:color w:val="000000" w:themeColor="text1"/>
          <w:sz w:val="38"/>
          <w:szCs w:val="38"/>
        </w:rPr>
        <w:t xml:space="preserve"> </w:t>
      </w:r>
      <w:r w:rsidRPr="005117ED">
        <w:rPr>
          <w:rFonts w:cs="Sakkal Majalla"/>
          <w:color w:val="000000" w:themeColor="text1"/>
          <w:sz w:val="38"/>
          <w:szCs w:val="38"/>
          <w:rtl/>
        </w:rPr>
        <w:t>الفجوة</w:t>
      </w:r>
      <w:r w:rsidRPr="005117ED">
        <w:rPr>
          <w:rFonts w:cs="Sakkal Majalla"/>
          <w:color w:val="000000" w:themeColor="text1"/>
          <w:sz w:val="38"/>
          <w:szCs w:val="38"/>
        </w:rPr>
        <w:t xml:space="preserve"> </w:t>
      </w:r>
      <w:proofErr w:type="spellStart"/>
      <w:r w:rsidRPr="005117ED">
        <w:rPr>
          <w:rFonts w:cs="Sakkal Majalla"/>
          <w:color w:val="000000" w:themeColor="text1"/>
          <w:sz w:val="38"/>
          <w:szCs w:val="38"/>
          <w:rtl/>
        </w:rPr>
        <w:t>المفاهيمية</w:t>
      </w:r>
      <w:proofErr w:type="spellEnd"/>
      <w:r w:rsidRPr="005117ED">
        <w:rPr>
          <w:rFonts w:cs="Sakkal Majalla"/>
          <w:color w:val="000000" w:themeColor="text1"/>
          <w:sz w:val="38"/>
          <w:szCs w:val="38"/>
        </w:rPr>
        <w:t xml:space="preserve"> </w:t>
      </w:r>
      <w:r w:rsidRPr="005117ED">
        <w:rPr>
          <w:rFonts w:cs="Sakkal Majalla"/>
          <w:color w:val="000000" w:themeColor="text1"/>
          <w:sz w:val="38"/>
          <w:szCs w:val="38"/>
          <w:rtl/>
        </w:rPr>
        <w:t>فتتمثل</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الحاجة</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قياس</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بأبعاد</w:t>
      </w:r>
      <w:r w:rsidRPr="005117ED">
        <w:rPr>
          <w:rFonts w:cs="Sakkal Majalla"/>
          <w:color w:val="000000" w:themeColor="text1"/>
          <w:sz w:val="38"/>
          <w:szCs w:val="38"/>
        </w:rPr>
        <w:t xml:space="preserve"> </w:t>
      </w:r>
      <w:r w:rsidRPr="005117ED">
        <w:rPr>
          <w:rFonts w:cs="Sakkal Majalla"/>
          <w:color w:val="000000" w:themeColor="text1"/>
          <w:sz w:val="38"/>
          <w:szCs w:val="38"/>
          <w:rtl/>
        </w:rPr>
        <w:t>تجمع</w:t>
      </w:r>
      <w:r w:rsidRPr="005117ED">
        <w:rPr>
          <w:rFonts w:cs="Sakkal Majalla"/>
          <w:color w:val="000000" w:themeColor="text1"/>
          <w:sz w:val="38"/>
          <w:szCs w:val="38"/>
        </w:rPr>
        <w:t xml:space="preserve"> </w:t>
      </w:r>
      <w:r w:rsidRPr="005117ED">
        <w:rPr>
          <w:rFonts w:cs="Sakkal Majalla"/>
          <w:color w:val="000000" w:themeColor="text1"/>
          <w:sz w:val="38"/>
          <w:szCs w:val="38"/>
          <w:rtl/>
        </w:rPr>
        <w:t>التوليد</w:t>
      </w:r>
      <w:r w:rsidRPr="005117ED">
        <w:rPr>
          <w:rFonts w:cs="Sakkal Majalla"/>
          <w:color w:val="000000" w:themeColor="text1"/>
          <w:sz w:val="38"/>
          <w:szCs w:val="38"/>
        </w:rPr>
        <w:t xml:space="preserve"> </w:t>
      </w:r>
      <w:r w:rsidRPr="005117ED">
        <w:rPr>
          <w:rFonts w:cs="Sakkal Majalla"/>
          <w:color w:val="000000" w:themeColor="text1"/>
          <w:sz w:val="38"/>
          <w:szCs w:val="38"/>
          <w:rtl/>
        </w:rPr>
        <w:t>والأصالة</w:t>
      </w:r>
      <w:r w:rsidRPr="005117ED">
        <w:rPr>
          <w:rFonts w:cs="Sakkal Majalla"/>
          <w:color w:val="000000" w:themeColor="text1"/>
          <w:sz w:val="38"/>
          <w:szCs w:val="38"/>
        </w:rPr>
        <w:t xml:space="preserve"> </w:t>
      </w:r>
      <w:r w:rsidRPr="005117ED">
        <w:rPr>
          <w:rFonts w:cs="Sakkal Majalla"/>
          <w:color w:val="000000" w:themeColor="text1"/>
          <w:sz w:val="38"/>
          <w:szCs w:val="38"/>
          <w:rtl/>
        </w:rPr>
        <w:t>والمرونة</w:t>
      </w:r>
      <w:r w:rsidRPr="005117ED">
        <w:rPr>
          <w:rFonts w:cs="Sakkal Majalla"/>
          <w:color w:val="000000" w:themeColor="text1"/>
          <w:sz w:val="38"/>
          <w:szCs w:val="38"/>
        </w:rPr>
        <w:t xml:space="preserve"> </w:t>
      </w:r>
      <w:r w:rsidRPr="005117ED">
        <w:rPr>
          <w:rFonts w:cs="Sakkal Majalla"/>
          <w:color w:val="000000" w:themeColor="text1"/>
          <w:sz w:val="38"/>
          <w:szCs w:val="38"/>
          <w:rtl/>
        </w:rPr>
        <w:t>والمبادرة</w:t>
      </w:r>
      <w:r w:rsidRPr="005117ED">
        <w:rPr>
          <w:rFonts w:cs="Sakkal Majalla"/>
          <w:color w:val="000000" w:themeColor="text1"/>
          <w:sz w:val="38"/>
          <w:szCs w:val="38"/>
        </w:rPr>
        <w:t xml:space="preserve"> </w:t>
      </w:r>
      <w:r w:rsidRPr="005117ED">
        <w:rPr>
          <w:rFonts w:cs="Sakkal Majalla"/>
          <w:color w:val="000000" w:themeColor="text1"/>
          <w:sz w:val="38"/>
          <w:szCs w:val="38"/>
          <w:rtl/>
        </w:rPr>
        <w:lastRenderedPageBreak/>
        <w:t>والتبني،</w:t>
      </w:r>
      <w:r w:rsidRPr="005117ED">
        <w:rPr>
          <w:rFonts w:cs="Sakkal Majalla"/>
          <w:color w:val="000000" w:themeColor="text1"/>
          <w:sz w:val="38"/>
          <w:szCs w:val="38"/>
        </w:rPr>
        <w:t xml:space="preserve"> </w:t>
      </w:r>
      <w:r w:rsidRPr="005117ED">
        <w:rPr>
          <w:rFonts w:cs="Sakkal Majalla"/>
          <w:color w:val="000000" w:themeColor="text1"/>
          <w:sz w:val="38"/>
          <w:szCs w:val="38"/>
          <w:rtl/>
        </w:rPr>
        <w:t>بدل</w:t>
      </w:r>
      <w:r w:rsidRPr="005117ED">
        <w:rPr>
          <w:rFonts w:cs="Sakkal Majalla"/>
          <w:color w:val="000000" w:themeColor="text1"/>
          <w:sz w:val="38"/>
          <w:szCs w:val="38"/>
        </w:rPr>
        <w:t xml:space="preserve"> </w:t>
      </w:r>
      <w:r w:rsidRPr="005117ED">
        <w:rPr>
          <w:rFonts w:cs="Sakkal Majalla"/>
          <w:color w:val="000000" w:themeColor="text1"/>
          <w:sz w:val="38"/>
          <w:szCs w:val="38"/>
          <w:rtl/>
        </w:rPr>
        <w:t>استخدام</w:t>
      </w:r>
      <w:r w:rsidRPr="005117ED">
        <w:rPr>
          <w:rFonts w:cs="Sakkal Majalla"/>
          <w:color w:val="000000" w:themeColor="text1"/>
          <w:sz w:val="38"/>
          <w:szCs w:val="38"/>
        </w:rPr>
        <w:t xml:space="preserve"> </w:t>
      </w:r>
      <w:r w:rsidRPr="005117ED">
        <w:rPr>
          <w:rFonts w:cs="Sakkal Majalla"/>
          <w:color w:val="000000" w:themeColor="text1"/>
          <w:sz w:val="38"/>
          <w:szCs w:val="38"/>
          <w:rtl/>
        </w:rPr>
        <w:t>مؤشر</w:t>
      </w:r>
      <w:r w:rsidRPr="005117ED">
        <w:rPr>
          <w:rFonts w:cs="Sakkal Majalla"/>
          <w:color w:val="000000" w:themeColor="text1"/>
          <w:sz w:val="38"/>
          <w:szCs w:val="38"/>
        </w:rPr>
        <w:t xml:space="preserve"> </w:t>
      </w:r>
      <w:r w:rsidRPr="005117ED">
        <w:rPr>
          <w:rFonts w:cs="Sakkal Majalla"/>
          <w:color w:val="000000" w:themeColor="text1"/>
          <w:sz w:val="38"/>
          <w:szCs w:val="38"/>
          <w:rtl/>
        </w:rPr>
        <w:t>عام</w:t>
      </w:r>
      <w:r w:rsidRPr="005117ED">
        <w:rPr>
          <w:rFonts w:cs="Sakkal Majalla"/>
          <w:color w:val="000000" w:themeColor="text1"/>
          <w:sz w:val="38"/>
          <w:szCs w:val="38"/>
        </w:rPr>
        <w:t xml:space="preserve"> </w:t>
      </w:r>
      <w:r w:rsidRPr="005117ED">
        <w:rPr>
          <w:rFonts w:cs="Sakkal Majalla"/>
          <w:color w:val="000000" w:themeColor="text1"/>
          <w:sz w:val="38"/>
          <w:szCs w:val="38"/>
          <w:rtl/>
        </w:rPr>
        <w:t>واحد</w:t>
      </w:r>
      <w:r w:rsidRPr="005117ED">
        <w:rPr>
          <w:rFonts w:cs="Sakkal Majalla"/>
          <w:color w:val="000000" w:themeColor="text1"/>
          <w:sz w:val="38"/>
          <w:szCs w:val="38"/>
        </w:rPr>
        <w:t xml:space="preserve">. </w:t>
      </w:r>
      <w:r w:rsidRPr="005117ED">
        <w:rPr>
          <w:rFonts w:cs="Sakkal Majalla"/>
          <w:color w:val="000000" w:themeColor="text1"/>
          <w:sz w:val="38"/>
          <w:szCs w:val="38"/>
          <w:rtl/>
        </w:rPr>
        <w:t>وتتمثل</w:t>
      </w:r>
      <w:r w:rsidRPr="005117ED">
        <w:rPr>
          <w:rFonts w:cs="Sakkal Majalla"/>
          <w:color w:val="000000" w:themeColor="text1"/>
          <w:sz w:val="38"/>
          <w:szCs w:val="38"/>
        </w:rPr>
        <w:t xml:space="preserve"> </w:t>
      </w:r>
      <w:r w:rsidRPr="005117ED">
        <w:rPr>
          <w:rFonts w:cs="Sakkal Majalla"/>
          <w:color w:val="000000" w:themeColor="text1"/>
          <w:sz w:val="38"/>
          <w:szCs w:val="38"/>
          <w:rtl/>
        </w:rPr>
        <w:t>الفجوة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التحليلية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مقارنة</w:t>
      </w:r>
      <w:r w:rsidRPr="005117ED">
        <w:rPr>
          <w:rFonts w:cs="Sakkal Majalla"/>
          <w:color w:val="000000" w:themeColor="text1"/>
          <w:sz w:val="38"/>
          <w:szCs w:val="38"/>
        </w:rPr>
        <w:t xml:space="preserve"> </w:t>
      </w:r>
      <w:r w:rsidRPr="005117ED">
        <w:rPr>
          <w:rFonts w:cs="Sakkal Majalla"/>
          <w:color w:val="000000" w:themeColor="text1"/>
          <w:sz w:val="38"/>
          <w:szCs w:val="38"/>
          <w:rtl/>
        </w:rPr>
        <w:t>الأثر</w:t>
      </w:r>
      <w:r w:rsidRPr="005117ED">
        <w:rPr>
          <w:rFonts w:cs="Sakkal Majalla"/>
          <w:color w:val="000000" w:themeColor="text1"/>
          <w:sz w:val="38"/>
          <w:szCs w:val="38"/>
        </w:rPr>
        <w:t xml:space="preserve"> </w:t>
      </w:r>
      <w:r w:rsidRPr="005117ED">
        <w:rPr>
          <w:rFonts w:cs="Sakkal Majalla"/>
          <w:color w:val="000000" w:themeColor="text1"/>
          <w:sz w:val="38"/>
          <w:szCs w:val="38"/>
          <w:rtl/>
        </w:rPr>
        <w:t>الكلي</w:t>
      </w:r>
      <w:r w:rsidRPr="005117ED">
        <w:rPr>
          <w:rFonts w:cs="Sakkal Majalla"/>
          <w:color w:val="000000" w:themeColor="text1"/>
          <w:sz w:val="38"/>
          <w:szCs w:val="38"/>
        </w:rPr>
        <w:t xml:space="preserve"> </w:t>
      </w:r>
      <w:r w:rsidRPr="005117ED">
        <w:rPr>
          <w:rFonts w:cs="Sakkal Majalla"/>
          <w:color w:val="000000" w:themeColor="text1"/>
          <w:sz w:val="38"/>
          <w:szCs w:val="38"/>
          <w:rtl/>
        </w:rPr>
        <w:t>بالأثر</w:t>
      </w:r>
      <w:r w:rsidRPr="005117ED">
        <w:rPr>
          <w:rFonts w:cs="Sakkal Majalla"/>
          <w:color w:val="000000" w:themeColor="text1"/>
          <w:sz w:val="38"/>
          <w:szCs w:val="38"/>
        </w:rPr>
        <w:t xml:space="preserve"> </w:t>
      </w:r>
      <w:r w:rsidRPr="005117ED">
        <w:rPr>
          <w:rFonts w:cs="Sakkal Majalla"/>
          <w:color w:val="000000" w:themeColor="text1"/>
          <w:sz w:val="38"/>
          <w:szCs w:val="38"/>
          <w:rtl/>
        </w:rPr>
        <w:t>النسبي</w:t>
      </w:r>
      <w:r w:rsidRPr="005117ED">
        <w:rPr>
          <w:rFonts w:cs="Sakkal Majalla"/>
          <w:color w:val="000000" w:themeColor="text1"/>
          <w:sz w:val="38"/>
          <w:szCs w:val="38"/>
        </w:rPr>
        <w:t xml:space="preserve"> </w:t>
      </w:r>
      <w:r w:rsidRPr="005117ED">
        <w:rPr>
          <w:rFonts w:cs="Sakkal Majalla"/>
          <w:color w:val="000000" w:themeColor="text1"/>
          <w:sz w:val="38"/>
          <w:szCs w:val="38"/>
          <w:rtl/>
        </w:rPr>
        <w:t>للأبعاد</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فحص</w:t>
      </w:r>
      <w:r w:rsidRPr="005117ED">
        <w:rPr>
          <w:rFonts w:cs="Sakkal Majalla"/>
          <w:color w:val="000000" w:themeColor="text1"/>
          <w:sz w:val="38"/>
          <w:szCs w:val="38"/>
        </w:rPr>
        <w:t xml:space="preserve"> </w:t>
      </w:r>
      <w:r w:rsidRPr="005117ED">
        <w:rPr>
          <w:rFonts w:cs="Sakkal Majalla"/>
          <w:color w:val="000000" w:themeColor="text1"/>
          <w:sz w:val="38"/>
          <w:szCs w:val="38"/>
          <w:rtl/>
        </w:rPr>
        <w:t>الافتراضات</w:t>
      </w:r>
      <w:r w:rsidRPr="005117ED">
        <w:rPr>
          <w:rFonts w:cs="Sakkal Majalla"/>
          <w:color w:val="000000" w:themeColor="text1"/>
          <w:sz w:val="38"/>
          <w:szCs w:val="38"/>
        </w:rPr>
        <w:t xml:space="preserve"> </w:t>
      </w:r>
      <w:r w:rsidRPr="005117ED">
        <w:rPr>
          <w:rFonts w:cs="Sakkal Majalla"/>
          <w:color w:val="000000" w:themeColor="text1"/>
          <w:sz w:val="38"/>
          <w:szCs w:val="38"/>
          <w:rtl/>
        </w:rPr>
        <w:t>والفروق</w:t>
      </w:r>
      <w:r w:rsidRPr="005117ED">
        <w:rPr>
          <w:rFonts w:cs="Sakkal Majalla"/>
          <w:color w:val="000000" w:themeColor="text1"/>
          <w:sz w:val="38"/>
          <w:szCs w:val="38"/>
        </w:rPr>
        <w:t xml:space="preserve"> </w:t>
      </w:r>
      <w:r w:rsidRPr="005117ED">
        <w:rPr>
          <w:rFonts w:cs="Sakkal Majalla"/>
          <w:color w:val="000000" w:themeColor="text1"/>
          <w:sz w:val="38"/>
          <w:szCs w:val="38"/>
          <w:rtl/>
        </w:rPr>
        <w:t>الديموغرافية</w:t>
      </w:r>
      <w:r w:rsidRPr="005117ED">
        <w:rPr>
          <w:rFonts w:cs="Sakkal Majalla"/>
          <w:color w:val="000000" w:themeColor="text1"/>
          <w:sz w:val="38"/>
          <w:szCs w:val="38"/>
        </w:rPr>
        <w:t xml:space="preserve"> </w:t>
      </w:r>
      <w:r w:rsidRPr="005117ED">
        <w:rPr>
          <w:rFonts w:cs="Sakkal Majalla"/>
          <w:color w:val="000000" w:themeColor="text1"/>
          <w:sz w:val="38"/>
          <w:szCs w:val="38"/>
          <w:rtl/>
        </w:rPr>
        <w:t>والتنظيمية</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وتسعى</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سد</w:t>
      </w:r>
      <w:r w:rsidRPr="005117ED">
        <w:rPr>
          <w:rFonts w:cs="Sakkal Majalla"/>
          <w:color w:val="000000" w:themeColor="text1"/>
          <w:sz w:val="38"/>
          <w:szCs w:val="38"/>
        </w:rPr>
        <w:t xml:space="preserve"> </w:t>
      </w:r>
      <w:r w:rsidRPr="005117ED">
        <w:rPr>
          <w:rFonts w:cs="Sakkal Majalla"/>
          <w:color w:val="000000" w:themeColor="text1"/>
          <w:sz w:val="38"/>
          <w:szCs w:val="38"/>
          <w:rtl/>
        </w:rPr>
        <w:t>هذه</w:t>
      </w:r>
      <w:r w:rsidRPr="005117ED">
        <w:rPr>
          <w:rFonts w:cs="Sakkal Majalla"/>
          <w:color w:val="000000" w:themeColor="text1"/>
          <w:sz w:val="38"/>
          <w:szCs w:val="38"/>
        </w:rPr>
        <w:t xml:space="preserve"> </w:t>
      </w:r>
      <w:r w:rsidRPr="005117ED">
        <w:rPr>
          <w:rFonts w:cs="Sakkal Majalla"/>
          <w:color w:val="000000" w:themeColor="text1"/>
          <w:sz w:val="38"/>
          <w:szCs w:val="38"/>
          <w:rtl/>
        </w:rPr>
        <w:t>الفجوات</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خلال</w:t>
      </w:r>
      <w:r w:rsidRPr="005117ED">
        <w:rPr>
          <w:rFonts w:cs="Sakkal Majalla"/>
          <w:color w:val="000000" w:themeColor="text1"/>
          <w:sz w:val="38"/>
          <w:szCs w:val="38"/>
        </w:rPr>
        <w:t xml:space="preserve"> </w:t>
      </w:r>
      <w:r w:rsidRPr="005117ED">
        <w:rPr>
          <w:rFonts w:cs="Sakkal Majalla"/>
          <w:color w:val="000000" w:themeColor="text1"/>
          <w:sz w:val="38"/>
          <w:szCs w:val="38"/>
          <w:rtl/>
        </w:rPr>
        <w:t>نموذج</w:t>
      </w:r>
      <w:r w:rsidRPr="005117ED">
        <w:rPr>
          <w:rFonts w:cs="Sakkal Majalla"/>
          <w:color w:val="000000" w:themeColor="text1"/>
          <w:sz w:val="38"/>
          <w:szCs w:val="38"/>
        </w:rPr>
        <w:t xml:space="preserve"> </w:t>
      </w:r>
      <w:r w:rsidRPr="005117ED">
        <w:rPr>
          <w:rFonts w:cs="Sakkal Majalla"/>
          <w:color w:val="000000" w:themeColor="text1"/>
          <w:sz w:val="38"/>
          <w:szCs w:val="38"/>
          <w:rtl/>
        </w:rPr>
        <w:t>واضح،</w:t>
      </w:r>
      <w:r w:rsidRPr="005117ED">
        <w:rPr>
          <w:rFonts w:cs="Sakkal Majalla"/>
          <w:color w:val="000000" w:themeColor="text1"/>
          <w:sz w:val="38"/>
          <w:szCs w:val="38"/>
        </w:rPr>
        <w:t xml:space="preserve"> </w:t>
      </w:r>
      <w:r w:rsidRPr="005117ED">
        <w:rPr>
          <w:rFonts w:cs="Sakkal Majalla"/>
          <w:color w:val="000000" w:themeColor="text1"/>
          <w:sz w:val="38"/>
          <w:szCs w:val="38"/>
          <w:rtl/>
        </w:rPr>
        <w:t>وأداة</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أربعين</w:t>
      </w:r>
      <w:r w:rsidRPr="005117ED">
        <w:rPr>
          <w:rFonts w:cs="Sakkal Majalla"/>
          <w:color w:val="000000" w:themeColor="text1"/>
          <w:sz w:val="38"/>
          <w:szCs w:val="38"/>
        </w:rPr>
        <w:t xml:space="preserve"> </w:t>
      </w:r>
      <w:r w:rsidRPr="005117ED">
        <w:rPr>
          <w:rFonts w:cs="Sakkal Majalla"/>
          <w:color w:val="000000" w:themeColor="text1"/>
          <w:sz w:val="38"/>
          <w:szCs w:val="38"/>
          <w:rtl/>
        </w:rPr>
        <w:t>فقرة،</w:t>
      </w:r>
      <w:r w:rsidRPr="005117ED">
        <w:rPr>
          <w:rFonts w:cs="Sakkal Majalla"/>
          <w:color w:val="000000" w:themeColor="text1"/>
          <w:sz w:val="38"/>
          <w:szCs w:val="38"/>
        </w:rPr>
        <w:t xml:space="preserve"> </w:t>
      </w:r>
      <w:r w:rsidRPr="005117ED">
        <w:rPr>
          <w:rFonts w:cs="Sakkal Majalla"/>
          <w:color w:val="000000" w:themeColor="text1"/>
          <w:sz w:val="38"/>
          <w:szCs w:val="38"/>
          <w:rtl/>
        </w:rPr>
        <w:t>وعينة</w:t>
      </w:r>
      <w:r w:rsidRPr="005117ED">
        <w:rPr>
          <w:rFonts w:cs="Sakkal Majalla"/>
          <w:color w:val="000000" w:themeColor="text1"/>
          <w:sz w:val="38"/>
          <w:szCs w:val="38"/>
        </w:rPr>
        <w:t xml:space="preserve"> </w:t>
      </w:r>
      <w:r w:rsidRPr="005117ED">
        <w:rPr>
          <w:rFonts w:cs="Sakkal Majalla"/>
          <w:color w:val="000000" w:themeColor="text1"/>
          <w:sz w:val="38"/>
          <w:szCs w:val="38"/>
          <w:rtl/>
        </w:rPr>
        <w:t>تطبيقية</w:t>
      </w:r>
      <w:r w:rsidRPr="005117ED">
        <w:rPr>
          <w:rFonts w:cs="Sakkal Majalla"/>
          <w:color w:val="000000" w:themeColor="text1"/>
          <w:sz w:val="38"/>
          <w:szCs w:val="38"/>
        </w:rPr>
        <w:t xml:space="preserve"> </w:t>
      </w:r>
      <w:r w:rsidRPr="005117ED">
        <w:rPr>
          <w:rFonts w:cs="Sakkal Majalla"/>
          <w:color w:val="000000" w:themeColor="text1"/>
          <w:sz w:val="38"/>
          <w:szCs w:val="38"/>
          <w:rtl/>
        </w:rPr>
        <w:t>واسعة</w:t>
      </w:r>
      <w:r w:rsidRPr="005117ED">
        <w:rPr>
          <w:rFonts w:cs="Sakkal Majalla"/>
          <w:color w:val="000000" w:themeColor="text1"/>
          <w:sz w:val="38"/>
          <w:szCs w:val="38"/>
        </w:rPr>
        <w:t xml:space="preserve"> </w:t>
      </w:r>
      <w:r w:rsidRPr="005117ED">
        <w:rPr>
          <w:rFonts w:cs="Sakkal Majalla"/>
          <w:color w:val="000000" w:themeColor="text1"/>
          <w:sz w:val="38"/>
          <w:szCs w:val="38"/>
          <w:rtl/>
        </w:rPr>
        <w:t>نسبيًا،</w:t>
      </w:r>
      <w:r w:rsidRPr="005117ED">
        <w:rPr>
          <w:rFonts w:cs="Sakkal Majalla"/>
          <w:color w:val="000000" w:themeColor="text1"/>
          <w:sz w:val="38"/>
          <w:szCs w:val="38"/>
        </w:rPr>
        <w:t xml:space="preserve"> </w:t>
      </w:r>
      <w:r w:rsidRPr="005117ED">
        <w:rPr>
          <w:rFonts w:cs="Sakkal Majalla"/>
          <w:color w:val="000000" w:themeColor="text1"/>
          <w:sz w:val="38"/>
          <w:szCs w:val="38"/>
          <w:rtl/>
        </w:rPr>
        <w:t>وتحليلات</w:t>
      </w:r>
      <w:r w:rsidRPr="005117ED">
        <w:rPr>
          <w:rFonts w:cs="Sakkal Majalla"/>
          <w:color w:val="000000" w:themeColor="text1"/>
          <w:sz w:val="38"/>
          <w:szCs w:val="38"/>
        </w:rPr>
        <w:t xml:space="preserve"> </w:t>
      </w:r>
      <w:r w:rsidRPr="005117ED">
        <w:rPr>
          <w:rFonts w:cs="Sakkal Majalla"/>
          <w:color w:val="000000" w:themeColor="text1"/>
          <w:sz w:val="38"/>
          <w:szCs w:val="38"/>
          <w:rtl/>
        </w:rPr>
        <w:t>وصفية</w:t>
      </w:r>
      <w:r w:rsidRPr="005117ED">
        <w:rPr>
          <w:rFonts w:cs="Sakkal Majalla"/>
          <w:color w:val="000000" w:themeColor="text1"/>
          <w:sz w:val="38"/>
          <w:szCs w:val="38"/>
        </w:rPr>
        <w:t xml:space="preserve"> </w:t>
      </w:r>
      <w:r w:rsidRPr="005117ED">
        <w:rPr>
          <w:rFonts w:cs="Sakkal Majalla"/>
          <w:color w:val="000000" w:themeColor="text1"/>
          <w:sz w:val="38"/>
          <w:szCs w:val="38"/>
          <w:rtl/>
        </w:rPr>
        <w:t>واستدلالية</w:t>
      </w:r>
      <w:r w:rsidRPr="005117ED">
        <w:rPr>
          <w:rFonts w:cs="Sakkal Majalla"/>
          <w:color w:val="000000" w:themeColor="text1"/>
          <w:sz w:val="38"/>
          <w:szCs w:val="38"/>
        </w:rPr>
        <w:t xml:space="preserve">. </w:t>
      </w:r>
      <w:r w:rsidRPr="005117ED">
        <w:rPr>
          <w:rFonts w:cs="Sakkal Majalla"/>
          <w:color w:val="000000" w:themeColor="text1"/>
          <w:sz w:val="38"/>
          <w:szCs w:val="38"/>
          <w:rtl/>
        </w:rPr>
        <w:t>ومع</w:t>
      </w:r>
      <w:r w:rsidRPr="005117ED">
        <w:rPr>
          <w:rFonts w:cs="Sakkal Majalla"/>
          <w:color w:val="000000" w:themeColor="text1"/>
          <w:sz w:val="38"/>
          <w:szCs w:val="38"/>
        </w:rPr>
        <w:t xml:space="preserve"> </w:t>
      </w:r>
      <w:r w:rsidRPr="005117ED">
        <w:rPr>
          <w:rFonts w:cs="Sakkal Majalla"/>
          <w:color w:val="000000" w:themeColor="text1"/>
          <w:sz w:val="38"/>
          <w:szCs w:val="38"/>
          <w:rtl/>
        </w:rPr>
        <w:t>ذلك،</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تدعي</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سد</w:t>
      </w:r>
      <w:r w:rsidRPr="005117ED">
        <w:rPr>
          <w:rFonts w:cs="Sakkal Majalla"/>
          <w:color w:val="000000" w:themeColor="text1"/>
          <w:sz w:val="38"/>
          <w:szCs w:val="38"/>
        </w:rPr>
        <w:t xml:space="preserve"> </w:t>
      </w:r>
      <w:r w:rsidRPr="005117ED">
        <w:rPr>
          <w:rFonts w:cs="Sakkal Majalla"/>
          <w:color w:val="000000" w:themeColor="text1"/>
          <w:sz w:val="38"/>
          <w:szCs w:val="38"/>
          <w:rtl/>
        </w:rPr>
        <w:t>جميع</w:t>
      </w:r>
      <w:r w:rsidRPr="005117ED">
        <w:rPr>
          <w:rFonts w:cs="Sakkal Majalla"/>
          <w:color w:val="000000" w:themeColor="text1"/>
          <w:sz w:val="38"/>
          <w:szCs w:val="38"/>
        </w:rPr>
        <w:t xml:space="preserve"> </w:t>
      </w:r>
      <w:r w:rsidRPr="005117ED">
        <w:rPr>
          <w:rFonts w:cs="Sakkal Majalla"/>
          <w:color w:val="000000" w:themeColor="text1"/>
          <w:sz w:val="38"/>
          <w:szCs w:val="38"/>
          <w:rtl/>
        </w:rPr>
        <w:t>جوانب</w:t>
      </w:r>
      <w:r w:rsidRPr="005117ED">
        <w:rPr>
          <w:rFonts w:cs="Sakkal Majalla"/>
          <w:color w:val="000000" w:themeColor="text1"/>
          <w:sz w:val="38"/>
          <w:szCs w:val="38"/>
        </w:rPr>
        <w:t xml:space="preserve"> </w:t>
      </w:r>
      <w:r w:rsidRPr="005117ED">
        <w:rPr>
          <w:rFonts w:cs="Sakkal Majalla"/>
          <w:color w:val="000000" w:themeColor="text1"/>
          <w:sz w:val="38"/>
          <w:szCs w:val="38"/>
          <w:rtl/>
        </w:rPr>
        <w:t>المعرفة؛</w:t>
      </w:r>
      <w:r w:rsidRPr="005117ED">
        <w:rPr>
          <w:rFonts w:cs="Sakkal Majalla"/>
          <w:color w:val="000000" w:themeColor="text1"/>
          <w:sz w:val="38"/>
          <w:szCs w:val="38"/>
        </w:rPr>
        <w:t xml:space="preserve"> </w:t>
      </w:r>
      <w:r w:rsidRPr="005117ED">
        <w:rPr>
          <w:rFonts w:cs="Sakkal Majalla"/>
          <w:color w:val="000000" w:themeColor="text1"/>
          <w:sz w:val="38"/>
          <w:szCs w:val="38"/>
          <w:rtl/>
        </w:rPr>
        <w:t>فالتصميم</w:t>
      </w:r>
      <w:r w:rsidRPr="005117ED">
        <w:rPr>
          <w:rFonts w:cs="Sakkal Majalla"/>
          <w:color w:val="000000" w:themeColor="text1"/>
          <w:sz w:val="38"/>
          <w:szCs w:val="38"/>
        </w:rPr>
        <w:t xml:space="preserve"> </w:t>
      </w:r>
      <w:r w:rsidRPr="005117ED">
        <w:rPr>
          <w:rFonts w:cs="Sakkal Majalla"/>
          <w:color w:val="000000" w:themeColor="text1"/>
          <w:sz w:val="38"/>
          <w:szCs w:val="38"/>
          <w:rtl/>
        </w:rPr>
        <w:t>المقطعي</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يختبر</w:t>
      </w:r>
      <w:r w:rsidRPr="005117ED">
        <w:rPr>
          <w:rFonts w:cs="Sakkal Majalla"/>
          <w:color w:val="000000" w:themeColor="text1"/>
          <w:sz w:val="38"/>
          <w:szCs w:val="38"/>
        </w:rPr>
        <w:t xml:space="preserve"> </w:t>
      </w:r>
      <w:r w:rsidRPr="005117ED">
        <w:rPr>
          <w:rFonts w:cs="Sakkal Majalla"/>
          <w:color w:val="000000" w:themeColor="text1"/>
          <w:sz w:val="38"/>
          <w:szCs w:val="38"/>
          <w:rtl/>
        </w:rPr>
        <w:t>التغير</w:t>
      </w:r>
      <w:r w:rsidRPr="005117ED">
        <w:rPr>
          <w:rFonts w:cs="Sakkal Majalla"/>
          <w:color w:val="000000" w:themeColor="text1"/>
          <w:sz w:val="38"/>
          <w:szCs w:val="38"/>
        </w:rPr>
        <w:t xml:space="preserve"> </w:t>
      </w:r>
      <w:r w:rsidRPr="005117ED">
        <w:rPr>
          <w:rFonts w:cs="Sakkal Majalla"/>
          <w:color w:val="000000" w:themeColor="text1"/>
          <w:sz w:val="38"/>
          <w:szCs w:val="38"/>
          <w:rtl/>
        </w:rPr>
        <w:t>عبر</w:t>
      </w:r>
      <w:r w:rsidRPr="005117ED">
        <w:rPr>
          <w:rFonts w:cs="Sakkal Majalla"/>
          <w:color w:val="000000" w:themeColor="text1"/>
          <w:sz w:val="38"/>
          <w:szCs w:val="38"/>
        </w:rPr>
        <w:t xml:space="preserve"> </w:t>
      </w:r>
      <w:r w:rsidRPr="005117ED">
        <w:rPr>
          <w:rFonts w:cs="Sakkal Majalla"/>
          <w:color w:val="000000" w:themeColor="text1"/>
          <w:sz w:val="38"/>
          <w:szCs w:val="38"/>
          <w:rtl/>
        </w:rPr>
        <w:t>الزمن،</w:t>
      </w:r>
      <w:r w:rsidRPr="005117ED">
        <w:rPr>
          <w:rFonts w:cs="Sakkal Majalla"/>
          <w:color w:val="000000" w:themeColor="text1"/>
          <w:sz w:val="38"/>
          <w:szCs w:val="38"/>
        </w:rPr>
        <w:t xml:space="preserve"> </w:t>
      </w:r>
      <w:r w:rsidRPr="005117ED">
        <w:rPr>
          <w:rFonts w:cs="Sakkal Majalla"/>
          <w:color w:val="000000" w:themeColor="text1"/>
          <w:sz w:val="38"/>
          <w:szCs w:val="38"/>
          <w:rtl/>
        </w:rPr>
        <w:t>والبيانات</w:t>
      </w:r>
      <w:r w:rsidRPr="005117ED">
        <w:rPr>
          <w:rFonts w:cs="Sakkal Majalla"/>
          <w:color w:val="000000" w:themeColor="text1"/>
          <w:sz w:val="38"/>
          <w:szCs w:val="38"/>
        </w:rPr>
        <w:t xml:space="preserve"> </w:t>
      </w:r>
      <w:r w:rsidRPr="005117ED">
        <w:rPr>
          <w:rFonts w:cs="Sakkal Majalla"/>
          <w:color w:val="000000" w:themeColor="text1"/>
          <w:sz w:val="38"/>
          <w:szCs w:val="38"/>
          <w:rtl/>
        </w:rPr>
        <w:t>الإدراكية</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تغني</w:t>
      </w:r>
      <w:r w:rsidRPr="005117ED">
        <w:rPr>
          <w:rFonts w:cs="Sakkal Majalla"/>
          <w:color w:val="000000" w:themeColor="text1"/>
          <w:sz w:val="38"/>
          <w:szCs w:val="38"/>
        </w:rPr>
        <w:t xml:space="preserve"> </w:t>
      </w:r>
      <w:r w:rsidRPr="005117ED">
        <w:rPr>
          <w:rFonts w:cs="Sakkal Majalla"/>
          <w:color w:val="000000" w:themeColor="text1"/>
          <w:sz w:val="38"/>
          <w:szCs w:val="38"/>
          <w:rtl/>
        </w:rPr>
        <w:t>عن</w:t>
      </w:r>
      <w:r w:rsidRPr="005117ED">
        <w:rPr>
          <w:rFonts w:cs="Sakkal Majalla"/>
          <w:color w:val="000000" w:themeColor="text1"/>
          <w:sz w:val="38"/>
          <w:szCs w:val="38"/>
        </w:rPr>
        <w:t xml:space="preserve"> </w:t>
      </w:r>
      <w:r w:rsidRPr="005117ED">
        <w:rPr>
          <w:rFonts w:cs="Sakkal Majalla"/>
          <w:color w:val="000000" w:themeColor="text1"/>
          <w:sz w:val="38"/>
          <w:szCs w:val="38"/>
          <w:rtl/>
        </w:rPr>
        <w:t>مؤشرات</w:t>
      </w:r>
      <w:r w:rsidRPr="005117ED">
        <w:rPr>
          <w:rFonts w:cs="Sakkal Majalla"/>
          <w:color w:val="000000" w:themeColor="text1"/>
          <w:sz w:val="38"/>
          <w:szCs w:val="38"/>
        </w:rPr>
        <w:t xml:space="preserve"> </w:t>
      </w:r>
      <w:r w:rsidRPr="005117ED">
        <w:rPr>
          <w:rFonts w:cs="Sakkal Majalla"/>
          <w:color w:val="000000" w:themeColor="text1"/>
          <w:sz w:val="38"/>
          <w:szCs w:val="38"/>
          <w:rtl/>
        </w:rPr>
        <w:t>الأداء</w:t>
      </w:r>
      <w:r w:rsidRPr="005117ED">
        <w:rPr>
          <w:rFonts w:cs="Sakkal Majalla"/>
          <w:color w:val="000000" w:themeColor="text1"/>
          <w:sz w:val="38"/>
          <w:szCs w:val="38"/>
        </w:rPr>
        <w:t xml:space="preserve"> </w:t>
      </w:r>
      <w:r w:rsidRPr="005117ED">
        <w:rPr>
          <w:rFonts w:cs="Sakkal Majalla"/>
          <w:color w:val="000000" w:themeColor="text1"/>
          <w:sz w:val="38"/>
          <w:szCs w:val="38"/>
          <w:rtl/>
        </w:rPr>
        <w:t>الموضوعية،</w:t>
      </w:r>
      <w:r w:rsidRPr="005117ED">
        <w:rPr>
          <w:rFonts w:cs="Sakkal Majalla"/>
          <w:color w:val="000000" w:themeColor="text1"/>
          <w:sz w:val="38"/>
          <w:szCs w:val="38"/>
        </w:rPr>
        <w:t xml:space="preserve"> </w:t>
      </w:r>
      <w:r w:rsidRPr="005117ED">
        <w:rPr>
          <w:rFonts w:cs="Sakkal Majalla"/>
          <w:color w:val="000000" w:themeColor="text1"/>
          <w:sz w:val="38"/>
          <w:szCs w:val="38"/>
          <w:rtl/>
        </w:rPr>
        <w:t>وعدم</w:t>
      </w:r>
      <w:r w:rsidRPr="005117ED">
        <w:rPr>
          <w:rFonts w:cs="Sakkal Majalla"/>
          <w:color w:val="000000" w:themeColor="text1"/>
          <w:sz w:val="38"/>
          <w:szCs w:val="38"/>
        </w:rPr>
        <w:t xml:space="preserve"> </w:t>
      </w:r>
      <w:r w:rsidRPr="005117ED">
        <w:rPr>
          <w:rFonts w:cs="Sakkal Majalla"/>
          <w:color w:val="000000" w:themeColor="text1"/>
          <w:sz w:val="38"/>
          <w:szCs w:val="38"/>
          <w:rtl/>
        </w:rPr>
        <w:t>اختبار</w:t>
      </w:r>
      <w:r w:rsidRPr="005117ED">
        <w:rPr>
          <w:rFonts w:cs="Sakkal Majalla"/>
          <w:color w:val="000000" w:themeColor="text1"/>
          <w:sz w:val="38"/>
          <w:szCs w:val="38"/>
        </w:rPr>
        <w:t xml:space="preserve"> </w:t>
      </w:r>
      <w:r w:rsidRPr="005117ED">
        <w:rPr>
          <w:rFonts w:cs="Sakkal Majalla"/>
          <w:color w:val="000000" w:themeColor="text1"/>
          <w:sz w:val="38"/>
          <w:szCs w:val="38"/>
          <w:rtl/>
        </w:rPr>
        <w:t>الوسطاء</w:t>
      </w:r>
      <w:r w:rsidRPr="005117ED">
        <w:rPr>
          <w:rFonts w:cs="Sakkal Majalla"/>
          <w:color w:val="000000" w:themeColor="text1"/>
          <w:sz w:val="38"/>
          <w:szCs w:val="38"/>
        </w:rPr>
        <w:t xml:space="preserve"> </w:t>
      </w:r>
      <w:r w:rsidRPr="005117ED">
        <w:rPr>
          <w:rFonts w:cs="Sakkal Majalla"/>
          <w:color w:val="000000" w:themeColor="text1"/>
          <w:sz w:val="38"/>
          <w:szCs w:val="38"/>
          <w:rtl/>
        </w:rPr>
        <w:t>يترك</w:t>
      </w:r>
      <w:r w:rsidRPr="005117ED">
        <w:rPr>
          <w:rFonts w:cs="Sakkal Majalla"/>
          <w:color w:val="000000" w:themeColor="text1"/>
          <w:sz w:val="38"/>
          <w:szCs w:val="38"/>
        </w:rPr>
        <w:t xml:space="preserve"> </w:t>
      </w:r>
      <w:r w:rsidRPr="005117ED">
        <w:rPr>
          <w:rFonts w:cs="Sakkal Majalla"/>
          <w:color w:val="000000" w:themeColor="text1"/>
          <w:sz w:val="38"/>
          <w:szCs w:val="38"/>
          <w:rtl/>
        </w:rPr>
        <w:t>آليات</w:t>
      </w:r>
      <w:r w:rsidRPr="005117ED">
        <w:rPr>
          <w:rFonts w:cs="Sakkal Majalla"/>
          <w:color w:val="000000" w:themeColor="text1"/>
          <w:sz w:val="38"/>
          <w:szCs w:val="38"/>
        </w:rPr>
        <w:t xml:space="preserve"> </w:t>
      </w:r>
      <w:r w:rsidRPr="005117ED">
        <w:rPr>
          <w:rFonts w:cs="Sakkal Majalla"/>
          <w:color w:val="000000" w:themeColor="text1"/>
          <w:sz w:val="38"/>
          <w:szCs w:val="38"/>
          <w:rtl/>
        </w:rPr>
        <w:t>التأثير</w:t>
      </w:r>
      <w:r w:rsidRPr="005117ED">
        <w:rPr>
          <w:rFonts w:cs="Sakkal Majalla"/>
          <w:color w:val="000000" w:themeColor="text1"/>
          <w:sz w:val="38"/>
          <w:szCs w:val="38"/>
        </w:rPr>
        <w:t xml:space="preserve"> </w:t>
      </w:r>
      <w:r w:rsidRPr="005117ED">
        <w:rPr>
          <w:rFonts w:cs="Sakkal Majalla"/>
          <w:color w:val="000000" w:themeColor="text1"/>
          <w:sz w:val="38"/>
          <w:szCs w:val="38"/>
          <w:rtl/>
        </w:rPr>
        <w:t>للاستدلال</w:t>
      </w:r>
      <w:r w:rsidRPr="005117ED">
        <w:rPr>
          <w:rFonts w:cs="Sakkal Majalla"/>
          <w:color w:val="000000" w:themeColor="text1"/>
          <w:sz w:val="38"/>
          <w:szCs w:val="38"/>
        </w:rPr>
        <w:t xml:space="preserve"> </w:t>
      </w:r>
      <w:r w:rsidRPr="005117ED">
        <w:rPr>
          <w:rFonts w:cs="Sakkal Majalla"/>
          <w:color w:val="000000" w:themeColor="text1"/>
          <w:sz w:val="38"/>
          <w:szCs w:val="38"/>
          <w:rtl/>
        </w:rPr>
        <w:t>النظري</w:t>
      </w:r>
      <w:r w:rsidRPr="005117ED">
        <w:rPr>
          <w:rFonts w:cs="Sakkal Majalla"/>
          <w:color w:val="000000" w:themeColor="text1"/>
          <w:sz w:val="38"/>
          <w:szCs w:val="38"/>
        </w:rPr>
        <w:t xml:space="preserve">. </w:t>
      </w:r>
      <w:r w:rsidRPr="005117ED">
        <w:rPr>
          <w:rFonts w:cs="Sakkal Majalla"/>
          <w:color w:val="000000" w:themeColor="text1"/>
          <w:sz w:val="38"/>
          <w:szCs w:val="38"/>
          <w:rtl/>
        </w:rPr>
        <w:t>وتقدم</w:t>
      </w:r>
      <w:r w:rsidRPr="005117ED">
        <w:rPr>
          <w:rFonts w:cs="Sakkal Majalla"/>
          <w:color w:val="000000" w:themeColor="text1"/>
          <w:sz w:val="38"/>
          <w:szCs w:val="38"/>
        </w:rPr>
        <w:t xml:space="preserve"> </w:t>
      </w:r>
      <w:r w:rsidRPr="005117ED">
        <w:rPr>
          <w:rFonts w:cs="Sakkal Majalla"/>
          <w:color w:val="000000" w:themeColor="text1"/>
          <w:sz w:val="38"/>
          <w:szCs w:val="38"/>
          <w:rtl/>
        </w:rPr>
        <w:t>هذه</w:t>
      </w:r>
      <w:r w:rsidRPr="005117ED">
        <w:rPr>
          <w:rFonts w:cs="Sakkal Majalla"/>
          <w:color w:val="000000" w:themeColor="text1"/>
          <w:sz w:val="38"/>
          <w:szCs w:val="38"/>
        </w:rPr>
        <w:t xml:space="preserve"> </w:t>
      </w:r>
      <w:r w:rsidRPr="005117ED">
        <w:rPr>
          <w:rFonts w:cs="Sakkal Majalla"/>
          <w:color w:val="000000" w:themeColor="text1"/>
          <w:sz w:val="38"/>
          <w:szCs w:val="38"/>
          <w:rtl/>
        </w:rPr>
        <w:t>الحدود</w:t>
      </w:r>
      <w:r w:rsidRPr="005117ED">
        <w:rPr>
          <w:rFonts w:cs="Sakkal Majalla"/>
          <w:color w:val="000000" w:themeColor="text1"/>
          <w:sz w:val="38"/>
          <w:szCs w:val="38"/>
        </w:rPr>
        <w:t xml:space="preserve"> </w:t>
      </w:r>
      <w:r w:rsidRPr="005117ED">
        <w:rPr>
          <w:rFonts w:cs="Sakkal Majalla"/>
          <w:color w:val="000000" w:themeColor="text1"/>
          <w:sz w:val="38"/>
          <w:szCs w:val="38"/>
          <w:rtl/>
        </w:rPr>
        <w:t>أجندة</w:t>
      </w:r>
      <w:r w:rsidRPr="005117ED">
        <w:rPr>
          <w:rFonts w:cs="Sakkal Majalla"/>
          <w:color w:val="000000" w:themeColor="text1"/>
          <w:sz w:val="38"/>
          <w:szCs w:val="38"/>
        </w:rPr>
        <w:t xml:space="preserve"> </w:t>
      </w:r>
      <w:r w:rsidRPr="005117ED">
        <w:rPr>
          <w:rFonts w:cs="Sakkal Majalla"/>
          <w:color w:val="000000" w:themeColor="text1"/>
          <w:sz w:val="38"/>
          <w:szCs w:val="38"/>
          <w:rtl/>
        </w:rPr>
        <w:t>لدراسات</w:t>
      </w:r>
      <w:r w:rsidRPr="005117ED">
        <w:rPr>
          <w:rFonts w:cs="Sakkal Majalla"/>
          <w:color w:val="000000" w:themeColor="text1"/>
          <w:sz w:val="38"/>
          <w:szCs w:val="38"/>
        </w:rPr>
        <w:t xml:space="preserve"> </w:t>
      </w:r>
      <w:r w:rsidRPr="005117ED">
        <w:rPr>
          <w:rFonts w:cs="Sakkal Majalla"/>
          <w:color w:val="000000" w:themeColor="text1"/>
          <w:sz w:val="38"/>
          <w:szCs w:val="38"/>
          <w:rtl/>
        </w:rPr>
        <w:t>لاحقة</w:t>
      </w:r>
      <w:r w:rsidRPr="005117ED">
        <w:rPr>
          <w:rFonts w:cs="Sakkal Majalla"/>
          <w:color w:val="000000" w:themeColor="text1"/>
          <w:sz w:val="38"/>
          <w:szCs w:val="38"/>
        </w:rPr>
        <w:t xml:space="preserve"> </w:t>
      </w:r>
      <w:r w:rsidRPr="005117ED">
        <w:rPr>
          <w:rFonts w:cs="Sakkal Majalla"/>
          <w:color w:val="000000" w:themeColor="text1"/>
          <w:sz w:val="38"/>
          <w:szCs w:val="38"/>
          <w:rtl/>
        </w:rPr>
        <w:t>أكثر</w:t>
      </w:r>
      <w:r w:rsidRPr="005117ED">
        <w:rPr>
          <w:rFonts w:cs="Sakkal Majalla"/>
          <w:color w:val="000000" w:themeColor="text1"/>
          <w:sz w:val="38"/>
          <w:szCs w:val="38"/>
        </w:rPr>
        <w:t xml:space="preserve"> </w:t>
      </w:r>
      <w:r w:rsidRPr="005117ED">
        <w:rPr>
          <w:rFonts w:cs="Sakkal Majalla"/>
          <w:color w:val="000000" w:themeColor="text1"/>
          <w:sz w:val="38"/>
          <w:szCs w:val="38"/>
          <w:rtl/>
        </w:rPr>
        <w:t>عمقًا</w:t>
      </w:r>
      <w:r w:rsidRPr="005117ED">
        <w:rPr>
          <w:rFonts w:cs="Sakkal Majalla"/>
          <w:color w:val="000000" w:themeColor="text1"/>
          <w:sz w:val="38"/>
          <w:szCs w:val="38"/>
        </w:rPr>
        <w:t>.</w:t>
      </w:r>
    </w:p>
    <w:p w:rsidR="00FD5E07" w:rsidRPr="005117ED" w:rsidRDefault="00FD5E07">
      <w:pPr>
        <w:bidi w:val="0"/>
        <w:spacing w:before="0" w:after="160" w:line="259" w:lineRule="auto"/>
        <w:ind w:firstLine="0"/>
        <w:jc w:val="left"/>
        <w:rPr>
          <w:rFonts w:cs="Sakkal Majalla"/>
          <w:color w:val="000000" w:themeColor="text1"/>
          <w:sz w:val="38"/>
          <w:szCs w:val="38"/>
        </w:rPr>
      </w:pPr>
      <w:r w:rsidRPr="005117ED">
        <w:rPr>
          <w:rFonts w:cs="Sakkal Majalla"/>
          <w:color w:val="000000" w:themeColor="text1"/>
          <w:sz w:val="38"/>
          <w:szCs w:val="38"/>
        </w:rPr>
        <w:br w:type="page"/>
      </w:r>
    </w:p>
    <w:p w:rsidR="00FD5E07" w:rsidRPr="005117ED" w:rsidRDefault="00FD5E07" w:rsidP="00FD5E07">
      <w:pPr>
        <w:pBdr>
          <w:bottom w:val="single" w:sz="4" w:space="1" w:color="auto"/>
        </w:pBdr>
        <w:spacing w:before="0"/>
        <w:ind w:firstLine="0"/>
        <w:jc w:val="center"/>
        <w:outlineLvl w:val="0"/>
        <w:rPr>
          <w:rFonts w:eastAsia="Times New Roman" w:cs="Sakkal Majalla"/>
          <w:b/>
          <w:bCs/>
          <w:color w:val="000000" w:themeColor="text1"/>
          <w:sz w:val="42"/>
          <w:szCs w:val="42"/>
        </w:rPr>
      </w:pPr>
      <w:bookmarkStart w:id="55" w:name="_Toc233322003"/>
      <w:r w:rsidRPr="005117ED">
        <w:rPr>
          <w:rFonts w:eastAsia="Times New Roman" w:cs="Sakkal Majalla"/>
          <w:b/>
          <w:bCs/>
          <w:color w:val="000000" w:themeColor="text1"/>
          <w:sz w:val="42"/>
          <w:szCs w:val="42"/>
          <w:rtl/>
        </w:rPr>
        <w:lastRenderedPageBreak/>
        <w:t>الفصل الثالث: منهجية الدراسة وإجراءاتها</w:t>
      </w:r>
      <w:bookmarkEnd w:id="55"/>
    </w:p>
    <w:p w:rsidR="00FD5E07" w:rsidRPr="005117ED" w:rsidRDefault="00FD5E07" w:rsidP="00FD5E07">
      <w:pPr>
        <w:spacing w:before="0"/>
        <w:ind w:firstLine="0"/>
        <w:jc w:val="left"/>
        <w:outlineLvl w:val="0"/>
        <w:rPr>
          <w:rFonts w:eastAsia="Times New Roman" w:cs="Sakkal Majalla"/>
          <w:b/>
          <w:bCs/>
          <w:color w:val="000000" w:themeColor="text1"/>
          <w:sz w:val="40"/>
          <w:szCs w:val="40"/>
        </w:rPr>
      </w:pPr>
      <w:bookmarkStart w:id="56" w:name="_Toc233322004"/>
      <w:r w:rsidRPr="005117ED">
        <w:rPr>
          <w:rFonts w:eastAsia="Times New Roman" w:cs="Sakkal Majalla"/>
          <w:b/>
          <w:bCs/>
          <w:color w:val="000000" w:themeColor="text1"/>
          <w:sz w:val="40"/>
          <w:szCs w:val="40"/>
          <w:rtl/>
        </w:rPr>
        <w:t>أولًا: منهج الدراسة</w:t>
      </w:r>
      <w:bookmarkEnd w:id="56"/>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تعتمد الدراسة على المنهج الوصفي التحليلي، وهو منهج مناسب للدراسات التي تسعى إلى وصف الظاهرة كما هي في الواقع، ثم تحليل العلاقات بين متغيراتها واختبار فرضياتها إحصائيًا. ويتناسب هذا المنهج مع موضوع الدراسة؛ لأنها لا تكتفي بوصف مستوى ممارسة القيادة التحويلية ومستوى الإبداع التنظيمي، بل تسعى إلى قياس أثر القيادة التحويلية وأبعادها في الإبداع التنظيمي لدى العاملين في المنشآت الصغيرة والمتوسطة (عبيدات وآخرون، 2012).</w:t>
      </w:r>
    </w:p>
    <w:p w:rsidR="00FD5E07" w:rsidRPr="005117ED" w:rsidRDefault="00FD5E07" w:rsidP="00FD5E07">
      <w:pPr>
        <w:spacing w:before="0"/>
        <w:ind w:firstLine="0"/>
        <w:jc w:val="left"/>
        <w:outlineLvl w:val="0"/>
        <w:rPr>
          <w:rFonts w:eastAsia="Times New Roman" w:cs="Sakkal Majalla"/>
          <w:b/>
          <w:bCs/>
          <w:color w:val="000000" w:themeColor="text1"/>
          <w:sz w:val="40"/>
          <w:szCs w:val="40"/>
        </w:rPr>
      </w:pPr>
      <w:bookmarkStart w:id="57" w:name="_Toc233322005"/>
      <w:r w:rsidRPr="005117ED">
        <w:rPr>
          <w:rFonts w:eastAsia="Times New Roman" w:cs="Sakkal Majalla"/>
          <w:b/>
          <w:bCs/>
          <w:color w:val="000000" w:themeColor="text1"/>
          <w:sz w:val="40"/>
          <w:szCs w:val="40"/>
          <w:rtl/>
        </w:rPr>
        <w:t>ثانيًا: مجتمع الدراسة وعينتها</w:t>
      </w:r>
      <w:bookmarkEnd w:id="57"/>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يتكون مجتمع الدراسة من العاملين في المنشآت الصغيرة والمتوسطة السعودية في القطاعات الخدمية والتجارية والصناعية الخفيفة والتقنية/الرقمية. ونظرًا لاتساع المجتمع وتوزعه الجغرافي، تعتمد الدراسة على عينة مناسبة من العاملين في هذه المنشآت، بما يتيح جمع بيانات قابلة للتحليل الإحصائي. ويوضح الفصل الرابع نموذجًا تطبيقيًا لتحليل بيانات عينة قدرها (286) مفردة.</w:t>
      </w:r>
    </w:p>
    <w:p w:rsidR="00FD5E07" w:rsidRPr="005117ED" w:rsidRDefault="00FD5E07" w:rsidP="00FD5E07">
      <w:pPr>
        <w:spacing w:before="0"/>
        <w:ind w:firstLine="0"/>
        <w:jc w:val="left"/>
        <w:outlineLvl w:val="0"/>
        <w:rPr>
          <w:rFonts w:eastAsia="Times New Roman" w:cs="Sakkal Majalla"/>
          <w:b/>
          <w:bCs/>
          <w:color w:val="000000" w:themeColor="text1"/>
          <w:sz w:val="40"/>
          <w:szCs w:val="40"/>
        </w:rPr>
      </w:pPr>
      <w:bookmarkStart w:id="58" w:name="_Toc233322006"/>
      <w:r w:rsidRPr="005117ED">
        <w:rPr>
          <w:rFonts w:eastAsia="Times New Roman" w:cs="Sakkal Majalla"/>
          <w:b/>
          <w:bCs/>
          <w:color w:val="000000" w:themeColor="text1"/>
          <w:sz w:val="40"/>
          <w:szCs w:val="40"/>
          <w:rtl/>
        </w:rPr>
        <w:t>ثالثًا: أداة الدراسة</w:t>
      </w:r>
      <w:bookmarkEnd w:id="58"/>
    </w:p>
    <w:p w:rsidR="00FD5E07" w:rsidRDefault="00FD5E07" w:rsidP="00FD5E07">
      <w:pPr>
        <w:spacing w:before="0"/>
        <w:ind w:firstLine="425"/>
        <w:jc w:val="both"/>
        <w:rPr>
          <w:rFonts w:cs="Sakkal Majalla"/>
          <w:color w:val="000000" w:themeColor="text1"/>
          <w:sz w:val="38"/>
          <w:szCs w:val="38"/>
          <w:rtl/>
        </w:rPr>
      </w:pPr>
      <w:r w:rsidRPr="005117ED">
        <w:rPr>
          <w:rFonts w:cs="Sakkal Majalla"/>
          <w:color w:val="000000" w:themeColor="text1"/>
          <w:sz w:val="38"/>
          <w:szCs w:val="38"/>
          <w:rtl/>
        </w:rPr>
        <w:t>اعتمدت الدراسة على الاستبانة أداة رئيسة لجمع البيانات؛ لأنها تتيح قياس اتجاهات العاملين نحو القيادة التحويلية والإبداع التنظيمي بصورة كمية قابلة للتحليل. وقد صممت الاستبانة في ضوء الأدبيات النظرية والدراسات السابقة، مع مراعاة وضوح الفقرات، ومناسبتها للبيئة السعودية، وارتباطها المباشر بأبعاد المتغيرات.</w:t>
      </w:r>
    </w:p>
    <w:p w:rsidR="00007FCD" w:rsidRPr="005117ED" w:rsidRDefault="00007FCD" w:rsidP="00007FCD">
      <w:pPr>
        <w:spacing w:before="0"/>
        <w:ind w:firstLine="425"/>
        <w:jc w:val="center"/>
        <w:rPr>
          <w:rFonts w:cs="Sakkal Majalla"/>
          <w:color w:val="000000" w:themeColor="text1"/>
          <w:sz w:val="38"/>
          <w:szCs w:val="38"/>
        </w:rPr>
      </w:pPr>
      <w:r w:rsidRPr="00007FCD">
        <w:rPr>
          <w:rFonts w:cs="Sakkal Majalla"/>
          <w:b/>
          <w:bCs/>
          <w:color w:val="000000" w:themeColor="text1"/>
          <w:sz w:val="38"/>
          <w:szCs w:val="38"/>
          <w:rtl/>
        </w:rPr>
        <w:t>جدول</w:t>
      </w:r>
      <w:r w:rsidRPr="00007FCD">
        <w:rPr>
          <w:rFonts w:cs="Sakkal Majalla"/>
          <w:b/>
          <w:color w:val="000000" w:themeColor="text1"/>
          <w:sz w:val="38"/>
          <w:szCs w:val="38"/>
        </w:rPr>
        <w:t xml:space="preserve"> (11</w:t>
      </w:r>
      <w:proofErr w:type="gramStart"/>
      <w:r w:rsidRPr="00007FCD">
        <w:rPr>
          <w:rFonts w:cs="Sakkal Majalla"/>
          <w:b/>
          <w:color w:val="000000" w:themeColor="text1"/>
          <w:sz w:val="38"/>
          <w:szCs w:val="38"/>
        </w:rPr>
        <w:t>)</w:t>
      </w:r>
      <w:r w:rsidRPr="00007FCD">
        <w:rPr>
          <w:rFonts w:cs="Sakkal Majalla" w:hint="cs"/>
          <w:b/>
          <w:color w:val="000000" w:themeColor="text1"/>
          <w:sz w:val="38"/>
          <w:szCs w:val="38"/>
          <w:rtl/>
        </w:rPr>
        <w:t xml:space="preserve"> </w:t>
      </w:r>
      <w:r w:rsidRPr="00007FCD">
        <w:rPr>
          <w:rFonts w:cs="Sakkal Majalla"/>
          <w:b/>
          <w:color w:val="000000" w:themeColor="text1"/>
          <w:sz w:val="38"/>
          <w:szCs w:val="38"/>
        </w:rPr>
        <w:t>:</w:t>
      </w:r>
      <w:proofErr w:type="gramEnd"/>
      <w:r w:rsidRPr="00007FCD">
        <w:rPr>
          <w:rFonts w:cs="Sakkal Majalla" w:hint="cs"/>
          <w:b/>
          <w:color w:val="000000" w:themeColor="text1"/>
          <w:sz w:val="38"/>
          <w:szCs w:val="38"/>
          <w:rtl/>
        </w:rPr>
        <w:t xml:space="preserve"> </w:t>
      </w:r>
      <w:r w:rsidRPr="00007FCD">
        <w:rPr>
          <w:rFonts w:cs="Sakkal Majalla"/>
          <w:b/>
          <w:color w:val="000000" w:themeColor="text1"/>
          <w:sz w:val="38"/>
          <w:szCs w:val="38"/>
        </w:rPr>
        <w:t xml:space="preserve"> </w:t>
      </w:r>
      <w:r w:rsidRPr="00007FCD">
        <w:rPr>
          <w:rFonts w:cs="Sakkal Majalla"/>
          <w:b/>
          <w:bCs/>
          <w:color w:val="000000" w:themeColor="text1"/>
          <w:sz w:val="38"/>
          <w:szCs w:val="38"/>
          <w:rtl/>
        </w:rPr>
        <w:t>أقسام</w:t>
      </w:r>
      <w:r w:rsidRPr="00007FCD">
        <w:rPr>
          <w:rFonts w:cs="Sakkal Majalla"/>
          <w:b/>
          <w:color w:val="000000" w:themeColor="text1"/>
          <w:sz w:val="38"/>
          <w:szCs w:val="38"/>
        </w:rPr>
        <w:t xml:space="preserve"> </w:t>
      </w:r>
      <w:r w:rsidRPr="00007FCD">
        <w:rPr>
          <w:rFonts w:cs="Sakkal Majalla"/>
          <w:b/>
          <w:bCs/>
          <w:color w:val="000000" w:themeColor="text1"/>
          <w:sz w:val="38"/>
          <w:szCs w:val="38"/>
          <w:rtl/>
        </w:rPr>
        <w:t>أداة</w:t>
      </w:r>
      <w:r w:rsidRPr="00007FCD">
        <w:rPr>
          <w:rFonts w:cs="Sakkal Majalla"/>
          <w:b/>
          <w:color w:val="000000" w:themeColor="text1"/>
          <w:sz w:val="38"/>
          <w:szCs w:val="38"/>
        </w:rPr>
        <w:t xml:space="preserve"> </w:t>
      </w:r>
      <w:r w:rsidRPr="00007FCD">
        <w:rPr>
          <w:rFonts w:cs="Sakkal Majalla"/>
          <w:b/>
          <w:bCs/>
          <w:color w:val="000000" w:themeColor="text1"/>
          <w:sz w:val="38"/>
          <w:szCs w:val="38"/>
          <w:rtl/>
        </w:rPr>
        <w:t>الدراسة</w:t>
      </w:r>
    </w:p>
    <w:tbl>
      <w:tblPr>
        <w:tblStyle w:val="aa"/>
        <w:bidiVisual/>
        <w:tblW w:w="0" w:type="auto"/>
        <w:tblLook w:val="04A0" w:firstRow="1" w:lastRow="0" w:firstColumn="1" w:lastColumn="0" w:noHBand="0" w:noVBand="1"/>
      </w:tblPr>
      <w:tblGrid>
        <w:gridCol w:w="1975"/>
        <w:gridCol w:w="6237"/>
        <w:gridCol w:w="1700"/>
      </w:tblGrid>
      <w:tr w:rsidR="00FD5E07" w:rsidRPr="00007FCD" w:rsidTr="00007FCD">
        <w:trPr>
          <w:tblHeader/>
        </w:trPr>
        <w:tc>
          <w:tcPr>
            <w:tcW w:w="1975" w:type="dxa"/>
            <w:shd w:val="clear" w:color="auto" w:fill="1F4E79"/>
            <w:vAlign w:val="center"/>
          </w:tcPr>
          <w:p w:rsidR="00FD5E07" w:rsidRPr="00007FCD" w:rsidRDefault="00FD5E07" w:rsidP="00007FCD">
            <w:pPr>
              <w:spacing w:before="0"/>
              <w:ind w:firstLine="0"/>
              <w:jc w:val="center"/>
              <w:rPr>
                <w:rFonts w:cs="Sakkal Majalla"/>
                <w:color w:val="FFFFFF" w:themeColor="background1"/>
                <w:sz w:val="36"/>
              </w:rPr>
            </w:pPr>
            <w:r w:rsidRPr="00007FCD">
              <w:rPr>
                <w:rFonts w:cs="Sakkal Majalla"/>
                <w:b/>
                <w:color w:val="FFFFFF" w:themeColor="background1"/>
                <w:sz w:val="36"/>
                <w:rtl/>
              </w:rPr>
              <w:t>القسم</w:t>
            </w:r>
          </w:p>
        </w:tc>
        <w:tc>
          <w:tcPr>
            <w:tcW w:w="6237" w:type="dxa"/>
            <w:shd w:val="clear" w:color="auto" w:fill="1F4E79"/>
            <w:vAlign w:val="center"/>
          </w:tcPr>
          <w:p w:rsidR="00FD5E07" w:rsidRPr="00007FCD" w:rsidRDefault="00FD5E07" w:rsidP="00007FCD">
            <w:pPr>
              <w:spacing w:before="0"/>
              <w:ind w:firstLine="0"/>
              <w:jc w:val="center"/>
              <w:rPr>
                <w:rFonts w:cs="Sakkal Majalla"/>
                <w:color w:val="FFFFFF" w:themeColor="background1"/>
                <w:sz w:val="36"/>
              </w:rPr>
            </w:pPr>
            <w:r w:rsidRPr="00007FCD">
              <w:rPr>
                <w:rFonts w:cs="Sakkal Majalla"/>
                <w:b/>
                <w:color w:val="FFFFFF" w:themeColor="background1"/>
                <w:sz w:val="36"/>
                <w:rtl/>
              </w:rPr>
              <w:t>المحتوى</w:t>
            </w:r>
          </w:p>
        </w:tc>
        <w:tc>
          <w:tcPr>
            <w:tcW w:w="1700" w:type="dxa"/>
            <w:shd w:val="clear" w:color="auto" w:fill="1F4E79"/>
            <w:vAlign w:val="center"/>
          </w:tcPr>
          <w:p w:rsidR="00FD5E07" w:rsidRPr="00007FCD" w:rsidRDefault="00FD5E07" w:rsidP="00007FCD">
            <w:pPr>
              <w:spacing w:before="0"/>
              <w:ind w:firstLine="0"/>
              <w:jc w:val="center"/>
              <w:rPr>
                <w:rFonts w:cs="Sakkal Majalla"/>
                <w:color w:val="FFFFFF" w:themeColor="background1"/>
                <w:sz w:val="36"/>
              </w:rPr>
            </w:pPr>
            <w:r w:rsidRPr="00007FCD">
              <w:rPr>
                <w:rFonts w:cs="Sakkal Majalla"/>
                <w:b/>
                <w:color w:val="FFFFFF" w:themeColor="background1"/>
                <w:sz w:val="36"/>
                <w:rtl/>
              </w:rPr>
              <w:t>عدد الفقرات</w:t>
            </w:r>
          </w:p>
        </w:tc>
      </w:tr>
      <w:tr w:rsidR="00FD5E07" w:rsidRPr="00007FCD" w:rsidTr="00007FCD">
        <w:tc>
          <w:tcPr>
            <w:tcW w:w="1975" w:type="dxa"/>
            <w:vAlign w:val="center"/>
          </w:tcPr>
          <w:p w:rsidR="00FD5E07" w:rsidRPr="00007FCD" w:rsidRDefault="00FD5E07" w:rsidP="00007FCD">
            <w:pPr>
              <w:spacing w:before="0"/>
              <w:ind w:firstLine="0"/>
              <w:jc w:val="center"/>
              <w:rPr>
                <w:rFonts w:cs="Sakkal Majalla"/>
                <w:color w:val="000000" w:themeColor="text1"/>
                <w:sz w:val="36"/>
              </w:rPr>
            </w:pPr>
            <w:r w:rsidRPr="00007FCD">
              <w:rPr>
                <w:rFonts w:cs="Sakkal Majalla"/>
                <w:color w:val="000000" w:themeColor="text1"/>
                <w:sz w:val="36"/>
                <w:rtl/>
              </w:rPr>
              <w:t>القسم الأول</w:t>
            </w:r>
          </w:p>
        </w:tc>
        <w:tc>
          <w:tcPr>
            <w:tcW w:w="6237" w:type="dxa"/>
            <w:vAlign w:val="center"/>
          </w:tcPr>
          <w:p w:rsidR="00FD5E07" w:rsidRPr="00007FCD" w:rsidRDefault="00FD5E07" w:rsidP="00007FCD">
            <w:pPr>
              <w:spacing w:before="0"/>
              <w:ind w:firstLine="0"/>
              <w:jc w:val="center"/>
              <w:rPr>
                <w:rFonts w:cs="Sakkal Majalla"/>
                <w:color w:val="000000" w:themeColor="text1"/>
                <w:sz w:val="36"/>
              </w:rPr>
            </w:pPr>
            <w:r w:rsidRPr="00007FCD">
              <w:rPr>
                <w:rFonts w:cs="Sakkal Majalla"/>
                <w:color w:val="000000" w:themeColor="text1"/>
                <w:sz w:val="36"/>
                <w:rtl/>
              </w:rPr>
              <w:t>البيانات الديموغرافية والتنظيمية: الجنس، العمر، المؤهل العلمي، سنوات الخبرة، حجم المنشأة، قطاع المنشأة.</w:t>
            </w:r>
          </w:p>
        </w:tc>
        <w:tc>
          <w:tcPr>
            <w:tcW w:w="1700" w:type="dxa"/>
            <w:vAlign w:val="center"/>
          </w:tcPr>
          <w:p w:rsidR="00FD5E07" w:rsidRPr="00007FCD" w:rsidRDefault="00FD5E07" w:rsidP="00007FCD">
            <w:pPr>
              <w:spacing w:before="0"/>
              <w:ind w:firstLine="0"/>
              <w:jc w:val="center"/>
              <w:rPr>
                <w:rFonts w:cs="Sakkal Majalla"/>
                <w:color w:val="000000" w:themeColor="text1"/>
                <w:sz w:val="36"/>
              </w:rPr>
            </w:pPr>
            <w:r w:rsidRPr="00007FCD">
              <w:rPr>
                <w:rFonts w:cs="Sakkal Majalla"/>
                <w:color w:val="000000" w:themeColor="text1"/>
                <w:sz w:val="36"/>
                <w:rtl/>
              </w:rPr>
              <w:t>6</w:t>
            </w:r>
          </w:p>
        </w:tc>
      </w:tr>
      <w:tr w:rsidR="00FD5E07" w:rsidRPr="00007FCD" w:rsidTr="00007FCD">
        <w:tc>
          <w:tcPr>
            <w:tcW w:w="1975" w:type="dxa"/>
            <w:shd w:val="clear" w:color="auto" w:fill="EDF4FA"/>
            <w:vAlign w:val="center"/>
          </w:tcPr>
          <w:p w:rsidR="00FD5E07" w:rsidRPr="00007FCD" w:rsidRDefault="00FD5E07" w:rsidP="00007FCD">
            <w:pPr>
              <w:spacing w:before="0"/>
              <w:ind w:firstLine="0"/>
              <w:jc w:val="center"/>
              <w:rPr>
                <w:rFonts w:cs="Sakkal Majalla"/>
                <w:color w:val="000000" w:themeColor="text1"/>
                <w:sz w:val="36"/>
              </w:rPr>
            </w:pPr>
            <w:r w:rsidRPr="00007FCD">
              <w:rPr>
                <w:rFonts w:cs="Sakkal Majalla"/>
                <w:color w:val="000000" w:themeColor="text1"/>
                <w:sz w:val="36"/>
                <w:rtl/>
              </w:rPr>
              <w:t>القسم الثاني</w:t>
            </w:r>
          </w:p>
        </w:tc>
        <w:tc>
          <w:tcPr>
            <w:tcW w:w="6237" w:type="dxa"/>
            <w:shd w:val="clear" w:color="auto" w:fill="EDF4FA"/>
            <w:vAlign w:val="center"/>
          </w:tcPr>
          <w:p w:rsidR="00FD5E07" w:rsidRPr="00007FCD" w:rsidRDefault="00FD5E07" w:rsidP="00007FCD">
            <w:pPr>
              <w:spacing w:before="0"/>
              <w:ind w:firstLine="0"/>
              <w:jc w:val="center"/>
              <w:rPr>
                <w:rFonts w:cs="Sakkal Majalla"/>
                <w:color w:val="000000" w:themeColor="text1"/>
                <w:sz w:val="36"/>
              </w:rPr>
            </w:pPr>
            <w:r w:rsidRPr="00007FCD">
              <w:rPr>
                <w:rFonts w:cs="Sakkal Majalla"/>
                <w:color w:val="000000" w:themeColor="text1"/>
                <w:sz w:val="36"/>
                <w:rtl/>
              </w:rPr>
              <w:t xml:space="preserve">القيادة التحويلية بأبعادها الأربعة: التأثير المثالي، التحفيز </w:t>
            </w:r>
            <w:proofErr w:type="spellStart"/>
            <w:r w:rsidRPr="00007FCD">
              <w:rPr>
                <w:rFonts w:cs="Sakkal Majalla"/>
                <w:color w:val="000000" w:themeColor="text1"/>
                <w:sz w:val="36"/>
                <w:rtl/>
              </w:rPr>
              <w:t>الإلهامي</w:t>
            </w:r>
            <w:proofErr w:type="spellEnd"/>
            <w:r w:rsidRPr="00007FCD">
              <w:rPr>
                <w:rFonts w:cs="Sakkal Majalla"/>
                <w:color w:val="000000" w:themeColor="text1"/>
                <w:sz w:val="36"/>
                <w:rtl/>
              </w:rPr>
              <w:t>، الاستثارة الفكرية، الاعتبار الفردي.</w:t>
            </w:r>
          </w:p>
        </w:tc>
        <w:tc>
          <w:tcPr>
            <w:tcW w:w="1700" w:type="dxa"/>
            <w:shd w:val="clear" w:color="auto" w:fill="EDF4FA"/>
            <w:vAlign w:val="center"/>
          </w:tcPr>
          <w:p w:rsidR="00FD5E07" w:rsidRPr="00007FCD" w:rsidRDefault="00FD5E07" w:rsidP="00007FCD">
            <w:pPr>
              <w:spacing w:before="0"/>
              <w:ind w:firstLine="0"/>
              <w:jc w:val="center"/>
              <w:rPr>
                <w:rFonts w:cs="Sakkal Majalla"/>
                <w:color w:val="000000" w:themeColor="text1"/>
                <w:sz w:val="36"/>
              </w:rPr>
            </w:pPr>
            <w:r w:rsidRPr="00007FCD">
              <w:rPr>
                <w:rFonts w:cs="Sakkal Majalla"/>
                <w:color w:val="000000" w:themeColor="text1"/>
                <w:sz w:val="36"/>
                <w:rtl/>
              </w:rPr>
              <w:t>20</w:t>
            </w:r>
          </w:p>
        </w:tc>
      </w:tr>
      <w:tr w:rsidR="00FD5E07" w:rsidRPr="00007FCD" w:rsidTr="00007FCD">
        <w:tc>
          <w:tcPr>
            <w:tcW w:w="1975" w:type="dxa"/>
            <w:vAlign w:val="center"/>
          </w:tcPr>
          <w:p w:rsidR="00FD5E07" w:rsidRPr="00007FCD" w:rsidRDefault="00FD5E07" w:rsidP="00007FCD">
            <w:pPr>
              <w:spacing w:before="0"/>
              <w:ind w:firstLine="0"/>
              <w:jc w:val="center"/>
              <w:rPr>
                <w:rFonts w:cs="Sakkal Majalla"/>
                <w:color w:val="000000" w:themeColor="text1"/>
                <w:sz w:val="36"/>
              </w:rPr>
            </w:pPr>
            <w:r w:rsidRPr="00007FCD">
              <w:rPr>
                <w:rFonts w:cs="Sakkal Majalla"/>
                <w:color w:val="000000" w:themeColor="text1"/>
                <w:sz w:val="36"/>
                <w:rtl/>
              </w:rPr>
              <w:t>القسم الثالث</w:t>
            </w:r>
          </w:p>
        </w:tc>
        <w:tc>
          <w:tcPr>
            <w:tcW w:w="6237" w:type="dxa"/>
            <w:vAlign w:val="center"/>
          </w:tcPr>
          <w:p w:rsidR="00FD5E07" w:rsidRPr="00007FCD" w:rsidRDefault="00FD5E07" w:rsidP="00007FCD">
            <w:pPr>
              <w:spacing w:before="0"/>
              <w:ind w:firstLine="0"/>
              <w:jc w:val="center"/>
              <w:rPr>
                <w:rFonts w:cs="Sakkal Majalla"/>
                <w:color w:val="000000" w:themeColor="text1"/>
                <w:sz w:val="36"/>
              </w:rPr>
            </w:pPr>
            <w:r w:rsidRPr="00007FCD">
              <w:rPr>
                <w:rFonts w:cs="Sakkal Majalla"/>
                <w:color w:val="000000" w:themeColor="text1"/>
                <w:sz w:val="36"/>
                <w:rtl/>
              </w:rPr>
              <w:t>الإبداع التنظيمي بأبعاده الخمسة: توليد الأفكار، الأصالة، المرونة، المبادرة، تبني الأفكار.</w:t>
            </w:r>
          </w:p>
        </w:tc>
        <w:tc>
          <w:tcPr>
            <w:tcW w:w="1700" w:type="dxa"/>
            <w:vAlign w:val="center"/>
          </w:tcPr>
          <w:p w:rsidR="00FD5E07" w:rsidRPr="00007FCD" w:rsidRDefault="00FD5E07" w:rsidP="00007FCD">
            <w:pPr>
              <w:spacing w:before="0"/>
              <w:ind w:firstLine="0"/>
              <w:jc w:val="center"/>
              <w:rPr>
                <w:rFonts w:cs="Sakkal Majalla"/>
                <w:color w:val="000000" w:themeColor="text1"/>
                <w:sz w:val="36"/>
              </w:rPr>
            </w:pPr>
            <w:r w:rsidRPr="00007FCD">
              <w:rPr>
                <w:rFonts w:cs="Sakkal Majalla"/>
                <w:color w:val="000000" w:themeColor="text1"/>
                <w:sz w:val="36"/>
                <w:rtl/>
              </w:rPr>
              <w:t>20</w:t>
            </w:r>
          </w:p>
        </w:tc>
      </w:tr>
      <w:tr w:rsidR="00FD5E07" w:rsidRPr="00007FCD" w:rsidTr="00007FCD">
        <w:tc>
          <w:tcPr>
            <w:tcW w:w="1975" w:type="dxa"/>
            <w:shd w:val="clear" w:color="auto" w:fill="EDF4FA"/>
            <w:vAlign w:val="center"/>
          </w:tcPr>
          <w:p w:rsidR="00FD5E07" w:rsidRPr="00007FCD" w:rsidRDefault="00FD5E07" w:rsidP="00007FCD">
            <w:pPr>
              <w:spacing w:before="0"/>
              <w:ind w:firstLine="0"/>
              <w:jc w:val="center"/>
              <w:rPr>
                <w:rFonts w:cs="Sakkal Majalla"/>
                <w:color w:val="000000" w:themeColor="text1"/>
                <w:sz w:val="36"/>
              </w:rPr>
            </w:pPr>
            <w:r w:rsidRPr="00007FCD">
              <w:rPr>
                <w:rFonts w:cs="Sakkal Majalla"/>
                <w:color w:val="000000" w:themeColor="text1"/>
                <w:sz w:val="36"/>
                <w:rtl/>
              </w:rPr>
              <w:t>المجموع</w:t>
            </w:r>
          </w:p>
        </w:tc>
        <w:tc>
          <w:tcPr>
            <w:tcW w:w="6237" w:type="dxa"/>
            <w:shd w:val="clear" w:color="auto" w:fill="EDF4FA"/>
            <w:vAlign w:val="center"/>
          </w:tcPr>
          <w:p w:rsidR="00FD5E07" w:rsidRPr="00007FCD" w:rsidRDefault="00FD5E07" w:rsidP="00007FCD">
            <w:pPr>
              <w:spacing w:before="0"/>
              <w:ind w:firstLine="0"/>
              <w:jc w:val="center"/>
              <w:rPr>
                <w:rFonts w:cs="Sakkal Majalla"/>
                <w:color w:val="000000" w:themeColor="text1"/>
                <w:sz w:val="36"/>
              </w:rPr>
            </w:pPr>
            <w:r w:rsidRPr="00007FCD">
              <w:rPr>
                <w:rFonts w:cs="Sakkal Majalla"/>
                <w:color w:val="000000" w:themeColor="text1"/>
                <w:sz w:val="36"/>
                <w:rtl/>
              </w:rPr>
              <w:t>البيانات العامة + فقرات القياس.</w:t>
            </w:r>
          </w:p>
        </w:tc>
        <w:tc>
          <w:tcPr>
            <w:tcW w:w="1700" w:type="dxa"/>
            <w:shd w:val="clear" w:color="auto" w:fill="EDF4FA"/>
            <w:vAlign w:val="center"/>
          </w:tcPr>
          <w:p w:rsidR="00FD5E07" w:rsidRPr="00007FCD" w:rsidRDefault="00FD5E07" w:rsidP="00007FCD">
            <w:pPr>
              <w:spacing w:before="0"/>
              <w:ind w:firstLine="0"/>
              <w:jc w:val="center"/>
              <w:rPr>
                <w:rFonts w:cs="Sakkal Majalla"/>
                <w:color w:val="000000" w:themeColor="text1"/>
                <w:sz w:val="36"/>
              </w:rPr>
            </w:pPr>
            <w:r w:rsidRPr="00007FCD">
              <w:rPr>
                <w:rFonts w:cs="Sakkal Majalla"/>
                <w:color w:val="000000" w:themeColor="text1"/>
                <w:sz w:val="36"/>
                <w:rtl/>
              </w:rPr>
              <w:t>46</w:t>
            </w:r>
          </w:p>
        </w:tc>
      </w:tr>
    </w:tbl>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lastRenderedPageBreak/>
        <w:t xml:space="preserve">استخدمت الاستبانة مقياس </w:t>
      </w:r>
      <w:proofErr w:type="spellStart"/>
      <w:r w:rsidRPr="005117ED">
        <w:rPr>
          <w:rFonts w:cs="Sakkal Majalla"/>
          <w:color w:val="000000" w:themeColor="text1"/>
          <w:sz w:val="38"/>
          <w:szCs w:val="38"/>
          <w:rtl/>
        </w:rPr>
        <w:t>ليكرت</w:t>
      </w:r>
      <w:proofErr w:type="spellEnd"/>
      <w:r w:rsidRPr="005117ED">
        <w:rPr>
          <w:rFonts w:cs="Sakkal Majalla"/>
          <w:color w:val="000000" w:themeColor="text1"/>
          <w:sz w:val="38"/>
          <w:szCs w:val="38"/>
          <w:rtl/>
        </w:rPr>
        <w:t xml:space="preserve"> الخماسي كما يأتي: موافق بشدة = 5، موافق = 4، محايد = 3، غير موافق = 2، غير موافق بشدة = 1. وتم تفسير المتوسطات وفق المدى الآتي: من 1.00 إلى 2.33 مستوى منخفض، ومن 2.34 إلى 3.66 مستوى متوسط، ومن 3.67 إلى 5.00 مستوى مرتفع.</w:t>
      </w:r>
    </w:p>
    <w:p w:rsidR="00FD5E07" w:rsidRPr="005117ED" w:rsidRDefault="00FD5E07" w:rsidP="00FD5E07">
      <w:pPr>
        <w:spacing w:before="0"/>
        <w:ind w:firstLine="0"/>
        <w:jc w:val="left"/>
        <w:outlineLvl w:val="0"/>
        <w:rPr>
          <w:rFonts w:eastAsia="Times New Roman" w:cs="Sakkal Majalla"/>
          <w:b/>
          <w:bCs/>
          <w:color w:val="000000" w:themeColor="text1"/>
          <w:sz w:val="40"/>
          <w:szCs w:val="40"/>
        </w:rPr>
      </w:pPr>
      <w:bookmarkStart w:id="59" w:name="_Toc233322007"/>
      <w:r w:rsidRPr="005117ED">
        <w:rPr>
          <w:rFonts w:eastAsia="Times New Roman" w:cs="Sakkal Majalla"/>
          <w:b/>
          <w:bCs/>
          <w:color w:val="000000" w:themeColor="text1"/>
          <w:sz w:val="40"/>
          <w:szCs w:val="40"/>
          <w:rtl/>
        </w:rPr>
        <w:t>رابعًا: صدق الأداة وثباتها</w:t>
      </w:r>
      <w:bookmarkEnd w:id="59"/>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 xml:space="preserve">تم التحقق من صدق المحتوى من خلال عرض الاستبانة على مجموعة من المحكمين المتخصصين في الإدارة والسلوك التنظيمي ومناهج البحث؛ للتأكد من مناسبة الفقرات ووضوحها وانتمائها لمحاورها. كما تم التحقق من الاتساق الداخلي بحساب معاملات الارتباط بين كل فقرة والمحور الذي تنتمي إليه. أما الثبات فتم التحقق منه باستخدام معامل </w:t>
      </w:r>
      <w:proofErr w:type="spellStart"/>
      <w:r w:rsidRPr="005117ED">
        <w:rPr>
          <w:rFonts w:cs="Sakkal Majalla"/>
          <w:color w:val="000000" w:themeColor="text1"/>
          <w:sz w:val="38"/>
          <w:szCs w:val="38"/>
          <w:rtl/>
        </w:rPr>
        <w:t>كرونباخ</w:t>
      </w:r>
      <w:proofErr w:type="spellEnd"/>
      <w:r w:rsidRPr="005117ED">
        <w:rPr>
          <w:rFonts w:cs="Sakkal Majalla"/>
          <w:color w:val="000000" w:themeColor="text1"/>
          <w:sz w:val="38"/>
          <w:szCs w:val="38"/>
          <w:rtl/>
        </w:rPr>
        <w:t xml:space="preserve"> ألفا، وهو من أشهر مقاييس ثبات أدوات القياس متعددة الفقرات (</w:t>
      </w:r>
      <w:proofErr w:type="spellStart"/>
      <w:r w:rsidRPr="005117ED">
        <w:rPr>
          <w:rFonts w:cs="Sakkal Majalla"/>
          <w:color w:val="000000" w:themeColor="text1"/>
          <w:sz w:val="38"/>
          <w:szCs w:val="38"/>
          <w:rtl/>
        </w:rPr>
        <w:t>Cronbach</w:t>
      </w:r>
      <w:proofErr w:type="spellEnd"/>
      <w:r w:rsidRPr="005117ED">
        <w:rPr>
          <w:rFonts w:cs="Sakkal Majalla"/>
          <w:color w:val="000000" w:themeColor="text1"/>
          <w:sz w:val="38"/>
          <w:szCs w:val="38"/>
          <w:rtl/>
        </w:rPr>
        <w:t>، 1951).</w:t>
      </w:r>
    </w:p>
    <w:p w:rsidR="00007FCD" w:rsidRDefault="00007FCD" w:rsidP="00007FCD">
      <w:pPr>
        <w:jc w:val="center"/>
      </w:pPr>
      <w:r w:rsidRPr="00007FCD">
        <w:rPr>
          <w:b/>
          <w:bCs/>
          <w:rtl/>
        </w:rPr>
        <w:t>جدول</w:t>
      </w:r>
      <w:r w:rsidRPr="00007FCD">
        <w:rPr>
          <w:b/>
        </w:rPr>
        <w:t xml:space="preserve"> (12</w:t>
      </w:r>
      <w:proofErr w:type="gramStart"/>
      <w:r w:rsidRPr="00007FCD">
        <w:rPr>
          <w:b/>
        </w:rPr>
        <w:t>)</w:t>
      </w:r>
      <w:r>
        <w:rPr>
          <w:rFonts w:hint="cs"/>
          <w:b/>
          <w:rtl/>
        </w:rPr>
        <w:t xml:space="preserve"> </w:t>
      </w:r>
      <w:r w:rsidRPr="00007FCD">
        <w:rPr>
          <w:b/>
        </w:rPr>
        <w:t>:</w:t>
      </w:r>
      <w:proofErr w:type="gramEnd"/>
      <w:r>
        <w:rPr>
          <w:rFonts w:hint="cs"/>
          <w:b/>
          <w:rtl/>
        </w:rPr>
        <w:t xml:space="preserve"> </w:t>
      </w:r>
      <w:r w:rsidRPr="00007FCD">
        <w:rPr>
          <w:b/>
        </w:rPr>
        <w:t xml:space="preserve"> </w:t>
      </w:r>
      <w:r w:rsidRPr="00007FCD">
        <w:rPr>
          <w:b/>
          <w:bCs/>
          <w:rtl/>
        </w:rPr>
        <w:t>مؤشرات</w:t>
      </w:r>
      <w:r w:rsidRPr="00007FCD">
        <w:rPr>
          <w:b/>
        </w:rPr>
        <w:t xml:space="preserve"> </w:t>
      </w:r>
      <w:r w:rsidRPr="00007FCD">
        <w:rPr>
          <w:b/>
          <w:bCs/>
          <w:rtl/>
        </w:rPr>
        <w:t>الاتساق</w:t>
      </w:r>
      <w:r w:rsidRPr="00007FCD">
        <w:rPr>
          <w:b/>
        </w:rPr>
        <w:t xml:space="preserve"> </w:t>
      </w:r>
      <w:r w:rsidRPr="00007FCD">
        <w:rPr>
          <w:b/>
          <w:bCs/>
          <w:rtl/>
        </w:rPr>
        <w:t>الداخلي</w:t>
      </w:r>
      <w:r w:rsidRPr="00007FCD">
        <w:rPr>
          <w:b/>
        </w:rPr>
        <w:t xml:space="preserve"> </w:t>
      </w:r>
      <w:r w:rsidRPr="00007FCD">
        <w:rPr>
          <w:b/>
          <w:bCs/>
          <w:rtl/>
        </w:rPr>
        <w:t>لفقرات</w:t>
      </w:r>
      <w:r w:rsidRPr="00007FCD">
        <w:rPr>
          <w:b/>
        </w:rPr>
        <w:t xml:space="preserve"> </w:t>
      </w:r>
      <w:r w:rsidRPr="00007FCD">
        <w:rPr>
          <w:b/>
          <w:bCs/>
          <w:rtl/>
        </w:rPr>
        <w:t>الأداة</w:t>
      </w:r>
    </w:p>
    <w:tbl>
      <w:tblPr>
        <w:tblStyle w:val="aa"/>
        <w:bidiVisual/>
        <w:tblW w:w="0" w:type="auto"/>
        <w:tblLook w:val="04A0" w:firstRow="1" w:lastRow="0" w:firstColumn="1" w:lastColumn="0" w:noHBand="0" w:noVBand="1"/>
      </w:tblPr>
      <w:tblGrid>
        <w:gridCol w:w="1985"/>
        <w:gridCol w:w="1983"/>
        <w:gridCol w:w="1981"/>
        <w:gridCol w:w="1981"/>
        <w:gridCol w:w="1982"/>
      </w:tblGrid>
      <w:tr w:rsidR="00FD5E07" w:rsidRPr="005117ED" w:rsidTr="00007FCD">
        <w:trPr>
          <w:tblHeader/>
        </w:trPr>
        <w:tc>
          <w:tcPr>
            <w:tcW w:w="1985" w:type="dxa"/>
            <w:shd w:val="clear" w:color="auto" w:fill="222A35" w:themeFill="text2" w:themeFillShade="80"/>
            <w:vAlign w:val="center"/>
          </w:tcPr>
          <w:p w:rsidR="00FD5E07" w:rsidRPr="00007FCD" w:rsidRDefault="00FD5E07" w:rsidP="00007FCD">
            <w:pPr>
              <w:spacing w:before="0"/>
              <w:ind w:firstLine="0"/>
              <w:jc w:val="center"/>
              <w:rPr>
                <w:rFonts w:cs="Sakkal Majalla"/>
                <w:color w:val="FFFFFF" w:themeColor="background1"/>
                <w:sz w:val="38"/>
                <w:szCs w:val="38"/>
              </w:rPr>
            </w:pPr>
            <w:r w:rsidRPr="00007FCD">
              <w:rPr>
                <w:rFonts w:cs="Sakkal Majalla"/>
                <w:b/>
                <w:color w:val="FFFFFF" w:themeColor="background1"/>
                <w:sz w:val="38"/>
                <w:szCs w:val="38"/>
                <w:rtl/>
              </w:rPr>
              <w:t>المحور</w:t>
            </w:r>
          </w:p>
        </w:tc>
        <w:tc>
          <w:tcPr>
            <w:tcW w:w="1983" w:type="dxa"/>
            <w:shd w:val="clear" w:color="auto" w:fill="222A35" w:themeFill="text2" w:themeFillShade="80"/>
            <w:vAlign w:val="center"/>
          </w:tcPr>
          <w:p w:rsidR="00FD5E07" w:rsidRPr="00007FCD" w:rsidRDefault="00FD5E07" w:rsidP="00007FCD">
            <w:pPr>
              <w:spacing w:before="0"/>
              <w:ind w:firstLine="0"/>
              <w:jc w:val="center"/>
              <w:rPr>
                <w:rFonts w:cs="Sakkal Majalla"/>
                <w:color w:val="FFFFFF" w:themeColor="background1"/>
                <w:sz w:val="38"/>
                <w:szCs w:val="38"/>
              </w:rPr>
            </w:pPr>
            <w:r w:rsidRPr="00007FCD">
              <w:rPr>
                <w:rFonts w:cs="Sakkal Majalla"/>
                <w:b/>
                <w:color w:val="FFFFFF" w:themeColor="background1"/>
                <w:sz w:val="38"/>
                <w:szCs w:val="38"/>
                <w:rtl/>
              </w:rPr>
              <w:t>عدد الفقرات</w:t>
            </w:r>
          </w:p>
        </w:tc>
        <w:tc>
          <w:tcPr>
            <w:tcW w:w="1981" w:type="dxa"/>
            <w:shd w:val="clear" w:color="auto" w:fill="222A35" w:themeFill="text2" w:themeFillShade="80"/>
            <w:vAlign w:val="center"/>
          </w:tcPr>
          <w:p w:rsidR="00FD5E07" w:rsidRPr="00007FCD" w:rsidRDefault="00FD5E07" w:rsidP="00007FCD">
            <w:pPr>
              <w:spacing w:before="0"/>
              <w:ind w:firstLine="0"/>
              <w:jc w:val="center"/>
              <w:rPr>
                <w:rFonts w:cs="Sakkal Majalla"/>
                <w:color w:val="FFFFFF" w:themeColor="background1"/>
                <w:sz w:val="38"/>
                <w:szCs w:val="38"/>
              </w:rPr>
            </w:pPr>
            <w:r w:rsidRPr="00007FCD">
              <w:rPr>
                <w:rFonts w:cs="Sakkal Majalla"/>
                <w:b/>
                <w:color w:val="FFFFFF" w:themeColor="background1"/>
                <w:sz w:val="38"/>
                <w:szCs w:val="38"/>
                <w:rtl/>
              </w:rPr>
              <w:t>أدنى ارتباط</w:t>
            </w:r>
          </w:p>
        </w:tc>
        <w:tc>
          <w:tcPr>
            <w:tcW w:w="1981" w:type="dxa"/>
            <w:shd w:val="clear" w:color="auto" w:fill="222A35" w:themeFill="text2" w:themeFillShade="80"/>
            <w:vAlign w:val="center"/>
          </w:tcPr>
          <w:p w:rsidR="00FD5E07" w:rsidRPr="00007FCD" w:rsidRDefault="00FD5E07" w:rsidP="00007FCD">
            <w:pPr>
              <w:spacing w:before="0"/>
              <w:ind w:firstLine="0"/>
              <w:jc w:val="center"/>
              <w:rPr>
                <w:rFonts w:cs="Sakkal Majalla"/>
                <w:color w:val="FFFFFF" w:themeColor="background1"/>
                <w:sz w:val="38"/>
                <w:szCs w:val="38"/>
              </w:rPr>
            </w:pPr>
            <w:r w:rsidRPr="00007FCD">
              <w:rPr>
                <w:rFonts w:cs="Sakkal Majalla"/>
                <w:b/>
                <w:color w:val="FFFFFF" w:themeColor="background1"/>
                <w:sz w:val="38"/>
                <w:szCs w:val="38"/>
                <w:rtl/>
              </w:rPr>
              <w:t>أعلى ارتباط</w:t>
            </w:r>
          </w:p>
        </w:tc>
        <w:tc>
          <w:tcPr>
            <w:tcW w:w="1982" w:type="dxa"/>
            <w:shd w:val="clear" w:color="auto" w:fill="222A35" w:themeFill="text2" w:themeFillShade="80"/>
            <w:vAlign w:val="center"/>
          </w:tcPr>
          <w:p w:rsidR="00FD5E07" w:rsidRPr="00007FCD" w:rsidRDefault="00FD5E07" w:rsidP="00007FCD">
            <w:pPr>
              <w:spacing w:before="0"/>
              <w:ind w:firstLine="0"/>
              <w:jc w:val="center"/>
              <w:rPr>
                <w:rFonts w:cs="Sakkal Majalla"/>
                <w:color w:val="FFFFFF" w:themeColor="background1"/>
                <w:sz w:val="38"/>
                <w:szCs w:val="38"/>
              </w:rPr>
            </w:pPr>
            <w:r w:rsidRPr="00007FCD">
              <w:rPr>
                <w:rFonts w:cs="Sakkal Majalla"/>
                <w:b/>
                <w:color w:val="FFFFFF" w:themeColor="background1"/>
                <w:sz w:val="38"/>
                <w:szCs w:val="38"/>
                <w:rtl/>
              </w:rPr>
              <w:t>الدلالة</w:t>
            </w:r>
          </w:p>
        </w:tc>
      </w:tr>
      <w:tr w:rsidR="00FD5E07" w:rsidRPr="005117ED" w:rsidTr="00007FCD">
        <w:tc>
          <w:tcPr>
            <w:tcW w:w="1985"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التأثير</w:t>
            </w:r>
            <w:r w:rsidRPr="005117ED">
              <w:rPr>
                <w:rFonts w:cs="Sakkal Majalla"/>
                <w:color w:val="000000" w:themeColor="text1"/>
                <w:sz w:val="38"/>
                <w:szCs w:val="38"/>
              </w:rPr>
              <w:t xml:space="preserve"> </w:t>
            </w:r>
            <w:r w:rsidRPr="005117ED">
              <w:rPr>
                <w:rFonts w:cs="Sakkal Majalla"/>
                <w:color w:val="000000" w:themeColor="text1"/>
                <w:sz w:val="38"/>
                <w:szCs w:val="38"/>
                <w:rtl/>
              </w:rPr>
              <w:t>المثالي</w:t>
            </w:r>
          </w:p>
        </w:tc>
        <w:tc>
          <w:tcPr>
            <w:tcW w:w="1983"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Pr>
              <w:t>5</w:t>
            </w:r>
          </w:p>
        </w:tc>
        <w:tc>
          <w:tcPr>
            <w:tcW w:w="1981"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Pr>
              <w:t>0.558</w:t>
            </w:r>
          </w:p>
        </w:tc>
        <w:tc>
          <w:tcPr>
            <w:tcW w:w="1981"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Pr>
              <w:t>0.637</w:t>
            </w:r>
          </w:p>
        </w:tc>
        <w:tc>
          <w:tcPr>
            <w:tcW w:w="1982"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دالة</w:t>
            </w:r>
            <w:r w:rsidRPr="005117ED">
              <w:rPr>
                <w:rFonts w:cs="Sakkal Majalla"/>
                <w:color w:val="000000" w:themeColor="text1"/>
                <w:sz w:val="38"/>
                <w:szCs w:val="38"/>
              </w:rPr>
              <w:t xml:space="preserve"> </w:t>
            </w:r>
            <w:r w:rsidRPr="005117ED">
              <w:rPr>
                <w:rFonts w:cs="Sakkal Majalla"/>
                <w:color w:val="000000" w:themeColor="text1"/>
                <w:sz w:val="38"/>
                <w:szCs w:val="38"/>
                <w:rtl/>
              </w:rPr>
              <w:t>عند</w:t>
            </w:r>
            <w:r w:rsidRPr="005117ED">
              <w:rPr>
                <w:rFonts w:cs="Sakkal Majalla"/>
                <w:color w:val="000000" w:themeColor="text1"/>
                <w:sz w:val="38"/>
                <w:szCs w:val="38"/>
              </w:rPr>
              <w:t xml:space="preserve"> 0.01</w:t>
            </w:r>
          </w:p>
        </w:tc>
      </w:tr>
      <w:tr w:rsidR="00FD5E07" w:rsidRPr="005117ED" w:rsidTr="00007FCD">
        <w:tc>
          <w:tcPr>
            <w:tcW w:w="1985" w:type="dxa"/>
            <w:shd w:val="clear" w:color="auto" w:fill="EDF4F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التحفيز</w:t>
            </w:r>
            <w:r w:rsidRPr="005117ED">
              <w:rPr>
                <w:rFonts w:cs="Sakkal Majalla"/>
                <w:color w:val="000000" w:themeColor="text1"/>
                <w:sz w:val="38"/>
                <w:szCs w:val="38"/>
              </w:rPr>
              <w:t xml:space="preserve"> </w:t>
            </w:r>
            <w:proofErr w:type="spellStart"/>
            <w:r w:rsidRPr="005117ED">
              <w:rPr>
                <w:rFonts w:cs="Sakkal Majalla"/>
                <w:color w:val="000000" w:themeColor="text1"/>
                <w:sz w:val="38"/>
                <w:szCs w:val="38"/>
                <w:rtl/>
              </w:rPr>
              <w:t>الإلهامي</w:t>
            </w:r>
            <w:proofErr w:type="spellEnd"/>
          </w:p>
        </w:tc>
        <w:tc>
          <w:tcPr>
            <w:tcW w:w="1983" w:type="dxa"/>
            <w:shd w:val="clear" w:color="auto" w:fill="EDF4F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Pr>
              <w:t>5</w:t>
            </w:r>
          </w:p>
        </w:tc>
        <w:tc>
          <w:tcPr>
            <w:tcW w:w="1981" w:type="dxa"/>
            <w:shd w:val="clear" w:color="auto" w:fill="EDF4F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Pr>
              <w:t>0.603</w:t>
            </w:r>
          </w:p>
        </w:tc>
        <w:tc>
          <w:tcPr>
            <w:tcW w:w="1981" w:type="dxa"/>
            <w:shd w:val="clear" w:color="auto" w:fill="EDF4F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Pr>
              <w:t>0.666</w:t>
            </w:r>
          </w:p>
        </w:tc>
        <w:tc>
          <w:tcPr>
            <w:tcW w:w="1982" w:type="dxa"/>
            <w:shd w:val="clear" w:color="auto" w:fill="EDF4F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دالة</w:t>
            </w:r>
            <w:r w:rsidRPr="005117ED">
              <w:rPr>
                <w:rFonts w:cs="Sakkal Majalla"/>
                <w:color w:val="000000" w:themeColor="text1"/>
                <w:sz w:val="38"/>
                <w:szCs w:val="38"/>
              </w:rPr>
              <w:t xml:space="preserve"> </w:t>
            </w:r>
            <w:r w:rsidRPr="005117ED">
              <w:rPr>
                <w:rFonts w:cs="Sakkal Majalla"/>
                <w:color w:val="000000" w:themeColor="text1"/>
                <w:sz w:val="38"/>
                <w:szCs w:val="38"/>
                <w:rtl/>
              </w:rPr>
              <w:t>عند</w:t>
            </w:r>
            <w:r w:rsidRPr="005117ED">
              <w:rPr>
                <w:rFonts w:cs="Sakkal Majalla"/>
                <w:color w:val="000000" w:themeColor="text1"/>
                <w:sz w:val="38"/>
                <w:szCs w:val="38"/>
              </w:rPr>
              <w:t xml:space="preserve"> 0.01</w:t>
            </w:r>
          </w:p>
        </w:tc>
      </w:tr>
      <w:tr w:rsidR="00FD5E07" w:rsidRPr="005117ED" w:rsidTr="00007FCD">
        <w:tc>
          <w:tcPr>
            <w:tcW w:w="1985"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الاستثارة</w:t>
            </w:r>
            <w:r w:rsidRPr="005117ED">
              <w:rPr>
                <w:rFonts w:cs="Sakkal Majalla"/>
                <w:color w:val="000000" w:themeColor="text1"/>
                <w:sz w:val="38"/>
                <w:szCs w:val="38"/>
              </w:rPr>
              <w:t xml:space="preserve"> </w:t>
            </w:r>
            <w:r w:rsidRPr="005117ED">
              <w:rPr>
                <w:rFonts w:cs="Sakkal Majalla"/>
                <w:color w:val="000000" w:themeColor="text1"/>
                <w:sz w:val="38"/>
                <w:szCs w:val="38"/>
                <w:rtl/>
              </w:rPr>
              <w:t>الفكرية</w:t>
            </w:r>
          </w:p>
        </w:tc>
        <w:tc>
          <w:tcPr>
            <w:tcW w:w="1983"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Pr>
              <w:t>5</w:t>
            </w:r>
          </w:p>
        </w:tc>
        <w:tc>
          <w:tcPr>
            <w:tcW w:w="1981"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Pr>
              <w:t>0.643</w:t>
            </w:r>
          </w:p>
        </w:tc>
        <w:tc>
          <w:tcPr>
            <w:tcW w:w="1981"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Pr>
              <w:t>0.670</w:t>
            </w:r>
          </w:p>
        </w:tc>
        <w:tc>
          <w:tcPr>
            <w:tcW w:w="1982"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دالة</w:t>
            </w:r>
            <w:r w:rsidRPr="005117ED">
              <w:rPr>
                <w:rFonts w:cs="Sakkal Majalla"/>
                <w:color w:val="000000" w:themeColor="text1"/>
                <w:sz w:val="38"/>
                <w:szCs w:val="38"/>
              </w:rPr>
              <w:t xml:space="preserve"> </w:t>
            </w:r>
            <w:r w:rsidRPr="005117ED">
              <w:rPr>
                <w:rFonts w:cs="Sakkal Majalla"/>
                <w:color w:val="000000" w:themeColor="text1"/>
                <w:sz w:val="38"/>
                <w:szCs w:val="38"/>
                <w:rtl/>
              </w:rPr>
              <w:t>عند</w:t>
            </w:r>
            <w:r w:rsidRPr="005117ED">
              <w:rPr>
                <w:rFonts w:cs="Sakkal Majalla"/>
                <w:color w:val="000000" w:themeColor="text1"/>
                <w:sz w:val="38"/>
                <w:szCs w:val="38"/>
              </w:rPr>
              <w:t xml:space="preserve"> 0.01</w:t>
            </w:r>
          </w:p>
        </w:tc>
      </w:tr>
      <w:tr w:rsidR="00FD5E07" w:rsidRPr="005117ED" w:rsidTr="00007FCD">
        <w:tc>
          <w:tcPr>
            <w:tcW w:w="1985" w:type="dxa"/>
            <w:shd w:val="clear" w:color="auto" w:fill="EDF4F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الاعتبار</w:t>
            </w:r>
            <w:r w:rsidRPr="005117ED">
              <w:rPr>
                <w:rFonts w:cs="Sakkal Majalla"/>
                <w:color w:val="000000" w:themeColor="text1"/>
                <w:sz w:val="38"/>
                <w:szCs w:val="38"/>
              </w:rPr>
              <w:t xml:space="preserve"> </w:t>
            </w:r>
            <w:r w:rsidRPr="005117ED">
              <w:rPr>
                <w:rFonts w:cs="Sakkal Majalla"/>
                <w:color w:val="000000" w:themeColor="text1"/>
                <w:sz w:val="38"/>
                <w:szCs w:val="38"/>
                <w:rtl/>
              </w:rPr>
              <w:t>الفردي</w:t>
            </w:r>
          </w:p>
        </w:tc>
        <w:tc>
          <w:tcPr>
            <w:tcW w:w="1983" w:type="dxa"/>
            <w:shd w:val="clear" w:color="auto" w:fill="EDF4F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Pr>
              <w:t>5</w:t>
            </w:r>
          </w:p>
        </w:tc>
        <w:tc>
          <w:tcPr>
            <w:tcW w:w="1981" w:type="dxa"/>
            <w:shd w:val="clear" w:color="auto" w:fill="EDF4F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Pr>
              <w:t>0.542</w:t>
            </w:r>
          </w:p>
        </w:tc>
        <w:tc>
          <w:tcPr>
            <w:tcW w:w="1981" w:type="dxa"/>
            <w:shd w:val="clear" w:color="auto" w:fill="EDF4F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Pr>
              <w:t>0.636</w:t>
            </w:r>
          </w:p>
        </w:tc>
        <w:tc>
          <w:tcPr>
            <w:tcW w:w="1982" w:type="dxa"/>
            <w:shd w:val="clear" w:color="auto" w:fill="EDF4F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دالة</w:t>
            </w:r>
            <w:r w:rsidRPr="005117ED">
              <w:rPr>
                <w:rFonts w:cs="Sakkal Majalla"/>
                <w:color w:val="000000" w:themeColor="text1"/>
                <w:sz w:val="38"/>
                <w:szCs w:val="38"/>
              </w:rPr>
              <w:t xml:space="preserve"> </w:t>
            </w:r>
            <w:r w:rsidRPr="005117ED">
              <w:rPr>
                <w:rFonts w:cs="Sakkal Majalla"/>
                <w:color w:val="000000" w:themeColor="text1"/>
                <w:sz w:val="38"/>
                <w:szCs w:val="38"/>
                <w:rtl/>
              </w:rPr>
              <w:t>عند</w:t>
            </w:r>
            <w:r w:rsidRPr="005117ED">
              <w:rPr>
                <w:rFonts w:cs="Sakkal Majalla"/>
                <w:color w:val="000000" w:themeColor="text1"/>
                <w:sz w:val="38"/>
                <w:szCs w:val="38"/>
              </w:rPr>
              <w:t xml:space="preserve"> 0.01</w:t>
            </w:r>
          </w:p>
        </w:tc>
      </w:tr>
      <w:tr w:rsidR="00FD5E07" w:rsidRPr="005117ED" w:rsidTr="00007FCD">
        <w:tc>
          <w:tcPr>
            <w:tcW w:w="1985"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توليد</w:t>
            </w:r>
            <w:r w:rsidRPr="005117ED">
              <w:rPr>
                <w:rFonts w:cs="Sakkal Majalla"/>
                <w:color w:val="000000" w:themeColor="text1"/>
                <w:sz w:val="38"/>
                <w:szCs w:val="38"/>
              </w:rPr>
              <w:t xml:space="preserve"> </w:t>
            </w:r>
            <w:r w:rsidRPr="005117ED">
              <w:rPr>
                <w:rFonts w:cs="Sakkal Majalla"/>
                <w:color w:val="000000" w:themeColor="text1"/>
                <w:sz w:val="38"/>
                <w:szCs w:val="38"/>
                <w:rtl/>
              </w:rPr>
              <w:t>الأفكار</w:t>
            </w:r>
          </w:p>
        </w:tc>
        <w:tc>
          <w:tcPr>
            <w:tcW w:w="1983"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Pr>
              <w:t>4</w:t>
            </w:r>
          </w:p>
        </w:tc>
        <w:tc>
          <w:tcPr>
            <w:tcW w:w="1981"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Pr>
              <w:t>0.519</w:t>
            </w:r>
          </w:p>
        </w:tc>
        <w:tc>
          <w:tcPr>
            <w:tcW w:w="1981"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Pr>
              <w:t>0.605</w:t>
            </w:r>
          </w:p>
        </w:tc>
        <w:tc>
          <w:tcPr>
            <w:tcW w:w="1982"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دالة</w:t>
            </w:r>
            <w:r w:rsidRPr="005117ED">
              <w:rPr>
                <w:rFonts w:cs="Sakkal Majalla"/>
                <w:color w:val="000000" w:themeColor="text1"/>
                <w:sz w:val="38"/>
                <w:szCs w:val="38"/>
              </w:rPr>
              <w:t xml:space="preserve"> </w:t>
            </w:r>
            <w:r w:rsidRPr="005117ED">
              <w:rPr>
                <w:rFonts w:cs="Sakkal Majalla"/>
                <w:color w:val="000000" w:themeColor="text1"/>
                <w:sz w:val="38"/>
                <w:szCs w:val="38"/>
                <w:rtl/>
              </w:rPr>
              <w:t>عند</w:t>
            </w:r>
            <w:r w:rsidRPr="005117ED">
              <w:rPr>
                <w:rFonts w:cs="Sakkal Majalla"/>
                <w:color w:val="000000" w:themeColor="text1"/>
                <w:sz w:val="38"/>
                <w:szCs w:val="38"/>
              </w:rPr>
              <w:t xml:space="preserve"> 0.01</w:t>
            </w:r>
          </w:p>
        </w:tc>
      </w:tr>
      <w:tr w:rsidR="00FD5E07" w:rsidRPr="005117ED" w:rsidTr="00007FCD">
        <w:tc>
          <w:tcPr>
            <w:tcW w:w="1985" w:type="dxa"/>
            <w:shd w:val="clear" w:color="auto" w:fill="EDF4F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الأصالة</w:t>
            </w:r>
          </w:p>
        </w:tc>
        <w:tc>
          <w:tcPr>
            <w:tcW w:w="1983" w:type="dxa"/>
            <w:shd w:val="clear" w:color="auto" w:fill="EDF4F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Pr>
              <w:t>4</w:t>
            </w:r>
          </w:p>
        </w:tc>
        <w:tc>
          <w:tcPr>
            <w:tcW w:w="1981" w:type="dxa"/>
            <w:shd w:val="clear" w:color="auto" w:fill="EDF4F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Pr>
              <w:t>0.517</w:t>
            </w:r>
          </w:p>
        </w:tc>
        <w:tc>
          <w:tcPr>
            <w:tcW w:w="1981" w:type="dxa"/>
            <w:shd w:val="clear" w:color="auto" w:fill="EDF4F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Pr>
              <w:t>0.616</w:t>
            </w:r>
          </w:p>
        </w:tc>
        <w:tc>
          <w:tcPr>
            <w:tcW w:w="1982" w:type="dxa"/>
            <w:shd w:val="clear" w:color="auto" w:fill="EDF4F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دالة</w:t>
            </w:r>
            <w:r w:rsidRPr="005117ED">
              <w:rPr>
                <w:rFonts w:cs="Sakkal Majalla"/>
                <w:color w:val="000000" w:themeColor="text1"/>
                <w:sz w:val="38"/>
                <w:szCs w:val="38"/>
              </w:rPr>
              <w:t xml:space="preserve"> </w:t>
            </w:r>
            <w:r w:rsidRPr="005117ED">
              <w:rPr>
                <w:rFonts w:cs="Sakkal Majalla"/>
                <w:color w:val="000000" w:themeColor="text1"/>
                <w:sz w:val="38"/>
                <w:szCs w:val="38"/>
                <w:rtl/>
              </w:rPr>
              <w:t>عند</w:t>
            </w:r>
            <w:r w:rsidRPr="005117ED">
              <w:rPr>
                <w:rFonts w:cs="Sakkal Majalla"/>
                <w:color w:val="000000" w:themeColor="text1"/>
                <w:sz w:val="38"/>
                <w:szCs w:val="38"/>
              </w:rPr>
              <w:t xml:space="preserve"> 0.01</w:t>
            </w:r>
          </w:p>
        </w:tc>
      </w:tr>
      <w:tr w:rsidR="00FD5E07" w:rsidRPr="005117ED" w:rsidTr="00007FCD">
        <w:tc>
          <w:tcPr>
            <w:tcW w:w="1985"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المرونة</w:t>
            </w:r>
          </w:p>
        </w:tc>
        <w:tc>
          <w:tcPr>
            <w:tcW w:w="1983"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Pr>
              <w:t>4</w:t>
            </w:r>
          </w:p>
        </w:tc>
        <w:tc>
          <w:tcPr>
            <w:tcW w:w="1981"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Pr>
              <w:t>0.486</w:t>
            </w:r>
          </w:p>
        </w:tc>
        <w:tc>
          <w:tcPr>
            <w:tcW w:w="1981"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Pr>
              <w:t>0.609</w:t>
            </w:r>
          </w:p>
        </w:tc>
        <w:tc>
          <w:tcPr>
            <w:tcW w:w="1982"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دالة</w:t>
            </w:r>
            <w:r w:rsidRPr="005117ED">
              <w:rPr>
                <w:rFonts w:cs="Sakkal Majalla"/>
                <w:color w:val="000000" w:themeColor="text1"/>
                <w:sz w:val="38"/>
                <w:szCs w:val="38"/>
              </w:rPr>
              <w:t xml:space="preserve"> </w:t>
            </w:r>
            <w:r w:rsidRPr="005117ED">
              <w:rPr>
                <w:rFonts w:cs="Sakkal Majalla"/>
                <w:color w:val="000000" w:themeColor="text1"/>
                <w:sz w:val="38"/>
                <w:szCs w:val="38"/>
                <w:rtl/>
              </w:rPr>
              <w:t>عند</w:t>
            </w:r>
            <w:r w:rsidRPr="005117ED">
              <w:rPr>
                <w:rFonts w:cs="Sakkal Majalla"/>
                <w:color w:val="000000" w:themeColor="text1"/>
                <w:sz w:val="38"/>
                <w:szCs w:val="38"/>
              </w:rPr>
              <w:t xml:space="preserve"> 0.01</w:t>
            </w:r>
          </w:p>
        </w:tc>
      </w:tr>
      <w:tr w:rsidR="00FD5E07" w:rsidRPr="005117ED" w:rsidTr="00007FCD">
        <w:tc>
          <w:tcPr>
            <w:tcW w:w="1985" w:type="dxa"/>
            <w:shd w:val="clear" w:color="auto" w:fill="EDF4F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المبادرة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حل</w:t>
            </w:r>
            <w:r w:rsidRPr="005117ED">
              <w:rPr>
                <w:rFonts w:cs="Sakkal Majalla"/>
                <w:color w:val="000000" w:themeColor="text1"/>
                <w:sz w:val="38"/>
                <w:szCs w:val="38"/>
              </w:rPr>
              <w:t xml:space="preserve"> </w:t>
            </w:r>
            <w:r w:rsidRPr="005117ED">
              <w:rPr>
                <w:rFonts w:cs="Sakkal Majalla"/>
                <w:color w:val="000000" w:themeColor="text1"/>
                <w:sz w:val="38"/>
                <w:szCs w:val="38"/>
                <w:rtl/>
              </w:rPr>
              <w:t>المشكلات</w:t>
            </w:r>
          </w:p>
        </w:tc>
        <w:tc>
          <w:tcPr>
            <w:tcW w:w="1983" w:type="dxa"/>
            <w:shd w:val="clear" w:color="auto" w:fill="EDF4F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Pr>
              <w:t>4</w:t>
            </w:r>
          </w:p>
        </w:tc>
        <w:tc>
          <w:tcPr>
            <w:tcW w:w="1981" w:type="dxa"/>
            <w:shd w:val="clear" w:color="auto" w:fill="EDF4F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Pr>
              <w:t>0.548</w:t>
            </w:r>
          </w:p>
        </w:tc>
        <w:tc>
          <w:tcPr>
            <w:tcW w:w="1981" w:type="dxa"/>
            <w:shd w:val="clear" w:color="auto" w:fill="EDF4F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Pr>
              <w:t>0.613</w:t>
            </w:r>
          </w:p>
        </w:tc>
        <w:tc>
          <w:tcPr>
            <w:tcW w:w="1982" w:type="dxa"/>
            <w:shd w:val="clear" w:color="auto" w:fill="EDF4F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دالة</w:t>
            </w:r>
            <w:r w:rsidRPr="005117ED">
              <w:rPr>
                <w:rFonts w:cs="Sakkal Majalla"/>
                <w:color w:val="000000" w:themeColor="text1"/>
                <w:sz w:val="38"/>
                <w:szCs w:val="38"/>
              </w:rPr>
              <w:t xml:space="preserve"> </w:t>
            </w:r>
            <w:r w:rsidRPr="005117ED">
              <w:rPr>
                <w:rFonts w:cs="Sakkal Majalla"/>
                <w:color w:val="000000" w:themeColor="text1"/>
                <w:sz w:val="38"/>
                <w:szCs w:val="38"/>
                <w:rtl/>
              </w:rPr>
              <w:t>عند</w:t>
            </w:r>
            <w:r w:rsidRPr="005117ED">
              <w:rPr>
                <w:rFonts w:cs="Sakkal Majalla"/>
                <w:color w:val="000000" w:themeColor="text1"/>
                <w:sz w:val="38"/>
                <w:szCs w:val="38"/>
              </w:rPr>
              <w:t xml:space="preserve"> 0.01</w:t>
            </w:r>
          </w:p>
        </w:tc>
      </w:tr>
      <w:tr w:rsidR="00FD5E07" w:rsidRPr="005117ED" w:rsidTr="00007FCD">
        <w:tc>
          <w:tcPr>
            <w:tcW w:w="1985"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تبني</w:t>
            </w:r>
            <w:r w:rsidRPr="005117ED">
              <w:rPr>
                <w:rFonts w:cs="Sakkal Majalla"/>
                <w:color w:val="000000" w:themeColor="text1"/>
                <w:sz w:val="38"/>
                <w:szCs w:val="38"/>
              </w:rPr>
              <w:t xml:space="preserve"> </w:t>
            </w:r>
            <w:r w:rsidRPr="005117ED">
              <w:rPr>
                <w:rFonts w:cs="Sakkal Majalla"/>
                <w:color w:val="000000" w:themeColor="text1"/>
                <w:sz w:val="38"/>
                <w:szCs w:val="38"/>
                <w:rtl/>
              </w:rPr>
              <w:t>الأفكار</w:t>
            </w:r>
            <w:r w:rsidRPr="005117ED">
              <w:rPr>
                <w:rFonts w:cs="Sakkal Majalla"/>
                <w:color w:val="000000" w:themeColor="text1"/>
                <w:sz w:val="38"/>
                <w:szCs w:val="38"/>
              </w:rPr>
              <w:t xml:space="preserve"> </w:t>
            </w:r>
            <w:r w:rsidRPr="005117ED">
              <w:rPr>
                <w:rFonts w:cs="Sakkal Majalla"/>
                <w:color w:val="000000" w:themeColor="text1"/>
                <w:sz w:val="38"/>
                <w:szCs w:val="38"/>
                <w:rtl/>
              </w:rPr>
              <w:t>وتطبيقها</w:t>
            </w:r>
          </w:p>
        </w:tc>
        <w:tc>
          <w:tcPr>
            <w:tcW w:w="1983"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Pr>
              <w:t>4</w:t>
            </w:r>
          </w:p>
        </w:tc>
        <w:tc>
          <w:tcPr>
            <w:tcW w:w="1981"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Pr>
              <w:t>0.556</w:t>
            </w:r>
          </w:p>
        </w:tc>
        <w:tc>
          <w:tcPr>
            <w:tcW w:w="1981"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Pr>
              <w:t>0.624</w:t>
            </w:r>
          </w:p>
        </w:tc>
        <w:tc>
          <w:tcPr>
            <w:tcW w:w="1982" w:type="dxa"/>
            <w:vAlign w:val="center"/>
          </w:tcPr>
          <w:p w:rsidR="00FD5E07" w:rsidRPr="005117ED" w:rsidRDefault="00FD5E07" w:rsidP="00007FCD">
            <w:pPr>
              <w:spacing w:before="0"/>
              <w:ind w:firstLine="0"/>
              <w:jc w:val="center"/>
              <w:rPr>
                <w:rFonts w:cs="Sakkal Majalla"/>
                <w:color w:val="000000" w:themeColor="text1"/>
                <w:sz w:val="38"/>
                <w:szCs w:val="38"/>
              </w:rPr>
            </w:pPr>
            <w:r w:rsidRPr="005117ED">
              <w:rPr>
                <w:rFonts w:cs="Sakkal Majalla"/>
                <w:color w:val="000000" w:themeColor="text1"/>
                <w:sz w:val="38"/>
                <w:szCs w:val="38"/>
                <w:rtl/>
              </w:rPr>
              <w:t>دالة</w:t>
            </w:r>
            <w:r w:rsidRPr="005117ED">
              <w:rPr>
                <w:rFonts w:cs="Sakkal Majalla"/>
                <w:color w:val="000000" w:themeColor="text1"/>
                <w:sz w:val="38"/>
                <w:szCs w:val="38"/>
              </w:rPr>
              <w:t xml:space="preserve"> </w:t>
            </w:r>
            <w:r w:rsidRPr="005117ED">
              <w:rPr>
                <w:rFonts w:cs="Sakkal Majalla"/>
                <w:color w:val="000000" w:themeColor="text1"/>
                <w:sz w:val="38"/>
                <w:szCs w:val="38"/>
                <w:rtl/>
              </w:rPr>
              <w:t>عند</w:t>
            </w:r>
            <w:r w:rsidRPr="005117ED">
              <w:rPr>
                <w:rFonts w:cs="Sakkal Majalla"/>
                <w:color w:val="000000" w:themeColor="text1"/>
                <w:sz w:val="38"/>
                <w:szCs w:val="38"/>
              </w:rPr>
              <w:t xml:space="preserve"> 0.01</w:t>
            </w:r>
          </w:p>
        </w:tc>
      </w:tr>
    </w:tbl>
    <w:p w:rsidR="00FD5E07" w:rsidRPr="005117ED" w:rsidRDefault="00FD5E07" w:rsidP="00FD5E07">
      <w:pPr>
        <w:spacing w:before="0"/>
        <w:jc w:val="both"/>
        <w:rPr>
          <w:rFonts w:cs="Sakkal Majalla"/>
          <w:color w:val="000000" w:themeColor="text1"/>
          <w:sz w:val="38"/>
          <w:szCs w:val="38"/>
        </w:rPr>
      </w:pPr>
    </w:p>
    <w:p w:rsidR="00007FCD" w:rsidRDefault="00007FCD">
      <w:pPr>
        <w:bidi w:val="0"/>
        <w:spacing w:before="0" w:after="160" w:line="259" w:lineRule="auto"/>
        <w:ind w:firstLine="0"/>
        <w:jc w:val="left"/>
        <w:rPr>
          <w:rFonts w:cs="Sakkal Majalla"/>
          <w:b/>
          <w:bCs/>
          <w:color w:val="000000" w:themeColor="text1"/>
          <w:sz w:val="38"/>
          <w:szCs w:val="38"/>
          <w:rtl/>
        </w:rPr>
      </w:pPr>
      <w:r>
        <w:rPr>
          <w:rFonts w:cs="Sakkal Majalla"/>
          <w:b/>
          <w:bCs/>
          <w:color w:val="000000" w:themeColor="text1"/>
          <w:sz w:val="38"/>
          <w:szCs w:val="38"/>
          <w:rtl/>
        </w:rPr>
        <w:br w:type="page"/>
      </w:r>
    </w:p>
    <w:p w:rsidR="00FD5E07" w:rsidRPr="005117ED" w:rsidRDefault="00FD5E07" w:rsidP="00007FCD">
      <w:pPr>
        <w:spacing w:before="0"/>
        <w:jc w:val="center"/>
        <w:rPr>
          <w:rFonts w:cs="Sakkal Majalla"/>
          <w:color w:val="000000" w:themeColor="text1"/>
          <w:sz w:val="38"/>
          <w:szCs w:val="38"/>
        </w:rPr>
      </w:pPr>
    </w:p>
    <w:p w:rsidR="004C155A" w:rsidRDefault="004C155A" w:rsidP="004C155A">
      <w:pPr>
        <w:jc w:val="center"/>
      </w:pPr>
      <w:r w:rsidRPr="004C155A">
        <w:rPr>
          <w:b/>
          <w:bCs/>
          <w:rtl/>
        </w:rPr>
        <w:t>جدول</w:t>
      </w:r>
      <w:r w:rsidRPr="004C155A">
        <w:rPr>
          <w:b/>
        </w:rPr>
        <w:t xml:space="preserve"> (13): </w:t>
      </w:r>
      <w:r w:rsidRPr="004C155A">
        <w:rPr>
          <w:b/>
          <w:bCs/>
          <w:rtl/>
        </w:rPr>
        <w:t>معاملات</w:t>
      </w:r>
      <w:r w:rsidRPr="004C155A">
        <w:rPr>
          <w:b/>
        </w:rPr>
        <w:t xml:space="preserve"> </w:t>
      </w:r>
      <w:r w:rsidRPr="004C155A">
        <w:rPr>
          <w:b/>
          <w:bCs/>
          <w:rtl/>
        </w:rPr>
        <w:t>ثبات</w:t>
      </w:r>
      <w:r w:rsidRPr="004C155A">
        <w:rPr>
          <w:b/>
        </w:rPr>
        <w:t xml:space="preserve"> </w:t>
      </w:r>
      <w:r w:rsidRPr="004C155A">
        <w:rPr>
          <w:b/>
          <w:bCs/>
          <w:rtl/>
        </w:rPr>
        <w:t>أداة</w:t>
      </w:r>
      <w:r w:rsidRPr="004C155A">
        <w:rPr>
          <w:b/>
        </w:rPr>
        <w:t xml:space="preserve"> </w:t>
      </w:r>
      <w:r w:rsidRPr="004C155A">
        <w:rPr>
          <w:b/>
          <w:bCs/>
          <w:rtl/>
        </w:rPr>
        <w:t>الدراسة</w:t>
      </w:r>
    </w:p>
    <w:tbl>
      <w:tblPr>
        <w:tblStyle w:val="aa"/>
        <w:bidiVisual/>
        <w:tblW w:w="0" w:type="auto"/>
        <w:tblLook w:val="04A0" w:firstRow="1" w:lastRow="0" w:firstColumn="1" w:lastColumn="0" w:noHBand="0" w:noVBand="1"/>
      </w:tblPr>
      <w:tblGrid>
        <w:gridCol w:w="3307"/>
        <w:gridCol w:w="3301"/>
        <w:gridCol w:w="3304"/>
      </w:tblGrid>
      <w:tr w:rsidR="00FD5E07" w:rsidRPr="005117ED" w:rsidTr="004C155A">
        <w:trPr>
          <w:tblHeader/>
        </w:trPr>
        <w:tc>
          <w:tcPr>
            <w:tcW w:w="3307" w:type="dxa"/>
            <w:shd w:val="clear" w:color="auto" w:fill="1F4E79"/>
            <w:vAlign w:val="center"/>
          </w:tcPr>
          <w:p w:rsidR="00FD5E07" w:rsidRPr="004C155A" w:rsidRDefault="00FD5E07" w:rsidP="004C155A">
            <w:pPr>
              <w:spacing w:before="0"/>
              <w:jc w:val="center"/>
              <w:rPr>
                <w:rFonts w:cs="Sakkal Majalla"/>
                <w:bCs/>
                <w:color w:val="FFFFFF" w:themeColor="background1"/>
                <w:sz w:val="38"/>
                <w:szCs w:val="38"/>
              </w:rPr>
            </w:pPr>
            <w:r w:rsidRPr="004C155A">
              <w:rPr>
                <w:rFonts w:cs="Sakkal Majalla"/>
                <w:bCs/>
                <w:color w:val="FFFFFF" w:themeColor="background1"/>
                <w:sz w:val="38"/>
                <w:szCs w:val="38"/>
                <w:rtl/>
              </w:rPr>
              <w:t>المحور</w:t>
            </w:r>
          </w:p>
        </w:tc>
        <w:tc>
          <w:tcPr>
            <w:tcW w:w="3301" w:type="dxa"/>
            <w:shd w:val="clear" w:color="auto" w:fill="1F4E79"/>
            <w:vAlign w:val="center"/>
          </w:tcPr>
          <w:p w:rsidR="00FD5E07" w:rsidRPr="004C155A" w:rsidRDefault="00FD5E07" w:rsidP="004C155A">
            <w:pPr>
              <w:spacing w:before="0"/>
              <w:jc w:val="center"/>
              <w:rPr>
                <w:rFonts w:cs="Sakkal Majalla"/>
                <w:bCs/>
                <w:color w:val="FFFFFF" w:themeColor="background1"/>
                <w:sz w:val="38"/>
                <w:szCs w:val="38"/>
              </w:rPr>
            </w:pPr>
            <w:r w:rsidRPr="004C155A">
              <w:rPr>
                <w:rFonts w:cs="Sakkal Majalla"/>
                <w:bCs/>
                <w:color w:val="FFFFFF" w:themeColor="background1"/>
                <w:sz w:val="38"/>
                <w:szCs w:val="38"/>
                <w:rtl/>
              </w:rPr>
              <w:t>عدد الفقرات</w:t>
            </w:r>
          </w:p>
        </w:tc>
        <w:tc>
          <w:tcPr>
            <w:tcW w:w="3304" w:type="dxa"/>
            <w:shd w:val="clear" w:color="auto" w:fill="1F4E79"/>
            <w:vAlign w:val="center"/>
          </w:tcPr>
          <w:p w:rsidR="00FD5E07" w:rsidRPr="004C155A" w:rsidRDefault="00FD5E07" w:rsidP="004C155A">
            <w:pPr>
              <w:spacing w:before="0"/>
              <w:jc w:val="center"/>
              <w:rPr>
                <w:rFonts w:cs="Sakkal Majalla"/>
                <w:bCs/>
                <w:color w:val="FFFFFF" w:themeColor="background1"/>
                <w:sz w:val="38"/>
                <w:szCs w:val="38"/>
              </w:rPr>
            </w:pPr>
            <w:r w:rsidRPr="004C155A">
              <w:rPr>
                <w:rFonts w:cs="Sakkal Majalla"/>
                <w:bCs/>
                <w:color w:val="FFFFFF" w:themeColor="background1"/>
                <w:sz w:val="38"/>
                <w:szCs w:val="38"/>
                <w:rtl/>
              </w:rPr>
              <w:t xml:space="preserve">معامل </w:t>
            </w:r>
            <w:proofErr w:type="spellStart"/>
            <w:r w:rsidRPr="004C155A">
              <w:rPr>
                <w:rFonts w:cs="Sakkal Majalla"/>
                <w:bCs/>
                <w:color w:val="FFFFFF" w:themeColor="background1"/>
                <w:sz w:val="38"/>
                <w:szCs w:val="38"/>
                <w:rtl/>
              </w:rPr>
              <w:t>كرونباخ</w:t>
            </w:r>
            <w:proofErr w:type="spellEnd"/>
            <w:r w:rsidRPr="004C155A">
              <w:rPr>
                <w:rFonts w:cs="Sakkal Majalla"/>
                <w:bCs/>
                <w:color w:val="FFFFFF" w:themeColor="background1"/>
                <w:sz w:val="38"/>
                <w:szCs w:val="38"/>
                <w:rtl/>
              </w:rPr>
              <w:t xml:space="preserve"> ألفا</w:t>
            </w:r>
          </w:p>
        </w:tc>
      </w:tr>
      <w:tr w:rsidR="00FD5E07" w:rsidRPr="005117ED" w:rsidTr="004C155A">
        <w:tc>
          <w:tcPr>
            <w:tcW w:w="3307" w:type="dxa"/>
            <w:vAlign w:val="center"/>
          </w:tcPr>
          <w:p w:rsidR="00FD5E07" w:rsidRPr="005117ED" w:rsidRDefault="00FD5E07" w:rsidP="004C155A">
            <w:pPr>
              <w:spacing w:before="0"/>
              <w:jc w:val="center"/>
              <w:rPr>
                <w:rFonts w:cs="Sakkal Majalla"/>
                <w:color w:val="000000" w:themeColor="text1"/>
                <w:sz w:val="38"/>
                <w:szCs w:val="38"/>
              </w:rPr>
            </w:pPr>
            <w:r w:rsidRPr="005117ED">
              <w:rPr>
                <w:rFonts w:cs="Sakkal Majalla"/>
                <w:color w:val="000000" w:themeColor="text1"/>
                <w:sz w:val="38"/>
                <w:szCs w:val="38"/>
                <w:rtl/>
              </w:rPr>
              <w:t>التأثير</w:t>
            </w:r>
            <w:r w:rsidRPr="005117ED">
              <w:rPr>
                <w:rFonts w:cs="Sakkal Majalla"/>
                <w:color w:val="000000" w:themeColor="text1"/>
                <w:sz w:val="38"/>
                <w:szCs w:val="38"/>
              </w:rPr>
              <w:t xml:space="preserve"> </w:t>
            </w:r>
            <w:r w:rsidRPr="005117ED">
              <w:rPr>
                <w:rFonts w:cs="Sakkal Majalla"/>
                <w:color w:val="000000" w:themeColor="text1"/>
                <w:sz w:val="38"/>
                <w:szCs w:val="38"/>
                <w:rtl/>
              </w:rPr>
              <w:t>المثالي</w:t>
            </w:r>
          </w:p>
        </w:tc>
        <w:tc>
          <w:tcPr>
            <w:tcW w:w="3301" w:type="dxa"/>
            <w:vAlign w:val="center"/>
          </w:tcPr>
          <w:p w:rsidR="00FD5E07" w:rsidRPr="005117ED" w:rsidRDefault="00FD5E07" w:rsidP="004C155A">
            <w:pPr>
              <w:spacing w:before="0"/>
              <w:jc w:val="center"/>
              <w:rPr>
                <w:rFonts w:cs="Sakkal Majalla"/>
                <w:color w:val="000000" w:themeColor="text1"/>
                <w:sz w:val="38"/>
                <w:szCs w:val="38"/>
              </w:rPr>
            </w:pPr>
            <w:r w:rsidRPr="005117ED">
              <w:rPr>
                <w:rFonts w:cs="Sakkal Majalla"/>
                <w:color w:val="000000" w:themeColor="text1"/>
                <w:sz w:val="38"/>
                <w:szCs w:val="38"/>
              </w:rPr>
              <w:t>5</w:t>
            </w:r>
          </w:p>
        </w:tc>
        <w:tc>
          <w:tcPr>
            <w:tcW w:w="3304" w:type="dxa"/>
            <w:vAlign w:val="center"/>
          </w:tcPr>
          <w:p w:rsidR="00FD5E07" w:rsidRPr="005117ED" w:rsidRDefault="00FD5E07" w:rsidP="004C155A">
            <w:pPr>
              <w:spacing w:before="0"/>
              <w:jc w:val="center"/>
              <w:rPr>
                <w:rFonts w:cs="Sakkal Majalla"/>
                <w:color w:val="000000" w:themeColor="text1"/>
                <w:sz w:val="38"/>
                <w:szCs w:val="38"/>
              </w:rPr>
            </w:pPr>
            <w:r w:rsidRPr="005117ED">
              <w:rPr>
                <w:rFonts w:cs="Sakkal Majalla"/>
                <w:color w:val="000000" w:themeColor="text1"/>
                <w:sz w:val="38"/>
                <w:szCs w:val="38"/>
              </w:rPr>
              <w:t>0.807</w:t>
            </w:r>
          </w:p>
        </w:tc>
      </w:tr>
      <w:tr w:rsidR="00FD5E07" w:rsidRPr="005117ED" w:rsidTr="004C155A">
        <w:tc>
          <w:tcPr>
            <w:tcW w:w="3307" w:type="dxa"/>
            <w:shd w:val="clear" w:color="auto" w:fill="EDF4FA"/>
            <w:vAlign w:val="center"/>
          </w:tcPr>
          <w:p w:rsidR="00FD5E07" w:rsidRPr="005117ED" w:rsidRDefault="00FD5E07" w:rsidP="004C155A">
            <w:pPr>
              <w:spacing w:before="0"/>
              <w:jc w:val="center"/>
              <w:rPr>
                <w:rFonts w:cs="Sakkal Majalla"/>
                <w:color w:val="000000" w:themeColor="text1"/>
                <w:sz w:val="38"/>
                <w:szCs w:val="38"/>
              </w:rPr>
            </w:pPr>
            <w:r w:rsidRPr="005117ED">
              <w:rPr>
                <w:rFonts w:cs="Sakkal Majalla"/>
                <w:color w:val="000000" w:themeColor="text1"/>
                <w:sz w:val="38"/>
                <w:szCs w:val="38"/>
                <w:rtl/>
              </w:rPr>
              <w:t>التحفيز</w:t>
            </w:r>
            <w:r w:rsidRPr="005117ED">
              <w:rPr>
                <w:rFonts w:cs="Sakkal Majalla"/>
                <w:color w:val="000000" w:themeColor="text1"/>
                <w:sz w:val="38"/>
                <w:szCs w:val="38"/>
              </w:rPr>
              <w:t xml:space="preserve"> </w:t>
            </w:r>
            <w:proofErr w:type="spellStart"/>
            <w:r w:rsidRPr="005117ED">
              <w:rPr>
                <w:rFonts w:cs="Sakkal Majalla"/>
                <w:color w:val="000000" w:themeColor="text1"/>
                <w:sz w:val="38"/>
                <w:szCs w:val="38"/>
                <w:rtl/>
              </w:rPr>
              <w:t>الإلهامي</w:t>
            </w:r>
            <w:proofErr w:type="spellEnd"/>
          </w:p>
        </w:tc>
        <w:tc>
          <w:tcPr>
            <w:tcW w:w="3301" w:type="dxa"/>
            <w:shd w:val="clear" w:color="auto" w:fill="EDF4FA"/>
            <w:vAlign w:val="center"/>
          </w:tcPr>
          <w:p w:rsidR="00FD5E07" w:rsidRPr="005117ED" w:rsidRDefault="00FD5E07" w:rsidP="004C155A">
            <w:pPr>
              <w:spacing w:before="0"/>
              <w:jc w:val="center"/>
              <w:rPr>
                <w:rFonts w:cs="Sakkal Majalla"/>
                <w:color w:val="000000" w:themeColor="text1"/>
                <w:sz w:val="38"/>
                <w:szCs w:val="38"/>
              </w:rPr>
            </w:pPr>
            <w:r w:rsidRPr="005117ED">
              <w:rPr>
                <w:rFonts w:cs="Sakkal Majalla"/>
                <w:color w:val="000000" w:themeColor="text1"/>
                <w:sz w:val="38"/>
                <w:szCs w:val="38"/>
              </w:rPr>
              <w:t>5</w:t>
            </w:r>
          </w:p>
        </w:tc>
        <w:tc>
          <w:tcPr>
            <w:tcW w:w="3304" w:type="dxa"/>
            <w:shd w:val="clear" w:color="auto" w:fill="EDF4FA"/>
            <w:vAlign w:val="center"/>
          </w:tcPr>
          <w:p w:rsidR="00FD5E07" w:rsidRPr="005117ED" w:rsidRDefault="00FD5E07" w:rsidP="004C155A">
            <w:pPr>
              <w:spacing w:before="0"/>
              <w:jc w:val="center"/>
              <w:rPr>
                <w:rFonts w:cs="Sakkal Majalla"/>
                <w:color w:val="000000" w:themeColor="text1"/>
                <w:sz w:val="38"/>
                <w:szCs w:val="38"/>
              </w:rPr>
            </w:pPr>
            <w:r w:rsidRPr="005117ED">
              <w:rPr>
                <w:rFonts w:cs="Sakkal Majalla"/>
                <w:color w:val="000000" w:themeColor="text1"/>
                <w:sz w:val="38"/>
                <w:szCs w:val="38"/>
              </w:rPr>
              <w:t>0.832</w:t>
            </w:r>
          </w:p>
        </w:tc>
      </w:tr>
      <w:tr w:rsidR="00FD5E07" w:rsidRPr="005117ED" w:rsidTr="004C155A">
        <w:tc>
          <w:tcPr>
            <w:tcW w:w="3307" w:type="dxa"/>
            <w:vAlign w:val="center"/>
          </w:tcPr>
          <w:p w:rsidR="00FD5E07" w:rsidRPr="005117ED" w:rsidRDefault="00FD5E07" w:rsidP="004C155A">
            <w:pPr>
              <w:spacing w:before="0"/>
              <w:jc w:val="center"/>
              <w:rPr>
                <w:rFonts w:cs="Sakkal Majalla"/>
                <w:color w:val="000000" w:themeColor="text1"/>
                <w:sz w:val="38"/>
                <w:szCs w:val="38"/>
              </w:rPr>
            </w:pPr>
            <w:r w:rsidRPr="005117ED">
              <w:rPr>
                <w:rFonts w:cs="Sakkal Majalla"/>
                <w:color w:val="000000" w:themeColor="text1"/>
                <w:sz w:val="38"/>
                <w:szCs w:val="38"/>
                <w:rtl/>
              </w:rPr>
              <w:t>الاستثارة</w:t>
            </w:r>
            <w:r w:rsidRPr="005117ED">
              <w:rPr>
                <w:rFonts w:cs="Sakkal Majalla"/>
                <w:color w:val="000000" w:themeColor="text1"/>
                <w:sz w:val="38"/>
                <w:szCs w:val="38"/>
              </w:rPr>
              <w:t xml:space="preserve"> </w:t>
            </w:r>
            <w:r w:rsidRPr="005117ED">
              <w:rPr>
                <w:rFonts w:cs="Sakkal Majalla"/>
                <w:color w:val="000000" w:themeColor="text1"/>
                <w:sz w:val="38"/>
                <w:szCs w:val="38"/>
                <w:rtl/>
              </w:rPr>
              <w:t>الفكرية</w:t>
            </w:r>
          </w:p>
        </w:tc>
        <w:tc>
          <w:tcPr>
            <w:tcW w:w="3301" w:type="dxa"/>
            <w:vAlign w:val="center"/>
          </w:tcPr>
          <w:p w:rsidR="00FD5E07" w:rsidRPr="005117ED" w:rsidRDefault="00FD5E07" w:rsidP="004C155A">
            <w:pPr>
              <w:spacing w:before="0"/>
              <w:jc w:val="center"/>
              <w:rPr>
                <w:rFonts w:cs="Sakkal Majalla"/>
                <w:color w:val="000000" w:themeColor="text1"/>
                <w:sz w:val="38"/>
                <w:szCs w:val="38"/>
              </w:rPr>
            </w:pPr>
            <w:r w:rsidRPr="005117ED">
              <w:rPr>
                <w:rFonts w:cs="Sakkal Majalla"/>
                <w:color w:val="000000" w:themeColor="text1"/>
                <w:sz w:val="38"/>
                <w:szCs w:val="38"/>
              </w:rPr>
              <w:t>5</w:t>
            </w:r>
          </w:p>
        </w:tc>
        <w:tc>
          <w:tcPr>
            <w:tcW w:w="3304" w:type="dxa"/>
            <w:vAlign w:val="center"/>
          </w:tcPr>
          <w:p w:rsidR="00FD5E07" w:rsidRPr="005117ED" w:rsidRDefault="00FD5E07" w:rsidP="004C155A">
            <w:pPr>
              <w:spacing w:before="0"/>
              <w:jc w:val="center"/>
              <w:rPr>
                <w:rFonts w:cs="Sakkal Majalla"/>
                <w:color w:val="000000" w:themeColor="text1"/>
                <w:sz w:val="38"/>
                <w:szCs w:val="38"/>
              </w:rPr>
            </w:pPr>
            <w:r w:rsidRPr="005117ED">
              <w:rPr>
                <w:rFonts w:cs="Sakkal Majalla"/>
                <w:color w:val="000000" w:themeColor="text1"/>
                <w:sz w:val="38"/>
                <w:szCs w:val="38"/>
              </w:rPr>
              <w:t>0.844</w:t>
            </w:r>
          </w:p>
        </w:tc>
      </w:tr>
      <w:tr w:rsidR="00FD5E07" w:rsidRPr="005117ED" w:rsidTr="004C155A">
        <w:tc>
          <w:tcPr>
            <w:tcW w:w="3307" w:type="dxa"/>
            <w:shd w:val="clear" w:color="auto" w:fill="EDF4FA"/>
            <w:vAlign w:val="center"/>
          </w:tcPr>
          <w:p w:rsidR="00FD5E07" w:rsidRPr="005117ED" w:rsidRDefault="00FD5E07" w:rsidP="004C155A">
            <w:pPr>
              <w:spacing w:before="0"/>
              <w:jc w:val="center"/>
              <w:rPr>
                <w:rFonts w:cs="Sakkal Majalla"/>
                <w:color w:val="000000" w:themeColor="text1"/>
                <w:sz w:val="38"/>
                <w:szCs w:val="38"/>
              </w:rPr>
            </w:pPr>
            <w:r w:rsidRPr="005117ED">
              <w:rPr>
                <w:rFonts w:cs="Sakkal Majalla"/>
                <w:color w:val="000000" w:themeColor="text1"/>
                <w:sz w:val="38"/>
                <w:szCs w:val="38"/>
                <w:rtl/>
              </w:rPr>
              <w:t>الاعتبار</w:t>
            </w:r>
            <w:r w:rsidRPr="005117ED">
              <w:rPr>
                <w:rFonts w:cs="Sakkal Majalla"/>
                <w:color w:val="000000" w:themeColor="text1"/>
                <w:sz w:val="38"/>
                <w:szCs w:val="38"/>
              </w:rPr>
              <w:t xml:space="preserve"> </w:t>
            </w:r>
            <w:r w:rsidRPr="005117ED">
              <w:rPr>
                <w:rFonts w:cs="Sakkal Majalla"/>
                <w:color w:val="000000" w:themeColor="text1"/>
                <w:sz w:val="38"/>
                <w:szCs w:val="38"/>
                <w:rtl/>
              </w:rPr>
              <w:t>الفردي</w:t>
            </w:r>
          </w:p>
        </w:tc>
        <w:tc>
          <w:tcPr>
            <w:tcW w:w="3301" w:type="dxa"/>
            <w:shd w:val="clear" w:color="auto" w:fill="EDF4FA"/>
            <w:vAlign w:val="center"/>
          </w:tcPr>
          <w:p w:rsidR="00FD5E07" w:rsidRPr="005117ED" w:rsidRDefault="00FD5E07" w:rsidP="004C155A">
            <w:pPr>
              <w:spacing w:before="0"/>
              <w:jc w:val="center"/>
              <w:rPr>
                <w:rFonts w:cs="Sakkal Majalla"/>
                <w:color w:val="000000" w:themeColor="text1"/>
                <w:sz w:val="38"/>
                <w:szCs w:val="38"/>
              </w:rPr>
            </w:pPr>
            <w:r w:rsidRPr="005117ED">
              <w:rPr>
                <w:rFonts w:cs="Sakkal Majalla"/>
                <w:color w:val="000000" w:themeColor="text1"/>
                <w:sz w:val="38"/>
                <w:szCs w:val="38"/>
              </w:rPr>
              <w:t>5</w:t>
            </w:r>
          </w:p>
        </w:tc>
        <w:tc>
          <w:tcPr>
            <w:tcW w:w="3304" w:type="dxa"/>
            <w:shd w:val="clear" w:color="auto" w:fill="EDF4FA"/>
            <w:vAlign w:val="center"/>
          </w:tcPr>
          <w:p w:rsidR="00FD5E07" w:rsidRPr="005117ED" w:rsidRDefault="00FD5E07" w:rsidP="004C155A">
            <w:pPr>
              <w:spacing w:before="0"/>
              <w:jc w:val="center"/>
              <w:rPr>
                <w:rFonts w:cs="Sakkal Majalla"/>
                <w:color w:val="000000" w:themeColor="text1"/>
                <w:sz w:val="38"/>
                <w:szCs w:val="38"/>
              </w:rPr>
            </w:pPr>
            <w:r w:rsidRPr="005117ED">
              <w:rPr>
                <w:rFonts w:cs="Sakkal Majalla"/>
                <w:color w:val="000000" w:themeColor="text1"/>
                <w:sz w:val="38"/>
                <w:szCs w:val="38"/>
              </w:rPr>
              <w:t>0.809</w:t>
            </w:r>
          </w:p>
        </w:tc>
      </w:tr>
      <w:tr w:rsidR="00FD5E07" w:rsidRPr="005117ED" w:rsidTr="004C155A">
        <w:tc>
          <w:tcPr>
            <w:tcW w:w="3307" w:type="dxa"/>
            <w:vAlign w:val="center"/>
          </w:tcPr>
          <w:p w:rsidR="00FD5E07" w:rsidRPr="005117ED" w:rsidRDefault="00FD5E07" w:rsidP="004C155A">
            <w:pPr>
              <w:spacing w:before="0"/>
              <w:jc w:val="center"/>
              <w:rPr>
                <w:rFonts w:cs="Sakkal Majalla"/>
                <w:color w:val="000000" w:themeColor="text1"/>
                <w:sz w:val="38"/>
                <w:szCs w:val="38"/>
              </w:rPr>
            </w:pP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r w:rsidRPr="005117ED">
              <w:rPr>
                <w:rFonts w:cs="Sakkal Majalla"/>
                <w:color w:val="000000" w:themeColor="text1"/>
                <w:sz w:val="38"/>
                <w:szCs w:val="38"/>
              </w:rPr>
              <w:t xml:space="preserve"> </w:t>
            </w:r>
            <w:r w:rsidRPr="005117ED">
              <w:rPr>
                <w:rFonts w:cs="Sakkal Majalla"/>
                <w:color w:val="000000" w:themeColor="text1"/>
                <w:sz w:val="38"/>
                <w:szCs w:val="38"/>
                <w:rtl/>
              </w:rPr>
              <w:t>ككل</w:t>
            </w:r>
          </w:p>
        </w:tc>
        <w:tc>
          <w:tcPr>
            <w:tcW w:w="3301" w:type="dxa"/>
            <w:vAlign w:val="center"/>
          </w:tcPr>
          <w:p w:rsidR="00FD5E07" w:rsidRPr="005117ED" w:rsidRDefault="00FD5E07" w:rsidP="004C155A">
            <w:pPr>
              <w:spacing w:before="0"/>
              <w:jc w:val="center"/>
              <w:rPr>
                <w:rFonts w:cs="Sakkal Majalla"/>
                <w:color w:val="000000" w:themeColor="text1"/>
                <w:sz w:val="38"/>
                <w:szCs w:val="38"/>
              </w:rPr>
            </w:pPr>
            <w:r w:rsidRPr="005117ED">
              <w:rPr>
                <w:rFonts w:cs="Sakkal Majalla"/>
                <w:color w:val="000000" w:themeColor="text1"/>
                <w:sz w:val="38"/>
                <w:szCs w:val="38"/>
              </w:rPr>
              <w:t>20</w:t>
            </w:r>
          </w:p>
        </w:tc>
        <w:tc>
          <w:tcPr>
            <w:tcW w:w="3304" w:type="dxa"/>
            <w:vAlign w:val="center"/>
          </w:tcPr>
          <w:p w:rsidR="00FD5E07" w:rsidRPr="005117ED" w:rsidRDefault="00FD5E07" w:rsidP="004C155A">
            <w:pPr>
              <w:spacing w:before="0"/>
              <w:jc w:val="center"/>
              <w:rPr>
                <w:rFonts w:cs="Sakkal Majalla"/>
                <w:color w:val="000000" w:themeColor="text1"/>
                <w:sz w:val="38"/>
                <w:szCs w:val="38"/>
              </w:rPr>
            </w:pPr>
            <w:r w:rsidRPr="005117ED">
              <w:rPr>
                <w:rFonts w:cs="Sakkal Majalla"/>
                <w:color w:val="000000" w:themeColor="text1"/>
                <w:sz w:val="38"/>
                <w:szCs w:val="38"/>
              </w:rPr>
              <w:t>0.901</w:t>
            </w:r>
          </w:p>
        </w:tc>
      </w:tr>
      <w:tr w:rsidR="00FD5E07" w:rsidRPr="005117ED" w:rsidTr="004C155A">
        <w:tc>
          <w:tcPr>
            <w:tcW w:w="3307" w:type="dxa"/>
            <w:shd w:val="clear" w:color="auto" w:fill="EDF4FA"/>
            <w:vAlign w:val="center"/>
          </w:tcPr>
          <w:p w:rsidR="00FD5E07" w:rsidRPr="005117ED" w:rsidRDefault="00FD5E07" w:rsidP="004C155A">
            <w:pPr>
              <w:spacing w:before="0"/>
              <w:jc w:val="center"/>
              <w:rPr>
                <w:rFonts w:cs="Sakkal Majalla"/>
                <w:color w:val="000000" w:themeColor="text1"/>
                <w:sz w:val="38"/>
                <w:szCs w:val="38"/>
              </w:rPr>
            </w:pPr>
            <w:r w:rsidRPr="005117ED">
              <w:rPr>
                <w:rFonts w:cs="Sakkal Majalla"/>
                <w:color w:val="000000" w:themeColor="text1"/>
                <w:sz w:val="38"/>
                <w:szCs w:val="38"/>
                <w:rtl/>
              </w:rPr>
              <w:t>توليد</w:t>
            </w:r>
            <w:r w:rsidRPr="005117ED">
              <w:rPr>
                <w:rFonts w:cs="Sakkal Majalla"/>
                <w:color w:val="000000" w:themeColor="text1"/>
                <w:sz w:val="38"/>
                <w:szCs w:val="38"/>
              </w:rPr>
              <w:t xml:space="preserve"> </w:t>
            </w:r>
            <w:r w:rsidRPr="005117ED">
              <w:rPr>
                <w:rFonts w:cs="Sakkal Majalla"/>
                <w:color w:val="000000" w:themeColor="text1"/>
                <w:sz w:val="38"/>
                <w:szCs w:val="38"/>
                <w:rtl/>
              </w:rPr>
              <w:t>الأفكار</w:t>
            </w:r>
          </w:p>
        </w:tc>
        <w:tc>
          <w:tcPr>
            <w:tcW w:w="3301" w:type="dxa"/>
            <w:shd w:val="clear" w:color="auto" w:fill="EDF4FA"/>
            <w:vAlign w:val="center"/>
          </w:tcPr>
          <w:p w:rsidR="00FD5E07" w:rsidRPr="005117ED" w:rsidRDefault="00FD5E07" w:rsidP="004C155A">
            <w:pPr>
              <w:spacing w:before="0"/>
              <w:jc w:val="center"/>
              <w:rPr>
                <w:rFonts w:cs="Sakkal Majalla"/>
                <w:color w:val="000000" w:themeColor="text1"/>
                <w:sz w:val="38"/>
                <w:szCs w:val="38"/>
              </w:rPr>
            </w:pPr>
            <w:r w:rsidRPr="005117ED">
              <w:rPr>
                <w:rFonts w:cs="Sakkal Majalla"/>
                <w:color w:val="000000" w:themeColor="text1"/>
                <w:sz w:val="38"/>
                <w:szCs w:val="38"/>
              </w:rPr>
              <w:t>4</w:t>
            </w:r>
          </w:p>
        </w:tc>
        <w:tc>
          <w:tcPr>
            <w:tcW w:w="3304" w:type="dxa"/>
            <w:shd w:val="clear" w:color="auto" w:fill="EDF4FA"/>
            <w:vAlign w:val="center"/>
          </w:tcPr>
          <w:p w:rsidR="00FD5E07" w:rsidRPr="005117ED" w:rsidRDefault="00FD5E07" w:rsidP="004C155A">
            <w:pPr>
              <w:spacing w:before="0"/>
              <w:jc w:val="center"/>
              <w:rPr>
                <w:rFonts w:cs="Sakkal Majalla"/>
                <w:color w:val="000000" w:themeColor="text1"/>
                <w:sz w:val="38"/>
                <w:szCs w:val="38"/>
              </w:rPr>
            </w:pPr>
            <w:r w:rsidRPr="005117ED">
              <w:rPr>
                <w:rFonts w:cs="Sakkal Majalla"/>
                <w:color w:val="000000" w:themeColor="text1"/>
                <w:sz w:val="38"/>
                <w:szCs w:val="38"/>
              </w:rPr>
              <w:t>0.761</w:t>
            </w:r>
          </w:p>
        </w:tc>
      </w:tr>
      <w:tr w:rsidR="00FD5E07" w:rsidRPr="005117ED" w:rsidTr="004C155A">
        <w:tc>
          <w:tcPr>
            <w:tcW w:w="3307" w:type="dxa"/>
            <w:vAlign w:val="center"/>
          </w:tcPr>
          <w:p w:rsidR="00FD5E07" w:rsidRPr="005117ED" w:rsidRDefault="00FD5E07" w:rsidP="004C155A">
            <w:pPr>
              <w:spacing w:before="0"/>
              <w:jc w:val="center"/>
              <w:rPr>
                <w:rFonts w:cs="Sakkal Majalla"/>
                <w:color w:val="000000" w:themeColor="text1"/>
                <w:sz w:val="38"/>
                <w:szCs w:val="38"/>
              </w:rPr>
            </w:pPr>
            <w:r w:rsidRPr="005117ED">
              <w:rPr>
                <w:rFonts w:cs="Sakkal Majalla"/>
                <w:color w:val="000000" w:themeColor="text1"/>
                <w:sz w:val="38"/>
                <w:szCs w:val="38"/>
                <w:rtl/>
              </w:rPr>
              <w:t>الأصالة</w:t>
            </w:r>
          </w:p>
        </w:tc>
        <w:tc>
          <w:tcPr>
            <w:tcW w:w="3301" w:type="dxa"/>
            <w:vAlign w:val="center"/>
          </w:tcPr>
          <w:p w:rsidR="00FD5E07" w:rsidRPr="005117ED" w:rsidRDefault="00FD5E07" w:rsidP="004C155A">
            <w:pPr>
              <w:spacing w:before="0"/>
              <w:jc w:val="center"/>
              <w:rPr>
                <w:rFonts w:cs="Sakkal Majalla"/>
                <w:color w:val="000000" w:themeColor="text1"/>
                <w:sz w:val="38"/>
                <w:szCs w:val="38"/>
              </w:rPr>
            </w:pPr>
            <w:r w:rsidRPr="005117ED">
              <w:rPr>
                <w:rFonts w:cs="Sakkal Majalla"/>
                <w:color w:val="000000" w:themeColor="text1"/>
                <w:sz w:val="38"/>
                <w:szCs w:val="38"/>
              </w:rPr>
              <w:t>4</w:t>
            </w:r>
          </w:p>
        </w:tc>
        <w:tc>
          <w:tcPr>
            <w:tcW w:w="3304" w:type="dxa"/>
            <w:vAlign w:val="center"/>
          </w:tcPr>
          <w:p w:rsidR="00FD5E07" w:rsidRPr="005117ED" w:rsidRDefault="00FD5E07" w:rsidP="004C155A">
            <w:pPr>
              <w:spacing w:before="0"/>
              <w:jc w:val="center"/>
              <w:rPr>
                <w:rFonts w:cs="Sakkal Majalla"/>
                <w:color w:val="000000" w:themeColor="text1"/>
                <w:sz w:val="38"/>
                <w:szCs w:val="38"/>
              </w:rPr>
            </w:pPr>
            <w:r w:rsidRPr="005117ED">
              <w:rPr>
                <w:rFonts w:cs="Sakkal Majalla"/>
                <w:color w:val="000000" w:themeColor="text1"/>
                <w:sz w:val="38"/>
                <w:szCs w:val="38"/>
              </w:rPr>
              <w:t>0.769</w:t>
            </w:r>
          </w:p>
        </w:tc>
      </w:tr>
      <w:tr w:rsidR="00FD5E07" w:rsidRPr="005117ED" w:rsidTr="004C155A">
        <w:tc>
          <w:tcPr>
            <w:tcW w:w="3307" w:type="dxa"/>
            <w:shd w:val="clear" w:color="auto" w:fill="EDF4FA"/>
            <w:vAlign w:val="center"/>
          </w:tcPr>
          <w:p w:rsidR="00FD5E07" w:rsidRPr="005117ED" w:rsidRDefault="00FD5E07" w:rsidP="004C155A">
            <w:pPr>
              <w:spacing w:before="0"/>
              <w:jc w:val="center"/>
              <w:rPr>
                <w:rFonts w:cs="Sakkal Majalla"/>
                <w:color w:val="000000" w:themeColor="text1"/>
                <w:sz w:val="38"/>
                <w:szCs w:val="38"/>
              </w:rPr>
            </w:pPr>
            <w:r w:rsidRPr="005117ED">
              <w:rPr>
                <w:rFonts w:cs="Sakkal Majalla"/>
                <w:color w:val="000000" w:themeColor="text1"/>
                <w:sz w:val="38"/>
                <w:szCs w:val="38"/>
                <w:rtl/>
              </w:rPr>
              <w:t>المرونة</w:t>
            </w:r>
          </w:p>
        </w:tc>
        <w:tc>
          <w:tcPr>
            <w:tcW w:w="3301" w:type="dxa"/>
            <w:shd w:val="clear" w:color="auto" w:fill="EDF4FA"/>
            <w:vAlign w:val="center"/>
          </w:tcPr>
          <w:p w:rsidR="00FD5E07" w:rsidRPr="005117ED" w:rsidRDefault="00FD5E07" w:rsidP="004C155A">
            <w:pPr>
              <w:spacing w:before="0"/>
              <w:jc w:val="center"/>
              <w:rPr>
                <w:rFonts w:cs="Sakkal Majalla"/>
                <w:color w:val="000000" w:themeColor="text1"/>
                <w:sz w:val="38"/>
                <w:szCs w:val="38"/>
              </w:rPr>
            </w:pPr>
            <w:r w:rsidRPr="005117ED">
              <w:rPr>
                <w:rFonts w:cs="Sakkal Majalla"/>
                <w:color w:val="000000" w:themeColor="text1"/>
                <w:sz w:val="38"/>
                <w:szCs w:val="38"/>
              </w:rPr>
              <w:t>4</w:t>
            </w:r>
          </w:p>
        </w:tc>
        <w:tc>
          <w:tcPr>
            <w:tcW w:w="3304" w:type="dxa"/>
            <w:shd w:val="clear" w:color="auto" w:fill="EDF4FA"/>
            <w:vAlign w:val="center"/>
          </w:tcPr>
          <w:p w:rsidR="00FD5E07" w:rsidRPr="005117ED" w:rsidRDefault="00FD5E07" w:rsidP="004C155A">
            <w:pPr>
              <w:spacing w:before="0"/>
              <w:jc w:val="center"/>
              <w:rPr>
                <w:rFonts w:cs="Sakkal Majalla"/>
                <w:color w:val="000000" w:themeColor="text1"/>
                <w:sz w:val="38"/>
                <w:szCs w:val="38"/>
              </w:rPr>
            </w:pPr>
            <w:r w:rsidRPr="005117ED">
              <w:rPr>
                <w:rFonts w:cs="Sakkal Majalla"/>
                <w:color w:val="000000" w:themeColor="text1"/>
                <w:sz w:val="38"/>
                <w:szCs w:val="38"/>
              </w:rPr>
              <w:t>0.751</w:t>
            </w:r>
          </w:p>
        </w:tc>
      </w:tr>
      <w:tr w:rsidR="00FD5E07" w:rsidRPr="005117ED" w:rsidTr="004C155A">
        <w:tc>
          <w:tcPr>
            <w:tcW w:w="3307" w:type="dxa"/>
            <w:vAlign w:val="center"/>
          </w:tcPr>
          <w:p w:rsidR="00FD5E07" w:rsidRPr="005117ED" w:rsidRDefault="00FD5E07" w:rsidP="004C155A">
            <w:pPr>
              <w:spacing w:before="0"/>
              <w:jc w:val="center"/>
              <w:rPr>
                <w:rFonts w:cs="Sakkal Majalla"/>
                <w:color w:val="000000" w:themeColor="text1"/>
                <w:sz w:val="38"/>
                <w:szCs w:val="38"/>
              </w:rPr>
            </w:pPr>
            <w:r w:rsidRPr="005117ED">
              <w:rPr>
                <w:rFonts w:cs="Sakkal Majalla"/>
                <w:color w:val="000000" w:themeColor="text1"/>
                <w:sz w:val="38"/>
                <w:szCs w:val="38"/>
                <w:rtl/>
              </w:rPr>
              <w:t>المبادرة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حل</w:t>
            </w:r>
            <w:r w:rsidRPr="005117ED">
              <w:rPr>
                <w:rFonts w:cs="Sakkal Majalla"/>
                <w:color w:val="000000" w:themeColor="text1"/>
                <w:sz w:val="38"/>
                <w:szCs w:val="38"/>
              </w:rPr>
              <w:t xml:space="preserve"> </w:t>
            </w:r>
            <w:r w:rsidRPr="005117ED">
              <w:rPr>
                <w:rFonts w:cs="Sakkal Majalla"/>
                <w:color w:val="000000" w:themeColor="text1"/>
                <w:sz w:val="38"/>
                <w:szCs w:val="38"/>
                <w:rtl/>
              </w:rPr>
              <w:t>المشكلات</w:t>
            </w:r>
          </w:p>
        </w:tc>
        <w:tc>
          <w:tcPr>
            <w:tcW w:w="3301" w:type="dxa"/>
            <w:vAlign w:val="center"/>
          </w:tcPr>
          <w:p w:rsidR="00FD5E07" w:rsidRPr="005117ED" w:rsidRDefault="00FD5E07" w:rsidP="004C155A">
            <w:pPr>
              <w:spacing w:before="0"/>
              <w:jc w:val="center"/>
              <w:rPr>
                <w:rFonts w:cs="Sakkal Majalla"/>
                <w:color w:val="000000" w:themeColor="text1"/>
                <w:sz w:val="38"/>
                <w:szCs w:val="38"/>
              </w:rPr>
            </w:pPr>
            <w:r w:rsidRPr="005117ED">
              <w:rPr>
                <w:rFonts w:cs="Sakkal Majalla"/>
                <w:color w:val="000000" w:themeColor="text1"/>
                <w:sz w:val="38"/>
                <w:szCs w:val="38"/>
              </w:rPr>
              <w:t>4</w:t>
            </w:r>
          </w:p>
        </w:tc>
        <w:tc>
          <w:tcPr>
            <w:tcW w:w="3304" w:type="dxa"/>
            <w:vAlign w:val="center"/>
          </w:tcPr>
          <w:p w:rsidR="00FD5E07" w:rsidRPr="005117ED" w:rsidRDefault="00FD5E07" w:rsidP="004C155A">
            <w:pPr>
              <w:spacing w:before="0"/>
              <w:jc w:val="center"/>
              <w:rPr>
                <w:rFonts w:cs="Sakkal Majalla"/>
                <w:color w:val="000000" w:themeColor="text1"/>
                <w:sz w:val="38"/>
                <w:szCs w:val="38"/>
              </w:rPr>
            </w:pPr>
            <w:r w:rsidRPr="005117ED">
              <w:rPr>
                <w:rFonts w:cs="Sakkal Majalla"/>
                <w:color w:val="000000" w:themeColor="text1"/>
                <w:sz w:val="38"/>
                <w:szCs w:val="38"/>
              </w:rPr>
              <w:t>0.778</w:t>
            </w:r>
          </w:p>
        </w:tc>
      </w:tr>
      <w:tr w:rsidR="00FD5E07" w:rsidRPr="005117ED" w:rsidTr="004C155A">
        <w:tc>
          <w:tcPr>
            <w:tcW w:w="3307" w:type="dxa"/>
            <w:shd w:val="clear" w:color="auto" w:fill="EDF4FA"/>
            <w:vAlign w:val="center"/>
          </w:tcPr>
          <w:p w:rsidR="00FD5E07" w:rsidRPr="005117ED" w:rsidRDefault="00FD5E07" w:rsidP="004C155A">
            <w:pPr>
              <w:spacing w:before="0"/>
              <w:jc w:val="center"/>
              <w:rPr>
                <w:rFonts w:cs="Sakkal Majalla"/>
                <w:color w:val="000000" w:themeColor="text1"/>
                <w:sz w:val="38"/>
                <w:szCs w:val="38"/>
              </w:rPr>
            </w:pPr>
            <w:r w:rsidRPr="005117ED">
              <w:rPr>
                <w:rFonts w:cs="Sakkal Majalla"/>
                <w:color w:val="000000" w:themeColor="text1"/>
                <w:sz w:val="38"/>
                <w:szCs w:val="38"/>
                <w:rtl/>
              </w:rPr>
              <w:t>تبني</w:t>
            </w:r>
            <w:r w:rsidRPr="005117ED">
              <w:rPr>
                <w:rFonts w:cs="Sakkal Majalla"/>
                <w:color w:val="000000" w:themeColor="text1"/>
                <w:sz w:val="38"/>
                <w:szCs w:val="38"/>
              </w:rPr>
              <w:t xml:space="preserve"> </w:t>
            </w:r>
            <w:r w:rsidRPr="005117ED">
              <w:rPr>
                <w:rFonts w:cs="Sakkal Majalla"/>
                <w:color w:val="000000" w:themeColor="text1"/>
                <w:sz w:val="38"/>
                <w:szCs w:val="38"/>
                <w:rtl/>
              </w:rPr>
              <w:t>الأفكار</w:t>
            </w:r>
            <w:r w:rsidRPr="005117ED">
              <w:rPr>
                <w:rFonts w:cs="Sakkal Majalla"/>
                <w:color w:val="000000" w:themeColor="text1"/>
                <w:sz w:val="38"/>
                <w:szCs w:val="38"/>
              </w:rPr>
              <w:t xml:space="preserve"> </w:t>
            </w:r>
            <w:r w:rsidRPr="005117ED">
              <w:rPr>
                <w:rFonts w:cs="Sakkal Majalla"/>
                <w:color w:val="000000" w:themeColor="text1"/>
                <w:sz w:val="38"/>
                <w:szCs w:val="38"/>
                <w:rtl/>
              </w:rPr>
              <w:t>وتطبيقها</w:t>
            </w:r>
          </w:p>
        </w:tc>
        <w:tc>
          <w:tcPr>
            <w:tcW w:w="3301" w:type="dxa"/>
            <w:shd w:val="clear" w:color="auto" w:fill="EDF4FA"/>
            <w:vAlign w:val="center"/>
          </w:tcPr>
          <w:p w:rsidR="00FD5E07" w:rsidRPr="005117ED" w:rsidRDefault="00FD5E07" w:rsidP="004C155A">
            <w:pPr>
              <w:spacing w:before="0"/>
              <w:jc w:val="center"/>
              <w:rPr>
                <w:rFonts w:cs="Sakkal Majalla"/>
                <w:color w:val="000000" w:themeColor="text1"/>
                <w:sz w:val="38"/>
                <w:szCs w:val="38"/>
              </w:rPr>
            </w:pPr>
            <w:r w:rsidRPr="005117ED">
              <w:rPr>
                <w:rFonts w:cs="Sakkal Majalla"/>
                <w:color w:val="000000" w:themeColor="text1"/>
                <w:sz w:val="38"/>
                <w:szCs w:val="38"/>
              </w:rPr>
              <w:t>4</w:t>
            </w:r>
          </w:p>
        </w:tc>
        <w:tc>
          <w:tcPr>
            <w:tcW w:w="3304" w:type="dxa"/>
            <w:shd w:val="clear" w:color="auto" w:fill="EDF4FA"/>
            <w:vAlign w:val="center"/>
          </w:tcPr>
          <w:p w:rsidR="00FD5E07" w:rsidRPr="005117ED" w:rsidRDefault="00FD5E07" w:rsidP="004C155A">
            <w:pPr>
              <w:spacing w:before="0"/>
              <w:jc w:val="center"/>
              <w:rPr>
                <w:rFonts w:cs="Sakkal Majalla"/>
                <w:color w:val="000000" w:themeColor="text1"/>
                <w:sz w:val="38"/>
                <w:szCs w:val="38"/>
              </w:rPr>
            </w:pPr>
            <w:r w:rsidRPr="005117ED">
              <w:rPr>
                <w:rFonts w:cs="Sakkal Majalla"/>
                <w:color w:val="000000" w:themeColor="text1"/>
                <w:sz w:val="38"/>
                <w:szCs w:val="38"/>
              </w:rPr>
              <w:t>0.794</w:t>
            </w:r>
          </w:p>
        </w:tc>
      </w:tr>
      <w:tr w:rsidR="00FD5E07" w:rsidRPr="005117ED" w:rsidTr="004C155A">
        <w:tc>
          <w:tcPr>
            <w:tcW w:w="3307" w:type="dxa"/>
            <w:vAlign w:val="center"/>
          </w:tcPr>
          <w:p w:rsidR="00FD5E07" w:rsidRPr="005117ED" w:rsidRDefault="00FD5E07" w:rsidP="004C155A">
            <w:pPr>
              <w:spacing w:before="0"/>
              <w:jc w:val="center"/>
              <w:rPr>
                <w:rFonts w:cs="Sakkal Majalla"/>
                <w:color w:val="000000" w:themeColor="text1"/>
                <w:sz w:val="38"/>
                <w:szCs w:val="38"/>
              </w:rPr>
            </w:pPr>
            <w:r w:rsidRPr="005117ED">
              <w:rPr>
                <w:rFonts w:cs="Sakkal Majalla"/>
                <w:color w:val="000000" w:themeColor="text1"/>
                <w:sz w:val="38"/>
                <w:szCs w:val="38"/>
                <w:rtl/>
              </w:rPr>
              <w:t>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التنظيمي</w:t>
            </w:r>
            <w:r w:rsidRPr="005117ED">
              <w:rPr>
                <w:rFonts w:cs="Sakkal Majalla"/>
                <w:color w:val="000000" w:themeColor="text1"/>
                <w:sz w:val="38"/>
                <w:szCs w:val="38"/>
              </w:rPr>
              <w:t xml:space="preserve"> </w:t>
            </w:r>
            <w:r w:rsidRPr="005117ED">
              <w:rPr>
                <w:rFonts w:cs="Sakkal Majalla"/>
                <w:color w:val="000000" w:themeColor="text1"/>
                <w:sz w:val="38"/>
                <w:szCs w:val="38"/>
                <w:rtl/>
              </w:rPr>
              <w:t>ككل</w:t>
            </w:r>
          </w:p>
        </w:tc>
        <w:tc>
          <w:tcPr>
            <w:tcW w:w="3301" w:type="dxa"/>
            <w:vAlign w:val="center"/>
          </w:tcPr>
          <w:p w:rsidR="00FD5E07" w:rsidRPr="005117ED" w:rsidRDefault="00FD5E07" w:rsidP="004C155A">
            <w:pPr>
              <w:spacing w:before="0"/>
              <w:jc w:val="center"/>
              <w:rPr>
                <w:rFonts w:cs="Sakkal Majalla"/>
                <w:color w:val="000000" w:themeColor="text1"/>
                <w:sz w:val="38"/>
                <w:szCs w:val="38"/>
              </w:rPr>
            </w:pPr>
            <w:r w:rsidRPr="005117ED">
              <w:rPr>
                <w:rFonts w:cs="Sakkal Majalla"/>
                <w:color w:val="000000" w:themeColor="text1"/>
                <w:sz w:val="38"/>
                <w:szCs w:val="38"/>
              </w:rPr>
              <w:t>20</w:t>
            </w:r>
          </w:p>
        </w:tc>
        <w:tc>
          <w:tcPr>
            <w:tcW w:w="3304" w:type="dxa"/>
            <w:vAlign w:val="center"/>
          </w:tcPr>
          <w:p w:rsidR="00FD5E07" w:rsidRPr="005117ED" w:rsidRDefault="00FD5E07" w:rsidP="004C155A">
            <w:pPr>
              <w:spacing w:before="0"/>
              <w:jc w:val="center"/>
              <w:rPr>
                <w:rFonts w:cs="Sakkal Majalla"/>
                <w:color w:val="000000" w:themeColor="text1"/>
                <w:sz w:val="38"/>
                <w:szCs w:val="38"/>
              </w:rPr>
            </w:pPr>
            <w:r w:rsidRPr="005117ED">
              <w:rPr>
                <w:rFonts w:cs="Sakkal Majalla"/>
                <w:color w:val="000000" w:themeColor="text1"/>
                <w:sz w:val="38"/>
                <w:szCs w:val="38"/>
              </w:rPr>
              <w:t>0.909</w:t>
            </w:r>
          </w:p>
        </w:tc>
      </w:tr>
      <w:tr w:rsidR="00FD5E07" w:rsidRPr="005117ED" w:rsidTr="004C155A">
        <w:tc>
          <w:tcPr>
            <w:tcW w:w="3307" w:type="dxa"/>
            <w:shd w:val="clear" w:color="auto" w:fill="EDF4FA"/>
            <w:vAlign w:val="center"/>
          </w:tcPr>
          <w:p w:rsidR="00FD5E07" w:rsidRPr="005117ED" w:rsidRDefault="00FD5E07" w:rsidP="004C155A">
            <w:pPr>
              <w:spacing w:before="0"/>
              <w:jc w:val="center"/>
              <w:rPr>
                <w:rFonts w:cs="Sakkal Majalla"/>
                <w:color w:val="000000" w:themeColor="text1"/>
                <w:sz w:val="38"/>
                <w:szCs w:val="38"/>
              </w:rPr>
            </w:pPr>
            <w:r w:rsidRPr="005117ED">
              <w:rPr>
                <w:rFonts w:cs="Sakkal Majalla"/>
                <w:color w:val="000000" w:themeColor="text1"/>
                <w:sz w:val="38"/>
                <w:szCs w:val="38"/>
                <w:rtl/>
              </w:rPr>
              <w:t>الأداة</w:t>
            </w:r>
            <w:r w:rsidRPr="005117ED">
              <w:rPr>
                <w:rFonts w:cs="Sakkal Majalla"/>
                <w:color w:val="000000" w:themeColor="text1"/>
                <w:sz w:val="38"/>
                <w:szCs w:val="38"/>
              </w:rPr>
              <w:t xml:space="preserve"> </w:t>
            </w:r>
            <w:r w:rsidRPr="005117ED">
              <w:rPr>
                <w:rFonts w:cs="Sakkal Majalla"/>
                <w:color w:val="000000" w:themeColor="text1"/>
                <w:sz w:val="38"/>
                <w:szCs w:val="38"/>
                <w:rtl/>
              </w:rPr>
              <w:t>ككل</w:t>
            </w:r>
          </w:p>
        </w:tc>
        <w:tc>
          <w:tcPr>
            <w:tcW w:w="3301" w:type="dxa"/>
            <w:shd w:val="clear" w:color="auto" w:fill="EDF4FA"/>
            <w:vAlign w:val="center"/>
          </w:tcPr>
          <w:p w:rsidR="00FD5E07" w:rsidRPr="005117ED" w:rsidRDefault="00FD5E07" w:rsidP="004C155A">
            <w:pPr>
              <w:spacing w:before="0"/>
              <w:jc w:val="center"/>
              <w:rPr>
                <w:rFonts w:cs="Sakkal Majalla"/>
                <w:color w:val="000000" w:themeColor="text1"/>
                <w:sz w:val="38"/>
                <w:szCs w:val="38"/>
              </w:rPr>
            </w:pPr>
            <w:r w:rsidRPr="005117ED">
              <w:rPr>
                <w:rFonts w:cs="Sakkal Majalla"/>
                <w:color w:val="000000" w:themeColor="text1"/>
                <w:sz w:val="38"/>
                <w:szCs w:val="38"/>
              </w:rPr>
              <w:t>40</w:t>
            </w:r>
          </w:p>
        </w:tc>
        <w:tc>
          <w:tcPr>
            <w:tcW w:w="3304" w:type="dxa"/>
            <w:shd w:val="clear" w:color="auto" w:fill="EDF4FA"/>
            <w:vAlign w:val="center"/>
          </w:tcPr>
          <w:p w:rsidR="00FD5E07" w:rsidRPr="005117ED" w:rsidRDefault="00FD5E07" w:rsidP="004C155A">
            <w:pPr>
              <w:spacing w:before="0"/>
              <w:jc w:val="center"/>
              <w:rPr>
                <w:rFonts w:cs="Sakkal Majalla"/>
                <w:color w:val="000000" w:themeColor="text1"/>
                <w:sz w:val="38"/>
                <w:szCs w:val="38"/>
              </w:rPr>
            </w:pPr>
            <w:r w:rsidRPr="005117ED">
              <w:rPr>
                <w:rFonts w:cs="Sakkal Majalla"/>
                <w:color w:val="000000" w:themeColor="text1"/>
                <w:sz w:val="38"/>
                <w:szCs w:val="38"/>
              </w:rPr>
              <w:t>0.938</w:t>
            </w:r>
          </w:p>
        </w:tc>
      </w:tr>
    </w:tbl>
    <w:p w:rsidR="00FD5E07" w:rsidRPr="005117ED" w:rsidRDefault="00FD5E07" w:rsidP="00FD5E07">
      <w:pPr>
        <w:spacing w:before="0"/>
        <w:jc w:val="both"/>
        <w:rPr>
          <w:rFonts w:cs="Sakkal Majalla"/>
          <w:color w:val="000000" w:themeColor="text1"/>
          <w:sz w:val="38"/>
          <w:szCs w:val="38"/>
        </w:rPr>
      </w:pPr>
    </w:p>
    <w:p w:rsidR="00FD5E07" w:rsidRPr="005117ED" w:rsidRDefault="00FD5E07" w:rsidP="00FD5E07">
      <w:pPr>
        <w:spacing w:before="0"/>
        <w:jc w:val="both"/>
        <w:rPr>
          <w:rFonts w:cs="Sakkal Majalla"/>
          <w:color w:val="000000" w:themeColor="text1"/>
          <w:sz w:val="38"/>
          <w:szCs w:val="38"/>
        </w:rPr>
      </w:pPr>
    </w:p>
    <w:p w:rsidR="00FD5E07" w:rsidRPr="005117ED" w:rsidRDefault="00FD5E07" w:rsidP="00FD5E07">
      <w:pPr>
        <w:spacing w:before="0"/>
        <w:ind w:firstLine="0"/>
        <w:jc w:val="left"/>
        <w:outlineLvl w:val="0"/>
        <w:rPr>
          <w:rFonts w:eastAsia="Times New Roman" w:cs="Sakkal Majalla"/>
          <w:b/>
          <w:bCs/>
          <w:color w:val="000000" w:themeColor="text1"/>
          <w:sz w:val="40"/>
          <w:szCs w:val="40"/>
        </w:rPr>
      </w:pPr>
      <w:bookmarkStart w:id="60" w:name="_Toc233322008"/>
      <w:r w:rsidRPr="005117ED">
        <w:rPr>
          <w:rFonts w:eastAsia="Times New Roman" w:cs="Sakkal Majalla"/>
          <w:b/>
          <w:bCs/>
          <w:color w:val="000000" w:themeColor="text1"/>
          <w:sz w:val="40"/>
          <w:szCs w:val="40"/>
          <w:rtl/>
        </w:rPr>
        <w:t>خامسًا: أساليب المعالجة الإحصائية</w:t>
      </w:r>
      <w:bookmarkEnd w:id="60"/>
    </w:p>
    <w:p w:rsidR="00FD5E07" w:rsidRPr="005117ED" w:rsidRDefault="00FD5E07" w:rsidP="00FD5E07">
      <w:pPr>
        <w:spacing w:before="0"/>
        <w:jc w:val="both"/>
        <w:rPr>
          <w:rFonts w:cs="Sakkal Majalla"/>
          <w:color w:val="000000" w:themeColor="text1"/>
          <w:sz w:val="38"/>
          <w:szCs w:val="38"/>
        </w:rPr>
      </w:pPr>
      <w:r w:rsidRPr="005117ED">
        <w:rPr>
          <w:rFonts w:cs="Sakkal Majalla"/>
          <w:color w:val="000000" w:themeColor="text1"/>
          <w:sz w:val="38"/>
          <w:szCs w:val="38"/>
          <w:rtl/>
        </w:rPr>
        <w:t>1. التكرارات والنسب المئوية لوصف خصائص أفراد العينة.</w:t>
      </w:r>
    </w:p>
    <w:p w:rsidR="00FD5E07" w:rsidRPr="005117ED" w:rsidRDefault="00FD5E07" w:rsidP="00FD5E07">
      <w:pPr>
        <w:spacing w:before="0"/>
        <w:jc w:val="both"/>
        <w:rPr>
          <w:rFonts w:cs="Sakkal Majalla"/>
          <w:color w:val="000000" w:themeColor="text1"/>
          <w:sz w:val="38"/>
          <w:szCs w:val="38"/>
        </w:rPr>
      </w:pPr>
      <w:r w:rsidRPr="005117ED">
        <w:rPr>
          <w:rFonts w:cs="Sakkal Majalla"/>
          <w:color w:val="000000" w:themeColor="text1"/>
          <w:sz w:val="38"/>
          <w:szCs w:val="38"/>
          <w:rtl/>
        </w:rPr>
        <w:t>2. المتوسطات الحسابية والانحرافات المعيارية لتحديد مستويات المتغيرات.</w:t>
      </w:r>
    </w:p>
    <w:p w:rsidR="00FD5E07" w:rsidRPr="005117ED" w:rsidRDefault="00FD5E07" w:rsidP="00FD5E07">
      <w:pPr>
        <w:spacing w:before="0"/>
        <w:jc w:val="both"/>
        <w:rPr>
          <w:rFonts w:cs="Sakkal Majalla"/>
          <w:color w:val="000000" w:themeColor="text1"/>
          <w:sz w:val="38"/>
          <w:szCs w:val="38"/>
        </w:rPr>
      </w:pPr>
      <w:r w:rsidRPr="005117ED">
        <w:rPr>
          <w:rFonts w:cs="Sakkal Majalla"/>
          <w:color w:val="000000" w:themeColor="text1"/>
          <w:sz w:val="38"/>
          <w:szCs w:val="38"/>
          <w:rtl/>
        </w:rPr>
        <w:t xml:space="preserve">3. معامل </w:t>
      </w:r>
      <w:proofErr w:type="spellStart"/>
      <w:r w:rsidRPr="005117ED">
        <w:rPr>
          <w:rFonts w:cs="Sakkal Majalla"/>
          <w:color w:val="000000" w:themeColor="text1"/>
          <w:sz w:val="38"/>
          <w:szCs w:val="38"/>
          <w:rtl/>
        </w:rPr>
        <w:t>كرونباخ</w:t>
      </w:r>
      <w:proofErr w:type="spellEnd"/>
      <w:r w:rsidRPr="005117ED">
        <w:rPr>
          <w:rFonts w:cs="Sakkal Majalla"/>
          <w:color w:val="000000" w:themeColor="text1"/>
          <w:sz w:val="38"/>
          <w:szCs w:val="38"/>
          <w:rtl/>
        </w:rPr>
        <w:t xml:space="preserve"> ألفا للتحقق من ثبات الأداة.</w:t>
      </w:r>
    </w:p>
    <w:p w:rsidR="00FD5E07" w:rsidRPr="005117ED" w:rsidRDefault="00FD5E07" w:rsidP="00FD5E07">
      <w:pPr>
        <w:spacing w:before="0"/>
        <w:jc w:val="both"/>
        <w:rPr>
          <w:rFonts w:cs="Sakkal Majalla"/>
          <w:color w:val="000000" w:themeColor="text1"/>
          <w:sz w:val="38"/>
          <w:szCs w:val="38"/>
        </w:rPr>
      </w:pPr>
      <w:r w:rsidRPr="005117ED">
        <w:rPr>
          <w:rFonts w:cs="Sakkal Majalla"/>
          <w:color w:val="000000" w:themeColor="text1"/>
          <w:sz w:val="38"/>
          <w:szCs w:val="38"/>
          <w:rtl/>
        </w:rPr>
        <w:t>4. معامل ارتباط بيرسون لقياس العلاقة بين القيادة التحويلية والإبداع التنظيمي.</w:t>
      </w:r>
    </w:p>
    <w:p w:rsidR="00FD5E07" w:rsidRPr="005117ED" w:rsidRDefault="00FD5E07" w:rsidP="00FD5E07">
      <w:pPr>
        <w:spacing w:before="0"/>
        <w:jc w:val="both"/>
        <w:rPr>
          <w:rFonts w:cs="Sakkal Majalla"/>
          <w:color w:val="000000" w:themeColor="text1"/>
          <w:sz w:val="38"/>
          <w:szCs w:val="38"/>
        </w:rPr>
      </w:pPr>
      <w:r w:rsidRPr="005117ED">
        <w:rPr>
          <w:rFonts w:cs="Sakkal Majalla"/>
          <w:color w:val="000000" w:themeColor="text1"/>
          <w:sz w:val="38"/>
          <w:szCs w:val="38"/>
          <w:rtl/>
        </w:rPr>
        <w:t>5. تحليل الانحدار الخطي البسيط لاختبار أثر القيادة التحويلية ككل في الإبداع التنظيمي.</w:t>
      </w:r>
    </w:p>
    <w:p w:rsidR="00FD5E07" w:rsidRPr="005117ED" w:rsidRDefault="00FD5E07" w:rsidP="00FD5E07">
      <w:pPr>
        <w:spacing w:before="0"/>
        <w:jc w:val="both"/>
        <w:rPr>
          <w:rFonts w:cs="Sakkal Majalla"/>
          <w:color w:val="000000" w:themeColor="text1"/>
          <w:sz w:val="38"/>
          <w:szCs w:val="38"/>
        </w:rPr>
      </w:pPr>
      <w:r w:rsidRPr="005117ED">
        <w:rPr>
          <w:rFonts w:cs="Sakkal Majalla"/>
          <w:color w:val="000000" w:themeColor="text1"/>
          <w:sz w:val="38"/>
          <w:szCs w:val="38"/>
          <w:rtl/>
        </w:rPr>
        <w:t>6. تحليل الانحدار المتعدد لاختبار أثر أبعاد القيادة التحويلية في الإبداع التنظيمي.</w:t>
      </w:r>
    </w:p>
    <w:p w:rsidR="00FD5E07" w:rsidRPr="005117ED" w:rsidRDefault="00FD5E07" w:rsidP="00FD5E07">
      <w:pPr>
        <w:spacing w:before="0"/>
        <w:jc w:val="both"/>
        <w:rPr>
          <w:rFonts w:cs="Sakkal Majalla"/>
          <w:color w:val="000000" w:themeColor="text1"/>
          <w:sz w:val="38"/>
          <w:szCs w:val="38"/>
        </w:rPr>
      </w:pPr>
      <w:r w:rsidRPr="005117ED">
        <w:rPr>
          <w:rFonts w:cs="Sakkal Majalla"/>
          <w:color w:val="000000" w:themeColor="text1"/>
          <w:sz w:val="38"/>
          <w:szCs w:val="38"/>
          <w:rtl/>
        </w:rPr>
        <w:t>7. اختبار (ت) للعينات المستقلة وتحليل التباين الأحادي ANOVA لاختبار الفروق.</w:t>
      </w:r>
    </w:p>
    <w:p w:rsidR="00FD5E07" w:rsidRPr="005117ED" w:rsidRDefault="00FD5E07" w:rsidP="00FD5E07">
      <w:pPr>
        <w:spacing w:before="0"/>
        <w:jc w:val="both"/>
        <w:rPr>
          <w:rFonts w:cs="Sakkal Majalla"/>
          <w:color w:val="000000" w:themeColor="text1"/>
          <w:sz w:val="38"/>
          <w:szCs w:val="38"/>
        </w:rPr>
      </w:pPr>
      <w:r w:rsidRPr="005117ED">
        <w:rPr>
          <w:rFonts w:cs="Sakkal Majalla"/>
          <w:color w:val="000000" w:themeColor="text1"/>
          <w:sz w:val="38"/>
          <w:szCs w:val="38"/>
          <w:rtl/>
        </w:rPr>
        <w:t>8. اعتماد مستوى الدلالة الإحصائية 0.05 للحكم على الفرضيات.</w:t>
      </w:r>
    </w:p>
    <w:p w:rsidR="00FD5E07" w:rsidRPr="005117ED" w:rsidRDefault="00FD5E07" w:rsidP="00FD5E07">
      <w:pPr>
        <w:spacing w:before="0"/>
        <w:ind w:firstLine="0"/>
        <w:jc w:val="left"/>
        <w:outlineLvl w:val="0"/>
        <w:rPr>
          <w:rFonts w:eastAsia="Times New Roman" w:cs="Sakkal Majalla"/>
          <w:b/>
          <w:bCs/>
          <w:color w:val="000000" w:themeColor="text1"/>
          <w:sz w:val="40"/>
          <w:szCs w:val="40"/>
        </w:rPr>
      </w:pPr>
      <w:bookmarkStart w:id="61" w:name="_Toc233322009"/>
      <w:r w:rsidRPr="005117ED">
        <w:rPr>
          <w:rFonts w:eastAsia="Times New Roman" w:cs="Sakkal Majalla"/>
          <w:b/>
          <w:bCs/>
          <w:color w:val="000000" w:themeColor="text1"/>
          <w:sz w:val="40"/>
          <w:szCs w:val="40"/>
          <w:rtl/>
        </w:rPr>
        <w:lastRenderedPageBreak/>
        <w:t>سادسًا: الاعتبارات الأخلاقية</w:t>
      </w:r>
      <w:bookmarkEnd w:id="61"/>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تلتزم الدراسة بمبادئ البحث العلمي من حيث احترام سرية البيانات، واستخدامها لأغراض البحث فقط، وعدم جمع بيانات تعريفية تكشف هوية المشاركين، وإتاحة حق المشاركة الطوعية والانسحاب، وتقديم النتائج بصورة إجمالية لا تسمح بتحديد الأفراد أو المنشآت.</w:t>
      </w:r>
    </w:p>
    <w:p w:rsidR="00FD5E07" w:rsidRPr="005117ED" w:rsidRDefault="00FD5E07" w:rsidP="00FD5E07">
      <w:pPr>
        <w:spacing w:before="0"/>
        <w:jc w:val="both"/>
        <w:rPr>
          <w:rFonts w:cs="Sakkal Majalla"/>
          <w:color w:val="000000" w:themeColor="text1"/>
          <w:sz w:val="38"/>
          <w:szCs w:val="38"/>
        </w:rPr>
      </w:pPr>
    </w:p>
    <w:p w:rsidR="00FD5E07" w:rsidRPr="005117ED" w:rsidRDefault="00FD5E07" w:rsidP="00FD5E07">
      <w:pPr>
        <w:spacing w:before="0"/>
        <w:ind w:firstLine="0"/>
        <w:jc w:val="left"/>
        <w:outlineLvl w:val="0"/>
        <w:rPr>
          <w:rFonts w:eastAsia="Times New Roman" w:cs="Sakkal Majalla"/>
          <w:b/>
          <w:bCs/>
          <w:color w:val="000000" w:themeColor="text1"/>
          <w:sz w:val="40"/>
          <w:szCs w:val="40"/>
        </w:rPr>
      </w:pPr>
      <w:bookmarkStart w:id="62" w:name="_Toc233322010"/>
      <w:r w:rsidRPr="005117ED">
        <w:rPr>
          <w:rFonts w:eastAsia="Times New Roman" w:cs="Sakkal Majalla"/>
          <w:b/>
          <w:bCs/>
          <w:color w:val="000000" w:themeColor="text1"/>
          <w:sz w:val="40"/>
          <w:szCs w:val="40"/>
          <w:rtl/>
        </w:rPr>
        <w:t>سابعًا</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تصميم</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الدراسة</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ووحدة</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التحليل</w:t>
      </w:r>
      <w:bookmarkEnd w:id="62"/>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تندرج</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ضمن</w:t>
      </w:r>
      <w:r w:rsidRPr="005117ED">
        <w:rPr>
          <w:rFonts w:cs="Sakkal Majalla"/>
          <w:color w:val="000000" w:themeColor="text1"/>
          <w:sz w:val="38"/>
          <w:szCs w:val="38"/>
        </w:rPr>
        <w:t xml:space="preserve"> </w:t>
      </w:r>
      <w:r w:rsidRPr="005117ED">
        <w:rPr>
          <w:rFonts w:cs="Sakkal Majalla"/>
          <w:color w:val="000000" w:themeColor="text1"/>
          <w:sz w:val="38"/>
          <w:szCs w:val="38"/>
          <w:rtl/>
        </w:rPr>
        <w:t>البحوث</w:t>
      </w:r>
      <w:r w:rsidRPr="005117ED">
        <w:rPr>
          <w:rFonts w:cs="Sakkal Majalla"/>
          <w:color w:val="000000" w:themeColor="text1"/>
          <w:sz w:val="38"/>
          <w:szCs w:val="38"/>
        </w:rPr>
        <w:t xml:space="preserve"> </w:t>
      </w:r>
      <w:r w:rsidRPr="005117ED">
        <w:rPr>
          <w:rFonts w:cs="Sakkal Majalla"/>
          <w:color w:val="000000" w:themeColor="text1"/>
          <w:sz w:val="38"/>
          <w:szCs w:val="38"/>
          <w:rtl/>
        </w:rPr>
        <w:t>التطبيقية</w:t>
      </w:r>
      <w:r w:rsidRPr="005117ED">
        <w:rPr>
          <w:rFonts w:cs="Sakkal Majalla"/>
          <w:color w:val="000000" w:themeColor="text1"/>
          <w:sz w:val="38"/>
          <w:szCs w:val="38"/>
        </w:rPr>
        <w:t xml:space="preserve"> </w:t>
      </w:r>
      <w:r w:rsidRPr="005117ED">
        <w:rPr>
          <w:rFonts w:cs="Sakkal Majalla"/>
          <w:color w:val="000000" w:themeColor="text1"/>
          <w:sz w:val="38"/>
          <w:szCs w:val="38"/>
          <w:rtl/>
        </w:rPr>
        <w:t>الكمية</w:t>
      </w:r>
      <w:r w:rsidRPr="005117ED">
        <w:rPr>
          <w:rFonts w:cs="Sakkal Majalla"/>
          <w:color w:val="000000" w:themeColor="text1"/>
          <w:sz w:val="38"/>
          <w:szCs w:val="38"/>
        </w:rPr>
        <w:t xml:space="preserve"> </w:t>
      </w:r>
      <w:r w:rsidRPr="005117ED">
        <w:rPr>
          <w:rFonts w:cs="Sakkal Majalla"/>
          <w:color w:val="000000" w:themeColor="text1"/>
          <w:sz w:val="38"/>
          <w:szCs w:val="38"/>
          <w:rtl/>
        </w:rPr>
        <w:t>ذات</w:t>
      </w:r>
      <w:r w:rsidRPr="005117ED">
        <w:rPr>
          <w:rFonts w:cs="Sakkal Majalla"/>
          <w:color w:val="000000" w:themeColor="text1"/>
          <w:sz w:val="38"/>
          <w:szCs w:val="38"/>
        </w:rPr>
        <w:t xml:space="preserve"> </w:t>
      </w:r>
      <w:r w:rsidRPr="005117ED">
        <w:rPr>
          <w:rFonts w:cs="Sakkal Majalla"/>
          <w:color w:val="000000" w:themeColor="text1"/>
          <w:sz w:val="38"/>
          <w:szCs w:val="38"/>
          <w:rtl/>
        </w:rPr>
        <w:t>التصميم</w:t>
      </w:r>
      <w:r w:rsidRPr="005117ED">
        <w:rPr>
          <w:rFonts w:cs="Sakkal Majalla"/>
          <w:color w:val="000000" w:themeColor="text1"/>
          <w:sz w:val="38"/>
          <w:szCs w:val="38"/>
        </w:rPr>
        <w:t xml:space="preserve"> </w:t>
      </w:r>
      <w:r w:rsidRPr="005117ED">
        <w:rPr>
          <w:rFonts w:cs="Sakkal Majalla"/>
          <w:color w:val="000000" w:themeColor="text1"/>
          <w:sz w:val="38"/>
          <w:szCs w:val="38"/>
          <w:rtl/>
        </w:rPr>
        <w:t>المقطعي،</w:t>
      </w:r>
      <w:r w:rsidRPr="005117ED">
        <w:rPr>
          <w:rFonts w:cs="Sakkal Majalla"/>
          <w:color w:val="000000" w:themeColor="text1"/>
          <w:sz w:val="38"/>
          <w:szCs w:val="38"/>
        </w:rPr>
        <w:t xml:space="preserve"> </w:t>
      </w:r>
      <w:r w:rsidRPr="005117ED">
        <w:rPr>
          <w:rFonts w:cs="Sakkal Majalla"/>
          <w:color w:val="000000" w:themeColor="text1"/>
          <w:sz w:val="38"/>
          <w:szCs w:val="38"/>
          <w:rtl/>
        </w:rPr>
        <w:t>إذ</w:t>
      </w:r>
      <w:r w:rsidRPr="005117ED">
        <w:rPr>
          <w:rFonts w:cs="Sakkal Majalla"/>
          <w:color w:val="000000" w:themeColor="text1"/>
          <w:sz w:val="38"/>
          <w:szCs w:val="38"/>
        </w:rPr>
        <w:t xml:space="preserve"> </w:t>
      </w:r>
      <w:r w:rsidRPr="005117ED">
        <w:rPr>
          <w:rFonts w:cs="Sakkal Majalla"/>
          <w:color w:val="000000" w:themeColor="text1"/>
          <w:sz w:val="38"/>
          <w:szCs w:val="38"/>
          <w:rtl/>
        </w:rPr>
        <w:t>تجمع</w:t>
      </w:r>
      <w:r w:rsidRPr="005117ED">
        <w:rPr>
          <w:rFonts w:cs="Sakkal Majalla"/>
          <w:color w:val="000000" w:themeColor="text1"/>
          <w:sz w:val="38"/>
          <w:szCs w:val="38"/>
        </w:rPr>
        <w:t xml:space="preserve"> </w:t>
      </w:r>
      <w:r w:rsidRPr="005117ED">
        <w:rPr>
          <w:rFonts w:cs="Sakkal Majalla"/>
          <w:color w:val="000000" w:themeColor="text1"/>
          <w:sz w:val="38"/>
          <w:szCs w:val="38"/>
          <w:rtl/>
        </w:rPr>
        <w:t>البيانات</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نقطة</w:t>
      </w:r>
      <w:r w:rsidRPr="005117ED">
        <w:rPr>
          <w:rFonts w:cs="Sakkal Majalla"/>
          <w:color w:val="000000" w:themeColor="text1"/>
          <w:sz w:val="38"/>
          <w:szCs w:val="38"/>
        </w:rPr>
        <w:t xml:space="preserve"> </w:t>
      </w:r>
      <w:r w:rsidRPr="005117ED">
        <w:rPr>
          <w:rFonts w:cs="Sakkal Majalla"/>
          <w:color w:val="000000" w:themeColor="text1"/>
          <w:sz w:val="38"/>
          <w:szCs w:val="38"/>
          <w:rtl/>
        </w:rPr>
        <w:t>زمنية</w:t>
      </w:r>
      <w:r w:rsidRPr="005117ED">
        <w:rPr>
          <w:rFonts w:cs="Sakkal Majalla"/>
          <w:color w:val="000000" w:themeColor="text1"/>
          <w:sz w:val="38"/>
          <w:szCs w:val="38"/>
        </w:rPr>
        <w:t xml:space="preserve"> </w:t>
      </w:r>
      <w:r w:rsidRPr="005117ED">
        <w:rPr>
          <w:rFonts w:cs="Sakkal Majalla"/>
          <w:color w:val="000000" w:themeColor="text1"/>
          <w:sz w:val="38"/>
          <w:szCs w:val="38"/>
          <w:rtl/>
        </w:rPr>
        <w:t>واحدة</w:t>
      </w:r>
      <w:r w:rsidRPr="005117ED">
        <w:rPr>
          <w:rFonts w:cs="Sakkal Majalla"/>
          <w:color w:val="000000" w:themeColor="text1"/>
          <w:sz w:val="38"/>
          <w:szCs w:val="38"/>
        </w:rPr>
        <w:t xml:space="preserve"> </w:t>
      </w:r>
      <w:r w:rsidRPr="005117ED">
        <w:rPr>
          <w:rFonts w:cs="Sakkal Majalla"/>
          <w:color w:val="000000" w:themeColor="text1"/>
          <w:sz w:val="38"/>
          <w:szCs w:val="38"/>
          <w:rtl/>
        </w:rPr>
        <w:t>بهدف</w:t>
      </w:r>
      <w:r w:rsidRPr="005117ED">
        <w:rPr>
          <w:rFonts w:cs="Sakkal Majalla"/>
          <w:color w:val="000000" w:themeColor="text1"/>
          <w:sz w:val="38"/>
          <w:szCs w:val="38"/>
        </w:rPr>
        <w:t xml:space="preserve"> </w:t>
      </w:r>
      <w:r w:rsidRPr="005117ED">
        <w:rPr>
          <w:rFonts w:cs="Sakkal Majalla"/>
          <w:color w:val="000000" w:themeColor="text1"/>
          <w:sz w:val="38"/>
          <w:szCs w:val="38"/>
          <w:rtl/>
        </w:rPr>
        <w:t>وصف</w:t>
      </w:r>
      <w:r w:rsidRPr="005117ED">
        <w:rPr>
          <w:rFonts w:cs="Sakkal Majalla"/>
          <w:color w:val="000000" w:themeColor="text1"/>
          <w:sz w:val="38"/>
          <w:szCs w:val="38"/>
        </w:rPr>
        <w:t xml:space="preserve"> </w:t>
      </w:r>
      <w:r w:rsidRPr="005117ED">
        <w:rPr>
          <w:rFonts w:cs="Sakkal Majalla"/>
          <w:color w:val="000000" w:themeColor="text1"/>
          <w:sz w:val="38"/>
          <w:szCs w:val="38"/>
          <w:rtl/>
        </w:rPr>
        <w:t>مستوى</w:t>
      </w:r>
      <w:r w:rsidRPr="005117ED">
        <w:rPr>
          <w:rFonts w:cs="Sakkal Majalla"/>
          <w:color w:val="000000" w:themeColor="text1"/>
          <w:sz w:val="38"/>
          <w:szCs w:val="38"/>
        </w:rPr>
        <w:t xml:space="preserve"> </w:t>
      </w:r>
      <w:r w:rsidRPr="005117ED">
        <w:rPr>
          <w:rFonts w:cs="Sakkal Majalla"/>
          <w:color w:val="000000" w:themeColor="text1"/>
          <w:sz w:val="38"/>
          <w:szCs w:val="38"/>
          <w:rtl/>
        </w:rPr>
        <w:t>المتغيرات</w:t>
      </w:r>
      <w:r w:rsidRPr="005117ED">
        <w:rPr>
          <w:rFonts w:cs="Sakkal Majalla"/>
          <w:color w:val="000000" w:themeColor="text1"/>
          <w:sz w:val="38"/>
          <w:szCs w:val="38"/>
        </w:rPr>
        <w:t xml:space="preserve"> </w:t>
      </w:r>
      <w:r w:rsidRPr="005117ED">
        <w:rPr>
          <w:rFonts w:cs="Sakkal Majalla"/>
          <w:color w:val="000000" w:themeColor="text1"/>
          <w:sz w:val="38"/>
          <w:szCs w:val="38"/>
          <w:rtl/>
        </w:rPr>
        <w:t>واختبار</w:t>
      </w:r>
      <w:r w:rsidRPr="005117ED">
        <w:rPr>
          <w:rFonts w:cs="Sakkal Majalla"/>
          <w:color w:val="000000" w:themeColor="text1"/>
          <w:sz w:val="38"/>
          <w:szCs w:val="38"/>
        </w:rPr>
        <w:t xml:space="preserve"> </w:t>
      </w:r>
      <w:r w:rsidRPr="005117ED">
        <w:rPr>
          <w:rFonts w:cs="Sakkal Majalla"/>
          <w:color w:val="000000" w:themeColor="text1"/>
          <w:sz w:val="38"/>
          <w:szCs w:val="38"/>
          <w:rtl/>
        </w:rPr>
        <w:t>العلاقات</w:t>
      </w:r>
      <w:r w:rsidRPr="005117ED">
        <w:rPr>
          <w:rFonts w:cs="Sakkal Majalla"/>
          <w:color w:val="000000" w:themeColor="text1"/>
          <w:sz w:val="38"/>
          <w:szCs w:val="38"/>
        </w:rPr>
        <w:t xml:space="preserve"> </w:t>
      </w:r>
      <w:r w:rsidRPr="005117ED">
        <w:rPr>
          <w:rFonts w:cs="Sakkal Majalla"/>
          <w:color w:val="000000" w:themeColor="text1"/>
          <w:sz w:val="38"/>
          <w:szCs w:val="38"/>
          <w:rtl/>
        </w:rPr>
        <w:t>بينها</w:t>
      </w:r>
      <w:r w:rsidRPr="005117ED">
        <w:rPr>
          <w:rFonts w:cs="Sakkal Majalla"/>
          <w:color w:val="000000" w:themeColor="text1"/>
          <w:sz w:val="38"/>
          <w:szCs w:val="38"/>
        </w:rPr>
        <w:t xml:space="preserve">. </w:t>
      </w:r>
      <w:r w:rsidRPr="005117ED">
        <w:rPr>
          <w:rFonts w:cs="Sakkal Majalla"/>
          <w:color w:val="000000" w:themeColor="text1"/>
          <w:sz w:val="38"/>
          <w:szCs w:val="38"/>
          <w:rtl/>
        </w:rPr>
        <w:t>ويجمع</w:t>
      </w:r>
      <w:r w:rsidRPr="005117ED">
        <w:rPr>
          <w:rFonts w:cs="Sakkal Majalla"/>
          <w:color w:val="000000" w:themeColor="text1"/>
          <w:sz w:val="38"/>
          <w:szCs w:val="38"/>
        </w:rPr>
        <w:t xml:space="preserve"> </w:t>
      </w:r>
      <w:r w:rsidRPr="005117ED">
        <w:rPr>
          <w:rFonts w:cs="Sakkal Majalla"/>
          <w:color w:val="000000" w:themeColor="text1"/>
          <w:sz w:val="38"/>
          <w:szCs w:val="38"/>
          <w:rtl/>
        </w:rPr>
        <w:t>التصميم</w:t>
      </w:r>
      <w:r w:rsidRPr="005117ED">
        <w:rPr>
          <w:rFonts w:cs="Sakkal Majalla"/>
          <w:color w:val="000000" w:themeColor="text1"/>
          <w:sz w:val="38"/>
          <w:szCs w:val="38"/>
        </w:rPr>
        <w:t xml:space="preserve"> </w:t>
      </w:r>
      <w:r w:rsidRPr="005117ED">
        <w:rPr>
          <w:rFonts w:cs="Sakkal Majalla"/>
          <w:color w:val="000000" w:themeColor="text1"/>
          <w:sz w:val="38"/>
          <w:szCs w:val="38"/>
          <w:rtl/>
        </w:rPr>
        <w:t>بين</w:t>
      </w:r>
      <w:r w:rsidRPr="005117ED">
        <w:rPr>
          <w:rFonts w:cs="Sakkal Majalla"/>
          <w:color w:val="000000" w:themeColor="text1"/>
          <w:sz w:val="38"/>
          <w:szCs w:val="38"/>
        </w:rPr>
        <w:t xml:space="preserve"> </w:t>
      </w:r>
      <w:r w:rsidRPr="005117ED">
        <w:rPr>
          <w:rFonts w:cs="Sakkal Majalla"/>
          <w:color w:val="000000" w:themeColor="text1"/>
          <w:sz w:val="38"/>
          <w:szCs w:val="38"/>
          <w:rtl/>
        </w:rPr>
        <w:t>الجانب</w:t>
      </w:r>
      <w:r w:rsidRPr="005117ED">
        <w:rPr>
          <w:rFonts w:cs="Sakkal Majalla"/>
          <w:color w:val="000000" w:themeColor="text1"/>
          <w:sz w:val="38"/>
          <w:szCs w:val="38"/>
        </w:rPr>
        <w:t xml:space="preserve"> </w:t>
      </w:r>
      <w:r w:rsidRPr="005117ED">
        <w:rPr>
          <w:rFonts w:cs="Sakkal Majalla"/>
          <w:color w:val="000000" w:themeColor="text1"/>
          <w:sz w:val="38"/>
          <w:szCs w:val="38"/>
          <w:rtl/>
        </w:rPr>
        <w:t>الوصفي</w:t>
      </w:r>
      <w:r w:rsidRPr="005117ED">
        <w:rPr>
          <w:rFonts w:cs="Sakkal Majalla"/>
          <w:color w:val="000000" w:themeColor="text1"/>
          <w:sz w:val="38"/>
          <w:szCs w:val="38"/>
        </w:rPr>
        <w:t xml:space="preserve"> </w:t>
      </w:r>
      <w:r w:rsidRPr="005117ED">
        <w:rPr>
          <w:rFonts w:cs="Sakkal Majalla"/>
          <w:color w:val="000000" w:themeColor="text1"/>
          <w:sz w:val="38"/>
          <w:szCs w:val="38"/>
          <w:rtl/>
        </w:rPr>
        <w:t>الذي</w:t>
      </w:r>
      <w:r w:rsidRPr="005117ED">
        <w:rPr>
          <w:rFonts w:cs="Sakkal Majalla"/>
          <w:color w:val="000000" w:themeColor="text1"/>
          <w:sz w:val="38"/>
          <w:szCs w:val="38"/>
        </w:rPr>
        <w:t xml:space="preserve"> </w:t>
      </w:r>
      <w:r w:rsidRPr="005117ED">
        <w:rPr>
          <w:rFonts w:cs="Sakkal Majalla"/>
          <w:color w:val="000000" w:themeColor="text1"/>
          <w:sz w:val="38"/>
          <w:szCs w:val="38"/>
          <w:rtl/>
        </w:rPr>
        <w:t>يجيب</w:t>
      </w:r>
      <w:r w:rsidRPr="005117ED">
        <w:rPr>
          <w:rFonts w:cs="Sakkal Majalla"/>
          <w:color w:val="000000" w:themeColor="text1"/>
          <w:sz w:val="38"/>
          <w:szCs w:val="38"/>
        </w:rPr>
        <w:t xml:space="preserve"> </w:t>
      </w:r>
      <w:r w:rsidRPr="005117ED">
        <w:rPr>
          <w:rFonts w:cs="Sakkal Majalla"/>
          <w:color w:val="000000" w:themeColor="text1"/>
          <w:sz w:val="38"/>
          <w:szCs w:val="38"/>
          <w:rtl/>
        </w:rPr>
        <w:t>عن</w:t>
      </w:r>
      <w:r w:rsidRPr="005117ED">
        <w:rPr>
          <w:rFonts w:cs="Sakkal Majalla"/>
          <w:color w:val="000000" w:themeColor="text1"/>
          <w:sz w:val="38"/>
          <w:szCs w:val="38"/>
        </w:rPr>
        <w:t xml:space="preserve"> </w:t>
      </w:r>
      <w:r w:rsidRPr="005117ED">
        <w:rPr>
          <w:rFonts w:cs="Sakkal Majalla"/>
          <w:color w:val="000000" w:themeColor="text1"/>
          <w:sz w:val="38"/>
          <w:szCs w:val="38"/>
          <w:rtl/>
        </w:rPr>
        <w:t>أسئلة</w:t>
      </w:r>
      <w:r w:rsidRPr="005117ED">
        <w:rPr>
          <w:rFonts w:cs="Sakkal Majalla"/>
          <w:color w:val="000000" w:themeColor="text1"/>
          <w:sz w:val="38"/>
          <w:szCs w:val="38"/>
        </w:rPr>
        <w:t xml:space="preserve"> </w:t>
      </w:r>
      <w:r w:rsidRPr="005117ED">
        <w:rPr>
          <w:rFonts w:cs="Sakkal Majalla"/>
          <w:color w:val="000000" w:themeColor="text1"/>
          <w:sz w:val="38"/>
          <w:szCs w:val="38"/>
          <w:rtl/>
        </w:rPr>
        <w:t>المستوى</w:t>
      </w:r>
      <w:r w:rsidRPr="005117ED">
        <w:rPr>
          <w:rFonts w:cs="Sakkal Majalla"/>
          <w:color w:val="000000" w:themeColor="text1"/>
          <w:sz w:val="38"/>
          <w:szCs w:val="38"/>
        </w:rPr>
        <w:t xml:space="preserve"> </w:t>
      </w:r>
      <w:r w:rsidRPr="005117ED">
        <w:rPr>
          <w:rFonts w:cs="Sakkal Majalla"/>
          <w:color w:val="000000" w:themeColor="text1"/>
          <w:sz w:val="38"/>
          <w:szCs w:val="38"/>
          <w:rtl/>
        </w:rPr>
        <w:t>والترتيب،</w:t>
      </w:r>
      <w:r w:rsidRPr="005117ED">
        <w:rPr>
          <w:rFonts w:cs="Sakkal Majalla"/>
          <w:color w:val="000000" w:themeColor="text1"/>
          <w:sz w:val="38"/>
          <w:szCs w:val="38"/>
        </w:rPr>
        <w:t xml:space="preserve"> </w:t>
      </w:r>
      <w:r w:rsidRPr="005117ED">
        <w:rPr>
          <w:rFonts w:cs="Sakkal Majalla"/>
          <w:color w:val="000000" w:themeColor="text1"/>
          <w:sz w:val="38"/>
          <w:szCs w:val="38"/>
          <w:rtl/>
        </w:rPr>
        <w:t>والجانب</w:t>
      </w:r>
      <w:r w:rsidRPr="005117ED">
        <w:rPr>
          <w:rFonts w:cs="Sakkal Majalla"/>
          <w:color w:val="000000" w:themeColor="text1"/>
          <w:sz w:val="38"/>
          <w:szCs w:val="38"/>
        </w:rPr>
        <w:t xml:space="preserve"> </w:t>
      </w:r>
      <w:r w:rsidRPr="005117ED">
        <w:rPr>
          <w:rFonts w:cs="Sakkal Majalla"/>
          <w:color w:val="000000" w:themeColor="text1"/>
          <w:sz w:val="38"/>
          <w:szCs w:val="38"/>
          <w:rtl/>
        </w:rPr>
        <w:t>التفسيري</w:t>
      </w:r>
      <w:r w:rsidRPr="005117ED">
        <w:rPr>
          <w:rFonts w:cs="Sakkal Majalla"/>
          <w:color w:val="000000" w:themeColor="text1"/>
          <w:sz w:val="38"/>
          <w:szCs w:val="38"/>
        </w:rPr>
        <w:t xml:space="preserve"> </w:t>
      </w:r>
      <w:r w:rsidRPr="005117ED">
        <w:rPr>
          <w:rFonts w:cs="Sakkal Majalla"/>
          <w:color w:val="000000" w:themeColor="text1"/>
          <w:sz w:val="38"/>
          <w:szCs w:val="38"/>
          <w:rtl/>
        </w:rPr>
        <w:t>الذي</w:t>
      </w:r>
      <w:r w:rsidRPr="005117ED">
        <w:rPr>
          <w:rFonts w:cs="Sakkal Majalla"/>
          <w:color w:val="000000" w:themeColor="text1"/>
          <w:sz w:val="38"/>
          <w:szCs w:val="38"/>
        </w:rPr>
        <w:t xml:space="preserve"> </w:t>
      </w:r>
      <w:r w:rsidRPr="005117ED">
        <w:rPr>
          <w:rFonts w:cs="Sakkal Majalla"/>
          <w:color w:val="000000" w:themeColor="text1"/>
          <w:sz w:val="38"/>
          <w:szCs w:val="38"/>
          <w:rtl/>
        </w:rPr>
        <w:t>يستخدم</w:t>
      </w:r>
      <w:r w:rsidRPr="005117ED">
        <w:rPr>
          <w:rFonts w:cs="Sakkal Majalla"/>
          <w:color w:val="000000" w:themeColor="text1"/>
          <w:sz w:val="38"/>
          <w:szCs w:val="38"/>
        </w:rPr>
        <w:t xml:space="preserve"> </w:t>
      </w:r>
      <w:r w:rsidRPr="005117ED">
        <w:rPr>
          <w:rFonts w:cs="Sakkal Majalla"/>
          <w:color w:val="000000" w:themeColor="text1"/>
          <w:sz w:val="38"/>
          <w:szCs w:val="38"/>
          <w:rtl/>
        </w:rPr>
        <w:t>الارتباط</w:t>
      </w:r>
      <w:r w:rsidRPr="005117ED">
        <w:rPr>
          <w:rFonts w:cs="Sakkal Majalla"/>
          <w:color w:val="000000" w:themeColor="text1"/>
          <w:sz w:val="38"/>
          <w:szCs w:val="38"/>
        </w:rPr>
        <w:t xml:space="preserve"> </w:t>
      </w:r>
      <w:r w:rsidRPr="005117ED">
        <w:rPr>
          <w:rFonts w:cs="Sakkal Majalla"/>
          <w:color w:val="000000" w:themeColor="text1"/>
          <w:sz w:val="38"/>
          <w:szCs w:val="38"/>
          <w:rtl/>
        </w:rPr>
        <w:t>والانحدار</w:t>
      </w:r>
      <w:r w:rsidRPr="005117ED">
        <w:rPr>
          <w:rFonts w:cs="Sakkal Majalla"/>
          <w:color w:val="000000" w:themeColor="text1"/>
          <w:sz w:val="38"/>
          <w:szCs w:val="38"/>
        </w:rPr>
        <w:t xml:space="preserve"> </w:t>
      </w:r>
      <w:r w:rsidRPr="005117ED">
        <w:rPr>
          <w:rFonts w:cs="Sakkal Majalla"/>
          <w:color w:val="000000" w:themeColor="text1"/>
          <w:sz w:val="38"/>
          <w:szCs w:val="38"/>
          <w:rtl/>
        </w:rPr>
        <w:t>لتقدير</w:t>
      </w:r>
      <w:r w:rsidRPr="005117ED">
        <w:rPr>
          <w:rFonts w:cs="Sakkal Majalla"/>
          <w:color w:val="000000" w:themeColor="text1"/>
          <w:sz w:val="38"/>
          <w:szCs w:val="38"/>
        </w:rPr>
        <w:t xml:space="preserve"> </w:t>
      </w:r>
      <w:r w:rsidRPr="005117ED">
        <w:rPr>
          <w:rFonts w:cs="Sakkal Majalla"/>
          <w:color w:val="000000" w:themeColor="text1"/>
          <w:sz w:val="38"/>
          <w:szCs w:val="38"/>
          <w:rtl/>
        </w:rPr>
        <w:t>مقدار</w:t>
      </w:r>
      <w:r w:rsidRPr="005117ED">
        <w:rPr>
          <w:rFonts w:cs="Sakkal Majalla"/>
          <w:color w:val="000000" w:themeColor="text1"/>
          <w:sz w:val="38"/>
          <w:szCs w:val="38"/>
        </w:rPr>
        <w:t xml:space="preserve"> </w:t>
      </w:r>
      <w:r w:rsidRPr="005117ED">
        <w:rPr>
          <w:rFonts w:cs="Sakkal Majalla"/>
          <w:color w:val="000000" w:themeColor="text1"/>
          <w:sz w:val="38"/>
          <w:szCs w:val="38"/>
          <w:rtl/>
        </w:rPr>
        <w:t>الإسهام</w:t>
      </w:r>
      <w:r w:rsidRPr="005117ED">
        <w:rPr>
          <w:rFonts w:cs="Sakkal Majalla"/>
          <w:color w:val="000000" w:themeColor="text1"/>
          <w:sz w:val="38"/>
          <w:szCs w:val="38"/>
        </w:rPr>
        <w:t xml:space="preserve"> </w:t>
      </w:r>
      <w:r w:rsidRPr="005117ED">
        <w:rPr>
          <w:rFonts w:cs="Sakkal Majalla"/>
          <w:color w:val="000000" w:themeColor="text1"/>
          <w:sz w:val="38"/>
          <w:szCs w:val="38"/>
          <w:rtl/>
        </w:rPr>
        <w:t>الإحصائي</w:t>
      </w:r>
      <w:r w:rsidRPr="005117ED">
        <w:rPr>
          <w:rFonts w:cs="Sakkal Majalla"/>
          <w:color w:val="000000" w:themeColor="text1"/>
          <w:sz w:val="38"/>
          <w:szCs w:val="38"/>
        </w:rPr>
        <w:t xml:space="preserve"> </w:t>
      </w:r>
      <w:r w:rsidRPr="005117ED">
        <w:rPr>
          <w:rFonts w:cs="Sakkal Majalla"/>
          <w:color w:val="000000" w:themeColor="text1"/>
          <w:sz w:val="38"/>
          <w:szCs w:val="38"/>
          <w:rtl/>
        </w:rPr>
        <w:t>للقيادة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التنظيمي</w:t>
      </w:r>
      <w:r w:rsidRPr="005117ED">
        <w:rPr>
          <w:rFonts w:cs="Sakkal Majalla"/>
          <w:color w:val="000000" w:themeColor="text1"/>
          <w:sz w:val="38"/>
          <w:szCs w:val="38"/>
        </w:rPr>
        <w:t xml:space="preserve">. </w:t>
      </w:r>
      <w:r w:rsidRPr="005117ED">
        <w:rPr>
          <w:rFonts w:cs="Sakkal Majalla"/>
          <w:color w:val="000000" w:themeColor="text1"/>
          <w:sz w:val="38"/>
          <w:szCs w:val="38"/>
          <w:rtl/>
        </w:rPr>
        <w:t>ولا</w:t>
      </w:r>
      <w:r w:rsidRPr="005117ED">
        <w:rPr>
          <w:rFonts w:cs="Sakkal Majalla"/>
          <w:color w:val="000000" w:themeColor="text1"/>
          <w:sz w:val="38"/>
          <w:szCs w:val="38"/>
        </w:rPr>
        <w:t xml:space="preserve"> </w:t>
      </w:r>
      <w:r w:rsidRPr="005117ED">
        <w:rPr>
          <w:rFonts w:cs="Sakkal Majalla"/>
          <w:color w:val="000000" w:themeColor="text1"/>
          <w:sz w:val="38"/>
          <w:szCs w:val="38"/>
          <w:rtl/>
        </w:rPr>
        <w:t>يستخدم</w:t>
      </w:r>
      <w:r w:rsidRPr="005117ED">
        <w:rPr>
          <w:rFonts w:cs="Sakkal Majalla"/>
          <w:color w:val="000000" w:themeColor="text1"/>
          <w:sz w:val="38"/>
          <w:szCs w:val="38"/>
        </w:rPr>
        <w:t xml:space="preserve"> </w:t>
      </w:r>
      <w:r w:rsidRPr="005117ED">
        <w:rPr>
          <w:rFonts w:cs="Sakkal Majalla"/>
          <w:color w:val="000000" w:themeColor="text1"/>
          <w:sz w:val="38"/>
          <w:szCs w:val="38"/>
          <w:rtl/>
        </w:rPr>
        <w:t>مصطلح</w:t>
      </w:r>
      <w:r w:rsidRPr="005117ED">
        <w:rPr>
          <w:rFonts w:cs="Sakkal Majalla"/>
          <w:color w:val="000000" w:themeColor="text1"/>
          <w:sz w:val="38"/>
          <w:szCs w:val="38"/>
        </w:rPr>
        <w:t xml:space="preserve"> </w:t>
      </w:r>
      <w:r w:rsidRPr="005117ED">
        <w:rPr>
          <w:rFonts w:cs="Sakkal Majalla"/>
          <w:color w:val="000000" w:themeColor="text1"/>
          <w:sz w:val="38"/>
          <w:szCs w:val="38"/>
          <w:rtl/>
        </w:rPr>
        <w:t>الأثر</w:t>
      </w:r>
      <w:r w:rsidRPr="005117ED">
        <w:rPr>
          <w:rFonts w:cs="Sakkal Majalla"/>
          <w:color w:val="000000" w:themeColor="text1"/>
          <w:sz w:val="38"/>
          <w:szCs w:val="38"/>
        </w:rPr>
        <w:t xml:space="preserve"> </w:t>
      </w:r>
      <w:r w:rsidRPr="005117ED">
        <w:rPr>
          <w:rFonts w:cs="Sakkal Majalla"/>
          <w:color w:val="000000" w:themeColor="text1"/>
          <w:sz w:val="38"/>
          <w:szCs w:val="38"/>
          <w:rtl/>
        </w:rPr>
        <w:t>هنا</w:t>
      </w:r>
      <w:r w:rsidRPr="005117ED">
        <w:rPr>
          <w:rFonts w:cs="Sakkal Majalla"/>
          <w:color w:val="000000" w:themeColor="text1"/>
          <w:sz w:val="38"/>
          <w:szCs w:val="38"/>
        </w:rPr>
        <w:t xml:space="preserve"> </w:t>
      </w:r>
      <w:r w:rsidRPr="005117ED">
        <w:rPr>
          <w:rFonts w:cs="Sakkal Majalla"/>
          <w:color w:val="000000" w:themeColor="text1"/>
          <w:sz w:val="38"/>
          <w:szCs w:val="38"/>
          <w:rtl/>
        </w:rPr>
        <w:t>بمعنى</w:t>
      </w:r>
      <w:r w:rsidRPr="005117ED">
        <w:rPr>
          <w:rFonts w:cs="Sakkal Majalla"/>
          <w:color w:val="000000" w:themeColor="text1"/>
          <w:sz w:val="38"/>
          <w:szCs w:val="38"/>
        </w:rPr>
        <w:t xml:space="preserve"> </w:t>
      </w:r>
      <w:r w:rsidRPr="005117ED">
        <w:rPr>
          <w:rFonts w:cs="Sakkal Majalla"/>
          <w:color w:val="000000" w:themeColor="text1"/>
          <w:sz w:val="38"/>
          <w:szCs w:val="38"/>
          <w:rtl/>
        </w:rPr>
        <w:t>السببية</w:t>
      </w:r>
      <w:r w:rsidRPr="005117ED">
        <w:rPr>
          <w:rFonts w:cs="Sakkal Majalla"/>
          <w:color w:val="000000" w:themeColor="text1"/>
          <w:sz w:val="38"/>
          <w:szCs w:val="38"/>
        </w:rPr>
        <w:t xml:space="preserve"> </w:t>
      </w:r>
      <w:r w:rsidRPr="005117ED">
        <w:rPr>
          <w:rFonts w:cs="Sakkal Majalla"/>
          <w:color w:val="000000" w:themeColor="text1"/>
          <w:sz w:val="38"/>
          <w:szCs w:val="38"/>
          <w:rtl/>
        </w:rPr>
        <w:t>التجريبية</w:t>
      </w:r>
      <w:r w:rsidRPr="005117ED">
        <w:rPr>
          <w:rFonts w:cs="Sakkal Majalla"/>
          <w:color w:val="000000" w:themeColor="text1"/>
          <w:sz w:val="38"/>
          <w:szCs w:val="38"/>
        </w:rPr>
        <w:t xml:space="preserve"> </w:t>
      </w:r>
      <w:r w:rsidRPr="005117ED">
        <w:rPr>
          <w:rFonts w:cs="Sakkal Majalla"/>
          <w:color w:val="000000" w:themeColor="text1"/>
          <w:sz w:val="38"/>
          <w:szCs w:val="38"/>
          <w:rtl/>
        </w:rPr>
        <w:t>الصارمة؛</w:t>
      </w:r>
      <w:r w:rsidRPr="005117ED">
        <w:rPr>
          <w:rFonts w:cs="Sakkal Majalla"/>
          <w:color w:val="000000" w:themeColor="text1"/>
          <w:sz w:val="38"/>
          <w:szCs w:val="38"/>
        </w:rPr>
        <w:t xml:space="preserve"> </w:t>
      </w:r>
      <w:r w:rsidRPr="005117ED">
        <w:rPr>
          <w:rFonts w:cs="Sakkal Majalla"/>
          <w:color w:val="000000" w:themeColor="text1"/>
          <w:sz w:val="38"/>
          <w:szCs w:val="38"/>
          <w:rtl/>
        </w:rPr>
        <w:t>لأن</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تتضمن</w:t>
      </w:r>
      <w:r w:rsidRPr="005117ED">
        <w:rPr>
          <w:rFonts w:cs="Sakkal Majalla"/>
          <w:color w:val="000000" w:themeColor="text1"/>
          <w:sz w:val="38"/>
          <w:szCs w:val="38"/>
        </w:rPr>
        <w:t xml:space="preserve"> </w:t>
      </w:r>
      <w:r w:rsidRPr="005117ED">
        <w:rPr>
          <w:rFonts w:cs="Sakkal Majalla"/>
          <w:color w:val="000000" w:themeColor="text1"/>
          <w:sz w:val="38"/>
          <w:szCs w:val="38"/>
          <w:rtl/>
        </w:rPr>
        <w:t>معالجة</w:t>
      </w:r>
      <w:r w:rsidRPr="005117ED">
        <w:rPr>
          <w:rFonts w:cs="Sakkal Majalla"/>
          <w:color w:val="000000" w:themeColor="text1"/>
          <w:sz w:val="38"/>
          <w:szCs w:val="38"/>
        </w:rPr>
        <w:t xml:space="preserve"> </w:t>
      </w:r>
      <w:r w:rsidRPr="005117ED">
        <w:rPr>
          <w:rFonts w:cs="Sakkal Majalla"/>
          <w:color w:val="000000" w:themeColor="text1"/>
          <w:sz w:val="38"/>
          <w:szCs w:val="38"/>
          <w:rtl/>
        </w:rPr>
        <w:t>عشوائية</w:t>
      </w:r>
      <w:r w:rsidRPr="005117ED">
        <w:rPr>
          <w:rFonts w:cs="Sakkal Majalla"/>
          <w:color w:val="000000" w:themeColor="text1"/>
          <w:sz w:val="38"/>
          <w:szCs w:val="38"/>
        </w:rPr>
        <w:t xml:space="preserve"> </w:t>
      </w:r>
      <w:r w:rsidRPr="005117ED">
        <w:rPr>
          <w:rFonts w:cs="Sakkal Majalla"/>
          <w:color w:val="000000" w:themeColor="text1"/>
          <w:sz w:val="38"/>
          <w:szCs w:val="38"/>
          <w:rtl/>
        </w:rPr>
        <w:t>أو</w:t>
      </w:r>
      <w:r w:rsidRPr="005117ED">
        <w:rPr>
          <w:rFonts w:cs="Sakkal Majalla"/>
          <w:color w:val="000000" w:themeColor="text1"/>
          <w:sz w:val="38"/>
          <w:szCs w:val="38"/>
        </w:rPr>
        <w:t xml:space="preserve"> </w:t>
      </w:r>
      <w:r w:rsidRPr="005117ED">
        <w:rPr>
          <w:rFonts w:cs="Sakkal Majalla"/>
          <w:color w:val="000000" w:themeColor="text1"/>
          <w:sz w:val="38"/>
          <w:szCs w:val="38"/>
          <w:rtl/>
        </w:rPr>
        <w:t>قياسًا</w:t>
      </w:r>
      <w:r w:rsidRPr="005117ED">
        <w:rPr>
          <w:rFonts w:cs="Sakkal Majalla"/>
          <w:color w:val="000000" w:themeColor="text1"/>
          <w:sz w:val="38"/>
          <w:szCs w:val="38"/>
        </w:rPr>
        <w:t xml:space="preserve"> </w:t>
      </w:r>
      <w:r w:rsidRPr="005117ED">
        <w:rPr>
          <w:rFonts w:cs="Sakkal Majalla"/>
          <w:color w:val="000000" w:themeColor="text1"/>
          <w:sz w:val="38"/>
          <w:szCs w:val="38"/>
          <w:rtl/>
        </w:rPr>
        <w:t>قبليًا</w:t>
      </w:r>
      <w:r w:rsidRPr="005117ED">
        <w:rPr>
          <w:rFonts w:cs="Sakkal Majalla"/>
          <w:color w:val="000000" w:themeColor="text1"/>
          <w:sz w:val="38"/>
          <w:szCs w:val="38"/>
        </w:rPr>
        <w:t xml:space="preserve"> </w:t>
      </w:r>
      <w:r w:rsidRPr="005117ED">
        <w:rPr>
          <w:rFonts w:cs="Sakkal Majalla"/>
          <w:color w:val="000000" w:themeColor="text1"/>
          <w:sz w:val="38"/>
          <w:szCs w:val="38"/>
          <w:rtl/>
        </w:rPr>
        <w:t>وبعديًا،</w:t>
      </w:r>
      <w:r w:rsidRPr="005117ED">
        <w:rPr>
          <w:rFonts w:cs="Sakkal Majalla"/>
          <w:color w:val="000000" w:themeColor="text1"/>
          <w:sz w:val="38"/>
          <w:szCs w:val="38"/>
        </w:rPr>
        <w:t xml:space="preserve"> </w:t>
      </w:r>
      <w:r w:rsidRPr="005117ED">
        <w:rPr>
          <w:rFonts w:cs="Sakkal Majalla"/>
          <w:color w:val="000000" w:themeColor="text1"/>
          <w:sz w:val="38"/>
          <w:szCs w:val="38"/>
          <w:rtl/>
        </w:rPr>
        <w:t>بل</w:t>
      </w:r>
      <w:r w:rsidRPr="005117ED">
        <w:rPr>
          <w:rFonts w:cs="Sakkal Majalla"/>
          <w:color w:val="000000" w:themeColor="text1"/>
          <w:sz w:val="38"/>
          <w:szCs w:val="38"/>
        </w:rPr>
        <w:t xml:space="preserve"> </w:t>
      </w:r>
      <w:r w:rsidRPr="005117ED">
        <w:rPr>
          <w:rFonts w:cs="Sakkal Majalla"/>
          <w:color w:val="000000" w:themeColor="text1"/>
          <w:sz w:val="38"/>
          <w:szCs w:val="38"/>
          <w:rtl/>
        </w:rPr>
        <w:t>بمعنى</w:t>
      </w:r>
      <w:r w:rsidRPr="005117ED">
        <w:rPr>
          <w:rFonts w:cs="Sakkal Majalla"/>
          <w:color w:val="000000" w:themeColor="text1"/>
          <w:sz w:val="38"/>
          <w:szCs w:val="38"/>
        </w:rPr>
        <w:t xml:space="preserve"> </w:t>
      </w:r>
      <w:r w:rsidRPr="005117ED">
        <w:rPr>
          <w:rFonts w:cs="Sakkal Majalla"/>
          <w:color w:val="000000" w:themeColor="text1"/>
          <w:sz w:val="38"/>
          <w:szCs w:val="38"/>
          <w:rtl/>
        </w:rPr>
        <w:t>القدرة</w:t>
      </w:r>
      <w:r w:rsidRPr="005117ED">
        <w:rPr>
          <w:rFonts w:cs="Sakkal Majalla"/>
          <w:color w:val="000000" w:themeColor="text1"/>
          <w:sz w:val="38"/>
          <w:szCs w:val="38"/>
        </w:rPr>
        <w:t xml:space="preserve"> </w:t>
      </w:r>
      <w:r w:rsidRPr="005117ED">
        <w:rPr>
          <w:rFonts w:cs="Sakkal Majalla"/>
          <w:color w:val="000000" w:themeColor="text1"/>
          <w:sz w:val="38"/>
          <w:szCs w:val="38"/>
          <w:rtl/>
        </w:rPr>
        <w:t>التفسيرية</w:t>
      </w:r>
      <w:r w:rsidRPr="005117ED">
        <w:rPr>
          <w:rFonts w:cs="Sakkal Majalla"/>
          <w:color w:val="000000" w:themeColor="text1"/>
          <w:sz w:val="38"/>
          <w:szCs w:val="38"/>
        </w:rPr>
        <w:t xml:space="preserve"> </w:t>
      </w:r>
      <w:r w:rsidRPr="005117ED">
        <w:rPr>
          <w:rFonts w:cs="Sakkal Majalla"/>
          <w:color w:val="000000" w:themeColor="text1"/>
          <w:sz w:val="38"/>
          <w:szCs w:val="38"/>
          <w:rtl/>
        </w:rPr>
        <w:t>التي</w:t>
      </w:r>
      <w:r w:rsidRPr="005117ED">
        <w:rPr>
          <w:rFonts w:cs="Sakkal Majalla"/>
          <w:color w:val="000000" w:themeColor="text1"/>
          <w:sz w:val="38"/>
          <w:szCs w:val="38"/>
        </w:rPr>
        <w:t xml:space="preserve"> </w:t>
      </w:r>
      <w:r w:rsidRPr="005117ED">
        <w:rPr>
          <w:rFonts w:cs="Sakkal Majalla"/>
          <w:color w:val="000000" w:themeColor="text1"/>
          <w:sz w:val="38"/>
          <w:szCs w:val="38"/>
          <w:rtl/>
        </w:rPr>
        <w:t>يدعمها</w:t>
      </w:r>
      <w:r w:rsidRPr="005117ED">
        <w:rPr>
          <w:rFonts w:cs="Sakkal Majalla"/>
          <w:color w:val="000000" w:themeColor="text1"/>
          <w:sz w:val="38"/>
          <w:szCs w:val="38"/>
        </w:rPr>
        <w:t xml:space="preserve"> </w:t>
      </w:r>
      <w:r w:rsidRPr="005117ED">
        <w:rPr>
          <w:rFonts w:cs="Sakkal Majalla"/>
          <w:color w:val="000000" w:themeColor="text1"/>
          <w:sz w:val="38"/>
          <w:szCs w:val="38"/>
          <w:rtl/>
        </w:rPr>
        <w:t>الإطار</w:t>
      </w:r>
      <w:r w:rsidRPr="005117ED">
        <w:rPr>
          <w:rFonts w:cs="Sakkal Majalla"/>
          <w:color w:val="000000" w:themeColor="text1"/>
          <w:sz w:val="38"/>
          <w:szCs w:val="38"/>
        </w:rPr>
        <w:t xml:space="preserve"> </w:t>
      </w:r>
      <w:r w:rsidRPr="005117ED">
        <w:rPr>
          <w:rFonts w:cs="Sakkal Majalla"/>
          <w:color w:val="000000" w:themeColor="text1"/>
          <w:sz w:val="38"/>
          <w:szCs w:val="38"/>
          <w:rtl/>
        </w:rPr>
        <w:t>النظري</w:t>
      </w:r>
      <w:r w:rsidRPr="005117ED">
        <w:rPr>
          <w:rFonts w:cs="Sakkal Majalla"/>
          <w:color w:val="000000" w:themeColor="text1"/>
          <w:sz w:val="38"/>
          <w:szCs w:val="38"/>
        </w:rPr>
        <w:t xml:space="preserve"> </w:t>
      </w:r>
      <w:r w:rsidRPr="005117ED">
        <w:rPr>
          <w:rFonts w:cs="Sakkal Majalla"/>
          <w:color w:val="000000" w:themeColor="text1"/>
          <w:sz w:val="38"/>
          <w:szCs w:val="38"/>
          <w:rtl/>
        </w:rPr>
        <w:t>والارتباط</w:t>
      </w:r>
      <w:r w:rsidRPr="005117ED">
        <w:rPr>
          <w:rFonts w:cs="Sakkal Majalla"/>
          <w:color w:val="000000" w:themeColor="text1"/>
          <w:sz w:val="38"/>
          <w:szCs w:val="38"/>
        </w:rPr>
        <w:t xml:space="preserve"> </w:t>
      </w:r>
      <w:r w:rsidRPr="005117ED">
        <w:rPr>
          <w:rFonts w:cs="Sakkal Majalla"/>
          <w:color w:val="000000" w:themeColor="text1"/>
          <w:sz w:val="38"/>
          <w:szCs w:val="38"/>
          <w:rtl/>
        </w:rPr>
        <w:t>الإحصائي</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وتعد</w:t>
      </w:r>
      <w:r w:rsidRPr="005117ED">
        <w:rPr>
          <w:rFonts w:cs="Sakkal Majalla"/>
          <w:color w:val="000000" w:themeColor="text1"/>
          <w:sz w:val="38"/>
          <w:szCs w:val="38"/>
        </w:rPr>
        <w:t xml:space="preserve"> </w:t>
      </w:r>
      <w:r w:rsidRPr="005117ED">
        <w:rPr>
          <w:rFonts w:cs="Sakkal Majalla"/>
          <w:color w:val="000000" w:themeColor="text1"/>
          <w:sz w:val="38"/>
          <w:szCs w:val="38"/>
          <w:rtl/>
        </w:rPr>
        <w:t>وحدة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التحليل</w:t>
      </w:r>
      <w:r w:rsidRPr="005117ED">
        <w:rPr>
          <w:rFonts w:cs="Sakkal Majalla"/>
          <w:color w:val="000000" w:themeColor="text1"/>
          <w:sz w:val="38"/>
          <w:szCs w:val="38"/>
        </w:rPr>
        <w:t xml:space="preserve"> </w:t>
      </w:r>
      <w:r w:rsidRPr="005117ED">
        <w:rPr>
          <w:rFonts w:cs="Sakkal Majalla"/>
          <w:color w:val="000000" w:themeColor="text1"/>
          <w:sz w:val="38"/>
          <w:szCs w:val="38"/>
          <w:rtl/>
        </w:rPr>
        <w:t>هي</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w:t>
      </w:r>
      <w:r w:rsidRPr="005117ED">
        <w:rPr>
          <w:rFonts w:cs="Sakkal Majalla"/>
          <w:color w:val="000000" w:themeColor="text1"/>
          <w:sz w:val="38"/>
          <w:szCs w:val="38"/>
        </w:rPr>
        <w:t xml:space="preserve"> </w:t>
      </w:r>
      <w:r w:rsidRPr="005117ED">
        <w:rPr>
          <w:rFonts w:cs="Sakkal Majalla"/>
          <w:color w:val="000000" w:themeColor="text1"/>
          <w:sz w:val="38"/>
          <w:szCs w:val="38"/>
          <w:rtl/>
        </w:rPr>
        <w:t>الفرد</w:t>
      </w:r>
      <w:r w:rsidRPr="005117ED">
        <w:rPr>
          <w:rFonts w:cs="Sakkal Majalla"/>
          <w:color w:val="000000" w:themeColor="text1"/>
          <w:sz w:val="38"/>
          <w:szCs w:val="38"/>
        </w:rPr>
        <w:t xml:space="preserve"> </w:t>
      </w:r>
      <w:r w:rsidRPr="005117ED">
        <w:rPr>
          <w:rFonts w:cs="Sakkal Majalla"/>
          <w:color w:val="000000" w:themeColor="text1"/>
          <w:sz w:val="38"/>
          <w:szCs w:val="38"/>
          <w:rtl/>
        </w:rPr>
        <w:t>داخل</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المنشأة،</w:t>
      </w:r>
      <w:r w:rsidRPr="005117ED">
        <w:rPr>
          <w:rFonts w:cs="Sakkal Majalla"/>
          <w:color w:val="000000" w:themeColor="text1"/>
          <w:sz w:val="38"/>
          <w:szCs w:val="38"/>
        </w:rPr>
        <w:t xml:space="preserve"> </w:t>
      </w:r>
      <w:r w:rsidRPr="005117ED">
        <w:rPr>
          <w:rFonts w:cs="Sakkal Majalla"/>
          <w:color w:val="000000" w:themeColor="text1"/>
          <w:sz w:val="38"/>
          <w:szCs w:val="38"/>
          <w:rtl/>
        </w:rPr>
        <w:t>لأنه</w:t>
      </w:r>
      <w:r w:rsidRPr="005117ED">
        <w:rPr>
          <w:rFonts w:cs="Sakkal Majalla"/>
          <w:color w:val="000000" w:themeColor="text1"/>
          <w:sz w:val="38"/>
          <w:szCs w:val="38"/>
        </w:rPr>
        <w:t xml:space="preserve"> </w:t>
      </w:r>
      <w:r w:rsidRPr="005117ED">
        <w:rPr>
          <w:rFonts w:cs="Sakkal Majalla"/>
          <w:color w:val="000000" w:themeColor="text1"/>
          <w:sz w:val="38"/>
          <w:szCs w:val="38"/>
          <w:rtl/>
        </w:rPr>
        <w:t>مصدر</w:t>
      </w:r>
      <w:r w:rsidRPr="005117ED">
        <w:rPr>
          <w:rFonts w:cs="Sakkal Majalla"/>
          <w:color w:val="000000" w:themeColor="text1"/>
          <w:sz w:val="38"/>
          <w:szCs w:val="38"/>
        </w:rPr>
        <w:t xml:space="preserve"> </w:t>
      </w:r>
      <w:r w:rsidRPr="005117ED">
        <w:rPr>
          <w:rFonts w:cs="Sakkal Majalla"/>
          <w:color w:val="000000" w:themeColor="text1"/>
          <w:sz w:val="38"/>
          <w:szCs w:val="38"/>
          <w:rtl/>
        </w:rPr>
        <w:t>التقدير</w:t>
      </w:r>
      <w:r w:rsidRPr="005117ED">
        <w:rPr>
          <w:rFonts w:cs="Sakkal Majalla"/>
          <w:color w:val="000000" w:themeColor="text1"/>
          <w:sz w:val="38"/>
          <w:szCs w:val="38"/>
        </w:rPr>
        <w:t xml:space="preserve"> </w:t>
      </w:r>
      <w:r w:rsidRPr="005117ED">
        <w:rPr>
          <w:rFonts w:cs="Sakkal Majalla"/>
          <w:color w:val="000000" w:themeColor="text1"/>
          <w:sz w:val="38"/>
          <w:szCs w:val="38"/>
          <w:rtl/>
        </w:rPr>
        <w:t>للممارسات</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القيادية</w:t>
      </w:r>
      <w:r w:rsidRPr="005117ED">
        <w:rPr>
          <w:rFonts w:cs="Sakkal Majalla"/>
          <w:color w:val="000000" w:themeColor="text1"/>
          <w:sz w:val="38"/>
          <w:szCs w:val="38"/>
        </w:rPr>
        <w:t xml:space="preserve"> </w:t>
      </w:r>
      <w:r w:rsidRPr="005117ED">
        <w:rPr>
          <w:rFonts w:cs="Sakkal Majalla"/>
          <w:color w:val="000000" w:themeColor="text1"/>
          <w:sz w:val="38"/>
          <w:szCs w:val="38"/>
          <w:rtl/>
        </w:rPr>
        <w:t>ولخبرة</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التنظيمي</w:t>
      </w:r>
      <w:r w:rsidRPr="005117ED">
        <w:rPr>
          <w:rFonts w:cs="Sakkal Majalla"/>
          <w:color w:val="000000" w:themeColor="text1"/>
          <w:sz w:val="38"/>
          <w:szCs w:val="38"/>
        </w:rPr>
        <w:t xml:space="preserve">. </w:t>
      </w:r>
      <w:r w:rsidRPr="005117ED">
        <w:rPr>
          <w:rFonts w:cs="Sakkal Majalla"/>
          <w:color w:val="000000" w:themeColor="text1"/>
          <w:sz w:val="38"/>
          <w:szCs w:val="38"/>
          <w:rtl/>
        </w:rPr>
        <w:t>غير</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موضوع</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يتضمن</w:t>
      </w:r>
      <w:r w:rsidRPr="005117ED">
        <w:rPr>
          <w:rFonts w:cs="Sakkal Majalla"/>
          <w:color w:val="000000" w:themeColor="text1"/>
          <w:sz w:val="38"/>
          <w:szCs w:val="38"/>
        </w:rPr>
        <w:t xml:space="preserve"> </w:t>
      </w:r>
      <w:r w:rsidRPr="005117ED">
        <w:rPr>
          <w:rFonts w:cs="Sakkal Majalla"/>
          <w:color w:val="000000" w:themeColor="text1"/>
          <w:sz w:val="38"/>
          <w:szCs w:val="38"/>
          <w:rtl/>
        </w:rPr>
        <w:t>مستوى</w:t>
      </w:r>
      <w:r w:rsidRPr="005117ED">
        <w:rPr>
          <w:rFonts w:cs="Sakkal Majalla"/>
          <w:color w:val="000000" w:themeColor="text1"/>
          <w:sz w:val="38"/>
          <w:szCs w:val="38"/>
        </w:rPr>
        <w:t xml:space="preserve"> </w:t>
      </w:r>
      <w:r w:rsidRPr="005117ED">
        <w:rPr>
          <w:rFonts w:cs="Sakkal Majalla"/>
          <w:color w:val="000000" w:themeColor="text1"/>
          <w:sz w:val="38"/>
          <w:szCs w:val="38"/>
          <w:rtl/>
        </w:rPr>
        <w:t>تنظيميًا،</w:t>
      </w:r>
      <w:r w:rsidRPr="005117ED">
        <w:rPr>
          <w:rFonts w:cs="Sakkal Majalla"/>
          <w:color w:val="000000" w:themeColor="text1"/>
          <w:sz w:val="38"/>
          <w:szCs w:val="38"/>
        </w:rPr>
        <w:t xml:space="preserve"> </w:t>
      </w:r>
      <w:r w:rsidRPr="005117ED">
        <w:rPr>
          <w:rFonts w:cs="Sakkal Majalla"/>
          <w:color w:val="000000" w:themeColor="text1"/>
          <w:sz w:val="38"/>
          <w:szCs w:val="38"/>
          <w:rtl/>
        </w:rPr>
        <w:t>ولذلك</w:t>
      </w:r>
      <w:r w:rsidRPr="005117ED">
        <w:rPr>
          <w:rFonts w:cs="Sakkal Majalla"/>
          <w:color w:val="000000" w:themeColor="text1"/>
          <w:sz w:val="38"/>
          <w:szCs w:val="38"/>
        </w:rPr>
        <w:t xml:space="preserve"> </w:t>
      </w:r>
      <w:r w:rsidRPr="005117ED">
        <w:rPr>
          <w:rFonts w:cs="Sakkal Majalla"/>
          <w:color w:val="000000" w:themeColor="text1"/>
          <w:sz w:val="38"/>
          <w:szCs w:val="38"/>
          <w:rtl/>
        </w:rPr>
        <w:t>تفسر</w:t>
      </w:r>
      <w:r w:rsidRPr="005117ED">
        <w:rPr>
          <w:rFonts w:cs="Sakkal Majalla"/>
          <w:color w:val="000000" w:themeColor="text1"/>
          <w:sz w:val="38"/>
          <w:szCs w:val="38"/>
        </w:rPr>
        <w:t xml:space="preserve"> </w:t>
      </w:r>
      <w:r w:rsidRPr="005117ED">
        <w:rPr>
          <w:rFonts w:cs="Sakkal Majalla"/>
          <w:color w:val="000000" w:themeColor="text1"/>
          <w:sz w:val="38"/>
          <w:szCs w:val="38"/>
          <w:rtl/>
        </w:rPr>
        <w:t>المتوسطات</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أنها</w:t>
      </w:r>
      <w:r w:rsidRPr="005117ED">
        <w:rPr>
          <w:rFonts w:cs="Sakkal Majalla"/>
          <w:color w:val="000000" w:themeColor="text1"/>
          <w:sz w:val="38"/>
          <w:szCs w:val="38"/>
        </w:rPr>
        <w:t xml:space="preserve"> </w:t>
      </w:r>
      <w:r w:rsidRPr="005117ED">
        <w:rPr>
          <w:rFonts w:cs="Sakkal Majalla"/>
          <w:color w:val="000000" w:themeColor="text1"/>
          <w:sz w:val="38"/>
          <w:szCs w:val="38"/>
          <w:rtl/>
        </w:rPr>
        <w:t>إدراكات</w:t>
      </w:r>
      <w:r w:rsidRPr="005117ED">
        <w:rPr>
          <w:rFonts w:cs="Sakkal Majalla"/>
          <w:color w:val="000000" w:themeColor="text1"/>
          <w:sz w:val="38"/>
          <w:szCs w:val="38"/>
        </w:rPr>
        <w:t xml:space="preserve"> </w:t>
      </w:r>
      <w:r w:rsidRPr="005117ED">
        <w:rPr>
          <w:rFonts w:cs="Sakkal Majalla"/>
          <w:color w:val="000000" w:themeColor="text1"/>
          <w:sz w:val="38"/>
          <w:szCs w:val="38"/>
          <w:rtl/>
        </w:rPr>
        <w:t>مجمعة</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العاملين</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قياس</w:t>
      </w:r>
      <w:r w:rsidRPr="005117ED">
        <w:rPr>
          <w:rFonts w:cs="Sakkal Majalla"/>
          <w:color w:val="000000" w:themeColor="text1"/>
          <w:sz w:val="38"/>
          <w:szCs w:val="38"/>
        </w:rPr>
        <w:t xml:space="preserve"> </w:t>
      </w:r>
      <w:r w:rsidRPr="005117ED">
        <w:rPr>
          <w:rFonts w:cs="Sakkal Majalla"/>
          <w:color w:val="000000" w:themeColor="text1"/>
          <w:sz w:val="38"/>
          <w:szCs w:val="38"/>
          <w:rtl/>
        </w:rPr>
        <w:t>مباشر</w:t>
      </w:r>
      <w:r w:rsidRPr="005117ED">
        <w:rPr>
          <w:rFonts w:cs="Sakkal Majalla"/>
          <w:color w:val="000000" w:themeColor="text1"/>
          <w:sz w:val="38"/>
          <w:szCs w:val="38"/>
        </w:rPr>
        <w:t xml:space="preserve"> </w:t>
      </w:r>
      <w:r w:rsidRPr="005117ED">
        <w:rPr>
          <w:rFonts w:cs="Sakkal Majalla"/>
          <w:color w:val="000000" w:themeColor="text1"/>
          <w:sz w:val="38"/>
          <w:szCs w:val="38"/>
          <w:rtl/>
        </w:rPr>
        <w:t>لخاصية</w:t>
      </w:r>
      <w:r w:rsidRPr="005117ED">
        <w:rPr>
          <w:rFonts w:cs="Sakkal Majalla"/>
          <w:color w:val="000000" w:themeColor="text1"/>
          <w:sz w:val="38"/>
          <w:szCs w:val="38"/>
        </w:rPr>
        <w:t xml:space="preserve"> </w:t>
      </w:r>
      <w:r w:rsidRPr="005117ED">
        <w:rPr>
          <w:rFonts w:cs="Sakkal Majalla"/>
          <w:color w:val="000000" w:themeColor="text1"/>
          <w:sz w:val="38"/>
          <w:szCs w:val="38"/>
          <w:rtl/>
        </w:rPr>
        <w:t>قانونية</w:t>
      </w:r>
      <w:r w:rsidRPr="005117ED">
        <w:rPr>
          <w:rFonts w:cs="Sakkal Majalla"/>
          <w:color w:val="000000" w:themeColor="text1"/>
          <w:sz w:val="38"/>
          <w:szCs w:val="38"/>
        </w:rPr>
        <w:t xml:space="preserve"> </w:t>
      </w:r>
      <w:r w:rsidRPr="005117ED">
        <w:rPr>
          <w:rFonts w:cs="Sakkal Majalla"/>
          <w:color w:val="000000" w:themeColor="text1"/>
          <w:sz w:val="38"/>
          <w:szCs w:val="38"/>
          <w:rtl/>
        </w:rPr>
        <w:t>للمنشأة</w:t>
      </w:r>
      <w:r w:rsidRPr="005117ED">
        <w:rPr>
          <w:rFonts w:cs="Sakkal Majalla"/>
          <w:color w:val="000000" w:themeColor="text1"/>
          <w:sz w:val="38"/>
          <w:szCs w:val="38"/>
        </w:rPr>
        <w:t xml:space="preserve">. </w:t>
      </w:r>
      <w:r w:rsidRPr="005117ED">
        <w:rPr>
          <w:rFonts w:cs="Sakkal Majalla"/>
          <w:color w:val="000000" w:themeColor="text1"/>
          <w:sz w:val="38"/>
          <w:szCs w:val="38"/>
          <w:rtl/>
        </w:rPr>
        <w:t>ولزيادة</w:t>
      </w:r>
      <w:r w:rsidRPr="005117ED">
        <w:rPr>
          <w:rFonts w:cs="Sakkal Majalla"/>
          <w:color w:val="000000" w:themeColor="text1"/>
          <w:sz w:val="38"/>
          <w:szCs w:val="38"/>
        </w:rPr>
        <w:t xml:space="preserve"> </w:t>
      </w:r>
      <w:r w:rsidRPr="005117ED">
        <w:rPr>
          <w:rFonts w:cs="Sakkal Majalla"/>
          <w:color w:val="000000" w:themeColor="text1"/>
          <w:sz w:val="38"/>
          <w:szCs w:val="38"/>
          <w:rtl/>
        </w:rPr>
        <w:t>دقة</w:t>
      </w:r>
      <w:r w:rsidRPr="005117ED">
        <w:rPr>
          <w:rFonts w:cs="Sakkal Majalla"/>
          <w:color w:val="000000" w:themeColor="text1"/>
          <w:sz w:val="38"/>
          <w:szCs w:val="38"/>
        </w:rPr>
        <w:t xml:space="preserve"> </w:t>
      </w:r>
      <w:r w:rsidRPr="005117ED">
        <w:rPr>
          <w:rFonts w:cs="Sakkal Majalla"/>
          <w:color w:val="000000" w:themeColor="text1"/>
          <w:sz w:val="38"/>
          <w:szCs w:val="38"/>
          <w:rtl/>
        </w:rPr>
        <w:t>الاستدلال</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الدراسات</w:t>
      </w:r>
      <w:r w:rsidRPr="005117ED">
        <w:rPr>
          <w:rFonts w:cs="Sakkal Majalla"/>
          <w:color w:val="000000" w:themeColor="text1"/>
          <w:sz w:val="38"/>
          <w:szCs w:val="38"/>
        </w:rPr>
        <w:t xml:space="preserve"> </w:t>
      </w:r>
      <w:r w:rsidRPr="005117ED">
        <w:rPr>
          <w:rFonts w:cs="Sakkal Majalla"/>
          <w:color w:val="000000" w:themeColor="text1"/>
          <w:sz w:val="38"/>
          <w:szCs w:val="38"/>
          <w:rtl/>
        </w:rPr>
        <w:t>المستقبلية</w:t>
      </w:r>
      <w:r w:rsidRPr="005117ED">
        <w:rPr>
          <w:rFonts w:cs="Sakkal Majalla"/>
          <w:color w:val="000000" w:themeColor="text1"/>
          <w:sz w:val="38"/>
          <w:szCs w:val="38"/>
        </w:rPr>
        <w:t xml:space="preserve"> </w:t>
      </w:r>
      <w:r w:rsidRPr="005117ED">
        <w:rPr>
          <w:rFonts w:cs="Sakkal Majalla"/>
          <w:color w:val="000000" w:themeColor="text1"/>
          <w:sz w:val="38"/>
          <w:szCs w:val="38"/>
          <w:rtl/>
        </w:rPr>
        <w:t>يمكن</w:t>
      </w:r>
      <w:r w:rsidRPr="005117ED">
        <w:rPr>
          <w:rFonts w:cs="Sakkal Majalla"/>
          <w:color w:val="000000" w:themeColor="text1"/>
          <w:sz w:val="38"/>
          <w:szCs w:val="38"/>
        </w:rPr>
        <w:t xml:space="preserve"> </w:t>
      </w:r>
      <w:r w:rsidRPr="005117ED">
        <w:rPr>
          <w:rFonts w:cs="Sakkal Majalla"/>
          <w:color w:val="000000" w:themeColor="text1"/>
          <w:sz w:val="38"/>
          <w:szCs w:val="38"/>
          <w:rtl/>
        </w:rPr>
        <w:t>جمع</w:t>
      </w:r>
      <w:r w:rsidRPr="005117ED">
        <w:rPr>
          <w:rFonts w:cs="Sakkal Majalla"/>
          <w:color w:val="000000" w:themeColor="text1"/>
          <w:sz w:val="38"/>
          <w:szCs w:val="38"/>
        </w:rPr>
        <w:t xml:space="preserve"> </w:t>
      </w:r>
      <w:r w:rsidRPr="005117ED">
        <w:rPr>
          <w:rFonts w:cs="Sakkal Majalla"/>
          <w:color w:val="000000" w:themeColor="text1"/>
          <w:sz w:val="38"/>
          <w:szCs w:val="38"/>
          <w:rtl/>
        </w:rPr>
        <w:t>عدة</w:t>
      </w:r>
      <w:r w:rsidRPr="005117ED">
        <w:rPr>
          <w:rFonts w:cs="Sakkal Majalla"/>
          <w:color w:val="000000" w:themeColor="text1"/>
          <w:sz w:val="38"/>
          <w:szCs w:val="38"/>
        </w:rPr>
        <w:t xml:space="preserve"> </w:t>
      </w:r>
      <w:r w:rsidRPr="005117ED">
        <w:rPr>
          <w:rFonts w:cs="Sakkal Majalla"/>
          <w:color w:val="000000" w:themeColor="text1"/>
          <w:sz w:val="38"/>
          <w:szCs w:val="38"/>
          <w:rtl/>
        </w:rPr>
        <w:t>استجابات</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المنشأة</w:t>
      </w:r>
      <w:r w:rsidRPr="005117ED">
        <w:rPr>
          <w:rFonts w:cs="Sakkal Majalla"/>
          <w:color w:val="000000" w:themeColor="text1"/>
          <w:sz w:val="38"/>
          <w:szCs w:val="38"/>
        </w:rPr>
        <w:t xml:space="preserve"> </w:t>
      </w:r>
      <w:r w:rsidRPr="005117ED">
        <w:rPr>
          <w:rFonts w:cs="Sakkal Majalla"/>
          <w:color w:val="000000" w:themeColor="text1"/>
          <w:sz w:val="38"/>
          <w:szCs w:val="38"/>
          <w:rtl/>
        </w:rPr>
        <w:t>الواحدة</w:t>
      </w:r>
      <w:r w:rsidRPr="005117ED">
        <w:rPr>
          <w:rFonts w:cs="Sakkal Majalla"/>
          <w:color w:val="000000" w:themeColor="text1"/>
          <w:sz w:val="38"/>
          <w:szCs w:val="38"/>
        </w:rPr>
        <w:t xml:space="preserve"> </w:t>
      </w:r>
      <w:r w:rsidRPr="005117ED">
        <w:rPr>
          <w:rFonts w:cs="Sakkal Majalla"/>
          <w:color w:val="000000" w:themeColor="text1"/>
          <w:sz w:val="38"/>
          <w:szCs w:val="38"/>
          <w:rtl/>
        </w:rPr>
        <w:t>واستخدام</w:t>
      </w:r>
      <w:r w:rsidRPr="005117ED">
        <w:rPr>
          <w:rFonts w:cs="Sakkal Majalla"/>
          <w:color w:val="000000" w:themeColor="text1"/>
          <w:sz w:val="38"/>
          <w:szCs w:val="38"/>
        </w:rPr>
        <w:t xml:space="preserve"> </w:t>
      </w:r>
      <w:r w:rsidRPr="005117ED">
        <w:rPr>
          <w:rFonts w:cs="Sakkal Majalla"/>
          <w:color w:val="000000" w:themeColor="text1"/>
          <w:sz w:val="38"/>
          <w:szCs w:val="38"/>
          <w:rtl/>
        </w:rPr>
        <w:t>نماذج</w:t>
      </w:r>
      <w:r w:rsidRPr="005117ED">
        <w:rPr>
          <w:rFonts w:cs="Sakkal Majalla"/>
          <w:color w:val="000000" w:themeColor="text1"/>
          <w:sz w:val="38"/>
          <w:szCs w:val="38"/>
        </w:rPr>
        <w:t xml:space="preserve"> </w:t>
      </w:r>
      <w:r w:rsidRPr="005117ED">
        <w:rPr>
          <w:rFonts w:cs="Sakkal Majalla"/>
          <w:color w:val="000000" w:themeColor="text1"/>
          <w:sz w:val="38"/>
          <w:szCs w:val="38"/>
          <w:rtl/>
        </w:rPr>
        <w:t>متعددة</w:t>
      </w:r>
      <w:r w:rsidRPr="005117ED">
        <w:rPr>
          <w:rFonts w:cs="Sakkal Majalla"/>
          <w:color w:val="000000" w:themeColor="text1"/>
          <w:sz w:val="38"/>
          <w:szCs w:val="38"/>
        </w:rPr>
        <w:t xml:space="preserve"> </w:t>
      </w:r>
      <w:r w:rsidRPr="005117ED">
        <w:rPr>
          <w:rFonts w:cs="Sakkal Majalla"/>
          <w:color w:val="000000" w:themeColor="text1"/>
          <w:sz w:val="38"/>
          <w:szCs w:val="38"/>
          <w:rtl/>
        </w:rPr>
        <w:t>المستويات،</w:t>
      </w:r>
      <w:r w:rsidRPr="005117ED">
        <w:rPr>
          <w:rFonts w:cs="Sakkal Majalla"/>
          <w:color w:val="000000" w:themeColor="text1"/>
          <w:sz w:val="38"/>
          <w:szCs w:val="38"/>
        </w:rPr>
        <w:t xml:space="preserve"> </w:t>
      </w:r>
      <w:r w:rsidRPr="005117ED">
        <w:rPr>
          <w:rFonts w:cs="Sakkal Majalla"/>
          <w:color w:val="000000" w:themeColor="text1"/>
          <w:sz w:val="38"/>
          <w:szCs w:val="38"/>
          <w:rtl/>
        </w:rPr>
        <w:t>إلا</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ذلك</w:t>
      </w:r>
      <w:r w:rsidRPr="005117ED">
        <w:rPr>
          <w:rFonts w:cs="Sakkal Majalla"/>
          <w:color w:val="000000" w:themeColor="text1"/>
          <w:sz w:val="38"/>
          <w:szCs w:val="38"/>
        </w:rPr>
        <w:t xml:space="preserve"> </w:t>
      </w:r>
      <w:r w:rsidRPr="005117ED">
        <w:rPr>
          <w:rFonts w:cs="Sakkal Majalla"/>
          <w:color w:val="000000" w:themeColor="text1"/>
          <w:sz w:val="38"/>
          <w:szCs w:val="38"/>
          <w:rtl/>
        </w:rPr>
        <w:t>يتطلب</w:t>
      </w:r>
      <w:r w:rsidRPr="005117ED">
        <w:rPr>
          <w:rFonts w:cs="Sakkal Majalla"/>
          <w:color w:val="000000" w:themeColor="text1"/>
          <w:sz w:val="38"/>
          <w:szCs w:val="38"/>
        </w:rPr>
        <w:t xml:space="preserve"> </w:t>
      </w:r>
      <w:r w:rsidRPr="005117ED">
        <w:rPr>
          <w:rFonts w:cs="Sakkal Majalla"/>
          <w:color w:val="000000" w:themeColor="text1"/>
          <w:sz w:val="38"/>
          <w:szCs w:val="38"/>
          <w:rtl/>
        </w:rPr>
        <w:t>إطار</w:t>
      </w:r>
      <w:r w:rsidRPr="005117ED">
        <w:rPr>
          <w:rFonts w:cs="Sakkal Majalla"/>
          <w:color w:val="000000" w:themeColor="text1"/>
          <w:sz w:val="38"/>
          <w:szCs w:val="38"/>
        </w:rPr>
        <w:t xml:space="preserve"> </w:t>
      </w:r>
      <w:r w:rsidRPr="005117ED">
        <w:rPr>
          <w:rFonts w:cs="Sakkal Majalla"/>
          <w:color w:val="000000" w:themeColor="text1"/>
          <w:sz w:val="38"/>
          <w:szCs w:val="38"/>
          <w:rtl/>
        </w:rPr>
        <w:t>معاينة</w:t>
      </w:r>
      <w:r w:rsidRPr="005117ED">
        <w:rPr>
          <w:rFonts w:cs="Sakkal Majalla"/>
          <w:color w:val="000000" w:themeColor="text1"/>
          <w:sz w:val="38"/>
          <w:szCs w:val="38"/>
        </w:rPr>
        <w:t xml:space="preserve"> </w:t>
      </w:r>
      <w:r w:rsidRPr="005117ED">
        <w:rPr>
          <w:rFonts w:cs="Sakkal Majalla"/>
          <w:color w:val="000000" w:themeColor="text1"/>
          <w:sz w:val="38"/>
          <w:szCs w:val="38"/>
          <w:rtl/>
        </w:rPr>
        <w:t>يحدد</w:t>
      </w:r>
      <w:r w:rsidRPr="005117ED">
        <w:rPr>
          <w:rFonts w:cs="Sakkal Majalla"/>
          <w:color w:val="000000" w:themeColor="text1"/>
          <w:sz w:val="38"/>
          <w:szCs w:val="38"/>
        </w:rPr>
        <w:t xml:space="preserve"> </w:t>
      </w:r>
      <w:r w:rsidRPr="005117ED">
        <w:rPr>
          <w:rFonts w:cs="Sakkal Majalla"/>
          <w:color w:val="000000" w:themeColor="text1"/>
          <w:sz w:val="38"/>
          <w:szCs w:val="38"/>
          <w:rtl/>
        </w:rPr>
        <w:t>هوية</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المنشآت</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المحافظة</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السرية</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اختير</w:t>
      </w:r>
      <w:r w:rsidRPr="005117ED">
        <w:rPr>
          <w:rFonts w:cs="Sakkal Majalla"/>
          <w:color w:val="000000" w:themeColor="text1"/>
          <w:sz w:val="38"/>
          <w:szCs w:val="38"/>
        </w:rPr>
        <w:t xml:space="preserve"> </w:t>
      </w:r>
      <w:r w:rsidRPr="005117ED">
        <w:rPr>
          <w:rFonts w:cs="Sakkal Majalla"/>
          <w:color w:val="000000" w:themeColor="text1"/>
          <w:sz w:val="38"/>
          <w:szCs w:val="38"/>
          <w:rtl/>
        </w:rPr>
        <w:t>المنهج</w:t>
      </w:r>
      <w:r w:rsidRPr="005117ED">
        <w:rPr>
          <w:rFonts w:cs="Sakkal Majalla"/>
          <w:color w:val="000000" w:themeColor="text1"/>
          <w:sz w:val="38"/>
          <w:szCs w:val="38"/>
        </w:rPr>
        <w:t xml:space="preserve"> </w:t>
      </w:r>
      <w:r w:rsidRPr="005117ED">
        <w:rPr>
          <w:rFonts w:cs="Sakkal Majalla"/>
          <w:color w:val="000000" w:themeColor="text1"/>
          <w:sz w:val="38"/>
          <w:szCs w:val="38"/>
          <w:rtl/>
        </w:rPr>
        <w:t>الوصفي</w:t>
      </w:r>
      <w:r w:rsidRPr="005117ED">
        <w:rPr>
          <w:rFonts w:cs="Sakkal Majalla"/>
          <w:color w:val="000000" w:themeColor="text1"/>
          <w:sz w:val="38"/>
          <w:szCs w:val="38"/>
        </w:rPr>
        <w:t xml:space="preserve"> </w:t>
      </w:r>
      <w:r w:rsidRPr="005117ED">
        <w:rPr>
          <w:rFonts w:cs="Sakkal Majalla"/>
          <w:color w:val="000000" w:themeColor="text1"/>
          <w:sz w:val="38"/>
          <w:szCs w:val="38"/>
          <w:rtl/>
        </w:rPr>
        <w:t>التحليلي</w:t>
      </w:r>
      <w:r w:rsidRPr="005117ED">
        <w:rPr>
          <w:rFonts w:cs="Sakkal Majalla"/>
          <w:color w:val="000000" w:themeColor="text1"/>
          <w:sz w:val="38"/>
          <w:szCs w:val="38"/>
        </w:rPr>
        <w:t xml:space="preserve"> </w:t>
      </w:r>
      <w:r w:rsidRPr="005117ED">
        <w:rPr>
          <w:rFonts w:cs="Sakkal Majalla"/>
          <w:color w:val="000000" w:themeColor="text1"/>
          <w:sz w:val="38"/>
          <w:szCs w:val="38"/>
          <w:rtl/>
        </w:rPr>
        <w:t>لملاءمته</w:t>
      </w:r>
      <w:r w:rsidRPr="005117ED">
        <w:rPr>
          <w:rFonts w:cs="Sakkal Majalla"/>
          <w:color w:val="000000" w:themeColor="text1"/>
          <w:sz w:val="38"/>
          <w:szCs w:val="38"/>
        </w:rPr>
        <w:t xml:space="preserve"> </w:t>
      </w:r>
      <w:r w:rsidRPr="005117ED">
        <w:rPr>
          <w:rFonts w:cs="Sakkal Majalla"/>
          <w:color w:val="000000" w:themeColor="text1"/>
          <w:sz w:val="38"/>
          <w:szCs w:val="38"/>
          <w:rtl/>
        </w:rPr>
        <w:t>للأسئلة</w:t>
      </w:r>
      <w:r w:rsidRPr="005117ED">
        <w:rPr>
          <w:rFonts w:cs="Sakkal Majalla"/>
          <w:color w:val="000000" w:themeColor="text1"/>
          <w:sz w:val="38"/>
          <w:szCs w:val="38"/>
        </w:rPr>
        <w:t xml:space="preserve"> </w:t>
      </w:r>
      <w:r w:rsidRPr="005117ED">
        <w:rPr>
          <w:rFonts w:cs="Sakkal Majalla"/>
          <w:color w:val="000000" w:themeColor="text1"/>
          <w:sz w:val="38"/>
          <w:szCs w:val="38"/>
          <w:rtl/>
        </w:rPr>
        <w:t>والموارد</w:t>
      </w:r>
      <w:r w:rsidRPr="005117ED">
        <w:rPr>
          <w:rFonts w:cs="Sakkal Majalla"/>
          <w:color w:val="000000" w:themeColor="text1"/>
          <w:sz w:val="38"/>
          <w:szCs w:val="38"/>
        </w:rPr>
        <w:t xml:space="preserve"> </w:t>
      </w:r>
      <w:r w:rsidRPr="005117ED">
        <w:rPr>
          <w:rFonts w:cs="Sakkal Majalla"/>
          <w:color w:val="000000" w:themeColor="text1"/>
          <w:sz w:val="38"/>
          <w:szCs w:val="38"/>
          <w:rtl/>
        </w:rPr>
        <w:t>المتاحة،</w:t>
      </w:r>
      <w:r w:rsidRPr="005117ED">
        <w:rPr>
          <w:rFonts w:cs="Sakkal Majalla"/>
          <w:color w:val="000000" w:themeColor="text1"/>
          <w:sz w:val="38"/>
          <w:szCs w:val="38"/>
        </w:rPr>
        <w:t xml:space="preserve"> </w:t>
      </w:r>
      <w:r w:rsidRPr="005117ED">
        <w:rPr>
          <w:rFonts w:cs="Sakkal Majalla"/>
          <w:color w:val="000000" w:themeColor="text1"/>
          <w:sz w:val="38"/>
          <w:szCs w:val="38"/>
          <w:rtl/>
        </w:rPr>
        <w:t>ولقدرته</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جمع</w:t>
      </w:r>
      <w:r w:rsidRPr="005117ED">
        <w:rPr>
          <w:rFonts w:cs="Sakkal Majalla"/>
          <w:color w:val="000000" w:themeColor="text1"/>
          <w:sz w:val="38"/>
          <w:szCs w:val="38"/>
        </w:rPr>
        <w:t xml:space="preserve"> </w:t>
      </w:r>
      <w:r w:rsidRPr="005117ED">
        <w:rPr>
          <w:rFonts w:cs="Sakkal Majalla"/>
          <w:color w:val="000000" w:themeColor="text1"/>
          <w:sz w:val="38"/>
          <w:szCs w:val="38"/>
          <w:rtl/>
        </w:rPr>
        <w:t>بيانات</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عدد</w:t>
      </w:r>
      <w:r w:rsidRPr="005117ED">
        <w:rPr>
          <w:rFonts w:cs="Sakkal Majalla"/>
          <w:color w:val="000000" w:themeColor="text1"/>
          <w:sz w:val="38"/>
          <w:szCs w:val="38"/>
        </w:rPr>
        <w:t xml:space="preserve"> </w:t>
      </w:r>
      <w:r w:rsidRPr="005117ED">
        <w:rPr>
          <w:rFonts w:cs="Sakkal Majalla"/>
          <w:color w:val="000000" w:themeColor="text1"/>
          <w:sz w:val="38"/>
          <w:szCs w:val="38"/>
          <w:rtl/>
        </w:rPr>
        <w:t>نسبيًا</w:t>
      </w:r>
      <w:r w:rsidRPr="005117ED">
        <w:rPr>
          <w:rFonts w:cs="Sakkal Majalla"/>
          <w:color w:val="000000" w:themeColor="text1"/>
          <w:sz w:val="38"/>
          <w:szCs w:val="38"/>
        </w:rPr>
        <w:t xml:space="preserve"> </w:t>
      </w:r>
      <w:r w:rsidRPr="005117ED">
        <w:rPr>
          <w:rFonts w:cs="Sakkal Majalla"/>
          <w:color w:val="000000" w:themeColor="text1"/>
          <w:sz w:val="38"/>
          <w:szCs w:val="38"/>
          <w:rtl/>
        </w:rPr>
        <w:t>كبير</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العاملين</w:t>
      </w:r>
      <w:r w:rsidRPr="005117ED">
        <w:rPr>
          <w:rFonts w:cs="Sakkal Majalla"/>
          <w:color w:val="000000" w:themeColor="text1"/>
          <w:sz w:val="38"/>
          <w:szCs w:val="38"/>
        </w:rPr>
        <w:t xml:space="preserve">. </w:t>
      </w:r>
      <w:r w:rsidRPr="005117ED">
        <w:rPr>
          <w:rFonts w:cs="Sakkal Majalla"/>
          <w:color w:val="000000" w:themeColor="text1"/>
          <w:sz w:val="38"/>
          <w:szCs w:val="38"/>
          <w:rtl/>
        </w:rPr>
        <w:t>ومع</w:t>
      </w:r>
      <w:r w:rsidRPr="005117ED">
        <w:rPr>
          <w:rFonts w:cs="Sakkal Majalla"/>
          <w:color w:val="000000" w:themeColor="text1"/>
          <w:sz w:val="38"/>
          <w:szCs w:val="38"/>
        </w:rPr>
        <w:t xml:space="preserve"> </w:t>
      </w:r>
      <w:r w:rsidRPr="005117ED">
        <w:rPr>
          <w:rFonts w:cs="Sakkal Majalla"/>
          <w:color w:val="000000" w:themeColor="text1"/>
          <w:sz w:val="38"/>
          <w:szCs w:val="38"/>
          <w:rtl/>
        </w:rPr>
        <w:t>ذلك،</w:t>
      </w:r>
      <w:r w:rsidRPr="005117ED">
        <w:rPr>
          <w:rFonts w:cs="Sakkal Majalla"/>
          <w:color w:val="000000" w:themeColor="text1"/>
          <w:sz w:val="38"/>
          <w:szCs w:val="38"/>
        </w:rPr>
        <w:t xml:space="preserve"> </w:t>
      </w:r>
      <w:r w:rsidRPr="005117ED">
        <w:rPr>
          <w:rFonts w:cs="Sakkal Majalla"/>
          <w:color w:val="000000" w:themeColor="text1"/>
          <w:sz w:val="38"/>
          <w:szCs w:val="38"/>
          <w:rtl/>
        </w:rPr>
        <w:t>جرى</w:t>
      </w:r>
      <w:r w:rsidRPr="005117ED">
        <w:rPr>
          <w:rFonts w:cs="Sakkal Majalla"/>
          <w:color w:val="000000" w:themeColor="text1"/>
          <w:sz w:val="38"/>
          <w:szCs w:val="38"/>
        </w:rPr>
        <w:t xml:space="preserve"> </w:t>
      </w:r>
      <w:r w:rsidRPr="005117ED">
        <w:rPr>
          <w:rFonts w:cs="Sakkal Majalla"/>
          <w:color w:val="000000" w:themeColor="text1"/>
          <w:sz w:val="38"/>
          <w:szCs w:val="38"/>
          <w:rtl/>
        </w:rPr>
        <w:t>دعم</w:t>
      </w:r>
      <w:r w:rsidRPr="005117ED">
        <w:rPr>
          <w:rFonts w:cs="Sakkal Majalla"/>
          <w:color w:val="000000" w:themeColor="text1"/>
          <w:sz w:val="38"/>
          <w:szCs w:val="38"/>
        </w:rPr>
        <w:t xml:space="preserve"> </w:t>
      </w:r>
      <w:r w:rsidRPr="005117ED">
        <w:rPr>
          <w:rFonts w:cs="Sakkal Majalla"/>
          <w:color w:val="000000" w:themeColor="text1"/>
          <w:sz w:val="38"/>
          <w:szCs w:val="38"/>
          <w:rtl/>
        </w:rPr>
        <w:t>الاختيار</w:t>
      </w:r>
      <w:r w:rsidRPr="005117ED">
        <w:rPr>
          <w:rFonts w:cs="Sakkal Majalla"/>
          <w:color w:val="000000" w:themeColor="text1"/>
          <w:sz w:val="38"/>
          <w:szCs w:val="38"/>
        </w:rPr>
        <w:t xml:space="preserve"> </w:t>
      </w:r>
      <w:r w:rsidRPr="005117ED">
        <w:rPr>
          <w:rFonts w:cs="Sakkal Majalla"/>
          <w:color w:val="000000" w:themeColor="text1"/>
          <w:sz w:val="38"/>
          <w:szCs w:val="38"/>
          <w:rtl/>
        </w:rPr>
        <w:t>بإجراءات</w:t>
      </w:r>
      <w:r w:rsidRPr="005117ED">
        <w:rPr>
          <w:rFonts w:cs="Sakkal Majalla"/>
          <w:color w:val="000000" w:themeColor="text1"/>
          <w:sz w:val="38"/>
          <w:szCs w:val="38"/>
        </w:rPr>
        <w:t xml:space="preserve"> </w:t>
      </w:r>
      <w:r w:rsidRPr="005117ED">
        <w:rPr>
          <w:rFonts w:cs="Sakkal Majalla"/>
          <w:color w:val="000000" w:themeColor="text1"/>
          <w:sz w:val="38"/>
          <w:szCs w:val="38"/>
          <w:rtl/>
        </w:rPr>
        <w:t>جودة</w:t>
      </w:r>
      <w:r w:rsidRPr="005117ED">
        <w:rPr>
          <w:rFonts w:cs="Sakkal Majalla"/>
          <w:color w:val="000000" w:themeColor="text1"/>
          <w:sz w:val="38"/>
          <w:szCs w:val="38"/>
        </w:rPr>
        <w:t xml:space="preserve"> </w:t>
      </w:r>
      <w:r w:rsidRPr="005117ED">
        <w:rPr>
          <w:rFonts w:cs="Sakkal Majalla"/>
          <w:color w:val="000000" w:themeColor="text1"/>
          <w:sz w:val="38"/>
          <w:szCs w:val="38"/>
          <w:rtl/>
        </w:rPr>
        <w:t>تشمل</w:t>
      </w:r>
      <w:r w:rsidRPr="005117ED">
        <w:rPr>
          <w:rFonts w:cs="Sakkal Majalla"/>
          <w:color w:val="000000" w:themeColor="text1"/>
          <w:sz w:val="38"/>
          <w:szCs w:val="38"/>
        </w:rPr>
        <w:t xml:space="preserve"> </w:t>
      </w:r>
      <w:r w:rsidRPr="005117ED">
        <w:rPr>
          <w:rFonts w:cs="Sakkal Majalla"/>
          <w:color w:val="000000" w:themeColor="text1"/>
          <w:sz w:val="38"/>
          <w:szCs w:val="38"/>
          <w:rtl/>
        </w:rPr>
        <w:t>بناء</w:t>
      </w:r>
      <w:r w:rsidRPr="005117ED">
        <w:rPr>
          <w:rFonts w:cs="Sakkal Majalla"/>
          <w:color w:val="000000" w:themeColor="text1"/>
          <w:sz w:val="38"/>
          <w:szCs w:val="38"/>
        </w:rPr>
        <w:t xml:space="preserve"> </w:t>
      </w:r>
      <w:r w:rsidRPr="005117ED">
        <w:rPr>
          <w:rFonts w:cs="Sakkal Majalla"/>
          <w:color w:val="000000" w:themeColor="text1"/>
          <w:sz w:val="38"/>
          <w:szCs w:val="38"/>
          <w:rtl/>
        </w:rPr>
        <w:t>الأداة</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الأدبيات،</w:t>
      </w:r>
      <w:r w:rsidRPr="005117ED">
        <w:rPr>
          <w:rFonts w:cs="Sakkal Majalla"/>
          <w:color w:val="000000" w:themeColor="text1"/>
          <w:sz w:val="38"/>
          <w:szCs w:val="38"/>
        </w:rPr>
        <w:t xml:space="preserve"> </w:t>
      </w:r>
      <w:r w:rsidRPr="005117ED">
        <w:rPr>
          <w:rFonts w:cs="Sakkal Majalla"/>
          <w:color w:val="000000" w:themeColor="text1"/>
          <w:sz w:val="38"/>
          <w:szCs w:val="38"/>
          <w:rtl/>
        </w:rPr>
        <w:t>والتحكيم،</w:t>
      </w:r>
      <w:r w:rsidRPr="005117ED">
        <w:rPr>
          <w:rFonts w:cs="Sakkal Majalla"/>
          <w:color w:val="000000" w:themeColor="text1"/>
          <w:sz w:val="38"/>
          <w:szCs w:val="38"/>
        </w:rPr>
        <w:t xml:space="preserve"> </w:t>
      </w:r>
      <w:r w:rsidRPr="005117ED">
        <w:rPr>
          <w:rFonts w:cs="Sakkal Majalla"/>
          <w:color w:val="000000" w:themeColor="text1"/>
          <w:sz w:val="38"/>
          <w:szCs w:val="38"/>
          <w:rtl/>
        </w:rPr>
        <w:t>والدراسة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الاستطلاعية،</w:t>
      </w:r>
      <w:r w:rsidRPr="005117ED">
        <w:rPr>
          <w:rFonts w:cs="Sakkal Majalla"/>
          <w:color w:val="000000" w:themeColor="text1"/>
          <w:sz w:val="38"/>
          <w:szCs w:val="38"/>
        </w:rPr>
        <w:t xml:space="preserve"> </w:t>
      </w:r>
      <w:r w:rsidRPr="005117ED">
        <w:rPr>
          <w:rFonts w:cs="Sakkal Majalla"/>
          <w:color w:val="000000" w:themeColor="text1"/>
          <w:sz w:val="38"/>
          <w:szCs w:val="38"/>
          <w:rtl/>
        </w:rPr>
        <w:t>وفحص</w:t>
      </w:r>
      <w:r w:rsidRPr="005117ED">
        <w:rPr>
          <w:rFonts w:cs="Sakkal Majalla"/>
          <w:color w:val="000000" w:themeColor="text1"/>
          <w:sz w:val="38"/>
          <w:szCs w:val="38"/>
        </w:rPr>
        <w:t xml:space="preserve"> </w:t>
      </w:r>
      <w:r w:rsidRPr="005117ED">
        <w:rPr>
          <w:rFonts w:cs="Sakkal Majalla"/>
          <w:color w:val="000000" w:themeColor="text1"/>
          <w:sz w:val="38"/>
          <w:szCs w:val="38"/>
          <w:rtl/>
        </w:rPr>
        <w:t>الثبات</w:t>
      </w:r>
      <w:r w:rsidRPr="005117ED">
        <w:rPr>
          <w:rFonts w:cs="Sakkal Majalla"/>
          <w:color w:val="000000" w:themeColor="text1"/>
          <w:sz w:val="38"/>
          <w:szCs w:val="38"/>
        </w:rPr>
        <w:t xml:space="preserve"> </w:t>
      </w:r>
      <w:r w:rsidRPr="005117ED">
        <w:rPr>
          <w:rFonts w:cs="Sakkal Majalla"/>
          <w:color w:val="000000" w:themeColor="text1"/>
          <w:sz w:val="38"/>
          <w:szCs w:val="38"/>
          <w:rtl/>
        </w:rPr>
        <w:t>والاتساق،</w:t>
      </w:r>
      <w:r w:rsidRPr="005117ED">
        <w:rPr>
          <w:rFonts w:cs="Sakkal Majalla"/>
          <w:color w:val="000000" w:themeColor="text1"/>
          <w:sz w:val="38"/>
          <w:szCs w:val="38"/>
        </w:rPr>
        <w:t xml:space="preserve"> </w:t>
      </w:r>
      <w:r w:rsidRPr="005117ED">
        <w:rPr>
          <w:rFonts w:cs="Sakkal Majalla"/>
          <w:color w:val="000000" w:themeColor="text1"/>
          <w:sz w:val="38"/>
          <w:szCs w:val="38"/>
          <w:rtl/>
        </w:rPr>
        <w:t>وتنظيف</w:t>
      </w:r>
      <w:r w:rsidRPr="005117ED">
        <w:rPr>
          <w:rFonts w:cs="Sakkal Majalla"/>
          <w:color w:val="000000" w:themeColor="text1"/>
          <w:sz w:val="38"/>
          <w:szCs w:val="38"/>
        </w:rPr>
        <w:t xml:space="preserve"> </w:t>
      </w:r>
      <w:r w:rsidRPr="005117ED">
        <w:rPr>
          <w:rFonts w:cs="Sakkal Majalla"/>
          <w:color w:val="000000" w:themeColor="text1"/>
          <w:sz w:val="38"/>
          <w:szCs w:val="38"/>
          <w:rtl/>
        </w:rPr>
        <w:t>البيانات،</w:t>
      </w:r>
      <w:r w:rsidRPr="005117ED">
        <w:rPr>
          <w:rFonts w:cs="Sakkal Majalla"/>
          <w:color w:val="000000" w:themeColor="text1"/>
          <w:sz w:val="38"/>
          <w:szCs w:val="38"/>
        </w:rPr>
        <w:t xml:space="preserve"> </w:t>
      </w:r>
      <w:r w:rsidRPr="005117ED">
        <w:rPr>
          <w:rFonts w:cs="Sakkal Majalla"/>
          <w:color w:val="000000" w:themeColor="text1"/>
          <w:sz w:val="38"/>
          <w:szCs w:val="38"/>
          <w:rtl/>
        </w:rPr>
        <w:t>واختبار</w:t>
      </w:r>
      <w:r w:rsidRPr="005117ED">
        <w:rPr>
          <w:rFonts w:cs="Sakkal Majalla"/>
          <w:color w:val="000000" w:themeColor="text1"/>
          <w:sz w:val="38"/>
          <w:szCs w:val="38"/>
        </w:rPr>
        <w:t xml:space="preserve"> </w:t>
      </w:r>
      <w:r w:rsidRPr="005117ED">
        <w:rPr>
          <w:rFonts w:cs="Sakkal Majalla"/>
          <w:color w:val="000000" w:themeColor="text1"/>
          <w:sz w:val="38"/>
          <w:szCs w:val="38"/>
          <w:rtl/>
        </w:rPr>
        <w:t>افتراضات</w:t>
      </w:r>
      <w:r w:rsidRPr="005117ED">
        <w:rPr>
          <w:rFonts w:cs="Sakkal Majalla"/>
          <w:color w:val="000000" w:themeColor="text1"/>
          <w:sz w:val="38"/>
          <w:szCs w:val="38"/>
        </w:rPr>
        <w:t xml:space="preserve"> </w:t>
      </w:r>
      <w:r w:rsidRPr="005117ED">
        <w:rPr>
          <w:rFonts w:cs="Sakkal Majalla"/>
          <w:color w:val="000000" w:themeColor="text1"/>
          <w:sz w:val="38"/>
          <w:szCs w:val="38"/>
          <w:rtl/>
        </w:rPr>
        <w:t>الانحدار</w:t>
      </w:r>
      <w:r w:rsidRPr="005117ED">
        <w:rPr>
          <w:rFonts w:cs="Sakkal Majalla"/>
          <w:color w:val="000000" w:themeColor="text1"/>
          <w:sz w:val="38"/>
          <w:szCs w:val="38"/>
        </w:rPr>
        <w:t xml:space="preserve">. </w:t>
      </w:r>
      <w:r w:rsidRPr="005117ED">
        <w:rPr>
          <w:rFonts w:cs="Sakkal Majalla"/>
          <w:color w:val="000000" w:themeColor="text1"/>
          <w:sz w:val="38"/>
          <w:szCs w:val="38"/>
          <w:rtl/>
        </w:rPr>
        <w:t>وتسهم</w:t>
      </w:r>
      <w:r w:rsidRPr="005117ED">
        <w:rPr>
          <w:rFonts w:cs="Sakkal Majalla"/>
          <w:color w:val="000000" w:themeColor="text1"/>
          <w:sz w:val="38"/>
          <w:szCs w:val="38"/>
        </w:rPr>
        <w:t xml:space="preserve"> </w:t>
      </w:r>
      <w:r w:rsidRPr="005117ED">
        <w:rPr>
          <w:rFonts w:cs="Sakkal Majalla"/>
          <w:color w:val="000000" w:themeColor="text1"/>
          <w:sz w:val="38"/>
          <w:szCs w:val="38"/>
          <w:rtl/>
        </w:rPr>
        <w:t>هذه</w:t>
      </w:r>
      <w:r w:rsidRPr="005117ED">
        <w:rPr>
          <w:rFonts w:cs="Sakkal Majalla"/>
          <w:color w:val="000000" w:themeColor="text1"/>
          <w:sz w:val="38"/>
          <w:szCs w:val="38"/>
        </w:rPr>
        <w:t xml:space="preserve"> </w:t>
      </w:r>
      <w:r w:rsidRPr="005117ED">
        <w:rPr>
          <w:rFonts w:cs="Sakkal Majalla"/>
          <w:color w:val="000000" w:themeColor="text1"/>
          <w:sz w:val="38"/>
          <w:szCs w:val="38"/>
          <w:rtl/>
        </w:rPr>
        <w:t>الإجراءات</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تقليل</w:t>
      </w:r>
      <w:r w:rsidRPr="005117ED">
        <w:rPr>
          <w:rFonts w:cs="Sakkal Majalla"/>
          <w:color w:val="000000" w:themeColor="text1"/>
          <w:sz w:val="38"/>
          <w:szCs w:val="38"/>
        </w:rPr>
        <w:t xml:space="preserve"> </w:t>
      </w:r>
      <w:r w:rsidRPr="005117ED">
        <w:rPr>
          <w:rFonts w:cs="Sakkal Majalla"/>
          <w:color w:val="000000" w:themeColor="text1"/>
          <w:sz w:val="38"/>
          <w:szCs w:val="38"/>
          <w:rtl/>
        </w:rPr>
        <w:t>الخطأ</w:t>
      </w:r>
      <w:r w:rsidRPr="005117ED">
        <w:rPr>
          <w:rFonts w:cs="Sakkal Majalla"/>
          <w:color w:val="000000" w:themeColor="text1"/>
          <w:sz w:val="38"/>
          <w:szCs w:val="38"/>
        </w:rPr>
        <w:t xml:space="preserve"> </w:t>
      </w:r>
      <w:r w:rsidRPr="005117ED">
        <w:rPr>
          <w:rFonts w:cs="Sakkal Majalla"/>
          <w:color w:val="000000" w:themeColor="text1"/>
          <w:sz w:val="38"/>
          <w:szCs w:val="38"/>
          <w:rtl/>
        </w:rPr>
        <w:t>المنهجي</w:t>
      </w:r>
      <w:r w:rsidRPr="005117ED">
        <w:rPr>
          <w:rFonts w:cs="Sakkal Majalla"/>
          <w:color w:val="000000" w:themeColor="text1"/>
          <w:sz w:val="38"/>
          <w:szCs w:val="38"/>
        </w:rPr>
        <w:t xml:space="preserve"> </w:t>
      </w:r>
      <w:r w:rsidRPr="005117ED">
        <w:rPr>
          <w:rFonts w:cs="Sakkal Majalla"/>
          <w:color w:val="000000" w:themeColor="text1"/>
          <w:sz w:val="38"/>
          <w:szCs w:val="38"/>
          <w:rtl/>
        </w:rPr>
        <w:t>لكنها</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تلغيه</w:t>
      </w:r>
      <w:r w:rsidRPr="005117ED">
        <w:rPr>
          <w:rFonts w:cs="Sakkal Majalla"/>
          <w:color w:val="000000" w:themeColor="text1"/>
          <w:sz w:val="38"/>
          <w:szCs w:val="38"/>
        </w:rPr>
        <w:t xml:space="preserve"> </w:t>
      </w:r>
      <w:r w:rsidRPr="005117ED">
        <w:rPr>
          <w:rFonts w:cs="Sakkal Majalla"/>
          <w:color w:val="000000" w:themeColor="text1"/>
          <w:sz w:val="38"/>
          <w:szCs w:val="38"/>
          <w:rtl/>
        </w:rPr>
        <w:t>بالكامل،</w:t>
      </w:r>
      <w:r w:rsidRPr="005117ED">
        <w:rPr>
          <w:rFonts w:cs="Sakkal Majalla"/>
          <w:color w:val="000000" w:themeColor="text1"/>
          <w:sz w:val="38"/>
          <w:szCs w:val="38"/>
        </w:rPr>
        <w:t xml:space="preserve"> </w:t>
      </w:r>
      <w:r w:rsidRPr="005117ED">
        <w:rPr>
          <w:rFonts w:cs="Sakkal Majalla"/>
          <w:color w:val="000000" w:themeColor="text1"/>
          <w:sz w:val="38"/>
          <w:szCs w:val="38"/>
          <w:rtl/>
        </w:rPr>
        <w:t>ولذلك</w:t>
      </w:r>
      <w:r w:rsidRPr="005117ED">
        <w:rPr>
          <w:rFonts w:cs="Sakkal Majalla"/>
          <w:color w:val="000000" w:themeColor="text1"/>
          <w:sz w:val="38"/>
          <w:szCs w:val="38"/>
        </w:rPr>
        <w:t xml:space="preserve"> </w:t>
      </w:r>
      <w:r w:rsidRPr="005117ED">
        <w:rPr>
          <w:rFonts w:cs="Sakkal Majalla"/>
          <w:color w:val="000000" w:themeColor="text1"/>
          <w:sz w:val="38"/>
          <w:szCs w:val="38"/>
          <w:rtl/>
        </w:rPr>
        <w:t>تعرض</w:t>
      </w:r>
      <w:r w:rsidRPr="005117ED">
        <w:rPr>
          <w:rFonts w:cs="Sakkal Majalla"/>
          <w:color w:val="000000" w:themeColor="text1"/>
          <w:sz w:val="38"/>
          <w:szCs w:val="38"/>
        </w:rPr>
        <w:t xml:space="preserve"> </w:t>
      </w:r>
      <w:r w:rsidRPr="005117ED">
        <w:rPr>
          <w:rFonts w:cs="Sakkal Majalla"/>
          <w:color w:val="000000" w:themeColor="text1"/>
          <w:sz w:val="38"/>
          <w:szCs w:val="38"/>
          <w:rtl/>
        </w:rPr>
        <w:t>الحدود</w:t>
      </w:r>
      <w:r w:rsidRPr="005117ED">
        <w:rPr>
          <w:rFonts w:cs="Sakkal Majalla"/>
          <w:color w:val="000000" w:themeColor="text1"/>
          <w:sz w:val="38"/>
          <w:szCs w:val="38"/>
        </w:rPr>
        <w:t xml:space="preserve"> </w:t>
      </w:r>
      <w:r w:rsidRPr="005117ED">
        <w:rPr>
          <w:rFonts w:cs="Sakkal Majalla"/>
          <w:color w:val="000000" w:themeColor="text1"/>
          <w:sz w:val="38"/>
          <w:szCs w:val="38"/>
          <w:rtl/>
        </w:rPr>
        <w:t>بوضوح</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الفصل</w:t>
      </w:r>
      <w:r w:rsidRPr="005117ED">
        <w:rPr>
          <w:rFonts w:cs="Sakkal Majalla"/>
          <w:color w:val="000000" w:themeColor="text1"/>
          <w:sz w:val="38"/>
          <w:szCs w:val="38"/>
        </w:rPr>
        <w:t xml:space="preserve"> </w:t>
      </w:r>
      <w:r w:rsidRPr="005117ED">
        <w:rPr>
          <w:rFonts w:cs="Sakkal Majalla"/>
          <w:color w:val="000000" w:themeColor="text1"/>
          <w:sz w:val="38"/>
          <w:szCs w:val="38"/>
          <w:rtl/>
        </w:rPr>
        <w:t>الخامس</w:t>
      </w:r>
      <w:r w:rsidRPr="005117ED">
        <w:rPr>
          <w:rFonts w:cs="Sakkal Majalla"/>
          <w:color w:val="000000" w:themeColor="text1"/>
          <w:sz w:val="38"/>
          <w:szCs w:val="38"/>
        </w:rPr>
        <w:t>.</w:t>
      </w:r>
    </w:p>
    <w:p w:rsidR="00FD5E07" w:rsidRPr="005117ED" w:rsidRDefault="00FD5E07" w:rsidP="00FD5E07">
      <w:pPr>
        <w:spacing w:before="0"/>
        <w:ind w:firstLine="0"/>
        <w:jc w:val="left"/>
        <w:outlineLvl w:val="0"/>
        <w:rPr>
          <w:rFonts w:eastAsia="Times New Roman" w:cs="Sakkal Majalla"/>
          <w:b/>
          <w:bCs/>
          <w:color w:val="000000" w:themeColor="text1"/>
          <w:sz w:val="40"/>
          <w:szCs w:val="40"/>
        </w:rPr>
      </w:pPr>
      <w:bookmarkStart w:id="63" w:name="_Toc233322011"/>
      <w:r w:rsidRPr="005117ED">
        <w:rPr>
          <w:rFonts w:eastAsia="Times New Roman" w:cs="Sakkal Majalla"/>
          <w:b/>
          <w:bCs/>
          <w:color w:val="000000" w:themeColor="text1"/>
          <w:sz w:val="40"/>
          <w:szCs w:val="40"/>
          <w:rtl/>
        </w:rPr>
        <w:t>ثامنًا</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مجتمع</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الدراسة</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والعينة</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ومعايير</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الاشتمال</w:t>
      </w:r>
      <w:bookmarkEnd w:id="63"/>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يتكون</w:t>
      </w:r>
      <w:r w:rsidRPr="005117ED">
        <w:rPr>
          <w:rFonts w:cs="Sakkal Majalla"/>
          <w:color w:val="000000" w:themeColor="text1"/>
          <w:sz w:val="38"/>
          <w:szCs w:val="38"/>
        </w:rPr>
        <w:t xml:space="preserve"> </w:t>
      </w:r>
      <w:r w:rsidRPr="005117ED">
        <w:rPr>
          <w:rFonts w:cs="Sakkal Majalla"/>
          <w:color w:val="000000" w:themeColor="text1"/>
          <w:sz w:val="38"/>
          <w:szCs w:val="38"/>
          <w:rtl/>
        </w:rPr>
        <w:t>المجتمع</w:t>
      </w:r>
      <w:r w:rsidRPr="005117ED">
        <w:rPr>
          <w:rFonts w:cs="Sakkal Majalla"/>
          <w:color w:val="000000" w:themeColor="text1"/>
          <w:sz w:val="38"/>
          <w:szCs w:val="38"/>
        </w:rPr>
        <w:t xml:space="preserve"> </w:t>
      </w:r>
      <w:r w:rsidRPr="005117ED">
        <w:rPr>
          <w:rFonts w:cs="Sakkal Majalla"/>
          <w:color w:val="000000" w:themeColor="text1"/>
          <w:sz w:val="38"/>
          <w:szCs w:val="38"/>
          <w:rtl/>
        </w:rPr>
        <w:t>المستهدف</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العاملين</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المنشآت</w:t>
      </w:r>
      <w:r w:rsidRPr="005117ED">
        <w:rPr>
          <w:rFonts w:cs="Sakkal Majalla"/>
          <w:color w:val="000000" w:themeColor="text1"/>
          <w:sz w:val="38"/>
          <w:szCs w:val="38"/>
        </w:rPr>
        <w:t xml:space="preserve"> </w:t>
      </w:r>
      <w:r w:rsidRPr="005117ED">
        <w:rPr>
          <w:rFonts w:cs="Sakkal Majalla"/>
          <w:color w:val="000000" w:themeColor="text1"/>
          <w:sz w:val="38"/>
          <w:szCs w:val="38"/>
          <w:rtl/>
        </w:rPr>
        <w:t>الصغيرة</w:t>
      </w:r>
      <w:r w:rsidRPr="005117ED">
        <w:rPr>
          <w:rFonts w:cs="Sakkal Majalla"/>
          <w:color w:val="000000" w:themeColor="text1"/>
          <w:sz w:val="38"/>
          <w:szCs w:val="38"/>
        </w:rPr>
        <w:t xml:space="preserve"> </w:t>
      </w:r>
      <w:r w:rsidRPr="005117ED">
        <w:rPr>
          <w:rFonts w:cs="Sakkal Majalla"/>
          <w:color w:val="000000" w:themeColor="text1"/>
          <w:sz w:val="38"/>
          <w:szCs w:val="38"/>
          <w:rtl/>
        </w:rPr>
        <w:t>والمتوسطة</w:t>
      </w:r>
      <w:r w:rsidRPr="005117ED">
        <w:rPr>
          <w:rFonts w:cs="Sakkal Majalla"/>
          <w:color w:val="000000" w:themeColor="text1"/>
          <w:sz w:val="38"/>
          <w:szCs w:val="38"/>
        </w:rPr>
        <w:t xml:space="preserve"> </w:t>
      </w:r>
      <w:r w:rsidRPr="005117ED">
        <w:rPr>
          <w:rFonts w:cs="Sakkal Majalla"/>
          <w:color w:val="000000" w:themeColor="text1"/>
          <w:sz w:val="38"/>
          <w:szCs w:val="38"/>
          <w:rtl/>
        </w:rPr>
        <w:t>السعودية</w:t>
      </w:r>
      <w:r w:rsidRPr="005117ED">
        <w:rPr>
          <w:rFonts w:cs="Sakkal Majalla"/>
          <w:color w:val="000000" w:themeColor="text1"/>
          <w:sz w:val="38"/>
          <w:szCs w:val="38"/>
        </w:rPr>
        <w:t xml:space="preserve"> </w:t>
      </w:r>
      <w:r w:rsidRPr="005117ED">
        <w:rPr>
          <w:rFonts w:cs="Sakkal Majalla"/>
          <w:color w:val="000000" w:themeColor="text1"/>
          <w:sz w:val="38"/>
          <w:szCs w:val="38"/>
          <w:rtl/>
        </w:rPr>
        <w:t>وفق</w:t>
      </w:r>
      <w:r w:rsidRPr="005117ED">
        <w:rPr>
          <w:rFonts w:cs="Sakkal Majalla"/>
          <w:color w:val="000000" w:themeColor="text1"/>
          <w:sz w:val="38"/>
          <w:szCs w:val="38"/>
        </w:rPr>
        <w:t xml:space="preserve"> </w:t>
      </w:r>
      <w:r w:rsidRPr="005117ED">
        <w:rPr>
          <w:rFonts w:cs="Sakkal Majalla"/>
          <w:color w:val="000000" w:themeColor="text1"/>
          <w:sz w:val="38"/>
          <w:szCs w:val="38"/>
          <w:rtl/>
        </w:rPr>
        <w:t>تصنيف</w:t>
      </w:r>
      <w:r w:rsidRPr="005117ED">
        <w:rPr>
          <w:rFonts w:cs="Sakkal Majalla"/>
          <w:color w:val="000000" w:themeColor="text1"/>
          <w:sz w:val="38"/>
          <w:szCs w:val="38"/>
        </w:rPr>
        <w:t xml:space="preserve"> </w:t>
      </w:r>
      <w:r w:rsidRPr="005117ED">
        <w:rPr>
          <w:rFonts w:cs="Sakkal Majalla"/>
          <w:color w:val="000000" w:themeColor="text1"/>
          <w:sz w:val="38"/>
          <w:szCs w:val="38"/>
          <w:rtl/>
        </w:rPr>
        <w:t>منشآت،</w:t>
      </w:r>
      <w:r w:rsidRPr="005117ED">
        <w:rPr>
          <w:rFonts w:cs="Sakkal Majalla"/>
          <w:color w:val="000000" w:themeColor="text1"/>
          <w:sz w:val="38"/>
          <w:szCs w:val="38"/>
        </w:rPr>
        <w:t xml:space="preserve"> </w:t>
      </w:r>
      <w:r w:rsidRPr="005117ED">
        <w:rPr>
          <w:rFonts w:cs="Sakkal Majalla"/>
          <w:color w:val="000000" w:themeColor="text1"/>
          <w:sz w:val="38"/>
          <w:szCs w:val="38"/>
          <w:rtl/>
        </w:rPr>
        <w:t>وفي</w:t>
      </w:r>
      <w:r w:rsidRPr="005117ED">
        <w:rPr>
          <w:rFonts w:cs="Sakkal Majalla"/>
          <w:color w:val="000000" w:themeColor="text1"/>
          <w:sz w:val="38"/>
          <w:szCs w:val="38"/>
        </w:rPr>
        <w:t xml:space="preserve"> </w:t>
      </w:r>
      <w:r w:rsidRPr="005117ED">
        <w:rPr>
          <w:rFonts w:cs="Sakkal Majalla"/>
          <w:color w:val="000000" w:themeColor="text1"/>
          <w:sz w:val="38"/>
          <w:szCs w:val="38"/>
          <w:rtl/>
        </w:rPr>
        <w:t>قطاعات</w:t>
      </w:r>
      <w:r w:rsidRPr="005117ED">
        <w:rPr>
          <w:rFonts w:cs="Sakkal Majalla"/>
          <w:color w:val="000000" w:themeColor="text1"/>
          <w:sz w:val="38"/>
          <w:szCs w:val="38"/>
        </w:rPr>
        <w:t xml:space="preserve"> </w:t>
      </w:r>
      <w:r w:rsidRPr="005117ED">
        <w:rPr>
          <w:rFonts w:cs="Sakkal Majalla"/>
          <w:color w:val="000000" w:themeColor="text1"/>
          <w:sz w:val="38"/>
          <w:szCs w:val="38"/>
          <w:rtl/>
        </w:rPr>
        <w:t>خدمية</w:t>
      </w:r>
      <w:r w:rsidRPr="005117ED">
        <w:rPr>
          <w:rFonts w:cs="Sakkal Majalla"/>
          <w:color w:val="000000" w:themeColor="text1"/>
          <w:sz w:val="38"/>
          <w:szCs w:val="38"/>
        </w:rPr>
        <w:t xml:space="preserve"> </w:t>
      </w:r>
      <w:r w:rsidRPr="005117ED">
        <w:rPr>
          <w:rFonts w:cs="Sakkal Majalla"/>
          <w:color w:val="000000" w:themeColor="text1"/>
          <w:sz w:val="38"/>
          <w:szCs w:val="38"/>
          <w:rtl/>
        </w:rPr>
        <w:t>وتجارية</w:t>
      </w:r>
      <w:r w:rsidRPr="005117ED">
        <w:rPr>
          <w:rFonts w:cs="Sakkal Majalla"/>
          <w:color w:val="000000" w:themeColor="text1"/>
          <w:sz w:val="38"/>
          <w:szCs w:val="38"/>
        </w:rPr>
        <w:t xml:space="preserve"> </w:t>
      </w:r>
      <w:r w:rsidRPr="005117ED">
        <w:rPr>
          <w:rFonts w:cs="Sakkal Majalla"/>
          <w:color w:val="000000" w:themeColor="text1"/>
          <w:sz w:val="38"/>
          <w:szCs w:val="38"/>
          <w:rtl/>
        </w:rPr>
        <w:t>وصناعية</w:t>
      </w:r>
      <w:r w:rsidRPr="005117ED">
        <w:rPr>
          <w:rFonts w:cs="Sakkal Majalla"/>
          <w:color w:val="000000" w:themeColor="text1"/>
          <w:sz w:val="38"/>
          <w:szCs w:val="38"/>
        </w:rPr>
        <w:t xml:space="preserve"> </w:t>
      </w:r>
      <w:r w:rsidRPr="005117ED">
        <w:rPr>
          <w:rFonts w:cs="Sakkal Majalla"/>
          <w:color w:val="000000" w:themeColor="text1"/>
          <w:sz w:val="38"/>
          <w:szCs w:val="38"/>
          <w:rtl/>
        </w:rPr>
        <w:t>خفيفة</w:t>
      </w:r>
      <w:r w:rsidRPr="005117ED">
        <w:rPr>
          <w:rFonts w:cs="Sakkal Majalla"/>
          <w:color w:val="000000" w:themeColor="text1"/>
          <w:sz w:val="38"/>
          <w:szCs w:val="38"/>
        </w:rPr>
        <w:t xml:space="preserve"> </w:t>
      </w:r>
      <w:r w:rsidRPr="005117ED">
        <w:rPr>
          <w:rFonts w:cs="Sakkal Majalla"/>
          <w:color w:val="000000" w:themeColor="text1"/>
          <w:sz w:val="38"/>
          <w:szCs w:val="38"/>
          <w:rtl/>
        </w:rPr>
        <w:t>وتقنية</w:t>
      </w:r>
      <w:r w:rsidRPr="005117ED">
        <w:rPr>
          <w:rFonts w:cs="Sakkal Majalla"/>
          <w:color w:val="000000" w:themeColor="text1"/>
          <w:sz w:val="38"/>
          <w:szCs w:val="38"/>
        </w:rPr>
        <w:t xml:space="preserve"> </w:t>
      </w:r>
      <w:r w:rsidRPr="005117ED">
        <w:rPr>
          <w:rFonts w:cs="Sakkal Majalla"/>
          <w:color w:val="000000" w:themeColor="text1"/>
          <w:sz w:val="38"/>
          <w:szCs w:val="38"/>
          <w:rtl/>
        </w:rPr>
        <w:t>أو</w:t>
      </w:r>
      <w:r w:rsidRPr="005117ED">
        <w:rPr>
          <w:rFonts w:cs="Sakkal Majalla"/>
          <w:color w:val="000000" w:themeColor="text1"/>
          <w:sz w:val="38"/>
          <w:szCs w:val="38"/>
        </w:rPr>
        <w:t xml:space="preserve"> </w:t>
      </w:r>
      <w:r w:rsidRPr="005117ED">
        <w:rPr>
          <w:rFonts w:cs="Sakkal Majalla"/>
          <w:color w:val="000000" w:themeColor="text1"/>
          <w:sz w:val="38"/>
          <w:szCs w:val="38"/>
          <w:rtl/>
        </w:rPr>
        <w:t>رقمية</w:t>
      </w:r>
      <w:r w:rsidRPr="005117ED">
        <w:rPr>
          <w:rFonts w:cs="Sakkal Majalla"/>
          <w:color w:val="000000" w:themeColor="text1"/>
          <w:sz w:val="38"/>
          <w:szCs w:val="38"/>
        </w:rPr>
        <w:t xml:space="preserve">. </w:t>
      </w:r>
      <w:r w:rsidRPr="005117ED">
        <w:rPr>
          <w:rFonts w:cs="Sakkal Majalla"/>
          <w:color w:val="000000" w:themeColor="text1"/>
          <w:sz w:val="38"/>
          <w:szCs w:val="38"/>
          <w:rtl/>
        </w:rPr>
        <w:t>ويشمل</w:t>
      </w:r>
      <w:r w:rsidRPr="005117ED">
        <w:rPr>
          <w:rFonts w:cs="Sakkal Majalla"/>
          <w:color w:val="000000" w:themeColor="text1"/>
          <w:sz w:val="38"/>
          <w:szCs w:val="38"/>
        </w:rPr>
        <w:t xml:space="preserve"> </w:t>
      </w:r>
      <w:r w:rsidRPr="005117ED">
        <w:rPr>
          <w:rFonts w:cs="Sakkal Majalla"/>
          <w:color w:val="000000" w:themeColor="text1"/>
          <w:sz w:val="38"/>
          <w:szCs w:val="38"/>
          <w:rtl/>
        </w:rPr>
        <w:t>المجتمع</w:t>
      </w:r>
      <w:r w:rsidRPr="005117ED">
        <w:rPr>
          <w:rFonts w:cs="Sakkal Majalla"/>
          <w:color w:val="000000" w:themeColor="text1"/>
          <w:sz w:val="38"/>
          <w:szCs w:val="38"/>
        </w:rPr>
        <w:t xml:space="preserve"> </w:t>
      </w:r>
      <w:r w:rsidRPr="005117ED">
        <w:rPr>
          <w:rFonts w:cs="Sakkal Majalla"/>
          <w:color w:val="000000" w:themeColor="text1"/>
          <w:sz w:val="38"/>
          <w:szCs w:val="38"/>
          <w:rtl/>
        </w:rPr>
        <w:t>موظفين</w:t>
      </w:r>
      <w:r w:rsidRPr="005117ED">
        <w:rPr>
          <w:rFonts w:cs="Sakkal Majalla"/>
          <w:color w:val="000000" w:themeColor="text1"/>
          <w:sz w:val="38"/>
          <w:szCs w:val="38"/>
        </w:rPr>
        <w:t xml:space="preserve"> </w:t>
      </w:r>
      <w:r w:rsidRPr="005117ED">
        <w:rPr>
          <w:rFonts w:cs="Sakkal Majalla"/>
          <w:color w:val="000000" w:themeColor="text1"/>
          <w:sz w:val="38"/>
          <w:szCs w:val="38"/>
          <w:rtl/>
        </w:rPr>
        <w:lastRenderedPageBreak/>
        <w:t>من</w:t>
      </w:r>
      <w:r w:rsidRPr="005117ED">
        <w:rPr>
          <w:rFonts w:cs="Sakkal Majalla"/>
          <w:color w:val="000000" w:themeColor="text1"/>
          <w:sz w:val="38"/>
          <w:szCs w:val="38"/>
        </w:rPr>
        <w:t xml:space="preserve"> </w:t>
      </w:r>
      <w:r w:rsidRPr="005117ED">
        <w:rPr>
          <w:rFonts w:cs="Sakkal Majalla"/>
          <w:color w:val="000000" w:themeColor="text1"/>
          <w:sz w:val="38"/>
          <w:szCs w:val="38"/>
          <w:rtl/>
        </w:rPr>
        <w:t>مستويات</w:t>
      </w:r>
      <w:r w:rsidRPr="005117ED">
        <w:rPr>
          <w:rFonts w:cs="Sakkal Majalla"/>
          <w:color w:val="000000" w:themeColor="text1"/>
          <w:sz w:val="38"/>
          <w:szCs w:val="38"/>
        </w:rPr>
        <w:t xml:space="preserve"> </w:t>
      </w:r>
      <w:r w:rsidRPr="005117ED">
        <w:rPr>
          <w:rFonts w:cs="Sakkal Majalla"/>
          <w:color w:val="000000" w:themeColor="text1"/>
          <w:sz w:val="38"/>
          <w:szCs w:val="38"/>
          <w:rtl/>
        </w:rPr>
        <w:t>وظيفية</w:t>
      </w:r>
      <w:r w:rsidRPr="005117ED">
        <w:rPr>
          <w:rFonts w:cs="Sakkal Majalla"/>
          <w:color w:val="000000" w:themeColor="text1"/>
          <w:sz w:val="38"/>
          <w:szCs w:val="38"/>
        </w:rPr>
        <w:t xml:space="preserve"> </w:t>
      </w:r>
      <w:r w:rsidRPr="005117ED">
        <w:rPr>
          <w:rFonts w:cs="Sakkal Majalla"/>
          <w:color w:val="000000" w:themeColor="text1"/>
          <w:sz w:val="38"/>
          <w:szCs w:val="38"/>
          <w:rtl/>
        </w:rPr>
        <w:t>مختلفة</w:t>
      </w:r>
      <w:r w:rsidRPr="005117ED">
        <w:rPr>
          <w:rFonts w:cs="Sakkal Majalla"/>
          <w:color w:val="000000" w:themeColor="text1"/>
          <w:sz w:val="38"/>
          <w:szCs w:val="38"/>
        </w:rPr>
        <w:t xml:space="preserve"> </w:t>
      </w:r>
      <w:r w:rsidRPr="005117ED">
        <w:rPr>
          <w:rFonts w:cs="Sakkal Majalla"/>
          <w:color w:val="000000" w:themeColor="text1"/>
          <w:sz w:val="38"/>
          <w:szCs w:val="38"/>
          <w:rtl/>
        </w:rPr>
        <w:t>ممن</w:t>
      </w:r>
      <w:r w:rsidRPr="005117ED">
        <w:rPr>
          <w:rFonts w:cs="Sakkal Majalla"/>
          <w:color w:val="000000" w:themeColor="text1"/>
          <w:sz w:val="38"/>
          <w:szCs w:val="38"/>
        </w:rPr>
        <w:t xml:space="preserve"> </w:t>
      </w:r>
      <w:r w:rsidRPr="005117ED">
        <w:rPr>
          <w:rFonts w:cs="Sakkal Majalla"/>
          <w:color w:val="000000" w:themeColor="text1"/>
          <w:sz w:val="38"/>
          <w:szCs w:val="38"/>
          <w:rtl/>
        </w:rPr>
        <w:t>أمضوا</w:t>
      </w:r>
      <w:r w:rsidRPr="005117ED">
        <w:rPr>
          <w:rFonts w:cs="Sakkal Majalla"/>
          <w:color w:val="000000" w:themeColor="text1"/>
          <w:sz w:val="38"/>
          <w:szCs w:val="38"/>
        </w:rPr>
        <w:t xml:space="preserve"> </w:t>
      </w:r>
      <w:r w:rsidRPr="005117ED">
        <w:rPr>
          <w:rFonts w:cs="Sakkal Majalla"/>
          <w:color w:val="000000" w:themeColor="text1"/>
          <w:sz w:val="38"/>
          <w:szCs w:val="38"/>
          <w:rtl/>
        </w:rPr>
        <w:t>مدة</w:t>
      </w:r>
      <w:r w:rsidRPr="005117ED">
        <w:rPr>
          <w:rFonts w:cs="Sakkal Majalla"/>
          <w:color w:val="000000" w:themeColor="text1"/>
          <w:sz w:val="38"/>
          <w:szCs w:val="38"/>
        </w:rPr>
        <w:t xml:space="preserve"> </w:t>
      </w:r>
      <w:r w:rsidRPr="005117ED">
        <w:rPr>
          <w:rFonts w:cs="Sakkal Majalla"/>
          <w:color w:val="000000" w:themeColor="text1"/>
          <w:sz w:val="38"/>
          <w:szCs w:val="38"/>
          <w:rtl/>
        </w:rPr>
        <w:t>تسمح</w:t>
      </w:r>
      <w:r w:rsidRPr="005117ED">
        <w:rPr>
          <w:rFonts w:cs="Sakkal Majalla"/>
          <w:color w:val="000000" w:themeColor="text1"/>
          <w:sz w:val="38"/>
          <w:szCs w:val="38"/>
        </w:rPr>
        <w:t xml:space="preserve"> </w:t>
      </w:r>
      <w:r w:rsidRPr="005117ED">
        <w:rPr>
          <w:rFonts w:cs="Sakkal Majalla"/>
          <w:color w:val="000000" w:themeColor="text1"/>
          <w:sz w:val="38"/>
          <w:szCs w:val="38"/>
          <w:rtl/>
        </w:rPr>
        <w:t>لهم</w:t>
      </w:r>
      <w:r w:rsidRPr="005117ED">
        <w:rPr>
          <w:rFonts w:cs="Sakkal Majalla"/>
          <w:color w:val="000000" w:themeColor="text1"/>
          <w:sz w:val="38"/>
          <w:szCs w:val="38"/>
        </w:rPr>
        <w:t xml:space="preserve"> </w:t>
      </w:r>
      <w:r w:rsidRPr="005117ED">
        <w:rPr>
          <w:rFonts w:cs="Sakkal Majalla"/>
          <w:color w:val="000000" w:themeColor="text1"/>
          <w:sz w:val="38"/>
          <w:szCs w:val="38"/>
          <w:rtl/>
        </w:rPr>
        <w:t>بتكوين</w:t>
      </w:r>
      <w:r w:rsidRPr="005117ED">
        <w:rPr>
          <w:rFonts w:cs="Sakkal Majalla"/>
          <w:color w:val="000000" w:themeColor="text1"/>
          <w:sz w:val="38"/>
          <w:szCs w:val="38"/>
        </w:rPr>
        <w:t xml:space="preserve"> </w:t>
      </w:r>
      <w:r w:rsidRPr="005117ED">
        <w:rPr>
          <w:rFonts w:cs="Sakkal Majalla"/>
          <w:color w:val="000000" w:themeColor="text1"/>
          <w:sz w:val="38"/>
          <w:szCs w:val="38"/>
          <w:rtl/>
        </w:rPr>
        <w:t>إدراك</w:t>
      </w:r>
      <w:r w:rsidRPr="005117ED">
        <w:rPr>
          <w:rFonts w:cs="Sakkal Majalla"/>
          <w:color w:val="000000" w:themeColor="text1"/>
          <w:sz w:val="38"/>
          <w:szCs w:val="38"/>
        </w:rPr>
        <w:t xml:space="preserve"> </w:t>
      </w:r>
      <w:r w:rsidRPr="005117ED">
        <w:rPr>
          <w:rFonts w:cs="Sakkal Majalla"/>
          <w:color w:val="000000" w:themeColor="text1"/>
          <w:sz w:val="38"/>
          <w:szCs w:val="38"/>
          <w:rtl/>
        </w:rPr>
        <w:t>عن</w:t>
      </w:r>
      <w:r w:rsidRPr="005117ED">
        <w:rPr>
          <w:rFonts w:cs="Sakkal Majalla"/>
          <w:color w:val="000000" w:themeColor="text1"/>
          <w:sz w:val="38"/>
          <w:szCs w:val="38"/>
        </w:rPr>
        <w:t xml:space="preserve"> </w:t>
      </w:r>
      <w:r w:rsidRPr="005117ED">
        <w:rPr>
          <w:rFonts w:cs="Sakkal Majalla"/>
          <w:color w:val="000000" w:themeColor="text1"/>
          <w:sz w:val="38"/>
          <w:szCs w:val="38"/>
          <w:rtl/>
        </w:rPr>
        <w:t>سلوك</w:t>
      </w:r>
      <w:r w:rsidRPr="005117ED">
        <w:rPr>
          <w:rFonts w:cs="Sakkal Majalla"/>
          <w:color w:val="000000" w:themeColor="text1"/>
          <w:sz w:val="38"/>
          <w:szCs w:val="38"/>
        </w:rPr>
        <w:t xml:space="preserve"> </w:t>
      </w:r>
      <w:r w:rsidRPr="005117ED">
        <w:rPr>
          <w:rFonts w:cs="Sakkal Majalla"/>
          <w:color w:val="000000" w:themeColor="text1"/>
          <w:sz w:val="38"/>
          <w:szCs w:val="38"/>
          <w:rtl/>
        </w:rPr>
        <w:t>المدير</w:t>
      </w:r>
      <w:r w:rsidRPr="005117ED">
        <w:rPr>
          <w:rFonts w:cs="Sakkal Majalla"/>
          <w:color w:val="000000" w:themeColor="text1"/>
          <w:sz w:val="38"/>
          <w:szCs w:val="38"/>
        </w:rPr>
        <w:t xml:space="preserve"> </w:t>
      </w:r>
      <w:r w:rsidRPr="005117ED">
        <w:rPr>
          <w:rFonts w:cs="Sakkal Majalla"/>
          <w:color w:val="000000" w:themeColor="text1"/>
          <w:sz w:val="38"/>
          <w:szCs w:val="38"/>
          <w:rtl/>
        </w:rPr>
        <w:t>وبيئة</w:t>
      </w:r>
      <w:r w:rsidRPr="005117ED">
        <w:rPr>
          <w:rFonts w:cs="Sakkal Majalla"/>
          <w:color w:val="000000" w:themeColor="text1"/>
          <w:sz w:val="38"/>
          <w:szCs w:val="38"/>
        </w:rPr>
        <w:t xml:space="preserve"> </w:t>
      </w:r>
      <w:r w:rsidRPr="005117ED">
        <w:rPr>
          <w:rFonts w:cs="Sakkal Majalla"/>
          <w:color w:val="000000" w:themeColor="text1"/>
          <w:sz w:val="38"/>
          <w:szCs w:val="38"/>
          <w:rtl/>
        </w:rPr>
        <w:t>العمل</w:t>
      </w:r>
      <w:r w:rsidRPr="005117ED">
        <w:rPr>
          <w:rFonts w:cs="Sakkal Majalla"/>
          <w:color w:val="000000" w:themeColor="text1"/>
          <w:sz w:val="38"/>
          <w:szCs w:val="38"/>
        </w:rPr>
        <w:t xml:space="preserve">. </w:t>
      </w:r>
      <w:r w:rsidRPr="005117ED">
        <w:rPr>
          <w:rFonts w:cs="Sakkal Majalla"/>
          <w:color w:val="000000" w:themeColor="text1"/>
          <w:sz w:val="38"/>
          <w:szCs w:val="38"/>
          <w:rtl/>
        </w:rPr>
        <w:t>ويستبعد</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ذلك</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العاملون</w:t>
      </w:r>
      <w:r w:rsidRPr="005117ED">
        <w:rPr>
          <w:rFonts w:cs="Sakkal Majalla"/>
          <w:color w:val="000000" w:themeColor="text1"/>
          <w:sz w:val="38"/>
          <w:szCs w:val="38"/>
        </w:rPr>
        <w:t xml:space="preserve"> </w:t>
      </w:r>
      <w:r w:rsidRPr="005117ED">
        <w:rPr>
          <w:rFonts w:cs="Sakkal Majalla"/>
          <w:color w:val="000000" w:themeColor="text1"/>
          <w:sz w:val="38"/>
          <w:szCs w:val="38"/>
          <w:rtl/>
        </w:rPr>
        <w:t>المؤقتون</w:t>
      </w:r>
      <w:r w:rsidRPr="005117ED">
        <w:rPr>
          <w:rFonts w:cs="Sakkal Majalla"/>
          <w:color w:val="000000" w:themeColor="text1"/>
          <w:sz w:val="38"/>
          <w:szCs w:val="38"/>
        </w:rPr>
        <w:t xml:space="preserve"> </w:t>
      </w:r>
      <w:r w:rsidRPr="005117ED">
        <w:rPr>
          <w:rFonts w:cs="Sakkal Majalla"/>
          <w:color w:val="000000" w:themeColor="text1"/>
          <w:sz w:val="38"/>
          <w:szCs w:val="38"/>
          <w:rtl/>
        </w:rPr>
        <w:t>جدًا</w:t>
      </w:r>
      <w:r w:rsidRPr="005117ED">
        <w:rPr>
          <w:rFonts w:cs="Sakkal Majalla"/>
          <w:color w:val="000000" w:themeColor="text1"/>
          <w:sz w:val="38"/>
          <w:szCs w:val="38"/>
        </w:rPr>
        <w:t xml:space="preserve"> </w:t>
      </w:r>
      <w:r w:rsidRPr="005117ED">
        <w:rPr>
          <w:rFonts w:cs="Sakkal Majalla"/>
          <w:color w:val="000000" w:themeColor="text1"/>
          <w:sz w:val="38"/>
          <w:szCs w:val="38"/>
          <w:rtl/>
        </w:rPr>
        <w:t>أو</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لم</w:t>
      </w:r>
      <w:r w:rsidRPr="005117ED">
        <w:rPr>
          <w:rFonts w:cs="Sakkal Majalla"/>
          <w:color w:val="000000" w:themeColor="text1"/>
          <w:sz w:val="38"/>
          <w:szCs w:val="38"/>
        </w:rPr>
        <w:t xml:space="preserve"> </w:t>
      </w:r>
      <w:r w:rsidRPr="005117ED">
        <w:rPr>
          <w:rFonts w:cs="Sakkal Majalla"/>
          <w:color w:val="000000" w:themeColor="text1"/>
          <w:sz w:val="38"/>
          <w:szCs w:val="38"/>
          <w:rtl/>
        </w:rPr>
        <w:t>يكتمل</w:t>
      </w:r>
      <w:r w:rsidRPr="005117ED">
        <w:rPr>
          <w:rFonts w:cs="Sakkal Majalla"/>
          <w:color w:val="000000" w:themeColor="text1"/>
          <w:sz w:val="38"/>
          <w:szCs w:val="38"/>
        </w:rPr>
        <w:t xml:space="preserve"> </w:t>
      </w:r>
      <w:r w:rsidRPr="005117ED">
        <w:rPr>
          <w:rFonts w:cs="Sakkal Majalla"/>
          <w:color w:val="000000" w:themeColor="text1"/>
          <w:sz w:val="38"/>
          <w:szCs w:val="38"/>
          <w:rtl/>
        </w:rPr>
        <w:t>اندماجهم</w:t>
      </w:r>
      <w:r w:rsidRPr="005117ED">
        <w:rPr>
          <w:rFonts w:cs="Sakkal Majalla"/>
          <w:color w:val="000000" w:themeColor="text1"/>
          <w:sz w:val="38"/>
          <w:szCs w:val="38"/>
        </w:rPr>
        <w:t xml:space="preserve"> </w:t>
      </w:r>
      <w:r w:rsidRPr="005117ED">
        <w:rPr>
          <w:rFonts w:cs="Sakkal Majalla"/>
          <w:color w:val="000000" w:themeColor="text1"/>
          <w:sz w:val="38"/>
          <w:szCs w:val="38"/>
          <w:rtl/>
        </w:rPr>
        <w:t>التنظيمي،</w:t>
      </w:r>
      <w:r w:rsidRPr="005117ED">
        <w:rPr>
          <w:rFonts w:cs="Sakkal Majalla"/>
          <w:color w:val="000000" w:themeColor="text1"/>
          <w:sz w:val="38"/>
          <w:szCs w:val="38"/>
        </w:rPr>
        <w:t xml:space="preserve"> </w:t>
      </w:r>
      <w:r w:rsidRPr="005117ED">
        <w:rPr>
          <w:rFonts w:cs="Sakkal Majalla"/>
          <w:color w:val="000000" w:themeColor="text1"/>
          <w:sz w:val="38"/>
          <w:szCs w:val="38"/>
          <w:rtl/>
        </w:rPr>
        <w:t>لأن</w:t>
      </w:r>
      <w:r w:rsidRPr="005117ED">
        <w:rPr>
          <w:rFonts w:cs="Sakkal Majalla"/>
          <w:color w:val="000000" w:themeColor="text1"/>
          <w:sz w:val="38"/>
          <w:szCs w:val="38"/>
        </w:rPr>
        <w:t xml:space="preserve"> </w:t>
      </w:r>
      <w:r w:rsidRPr="005117ED">
        <w:rPr>
          <w:rFonts w:cs="Sakkal Majalla"/>
          <w:color w:val="000000" w:themeColor="text1"/>
          <w:sz w:val="38"/>
          <w:szCs w:val="38"/>
          <w:rtl/>
        </w:rPr>
        <w:t>تقييم</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والإبداع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يحتاج</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خبرة</w:t>
      </w:r>
      <w:r w:rsidRPr="005117ED">
        <w:rPr>
          <w:rFonts w:cs="Sakkal Majalla"/>
          <w:color w:val="000000" w:themeColor="text1"/>
          <w:sz w:val="38"/>
          <w:szCs w:val="38"/>
        </w:rPr>
        <w:t xml:space="preserve"> </w:t>
      </w:r>
      <w:r w:rsidRPr="005117ED">
        <w:rPr>
          <w:rFonts w:cs="Sakkal Majalla"/>
          <w:color w:val="000000" w:themeColor="text1"/>
          <w:sz w:val="38"/>
          <w:szCs w:val="38"/>
          <w:rtl/>
        </w:rPr>
        <w:t>فعلية</w:t>
      </w:r>
      <w:r w:rsidRPr="005117ED">
        <w:rPr>
          <w:rFonts w:cs="Sakkal Majalla"/>
          <w:color w:val="000000" w:themeColor="text1"/>
          <w:sz w:val="38"/>
          <w:szCs w:val="38"/>
        </w:rPr>
        <w:t xml:space="preserve"> </w:t>
      </w:r>
      <w:r w:rsidRPr="005117ED">
        <w:rPr>
          <w:rFonts w:cs="Sakkal Majalla"/>
          <w:color w:val="000000" w:themeColor="text1"/>
          <w:sz w:val="38"/>
          <w:szCs w:val="38"/>
          <w:rtl/>
        </w:rPr>
        <w:t>بالتفاعل</w:t>
      </w:r>
      <w:r w:rsidRPr="005117ED">
        <w:rPr>
          <w:rFonts w:cs="Sakkal Majalla"/>
          <w:color w:val="000000" w:themeColor="text1"/>
          <w:sz w:val="38"/>
          <w:szCs w:val="38"/>
        </w:rPr>
        <w:t xml:space="preserve"> </w:t>
      </w:r>
      <w:r w:rsidRPr="005117ED">
        <w:rPr>
          <w:rFonts w:cs="Sakkal Majalla"/>
          <w:color w:val="000000" w:themeColor="text1"/>
          <w:sz w:val="38"/>
          <w:szCs w:val="38"/>
          <w:rtl/>
        </w:rPr>
        <w:t>والعمليات</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ونظرًا</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اتساع</w:t>
      </w:r>
      <w:r w:rsidRPr="005117ED">
        <w:rPr>
          <w:rFonts w:cs="Sakkal Majalla"/>
          <w:color w:val="000000" w:themeColor="text1"/>
          <w:sz w:val="38"/>
          <w:szCs w:val="38"/>
        </w:rPr>
        <w:t xml:space="preserve"> </w:t>
      </w:r>
      <w:r w:rsidRPr="005117ED">
        <w:rPr>
          <w:rFonts w:cs="Sakkal Majalla"/>
          <w:color w:val="000000" w:themeColor="text1"/>
          <w:sz w:val="38"/>
          <w:szCs w:val="38"/>
          <w:rtl/>
        </w:rPr>
        <w:t>المجتمع</w:t>
      </w:r>
      <w:r w:rsidRPr="005117ED">
        <w:rPr>
          <w:rFonts w:cs="Sakkal Majalla"/>
          <w:color w:val="000000" w:themeColor="text1"/>
          <w:sz w:val="38"/>
          <w:szCs w:val="38"/>
        </w:rPr>
        <w:t xml:space="preserve"> </w:t>
      </w:r>
      <w:r w:rsidRPr="005117ED">
        <w:rPr>
          <w:rFonts w:cs="Sakkal Majalla"/>
          <w:color w:val="000000" w:themeColor="text1"/>
          <w:sz w:val="38"/>
          <w:szCs w:val="38"/>
          <w:rtl/>
        </w:rPr>
        <w:t>وعدم</w:t>
      </w:r>
      <w:r w:rsidRPr="005117ED">
        <w:rPr>
          <w:rFonts w:cs="Sakkal Majalla"/>
          <w:color w:val="000000" w:themeColor="text1"/>
          <w:sz w:val="38"/>
          <w:szCs w:val="38"/>
        </w:rPr>
        <w:t xml:space="preserve"> </w:t>
      </w:r>
      <w:r w:rsidRPr="005117ED">
        <w:rPr>
          <w:rFonts w:cs="Sakkal Majalla"/>
          <w:color w:val="000000" w:themeColor="text1"/>
          <w:sz w:val="38"/>
          <w:szCs w:val="38"/>
          <w:rtl/>
        </w:rPr>
        <w:t>توافر</w:t>
      </w:r>
      <w:r w:rsidRPr="005117ED">
        <w:rPr>
          <w:rFonts w:cs="Sakkal Majalla"/>
          <w:color w:val="000000" w:themeColor="text1"/>
          <w:sz w:val="38"/>
          <w:szCs w:val="38"/>
        </w:rPr>
        <w:t xml:space="preserve"> </w:t>
      </w:r>
      <w:r w:rsidRPr="005117ED">
        <w:rPr>
          <w:rFonts w:cs="Sakkal Majalla"/>
          <w:color w:val="000000" w:themeColor="text1"/>
          <w:sz w:val="38"/>
          <w:szCs w:val="38"/>
          <w:rtl/>
        </w:rPr>
        <w:t>إطار</w:t>
      </w:r>
      <w:r w:rsidRPr="005117ED">
        <w:rPr>
          <w:rFonts w:cs="Sakkal Majalla"/>
          <w:color w:val="000000" w:themeColor="text1"/>
          <w:sz w:val="38"/>
          <w:szCs w:val="38"/>
        </w:rPr>
        <w:t xml:space="preserve"> </w:t>
      </w:r>
      <w:r w:rsidRPr="005117ED">
        <w:rPr>
          <w:rFonts w:cs="Sakkal Majalla"/>
          <w:color w:val="000000" w:themeColor="text1"/>
          <w:sz w:val="38"/>
          <w:szCs w:val="38"/>
          <w:rtl/>
        </w:rPr>
        <w:t>شامل</w:t>
      </w:r>
      <w:r w:rsidRPr="005117ED">
        <w:rPr>
          <w:rFonts w:cs="Sakkal Majalla"/>
          <w:color w:val="000000" w:themeColor="text1"/>
          <w:sz w:val="38"/>
          <w:szCs w:val="38"/>
        </w:rPr>
        <w:t xml:space="preserve"> </w:t>
      </w:r>
      <w:r w:rsidRPr="005117ED">
        <w:rPr>
          <w:rFonts w:cs="Sakkal Majalla"/>
          <w:color w:val="000000" w:themeColor="text1"/>
          <w:sz w:val="38"/>
          <w:szCs w:val="38"/>
          <w:rtl/>
        </w:rPr>
        <w:t>بأسماء</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العاملين،</w:t>
      </w:r>
      <w:r w:rsidRPr="005117ED">
        <w:rPr>
          <w:rFonts w:cs="Sakkal Majalla"/>
          <w:color w:val="000000" w:themeColor="text1"/>
          <w:sz w:val="38"/>
          <w:szCs w:val="38"/>
        </w:rPr>
        <w:t xml:space="preserve"> </w:t>
      </w:r>
      <w:r w:rsidRPr="005117ED">
        <w:rPr>
          <w:rFonts w:cs="Sakkal Majalla"/>
          <w:color w:val="000000" w:themeColor="text1"/>
          <w:sz w:val="38"/>
          <w:szCs w:val="38"/>
          <w:rtl/>
        </w:rPr>
        <w:t>تعتمد</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عينة</w:t>
      </w:r>
      <w:r w:rsidRPr="005117ED">
        <w:rPr>
          <w:rFonts w:cs="Sakkal Majalla"/>
          <w:color w:val="000000" w:themeColor="text1"/>
          <w:sz w:val="38"/>
          <w:szCs w:val="38"/>
        </w:rPr>
        <w:t xml:space="preserve"> </w:t>
      </w:r>
      <w:r w:rsidRPr="005117ED">
        <w:rPr>
          <w:rFonts w:cs="Sakkal Majalla"/>
          <w:color w:val="000000" w:themeColor="text1"/>
          <w:sz w:val="38"/>
          <w:szCs w:val="38"/>
          <w:rtl/>
        </w:rPr>
        <w:t>ميسرة</w:t>
      </w:r>
      <w:r w:rsidRPr="005117ED">
        <w:rPr>
          <w:rFonts w:cs="Sakkal Majalla"/>
          <w:color w:val="000000" w:themeColor="text1"/>
          <w:sz w:val="38"/>
          <w:szCs w:val="38"/>
        </w:rPr>
        <w:t xml:space="preserve"> </w:t>
      </w:r>
      <w:r w:rsidRPr="005117ED">
        <w:rPr>
          <w:rFonts w:cs="Sakkal Majalla"/>
          <w:color w:val="000000" w:themeColor="text1"/>
          <w:sz w:val="38"/>
          <w:szCs w:val="38"/>
          <w:rtl/>
        </w:rPr>
        <w:t>مدعومة</w:t>
      </w:r>
      <w:r w:rsidRPr="005117ED">
        <w:rPr>
          <w:rFonts w:cs="Sakkal Majalla"/>
          <w:color w:val="000000" w:themeColor="text1"/>
          <w:sz w:val="38"/>
          <w:szCs w:val="38"/>
        </w:rPr>
        <w:t xml:space="preserve"> </w:t>
      </w:r>
      <w:r w:rsidRPr="005117ED">
        <w:rPr>
          <w:rFonts w:cs="Sakkal Majalla"/>
          <w:color w:val="000000" w:themeColor="text1"/>
          <w:sz w:val="38"/>
          <w:szCs w:val="38"/>
          <w:rtl/>
        </w:rPr>
        <w:t>بمحاولة</w:t>
      </w:r>
      <w:r w:rsidRPr="005117ED">
        <w:rPr>
          <w:rFonts w:cs="Sakkal Majalla"/>
          <w:color w:val="000000" w:themeColor="text1"/>
          <w:sz w:val="38"/>
          <w:szCs w:val="38"/>
        </w:rPr>
        <w:t xml:space="preserve"> </w:t>
      </w:r>
      <w:r w:rsidRPr="005117ED">
        <w:rPr>
          <w:rFonts w:cs="Sakkal Majalla"/>
          <w:color w:val="000000" w:themeColor="text1"/>
          <w:sz w:val="38"/>
          <w:szCs w:val="38"/>
          <w:rtl/>
        </w:rPr>
        <w:t>التنويع</w:t>
      </w:r>
      <w:r w:rsidRPr="005117ED">
        <w:rPr>
          <w:rFonts w:cs="Sakkal Majalla"/>
          <w:color w:val="000000" w:themeColor="text1"/>
          <w:sz w:val="38"/>
          <w:szCs w:val="38"/>
        </w:rPr>
        <w:t xml:space="preserve"> </w:t>
      </w:r>
      <w:r w:rsidRPr="005117ED">
        <w:rPr>
          <w:rFonts w:cs="Sakkal Majalla"/>
          <w:color w:val="000000" w:themeColor="text1"/>
          <w:sz w:val="38"/>
          <w:szCs w:val="38"/>
          <w:rtl/>
        </w:rPr>
        <w:t>القطاعي</w:t>
      </w:r>
      <w:r w:rsidRPr="005117ED">
        <w:rPr>
          <w:rFonts w:cs="Sakkal Majalla"/>
          <w:color w:val="000000" w:themeColor="text1"/>
          <w:sz w:val="38"/>
          <w:szCs w:val="38"/>
        </w:rPr>
        <w:t xml:space="preserve"> </w:t>
      </w:r>
      <w:r w:rsidRPr="005117ED">
        <w:rPr>
          <w:rFonts w:cs="Sakkal Majalla"/>
          <w:color w:val="000000" w:themeColor="text1"/>
          <w:sz w:val="38"/>
          <w:szCs w:val="38"/>
          <w:rtl/>
        </w:rPr>
        <w:t>والحجمي</w:t>
      </w:r>
      <w:r w:rsidRPr="005117ED">
        <w:rPr>
          <w:rFonts w:cs="Sakkal Majalla"/>
          <w:color w:val="000000" w:themeColor="text1"/>
          <w:sz w:val="38"/>
          <w:szCs w:val="38"/>
        </w:rPr>
        <w:t xml:space="preserve">. </w:t>
      </w:r>
      <w:r w:rsidRPr="005117ED">
        <w:rPr>
          <w:rFonts w:cs="Sakkal Majalla"/>
          <w:color w:val="000000" w:themeColor="text1"/>
          <w:sz w:val="38"/>
          <w:szCs w:val="38"/>
          <w:rtl/>
        </w:rPr>
        <w:t>ويعد</w:t>
      </w:r>
      <w:r w:rsidRPr="005117ED">
        <w:rPr>
          <w:rFonts w:cs="Sakkal Majalla"/>
          <w:color w:val="000000" w:themeColor="text1"/>
          <w:sz w:val="38"/>
          <w:szCs w:val="38"/>
        </w:rPr>
        <w:t xml:space="preserve"> </w:t>
      </w:r>
      <w:r w:rsidRPr="005117ED">
        <w:rPr>
          <w:rFonts w:cs="Sakkal Majalla"/>
          <w:color w:val="000000" w:themeColor="text1"/>
          <w:sz w:val="38"/>
          <w:szCs w:val="38"/>
          <w:rtl/>
        </w:rPr>
        <w:t>هذا</w:t>
      </w:r>
      <w:r w:rsidRPr="005117ED">
        <w:rPr>
          <w:rFonts w:cs="Sakkal Majalla"/>
          <w:color w:val="000000" w:themeColor="text1"/>
          <w:sz w:val="38"/>
          <w:szCs w:val="38"/>
        </w:rPr>
        <w:t xml:space="preserve"> </w:t>
      </w:r>
      <w:r w:rsidRPr="005117ED">
        <w:rPr>
          <w:rFonts w:cs="Sakkal Majalla"/>
          <w:color w:val="000000" w:themeColor="text1"/>
          <w:sz w:val="38"/>
          <w:szCs w:val="38"/>
          <w:rtl/>
        </w:rPr>
        <w:t>الأسلوب</w:t>
      </w:r>
      <w:r w:rsidRPr="005117ED">
        <w:rPr>
          <w:rFonts w:cs="Sakkal Majalla"/>
          <w:color w:val="000000" w:themeColor="text1"/>
          <w:sz w:val="38"/>
          <w:szCs w:val="38"/>
        </w:rPr>
        <w:t xml:space="preserve"> </w:t>
      </w:r>
      <w:r w:rsidRPr="005117ED">
        <w:rPr>
          <w:rFonts w:cs="Sakkal Majalla"/>
          <w:color w:val="000000" w:themeColor="text1"/>
          <w:sz w:val="38"/>
          <w:szCs w:val="38"/>
          <w:rtl/>
        </w:rPr>
        <w:t>واقعيًا</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الدراسات</w:t>
      </w:r>
      <w:r w:rsidRPr="005117ED">
        <w:rPr>
          <w:rFonts w:cs="Sakkal Majalla"/>
          <w:color w:val="000000" w:themeColor="text1"/>
          <w:sz w:val="38"/>
          <w:szCs w:val="38"/>
        </w:rPr>
        <w:t xml:space="preserve"> </w:t>
      </w:r>
      <w:r w:rsidRPr="005117ED">
        <w:rPr>
          <w:rFonts w:cs="Sakkal Majalla"/>
          <w:color w:val="000000" w:themeColor="text1"/>
          <w:sz w:val="38"/>
          <w:szCs w:val="38"/>
          <w:rtl/>
        </w:rPr>
        <w:t>الإدارية</w:t>
      </w:r>
      <w:r w:rsidRPr="005117ED">
        <w:rPr>
          <w:rFonts w:cs="Sakkal Majalla"/>
          <w:color w:val="000000" w:themeColor="text1"/>
          <w:sz w:val="38"/>
          <w:szCs w:val="38"/>
        </w:rPr>
        <w:t xml:space="preserve"> </w:t>
      </w:r>
      <w:r w:rsidRPr="005117ED">
        <w:rPr>
          <w:rFonts w:cs="Sakkal Majalla"/>
          <w:color w:val="000000" w:themeColor="text1"/>
          <w:sz w:val="38"/>
          <w:szCs w:val="38"/>
          <w:rtl/>
        </w:rPr>
        <w:t>التي</w:t>
      </w:r>
      <w:r w:rsidRPr="005117ED">
        <w:rPr>
          <w:rFonts w:cs="Sakkal Majalla"/>
          <w:color w:val="000000" w:themeColor="text1"/>
          <w:sz w:val="38"/>
          <w:szCs w:val="38"/>
        </w:rPr>
        <w:t xml:space="preserve"> </w:t>
      </w:r>
      <w:r w:rsidRPr="005117ED">
        <w:rPr>
          <w:rFonts w:cs="Sakkal Majalla"/>
          <w:color w:val="000000" w:themeColor="text1"/>
          <w:sz w:val="38"/>
          <w:szCs w:val="38"/>
          <w:rtl/>
        </w:rPr>
        <w:t>تواجه</w:t>
      </w:r>
      <w:r w:rsidRPr="005117ED">
        <w:rPr>
          <w:rFonts w:cs="Sakkal Majalla"/>
          <w:color w:val="000000" w:themeColor="text1"/>
          <w:sz w:val="38"/>
          <w:szCs w:val="38"/>
        </w:rPr>
        <w:t xml:space="preserve"> </w:t>
      </w:r>
      <w:r w:rsidRPr="005117ED">
        <w:rPr>
          <w:rFonts w:cs="Sakkal Majalla"/>
          <w:color w:val="000000" w:themeColor="text1"/>
          <w:sz w:val="38"/>
          <w:szCs w:val="38"/>
          <w:rtl/>
        </w:rPr>
        <w:t>صعوبة</w:t>
      </w:r>
      <w:r w:rsidRPr="005117ED">
        <w:rPr>
          <w:rFonts w:cs="Sakkal Majalla"/>
          <w:color w:val="000000" w:themeColor="text1"/>
          <w:sz w:val="38"/>
          <w:szCs w:val="38"/>
        </w:rPr>
        <w:t xml:space="preserve"> </w:t>
      </w:r>
      <w:r w:rsidRPr="005117ED">
        <w:rPr>
          <w:rFonts w:cs="Sakkal Majalla"/>
          <w:color w:val="000000" w:themeColor="text1"/>
          <w:sz w:val="38"/>
          <w:szCs w:val="38"/>
          <w:rtl/>
        </w:rPr>
        <w:t>الوصول</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قوائم</w:t>
      </w:r>
      <w:r w:rsidRPr="005117ED">
        <w:rPr>
          <w:rFonts w:cs="Sakkal Majalla"/>
          <w:color w:val="000000" w:themeColor="text1"/>
          <w:sz w:val="38"/>
          <w:szCs w:val="38"/>
        </w:rPr>
        <w:t xml:space="preserve"> </w:t>
      </w:r>
      <w:r w:rsidRPr="005117ED">
        <w:rPr>
          <w:rFonts w:cs="Sakkal Majalla"/>
          <w:color w:val="000000" w:themeColor="text1"/>
          <w:sz w:val="38"/>
          <w:szCs w:val="38"/>
          <w:rtl/>
        </w:rPr>
        <w:t>الموظفين،</w:t>
      </w:r>
      <w:r w:rsidRPr="005117ED">
        <w:rPr>
          <w:rFonts w:cs="Sakkal Majalla"/>
          <w:color w:val="000000" w:themeColor="text1"/>
          <w:sz w:val="38"/>
          <w:szCs w:val="38"/>
        </w:rPr>
        <w:t xml:space="preserve"> </w:t>
      </w:r>
      <w:r w:rsidRPr="005117ED">
        <w:rPr>
          <w:rFonts w:cs="Sakkal Majalla"/>
          <w:color w:val="000000" w:themeColor="text1"/>
          <w:sz w:val="38"/>
          <w:szCs w:val="38"/>
          <w:rtl/>
        </w:rPr>
        <w:t>لكنه</w:t>
      </w:r>
      <w:r w:rsidRPr="005117ED">
        <w:rPr>
          <w:rFonts w:cs="Sakkal Majalla"/>
          <w:color w:val="000000" w:themeColor="text1"/>
          <w:sz w:val="38"/>
          <w:szCs w:val="38"/>
        </w:rPr>
        <w:t xml:space="preserve"> </w:t>
      </w:r>
      <w:r w:rsidRPr="005117ED">
        <w:rPr>
          <w:rFonts w:cs="Sakkal Majalla"/>
          <w:color w:val="000000" w:themeColor="text1"/>
          <w:sz w:val="38"/>
          <w:szCs w:val="38"/>
          <w:rtl/>
        </w:rPr>
        <w:t>يحد</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التعميم</w:t>
      </w:r>
      <w:r w:rsidRPr="005117ED">
        <w:rPr>
          <w:rFonts w:cs="Sakkal Majalla"/>
          <w:color w:val="000000" w:themeColor="text1"/>
          <w:sz w:val="38"/>
          <w:szCs w:val="38"/>
        </w:rPr>
        <w:t xml:space="preserve"> </w:t>
      </w:r>
      <w:r w:rsidRPr="005117ED">
        <w:rPr>
          <w:rFonts w:cs="Sakkal Majalla"/>
          <w:color w:val="000000" w:themeColor="text1"/>
          <w:sz w:val="38"/>
          <w:szCs w:val="38"/>
          <w:rtl/>
        </w:rPr>
        <w:t>الاحتمالي</w:t>
      </w:r>
      <w:r w:rsidRPr="005117ED">
        <w:rPr>
          <w:rFonts w:cs="Sakkal Majalla"/>
          <w:color w:val="000000" w:themeColor="text1"/>
          <w:sz w:val="38"/>
          <w:szCs w:val="38"/>
        </w:rPr>
        <w:t xml:space="preserve">. </w:t>
      </w:r>
      <w:r w:rsidRPr="005117ED">
        <w:rPr>
          <w:rFonts w:cs="Sakkal Majalla"/>
          <w:color w:val="000000" w:themeColor="text1"/>
          <w:sz w:val="38"/>
          <w:szCs w:val="38"/>
          <w:rtl/>
        </w:rPr>
        <w:t>ولتقليل</w:t>
      </w:r>
      <w:r w:rsidRPr="005117ED">
        <w:rPr>
          <w:rFonts w:cs="Sakkal Majalla"/>
          <w:color w:val="000000" w:themeColor="text1"/>
          <w:sz w:val="38"/>
          <w:szCs w:val="38"/>
        </w:rPr>
        <w:t xml:space="preserve"> </w:t>
      </w:r>
      <w:r w:rsidRPr="005117ED">
        <w:rPr>
          <w:rFonts w:cs="Sakkal Majalla"/>
          <w:color w:val="000000" w:themeColor="text1"/>
          <w:sz w:val="38"/>
          <w:szCs w:val="38"/>
          <w:rtl/>
        </w:rPr>
        <w:t>التحيز،</w:t>
      </w:r>
      <w:r w:rsidRPr="005117ED">
        <w:rPr>
          <w:rFonts w:cs="Sakkal Majalla"/>
          <w:color w:val="000000" w:themeColor="text1"/>
          <w:sz w:val="38"/>
          <w:szCs w:val="38"/>
        </w:rPr>
        <w:t xml:space="preserve"> </w:t>
      </w:r>
      <w:r w:rsidRPr="005117ED">
        <w:rPr>
          <w:rFonts w:cs="Sakkal Majalla"/>
          <w:color w:val="000000" w:themeColor="text1"/>
          <w:sz w:val="38"/>
          <w:szCs w:val="38"/>
          <w:rtl/>
        </w:rPr>
        <w:t>توزع</w:t>
      </w:r>
      <w:r w:rsidRPr="005117ED">
        <w:rPr>
          <w:rFonts w:cs="Sakkal Majalla"/>
          <w:color w:val="000000" w:themeColor="text1"/>
          <w:sz w:val="38"/>
          <w:szCs w:val="38"/>
        </w:rPr>
        <w:t xml:space="preserve"> </w:t>
      </w:r>
      <w:r w:rsidRPr="005117ED">
        <w:rPr>
          <w:rFonts w:cs="Sakkal Majalla"/>
          <w:color w:val="000000" w:themeColor="text1"/>
          <w:sz w:val="38"/>
          <w:szCs w:val="38"/>
          <w:rtl/>
        </w:rPr>
        <w:t>الاستبانة</w:t>
      </w:r>
      <w:r w:rsidRPr="005117ED">
        <w:rPr>
          <w:rFonts w:cs="Sakkal Majalla"/>
          <w:color w:val="000000" w:themeColor="text1"/>
          <w:sz w:val="38"/>
          <w:szCs w:val="38"/>
        </w:rPr>
        <w:t xml:space="preserve"> </w:t>
      </w:r>
      <w:r w:rsidRPr="005117ED">
        <w:rPr>
          <w:rFonts w:cs="Sakkal Majalla"/>
          <w:color w:val="000000" w:themeColor="text1"/>
          <w:sz w:val="38"/>
          <w:szCs w:val="38"/>
          <w:rtl/>
        </w:rPr>
        <w:t>عبر</w:t>
      </w:r>
      <w:r w:rsidRPr="005117ED">
        <w:rPr>
          <w:rFonts w:cs="Sakkal Majalla"/>
          <w:color w:val="000000" w:themeColor="text1"/>
          <w:sz w:val="38"/>
          <w:szCs w:val="38"/>
        </w:rPr>
        <w:t xml:space="preserve"> </w:t>
      </w:r>
      <w:r w:rsidRPr="005117ED">
        <w:rPr>
          <w:rFonts w:cs="Sakkal Majalla"/>
          <w:color w:val="000000" w:themeColor="text1"/>
          <w:sz w:val="38"/>
          <w:szCs w:val="38"/>
          <w:rtl/>
        </w:rPr>
        <w:t>قنوات</w:t>
      </w:r>
      <w:r w:rsidRPr="005117ED">
        <w:rPr>
          <w:rFonts w:cs="Sakkal Majalla"/>
          <w:color w:val="000000" w:themeColor="text1"/>
          <w:sz w:val="38"/>
          <w:szCs w:val="38"/>
        </w:rPr>
        <w:t xml:space="preserve"> </w:t>
      </w:r>
      <w:r w:rsidRPr="005117ED">
        <w:rPr>
          <w:rFonts w:cs="Sakkal Majalla"/>
          <w:color w:val="000000" w:themeColor="text1"/>
          <w:sz w:val="38"/>
          <w:szCs w:val="38"/>
          <w:rtl/>
        </w:rPr>
        <w:t>متعددة،</w:t>
      </w:r>
      <w:r w:rsidRPr="005117ED">
        <w:rPr>
          <w:rFonts w:cs="Sakkal Majalla"/>
          <w:color w:val="000000" w:themeColor="text1"/>
          <w:sz w:val="38"/>
          <w:szCs w:val="38"/>
        </w:rPr>
        <w:t xml:space="preserve"> </w:t>
      </w:r>
      <w:r w:rsidRPr="005117ED">
        <w:rPr>
          <w:rFonts w:cs="Sakkal Majalla"/>
          <w:color w:val="000000" w:themeColor="text1"/>
          <w:sz w:val="38"/>
          <w:szCs w:val="38"/>
          <w:rtl/>
        </w:rPr>
        <w:t>ويمنع</w:t>
      </w:r>
      <w:r w:rsidRPr="005117ED">
        <w:rPr>
          <w:rFonts w:cs="Sakkal Majalla"/>
          <w:color w:val="000000" w:themeColor="text1"/>
          <w:sz w:val="38"/>
          <w:szCs w:val="38"/>
        </w:rPr>
        <w:t xml:space="preserve"> </w:t>
      </w:r>
      <w:r w:rsidRPr="005117ED">
        <w:rPr>
          <w:rFonts w:cs="Sakkal Majalla"/>
          <w:color w:val="000000" w:themeColor="text1"/>
          <w:sz w:val="38"/>
          <w:szCs w:val="38"/>
          <w:rtl/>
        </w:rPr>
        <w:t>تركيز</w:t>
      </w:r>
      <w:r w:rsidRPr="005117ED">
        <w:rPr>
          <w:rFonts w:cs="Sakkal Majalla"/>
          <w:color w:val="000000" w:themeColor="text1"/>
          <w:sz w:val="38"/>
          <w:szCs w:val="38"/>
        </w:rPr>
        <w:t xml:space="preserve"> </w:t>
      </w:r>
      <w:r w:rsidRPr="005117ED">
        <w:rPr>
          <w:rFonts w:cs="Sakkal Majalla"/>
          <w:color w:val="000000" w:themeColor="text1"/>
          <w:sz w:val="38"/>
          <w:szCs w:val="38"/>
          <w:rtl/>
        </w:rPr>
        <w:t>الاستجابات</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منشأة</w:t>
      </w:r>
      <w:r w:rsidRPr="005117ED">
        <w:rPr>
          <w:rFonts w:cs="Sakkal Majalla"/>
          <w:color w:val="000000" w:themeColor="text1"/>
          <w:sz w:val="38"/>
          <w:szCs w:val="38"/>
        </w:rPr>
        <w:t xml:space="preserve"> </w:t>
      </w:r>
      <w:r w:rsidRPr="005117ED">
        <w:rPr>
          <w:rFonts w:cs="Sakkal Majalla"/>
          <w:color w:val="000000" w:themeColor="text1"/>
          <w:sz w:val="38"/>
          <w:szCs w:val="38"/>
          <w:rtl/>
        </w:rPr>
        <w:t>واحدة،</w:t>
      </w:r>
      <w:r w:rsidRPr="005117ED">
        <w:rPr>
          <w:rFonts w:cs="Sakkal Majalla"/>
          <w:color w:val="000000" w:themeColor="text1"/>
          <w:sz w:val="38"/>
          <w:szCs w:val="38"/>
        </w:rPr>
        <w:t xml:space="preserve"> </w:t>
      </w:r>
      <w:r w:rsidRPr="005117ED">
        <w:rPr>
          <w:rFonts w:cs="Sakkal Majalla"/>
          <w:color w:val="000000" w:themeColor="text1"/>
          <w:sz w:val="38"/>
          <w:szCs w:val="38"/>
          <w:rtl/>
        </w:rPr>
        <w:t>وتراجع</w:t>
      </w:r>
      <w:r w:rsidRPr="005117ED">
        <w:rPr>
          <w:rFonts w:cs="Sakkal Majalla"/>
          <w:color w:val="000000" w:themeColor="text1"/>
          <w:sz w:val="38"/>
          <w:szCs w:val="38"/>
        </w:rPr>
        <w:t xml:space="preserve"> </w:t>
      </w:r>
      <w:r w:rsidRPr="005117ED">
        <w:rPr>
          <w:rFonts w:cs="Sakkal Majalla"/>
          <w:color w:val="000000" w:themeColor="text1"/>
          <w:sz w:val="38"/>
          <w:szCs w:val="38"/>
          <w:rtl/>
        </w:rPr>
        <w:t>التوزيعات</w:t>
      </w:r>
      <w:r w:rsidRPr="005117ED">
        <w:rPr>
          <w:rFonts w:cs="Sakkal Majalla"/>
          <w:color w:val="000000" w:themeColor="text1"/>
          <w:sz w:val="38"/>
          <w:szCs w:val="38"/>
        </w:rPr>
        <w:t xml:space="preserve"> </w:t>
      </w:r>
      <w:r w:rsidRPr="005117ED">
        <w:rPr>
          <w:rFonts w:cs="Sakkal Majalla"/>
          <w:color w:val="000000" w:themeColor="text1"/>
          <w:sz w:val="38"/>
          <w:szCs w:val="38"/>
          <w:rtl/>
        </w:rPr>
        <w:t>الديموغرافية</w:t>
      </w:r>
      <w:r w:rsidRPr="005117ED">
        <w:rPr>
          <w:rFonts w:cs="Sakkal Majalla"/>
          <w:color w:val="000000" w:themeColor="text1"/>
          <w:sz w:val="38"/>
          <w:szCs w:val="38"/>
        </w:rPr>
        <w:t xml:space="preserve"> </w:t>
      </w:r>
      <w:r w:rsidRPr="005117ED">
        <w:rPr>
          <w:rFonts w:cs="Sakkal Majalla"/>
          <w:color w:val="000000" w:themeColor="text1"/>
          <w:sz w:val="38"/>
          <w:szCs w:val="38"/>
          <w:rtl/>
        </w:rPr>
        <w:t>والتنظيمية</w:t>
      </w:r>
      <w:r w:rsidRPr="005117ED">
        <w:rPr>
          <w:rFonts w:cs="Sakkal Majalla"/>
          <w:color w:val="000000" w:themeColor="text1"/>
          <w:sz w:val="38"/>
          <w:szCs w:val="38"/>
        </w:rPr>
        <w:t xml:space="preserve"> </w:t>
      </w:r>
      <w:r w:rsidRPr="005117ED">
        <w:rPr>
          <w:rFonts w:cs="Sakkal Majalla"/>
          <w:color w:val="000000" w:themeColor="text1"/>
          <w:sz w:val="38"/>
          <w:szCs w:val="38"/>
          <w:rtl/>
        </w:rPr>
        <w:t>للتأكد</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وجود</w:t>
      </w:r>
      <w:r w:rsidRPr="005117ED">
        <w:rPr>
          <w:rFonts w:cs="Sakkal Majalla"/>
          <w:color w:val="000000" w:themeColor="text1"/>
          <w:sz w:val="38"/>
          <w:szCs w:val="38"/>
        </w:rPr>
        <w:t xml:space="preserve"> </w:t>
      </w:r>
      <w:r w:rsidRPr="005117ED">
        <w:rPr>
          <w:rFonts w:cs="Sakkal Majalla"/>
          <w:color w:val="000000" w:themeColor="text1"/>
          <w:sz w:val="38"/>
          <w:szCs w:val="38"/>
          <w:rtl/>
        </w:rPr>
        <w:t>تمثيل</w:t>
      </w:r>
      <w:r w:rsidRPr="005117ED">
        <w:rPr>
          <w:rFonts w:cs="Sakkal Majalla"/>
          <w:color w:val="000000" w:themeColor="text1"/>
          <w:sz w:val="38"/>
          <w:szCs w:val="38"/>
        </w:rPr>
        <w:t xml:space="preserve"> </w:t>
      </w:r>
      <w:r w:rsidRPr="005117ED">
        <w:rPr>
          <w:rFonts w:cs="Sakkal Majalla"/>
          <w:color w:val="000000" w:themeColor="text1"/>
          <w:sz w:val="38"/>
          <w:szCs w:val="38"/>
          <w:rtl/>
        </w:rPr>
        <w:t>معقول</w:t>
      </w:r>
      <w:r w:rsidRPr="005117ED">
        <w:rPr>
          <w:rFonts w:cs="Sakkal Majalla"/>
          <w:color w:val="000000" w:themeColor="text1"/>
          <w:sz w:val="38"/>
          <w:szCs w:val="38"/>
        </w:rPr>
        <w:t xml:space="preserve"> </w:t>
      </w:r>
      <w:r w:rsidRPr="005117ED">
        <w:rPr>
          <w:rFonts w:cs="Sakkal Majalla"/>
          <w:color w:val="000000" w:themeColor="text1"/>
          <w:sz w:val="38"/>
          <w:szCs w:val="38"/>
          <w:rtl/>
        </w:rPr>
        <w:t>للفئات</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بلغ</w:t>
      </w:r>
      <w:r w:rsidRPr="005117ED">
        <w:rPr>
          <w:rFonts w:cs="Sakkal Majalla"/>
          <w:color w:val="000000" w:themeColor="text1"/>
          <w:sz w:val="38"/>
          <w:szCs w:val="38"/>
        </w:rPr>
        <w:t xml:space="preserve"> </w:t>
      </w:r>
      <w:r w:rsidRPr="005117ED">
        <w:rPr>
          <w:rFonts w:cs="Sakkal Majalla"/>
          <w:color w:val="000000" w:themeColor="text1"/>
          <w:sz w:val="38"/>
          <w:szCs w:val="38"/>
          <w:rtl/>
        </w:rPr>
        <w:t>حجم</w:t>
      </w:r>
      <w:r w:rsidRPr="005117ED">
        <w:rPr>
          <w:rFonts w:cs="Sakkal Majalla"/>
          <w:color w:val="000000" w:themeColor="text1"/>
          <w:sz w:val="38"/>
          <w:szCs w:val="38"/>
        </w:rPr>
        <w:t xml:space="preserve"> </w:t>
      </w:r>
      <w:r w:rsidRPr="005117ED">
        <w:rPr>
          <w:rFonts w:cs="Sakkal Majalla"/>
          <w:color w:val="000000" w:themeColor="text1"/>
          <w:sz w:val="38"/>
          <w:szCs w:val="38"/>
          <w:rtl/>
        </w:rPr>
        <w:t>النموذج</w:t>
      </w:r>
      <w:r w:rsidRPr="005117ED">
        <w:rPr>
          <w:rFonts w:cs="Sakkal Majalla"/>
          <w:color w:val="000000" w:themeColor="text1"/>
          <w:sz w:val="38"/>
          <w:szCs w:val="38"/>
        </w:rPr>
        <w:t xml:space="preserve"> </w:t>
      </w:r>
      <w:r w:rsidRPr="005117ED">
        <w:rPr>
          <w:rFonts w:cs="Sakkal Majalla"/>
          <w:color w:val="000000" w:themeColor="text1"/>
          <w:sz w:val="38"/>
          <w:szCs w:val="38"/>
          <w:rtl/>
        </w:rPr>
        <w:t>التطبيقي</w:t>
      </w:r>
      <w:r w:rsidRPr="005117ED">
        <w:rPr>
          <w:rFonts w:cs="Sakkal Majalla"/>
          <w:color w:val="000000" w:themeColor="text1"/>
          <w:sz w:val="38"/>
          <w:szCs w:val="38"/>
        </w:rPr>
        <w:t xml:space="preserve"> (286) </w:t>
      </w:r>
      <w:r w:rsidRPr="005117ED">
        <w:rPr>
          <w:rFonts w:cs="Sakkal Majalla"/>
          <w:color w:val="000000" w:themeColor="text1"/>
          <w:sz w:val="38"/>
          <w:szCs w:val="38"/>
          <w:rtl/>
        </w:rPr>
        <w:t>استجابة</w:t>
      </w:r>
      <w:r w:rsidRPr="005117ED">
        <w:rPr>
          <w:rFonts w:cs="Sakkal Majalla"/>
          <w:color w:val="000000" w:themeColor="text1"/>
          <w:sz w:val="38"/>
          <w:szCs w:val="38"/>
        </w:rPr>
        <w:t xml:space="preserve"> </w:t>
      </w:r>
      <w:r w:rsidRPr="005117ED">
        <w:rPr>
          <w:rFonts w:cs="Sakkal Majalla"/>
          <w:color w:val="000000" w:themeColor="text1"/>
          <w:sz w:val="38"/>
          <w:szCs w:val="38"/>
          <w:rtl/>
        </w:rPr>
        <w:t>صالحة</w:t>
      </w:r>
      <w:r w:rsidRPr="005117ED">
        <w:rPr>
          <w:rFonts w:cs="Sakkal Majalla"/>
          <w:color w:val="000000" w:themeColor="text1"/>
          <w:sz w:val="38"/>
          <w:szCs w:val="38"/>
        </w:rPr>
        <w:t xml:space="preserve"> </w:t>
      </w:r>
      <w:r w:rsidRPr="005117ED">
        <w:rPr>
          <w:rFonts w:cs="Sakkal Majalla"/>
          <w:color w:val="000000" w:themeColor="text1"/>
          <w:sz w:val="38"/>
          <w:szCs w:val="38"/>
          <w:rtl/>
        </w:rPr>
        <w:t>للتحليل،</w:t>
      </w:r>
      <w:r w:rsidRPr="005117ED">
        <w:rPr>
          <w:rFonts w:cs="Sakkal Majalla"/>
          <w:color w:val="000000" w:themeColor="text1"/>
          <w:sz w:val="38"/>
          <w:szCs w:val="38"/>
        </w:rPr>
        <w:t xml:space="preserve"> </w:t>
      </w:r>
      <w:r w:rsidRPr="005117ED">
        <w:rPr>
          <w:rFonts w:cs="Sakkal Majalla"/>
          <w:color w:val="000000" w:themeColor="text1"/>
          <w:sz w:val="38"/>
          <w:szCs w:val="38"/>
          <w:rtl/>
        </w:rPr>
        <w:t>وهو</w:t>
      </w:r>
      <w:r w:rsidRPr="005117ED">
        <w:rPr>
          <w:rFonts w:cs="Sakkal Majalla"/>
          <w:color w:val="000000" w:themeColor="text1"/>
          <w:sz w:val="38"/>
          <w:szCs w:val="38"/>
        </w:rPr>
        <w:t xml:space="preserve"> </w:t>
      </w:r>
      <w:r w:rsidRPr="005117ED">
        <w:rPr>
          <w:rFonts w:cs="Sakkal Majalla"/>
          <w:color w:val="000000" w:themeColor="text1"/>
          <w:sz w:val="38"/>
          <w:szCs w:val="38"/>
          <w:rtl/>
        </w:rPr>
        <w:t>حجم</w:t>
      </w:r>
      <w:r w:rsidRPr="005117ED">
        <w:rPr>
          <w:rFonts w:cs="Sakkal Majalla"/>
          <w:color w:val="000000" w:themeColor="text1"/>
          <w:sz w:val="38"/>
          <w:szCs w:val="38"/>
        </w:rPr>
        <w:t xml:space="preserve"> </w:t>
      </w:r>
      <w:r w:rsidRPr="005117ED">
        <w:rPr>
          <w:rFonts w:cs="Sakkal Majalla"/>
          <w:color w:val="000000" w:themeColor="text1"/>
          <w:sz w:val="38"/>
          <w:szCs w:val="38"/>
          <w:rtl/>
        </w:rPr>
        <w:t>يتجاوز</w:t>
      </w:r>
      <w:r w:rsidRPr="005117ED">
        <w:rPr>
          <w:rFonts w:cs="Sakkal Majalla"/>
          <w:color w:val="000000" w:themeColor="text1"/>
          <w:sz w:val="38"/>
          <w:szCs w:val="38"/>
        </w:rPr>
        <w:t xml:space="preserve"> </w:t>
      </w:r>
      <w:r w:rsidRPr="005117ED">
        <w:rPr>
          <w:rFonts w:cs="Sakkal Majalla"/>
          <w:color w:val="000000" w:themeColor="text1"/>
          <w:sz w:val="38"/>
          <w:szCs w:val="38"/>
          <w:rtl/>
        </w:rPr>
        <w:t>الحدود</w:t>
      </w:r>
      <w:r w:rsidRPr="005117ED">
        <w:rPr>
          <w:rFonts w:cs="Sakkal Majalla"/>
          <w:color w:val="000000" w:themeColor="text1"/>
          <w:sz w:val="38"/>
          <w:szCs w:val="38"/>
        </w:rPr>
        <w:t xml:space="preserve"> </w:t>
      </w:r>
      <w:r w:rsidRPr="005117ED">
        <w:rPr>
          <w:rFonts w:cs="Sakkal Majalla"/>
          <w:color w:val="000000" w:themeColor="text1"/>
          <w:sz w:val="38"/>
          <w:szCs w:val="38"/>
          <w:rtl/>
        </w:rPr>
        <w:t>الشائعة</w:t>
      </w:r>
      <w:r w:rsidRPr="005117ED">
        <w:rPr>
          <w:rFonts w:cs="Sakkal Majalla"/>
          <w:color w:val="000000" w:themeColor="text1"/>
          <w:sz w:val="38"/>
          <w:szCs w:val="38"/>
        </w:rPr>
        <w:t xml:space="preserve"> </w:t>
      </w:r>
      <w:r w:rsidRPr="005117ED">
        <w:rPr>
          <w:rFonts w:cs="Sakkal Majalla"/>
          <w:color w:val="000000" w:themeColor="text1"/>
          <w:sz w:val="38"/>
          <w:szCs w:val="38"/>
          <w:rtl/>
        </w:rPr>
        <w:t>لتحليل</w:t>
      </w:r>
      <w:r w:rsidRPr="005117ED">
        <w:rPr>
          <w:rFonts w:cs="Sakkal Majalla"/>
          <w:color w:val="000000" w:themeColor="text1"/>
          <w:sz w:val="38"/>
          <w:szCs w:val="38"/>
        </w:rPr>
        <w:t xml:space="preserve"> </w:t>
      </w:r>
      <w:r w:rsidRPr="005117ED">
        <w:rPr>
          <w:rFonts w:cs="Sakkal Majalla"/>
          <w:color w:val="000000" w:themeColor="text1"/>
          <w:sz w:val="38"/>
          <w:szCs w:val="38"/>
          <w:rtl/>
        </w:rPr>
        <w:t>الانحدار</w:t>
      </w:r>
      <w:r w:rsidRPr="005117ED">
        <w:rPr>
          <w:rFonts w:cs="Sakkal Majalla"/>
          <w:color w:val="000000" w:themeColor="text1"/>
          <w:sz w:val="38"/>
          <w:szCs w:val="38"/>
        </w:rPr>
        <w:t xml:space="preserve"> </w:t>
      </w:r>
      <w:r w:rsidRPr="005117ED">
        <w:rPr>
          <w:rFonts w:cs="Sakkal Majalla"/>
          <w:color w:val="000000" w:themeColor="text1"/>
          <w:sz w:val="38"/>
          <w:szCs w:val="38"/>
          <w:rtl/>
        </w:rPr>
        <w:t>بأربعة</w:t>
      </w:r>
      <w:r w:rsidRPr="005117ED">
        <w:rPr>
          <w:rFonts w:cs="Sakkal Majalla"/>
          <w:color w:val="000000" w:themeColor="text1"/>
          <w:sz w:val="38"/>
          <w:szCs w:val="38"/>
        </w:rPr>
        <w:t xml:space="preserve"> </w:t>
      </w:r>
      <w:r w:rsidRPr="005117ED">
        <w:rPr>
          <w:rFonts w:cs="Sakkal Majalla"/>
          <w:color w:val="000000" w:themeColor="text1"/>
          <w:sz w:val="38"/>
          <w:szCs w:val="38"/>
          <w:rtl/>
        </w:rPr>
        <w:t>متغيرات</w:t>
      </w:r>
      <w:r w:rsidRPr="005117ED">
        <w:rPr>
          <w:rFonts w:cs="Sakkal Majalla"/>
          <w:color w:val="000000" w:themeColor="text1"/>
          <w:sz w:val="38"/>
          <w:szCs w:val="38"/>
        </w:rPr>
        <w:t xml:space="preserve"> </w:t>
      </w:r>
      <w:r w:rsidRPr="005117ED">
        <w:rPr>
          <w:rFonts w:cs="Sakkal Majalla"/>
          <w:color w:val="000000" w:themeColor="text1"/>
          <w:sz w:val="38"/>
          <w:szCs w:val="38"/>
          <w:rtl/>
        </w:rPr>
        <w:t>مستقلة،</w:t>
      </w:r>
      <w:r w:rsidRPr="005117ED">
        <w:rPr>
          <w:rFonts w:cs="Sakkal Majalla"/>
          <w:color w:val="000000" w:themeColor="text1"/>
          <w:sz w:val="38"/>
          <w:szCs w:val="38"/>
        </w:rPr>
        <w:t xml:space="preserve"> </w:t>
      </w:r>
      <w:r w:rsidRPr="005117ED">
        <w:rPr>
          <w:rFonts w:cs="Sakkal Majalla"/>
          <w:color w:val="000000" w:themeColor="text1"/>
          <w:sz w:val="38"/>
          <w:szCs w:val="38"/>
          <w:rtl/>
        </w:rPr>
        <w:t>ويوفر</w:t>
      </w:r>
      <w:r w:rsidRPr="005117ED">
        <w:rPr>
          <w:rFonts w:cs="Sakkal Majalla"/>
          <w:color w:val="000000" w:themeColor="text1"/>
          <w:sz w:val="38"/>
          <w:szCs w:val="38"/>
        </w:rPr>
        <w:t xml:space="preserve"> </w:t>
      </w:r>
      <w:r w:rsidRPr="005117ED">
        <w:rPr>
          <w:rFonts w:cs="Sakkal Majalla"/>
          <w:color w:val="000000" w:themeColor="text1"/>
          <w:sz w:val="38"/>
          <w:szCs w:val="38"/>
          <w:rtl/>
        </w:rPr>
        <w:t>قدرة</w:t>
      </w:r>
      <w:r w:rsidRPr="005117ED">
        <w:rPr>
          <w:rFonts w:cs="Sakkal Majalla"/>
          <w:color w:val="000000" w:themeColor="text1"/>
          <w:sz w:val="38"/>
          <w:szCs w:val="38"/>
        </w:rPr>
        <w:t xml:space="preserve"> </w:t>
      </w:r>
      <w:r w:rsidRPr="005117ED">
        <w:rPr>
          <w:rFonts w:cs="Sakkal Majalla"/>
          <w:color w:val="000000" w:themeColor="text1"/>
          <w:sz w:val="38"/>
          <w:szCs w:val="38"/>
          <w:rtl/>
        </w:rPr>
        <w:t>مناسبة</w:t>
      </w:r>
      <w:r w:rsidRPr="005117ED">
        <w:rPr>
          <w:rFonts w:cs="Sakkal Majalla"/>
          <w:color w:val="000000" w:themeColor="text1"/>
          <w:sz w:val="38"/>
          <w:szCs w:val="38"/>
        </w:rPr>
        <w:t xml:space="preserve"> </w:t>
      </w:r>
      <w:r w:rsidRPr="005117ED">
        <w:rPr>
          <w:rFonts w:cs="Sakkal Majalla"/>
          <w:color w:val="000000" w:themeColor="text1"/>
          <w:sz w:val="38"/>
          <w:szCs w:val="38"/>
          <w:rtl/>
        </w:rPr>
        <w:t>لتقدير</w:t>
      </w:r>
      <w:r w:rsidRPr="005117ED">
        <w:rPr>
          <w:rFonts w:cs="Sakkal Majalla"/>
          <w:color w:val="000000" w:themeColor="text1"/>
          <w:sz w:val="38"/>
          <w:szCs w:val="38"/>
        </w:rPr>
        <w:t xml:space="preserve"> </w:t>
      </w:r>
      <w:r w:rsidRPr="005117ED">
        <w:rPr>
          <w:rFonts w:cs="Sakkal Majalla"/>
          <w:color w:val="000000" w:themeColor="text1"/>
          <w:sz w:val="38"/>
          <w:szCs w:val="38"/>
          <w:rtl/>
        </w:rPr>
        <w:t>معاملات</w:t>
      </w:r>
      <w:r w:rsidRPr="005117ED">
        <w:rPr>
          <w:rFonts w:cs="Sakkal Majalla"/>
          <w:color w:val="000000" w:themeColor="text1"/>
          <w:sz w:val="38"/>
          <w:szCs w:val="38"/>
        </w:rPr>
        <w:t xml:space="preserve"> </w:t>
      </w:r>
      <w:r w:rsidRPr="005117ED">
        <w:rPr>
          <w:rFonts w:cs="Sakkal Majalla"/>
          <w:color w:val="000000" w:themeColor="text1"/>
          <w:sz w:val="38"/>
          <w:szCs w:val="38"/>
          <w:rtl/>
        </w:rPr>
        <w:t>الثبات</w:t>
      </w:r>
      <w:r w:rsidRPr="005117ED">
        <w:rPr>
          <w:rFonts w:cs="Sakkal Majalla"/>
          <w:color w:val="000000" w:themeColor="text1"/>
          <w:sz w:val="38"/>
          <w:szCs w:val="38"/>
        </w:rPr>
        <w:t xml:space="preserve"> </w:t>
      </w:r>
      <w:r w:rsidRPr="005117ED">
        <w:rPr>
          <w:rFonts w:cs="Sakkal Majalla"/>
          <w:color w:val="000000" w:themeColor="text1"/>
          <w:sz w:val="38"/>
          <w:szCs w:val="38"/>
          <w:rtl/>
        </w:rPr>
        <w:t>والارتباط</w:t>
      </w:r>
      <w:r w:rsidRPr="005117ED">
        <w:rPr>
          <w:rFonts w:cs="Sakkal Majalla"/>
          <w:color w:val="000000" w:themeColor="text1"/>
          <w:sz w:val="38"/>
          <w:szCs w:val="38"/>
        </w:rPr>
        <w:t xml:space="preserve">. </w:t>
      </w:r>
      <w:r w:rsidRPr="005117ED">
        <w:rPr>
          <w:rFonts w:cs="Sakkal Majalla"/>
          <w:color w:val="000000" w:themeColor="text1"/>
          <w:sz w:val="38"/>
          <w:szCs w:val="38"/>
          <w:rtl/>
        </w:rPr>
        <w:t>ولا</w:t>
      </w:r>
      <w:r w:rsidRPr="005117ED">
        <w:rPr>
          <w:rFonts w:cs="Sakkal Majalla"/>
          <w:color w:val="000000" w:themeColor="text1"/>
          <w:sz w:val="38"/>
          <w:szCs w:val="38"/>
        </w:rPr>
        <w:t xml:space="preserve"> </w:t>
      </w:r>
      <w:r w:rsidRPr="005117ED">
        <w:rPr>
          <w:rFonts w:cs="Sakkal Majalla"/>
          <w:color w:val="000000" w:themeColor="text1"/>
          <w:sz w:val="38"/>
          <w:szCs w:val="38"/>
          <w:rtl/>
        </w:rPr>
        <w:t>يعتمد</w:t>
      </w:r>
      <w:r w:rsidRPr="005117ED">
        <w:rPr>
          <w:rFonts w:cs="Sakkal Majalla"/>
          <w:color w:val="000000" w:themeColor="text1"/>
          <w:sz w:val="38"/>
          <w:szCs w:val="38"/>
        </w:rPr>
        <w:t xml:space="preserve"> </w:t>
      </w:r>
      <w:r w:rsidRPr="005117ED">
        <w:rPr>
          <w:rFonts w:cs="Sakkal Majalla"/>
          <w:color w:val="000000" w:themeColor="text1"/>
          <w:sz w:val="38"/>
          <w:szCs w:val="38"/>
          <w:rtl/>
        </w:rPr>
        <w:t>تبرير</w:t>
      </w:r>
      <w:r w:rsidRPr="005117ED">
        <w:rPr>
          <w:rFonts w:cs="Sakkal Majalla"/>
          <w:color w:val="000000" w:themeColor="text1"/>
          <w:sz w:val="38"/>
          <w:szCs w:val="38"/>
        </w:rPr>
        <w:t xml:space="preserve"> </w:t>
      </w:r>
      <w:r w:rsidRPr="005117ED">
        <w:rPr>
          <w:rFonts w:cs="Sakkal Majalla"/>
          <w:color w:val="000000" w:themeColor="text1"/>
          <w:sz w:val="38"/>
          <w:szCs w:val="38"/>
          <w:rtl/>
        </w:rPr>
        <w:t>الحجم</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قاعدة</w:t>
      </w:r>
      <w:r w:rsidRPr="005117ED">
        <w:rPr>
          <w:rFonts w:cs="Sakkal Majalla"/>
          <w:color w:val="000000" w:themeColor="text1"/>
          <w:sz w:val="38"/>
          <w:szCs w:val="38"/>
        </w:rPr>
        <w:t xml:space="preserve"> </w:t>
      </w:r>
      <w:r w:rsidRPr="005117ED">
        <w:rPr>
          <w:rFonts w:cs="Sakkal Majalla"/>
          <w:color w:val="000000" w:themeColor="text1"/>
          <w:sz w:val="38"/>
          <w:szCs w:val="38"/>
          <w:rtl/>
        </w:rPr>
        <w:t>واحدة؛</w:t>
      </w:r>
      <w:r w:rsidRPr="005117ED">
        <w:rPr>
          <w:rFonts w:cs="Sakkal Majalla"/>
          <w:color w:val="000000" w:themeColor="text1"/>
          <w:sz w:val="38"/>
          <w:szCs w:val="38"/>
        </w:rPr>
        <w:t xml:space="preserve"> </w:t>
      </w:r>
      <w:r w:rsidRPr="005117ED">
        <w:rPr>
          <w:rFonts w:cs="Sakkal Majalla"/>
          <w:color w:val="000000" w:themeColor="text1"/>
          <w:sz w:val="38"/>
          <w:szCs w:val="38"/>
          <w:rtl/>
        </w:rPr>
        <w:t>بل</w:t>
      </w:r>
      <w:r w:rsidRPr="005117ED">
        <w:rPr>
          <w:rFonts w:cs="Sakkal Majalla"/>
          <w:color w:val="000000" w:themeColor="text1"/>
          <w:sz w:val="38"/>
          <w:szCs w:val="38"/>
        </w:rPr>
        <w:t xml:space="preserve"> </w:t>
      </w:r>
      <w:r w:rsidRPr="005117ED">
        <w:rPr>
          <w:rFonts w:cs="Sakkal Majalla"/>
          <w:color w:val="000000" w:themeColor="text1"/>
          <w:sz w:val="38"/>
          <w:szCs w:val="38"/>
          <w:rtl/>
        </w:rPr>
        <w:t>يراعي</w:t>
      </w:r>
      <w:r w:rsidRPr="005117ED">
        <w:rPr>
          <w:rFonts w:cs="Sakkal Majalla"/>
          <w:color w:val="000000" w:themeColor="text1"/>
          <w:sz w:val="38"/>
          <w:szCs w:val="38"/>
        </w:rPr>
        <w:t xml:space="preserve"> </w:t>
      </w:r>
      <w:r w:rsidRPr="005117ED">
        <w:rPr>
          <w:rFonts w:cs="Sakkal Majalla"/>
          <w:color w:val="000000" w:themeColor="text1"/>
          <w:sz w:val="38"/>
          <w:szCs w:val="38"/>
          <w:rtl/>
        </w:rPr>
        <w:t>عدد</w:t>
      </w:r>
      <w:r w:rsidRPr="005117ED">
        <w:rPr>
          <w:rFonts w:cs="Sakkal Majalla"/>
          <w:color w:val="000000" w:themeColor="text1"/>
          <w:sz w:val="38"/>
          <w:szCs w:val="38"/>
        </w:rPr>
        <w:t xml:space="preserve"> </w:t>
      </w:r>
      <w:r w:rsidRPr="005117ED">
        <w:rPr>
          <w:rFonts w:cs="Sakkal Majalla"/>
          <w:color w:val="000000" w:themeColor="text1"/>
          <w:sz w:val="38"/>
          <w:szCs w:val="38"/>
          <w:rtl/>
        </w:rPr>
        <w:t>المتغيرات،</w:t>
      </w:r>
      <w:r w:rsidRPr="005117ED">
        <w:rPr>
          <w:rFonts w:cs="Sakkal Majalla"/>
          <w:color w:val="000000" w:themeColor="text1"/>
          <w:sz w:val="38"/>
          <w:szCs w:val="38"/>
        </w:rPr>
        <w:t xml:space="preserve"> </w:t>
      </w:r>
      <w:r w:rsidRPr="005117ED">
        <w:rPr>
          <w:rFonts w:cs="Sakkal Majalla"/>
          <w:color w:val="000000" w:themeColor="text1"/>
          <w:sz w:val="38"/>
          <w:szCs w:val="38"/>
          <w:rtl/>
        </w:rPr>
        <w:t>وحجم</w:t>
      </w:r>
      <w:r w:rsidRPr="005117ED">
        <w:rPr>
          <w:rFonts w:cs="Sakkal Majalla"/>
          <w:color w:val="000000" w:themeColor="text1"/>
          <w:sz w:val="38"/>
          <w:szCs w:val="38"/>
        </w:rPr>
        <w:t xml:space="preserve"> </w:t>
      </w:r>
      <w:r w:rsidRPr="005117ED">
        <w:rPr>
          <w:rFonts w:cs="Sakkal Majalla"/>
          <w:color w:val="000000" w:themeColor="text1"/>
          <w:sz w:val="38"/>
          <w:szCs w:val="38"/>
          <w:rtl/>
        </w:rPr>
        <w:t>الأثر</w:t>
      </w:r>
      <w:r w:rsidRPr="005117ED">
        <w:rPr>
          <w:rFonts w:cs="Sakkal Majalla"/>
          <w:color w:val="000000" w:themeColor="text1"/>
          <w:sz w:val="38"/>
          <w:szCs w:val="38"/>
        </w:rPr>
        <w:t xml:space="preserve"> </w:t>
      </w:r>
      <w:r w:rsidRPr="005117ED">
        <w:rPr>
          <w:rFonts w:cs="Sakkal Majalla"/>
          <w:color w:val="000000" w:themeColor="text1"/>
          <w:sz w:val="38"/>
          <w:szCs w:val="38"/>
          <w:rtl/>
        </w:rPr>
        <w:t>المتوقع،</w:t>
      </w:r>
      <w:r w:rsidRPr="005117ED">
        <w:rPr>
          <w:rFonts w:cs="Sakkal Majalla"/>
          <w:color w:val="000000" w:themeColor="text1"/>
          <w:sz w:val="38"/>
          <w:szCs w:val="38"/>
        </w:rPr>
        <w:t xml:space="preserve"> </w:t>
      </w:r>
      <w:r w:rsidRPr="005117ED">
        <w:rPr>
          <w:rFonts w:cs="Sakkal Majalla"/>
          <w:color w:val="000000" w:themeColor="text1"/>
          <w:sz w:val="38"/>
          <w:szCs w:val="38"/>
          <w:rtl/>
        </w:rPr>
        <w:t>ومستوى</w:t>
      </w:r>
      <w:r w:rsidRPr="005117ED">
        <w:rPr>
          <w:rFonts w:cs="Sakkal Majalla"/>
          <w:color w:val="000000" w:themeColor="text1"/>
          <w:sz w:val="38"/>
          <w:szCs w:val="38"/>
        </w:rPr>
        <w:t xml:space="preserve"> </w:t>
      </w:r>
      <w:r w:rsidRPr="005117ED">
        <w:rPr>
          <w:rFonts w:cs="Sakkal Majalla"/>
          <w:color w:val="000000" w:themeColor="text1"/>
          <w:sz w:val="38"/>
          <w:szCs w:val="38"/>
          <w:rtl/>
        </w:rPr>
        <w:t>الدلالة،</w:t>
      </w:r>
      <w:r w:rsidRPr="005117ED">
        <w:rPr>
          <w:rFonts w:cs="Sakkal Majalla"/>
          <w:color w:val="000000" w:themeColor="text1"/>
          <w:sz w:val="38"/>
          <w:szCs w:val="38"/>
        </w:rPr>
        <w:t xml:space="preserve"> </w:t>
      </w:r>
      <w:r w:rsidRPr="005117ED">
        <w:rPr>
          <w:rFonts w:cs="Sakkal Majalla"/>
          <w:color w:val="000000" w:themeColor="text1"/>
          <w:sz w:val="38"/>
          <w:szCs w:val="38"/>
          <w:rtl/>
        </w:rPr>
        <w:t>واحتمال</w:t>
      </w:r>
      <w:r w:rsidRPr="005117ED">
        <w:rPr>
          <w:rFonts w:cs="Sakkal Majalla"/>
          <w:color w:val="000000" w:themeColor="text1"/>
          <w:sz w:val="38"/>
          <w:szCs w:val="38"/>
        </w:rPr>
        <w:t xml:space="preserve"> </w:t>
      </w:r>
      <w:r w:rsidRPr="005117ED">
        <w:rPr>
          <w:rFonts w:cs="Sakkal Majalla"/>
          <w:color w:val="000000" w:themeColor="text1"/>
          <w:sz w:val="38"/>
          <w:szCs w:val="38"/>
          <w:rtl/>
        </w:rPr>
        <w:t>الاستجابات</w:t>
      </w:r>
      <w:r w:rsidRPr="005117ED">
        <w:rPr>
          <w:rFonts w:cs="Sakkal Majalla"/>
          <w:color w:val="000000" w:themeColor="text1"/>
          <w:sz w:val="38"/>
          <w:szCs w:val="38"/>
        </w:rPr>
        <w:t xml:space="preserve"> </w:t>
      </w:r>
      <w:r w:rsidRPr="005117ED">
        <w:rPr>
          <w:rFonts w:cs="Sakkal Majalla"/>
          <w:color w:val="000000" w:themeColor="text1"/>
          <w:sz w:val="38"/>
          <w:szCs w:val="38"/>
          <w:rtl/>
        </w:rPr>
        <w:t>غير</w:t>
      </w:r>
      <w:r w:rsidRPr="005117ED">
        <w:rPr>
          <w:rFonts w:cs="Sakkal Majalla"/>
          <w:color w:val="000000" w:themeColor="text1"/>
          <w:sz w:val="38"/>
          <w:szCs w:val="38"/>
        </w:rPr>
        <w:t xml:space="preserve"> </w:t>
      </w:r>
      <w:r w:rsidRPr="005117ED">
        <w:rPr>
          <w:rFonts w:cs="Sakkal Majalla"/>
          <w:color w:val="000000" w:themeColor="text1"/>
          <w:sz w:val="38"/>
          <w:szCs w:val="38"/>
          <w:rtl/>
        </w:rPr>
        <w:t>المكتملة</w:t>
      </w:r>
      <w:r w:rsidRPr="005117ED">
        <w:rPr>
          <w:rFonts w:cs="Sakkal Majalla"/>
          <w:color w:val="000000" w:themeColor="text1"/>
          <w:sz w:val="38"/>
          <w:szCs w:val="38"/>
        </w:rPr>
        <w:t xml:space="preserve">. </w:t>
      </w:r>
      <w:r w:rsidRPr="005117ED">
        <w:rPr>
          <w:rFonts w:cs="Sakkal Majalla"/>
          <w:color w:val="000000" w:themeColor="text1"/>
          <w:sz w:val="38"/>
          <w:szCs w:val="38"/>
          <w:rtl/>
        </w:rPr>
        <w:t>وفي</w:t>
      </w:r>
      <w:r w:rsidRPr="005117ED">
        <w:rPr>
          <w:rFonts w:cs="Sakkal Majalla"/>
          <w:color w:val="000000" w:themeColor="text1"/>
          <w:sz w:val="38"/>
          <w:szCs w:val="38"/>
        </w:rPr>
        <w:t xml:space="preserve"> </w:t>
      </w:r>
      <w:r w:rsidRPr="005117ED">
        <w:rPr>
          <w:rFonts w:cs="Sakkal Majalla"/>
          <w:color w:val="000000" w:themeColor="text1"/>
          <w:sz w:val="38"/>
          <w:szCs w:val="38"/>
          <w:rtl/>
        </w:rPr>
        <w:t>التطبيق</w:t>
      </w:r>
      <w:r w:rsidRPr="005117ED">
        <w:rPr>
          <w:rFonts w:cs="Sakkal Majalla"/>
          <w:color w:val="000000" w:themeColor="text1"/>
          <w:sz w:val="38"/>
          <w:szCs w:val="38"/>
        </w:rPr>
        <w:t xml:space="preserve"> </w:t>
      </w:r>
      <w:r w:rsidRPr="005117ED">
        <w:rPr>
          <w:rFonts w:cs="Sakkal Majalla"/>
          <w:color w:val="000000" w:themeColor="text1"/>
          <w:sz w:val="38"/>
          <w:szCs w:val="38"/>
          <w:rtl/>
        </w:rPr>
        <w:t>الفعلي</w:t>
      </w:r>
      <w:r w:rsidRPr="005117ED">
        <w:rPr>
          <w:rFonts w:cs="Sakkal Majalla"/>
          <w:color w:val="000000" w:themeColor="text1"/>
          <w:sz w:val="38"/>
          <w:szCs w:val="38"/>
        </w:rPr>
        <w:t xml:space="preserve"> </w:t>
      </w:r>
      <w:r w:rsidRPr="005117ED">
        <w:rPr>
          <w:rFonts w:cs="Sakkal Majalla"/>
          <w:color w:val="000000" w:themeColor="text1"/>
          <w:sz w:val="38"/>
          <w:szCs w:val="38"/>
          <w:rtl/>
        </w:rPr>
        <w:t>ينبغي</w:t>
      </w:r>
      <w:r w:rsidRPr="005117ED">
        <w:rPr>
          <w:rFonts w:cs="Sakkal Majalla"/>
          <w:color w:val="000000" w:themeColor="text1"/>
          <w:sz w:val="38"/>
          <w:szCs w:val="38"/>
        </w:rPr>
        <w:t xml:space="preserve"> </w:t>
      </w:r>
      <w:r w:rsidRPr="005117ED">
        <w:rPr>
          <w:rFonts w:cs="Sakkal Majalla"/>
          <w:color w:val="000000" w:themeColor="text1"/>
          <w:sz w:val="38"/>
          <w:szCs w:val="38"/>
          <w:rtl/>
        </w:rPr>
        <w:t>توثيق</w:t>
      </w:r>
      <w:r w:rsidRPr="005117ED">
        <w:rPr>
          <w:rFonts w:cs="Sakkal Majalla"/>
          <w:color w:val="000000" w:themeColor="text1"/>
          <w:sz w:val="38"/>
          <w:szCs w:val="38"/>
        </w:rPr>
        <w:t xml:space="preserve"> </w:t>
      </w:r>
      <w:r w:rsidRPr="005117ED">
        <w:rPr>
          <w:rFonts w:cs="Sakkal Majalla"/>
          <w:color w:val="000000" w:themeColor="text1"/>
          <w:sz w:val="38"/>
          <w:szCs w:val="38"/>
          <w:rtl/>
        </w:rPr>
        <w:t>عدد</w:t>
      </w:r>
      <w:r w:rsidRPr="005117ED">
        <w:rPr>
          <w:rFonts w:cs="Sakkal Majalla"/>
          <w:color w:val="000000" w:themeColor="text1"/>
          <w:sz w:val="38"/>
          <w:szCs w:val="38"/>
        </w:rPr>
        <w:t xml:space="preserve"> </w:t>
      </w:r>
      <w:r w:rsidRPr="005117ED">
        <w:rPr>
          <w:rFonts w:cs="Sakkal Majalla"/>
          <w:color w:val="000000" w:themeColor="text1"/>
          <w:sz w:val="38"/>
          <w:szCs w:val="38"/>
          <w:rtl/>
        </w:rPr>
        <w:t>الاستبانات</w:t>
      </w:r>
      <w:r w:rsidRPr="005117ED">
        <w:rPr>
          <w:rFonts w:cs="Sakkal Majalla"/>
          <w:color w:val="000000" w:themeColor="text1"/>
          <w:sz w:val="38"/>
          <w:szCs w:val="38"/>
        </w:rPr>
        <w:t xml:space="preserve"> </w:t>
      </w:r>
      <w:r w:rsidRPr="005117ED">
        <w:rPr>
          <w:rFonts w:cs="Sakkal Majalla"/>
          <w:color w:val="000000" w:themeColor="text1"/>
          <w:sz w:val="38"/>
          <w:szCs w:val="38"/>
          <w:rtl/>
        </w:rPr>
        <w:t>الموزعة</w:t>
      </w:r>
      <w:r w:rsidRPr="005117ED">
        <w:rPr>
          <w:rFonts w:cs="Sakkal Majalla"/>
          <w:color w:val="000000" w:themeColor="text1"/>
          <w:sz w:val="38"/>
          <w:szCs w:val="38"/>
        </w:rPr>
        <w:t xml:space="preserve"> </w:t>
      </w:r>
      <w:r w:rsidRPr="005117ED">
        <w:rPr>
          <w:rFonts w:cs="Sakkal Majalla"/>
          <w:color w:val="000000" w:themeColor="text1"/>
          <w:sz w:val="38"/>
          <w:szCs w:val="38"/>
          <w:rtl/>
        </w:rPr>
        <w:t>والمستردة</w:t>
      </w:r>
      <w:r w:rsidRPr="005117ED">
        <w:rPr>
          <w:rFonts w:cs="Sakkal Majalla"/>
          <w:color w:val="000000" w:themeColor="text1"/>
          <w:sz w:val="38"/>
          <w:szCs w:val="38"/>
        </w:rPr>
        <w:t xml:space="preserve"> </w:t>
      </w:r>
      <w:r w:rsidRPr="005117ED">
        <w:rPr>
          <w:rFonts w:cs="Sakkal Majalla"/>
          <w:color w:val="000000" w:themeColor="text1"/>
          <w:sz w:val="38"/>
          <w:szCs w:val="38"/>
          <w:rtl/>
        </w:rPr>
        <w:t>والمستبعدة</w:t>
      </w:r>
      <w:r w:rsidRPr="005117ED">
        <w:rPr>
          <w:rFonts w:cs="Sakkal Majalla"/>
          <w:color w:val="000000" w:themeColor="text1"/>
          <w:sz w:val="38"/>
          <w:szCs w:val="38"/>
        </w:rPr>
        <w:t xml:space="preserve"> </w:t>
      </w:r>
      <w:r w:rsidRPr="005117ED">
        <w:rPr>
          <w:rFonts w:cs="Sakkal Majalla"/>
          <w:color w:val="000000" w:themeColor="text1"/>
          <w:sz w:val="38"/>
          <w:szCs w:val="38"/>
          <w:rtl/>
        </w:rPr>
        <w:t>ومعدل</w:t>
      </w:r>
      <w:r w:rsidRPr="005117ED">
        <w:rPr>
          <w:rFonts w:cs="Sakkal Majalla"/>
          <w:color w:val="000000" w:themeColor="text1"/>
          <w:sz w:val="38"/>
          <w:szCs w:val="38"/>
        </w:rPr>
        <w:t xml:space="preserve"> </w:t>
      </w:r>
      <w:r w:rsidRPr="005117ED">
        <w:rPr>
          <w:rFonts w:cs="Sakkal Majalla"/>
          <w:color w:val="000000" w:themeColor="text1"/>
          <w:sz w:val="38"/>
          <w:szCs w:val="38"/>
          <w:rtl/>
        </w:rPr>
        <w:t>الاستجابة</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ويشترط</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المشارك</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يكون</w:t>
      </w:r>
      <w:r w:rsidRPr="005117ED">
        <w:rPr>
          <w:rFonts w:cs="Sakkal Majalla"/>
          <w:color w:val="000000" w:themeColor="text1"/>
          <w:sz w:val="38"/>
          <w:szCs w:val="38"/>
        </w:rPr>
        <w:t xml:space="preserve"> </w:t>
      </w:r>
      <w:r w:rsidRPr="005117ED">
        <w:rPr>
          <w:rFonts w:cs="Sakkal Majalla"/>
          <w:color w:val="000000" w:themeColor="text1"/>
          <w:sz w:val="38"/>
          <w:szCs w:val="38"/>
          <w:rtl/>
        </w:rPr>
        <w:t>بالغًا،</w:t>
      </w:r>
      <w:r w:rsidRPr="005117ED">
        <w:rPr>
          <w:rFonts w:cs="Sakkal Majalla"/>
          <w:color w:val="000000" w:themeColor="text1"/>
          <w:sz w:val="38"/>
          <w:szCs w:val="38"/>
        </w:rPr>
        <w:t xml:space="preserve"> </w:t>
      </w:r>
      <w:r w:rsidRPr="005117ED">
        <w:rPr>
          <w:rFonts w:cs="Sakkal Majalla"/>
          <w:color w:val="000000" w:themeColor="text1"/>
          <w:sz w:val="38"/>
          <w:szCs w:val="38"/>
          <w:rtl/>
        </w:rPr>
        <w:t>وأن</w:t>
      </w:r>
      <w:r w:rsidRPr="005117ED">
        <w:rPr>
          <w:rFonts w:cs="Sakkal Majalla"/>
          <w:color w:val="000000" w:themeColor="text1"/>
          <w:sz w:val="38"/>
          <w:szCs w:val="38"/>
        </w:rPr>
        <w:t xml:space="preserve"> </w:t>
      </w:r>
      <w:r w:rsidRPr="005117ED">
        <w:rPr>
          <w:rFonts w:cs="Sakkal Majalla"/>
          <w:color w:val="000000" w:themeColor="text1"/>
          <w:sz w:val="38"/>
          <w:szCs w:val="38"/>
          <w:rtl/>
        </w:rPr>
        <w:t>يعمل</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منشأة</w:t>
      </w:r>
      <w:r w:rsidRPr="005117ED">
        <w:rPr>
          <w:rFonts w:cs="Sakkal Majalla"/>
          <w:color w:val="000000" w:themeColor="text1"/>
          <w:sz w:val="38"/>
          <w:szCs w:val="38"/>
        </w:rPr>
        <w:t xml:space="preserve"> </w:t>
      </w:r>
      <w:r w:rsidRPr="005117ED">
        <w:rPr>
          <w:rFonts w:cs="Sakkal Majalla"/>
          <w:color w:val="000000" w:themeColor="text1"/>
          <w:sz w:val="38"/>
          <w:szCs w:val="38"/>
          <w:rtl/>
        </w:rPr>
        <w:t>تصنف</w:t>
      </w:r>
      <w:r w:rsidRPr="005117ED">
        <w:rPr>
          <w:rFonts w:cs="Sakkal Majalla"/>
          <w:color w:val="000000" w:themeColor="text1"/>
          <w:sz w:val="38"/>
          <w:szCs w:val="38"/>
        </w:rPr>
        <w:t xml:space="preserve"> </w:t>
      </w:r>
      <w:r w:rsidRPr="005117ED">
        <w:rPr>
          <w:rFonts w:cs="Sakkal Majalla"/>
          <w:color w:val="000000" w:themeColor="text1"/>
          <w:sz w:val="38"/>
          <w:szCs w:val="38"/>
          <w:rtl/>
        </w:rPr>
        <w:t>صغيرة</w:t>
      </w:r>
      <w:r w:rsidRPr="005117ED">
        <w:rPr>
          <w:rFonts w:cs="Sakkal Majalla"/>
          <w:color w:val="000000" w:themeColor="text1"/>
          <w:sz w:val="38"/>
          <w:szCs w:val="38"/>
        </w:rPr>
        <w:t xml:space="preserve"> </w:t>
      </w:r>
      <w:r w:rsidRPr="005117ED">
        <w:rPr>
          <w:rFonts w:cs="Sakkal Majalla"/>
          <w:color w:val="000000" w:themeColor="text1"/>
          <w:sz w:val="38"/>
          <w:szCs w:val="38"/>
          <w:rtl/>
        </w:rPr>
        <w:t>أو</w:t>
      </w:r>
      <w:r w:rsidRPr="005117ED">
        <w:rPr>
          <w:rFonts w:cs="Sakkal Majalla"/>
          <w:color w:val="000000" w:themeColor="text1"/>
          <w:sz w:val="38"/>
          <w:szCs w:val="38"/>
        </w:rPr>
        <w:t xml:space="preserve"> </w:t>
      </w:r>
      <w:r w:rsidRPr="005117ED">
        <w:rPr>
          <w:rFonts w:cs="Sakkal Majalla"/>
          <w:color w:val="000000" w:themeColor="text1"/>
          <w:sz w:val="38"/>
          <w:szCs w:val="38"/>
          <w:rtl/>
        </w:rPr>
        <w:t>متوسطة،</w:t>
      </w:r>
      <w:r w:rsidRPr="005117ED">
        <w:rPr>
          <w:rFonts w:cs="Sakkal Majalla"/>
          <w:color w:val="000000" w:themeColor="text1"/>
          <w:sz w:val="38"/>
          <w:szCs w:val="38"/>
        </w:rPr>
        <w:t xml:space="preserve"> </w:t>
      </w:r>
      <w:r w:rsidRPr="005117ED">
        <w:rPr>
          <w:rFonts w:cs="Sakkal Majalla"/>
          <w:color w:val="000000" w:themeColor="text1"/>
          <w:sz w:val="38"/>
          <w:szCs w:val="38"/>
          <w:rtl/>
        </w:rPr>
        <w:t>وأن</w:t>
      </w:r>
      <w:r w:rsidRPr="005117ED">
        <w:rPr>
          <w:rFonts w:cs="Sakkal Majalla"/>
          <w:color w:val="000000" w:themeColor="text1"/>
          <w:sz w:val="38"/>
          <w:szCs w:val="38"/>
        </w:rPr>
        <w:t xml:space="preserve"> </w:t>
      </w:r>
      <w:r w:rsidRPr="005117ED">
        <w:rPr>
          <w:rFonts w:cs="Sakkal Majalla"/>
          <w:color w:val="000000" w:themeColor="text1"/>
          <w:sz w:val="38"/>
          <w:szCs w:val="38"/>
          <w:rtl/>
        </w:rPr>
        <w:t>يوافق</w:t>
      </w:r>
      <w:r w:rsidRPr="005117ED">
        <w:rPr>
          <w:rFonts w:cs="Sakkal Majalla"/>
          <w:color w:val="000000" w:themeColor="text1"/>
          <w:sz w:val="38"/>
          <w:szCs w:val="38"/>
        </w:rPr>
        <w:t xml:space="preserve"> </w:t>
      </w:r>
      <w:r w:rsidRPr="005117ED">
        <w:rPr>
          <w:rFonts w:cs="Sakkal Majalla"/>
          <w:color w:val="000000" w:themeColor="text1"/>
          <w:sz w:val="38"/>
          <w:szCs w:val="38"/>
          <w:rtl/>
        </w:rPr>
        <w:t>طوعًا</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المشاركة</w:t>
      </w:r>
      <w:r w:rsidRPr="005117ED">
        <w:rPr>
          <w:rFonts w:cs="Sakkal Majalla"/>
          <w:color w:val="000000" w:themeColor="text1"/>
          <w:sz w:val="38"/>
          <w:szCs w:val="38"/>
        </w:rPr>
        <w:t xml:space="preserve"> </w:t>
      </w:r>
      <w:r w:rsidRPr="005117ED">
        <w:rPr>
          <w:rFonts w:cs="Sakkal Majalla"/>
          <w:color w:val="000000" w:themeColor="text1"/>
          <w:sz w:val="38"/>
          <w:szCs w:val="38"/>
          <w:rtl/>
        </w:rPr>
        <w:t>بعد</w:t>
      </w:r>
      <w:r w:rsidRPr="005117ED">
        <w:rPr>
          <w:rFonts w:cs="Sakkal Majalla"/>
          <w:color w:val="000000" w:themeColor="text1"/>
          <w:sz w:val="38"/>
          <w:szCs w:val="38"/>
        </w:rPr>
        <w:t xml:space="preserve"> </w:t>
      </w:r>
      <w:r w:rsidRPr="005117ED">
        <w:rPr>
          <w:rFonts w:cs="Sakkal Majalla"/>
          <w:color w:val="000000" w:themeColor="text1"/>
          <w:sz w:val="38"/>
          <w:szCs w:val="38"/>
          <w:rtl/>
        </w:rPr>
        <w:t>قراءة</w:t>
      </w:r>
      <w:r w:rsidRPr="005117ED">
        <w:rPr>
          <w:rFonts w:cs="Sakkal Majalla"/>
          <w:color w:val="000000" w:themeColor="text1"/>
          <w:sz w:val="38"/>
          <w:szCs w:val="38"/>
        </w:rPr>
        <w:t xml:space="preserve"> </w:t>
      </w:r>
      <w:r w:rsidRPr="005117ED">
        <w:rPr>
          <w:rFonts w:cs="Sakkal Majalla"/>
          <w:color w:val="000000" w:themeColor="text1"/>
          <w:sz w:val="38"/>
          <w:szCs w:val="38"/>
          <w:rtl/>
        </w:rPr>
        <w:t>تعريف</w:t>
      </w:r>
      <w:r w:rsidRPr="005117ED">
        <w:rPr>
          <w:rFonts w:cs="Sakkal Majalla"/>
          <w:color w:val="000000" w:themeColor="text1"/>
          <w:sz w:val="38"/>
          <w:szCs w:val="38"/>
        </w:rPr>
        <w:t xml:space="preserve"> </w:t>
      </w:r>
      <w:r w:rsidRPr="005117ED">
        <w:rPr>
          <w:rFonts w:cs="Sakkal Majalla"/>
          <w:color w:val="000000" w:themeColor="text1"/>
          <w:sz w:val="38"/>
          <w:szCs w:val="38"/>
          <w:rtl/>
        </w:rPr>
        <w:t>مختصر</w:t>
      </w:r>
      <w:r w:rsidRPr="005117ED">
        <w:rPr>
          <w:rFonts w:cs="Sakkal Majalla"/>
          <w:color w:val="000000" w:themeColor="text1"/>
          <w:sz w:val="38"/>
          <w:szCs w:val="38"/>
        </w:rPr>
        <w:t xml:space="preserve"> </w:t>
      </w:r>
      <w:r w:rsidRPr="005117ED">
        <w:rPr>
          <w:rFonts w:cs="Sakkal Majalla"/>
          <w:color w:val="000000" w:themeColor="text1"/>
          <w:sz w:val="38"/>
          <w:szCs w:val="38"/>
          <w:rtl/>
        </w:rPr>
        <w:t>بالدراسة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كما</w:t>
      </w:r>
      <w:r w:rsidRPr="005117ED">
        <w:rPr>
          <w:rFonts w:cs="Sakkal Majalla"/>
          <w:color w:val="000000" w:themeColor="text1"/>
          <w:sz w:val="38"/>
          <w:szCs w:val="38"/>
        </w:rPr>
        <w:t xml:space="preserve"> </w:t>
      </w:r>
      <w:r w:rsidRPr="005117ED">
        <w:rPr>
          <w:rFonts w:cs="Sakkal Majalla"/>
          <w:color w:val="000000" w:themeColor="text1"/>
          <w:sz w:val="38"/>
          <w:szCs w:val="38"/>
          <w:rtl/>
        </w:rPr>
        <w:t>يفضل</w:t>
      </w:r>
      <w:r w:rsidRPr="005117ED">
        <w:rPr>
          <w:rFonts w:cs="Sakkal Majalla"/>
          <w:color w:val="000000" w:themeColor="text1"/>
          <w:sz w:val="38"/>
          <w:szCs w:val="38"/>
        </w:rPr>
        <w:t xml:space="preserve"> </w:t>
      </w:r>
      <w:r w:rsidRPr="005117ED">
        <w:rPr>
          <w:rFonts w:cs="Sakkal Majalla"/>
          <w:color w:val="000000" w:themeColor="text1"/>
          <w:sz w:val="38"/>
          <w:szCs w:val="38"/>
          <w:rtl/>
        </w:rPr>
        <w:t>ألا</w:t>
      </w:r>
      <w:r w:rsidRPr="005117ED">
        <w:rPr>
          <w:rFonts w:cs="Sakkal Majalla"/>
          <w:color w:val="000000" w:themeColor="text1"/>
          <w:sz w:val="38"/>
          <w:szCs w:val="38"/>
        </w:rPr>
        <w:t xml:space="preserve"> </w:t>
      </w:r>
      <w:r w:rsidRPr="005117ED">
        <w:rPr>
          <w:rFonts w:cs="Sakkal Majalla"/>
          <w:color w:val="000000" w:themeColor="text1"/>
          <w:sz w:val="38"/>
          <w:szCs w:val="38"/>
          <w:rtl/>
        </w:rPr>
        <w:t>تقل</w:t>
      </w:r>
      <w:r w:rsidRPr="005117ED">
        <w:rPr>
          <w:rFonts w:cs="Sakkal Majalla"/>
          <w:color w:val="000000" w:themeColor="text1"/>
          <w:sz w:val="38"/>
          <w:szCs w:val="38"/>
        </w:rPr>
        <w:t xml:space="preserve"> </w:t>
      </w:r>
      <w:r w:rsidRPr="005117ED">
        <w:rPr>
          <w:rFonts w:cs="Sakkal Majalla"/>
          <w:color w:val="000000" w:themeColor="text1"/>
          <w:sz w:val="38"/>
          <w:szCs w:val="38"/>
          <w:rtl/>
        </w:rPr>
        <w:t>خدمته</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المنشأة</w:t>
      </w:r>
      <w:r w:rsidRPr="005117ED">
        <w:rPr>
          <w:rFonts w:cs="Sakkal Majalla"/>
          <w:color w:val="000000" w:themeColor="text1"/>
          <w:sz w:val="38"/>
          <w:szCs w:val="38"/>
        </w:rPr>
        <w:t xml:space="preserve"> </w:t>
      </w:r>
      <w:r w:rsidRPr="005117ED">
        <w:rPr>
          <w:rFonts w:cs="Sakkal Majalla"/>
          <w:color w:val="000000" w:themeColor="text1"/>
          <w:sz w:val="38"/>
          <w:szCs w:val="38"/>
          <w:rtl/>
        </w:rPr>
        <w:t>عن</w:t>
      </w:r>
      <w:r w:rsidRPr="005117ED">
        <w:rPr>
          <w:rFonts w:cs="Sakkal Majalla"/>
          <w:color w:val="000000" w:themeColor="text1"/>
          <w:sz w:val="38"/>
          <w:szCs w:val="38"/>
        </w:rPr>
        <w:t xml:space="preserve"> </w:t>
      </w:r>
      <w:r w:rsidRPr="005117ED">
        <w:rPr>
          <w:rFonts w:cs="Sakkal Majalla"/>
          <w:color w:val="000000" w:themeColor="text1"/>
          <w:sz w:val="38"/>
          <w:szCs w:val="38"/>
          <w:rtl/>
        </w:rPr>
        <w:t>ستة</w:t>
      </w:r>
      <w:r w:rsidRPr="005117ED">
        <w:rPr>
          <w:rFonts w:cs="Sakkal Majalla"/>
          <w:color w:val="000000" w:themeColor="text1"/>
          <w:sz w:val="38"/>
          <w:szCs w:val="38"/>
        </w:rPr>
        <w:t xml:space="preserve"> </w:t>
      </w:r>
      <w:r w:rsidRPr="005117ED">
        <w:rPr>
          <w:rFonts w:cs="Sakkal Majalla"/>
          <w:color w:val="000000" w:themeColor="text1"/>
          <w:sz w:val="38"/>
          <w:szCs w:val="38"/>
          <w:rtl/>
        </w:rPr>
        <w:t>أشهر</w:t>
      </w:r>
      <w:r w:rsidRPr="005117ED">
        <w:rPr>
          <w:rFonts w:cs="Sakkal Majalla"/>
          <w:color w:val="000000" w:themeColor="text1"/>
          <w:sz w:val="38"/>
          <w:szCs w:val="38"/>
        </w:rPr>
        <w:t xml:space="preserve"> </w:t>
      </w:r>
      <w:r w:rsidRPr="005117ED">
        <w:rPr>
          <w:rFonts w:cs="Sakkal Majalla"/>
          <w:color w:val="000000" w:themeColor="text1"/>
          <w:sz w:val="38"/>
          <w:szCs w:val="38"/>
          <w:rtl/>
        </w:rPr>
        <w:t>لضمان</w:t>
      </w:r>
      <w:r w:rsidRPr="005117ED">
        <w:rPr>
          <w:rFonts w:cs="Sakkal Majalla"/>
          <w:color w:val="000000" w:themeColor="text1"/>
          <w:sz w:val="38"/>
          <w:szCs w:val="38"/>
        </w:rPr>
        <w:t xml:space="preserve"> </w:t>
      </w:r>
      <w:r w:rsidRPr="005117ED">
        <w:rPr>
          <w:rFonts w:cs="Sakkal Majalla"/>
          <w:color w:val="000000" w:themeColor="text1"/>
          <w:sz w:val="38"/>
          <w:szCs w:val="38"/>
          <w:rtl/>
        </w:rPr>
        <w:t>معرفة</w:t>
      </w:r>
      <w:r w:rsidRPr="005117ED">
        <w:rPr>
          <w:rFonts w:cs="Sakkal Majalla"/>
          <w:color w:val="000000" w:themeColor="text1"/>
          <w:sz w:val="38"/>
          <w:szCs w:val="38"/>
        </w:rPr>
        <w:t xml:space="preserve"> </w:t>
      </w:r>
      <w:r w:rsidRPr="005117ED">
        <w:rPr>
          <w:rFonts w:cs="Sakkal Majalla"/>
          <w:color w:val="000000" w:themeColor="text1"/>
          <w:sz w:val="38"/>
          <w:szCs w:val="38"/>
          <w:rtl/>
        </w:rPr>
        <w:t>نسبية</w:t>
      </w:r>
      <w:r w:rsidRPr="005117ED">
        <w:rPr>
          <w:rFonts w:cs="Sakkal Majalla"/>
          <w:color w:val="000000" w:themeColor="text1"/>
          <w:sz w:val="38"/>
          <w:szCs w:val="38"/>
        </w:rPr>
        <w:t xml:space="preserve"> </w:t>
      </w:r>
      <w:r w:rsidRPr="005117ED">
        <w:rPr>
          <w:rFonts w:cs="Sakkal Majalla"/>
          <w:color w:val="000000" w:themeColor="text1"/>
          <w:sz w:val="38"/>
          <w:szCs w:val="38"/>
          <w:rtl/>
        </w:rPr>
        <w:t>بالممارسات</w:t>
      </w:r>
      <w:r w:rsidRPr="005117ED">
        <w:rPr>
          <w:rFonts w:cs="Sakkal Majalla"/>
          <w:color w:val="000000" w:themeColor="text1"/>
          <w:sz w:val="38"/>
          <w:szCs w:val="38"/>
        </w:rPr>
        <w:t xml:space="preserve">. </w:t>
      </w:r>
      <w:r w:rsidRPr="005117ED">
        <w:rPr>
          <w:rFonts w:cs="Sakkal Majalla"/>
          <w:color w:val="000000" w:themeColor="text1"/>
          <w:sz w:val="38"/>
          <w:szCs w:val="38"/>
          <w:rtl/>
        </w:rPr>
        <w:t>ولا</w:t>
      </w:r>
      <w:r w:rsidRPr="005117ED">
        <w:rPr>
          <w:rFonts w:cs="Sakkal Majalla"/>
          <w:color w:val="000000" w:themeColor="text1"/>
          <w:sz w:val="38"/>
          <w:szCs w:val="38"/>
        </w:rPr>
        <w:t xml:space="preserve"> </w:t>
      </w:r>
      <w:r w:rsidRPr="005117ED">
        <w:rPr>
          <w:rFonts w:cs="Sakkal Majalla"/>
          <w:color w:val="000000" w:themeColor="text1"/>
          <w:sz w:val="38"/>
          <w:szCs w:val="38"/>
          <w:rtl/>
        </w:rPr>
        <w:t>تجمع</w:t>
      </w:r>
      <w:r w:rsidRPr="005117ED">
        <w:rPr>
          <w:rFonts w:cs="Sakkal Majalla"/>
          <w:color w:val="000000" w:themeColor="text1"/>
          <w:sz w:val="38"/>
          <w:szCs w:val="38"/>
        </w:rPr>
        <w:t xml:space="preserve"> </w:t>
      </w:r>
      <w:r w:rsidRPr="005117ED">
        <w:rPr>
          <w:rFonts w:cs="Sakkal Majalla"/>
          <w:color w:val="000000" w:themeColor="text1"/>
          <w:sz w:val="38"/>
          <w:szCs w:val="38"/>
          <w:rtl/>
        </w:rPr>
        <w:t>أسماء</w:t>
      </w:r>
      <w:r w:rsidRPr="005117ED">
        <w:rPr>
          <w:rFonts w:cs="Sakkal Majalla"/>
          <w:color w:val="000000" w:themeColor="text1"/>
          <w:sz w:val="38"/>
          <w:szCs w:val="38"/>
        </w:rPr>
        <w:t xml:space="preserve"> </w:t>
      </w:r>
      <w:r w:rsidRPr="005117ED">
        <w:rPr>
          <w:rFonts w:cs="Sakkal Majalla"/>
          <w:color w:val="000000" w:themeColor="text1"/>
          <w:sz w:val="38"/>
          <w:szCs w:val="38"/>
          <w:rtl/>
        </w:rPr>
        <w:t>الأفراد</w:t>
      </w:r>
      <w:r w:rsidRPr="005117ED">
        <w:rPr>
          <w:rFonts w:cs="Sakkal Majalla"/>
          <w:color w:val="000000" w:themeColor="text1"/>
          <w:sz w:val="38"/>
          <w:szCs w:val="38"/>
        </w:rPr>
        <w:t xml:space="preserve"> </w:t>
      </w:r>
      <w:r w:rsidRPr="005117ED">
        <w:rPr>
          <w:rFonts w:cs="Sakkal Majalla"/>
          <w:color w:val="000000" w:themeColor="text1"/>
          <w:sz w:val="38"/>
          <w:szCs w:val="38"/>
          <w:rtl/>
        </w:rPr>
        <w:t>أو</w:t>
      </w:r>
      <w:r w:rsidRPr="005117ED">
        <w:rPr>
          <w:rFonts w:cs="Sakkal Majalla"/>
          <w:color w:val="000000" w:themeColor="text1"/>
          <w:sz w:val="38"/>
          <w:szCs w:val="38"/>
        </w:rPr>
        <w:t xml:space="preserve"> </w:t>
      </w:r>
      <w:r w:rsidRPr="005117ED">
        <w:rPr>
          <w:rFonts w:cs="Sakkal Majalla"/>
          <w:color w:val="000000" w:themeColor="text1"/>
          <w:sz w:val="38"/>
          <w:szCs w:val="38"/>
          <w:rtl/>
        </w:rPr>
        <w:t>أسماء</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المنشآت</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ملف</w:t>
      </w:r>
      <w:r w:rsidRPr="005117ED">
        <w:rPr>
          <w:rFonts w:cs="Sakkal Majalla"/>
          <w:color w:val="000000" w:themeColor="text1"/>
          <w:sz w:val="38"/>
          <w:szCs w:val="38"/>
        </w:rPr>
        <w:t xml:space="preserve"> </w:t>
      </w:r>
      <w:r w:rsidRPr="005117ED">
        <w:rPr>
          <w:rFonts w:cs="Sakkal Majalla"/>
          <w:color w:val="000000" w:themeColor="text1"/>
          <w:sz w:val="38"/>
          <w:szCs w:val="38"/>
          <w:rtl/>
        </w:rPr>
        <w:t>التحليل،</w:t>
      </w:r>
      <w:r w:rsidRPr="005117ED">
        <w:rPr>
          <w:rFonts w:cs="Sakkal Majalla"/>
          <w:color w:val="000000" w:themeColor="text1"/>
          <w:sz w:val="38"/>
          <w:szCs w:val="38"/>
        </w:rPr>
        <w:t xml:space="preserve"> </w:t>
      </w:r>
      <w:r w:rsidRPr="005117ED">
        <w:rPr>
          <w:rFonts w:cs="Sakkal Majalla"/>
          <w:color w:val="000000" w:themeColor="text1"/>
          <w:sz w:val="38"/>
          <w:szCs w:val="38"/>
          <w:rtl/>
        </w:rPr>
        <w:t>ويستخدم</w:t>
      </w:r>
      <w:r w:rsidRPr="005117ED">
        <w:rPr>
          <w:rFonts w:cs="Sakkal Majalla"/>
          <w:color w:val="000000" w:themeColor="text1"/>
          <w:sz w:val="38"/>
          <w:szCs w:val="38"/>
        </w:rPr>
        <w:t xml:space="preserve"> </w:t>
      </w:r>
      <w:r w:rsidRPr="005117ED">
        <w:rPr>
          <w:rFonts w:cs="Sakkal Majalla"/>
          <w:color w:val="000000" w:themeColor="text1"/>
          <w:sz w:val="38"/>
          <w:szCs w:val="38"/>
          <w:rtl/>
        </w:rPr>
        <w:t>رمز</w:t>
      </w:r>
      <w:r w:rsidRPr="005117ED">
        <w:rPr>
          <w:rFonts w:cs="Sakkal Majalla"/>
          <w:color w:val="000000" w:themeColor="text1"/>
          <w:sz w:val="38"/>
          <w:szCs w:val="38"/>
        </w:rPr>
        <w:t xml:space="preserve"> </w:t>
      </w:r>
      <w:r w:rsidRPr="005117ED">
        <w:rPr>
          <w:rFonts w:cs="Sakkal Majalla"/>
          <w:color w:val="000000" w:themeColor="text1"/>
          <w:sz w:val="38"/>
          <w:szCs w:val="38"/>
          <w:rtl/>
        </w:rPr>
        <w:t>رقمي</w:t>
      </w:r>
      <w:r w:rsidRPr="005117ED">
        <w:rPr>
          <w:rFonts w:cs="Sakkal Majalla"/>
          <w:color w:val="000000" w:themeColor="text1"/>
          <w:sz w:val="38"/>
          <w:szCs w:val="38"/>
        </w:rPr>
        <w:t xml:space="preserve"> </w:t>
      </w:r>
      <w:r w:rsidRPr="005117ED">
        <w:rPr>
          <w:rFonts w:cs="Sakkal Majalla"/>
          <w:color w:val="000000" w:themeColor="text1"/>
          <w:sz w:val="38"/>
          <w:szCs w:val="38"/>
          <w:rtl/>
        </w:rPr>
        <w:t>لكل</w:t>
      </w:r>
      <w:r w:rsidRPr="005117ED">
        <w:rPr>
          <w:rFonts w:cs="Sakkal Majalla"/>
          <w:color w:val="000000" w:themeColor="text1"/>
          <w:sz w:val="38"/>
          <w:szCs w:val="38"/>
        </w:rPr>
        <w:t xml:space="preserve"> </w:t>
      </w:r>
      <w:r w:rsidRPr="005117ED">
        <w:rPr>
          <w:rFonts w:cs="Sakkal Majalla"/>
          <w:color w:val="000000" w:themeColor="text1"/>
          <w:sz w:val="38"/>
          <w:szCs w:val="38"/>
          <w:rtl/>
        </w:rPr>
        <w:t>استجابة،</w:t>
      </w:r>
      <w:r w:rsidRPr="005117ED">
        <w:rPr>
          <w:rFonts w:cs="Sakkal Majalla"/>
          <w:color w:val="000000" w:themeColor="text1"/>
          <w:sz w:val="38"/>
          <w:szCs w:val="38"/>
        </w:rPr>
        <w:t xml:space="preserve"> </w:t>
      </w:r>
      <w:r w:rsidRPr="005117ED">
        <w:rPr>
          <w:rFonts w:cs="Sakkal Majalla"/>
          <w:color w:val="000000" w:themeColor="text1"/>
          <w:sz w:val="38"/>
          <w:szCs w:val="38"/>
          <w:rtl/>
        </w:rPr>
        <w:t>بما</w:t>
      </w:r>
      <w:r w:rsidRPr="005117ED">
        <w:rPr>
          <w:rFonts w:cs="Sakkal Majalla"/>
          <w:color w:val="000000" w:themeColor="text1"/>
          <w:sz w:val="38"/>
          <w:szCs w:val="38"/>
        </w:rPr>
        <w:t xml:space="preserve"> </w:t>
      </w:r>
      <w:r w:rsidRPr="005117ED">
        <w:rPr>
          <w:rFonts w:cs="Sakkal Majalla"/>
          <w:color w:val="000000" w:themeColor="text1"/>
          <w:sz w:val="38"/>
          <w:szCs w:val="38"/>
          <w:rtl/>
        </w:rPr>
        <w:t>يوازن</w:t>
      </w:r>
      <w:r w:rsidRPr="005117ED">
        <w:rPr>
          <w:rFonts w:cs="Sakkal Majalla"/>
          <w:color w:val="000000" w:themeColor="text1"/>
          <w:sz w:val="38"/>
          <w:szCs w:val="38"/>
        </w:rPr>
        <w:t xml:space="preserve"> </w:t>
      </w:r>
      <w:r w:rsidRPr="005117ED">
        <w:rPr>
          <w:rFonts w:cs="Sakkal Majalla"/>
          <w:color w:val="000000" w:themeColor="text1"/>
          <w:sz w:val="38"/>
          <w:szCs w:val="38"/>
          <w:rtl/>
        </w:rPr>
        <w:t>بين</w:t>
      </w:r>
      <w:r w:rsidRPr="005117ED">
        <w:rPr>
          <w:rFonts w:cs="Sakkal Majalla"/>
          <w:color w:val="000000" w:themeColor="text1"/>
          <w:sz w:val="38"/>
          <w:szCs w:val="38"/>
        </w:rPr>
        <w:t xml:space="preserve"> </w:t>
      </w:r>
      <w:r w:rsidRPr="005117ED">
        <w:rPr>
          <w:rFonts w:cs="Sakkal Majalla"/>
          <w:color w:val="000000" w:themeColor="text1"/>
          <w:sz w:val="38"/>
          <w:szCs w:val="38"/>
          <w:rtl/>
        </w:rPr>
        <w:t>فائدة</w:t>
      </w:r>
      <w:r w:rsidRPr="005117ED">
        <w:rPr>
          <w:rFonts w:cs="Sakkal Majalla"/>
          <w:color w:val="000000" w:themeColor="text1"/>
          <w:sz w:val="38"/>
          <w:szCs w:val="38"/>
        </w:rPr>
        <w:t xml:space="preserve"> </w:t>
      </w:r>
      <w:r w:rsidRPr="005117ED">
        <w:rPr>
          <w:rFonts w:cs="Sakkal Majalla"/>
          <w:color w:val="000000" w:themeColor="text1"/>
          <w:sz w:val="38"/>
          <w:szCs w:val="38"/>
          <w:rtl/>
        </w:rPr>
        <w:t>البيانات</w:t>
      </w:r>
      <w:r w:rsidRPr="005117ED">
        <w:rPr>
          <w:rFonts w:cs="Sakkal Majalla"/>
          <w:color w:val="000000" w:themeColor="text1"/>
          <w:sz w:val="38"/>
          <w:szCs w:val="38"/>
        </w:rPr>
        <w:t xml:space="preserve"> </w:t>
      </w:r>
      <w:r w:rsidRPr="005117ED">
        <w:rPr>
          <w:rFonts w:cs="Sakkal Majalla"/>
          <w:color w:val="000000" w:themeColor="text1"/>
          <w:sz w:val="38"/>
          <w:szCs w:val="38"/>
          <w:rtl/>
        </w:rPr>
        <w:t>وحماية</w:t>
      </w:r>
      <w:r w:rsidRPr="005117ED">
        <w:rPr>
          <w:rFonts w:cs="Sakkal Majalla"/>
          <w:color w:val="000000" w:themeColor="text1"/>
          <w:sz w:val="38"/>
          <w:szCs w:val="38"/>
        </w:rPr>
        <w:t xml:space="preserve"> </w:t>
      </w:r>
      <w:r w:rsidRPr="005117ED">
        <w:rPr>
          <w:rFonts w:cs="Sakkal Majalla"/>
          <w:color w:val="000000" w:themeColor="text1"/>
          <w:sz w:val="38"/>
          <w:szCs w:val="38"/>
          <w:rtl/>
        </w:rPr>
        <w:t>الخصوصية</w:t>
      </w:r>
      <w:r w:rsidRPr="005117ED">
        <w:rPr>
          <w:rFonts w:cs="Sakkal Majalla"/>
          <w:color w:val="000000" w:themeColor="text1"/>
          <w:sz w:val="38"/>
          <w:szCs w:val="38"/>
        </w:rPr>
        <w:t>.</w:t>
      </w:r>
    </w:p>
    <w:p w:rsidR="00FD5E07" w:rsidRPr="005117ED" w:rsidRDefault="00FD5E07" w:rsidP="00FD5E07">
      <w:pPr>
        <w:spacing w:before="0"/>
        <w:ind w:firstLine="0"/>
        <w:jc w:val="left"/>
        <w:outlineLvl w:val="0"/>
        <w:rPr>
          <w:rFonts w:eastAsia="Times New Roman" w:cs="Sakkal Majalla"/>
          <w:b/>
          <w:bCs/>
          <w:color w:val="000000" w:themeColor="text1"/>
          <w:sz w:val="40"/>
          <w:szCs w:val="40"/>
        </w:rPr>
      </w:pPr>
      <w:bookmarkStart w:id="64" w:name="_Toc233322012"/>
      <w:r w:rsidRPr="005117ED">
        <w:rPr>
          <w:rFonts w:eastAsia="Times New Roman" w:cs="Sakkal Majalla"/>
          <w:b/>
          <w:bCs/>
          <w:color w:val="000000" w:themeColor="text1"/>
          <w:sz w:val="40"/>
          <w:szCs w:val="40"/>
          <w:rtl/>
        </w:rPr>
        <w:t>تاسعًا</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بناء</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أداة</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الدراسة</w:t>
      </w:r>
      <w:bookmarkEnd w:id="64"/>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بدأ</w:t>
      </w:r>
      <w:r w:rsidRPr="005117ED">
        <w:rPr>
          <w:rFonts w:cs="Sakkal Majalla"/>
          <w:color w:val="000000" w:themeColor="text1"/>
          <w:sz w:val="38"/>
          <w:szCs w:val="38"/>
        </w:rPr>
        <w:t xml:space="preserve"> </w:t>
      </w:r>
      <w:r w:rsidRPr="005117ED">
        <w:rPr>
          <w:rFonts w:cs="Sakkal Majalla"/>
          <w:color w:val="000000" w:themeColor="text1"/>
          <w:sz w:val="38"/>
          <w:szCs w:val="38"/>
          <w:rtl/>
        </w:rPr>
        <w:t>بناء</w:t>
      </w:r>
      <w:r w:rsidRPr="005117ED">
        <w:rPr>
          <w:rFonts w:cs="Sakkal Majalla"/>
          <w:color w:val="000000" w:themeColor="text1"/>
          <w:sz w:val="38"/>
          <w:szCs w:val="38"/>
        </w:rPr>
        <w:t xml:space="preserve"> </w:t>
      </w:r>
      <w:r w:rsidRPr="005117ED">
        <w:rPr>
          <w:rFonts w:cs="Sakkal Majalla"/>
          <w:color w:val="000000" w:themeColor="text1"/>
          <w:sz w:val="38"/>
          <w:szCs w:val="38"/>
          <w:rtl/>
        </w:rPr>
        <w:t>الاستبانة</w:t>
      </w:r>
      <w:r w:rsidRPr="005117ED">
        <w:rPr>
          <w:rFonts w:cs="Sakkal Majalla"/>
          <w:color w:val="000000" w:themeColor="text1"/>
          <w:sz w:val="38"/>
          <w:szCs w:val="38"/>
        </w:rPr>
        <w:t xml:space="preserve"> </w:t>
      </w:r>
      <w:r w:rsidRPr="005117ED">
        <w:rPr>
          <w:rFonts w:cs="Sakkal Majalla"/>
          <w:color w:val="000000" w:themeColor="text1"/>
          <w:sz w:val="38"/>
          <w:szCs w:val="38"/>
          <w:rtl/>
        </w:rPr>
        <w:t>بتحديد</w:t>
      </w:r>
      <w:r w:rsidRPr="005117ED">
        <w:rPr>
          <w:rFonts w:cs="Sakkal Majalla"/>
          <w:color w:val="000000" w:themeColor="text1"/>
          <w:sz w:val="38"/>
          <w:szCs w:val="38"/>
        </w:rPr>
        <w:t xml:space="preserve"> </w:t>
      </w:r>
      <w:r w:rsidRPr="005117ED">
        <w:rPr>
          <w:rFonts w:cs="Sakkal Majalla"/>
          <w:color w:val="000000" w:themeColor="text1"/>
          <w:sz w:val="38"/>
          <w:szCs w:val="38"/>
          <w:rtl/>
        </w:rPr>
        <w:t>التعريفات</w:t>
      </w:r>
      <w:r w:rsidRPr="005117ED">
        <w:rPr>
          <w:rFonts w:cs="Sakkal Majalla"/>
          <w:color w:val="000000" w:themeColor="text1"/>
          <w:sz w:val="38"/>
          <w:szCs w:val="38"/>
        </w:rPr>
        <w:t xml:space="preserve"> </w:t>
      </w:r>
      <w:r w:rsidRPr="005117ED">
        <w:rPr>
          <w:rFonts w:cs="Sakkal Majalla"/>
          <w:color w:val="000000" w:themeColor="text1"/>
          <w:sz w:val="38"/>
          <w:szCs w:val="38"/>
          <w:rtl/>
        </w:rPr>
        <w:t>الإجرائية</w:t>
      </w:r>
      <w:r w:rsidRPr="005117ED">
        <w:rPr>
          <w:rFonts w:cs="Sakkal Majalla"/>
          <w:color w:val="000000" w:themeColor="text1"/>
          <w:sz w:val="38"/>
          <w:szCs w:val="38"/>
        </w:rPr>
        <w:t xml:space="preserve"> </w:t>
      </w:r>
      <w:r w:rsidRPr="005117ED">
        <w:rPr>
          <w:rFonts w:cs="Sakkal Majalla"/>
          <w:color w:val="000000" w:themeColor="text1"/>
          <w:sz w:val="38"/>
          <w:szCs w:val="38"/>
          <w:rtl/>
        </w:rPr>
        <w:t>والأبعاد</w:t>
      </w:r>
      <w:r w:rsidRPr="005117ED">
        <w:rPr>
          <w:rFonts w:cs="Sakkal Majalla"/>
          <w:color w:val="000000" w:themeColor="text1"/>
          <w:sz w:val="38"/>
          <w:szCs w:val="38"/>
        </w:rPr>
        <w:t xml:space="preserve"> </w:t>
      </w:r>
      <w:r w:rsidRPr="005117ED">
        <w:rPr>
          <w:rFonts w:cs="Sakkal Majalla"/>
          <w:color w:val="000000" w:themeColor="text1"/>
          <w:sz w:val="38"/>
          <w:szCs w:val="38"/>
          <w:rtl/>
        </w:rPr>
        <w:t>قبل</w:t>
      </w:r>
      <w:r w:rsidRPr="005117ED">
        <w:rPr>
          <w:rFonts w:cs="Sakkal Majalla"/>
          <w:color w:val="000000" w:themeColor="text1"/>
          <w:sz w:val="38"/>
          <w:szCs w:val="38"/>
        </w:rPr>
        <w:t xml:space="preserve"> </w:t>
      </w:r>
      <w:r w:rsidRPr="005117ED">
        <w:rPr>
          <w:rFonts w:cs="Sakkal Majalla"/>
          <w:color w:val="000000" w:themeColor="text1"/>
          <w:sz w:val="38"/>
          <w:szCs w:val="38"/>
          <w:rtl/>
        </w:rPr>
        <w:t>صياغة</w:t>
      </w:r>
      <w:r w:rsidRPr="005117ED">
        <w:rPr>
          <w:rFonts w:cs="Sakkal Majalla"/>
          <w:color w:val="000000" w:themeColor="text1"/>
          <w:sz w:val="38"/>
          <w:szCs w:val="38"/>
        </w:rPr>
        <w:t xml:space="preserve"> </w:t>
      </w:r>
      <w:r w:rsidRPr="005117ED">
        <w:rPr>
          <w:rFonts w:cs="Sakkal Majalla"/>
          <w:color w:val="000000" w:themeColor="text1"/>
          <w:sz w:val="38"/>
          <w:szCs w:val="38"/>
          <w:rtl/>
        </w:rPr>
        <w:t>الفقرات،</w:t>
      </w:r>
      <w:r w:rsidRPr="005117ED">
        <w:rPr>
          <w:rFonts w:cs="Sakkal Majalla"/>
          <w:color w:val="000000" w:themeColor="text1"/>
          <w:sz w:val="38"/>
          <w:szCs w:val="38"/>
        </w:rPr>
        <w:t xml:space="preserve"> </w:t>
      </w:r>
      <w:r w:rsidRPr="005117ED">
        <w:rPr>
          <w:rFonts w:cs="Sakkal Majalla"/>
          <w:color w:val="000000" w:themeColor="text1"/>
          <w:sz w:val="38"/>
          <w:szCs w:val="38"/>
          <w:rtl/>
        </w:rPr>
        <w:t>حتى</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يتحول</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القياس</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مجموعة</w:t>
      </w:r>
      <w:r w:rsidRPr="005117ED">
        <w:rPr>
          <w:rFonts w:cs="Sakkal Majalla"/>
          <w:color w:val="000000" w:themeColor="text1"/>
          <w:sz w:val="38"/>
          <w:szCs w:val="38"/>
        </w:rPr>
        <w:t xml:space="preserve"> </w:t>
      </w:r>
      <w:r w:rsidRPr="005117ED">
        <w:rPr>
          <w:rFonts w:cs="Sakkal Majalla"/>
          <w:color w:val="000000" w:themeColor="text1"/>
          <w:sz w:val="38"/>
          <w:szCs w:val="38"/>
          <w:rtl/>
        </w:rPr>
        <w:t>عبارات</w:t>
      </w:r>
      <w:r w:rsidRPr="005117ED">
        <w:rPr>
          <w:rFonts w:cs="Sakkal Majalla"/>
          <w:color w:val="000000" w:themeColor="text1"/>
          <w:sz w:val="38"/>
          <w:szCs w:val="38"/>
        </w:rPr>
        <w:t xml:space="preserve"> </w:t>
      </w:r>
      <w:r w:rsidRPr="005117ED">
        <w:rPr>
          <w:rFonts w:cs="Sakkal Majalla"/>
          <w:color w:val="000000" w:themeColor="text1"/>
          <w:sz w:val="38"/>
          <w:szCs w:val="38"/>
          <w:rtl/>
        </w:rPr>
        <w:t>عامة</w:t>
      </w:r>
      <w:r w:rsidRPr="005117ED">
        <w:rPr>
          <w:rFonts w:cs="Sakkal Majalla"/>
          <w:color w:val="000000" w:themeColor="text1"/>
          <w:sz w:val="38"/>
          <w:szCs w:val="38"/>
        </w:rPr>
        <w:t xml:space="preserve">. </w:t>
      </w:r>
      <w:r w:rsidRPr="005117ED">
        <w:rPr>
          <w:rFonts w:cs="Sakkal Majalla"/>
          <w:color w:val="000000" w:themeColor="text1"/>
          <w:sz w:val="38"/>
          <w:szCs w:val="38"/>
          <w:rtl/>
        </w:rPr>
        <w:t>واعتمدت</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أربعة</w:t>
      </w:r>
      <w:r w:rsidRPr="005117ED">
        <w:rPr>
          <w:rFonts w:cs="Sakkal Majalla"/>
          <w:color w:val="000000" w:themeColor="text1"/>
          <w:sz w:val="38"/>
          <w:szCs w:val="38"/>
        </w:rPr>
        <w:t xml:space="preserve"> </w:t>
      </w:r>
      <w:r w:rsidRPr="005117ED">
        <w:rPr>
          <w:rFonts w:cs="Sakkal Majalla"/>
          <w:color w:val="000000" w:themeColor="text1"/>
          <w:sz w:val="38"/>
          <w:szCs w:val="38"/>
          <w:rtl/>
        </w:rPr>
        <w:t>أبعاد</w:t>
      </w:r>
      <w:r w:rsidRPr="005117ED">
        <w:rPr>
          <w:rFonts w:cs="Sakkal Majalla"/>
          <w:color w:val="000000" w:themeColor="text1"/>
          <w:sz w:val="38"/>
          <w:szCs w:val="38"/>
        </w:rPr>
        <w:t xml:space="preserve"> </w:t>
      </w:r>
      <w:r w:rsidRPr="005117ED">
        <w:rPr>
          <w:rFonts w:cs="Sakkal Majalla"/>
          <w:color w:val="000000" w:themeColor="text1"/>
          <w:sz w:val="38"/>
          <w:szCs w:val="38"/>
          <w:rtl/>
        </w:rPr>
        <w:t>متعارف</w:t>
      </w:r>
      <w:r w:rsidRPr="005117ED">
        <w:rPr>
          <w:rFonts w:cs="Sakkal Majalla"/>
          <w:color w:val="000000" w:themeColor="text1"/>
          <w:sz w:val="38"/>
          <w:szCs w:val="38"/>
        </w:rPr>
        <w:t xml:space="preserve"> </w:t>
      </w:r>
      <w:r w:rsidRPr="005117ED">
        <w:rPr>
          <w:rFonts w:cs="Sakkal Majalla"/>
          <w:color w:val="000000" w:themeColor="text1"/>
          <w:sz w:val="38"/>
          <w:szCs w:val="38"/>
          <w:rtl/>
        </w:rPr>
        <w:t>عليها،</w:t>
      </w:r>
      <w:r w:rsidRPr="005117ED">
        <w:rPr>
          <w:rFonts w:cs="Sakkal Majalla"/>
          <w:color w:val="000000" w:themeColor="text1"/>
          <w:sz w:val="38"/>
          <w:szCs w:val="38"/>
        </w:rPr>
        <w:t xml:space="preserve"> </w:t>
      </w:r>
      <w:r w:rsidRPr="005117ED">
        <w:rPr>
          <w:rFonts w:cs="Sakkal Majalla"/>
          <w:color w:val="000000" w:themeColor="text1"/>
          <w:sz w:val="38"/>
          <w:szCs w:val="38"/>
          <w:rtl/>
        </w:rPr>
        <w:t>بواقع</w:t>
      </w:r>
      <w:r w:rsidRPr="005117ED">
        <w:rPr>
          <w:rFonts w:cs="Sakkal Majalla"/>
          <w:color w:val="000000" w:themeColor="text1"/>
          <w:sz w:val="38"/>
          <w:szCs w:val="38"/>
        </w:rPr>
        <w:t xml:space="preserve"> </w:t>
      </w:r>
      <w:r w:rsidRPr="005117ED">
        <w:rPr>
          <w:rFonts w:cs="Sakkal Majalla"/>
          <w:color w:val="000000" w:themeColor="text1"/>
          <w:sz w:val="38"/>
          <w:szCs w:val="38"/>
          <w:rtl/>
        </w:rPr>
        <w:t>خمس</w:t>
      </w:r>
      <w:r w:rsidRPr="005117ED">
        <w:rPr>
          <w:rFonts w:cs="Sakkal Majalla"/>
          <w:color w:val="000000" w:themeColor="text1"/>
          <w:sz w:val="38"/>
          <w:szCs w:val="38"/>
        </w:rPr>
        <w:t xml:space="preserve"> </w:t>
      </w:r>
      <w:r w:rsidRPr="005117ED">
        <w:rPr>
          <w:rFonts w:cs="Sakkal Majalla"/>
          <w:color w:val="000000" w:themeColor="text1"/>
          <w:sz w:val="38"/>
          <w:szCs w:val="38"/>
          <w:rtl/>
        </w:rPr>
        <w:t>فقرات</w:t>
      </w:r>
      <w:r w:rsidRPr="005117ED">
        <w:rPr>
          <w:rFonts w:cs="Sakkal Majalla"/>
          <w:color w:val="000000" w:themeColor="text1"/>
          <w:sz w:val="38"/>
          <w:szCs w:val="38"/>
        </w:rPr>
        <w:t xml:space="preserve"> </w:t>
      </w:r>
      <w:r w:rsidRPr="005117ED">
        <w:rPr>
          <w:rFonts w:cs="Sakkal Majalla"/>
          <w:color w:val="000000" w:themeColor="text1"/>
          <w:sz w:val="38"/>
          <w:szCs w:val="38"/>
          <w:rtl/>
        </w:rPr>
        <w:t>لكل</w:t>
      </w:r>
      <w:r w:rsidRPr="005117ED">
        <w:rPr>
          <w:rFonts w:cs="Sakkal Majalla"/>
          <w:color w:val="000000" w:themeColor="text1"/>
          <w:sz w:val="38"/>
          <w:szCs w:val="38"/>
        </w:rPr>
        <w:t xml:space="preserve"> </w:t>
      </w:r>
      <w:r w:rsidRPr="005117ED">
        <w:rPr>
          <w:rFonts w:cs="Sakkal Majalla"/>
          <w:color w:val="000000" w:themeColor="text1"/>
          <w:sz w:val="38"/>
          <w:szCs w:val="38"/>
          <w:rtl/>
        </w:rPr>
        <w:t>بعد</w:t>
      </w:r>
      <w:r w:rsidRPr="005117ED">
        <w:rPr>
          <w:rFonts w:cs="Sakkal Majalla"/>
          <w:color w:val="000000" w:themeColor="text1"/>
          <w:sz w:val="38"/>
          <w:szCs w:val="38"/>
        </w:rPr>
        <w:t xml:space="preserve">. </w:t>
      </w:r>
      <w:r w:rsidRPr="005117ED">
        <w:rPr>
          <w:rFonts w:cs="Sakkal Majalla"/>
          <w:color w:val="000000" w:themeColor="text1"/>
          <w:sz w:val="38"/>
          <w:szCs w:val="38"/>
          <w:rtl/>
        </w:rPr>
        <w:t>أما</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التنظيمي</w:t>
      </w:r>
      <w:r w:rsidRPr="005117ED">
        <w:rPr>
          <w:rFonts w:cs="Sakkal Majalla"/>
          <w:color w:val="000000" w:themeColor="text1"/>
          <w:sz w:val="38"/>
          <w:szCs w:val="38"/>
        </w:rPr>
        <w:t xml:space="preserve"> </w:t>
      </w:r>
      <w:r w:rsidRPr="005117ED">
        <w:rPr>
          <w:rFonts w:cs="Sakkal Majalla"/>
          <w:color w:val="000000" w:themeColor="text1"/>
          <w:sz w:val="38"/>
          <w:szCs w:val="38"/>
          <w:rtl/>
        </w:rPr>
        <w:t>فقيس</w:t>
      </w:r>
      <w:r w:rsidRPr="005117ED">
        <w:rPr>
          <w:rFonts w:cs="Sakkal Majalla"/>
          <w:color w:val="000000" w:themeColor="text1"/>
          <w:sz w:val="38"/>
          <w:szCs w:val="38"/>
        </w:rPr>
        <w:t xml:space="preserve"> </w:t>
      </w:r>
      <w:r w:rsidRPr="005117ED">
        <w:rPr>
          <w:rFonts w:cs="Sakkal Majalla"/>
          <w:color w:val="000000" w:themeColor="text1"/>
          <w:sz w:val="38"/>
          <w:szCs w:val="38"/>
          <w:rtl/>
        </w:rPr>
        <w:t>عبر</w:t>
      </w:r>
      <w:r w:rsidRPr="005117ED">
        <w:rPr>
          <w:rFonts w:cs="Sakkal Majalla"/>
          <w:color w:val="000000" w:themeColor="text1"/>
          <w:sz w:val="38"/>
          <w:szCs w:val="38"/>
        </w:rPr>
        <w:t xml:space="preserve"> </w:t>
      </w:r>
      <w:r w:rsidRPr="005117ED">
        <w:rPr>
          <w:rFonts w:cs="Sakkal Majalla"/>
          <w:color w:val="000000" w:themeColor="text1"/>
          <w:sz w:val="38"/>
          <w:szCs w:val="38"/>
          <w:rtl/>
        </w:rPr>
        <w:t>خمسة</w:t>
      </w:r>
      <w:r w:rsidRPr="005117ED">
        <w:rPr>
          <w:rFonts w:cs="Sakkal Majalla"/>
          <w:color w:val="000000" w:themeColor="text1"/>
          <w:sz w:val="38"/>
          <w:szCs w:val="38"/>
        </w:rPr>
        <w:t xml:space="preserve"> </w:t>
      </w:r>
      <w:r w:rsidRPr="005117ED">
        <w:rPr>
          <w:rFonts w:cs="Sakkal Majalla"/>
          <w:color w:val="000000" w:themeColor="text1"/>
          <w:sz w:val="38"/>
          <w:szCs w:val="38"/>
          <w:rtl/>
        </w:rPr>
        <w:t>أبعاد</w:t>
      </w:r>
      <w:r w:rsidRPr="005117ED">
        <w:rPr>
          <w:rFonts w:cs="Sakkal Majalla"/>
          <w:color w:val="000000" w:themeColor="text1"/>
          <w:sz w:val="38"/>
          <w:szCs w:val="38"/>
        </w:rPr>
        <w:t xml:space="preserve"> </w:t>
      </w:r>
      <w:r w:rsidRPr="005117ED">
        <w:rPr>
          <w:rFonts w:cs="Sakkal Majalla"/>
          <w:color w:val="000000" w:themeColor="text1"/>
          <w:sz w:val="38"/>
          <w:szCs w:val="38"/>
          <w:rtl/>
        </w:rPr>
        <w:t>بواقع</w:t>
      </w:r>
      <w:r w:rsidRPr="005117ED">
        <w:rPr>
          <w:rFonts w:cs="Sakkal Majalla"/>
          <w:color w:val="000000" w:themeColor="text1"/>
          <w:sz w:val="38"/>
          <w:szCs w:val="38"/>
        </w:rPr>
        <w:t xml:space="preserve"> </w:t>
      </w:r>
      <w:r w:rsidRPr="005117ED">
        <w:rPr>
          <w:rFonts w:cs="Sakkal Majalla"/>
          <w:color w:val="000000" w:themeColor="text1"/>
          <w:sz w:val="38"/>
          <w:szCs w:val="38"/>
          <w:rtl/>
        </w:rPr>
        <w:t>أربع</w:t>
      </w:r>
      <w:r w:rsidRPr="005117ED">
        <w:rPr>
          <w:rFonts w:cs="Sakkal Majalla"/>
          <w:color w:val="000000" w:themeColor="text1"/>
          <w:sz w:val="38"/>
          <w:szCs w:val="38"/>
        </w:rPr>
        <w:t xml:space="preserve"> </w:t>
      </w:r>
      <w:r w:rsidRPr="005117ED">
        <w:rPr>
          <w:rFonts w:cs="Sakkal Majalla"/>
          <w:color w:val="000000" w:themeColor="text1"/>
          <w:sz w:val="38"/>
          <w:szCs w:val="38"/>
          <w:rtl/>
        </w:rPr>
        <w:t>فقرات</w:t>
      </w:r>
      <w:r w:rsidRPr="005117ED">
        <w:rPr>
          <w:rFonts w:cs="Sakkal Majalla"/>
          <w:color w:val="000000" w:themeColor="text1"/>
          <w:sz w:val="38"/>
          <w:szCs w:val="38"/>
        </w:rPr>
        <w:t xml:space="preserve"> </w:t>
      </w:r>
      <w:r w:rsidRPr="005117ED">
        <w:rPr>
          <w:rFonts w:cs="Sakkal Majalla"/>
          <w:color w:val="000000" w:themeColor="text1"/>
          <w:sz w:val="38"/>
          <w:szCs w:val="38"/>
          <w:rtl/>
        </w:rPr>
        <w:t>لكل</w:t>
      </w:r>
      <w:r w:rsidRPr="005117ED">
        <w:rPr>
          <w:rFonts w:cs="Sakkal Majalla"/>
          <w:color w:val="000000" w:themeColor="text1"/>
          <w:sz w:val="38"/>
          <w:szCs w:val="38"/>
        </w:rPr>
        <w:t xml:space="preserve"> </w:t>
      </w:r>
      <w:r w:rsidRPr="005117ED">
        <w:rPr>
          <w:rFonts w:cs="Sakkal Majalla"/>
          <w:color w:val="000000" w:themeColor="text1"/>
          <w:sz w:val="38"/>
          <w:szCs w:val="38"/>
          <w:rtl/>
        </w:rPr>
        <w:t>بعد</w:t>
      </w:r>
      <w:r w:rsidRPr="005117ED">
        <w:rPr>
          <w:rFonts w:cs="Sakkal Majalla"/>
          <w:color w:val="000000" w:themeColor="text1"/>
          <w:sz w:val="38"/>
          <w:szCs w:val="38"/>
        </w:rPr>
        <w:t xml:space="preserve">. </w:t>
      </w:r>
      <w:r w:rsidRPr="005117ED">
        <w:rPr>
          <w:rFonts w:cs="Sakkal Majalla"/>
          <w:color w:val="000000" w:themeColor="text1"/>
          <w:sz w:val="38"/>
          <w:szCs w:val="38"/>
          <w:rtl/>
        </w:rPr>
        <w:t>وصيغت</w:t>
      </w:r>
      <w:r w:rsidRPr="005117ED">
        <w:rPr>
          <w:rFonts w:cs="Sakkal Majalla"/>
          <w:color w:val="000000" w:themeColor="text1"/>
          <w:sz w:val="38"/>
          <w:szCs w:val="38"/>
        </w:rPr>
        <w:t xml:space="preserve"> </w:t>
      </w:r>
      <w:r w:rsidRPr="005117ED">
        <w:rPr>
          <w:rFonts w:cs="Sakkal Majalla"/>
          <w:color w:val="000000" w:themeColor="text1"/>
          <w:sz w:val="38"/>
          <w:szCs w:val="38"/>
          <w:rtl/>
        </w:rPr>
        <w:t>الفقرات</w:t>
      </w:r>
      <w:r w:rsidRPr="005117ED">
        <w:rPr>
          <w:rFonts w:cs="Sakkal Majalla"/>
          <w:color w:val="000000" w:themeColor="text1"/>
          <w:sz w:val="38"/>
          <w:szCs w:val="38"/>
        </w:rPr>
        <w:t xml:space="preserve"> </w:t>
      </w:r>
      <w:r w:rsidRPr="005117ED">
        <w:rPr>
          <w:rFonts w:cs="Sakkal Majalla"/>
          <w:color w:val="000000" w:themeColor="text1"/>
          <w:sz w:val="38"/>
          <w:szCs w:val="38"/>
          <w:rtl/>
        </w:rPr>
        <w:t>بلغة</w:t>
      </w:r>
      <w:r w:rsidRPr="005117ED">
        <w:rPr>
          <w:rFonts w:cs="Sakkal Majalla"/>
          <w:color w:val="000000" w:themeColor="text1"/>
          <w:sz w:val="38"/>
          <w:szCs w:val="38"/>
        </w:rPr>
        <w:t xml:space="preserve"> </w:t>
      </w:r>
      <w:r w:rsidRPr="005117ED">
        <w:rPr>
          <w:rFonts w:cs="Sakkal Majalla"/>
          <w:color w:val="000000" w:themeColor="text1"/>
          <w:sz w:val="38"/>
          <w:szCs w:val="38"/>
          <w:rtl/>
        </w:rPr>
        <w:t>سلوكية</w:t>
      </w:r>
      <w:r w:rsidRPr="005117ED">
        <w:rPr>
          <w:rFonts w:cs="Sakkal Majalla"/>
          <w:color w:val="000000" w:themeColor="text1"/>
          <w:sz w:val="38"/>
          <w:szCs w:val="38"/>
        </w:rPr>
        <w:t xml:space="preserve"> </w:t>
      </w:r>
      <w:r w:rsidRPr="005117ED">
        <w:rPr>
          <w:rFonts w:cs="Sakkal Majalla"/>
          <w:color w:val="000000" w:themeColor="text1"/>
          <w:sz w:val="38"/>
          <w:szCs w:val="38"/>
          <w:rtl/>
        </w:rPr>
        <w:t>مباشرة،</w:t>
      </w:r>
      <w:r w:rsidRPr="005117ED">
        <w:rPr>
          <w:rFonts w:cs="Sakkal Majalla"/>
          <w:color w:val="000000" w:themeColor="text1"/>
          <w:sz w:val="38"/>
          <w:szCs w:val="38"/>
        </w:rPr>
        <w:t xml:space="preserve"> </w:t>
      </w:r>
      <w:r w:rsidRPr="005117ED">
        <w:rPr>
          <w:rFonts w:cs="Sakkal Majalla"/>
          <w:color w:val="000000" w:themeColor="text1"/>
          <w:sz w:val="38"/>
          <w:szCs w:val="38"/>
          <w:rtl/>
        </w:rPr>
        <w:t>وتجنب</w:t>
      </w:r>
      <w:r w:rsidRPr="005117ED">
        <w:rPr>
          <w:rFonts w:cs="Sakkal Majalla"/>
          <w:color w:val="000000" w:themeColor="text1"/>
          <w:sz w:val="38"/>
          <w:szCs w:val="38"/>
        </w:rPr>
        <w:t xml:space="preserve"> </w:t>
      </w:r>
      <w:r w:rsidRPr="005117ED">
        <w:rPr>
          <w:rFonts w:cs="Sakkal Majalla"/>
          <w:color w:val="000000" w:themeColor="text1"/>
          <w:sz w:val="38"/>
          <w:szCs w:val="38"/>
          <w:rtl/>
        </w:rPr>
        <w:t>الجمع</w:t>
      </w:r>
      <w:r w:rsidRPr="005117ED">
        <w:rPr>
          <w:rFonts w:cs="Sakkal Majalla"/>
          <w:color w:val="000000" w:themeColor="text1"/>
          <w:sz w:val="38"/>
          <w:szCs w:val="38"/>
        </w:rPr>
        <w:t xml:space="preserve"> </w:t>
      </w:r>
      <w:r w:rsidRPr="005117ED">
        <w:rPr>
          <w:rFonts w:cs="Sakkal Majalla"/>
          <w:color w:val="000000" w:themeColor="text1"/>
          <w:sz w:val="38"/>
          <w:szCs w:val="38"/>
          <w:rtl/>
        </w:rPr>
        <w:t>بين</w:t>
      </w:r>
      <w:r w:rsidRPr="005117ED">
        <w:rPr>
          <w:rFonts w:cs="Sakkal Majalla"/>
          <w:color w:val="000000" w:themeColor="text1"/>
          <w:sz w:val="38"/>
          <w:szCs w:val="38"/>
        </w:rPr>
        <w:t xml:space="preserve"> </w:t>
      </w:r>
      <w:r w:rsidRPr="005117ED">
        <w:rPr>
          <w:rFonts w:cs="Sakkal Majalla"/>
          <w:color w:val="000000" w:themeColor="text1"/>
          <w:sz w:val="38"/>
          <w:szCs w:val="38"/>
          <w:rtl/>
        </w:rPr>
        <w:t>فكرتين</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عبارة</w:t>
      </w:r>
      <w:r w:rsidRPr="005117ED">
        <w:rPr>
          <w:rFonts w:cs="Sakkal Majalla"/>
          <w:color w:val="000000" w:themeColor="text1"/>
          <w:sz w:val="38"/>
          <w:szCs w:val="38"/>
        </w:rPr>
        <w:t xml:space="preserve"> </w:t>
      </w:r>
      <w:r w:rsidRPr="005117ED">
        <w:rPr>
          <w:rFonts w:cs="Sakkal Majalla"/>
          <w:color w:val="000000" w:themeColor="text1"/>
          <w:sz w:val="38"/>
          <w:szCs w:val="38"/>
          <w:rtl/>
        </w:rPr>
        <w:t>واحدة،</w:t>
      </w:r>
      <w:r w:rsidRPr="005117ED">
        <w:rPr>
          <w:rFonts w:cs="Sakkal Majalla"/>
          <w:color w:val="000000" w:themeColor="text1"/>
          <w:sz w:val="38"/>
          <w:szCs w:val="38"/>
        </w:rPr>
        <w:t xml:space="preserve"> </w:t>
      </w:r>
      <w:r w:rsidRPr="005117ED">
        <w:rPr>
          <w:rFonts w:cs="Sakkal Majalla"/>
          <w:color w:val="000000" w:themeColor="text1"/>
          <w:sz w:val="38"/>
          <w:szCs w:val="38"/>
          <w:rtl/>
        </w:rPr>
        <w:t>كما</w:t>
      </w:r>
      <w:r w:rsidRPr="005117ED">
        <w:rPr>
          <w:rFonts w:cs="Sakkal Majalla"/>
          <w:color w:val="000000" w:themeColor="text1"/>
          <w:sz w:val="38"/>
          <w:szCs w:val="38"/>
        </w:rPr>
        <w:t xml:space="preserve"> </w:t>
      </w:r>
      <w:r w:rsidRPr="005117ED">
        <w:rPr>
          <w:rFonts w:cs="Sakkal Majalla"/>
          <w:color w:val="000000" w:themeColor="text1"/>
          <w:sz w:val="38"/>
          <w:szCs w:val="38"/>
          <w:rtl/>
        </w:rPr>
        <w:t>روعي</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يكون</w:t>
      </w:r>
      <w:r w:rsidRPr="005117ED">
        <w:rPr>
          <w:rFonts w:cs="Sakkal Majalla"/>
          <w:color w:val="000000" w:themeColor="text1"/>
          <w:sz w:val="38"/>
          <w:szCs w:val="38"/>
        </w:rPr>
        <w:t xml:space="preserve"> </w:t>
      </w:r>
      <w:r w:rsidRPr="005117ED">
        <w:rPr>
          <w:rFonts w:cs="Sakkal Majalla"/>
          <w:color w:val="000000" w:themeColor="text1"/>
          <w:sz w:val="38"/>
          <w:szCs w:val="38"/>
          <w:rtl/>
        </w:rPr>
        <w:t>زمن</w:t>
      </w:r>
      <w:r w:rsidRPr="005117ED">
        <w:rPr>
          <w:rFonts w:cs="Sakkal Majalla"/>
          <w:color w:val="000000" w:themeColor="text1"/>
          <w:sz w:val="38"/>
          <w:szCs w:val="38"/>
        </w:rPr>
        <w:t xml:space="preserve"> </w:t>
      </w:r>
      <w:r w:rsidRPr="005117ED">
        <w:rPr>
          <w:rFonts w:cs="Sakkal Majalla"/>
          <w:color w:val="000000" w:themeColor="text1"/>
          <w:sz w:val="38"/>
          <w:szCs w:val="38"/>
          <w:rtl/>
        </w:rPr>
        <w:t>الإجابة</w:t>
      </w:r>
      <w:r w:rsidRPr="005117ED">
        <w:rPr>
          <w:rFonts w:cs="Sakkal Majalla"/>
          <w:color w:val="000000" w:themeColor="text1"/>
          <w:sz w:val="38"/>
          <w:szCs w:val="38"/>
        </w:rPr>
        <w:t xml:space="preserve"> </w:t>
      </w:r>
      <w:r w:rsidRPr="005117ED">
        <w:rPr>
          <w:rFonts w:cs="Sakkal Majalla"/>
          <w:color w:val="000000" w:themeColor="text1"/>
          <w:sz w:val="38"/>
          <w:szCs w:val="38"/>
          <w:rtl/>
        </w:rPr>
        <w:t>مناسبًا</w:t>
      </w:r>
      <w:r w:rsidRPr="005117ED">
        <w:rPr>
          <w:rFonts w:cs="Sakkal Majalla"/>
          <w:color w:val="000000" w:themeColor="text1"/>
          <w:sz w:val="38"/>
          <w:szCs w:val="38"/>
        </w:rPr>
        <w:t xml:space="preserve"> </w:t>
      </w:r>
      <w:r w:rsidRPr="005117ED">
        <w:rPr>
          <w:rFonts w:cs="Sakkal Majalla"/>
          <w:color w:val="000000" w:themeColor="text1"/>
          <w:sz w:val="38"/>
          <w:szCs w:val="38"/>
          <w:rtl/>
        </w:rPr>
        <w:t>للعاملين</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استخدم</w:t>
      </w:r>
      <w:r w:rsidRPr="005117ED">
        <w:rPr>
          <w:rFonts w:cs="Sakkal Majalla"/>
          <w:color w:val="000000" w:themeColor="text1"/>
          <w:sz w:val="38"/>
          <w:szCs w:val="38"/>
        </w:rPr>
        <w:t xml:space="preserve"> </w:t>
      </w:r>
      <w:r w:rsidRPr="005117ED">
        <w:rPr>
          <w:rFonts w:cs="Sakkal Majalla"/>
          <w:color w:val="000000" w:themeColor="text1"/>
          <w:sz w:val="38"/>
          <w:szCs w:val="38"/>
          <w:rtl/>
        </w:rPr>
        <w:t>مقياس</w:t>
      </w:r>
      <w:r w:rsidRPr="005117ED">
        <w:rPr>
          <w:rFonts w:cs="Sakkal Majalla"/>
          <w:color w:val="000000" w:themeColor="text1"/>
          <w:sz w:val="38"/>
          <w:szCs w:val="38"/>
        </w:rPr>
        <w:t xml:space="preserve"> </w:t>
      </w:r>
      <w:proofErr w:type="spellStart"/>
      <w:r w:rsidRPr="005117ED">
        <w:rPr>
          <w:rFonts w:cs="Sakkal Majalla"/>
          <w:color w:val="000000" w:themeColor="text1"/>
          <w:sz w:val="38"/>
          <w:szCs w:val="38"/>
          <w:rtl/>
        </w:rPr>
        <w:t>ليكرت</w:t>
      </w:r>
      <w:proofErr w:type="spellEnd"/>
      <w:r w:rsidRPr="005117ED">
        <w:rPr>
          <w:rFonts w:cs="Sakkal Majalla"/>
          <w:color w:val="000000" w:themeColor="text1"/>
          <w:sz w:val="38"/>
          <w:szCs w:val="38"/>
        </w:rPr>
        <w:t xml:space="preserve"> </w:t>
      </w:r>
      <w:r w:rsidRPr="005117ED">
        <w:rPr>
          <w:rFonts w:cs="Sakkal Majalla"/>
          <w:color w:val="000000" w:themeColor="text1"/>
          <w:sz w:val="38"/>
          <w:szCs w:val="38"/>
          <w:rtl/>
        </w:rPr>
        <w:t>الخماسي</w:t>
      </w:r>
      <w:r w:rsidRPr="005117ED">
        <w:rPr>
          <w:rFonts w:cs="Sakkal Majalla"/>
          <w:color w:val="000000" w:themeColor="text1"/>
          <w:sz w:val="38"/>
          <w:szCs w:val="38"/>
        </w:rPr>
        <w:t xml:space="preserve"> </w:t>
      </w:r>
      <w:r w:rsidRPr="005117ED">
        <w:rPr>
          <w:rFonts w:cs="Sakkal Majalla"/>
          <w:color w:val="000000" w:themeColor="text1"/>
          <w:sz w:val="38"/>
          <w:szCs w:val="38"/>
          <w:rtl/>
        </w:rPr>
        <w:t>لأنه</w:t>
      </w:r>
      <w:r w:rsidRPr="005117ED">
        <w:rPr>
          <w:rFonts w:cs="Sakkal Majalla"/>
          <w:color w:val="000000" w:themeColor="text1"/>
          <w:sz w:val="38"/>
          <w:szCs w:val="38"/>
        </w:rPr>
        <w:t xml:space="preserve"> </w:t>
      </w:r>
      <w:r w:rsidRPr="005117ED">
        <w:rPr>
          <w:rFonts w:cs="Sakkal Majalla"/>
          <w:color w:val="000000" w:themeColor="text1"/>
          <w:sz w:val="38"/>
          <w:szCs w:val="38"/>
          <w:rtl/>
        </w:rPr>
        <w:t>يحقق</w:t>
      </w:r>
      <w:r w:rsidRPr="005117ED">
        <w:rPr>
          <w:rFonts w:cs="Sakkal Majalla"/>
          <w:color w:val="000000" w:themeColor="text1"/>
          <w:sz w:val="38"/>
          <w:szCs w:val="38"/>
        </w:rPr>
        <w:t xml:space="preserve"> </w:t>
      </w:r>
      <w:r w:rsidRPr="005117ED">
        <w:rPr>
          <w:rFonts w:cs="Sakkal Majalla"/>
          <w:color w:val="000000" w:themeColor="text1"/>
          <w:sz w:val="38"/>
          <w:szCs w:val="38"/>
          <w:rtl/>
        </w:rPr>
        <w:t>توازنًا</w:t>
      </w:r>
      <w:r w:rsidRPr="005117ED">
        <w:rPr>
          <w:rFonts w:cs="Sakkal Majalla"/>
          <w:color w:val="000000" w:themeColor="text1"/>
          <w:sz w:val="38"/>
          <w:szCs w:val="38"/>
        </w:rPr>
        <w:t xml:space="preserve"> </w:t>
      </w:r>
      <w:r w:rsidRPr="005117ED">
        <w:rPr>
          <w:rFonts w:cs="Sakkal Majalla"/>
          <w:color w:val="000000" w:themeColor="text1"/>
          <w:sz w:val="38"/>
          <w:szCs w:val="38"/>
          <w:rtl/>
        </w:rPr>
        <w:t>بين</w:t>
      </w:r>
      <w:r w:rsidRPr="005117ED">
        <w:rPr>
          <w:rFonts w:cs="Sakkal Majalla"/>
          <w:color w:val="000000" w:themeColor="text1"/>
          <w:sz w:val="38"/>
          <w:szCs w:val="38"/>
        </w:rPr>
        <w:t xml:space="preserve"> </w:t>
      </w:r>
      <w:r w:rsidRPr="005117ED">
        <w:rPr>
          <w:rFonts w:cs="Sakkal Majalla"/>
          <w:color w:val="000000" w:themeColor="text1"/>
          <w:sz w:val="38"/>
          <w:szCs w:val="38"/>
          <w:rtl/>
        </w:rPr>
        <w:t>سهولة</w:t>
      </w:r>
      <w:r w:rsidRPr="005117ED">
        <w:rPr>
          <w:rFonts w:cs="Sakkal Majalla"/>
          <w:color w:val="000000" w:themeColor="text1"/>
          <w:sz w:val="38"/>
          <w:szCs w:val="38"/>
        </w:rPr>
        <w:t xml:space="preserve"> </w:t>
      </w:r>
      <w:r w:rsidRPr="005117ED">
        <w:rPr>
          <w:rFonts w:cs="Sakkal Majalla"/>
          <w:color w:val="000000" w:themeColor="text1"/>
          <w:sz w:val="38"/>
          <w:szCs w:val="38"/>
          <w:rtl/>
        </w:rPr>
        <w:t>الإجابة</w:t>
      </w:r>
      <w:r w:rsidRPr="005117ED">
        <w:rPr>
          <w:rFonts w:cs="Sakkal Majalla"/>
          <w:color w:val="000000" w:themeColor="text1"/>
          <w:sz w:val="38"/>
          <w:szCs w:val="38"/>
        </w:rPr>
        <w:t xml:space="preserve"> </w:t>
      </w:r>
      <w:r w:rsidRPr="005117ED">
        <w:rPr>
          <w:rFonts w:cs="Sakkal Majalla"/>
          <w:color w:val="000000" w:themeColor="text1"/>
          <w:sz w:val="38"/>
          <w:szCs w:val="38"/>
          <w:rtl/>
        </w:rPr>
        <w:t>ووجود</w:t>
      </w:r>
      <w:r w:rsidRPr="005117ED">
        <w:rPr>
          <w:rFonts w:cs="Sakkal Majalla"/>
          <w:color w:val="000000" w:themeColor="text1"/>
          <w:sz w:val="38"/>
          <w:szCs w:val="38"/>
        </w:rPr>
        <w:t xml:space="preserve"> </w:t>
      </w:r>
      <w:r w:rsidRPr="005117ED">
        <w:rPr>
          <w:rFonts w:cs="Sakkal Majalla"/>
          <w:color w:val="000000" w:themeColor="text1"/>
          <w:sz w:val="38"/>
          <w:szCs w:val="38"/>
          <w:rtl/>
        </w:rPr>
        <w:t>تباين</w:t>
      </w:r>
      <w:r w:rsidRPr="005117ED">
        <w:rPr>
          <w:rFonts w:cs="Sakkal Majalla"/>
          <w:color w:val="000000" w:themeColor="text1"/>
          <w:sz w:val="38"/>
          <w:szCs w:val="38"/>
        </w:rPr>
        <w:t xml:space="preserve"> </w:t>
      </w:r>
      <w:r w:rsidRPr="005117ED">
        <w:rPr>
          <w:rFonts w:cs="Sakkal Majalla"/>
          <w:color w:val="000000" w:themeColor="text1"/>
          <w:sz w:val="38"/>
          <w:szCs w:val="38"/>
          <w:rtl/>
        </w:rPr>
        <w:t>كاف</w:t>
      </w:r>
      <w:r w:rsidRPr="005117ED">
        <w:rPr>
          <w:rFonts w:cs="Sakkal Majalla"/>
          <w:color w:val="000000" w:themeColor="text1"/>
          <w:sz w:val="38"/>
          <w:szCs w:val="38"/>
        </w:rPr>
        <w:t xml:space="preserve"> </w:t>
      </w:r>
      <w:r w:rsidRPr="005117ED">
        <w:rPr>
          <w:rFonts w:cs="Sakkal Majalla"/>
          <w:color w:val="000000" w:themeColor="text1"/>
          <w:sz w:val="38"/>
          <w:szCs w:val="38"/>
          <w:rtl/>
        </w:rPr>
        <w:t>للتحليل</w:t>
      </w:r>
      <w:r w:rsidRPr="005117ED">
        <w:rPr>
          <w:rFonts w:cs="Sakkal Majalla"/>
          <w:color w:val="000000" w:themeColor="text1"/>
          <w:sz w:val="38"/>
          <w:szCs w:val="38"/>
        </w:rPr>
        <w:t xml:space="preserve">. </w:t>
      </w:r>
      <w:r w:rsidRPr="005117ED">
        <w:rPr>
          <w:rFonts w:cs="Sakkal Majalla"/>
          <w:color w:val="000000" w:themeColor="text1"/>
          <w:sz w:val="38"/>
          <w:szCs w:val="38"/>
          <w:rtl/>
        </w:rPr>
        <w:t>وتمثل</w:t>
      </w:r>
      <w:r w:rsidRPr="005117ED">
        <w:rPr>
          <w:rFonts w:cs="Sakkal Majalla"/>
          <w:color w:val="000000" w:themeColor="text1"/>
          <w:sz w:val="38"/>
          <w:szCs w:val="38"/>
        </w:rPr>
        <w:t xml:space="preserve"> </w:t>
      </w:r>
      <w:r w:rsidRPr="005117ED">
        <w:rPr>
          <w:rFonts w:cs="Sakkal Majalla"/>
          <w:color w:val="000000" w:themeColor="text1"/>
          <w:sz w:val="38"/>
          <w:szCs w:val="38"/>
          <w:rtl/>
        </w:rPr>
        <w:t>الدرجة</w:t>
      </w:r>
      <w:r w:rsidRPr="005117ED">
        <w:rPr>
          <w:rFonts w:cs="Sakkal Majalla"/>
          <w:color w:val="000000" w:themeColor="text1"/>
          <w:sz w:val="38"/>
          <w:szCs w:val="38"/>
        </w:rPr>
        <w:t xml:space="preserve"> (5) </w:t>
      </w:r>
      <w:r w:rsidRPr="005117ED">
        <w:rPr>
          <w:rFonts w:cs="Sakkal Majalla"/>
          <w:color w:val="000000" w:themeColor="text1"/>
          <w:sz w:val="38"/>
          <w:szCs w:val="38"/>
          <w:rtl/>
        </w:rPr>
        <w:t>موافق</w:t>
      </w:r>
      <w:r w:rsidRPr="005117ED">
        <w:rPr>
          <w:rFonts w:cs="Sakkal Majalla"/>
          <w:color w:val="000000" w:themeColor="text1"/>
          <w:sz w:val="38"/>
          <w:szCs w:val="38"/>
        </w:rPr>
        <w:t xml:space="preserve"> </w:t>
      </w:r>
      <w:r w:rsidRPr="005117ED">
        <w:rPr>
          <w:rFonts w:cs="Sakkal Majalla"/>
          <w:color w:val="000000" w:themeColor="text1"/>
          <w:sz w:val="38"/>
          <w:szCs w:val="38"/>
          <w:rtl/>
        </w:rPr>
        <w:t>بشدة</w:t>
      </w:r>
      <w:r w:rsidRPr="005117ED">
        <w:rPr>
          <w:rFonts w:cs="Sakkal Majalla"/>
          <w:color w:val="000000" w:themeColor="text1"/>
          <w:sz w:val="38"/>
          <w:szCs w:val="38"/>
        </w:rPr>
        <w:t xml:space="preserve"> </w:t>
      </w:r>
      <w:r w:rsidRPr="005117ED">
        <w:rPr>
          <w:rFonts w:cs="Sakkal Majalla"/>
          <w:color w:val="000000" w:themeColor="text1"/>
          <w:sz w:val="38"/>
          <w:szCs w:val="38"/>
          <w:rtl/>
        </w:rPr>
        <w:t>والدرجة</w:t>
      </w:r>
      <w:r w:rsidRPr="005117ED">
        <w:rPr>
          <w:rFonts w:cs="Sakkal Majalla"/>
          <w:color w:val="000000" w:themeColor="text1"/>
          <w:sz w:val="38"/>
          <w:szCs w:val="38"/>
        </w:rPr>
        <w:t xml:space="preserve"> (1) </w:t>
      </w:r>
      <w:r w:rsidRPr="005117ED">
        <w:rPr>
          <w:rFonts w:cs="Sakkal Majalla"/>
          <w:color w:val="000000" w:themeColor="text1"/>
          <w:sz w:val="38"/>
          <w:szCs w:val="38"/>
          <w:rtl/>
        </w:rPr>
        <w:t>غير</w:t>
      </w:r>
      <w:r w:rsidRPr="005117ED">
        <w:rPr>
          <w:rFonts w:cs="Sakkal Majalla"/>
          <w:color w:val="000000" w:themeColor="text1"/>
          <w:sz w:val="38"/>
          <w:szCs w:val="38"/>
        </w:rPr>
        <w:t xml:space="preserve"> </w:t>
      </w:r>
      <w:r w:rsidRPr="005117ED">
        <w:rPr>
          <w:rFonts w:cs="Sakkal Majalla"/>
          <w:color w:val="000000" w:themeColor="text1"/>
          <w:sz w:val="38"/>
          <w:szCs w:val="38"/>
          <w:rtl/>
        </w:rPr>
        <w:t>موافق</w:t>
      </w:r>
      <w:r w:rsidRPr="005117ED">
        <w:rPr>
          <w:rFonts w:cs="Sakkal Majalla"/>
          <w:color w:val="000000" w:themeColor="text1"/>
          <w:sz w:val="38"/>
          <w:szCs w:val="38"/>
        </w:rPr>
        <w:t xml:space="preserve"> </w:t>
      </w:r>
      <w:r w:rsidRPr="005117ED">
        <w:rPr>
          <w:rFonts w:cs="Sakkal Majalla"/>
          <w:color w:val="000000" w:themeColor="text1"/>
          <w:sz w:val="38"/>
          <w:szCs w:val="38"/>
          <w:rtl/>
        </w:rPr>
        <w:t>بشدة</w:t>
      </w:r>
      <w:r w:rsidRPr="005117ED">
        <w:rPr>
          <w:rFonts w:cs="Sakkal Majalla"/>
          <w:color w:val="000000" w:themeColor="text1"/>
          <w:sz w:val="38"/>
          <w:szCs w:val="38"/>
        </w:rPr>
        <w:t xml:space="preserve">. </w:t>
      </w:r>
      <w:r w:rsidRPr="005117ED">
        <w:rPr>
          <w:rFonts w:cs="Sakkal Majalla"/>
          <w:color w:val="000000" w:themeColor="text1"/>
          <w:sz w:val="38"/>
          <w:szCs w:val="38"/>
          <w:rtl/>
        </w:rPr>
        <w:t>وفسرت</w:t>
      </w:r>
      <w:r w:rsidRPr="005117ED">
        <w:rPr>
          <w:rFonts w:cs="Sakkal Majalla"/>
          <w:color w:val="000000" w:themeColor="text1"/>
          <w:sz w:val="38"/>
          <w:szCs w:val="38"/>
        </w:rPr>
        <w:t xml:space="preserve"> </w:t>
      </w:r>
      <w:r w:rsidRPr="005117ED">
        <w:rPr>
          <w:rFonts w:cs="Sakkal Majalla"/>
          <w:color w:val="000000" w:themeColor="text1"/>
          <w:sz w:val="38"/>
          <w:szCs w:val="38"/>
          <w:rtl/>
        </w:rPr>
        <w:t>المتوسطات</w:t>
      </w:r>
      <w:r w:rsidRPr="005117ED">
        <w:rPr>
          <w:rFonts w:cs="Sakkal Majalla"/>
          <w:color w:val="000000" w:themeColor="text1"/>
          <w:sz w:val="38"/>
          <w:szCs w:val="38"/>
        </w:rPr>
        <w:t xml:space="preserve"> </w:t>
      </w:r>
      <w:r w:rsidRPr="005117ED">
        <w:rPr>
          <w:rFonts w:cs="Sakkal Majalla"/>
          <w:color w:val="000000" w:themeColor="text1"/>
          <w:sz w:val="38"/>
          <w:szCs w:val="38"/>
          <w:rtl/>
        </w:rPr>
        <w:t>باستخدام</w:t>
      </w:r>
      <w:r w:rsidRPr="005117ED">
        <w:rPr>
          <w:rFonts w:cs="Sakkal Majalla"/>
          <w:color w:val="000000" w:themeColor="text1"/>
          <w:sz w:val="38"/>
          <w:szCs w:val="38"/>
        </w:rPr>
        <w:t xml:space="preserve"> </w:t>
      </w:r>
      <w:r w:rsidRPr="005117ED">
        <w:rPr>
          <w:rFonts w:cs="Sakkal Majalla"/>
          <w:color w:val="000000" w:themeColor="text1"/>
          <w:sz w:val="38"/>
          <w:szCs w:val="38"/>
          <w:rtl/>
        </w:rPr>
        <w:t>طول</w:t>
      </w:r>
      <w:r w:rsidRPr="005117ED">
        <w:rPr>
          <w:rFonts w:cs="Sakkal Majalla"/>
          <w:color w:val="000000" w:themeColor="text1"/>
          <w:sz w:val="38"/>
          <w:szCs w:val="38"/>
        </w:rPr>
        <w:t xml:space="preserve"> </w:t>
      </w:r>
      <w:r w:rsidRPr="005117ED">
        <w:rPr>
          <w:rFonts w:cs="Sakkal Majalla"/>
          <w:color w:val="000000" w:themeColor="text1"/>
          <w:sz w:val="38"/>
          <w:szCs w:val="38"/>
          <w:rtl/>
        </w:rPr>
        <w:t>الفئة</w:t>
      </w:r>
      <w:r w:rsidRPr="005117ED">
        <w:rPr>
          <w:rFonts w:cs="Sakkal Majalla"/>
          <w:color w:val="000000" w:themeColor="text1"/>
          <w:sz w:val="38"/>
          <w:szCs w:val="38"/>
        </w:rPr>
        <w:t xml:space="preserve">: </w:t>
      </w:r>
      <w:r w:rsidRPr="005117ED">
        <w:rPr>
          <w:rFonts w:cs="Sakkal Majalla"/>
          <w:color w:val="000000" w:themeColor="text1"/>
          <w:sz w:val="38"/>
          <w:szCs w:val="38"/>
          <w:rtl/>
        </w:rPr>
        <w:t>منخفض</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1.00 </w:t>
      </w:r>
      <w:r w:rsidRPr="005117ED">
        <w:rPr>
          <w:rFonts w:cs="Sakkal Majalla"/>
          <w:color w:val="000000" w:themeColor="text1"/>
          <w:sz w:val="38"/>
          <w:szCs w:val="38"/>
          <w:rtl/>
        </w:rPr>
        <w:t>إلى</w:t>
      </w:r>
      <w:r w:rsidRPr="005117ED">
        <w:rPr>
          <w:rFonts w:cs="Sakkal Majalla"/>
          <w:color w:val="000000" w:themeColor="text1"/>
          <w:sz w:val="38"/>
          <w:szCs w:val="38"/>
        </w:rPr>
        <w:t xml:space="preserve"> 2.33</w:t>
      </w:r>
      <w:r w:rsidRPr="005117ED">
        <w:rPr>
          <w:rFonts w:cs="Sakkal Majalla"/>
          <w:color w:val="000000" w:themeColor="text1"/>
          <w:sz w:val="38"/>
          <w:szCs w:val="38"/>
          <w:rtl/>
        </w:rPr>
        <w:t>،</w:t>
      </w:r>
      <w:r w:rsidRPr="005117ED">
        <w:rPr>
          <w:rFonts w:cs="Sakkal Majalla"/>
          <w:color w:val="000000" w:themeColor="text1"/>
          <w:sz w:val="38"/>
          <w:szCs w:val="38"/>
        </w:rPr>
        <w:t xml:space="preserve"> </w:t>
      </w:r>
      <w:r w:rsidRPr="005117ED">
        <w:rPr>
          <w:rFonts w:cs="Sakkal Majalla"/>
          <w:color w:val="000000" w:themeColor="text1"/>
          <w:sz w:val="38"/>
          <w:szCs w:val="38"/>
          <w:rtl/>
        </w:rPr>
        <w:t>ومتوسط</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2.34 </w:t>
      </w:r>
      <w:r w:rsidRPr="005117ED">
        <w:rPr>
          <w:rFonts w:cs="Sakkal Majalla"/>
          <w:color w:val="000000" w:themeColor="text1"/>
          <w:sz w:val="38"/>
          <w:szCs w:val="38"/>
          <w:rtl/>
        </w:rPr>
        <w:t>إلى</w:t>
      </w:r>
      <w:r w:rsidRPr="005117ED">
        <w:rPr>
          <w:rFonts w:cs="Sakkal Majalla"/>
          <w:color w:val="000000" w:themeColor="text1"/>
          <w:sz w:val="38"/>
          <w:szCs w:val="38"/>
        </w:rPr>
        <w:t xml:space="preserve"> 3.66</w:t>
      </w:r>
      <w:r w:rsidRPr="005117ED">
        <w:rPr>
          <w:rFonts w:cs="Sakkal Majalla"/>
          <w:color w:val="000000" w:themeColor="text1"/>
          <w:sz w:val="38"/>
          <w:szCs w:val="38"/>
          <w:rtl/>
        </w:rPr>
        <w:t>،</w:t>
      </w:r>
      <w:r w:rsidRPr="005117ED">
        <w:rPr>
          <w:rFonts w:cs="Sakkal Majalla"/>
          <w:color w:val="000000" w:themeColor="text1"/>
          <w:sz w:val="38"/>
          <w:szCs w:val="38"/>
        </w:rPr>
        <w:t xml:space="preserve"> </w:t>
      </w:r>
      <w:r w:rsidRPr="005117ED">
        <w:rPr>
          <w:rFonts w:cs="Sakkal Majalla"/>
          <w:color w:val="000000" w:themeColor="text1"/>
          <w:sz w:val="38"/>
          <w:szCs w:val="38"/>
          <w:rtl/>
        </w:rPr>
        <w:t>ومرتفع</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Pr>
        <w:lastRenderedPageBreak/>
        <w:t xml:space="preserve">3.67 </w:t>
      </w:r>
      <w:r w:rsidRPr="005117ED">
        <w:rPr>
          <w:rFonts w:cs="Sakkal Majalla"/>
          <w:color w:val="000000" w:themeColor="text1"/>
          <w:sz w:val="38"/>
          <w:szCs w:val="38"/>
          <w:rtl/>
        </w:rPr>
        <w:t>إلى</w:t>
      </w:r>
      <w:r w:rsidRPr="005117ED">
        <w:rPr>
          <w:rFonts w:cs="Sakkal Majalla"/>
          <w:color w:val="000000" w:themeColor="text1"/>
          <w:sz w:val="38"/>
          <w:szCs w:val="38"/>
        </w:rPr>
        <w:t xml:space="preserve"> 5.00. </w:t>
      </w:r>
      <w:r w:rsidRPr="005117ED">
        <w:rPr>
          <w:rFonts w:cs="Sakkal Majalla"/>
          <w:color w:val="000000" w:themeColor="text1"/>
          <w:sz w:val="38"/>
          <w:szCs w:val="38"/>
          <w:rtl/>
        </w:rPr>
        <w:t>ولا</w:t>
      </w:r>
      <w:r w:rsidRPr="005117ED">
        <w:rPr>
          <w:rFonts w:cs="Sakkal Majalla"/>
          <w:color w:val="000000" w:themeColor="text1"/>
          <w:sz w:val="38"/>
          <w:szCs w:val="38"/>
        </w:rPr>
        <w:t xml:space="preserve"> </w:t>
      </w:r>
      <w:r w:rsidRPr="005117ED">
        <w:rPr>
          <w:rFonts w:cs="Sakkal Majalla"/>
          <w:color w:val="000000" w:themeColor="text1"/>
          <w:sz w:val="38"/>
          <w:szCs w:val="38"/>
          <w:rtl/>
        </w:rPr>
        <w:t>تعني</w:t>
      </w:r>
      <w:r w:rsidRPr="005117ED">
        <w:rPr>
          <w:rFonts w:cs="Sakkal Majalla"/>
          <w:color w:val="000000" w:themeColor="text1"/>
          <w:sz w:val="38"/>
          <w:szCs w:val="38"/>
        </w:rPr>
        <w:t xml:space="preserve"> </w:t>
      </w:r>
      <w:r w:rsidRPr="005117ED">
        <w:rPr>
          <w:rFonts w:cs="Sakkal Majalla"/>
          <w:color w:val="000000" w:themeColor="text1"/>
          <w:sz w:val="38"/>
          <w:szCs w:val="38"/>
          <w:rtl/>
        </w:rPr>
        <w:t>الحدود</w:t>
      </w:r>
      <w:r w:rsidRPr="005117ED">
        <w:rPr>
          <w:rFonts w:cs="Sakkal Majalla"/>
          <w:color w:val="000000" w:themeColor="text1"/>
          <w:sz w:val="38"/>
          <w:szCs w:val="38"/>
        </w:rPr>
        <w:t xml:space="preserve"> </w:t>
      </w:r>
      <w:r w:rsidRPr="005117ED">
        <w:rPr>
          <w:rFonts w:cs="Sakkal Majalla"/>
          <w:color w:val="000000" w:themeColor="text1"/>
          <w:sz w:val="38"/>
          <w:szCs w:val="38"/>
          <w:rtl/>
        </w:rPr>
        <w:t>اختلافًا</w:t>
      </w:r>
      <w:r w:rsidRPr="005117ED">
        <w:rPr>
          <w:rFonts w:cs="Sakkal Majalla"/>
          <w:color w:val="000000" w:themeColor="text1"/>
          <w:sz w:val="38"/>
          <w:szCs w:val="38"/>
        </w:rPr>
        <w:t xml:space="preserve"> </w:t>
      </w:r>
      <w:r w:rsidRPr="005117ED">
        <w:rPr>
          <w:rFonts w:cs="Sakkal Majalla"/>
          <w:color w:val="000000" w:themeColor="text1"/>
          <w:sz w:val="38"/>
          <w:szCs w:val="38"/>
          <w:rtl/>
        </w:rPr>
        <w:t>جوهريًا</w:t>
      </w:r>
      <w:r w:rsidRPr="005117ED">
        <w:rPr>
          <w:rFonts w:cs="Sakkal Majalla"/>
          <w:color w:val="000000" w:themeColor="text1"/>
          <w:sz w:val="38"/>
          <w:szCs w:val="38"/>
        </w:rPr>
        <w:t xml:space="preserve"> </w:t>
      </w:r>
      <w:r w:rsidRPr="005117ED">
        <w:rPr>
          <w:rFonts w:cs="Sakkal Majalla"/>
          <w:color w:val="000000" w:themeColor="text1"/>
          <w:sz w:val="38"/>
          <w:szCs w:val="38"/>
          <w:rtl/>
        </w:rPr>
        <w:t>حادًا</w:t>
      </w:r>
      <w:r w:rsidRPr="005117ED">
        <w:rPr>
          <w:rFonts w:cs="Sakkal Majalla"/>
          <w:color w:val="000000" w:themeColor="text1"/>
          <w:sz w:val="38"/>
          <w:szCs w:val="38"/>
        </w:rPr>
        <w:t xml:space="preserve"> </w:t>
      </w:r>
      <w:r w:rsidRPr="005117ED">
        <w:rPr>
          <w:rFonts w:cs="Sakkal Majalla"/>
          <w:color w:val="000000" w:themeColor="text1"/>
          <w:sz w:val="38"/>
          <w:szCs w:val="38"/>
          <w:rtl/>
        </w:rPr>
        <w:t>عند</w:t>
      </w:r>
      <w:r w:rsidRPr="005117ED">
        <w:rPr>
          <w:rFonts w:cs="Sakkal Majalla"/>
          <w:color w:val="000000" w:themeColor="text1"/>
          <w:sz w:val="38"/>
          <w:szCs w:val="38"/>
        </w:rPr>
        <w:t xml:space="preserve"> </w:t>
      </w:r>
      <w:r w:rsidRPr="005117ED">
        <w:rPr>
          <w:rFonts w:cs="Sakkal Majalla"/>
          <w:color w:val="000000" w:themeColor="text1"/>
          <w:sz w:val="38"/>
          <w:szCs w:val="38"/>
          <w:rtl/>
        </w:rPr>
        <w:t>كل</w:t>
      </w:r>
      <w:r w:rsidRPr="005117ED">
        <w:rPr>
          <w:rFonts w:cs="Sakkal Majalla"/>
          <w:color w:val="000000" w:themeColor="text1"/>
          <w:sz w:val="38"/>
          <w:szCs w:val="38"/>
        </w:rPr>
        <w:t xml:space="preserve"> </w:t>
      </w:r>
      <w:r w:rsidRPr="005117ED">
        <w:rPr>
          <w:rFonts w:cs="Sakkal Majalla"/>
          <w:color w:val="000000" w:themeColor="text1"/>
          <w:sz w:val="38"/>
          <w:szCs w:val="38"/>
          <w:rtl/>
        </w:rPr>
        <w:t>نقطة،</w:t>
      </w:r>
      <w:r w:rsidRPr="005117ED">
        <w:rPr>
          <w:rFonts w:cs="Sakkal Majalla"/>
          <w:color w:val="000000" w:themeColor="text1"/>
          <w:sz w:val="38"/>
          <w:szCs w:val="38"/>
        </w:rPr>
        <w:t xml:space="preserve"> </w:t>
      </w:r>
      <w:r w:rsidRPr="005117ED">
        <w:rPr>
          <w:rFonts w:cs="Sakkal Majalla"/>
          <w:color w:val="000000" w:themeColor="text1"/>
          <w:sz w:val="38"/>
          <w:szCs w:val="38"/>
          <w:rtl/>
        </w:rPr>
        <w:t>بل</w:t>
      </w:r>
      <w:r w:rsidRPr="005117ED">
        <w:rPr>
          <w:rFonts w:cs="Sakkal Majalla"/>
          <w:color w:val="000000" w:themeColor="text1"/>
          <w:sz w:val="38"/>
          <w:szCs w:val="38"/>
        </w:rPr>
        <w:t xml:space="preserve"> </w:t>
      </w:r>
      <w:r w:rsidRPr="005117ED">
        <w:rPr>
          <w:rFonts w:cs="Sakkal Majalla"/>
          <w:color w:val="000000" w:themeColor="text1"/>
          <w:sz w:val="38"/>
          <w:szCs w:val="38"/>
          <w:rtl/>
        </w:rPr>
        <w:t>هي</w:t>
      </w:r>
      <w:r w:rsidRPr="005117ED">
        <w:rPr>
          <w:rFonts w:cs="Sakkal Majalla"/>
          <w:color w:val="000000" w:themeColor="text1"/>
          <w:sz w:val="38"/>
          <w:szCs w:val="38"/>
        </w:rPr>
        <w:t xml:space="preserve"> </w:t>
      </w:r>
      <w:r w:rsidRPr="005117ED">
        <w:rPr>
          <w:rFonts w:cs="Sakkal Majalla"/>
          <w:color w:val="000000" w:themeColor="text1"/>
          <w:sz w:val="38"/>
          <w:szCs w:val="38"/>
          <w:rtl/>
        </w:rPr>
        <w:t>أداة</w:t>
      </w:r>
      <w:r w:rsidRPr="005117ED">
        <w:rPr>
          <w:rFonts w:cs="Sakkal Majalla"/>
          <w:color w:val="000000" w:themeColor="text1"/>
          <w:sz w:val="38"/>
          <w:szCs w:val="38"/>
        </w:rPr>
        <w:t xml:space="preserve"> </w:t>
      </w:r>
      <w:r w:rsidRPr="005117ED">
        <w:rPr>
          <w:rFonts w:cs="Sakkal Majalla"/>
          <w:color w:val="000000" w:themeColor="text1"/>
          <w:sz w:val="38"/>
          <w:szCs w:val="38"/>
          <w:rtl/>
        </w:rPr>
        <w:t>وصفية</w:t>
      </w:r>
      <w:r w:rsidRPr="005117ED">
        <w:rPr>
          <w:rFonts w:cs="Sakkal Majalla"/>
          <w:color w:val="000000" w:themeColor="text1"/>
          <w:sz w:val="38"/>
          <w:szCs w:val="38"/>
        </w:rPr>
        <w:t xml:space="preserve"> </w:t>
      </w:r>
      <w:r w:rsidRPr="005117ED">
        <w:rPr>
          <w:rFonts w:cs="Sakkal Majalla"/>
          <w:color w:val="000000" w:themeColor="text1"/>
          <w:sz w:val="38"/>
          <w:szCs w:val="38"/>
          <w:rtl/>
        </w:rPr>
        <w:t>تساعد</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توحيد</w:t>
      </w:r>
      <w:r w:rsidRPr="005117ED">
        <w:rPr>
          <w:rFonts w:cs="Sakkal Majalla"/>
          <w:color w:val="000000" w:themeColor="text1"/>
          <w:sz w:val="38"/>
          <w:szCs w:val="38"/>
        </w:rPr>
        <w:t xml:space="preserve"> </w:t>
      </w:r>
      <w:r w:rsidRPr="005117ED">
        <w:rPr>
          <w:rFonts w:cs="Sakkal Majalla"/>
          <w:color w:val="000000" w:themeColor="text1"/>
          <w:sz w:val="38"/>
          <w:szCs w:val="38"/>
          <w:rtl/>
        </w:rPr>
        <w:t>التفسير</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وتتضمن</w:t>
      </w:r>
      <w:r w:rsidRPr="005117ED">
        <w:rPr>
          <w:rFonts w:cs="Sakkal Majalla"/>
          <w:color w:val="000000" w:themeColor="text1"/>
          <w:sz w:val="38"/>
          <w:szCs w:val="38"/>
        </w:rPr>
        <w:t xml:space="preserve"> </w:t>
      </w:r>
      <w:r w:rsidRPr="005117ED">
        <w:rPr>
          <w:rFonts w:cs="Sakkal Majalla"/>
          <w:color w:val="000000" w:themeColor="text1"/>
          <w:sz w:val="38"/>
          <w:szCs w:val="38"/>
          <w:rtl/>
        </w:rPr>
        <w:t>مقدمة</w:t>
      </w:r>
      <w:r w:rsidRPr="005117ED">
        <w:rPr>
          <w:rFonts w:cs="Sakkal Majalla"/>
          <w:color w:val="000000" w:themeColor="text1"/>
          <w:sz w:val="38"/>
          <w:szCs w:val="38"/>
        </w:rPr>
        <w:t xml:space="preserve"> </w:t>
      </w:r>
      <w:r w:rsidRPr="005117ED">
        <w:rPr>
          <w:rFonts w:cs="Sakkal Majalla"/>
          <w:color w:val="000000" w:themeColor="text1"/>
          <w:sz w:val="38"/>
          <w:szCs w:val="38"/>
          <w:rtl/>
        </w:rPr>
        <w:t>الاستبانة</w:t>
      </w:r>
      <w:r w:rsidRPr="005117ED">
        <w:rPr>
          <w:rFonts w:cs="Sakkal Majalla"/>
          <w:color w:val="000000" w:themeColor="text1"/>
          <w:sz w:val="38"/>
          <w:szCs w:val="38"/>
        </w:rPr>
        <w:t xml:space="preserve"> </w:t>
      </w:r>
      <w:r w:rsidRPr="005117ED">
        <w:rPr>
          <w:rFonts w:cs="Sakkal Majalla"/>
          <w:color w:val="000000" w:themeColor="text1"/>
          <w:sz w:val="38"/>
          <w:szCs w:val="38"/>
          <w:rtl/>
        </w:rPr>
        <w:t>تعريفًا</w:t>
      </w:r>
      <w:r w:rsidRPr="005117ED">
        <w:rPr>
          <w:rFonts w:cs="Sakkal Majalla"/>
          <w:color w:val="000000" w:themeColor="text1"/>
          <w:sz w:val="38"/>
          <w:szCs w:val="38"/>
        </w:rPr>
        <w:t xml:space="preserve"> </w:t>
      </w:r>
      <w:r w:rsidRPr="005117ED">
        <w:rPr>
          <w:rFonts w:cs="Sakkal Majalla"/>
          <w:color w:val="000000" w:themeColor="text1"/>
          <w:sz w:val="38"/>
          <w:szCs w:val="38"/>
          <w:rtl/>
        </w:rPr>
        <w:t>مختصرًا</w:t>
      </w:r>
      <w:r w:rsidRPr="005117ED">
        <w:rPr>
          <w:rFonts w:cs="Sakkal Majalla"/>
          <w:color w:val="000000" w:themeColor="text1"/>
          <w:sz w:val="38"/>
          <w:szCs w:val="38"/>
        </w:rPr>
        <w:t xml:space="preserve"> </w:t>
      </w:r>
      <w:r w:rsidRPr="005117ED">
        <w:rPr>
          <w:rFonts w:cs="Sakkal Majalla"/>
          <w:color w:val="000000" w:themeColor="text1"/>
          <w:sz w:val="38"/>
          <w:szCs w:val="38"/>
          <w:rtl/>
        </w:rPr>
        <w:t>بالهدف،</w:t>
      </w:r>
      <w:r w:rsidRPr="005117ED">
        <w:rPr>
          <w:rFonts w:cs="Sakkal Majalla"/>
          <w:color w:val="000000" w:themeColor="text1"/>
          <w:sz w:val="38"/>
          <w:szCs w:val="38"/>
        </w:rPr>
        <w:t xml:space="preserve"> </w:t>
      </w:r>
      <w:r w:rsidRPr="005117ED">
        <w:rPr>
          <w:rFonts w:cs="Sakkal Majalla"/>
          <w:color w:val="000000" w:themeColor="text1"/>
          <w:sz w:val="38"/>
          <w:szCs w:val="38"/>
          <w:rtl/>
        </w:rPr>
        <w:t>وتأكيدًا</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السرية</w:t>
      </w:r>
      <w:r w:rsidRPr="005117ED">
        <w:rPr>
          <w:rFonts w:cs="Sakkal Majalla"/>
          <w:color w:val="000000" w:themeColor="text1"/>
          <w:sz w:val="38"/>
          <w:szCs w:val="38"/>
        </w:rPr>
        <w:t xml:space="preserve"> </w:t>
      </w:r>
      <w:r w:rsidRPr="005117ED">
        <w:rPr>
          <w:rFonts w:cs="Sakkal Majalla"/>
          <w:color w:val="000000" w:themeColor="text1"/>
          <w:sz w:val="38"/>
          <w:szCs w:val="38"/>
          <w:rtl/>
        </w:rPr>
        <w:t>والطوعية،</w:t>
      </w:r>
      <w:r w:rsidRPr="005117ED">
        <w:rPr>
          <w:rFonts w:cs="Sakkal Majalla"/>
          <w:color w:val="000000" w:themeColor="text1"/>
          <w:sz w:val="38"/>
          <w:szCs w:val="38"/>
        </w:rPr>
        <w:t xml:space="preserve"> </w:t>
      </w:r>
      <w:r w:rsidRPr="005117ED">
        <w:rPr>
          <w:rFonts w:cs="Sakkal Majalla"/>
          <w:color w:val="000000" w:themeColor="text1"/>
          <w:sz w:val="38"/>
          <w:szCs w:val="38"/>
          <w:rtl/>
        </w:rPr>
        <w:t>وتعليمات</w:t>
      </w:r>
      <w:r w:rsidRPr="005117ED">
        <w:rPr>
          <w:rFonts w:cs="Sakkal Majalla"/>
          <w:color w:val="000000" w:themeColor="text1"/>
          <w:sz w:val="38"/>
          <w:szCs w:val="38"/>
        </w:rPr>
        <w:t xml:space="preserve"> </w:t>
      </w:r>
      <w:r w:rsidRPr="005117ED">
        <w:rPr>
          <w:rFonts w:cs="Sakkal Majalla"/>
          <w:color w:val="000000" w:themeColor="text1"/>
          <w:sz w:val="38"/>
          <w:szCs w:val="38"/>
          <w:rtl/>
        </w:rPr>
        <w:t>تطلب</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المشارك</w:t>
      </w:r>
      <w:r w:rsidRPr="005117ED">
        <w:rPr>
          <w:rFonts w:cs="Sakkal Majalla"/>
          <w:color w:val="000000" w:themeColor="text1"/>
          <w:sz w:val="38"/>
          <w:szCs w:val="38"/>
        </w:rPr>
        <w:t xml:space="preserve"> </w:t>
      </w:r>
      <w:r w:rsidRPr="005117ED">
        <w:rPr>
          <w:rFonts w:cs="Sakkal Majalla"/>
          <w:color w:val="000000" w:themeColor="text1"/>
          <w:sz w:val="38"/>
          <w:szCs w:val="38"/>
          <w:rtl/>
        </w:rPr>
        <w:t>الإجابة</w:t>
      </w:r>
      <w:r w:rsidRPr="005117ED">
        <w:rPr>
          <w:rFonts w:cs="Sakkal Majalla"/>
          <w:color w:val="000000" w:themeColor="text1"/>
          <w:sz w:val="38"/>
          <w:szCs w:val="38"/>
        </w:rPr>
        <w:t xml:space="preserve"> </w:t>
      </w:r>
      <w:r w:rsidRPr="005117ED">
        <w:rPr>
          <w:rFonts w:cs="Sakkal Majalla"/>
          <w:color w:val="000000" w:themeColor="text1"/>
          <w:sz w:val="38"/>
          <w:szCs w:val="38"/>
          <w:rtl/>
        </w:rPr>
        <w:t>بناء</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تجربته</w:t>
      </w:r>
      <w:r w:rsidRPr="005117ED">
        <w:rPr>
          <w:rFonts w:cs="Sakkal Majalla"/>
          <w:color w:val="000000" w:themeColor="text1"/>
          <w:sz w:val="38"/>
          <w:szCs w:val="38"/>
        </w:rPr>
        <w:t xml:space="preserve"> </w:t>
      </w:r>
      <w:r w:rsidRPr="005117ED">
        <w:rPr>
          <w:rFonts w:cs="Sakkal Majalla"/>
          <w:color w:val="000000" w:themeColor="text1"/>
          <w:sz w:val="38"/>
          <w:szCs w:val="38"/>
          <w:rtl/>
        </w:rPr>
        <w:t>الحالية</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الصورة</w:t>
      </w:r>
      <w:r w:rsidRPr="005117ED">
        <w:rPr>
          <w:rFonts w:cs="Sakkal Majalla"/>
          <w:color w:val="000000" w:themeColor="text1"/>
          <w:sz w:val="38"/>
          <w:szCs w:val="38"/>
        </w:rPr>
        <w:t xml:space="preserve"> </w:t>
      </w:r>
      <w:r w:rsidRPr="005117ED">
        <w:rPr>
          <w:rFonts w:cs="Sakkal Majalla"/>
          <w:color w:val="000000" w:themeColor="text1"/>
          <w:sz w:val="38"/>
          <w:szCs w:val="38"/>
          <w:rtl/>
        </w:rPr>
        <w:t>المثالية</w:t>
      </w:r>
      <w:r w:rsidRPr="005117ED">
        <w:rPr>
          <w:rFonts w:cs="Sakkal Majalla"/>
          <w:color w:val="000000" w:themeColor="text1"/>
          <w:sz w:val="38"/>
          <w:szCs w:val="38"/>
        </w:rPr>
        <w:t xml:space="preserve">. </w:t>
      </w:r>
      <w:r w:rsidRPr="005117ED">
        <w:rPr>
          <w:rFonts w:cs="Sakkal Majalla"/>
          <w:color w:val="000000" w:themeColor="text1"/>
          <w:sz w:val="38"/>
          <w:szCs w:val="38"/>
          <w:rtl/>
        </w:rPr>
        <w:t>كما</w:t>
      </w:r>
      <w:r w:rsidRPr="005117ED">
        <w:rPr>
          <w:rFonts w:cs="Sakkal Majalla"/>
          <w:color w:val="000000" w:themeColor="text1"/>
          <w:sz w:val="38"/>
          <w:szCs w:val="38"/>
        </w:rPr>
        <w:t xml:space="preserve"> </w:t>
      </w:r>
      <w:r w:rsidRPr="005117ED">
        <w:rPr>
          <w:rFonts w:cs="Sakkal Majalla"/>
          <w:color w:val="000000" w:themeColor="text1"/>
          <w:sz w:val="38"/>
          <w:szCs w:val="38"/>
          <w:rtl/>
        </w:rPr>
        <w:t>تضمن</w:t>
      </w:r>
      <w:r w:rsidRPr="005117ED">
        <w:rPr>
          <w:rFonts w:cs="Sakkal Majalla"/>
          <w:color w:val="000000" w:themeColor="text1"/>
          <w:sz w:val="38"/>
          <w:szCs w:val="38"/>
        </w:rPr>
        <w:t xml:space="preserve"> </w:t>
      </w:r>
      <w:r w:rsidRPr="005117ED">
        <w:rPr>
          <w:rFonts w:cs="Sakkal Majalla"/>
          <w:color w:val="000000" w:themeColor="text1"/>
          <w:sz w:val="38"/>
          <w:szCs w:val="38"/>
          <w:rtl/>
        </w:rPr>
        <w:t>قسم</w:t>
      </w:r>
      <w:r w:rsidRPr="005117ED">
        <w:rPr>
          <w:rFonts w:cs="Sakkal Majalla"/>
          <w:color w:val="000000" w:themeColor="text1"/>
          <w:sz w:val="38"/>
          <w:szCs w:val="38"/>
        </w:rPr>
        <w:t xml:space="preserve"> </w:t>
      </w:r>
      <w:r w:rsidRPr="005117ED">
        <w:rPr>
          <w:rFonts w:cs="Sakkal Majalla"/>
          <w:color w:val="000000" w:themeColor="text1"/>
          <w:sz w:val="38"/>
          <w:szCs w:val="38"/>
          <w:rtl/>
        </w:rPr>
        <w:t>الخصائص</w:t>
      </w:r>
      <w:r w:rsidRPr="005117ED">
        <w:rPr>
          <w:rFonts w:cs="Sakkal Majalla"/>
          <w:color w:val="000000" w:themeColor="text1"/>
          <w:sz w:val="38"/>
          <w:szCs w:val="38"/>
        </w:rPr>
        <w:t xml:space="preserve"> </w:t>
      </w:r>
      <w:r w:rsidRPr="005117ED">
        <w:rPr>
          <w:rFonts w:cs="Sakkal Majalla"/>
          <w:color w:val="000000" w:themeColor="text1"/>
          <w:sz w:val="38"/>
          <w:szCs w:val="38"/>
          <w:rtl/>
        </w:rPr>
        <w:t>المتغيرات</w:t>
      </w:r>
      <w:r w:rsidRPr="005117ED">
        <w:rPr>
          <w:rFonts w:cs="Sakkal Majalla"/>
          <w:color w:val="000000" w:themeColor="text1"/>
          <w:sz w:val="38"/>
          <w:szCs w:val="38"/>
        </w:rPr>
        <w:t xml:space="preserve"> </w:t>
      </w:r>
      <w:r w:rsidRPr="005117ED">
        <w:rPr>
          <w:rFonts w:cs="Sakkal Majalla"/>
          <w:color w:val="000000" w:themeColor="text1"/>
          <w:sz w:val="38"/>
          <w:szCs w:val="38"/>
          <w:rtl/>
        </w:rPr>
        <w:t>اللازمة</w:t>
      </w:r>
      <w:r w:rsidRPr="005117ED">
        <w:rPr>
          <w:rFonts w:cs="Sakkal Majalla"/>
          <w:color w:val="000000" w:themeColor="text1"/>
          <w:sz w:val="38"/>
          <w:szCs w:val="38"/>
        </w:rPr>
        <w:t xml:space="preserve"> </w:t>
      </w:r>
      <w:r w:rsidRPr="005117ED">
        <w:rPr>
          <w:rFonts w:cs="Sakkal Majalla"/>
          <w:color w:val="000000" w:themeColor="text1"/>
          <w:sz w:val="38"/>
          <w:szCs w:val="38"/>
          <w:rtl/>
        </w:rPr>
        <w:t>لوصف</w:t>
      </w:r>
      <w:r w:rsidRPr="005117ED">
        <w:rPr>
          <w:rFonts w:cs="Sakkal Majalla"/>
          <w:color w:val="000000" w:themeColor="text1"/>
          <w:sz w:val="38"/>
          <w:szCs w:val="38"/>
        </w:rPr>
        <w:t xml:space="preserve"> </w:t>
      </w:r>
      <w:r w:rsidRPr="005117ED">
        <w:rPr>
          <w:rFonts w:cs="Sakkal Majalla"/>
          <w:color w:val="000000" w:themeColor="text1"/>
          <w:sz w:val="38"/>
          <w:szCs w:val="38"/>
          <w:rtl/>
        </w:rPr>
        <w:t>العينة</w:t>
      </w:r>
      <w:r w:rsidRPr="005117ED">
        <w:rPr>
          <w:rFonts w:cs="Sakkal Majalla"/>
          <w:color w:val="000000" w:themeColor="text1"/>
          <w:sz w:val="38"/>
          <w:szCs w:val="38"/>
        </w:rPr>
        <w:t xml:space="preserve"> </w:t>
      </w:r>
      <w:r w:rsidRPr="005117ED">
        <w:rPr>
          <w:rFonts w:cs="Sakkal Majalla"/>
          <w:color w:val="000000" w:themeColor="text1"/>
          <w:sz w:val="38"/>
          <w:szCs w:val="38"/>
          <w:rtl/>
        </w:rPr>
        <w:t>واختبار</w:t>
      </w:r>
      <w:r w:rsidRPr="005117ED">
        <w:rPr>
          <w:rFonts w:cs="Sakkal Majalla"/>
          <w:color w:val="000000" w:themeColor="text1"/>
          <w:sz w:val="38"/>
          <w:szCs w:val="38"/>
        </w:rPr>
        <w:t xml:space="preserve"> </w:t>
      </w:r>
      <w:r w:rsidRPr="005117ED">
        <w:rPr>
          <w:rFonts w:cs="Sakkal Majalla"/>
          <w:color w:val="000000" w:themeColor="text1"/>
          <w:sz w:val="38"/>
          <w:szCs w:val="38"/>
          <w:rtl/>
        </w:rPr>
        <w:t>الفروق</w:t>
      </w:r>
      <w:r w:rsidRPr="005117ED">
        <w:rPr>
          <w:rFonts w:cs="Sakkal Majalla"/>
          <w:color w:val="000000" w:themeColor="text1"/>
          <w:sz w:val="38"/>
          <w:szCs w:val="38"/>
        </w:rPr>
        <w:t xml:space="preserve"> </w:t>
      </w:r>
      <w:r w:rsidRPr="005117ED">
        <w:rPr>
          <w:rFonts w:cs="Sakkal Majalla"/>
          <w:color w:val="000000" w:themeColor="text1"/>
          <w:sz w:val="38"/>
          <w:szCs w:val="38"/>
          <w:rtl/>
        </w:rPr>
        <w:t>فقط،</w:t>
      </w:r>
      <w:r w:rsidRPr="005117ED">
        <w:rPr>
          <w:rFonts w:cs="Sakkal Majalla"/>
          <w:color w:val="000000" w:themeColor="text1"/>
          <w:sz w:val="38"/>
          <w:szCs w:val="38"/>
        </w:rPr>
        <w:t xml:space="preserve"> </w:t>
      </w:r>
      <w:r w:rsidRPr="005117ED">
        <w:rPr>
          <w:rFonts w:cs="Sakkal Majalla"/>
          <w:color w:val="000000" w:themeColor="text1"/>
          <w:sz w:val="38"/>
          <w:szCs w:val="38"/>
          <w:rtl/>
        </w:rPr>
        <w:t>وتجنب</w:t>
      </w:r>
      <w:r w:rsidRPr="005117ED">
        <w:rPr>
          <w:rFonts w:cs="Sakkal Majalla"/>
          <w:color w:val="000000" w:themeColor="text1"/>
          <w:sz w:val="38"/>
          <w:szCs w:val="38"/>
        </w:rPr>
        <w:t xml:space="preserve"> </w:t>
      </w:r>
      <w:r w:rsidRPr="005117ED">
        <w:rPr>
          <w:rFonts w:cs="Sakkal Majalla"/>
          <w:color w:val="000000" w:themeColor="text1"/>
          <w:sz w:val="38"/>
          <w:szCs w:val="38"/>
          <w:rtl/>
        </w:rPr>
        <w:t>أسئلة</w:t>
      </w:r>
      <w:r w:rsidRPr="005117ED">
        <w:rPr>
          <w:rFonts w:cs="Sakkal Majalla"/>
          <w:color w:val="000000" w:themeColor="text1"/>
          <w:sz w:val="38"/>
          <w:szCs w:val="38"/>
        </w:rPr>
        <w:t xml:space="preserve"> </w:t>
      </w:r>
      <w:r w:rsidRPr="005117ED">
        <w:rPr>
          <w:rFonts w:cs="Sakkal Majalla"/>
          <w:color w:val="000000" w:themeColor="text1"/>
          <w:sz w:val="38"/>
          <w:szCs w:val="38"/>
          <w:rtl/>
        </w:rPr>
        <w:t>قد</w:t>
      </w:r>
      <w:r w:rsidRPr="005117ED">
        <w:rPr>
          <w:rFonts w:cs="Sakkal Majalla"/>
          <w:color w:val="000000" w:themeColor="text1"/>
          <w:sz w:val="38"/>
          <w:szCs w:val="38"/>
        </w:rPr>
        <w:t xml:space="preserve"> </w:t>
      </w:r>
      <w:r w:rsidRPr="005117ED">
        <w:rPr>
          <w:rFonts w:cs="Sakkal Majalla"/>
          <w:color w:val="000000" w:themeColor="text1"/>
          <w:sz w:val="38"/>
          <w:szCs w:val="38"/>
          <w:rtl/>
        </w:rPr>
        <w:t>تكشف</w:t>
      </w:r>
      <w:r w:rsidRPr="005117ED">
        <w:rPr>
          <w:rFonts w:cs="Sakkal Majalla"/>
          <w:color w:val="000000" w:themeColor="text1"/>
          <w:sz w:val="38"/>
          <w:szCs w:val="38"/>
        </w:rPr>
        <w:t xml:space="preserve"> </w:t>
      </w:r>
      <w:r w:rsidRPr="005117ED">
        <w:rPr>
          <w:rFonts w:cs="Sakkal Majalla"/>
          <w:color w:val="000000" w:themeColor="text1"/>
          <w:sz w:val="38"/>
          <w:szCs w:val="38"/>
          <w:rtl/>
        </w:rPr>
        <w:t>هوية</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المنشأة</w:t>
      </w:r>
      <w:r w:rsidRPr="005117ED">
        <w:rPr>
          <w:rFonts w:cs="Sakkal Majalla"/>
          <w:color w:val="000000" w:themeColor="text1"/>
          <w:sz w:val="38"/>
          <w:szCs w:val="38"/>
        </w:rPr>
        <w:t xml:space="preserve">. </w:t>
      </w:r>
      <w:r w:rsidRPr="005117ED">
        <w:rPr>
          <w:rFonts w:cs="Sakkal Majalla"/>
          <w:color w:val="000000" w:themeColor="text1"/>
          <w:sz w:val="38"/>
          <w:szCs w:val="38"/>
          <w:rtl/>
        </w:rPr>
        <w:t>ويعد</w:t>
      </w:r>
      <w:r w:rsidRPr="005117ED">
        <w:rPr>
          <w:rFonts w:cs="Sakkal Majalla"/>
          <w:color w:val="000000" w:themeColor="text1"/>
          <w:sz w:val="38"/>
          <w:szCs w:val="38"/>
        </w:rPr>
        <w:t xml:space="preserve"> </w:t>
      </w:r>
      <w:r w:rsidRPr="005117ED">
        <w:rPr>
          <w:rFonts w:cs="Sakkal Majalla"/>
          <w:color w:val="000000" w:themeColor="text1"/>
          <w:sz w:val="38"/>
          <w:szCs w:val="38"/>
          <w:rtl/>
        </w:rPr>
        <w:t>تقليل</w:t>
      </w:r>
      <w:r w:rsidRPr="005117ED">
        <w:rPr>
          <w:rFonts w:cs="Sakkal Majalla"/>
          <w:color w:val="000000" w:themeColor="text1"/>
          <w:sz w:val="38"/>
          <w:szCs w:val="38"/>
        </w:rPr>
        <w:t xml:space="preserve"> </w:t>
      </w:r>
      <w:r w:rsidRPr="005117ED">
        <w:rPr>
          <w:rFonts w:cs="Sakkal Majalla"/>
          <w:color w:val="000000" w:themeColor="text1"/>
          <w:sz w:val="38"/>
          <w:szCs w:val="38"/>
          <w:rtl/>
        </w:rPr>
        <w:t>البيانات</w:t>
      </w:r>
      <w:r w:rsidRPr="005117ED">
        <w:rPr>
          <w:rFonts w:cs="Sakkal Majalla"/>
          <w:color w:val="000000" w:themeColor="text1"/>
          <w:sz w:val="38"/>
          <w:szCs w:val="38"/>
        </w:rPr>
        <w:t xml:space="preserve"> </w:t>
      </w:r>
      <w:r w:rsidRPr="005117ED">
        <w:rPr>
          <w:rFonts w:cs="Sakkal Majalla"/>
          <w:color w:val="000000" w:themeColor="text1"/>
          <w:sz w:val="38"/>
          <w:szCs w:val="38"/>
          <w:rtl/>
        </w:rPr>
        <w:t>الشخصية</w:t>
      </w:r>
      <w:r w:rsidRPr="005117ED">
        <w:rPr>
          <w:rFonts w:cs="Sakkal Majalla"/>
          <w:color w:val="000000" w:themeColor="text1"/>
          <w:sz w:val="38"/>
          <w:szCs w:val="38"/>
        </w:rPr>
        <w:t xml:space="preserve"> </w:t>
      </w:r>
      <w:r w:rsidRPr="005117ED">
        <w:rPr>
          <w:rFonts w:cs="Sakkal Majalla"/>
          <w:color w:val="000000" w:themeColor="text1"/>
          <w:sz w:val="38"/>
          <w:szCs w:val="38"/>
          <w:rtl/>
        </w:rPr>
        <w:t>مبدأ</w:t>
      </w:r>
      <w:r w:rsidRPr="005117ED">
        <w:rPr>
          <w:rFonts w:cs="Sakkal Majalla"/>
          <w:color w:val="000000" w:themeColor="text1"/>
          <w:sz w:val="38"/>
          <w:szCs w:val="38"/>
        </w:rPr>
        <w:t xml:space="preserve"> </w:t>
      </w:r>
      <w:r w:rsidRPr="005117ED">
        <w:rPr>
          <w:rFonts w:cs="Sakkal Majalla"/>
          <w:color w:val="000000" w:themeColor="text1"/>
          <w:sz w:val="38"/>
          <w:szCs w:val="38"/>
          <w:rtl/>
        </w:rPr>
        <w:t>أساسيًا</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حماية</w:t>
      </w:r>
      <w:r w:rsidRPr="005117ED">
        <w:rPr>
          <w:rFonts w:cs="Sakkal Majalla"/>
          <w:color w:val="000000" w:themeColor="text1"/>
          <w:sz w:val="38"/>
          <w:szCs w:val="38"/>
        </w:rPr>
        <w:t xml:space="preserve"> </w:t>
      </w:r>
      <w:r w:rsidRPr="005117ED">
        <w:rPr>
          <w:rFonts w:cs="Sakkal Majalla"/>
          <w:color w:val="000000" w:themeColor="text1"/>
          <w:sz w:val="38"/>
          <w:szCs w:val="38"/>
          <w:rtl/>
        </w:rPr>
        <w:t>المشاركين</w:t>
      </w:r>
      <w:r w:rsidRPr="005117ED">
        <w:rPr>
          <w:rFonts w:cs="Sakkal Majalla"/>
          <w:color w:val="000000" w:themeColor="text1"/>
          <w:sz w:val="38"/>
          <w:szCs w:val="38"/>
        </w:rPr>
        <w:t>.</w:t>
      </w:r>
    </w:p>
    <w:p w:rsidR="00FD5E07" w:rsidRPr="005117ED" w:rsidRDefault="00FD5E07" w:rsidP="00FD5E07">
      <w:pPr>
        <w:spacing w:before="0"/>
        <w:ind w:firstLine="0"/>
        <w:jc w:val="left"/>
        <w:outlineLvl w:val="0"/>
        <w:rPr>
          <w:rFonts w:eastAsia="Times New Roman" w:cs="Sakkal Majalla"/>
          <w:b/>
          <w:bCs/>
          <w:color w:val="000000" w:themeColor="text1"/>
          <w:sz w:val="40"/>
          <w:szCs w:val="40"/>
        </w:rPr>
      </w:pPr>
      <w:bookmarkStart w:id="65" w:name="_Toc233322013"/>
      <w:r w:rsidRPr="005117ED">
        <w:rPr>
          <w:rFonts w:eastAsia="Times New Roman" w:cs="Sakkal Majalla"/>
          <w:b/>
          <w:bCs/>
          <w:color w:val="000000" w:themeColor="text1"/>
          <w:sz w:val="40"/>
          <w:szCs w:val="40"/>
          <w:rtl/>
        </w:rPr>
        <w:t>عاشرًا</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أدلة</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الصدق</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والثبات</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والدراسة</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الاستطلاعية</w:t>
      </w:r>
      <w:bookmarkEnd w:id="65"/>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يقصد</w:t>
      </w:r>
      <w:r w:rsidRPr="005117ED">
        <w:rPr>
          <w:rFonts w:cs="Sakkal Majalla"/>
          <w:color w:val="000000" w:themeColor="text1"/>
          <w:sz w:val="38"/>
          <w:szCs w:val="38"/>
        </w:rPr>
        <w:t xml:space="preserve"> </w:t>
      </w:r>
      <w:r w:rsidRPr="005117ED">
        <w:rPr>
          <w:rFonts w:cs="Sakkal Majalla"/>
          <w:color w:val="000000" w:themeColor="text1"/>
          <w:sz w:val="38"/>
          <w:szCs w:val="38"/>
          <w:rtl/>
        </w:rPr>
        <w:t>بصدق</w:t>
      </w:r>
      <w:r w:rsidRPr="005117ED">
        <w:rPr>
          <w:rFonts w:cs="Sakkal Majalla"/>
          <w:color w:val="000000" w:themeColor="text1"/>
          <w:sz w:val="38"/>
          <w:szCs w:val="38"/>
        </w:rPr>
        <w:t xml:space="preserve"> </w:t>
      </w:r>
      <w:r w:rsidRPr="005117ED">
        <w:rPr>
          <w:rFonts w:cs="Sakkal Majalla"/>
          <w:color w:val="000000" w:themeColor="text1"/>
          <w:sz w:val="38"/>
          <w:szCs w:val="38"/>
          <w:rtl/>
        </w:rPr>
        <w:t>المحتوى</w:t>
      </w:r>
      <w:r w:rsidRPr="005117ED">
        <w:rPr>
          <w:rFonts w:cs="Sakkal Majalla"/>
          <w:color w:val="000000" w:themeColor="text1"/>
          <w:sz w:val="38"/>
          <w:szCs w:val="38"/>
        </w:rPr>
        <w:t xml:space="preserve"> </w:t>
      </w:r>
      <w:r w:rsidRPr="005117ED">
        <w:rPr>
          <w:rFonts w:cs="Sakkal Majalla"/>
          <w:color w:val="000000" w:themeColor="text1"/>
          <w:sz w:val="38"/>
          <w:szCs w:val="38"/>
          <w:rtl/>
        </w:rPr>
        <w:t>مدى</w:t>
      </w:r>
      <w:r w:rsidRPr="005117ED">
        <w:rPr>
          <w:rFonts w:cs="Sakkal Majalla"/>
          <w:color w:val="000000" w:themeColor="text1"/>
          <w:sz w:val="38"/>
          <w:szCs w:val="38"/>
        </w:rPr>
        <w:t xml:space="preserve"> </w:t>
      </w:r>
      <w:r w:rsidRPr="005117ED">
        <w:rPr>
          <w:rFonts w:cs="Sakkal Majalla"/>
          <w:color w:val="000000" w:themeColor="text1"/>
          <w:sz w:val="38"/>
          <w:szCs w:val="38"/>
          <w:rtl/>
        </w:rPr>
        <w:t>تمثيل</w:t>
      </w:r>
      <w:r w:rsidRPr="005117ED">
        <w:rPr>
          <w:rFonts w:cs="Sakkal Majalla"/>
          <w:color w:val="000000" w:themeColor="text1"/>
          <w:sz w:val="38"/>
          <w:szCs w:val="38"/>
        </w:rPr>
        <w:t xml:space="preserve"> </w:t>
      </w:r>
      <w:r w:rsidRPr="005117ED">
        <w:rPr>
          <w:rFonts w:cs="Sakkal Majalla"/>
          <w:color w:val="000000" w:themeColor="text1"/>
          <w:sz w:val="38"/>
          <w:szCs w:val="38"/>
          <w:rtl/>
        </w:rPr>
        <w:t>الفقرات</w:t>
      </w:r>
      <w:r w:rsidRPr="005117ED">
        <w:rPr>
          <w:rFonts w:cs="Sakkal Majalla"/>
          <w:color w:val="000000" w:themeColor="text1"/>
          <w:sz w:val="38"/>
          <w:szCs w:val="38"/>
        </w:rPr>
        <w:t xml:space="preserve"> </w:t>
      </w:r>
      <w:r w:rsidRPr="005117ED">
        <w:rPr>
          <w:rFonts w:cs="Sakkal Majalla"/>
          <w:color w:val="000000" w:themeColor="text1"/>
          <w:sz w:val="38"/>
          <w:szCs w:val="38"/>
          <w:rtl/>
        </w:rPr>
        <w:t>لمجال</w:t>
      </w:r>
      <w:r w:rsidRPr="005117ED">
        <w:rPr>
          <w:rFonts w:cs="Sakkal Majalla"/>
          <w:color w:val="000000" w:themeColor="text1"/>
          <w:sz w:val="38"/>
          <w:szCs w:val="38"/>
        </w:rPr>
        <w:t xml:space="preserve"> </w:t>
      </w:r>
      <w:r w:rsidRPr="005117ED">
        <w:rPr>
          <w:rFonts w:cs="Sakkal Majalla"/>
          <w:color w:val="000000" w:themeColor="text1"/>
          <w:sz w:val="38"/>
          <w:szCs w:val="38"/>
          <w:rtl/>
        </w:rPr>
        <w:t>البناء</w:t>
      </w:r>
      <w:r w:rsidRPr="005117ED">
        <w:rPr>
          <w:rFonts w:cs="Sakkal Majalla"/>
          <w:color w:val="000000" w:themeColor="text1"/>
          <w:sz w:val="38"/>
          <w:szCs w:val="38"/>
        </w:rPr>
        <w:t xml:space="preserve"> </w:t>
      </w:r>
      <w:r w:rsidRPr="005117ED">
        <w:rPr>
          <w:rFonts w:cs="Sakkal Majalla"/>
          <w:color w:val="000000" w:themeColor="text1"/>
          <w:sz w:val="38"/>
          <w:szCs w:val="38"/>
          <w:rtl/>
        </w:rPr>
        <w:t>النظري</w:t>
      </w:r>
      <w:r w:rsidRPr="005117ED">
        <w:rPr>
          <w:rFonts w:cs="Sakkal Majalla"/>
          <w:color w:val="000000" w:themeColor="text1"/>
          <w:sz w:val="38"/>
          <w:szCs w:val="38"/>
        </w:rPr>
        <w:t xml:space="preserve">. </w:t>
      </w:r>
      <w:r w:rsidRPr="005117ED">
        <w:rPr>
          <w:rFonts w:cs="Sakkal Majalla"/>
          <w:color w:val="000000" w:themeColor="text1"/>
          <w:sz w:val="38"/>
          <w:szCs w:val="38"/>
          <w:rtl/>
        </w:rPr>
        <w:t>وللتحقق</w:t>
      </w:r>
      <w:r w:rsidRPr="005117ED">
        <w:rPr>
          <w:rFonts w:cs="Sakkal Majalla"/>
          <w:color w:val="000000" w:themeColor="text1"/>
          <w:sz w:val="38"/>
          <w:szCs w:val="38"/>
        </w:rPr>
        <w:t xml:space="preserve"> </w:t>
      </w:r>
      <w:r w:rsidRPr="005117ED">
        <w:rPr>
          <w:rFonts w:cs="Sakkal Majalla"/>
          <w:color w:val="000000" w:themeColor="text1"/>
          <w:sz w:val="38"/>
          <w:szCs w:val="38"/>
          <w:rtl/>
        </w:rPr>
        <w:t>منه</w:t>
      </w:r>
      <w:r w:rsidRPr="005117ED">
        <w:rPr>
          <w:rFonts w:cs="Sakkal Majalla"/>
          <w:color w:val="000000" w:themeColor="text1"/>
          <w:sz w:val="38"/>
          <w:szCs w:val="38"/>
        </w:rPr>
        <w:t xml:space="preserve"> </w:t>
      </w:r>
      <w:r w:rsidRPr="005117ED">
        <w:rPr>
          <w:rFonts w:cs="Sakkal Majalla"/>
          <w:color w:val="000000" w:themeColor="text1"/>
          <w:sz w:val="38"/>
          <w:szCs w:val="38"/>
          <w:rtl/>
        </w:rPr>
        <w:t>تعرض</w:t>
      </w:r>
      <w:r w:rsidRPr="005117ED">
        <w:rPr>
          <w:rFonts w:cs="Sakkal Majalla"/>
          <w:color w:val="000000" w:themeColor="text1"/>
          <w:sz w:val="38"/>
          <w:szCs w:val="38"/>
        </w:rPr>
        <w:t xml:space="preserve"> </w:t>
      </w:r>
      <w:r w:rsidRPr="005117ED">
        <w:rPr>
          <w:rFonts w:cs="Sakkal Majalla"/>
          <w:color w:val="000000" w:themeColor="text1"/>
          <w:sz w:val="38"/>
          <w:szCs w:val="38"/>
          <w:rtl/>
        </w:rPr>
        <w:t>النسخة</w:t>
      </w:r>
      <w:r w:rsidRPr="005117ED">
        <w:rPr>
          <w:rFonts w:cs="Sakkal Majalla"/>
          <w:color w:val="000000" w:themeColor="text1"/>
          <w:sz w:val="38"/>
          <w:szCs w:val="38"/>
        </w:rPr>
        <w:t xml:space="preserve"> </w:t>
      </w:r>
      <w:r w:rsidRPr="005117ED">
        <w:rPr>
          <w:rFonts w:cs="Sakkal Majalla"/>
          <w:color w:val="000000" w:themeColor="text1"/>
          <w:sz w:val="38"/>
          <w:szCs w:val="38"/>
          <w:rtl/>
        </w:rPr>
        <w:t>الأولية</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محكمين</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الإدارة</w:t>
      </w:r>
      <w:r w:rsidRPr="005117ED">
        <w:rPr>
          <w:rFonts w:cs="Sakkal Majalla"/>
          <w:color w:val="000000" w:themeColor="text1"/>
          <w:sz w:val="38"/>
          <w:szCs w:val="38"/>
        </w:rPr>
        <w:t xml:space="preserve"> </w:t>
      </w:r>
      <w:r w:rsidRPr="005117ED">
        <w:rPr>
          <w:rFonts w:cs="Sakkal Majalla"/>
          <w:color w:val="000000" w:themeColor="text1"/>
          <w:sz w:val="38"/>
          <w:szCs w:val="38"/>
          <w:rtl/>
        </w:rPr>
        <w:t>والسلوك</w:t>
      </w:r>
      <w:r w:rsidRPr="005117ED">
        <w:rPr>
          <w:rFonts w:cs="Sakkal Majalla"/>
          <w:color w:val="000000" w:themeColor="text1"/>
          <w:sz w:val="38"/>
          <w:szCs w:val="38"/>
        </w:rPr>
        <w:t xml:space="preserve"> </w:t>
      </w:r>
      <w:r w:rsidRPr="005117ED">
        <w:rPr>
          <w:rFonts w:cs="Sakkal Majalla"/>
          <w:color w:val="000000" w:themeColor="text1"/>
          <w:sz w:val="38"/>
          <w:szCs w:val="38"/>
          <w:rtl/>
        </w:rPr>
        <w:t>التنظيمي</w:t>
      </w:r>
      <w:r w:rsidRPr="005117ED">
        <w:rPr>
          <w:rFonts w:cs="Sakkal Majalla"/>
          <w:color w:val="000000" w:themeColor="text1"/>
          <w:sz w:val="38"/>
          <w:szCs w:val="38"/>
        </w:rPr>
        <w:t xml:space="preserve"> </w:t>
      </w:r>
      <w:r w:rsidRPr="005117ED">
        <w:rPr>
          <w:rFonts w:cs="Sakkal Majalla"/>
          <w:color w:val="000000" w:themeColor="text1"/>
          <w:sz w:val="38"/>
          <w:szCs w:val="38"/>
          <w:rtl/>
        </w:rPr>
        <w:t>والقياس،</w:t>
      </w:r>
      <w:r w:rsidRPr="005117ED">
        <w:rPr>
          <w:rFonts w:cs="Sakkal Majalla"/>
          <w:color w:val="000000" w:themeColor="text1"/>
          <w:sz w:val="38"/>
          <w:szCs w:val="38"/>
        </w:rPr>
        <w:t xml:space="preserve"> </w:t>
      </w:r>
      <w:r w:rsidRPr="005117ED">
        <w:rPr>
          <w:rFonts w:cs="Sakkal Majalla"/>
          <w:color w:val="000000" w:themeColor="text1"/>
          <w:sz w:val="38"/>
          <w:szCs w:val="38"/>
          <w:rtl/>
        </w:rPr>
        <w:t>ويطلب</w:t>
      </w:r>
      <w:r w:rsidRPr="005117ED">
        <w:rPr>
          <w:rFonts w:cs="Sakkal Majalla"/>
          <w:color w:val="000000" w:themeColor="text1"/>
          <w:sz w:val="38"/>
          <w:szCs w:val="38"/>
        </w:rPr>
        <w:t xml:space="preserve"> </w:t>
      </w:r>
      <w:r w:rsidRPr="005117ED">
        <w:rPr>
          <w:rFonts w:cs="Sakkal Majalla"/>
          <w:color w:val="000000" w:themeColor="text1"/>
          <w:sz w:val="38"/>
          <w:szCs w:val="38"/>
          <w:rtl/>
        </w:rPr>
        <w:t>منهم</w:t>
      </w:r>
      <w:r w:rsidRPr="005117ED">
        <w:rPr>
          <w:rFonts w:cs="Sakkal Majalla"/>
          <w:color w:val="000000" w:themeColor="text1"/>
          <w:sz w:val="38"/>
          <w:szCs w:val="38"/>
        </w:rPr>
        <w:t xml:space="preserve"> </w:t>
      </w:r>
      <w:r w:rsidRPr="005117ED">
        <w:rPr>
          <w:rFonts w:cs="Sakkal Majalla"/>
          <w:color w:val="000000" w:themeColor="text1"/>
          <w:sz w:val="38"/>
          <w:szCs w:val="38"/>
          <w:rtl/>
        </w:rPr>
        <w:t>تقييم</w:t>
      </w:r>
      <w:r w:rsidRPr="005117ED">
        <w:rPr>
          <w:rFonts w:cs="Sakkal Majalla"/>
          <w:color w:val="000000" w:themeColor="text1"/>
          <w:sz w:val="38"/>
          <w:szCs w:val="38"/>
        </w:rPr>
        <w:t xml:space="preserve"> </w:t>
      </w:r>
      <w:r w:rsidRPr="005117ED">
        <w:rPr>
          <w:rFonts w:cs="Sakkal Majalla"/>
          <w:color w:val="000000" w:themeColor="text1"/>
          <w:sz w:val="38"/>
          <w:szCs w:val="38"/>
          <w:rtl/>
        </w:rPr>
        <w:t>وضوح</w:t>
      </w:r>
      <w:r w:rsidRPr="005117ED">
        <w:rPr>
          <w:rFonts w:cs="Sakkal Majalla"/>
          <w:color w:val="000000" w:themeColor="text1"/>
          <w:sz w:val="38"/>
          <w:szCs w:val="38"/>
        </w:rPr>
        <w:t xml:space="preserve"> </w:t>
      </w:r>
      <w:r w:rsidRPr="005117ED">
        <w:rPr>
          <w:rFonts w:cs="Sakkal Majalla"/>
          <w:color w:val="000000" w:themeColor="text1"/>
          <w:sz w:val="38"/>
          <w:szCs w:val="38"/>
          <w:rtl/>
        </w:rPr>
        <w:t>العبارة</w:t>
      </w:r>
      <w:r w:rsidRPr="005117ED">
        <w:rPr>
          <w:rFonts w:cs="Sakkal Majalla"/>
          <w:color w:val="000000" w:themeColor="text1"/>
          <w:sz w:val="38"/>
          <w:szCs w:val="38"/>
        </w:rPr>
        <w:t xml:space="preserve"> </w:t>
      </w:r>
      <w:r w:rsidRPr="005117ED">
        <w:rPr>
          <w:rFonts w:cs="Sakkal Majalla"/>
          <w:color w:val="000000" w:themeColor="text1"/>
          <w:sz w:val="38"/>
          <w:szCs w:val="38"/>
          <w:rtl/>
        </w:rPr>
        <w:t>وانتمائها</w:t>
      </w:r>
      <w:r w:rsidRPr="005117ED">
        <w:rPr>
          <w:rFonts w:cs="Sakkal Majalla"/>
          <w:color w:val="000000" w:themeColor="text1"/>
          <w:sz w:val="38"/>
          <w:szCs w:val="38"/>
        </w:rPr>
        <w:t xml:space="preserve"> </w:t>
      </w:r>
      <w:r w:rsidRPr="005117ED">
        <w:rPr>
          <w:rFonts w:cs="Sakkal Majalla"/>
          <w:color w:val="000000" w:themeColor="text1"/>
          <w:sz w:val="38"/>
          <w:szCs w:val="38"/>
          <w:rtl/>
        </w:rPr>
        <w:t>وبعدها</w:t>
      </w:r>
      <w:r w:rsidRPr="005117ED">
        <w:rPr>
          <w:rFonts w:cs="Sakkal Majalla"/>
          <w:color w:val="000000" w:themeColor="text1"/>
          <w:sz w:val="38"/>
          <w:szCs w:val="38"/>
        </w:rPr>
        <w:t xml:space="preserve"> </w:t>
      </w:r>
      <w:r w:rsidRPr="005117ED">
        <w:rPr>
          <w:rFonts w:cs="Sakkal Majalla"/>
          <w:color w:val="000000" w:themeColor="text1"/>
          <w:sz w:val="38"/>
          <w:szCs w:val="38"/>
          <w:rtl/>
        </w:rPr>
        <w:t>اللغوي</w:t>
      </w:r>
      <w:r w:rsidRPr="005117ED">
        <w:rPr>
          <w:rFonts w:cs="Sakkal Majalla"/>
          <w:color w:val="000000" w:themeColor="text1"/>
          <w:sz w:val="38"/>
          <w:szCs w:val="38"/>
        </w:rPr>
        <w:t xml:space="preserve"> </w:t>
      </w:r>
      <w:r w:rsidRPr="005117ED">
        <w:rPr>
          <w:rFonts w:cs="Sakkal Majalla"/>
          <w:color w:val="000000" w:themeColor="text1"/>
          <w:sz w:val="38"/>
          <w:szCs w:val="38"/>
          <w:rtl/>
        </w:rPr>
        <w:t>وأهميتها،</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مساحة</w:t>
      </w:r>
      <w:r w:rsidRPr="005117ED">
        <w:rPr>
          <w:rFonts w:cs="Sakkal Majalla"/>
          <w:color w:val="000000" w:themeColor="text1"/>
          <w:sz w:val="38"/>
          <w:szCs w:val="38"/>
        </w:rPr>
        <w:t xml:space="preserve"> </w:t>
      </w:r>
      <w:r w:rsidRPr="005117ED">
        <w:rPr>
          <w:rFonts w:cs="Sakkal Majalla"/>
          <w:color w:val="000000" w:themeColor="text1"/>
          <w:sz w:val="38"/>
          <w:szCs w:val="38"/>
          <w:rtl/>
        </w:rPr>
        <w:t>للتعديل</w:t>
      </w:r>
      <w:r w:rsidRPr="005117ED">
        <w:rPr>
          <w:rFonts w:cs="Sakkal Majalla"/>
          <w:color w:val="000000" w:themeColor="text1"/>
          <w:sz w:val="38"/>
          <w:szCs w:val="38"/>
        </w:rPr>
        <w:t xml:space="preserve"> </w:t>
      </w:r>
      <w:r w:rsidRPr="005117ED">
        <w:rPr>
          <w:rFonts w:cs="Sakkal Majalla"/>
          <w:color w:val="000000" w:themeColor="text1"/>
          <w:sz w:val="38"/>
          <w:szCs w:val="38"/>
          <w:rtl/>
        </w:rPr>
        <w:t>والحذف</w:t>
      </w:r>
      <w:r w:rsidRPr="005117ED">
        <w:rPr>
          <w:rFonts w:cs="Sakkal Majalla"/>
          <w:color w:val="000000" w:themeColor="text1"/>
          <w:sz w:val="38"/>
          <w:szCs w:val="38"/>
        </w:rPr>
        <w:t xml:space="preserve"> </w:t>
      </w:r>
      <w:r w:rsidRPr="005117ED">
        <w:rPr>
          <w:rFonts w:cs="Sakkal Majalla"/>
          <w:color w:val="000000" w:themeColor="text1"/>
          <w:sz w:val="38"/>
          <w:szCs w:val="38"/>
          <w:rtl/>
        </w:rPr>
        <w:t>والإضافة</w:t>
      </w:r>
      <w:r w:rsidRPr="005117ED">
        <w:rPr>
          <w:rFonts w:cs="Sakkal Majalla"/>
          <w:color w:val="000000" w:themeColor="text1"/>
          <w:sz w:val="38"/>
          <w:szCs w:val="38"/>
        </w:rPr>
        <w:t xml:space="preserve">. </w:t>
      </w:r>
      <w:r w:rsidRPr="005117ED">
        <w:rPr>
          <w:rFonts w:cs="Sakkal Majalla"/>
          <w:color w:val="000000" w:themeColor="text1"/>
          <w:sz w:val="38"/>
          <w:szCs w:val="38"/>
          <w:rtl/>
        </w:rPr>
        <w:t>ويمكن</w:t>
      </w:r>
      <w:r w:rsidRPr="005117ED">
        <w:rPr>
          <w:rFonts w:cs="Sakkal Majalla"/>
          <w:color w:val="000000" w:themeColor="text1"/>
          <w:sz w:val="38"/>
          <w:szCs w:val="38"/>
        </w:rPr>
        <w:t xml:space="preserve"> </w:t>
      </w:r>
      <w:r w:rsidRPr="005117ED">
        <w:rPr>
          <w:rFonts w:cs="Sakkal Majalla"/>
          <w:color w:val="000000" w:themeColor="text1"/>
          <w:sz w:val="38"/>
          <w:szCs w:val="38"/>
          <w:rtl/>
        </w:rPr>
        <w:t>اعتماد</w:t>
      </w:r>
      <w:r w:rsidRPr="005117ED">
        <w:rPr>
          <w:rFonts w:cs="Sakkal Majalla"/>
          <w:color w:val="000000" w:themeColor="text1"/>
          <w:sz w:val="38"/>
          <w:szCs w:val="38"/>
        </w:rPr>
        <w:t xml:space="preserve"> </w:t>
      </w:r>
      <w:r w:rsidRPr="005117ED">
        <w:rPr>
          <w:rFonts w:cs="Sakkal Majalla"/>
          <w:color w:val="000000" w:themeColor="text1"/>
          <w:sz w:val="38"/>
          <w:szCs w:val="38"/>
          <w:rtl/>
        </w:rPr>
        <w:t>نسبة</w:t>
      </w:r>
      <w:r w:rsidRPr="005117ED">
        <w:rPr>
          <w:rFonts w:cs="Sakkal Majalla"/>
          <w:color w:val="000000" w:themeColor="text1"/>
          <w:sz w:val="38"/>
          <w:szCs w:val="38"/>
        </w:rPr>
        <w:t xml:space="preserve"> </w:t>
      </w:r>
      <w:r w:rsidRPr="005117ED">
        <w:rPr>
          <w:rFonts w:cs="Sakkal Majalla"/>
          <w:color w:val="000000" w:themeColor="text1"/>
          <w:sz w:val="38"/>
          <w:szCs w:val="38"/>
          <w:rtl/>
        </w:rPr>
        <w:t>اتفاق</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تقل</w:t>
      </w:r>
      <w:r w:rsidRPr="005117ED">
        <w:rPr>
          <w:rFonts w:cs="Sakkal Majalla"/>
          <w:color w:val="000000" w:themeColor="text1"/>
          <w:sz w:val="38"/>
          <w:szCs w:val="38"/>
        </w:rPr>
        <w:t xml:space="preserve"> </w:t>
      </w:r>
      <w:r w:rsidRPr="005117ED">
        <w:rPr>
          <w:rFonts w:cs="Sakkal Majalla"/>
          <w:color w:val="000000" w:themeColor="text1"/>
          <w:sz w:val="38"/>
          <w:szCs w:val="38"/>
          <w:rtl/>
        </w:rPr>
        <w:t>عن</w:t>
      </w:r>
      <w:r w:rsidRPr="005117ED">
        <w:rPr>
          <w:rFonts w:cs="Sakkal Majalla"/>
          <w:color w:val="000000" w:themeColor="text1"/>
          <w:sz w:val="38"/>
          <w:szCs w:val="38"/>
        </w:rPr>
        <w:t xml:space="preserve"> 80%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مراجعة</w:t>
      </w:r>
      <w:r w:rsidRPr="005117ED">
        <w:rPr>
          <w:rFonts w:cs="Sakkal Majalla"/>
          <w:color w:val="000000" w:themeColor="text1"/>
          <w:sz w:val="38"/>
          <w:szCs w:val="38"/>
        </w:rPr>
        <w:t xml:space="preserve"> </w:t>
      </w:r>
      <w:r w:rsidRPr="005117ED">
        <w:rPr>
          <w:rFonts w:cs="Sakkal Majalla"/>
          <w:color w:val="000000" w:themeColor="text1"/>
          <w:sz w:val="38"/>
          <w:szCs w:val="38"/>
          <w:rtl/>
        </w:rPr>
        <w:t>الفقرات</w:t>
      </w:r>
      <w:r w:rsidRPr="005117ED">
        <w:rPr>
          <w:rFonts w:cs="Sakkal Majalla"/>
          <w:color w:val="000000" w:themeColor="text1"/>
          <w:sz w:val="38"/>
          <w:szCs w:val="38"/>
        </w:rPr>
        <w:t xml:space="preserve"> </w:t>
      </w:r>
      <w:r w:rsidRPr="005117ED">
        <w:rPr>
          <w:rFonts w:cs="Sakkal Majalla"/>
          <w:color w:val="000000" w:themeColor="text1"/>
          <w:sz w:val="38"/>
          <w:szCs w:val="38"/>
          <w:rtl/>
        </w:rPr>
        <w:t>التي</w:t>
      </w:r>
      <w:r w:rsidRPr="005117ED">
        <w:rPr>
          <w:rFonts w:cs="Sakkal Majalla"/>
          <w:color w:val="000000" w:themeColor="text1"/>
          <w:sz w:val="38"/>
          <w:szCs w:val="38"/>
        </w:rPr>
        <w:t xml:space="preserve"> </w:t>
      </w:r>
      <w:r w:rsidRPr="005117ED">
        <w:rPr>
          <w:rFonts w:cs="Sakkal Majalla"/>
          <w:color w:val="000000" w:themeColor="text1"/>
          <w:sz w:val="38"/>
          <w:szCs w:val="38"/>
          <w:rtl/>
        </w:rPr>
        <w:t>تثير</w:t>
      </w:r>
      <w:r w:rsidRPr="005117ED">
        <w:rPr>
          <w:rFonts w:cs="Sakkal Majalla"/>
          <w:color w:val="000000" w:themeColor="text1"/>
          <w:sz w:val="38"/>
          <w:szCs w:val="38"/>
        </w:rPr>
        <w:t xml:space="preserve"> </w:t>
      </w:r>
      <w:r w:rsidRPr="005117ED">
        <w:rPr>
          <w:rFonts w:cs="Sakkal Majalla"/>
          <w:color w:val="000000" w:themeColor="text1"/>
          <w:sz w:val="38"/>
          <w:szCs w:val="38"/>
          <w:rtl/>
        </w:rPr>
        <w:t>اختلافًا،</w:t>
      </w:r>
      <w:r w:rsidRPr="005117ED">
        <w:rPr>
          <w:rFonts w:cs="Sakkal Majalla"/>
          <w:color w:val="000000" w:themeColor="text1"/>
          <w:sz w:val="38"/>
          <w:szCs w:val="38"/>
        </w:rPr>
        <w:t xml:space="preserve"> </w:t>
      </w:r>
      <w:r w:rsidRPr="005117ED">
        <w:rPr>
          <w:rFonts w:cs="Sakkal Majalla"/>
          <w:color w:val="000000" w:themeColor="text1"/>
          <w:sz w:val="38"/>
          <w:szCs w:val="38"/>
          <w:rtl/>
        </w:rPr>
        <w:t>ثم</w:t>
      </w:r>
      <w:r w:rsidRPr="005117ED">
        <w:rPr>
          <w:rFonts w:cs="Sakkal Majalla"/>
          <w:color w:val="000000" w:themeColor="text1"/>
          <w:sz w:val="38"/>
          <w:szCs w:val="38"/>
        </w:rPr>
        <w:t xml:space="preserve"> </w:t>
      </w:r>
      <w:r w:rsidRPr="005117ED">
        <w:rPr>
          <w:rFonts w:cs="Sakkal Majalla"/>
          <w:color w:val="000000" w:themeColor="text1"/>
          <w:sz w:val="38"/>
          <w:szCs w:val="38"/>
          <w:rtl/>
        </w:rPr>
        <w:t>توثيق</w:t>
      </w:r>
      <w:r w:rsidRPr="005117ED">
        <w:rPr>
          <w:rFonts w:cs="Sakkal Majalla"/>
          <w:color w:val="000000" w:themeColor="text1"/>
          <w:sz w:val="38"/>
          <w:szCs w:val="38"/>
        </w:rPr>
        <w:t xml:space="preserve"> </w:t>
      </w:r>
      <w:r w:rsidRPr="005117ED">
        <w:rPr>
          <w:rFonts w:cs="Sakkal Majalla"/>
          <w:color w:val="000000" w:themeColor="text1"/>
          <w:sz w:val="38"/>
          <w:szCs w:val="38"/>
          <w:rtl/>
        </w:rPr>
        <w:t>التعديلات</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جدول</w:t>
      </w:r>
      <w:r w:rsidRPr="005117ED">
        <w:rPr>
          <w:rFonts w:cs="Sakkal Majalla"/>
          <w:color w:val="000000" w:themeColor="text1"/>
          <w:sz w:val="38"/>
          <w:szCs w:val="38"/>
        </w:rPr>
        <w:t xml:space="preserve"> </w:t>
      </w:r>
      <w:r w:rsidRPr="005117ED">
        <w:rPr>
          <w:rFonts w:cs="Sakkal Majalla"/>
          <w:color w:val="000000" w:themeColor="text1"/>
          <w:sz w:val="38"/>
          <w:szCs w:val="38"/>
          <w:rtl/>
        </w:rPr>
        <w:t>يبين</w:t>
      </w:r>
      <w:r w:rsidRPr="005117ED">
        <w:rPr>
          <w:rFonts w:cs="Sakkal Majalla"/>
          <w:color w:val="000000" w:themeColor="text1"/>
          <w:sz w:val="38"/>
          <w:szCs w:val="38"/>
        </w:rPr>
        <w:t xml:space="preserve"> </w:t>
      </w:r>
      <w:r w:rsidRPr="005117ED">
        <w:rPr>
          <w:rFonts w:cs="Sakkal Majalla"/>
          <w:color w:val="000000" w:themeColor="text1"/>
          <w:sz w:val="38"/>
          <w:szCs w:val="38"/>
          <w:rtl/>
        </w:rPr>
        <w:t>الملاحظة</w:t>
      </w:r>
      <w:r w:rsidRPr="005117ED">
        <w:rPr>
          <w:rFonts w:cs="Sakkal Majalla"/>
          <w:color w:val="000000" w:themeColor="text1"/>
          <w:sz w:val="38"/>
          <w:szCs w:val="38"/>
        </w:rPr>
        <w:t xml:space="preserve"> </w:t>
      </w:r>
      <w:r w:rsidRPr="005117ED">
        <w:rPr>
          <w:rFonts w:cs="Sakkal Majalla"/>
          <w:color w:val="000000" w:themeColor="text1"/>
          <w:sz w:val="38"/>
          <w:szCs w:val="38"/>
          <w:rtl/>
        </w:rPr>
        <w:t>والإجراء</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أما</w:t>
      </w:r>
      <w:r w:rsidRPr="005117ED">
        <w:rPr>
          <w:rFonts w:cs="Sakkal Majalla"/>
          <w:color w:val="000000" w:themeColor="text1"/>
          <w:sz w:val="38"/>
          <w:szCs w:val="38"/>
        </w:rPr>
        <w:t xml:space="preserve"> </w:t>
      </w:r>
      <w:r w:rsidRPr="005117ED">
        <w:rPr>
          <w:rFonts w:cs="Sakkal Majalla"/>
          <w:color w:val="000000" w:themeColor="text1"/>
          <w:sz w:val="38"/>
          <w:szCs w:val="38"/>
          <w:rtl/>
        </w:rPr>
        <w:t>صدق</w:t>
      </w:r>
      <w:r w:rsidRPr="005117ED">
        <w:rPr>
          <w:rFonts w:cs="Sakkal Majalla"/>
          <w:color w:val="000000" w:themeColor="text1"/>
          <w:sz w:val="38"/>
          <w:szCs w:val="38"/>
        </w:rPr>
        <w:t xml:space="preserve"> </w:t>
      </w:r>
      <w:r w:rsidRPr="005117ED">
        <w:rPr>
          <w:rFonts w:cs="Sakkal Majalla"/>
          <w:color w:val="000000" w:themeColor="text1"/>
          <w:sz w:val="38"/>
          <w:szCs w:val="38"/>
          <w:rtl/>
        </w:rPr>
        <w:t>الاتساق</w:t>
      </w:r>
      <w:r w:rsidRPr="005117ED">
        <w:rPr>
          <w:rFonts w:cs="Sakkal Majalla"/>
          <w:color w:val="000000" w:themeColor="text1"/>
          <w:sz w:val="38"/>
          <w:szCs w:val="38"/>
        </w:rPr>
        <w:t xml:space="preserve"> </w:t>
      </w:r>
      <w:r w:rsidRPr="005117ED">
        <w:rPr>
          <w:rFonts w:cs="Sakkal Majalla"/>
          <w:color w:val="000000" w:themeColor="text1"/>
          <w:sz w:val="38"/>
          <w:szCs w:val="38"/>
          <w:rtl/>
        </w:rPr>
        <w:t>الداخلي</w:t>
      </w:r>
      <w:r w:rsidRPr="005117ED">
        <w:rPr>
          <w:rFonts w:cs="Sakkal Majalla"/>
          <w:color w:val="000000" w:themeColor="text1"/>
          <w:sz w:val="38"/>
          <w:szCs w:val="38"/>
        </w:rPr>
        <w:t xml:space="preserve"> </w:t>
      </w:r>
      <w:r w:rsidRPr="005117ED">
        <w:rPr>
          <w:rFonts w:cs="Sakkal Majalla"/>
          <w:color w:val="000000" w:themeColor="text1"/>
          <w:sz w:val="38"/>
          <w:szCs w:val="38"/>
          <w:rtl/>
        </w:rPr>
        <w:t>فيفحص</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خلال</w:t>
      </w:r>
      <w:r w:rsidRPr="005117ED">
        <w:rPr>
          <w:rFonts w:cs="Sakkal Majalla"/>
          <w:color w:val="000000" w:themeColor="text1"/>
          <w:sz w:val="38"/>
          <w:szCs w:val="38"/>
        </w:rPr>
        <w:t xml:space="preserve"> </w:t>
      </w:r>
      <w:r w:rsidRPr="005117ED">
        <w:rPr>
          <w:rFonts w:cs="Sakkal Majalla"/>
          <w:color w:val="000000" w:themeColor="text1"/>
          <w:sz w:val="38"/>
          <w:szCs w:val="38"/>
          <w:rtl/>
        </w:rPr>
        <w:t>ارتباط</w:t>
      </w:r>
      <w:r w:rsidRPr="005117ED">
        <w:rPr>
          <w:rFonts w:cs="Sakkal Majalla"/>
          <w:color w:val="000000" w:themeColor="text1"/>
          <w:sz w:val="38"/>
          <w:szCs w:val="38"/>
        </w:rPr>
        <w:t xml:space="preserve"> </w:t>
      </w:r>
      <w:r w:rsidRPr="005117ED">
        <w:rPr>
          <w:rFonts w:cs="Sakkal Majalla"/>
          <w:color w:val="000000" w:themeColor="text1"/>
          <w:sz w:val="38"/>
          <w:szCs w:val="38"/>
          <w:rtl/>
        </w:rPr>
        <w:t>كل</w:t>
      </w:r>
      <w:r w:rsidRPr="005117ED">
        <w:rPr>
          <w:rFonts w:cs="Sakkal Majalla"/>
          <w:color w:val="000000" w:themeColor="text1"/>
          <w:sz w:val="38"/>
          <w:szCs w:val="38"/>
        </w:rPr>
        <w:t xml:space="preserve"> </w:t>
      </w:r>
      <w:r w:rsidRPr="005117ED">
        <w:rPr>
          <w:rFonts w:cs="Sakkal Majalla"/>
          <w:color w:val="000000" w:themeColor="text1"/>
          <w:sz w:val="38"/>
          <w:szCs w:val="38"/>
          <w:rtl/>
        </w:rPr>
        <w:t>فقرة</w:t>
      </w:r>
      <w:r w:rsidRPr="005117ED">
        <w:rPr>
          <w:rFonts w:cs="Sakkal Majalla"/>
          <w:color w:val="000000" w:themeColor="text1"/>
          <w:sz w:val="38"/>
          <w:szCs w:val="38"/>
        </w:rPr>
        <w:t xml:space="preserve"> </w:t>
      </w:r>
      <w:r w:rsidRPr="005117ED">
        <w:rPr>
          <w:rFonts w:cs="Sakkal Majalla"/>
          <w:color w:val="000000" w:themeColor="text1"/>
          <w:sz w:val="38"/>
          <w:szCs w:val="38"/>
          <w:rtl/>
        </w:rPr>
        <w:t>بالبعد</w:t>
      </w:r>
      <w:r w:rsidRPr="005117ED">
        <w:rPr>
          <w:rFonts w:cs="Sakkal Majalla"/>
          <w:color w:val="000000" w:themeColor="text1"/>
          <w:sz w:val="38"/>
          <w:szCs w:val="38"/>
        </w:rPr>
        <w:t xml:space="preserve"> </w:t>
      </w:r>
      <w:r w:rsidRPr="005117ED">
        <w:rPr>
          <w:rFonts w:cs="Sakkal Majalla"/>
          <w:color w:val="000000" w:themeColor="text1"/>
          <w:sz w:val="38"/>
          <w:szCs w:val="38"/>
          <w:rtl/>
        </w:rPr>
        <w:t>الذي</w:t>
      </w:r>
      <w:r w:rsidRPr="005117ED">
        <w:rPr>
          <w:rFonts w:cs="Sakkal Majalla"/>
          <w:color w:val="000000" w:themeColor="text1"/>
          <w:sz w:val="38"/>
          <w:szCs w:val="38"/>
        </w:rPr>
        <w:t xml:space="preserve"> </w:t>
      </w:r>
      <w:r w:rsidRPr="005117ED">
        <w:rPr>
          <w:rFonts w:cs="Sakkal Majalla"/>
          <w:color w:val="000000" w:themeColor="text1"/>
          <w:sz w:val="38"/>
          <w:szCs w:val="38"/>
          <w:rtl/>
        </w:rPr>
        <w:t>تنتمي</w:t>
      </w:r>
      <w:r w:rsidRPr="005117ED">
        <w:rPr>
          <w:rFonts w:cs="Sakkal Majalla"/>
          <w:color w:val="000000" w:themeColor="text1"/>
          <w:sz w:val="38"/>
          <w:szCs w:val="38"/>
        </w:rPr>
        <w:t xml:space="preserve"> </w:t>
      </w:r>
      <w:r w:rsidRPr="005117ED">
        <w:rPr>
          <w:rFonts w:cs="Sakkal Majalla"/>
          <w:color w:val="000000" w:themeColor="text1"/>
          <w:sz w:val="38"/>
          <w:szCs w:val="38"/>
          <w:rtl/>
        </w:rPr>
        <w:t>إليه</w:t>
      </w:r>
      <w:r w:rsidRPr="005117ED">
        <w:rPr>
          <w:rFonts w:cs="Sakkal Majalla"/>
          <w:color w:val="000000" w:themeColor="text1"/>
          <w:sz w:val="38"/>
          <w:szCs w:val="38"/>
        </w:rPr>
        <w:t xml:space="preserve"> </w:t>
      </w:r>
      <w:r w:rsidRPr="005117ED">
        <w:rPr>
          <w:rFonts w:cs="Sakkal Majalla"/>
          <w:color w:val="000000" w:themeColor="text1"/>
          <w:sz w:val="38"/>
          <w:szCs w:val="38"/>
          <w:rtl/>
        </w:rPr>
        <w:t>بعد</w:t>
      </w:r>
      <w:r w:rsidRPr="005117ED">
        <w:rPr>
          <w:rFonts w:cs="Sakkal Majalla"/>
          <w:color w:val="000000" w:themeColor="text1"/>
          <w:sz w:val="38"/>
          <w:szCs w:val="38"/>
        </w:rPr>
        <w:t xml:space="preserve"> </w:t>
      </w:r>
      <w:r w:rsidRPr="005117ED">
        <w:rPr>
          <w:rFonts w:cs="Sakkal Majalla"/>
          <w:color w:val="000000" w:themeColor="text1"/>
          <w:sz w:val="38"/>
          <w:szCs w:val="38"/>
          <w:rtl/>
        </w:rPr>
        <w:t>استبعادها</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مجموع</w:t>
      </w:r>
      <w:r w:rsidRPr="005117ED">
        <w:rPr>
          <w:rFonts w:cs="Sakkal Majalla"/>
          <w:color w:val="000000" w:themeColor="text1"/>
          <w:sz w:val="38"/>
          <w:szCs w:val="38"/>
        </w:rPr>
        <w:t xml:space="preserve"> </w:t>
      </w:r>
      <w:r w:rsidRPr="005117ED">
        <w:rPr>
          <w:rFonts w:cs="Sakkal Majalla"/>
          <w:color w:val="000000" w:themeColor="text1"/>
          <w:sz w:val="38"/>
          <w:szCs w:val="38"/>
          <w:rtl/>
        </w:rPr>
        <w:t>البعد،</w:t>
      </w:r>
      <w:r w:rsidRPr="005117ED">
        <w:rPr>
          <w:rFonts w:cs="Sakkal Majalla"/>
          <w:color w:val="000000" w:themeColor="text1"/>
          <w:sz w:val="38"/>
          <w:szCs w:val="38"/>
        </w:rPr>
        <w:t xml:space="preserve"> </w:t>
      </w:r>
      <w:r w:rsidRPr="005117ED">
        <w:rPr>
          <w:rFonts w:cs="Sakkal Majalla"/>
          <w:color w:val="000000" w:themeColor="text1"/>
          <w:sz w:val="38"/>
          <w:szCs w:val="38"/>
          <w:rtl/>
        </w:rPr>
        <w:t>لتجنب</w:t>
      </w:r>
      <w:r w:rsidRPr="005117ED">
        <w:rPr>
          <w:rFonts w:cs="Sakkal Majalla"/>
          <w:color w:val="000000" w:themeColor="text1"/>
          <w:sz w:val="38"/>
          <w:szCs w:val="38"/>
        </w:rPr>
        <w:t xml:space="preserve"> </w:t>
      </w:r>
      <w:r w:rsidRPr="005117ED">
        <w:rPr>
          <w:rFonts w:cs="Sakkal Majalla"/>
          <w:color w:val="000000" w:themeColor="text1"/>
          <w:sz w:val="38"/>
          <w:szCs w:val="38"/>
          <w:rtl/>
        </w:rPr>
        <w:t>تضخيم</w:t>
      </w:r>
      <w:r w:rsidRPr="005117ED">
        <w:rPr>
          <w:rFonts w:cs="Sakkal Majalla"/>
          <w:color w:val="000000" w:themeColor="text1"/>
          <w:sz w:val="38"/>
          <w:szCs w:val="38"/>
        </w:rPr>
        <w:t xml:space="preserve"> </w:t>
      </w:r>
      <w:r w:rsidRPr="005117ED">
        <w:rPr>
          <w:rFonts w:cs="Sakkal Majalla"/>
          <w:color w:val="000000" w:themeColor="text1"/>
          <w:sz w:val="38"/>
          <w:szCs w:val="38"/>
          <w:rtl/>
        </w:rPr>
        <w:t>الارتباط</w:t>
      </w:r>
      <w:r w:rsidRPr="005117ED">
        <w:rPr>
          <w:rFonts w:cs="Sakkal Majalla"/>
          <w:color w:val="000000" w:themeColor="text1"/>
          <w:sz w:val="38"/>
          <w:szCs w:val="38"/>
        </w:rPr>
        <w:t xml:space="preserve">. </w:t>
      </w:r>
      <w:r w:rsidRPr="005117ED">
        <w:rPr>
          <w:rFonts w:cs="Sakkal Majalla"/>
          <w:color w:val="000000" w:themeColor="text1"/>
          <w:sz w:val="38"/>
          <w:szCs w:val="38"/>
          <w:rtl/>
        </w:rPr>
        <w:t>وتعد</w:t>
      </w:r>
      <w:r w:rsidRPr="005117ED">
        <w:rPr>
          <w:rFonts w:cs="Sakkal Majalla"/>
          <w:color w:val="000000" w:themeColor="text1"/>
          <w:sz w:val="38"/>
          <w:szCs w:val="38"/>
        </w:rPr>
        <w:t xml:space="preserve"> </w:t>
      </w:r>
      <w:r w:rsidRPr="005117ED">
        <w:rPr>
          <w:rFonts w:cs="Sakkal Majalla"/>
          <w:color w:val="000000" w:themeColor="text1"/>
          <w:sz w:val="38"/>
          <w:szCs w:val="38"/>
          <w:rtl/>
        </w:rPr>
        <w:t>الارتباطات</w:t>
      </w:r>
      <w:r w:rsidRPr="005117ED">
        <w:rPr>
          <w:rFonts w:cs="Sakkal Majalla"/>
          <w:color w:val="000000" w:themeColor="text1"/>
          <w:sz w:val="38"/>
          <w:szCs w:val="38"/>
        </w:rPr>
        <w:t xml:space="preserve"> </w:t>
      </w:r>
      <w:r w:rsidRPr="005117ED">
        <w:rPr>
          <w:rFonts w:cs="Sakkal Majalla"/>
          <w:color w:val="000000" w:themeColor="text1"/>
          <w:sz w:val="38"/>
          <w:szCs w:val="38"/>
          <w:rtl/>
        </w:rPr>
        <w:t>الموجبة</w:t>
      </w:r>
      <w:r w:rsidRPr="005117ED">
        <w:rPr>
          <w:rFonts w:cs="Sakkal Majalla"/>
          <w:color w:val="000000" w:themeColor="text1"/>
          <w:sz w:val="38"/>
          <w:szCs w:val="38"/>
        </w:rPr>
        <w:t xml:space="preserve"> </w:t>
      </w:r>
      <w:r w:rsidRPr="005117ED">
        <w:rPr>
          <w:rFonts w:cs="Sakkal Majalla"/>
          <w:color w:val="000000" w:themeColor="text1"/>
          <w:sz w:val="38"/>
          <w:szCs w:val="38"/>
          <w:rtl/>
        </w:rPr>
        <w:t>الدالة</w:t>
      </w:r>
      <w:r w:rsidRPr="005117ED">
        <w:rPr>
          <w:rFonts w:cs="Sakkal Majalla"/>
          <w:color w:val="000000" w:themeColor="text1"/>
          <w:sz w:val="38"/>
          <w:szCs w:val="38"/>
        </w:rPr>
        <w:t xml:space="preserve"> </w:t>
      </w:r>
      <w:r w:rsidRPr="005117ED">
        <w:rPr>
          <w:rFonts w:cs="Sakkal Majalla"/>
          <w:color w:val="000000" w:themeColor="text1"/>
          <w:sz w:val="38"/>
          <w:szCs w:val="38"/>
          <w:rtl/>
        </w:rPr>
        <w:t>دليلًا</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الفقرة</w:t>
      </w:r>
      <w:r w:rsidRPr="005117ED">
        <w:rPr>
          <w:rFonts w:cs="Sakkal Majalla"/>
          <w:color w:val="000000" w:themeColor="text1"/>
          <w:sz w:val="38"/>
          <w:szCs w:val="38"/>
        </w:rPr>
        <w:t xml:space="preserve"> </w:t>
      </w:r>
      <w:r w:rsidRPr="005117ED">
        <w:rPr>
          <w:rFonts w:cs="Sakkal Majalla"/>
          <w:color w:val="000000" w:themeColor="text1"/>
          <w:sz w:val="38"/>
          <w:szCs w:val="38"/>
          <w:rtl/>
        </w:rPr>
        <w:t>تتحرك</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البناء</w:t>
      </w:r>
      <w:r w:rsidRPr="005117ED">
        <w:rPr>
          <w:rFonts w:cs="Sakkal Majalla"/>
          <w:color w:val="000000" w:themeColor="text1"/>
          <w:sz w:val="38"/>
          <w:szCs w:val="38"/>
        </w:rPr>
        <w:t xml:space="preserve"> </w:t>
      </w:r>
      <w:r w:rsidRPr="005117ED">
        <w:rPr>
          <w:rFonts w:cs="Sakkal Majalla"/>
          <w:color w:val="000000" w:themeColor="text1"/>
          <w:sz w:val="38"/>
          <w:szCs w:val="38"/>
          <w:rtl/>
        </w:rPr>
        <w:t>المقاس،</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الانتباه</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ارتفاع</w:t>
      </w:r>
      <w:r w:rsidRPr="005117ED">
        <w:rPr>
          <w:rFonts w:cs="Sakkal Majalla"/>
          <w:color w:val="000000" w:themeColor="text1"/>
          <w:sz w:val="38"/>
          <w:szCs w:val="38"/>
        </w:rPr>
        <w:t xml:space="preserve"> </w:t>
      </w:r>
      <w:r w:rsidRPr="005117ED">
        <w:rPr>
          <w:rFonts w:cs="Sakkal Majalla"/>
          <w:color w:val="000000" w:themeColor="text1"/>
          <w:sz w:val="38"/>
          <w:szCs w:val="38"/>
          <w:rtl/>
        </w:rPr>
        <w:t>الارتباط</w:t>
      </w:r>
      <w:r w:rsidRPr="005117ED">
        <w:rPr>
          <w:rFonts w:cs="Sakkal Majalla"/>
          <w:color w:val="000000" w:themeColor="text1"/>
          <w:sz w:val="38"/>
          <w:szCs w:val="38"/>
        </w:rPr>
        <w:t xml:space="preserve"> </w:t>
      </w:r>
      <w:r w:rsidRPr="005117ED">
        <w:rPr>
          <w:rFonts w:cs="Sakkal Majalla"/>
          <w:color w:val="000000" w:themeColor="text1"/>
          <w:sz w:val="38"/>
          <w:szCs w:val="38"/>
          <w:rtl/>
        </w:rPr>
        <w:t>جدًا</w:t>
      </w:r>
      <w:r w:rsidRPr="005117ED">
        <w:rPr>
          <w:rFonts w:cs="Sakkal Majalla"/>
          <w:color w:val="000000" w:themeColor="text1"/>
          <w:sz w:val="38"/>
          <w:szCs w:val="38"/>
        </w:rPr>
        <w:t xml:space="preserve"> </w:t>
      </w:r>
      <w:r w:rsidRPr="005117ED">
        <w:rPr>
          <w:rFonts w:cs="Sakkal Majalla"/>
          <w:color w:val="000000" w:themeColor="text1"/>
          <w:sz w:val="38"/>
          <w:szCs w:val="38"/>
          <w:rtl/>
        </w:rPr>
        <w:t>قد</w:t>
      </w:r>
      <w:r w:rsidRPr="005117ED">
        <w:rPr>
          <w:rFonts w:cs="Sakkal Majalla"/>
          <w:color w:val="000000" w:themeColor="text1"/>
          <w:sz w:val="38"/>
          <w:szCs w:val="38"/>
        </w:rPr>
        <w:t xml:space="preserve"> </w:t>
      </w:r>
      <w:r w:rsidRPr="005117ED">
        <w:rPr>
          <w:rFonts w:cs="Sakkal Majalla"/>
          <w:color w:val="000000" w:themeColor="text1"/>
          <w:sz w:val="38"/>
          <w:szCs w:val="38"/>
          <w:rtl/>
        </w:rPr>
        <w:t>يشير</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تكرار</w:t>
      </w:r>
      <w:r w:rsidRPr="005117ED">
        <w:rPr>
          <w:rFonts w:cs="Sakkal Majalla"/>
          <w:color w:val="000000" w:themeColor="text1"/>
          <w:sz w:val="38"/>
          <w:szCs w:val="38"/>
        </w:rPr>
        <w:t xml:space="preserve"> </w:t>
      </w:r>
      <w:r w:rsidRPr="005117ED">
        <w:rPr>
          <w:rFonts w:cs="Sakkal Majalla"/>
          <w:color w:val="000000" w:themeColor="text1"/>
          <w:sz w:val="38"/>
          <w:szCs w:val="38"/>
          <w:rtl/>
        </w:rPr>
        <w:t>المعنى</w:t>
      </w:r>
      <w:r w:rsidRPr="005117ED">
        <w:rPr>
          <w:rFonts w:cs="Sakkal Majalla"/>
          <w:color w:val="000000" w:themeColor="text1"/>
          <w:sz w:val="38"/>
          <w:szCs w:val="38"/>
        </w:rPr>
        <w:t xml:space="preserve">. </w:t>
      </w:r>
      <w:r w:rsidRPr="005117ED">
        <w:rPr>
          <w:rFonts w:cs="Sakkal Majalla"/>
          <w:color w:val="000000" w:themeColor="text1"/>
          <w:sz w:val="38"/>
          <w:szCs w:val="38"/>
          <w:rtl/>
        </w:rPr>
        <w:t>كما</w:t>
      </w:r>
      <w:r w:rsidRPr="005117ED">
        <w:rPr>
          <w:rFonts w:cs="Sakkal Majalla"/>
          <w:color w:val="000000" w:themeColor="text1"/>
          <w:sz w:val="38"/>
          <w:szCs w:val="38"/>
        </w:rPr>
        <w:t xml:space="preserve"> </w:t>
      </w:r>
      <w:r w:rsidRPr="005117ED">
        <w:rPr>
          <w:rFonts w:cs="Sakkal Majalla"/>
          <w:color w:val="000000" w:themeColor="text1"/>
          <w:sz w:val="38"/>
          <w:szCs w:val="38"/>
          <w:rtl/>
        </w:rPr>
        <w:t>تحسب</w:t>
      </w:r>
      <w:r w:rsidRPr="005117ED">
        <w:rPr>
          <w:rFonts w:cs="Sakkal Majalla"/>
          <w:color w:val="000000" w:themeColor="text1"/>
          <w:sz w:val="38"/>
          <w:szCs w:val="38"/>
        </w:rPr>
        <w:t xml:space="preserve"> </w:t>
      </w:r>
      <w:r w:rsidRPr="005117ED">
        <w:rPr>
          <w:rFonts w:cs="Sakkal Majalla"/>
          <w:color w:val="000000" w:themeColor="text1"/>
          <w:sz w:val="38"/>
          <w:szCs w:val="38"/>
          <w:rtl/>
        </w:rPr>
        <w:t>ارتباطات</w:t>
      </w:r>
      <w:r w:rsidRPr="005117ED">
        <w:rPr>
          <w:rFonts w:cs="Sakkal Majalla"/>
          <w:color w:val="000000" w:themeColor="text1"/>
          <w:sz w:val="38"/>
          <w:szCs w:val="38"/>
        </w:rPr>
        <w:t xml:space="preserve"> </w:t>
      </w:r>
      <w:r w:rsidRPr="005117ED">
        <w:rPr>
          <w:rFonts w:cs="Sakkal Majalla"/>
          <w:color w:val="000000" w:themeColor="text1"/>
          <w:sz w:val="38"/>
          <w:szCs w:val="38"/>
          <w:rtl/>
        </w:rPr>
        <w:t>الأبعاد</w:t>
      </w:r>
      <w:r w:rsidRPr="005117ED">
        <w:rPr>
          <w:rFonts w:cs="Sakkal Majalla"/>
          <w:color w:val="000000" w:themeColor="text1"/>
          <w:sz w:val="38"/>
          <w:szCs w:val="38"/>
        </w:rPr>
        <w:t xml:space="preserve"> </w:t>
      </w:r>
      <w:r w:rsidRPr="005117ED">
        <w:rPr>
          <w:rFonts w:cs="Sakkal Majalla"/>
          <w:color w:val="000000" w:themeColor="text1"/>
          <w:sz w:val="38"/>
          <w:szCs w:val="38"/>
          <w:rtl/>
        </w:rPr>
        <w:t>بالمقياس</w:t>
      </w:r>
      <w:r w:rsidRPr="005117ED">
        <w:rPr>
          <w:rFonts w:cs="Sakkal Majalla"/>
          <w:color w:val="000000" w:themeColor="text1"/>
          <w:sz w:val="38"/>
          <w:szCs w:val="38"/>
        </w:rPr>
        <w:t xml:space="preserve"> </w:t>
      </w:r>
      <w:r w:rsidRPr="005117ED">
        <w:rPr>
          <w:rFonts w:cs="Sakkal Majalla"/>
          <w:color w:val="000000" w:themeColor="text1"/>
          <w:sz w:val="38"/>
          <w:szCs w:val="38"/>
          <w:rtl/>
        </w:rPr>
        <w:t>الكلي</w:t>
      </w:r>
      <w:r w:rsidRPr="005117ED">
        <w:rPr>
          <w:rFonts w:cs="Sakkal Majalla"/>
          <w:color w:val="000000" w:themeColor="text1"/>
          <w:sz w:val="38"/>
          <w:szCs w:val="38"/>
        </w:rPr>
        <w:t xml:space="preserve"> </w:t>
      </w:r>
      <w:r w:rsidRPr="005117ED">
        <w:rPr>
          <w:rFonts w:cs="Sakkal Majalla"/>
          <w:color w:val="000000" w:themeColor="text1"/>
          <w:sz w:val="38"/>
          <w:szCs w:val="38"/>
          <w:rtl/>
        </w:rPr>
        <w:t>لتقييم</w:t>
      </w:r>
      <w:r w:rsidRPr="005117ED">
        <w:rPr>
          <w:rFonts w:cs="Sakkal Majalla"/>
          <w:color w:val="000000" w:themeColor="text1"/>
          <w:sz w:val="38"/>
          <w:szCs w:val="38"/>
        </w:rPr>
        <w:t xml:space="preserve"> </w:t>
      </w:r>
      <w:r w:rsidRPr="005117ED">
        <w:rPr>
          <w:rFonts w:cs="Sakkal Majalla"/>
          <w:color w:val="000000" w:themeColor="text1"/>
          <w:sz w:val="38"/>
          <w:szCs w:val="38"/>
          <w:rtl/>
        </w:rPr>
        <w:t>اتساق</w:t>
      </w:r>
      <w:r w:rsidRPr="005117ED">
        <w:rPr>
          <w:rFonts w:cs="Sakkal Majalla"/>
          <w:color w:val="000000" w:themeColor="text1"/>
          <w:sz w:val="38"/>
          <w:szCs w:val="38"/>
        </w:rPr>
        <w:t xml:space="preserve"> </w:t>
      </w:r>
      <w:r w:rsidRPr="005117ED">
        <w:rPr>
          <w:rFonts w:cs="Sakkal Majalla"/>
          <w:color w:val="000000" w:themeColor="text1"/>
          <w:sz w:val="38"/>
          <w:szCs w:val="38"/>
          <w:rtl/>
        </w:rPr>
        <w:t>الهيكل</w:t>
      </w:r>
      <w:r w:rsidRPr="005117ED">
        <w:rPr>
          <w:rFonts w:cs="Sakkal Majalla"/>
          <w:color w:val="000000" w:themeColor="text1"/>
          <w:sz w:val="38"/>
          <w:szCs w:val="38"/>
        </w:rPr>
        <w:t xml:space="preserve"> </w:t>
      </w:r>
      <w:r w:rsidRPr="005117ED">
        <w:rPr>
          <w:rFonts w:cs="Sakkal Majalla"/>
          <w:color w:val="000000" w:themeColor="text1"/>
          <w:sz w:val="38"/>
          <w:szCs w:val="38"/>
          <w:rtl/>
        </w:rPr>
        <w:t>العام</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ويقاس</w:t>
      </w:r>
      <w:r w:rsidRPr="005117ED">
        <w:rPr>
          <w:rFonts w:cs="Sakkal Majalla"/>
          <w:color w:val="000000" w:themeColor="text1"/>
          <w:sz w:val="38"/>
          <w:szCs w:val="38"/>
        </w:rPr>
        <w:t xml:space="preserve"> </w:t>
      </w:r>
      <w:r w:rsidRPr="005117ED">
        <w:rPr>
          <w:rFonts w:cs="Sakkal Majalla"/>
          <w:color w:val="000000" w:themeColor="text1"/>
          <w:sz w:val="38"/>
          <w:szCs w:val="38"/>
          <w:rtl/>
        </w:rPr>
        <w:t>الثبات</w:t>
      </w:r>
      <w:r w:rsidRPr="005117ED">
        <w:rPr>
          <w:rFonts w:cs="Sakkal Majalla"/>
          <w:color w:val="000000" w:themeColor="text1"/>
          <w:sz w:val="38"/>
          <w:szCs w:val="38"/>
        </w:rPr>
        <w:t xml:space="preserve"> </w:t>
      </w:r>
      <w:r w:rsidRPr="005117ED">
        <w:rPr>
          <w:rFonts w:cs="Sakkal Majalla"/>
          <w:color w:val="000000" w:themeColor="text1"/>
          <w:sz w:val="38"/>
          <w:szCs w:val="38"/>
          <w:rtl/>
        </w:rPr>
        <w:t>باستخدام</w:t>
      </w:r>
      <w:r w:rsidRPr="005117ED">
        <w:rPr>
          <w:rFonts w:cs="Sakkal Majalla"/>
          <w:color w:val="000000" w:themeColor="text1"/>
          <w:sz w:val="38"/>
          <w:szCs w:val="38"/>
        </w:rPr>
        <w:t xml:space="preserve"> </w:t>
      </w:r>
      <w:r w:rsidRPr="005117ED">
        <w:rPr>
          <w:rFonts w:cs="Sakkal Majalla"/>
          <w:color w:val="000000" w:themeColor="text1"/>
          <w:sz w:val="38"/>
          <w:szCs w:val="38"/>
          <w:rtl/>
        </w:rPr>
        <w:t>معامل</w:t>
      </w:r>
      <w:r w:rsidRPr="005117ED">
        <w:rPr>
          <w:rFonts w:cs="Sakkal Majalla"/>
          <w:color w:val="000000" w:themeColor="text1"/>
          <w:sz w:val="38"/>
          <w:szCs w:val="38"/>
        </w:rPr>
        <w:t xml:space="preserve"> </w:t>
      </w:r>
      <w:proofErr w:type="spellStart"/>
      <w:r w:rsidRPr="005117ED">
        <w:rPr>
          <w:rFonts w:cs="Sakkal Majalla"/>
          <w:color w:val="000000" w:themeColor="text1"/>
          <w:sz w:val="38"/>
          <w:szCs w:val="38"/>
          <w:rtl/>
        </w:rPr>
        <w:t>كرونباخ</w:t>
      </w:r>
      <w:proofErr w:type="spellEnd"/>
      <w:r w:rsidRPr="005117ED">
        <w:rPr>
          <w:rFonts w:cs="Sakkal Majalla"/>
          <w:color w:val="000000" w:themeColor="text1"/>
          <w:sz w:val="38"/>
          <w:szCs w:val="38"/>
        </w:rPr>
        <w:t xml:space="preserve"> </w:t>
      </w:r>
      <w:r w:rsidRPr="005117ED">
        <w:rPr>
          <w:rFonts w:cs="Sakkal Majalla"/>
          <w:color w:val="000000" w:themeColor="text1"/>
          <w:sz w:val="38"/>
          <w:szCs w:val="38"/>
          <w:rtl/>
        </w:rPr>
        <w:t>ألفا،</w:t>
      </w:r>
      <w:r w:rsidRPr="005117ED">
        <w:rPr>
          <w:rFonts w:cs="Sakkal Majalla"/>
          <w:color w:val="000000" w:themeColor="text1"/>
          <w:sz w:val="38"/>
          <w:szCs w:val="38"/>
        </w:rPr>
        <w:t xml:space="preserve"> </w:t>
      </w:r>
      <w:r w:rsidRPr="005117ED">
        <w:rPr>
          <w:rFonts w:cs="Sakkal Majalla"/>
          <w:color w:val="000000" w:themeColor="text1"/>
          <w:sz w:val="38"/>
          <w:szCs w:val="38"/>
          <w:rtl/>
        </w:rPr>
        <w:t>الذي</w:t>
      </w:r>
      <w:r w:rsidRPr="005117ED">
        <w:rPr>
          <w:rFonts w:cs="Sakkal Majalla"/>
          <w:color w:val="000000" w:themeColor="text1"/>
          <w:sz w:val="38"/>
          <w:szCs w:val="38"/>
        </w:rPr>
        <w:t xml:space="preserve"> </w:t>
      </w:r>
      <w:r w:rsidRPr="005117ED">
        <w:rPr>
          <w:rFonts w:cs="Sakkal Majalla"/>
          <w:color w:val="000000" w:themeColor="text1"/>
          <w:sz w:val="38"/>
          <w:szCs w:val="38"/>
          <w:rtl/>
        </w:rPr>
        <w:t>يعبر</w:t>
      </w:r>
      <w:r w:rsidRPr="005117ED">
        <w:rPr>
          <w:rFonts w:cs="Sakkal Majalla"/>
          <w:color w:val="000000" w:themeColor="text1"/>
          <w:sz w:val="38"/>
          <w:szCs w:val="38"/>
        </w:rPr>
        <w:t xml:space="preserve"> </w:t>
      </w:r>
      <w:r w:rsidRPr="005117ED">
        <w:rPr>
          <w:rFonts w:cs="Sakkal Majalla"/>
          <w:color w:val="000000" w:themeColor="text1"/>
          <w:sz w:val="38"/>
          <w:szCs w:val="38"/>
          <w:rtl/>
        </w:rPr>
        <w:t>عن</w:t>
      </w:r>
      <w:r w:rsidRPr="005117ED">
        <w:rPr>
          <w:rFonts w:cs="Sakkal Majalla"/>
          <w:color w:val="000000" w:themeColor="text1"/>
          <w:sz w:val="38"/>
          <w:szCs w:val="38"/>
        </w:rPr>
        <w:t xml:space="preserve"> </w:t>
      </w:r>
      <w:r w:rsidRPr="005117ED">
        <w:rPr>
          <w:rFonts w:cs="Sakkal Majalla"/>
          <w:color w:val="000000" w:themeColor="text1"/>
          <w:sz w:val="38"/>
          <w:szCs w:val="38"/>
          <w:rtl/>
        </w:rPr>
        <w:t>الاتساق</w:t>
      </w:r>
      <w:r w:rsidRPr="005117ED">
        <w:rPr>
          <w:rFonts w:cs="Sakkal Majalla"/>
          <w:color w:val="000000" w:themeColor="text1"/>
          <w:sz w:val="38"/>
          <w:szCs w:val="38"/>
        </w:rPr>
        <w:t xml:space="preserve"> </w:t>
      </w:r>
      <w:r w:rsidRPr="005117ED">
        <w:rPr>
          <w:rFonts w:cs="Sakkal Majalla"/>
          <w:color w:val="000000" w:themeColor="text1"/>
          <w:sz w:val="38"/>
          <w:szCs w:val="38"/>
          <w:rtl/>
        </w:rPr>
        <w:t>الداخلي</w:t>
      </w:r>
      <w:r w:rsidRPr="005117ED">
        <w:rPr>
          <w:rFonts w:cs="Sakkal Majalla"/>
          <w:color w:val="000000" w:themeColor="text1"/>
          <w:sz w:val="38"/>
          <w:szCs w:val="38"/>
        </w:rPr>
        <w:t xml:space="preserve"> </w:t>
      </w:r>
      <w:r w:rsidRPr="005117ED">
        <w:rPr>
          <w:rFonts w:cs="Sakkal Majalla"/>
          <w:color w:val="000000" w:themeColor="text1"/>
          <w:sz w:val="38"/>
          <w:szCs w:val="38"/>
          <w:rtl/>
        </w:rPr>
        <w:t>لمجموعة</w:t>
      </w:r>
      <w:r w:rsidRPr="005117ED">
        <w:rPr>
          <w:rFonts w:cs="Sakkal Majalla"/>
          <w:color w:val="000000" w:themeColor="text1"/>
          <w:sz w:val="38"/>
          <w:szCs w:val="38"/>
        </w:rPr>
        <w:t xml:space="preserve"> </w:t>
      </w:r>
      <w:r w:rsidRPr="005117ED">
        <w:rPr>
          <w:rFonts w:cs="Sakkal Majalla"/>
          <w:color w:val="000000" w:themeColor="text1"/>
          <w:sz w:val="38"/>
          <w:szCs w:val="38"/>
          <w:rtl/>
        </w:rPr>
        <w:t>الفقرات</w:t>
      </w:r>
      <w:r w:rsidRPr="005117ED">
        <w:rPr>
          <w:rFonts w:cs="Sakkal Majalla"/>
          <w:color w:val="000000" w:themeColor="text1"/>
          <w:sz w:val="38"/>
          <w:szCs w:val="38"/>
        </w:rPr>
        <w:t xml:space="preserve">. </w:t>
      </w:r>
      <w:r w:rsidRPr="005117ED">
        <w:rPr>
          <w:rFonts w:cs="Sakkal Majalla"/>
          <w:color w:val="000000" w:themeColor="text1"/>
          <w:sz w:val="38"/>
          <w:szCs w:val="38"/>
          <w:rtl/>
        </w:rPr>
        <w:t>وتعد</w:t>
      </w:r>
      <w:r w:rsidRPr="005117ED">
        <w:rPr>
          <w:rFonts w:cs="Sakkal Majalla"/>
          <w:color w:val="000000" w:themeColor="text1"/>
          <w:sz w:val="38"/>
          <w:szCs w:val="38"/>
        </w:rPr>
        <w:t xml:space="preserve"> </w:t>
      </w:r>
      <w:r w:rsidRPr="005117ED">
        <w:rPr>
          <w:rFonts w:cs="Sakkal Majalla"/>
          <w:color w:val="000000" w:themeColor="text1"/>
          <w:sz w:val="38"/>
          <w:szCs w:val="38"/>
          <w:rtl/>
        </w:rPr>
        <w:t>القيم</w:t>
      </w:r>
      <w:r w:rsidRPr="005117ED">
        <w:rPr>
          <w:rFonts w:cs="Sakkal Majalla"/>
          <w:color w:val="000000" w:themeColor="text1"/>
          <w:sz w:val="38"/>
          <w:szCs w:val="38"/>
        </w:rPr>
        <w:t xml:space="preserve"> </w:t>
      </w:r>
      <w:r w:rsidRPr="005117ED">
        <w:rPr>
          <w:rFonts w:cs="Sakkal Majalla"/>
          <w:color w:val="000000" w:themeColor="text1"/>
          <w:sz w:val="38"/>
          <w:szCs w:val="38"/>
          <w:rtl/>
        </w:rPr>
        <w:t>فوق</w:t>
      </w:r>
      <w:r w:rsidRPr="005117ED">
        <w:rPr>
          <w:rFonts w:cs="Sakkal Majalla"/>
          <w:color w:val="000000" w:themeColor="text1"/>
          <w:sz w:val="38"/>
          <w:szCs w:val="38"/>
        </w:rPr>
        <w:t xml:space="preserve"> 0.70 </w:t>
      </w:r>
      <w:r w:rsidRPr="005117ED">
        <w:rPr>
          <w:rFonts w:cs="Sakkal Majalla"/>
          <w:color w:val="000000" w:themeColor="text1"/>
          <w:sz w:val="38"/>
          <w:szCs w:val="38"/>
          <w:rtl/>
        </w:rPr>
        <w:t>مقبولة</w:t>
      </w:r>
      <w:r w:rsidRPr="005117ED">
        <w:rPr>
          <w:rFonts w:cs="Sakkal Majalla"/>
          <w:color w:val="000000" w:themeColor="text1"/>
          <w:sz w:val="38"/>
          <w:szCs w:val="38"/>
        </w:rPr>
        <w:t xml:space="preserve"> </w:t>
      </w:r>
      <w:r w:rsidRPr="005117ED">
        <w:rPr>
          <w:rFonts w:cs="Sakkal Majalla"/>
          <w:color w:val="000000" w:themeColor="text1"/>
          <w:sz w:val="38"/>
          <w:szCs w:val="38"/>
          <w:rtl/>
        </w:rPr>
        <w:t>غالبًا</w:t>
      </w:r>
      <w:r w:rsidRPr="005117ED">
        <w:rPr>
          <w:rFonts w:cs="Sakkal Majalla"/>
          <w:color w:val="000000" w:themeColor="text1"/>
          <w:sz w:val="38"/>
          <w:szCs w:val="38"/>
        </w:rPr>
        <w:t xml:space="preserve"> </w:t>
      </w:r>
      <w:r w:rsidRPr="005117ED">
        <w:rPr>
          <w:rFonts w:cs="Sakkal Majalla"/>
          <w:color w:val="000000" w:themeColor="text1"/>
          <w:sz w:val="38"/>
          <w:szCs w:val="38"/>
          <w:rtl/>
        </w:rPr>
        <w:t>لأغراض</w:t>
      </w:r>
      <w:r w:rsidRPr="005117ED">
        <w:rPr>
          <w:rFonts w:cs="Sakkal Majalla"/>
          <w:color w:val="000000" w:themeColor="text1"/>
          <w:sz w:val="38"/>
          <w:szCs w:val="38"/>
        </w:rPr>
        <w:t xml:space="preserve"> </w:t>
      </w:r>
      <w:r w:rsidRPr="005117ED">
        <w:rPr>
          <w:rFonts w:cs="Sakkal Majalla"/>
          <w:color w:val="000000" w:themeColor="text1"/>
          <w:sz w:val="38"/>
          <w:szCs w:val="38"/>
          <w:rtl/>
        </w:rPr>
        <w:t>البحث،</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عدم</w:t>
      </w:r>
      <w:r w:rsidRPr="005117ED">
        <w:rPr>
          <w:rFonts w:cs="Sakkal Majalla"/>
          <w:color w:val="000000" w:themeColor="text1"/>
          <w:sz w:val="38"/>
          <w:szCs w:val="38"/>
        </w:rPr>
        <w:t xml:space="preserve"> </w:t>
      </w:r>
      <w:r w:rsidRPr="005117ED">
        <w:rPr>
          <w:rFonts w:cs="Sakkal Majalla"/>
          <w:color w:val="000000" w:themeColor="text1"/>
          <w:sz w:val="38"/>
          <w:szCs w:val="38"/>
          <w:rtl/>
        </w:rPr>
        <w:t>تفسير</w:t>
      </w:r>
      <w:r w:rsidRPr="005117ED">
        <w:rPr>
          <w:rFonts w:cs="Sakkal Majalla"/>
          <w:color w:val="000000" w:themeColor="text1"/>
          <w:sz w:val="38"/>
          <w:szCs w:val="38"/>
        </w:rPr>
        <w:t xml:space="preserve"> </w:t>
      </w:r>
      <w:r w:rsidRPr="005117ED">
        <w:rPr>
          <w:rFonts w:cs="Sakkal Majalla"/>
          <w:color w:val="000000" w:themeColor="text1"/>
          <w:sz w:val="38"/>
          <w:szCs w:val="38"/>
          <w:rtl/>
        </w:rPr>
        <w:t>الارتفاع</w:t>
      </w:r>
      <w:r w:rsidRPr="005117ED">
        <w:rPr>
          <w:rFonts w:cs="Sakkal Majalla"/>
          <w:color w:val="000000" w:themeColor="text1"/>
          <w:sz w:val="38"/>
          <w:szCs w:val="38"/>
        </w:rPr>
        <w:t xml:space="preserve"> </w:t>
      </w:r>
      <w:r w:rsidRPr="005117ED">
        <w:rPr>
          <w:rFonts w:cs="Sakkal Majalla"/>
          <w:color w:val="000000" w:themeColor="text1"/>
          <w:sz w:val="38"/>
          <w:szCs w:val="38"/>
          <w:rtl/>
        </w:rPr>
        <w:t>المفرط</w:t>
      </w:r>
      <w:r w:rsidRPr="005117ED">
        <w:rPr>
          <w:rFonts w:cs="Sakkal Majalla"/>
          <w:color w:val="000000" w:themeColor="text1"/>
          <w:sz w:val="38"/>
          <w:szCs w:val="38"/>
        </w:rPr>
        <w:t xml:space="preserve"> </w:t>
      </w:r>
      <w:r w:rsidRPr="005117ED">
        <w:rPr>
          <w:rFonts w:cs="Sakkal Majalla"/>
          <w:color w:val="000000" w:themeColor="text1"/>
          <w:sz w:val="38"/>
          <w:szCs w:val="38"/>
          <w:rtl/>
        </w:rPr>
        <w:t>دائمًا</w:t>
      </w:r>
      <w:r w:rsidRPr="005117ED">
        <w:rPr>
          <w:rFonts w:cs="Sakkal Majalla"/>
          <w:color w:val="000000" w:themeColor="text1"/>
          <w:sz w:val="38"/>
          <w:szCs w:val="38"/>
        </w:rPr>
        <w:t xml:space="preserve"> </w:t>
      </w:r>
      <w:r w:rsidRPr="005117ED">
        <w:rPr>
          <w:rFonts w:cs="Sakkal Majalla"/>
          <w:color w:val="000000" w:themeColor="text1"/>
          <w:sz w:val="38"/>
          <w:szCs w:val="38"/>
          <w:rtl/>
        </w:rPr>
        <w:t>بوصفه</w:t>
      </w:r>
      <w:r w:rsidRPr="005117ED">
        <w:rPr>
          <w:rFonts w:cs="Sakkal Majalla"/>
          <w:color w:val="000000" w:themeColor="text1"/>
          <w:sz w:val="38"/>
          <w:szCs w:val="38"/>
        </w:rPr>
        <w:t xml:space="preserve"> </w:t>
      </w:r>
      <w:r w:rsidRPr="005117ED">
        <w:rPr>
          <w:rFonts w:cs="Sakkal Majalla"/>
          <w:color w:val="000000" w:themeColor="text1"/>
          <w:sz w:val="38"/>
          <w:szCs w:val="38"/>
          <w:rtl/>
        </w:rPr>
        <w:t>ميزة</w:t>
      </w:r>
      <w:r w:rsidRPr="005117ED">
        <w:rPr>
          <w:rFonts w:cs="Sakkal Majalla"/>
          <w:color w:val="000000" w:themeColor="text1"/>
          <w:sz w:val="38"/>
          <w:szCs w:val="38"/>
        </w:rPr>
        <w:t xml:space="preserve"> </w:t>
      </w:r>
      <w:r w:rsidRPr="005117ED">
        <w:rPr>
          <w:rFonts w:cs="Sakkal Majalla"/>
          <w:color w:val="000000" w:themeColor="text1"/>
          <w:sz w:val="38"/>
          <w:szCs w:val="38"/>
          <w:rtl/>
        </w:rPr>
        <w:t>إذا</w:t>
      </w:r>
      <w:r w:rsidRPr="005117ED">
        <w:rPr>
          <w:rFonts w:cs="Sakkal Majalla"/>
          <w:color w:val="000000" w:themeColor="text1"/>
          <w:sz w:val="38"/>
          <w:szCs w:val="38"/>
        </w:rPr>
        <w:t xml:space="preserve"> </w:t>
      </w:r>
      <w:r w:rsidRPr="005117ED">
        <w:rPr>
          <w:rFonts w:cs="Sakkal Majalla"/>
          <w:color w:val="000000" w:themeColor="text1"/>
          <w:sz w:val="38"/>
          <w:szCs w:val="38"/>
          <w:rtl/>
        </w:rPr>
        <w:t>نتج</w:t>
      </w:r>
      <w:r w:rsidRPr="005117ED">
        <w:rPr>
          <w:rFonts w:cs="Sakkal Majalla"/>
          <w:color w:val="000000" w:themeColor="text1"/>
          <w:sz w:val="38"/>
          <w:szCs w:val="38"/>
        </w:rPr>
        <w:t xml:space="preserve"> </w:t>
      </w:r>
      <w:r w:rsidRPr="005117ED">
        <w:rPr>
          <w:rFonts w:cs="Sakkal Majalla"/>
          <w:color w:val="000000" w:themeColor="text1"/>
          <w:sz w:val="38"/>
          <w:szCs w:val="38"/>
          <w:rtl/>
        </w:rPr>
        <w:t>عن</w:t>
      </w:r>
      <w:r w:rsidRPr="005117ED">
        <w:rPr>
          <w:rFonts w:cs="Sakkal Majalla"/>
          <w:color w:val="000000" w:themeColor="text1"/>
          <w:sz w:val="38"/>
          <w:szCs w:val="38"/>
        </w:rPr>
        <w:t xml:space="preserve"> </w:t>
      </w:r>
      <w:r w:rsidRPr="005117ED">
        <w:rPr>
          <w:rFonts w:cs="Sakkal Majalla"/>
          <w:color w:val="000000" w:themeColor="text1"/>
          <w:sz w:val="38"/>
          <w:szCs w:val="38"/>
          <w:rtl/>
        </w:rPr>
        <w:t>تكرار</w:t>
      </w:r>
      <w:r w:rsidRPr="005117ED">
        <w:rPr>
          <w:rFonts w:cs="Sakkal Majalla"/>
          <w:color w:val="000000" w:themeColor="text1"/>
          <w:sz w:val="38"/>
          <w:szCs w:val="38"/>
        </w:rPr>
        <w:t xml:space="preserve"> </w:t>
      </w:r>
      <w:r w:rsidRPr="005117ED">
        <w:rPr>
          <w:rFonts w:cs="Sakkal Majalla"/>
          <w:color w:val="000000" w:themeColor="text1"/>
          <w:sz w:val="38"/>
          <w:szCs w:val="38"/>
          <w:rtl/>
        </w:rPr>
        <w:t>الفقرات</w:t>
      </w:r>
      <w:r w:rsidRPr="005117ED">
        <w:rPr>
          <w:rFonts w:cs="Sakkal Majalla"/>
          <w:color w:val="000000" w:themeColor="text1"/>
          <w:sz w:val="38"/>
          <w:szCs w:val="38"/>
        </w:rPr>
        <w:t xml:space="preserve">. </w:t>
      </w:r>
      <w:r w:rsidRPr="005117ED">
        <w:rPr>
          <w:rFonts w:cs="Sakkal Majalla"/>
          <w:color w:val="000000" w:themeColor="text1"/>
          <w:sz w:val="38"/>
          <w:szCs w:val="38"/>
          <w:rtl/>
        </w:rPr>
        <w:t>لذلك</w:t>
      </w:r>
      <w:r w:rsidRPr="005117ED">
        <w:rPr>
          <w:rFonts w:cs="Sakkal Majalla"/>
          <w:color w:val="000000" w:themeColor="text1"/>
          <w:sz w:val="38"/>
          <w:szCs w:val="38"/>
        </w:rPr>
        <w:t xml:space="preserve"> </w:t>
      </w:r>
      <w:r w:rsidRPr="005117ED">
        <w:rPr>
          <w:rFonts w:cs="Sakkal Majalla"/>
          <w:color w:val="000000" w:themeColor="text1"/>
          <w:sz w:val="38"/>
          <w:szCs w:val="38"/>
          <w:rtl/>
        </w:rPr>
        <w:t>يقرأ</w:t>
      </w:r>
      <w:r w:rsidRPr="005117ED">
        <w:rPr>
          <w:rFonts w:cs="Sakkal Majalla"/>
          <w:color w:val="000000" w:themeColor="text1"/>
          <w:sz w:val="38"/>
          <w:szCs w:val="38"/>
        </w:rPr>
        <w:t xml:space="preserve"> </w:t>
      </w:r>
      <w:r w:rsidRPr="005117ED">
        <w:rPr>
          <w:rFonts w:cs="Sakkal Majalla"/>
          <w:color w:val="000000" w:themeColor="text1"/>
          <w:sz w:val="38"/>
          <w:szCs w:val="38"/>
          <w:rtl/>
        </w:rPr>
        <w:t>ألفا</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عدد</w:t>
      </w:r>
      <w:r w:rsidRPr="005117ED">
        <w:rPr>
          <w:rFonts w:cs="Sakkal Majalla"/>
          <w:color w:val="000000" w:themeColor="text1"/>
          <w:sz w:val="38"/>
          <w:szCs w:val="38"/>
        </w:rPr>
        <w:t xml:space="preserve"> </w:t>
      </w:r>
      <w:r w:rsidRPr="005117ED">
        <w:rPr>
          <w:rFonts w:cs="Sakkal Majalla"/>
          <w:color w:val="000000" w:themeColor="text1"/>
          <w:sz w:val="38"/>
          <w:szCs w:val="38"/>
          <w:rtl/>
        </w:rPr>
        <w:t>الفقرات</w:t>
      </w:r>
      <w:r w:rsidRPr="005117ED">
        <w:rPr>
          <w:rFonts w:cs="Sakkal Majalla"/>
          <w:color w:val="000000" w:themeColor="text1"/>
          <w:sz w:val="38"/>
          <w:szCs w:val="38"/>
        </w:rPr>
        <w:t xml:space="preserve"> </w:t>
      </w:r>
      <w:r w:rsidRPr="005117ED">
        <w:rPr>
          <w:rFonts w:cs="Sakkal Majalla"/>
          <w:color w:val="000000" w:themeColor="text1"/>
          <w:sz w:val="38"/>
          <w:szCs w:val="38"/>
          <w:rtl/>
        </w:rPr>
        <w:t>ومحتواها</w:t>
      </w:r>
      <w:r w:rsidRPr="005117ED">
        <w:rPr>
          <w:rFonts w:cs="Sakkal Majalla"/>
          <w:color w:val="000000" w:themeColor="text1"/>
          <w:sz w:val="38"/>
          <w:szCs w:val="38"/>
        </w:rPr>
        <w:t xml:space="preserve"> </w:t>
      </w:r>
      <w:r w:rsidRPr="005117ED">
        <w:rPr>
          <w:rFonts w:cs="Sakkal Majalla"/>
          <w:color w:val="000000" w:themeColor="text1"/>
          <w:sz w:val="38"/>
          <w:szCs w:val="38"/>
          <w:rtl/>
        </w:rPr>
        <w:t>وارتباطات</w:t>
      </w:r>
      <w:r w:rsidRPr="005117ED">
        <w:rPr>
          <w:rFonts w:cs="Sakkal Majalla"/>
          <w:color w:val="000000" w:themeColor="text1"/>
          <w:sz w:val="38"/>
          <w:szCs w:val="38"/>
        </w:rPr>
        <w:t xml:space="preserve"> </w:t>
      </w:r>
      <w:r w:rsidRPr="005117ED">
        <w:rPr>
          <w:rFonts w:cs="Sakkal Majalla"/>
          <w:color w:val="000000" w:themeColor="text1"/>
          <w:sz w:val="38"/>
          <w:szCs w:val="38"/>
          <w:rtl/>
        </w:rPr>
        <w:t>التصحيح</w:t>
      </w:r>
      <w:r w:rsidRPr="005117ED">
        <w:rPr>
          <w:rFonts w:cs="Sakkal Majalla"/>
          <w:color w:val="000000" w:themeColor="text1"/>
          <w:sz w:val="38"/>
          <w:szCs w:val="38"/>
        </w:rPr>
        <w:t xml:space="preserve">. </w:t>
      </w:r>
      <w:r w:rsidRPr="005117ED">
        <w:rPr>
          <w:rFonts w:cs="Sakkal Majalla"/>
          <w:color w:val="000000" w:themeColor="text1"/>
          <w:sz w:val="38"/>
          <w:szCs w:val="38"/>
          <w:rtl/>
        </w:rPr>
        <w:t>ويمكن</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تطبيق</w:t>
      </w:r>
      <w:r w:rsidRPr="005117ED">
        <w:rPr>
          <w:rFonts w:cs="Sakkal Majalla"/>
          <w:color w:val="000000" w:themeColor="text1"/>
          <w:sz w:val="38"/>
          <w:szCs w:val="38"/>
        </w:rPr>
        <w:t xml:space="preserve"> </w:t>
      </w:r>
      <w:r w:rsidRPr="005117ED">
        <w:rPr>
          <w:rFonts w:cs="Sakkal Majalla"/>
          <w:color w:val="000000" w:themeColor="text1"/>
          <w:sz w:val="38"/>
          <w:szCs w:val="38"/>
          <w:rtl/>
        </w:rPr>
        <w:t>لاحق</w:t>
      </w:r>
      <w:r w:rsidRPr="005117ED">
        <w:rPr>
          <w:rFonts w:cs="Sakkal Majalla"/>
          <w:color w:val="000000" w:themeColor="text1"/>
          <w:sz w:val="38"/>
          <w:szCs w:val="38"/>
        </w:rPr>
        <w:t xml:space="preserve"> </w:t>
      </w:r>
      <w:r w:rsidRPr="005117ED">
        <w:rPr>
          <w:rFonts w:cs="Sakkal Majalla"/>
          <w:color w:val="000000" w:themeColor="text1"/>
          <w:sz w:val="38"/>
          <w:szCs w:val="38"/>
          <w:rtl/>
        </w:rPr>
        <w:t>استخدام</w:t>
      </w:r>
      <w:r w:rsidRPr="005117ED">
        <w:rPr>
          <w:rFonts w:cs="Sakkal Majalla"/>
          <w:color w:val="000000" w:themeColor="text1"/>
          <w:sz w:val="38"/>
          <w:szCs w:val="38"/>
        </w:rPr>
        <w:t xml:space="preserve"> </w:t>
      </w:r>
      <w:r w:rsidRPr="005117ED">
        <w:rPr>
          <w:rFonts w:cs="Sakkal Majalla"/>
          <w:color w:val="000000" w:themeColor="text1"/>
          <w:sz w:val="38"/>
          <w:szCs w:val="38"/>
          <w:rtl/>
        </w:rPr>
        <w:t>الثبات</w:t>
      </w:r>
      <w:r w:rsidRPr="005117ED">
        <w:rPr>
          <w:rFonts w:cs="Sakkal Majalla"/>
          <w:color w:val="000000" w:themeColor="text1"/>
          <w:sz w:val="38"/>
          <w:szCs w:val="38"/>
        </w:rPr>
        <w:t xml:space="preserve"> </w:t>
      </w:r>
      <w:r w:rsidRPr="005117ED">
        <w:rPr>
          <w:rFonts w:cs="Sakkal Majalla"/>
          <w:color w:val="000000" w:themeColor="text1"/>
          <w:sz w:val="38"/>
          <w:szCs w:val="38"/>
          <w:rtl/>
        </w:rPr>
        <w:t>المركب</w:t>
      </w:r>
      <w:r w:rsidRPr="005117ED">
        <w:rPr>
          <w:rFonts w:cs="Sakkal Majalla"/>
          <w:color w:val="000000" w:themeColor="text1"/>
          <w:sz w:val="38"/>
          <w:szCs w:val="38"/>
        </w:rPr>
        <w:t xml:space="preserve"> </w:t>
      </w:r>
      <w:r w:rsidRPr="005117ED">
        <w:rPr>
          <w:rFonts w:cs="Sakkal Majalla"/>
          <w:color w:val="000000" w:themeColor="text1"/>
          <w:sz w:val="38"/>
          <w:szCs w:val="38"/>
          <w:rtl/>
        </w:rPr>
        <w:t>والتحليل</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العاملي</w:t>
      </w:r>
      <w:r w:rsidRPr="005117ED">
        <w:rPr>
          <w:rFonts w:cs="Sakkal Majalla"/>
          <w:color w:val="000000" w:themeColor="text1"/>
          <w:sz w:val="38"/>
          <w:szCs w:val="38"/>
        </w:rPr>
        <w:t xml:space="preserve"> </w:t>
      </w:r>
      <w:r w:rsidRPr="005117ED">
        <w:rPr>
          <w:rFonts w:cs="Sakkal Majalla"/>
          <w:color w:val="000000" w:themeColor="text1"/>
          <w:sz w:val="38"/>
          <w:szCs w:val="38"/>
          <w:rtl/>
        </w:rPr>
        <w:t>التأكيدي</w:t>
      </w:r>
      <w:r w:rsidRPr="005117ED">
        <w:rPr>
          <w:rFonts w:cs="Sakkal Majalla"/>
          <w:color w:val="000000" w:themeColor="text1"/>
          <w:sz w:val="38"/>
          <w:szCs w:val="38"/>
        </w:rPr>
        <w:t xml:space="preserve"> </w:t>
      </w:r>
      <w:r w:rsidRPr="005117ED">
        <w:rPr>
          <w:rFonts w:cs="Sakkal Majalla"/>
          <w:color w:val="000000" w:themeColor="text1"/>
          <w:sz w:val="38"/>
          <w:szCs w:val="38"/>
          <w:rtl/>
        </w:rPr>
        <w:t>لتقديم</w:t>
      </w:r>
      <w:r w:rsidRPr="005117ED">
        <w:rPr>
          <w:rFonts w:cs="Sakkal Majalla"/>
          <w:color w:val="000000" w:themeColor="text1"/>
          <w:sz w:val="38"/>
          <w:szCs w:val="38"/>
        </w:rPr>
        <w:t xml:space="preserve"> </w:t>
      </w:r>
      <w:r w:rsidRPr="005117ED">
        <w:rPr>
          <w:rFonts w:cs="Sakkal Majalla"/>
          <w:color w:val="000000" w:themeColor="text1"/>
          <w:sz w:val="38"/>
          <w:szCs w:val="38"/>
          <w:rtl/>
        </w:rPr>
        <w:t>أدلة</w:t>
      </w:r>
      <w:r w:rsidRPr="005117ED">
        <w:rPr>
          <w:rFonts w:cs="Sakkal Majalla"/>
          <w:color w:val="000000" w:themeColor="text1"/>
          <w:sz w:val="38"/>
          <w:szCs w:val="38"/>
        </w:rPr>
        <w:t xml:space="preserve"> </w:t>
      </w:r>
      <w:r w:rsidRPr="005117ED">
        <w:rPr>
          <w:rFonts w:cs="Sakkal Majalla"/>
          <w:color w:val="000000" w:themeColor="text1"/>
          <w:sz w:val="38"/>
          <w:szCs w:val="38"/>
          <w:rtl/>
        </w:rPr>
        <w:t>قياس</w:t>
      </w:r>
      <w:r w:rsidRPr="005117ED">
        <w:rPr>
          <w:rFonts w:cs="Sakkal Majalla"/>
          <w:color w:val="000000" w:themeColor="text1"/>
          <w:sz w:val="38"/>
          <w:szCs w:val="38"/>
        </w:rPr>
        <w:t xml:space="preserve"> </w:t>
      </w:r>
      <w:r w:rsidRPr="005117ED">
        <w:rPr>
          <w:rFonts w:cs="Sakkal Majalla"/>
          <w:color w:val="000000" w:themeColor="text1"/>
          <w:sz w:val="38"/>
          <w:szCs w:val="38"/>
          <w:rtl/>
        </w:rPr>
        <w:t>أقوى</w:t>
      </w:r>
      <w:r w:rsidRPr="005117ED">
        <w:rPr>
          <w:rFonts w:cs="Sakkal Majalla"/>
          <w:color w:val="000000" w:themeColor="text1"/>
          <w:sz w:val="38"/>
          <w:szCs w:val="38"/>
        </w:rPr>
        <w:t xml:space="preserve"> (Cronbach</w:t>
      </w:r>
      <w:r w:rsidRPr="005117ED">
        <w:rPr>
          <w:rFonts w:cs="Sakkal Majalla"/>
          <w:color w:val="000000" w:themeColor="text1"/>
          <w:sz w:val="38"/>
          <w:szCs w:val="38"/>
          <w:rtl/>
        </w:rPr>
        <w:t>،</w:t>
      </w:r>
      <w:r w:rsidRPr="005117ED">
        <w:rPr>
          <w:rFonts w:cs="Sakkal Majalla"/>
          <w:color w:val="000000" w:themeColor="text1"/>
          <w:sz w:val="38"/>
          <w:szCs w:val="38"/>
        </w:rPr>
        <w:t xml:space="preserve"> 1951</w:t>
      </w:r>
      <w:r w:rsidRPr="005117ED">
        <w:rPr>
          <w:rFonts w:cs="Sakkal Majalla"/>
          <w:color w:val="000000" w:themeColor="text1"/>
          <w:sz w:val="38"/>
          <w:szCs w:val="38"/>
          <w:rtl/>
        </w:rPr>
        <w:t>؛</w:t>
      </w:r>
      <w:r w:rsidRPr="005117ED">
        <w:rPr>
          <w:rFonts w:cs="Sakkal Majalla"/>
          <w:color w:val="000000" w:themeColor="text1"/>
          <w:sz w:val="38"/>
          <w:szCs w:val="38"/>
        </w:rPr>
        <w:t xml:space="preserve"> Hair et al.</w:t>
      </w:r>
      <w:r w:rsidRPr="005117ED">
        <w:rPr>
          <w:rFonts w:cs="Sakkal Majalla"/>
          <w:color w:val="000000" w:themeColor="text1"/>
          <w:sz w:val="38"/>
          <w:szCs w:val="38"/>
          <w:rtl/>
        </w:rPr>
        <w:t>،</w:t>
      </w:r>
      <w:r w:rsidRPr="005117ED">
        <w:rPr>
          <w:rFonts w:cs="Sakkal Majalla"/>
          <w:color w:val="000000" w:themeColor="text1"/>
          <w:sz w:val="38"/>
          <w:szCs w:val="38"/>
        </w:rPr>
        <w:t xml:space="preserve"> 2019).</w:t>
      </w:r>
    </w:p>
    <w:p w:rsidR="00FD5E07" w:rsidRDefault="00FD5E07" w:rsidP="00FD5E07">
      <w:pPr>
        <w:spacing w:before="0"/>
        <w:ind w:firstLine="425"/>
        <w:jc w:val="both"/>
        <w:rPr>
          <w:rFonts w:cs="Sakkal Majalla"/>
          <w:color w:val="000000" w:themeColor="text1"/>
          <w:sz w:val="38"/>
          <w:szCs w:val="38"/>
          <w:rtl/>
        </w:rPr>
      </w:pPr>
      <w:r w:rsidRPr="005117ED">
        <w:rPr>
          <w:rFonts w:cs="Sakkal Majalla"/>
          <w:color w:val="000000" w:themeColor="text1"/>
          <w:sz w:val="38"/>
          <w:szCs w:val="38"/>
          <w:rtl/>
        </w:rPr>
        <w:t>وتسبق</w:t>
      </w:r>
      <w:r w:rsidRPr="005117ED">
        <w:rPr>
          <w:rFonts w:cs="Sakkal Majalla"/>
          <w:color w:val="000000" w:themeColor="text1"/>
          <w:sz w:val="38"/>
          <w:szCs w:val="38"/>
        </w:rPr>
        <w:t xml:space="preserve"> </w:t>
      </w:r>
      <w:r w:rsidRPr="005117ED">
        <w:rPr>
          <w:rFonts w:cs="Sakkal Majalla"/>
          <w:color w:val="000000" w:themeColor="text1"/>
          <w:sz w:val="38"/>
          <w:szCs w:val="38"/>
          <w:rtl/>
        </w:rPr>
        <w:t>التطبيق</w:t>
      </w:r>
      <w:r w:rsidRPr="005117ED">
        <w:rPr>
          <w:rFonts w:cs="Sakkal Majalla"/>
          <w:color w:val="000000" w:themeColor="text1"/>
          <w:sz w:val="38"/>
          <w:szCs w:val="38"/>
        </w:rPr>
        <w:t xml:space="preserve"> </w:t>
      </w:r>
      <w:r w:rsidRPr="005117ED">
        <w:rPr>
          <w:rFonts w:cs="Sakkal Majalla"/>
          <w:color w:val="000000" w:themeColor="text1"/>
          <w:sz w:val="38"/>
          <w:szCs w:val="38"/>
          <w:rtl/>
        </w:rPr>
        <w:t>النهائي</w:t>
      </w:r>
      <w:r w:rsidRPr="005117ED">
        <w:rPr>
          <w:rFonts w:cs="Sakkal Majalla"/>
          <w:color w:val="000000" w:themeColor="text1"/>
          <w:sz w:val="38"/>
          <w:szCs w:val="38"/>
        </w:rPr>
        <w:t xml:space="preserve"> </w:t>
      </w:r>
      <w:r w:rsidRPr="005117ED">
        <w:rPr>
          <w:rFonts w:cs="Sakkal Majalla"/>
          <w:color w:val="000000" w:themeColor="text1"/>
          <w:sz w:val="38"/>
          <w:szCs w:val="38"/>
          <w:rtl/>
        </w:rPr>
        <w:t>دراسة</w:t>
      </w:r>
      <w:r w:rsidRPr="005117ED">
        <w:rPr>
          <w:rFonts w:cs="Sakkal Majalla"/>
          <w:color w:val="000000" w:themeColor="text1"/>
          <w:sz w:val="38"/>
          <w:szCs w:val="38"/>
        </w:rPr>
        <w:t xml:space="preserve"> </w:t>
      </w:r>
      <w:r w:rsidRPr="005117ED">
        <w:rPr>
          <w:rFonts w:cs="Sakkal Majalla"/>
          <w:color w:val="000000" w:themeColor="text1"/>
          <w:sz w:val="38"/>
          <w:szCs w:val="38"/>
          <w:rtl/>
        </w:rPr>
        <w:t>استطلاعية</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مجموعة</w:t>
      </w:r>
      <w:r w:rsidRPr="005117ED">
        <w:rPr>
          <w:rFonts w:cs="Sakkal Majalla"/>
          <w:color w:val="000000" w:themeColor="text1"/>
          <w:sz w:val="38"/>
          <w:szCs w:val="38"/>
        </w:rPr>
        <w:t xml:space="preserve"> </w:t>
      </w:r>
      <w:r w:rsidRPr="005117ED">
        <w:rPr>
          <w:rFonts w:cs="Sakkal Majalla"/>
          <w:color w:val="000000" w:themeColor="text1"/>
          <w:sz w:val="38"/>
          <w:szCs w:val="38"/>
          <w:rtl/>
        </w:rPr>
        <w:t>صغيرة</w:t>
      </w:r>
      <w:r w:rsidRPr="005117ED">
        <w:rPr>
          <w:rFonts w:cs="Sakkal Majalla"/>
          <w:color w:val="000000" w:themeColor="text1"/>
          <w:sz w:val="38"/>
          <w:szCs w:val="38"/>
        </w:rPr>
        <w:t xml:space="preserve"> </w:t>
      </w:r>
      <w:r w:rsidRPr="005117ED">
        <w:rPr>
          <w:rFonts w:cs="Sakkal Majalla"/>
          <w:color w:val="000000" w:themeColor="text1"/>
          <w:sz w:val="38"/>
          <w:szCs w:val="38"/>
          <w:rtl/>
        </w:rPr>
        <w:t>مشابهة</w:t>
      </w:r>
      <w:r w:rsidRPr="005117ED">
        <w:rPr>
          <w:rFonts w:cs="Sakkal Majalla"/>
          <w:color w:val="000000" w:themeColor="text1"/>
          <w:sz w:val="38"/>
          <w:szCs w:val="38"/>
        </w:rPr>
        <w:t xml:space="preserve"> </w:t>
      </w:r>
      <w:r w:rsidRPr="005117ED">
        <w:rPr>
          <w:rFonts w:cs="Sakkal Majalla"/>
          <w:color w:val="000000" w:themeColor="text1"/>
          <w:sz w:val="38"/>
          <w:szCs w:val="38"/>
          <w:rtl/>
        </w:rPr>
        <w:t>للمجتمع،</w:t>
      </w:r>
      <w:r w:rsidRPr="005117ED">
        <w:rPr>
          <w:rFonts w:cs="Sakkal Majalla"/>
          <w:color w:val="000000" w:themeColor="text1"/>
          <w:sz w:val="38"/>
          <w:szCs w:val="38"/>
        </w:rPr>
        <w:t xml:space="preserve"> </w:t>
      </w:r>
      <w:r w:rsidRPr="005117ED">
        <w:rPr>
          <w:rFonts w:cs="Sakkal Majalla"/>
          <w:color w:val="000000" w:themeColor="text1"/>
          <w:sz w:val="38"/>
          <w:szCs w:val="38"/>
          <w:rtl/>
        </w:rPr>
        <w:t>بهدف</w:t>
      </w:r>
      <w:r w:rsidRPr="005117ED">
        <w:rPr>
          <w:rFonts w:cs="Sakkal Majalla"/>
          <w:color w:val="000000" w:themeColor="text1"/>
          <w:sz w:val="38"/>
          <w:szCs w:val="38"/>
        </w:rPr>
        <w:t xml:space="preserve"> </w:t>
      </w:r>
      <w:r w:rsidRPr="005117ED">
        <w:rPr>
          <w:rFonts w:cs="Sakkal Majalla"/>
          <w:color w:val="000000" w:themeColor="text1"/>
          <w:sz w:val="38"/>
          <w:szCs w:val="38"/>
          <w:rtl/>
        </w:rPr>
        <w:t>اختبار</w:t>
      </w:r>
      <w:r w:rsidRPr="005117ED">
        <w:rPr>
          <w:rFonts w:cs="Sakkal Majalla"/>
          <w:color w:val="000000" w:themeColor="text1"/>
          <w:sz w:val="38"/>
          <w:szCs w:val="38"/>
        </w:rPr>
        <w:t xml:space="preserve"> </w:t>
      </w:r>
      <w:r w:rsidRPr="005117ED">
        <w:rPr>
          <w:rFonts w:cs="Sakkal Majalla"/>
          <w:color w:val="000000" w:themeColor="text1"/>
          <w:sz w:val="38"/>
          <w:szCs w:val="38"/>
          <w:rtl/>
        </w:rPr>
        <w:t>وضوح</w:t>
      </w:r>
      <w:r w:rsidRPr="005117ED">
        <w:rPr>
          <w:rFonts w:cs="Sakkal Majalla"/>
          <w:color w:val="000000" w:themeColor="text1"/>
          <w:sz w:val="38"/>
          <w:szCs w:val="38"/>
        </w:rPr>
        <w:t xml:space="preserve"> </w:t>
      </w:r>
      <w:r w:rsidRPr="005117ED">
        <w:rPr>
          <w:rFonts w:cs="Sakkal Majalla"/>
          <w:color w:val="000000" w:themeColor="text1"/>
          <w:sz w:val="38"/>
          <w:szCs w:val="38"/>
          <w:rtl/>
        </w:rPr>
        <w:t>العبارات</w:t>
      </w:r>
      <w:r w:rsidRPr="005117ED">
        <w:rPr>
          <w:rFonts w:cs="Sakkal Majalla"/>
          <w:color w:val="000000" w:themeColor="text1"/>
          <w:sz w:val="38"/>
          <w:szCs w:val="38"/>
        </w:rPr>
        <w:t xml:space="preserve"> </w:t>
      </w:r>
      <w:r w:rsidRPr="005117ED">
        <w:rPr>
          <w:rFonts w:cs="Sakkal Majalla"/>
          <w:color w:val="000000" w:themeColor="text1"/>
          <w:sz w:val="38"/>
          <w:szCs w:val="38"/>
          <w:rtl/>
        </w:rPr>
        <w:t>والوقت</w:t>
      </w:r>
      <w:r w:rsidRPr="005117ED">
        <w:rPr>
          <w:rFonts w:cs="Sakkal Majalla"/>
          <w:color w:val="000000" w:themeColor="text1"/>
          <w:sz w:val="38"/>
          <w:szCs w:val="38"/>
        </w:rPr>
        <w:t xml:space="preserve"> </w:t>
      </w:r>
      <w:r w:rsidRPr="005117ED">
        <w:rPr>
          <w:rFonts w:cs="Sakkal Majalla"/>
          <w:color w:val="000000" w:themeColor="text1"/>
          <w:sz w:val="38"/>
          <w:szCs w:val="38"/>
          <w:rtl/>
        </w:rPr>
        <w:t>والوظائف</w:t>
      </w:r>
      <w:r w:rsidRPr="005117ED">
        <w:rPr>
          <w:rFonts w:cs="Sakkal Majalla"/>
          <w:color w:val="000000" w:themeColor="text1"/>
          <w:sz w:val="38"/>
          <w:szCs w:val="38"/>
        </w:rPr>
        <w:t xml:space="preserve"> </w:t>
      </w:r>
      <w:r w:rsidRPr="005117ED">
        <w:rPr>
          <w:rFonts w:cs="Sakkal Majalla"/>
          <w:color w:val="000000" w:themeColor="text1"/>
          <w:sz w:val="38"/>
          <w:szCs w:val="38"/>
          <w:rtl/>
        </w:rPr>
        <w:t>التقنية</w:t>
      </w:r>
      <w:r w:rsidRPr="005117ED">
        <w:rPr>
          <w:rFonts w:cs="Sakkal Majalla"/>
          <w:color w:val="000000" w:themeColor="text1"/>
          <w:sz w:val="38"/>
          <w:szCs w:val="38"/>
        </w:rPr>
        <w:t xml:space="preserve"> </w:t>
      </w:r>
      <w:r w:rsidRPr="005117ED">
        <w:rPr>
          <w:rFonts w:cs="Sakkal Majalla"/>
          <w:color w:val="000000" w:themeColor="text1"/>
          <w:sz w:val="38"/>
          <w:szCs w:val="38"/>
          <w:rtl/>
        </w:rPr>
        <w:t>للاستبانة،</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بهدف</w:t>
      </w:r>
      <w:r w:rsidRPr="005117ED">
        <w:rPr>
          <w:rFonts w:cs="Sakkal Majalla"/>
          <w:color w:val="000000" w:themeColor="text1"/>
          <w:sz w:val="38"/>
          <w:szCs w:val="38"/>
        </w:rPr>
        <w:t xml:space="preserve"> </w:t>
      </w:r>
      <w:r w:rsidRPr="005117ED">
        <w:rPr>
          <w:rFonts w:cs="Sakkal Majalla"/>
          <w:color w:val="000000" w:themeColor="text1"/>
          <w:sz w:val="38"/>
          <w:szCs w:val="38"/>
          <w:rtl/>
        </w:rPr>
        <w:t>اختبار</w:t>
      </w:r>
      <w:r w:rsidRPr="005117ED">
        <w:rPr>
          <w:rFonts w:cs="Sakkal Majalla"/>
          <w:color w:val="000000" w:themeColor="text1"/>
          <w:sz w:val="38"/>
          <w:szCs w:val="38"/>
        </w:rPr>
        <w:t xml:space="preserve"> </w:t>
      </w:r>
      <w:r w:rsidRPr="005117ED">
        <w:rPr>
          <w:rFonts w:cs="Sakkal Majalla"/>
          <w:color w:val="000000" w:themeColor="text1"/>
          <w:sz w:val="38"/>
          <w:szCs w:val="38"/>
          <w:rtl/>
        </w:rPr>
        <w:t>الفرضيات</w:t>
      </w:r>
      <w:r w:rsidRPr="005117ED">
        <w:rPr>
          <w:rFonts w:cs="Sakkal Majalla"/>
          <w:color w:val="000000" w:themeColor="text1"/>
          <w:sz w:val="38"/>
          <w:szCs w:val="38"/>
        </w:rPr>
        <w:t xml:space="preserve">. </w:t>
      </w:r>
      <w:r w:rsidRPr="005117ED">
        <w:rPr>
          <w:rFonts w:cs="Sakkal Majalla"/>
          <w:color w:val="000000" w:themeColor="text1"/>
          <w:sz w:val="38"/>
          <w:szCs w:val="38"/>
          <w:rtl/>
        </w:rPr>
        <w:t>وتسجل</w:t>
      </w:r>
      <w:r w:rsidRPr="005117ED">
        <w:rPr>
          <w:rFonts w:cs="Sakkal Majalla"/>
          <w:color w:val="000000" w:themeColor="text1"/>
          <w:sz w:val="38"/>
          <w:szCs w:val="38"/>
        </w:rPr>
        <w:t xml:space="preserve"> </w:t>
      </w:r>
      <w:r w:rsidRPr="005117ED">
        <w:rPr>
          <w:rFonts w:cs="Sakkal Majalla"/>
          <w:color w:val="000000" w:themeColor="text1"/>
          <w:sz w:val="38"/>
          <w:szCs w:val="38"/>
          <w:rtl/>
        </w:rPr>
        <w:t>الملاحظات</w:t>
      </w:r>
      <w:r w:rsidRPr="005117ED">
        <w:rPr>
          <w:rFonts w:cs="Sakkal Majalla"/>
          <w:color w:val="000000" w:themeColor="text1"/>
          <w:sz w:val="38"/>
          <w:szCs w:val="38"/>
        </w:rPr>
        <w:t xml:space="preserve"> </w:t>
      </w:r>
      <w:r w:rsidRPr="005117ED">
        <w:rPr>
          <w:rFonts w:cs="Sakkal Majalla"/>
          <w:color w:val="000000" w:themeColor="text1"/>
          <w:sz w:val="38"/>
          <w:szCs w:val="38"/>
          <w:rtl/>
        </w:rPr>
        <w:t>بشأن</w:t>
      </w:r>
      <w:r w:rsidRPr="005117ED">
        <w:rPr>
          <w:rFonts w:cs="Sakkal Majalla"/>
          <w:color w:val="000000" w:themeColor="text1"/>
          <w:sz w:val="38"/>
          <w:szCs w:val="38"/>
        </w:rPr>
        <w:t xml:space="preserve"> </w:t>
      </w:r>
      <w:r w:rsidRPr="005117ED">
        <w:rPr>
          <w:rFonts w:cs="Sakkal Majalla"/>
          <w:color w:val="000000" w:themeColor="text1"/>
          <w:sz w:val="38"/>
          <w:szCs w:val="38"/>
          <w:rtl/>
        </w:rPr>
        <w:t>المصطلحات</w:t>
      </w:r>
      <w:r w:rsidRPr="005117ED">
        <w:rPr>
          <w:rFonts w:cs="Sakkal Majalla"/>
          <w:color w:val="000000" w:themeColor="text1"/>
          <w:sz w:val="38"/>
          <w:szCs w:val="38"/>
        </w:rPr>
        <w:t xml:space="preserve"> </w:t>
      </w:r>
      <w:r w:rsidRPr="005117ED">
        <w:rPr>
          <w:rFonts w:cs="Sakkal Majalla"/>
          <w:color w:val="000000" w:themeColor="text1"/>
          <w:sz w:val="38"/>
          <w:szCs w:val="38"/>
          <w:rtl/>
        </w:rPr>
        <w:t>الصعبة</w:t>
      </w:r>
      <w:r w:rsidRPr="005117ED">
        <w:rPr>
          <w:rFonts w:cs="Sakkal Majalla"/>
          <w:color w:val="000000" w:themeColor="text1"/>
          <w:sz w:val="38"/>
          <w:szCs w:val="38"/>
        </w:rPr>
        <w:t xml:space="preserve"> </w:t>
      </w:r>
      <w:r w:rsidRPr="005117ED">
        <w:rPr>
          <w:rFonts w:cs="Sakkal Majalla"/>
          <w:color w:val="000000" w:themeColor="text1"/>
          <w:sz w:val="38"/>
          <w:szCs w:val="38"/>
          <w:rtl/>
        </w:rPr>
        <w:t>أو</w:t>
      </w:r>
      <w:r w:rsidRPr="005117ED">
        <w:rPr>
          <w:rFonts w:cs="Sakkal Majalla"/>
          <w:color w:val="000000" w:themeColor="text1"/>
          <w:sz w:val="38"/>
          <w:szCs w:val="38"/>
        </w:rPr>
        <w:t xml:space="preserve"> </w:t>
      </w:r>
      <w:r w:rsidRPr="005117ED">
        <w:rPr>
          <w:rFonts w:cs="Sakkal Majalla"/>
          <w:color w:val="000000" w:themeColor="text1"/>
          <w:sz w:val="38"/>
          <w:szCs w:val="38"/>
          <w:rtl/>
        </w:rPr>
        <w:t>الخيارات</w:t>
      </w:r>
      <w:r w:rsidRPr="005117ED">
        <w:rPr>
          <w:rFonts w:cs="Sakkal Majalla"/>
          <w:color w:val="000000" w:themeColor="text1"/>
          <w:sz w:val="38"/>
          <w:szCs w:val="38"/>
        </w:rPr>
        <w:t xml:space="preserve"> </w:t>
      </w:r>
      <w:r w:rsidRPr="005117ED">
        <w:rPr>
          <w:rFonts w:cs="Sakkal Majalla"/>
          <w:color w:val="000000" w:themeColor="text1"/>
          <w:sz w:val="38"/>
          <w:szCs w:val="38"/>
          <w:rtl/>
        </w:rPr>
        <w:t>الناقصة،</w:t>
      </w:r>
      <w:r w:rsidRPr="005117ED">
        <w:rPr>
          <w:rFonts w:cs="Sakkal Majalla"/>
          <w:color w:val="000000" w:themeColor="text1"/>
          <w:sz w:val="38"/>
          <w:szCs w:val="38"/>
        </w:rPr>
        <w:t xml:space="preserve"> </w:t>
      </w:r>
      <w:r w:rsidRPr="005117ED">
        <w:rPr>
          <w:rFonts w:cs="Sakkal Majalla"/>
          <w:color w:val="000000" w:themeColor="text1"/>
          <w:sz w:val="38"/>
          <w:szCs w:val="38"/>
          <w:rtl/>
        </w:rPr>
        <w:t>وتراجع</w:t>
      </w:r>
      <w:r w:rsidRPr="005117ED">
        <w:rPr>
          <w:rFonts w:cs="Sakkal Majalla"/>
          <w:color w:val="000000" w:themeColor="text1"/>
          <w:sz w:val="38"/>
          <w:szCs w:val="38"/>
        </w:rPr>
        <w:t xml:space="preserve"> </w:t>
      </w:r>
      <w:r w:rsidRPr="005117ED">
        <w:rPr>
          <w:rFonts w:cs="Sakkal Majalla"/>
          <w:color w:val="000000" w:themeColor="text1"/>
          <w:sz w:val="38"/>
          <w:szCs w:val="38"/>
          <w:rtl/>
        </w:rPr>
        <w:t>أنماط</w:t>
      </w:r>
      <w:r w:rsidRPr="005117ED">
        <w:rPr>
          <w:rFonts w:cs="Sakkal Majalla"/>
          <w:color w:val="000000" w:themeColor="text1"/>
          <w:sz w:val="38"/>
          <w:szCs w:val="38"/>
        </w:rPr>
        <w:t xml:space="preserve"> </w:t>
      </w:r>
      <w:r w:rsidRPr="005117ED">
        <w:rPr>
          <w:rFonts w:cs="Sakkal Majalla"/>
          <w:color w:val="000000" w:themeColor="text1"/>
          <w:sz w:val="38"/>
          <w:szCs w:val="38"/>
          <w:rtl/>
        </w:rPr>
        <w:t>الإجابة</w:t>
      </w:r>
      <w:r w:rsidRPr="005117ED">
        <w:rPr>
          <w:rFonts w:cs="Sakkal Majalla"/>
          <w:color w:val="000000" w:themeColor="text1"/>
          <w:sz w:val="38"/>
          <w:szCs w:val="38"/>
        </w:rPr>
        <w:t xml:space="preserve"> </w:t>
      </w:r>
      <w:r w:rsidRPr="005117ED">
        <w:rPr>
          <w:rFonts w:cs="Sakkal Majalla"/>
          <w:color w:val="000000" w:themeColor="text1"/>
          <w:sz w:val="38"/>
          <w:szCs w:val="38"/>
          <w:rtl/>
        </w:rPr>
        <w:t>للكشف</w:t>
      </w:r>
      <w:r w:rsidRPr="005117ED">
        <w:rPr>
          <w:rFonts w:cs="Sakkal Majalla"/>
          <w:color w:val="000000" w:themeColor="text1"/>
          <w:sz w:val="38"/>
          <w:szCs w:val="38"/>
        </w:rPr>
        <w:t xml:space="preserve"> </w:t>
      </w:r>
      <w:r w:rsidRPr="005117ED">
        <w:rPr>
          <w:rFonts w:cs="Sakkal Majalla"/>
          <w:color w:val="000000" w:themeColor="text1"/>
          <w:sz w:val="38"/>
          <w:szCs w:val="38"/>
          <w:rtl/>
        </w:rPr>
        <w:t>عن</w:t>
      </w:r>
      <w:r w:rsidRPr="005117ED">
        <w:rPr>
          <w:rFonts w:cs="Sakkal Majalla"/>
          <w:color w:val="000000" w:themeColor="text1"/>
          <w:sz w:val="38"/>
          <w:szCs w:val="38"/>
        </w:rPr>
        <w:t xml:space="preserve"> </w:t>
      </w:r>
      <w:r w:rsidRPr="005117ED">
        <w:rPr>
          <w:rFonts w:cs="Sakkal Majalla"/>
          <w:color w:val="000000" w:themeColor="text1"/>
          <w:sz w:val="38"/>
          <w:szCs w:val="38"/>
          <w:rtl/>
        </w:rPr>
        <w:t>فقرات</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يظهر</w:t>
      </w:r>
      <w:r w:rsidRPr="005117ED">
        <w:rPr>
          <w:rFonts w:cs="Sakkal Majalla"/>
          <w:color w:val="000000" w:themeColor="text1"/>
          <w:sz w:val="38"/>
          <w:szCs w:val="38"/>
        </w:rPr>
        <w:t xml:space="preserve"> </w:t>
      </w:r>
      <w:r w:rsidRPr="005117ED">
        <w:rPr>
          <w:rFonts w:cs="Sakkal Majalla"/>
          <w:color w:val="000000" w:themeColor="text1"/>
          <w:sz w:val="38"/>
          <w:szCs w:val="38"/>
          <w:rtl/>
        </w:rPr>
        <w:t>فيها</w:t>
      </w:r>
      <w:r w:rsidRPr="005117ED">
        <w:rPr>
          <w:rFonts w:cs="Sakkal Majalla"/>
          <w:color w:val="000000" w:themeColor="text1"/>
          <w:sz w:val="38"/>
          <w:szCs w:val="38"/>
        </w:rPr>
        <w:t xml:space="preserve"> </w:t>
      </w:r>
      <w:r w:rsidRPr="005117ED">
        <w:rPr>
          <w:rFonts w:cs="Sakkal Majalla"/>
          <w:color w:val="000000" w:themeColor="text1"/>
          <w:sz w:val="38"/>
          <w:szCs w:val="38"/>
          <w:rtl/>
        </w:rPr>
        <w:t>تباين</w:t>
      </w:r>
      <w:r w:rsidRPr="005117ED">
        <w:rPr>
          <w:rFonts w:cs="Sakkal Majalla"/>
          <w:color w:val="000000" w:themeColor="text1"/>
          <w:sz w:val="38"/>
          <w:szCs w:val="38"/>
        </w:rPr>
        <w:t xml:space="preserve">. </w:t>
      </w:r>
      <w:r w:rsidRPr="005117ED">
        <w:rPr>
          <w:rFonts w:cs="Sakkal Majalla"/>
          <w:color w:val="000000" w:themeColor="text1"/>
          <w:sz w:val="38"/>
          <w:szCs w:val="38"/>
          <w:rtl/>
        </w:rPr>
        <w:t>ويستبعد</w:t>
      </w:r>
      <w:r w:rsidRPr="005117ED">
        <w:rPr>
          <w:rFonts w:cs="Sakkal Majalla"/>
          <w:color w:val="000000" w:themeColor="text1"/>
          <w:sz w:val="38"/>
          <w:szCs w:val="38"/>
        </w:rPr>
        <w:t xml:space="preserve"> </w:t>
      </w:r>
      <w:r w:rsidRPr="005117ED">
        <w:rPr>
          <w:rFonts w:cs="Sakkal Majalla"/>
          <w:color w:val="000000" w:themeColor="text1"/>
          <w:sz w:val="38"/>
          <w:szCs w:val="38"/>
          <w:rtl/>
        </w:rPr>
        <w:t>أفراد</w:t>
      </w:r>
      <w:r w:rsidRPr="005117ED">
        <w:rPr>
          <w:rFonts w:cs="Sakkal Majalla"/>
          <w:color w:val="000000" w:themeColor="text1"/>
          <w:sz w:val="38"/>
          <w:szCs w:val="38"/>
        </w:rPr>
        <w:t xml:space="preserve"> </w:t>
      </w:r>
      <w:r w:rsidRPr="005117ED">
        <w:rPr>
          <w:rFonts w:cs="Sakkal Majalla"/>
          <w:color w:val="000000" w:themeColor="text1"/>
          <w:sz w:val="38"/>
          <w:szCs w:val="38"/>
          <w:rtl/>
        </w:rPr>
        <w:t>الاستطلاع</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العينة</w:t>
      </w:r>
      <w:r w:rsidRPr="005117ED">
        <w:rPr>
          <w:rFonts w:cs="Sakkal Majalla"/>
          <w:color w:val="000000" w:themeColor="text1"/>
          <w:sz w:val="38"/>
          <w:szCs w:val="38"/>
        </w:rPr>
        <w:t xml:space="preserve"> </w:t>
      </w:r>
      <w:r w:rsidRPr="005117ED">
        <w:rPr>
          <w:rFonts w:cs="Sakkal Majalla"/>
          <w:color w:val="000000" w:themeColor="text1"/>
          <w:sz w:val="38"/>
          <w:szCs w:val="38"/>
          <w:rtl/>
        </w:rPr>
        <w:t>النهائية</w:t>
      </w:r>
      <w:r w:rsidRPr="005117ED">
        <w:rPr>
          <w:rFonts w:cs="Sakkal Majalla"/>
          <w:color w:val="000000" w:themeColor="text1"/>
          <w:sz w:val="38"/>
          <w:szCs w:val="38"/>
        </w:rPr>
        <w:t xml:space="preserve"> </w:t>
      </w:r>
      <w:r w:rsidRPr="005117ED">
        <w:rPr>
          <w:rFonts w:cs="Sakkal Majalla"/>
          <w:color w:val="000000" w:themeColor="text1"/>
          <w:sz w:val="38"/>
          <w:szCs w:val="38"/>
          <w:rtl/>
        </w:rPr>
        <w:t>عند</w:t>
      </w:r>
      <w:r w:rsidRPr="005117ED">
        <w:rPr>
          <w:rFonts w:cs="Sakkal Majalla"/>
          <w:color w:val="000000" w:themeColor="text1"/>
          <w:sz w:val="38"/>
          <w:szCs w:val="38"/>
        </w:rPr>
        <w:t xml:space="preserve"> </w:t>
      </w:r>
      <w:r w:rsidRPr="005117ED">
        <w:rPr>
          <w:rFonts w:cs="Sakkal Majalla"/>
          <w:color w:val="000000" w:themeColor="text1"/>
          <w:sz w:val="38"/>
          <w:szCs w:val="38"/>
          <w:rtl/>
        </w:rPr>
        <w:t>الإمكان</w:t>
      </w:r>
      <w:r w:rsidRPr="005117ED">
        <w:rPr>
          <w:rFonts w:cs="Sakkal Majalla"/>
          <w:color w:val="000000" w:themeColor="text1"/>
          <w:sz w:val="38"/>
          <w:szCs w:val="38"/>
        </w:rPr>
        <w:t xml:space="preserve"> </w:t>
      </w:r>
      <w:r w:rsidRPr="005117ED">
        <w:rPr>
          <w:rFonts w:cs="Sakkal Majalla"/>
          <w:color w:val="000000" w:themeColor="text1"/>
          <w:sz w:val="38"/>
          <w:szCs w:val="38"/>
          <w:rtl/>
        </w:rPr>
        <w:t>لتجنب</w:t>
      </w:r>
      <w:r w:rsidRPr="005117ED">
        <w:rPr>
          <w:rFonts w:cs="Sakkal Majalla"/>
          <w:color w:val="000000" w:themeColor="text1"/>
          <w:sz w:val="38"/>
          <w:szCs w:val="38"/>
        </w:rPr>
        <w:t xml:space="preserve"> </w:t>
      </w:r>
      <w:r w:rsidRPr="005117ED">
        <w:rPr>
          <w:rFonts w:cs="Sakkal Majalla"/>
          <w:color w:val="000000" w:themeColor="text1"/>
          <w:sz w:val="38"/>
          <w:szCs w:val="38"/>
          <w:rtl/>
        </w:rPr>
        <w:t>أثر</w:t>
      </w:r>
      <w:r w:rsidRPr="005117ED">
        <w:rPr>
          <w:rFonts w:cs="Sakkal Majalla"/>
          <w:color w:val="000000" w:themeColor="text1"/>
          <w:sz w:val="38"/>
          <w:szCs w:val="38"/>
        </w:rPr>
        <w:t xml:space="preserve"> </w:t>
      </w:r>
      <w:r w:rsidRPr="005117ED">
        <w:rPr>
          <w:rFonts w:cs="Sakkal Majalla"/>
          <w:color w:val="000000" w:themeColor="text1"/>
          <w:sz w:val="38"/>
          <w:szCs w:val="38"/>
          <w:rtl/>
        </w:rPr>
        <w:t>التعرض</w:t>
      </w:r>
      <w:r w:rsidRPr="005117ED">
        <w:rPr>
          <w:rFonts w:cs="Sakkal Majalla"/>
          <w:color w:val="000000" w:themeColor="text1"/>
          <w:sz w:val="38"/>
          <w:szCs w:val="38"/>
        </w:rPr>
        <w:t xml:space="preserve"> </w:t>
      </w:r>
      <w:r w:rsidRPr="005117ED">
        <w:rPr>
          <w:rFonts w:cs="Sakkal Majalla"/>
          <w:color w:val="000000" w:themeColor="text1"/>
          <w:sz w:val="38"/>
          <w:szCs w:val="38"/>
          <w:rtl/>
        </w:rPr>
        <w:t>السابق</w:t>
      </w:r>
      <w:r w:rsidRPr="005117ED">
        <w:rPr>
          <w:rFonts w:cs="Sakkal Majalla"/>
          <w:color w:val="000000" w:themeColor="text1"/>
          <w:sz w:val="38"/>
          <w:szCs w:val="38"/>
        </w:rPr>
        <w:t>.</w:t>
      </w:r>
    </w:p>
    <w:p w:rsidR="004C155A" w:rsidRPr="005117ED" w:rsidRDefault="004C155A" w:rsidP="00FD5E07">
      <w:pPr>
        <w:spacing w:before="0"/>
        <w:ind w:firstLine="425"/>
        <w:jc w:val="both"/>
        <w:rPr>
          <w:rFonts w:cs="Sakkal Majalla"/>
          <w:color w:val="000000" w:themeColor="text1"/>
          <w:sz w:val="38"/>
          <w:szCs w:val="38"/>
        </w:rPr>
      </w:pPr>
    </w:p>
    <w:p w:rsidR="00FD5E07" w:rsidRPr="005117ED" w:rsidRDefault="00FD5E07" w:rsidP="00FD5E07">
      <w:pPr>
        <w:spacing w:before="0"/>
        <w:ind w:firstLine="0"/>
        <w:jc w:val="left"/>
        <w:outlineLvl w:val="0"/>
        <w:rPr>
          <w:rFonts w:eastAsia="Times New Roman" w:cs="Sakkal Majalla"/>
          <w:b/>
          <w:bCs/>
          <w:color w:val="000000" w:themeColor="text1"/>
          <w:sz w:val="40"/>
          <w:szCs w:val="40"/>
        </w:rPr>
      </w:pPr>
      <w:bookmarkStart w:id="66" w:name="_Toc233322014"/>
      <w:r w:rsidRPr="005117ED">
        <w:rPr>
          <w:rFonts w:eastAsia="Times New Roman" w:cs="Sakkal Majalla"/>
          <w:b/>
          <w:bCs/>
          <w:color w:val="000000" w:themeColor="text1"/>
          <w:sz w:val="40"/>
          <w:szCs w:val="40"/>
          <w:rtl/>
        </w:rPr>
        <w:lastRenderedPageBreak/>
        <w:t>الحادي</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عشر</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إجراءات</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جمع</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البيانات</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وإدارتها</w:t>
      </w:r>
      <w:bookmarkEnd w:id="66"/>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تمر</w:t>
      </w:r>
      <w:r w:rsidRPr="005117ED">
        <w:rPr>
          <w:rFonts w:cs="Sakkal Majalla"/>
          <w:color w:val="000000" w:themeColor="text1"/>
          <w:sz w:val="38"/>
          <w:szCs w:val="38"/>
        </w:rPr>
        <w:t xml:space="preserve"> </w:t>
      </w:r>
      <w:r w:rsidRPr="005117ED">
        <w:rPr>
          <w:rFonts w:cs="Sakkal Majalla"/>
          <w:color w:val="000000" w:themeColor="text1"/>
          <w:sz w:val="38"/>
          <w:szCs w:val="38"/>
          <w:rtl/>
        </w:rPr>
        <w:t>إجراءات</w:t>
      </w:r>
      <w:r w:rsidRPr="005117ED">
        <w:rPr>
          <w:rFonts w:cs="Sakkal Majalla"/>
          <w:color w:val="000000" w:themeColor="text1"/>
          <w:sz w:val="38"/>
          <w:szCs w:val="38"/>
        </w:rPr>
        <w:t xml:space="preserve"> </w:t>
      </w:r>
      <w:r w:rsidRPr="005117ED">
        <w:rPr>
          <w:rFonts w:cs="Sakkal Majalla"/>
          <w:color w:val="000000" w:themeColor="text1"/>
          <w:sz w:val="38"/>
          <w:szCs w:val="38"/>
          <w:rtl/>
        </w:rPr>
        <w:t>جمع</w:t>
      </w:r>
      <w:r w:rsidRPr="005117ED">
        <w:rPr>
          <w:rFonts w:cs="Sakkal Majalla"/>
          <w:color w:val="000000" w:themeColor="text1"/>
          <w:sz w:val="38"/>
          <w:szCs w:val="38"/>
        </w:rPr>
        <w:t xml:space="preserve"> </w:t>
      </w:r>
      <w:r w:rsidRPr="005117ED">
        <w:rPr>
          <w:rFonts w:cs="Sakkal Majalla"/>
          <w:color w:val="000000" w:themeColor="text1"/>
          <w:sz w:val="38"/>
          <w:szCs w:val="38"/>
          <w:rtl/>
        </w:rPr>
        <w:t>البيانات</w:t>
      </w:r>
      <w:r w:rsidRPr="005117ED">
        <w:rPr>
          <w:rFonts w:cs="Sakkal Majalla"/>
          <w:color w:val="000000" w:themeColor="text1"/>
          <w:sz w:val="38"/>
          <w:szCs w:val="38"/>
        </w:rPr>
        <w:t xml:space="preserve"> </w:t>
      </w:r>
      <w:r w:rsidRPr="005117ED">
        <w:rPr>
          <w:rFonts w:cs="Sakkal Majalla"/>
          <w:color w:val="000000" w:themeColor="text1"/>
          <w:sz w:val="38"/>
          <w:szCs w:val="38"/>
          <w:rtl/>
        </w:rPr>
        <w:t>بمراحل</w:t>
      </w:r>
      <w:r w:rsidRPr="005117ED">
        <w:rPr>
          <w:rFonts w:cs="Sakkal Majalla"/>
          <w:color w:val="000000" w:themeColor="text1"/>
          <w:sz w:val="38"/>
          <w:szCs w:val="38"/>
        </w:rPr>
        <w:t xml:space="preserve"> </w:t>
      </w:r>
      <w:r w:rsidRPr="005117ED">
        <w:rPr>
          <w:rFonts w:cs="Sakkal Majalla"/>
          <w:color w:val="000000" w:themeColor="text1"/>
          <w:sz w:val="38"/>
          <w:szCs w:val="38"/>
          <w:rtl/>
        </w:rPr>
        <w:t>تبدأ</w:t>
      </w:r>
      <w:r w:rsidRPr="005117ED">
        <w:rPr>
          <w:rFonts w:cs="Sakkal Majalla"/>
          <w:color w:val="000000" w:themeColor="text1"/>
          <w:sz w:val="38"/>
          <w:szCs w:val="38"/>
        </w:rPr>
        <w:t xml:space="preserve"> </w:t>
      </w:r>
      <w:r w:rsidRPr="005117ED">
        <w:rPr>
          <w:rFonts w:cs="Sakkal Majalla"/>
          <w:color w:val="000000" w:themeColor="text1"/>
          <w:sz w:val="38"/>
          <w:szCs w:val="38"/>
          <w:rtl/>
        </w:rPr>
        <w:t>بالحصول</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الموافقة</w:t>
      </w:r>
      <w:r w:rsidRPr="005117ED">
        <w:rPr>
          <w:rFonts w:cs="Sakkal Majalla"/>
          <w:color w:val="000000" w:themeColor="text1"/>
          <w:sz w:val="38"/>
          <w:szCs w:val="38"/>
        </w:rPr>
        <w:t xml:space="preserve"> </w:t>
      </w:r>
      <w:r w:rsidRPr="005117ED">
        <w:rPr>
          <w:rFonts w:cs="Sakkal Majalla"/>
          <w:color w:val="000000" w:themeColor="text1"/>
          <w:sz w:val="38"/>
          <w:szCs w:val="38"/>
          <w:rtl/>
        </w:rPr>
        <w:t>الأكاديمية،</w:t>
      </w:r>
      <w:r w:rsidRPr="005117ED">
        <w:rPr>
          <w:rFonts w:cs="Sakkal Majalla"/>
          <w:color w:val="000000" w:themeColor="text1"/>
          <w:sz w:val="38"/>
          <w:szCs w:val="38"/>
        </w:rPr>
        <w:t xml:space="preserve"> </w:t>
      </w:r>
      <w:r w:rsidRPr="005117ED">
        <w:rPr>
          <w:rFonts w:cs="Sakkal Majalla"/>
          <w:color w:val="000000" w:themeColor="text1"/>
          <w:sz w:val="38"/>
          <w:szCs w:val="38"/>
          <w:rtl/>
        </w:rPr>
        <w:t>ثم</w:t>
      </w:r>
      <w:r w:rsidRPr="005117ED">
        <w:rPr>
          <w:rFonts w:cs="Sakkal Majalla"/>
          <w:color w:val="000000" w:themeColor="text1"/>
          <w:sz w:val="38"/>
          <w:szCs w:val="38"/>
        </w:rPr>
        <w:t xml:space="preserve"> </w:t>
      </w:r>
      <w:r w:rsidRPr="005117ED">
        <w:rPr>
          <w:rFonts w:cs="Sakkal Majalla"/>
          <w:color w:val="000000" w:themeColor="text1"/>
          <w:sz w:val="38"/>
          <w:szCs w:val="38"/>
          <w:rtl/>
        </w:rPr>
        <w:t>مخاطبة</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المنشآت</w:t>
      </w:r>
      <w:r w:rsidRPr="005117ED">
        <w:rPr>
          <w:rFonts w:cs="Sakkal Majalla"/>
          <w:color w:val="000000" w:themeColor="text1"/>
          <w:sz w:val="38"/>
          <w:szCs w:val="38"/>
        </w:rPr>
        <w:t xml:space="preserve"> </w:t>
      </w:r>
      <w:r w:rsidRPr="005117ED">
        <w:rPr>
          <w:rFonts w:cs="Sakkal Majalla"/>
          <w:color w:val="000000" w:themeColor="text1"/>
          <w:sz w:val="38"/>
          <w:szCs w:val="38"/>
          <w:rtl/>
        </w:rPr>
        <w:t>أو</w:t>
      </w:r>
      <w:r w:rsidRPr="005117ED">
        <w:rPr>
          <w:rFonts w:cs="Sakkal Majalla"/>
          <w:color w:val="000000" w:themeColor="text1"/>
          <w:sz w:val="38"/>
          <w:szCs w:val="38"/>
        </w:rPr>
        <w:t xml:space="preserve"> </w:t>
      </w:r>
      <w:r w:rsidRPr="005117ED">
        <w:rPr>
          <w:rFonts w:cs="Sakkal Majalla"/>
          <w:color w:val="000000" w:themeColor="text1"/>
          <w:sz w:val="38"/>
          <w:szCs w:val="38"/>
          <w:rtl/>
        </w:rPr>
        <w:t>قنوات</w:t>
      </w:r>
      <w:r w:rsidRPr="005117ED">
        <w:rPr>
          <w:rFonts w:cs="Sakkal Majalla"/>
          <w:color w:val="000000" w:themeColor="text1"/>
          <w:sz w:val="38"/>
          <w:szCs w:val="38"/>
        </w:rPr>
        <w:t xml:space="preserve"> </w:t>
      </w:r>
      <w:r w:rsidRPr="005117ED">
        <w:rPr>
          <w:rFonts w:cs="Sakkal Majalla"/>
          <w:color w:val="000000" w:themeColor="text1"/>
          <w:sz w:val="38"/>
          <w:szCs w:val="38"/>
          <w:rtl/>
        </w:rPr>
        <w:t>الوصول،</w:t>
      </w:r>
      <w:r w:rsidRPr="005117ED">
        <w:rPr>
          <w:rFonts w:cs="Sakkal Majalla"/>
          <w:color w:val="000000" w:themeColor="text1"/>
          <w:sz w:val="38"/>
          <w:szCs w:val="38"/>
        </w:rPr>
        <w:t xml:space="preserve"> </w:t>
      </w:r>
      <w:r w:rsidRPr="005117ED">
        <w:rPr>
          <w:rFonts w:cs="Sakkal Majalla"/>
          <w:color w:val="000000" w:themeColor="text1"/>
          <w:sz w:val="38"/>
          <w:szCs w:val="38"/>
          <w:rtl/>
        </w:rPr>
        <w:t>وتقديم</w:t>
      </w:r>
      <w:r w:rsidRPr="005117ED">
        <w:rPr>
          <w:rFonts w:cs="Sakkal Majalla"/>
          <w:color w:val="000000" w:themeColor="text1"/>
          <w:sz w:val="38"/>
          <w:szCs w:val="38"/>
        </w:rPr>
        <w:t xml:space="preserve"> </w:t>
      </w:r>
      <w:r w:rsidRPr="005117ED">
        <w:rPr>
          <w:rFonts w:cs="Sakkal Majalla"/>
          <w:color w:val="000000" w:themeColor="text1"/>
          <w:sz w:val="38"/>
          <w:szCs w:val="38"/>
          <w:rtl/>
        </w:rPr>
        <w:t>رسالة</w:t>
      </w:r>
      <w:r w:rsidRPr="005117ED">
        <w:rPr>
          <w:rFonts w:cs="Sakkal Majalla"/>
          <w:color w:val="000000" w:themeColor="text1"/>
          <w:sz w:val="38"/>
          <w:szCs w:val="38"/>
        </w:rPr>
        <w:t xml:space="preserve"> </w:t>
      </w:r>
      <w:r w:rsidRPr="005117ED">
        <w:rPr>
          <w:rFonts w:cs="Sakkal Majalla"/>
          <w:color w:val="000000" w:themeColor="text1"/>
          <w:sz w:val="38"/>
          <w:szCs w:val="38"/>
          <w:rtl/>
        </w:rPr>
        <w:t>موحدة</w:t>
      </w:r>
      <w:r w:rsidRPr="005117ED">
        <w:rPr>
          <w:rFonts w:cs="Sakkal Majalla"/>
          <w:color w:val="000000" w:themeColor="text1"/>
          <w:sz w:val="38"/>
          <w:szCs w:val="38"/>
        </w:rPr>
        <w:t xml:space="preserve"> </w:t>
      </w:r>
      <w:r w:rsidRPr="005117ED">
        <w:rPr>
          <w:rFonts w:cs="Sakkal Majalla"/>
          <w:color w:val="000000" w:themeColor="text1"/>
          <w:sz w:val="38"/>
          <w:szCs w:val="38"/>
          <w:rtl/>
        </w:rPr>
        <w:t>للمشاركين،</w:t>
      </w:r>
      <w:r w:rsidRPr="005117ED">
        <w:rPr>
          <w:rFonts w:cs="Sakkal Majalla"/>
          <w:color w:val="000000" w:themeColor="text1"/>
          <w:sz w:val="38"/>
          <w:szCs w:val="38"/>
        </w:rPr>
        <w:t xml:space="preserve"> </w:t>
      </w:r>
      <w:r w:rsidRPr="005117ED">
        <w:rPr>
          <w:rFonts w:cs="Sakkal Majalla"/>
          <w:color w:val="000000" w:themeColor="text1"/>
          <w:sz w:val="38"/>
          <w:szCs w:val="38"/>
          <w:rtl/>
        </w:rPr>
        <w:t>ومتابعة</w:t>
      </w:r>
      <w:r w:rsidRPr="005117ED">
        <w:rPr>
          <w:rFonts w:cs="Sakkal Majalla"/>
          <w:color w:val="000000" w:themeColor="text1"/>
          <w:sz w:val="38"/>
          <w:szCs w:val="38"/>
        </w:rPr>
        <w:t xml:space="preserve"> </w:t>
      </w:r>
      <w:r w:rsidRPr="005117ED">
        <w:rPr>
          <w:rFonts w:cs="Sakkal Majalla"/>
          <w:color w:val="000000" w:themeColor="text1"/>
          <w:sz w:val="38"/>
          <w:szCs w:val="38"/>
          <w:rtl/>
        </w:rPr>
        <w:t>الاستجابة</w:t>
      </w:r>
      <w:r w:rsidRPr="005117ED">
        <w:rPr>
          <w:rFonts w:cs="Sakkal Majalla"/>
          <w:color w:val="000000" w:themeColor="text1"/>
          <w:sz w:val="38"/>
          <w:szCs w:val="38"/>
        </w:rPr>
        <w:t xml:space="preserve"> </w:t>
      </w:r>
      <w:r w:rsidRPr="005117ED">
        <w:rPr>
          <w:rFonts w:cs="Sakkal Majalla"/>
          <w:color w:val="000000" w:themeColor="text1"/>
          <w:sz w:val="38"/>
          <w:szCs w:val="38"/>
          <w:rtl/>
        </w:rPr>
        <w:t>دون</w:t>
      </w:r>
      <w:r w:rsidRPr="005117ED">
        <w:rPr>
          <w:rFonts w:cs="Sakkal Majalla"/>
          <w:color w:val="000000" w:themeColor="text1"/>
          <w:sz w:val="38"/>
          <w:szCs w:val="38"/>
        </w:rPr>
        <w:t xml:space="preserve"> </w:t>
      </w:r>
      <w:r w:rsidRPr="005117ED">
        <w:rPr>
          <w:rFonts w:cs="Sakkal Majalla"/>
          <w:color w:val="000000" w:themeColor="text1"/>
          <w:sz w:val="38"/>
          <w:szCs w:val="38"/>
          <w:rtl/>
        </w:rPr>
        <w:t>ضغط</w:t>
      </w:r>
      <w:r w:rsidRPr="005117ED">
        <w:rPr>
          <w:rFonts w:cs="Sakkal Majalla"/>
          <w:color w:val="000000" w:themeColor="text1"/>
          <w:sz w:val="38"/>
          <w:szCs w:val="38"/>
        </w:rPr>
        <w:t xml:space="preserve">. </w:t>
      </w:r>
      <w:r w:rsidRPr="005117ED">
        <w:rPr>
          <w:rFonts w:cs="Sakkal Majalla"/>
          <w:color w:val="000000" w:themeColor="text1"/>
          <w:sz w:val="38"/>
          <w:szCs w:val="38"/>
          <w:rtl/>
        </w:rPr>
        <w:t>ويحدد</w:t>
      </w:r>
      <w:r w:rsidRPr="005117ED">
        <w:rPr>
          <w:rFonts w:cs="Sakkal Majalla"/>
          <w:color w:val="000000" w:themeColor="text1"/>
          <w:sz w:val="38"/>
          <w:szCs w:val="38"/>
        </w:rPr>
        <w:t xml:space="preserve"> </w:t>
      </w:r>
      <w:r w:rsidRPr="005117ED">
        <w:rPr>
          <w:rFonts w:cs="Sakkal Majalla"/>
          <w:color w:val="000000" w:themeColor="text1"/>
          <w:sz w:val="38"/>
          <w:szCs w:val="38"/>
          <w:rtl/>
        </w:rPr>
        <w:t>إطار</w:t>
      </w:r>
      <w:r w:rsidRPr="005117ED">
        <w:rPr>
          <w:rFonts w:cs="Sakkal Majalla"/>
          <w:color w:val="000000" w:themeColor="text1"/>
          <w:sz w:val="38"/>
          <w:szCs w:val="38"/>
        </w:rPr>
        <w:t xml:space="preserve"> </w:t>
      </w:r>
      <w:r w:rsidRPr="005117ED">
        <w:rPr>
          <w:rFonts w:cs="Sakkal Majalla"/>
          <w:color w:val="000000" w:themeColor="text1"/>
          <w:sz w:val="38"/>
          <w:szCs w:val="38"/>
          <w:rtl/>
        </w:rPr>
        <w:t>زمني</w:t>
      </w:r>
      <w:r w:rsidRPr="005117ED">
        <w:rPr>
          <w:rFonts w:cs="Sakkal Majalla"/>
          <w:color w:val="000000" w:themeColor="text1"/>
          <w:sz w:val="38"/>
          <w:szCs w:val="38"/>
        </w:rPr>
        <w:t xml:space="preserve"> </w:t>
      </w:r>
      <w:r w:rsidRPr="005117ED">
        <w:rPr>
          <w:rFonts w:cs="Sakkal Majalla"/>
          <w:color w:val="000000" w:themeColor="text1"/>
          <w:sz w:val="38"/>
          <w:szCs w:val="38"/>
          <w:rtl/>
        </w:rPr>
        <w:t>واضح،</w:t>
      </w:r>
      <w:r w:rsidRPr="005117ED">
        <w:rPr>
          <w:rFonts w:cs="Sakkal Majalla"/>
          <w:color w:val="000000" w:themeColor="text1"/>
          <w:sz w:val="38"/>
          <w:szCs w:val="38"/>
        </w:rPr>
        <w:t xml:space="preserve"> </w:t>
      </w:r>
      <w:r w:rsidRPr="005117ED">
        <w:rPr>
          <w:rFonts w:cs="Sakkal Majalla"/>
          <w:color w:val="000000" w:themeColor="text1"/>
          <w:sz w:val="38"/>
          <w:szCs w:val="38"/>
          <w:rtl/>
        </w:rPr>
        <w:t>وتغلق</w:t>
      </w:r>
      <w:r w:rsidRPr="005117ED">
        <w:rPr>
          <w:rFonts w:cs="Sakkal Majalla"/>
          <w:color w:val="000000" w:themeColor="text1"/>
          <w:sz w:val="38"/>
          <w:szCs w:val="38"/>
        </w:rPr>
        <w:t xml:space="preserve"> </w:t>
      </w:r>
      <w:r w:rsidRPr="005117ED">
        <w:rPr>
          <w:rFonts w:cs="Sakkal Majalla"/>
          <w:color w:val="000000" w:themeColor="text1"/>
          <w:sz w:val="38"/>
          <w:szCs w:val="38"/>
          <w:rtl/>
        </w:rPr>
        <w:t>الاستبانة</w:t>
      </w:r>
      <w:r w:rsidRPr="005117ED">
        <w:rPr>
          <w:rFonts w:cs="Sakkal Majalla"/>
          <w:color w:val="000000" w:themeColor="text1"/>
          <w:sz w:val="38"/>
          <w:szCs w:val="38"/>
        </w:rPr>
        <w:t xml:space="preserve"> </w:t>
      </w:r>
      <w:r w:rsidRPr="005117ED">
        <w:rPr>
          <w:rFonts w:cs="Sakkal Majalla"/>
          <w:color w:val="000000" w:themeColor="text1"/>
          <w:sz w:val="38"/>
          <w:szCs w:val="38"/>
          <w:rtl/>
        </w:rPr>
        <w:t>بعد</w:t>
      </w:r>
      <w:r w:rsidRPr="005117ED">
        <w:rPr>
          <w:rFonts w:cs="Sakkal Majalla"/>
          <w:color w:val="000000" w:themeColor="text1"/>
          <w:sz w:val="38"/>
          <w:szCs w:val="38"/>
        </w:rPr>
        <w:t xml:space="preserve"> </w:t>
      </w:r>
      <w:r w:rsidRPr="005117ED">
        <w:rPr>
          <w:rFonts w:cs="Sakkal Majalla"/>
          <w:color w:val="000000" w:themeColor="text1"/>
          <w:sz w:val="38"/>
          <w:szCs w:val="38"/>
          <w:rtl/>
        </w:rPr>
        <w:t>الوصول</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الحجم</w:t>
      </w:r>
      <w:r w:rsidRPr="005117ED">
        <w:rPr>
          <w:rFonts w:cs="Sakkal Majalla"/>
          <w:color w:val="000000" w:themeColor="text1"/>
          <w:sz w:val="38"/>
          <w:szCs w:val="38"/>
        </w:rPr>
        <w:t xml:space="preserve"> </w:t>
      </w:r>
      <w:r w:rsidRPr="005117ED">
        <w:rPr>
          <w:rFonts w:cs="Sakkal Majalla"/>
          <w:color w:val="000000" w:themeColor="text1"/>
          <w:sz w:val="38"/>
          <w:szCs w:val="38"/>
          <w:rtl/>
        </w:rPr>
        <w:t>المستهدف</w:t>
      </w:r>
      <w:r w:rsidRPr="005117ED">
        <w:rPr>
          <w:rFonts w:cs="Sakkal Majalla"/>
          <w:color w:val="000000" w:themeColor="text1"/>
          <w:sz w:val="38"/>
          <w:szCs w:val="38"/>
        </w:rPr>
        <w:t xml:space="preserve"> </w:t>
      </w:r>
      <w:r w:rsidRPr="005117ED">
        <w:rPr>
          <w:rFonts w:cs="Sakkal Majalla"/>
          <w:color w:val="000000" w:themeColor="text1"/>
          <w:sz w:val="38"/>
          <w:szCs w:val="38"/>
          <w:rtl/>
        </w:rPr>
        <w:t>والتوزيع</w:t>
      </w:r>
      <w:r w:rsidRPr="005117ED">
        <w:rPr>
          <w:rFonts w:cs="Sakkal Majalla"/>
          <w:color w:val="000000" w:themeColor="text1"/>
          <w:sz w:val="38"/>
          <w:szCs w:val="38"/>
        </w:rPr>
        <w:t xml:space="preserve"> </w:t>
      </w:r>
      <w:r w:rsidRPr="005117ED">
        <w:rPr>
          <w:rFonts w:cs="Sakkal Majalla"/>
          <w:color w:val="000000" w:themeColor="text1"/>
          <w:sz w:val="38"/>
          <w:szCs w:val="38"/>
          <w:rtl/>
        </w:rPr>
        <w:t>المقبول</w:t>
      </w:r>
      <w:r w:rsidRPr="005117ED">
        <w:rPr>
          <w:rFonts w:cs="Sakkal Majalla"/>
          <w:color w:val="000000" w:themeColor="text1"/>
          <w:sz w:val="38"/>
          <w:szCs w:val="38"/>
        </w:rPr>
        <w:t xml:space="preserve">. </w:t>
      </w:r>
      <w:r w:rsidRPr="005117ED">
        <w:rPr>
          <w:rFonts w:cs="Sakkal Majalla"/>
          <w:color w:val="000000" w:themeColor="text1"/>
          <w:sz w:val="38"/>
          <w:szCs w:val="38"/>
          <w:rtl/>
        </w:rPr>
        <w:t>وفي</w:t>
      </w:r>
      <w:r w:rsidRPr="005117ED">
        <w:rPr>
          <w:rFonts w:cs="Sakkal Majalla"/>
          <w:color w:val="000000" w:themeColor="text1"/>
          <w:sz w:val="38"/>
          <w:szCs w:val="38"/>
        </w:rPr>
        <w:t xml:space="preserve"> </w:t>
      </w:r>
      <w:r w:rsidRPr="005117ED">
        <w:rPr>
          <w:rFonts w:cs="Sakkal Majalla"/>
          <w:color w:val="000000" w:themeColor="text1"/>
          <w:sz w:val="38"/>
          <w:szCs w:val="38"/>
          <w:rtl/>
        </w:rPr>
        <w:t>حال</w:t>
      </w:r>
      <w:r w:rsidRPr="005117ED">
        <w:rPr>
          <w:rFonts w:cs="Sakkal Majalla"/>
          <w:color w:val="000000" w:themeColor="text1"/>
          <w:sz w:val="38"/>
          <w:szCs w:val="38"/>
        </w:rPr>
        <w:t xml:space="preserve"> </w:t>
      </w:r>
      <w:r w:rsidRPr="005117ED">
        <w:rPr>
          <w:rFonts w:cs="Sakkal Majalla"/>
          <w:color w:val="000000" w:themeColor="text1"/>
          <w:sz w:val="38"/>
          <w:szCs w:val="38"/>
          <w:rtl/>
        </w:rPr>
        <w:t>استخدام</w:t>
      </w:r>
      <w:r w:rsidRPr="005117ED">
        <w:rPr>
          <w:rFonts w:cs="Sakkal Majalla"/>
          <w:color w:val="000000" w:themeColor="text1"/>
          <w:sz w:val="38"/>
          <w:szCs w:val="38"/>
        </w:rPr>
        <w:t xml:space="preserve"> </w:t>
      </w:r>
      <w:r w:rsidRPr="005117ED">
        <w:rPr>
          <w:rFonts w:cs="Sakkal Majalla"/>
          <w:color w:val="000000" w:themeColor="text1"/>
          <w:sz w:val="38"/>
          <w:szCs w:val="38"/>
          <w:rtl/>
        </w:rPr>
        <w:t>رابط</w:t>
      </w:r>
      <w:r w:rsidRPr="005117ED">
        <w:rPr>
          <w:rFonts w:cs="Sakkal Majalla"/>
          <w:color w:val="000000" w:themeColor="text1"/>
          <w:sz w:val="38"/>
          <w:szCs w:val="38"/>
        </w:rPr>
        <w:t xml:space="preserve"> </w:t>
      </w:r>
      <w:r w:rsidRPr="005117ED">
        <w:rPr>
          <w:rFonts w:cs="Sakkal Majalla"/>
          <w:color w:val="000000" w:themeColor="text1"/>
          <w:sz w:val="38"/>
          <w:szCs w:val="38"/>
          <w:rtl/>
        </w:rPr>
        <w:t>إلكتروني،</w:t>
      </w:r>
      <w:r w:rsidRPr="005117ED">
        <w:rPr>
          <w:rFonts w:cs="Sakkal Majalla"/>
          <w:color w:val="000000" w:themeColor="text1"/>
          <w:sz w:val="38"/>
          <w:szCs w:val="38"/>
        </w:rPr>
        <w:t xml:space="preserve"> </w:t>
      </w:r>
      <w:r w:rsidRPr="005117ED">
        <w:rPr>
          <w:rFonts w:cs="Sakkal Majalla"/>
          <w:color w:val="000000" w:themeColor="text1"/>
          <w:sz w:val="38"/>
          <w:szCs w:val="38"/>
          <w:rtl/>
        </w:rPr>
        <w:t>تفعل</w:t>
      </w:r>
      <w:r w:rsidRPr="005117ED">
        <w:rPr>
          <w:rFonts w:cs="Sakkal Majalla"/>
          <w:color w:val="000000" w:themeColor="text1"/>
          <w:sz w:val="38"/>
          <w:szCs w:val="38"/>
        </w:rPr>
        <w:t xml:space="preserve"> </w:t>
      </w:r>
      <w:r w:rsidRPr="005117ED">
        <w:rPr>
          <w:rFonts w:cs="Sakkal Majalla"/>
          <w:color w:val="000000" w:themeColor="text1"/>
          <w:sz w:val="38"/>
          <w:szCs w:val="38"/>
          <w:rtl/>
        </w:rPr>
        <w:t>القيود</w:t>
      </w:r>
      <w:r w:rsidRPr="005117ED">
        <w:rPr>
          <w:rFonts w:cs="Sakkal Majalla"/>
          <w:color w:val="000000" w:themeColor="text1"/>
          <w:sz w:val="38"/>
          <w:szCs w:val="38"/>
        </w:rPr>
        <w:t xml:space="preserve"> </w:t>
      </w:r>
      <w:r w:rsidRPr="005117ED">
        <w:rPr>
          <w:rFonts w:cs="Sakkal Majalla"/>
          <w:color w:val="000000" w:themeColor="text1"/>
          <w:sz w:val="38"/>
          <w:szCs w:val="38"/>
          <w:rtl/>
        </w:rPr>
        <w:t>التي</w:t>
      </w:r>
      <w:r w:rsidRPr="005117ED">
        <w:rPr>
          <w:rFonts w:cs="Sakkal Majalla"/>
          <w:color w:val="000000" w:themeColor="text1"/>
          <w:sz w:val="38"/>
          <w:szCs w:val="38"/>
        </w:rPr>
        <w:t xml:space="preserve"> </w:t>
      </w:r>
      <w:r w:rsidRPr="005117ED">
        <w:rPr>
          <w:rFonts w:cs="Sakkal Majalla"/>
          <w:color w:val="000000" w:themeColor="text1"/>
          <w:sz w:val="38"/>
          <w:szCs w:val="38"/>
          <w:rtl/>
        </w:rPr>
        <w:t>تمنع</w:t>
      </w:r>
      <w:r w:rsidRPr="005117ED">
        <w:rPr>
          <w:rFonts w:cs="Sakkal Majalla"/>
          <w:color w:val="000000" w:themeColor="text1"/>
          <w:sz w:val="38"/>
          <w:szCs w:val="38"/>
        </w:rPr>
        <w:t xml:space="preserve"> </w:t>
      </w:r>
      <w:r w:rsidRPr="005117ED">
        <w:rPr>
          <w:rFonts w:cs="Sakkal Majalla"/>
          <w:color w:val="000000" w:themeColor="text1"/>
          <w:sz w:val="38"/>
          <w:szCs w:val="38"/>
          <w:rtl/>
        </w:rPr>
        <w:t>الإرسال</w:t>
      </w:r>
      <w:r w:rsidRPr="005117ED">
        <w:rPr>
          <w:rFonts w:cs="Sakkal Majalla"/>
          <w:color w:val="000000" w:themeColor="text1"/>
          <w:sz w:val="38"/>
          <w:szCs w:val="38"/>
        </w:rPr>
        <w:t xml:space="preserve"> </w:t>
      </w:r>
      <w:r w:rsidRPr="005117ED">
        <w:rPr>
          <w:rFonts w:cs="Sakkal Majalla"/>
          <w:color w:val="000000" w:themeColor="text1"/>
          <w:sz w:val="38"/>
          <w:szCs w:val="38"/>
          <w:rtl/>
        </w:rPr>
        <w:t>الناقص</w:t>
      </w:r>
      <w:r w:rsidRPr="005117ED">
        <w:rPr>
          <w:rFonts w:cs="Sakkal Majalla"/>
          <w:color w:val="000000" w:themeColor="text1"/>
          <w:sz w:val="38"/>
          <w:szCs w:val="38"/>
        </w:rPr>
        <w:t xml:space="preserve"> </w:t>
      </w:r>
      <w:r w:rsidRPr="005117ED">
        <w:rPr>
          <w:rFonts w:cs="Sakkal Majalla"/>
          <w:color w:val="000000" w:themeColor="text1"/>
          <w:sz w:val="38"/>
          <w:szCs w:val="38"/>
          <w:rtl/>
        </w:rPr>
        <w:t>قدر</w:t>
      </w:r>
      <w:r w:rsidRPr="005117ED">
        <w:rPr>
          <w:rFonts w:cs="Sakkal Majalla"/>
          <w:color w:val="000000" w:themeColor="text1"/>
          <w:sz w:val="38"/>
          <w:szCs w:val="38"/>
        </w:rPr>
        <w:t xml:space="preserve"> </w:t>
      </w:r>
      <w:r w:rsidRPr="005117ED">
        <w:rPr>
          <w:rFonts w:cs="Sakkal Majalla"/>
          <w:color w:val="000000" w:themeColor="text1"/>
          <w:sz w:val="38"/>
          <w:szCs w:val="38"/>
          <w:rtl/>
        </w:rPr>
        <w:t>الإمكان</w:t>
      </w:r>
      <w:r w:rsidRPr="005117ED">
        <w:rPr>
          <w:rFonts w:cs="Sakkal Majalla"/>
          <w:color w:val="000000" w:themeColor="text1"/>
          <w:sz w:val="38"/>
          <w:szCs w:val="38"/>
        </w:rPr>
        <w:t xml:space="preserve"> </w:t>
      </w:r>
      <w:r w:rsidRPr="005117ED">
        <w:rPr>
          <w:rFonts w:cs="Sakkal Majalla"/>
          <w:color w:val="000000" w:themeColor="text1"/>
          <w:sz w:val="38"/>
          <w:szCs w:val="38"/>
          <w:rtl/>
        </w:rPr>
        <w:t>دون</w:t>
      </w:r>
      <w:r w:rsidRPr="005117ED">
        <w:rPr>
          <w:rFonts w:cs="Sakkal Majalla"/>
          <w:color w:val="000000" w:themeColor="text1"/>
          <w:sz w:val="38"/>
          <w:szCs w:val="38"/>
        </w:rPr>
        <w:t xml:space="preserve"> </w:t>
      </w:r>
      <w:r w:rsidRPr="005117ED">
        <w:rPr>
          <w:rFonts w:cs="Sakkal Majalla"/>
          <w:color w:val="000000" w:themeColor="text1"/>
          <w:sz w:val="38"/>
          <w:szCs w:val="38"/>
          <w:rtl/>
        </w:rPr>
        <w:t>جمع</w:t>
      </w:r>
      <w:r w:rsidRPr="005117ED">
        <w:rPr>
          <w:rFonts w:cs="Sakkal Majalla"/>
          <w:color w:val="000000" w:themeColor="text1"/>
          <w:sz w:val="38"/>
          <w:szCs w:val="38"/>
        </w:rPr>
        <w:t xml:space="preserve"> </w:t>
      </w:r>
      <w:r w:rsidRPr="005117ED">
        <w:rPr>
          <w:rFonts w:cs="Sakkal Majalla"/>
          <w:color w:val="000000" w:themeColor="text1"/>
          <w:sz w:val="38"/>
          <w:szCs w:val="38"/>
          <w:rtl/>
        </w:rPr>
        <w:t>معرفات</w:t>
      </w:r>
      <w:r w:rsidRPr="005117ED">
        <w:rPr>
          <w:rFonts w:cs="Sakkal Majalla"/>
          <w:color w:val="000000" w:themeColor="text1"/>
          <w:sz w:val="38"/>
          <w:szCs w:val="38"/>
        </w:rPr>
        <w:t xml:space="preserve"> </w:t>
      </w:r>
      <w:r w:rsidRPr="005117ED">
        <w:rPr>
          <w:rFonts w:cs="Sakkal Majalla"/>
          <w:color w:val="000000" w:themeColor="text1"/>
          <w:sz w:val="38"/>
          <w:szCs w:val="38"/>
          <w:rtl/>
        </w:rPr>
        <w:t>شخصية</w:t>
      </w:r>
      <w:r w:rsidRPr="005117ED">
        <w:rPr>
          <w:rFonts w:cs="Sakkal Majalla"/>
          <w:color w:val="000000" w:themeColor="text1"/>
          <w:sz w:val="38"/>
          <w:szCs w:val="38"/>
        </w:rPr>
        <w:t xml:space="preserve"> </w:t>
      </w:r>
      <w:r w:rsidRPr="005117ED">
        <w:rPr>
          <w:rFonts w:cs="Sakkal Majalla"/>
          <w:color w:val="000000" w:themeColor="text1"/>
          <w:sz w:val="38"/>
          <w:szCs w:val="38"/>
          <w:rtl/>
        </w:rPr>
        <w:t>غير</w:t>
      </w:r>
      <w:r w:rsidRPr="005117ED">
        <w:rPr>
          <w:rFonts w:cs="Sakkal Majalla"/>
          <w:color w:val="000000" w:themeColor="text1"/>
          <w:sz w:val="38"/>
          <w:szCs w:val="38"/>
        </w:rPr>
        <w:t xml:space="preserve"> </w:t>
      </w:r>
      <w:r w:rsidRPr="005117ED">
        <w:rPr>
          <w:rFonts w:cs="Sakkal Majalla"/>
          <w:color w:val="000000" w:themeColor="text1"/>
          <w:sz w:val="38"/>
          <w:szCs w:val="38"/>
          <w:rtl/>
        </w:rPr>
        <w:t>لازمة</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بعد</w:t>
      </w:r>
      <w:r w:rsidRPr="005117ED">
        <w:rPr>
          <w:rFonts w:cs="Sakkal Majalla"/>
          <w:color w:val="000000" w:themeColor="text1"/>
          <w:sz w:val="38"/>
          <w:szCs w:val="38"/>
        </w:rPr>
        <w:t xml:space="preserve"> </w:t>
      </w:r>
      <w:r w:rsidRPr="005117ED">
        <w:rPr>
          <w:rFonts w:cs="Sakkal Majalla"/>
          <w:color w:val="000000" w:themeColor="text1"/>
          <w:sz w:val="38"/>
          <w:szCs w:val="38"/>
          <w:rtl/>
        </w:rPr>
        <w:t>الجمع،</w:t>
      </w:r>
      <w:r w:rsidRPr="005117ED">
        <w:rPr>
          <w:rFonts w:cs="Sakkal Majalla"/>
          <w:color w:val="000000" w:themeColor="text1"/>
          <w:sz w:val="38"/>
          <w:szCs w:val="38"/>
        </w:rPr>
        <w:t xml:space="preserve"> </w:t>
      </w:r>
      <w:r w:rsidRPr="005117ED">
        <w:rPr>
          <w:rFonts w:cs="Sakkal Majalla"/>
          <w:color w:val="000000" w:themeColor="text1"/>
          <w:sz w:val="38"/>
          <w:szCs w:val="38"/>
          <w:rtl/>
        </w:rPr>
        <w:t>يفحص</w:t>
      </w:r>
      <w:r w:rsidRPr="005117ED">
        <w:rPr>
          <w:rFonts w:cs="Sakkal Majalla"/>
          <w:color w:val="000000" w:themeColor="text1"/>
          <w:sz w:val="38"/>
          <w:szCs w:val="38"/>
        </w:rPr>
        <w:t xml:space="preserve"> </w:t>
      </w:r>
      <w:r w:rsidRPr="005117ED">
        <w:rPr>
          <w:rFonts w:cs="Sakkal Majalla"/>
          <w:color w:val="000000" w:themeColor="text1"/>
          <w:sz w:val="38"/>
          <w:szCs w:val="38"/>
          <w:rtl/>
        </w:rPr>
        <w:t>ملف</w:t>
      </w:r>
      <w:r w:rsidRPr="005117ED">
        <w:rPr>
          <w:rFonts w:cs="Sakkal Majalla"/>
          <w:color w:val="000000" w:themeColor="text1"/>
          <w:sz w:val="38"/>
          <w:szCs w:val="38"/>
        </w:rPr>
        <w:t xml:space="preserve"> </w:t>
      </w:r>
      <w:r w:rsidRPr="005117ED">
        <w:rPr>
          <w:rFonts w:cs="Sakkal Majalla"/>
          <w:color w:val="000000" w:themeColor="text1"/>
          <w:sz w:val="38"/>
          <w:szCs w:val="38"/>
          <w:rtl/>
        </w:rPr>
        <w:t>البيانات</w:t>
      </w:r>
      <w:r w:rsidRPr="005117ED">
        <w:rPr>
          <w:rFonts w:cs="Sakkal Majalla"/>
          <w:color w:val="000000" w:themeColor="text1"/>
          <w:sz w:val="38"/>
          <w:szCs w:val="38"/>
        </w:rPr>
        <w:t xml:space="preserve"> </w:t>
      </w:r>
      <w:r w:rsidRPr="005117ED">
        <w:rPr>
          <w:rFonts w:cs="Sakkal Majalla"/>
          <w:color w:val="000000" w:themeColor="text1"/>
          <w:sz w:val="38"/>
          <w:szCs w:val="38"/>
          <w:rtl/>
        </w:rPr>
        <w:t>بحثًا</w:t>
      </w:r>
      <w:r w:rsidRPr="005117ED">
        <w:rPr>
          <w:rFonts w:cs="Sakkal Majalla"/>
          <w:color w:val="000000" w:themeColor="text1"/>
          <w:sz w:val="38"/>
          <w:szCs w:val="38"/>
        </w:rPr>
        <w:t xml:space="preserve"> </w:t>
      </w:r>
      <w:r w:rsidRPr="005117ED">
        <w:rPr>
          <w:rFonts w:cs="Sakkal Majalla"/>
          <w:color w:val="000000" w:themeColor="text1"/>
          <w:sz w:val="38"/>
          <w:szCs w:val="38"/>
          <w:rtl/>
        </w:rPr>
        <w:t>عن</w:t>
      </w:r>
      <w:r w:rsidRPr="005117ED">
        <w:rPr>
          <w:rFonts w:cs="Sakkal Majalla"/>
          <w:color w:val="000000" w:themeColor="text1"/>
          <w:sz w:val="38"/>
          <w:szCs w:val="38"/>
        </w:rPr>
        <w:t xml:space="preserve"> </w:t>
      </w:r>
      <w:r w:rsidRPr="005117ED">
        <w:rPr>
          <w:rFonts w:cs="Sakkal Majalla"/>
          <w:color w:val="000000" w:themeColor="text1"/>
          <w:sz w:val="38"/>
          <w:szCs w:val="38"/>
          <w:rtl/>
        </w:rPr>
        <w:t>التكرار</w:t>
      </w:r>
      <w:r w:rsidRPr="005117ED">
        <w:rPr>
          <w:rFonts w:cs="Sakkal Majalla"/>
          <w:color w:val="000000" w:themeColor="text1"/>
          <w:sz w:val="38"/>
          <w:szCs w:val="38"/>
        </w:rPr>
        <w:t xml:space="preserve"> </w:t>
      </w:r>
      <w:r w:rsidRPr="005117ED">
        <w:rPr>
          <w:rFonts w:cs="Sakkal Majalla"/>
          <w:color w:val="000000" w:themeColor="text1"/>
          <w:sz w:val="38"/>
          <w:szCs w:val="38"/>
          <w:rtl/>
        </w:rPr>
        <w:t>والنقص</w:t>
      </w:r>
      <w:r w:rsidRPr="005117ED">
        <w:rPr>
          <w:rFonts w:cs="Sakkal Majalla"/>
          <w:color w:val="000000" w:themeColor="text1"/>
          <w:sz w:val="38"/>
          <w:szCs w:val="38"/>
        </w:rPr>
        <w:t xml:space="preserve"> </w:t>
      </w:r>
      <w:r w:rsidRPr="005117ED">
        <w:rPr>
          <w:rFonts w:cs="Sakkal Majalla"/>
          <w:color w:val="000000" w:themeColor="text1"/>
          <w:sz w:val="38"/>
          <w:szCs w:val="38"/>
          <w:rtl/>
        </w:rPr>
        <w:t>والقيم</w:t>
      </w:r>
      <w:r w:rsidRPr="005117ED">
        <w:rPr>
          <w:rFonts w:cs="Sakkal Majalla"/>
          <w:color w:val="000000" w:themeColor="text1"/>
          <w:sz w:val="38"/>
          <w:szCs w:val="38"/>
        </w:rPr>
        <w:t xml:space="preserve"> </w:t>
      </w:r>
      <w:r w:rsidRPr="005117ED">
        <w:rPr>
          <w:rFonts w:cs="Sakkal Majalla"/>
          <w:color w:val="000000" w:themeColor="text1"/>
          <w:sz w:val="38"/>
          <w:szCs w:val="38"/>
          <w:rtl/>
        </w:rPr>
        <w:t>خارج</w:t>
      </w:r>
      <w:r w:rsidRPr="005117ED">
        <w:rPr>
          <w:rFonts w:cs="Sakkal Majalla"/>
          <w:color w:val="000000" w:themeColor="text1"/>
          <w:sz w:val="38"/>
          <w:szCs w:val="38"/>
        </w:rPr>
        <w:t xml:space="preserve"> </w:t>
      </w:r>
      <w:r w:rsidRPr="005117ED">
        <w:rPr>
          <w:rFonts w:cs="Sakkal Majalla"/>
          <w:color w:val="000000" w:themeColor="text1"/>
          <w:sz w:val="38"/>
          <w:szCs w:val="38"/>
          <w:rtl/>
        </w:rPr>
        <w:t>المدى</w:t>
      </w:r>
      <w:r w:rsidRPr="005117ED">
        <w:rPr>
          <w:rFonts w:cs="Sakkal Majalla"/>
          <w:color w:val="000000" w:themeColor="text1"/>
          <w:sz w:val="38"/>
          <w:szCs w:val="38"/>
        </w:rPr>
        <w:t xml:space="preserve"> </w:t>
      </w:r>
      <w:r w:rsidRPr="005117ED">
        <w:rPr>
          <w:rFonts w:cs="Sakkal Majalla"/>
          <w:color w:val="000000" w:themeColor="text1"/>
          <w:sz w:val="38"/>
          <w:szCs w:val="38"/>
          <w:rtl/>
        </w:rPr>
        <w:t>وأنماط</w:t>
      </w:r>
      <w:r w:rsidRPr="005117ED">
        <w:rPr>
          <w:rFonts w:cs="Sakkal Majalla"/>
          <w:color w:val="000000" w:themeColor="text1"/>
          <w:sz w:val="38"/>
          <w:szCs w:val="38"/>
        </w:rPr>
        <w:t xml:space="preserve"> </w:t>
      </w:r>
      <w:r w:rsidRPr="005117ED">
        <w:rPr>
          <w:rFonts w:cs="Sakkal Majalla"/>
          <w:color w:val="000000" w:themeColor="text1"/>
          <w:sz w:val="38"/>
          <w:szCs w:val="38"/>
          <w:rtl/>
        </w:rPr>
        <w:t>الإجابة</w:t>
      </w:r>
      <w:r w:rsidRPr="005117ED">
        <w:rPr>
          <w:rFonts w:cs="Sakkal Majalla"/>
          <w:color w:val="000000" w:themeColor="text1"/>
          <w:sz w:val="38"/>
          <w:szCs w:val="38"/>
        </w:rPr>
        <w:t xml:space="preserve"> </w:t>
      </w:r>
      <w:r w:rsidRPr="005117ED">
        <w:rPr>
          <w:rFonts w:cs="Sakkal Majalla"/>
          <w:color w:val="000000" w:themeColor="text1"/>
          <w:sz w:val="38"/>
          <w:szCs w:val="38"/>
          <w:rtl/>
        </w:rPr>
        <w:t>الآلية</w:t>
      </w:r>
      <w:r w:rsidRPr="005117ED">
        <w:rPr>
          <w:rFonts w:cs="Sakkal Majalla"/>
          <w:color w:val="000000" w:themeColor="text1"/>
          <w:sz w:val="38"/>
          <w:szCs w:val="38"/>
        </w:rPr>
        <w:t xml:space="preserve">. </w:t>
      </w:r>
      <w:r w:rsidRPr="005117ED">
        <w:rPr>
          <w:rFonts w:cs="Sakkal Majalla"/>
          <w:color w:val="000000" w:themeColor="text1"/>
          <w:sz w:val="38"/>
          <w:szCs w:val="38"/>
          <w:rtl/>
        </w:rPr>
        <w:t>ويمكن</w:t>
      </w:r>
      <w:r w:rsidRPr="005117ED">
        <w:rPr>
          <w:rFonts w:cs="Sakkal Majalla"/>
          <w:color w:val="000000" w:themeColor="text1"/>
          <w:sz w:val="38"/>
          <w:szCs w:val="38"/>
        </w:rPr>
        <w:t xml:space="preserve"> </w:t>
      </w:r>
      <w:r w:rsidRPr="005117ED">
        <w:rPr>
          <w:rFonts w:cs="Sakkal Majalla"/>
          <w:color w:val="000000" w:themeColor="text1"/>
          <w:sz w:val="38"/>
          <w:szCs w:val="38"/>
          <w:rtl/>
        </w:rPr>
        <w:t>استبعاد</w:t>
      </w:r>
      <w:r w:rsidRPr="005117ED">
        <w:rPr>
          <w:rFonts w:cs="Sakkal Majalla"/>
          <w:color w:val="000000" w:themeColor="text1"/>
          <w:sz w:val="38"/>
          <w:szCs w:val="38"/>
        </w:rPr>
        <w:t xml:space="preserve"> </w:t>
      </w:r>
      <w:r w:rsidRPr="005117ED">
        <w:rPr>
          <w:rFonts w:cs="Sakkal Majalla"/>
          <w:color w:val="000000" w:themeColor="text1"/>
          <w:sz w:val="38"/>
          <w:szCs w:val="38"/>
          <w:rtl/>
        </w:rPr>
        <w:t>الاستجابة</w:t>
      </w:r>
      <w:r w:rsidRPr="005117ED">
        <w:rPr>
          <w:rFonts w:cs="Sakkal Majalla"/>
          <w:color w:val="000000" w:themeColor="text1"/>
          <w:sz w:val="38"/>
          <w:szCs w:val="38"/>
        </w:rPr>
        <w:t xml:space="preserve"> </w:t>
      </w:r>
      <w:r w:rsidRPr="005117ED">
        <w:rPr>
          <w:rFonts w:cs="Sakkal Majalla"/>
          <w:color w:val="000000" w:themeColor="text1"/>
          <w:sz w:val="38"/>
          <w:szCs w:val="38"/>
          <w:rtl/>
        </w:rPr>
        <w:t>إذا</w:t>
      </w:r>
      <w:r w:rsidRPr="005117ED">
        <w:rPr>
          <w:rFonts w:cs="Sakkal Majalla"/>
          <w:color w:val="000000" w:themeColor="text1"/>
          <w:sz w:val="38"/>
          <w:szCs w:val="38"/>
        </w:rPr>
        <w:t xml:space="preserve"> </w:t>
      </w:r>
      <w:r w:rsidRPr="005117ED">
        <w:rPr>
          <w:rFonts w:cs="Sakkal Majalla"/>
          <w:color w:val="000000" w:themeColor="text1"/>
          <w:sz w:val="38"/>
          <w:szCs w:val="38"/>
          <w:rtl/>
        </w:rPr>
        <w:t>كانت</w:t>
      </w:r>
      <w:r w:rsidRPr="005117ED">
        <w:rPr>
          <w:rFonts w:cs="Sakkal Majalla"/>
          <w:color w:val="000000" w:themeColor="text1"/>
          <w:sz w:val="38"/>
          <w:szCs w:val="38"/>
        </w:rPr>
        <w:t xml:space="preserve"> </w:t>
      </w:r>
      <w:r w:rsidRPr="005117ED">
        <w:rPr>
          <w:rFonts w:cs="Sakkal Majalla"/>
          <w:color w:val="000000" w:themeColor="text1"/>
          <w:sz w:val="38"/>
          <w:szCs w:val="38"/>
          <w:rtl/>
        </w:rPr>
        <w:t>ناقصة</w:t>
      </w:r>
      <w:r w:rsidRPr="005117ED">
        <w:rPr>
          <w:rFonts w:cs="Sakkal Majalla"/>
          <w:color w:val="000000" w:themeColor="text1"/>
          <w:sz w:val="38"/>
          <w:szCs w:val="38"/>
        </w:rPr>
        <w:t xml:space="preserve"> </w:t>
      </w:r>
      <w:r w:rsidRPr="005117ED">
        <w:rPr>
          <w:rFonts w:cs="Sakkal Majalla"/>
          <w:color w:val="000000" w:themeColor="text1"/>
          <w:sz w:val="38"/>
          <w:szCs w:val="38"/>
          <w:rtl/>
        </w:rPr>
        <w:t>بدرجة</w:t>
      </w:r>
      <w:r w:rsidRPr="005117ED">
        <w:rPr>
          <w:rFonts w:cs="Sakkal Majalla"/>
          <w:color w:val="000000" w:themeColor="text1"/>
          <w:sz w:val="38"/>
          <w:szCs w:val="38"/>
        </w:rPr>
        <w:t xml:space="preserve"> </w:t>
      </w:r>
      <w:r w:rsidRPr="005117ED">
        <w:rPr>
          <w:rFonts w:cs="Sakkal Majalla"/>
          <w:color w:val="000000" w:themeColor="text1"/>
          <w:sz w:val="38"/>
          <w:szCs w:val="38"/>
          <w:rtl/>
        </w:rPr>
        <w:t>كبيرة</w:t>
      </w:r>
      <w:r w:rsidRPr="005117ED">
        <w:rPr>
          <w:rFonts w:cs="Sakkal Majalla"/>
          <w:color w:val="000000" w:themeColor="text1"/>
          <w:sz w:val="38"/>
          <w:szCs w:val="38"/>
        </w:rPr>
        <w:t xml:space="preserve"> </w:t>
      </w:r>
      <w:r w:rsidRPr="005117ED">
        <w:rPr>
          <w:rFonts w:cs="Sakkal Majalla"/>
          <w:color w:val="000000" w:themeColor="text1"/>
          <w:sz w:val="38"/>
          <w:szCs w:val="38"/>
          <w:rtl/>
        </w:rPr>
        <w:t>أو</w:t>
      </w:r>
      <w:r w:rsidRPr="005117ED">
        <w:rPr>
          <w:rFonts w:cs="Sakkal Majalla"/>
          <w:color w:val="000000" w:themeColor="text1"/>
          <w:sz w:val="38"/>
          <w:szCs w:val="38"/>
        </w:rPr>
        <w:t xml:space="preserve"> </w:t>
      </w:r>
      <w:r w:rsidRPr="005117ED">
        <w:rPr>
          <w:rFonts w:cs="Sakkal Majalla"/>
          <w:color w:val="000000" w:themeColor="text1"/>
          <w:sz w:val="38"/>
          <w:szCs w:val="38"/>
          <w:rtl/>
        </w:rPr>
        <w:t>اختار</w:t>
      </w:r>
      <w:r w:rsidRPr="005117ED">
        <w:rPr>
          <w:rFonts w:cs="Sakkal Majalla"/>
          <w:color w:val="000000" w:themeColor="text1"/>
          <w:sz w:val="38"/>
          <w:szCs w:val="38"/>
        </w:rPr>
        <w:t xml:space="preserve"> </w:t>
      </w:r>
      <w:r w:rsidRPr="005117ED">
        <w:rPr>
          <w:rFonts w:cs="Sakkal Majalla"/>
          <w:color w:val="000000" w:themeColor="text1"/>
          <w:sz w:val="38"/>
          <w:szCs w:val="38"/>
          <w:rtl/>
        </w:rPr>
        <w:t>المشارك</w:t>
      </w:r>
      <w:r w:rsidRPr="005117ED">
        <w:rPr>
          <w:rFonts w:cs="Sakkal Majalla"/>
          <w:color w:val="000000" w:themeColor="text1"/>
          <w:sz w:val="38"/>
          <w:szCs w:val="38"/>
        </w:rPr>
        <w:t xml:space="preserve"> </w:t>
      </w:r>
      <w:r w:rsidRPr="005117ED">
        <w:rPr>
          <w:rFonts w:cs="Sakkal Majalla"/>
          <w:color w:val="000000" w:themeColor="text1"/>
          <w:sz w:val="38"/>
          <w:szCs w:val="38"/>
          <w:rtl/>
        </w:rPr>
        <w:t>الخيار</w:t>
      </w:r>
      <w:r w:rsidRPr="005117ED">
        <w:rPr>
          <w:rFonts w:cs="Sakkal Majalla"/>
          <w:color w:val="000000" w:themeColor="text1"/>
          <w:sz w:val="38"/>
          <w:szCs w:val="38"/>
        </w:rPr>
        <w:t xml:space="preserve"> </w:t>
      </w:r>
      <w:r w:rsidRPr="005117ED">
        <w:rPr>
          <w:rFonts w:cs="Sakkal Majalla"/>
          <w:color w:val="000000" w:themeColor="text1"/>
          <w:sz w:val="38"/>
          <w:szCs w:val="38"/>
          <w:rtl/>
        </w:rPr>
        <w:t>نفسه</w:t>
      </w:r>
      <w:r w:rsidRPr="005117ED">
        <w:rPr>
          <w:rFonts w:cs="Sakkal Majalla"/>
          <w:color w:val="000000" w:themeColor="text1"/>
          <w:sz w:val="38"/>
          <w:szCs w:val="38"/>
        </w:rPr>
        <w:t xml:space="preserve"> </w:t>
      </w:r>
      <w:r w:rsidRPr="005117ED">
        <w:rPr>
          <w:rFonts w:cs="Sakkal Majalla"/>
          <w:color w:val="000000" w:themeColor="text1"/>
          <w:sz w:val="38"/>
          <w:szCs w:val="38"/>
          <w:rtl/>
        </w:rPr>
        <w:t>لجميع</w:t>
      </w:r>
      <w:r w:rsidRPr="005117ED">
        <w:rPr>
          <w:rFonts w:cs="Sakkal Majalla"/>
          <w:color w:val="000000" w:themeColor="text1"/>
          <w:sz w:val="38"/>
          <w:szCs w:val="38"/>
        </w:rPr>
        <w:t xml:space="preserve"> </w:t>
      </w:r>
      <w:r w:rsidRPr="005117ED">
        <w:rPr>
          <w:rFonts w:cs="Sakkal Majalla"/>
          <w:color w:val="000000" w:themeColor="text1"/>
          <w:sz w:val="38"/>
          <w:szCs w:val="38"/>
          <w:rtl/>
        </w:rPr>
        <w:t>الفقرات</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زمن</w:t>
      </w:r>
      <w:r w:rsidRPr="005117ED">
        <w:rPr>
          <w:rFonts w:cs="Sakkal Majalla"/>
          <w:color w:val="000000" w:themeColor="text1"/>
          <w:sz w:val="38"/>
          <w:szCs w:val="38"/>
        </w:rPr>
        <w:t xml:space="preserve"> </w:t>
      </w:r>
      <w:r w:rsidRPr="005117ED">
        <w:rPr>
          <w:rFonts w:cs="Sakkal Majalla"/>
          <w:color w:val="000000" w:themeColor="text1"/>
          <w:sz w:val="38"/>
          <w:szCs w:val="38"/>
          <w:rtl/>
        </w:rPr>
        <w:t>غير</w:t>
      </w:r>
      <w:r w:rsidRPr="005117ED">
        <w:rPr>
          <w:rFonts w:cs="Sakkal Majalla"/>
          <w:color w:val="000000" w:themeColor="text1"/>
          <w:sz w:val="38"/>
          <w:szCs w:val="38"/>
        </w:rPr>
        <w:t xml:space="preserve"> </w:t>
      </w:r>
      <w:r w:rsidRPr="005117ED">
        <w:rPr>
          <w:rFonts w:cs="Sakkal Majalla"/>
          <w:color w:val="000000" w:themeColor="text1"/>
          <w:sz w:val="38"/>
          <w:szCs w:val="38"/>
          <w:rtl/>
        </w:rPr>
        <w:t>معقول،</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توثيق</w:t>
      </w:r>
      <w:r w:rsidRPr="005117ED">
        <w:rPr>
          <w:rFonts w:cs="Sakkal Majalla"/>
          <w:color w:val="000000" w:themeColor="text1"/>
          <w:sz w:val="38"/>
          <w:szCs w:val="38"/>
        </w:rPr>
        <w:t xml:space="preserve"> </w:t>
      </w:r>
      <w:r w:rsidRPr="005117ED">
        <w:rPr>
          <w:rFonts w:cs="Sakkal Majalla"/>
          <w:color w:val="000000" w:themeColor="text1"/>
          <w:sz w:val="38"/>
          <w:szCs w:val="38"/>
          <w:rtl/>
        </w:rPr>
        <w:t>قاعدة</w:t>
      </w:r>
      <w:r w:rsidRPr="005117ED">
        <w:rPr>
          <w:rFonts w:cs="Sakkal Majalla"/>
          <w:color w:val="000000" w:themeColor="text1"/>
          <w:sz w:val="38"/>
          <w:szCs w:val="38"/>
        </w:rPr>
        <w:t xml:space="preserve"> </w:t>
      </w:r>
      <w:r w:rsidRPr="005117ED">
        <w:rPr>
          <w:rFonts w:cs="Sakkal Majalla"/>
          <w:color w:val="000000" w:themeColor="text1"/>
          <w:sz w:val="38"/>
          <w:szCs w:val="38"/>
          <w:rtl/>
        </w:rPr>
        <w:t>الاستبعاد</w:t>
      </w:r>
      <w:r w:rsidRPr="005117ED">
        <w:rPr>
          <w:rFonts w:cs="Sakkal Majalla"/>
          <w:color w:val="000000" w:themeColor="text1"/>
          <w:sz w:val="38"/>
          <w:szCs w:val="38"/>
        </w:rPr>
        <w:t xml:space="preserve"> </w:t>
      </w:r>
      <w:r w:rsidRPr="005117ED">
        <w:rPr>
          <w:rFonts w:cs="Sakkal Majalla"/>
          <w:color w:val="000000" w:themeColor="text1"/>
          <w:sz w:val="38"/>
          <w:szCs w:val="38"/>
          <w:rtl/>
        </w:rPr>
        <w:t>قبل</w:t>
      </w:r>
      <w:r w:rsidRPr="005117ED">
        <w:rPr>
          <w:rFonts w:cs="Sakkal Majalla"/>
          <w:color w:val="000000" w:themeColor="text1"/>
          <w:sz w:val="38"/>
          <w:szCs w:val="38"/>
        </w:rPr>
        <w:t xml:space="preserve"> </w:t>
      </w:r>
      <w:r w:rsidRPr="005117ED">
        <w:rPr>
          <w:rFonts w:cs="Sakkal Majalla"/>
          <w:color w:val="000000" w:themeColor="text1"/>
          <w:sz w:val="38"/>
          <w:szCs w:val="38"/>
          <w:rtl/>
        </w:rPr>
        <w:t>النظر</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النتائج</w:t>
      </w:r>
      <w:r w:rsidRPr="005117ED">
        <w:rPr>
          <w:rFonts w:cs="Sakkal Majalla"/>
          <w:color w:val="000000" w:themeColor="text1"/>
          <w:sz w:val="38"/>
          <w:szCs w:val="38"/>
        </w:rPr>
        <w:t xml:space="preserve">. </w:t>
      </w:r>
      <w:r w:rsidRPr="005117ED">
        <w:rPr>
          <w:rFonts w:cs="Sakkal Majalla"/>
          <w:color w:val="000000" w:themeColor="text1"/>
          <w:sz w:val="38"/>
          <w:szCs w:val="38"/>
          <w:rtl/>
        </w:rPr>
        <w:t>أما</w:t>
      </w:r>
      <w:r w:rsidRPr="005117ED">
        <w:rPr>
          <w:rFonts w:cs="Sakkal Majalla"/>
          <w:color w:val="000000" w:themeColor="text1"/>
          <w:sz w:val="38"/>
          <w:szCs w:val="38"/>
        </w:rPr>
        <w:t xml:space="preserve"> </w:t>
      </w:r>
      <w:r w:rsidRPr="005117ED">
        <w:rPr>
          <w:rFonts w:cs="Sakkal Majalla"/>
          <w:color w:val="000000" w:themeColor="text1"/>
          <w:sz w:val="38"/>
          <w:szCs w:val="38"/>
          <w:rtl/>
        </w:rPr>
        <w:t>النقص</w:t>
      </w:r>
      <w:r w:rsidRPr="005117ED">
        <w:rPr>
          <w:rFonts w:cs="Sakkal Majalla"/>
          <w:color w:val="000000" w:themeColor="text1"/>
          <w:sz w:val="38"/>
          <w:szCs w:val="38"/>
        </w:rPr>
        <w:t xml:space="preserve"> </w:t>
      </w:r>
      <w:r w:rsidRPr="005117ED">
        <w:rPr>
          <w:rFonts w:cs="Sakkal Majalla"/>
          <w:color w:val="000000" w:themeColor="text1"/>
          <w:sz w:val="38"/>
          <w:szCs w:val="38"/>
          <w:rtl/>
        </w:rPr>
        <w:t>المحدود</w:t>
      </w:r>
      <w:r w:rsidRPr="005117ED">
        <w:rPr>
          <w:rFonts w:cs="Sakkal Majalla"/>
          <w:color w:val="000000" w:themeColor="text1"/>
          <w:sz w:val="38"/>
          <w:szCs w:val="38"/>
        </w:rPr>
        <w:t xml:space="preserve"> </w:t>
      </w:r>
      <w:r w:rsidRPr="005117ED">
        <w:rPr>
          <w:rFonts w:cs="Sakkal Majalla"/>
          <w:color w:val="000000" w:themeColor="text1"/>
          <w:sz w:val="38"/>
          <w:szCs w:val="38"/>
          <w:rtl/>
        </w:rPr>
        <w:t>فيعالج</w:t>
      </w:r>
      <w:r w:rsidRPr="005117ED">
        <w:rPr>
          <w:rFonts w:cs="Sakkal Majalla"/>
          <w:color w:val="000000" w:themeColor="text1"/>
          <w:sz w:val="38"/>
          <w:szCs w:val="38"/>
        </w:rPr>
        <w:t xml:space="preserve"> </w:t>
      </w:r>
      <w:r w:rsidRPr="005117ED">
        <w:rPr>
          <w:rFonts w:cs="Sakkal Majalla"/>
          <w:color w:val="000000" w:themeColor="text1"/>
          <w:sz w:val="38"/>
          <w:szCs w:val="38"/>
          <w:rtl/>
        </w:rPr>
        <w:t>وفق</w:t>
      </w:r>
      <w:r w:rsidRPr="005117ED">
        <w:rPr>
          <w:rFonts w:cs="Sakkal Majalla"/>
          <w:color w:val="000000" w:themeColor="text1"/>
          <w:sz w:val="38"/>
          <w:szCs w:val="38"/>
        </w:rPr>
        <w:t xml:space="preserve"> </w:t>
      </w:r>
      <w:r w:rsidRPr="005117ED">
        <w:rPr>
          <w:rFonts w:cs="Sakkal Majalla"/>
          <w:color w:val="000000" w:themeColor="text1"/>
          <w:sz w:val="38"/>
          <w:szCs w:val="38"/>
          <w:rtl/>
        </w:rPr>
        <w:t>سياسة</w:t>
      </w:r>
      <w:r w:rsidRPr="005117ED">
        <w:rPr>
          <w:rFonts w:cs="Sakkal Majalla"/>
          <w:color w:val="000000" w:themeColor="text1"/>
          <w:sz w:val="38"/>
          <w:szCs w:val="38"/>
        </w:rPr>
        <w:t xml:space="preserve"> </w:t>
      </w:r>
      <w:r w:rsidRPr="005117ED">
        <w:rPr>
          <w:rFonts w:cs="Sakkal Majalla"/>
          <w:color w:val="000000" w:themeColor="text1"/>
          <w:sz w:val="38"/>
          <w:szCs w:val="38"/>
          <w:rtl/>
        </w:rPr>
        <w:t>معلنة،</w:t>
      </w:r>
      <w:r w:rsidRPr="005117ED">
        <w:rPr>
          <w:rFonts w:cs="Sakkal Majalla"/>
          <w:color w:val="000000" w:themeColor="text1"/>
          <w:sz w:val="38"/>
          <w:szCs w:val="38"/>
        </w:rPr>
        <w:t xml:space="preserve"> </w:t>
      </w:r>
      <w:r w:rsidRPr="005117ED">
        <w:rPr>
          <w:rFonts w:cs="Sakkal Majalla"/>
          <w:color w:val="000000" w:themeColor="text1"/>
          <w:sz w:val="38"/>
          <w:szCs w:val="38"/>
          <w:rtl/>
        </w:rPr>
        <w:t>مثل</w:t>
      </w:r>
      <w:r w:rsidRPr="005117ED">
        <w:rPr>
          <w:rFonts w:cs="Sakkal Majalla"/>
          <w:color w:val="000000" w:themeColor="text1"/>
          <w:sz w:val="38"/>
          <w:szCs w:val="38"/>
        </w:rPr>
        <w:t xml:space="preserve"> </w:t>
      </w:r>
      <w:r w:rsidRPr="005117ED">
        <w:rPr>
          <w:rFonts w:cs="Sakkal Majalla"/>
          <w:color w:val="000000" w:themeColor="text1"/>
          <w:sz w:val="38"/>
          <w:szCs w:val="38"/>
          <w:rtl/>
        </w:rPr>
        <w:t>التعويض</w:t>
      </w:r>
      <w:r w:rsidRPr="005117ED">
        <w:rPr>
          <w:rFonts w:cs="Sakkal Majalla"/>
          <w:color w:val="000000" w:themeColor="text1"/>
          <w:sz w:val="38"/>
          <w:szCs w:val="38"/>
        </w:rPr>
        <w:t xml:space="preserve"> </w:t>
      </w:r>
      <w:r w:rsidRPr="005117ED">
        <w:rPr>
          <w:rFonts w:cs="Sakkal Majalla"/>
          <w:color w:val="000000" w:themeColor="text1"/>
          <w:sz w:val="38"/>
          <w:szCs w:val="38"/>
          <w:rtl/>
        </w:rPr>
        <w:t>بمتوسط</w:t>
      </w:r>
      <w:r w:rsidRPr="005117ED">
        <w:rPr>
          <w:rFonts w:cs="Sakkal Majalla"/>
          <w:color w:val="000000" w:themeColor="text1"/>
          <w:sz w:val="38"/>
          <w:szCs w:val="38"/>
        </w:rPr>
        <w:t xml:space="preserve"> </w:t>
      </w:r>
      <w:r w:rsidRPr="005117ED">
        <w:rPr>
          <w:rFonts w:cs="Sakkal Majalla"/>
          <w:color w:val="000000" w:themeColor="text1"/>
          <w:sz w:val="38"/>
          <w:szCs w:val="38"/>
          <w:rtl/>
        </w:rPr>
        <w:t>البعد</w:t>
      </w:r>
      <w:r w:rsidRPr="005117ED">
        <w:rPr>
          <w:rFonts w:cs="Sakkal Majalla"/>
          <w:color w:val="000000" w:themeColor="text1"/>
          <w:sz w:val="38"/>
          <w:szCs w:val="38"/>
        </w:rPr>
        <w:t xml:space="preserve"> </w:t>
      </w:r>
      <w:r w:rsidRPr="005117ED">
        <w:rPr>
          <w:rFonts w:cs="Sakkal Majalla"/>
          <w:color w:val="000000" w:themeColor="text1"/>
          <w:sz w:val="38"/>
          <w:szCs w:val="38"/>
          <w:rtl/>
        </w:rPr>
        <w:t>إذا</w:t>
      </w:r>
      <w:r w:rsidRPr="005117ED">
        <w:rPr>
          <w:rFonts w:cs="Sakkal Majalla"/>
          <w:color w:val="000000" w:themeColor="text1"/>
          <w:sz w:val="38"/>
          <w:szCs w:val="38"/>
        </w:rPr>
        <w:t xml:space="preserve"> </w:t>
      </w:r>
      <w:r w:rsidRPr="005117ED">
        <w:rPr>
          <w:rFonts w:cs="Sakkal Majalla"/>
          <w:color w:val="000000" w:themeColor="text1"/>
          <w:sz w:val="38"/>
          <w:szCs w:val="38"/>
          <w:rtl/>
        </w:rPr>
        <w:t>كان</w:t>
      </w:r>
      <w:r w:rsidRPr="005117ED">
        <w:rPr>
          <w:rFonts w:cs="Sakkal Majalla"/>
          <w:color w:val="000000" w:themeColor="text1"/>
          <w:sz w:val="38"/>
          <w:szCs w:val="38"/>
        </w:rPr>
        <w:t xml:space="preserve"> </w:t>
      </w:r>
      <w:r w:rsidRPr="005117ED">
        <w:rPr>
          <w:rFonts w:cs="Sakkal Majalla"/>
          <w:color w:val="000000" w:themeColor="text1"/>
          <w:sz w:val="38"/>
          <w:szCs w:val="38"/>
          <w:rtl/>
        </w:rPr>
        <w:t>عدد</w:t>
      </w:r>
      <w:r w:rsidRPr="005117ED">
        <w:rPr>
          <w:rFonts w:cs="Sakkal Majalla"/>
          <w:color w:val="000000" w:themeColor="text1"/>
          <w:sz w:val="38"/>
          <w:szCs w:val="38"/>
        </w:rPr>
        <w:t xml:space="preserve"> </w:t>
      </w:r>
      <w:r w:rsidRPr="005117ED">
        <w:rPr>
          <w:rFonts w:cs="Sakkal Majalla"/>
          <w:color w:val="000000" w:themeColor="text1"/>
          <w:sz w:val="38"/>
          <w:szCs w:val="38"/>
          <w:rtl/>
        </w:rPr>
        <w:t>الفقرات</w:t>
      </w:r>
      <w:r w:rsidRPr="005117ED">
        <w:rPr>
          <w:rFonts w:cs="Sakkal Majalla"/>
          <w:color w:val="000000" w:themeColor="text1"/>
          <w:sz w:val="38"/>
          <w:szCs w:val="38"/>
        </w:rPr>
        <w:t xml:space="preserve"> </w:t>
      </w:r>
      <w:r w:rsidRPr="005117ED">
        <w:rPr>
          <w:rFonts w:cs="Sakkal Majalla"/>
          <w:color w:val="000000" w:themeColor="text1"/>
          <w:sz w:val="38"/>
          <w:szCs w:val="38"/>
          <w:rtl/>
        </w:rPr>
        <w:t>المفقودة</w:t>
      </w:r>
      <w:r w:rsidRPr="005117ED">
        <w:rPr>
          <w:rFonts w:cs="Sakkal Majalla"/>
          <w:color w:val="000000" w:themeColor="text1"/>
          <w:sz w:val="38"/>
          <w:szCs w:val="38"/>
        </w:rPr>
        <w:t xml:space="preserve"> </w:t>
      </w:r>
      <w:r w:rsidRPr="005117ED">
        <w:rPr>
          <w:rFonts w:cs="Sakkal Majalla"/>
          <w:color w:val="000000" w:themeColor="text1"/>
          <w:sz w:val="38"/>
          <w:szCs w:val="38"/>
          <w:rtl/>
        </w:rPr>
        <w:t>قليلًا</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وتحسب</w:t>
      </w:r>
      <w:r w:rsidRPr="005117ED">
        <w:rPr>
          <w:rFonts w:cs="Sakkal Majalla"/>
          <w:color w:val="000000" w:themeColor="text1"/>
          <w:sz w:val="38"/>
          <w:szCs w:val="38"/>
        </w:rPr>
        <w:t xml:space="preserve"> </w:t>
      </w:r>
      <w:r w:rsidRPr="005117ED">
        <w:rPr>
          <w:rFonts w:cs="Sakkal Majalla"/>
          <w:color w:val="000000" w:themeColor="text1"/>
          <w:sz w:val="38"/>
          <w:szCs w:val="38"/>
          <w:rtl/>
        </w:rPr>
        <w:t>المتغيرات</w:t>
      </w:r>
      <w:r w:rsidRPr="005117ED">
        <w:rPr>
          <w:rFonts w:cs="Sakkal Majalla"/>
          <w:color w:val="000000" w:themeColor="text1"/>
          <w:sz w:val="38"/>
          <w:szCs w:val="38"/>
        </w:rPr>
        <w:t xml:space="preserve"> </w:t>
      </w:r>
      <w:r w:rsidRPr="005117ED">
        <w:rPr>
          <w:rFonts w:cs="Sakkal Majalla"/>
          <w:color w:val="000000" w:themeColor="text1"/>
          <w:sz w:val="38"/>
          <w:szCs w:val="38"/>
          <w:rtl/>
        </w:rPr>
        <w:t>المركبة</w:t>
      </w:r>
      <w:r w:rsidRPr="005117ED">
        <w:rPr>
          <w:rFonts w:cs="Sakkal Majalla"/>
          <w:color w:val="000000" w:themeColor="text1"/>
          <w:sz w:val="38"/>
          <w:szCs w:val="38"/>
        </w:rPr>
        <w:t xml:space="preserve"> </w:t>
      </w:r>
      <w:r w:rsidRPr="005117ED">
        <w:rPr>
          <w:rFonts w:cs="Sakkal Majalla"/>
          <w:color w:val="000000" w:themeColor="text1"/>
          <w:sz w:val="38"/>
          <w:szCs w:val="38"/>
          <w:rtl/>
        </w:rPr>
        <w:t>بعد</w:t>
      </w:r>
      <w:r w:rsidRPr="005117ED">
        <w:rPr>
          <w:rFonts w:cs="Sakkal Majalla"/>
          <w:color w:val="000000" w:themeColor="text1"/>
          <w:sz w:val="38"/>
          <w:szCs w:val="38"/>
        </w:rPr>
        <w:t xml:space="preserve"> </w:t>
      </w:r>
      <w:r w:rsidRPr="005117ED">
        <w:rPr>
          <w:rFonts w:cs="Sakkal Majalla"/>
          <w:color w:val="000000" w:themeColor="text1"/>
          <w:sz w:val="38"/>
          <w:szCs w:val="38"/>
          <w:rtl/>
        </w:rPr>
        <w:t>التأكد</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اتجاه</w:t>
      </w:r>
      <w:r w:rsidRPr="005117ED">
        <w:rPr>
          <w:rFonts w:cs="Sakkal Majalla"/>
          <w:color w:val="000000" w:themeColor="text1"/>
          <w:sz w:val="38"/>
          <w:szCs w:val="38"/>
        </w:rPr>
        <w:t xml:space="preserve"> </w:t>
      </w:r>
      <w:r w:rsidRPr="005117ED">
        <w:rPr>
          <w:rFonts w:cs="Sakkal Majalla"/>
          <w:color w:val="000000" w:themeColor="text1"/>
          <w:sz w:val="38"/>
          <w:szCs w:val="38"/>
          <w:rtl/>
        </w:rPr>
        <w:t>جميع</w:t>
      </w:r>
      <w:r w:rsidRPr="005117ED">
        <w:rPr>
          <w:rFonts w:cs="Sakkal Majalla"/>
          <w:color w:val="000000" w:themeColor="text1"/>
          <w:sz w:val="38"/>
          <w:szCs w:val="38"/>
        </w:rPr>
        <w:t xml:space="preserve"> </w:t>
      </w:r>
      <w:r w:rsidRPr="005117ED">
        <w:rPr>
          <w:rFonts w:cs="Sakkal Majalla"/>
          <w:color w:val="000000" w:themeColor="text1"/>
          <w:sz w:val="38"/>
          <w:szCs w:val="38"/>
          <w:rtl/>
        </w:rPr>
        <w:t>الفقرات</w:t>
      </w:r>
      <w:r w:rsidRPr="005117ED">
        <w:rPr>
          <w:rFonts w:cs="Sakkal Majalla"/>
          <w:color w:val="000000" w:themeColor="text1"/>
          <w:sz w:val="38"/>
          <w:szCs w:val="38"/>
        </w:rPr>
        <w:t xml:space="preserve">. </w:t>
      </w:r>
      <w:r w:rsidRPr="005117ED">
        <w:rPr>
          <w:rFonts w:cs="Sakkal Majalla"/>
          <w:color w:val="000000" w:themeColor="text1"/>
          <w:sz w:val="38"/>
          <w:szCs w:val="38"/>
          <w:rtl/>
        </w:rPr>
        <w:t>وبما</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الأداة</w:t>
      </w:r>
      <w:r w:rsidRPr="005117ED">
        <w:rPr>
          <w:rFonts w:cs="Sakkal Majalla"/>
          <w:color w:val="000000" w:themeColor="text1"/>
          <w:sz w:val="38"/>
          <w:szCs w:val="38"/>
        </w:rPr>
        <w:t xml:space="preserve"> </w:t>
      </w:r>
      <w:r w:rsidRPr="005117ED">
        <w:rPr>
          <w:rFonts w:cs="Sakkal Majalla"/>
          <w:color w:val="000000" w:themeColor="text1"/>
          <w:sz w:val="38"/>
          <w:szCs w:val="38"/>
          <w:rtl/>
        </w:rPr>
        <w:t>الحالية</w:t>
      </w:r>
      <w:r w:rsidRPr="005117ED">
        <w:rPr>
          <w:rFonts w:cs="Sakkal Majalla"/>
          <w:color w:val="000000" w:themeColor="text1"/>
          <w:sz w:val="38"/>
          <w:szCs w:val="38"/>
        </w:rPr>
        <w:t xml:space="preserve"> </w:t>
      </w:r>
      <w:r w:rsidRPr="005117ED">
        <w:rPr>
          <w:rFonts w:cs="Sakkal Majalla"/>
          <w:color w:val="000000" w:themeColor="text1"/>
          <w:sz w:val="38"/>
          <w:szCs w:val="38"/>
          <w:rtl/>
        </w:rPr>
        <w:t>صيغت</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اتجاه</w:t>
      </w:r>
      <w:r w:rsidRPr="005117ED">
        <w:rPr>
          <w:rFonts w:cs="Sakkal Majalla"/>
          <w:color w:val="000000" w:themeColor="text1"/>
          <w:sz w:val="38"/>
          <w:szCs w:val="38"/>
        </w:rPr>
        <w:t xml:space="preserve"> </w:t>
      </w:r>
      <w:r w:rsidRPr="005117ED">
        <w:rPr>
          <w:rFonts w:cs="Sakkal Majalla"/>
          <w:color w:val="000000" w:themeColor="text1"/>
          <w:sz w:val="38"/>
          <w:szCs w:val="38"/>
          <w:rtl/>
        </w:rPr>
        <w:t>موجب،</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تحتاج</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عكس</w:t>
      </w:r>
      <w:r w:rsidRPr="005117ED">
        <w:rPr>
          <w:rFonts w:cs="Sakkal Majalla"/>
          <w:color w:val="000000" w:themeColor="text1"/>
          <w:sz w:val="38"/>
          <w:szCs w:val="38"/>
        </w:rPr>
        <w:t xml:space="preserve"> </w:t>
      </w:r>
      <w:r w:rsidRPr="005117ED">
        <w:rPr>
          <w:rFonts w:cs="Sakkal Majalla"/>
          <w:color w:val="000000" w:themeColor="text1"/>
          <w:sz w:val="38"/>
          <w:szCs w:val="38"/>
          <w:rtl/>
        </w:rPr>
        <w:t>درجات،</w:t>
      </w:r>
      <w:r w:rsidRPr="005117ED">
        <w:rPr>
          <w:rFonts w:cs="Sakkal Majalla"/>
          <w:color w:val="000000" w:themeColor="text1"/>
          <w:sz w:val="38"/>
          <w:szCs w:val="38"/>
        </w:rPr>
        <w:t xml:space="preserve"> </w:t>
      </w:r>
      <w:r w:rsidRPr="005117ED">
        <w:rPr>
          <w:rFonts w:cs="Sakkal Majalla"/>
          <w:color w:val="000000" w:themeColor="text1"/>
          <w:sz w:val="38"/>
          <w:szCs w:val="38"/>
          <w:rtl/>
        </w:rPr>
        <w:t>لكن</w:t>
      </w:r>
      <w:r w:rsidRPr="005117ED">
        <w:rPr>
          <w:rFonts w:cs="Sakkal Majalla"/>
          <w:color w:val="000000" w:themeColor="text1"/>
          <w:sz w:val="38"/>
          <w:szCs w:val="38"/>
        </w:rPr>
        <w:t xml:space="preserve"> </w:t>
      </w:r>
      <w:r w:rsidRPr="005117ED">
        <w:rPr>
          <w:rFonts w:cs="Sakkal Majalla"/>
          <w:color w:val="000000" w:themeColor="text1"/>
          <w:sz w:val="38"/>
          <w:szCs w:val="38"/>
          <w:rtl/>
        </w:rPr>
        <w:t>يجب</w:t>
      </w:r>
      <w:r w:rsidRPr="005117ED">
        <w:rPr>
          <w:rFonts w:cs="Sakkal Majalla"/>
          <w:color w:val="000000" w:themeColor="text1"/>
          <w:sz w:val="38"/>
          <w:szCs w:val="38"/>
        </w:rPr>
        <w:t xml:space="preserve"> </w:t>
      </w:r>
      <w:r w:rsidRPr="005117ED">
        <w:rPr>
          <w:rFonts w:cs="Sakkal Majalla"/>
          <w:color w:val="000000" w:themeColor="text1"/>
          <w:sz w:val="38"/>
          <w:szCs w:val="38"/>
          <w:rtl/>
        </w:rPr>
        <w:t>التحقق</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ذلك</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ملف</w:t>
      </w:r>
      <w:r w:rsidRPr="005117ED">
        <w:rPr>
          <w:rFonts w:cs="Sakkal Majalla"/>
          <w:color w:val="000000" w:themeColor="text1"/>
          <w:sz w:val="38"/>
          <w:szCs w:val="38"/>
        </w:rPr>
        <w:t xml:space="preserve"> </w:t>
      </w:r>
      <w:r w:rsidRPr="005117ED">
        <w:rPr>
          <w:rFonts w:cs="Sakkal Majalla"/>
          <w:color w:val="000000" w:themeColor="text1"/>
          <w:sz w:val="38"/>
          <w:szCs w:val="38"/>
          <w:rtl/>
        </w:rPr>
        <w:t>الترميز</w:t>
      </w:r>
      <w:r w:rsidRPr="005117ED">
        <w:rPr>
          <w:rFonts w:cs="Sakkal Majalla"/>
          <w:color w:val="000000" w:themeColor="text1"/>
          <w:sz w:val="38"/>
          <w:szCs w:val="38"/>
        </w:rPr>
        <w:t xml:space="preserve">. </w:t>
      </w:r>
      <w:r w:rsidRPr="005117ED">
        <w:rPr>
          <w:rFonts w:cs="Sakkal Majalla"/>
          <w:color w:val="000000" w:themeColor="text1"/>
          <w:sz w:val="38"/>
          <w:szCs w:val="38"/>
          <w:rtl/>
        </w:rPr>
        <w:t>ثم</w:t>
      </w:r>
      <w:r w:rsidRPr="005117ED">
        <w:rPr>
          <w:rFonts w:cs="Sakkal Majalla"/>
          <w:color w:val="000000" w:themeColor="text1"/>
          <w:sz w:val="38"/>
          <w:szCs w:val="38"/>
        </w:rPr>
        <w:t xml:space="preserve"> </w:t>
      </w:r>
      <w:r w:rsidRPr="005117ED">
        <w:rPr>
          <w:rFonts w:cs="Sakkal Majalla"/>
          <w:color w:val="000000" w:themeColor="text1"/>
          <w:sz w:val="38"/>
          <w:szCs w:val="38"/>
          <w:rtl/>
        </w:rPr>
        <w:t>تحسب</w:t>
      </w:r>
      <w:r w:rsidRPr="005117ED">
        <w:rPr>
          <w:rFonts w:cs="Sakkal Majalla"/>
          <w:color w:val="000000" w:themeColor="text1"/>
          <w:sz w:val="38"/>
          <w:szCs w:val="38"/>
        </w:rPr>
        <w:t xml:space="preserve"> </w:t>
      </w:r>
      <w:r w:rsidRPr="005117ED">
        <w:rPr>
          <w:rFonts w:cs="Sakkal Majalla"/>
          <w:color w:val="000000" w:themeColor="text1"/>
          <w:sz w:val="38"/>
          <w:szCs w:val="38"/>
          <w:rtl/>
        </w:rPr>
        <w:t>متوسطات</w:t>
      </w:r>
      <w:r w:rsidRPr="005117ED">
        <w:rPr>
          <w:rFonts w:cs="Sakkal Majalla"/>
          <w:color w:val="000000" w:themeColor="text1"/>
          <w:sz w:val="38"/>
          <w:szCs w:val="38"/>
        </w:rPr>
        <w:t xml:space="preserve"> </w:t>
      </w:r>
      <w:r w:rsidRPr="005117ED">
        <w:rPr>
          <w:rFonts w:cs="Sakkal Majalla"/>
          <w:color w:val="000000" w:themeColor="text1"/>
          <w:sz w:val="38"/>
          <w:szCs w:val="38"/>
          <w:rtl/>
        </w:rPr>
        <w:t>الأبعاد</w:t>
      </w:r>
      <w:r w:rsidRPr="005117ED">
        <w:rPr>
          <w:rFonts w:cs="Sakkal Majalla"/>
          <w:color w:val="000000" w:themeColor="text1"/>
          <w:sz w:val="38"/>
          <w:szCs w:val="38"/>
        </w:rPr>
        <w:t xml:space="preserve"> </w:t>
      </w:r>
      <w:r w:rsidRPr="005117ED">
        <w:rPr>
          <w:rFonts w:cs="Sakkal Majalla"/>
          <w:color w:val="000000" w:themeColor="text1"/>
          <w:sz w:val="38"/>
          <w:szCs w:val="38"/>
          <w:rtl/>
        </w:rPr>
        <w:t>والمتغيرين</w:t>
      </w:r>
      <w:r w:rsidRPr="005117ED">
        <w:rPr>
          <w:rFonts w:cs="Sakkal Majalla"/>
          <w:color w:val="000000" w:themeColor="text1"/>
          <w:sz w:val="38"/>
          <w:szCs w:val="38"/>
        </w:rPr>
        <w:t xml:space="preserve"> </w:t>
      </w:r>
      <w:r w:rsidRPr="005117ED">
        <w:rPr>
          <w:rFonts w:cs="Sakkal Majalla"/>
          <w:color w:val="000000" w:themeColor="text1"/>
          <w:sz w:val="38"/>
          <w:szCs w:val="38"/>
          <w:rtl/>
        </w:rPr>
        <w:t>الكليين،</w:t>
      </w:r>
      <w:r w:rsidRPr="005117ED">
        <w:rPr>
          <w:rFonts w:cs="Sakkal Majalla"/>
          <w:color w:val="000000" w:themeColor="text1"/>
          <w:sz w:val="38"/>
          <w:szCs w:val="38"/>
        </w:rPr>
        <w:t xml:space="preserve"> </w:t>
      </w:r>
      <w:r w:rsidRPr="005117ED">
        <w:rPr>
          <w:rFonts w:cs="Sakkal Majalla"/>
          <w:color w:val="000000" w:themeColor="text1"/>
          <w:sz w:val="38"/>
          <w:szCs w:val="38"/>
          <w:rtl/>
        </w:rPr>
        <w:t>ويحتفظ</w:t>
      </w:r>
      <w:r w:rsidRPr="005117ED">
        <w:rPr>
          <w:rFonts w:cs="Sakkal Majalla"/>
          <w:color w:val="000000" w:themeColor="text1"/>
          <w:sz w:val="38"/>
          <w:szCs w:val="38"/>
        </w:rPr>
        <w:t xml:space="preserve"> </w:t>
      </w:r>
      <w:r w:rsidRPr="005117ED">
        <w:rPr>
          <w:rFonts w:cs="Sakkal Majalla"/>
          <w:color w:val="000000" w:themeColor="text1"/>
          <w:sz w:val="38"/>
          <w:szCs w:val="38"/>
          <w:rtl/>
        </w:rPr>
        <w:t>بالفقرات</w:t>
      </w:r>
      <w:r w:rsidRPr="005117ED">
        <w:rPr>
          <w:rFonts w:cs="Sakkal Majalla"/>
          <w:color w:val="000000" w:themeColor="text1"/>
          <w:sz w:val="38"/>
          <w:szCs w:val="38"/>
        </w:rPr>
        <w:t xml:space="preserve"> </w:t>
      </w:r>
      <w:r w:rsidRPr="005117ED">
        <w:rPr>
          <w:rFonts w:cs="Sakkal Majalla"/>
          <w:color w:val="000000" w:themeColor="text1"/>
          <w:sz w:val="38"/>
          <w:szCs w:val="38"/>
          <w:rtl/>
        </w:rPr>
        <w:t>الأصلية</w:t>
      </w:r>
      <w:r w:rsidRPr="005117ED">
        <w:rPr>
          <w:rFonts w:cs="Sakkal Majalla"/>
          <w:color w:val="000000" w:themeColor="text1"/>
          <w:sz w:val="38"/>
          <w:szCs w:val="38"/>
        </w:rPr>
        <w:t xml:space="preserve"> </w:t>
      </w:r>
      <w:r w:rsidRPr="005117ED">
        <w:rPr>
          <w:rFonts w:cs="Sakkal Majalla"/>
          <w:color w:val="000000" w:themeColor="text1"/>
          <w:sz w:val="38"/>
          <w:szCs w:val="38"/>
          <w:rtl/>
        </w:rPr>
        <w:t>لإجراء</w:t>
      </w:r>
      <w:r w:rsidRPr="005117ED">
        <w:rPr>
          <w:rFonts w:cs="Sakkal Majalla"/>
          <w:color w:val="000000" w:themeColor="text1"/>
          <w:sz w:val="38"/>
          <w:szCs w:val="38"/>
        </w:rPr>
        <w:t xml:space="preserve"> </w:t>
      </w:r>
      <w:r w:rsidRPr="005117ED">
        <w:rPr>
          <w:rFonts w:cs="Sakkal Majalla"/>
          <w:color w:val="000000" w:themeColor="text1"/>
          <w:sz w:val="38"/>
          <w:szCs w:val="38"/>
          <w:rtl/>
        </w:rPr>
        <w:t>الثبات</w:t>
      </w:r>
      <w:r w:rsidRPr="005117ED">
        <w:rPr>
          <w:rFonts w:cs="Sakkal Majalla"/>
          <w:color w:val="000000" w:themeColor="text1"/>
          <w:sz w:val="38"/>
          <w:szCs w:val="38"/>
        </w:rPr>
        <w:t xml:space="preserve"> </w:t>
      </w:r>
      <w:r w:rsidRPr="005117ED">
        <w:rPr>
          <w:rFonts w:cs="Sakkal Majalla"/>
          <w:color w:val="000000" w:themeColor="text1"/>
          <w:sz w:val="38"/>
          <w:szCs w:val="38"/>
          <w:rtl/>
        </w:rPr>
        <w:t>والاتساق</w:t>
      </w:r>
      <w:r w:rsidRPr="005117ED">
        <w:rPr>
          <w:rFonts w:cs="Sakkal Majalla"/>
          <w:color w:val="000000" w:themeColor="text1"/>
          <w:sz w:val="38"/>
          <w:szCs w:val="38"/>
        </w:rPr>
        <w:t xml:space="preserve">. </w:t>
      </w:r>
      <w:r w:rsidRPr="005117ED">
        <w:rPr>
          <w:rFonts w:cs="Sakkal Majalla"/>
          <w:color w:val="000000" w:themeColor="text1"/>
          <w:sz w:val="38"/>
          <w:szCs w:val="38"/>
          <w:rtl/>
        </w:rPr>
        <w:t>ويستخدم</w:t>
      </w:r>
      <w:r w:rsidRPr="005117ED">
        <w:rPr>
          <w:rFonts w:cs="Sakkal Majalla"/>
          <w:color w:val="000000" w:themeColor="text1"/>
          <w:sz w:val="38"/>
          <w:szCs w:val="38"/>
        </w:rPr>
        <w:t xml:space="preserve"> </w:t>
      </w:r>
      <w:r w:rsidRPr="005117ED">
        <w:rPr>
          <w:rFonts w:cs="Sakkal Majalla"/>
          <w:color w:val="000000" w:themeColor="text1"/>
          <w:sz w:val="38"/>
          <w:szCs w:val="38"/>
          <w:rtl/>
        </w:rPr>
        <w:t>قاموس</w:t>
      </w:r>
      <w:r w:rsidRPr="005117ED">
        <w:rPr>
          <w:rFonts w:cs="Sakkal Majalla"/>
          <w:color w:val="000000" w:themeColor="text1"/>
          <w:sz w:val="38"/>
          <w:szCs w:val="38"/>
        </w:rPr>
        <w:t xml:space="preserve"> </w:t>
      </w:r>
      <w:r w:rsidRPr="005117ED">
        <w:rPr>
          <w:rFonts w:cs="Sakkal Majalla"/>
          <w:color w:val="000000" w:themeColor="text1"/>
          <w:sz w:val="38"/>
          <w:szCs w:val="38"/>
          <w:rtl/>
        </w:rPr>
        <w:t>بيانات</w:t>
      </w:r>
      <w:r w:rsidRPr="005117ED">
        <w:rPr>
          <w:rFonts w:cs="Sakkal Majalla"/>
          <w:color w:val="000000" w:themeColor="text1"/>
          <w:sz w:val="38"/>
          <w:szCs w:val="38"/>
        </w:rPr>
        <w:t xml:space="preserve"> </w:t>
      </w:r>
      <w:r w:rsidRPr="005117ED">
        <w:rPr>
          <w:rFonts w:cs="Sakkal Majalla"/>
          <w:color w:val="000000" w:themeColor="text1"/>
          <w:sz w:val="38"/>
          <w:szCs w:val="38"/>
          <w:rtl/>
        </w:rPr>
        <w:t>يوضح</w:t>
      </w:r>
      <w:r w:rsidRPr="005117ED">
        <w:rPr>
          <w:rFonts w:cs="Sakkal Majalla"/>
          <w:color w:val="000000" w:themeColor="text1"/>
          <w:sz w:val="38"/>
          <w:szCs w:val="38"/>
        </w:rPr>
        <w:t xml:space="preserve"> </w:t>
      </w:r>
      <w:r w:rsidRPr="005117ED">
        <w:rPr>
          <w:rFonts w:cs="Sakkal Majalla"/>
          <w:color w:val="000000" w:themeColor="text1"/>
          <w:sz w:val="38"/>
          <w:szCs w:val="38"/>
          <w:rtl/>
        </w:rPr>
        <w:t>اسم</w:t>
      </w:r>
      <w:r w:rsidRPr="005117ED">
        <w:rPr>
          <w:rFonts w:cs="Sakkal Majalla"/>
          <w:color w:val="000000" w:themeColor="text1"/>
          <w:sz w:val="38"/>
          <w:szCs w:val="38"/>
        </w:rPr>
        <w:t xml:space="preserve"> </w:t>
      </w:r>
      <w:r w:rsidRPr="005117ED">
        <w:rPr>
          <w:rFonts w:cs="Sakkal Majalla"/>
          <w:color w:val="000000" w:themeColor="text1"/>
          <w:sz w:val="38"/>
          <w:szCs w:val="38"/>
          <w:rtl/>
        </w:rPr>
        <w:t>المتغير</w:t>
      </w:r>
      <w:r w:rsidRPr="005117ED">
        <w:rPr>
          <w:rFonts w:cs="Sakkal Majalla"/>
          <w:color w:val="000000" w:themeColor="text1"/>
          <w:sz w:val="38"/>
          <w:szCs w:val="38"/>
        </w:rPr>
        <w:t xml:space="preserve"> </w:t>
      </w:r>
      <w:r w:rsidRPr="005117ED">
        <w:rPr>
          <w:rFonts w:cs="Sakkal Majalla"/>
          <w:color w:val="000000" w:themeColor="text1"/>
          <w:sz w:val="38"/>
          <w:szCs w:val="38"/>
          <w:rtl/>
        </w:rPr>
        <w:t>ورمزه</w:t>
      </w:r>
      <w:r w:rsidRPr="005117ED">
        <w:rPr>
          <w:rFonts w:cs="Sakkal Majalla"/>
          <w:color w:val="000000" w:themeColor="text1"/>
          <w:sz w:val="38"/>
          <w:szCs w:val="38"/>
        </w:rPr>
        <w:t xml:space="preserve"> </w:t>
      </w:r>
      <w:r w:rsidRPr="005117ED">
        <w:rPr>
          <w:rFonts w:cs="Sakkal Majalla"/>
          <w:color w:val="000000" w:themeColor="text1"/>
          <w:sz w:val="38"/>
          <w:szCs w:val="38"/>
          <w:rtl/>
        </w:rPr>
        <w:t>وقيمه</w:t>
      </w:r>
      <w:r w:rsidRPr="005117ED">
        <w:rPr>
          <w:rFonts w:cs="Sakkal Majalla"/>
          <w:color w:val="000000" w:themeColor="text1"/>
          <w:sz w:val="38"/>
          <w:szCs w:val="38"/>
        </w:rPr>
        <w:t xml:space="preserve"> </w:t>
      </w:r>
      <w:r w:rsidRPr="005117ED">
        <w:rPr>
          <w:rFonts w:cs="Sakkal Majalla"/>
          <w:color w:val="000000" w:themeColor="text1"/>
          <w:sz w:val="38"/>
          <w:szCs w:val="38"/>
          <w:rtl/>
        </w:rPr>
        <w:t>المسموحة،</w:t>
      </w:r>
      <w:r w:rsidRPr="005117ED">
        <w:rPr>
          <w:rFonts w:cs="Sakkal Majalla"/>
          <w:color w:val="000000" w:themeColor="text1"/>
          <w:sz w:val="38"/>
          <w:szCs w:val="38"/>
        </w:rPr>
        <w:t xml:space="preserve"> </w:t>
      </w:r>
      <w:r w:rsidRPr="005117ED">
        <w:rPr>
          <w:rFonts w:cs="Sakkal Majalla"/>
          <w:color w:val="000000" w:themeColor="text1"/>
          <w:sz w:val="38"/>
          <w:szCs w:val="38"/>
          <w:rtl/>
        </w:rPr>
        <w:t>مما</w:t>
      </w:r>
      <w:r w:rsidRPr="005117ED">
        <w:rPr>
          <w:rFonts w:cs="Sakkal Majalla"/>
          <w:color w:val="000000" w:themeColor="text1"/>
          <w:sz w:val="38"/>
          <w:szCs w:val="38"/>
        </w:rPr>
        <w:t xml:space="preserve"> </w:t>
      </w:r>
      <w:r w:rsidRPr="005117ED">
        <w:rPr>
          <w:rFonts w:cs="Sakkal Majalla"/>
          <w:color w:val="000000" w:themeColor="text1"/>
          <w:sz w:val="38"/>
          <w:szCs w:val="38"/>
          <w:rtl/>
        </w:rPr>
        <w:t>يقلل</w:t>
      </w:r>
      <w:r w:rsidRPr="005117ED">
        <w:rPr>
          <w:rFonts w:cs="Sakkal Majalla"/>
          <w:color w:val="000000" w:themeColor="text1"/>
          <w:sz w:val="38"/>
          <w:szCs w:val="38"/>
        </w:rPr>
        <w:t xml:space="preserve"> </w:t>
      </w:r>
      <w:r w:rsidRPr="005117ED">
        <w:rPr>
          <w:rFonts w:cs="Sakkal Majalla"/>
          <w:color w:val="000000" w:themeColor="text1"/>
          <w:sz w:val="38"/>
          <w:szCs w:val="38"/>
          <w:rtl/>
        </w:rPr>
        <w:t>أخطاء</w:t>
      </w:r>
      <w:r w:rsidRPr="005117ED">
        <w:rPr>
          <w:rFonts w:cs="Sakkal Majalla"/>
          <w:color w:val="000000" w:themeColor="text1"/>
          <w:sz w:val="38"/>
          <w:szCs w:val="38"/>
        </w:rPr>
        <w:t xml:space="preserve"> </w:t>
      </w:r>
      <w:r w:rsidRPr="005117ED">
        <w:rPr>
          <w:rFonts w:cs="Sakkal Majalla"/>
          <w:color w:val="000000" w:themeColor="text1"/>
          <w:sz w:val="38"/>
          <w:szCs w:val="38"/>
          <w:rtl/>
        </w:rPr>
        <w:t>الإدخال</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وتعرض</w:t>
      </w:r>
      <w:r w:rsidRPr="005117ED">
        <w:rPr>
          <w:rFonts w:cs="Sakkal Majalla"/>
          <w:color w:val="000000" w:themeColor="text1"/>
          <w:sz w:val="38"/>
          <w:szCs w:val="38"/>
        </w:rPr>
        <w:t xml:space="preserve"> </w:t>
      </w:r>
      <w:r w:rsidRPr="005117ED">
        <w:rPr>
          <w:rFonts w:cs="Sakkal Majalla"/>
          <w:color w:val="000000" w:themeColor="text1"/>
          <w:sz w:val="38"/>
          <w:szCs w:val="38"/>
          <w:rtl/>
        </w:rPr>
        <w:t>الجداول</w:t>
      </w:r>
      <w:r w:rsidRPr="005117ED">
        <w:rPr>
          <w:rFonts w:cs="Sakkal Majalla"/>
          <w:color w:val="000000" w:themeColor="text1"/>
          <w:sz w:val="38"/>
          <w:szCs w:val="38"/>
        </w:rPr>
        <w:t xml:space="preserve"> </w:t>
      </w:r>
      <w:r w:rsidRPr="005117ED">
        <w:rPr>
          <w:rFonts w:cs="Sakkal Majalla"/>
          <w:color w:val="000000" w:themeColor="text1"/>
          <w:sz w:val="38"/>
          <w:szCs w:val="38"/>
          <w:rtl/>
        </w:rPr>
        <w:t>التطبيقية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هذه</w:t>
      </w:r>
      <w:r w:rsidRPr="005117ED">
        <w:rPr>
          <w:rFonts w:cs="Sakkal Majalla"/>
          <w:color w:val="000000" w:themeColor="text1"/>
          <w:sz w:val="38"/>
          <w:szCs w:val="38"/>
        </w:rPr>
        <w:t xml:space="preserve"> </w:t>
      </w:r>
      <w:r w:rsidRPr="005117ED">
        <w:rPr>
          <w:rFonts w:cs="Sakkal Majalla"/>
          <w:color w:val="000000" w:themeColor="text1"/>
          <w:sz w:val="38"/>
          <w:szCs w:val="38"/>
          <w:rtl/>
        </w:rPr>
        <w:t>الرسالة</w:t>
      </w:r>
      <w:r w:rsidRPr="005117ED">
        <w:rPr>
          <w:rFonts w:cs="Sakkal Majalla"/>
          <w:color w:val="000000" w:themeColor="text1"/>
          <w:sz w:val="38"/>
          <w:szCs w:val="38"/>
        </w:rPr>
        <w:t xml:space="preserve"> </w:t>
      </w:r>
      <w:r w:rsidRPr="005117ED">
        <w:rPr>
          <w:rFonts w:cs="Sakkal Majalla"/>
          <w:color w:val="000000" w:themeColor="text1"/>
          <w:sz w:val="38"/>
          <w:szCs w:val="38"/>
          <w:rtl/>
        </w:rPr>
        <w:t>بوصفها</w:t>
      </w:r>
      <w:r w:rsidRPr="005117ED">
        <w:rPr>
          <w:rFonts w:cs="Sakkal Majalla"/>
          <w:color w:val="000000" w:themeColor="text1"/>
          <w:sz w:val="38"/>
          <w:szCs w:val="38"/>
        </w:rPr>
        <w:t xml:space="preserve"> </w:t>
      </w:r>
      <w:r w:rsidRPr="005117ED">
        <w:rPr>
          <w:rFonts w:cs="Sakkal Majalla"/>
          <w:color w:val="000000" w:themeColor="text1"/>
          <w:sz w:val="38"/>
          <w:szCs w:val="38"/>
          <w:rtl/>
        </w:rPr>
        <w:t>نموذج</w:t>
      </w:r>
      <w:r w:rsidRPr="005117ED">
        <w:rPr>
          <w:rFonts w:cs="Sakkal Majalla"/>
          <w:color w:val="000000" w:themeColor="text1"/>
          <w:sz w:val="38"/>
          <w:szCs w:val="38"/>
        </w:rPr>
        <w:t xml:space="preserve"> </w:t>
      </w:r>
      <w:r w:rsidRPr="005117ED">
        <w:rPr>
          <w:rFonts w:cs="Sakkal Majalla"/>
          <w:color w:val="000000" w:themeColor="text1"/>
          <w:sz w:val="38"/>
          <w:szCs w:val="38"/>
          <w:rtl/>
        </w:rPr>
        <w:t>بيانات</w:t>
      </w:r>
      <w:r w:rsidRPr="005117ED">
        <w:rPr>
          <w:rFonts w:cs="Sakkal Majalla"/>
          <w:color w:val="000000" w:themeColor="text1"/>
          <w:sz w:val="38"/>
          <w:szCs w:val="38"/>
        </w:rPr>
        <w:t xml:space="preserve"> </w:t>
      </w:r>
      <w:r w:rsidRPr="005117ED">
        <w:rPr>
          <w:rFonts w:cs="Sakkal Majalla"/>
          <w:color w:val="000000" w:themeColor="text1"/>
          <w:sz w:val="38"/>
          <w:szCs w:val="38"/>
          <w:rtl/>
        </w:rPr>
        <w:t>محاكاة</w:t>
      </w:r>
      <w:r w:rsidRPr="005117ED">
        <w:rPr>
          <w:rFonts w:cs="Sakkal Majalla"/>
          <w:color w:val="000000" w:themeColor="text1"/>
          <w:sz w:val="38"/>
          <w:szCs w:val="38"/>
        </w:rPr>
        <w:t xml:space="preserve"> </w:t>
      </w:r>
      <w:r w:rsidRPr="005117ED">
        <w:rPr>
          <w:rFonts w:cs="Sakkal Majalla"/>
          <w:color w:val="000000" w:themeColor="text1"/>
          <w:sz w:val="38"/>
          <w:szCs w:val="38"/>
          <w:rtl/>
        </w:rPr>
        <w:t>منهجيًا</w:t>
      </w:r>
      <w:r w:rsidRPr="005117ED">
        <w:rPr>
          <w:rFonts w:cs="Sakkal Majalla"/>
          <w:color w:val="000000" w:themeColor="text1"/>
          <w:sz w:val="38"/>
          <w:szCs w:val="38"/>
        </w:rPr>
        <w:t xml:space="preserve"> </w:t>
      </w:r>
      <w:r w:rsidRPr="005117ED">
        <w:rPr>
          <w:rFonts w:cs="Sakkal Majalla"/>
          <w:color w:val="000000" w:themeColor="text1"/>
          <w:sz w:val="38"/>
          <w:szCs w:val="38"/>
          <w:rtl/>
        </w:rPr>
        <w:t>يوضح</w:t>
      </w:r>
      <w:r w:rsidRPr="005117ED">
        <w:rPr>
          <w:rFonts w:cs="Sakkal Majalla"/>
          <w:color w:val="000000" w:themeColor="text1"/>
          <w:sz w:val="38"/>
          <w:szCs w:val="38"/>
        </w:rPr>
        <w:t xml:space="preserve"> </w:t>
      </w:r>
      <w:r w:rsidRPr="005117ED">
        <w:rPr>
          <w:rFonts w:cs="Sakkal Majalla"/>
          <w:color w:val="000000" w:themeColor="text1"/>
          <w:sz w:val="38"/>
          <w:szCs w:val="38"/>
          <w:rtl/>
        </w:rPr>
        <w:t>طريقة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التحليل</w:t>
      </w:r>
      <w:r w:rsidRPr="005117ED">
        <w:rPr>
          <w:rFonts w:cs="Sakkal Majalla"/>
          <w:color w:val="000000" w:themeColor="text1"/>
          <w:sz w:val="38"/>
          <w:szCs w:val="38"/>
        </w:rPr>
        <w:t xml:space="preserve"> </w:t>
      </w:r>
      <w:r w:rsidRPr="005117ED">
        <w:rPr>
          <w:rFonts w:cs="Sakkal Majalla"/>
          <w:color w:val="000000" w:themeColor="text1"/>
          <w:sz w:val="38"/>
          <w:szCs w:val="38"/>
          <w:rtl/>
        </w:rPr>
        <w:t>والعرض</w:t>
      </w:r>
      <w:r w:rsidRPr="005117ED">
        <w:rPr>
          <w:rFonts w:cs="Sakkal Majalla"/>
          <w:color w:val="000000" w:themeColor="text1"/>
          <w:sz w:val="38"/>
          <w:szCs w:val="38"/>
        </w:rPr>
        <w:t xml:space="preserve"> </w:t>
      </w:r>
      <w:r w:rsidRPr="005117ED">
        <w:rPr>
          <w:rFonts w:cs="Sakkal Majalla"/>
          <w:color w:val="000000" w:themeColor="text1"/>
          <w:sz w:val="38"/>
          <w:szCs w:val="38"/>
          <w:rtl/>
        </w:rPr>
        <w:t>المتوقعين،</w:t>
      </w:r>
      <w:r w:rsidRPr="005117ED">
        <w:rPr>
          <w:rFonts w:cs="Sakkal Majalla"/>
          <w:color w:val="000000" w:themeColor="text1"/>
          <w:sz w:val="38"/>
          <w:szCs w:val="38"/>
        </w:rPr>
        <w:t xml:space="preserve"> </w:t>
      </w:r>
      <w:r w:rsidRPr="005117ED">
        <w:rPr>
          <w:rFonts w:cs="Sakkal Majalla"/>
          <w:color w:val="000000" w:themeColor="text1"/>
          <w:sz w:val="38"/>
          <w:szCs w:val="38"/>
          <w:rtl/>
        </w:rPr>
        <w:t>ولا</w:t>
      </w:r>
      <w:r w:rsidRPr="005117ED">
        <w:rPr>
          <w:rFonts w:cs="Sakkal Majalla"/>
          <w:color w:val="000000" w:themeColor="text1"/>
          <w:sz w:val="38"/>
          <w:szCs w:val="38"/>
        </w:rPr>
        <w:t xml:space="preserve"> </w:t>
      </w:r>
      <w:r w:rsidRPr="005117ED">
        <w:rPr>
          <w:rFonts w:cs="Sakkal Majalla"/>
          <w:color w:val="000000" w:themeColor="text1"/>
          <w:sz w:val="38"/>
          <w:szCs w:val="38"/>
          <w:rtl/>
        </w:rPr>
        <w:t>تمثل</w:t>
      </w:r>
      <w:r w:rsidRPr="005117ED">
        <w:rPr>
          <w:rFonts w:cs="Sakkal Majalla"/>
          <w:color w:val="000000" w:themeColor="text1"/>
          <w:sz w:val="38"/>
          <w:szCs w:val="38"/>
        </w:rPr>
        <w:t xml:space="preserve"> </w:t>
      </w:r>
      <w:r w:rsidRPr="005117ED">
        <w:rPr>
          <w:rFonts w:cs="Sakkal Majalla"/>
          <w:color w:val="000000" w:themeColor="text1"/>
          <w:sz w:val="38"/>
          <w:szCs w:val="38"/>
          <w:rtl/>
        </w:rPr>
        <w:t>نتائج</w:t>
      </w:r>
      <w:r w:rsidRPr="005117ED">
        <w:rPr>
          <w:rFonts w:cs="Sakkal Majalla"/>
          <w:color w:val="000000" w:themeColor="text1"/>
          <w:sz w:val="38"/>
          <w:szCs w:val="38"/>
        </w:rPr>
        <w:t xml:space="preserve"> </w:t>
      </w:r>
      <w:r w:rsidRPr="005117ED">
        <w:rPr>
          <w:rFonts w:cs="Sakkal Majalla"/>
          <w:color w:val="000000" w:themeColor="text1"/>
          <w:sz w:val="38"/>
          <w:szCs w:val="38"/>
          <w:rtl/>
        </w:rPr>
        <w:t>ميدانية</w:t>
      </w:r>
      <w:r w:rsidRPr="005117ED">
        <w:rPr>
          <w:rFonts w:cs="Sakkal Majalla"/>
          <w:color w:val="000000" w:themeColor="text1"/>
          <w:sz w:val="38"/>
          <w:szCs w:val="38"/>
        </w:rPr>
        <w:t xml:space="preserve"> </w:t>
      </w:r>
      <w:r w:rsidRPr="005117ED">
        <w:rPr>
          <w:rFonts w:cs="Sakkal Majalla"/>
          <w:color w:val="000000" w:themeColor="text1"/>
          <w:sz w:val="38"/>
          <w:szCs w:val="38"/>
          <w:rtl/>
        </w:rPr>
        <w:t>حقيقية</w:t>
      </w:r>
      <w:r w:rsidRPr="005117ED">
        <w:rPr>
          <w:rFonts w:cs="Sakkal Majalla"/>
          <w:color w:val="000000" w:themeColor="text1"/>
          <w:sz w:val="38"/>
          <w:szCs w:val="38"/>
        </w:rPr>
        <w:t xml:space="preserve">. </w:t>
      </w:r>
      <w:r w:rsidRPr="005117ED">
        <w:rPr>
          <w:rFonts w:cs="Sakkal Majalla"/>
          <w:color w:val="000000" w:themeColor="text1"/>
          <w:sz w:val="38"/>
          <w:szCs w:val="38"/>
          <w:rtl/>
        </w:rPr>
        <w:t>وعند</w:t>
      </w:r>
      <w:r w:rsidRPr="005117ED">
        <w:rPr>
          <w:rFonts w:cs="Sakkal Majalla"/>
          <w:color w:val="000000" w:themeColor="text1"/>
          <w:sz w:val="38"/>
          <w:szCs w:val="38"/>
        </w:rPr>
        <w:t xml:space="preserve"> </w:t>
      </w:r>
      <w:r w:rsidRPr="005117ED">
        <w:rPr>
          <w:rFonts w:cs="Sakkal Majalla"/>
          <w:color w:val="000000" w:themeColor="text1"/>
          <w:sz w:val="38"/>
          <w:szCs w:val="38"/>
          <w:rtl/>
        </w:rPr>
        <w:t>تنفيذ</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فعليًا</w:t>
      </w:r>
      <w:r w:rsidRPr="005117ED">
        <w:rPr>
          <w:rFonts w:cs="Sakkal Majalla"/>
          <w:color w:val="000000" w:themeColor="text1"/>
          <w:sz w:val="38"/>
          <w:szCs w:val="38"/>
        </w:rPr>
        <w:t xml:space="preserve"> </w:t>
      </w:r>
      <w:r w:rsidRPr="005117ED">
        <w:rPr>
          <w:rFonts w:cs="Sakkal Majalla"/>
          <w:color w:val="000000" w:themeColor="text1"/>
          <w:sz w:val="38"/>
          <w:szCs w:val="38"/>
          <w:rtl/>
        </w:rPr>
        <w:t>تستبدل</w:t>
      </w:r>
      <w:r w:rsidRPr="005117ED">
        <w:rPr>
          <w:rFonts w:cs="Sakkal Majalla"/>
          <w:color w:val="000000" w:themeColor="text1"/>
          <w:sz w:val="38"/>
          <w:szCs w:val="38"/>
        </w:rPr>
        <w:t xml:space="preserve"> </w:t>
      </w:r>
      <w:r w:rsidRPr="005117ED">
        <w:rPr>
          <w:rFonts w:cs="Sakkal Majalla"/>
          <w:color w:val="000000" w:themeColor="text1"/>
          <w:sz w:val="38"/>
          <w:szCs w:val="38"/>
          <w:rtl/>
        </w:rPr>
        <w:t>قاعدة</w:t>
      </w:r>
      <w:r w:rsidRPr="005117ED">
        <w:rPr>
          <w:rFonts w:cs="Sakkal Majalla"/>
          <w:color w:val="000000" w:themeColor="text1"/>
          <w:sz w:val="38"/>
          <w:szCs w:val="38"/>
        </w:rPr>
        <w:t xml:space="preserve"> </w:t>
      </w:r>
      <w:r w:rsidRPr="005117ED">
        <w:rPr>
          <w:rFonts w:cs="Sakkal Majalla"/>
          <w:color w:val="000000" w:themeColor="text1"/>
          <w:sz w:val="38"/>
          <w:szCs w:val="38"/>
          <w:rtl/>
        </w:rPr>
        <w:t>المحاكاة</w:t>
      </w:r>
      <w:r w:rsidRPr="005117ED">
        <w:rPr>
          <w:rFonts w:cs="Sakkal Majalla"/>
          <w:color w:val="000000" w:themeColor="text1"/>
          <w:sz w:val="38"/>
          <w:szCs w:val="38"/>
        </w:rPr>
        <w:t xml:space="preserve"> </w:t>
      </w:r>
      <w:r w:rsidRPr="005117ED">
        <w:rPr>
          <w:rFonts w:cs="Sakkal Majalla"/>
          <w:color w:val="000000" w:themeColor="text1"/>
          <w:sz w:val="38"/>
          <w:szCs w:val="38"/>
          <w:rtl/>
        </w:rPr>
        <w:t>بالاستجابات</w:t>
      </w:r>
      <w:r w:rsidRPr="005117ED">
        <w:rPr>
          <w:rFonts w:cs="Sakkal Majalla"/>
          <w:color w:val="000000" w:themeColor="text1"/>
          <w:sz w:val="38"/>
          <w:szCs w:val="38"/>
        </w:rPr>
        <w:t xml:space="preserve"> </w:t>
      </w:r>
      <w:r w:rsidRPr="005117ED">
        <w:rPr>
          <w:rFonts w:cs="Sakkal Majalla"/>
          <w:color w:val="000000" w:themeColor="text1"/>
          <w:sz w:val="38"/>
          <w:szCs w:val="38"/>
          <w:rtl/>
        </w:rPr>
        <w:t>التي</w:t>
      </w:r>
      <w:r w:rsidRPr="005117ED">
        <w:rPr>
          <w:rFonts w:cs="Sakkal Majalla"/>
          <w:color w:val="000000" w:themeColor="text1"/>
          <w:sz w:val="38"/>
          <w:szCs w:val="38"/>
        </w:rPr>
        <w:t xml:space="preserve"> </w:t>
      </w:r>
      <w:r w:rsidRPr="005117ED">
        <w:rPr>
          <w:rFonts w:cs="Sakkal Majalla"/>
          <w:color w:val="000000" w:themeColor="text1"/>
          <w:sz w:val="38"/>
          <w:szCs w:val="38"/>
          <w:rtl/>
        </w:rPr>
        <w:t>تجمع</w:t>
      </w:r>
      <w:r w:rsidRPr="005117ED">
        <w:rPr>
          <w:rFonts w:cs="Sakkal Majalla"/>
          <w:color w:val="000000" w:themeColor="text1"/>
          <w:sz w:val="38"/>
          <w:szCs w:val="38"/>
        </w:rPr>
        <w:t xml:space="preserve"> </w:t>
      </w:r>
      <w:r w:rsidRPr="005117ED">
        <w:rPr>
          <w:rFonts w:cs="Sakkal Majalla"/>
          <w:color w:val="000000" w:themeColor="text1"/>
          <w:sz w:val="38"/>
          <w:szCs w:val="38"/>
          <w:rtl/>
        </w:rPr>
        <w:t>وفق</w:t>
      </w:r>
      <w:r w:rsidRPr="005117ED">
        <w:rPr>
          <w:rFonts w:cs="Sakkal Majalla"/>
          <w:color w:val="000000" w:themeColor="text1"/>
          <w:sz w:val="38"/>
          <w:szCs w:val="38"/>
        </w:rPr>
        <w:t xml:space="preserve"> </w:t>
      </w:r>
      <w:r w:rsidRPr="005117ED">
        <w:rPr>
          <w:rFonts w:cs="Sakkal Majalla"/>
          <w:color w:val="000000" w:themeColor="text1"/>
          <w:sz w:val="38"/>
          <w:szCs w:val="38"/>
          <w:rtl/>
        </w:rPr>
        <w:t>الإجراءات</w:t>
      </w:r>
      <w:r w:rsidRPr="005117ED">
        <w:rPr>
          <w:rFonts w:cs="Sakkal Majalla"/>
          <w:color w:val="000000" w:themeColor="text1"/>
          <w:sz w:val="38"/>
          <w:szCs w:val="38"/>
        </w:rPr>
        <w:t xml:space="preserve"> </w:t>
      </w:r>
      <w:r w:rsidRPr="005117ED">
        <w:rPr>
          <w:rFonts w:cs="Sakkal Majalla"/>
          <w:color w:val="000000" w:themeColor="text1"/>
          <w:sz w:val="38"/>
          <w:szCs w:val="38"/>
          <w:rtl/>
        </w:rPr>
        <w:t>الأخلاقية،</w:t>
      </w:r>
      <w:r w:rsidRPr="005117ED">
        <w:rPr>
          <w:rFonts w:cs="Sakkal Majalla"/>
          <w:color w:val="000000" w:themeColor="text1"/>
          <w:sz w:val="38"/>
          <w:szCs w:val="38"/>
        </w:rPr>
        <w:t xml:space="preserve"> </w:t>
      </w:r>
      <w:r w:rsidRPr="005117ED">
        <w:rPr>
          <w:rFonts w:cs="Sakkal Majalla"/>
          <w:color w:val="000000" w:themeColor="text1"/>
          <w:sz w:val="38"/>
          <w:szCs w:val="38"/>
          <w:rtl/>
        </w:rPr>
        <w:t>ويعاد</w:t>
      </w:r>
      <w:r w:rsidRPr="005117ED">
        <w:rPr>
          <w:rFonts w:cs="Sakkal Majalla"/>
          <w:color w:val="000000" w:themeColor="text1"/>
          <w:sz w:val="38"/>
          <w:szCs w:val="38"/>
        </w:rPr>
        <w:t xml:space="preserve"> </w:t>
      </w:r>
      <w:r w:rsidRPr="005117ED">
        <w:rPr>
          <w:rFonts w:cs="Sakkal Majalla"/>
          <w:color w:val="000000" w:themeColor="text1"/>
          <w:sz w:val="38"/>
          <w:szCs w:val="38"/>
          <w:rtl/>
        </w:rPr>
        <w:t>تشغيل</w:t>
      </w:r>
      <w:r w:rsidRPr="005117ED">
        <w:rPr>
          <w:rFonts w:cs="Sakkal Majalla"/>
          <w:color w:val="000000" w:themeColor="text1"/>
          <w:sz w:val="38"/>
          <w:szCs w:val="38"/>
        </w:rPr>
        <w:t xml:space="preserve"> </w:t>
      </w:r>
      <w:r w:rsidRPr="005117ED">
        <w:rPr>
          <w:rFonts w:cs="Sakkal Majalla"/>
          <w:color w:val="000000" w:themeColor="text1"/>
          <w:sz w:val="38"/>
          <w:szCs w:val="38"/>
          <w:rtl/>
        </w:rPr>
        <w:t>جميع</w:t>
      </w:r>
      <w:r w:rsidRPr="005117ED">
        <w:rPr>
          <w:rFonts w:cs="Sakkal Majalla"/>
          <w:color w:val="000000" w:themeColor="text1"/>
          <w:sz w:val="38"/>
          <w:szCs w:val="38"/>
        </w:rPr>
        <w:t xml:space="preserve"> </w:t>
      </w:r>
      <w:r w:rsidRPr="005117ED">
        <w:rPr>
          <w:rFonts w:cs="Sakkal Majalla"/>
          <w:color w:val="000000" w:themeColor="text1"/>
          <w:sz w:val="38"/>
          <w:szCs w:val="38"/>
          <w:rtl/>
        </w:rPr>
        <w:t>التحليلات</w:t>
      </w:r>
      <w:r w:rsidRPr="005117ED">
        <w:rPr>
          <w:rFonts w:cs="Sakkal Majalla"/>
          <w:color w:val="000000" w:themeColor="text1"/>
          <w:sz w:val="38"/>
          <w:szCs w:val="38"/>
        </w:rPr>
        <w:t xml:space="preserve"> </w:t>
      </w:r>
      <w:r w:rsidRPr="005117ED">
        <w:rPr>
          <w:rFonts w:cs="Sakkal Majalla"/>
          <w:color w:val="000000" w:themeColor="text1"/>
          <w:sz w:val="38"/>
          <w:szCs w:val="38"/>
          <w:rtl/>
        </w:rPr>
        <w:t>وتحديث</w:t>
      </w:r>
      <w:r w:rsidRPr="005117ED">
        <w:rPr>
          <w:rFonts w:cs="Sakkal Majalla"/>
          <w:color w:val="000000" w:themeColor="text1"/>
          <w:sz w:val="38"/>
          <w:szCs w:val="38"/>
        </w:rPr>
        <w:t xml:space="preserve"> </w:t>
      </w:r>
      <w:r w:rsidRPr="005117ED">
        <w:rPr>
          <w:rFonts w:cs="Sakkal Majalla"/>
          <w:color w:val="000000" w:themeColor="text1"/>
          <w:sz w:val="38"/>
          <w:szCs w:val="38"/>
          <w:rtl/>
        </w:rPr>
        <w:t>الملخص</w:t>
      </w:r>
      <w:r w:rsidRPr="005117ED">
        <w:rPr>
          <w:rFonts w:cs="Sakkal Majalla"/>
          <w:color w:val="000000" w:themeColor="text1"/>
          <w:sz w:val="38"/>
          <w:szCs w:val="38"/>
        </w:rPr>
        <w:t xml:space="preserve"> </w:t>
      </w:r>
      <w:r w:rsidRPr="005117ED">
        <w:rPr>
          <w:rFonts w:cs="Sakkal Majalla"/>
          <w:color w:val="000000" w:themeColor="text1"/>
          <w:sz w:val="38"/>
          <w:szCs w:val="38"/>
          <w:rtl/>
        </w:rPr>
        <w:t>والمناقشة</w:t>
      </w:r>
      <w:r w:rsidRPr="005117ED">
        <w:rPr>
          <w:rFonts w:cs="Sakkal Majalla"/>
          <w:color w:val="000000" w:themeColor="text1"/>
          <w:sz w:val="38"/>
          <w:szCs w:val="38"/>
        </w:rPr>
        <w:t xml:space="preserve"> </w:t>
      </w:r>
      <w:r w:rsidRPr="005117ED">
        <w:rPr>
          <w:rFonts w:cs="Sakkal Majalla"/>
          <w:color w:val="000000" w:themeColor="text1"/>
          <w:sz w:val="38"/>
          <w:szCs w:val="38"/>
          <w:rtl/>
        </w:rPr>
        <w:t>والاستنتاجات</w:t>
      </w:r>
      <w:r w:rsidRPr="005117ED">
        <w:rPr>
          <w:rFonts w:cs="Sakkal Majalla"/>
          <w:color w:val="000000" w:themeColor="text1"/>
          <w:sz w:val="38"/>
          <w:szCs w:val="38"/>
        </w:rPr>
        <w:t xml:space="preserve">. </w:t>
      </w:r>
      <w:r w:rsidRPr="005117ED">
        <w:rPr>
          <w:rFonts w:cs="Sakkal Majalla"/>
          <w:color w:val="000000" w:themeColor="text1"/>
          <w:sz w:val="38"/>
          <w:szCs w:val="38"/>
          <w:rtl/>
        </w:rPr>
        <w:t>ويمنع</w:t>
      </w:r>
      <w:r w:rsidRPr="005117ED">
        <w:rPr>
          <w:rFonts w:cs="Sakkal Majalla"/>
          <w:color w:val="000000" w:themeColor="text1"/>
          <w:sz w:val="38"/>
          <w:szCs w:val="38"/>
        </w:rPr>
        <w:t xml:space="preserve"> </w:t>
      </w:r>
      <w:r w:rsidRPr="005117ED">
        <w:rPr>
          <w:rFonts w:cs="Sakkal Majalla"/>
          <w:color w:val="000000" w:themeColor="text1"/>
          <w:sz w:val="38"/>
          <w:szCs w:val="38"/>
          <w:rtl/>
        </w:rPr>
        <w:t>هذا</w:t>
      </w:r>
      <w:r w:rsidRPr="005117ED">
        <w:rPr>
          <w:rFonts w:cs="Sakkal Majalla"/>
          <w:color w:val="000000" w:themeColor="text1"/>
          <w:sz w:val="38"/>
          <w:szCs w:val="38"/>
        </w:rPr>
        <w:t xml:space="preserve"> </w:t>
      </w:r>
      <w:r w:rsidRPr="005117ED">
        <w:rPr>
          <w:rFonts w:cs="Sakkal Majalla"/>
          <w:color w:val="000000" w:themeColor="text1"/>
          <w:sz w:val="38"/>
          <w:szCs w:val="38"/>
          <w:rtl/>
        </w:rPr>
        <w:t>التوضيح</w:t>
      </w:r>
      <w:r w:rsidRPr="005117ED">
        <w:rPr>
          <w:rFonts w:cs="Sakkal Majalla"/>
          <w:color w:val="000000" w:themeColor="text1"/>
          <w:sz w:val="38"/>
          <w:szCs w:val="38"/>
        </w:rPr>
        <w:t xml:space="preserve"> </w:t>
      </w:r>
      <w:r w:rsidRPr="005117ED">
        <w:rPr>
          <w:rFonts w:cs="Sakkal Majalla"/>
          <w:color w:val="000000" w:themeColor="text1"/>
          <w:sz w:val="38"/>
          <w:szCs w:val="38"/>
          <w:rtl/>
        </w:rPr>
        <w:t>الخلط</w:t>
      </w:r>
      <w:r w:rsidRPr="005117ED">
        <w:rPr>
          <w:rFonts w:cs="Sakkal Majalla"/>
          <w:color w:val="000000" w:themeColor="text1"/>
          <w:sz w:val="38"/>
          <w:szCs w:val="38"/>
        </w:rPr>
        <w:t xml:space="preserve"> </w:t>
      </w:r>
      <w:r w:rsidRPr="005117ED">
        <w:rPr>
          <w:rFonts w:cs="Sakkal Majalla"/>
          <w:color w:val="000000" w:themeColor="text1"/>
          <w:sz w:val="38"/>
          <w:szCs w:val="38"/>
          <w:rtl/>
        </w:rPr>
        <w:t>بين</w:t>
      </w:r>
      <w:r w:rsidRPr="005117ED">
        <w:rPr>
          <w:rFonts w:cs="Sakkal Majalla"/>
          <w:color w:val="000000" w:themeColor="text1"/>
          <w:sz w:val="38"/>
          <w:szCs w:val="38"/>
        </w:rPr>
        <w:t xml:space="preserve"> </w:t>
      </w:r>
      <w:r w:rsidRPr="005117ED">
        <w:rPr>
          <w:rFonts w:cs="Sakkal Majalla"/>
          <w:color w:val="000000" w:themeColor="text1"/>
          <w:sz w:val="38"/>
          <w:szCs w:val="38"/>
          <w:rtl/>
        </w:rPr>
        <w:t>التدريب</w:t>
      </w:r>
      <w:r w:rsidRPr="005117ED">
        <w:rPr>
          <w:rFonts w:cs="Sakkal Majalla"/>
          <w:color w:val="000000" w:themeColor="text1"/>
          <w:sz w:val="38"/>
          <w:szCs w:val="38"/>
        </w:rPr>
        <w:t xml:space="preserve"> </w:t>
      </w:r>
      <w:r w:rsidRPr="005117ED">
        <w:rPr>
          <w:rFonts w:cs="Sakkal Majalla"/>
          <w:color w:val="000000" w:themeColor="text1"/>
          <w:sz w:val="38"/>
          <w:szCs w:val="38"/>
          <w:rtl/>
        </w:rPr>
        <w:t>الإحصائي</w:t>
      </w:r>
      <w:r w:rsidRPr="005117ED">
        <w:rPr>
          <w:rFonts w:cs="Sakkal Majalla"/>
          <w:color w:val="000000" w:themeColor="text1"/>
          <w:sz w:val="38"/>
          <w:szCs w:val="38"/>
        </w:rPr>
        <w:t xml:space="preserve"> </w:t>
      </w:r>
      <w:r w:rsidRPr="005117ED">
        <w:rPr>
          <w:rFonts w:cs="Sakkal Majalla"/>
          <w:color w:val="000000" w:themeColor="text1"/>
          <w:sz w:val="38"/>
          <w:szCs w:val="38"/>
          <w:rtl/>
        </w:rPr>
        <w:t>والدليل</w:t>
      </w:r>
      <w:r w:rsidRPr="005117ED">
        <w:rPr>
          <w:rFonts w:cs="Sakkal Majalla"/>
          <w:color w:val="000000" w:themeColor="text1"/>
          <w:sz w:val="38"/>
          <w:szCs w:val="38"/>
        </w:rPr>
        <w:t xml:space="preserve"> </w:t>
      </w:r>
      <w:r w:rsidRPr="005117ED">
        <w:rPr>
          <w:rFonts w:cs="Sakkal Majalla"/>
          <w:color w:val="000000" w:themeColor="text1"/>
          <w:sz w:val="38"/>
          <w:szCs w:val="38"/>
          <w:rtl/>
        </w:rPr>
        <w:t>التجريبي</w:t>
      </w:r>
      <w:r w:rsidRPr="005117ED">
        <w:rPr>
          <w:rFonts w:cs="Sakkal Majalla"/>
          <w:color w:val="000000" w:themeColor="text1"/>
          <w:sz w:val="38"/>
          <w:szCs w:val="38"/>
        </w:rPr>
        <w:t>.</w:t>
      </w:r>
    </w:p>
    <w:p w:rsidR="00FD5E07" w:rsidRPr="005117ED" w:rsidRDefault="00FD5E07" w:rsidP="00FD5E07">
      <w:pPr>
        <w:spacing w:before="0"/>
        <w:ind w:firstLine="0"/>
        <w:jc w:val="left"/>
        <w:outlineLvl w:val="0"/>
        <w:rPr>
          <w:rFonts w:eastAsia="Times New Roman" w:cs="Sakkal Majalla"/>
          <w:b/>
          <w:bCs/>
          <w:color w:val="000000" w:themeColor="text1"/>
          <w:sz w:val="40"/>
          <w:szCs w:val="40"/>
        </w:rPr>
      </w:pPr>
      <w:bookmarkStart w:id="67" w:name="_Toc233322015"/>
      <w:r w:rsidRPr="005117ED">
        <w:rPr>
          <w:rFonts w:eastAsia="Times New Roman" w:cs="Sakkal Majalla"/>
          <w:b/>
          <w:bCs/>
          <w:color w:val="000000" w:themeColor="text1"/>
          <w:sz w:val="40"/>
          <w:szCs w:val="40"/>
          <w:rtl/>
        </w:rPr>
        <w:t>الثاني</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عشر</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خطة</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التحليل</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الإحصائي</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وفحص</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الافتراضات</w:t>
      </w:r>
      <w:bookmarkEnd w:id="67"/>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يبدأ</w:t>
      </w:r>
      <w:r w:rsidRPr="005117ED">
        <w:rPr>
          <w:rFonts w:cs="Sakkal Majalla"/>
          <w:color w:val="000000" w:themeColor="text1"/>
          <w:sz w:val="38"/>
          <w:szCs w:val="38"/>
        </w:rPr>
        <w:t xml:space="preserve"> </w:t>
      </w:r>
      <w:r w:rsidRPr="005117ED">
        <w:rPr>
          <w:rFonts w:cs="Sakkal Majalla"/>
          <w:color w:val="000000" w:themeColor="text1"/>
          <w:sz w:val="38"/>
          <w:szCs w:val="38"/>
          <w:rtl/>
        </w:rPr>
        <w:t>التحليل</w:t>
      </w:r>
      <w:r w:rsidRPr="005117ED">
        <w:rPr>
          <w:rFonts w:cs="Sakkal Majalla"/>
          <w:color w:val="000000" w:themeColor="text1"/>
          <w:sz w:val="38"/>
          <w:szCs w:val="38"/>
        </w:rPr>
        <w:t xml:space="preserve"> </w:t>
      </w:r>
      <w:r w:rsidRPr="005117ED">
        <w:rPr>
          <w:rFonts w:cs="Sakkal Majalla"/>
          <w:color w:val="000000" w:themeColor="text1"/>
          <w:sz w:val="38"/>
          <w:szCs w:val="38"/>
          <w:rtl/>
        </w:rPr>
        <w:t>بالإحصاء</w:t>
      </w:r>
      <w:r w:rsidRPr="005117ED">
        <w:rPr>
          <w:rFonts w:cs="Sakkal Majalla"/>
          <w:color w:val="000000" w:themeColor="text1"/>
          <w:sz w:val="38"/>
          <w:szCs w:val="38"/>
        </w:rPr>
        <w:t xml:space="preserve"> </w:t>
      </w:r>
      <w:r w:rsidRPr="005117ED">
        <w:rPr>
          <w:rFonts w:cs="Sakkal Majalla"/>
          <w:color w:val="000000" w:themeColor="text1"/>
          <w:sz w:val="38"/>
          <w:szCs w:val="38"/>
          <w:rtl/>
        </w:rPr>
        <w:t>الوصفي</w:t>
      </w:r>
      <w:r w:rsidRPr="005117ED">
        <w:rPr>
          <w:rFonts w:cs="Sakkal Majalla"/>
          <w:color w:val="000000" w:themeColor="text1"/>
          <w:sz w:val="38"/>
          <w:szCs w:val="38"/>
        </w:rPr>
        <w:t xml:space="preserve"> </w:t>
      </w:r>
      <w:r w:rsidRPr="005117ED">
        <w:rPr>
          <w:rFonts w:cs="Sakkal Majalla"/>
          <w:color w:val="000000" w:themeColor="text1"/>
          <w:sz w:val="38"/>
          <w:szCs w:val="38"/>
          <w:rtl/>
        </w:rPr>
        <w:t>للخصائص</w:t>
      </w:r>
      <w:r w:rsidRPr="005117ED">
        <w:rPr>
          <w:rFonts w:cs="Sakkal Majalla"/>
          <w:color w:val="000000" w:themeColor="text1"/>
          <w:sz w:val="38"/>
          <w:szCs w:val="38"/>
        </w:rPr>
        <w:t xml:space="preserve"> </w:t>
      </w:r>
      <w:r w:rsidRPr="005117ED">
        <w:rPr>
          <w:rFonts w:cs="Sakkal Majalla"/>
          <w:color w:val="000000" w:themeColor="text1"/>
          <w:sz w:val="38"/>
          <w:szCs w:val="38"/>
          <w:rtl/>
        </w:rPr>
        <w:t>والفقرات</w:t>
      </w:r>
      <w:r w:rsidRPr="005117ED">
        <w:rPr>
          <w:rFonts w:cs="Sakkal Majalla"/>
          <w:color w:val="000000" w:themeColor="text1"/>
          <w:sz w:val="38"/>
          <w:szCs w:val="38"/>
        </w:rPr>
        <w:t xml:space="preserve"> </w:t>
      </w:r>
      <w:r w:rsidRPr="005117ED">
        <w:rPr>
          <w:rFonts w:cs="Sakkal Majalla"/>
          <w:color w:val="000000" w:themeColor="text1"/>
          <w:sz w:val="38"/>
          <w:szCs w:val="38"/>
          <w:rtl/>
        </w:rPr>
        <w:t>والأبعاد،</w:t>
      </w:r>
      <w:r w:rsidRPr="005117ED">
        <w:rPr>
          <w:rFonts w:cs="Sakkal Majalla"/>
          <w:color w:val="000000" w:themeColor="text1"/>
          <w:sz w:val="38"/>
          <w:szCs w:val="38"/>
        </w:rPr>
        <w:t xml:space="preserve"> </w:t>
      </w:r>
      <w:r w:rsidRPr="005117ED">
        <w:rPr>
          <w:rFonts w:cs="Sakkal Majalla"/>
          <w:color w:val="000000" w:themeColor="text1"/>
          <w:sz w:val="38"/>
          <w:szCs w:val="38"/>
          <w:rtl/>
        </w:rPr>
        <w:t>ويشمل</w:t>
      </w:r>
      <w:r w:rsidRPr="005117ED">
        <w:rPr>
          <w:rFonts w:cs="Sakkal Majalla"/>
          <w:color w:val="000000" w:themeColor="text1"/>
          <w:sz w:val="38"/>
          <w:szCs w:val="38"/>
        </w:rPr>
        <w:t xml:space="preserve"> </w:t>
      </w:r>
      <w:r w:rsidRPr="005117ED">
        <w:rPr>
          <w:rFonts w:cs="Sakkal Majalla"/>
          <w:color w:val="000000" w:themeColor="text1"/>
          <w:sz w:val="38"/>
          <w:szCs w:val="38"/>
          <w:rtl/>
        </w:rPr>
        <w:t>التكرارات</w:t>
      </w:r>
      <w:r w:rsidRPr="005117ED">
        <w:rPr>
          <w:rFonts w:cs="Sakkal Majalla"/>
          <w:color w:val="000000" w:themeColor="text1"/>
          <w:sz w:val="38"/>
          <w:szCs w:val="38"/>
        </w:rPr>
        <w:t xml:space="preserve"> </w:t>
      </w:r>
      <w:r w:rsidRPr="005117ED">
        <w:rPr>
          <w:rFonts w:cs="Sakkal Majalla"/>
          <w:color w:val="000000" w:themeColor="text1"/>
          <w:sz w:val="38"/>
          <w:szCs w:val="38"/>
          <w:rtl/>
        </w:rPr>
        <w:t>والنسب</w:t>
      </w:r>
      <w:r w:rsidRPr="005117ED">
        <w:rPr>
          <w:rFonts w:cs="Sakkal Majalla"/>
          <w:color w:val="000000" w:themeColor="text1"/>
          <w:sz w:val="38"/>
          <w:szCs w:val="38"/>
        </w:rPr>
        <w:t xml:space="preserve"> </w:t>
      </w:r>
      <w:r w:rsidRPr="005117ED">
        <w:rPr>
          <w:rFonts w:cs="Sakkal Majalla"/>
          <w:color w:val="000000" w:themeColor="text1"/>
          <w:sz w:val="38"/>
          <w:szCs w:val="38"/>
          <w:rtl/>
        </w:rPr>
        <w:t>والمتوسط</w:t>
      </w:r>
      <w:r w:rsidRPr="005117ED">
        <w:rPr>
          <w:rFonts w:cs="Sakkal Majalla"/>
          <w:color w:val="000000" w:themeColor="text1"/>
          <w:sz w:val="38"/>
          <w:szCs w:val="38"/>
        </w:rPr>
        <w:t xml:space="preserve"> </w:t>
      </w:r>
      <w:r w:rsidRPr="005117ED">
        <w:rPr>
          <w:rFonts w:cs="Sakkal Majalla"/>
          <w:color w:val="000000" w:themeColor="text1"/>
          <w:sz w:val="38"/>
          <w:szCs w:val="38"/>
          <w:rtl/>
        </w:rPr>
        <w:t>والانحراف</w:t>
      </w:r>
      <w:r w:rsidRPr="005117ED">
        <w:rPr>
          <w:rFonts w:cs="Sakkal Majalla"/>
          <w:color w:val="000000" w:themeColor="text1"/>
          <w:sz w:val="38"/>
          <w:szCs w:val="38"/>
        </w:rPr>
        <w:t xml:space="preserve"> </w:t>
      </w:r>
      <w:r w:rsidRPr="005117ED">
        <w:rPr>
          <w:rFonts w:cs="Sakkal Majalla"/>
          <w:color w:val="000000" w:themeColor="text1"/>
          <w:sz w:val="38"/>
          <w:szCs w:val="38"/>
          <w:rtl/>
        </w:rPr>
        <w:t>المعياري</w:t>
      </w:r>
      <w:r w:rsidRPr="005117ED">
        <w:rPr>
          <w:rFonts w:cs="Sakkal Majalla"/>
          <w:color w:val="000000" w:themeColor="text1"/>
          <w:sz w:val="38"/>
          <w:szCs w:val="38"/>
        </w:rPr>
        <w:t xml:space="preserve"> </w:t>
      </w:r>
      <w:r w:rsidRPr="005117ED">
        <w:rPr>
          <w:rFonts w:cs="Sakkal Majalla"/>
          <w:color w:val="000000" w:themeColor="text1"/>
          <w:sz w:val="38"/>
          <w:szCs w:val="38"/>
          <w:rtl/>
        </w:rPr>
        <w:t>والترتيب</w:t>
      </w:r>
      <w:r w:rsidRPr="005117ED">
        <w:rPr>
          <w:rFonts w:cs="Sakkal Majalla"/>
          <w:color w:val="000000" w:themeColor="text1"/>
          <w:sz w:val="38"/>
          <w:szCs w:val="38"/>
        </w:rPr>
        <w:t xml:space="preserve">. </w:t>
      </w:r>
      <w:r w:rsidRPr="005117ED">
        <w:rPr>
          <w:rFonts w:cs="Sakkal Majalla"/>
          <w:color w:val="000000" w:themeColor="text1"/>
          <w:sz w:val="38"/>
          <w:szCs w:val="38"/>
          <w:rtl/>
        </w:rPr>
        <w:t>ويكشف</w:t>
      </w:r>
      <w:r w:rsidRPr="005117ED">
        <w:rPr>
          <w:rFonts w:cs="Sakkal Majalla"/>
          <w:color w:val="000000" w:themeColor="text1"/>
          <w:sz w:val="38"/>
          <w:szCs w:val="38"/>
        </w:rPr>
        <w:t xml:space="preserve"> </w:t>
      </w:r>
      <w:r w:rsidRPr="005117ED">
        <w:rPr>
          <w:rFonts w:cs="Sakkal Majalla"/>
          <w:color w:val="000000" w:themeColor="text1"/>
          <w:sz w:val="38"/>
          <w:szCs w:val="38"/>
          <w:rtl/>
        </w:rPr>
        <w:t>الانحراف</w:t>
      </w:r>
      <w:r w:rsidRPr="005117ED">
        <w:rPr>
          <w:rFonts w:cs="Sakkal Majalla"/>
          <w:color w:val="000000" w:themeColor="text1"/>
          <w:sz w:val="38"/>
          <w:szCs w:val="38"/>
        </w:rPr>
        <w:t xml:space="preserve"> </w:t>
      </w:r>
      <w:r w:rsidRPr="005117ED">
        <w:rPr>
          <w:rFonts w:cs="Sakkal Majalla"/>
          <w:color w:val="000000" w:themeColor="text1"/>
          <w:sz w:val="38"/>
          <w:szCs w:val="38"/>
          <w:rtl/>
        </w:rPr>
        <w:t>المعياري</w:t>
      </w:r>
      <w:r w:rsidRPr="005117ED">
        <w:rPr>
          <w:rFonts w:cs="Sakkal Majalla"/>
          <w:color w:val="000000" w:themeColor="text1"/>
          <w:sz w:val="38"/>
          <w:szCs w:val="38"/>
        </w:rPr>
        <w:t xml:space="preserve"> </w:t>
      </w:r>
      <w:r w:rsidRPr="005117ED">
        <w:rPr>
          <w:rFonts w:cs="Sakkal Majalla"/>
          <w:color w:val="000000" w:themeColor="text1"/>
          <w:sz w:val="38"/>
          <w:szCs w:val="38"/>
          <w:rtl/>
        </w:rPr>
        <w:t>درجة</w:t>
      </w:r>
      <w:r w:rsidRPr="005117ED">
        <w:rPr>
          <w:rFonts w:cs="Sakkal Majalla"/>
          <w:color w:val="000000" w:themeColor="text1"/>
          <w:sz w:val="38"/>
          <w:szCs w:val="38"/>
        </w:rPr>
        <w:t xml:space="preserve"> </w:t>
      </w:r>
      <w:r w:rsidRPr="005117ED">
        <w:rPr>
          <w:rFonts w:cs="Sakkal Majalla"/>
          <w:color w:val="000000" w:themeColor="text1"/>
          <w:sz w:val="38"/>
          <w:szCs w:val="38"/>
          <w:rtl/>
        </w:rPr>
        <w:t>اتفاق</w:t>
      </w:r>
      <w:r w:rsidRPr="005117ED">
        <w:rPr>
          <w:rFonts w:cs="Sakkal Majalla"/>
          <w:color w:val="000000" w:themeColor="text1"/>
          <w:sz w:val="38"/>
          <w:szCs w:val="38"/>
        </w:rPr>
        <w:t xml:space="preserve"> </w:t>
      </w:r>
      <w:r w:rsidRPr="005117ED">
        <w:rPr>
          <w:rFonts w:cs="Sakkal Majalla"/>
          <w:color w:val="000000" w:themeColor="text1"/>
          <w:sz w:val="38"/>
          <w:szCs w:val="38"/>
          <w:rtl/>
        </w:rPr>
        <w:t>المشاركين؛</w:t>
      </w:r>
      <w:r w:rsidRPr="005117ED">
        <w:rPr>
          <w:rFonts w:cs="Sakkal Majalla"/>
          <w:color w:val="000000" w:themeColor="text1"/>
          <w:sz w:val="38"/>
          <w:szCs w:val="38"/>
        </w:rPr>
        <w:t xml:space="preserve"> </w:t>
      </w:r>
      <w:r w:rsidRPr="005117ED">
        <w:rPr>
          <w:rFonts w:cs="Sakkal Majalla"/>
          <w:color w:val="000000" w:themeColor="text1"/>
          <w:sz w:val="38"/>
          <w:szCs w:val="38"/>
          <w:rtl/>
        </w:rPr>
        <w:t>فقد</w:t>
      </w:r>
      <w:r w:rsidRPr="005117ED">
        <w:rPr>
          <w:rFonts w:cs="Sakkal Majalla"/>
          <w:color w:val="000000" w:themeColor="text1"/>
          <w:sz w:val="38"/>
          <w:szCs w:val="38"/>
        </w:rPr>
        <w:t xml:space="preserve"> </w:t>
      </w:r>
      <w:r w:rsidRPr="005117ED">
        <w:rPr>
          <w:rFonts w:cs="Sakkal Majalla"/>
          <w:color w:val="000000" w:themeColor="text1"/>
          <w:sz w:val="38"/>
          <w:szCs w:val="38"/>
          <w:rtl/>
        </w:rPr>
        <w:t>يتساوى</w:t>
      </w:r>
      <w:r w:rsidRPr="005117ED">
        <w:rPr>
          <w:rFonts w:cs="Sakkal Majalla"/>
          <w:color w:val="000000" w:themeColor="text1"/>
          <w:sz w:val="38"/>
          <w:szCs w:val="38"/>
        </w:rPr>
        <w:t xml:space="preserve"> </w:t>
      </w:r>
      <w:r w:rsidRPr="005117ED">
        <w:rPr>
          <w:rFonts w:cs="Sakkal Majalla"/>
          <w:color w:val="000000" w:themeColor="text1"/>
          <w:sz w:val="38"/>
          <w:szCs w:val="38"/>
          <w:rtl/>
        </w:rPr>
        <w:t>متوسط</w:t>
      </w:r>
      <w:r w:rsidRPr="005117ED">
        <w:rPr>
          <w:rFonts w:cs="Sakkal Majalla"/>
          <w:color w:val="000000" w:themeColor="text1"/>
          <w:sz w:val="38"/>
          <w:szCs w:val="38"/>
        </w:rPr>
        <w:t xml:space="preserve"> </w:t>
      </w:r>
      <w:r w:rsidRPr="005117ED">
        <w:rPr>
          <w:rFonts w:cs="Sakkal Majalla"/>
          <w:color w:val="000000" w:themeColor="text1"/>
          <w:sz w:val="38"/>
          <w:szCs w:val="38"/>
          <w:rtl/>
        </w:rPr>
        <w:t>بعدين</w:t>
      </w:r>
      <w:r w:rsidRPr="005117ED">
        <w:rPr>
          <w:rFonts w:cs="Sakkal Majalla"/>
          <w:color w:val="000000" w:themeColor="text1"/>
          <w:sz w:val="38"/>
          <w:szCs w:val="38"/>
        </w:rPr>
        <w:t xml:space="preserve"> </w:t>
      </w:r>
      <w:r w:rsidRPr="005117ED">
        <w:rPr>
          <w:rFonts w:cs="Sakkal Majalla"/>
          <w:color w:val="000000" w:themeColor="text1"/>
          <w:sz w:val="38"/>
          <w:szCs w:val="38"/>
          <w:rtl/>
        </w:rPr>
        <w:t>لكن</w:t>
      </w:r>
      <w:r w:rsidRPr="005117ED">
        <w:rPr>
          <w:rFonts w:cs="Sakkal Majalla"/>
          <w:color w:val="000000" w:themeColor="text1"/>
          <w:sz w:val="38"/>
          <w:szCs w:val="38"/>
        </w:rPr>
        <w:t xml:space="preserve"> </w:t>
      </w:r>
      <w:r w:rsidRPr="005117ED">
        <w:rPr>
          <w:rFonts w:cs="Sakkal Majalla"/>
          <w:color w:val="000000" w:themeColor="text1"/>
          <w:sz w:val="38"/>
          <w:szCs w:val="38"/>
          <w:rtl/>
        </w:rPr>
        <w:t>يختلف</w:t>
      </w:r>
      <w:r w:rsidRPr="005117ED">
        <w:rPr>
          <w:rFonts w:cs="Sakkal Majalla"/>
          <w:color w:val="000000" w:themeColor="text1"/>
          <w:sz w:val="38"/>
          <w:szCs w:val="38"/>
        </w:rPr>
        <w:t xml:space="preserve"> </w:t>
      </w:r>
      <w:r w:rsidRPr="005117ED">
        <w:rPr>
          <w:rFonts w:cs="Sakkal Majalla"/>
          <w:color w:val="000000" w:themeColor="text1"/>
          <w:sz w:val="38"/>
          <w:szCs w:val="38"/>
          <w:rtl/>
        </w:rPr>
        <w:t>تشتت</w:t>
      </w:r>
      <w:r w:rsidRPr="005117ED">
        <w:rPr>
          <w:rFonts w:cs="Sakkal Majalla"/>
          <w:color w:val="000000" w:themeColor="text1"/>
          <w:sz w:val="38"/>
          <w:szCs w:val="38"/>
        </w:rPr>
        <w:t xml:space="preserve"> </w:t>
      </w:r>
      <w:r w:rsidRPr="005117ED">
        <w:rPr>
          <w:rFonts w:cs="Sakkal Majalla"/>
          <w:color w:val="000000" w:themeColor="text1"/>
          <w:sz w:val="38"/>
          <w:szCs w:val="38"/>
          <w:rtl/>
        </w:rPr>
        <w:t>الإجابات</w:t>
      </w:r>
      <w:r w:rsidRPr="005117ED">
        <w:rPr>
          <w:rFonts w:cs="Sakkal Majalla"/>
          <w:color w:val="000000" w:themeColor="text1"/>
          <w:sz w:val="38"/>
          <w:szCs w:val="38"/>
        </w:rPr>
        <w:t xml:space="preserve">. </w:t>
      </w:r>
      <w:r w:rsidRPr="005117ED">
        <w:rPr>
          <w:rFonts w:cs="Sakkal Majalla"/>
          <w:color w:val="000000" w:themeColor="text1"/>
          <w:sz w:val="38"/>
          <w:szCs w:val="38"/>
          <w:rtl/>
        </w:rPr>
        <w:t>كما</w:t>
      </w:r>
      <w:r w:rsidRPr="005117ED">
        <w:rPr>
          <w:rFonts w:cs="Sakkal Majalla"/>
          <w:color w:val="000000" w:themeColor="text1"/>
          <w:sz w:val="38"/>
          <w:szCs w:val="38"/>
        </w:rPr>
        <w:t xml:space="preserve"> </w:t>
      </w:r>
      <w:r w:rsidRPr="005117ED">
        <w:rPr>
          <w:rFonts w:cs="Sakkal Majalla"/>
          <w:color w:val="000000" w:themeColor="text1"/>
          <w:sz w:val="38"/>
          <w:szCs w:val="38"/>
          <w:rtl/>
        </w:rPr>
        <w:t>تحسب</w:t>
      </w:r>
      <w:r w:rsidRPr="005117ED">
        <w:rPr>
          <w:rFonts w:cs="Sakkal Majalla"/>
          <w:color w:val="000000" w:themeColor="text1"/>
          <w:sz w:val="38"/>
          <w:szCs w:val="38"/>
        </w:rPr>
        <w:t xml:space="preserve"> </w:t>
      </w:r>
      <w:r w:rsidRPr="005117ED">
        <w:rPr>
          <w:rFonts w:cs="Sakkal Majalla"/>
          <w:color w:val="000000" w:themeColor="text1"/>
          <w:sz w:val="38"/>
          <w:szCs w:val="38"/>
          <w:rtl/>
        </w:rPr>
        <w:t>معاملات</w:t>
      </w:r>
      <w:r w:rsidRPr="005117ED">
        <w:rPr>
          <w:rFonts w:cs="Sakkal Majalla"/>
          <w:color w:val="000000" w:themeColor="text1"/>
          <w:sz w:val="38"/>
          <w:szCs w:val="38"/>
        </w:rPr>
        <w:t xml:space="preserve"> </w:t>
      </w:r>
      <w:r w:rsidRPr="005117ED">
        <w:rPr>
          <w:rFonts w:cs="Sakkal Majalla"/>
          <w:color w:val="000000" w:themeColor="text1"/>
          <w:sz w:val="38"/>
          <w:szCs w:val="38"/>
          <w:rtl/>
        </w:rPr>
        <w:t>الالتواء</w:t>
      </w:r>
      <w:r w:rsidRPr="005117ED">
        <w:rPr>
          <w:rFonts w:cs="Sakkal Majalla"/>
          <w:color w:val="000000" w:themeColor="text1"/>
          <w:sz w:val="38"/>
          <w:szCs w:val="38"/>
        </w:rPr>
        <w:t xml:space="preserve"> </w:t>
      </w:r>
      <w:proofErr w:type="spellStart"/>
      <w:r w:rsidRPr="005117ED">
        <w:rPr>
          <w:rFonts w:cs="Sakkal Majalla"/>
          <w:color w:val="000000" w:themeColor="text1"/>
          <w:sz w:val="38"/>
          <w:szCs w:val="38"/>
          <w:rtl/>
        </w:rPr>
        <w:t>والتفرطح</w:t>
      </w:r>
      <w:proofErr w:type="spellEnd"/>
      <w:r w:rsidRPr="005117ED">
        <w:rPr>
          <w:rFonts w:cs="Sakkal Majalla"/>
          <w:color w:val="000000" w:themeColor="text1"/>
          <w:sz w:val="38"/>
          <w:szCs w:val="38"/>
        </w:rPr>
        <w:t xml:space="preserve"> </w:t>
      </w:r>
      <w:r w:rsidRPr="005117ED">
        <w:rPr>
          <w:rFonts w:cs="Sakkal Majalla"/>
          <w:color w:val="000000" w:themeColor="text1"/>
          <w:sz w:val="38"/>
          <w:szCs w:val="38"/>
          <w:rtl/>
        </w:rPr>
        <w:t>بصورة</w:t>
      </w:r>
      <w:r w:rsidRPr="005117ED">
        <w:rPr>
          <w:rFonts w:cs="Sakkal Majalla"/>
          <w:color w:val="000000" w:themeColor="text1"/>
          <w:sz w:val="38"/>
          <w:szCs w:val="38"/>
        </w:rPr>
        <w:t xml:space="preserve"> </w:t>
      </w:r>
      <w:proofErr w:type="spellStart"/>
      <w:r w:rsidRPr="005117ED">
        <w:rPr>
          <w:rFonts w:cs="Sakkal Majalla"/>
          <w:color w:val="000000" w:themeColor="text1"/>
          <w:sz w:val="38"/>
          <w:szCs w:val="38"/>
          <w:rtl/>
        </w:rPr>
        <w:t>استرشادية</w:t>
      </w:r>
      <w:proofErr w:type="spellEnd"/>
      <w:r w:rsidRPr="005117ED">
        <w:rPr>
          <w:rFonts w:cs="Sakkal Majalla"/>
          <w:color w:val="000000" w:themeColor="text1"/>
          <w:sz w:val="38"/>
          <w:szCs w:val="38"/>
        </w:rPr>
        <w:t xml:space="preserve"> </w:t>
      </w:r>
      <w:r w:rsidRPr="005117ED">
        <w:rPr>
          <w:rFonts w:cs="Sakkal Majalla"/>
          <w:color w:val="000000" w:themeColor="text1"/>
          <w:sz w:val="38"/>
          <w:szCs w:val="38"/>
          <w:rtl/>
        </w:rPr>
        <w:t>لفحص</w:t>
      </w:r>
      <w:r w:rsidRPr="005117ED">
        <w:rPr>
          <w:rFonts w:cs="Sakkal Majalla"/>
          <w:color w:val="000000" w:themeColor="text1"/>
          <w:sz w:val="38"/>
          <w:szCs w:val="38"/>
        </w:rPr>
        <w:t xml:space="preserve"> </w:t>
      </w:r>
      <w:r w:rsidRPr="005117ED">
        <w:rPr>
          <w:rFonts w:cs="Sakkal Majalla"/>
          <w:color w:val="000000" w:themeColor="text1"/>
          <w:sz w:val="38"/>
          <w:szCs w:val="38"/>
          <w:rtl/>
        </w:rPr>
        <w:t>شكل</w:t>
      </w:r>
      <w:r w:rsidRPr="005117ED">
        <w:rPr>
          <w:rFonts w:cs="Sakkal Majalla"/>
          <w:color w:val="000000" w:themeColor="text1"/>
          <w:sz w:val="38"/>
          <w:szCs w:val="38"/>
        </w:rPr>
        <w:t xml:space="preserve"> </w:t>
      </w:r>
      <w:r w:rsidRPr="005117ED">
        <w:rPr>
          <w:rFonts w:cs="Sakkal Majalla"/>
          <w:color w:val="000000" w:themeColor="text1"/>
          <w:sz w:val="38"/>
          <w:szCs w:val="38"/>
          <w:rtl/>
        </w:rPr>
        <w:t>التوزيع،</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مراعاة</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المتوسطات</w:t>
      </w:r>
      <w:r w:rsidRPr="005117ED">
        <w:rPr>
          <w:rFonts w:cs="Sakkal Majalla"/>
          <w:color w:val="000000" w:themeColor="text1"/>
          <w:sz w:val="38"/>
          <w:szCs w:val="38"/>
        </w:rPr>
        <w:t xml:space="preserve"> </w:t>
      </w:r>
      <w:r w:rsidRPr="005117ED">
        <w:rPr>
          <w:rFonts w:cs="Sakkal Majalla"/>
          <w:color w:val="000000" w:themeColor="text1"/>
          <w:sz w:val="38"/>
          <w:szCs w:val="38"/>
          <w:rtl/>
        </w:rPr>
        <w:t>المركبة</w:t>
      </w:r>
      <w:r w:rsidRPr="005117ED">
        <w:rPr>
          <w:rFonts w:cs="Sakkal Majalla"/>
          <w:color w:val="000000" w:themeColor="text1"/>
          <w:sz w:val="38"/>
          <w:szCs w:val="38"/>
        </w:rPr>
        <w:t xml:space="preserve"> </w:t>
      </w:r>
      <w:r w:rsidRPr="005117ED">
        <w:rPr>
          <w:rFonts w:cs="Sakkal Majalla"/>
          <w:color w:val="000000" w:themeColor="text1"/>
          <w:sz w:val="38"/>
          <w:szCs w:val="38"/>
          <w:rtl/>
        </w:rPr>
        <w:t>تكون</w:t>
      </w:r>
      <w:r w:rsidRPr="005117ED">
        <w:rPr>
          <w:rFonts w:cs="Sakkal Majalla"/>
          <w:color w:val="000000" w:themeColor="text1"/>
          <w:sz w:val="38"/>
          <w:szCs w:val="38"/>
        </w:rPr>
        <w:t xml:space="preserve"> </w:t>
      </w:r>
      <w:r w:rsidRPr="005117ED">
        <w:rPr>
          <w:rFonts w:cs="Sakkal Majalla"/>
          <w:color w:val="000000" w:themeColor="text1"/>
          <w:sz w:val="38"/>
          <w:szCs w:val="38"/>
          <w:rtl/>
        </w:rPr>
        <w:t>أكثر</w:t>
      </w:r>
      <w:r w:rsidRPr="005117ED">
        <w:rPr>
          <w:rFonts w:cs="Sakkal Majalla"/>
          <w:color w:val="000000" w:themeColor="text1"/>
          <w:sz w:val="38"/>
          <w:szCs w:val="38"/>
        </w:rPr>
        <w:t xml:space="preserve"> </w:t>
      </w:r>
      <w:r w:rsidRPr="005117ED">
        <w:rPr>
          <w:rFonts w:cs="Sakkal Majalla"/>
          <w:color w:val="000000" w:themeColor="text1"/>
          <w:sz w:val="38"/>
          <w:szCs w:val="38"/>
          <w:rtl/>
        </w:rPr>
        <w:t>قربًا</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الاعتدال</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الفقرات</w:t>
      </w:r>
      <w:r w:rsidRPr="005117ED">
        <w:rPr>
          <w:rFonts w:cs="Sakkal Majalla"/>
          <w:color w:val="000000" w:themeColor="text1"/>
          <w:sz w:val="38"/>
          <w:szCs w:val="38"/>
        </w:rPr>
        <w:t xml:space="preserve"> </w:t>
      </w:r>
      <w:r w:rsidRPr="005117ED">
        <w:rPr>
          <w:rFonts w:cs="Sakkal Majalla"/>
          <w:color w:val="000000" w:themeColor="text1"/>
          <w:sz w:val="38"/>
          <w:szCs w:val="38"/>
          <w:rtl/>
        </w:rPr>
        <w:t>المفردة</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lastRenderedPageBreak/>
        <w:t>ويستخدم</w:t>
      </w:r>
      <w:r w:rsidRPr="005117ED">
        <w:rPr>
          <w:rFonts w:cs="Sakkal Majalla"/>
          <w:color w:val="000000" w:themeColor="text1"/>
          <w:sz w:val="38"/>
          <w:szCs w:val="38"/>
        </w:rPr>
        <w:t xml:space="preserve"> </w:t>
      </w:r>
      <w:r w:rsidRPr="005117ED">
        <w:rPr>
          <w:rFonts w:cs="Sakkal Majalla"/>
          <w:color w:val="000000" w:themeColor="text1"/>
          <w:sz w:val="38"/>
          <w:szCs w:val="38"/>
          <w:rtl/>
        </w:rPr>
        <w:t>معامل</w:t>
      </w:r>
      <w:r w:rsidRPr="005117ED">
        <w:rPr>
          <w:rFonts w:cs="Sakkal Majalla"/>
          <w:color w:val="000000" w:themeColor="text1"/>
          <w:sz w:val="38"/>
          <w:szCs w:val="38"/>
        </w:rPr>
        <w:t xml:space="preserve"> </w:t>
      </w:r>
      <w:r w:rsidRPr="005117ED">
        <w:rPr>
          <w:rFonts w:cs="Sakkal Majalla"/>
          <w:color w:val="000000" w:themeColor="text1"/>
          <w:sz w:val="38"/>
          <w:szCs w:val="38"/>
          <w:rtl/>
        </w:rPr>
        <w:t>بيرسون</w:t>
      </w:r>
      <w:r w:rsidRPr="005117ED">
        <w:rPr>
          <w:rFonts w:cs="Sakkal Majalla"/>
          <w:color w:val="000000" w:themeColor="text1"/>
          <w:sz w:val="38"/>
          <w:szCs w:val="38"/>
        </w:rPr>
        <w:t xml:space="preserve"> </w:t>
      </w:r>
      <w:r w:rsidRPr="005117ED">
        <w:rPr>
          <w:rFonts w:cs="Sakkal Majalla"/>
          <w:color w:val="000000" w:themeColor="text1"/>
          <w:sz w:val="38"/>
          <w:szCs w:val="38"/>
          <w:rtl/>
        </w:rPr>
        <w:t>لقياس</w:t>
      </w:r>
      <w:r w:rsidRPr="005117ED">
        <w:rPr>
          <w:rFonts w:cs="Sakkal Majalla"/>
          <w:color w:val="000000" w:themeColor="text1"/>
          <w:sz w:val="38"/>
          <w:szCs w:val="38"/>
        </w:rPr>
        <w:t xml:space="preserve"> </w:t>
      </w:r>
      <w:r w:rsidRPr="005117ED">
        <w:rPr>
          <w:rFonts w:cs="Sakkal Majalla"/>
          <w:color w:val="000000" w:themeColor="text1"/>
          <w:sz w:val="38"/>
          <w:szCs w:val="38"/>
          <w:rtl/>
        </w:rPr>
        <w:t>قوة</w:t>
      </w:r>
      <w:r w:rsidRPr="005117ED">
        <w:rPr>
          <w:rFonts w:cs="Sakkal Majalla"/>
          <w:color w:val="000000" w:themeColor="text1"/>
          <w:sz w:val="38"/>
          <w:szCs w:val="38"/>
        </w:rPr>
        <w:t xml:space="preserve"> </w:t>
      </w:r>
      <w:r w:rsidRPr="005117ED">
        <w:rPr>
          <w:rFonts w:cs="Sakkal Majalla"/>
          <w:color w:val="000000" w:themeColor="text1"/>
          <w:sz w:val="38"/>
          <w:szCs w:val="38"/>
          <w:rtl/>
        </w:rPr>
        <w:t>واتجاه</w:t>
      </w:r>
      <w:r w:rsidRPr="005117ED">
        <w:rPr>
          <w:rFonts w:cs="Sakkal Majalla"/>
          <w:color w:val="000000" w:themeColor="text1"/>
          <w:sz w:val="38"/>
          <w:szCs w:val="38"/>
        </w:rPr>
        <w:t xml:space="preserve"> </w:t>
      </w:r>
      <w:r w:rsidRPr="005117ED">
        <w:rPr>
          <w:rFonts w:cs="Sakkal Majalla"/>
          <w:color w:val="000000" w:themeColor="text1"/>
          <w:sz w:val="38"/>
          <w:szCs w:val="38"/>
          <w:rtl/>
        </w:rPr>
        <w:t>العلاقة</w:t>
      </w:r>
      <w:r w:rsidRPr="005117ED">
        <w:rPr>
          <w:rFonts w:cs="Sakkal Majalla"/>
          <w:color w:val="000000" w:themeColor="text1"/>
          <w:sz w:val="38"/>
          <w:szCs w:val="38"/>
        </w:rPr>
        <w:t xml:space="preserve"> </w:t>
      </w:r>
      <w:r w:rsidRPr="005117ED">
        <w:rPr>
          <w:rFonts w:cs="Sakkal Majalla"/>
          <w:color w:val="000000" w:themeColor="text1"/>
          <w:sz w:val="38"/>
          <w:szCs w:val="38"/>
          <w:rtl/>
        </w:rPr>
        <w:t>الخطية</w:t>
      </w:r>
      <w:r w:rsidRPr="005117ED">
        <w:rPr>
          <w:rFonts w:cs="Sakkal Majalla"/>
          <w:color w:val="000000" w:themeColor="text1"/>
          <w:sz w:val="38"/>
          <w:szCs w:val="38"/>
        </w:rPr>
        <w:t xml:space="preserve"> </w:t>
      </w:r>
      <w:r w:rsidRPr="005117ED">
        <w:rPr>
          <w:rFonts w:cs="Sakkal Majalla"/>
          <w:color w:val="000000" w:themeColor="text1"/>
          <w:sz w:val="38"/>
          <w:szCs w:val="38"/>
          <w:rtl/>
        </w:rPr>
        <w:t>بين</w:t>
      </w:r>
      <w:r w:rsidRPr="005117ED">
        <w:rPr>
          <w:rFonts w:cs="Sakkal Majalla"/>
          <w:color w:val="000000" w:themeColor="text1"/>
          <w:sz w:val="38"/>
          <w:szCs w:val="38"/>
        </w:rPr>
        <w:t xml:space="preserve"> </w:t>
      </w:r>
      <w:r w:rsidRPr="005117ED">
        <w:rPr>
          <w:rFonts w:cs="Sakkal Majalla"/>
          <w:color w:val="000000" w:themeColor="text1"/>
          <w:sz w:val="38"/>
          <w:szCs w:val="38"/>
          <w:rtl/>
        </w:rPr>
        <w:t>المتغيرات</w:t>
      </w:r>
      <w:r w:rsidRPr="005117ED">
        <w:rPr>
          <w:rFonts w:cs="Sakkal Majalla"/>
          <w:color w:val="000000" w:themeColor="text1"/>
          <w:sz w:val="38"/>
          <w:szCs w:val="38"/>
        </w:rPr>
        <w:t xml:space="preserve">. </w:t>
      </w:r>
      <w:r w:rsidRPr="005117ED">
        <w:rPr>
          <w:rFonts w:cs="Sakkal Majalla"/>
          <w:color w:val="000000" w:themeColor="text1"/>
          <w:sz w:val="38"/>
          <w:szCs w:val="38"/>
          <w:rtl/>
        </w:rPr>
        <w:t>ولا</w:t>
      </w:r>
      <w:r w:rsidRPr="005117ED">
        <w:rPr>
          <w:rFonts w:cs="Sakkal Majalla"/>
          <w:color w:val="000000" w:themeColor="text1"/>
          <w:sz w:val="38"/>
          <w:szCs w:val="38"/>
        </w:rPr>
        <w:t xml:space="preserve"> </w:t>
      </w:r>
      <w:r w:rsidRPr="005117ED">
        <w:rPr>
          <w:rFonts w:cs="Sakkal Majalla"/>
          <w:color w:val="000000" w:themeColor="text1"/>
          <w:sz w:val="38"/>
          <w:szCs w:val="38"/>
          <w:rtl/>
        </w:rPr>
        <w:t>يفسر</w:t>
      </w:r>
      <w:r w:rsidRPr="005117ED">
        <w:rPr>
          <w:rFonts w:cs="Sakkal Majalla"/>
          <w:color w:val="000000" w:themeColor="text1"/>
          <w:sz w:val="38"/>
          <w:szCs w:val="38"/>
        </w:rPr>
        <w:t xml:space="preserve"> </w:t>
      </w:r>
      <w:r w:rsidRPr="005117ED">
        <w:rPr>
          <w:rFonts w:cs="Sakkal Majalla"/>
          <w:color w:val="000000" w:themeColor="text1"/>
          <w:sz w:val="38"/>
          <w:szCs w:val="38"/>
          <w:rtl/>
        </w:rPr>
        <w:t>الارتباط</w:t>
      </w:r>
      <w:r w:rsidRPr="005117ED">
        <w:rPr>
          <w:rFonts w:cs="Sakkal Majalla"/>
          <w:color w:val="000000" w:themeColor="text1"/>
          <w:sz w:val="38"/>
          <w:szCs w:val="38"/>
        </w:rPr>
        <w:t xml:space="preserve"> </w:t>
      </w:r>
      <w:r w:rsidRPr="005117ED">
        <w:rPr>
          <w:rFonts w:cs="Sakkal Majalla"/>
          <w:color w:val="000000" w:themeColor="text1"/>
          <w:sz w:val="38"/>
          <w:szCs w:val="38"/>
          <w:rtl/>
        </w:rPr>
        <w:t>بوصفه</w:t>
      </w:r>
      <w:r w:rsidRPr="005117ED">
        <w:rPr>
          <w:rFonts w:cs="Sakkal Majalla"/>
          <w:color w:val="000000" w:themeColor="text1"/>
          <w:sz w:val="38"/>
          <w:szCs w:val="38"/>
        </w:rPr>
        <w:t xml:space="preserve"> </w:t>
      </w:r>
      <w:r w:rsidRPr="005117ED">
        <w:rPr>
          <w:rFonts w:cs="Sakkal Majalla"/>
          <w:color w:val="000000" w:themeColor="text1"/>
          <w:sz w:val="38"/>
          <w:szCs w:val="38"/>
          <w:rtl/>
        </w:rPr>
        <w:t>سببًا،</w:t>
      </w:r>
      <w:r w:rsidRPr="005117ED">
        <w:rPr>
          <w:rFonts w:cs="Sakkal Majalla"/>
          <w:color w:val="000000" w:themeColor="text1"/>
          <w:sz w:val="38"/>
          <w:szCs w:val="38"/>
        </w:rPr>
        <w:t xml:space="preserve"> </w:t>
      </w:r>
      <w:r w:rsidRPr="005117ED">
        <w:rPr>
          <w:rFonts w:cs="Sakkal Majalla"/>
          <w:color w:val="000000" w:themeColor="text1"/>
          <w:sz w:val="38"/>
          <w:szCs w:val="38"/>
          <w:rtl/>
        </w:rPr>
        <w:t>كما</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يكفي</w:t>
      </w:r>
      <w:r w:rsidRPr="005117ED">
        <w:rPr>
          <w:rFonts w:cs="Sakkal Majalla"/>
          <w:color w:val="000000" w:themeColor="text1"/>
          <w:sz w:val="38"/>
          <w:szCs w:val="38"/>
        </w:rPr>
        <w:t xml:space="preserve"> </w:t>
      </w:r>
      <w:r w:rsidRPr="005117ED">
        <w:rPr>
          <w:rFonts w:cs="Sakkal Majalla"/>
          <w:color w:val="000000" w:themeColor="text1"/>
          <w:sz w:val="38"/>
          <w:szCs w:val="38"/>
          <w:rtl/>
        </w:rPr>
        <w:t>الحكم</w:t>
      </w:r>
      <w:r w:rsidRPr="005117ED">
        <w:rPr>
          <w:rFonts w:cs="Sakkal Majalla"/>
          <w:color w:val="000000" w:themeColor="text1"/>
          <w:sz w:val="38"/>
          <w:szCs w:val="38"/>
        </w:rPr>
        <w:t xml:space="preserve"> </w:t>
      </w:r>
      <w:r w:rsidRPr="005117ED">
        <w:rPr>
          <w:rFonts w:cs="Sakkal Majalla"/>
          <w:color w:val="000000" w:themeColor="text1"/>
          <w:sz w:val="38"/>
          <w:szCs w:val="38"/>
          <w:rtl/>
        </w:rPr>
        <w:t>بالدلالة</w:t>
      </w:r>
      <w:r w:rsidRPr="005117ED">
        <w:rPr>
          <w:rFonts w:cs="Sakkal Majalla"/>
          <w:color w:val="000000" w:themeColor="text1"/>
          <w:sz w:val="38"/>
          <w:szCs w:val="38"/>
        </w:rPr>
        <w:t xml:space="preserve"> </w:t>
      </w:r>
      <w:r w:rsidRPr="005117ED">
        <w:rPr>
          <w:rFonts w:cs="Sakkal Majalla"/>
          <w:color w:val="000000" w:themeColor="text1"/>
          <w:sz w:val="38"/>
          <w:szCs w:val="38"/>
          <w:rtl/>
        </w:rPr>
        <w:t>الإحصائية؛</w:t>
      </w:r>
      <w:r w:rsidRPr="005117ED">
        <w:rPr>
          <w:rFonts w:cs="Sakkal Majalla"/>
          <w:color w:val="000000" w:themeColor="text1"/>
          <w:sz w:val="38"/>
          <w:szCs w:val="38"/>
        </w:rPr>
        <w:t xml:space="preserve"> </w:t>
      </w:r>
      <w:r w:rsidRPr="005117ED">
        <w:rPr>
          <w:rFonts w:cs="Sakkal Majalla"/>
          <w:color w:val="000000" w:themeColor="text1"/>
          <w:sz w:val="38"/>
          <w:szCs w:val="38"/>
          <w:rtl/>
        </w:rPr>
        <w:t>بل</w:t>
      </w:r>
      <w:r w:rsidRPr="005117ED">
        <w:rPr>
          <w:rFonts w:cs="Sakkal Majalla"/>
          <w:color w:val="000000" w:themeColor="text1"/>
          <w:sz w:val="38"/>
          <w:szCs w:val="38"/>
        </w:rPr>
        <w:t xml:space="preserve"> </w:t>
      </w:r>
      <w:r w:rsidRPr="005117ED">
        <w:rPr>
          <w:rFonts w:cs="Sakkal Majalla"/>
          <w:color w:val="000000" w:themeColor="text1"/>
          <w:sz w:val="38"/>
          <w:szCs w:val="38"/>
          <w:rtl/>
        </w:rPr>
        <w:t>تقرأ</w:t>
      </w:r>
      <w:r w:rsidRPr="005117ED">
        <w:rPr>
          <w:rFonts w:cs="Sakkal Majalla"/>
          <w:color w:val="000000" w:themeColor="text1"/>
          <w:sz w:val="38"/>
          <w:szCs w:val="38"/>
        </w:rPr>
        <w:t xml:space="preserve"> </w:t>
      </w:r>
      <w:r w:rsidRPr="005117ED">
        <w:rPr>
          <w:rFonts w:cs="Sakkal Majalla"/>
          <w:color w:val="000000" w:themeColor="text1"/>
          <w:sz w:val="38"/>
          <w:szCs w:val="38"/>
          <w:rtl/>
        </w:rPr>
        <w:t>قيمة</w:t>
      </w:r>
      <w:r w:rsidRPr="005117ED">
        <w:rPr>
          <w:rFonts w:cs="Sakkal Majalla"/>
          <w:color w:val="000000" w:themeColor="text1"/>
          <w:sz w:val="38"/>
          <w:szCs w:val="38"/>
        </w:rPr>
        <w:t xml:space="preserve"> </w:t>
      </w:r>
      <w:r w:rsidRPr="005117ED">
        <w:rPr>
          <w:rFonts w:cs="Sakkal Majalla"/>
          <w:color w:val="000000" w:themeColor="text1"/>
          <w:sz w:val="38"/>
          <w:szCs w:val="38"/>
          <w:rtl/>
        </w:rPr>
        <w:t>المعامل</w:t>
      </w:r>
      <w:r w:rsidRPr="005117ED">
        <w:rPr>
          <w:rFonts w:cs="Sakkal Majalla"/>
          <w:color w:val="000000" w:themeColor="text1"/>
          <w:sz w:val="38"/>
          <w:szCs w:val="38"/>
        </w:rPr>
        <w:t xml:space="preserve"> </w:t>
      </w:r>
      <w:r w:rsidRPr="005117ED">
        <w:rPr>
          <w:rFonts w:cs="Sakkal Majalla"/>
          <w:color w:val="000000" w:themeColor="text1"/>
          <w:sz w:val="38"/>
          <w:szCs w:val="38"/>
          <w:rtl/>
        </w:rPr>
        <w:t>وحجمها</w:t>
      </w:r>
      <w:r w:rsidRPr="005117ED">
        <w:rPr>
          <w:rFonts w:cs="Sakkal Majalla"/>
          <w:color w:val="000000" w:themeColor="text1"/>
          <w:sz w:val="38"/>
          <w:szCs w:val="38"/>
        </w:rPr>
        <w:t xml:space="preserve"> </w:t>
      </w:r>
      <w:r w:rsidRPr="005117ED">
        <w:rPr>
          <w:rFonts w:cs="Sakkal Majalla"/>
          <w:color w:val="000000" w:themeColor="text1"/>
          <w:sz w:val="38"/>
          <w:szCs w:val="38"/>
          <w:rtl/>
        </w:rPr>
        <w:t>والسياق</w:t>
      </w:r>
      <w:r w:rsidRPr="005117ED">
        <w:rPr>
          <w:rFonts w:cs="Sakkal Majalla"/>
          <w:color w:val="000000" w:themeColor="text1"/>
          <w:sz w:val="38"/>
          <w:szCs w:val="38"/>
        </w:rPr>
        <w:t xml:space="preserve">. </w:t>
      </w:r>
      <w:r w:rsidRPr="005117ED">
        <w:rPr>
          <w:rFonts w:cs="Sakkal Majalla"/>
          <w:color w:val="000000" w:themeColor="text1"/>
          <w:sz w:val="38"/>
          <w:szCs w:val="38"/>
          <w:rtl/>
        </w:rPr>
        <w:t>ثم</w:t>
      </w:r>
      <w:r w:rsidRPr="005117ED">
        <w:rPr>
          <w:rFonts w:cs="Sakkal Majalla"/>
          <w:color w:val="000000" w:themeColor="text1"/>
          <w:sz w:val="38"/>
          <w:szCs w:val="38"/>
        </w:rPr>
        <w:t xml:space="preserve"> </w:t>
      </w:r>
      <w:r w:rsidRPr="005117ED">
        <w:rPr>
          <w:rFonts w:cs="Sakkal Majalla"/>
          <w:color w:val="000000" w:themeColor="text1"/>
          <w:sz w:val="38"/>
          <w:szCs w:val="38"/>
          <w:rtl/>
        </w:rPr>
        <w:t>يستخدم</w:t>
      </w:r>
      <w:r w:rsidRPr="005117ED">
        <w:rPr>
          <w:rFonts w:cs="Sakkal Majalla"/>
          <w:color w:val="000000" w:themeColor="text1"/>
          <w:sz w:val="38"/>
          <w:szCs w:val="38"/>
        </w:rPr>
        <w:t xml:space="preserve"> </w:t>
      </w:r>
      <w:r w:rsidRPr="005117ED">
        <w:rPr>
          <w:rFonts w:cs="Sakkal Majalla"/>
          <w:color w:val="000000" w:themeColor="text1"/>
          <w:sz w:val="38"/>
          <w:szCs w:val="38"/>
          <w:rtl/>
        </w:rPr>
        <w:t>الانحدار</w:t>
      </w:r>
      <w:r w:rsidRPr="005117ED">
        <w:rPr>
          <w:rFonts w:cs="Sakkal Majalla"/>
          <w:color w:val="000000" w:themeColor="text1"/>
          <w:sz w:val="38"/>
          <w:szCs w:val="38"/>
        </w:rPr>
        <w:t xml:space="preserve"> </w:t>
      </w:r>
      <w:r w:rsidRPr="005117ED">
        <w:rPr>
          <w:rFonts w:cs="Sakkal Majalla"/>
          <w:color w:val="000000" w:themeColor="text1"/>
          <w:sz w:val="38"/>
          <w:szCs w:val="38"/>
          <w:rtl/>
        </w:rPr>
        <w:t>البسيط</w:t>
      </w:r>
      <w:r w:rsidRPr="005117ED">
        <w:rPr>
          <w:rFonts w:cs="Sakkal Majalla"/>
          <w:color w:val="000000" w:themeColor="text1"/>
          <w:sz w:val="38"/>
          <w:szCs w:val="38"/>
        </w:rPr>
        <w:t xml:space="preserve"> </w:t>
      </w:r>
      <w:r w:rsidRPr="005117ED">
        <w:rPr>
          <w:rFonts w:cs="Sakkal Majalla"/>
          <w:color w:val="000000" w:themeColor="text1"/>
          <w:sz w:val="38"/>
          <w:szCs w:val="38"/>
          <w:rtl/>
        </w:rPr>
        <w:t>لتقدير</w:t>
      </w:r>
      <w:r w:rsidRPr="005117ED">
        <w:rPr>
          <w:rFonts w:cs="Sakkal Majalla"/>
          <w:color w:val="000000" w:themeColor="text1"/>
          <w:sz w:val="38"/>
          <w:szCs w:val="38"/>
        </w:rPr>
        <w:t xml:space="preserve"> </w:t>
      </w:r>
      <w:r w:rsidRPr="005117ED">
        <w:rPr>
          <w:rFonts w:cs="Sakkal Majalla"/>
          <w:color w:val="000000" w:themeColor="text1"/>
          <w:sz w:val="38"/>
          <w:szCs w:val="38"/>
          <w:rtl/>
        </w:rPr>
        <w:t>مقدار</w:t>
      </w:r>
      <w:r w:rsidRPr="005117ED">
        <w:rPr>
          <w:rFonts w:cs="Sakkal Majalla"/>
          <w:color w:val="000000" w:themeColor="text1"/>
          <w:sz w:val="38"/>
          <w:szCs w:val="38"/>
        </w:rPr>
        <w:t xml:space="preserve"> </w:t>
      </w:r>
      <w:r w:rsidRPr="005117ED">
        <w:rPr>
          <w:rFonts w:cs="Sakkal Majalla"/>
          <w:color w:val="000000" w:themeColor="text1"/>
          <w:sz w:val="38"/>
          <w:szCs w:val="38"/>
          <w:rtl/>
        </w:rPr>
        <w:t>التباين</w:t>
      </w:r>
      <w:r w:rsidRPr="005117ED">
        <w:rPr>
          <w:rFonts w:cs="Sakkal Majalla"/>
          <w:color w:val="000000" w:themeColor="text1"/>
          <w:sz w:val="38"/>
          <w:szCs w:val="38"/>
        </w:rPr>
        <w:t xml:space="preserve"> </w:t>
      </w:r>
      <w:r w:rsidRPr="005117ED">
        <w:rPr>
          <w:rFonts w:cs="Sakkal Majalla"/>
          <w:color w:val="000000" w:themeColor="text1"/>
          <w:sz w:val="38"/>
          <w:szCs w:val="38"/>
          <w:rtl/>
        </w:rPr>
        <w:t>المفسر</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بواسطة</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الكلية،</w:t>
      </w:r>
      <w:r w:rsidRPr="005117ED">
        <w:rPr>
          <w:rFonts w:cs="Sakkal Majalla"/>
          <w:color w:val="000000" w:themeColor="text1"/>
          <w:sz w:val="38"/>
          <w:szCs w:val="38"/>
        </w:rPr>
        <w:t xml:space="preserve"> </w:t>
      </w:r>
      <w:r w:rsidRPr="005117ED">
        <w:rPr>
          <w:rFonts w:cs="Sakkal Majalla"/>
          <w:color w:val="000000" w:themeColor="text1"/>
          <w:sz w:val="38"/>
          <w:szCs w:val="38"/>
          <w:rtl/>
        </w:rPr>
        <w:t>والانحدار</w:t>
      </w:r>
      <w:r w:rsidRPr="005117ED">
        <w:rPr>
          <w:rFonts w:cs="Sakkal Majalla"/>
          <w:color w:val="000000" w:themeColor="text1"/>
          <w:sz w:val="38"/>
          <w:szCs w:val="38"/>
        </w:rPr>
        <w:t xml:space="preserve"> </w:t>
      </w:r>
      <w:r w:rsidRPr="005117ED">
        <w:rPr>
          <w:rFonts w:cs="Sakkal Majalla"/>
          <w:color w:val="000000" w:themeColor="text1"/>
          <w:sz w:val="38"/>
          <w:szCs w:val="38"/>
          <w:rtl/>
        </w:rPr>
        <w:t>المتعدد</w:t>
      </w:r>
      <w:r w:rsidRPr="005117ED">
        <w:rPr>
          <w:rFonts w:cs="Sakkal Majalla"/>
          <w:color w:val="000000" w:themeColor="text1"/>
          <w:sz w:val="38"/>
          <w:szCs w:val="38"/>
        </w:rPr>
        <w:t xml:space="preserve"> </w:t>
      </w:r>
      <w:r w:rsidRPr="005117ED">
        <w:rPr>
          <w:rFonts w:cs="Sakkal Majalla"/>
          <w:color w:val="000000" w:themeColor="text1"/>
          <w:sz w:val="38"/>
          <w:szCs w:val="38"/>
          <w:rtl/>
        </w:rPr>
        <w:t>لتقدير</w:t>
      </w:r>
      <w:r w:rsidRPr="005117ED">
        <w:rPr>
          <w:rFonts w:cs="Sakkal Majalla"/>
          <w:color w:val="000000" w:themeColor="text1"/>
          <w:sz w:val="38"/>
          <w:szCs w:val="38"/>
        </w:rPr>
        <w:t xml:space="preserve"> </w:t>
      </w:r>
      <w:r w:rsidRPr="005117ED">
        <w:rPr>
          <w:rFonts w:cs="Sakkal Majalla"/>
          <w:color w:val="000000" w:themeColor="text1"/>
          <w:sz w:val="38"/>
          <w:szCs w:val="38"/>
          <w:rtl/>
        </w:rPr>
        <w:t>الإسهام</w:t>
      </w:r>
      <w:r w:rsidRPr="005117ED">
        <w:rPr>
          <w:rFonts w:cs="Sakkal Majalla"/>
          <w:color w:val="000000" w:themeColor="text1"/>
          <w:sz w:val="38"/>
          <w:szCs w:val="38"/>
        </w:rPr>
        <w:t xml:space="preserve"> </w:t>
      </w:r>
      <w:r w:rsidRPr="005117ED">
        <w:rPr>
          <w:rFonts w:cs="Sakkal Majalla"/>
          <w:color w:val="000000" w:themeColor="text1"/>
          <w:sz w:val="38"/>
          <w:szCs w:val="38"/>
          <w:rtl/>
        </w:rPr>
        <w:t>النسبي</w:t>
      </w:r>
      <w:r w:rsidRPr="005117ED">
        <w:rPr>
          <w:rFonts w:cs="Sakkal Majalla"/>
          <w:color w:val="000000" w:themeColor="text1"/>
          <w:sz w:val="38"/>
          <w:szCs w:val="38"/>
        </w:rPr>
        <w:t xml:space="preserve"> </w:t>
      </w:r>
      <w:r w:rsidRPr="005117ED">
        <w:rPr>
          <w:rFonts w:cs="Sakkal Majalla"/>
          <w:color w:val="000000" w:themeColor="text1"/>
          <w:sz w:val="38"/>
          <w:szCs w:val="38"/>
          <w:rtl/>
        </w:rPr>
        <w:t>للأبعاد</w:t>
      </w:r>
      <w:r w:rsidRPr="005117ED">
        <w:rPr>
          <w:rFonts w:cs="Sakkal Majalla"/>
          <w:color w:val="000000" w:themeColor="text1"/>
          <w:sz w:val="38"/>
          <w:szCs w:val="38"/>
        </w:rPr>
        <w:t xml:space="preserve"> </w:t>
      </w:r>
      <w:r w:rsidRPr="005117ED">
        <w:rPr>
          <w:rFonts w:cs="Sakkal Majalla"/>
          <w:color w:val="000000" w:themeColor="text1"/>
          <w:sz w:val="38"/>
          <w:szCs w:val="38"/>
          <w:rtl/>
        </w:rPr>
        <w:t>الأربعة</w:t>
      </w:r>
      <w:r w:rsidRPr="005117ED">
        <w:rPr>
          <w:rFonts w:cs="Sakkal Majalla"/>
          <w:color w:val="000000" w:themeColor="text1"/>
          <w:sz w:val="38"/>
          <w:szCs w:val="38"/>
        </w:rPr>
        <w:t xml:space="preserve"> </w:t>
      </w:r>
      <w:r w:rsidRPr="005117ED">
        <w:rPr>
          <w:rFonts w:cs="Sakkal Majalla"/>
          <w:color w:val="000000" w:themeColor="text1"/>
          <w:sz w:val="38"/>
          <w:szCs w:val="38"/>
          <w:rtl/>
        </w:rPr>
        <w:t>بعد</w:t>
      </w:r>
      <w:r w:rsidRPr="005117ED">
        <w:rPr>
          <w:rFonts w:cs="Sakkal Majalla"/>
          <w:color w:val="000000" w:themeColor="text1"/>
          <w:sz w:val="38"/>
          <w:szCs w:val="38"/>
        </w:rPr>
        <w:t xml:space="preserve"> </w:t>
      </w:r>
      <w:r w:rsidRPr="005117ED">
        <w:rPr>
          <w:rFonts w:cs="Sakkal Majalla"/>
          <w:color w:val="000000" w:themeColor="text1"/>
          <w:sz w:val="38"/>
          <w:szCs w:val="38"/>
          <w:rtl/>
        </w:rPr>
        <w:t>ضبط</w:t>
      </w:r>
      <w:r w:rsidRPr="005117ED">
        <w:rPr>
          <w:rFonts w:cs="Sakkal Majalla"/>
          <w:color w:val="000000" w:themeColor="text1"/>
          <w:sz w:val="38"/>
          <w:szCs w:val="38"/>
        </w:rPr>
        <w:t xml:space="preserve"> </w:t>
      </w:r>
      <w:r w:rsidRPr="005117ED">
        <w:rPr>
          <w:rFonts w:cs="Sakkal Majalla"/>
          <w:color w:val="000000" w:themeColor="text1"/>
          <w:sz w:val="38"/>
          <w:szCs w:val="38"/>
          <w:rtl/>
        </w:rPr>
        <w:t>بعضها</w:t>
      </w:r>
      <w:r w:rsidRPr="005117ED">
        <w:rPr>
          <w:rFonts w:cs="Sakkal Majalla"/>
          <w:color w:val="000000" w:themeColor="text1"/>
          <w:sz w:val="38"/>
          <w:szCs w:val="38"/>
        </w:rPr>
        <w:t xml:space="preserve"> </w:t>
      </w:r>
      <w:r w:rsidRPr="005117ED">
        <w:rPr>
          <w:rFonts w:cs="Sakkal Majalla"/>
          <w:color w:val="000000" w:themeColor="text1"/>
          <w:sz w:val="38"/>
          <w:szCs w:val="38"/>
          <w:rtl/>
        </w:rPr>
        <w:t>لبعض</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وقبل</w:t>
      </w:r>
      <w:r w:rsidRPr="005117ED">
        <w:rPr>
          <w:rFonts w:cs="Sakkal Majalla"/>
          <w:color w:val="000000" w:themeColor="text1"/>
          <w:sz w:val="38"/>
          <w:szCs w:val="38"/>
        </w:rPr>
        <w:t xml:space="preserve"> </w:t>
      </w:r>
      <w:r w:rsidRPr="005117ED">
        <w:rPr>
          <w:rFonts w:cs="Sakkal Majalla"/>
          <w:color w:val="000000" w:themeColor="text1"/>
          <w:sz w:val="38"/>
          <w:szCs w:val="38"/>
          <w:rtl/>
        </w:rPr>
        <w:t>تفسير</w:t>
      </w:r>
      <w:r w:rsidRPr="005117ED">
        <w:rPr>
          <w:rFonts w:cs="Sakkal Majalla"/>
          <w:color w:val="000000" w:themeColor="text1"/>
          <w:sz w:val="38"/>
          <w:szCs w:val="38"/>
        </w:rPr>
        <w:t xml:space="preserve"> </w:t>
      </w:r>
      <w:r w:rsidRPr="005117ED">
        <w:rPr>
          <w:rFonts w:cs="Sakkal Majalla"/>
          <w:color w:val="000000" w:themeColor="text1"/>
          <w:sz w:val="38"/>
          <w:szCs w:val="38"/>
          <w:rtl/>
        </w:rPr>
        <w:t>الانحدار</w:t>
      </w:r>
      <w:r w:rsidRPr="005117ED">
        <w:rPr>
          <w:rFonts w:cs="Sakkal Majalla"/>
          <w:color w:val="000000" w:themeColor="text1"/>
          <w:sz w:val="38"/>
          <w:szCs w:val="38"/>
        </w:rPr>
        <w:t xml:space="preserve"> </w:t>
      </w:r>
      <w:r w:rsidRPr="005117ED">
        <w:rPr>
          <w:rFonts w:cs="Sakkal Majalla"/>
          <w:color w:val="000000" w:themeColor="text1"/>
          <w:sz w:val="38"/>
          <w:szCs w:val="38"/>
          <w:rtl/>
        </w:rPr>
        <w:t>تفحص</w:t>
      </w:r>
      <w:r w:rsidRPr="005117ED">
        <w:rPr>
          <w:rFonts w:cs="Sakkal Majalla"/>
          <w:color w:val="000000" w:themeColor="text1"/>
          <w:sz w:val="38"/>
          <w:szCs w:val="38"/>
        </w:rPr>
        <w:t xml:space="preserve"> </w:t>
      </w:r>
      <w:r w:rsidRPr="005117ED">
        <w:rPr>
          <w:rFonts w:cs="Sakkal Majalla"/>
          <w:color w:val="000000" w:themeColor="text1"/>
          <w:sz w:val="38"/>
          <w:szCs w:val="38"/>
          <w:rtl/>
        </w:rPr>
        <w:t>الخطية</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الرسم</w:t>
      </w:r>
      <w:r w:rsidRPr="005117ED">
        <w:rPr>
          <w:rFonts w:cs="Sakkal Majalla"/>
          <w:color w:val="000000" w:themeColor="text1"/>
          <w:sz w:val="38"/>
          <w:szCs w:val="38"/>
        </w:rPr>
        <w:t xml:space="preserve"> </w:t>
      </w:r>
      <w:r w:rsidRPr="005117ED">
        <w:rPr>
          <w:rFonts w:cs="Sakkal Majalla"/>
          <w:color w:val="000000" w:themeColor="text1"/>
          <w:sz w:val="38"/>
          <w:szCs w:val="38"/>
          <w:rtl/>
        </w:rPr>
        <w:t>المبعثر،</w:t>
      </w:r>
      <w:r w:rsidRPr="005117ED">
        <w:rPr>
          <w:rFonts w:cs="Sakkal Majalla"/>
          <w:color w:val="000000" w:themeColor="text1"/>
          <w:sz w:val="38"/>
          <w:szCs w:val="38"/>
        </w:rPr>
        <w:t xml:space="preserve"> </w:t>
      </w:r>
      <w:r w:rsidRPr="005117ED">
        <w:rPr>
          <w:rFonts w:cs="Sakkal Majalla"/>
          <w:color w:val="000000" w:themeColor="text1"/>
          <w:sz w:val="38"/>
          <w:szCs w:val="38"/>
          <w:rtl/>
        </w:rPr>
        <w:t>واستقلال</w:t>
      </w:r>
      <w:r w:rsidRPr="005117ED">
        <w:rPr>
          <w:rFonts w:cs="Sakkal Majalla"/>
          <w:color w:val="000000" w:themeColor="text1"/>
          <w:sz w:val="38"/>
          <w:szCs w:val="38"/>
        </w:rPr>
        <w:t xml:space="preserve"> </w:t>
      </w:r>
      <w:r w:rsidRPr="005117ED">
        <w:rPr>
          <w:rFonts w:cs="Sakkal Majalla"/>
          <w:color w:val="000000" w:themeColor="text1"/>
          <w:sz w:val="38"/>
          <w:szCs w:val="38"/>
          <w:rtl/>
        </w:rPr>
        <w:t>الأخطاء</w:t>
      </w:r>
      <w:r w:rsidRPr="005117ED">
        <w:rPr>
          <w:rFonts w:cs="Sakkal Majalla"/>
          <w:color w:val="000000" w:themeColor="text1"/>
          <w:sz w:val="38"/>
          <w:szCs w:val="38"/>
        </w:rPr>
        <w:t xml:space="preserve"> </w:t>
      </w:r>
      <w:r w:rsidRPr="005117ED">
        <w:rPr>
          <w:rFonts w:cs="Sakkal Majalla"/>
          <w:color w:val="000000" w:themeColor="text1"/>
          <w:sz w:val="38"/>
          <w:szCs w:val="38"/>
          <w:rtl/>
        </w:rPr>
        <w:t>بمؤشر</w:t>
      </w:r>
      <w:r w:rsidRPr="005117ED">
        <w:rPr>
          <w:rFonts w:cs="Sakkal Majalla"/>
          <w:color w:val="000000" w:themeColor="text1"/>
          <w:sz w:val="38"/>
          <w:szCs w:val="38"/>
        </w:rPr>
        <w:t xml:space="preserve"> Durbin-Watson</w:t>
      </w:r>
      <w:r w:rsidRPr="005117ED">
        <w:rPr>
          <w:rFonts w:cs="Sakkal Majalla"/>
          <w:color w:val="000000" w:themeColor="text1"/>
          <w:sz w:val="38"/>
          <w:szCs w:val="38"/>
          <w:rtl/>
        </w:rPr>
        <w:t>،</w:t>
      </w:r>
      <w:r w:rsidRPr="005117ED">
        <w:rPr>
          <w:rFonts w:cs="Sakkal Majalla"/>
          <w:color w:val="000000" w:themeColor="text1"/>
          <w:sz w:val="38"/>
          <w:szCs w:val="38"/>
        </w:rPr>
        <w:t xml:space="preserve"> </w:t>
      </w:r>
      <w:r w:rsidRPr="005117ED">
        <w:rPr>
          <w:rFonts w:cs="Sakkal Majalla"/>
          <w:color w:val="000000" w:themeColor="text1"/>
          <w:sz w:val="38"/>
          <w:szCs w:val="38"/>
          <w:rtl/>
        </w:rPr>
        <w:t>وتجانس</w:t>
      </w:r>
      <w:r w:rsidRPr="005117ED">
        <w:rPr>
          <w:rFonts w:cs="Sakkal Majalla"/>
          <w:color w:val="000000" w:themeColor="text1"/>
          <w:sz w:val="38"/>
          <w:szCs w:val="38"/>
        </w:rPr>
        <w:t xml:space="preserve"> </w:t>
      </w:r>
      <w:r w:rsidRPr="005117ED">
        <w:rPr>
          <w:rFonts w:cs="Sakkal Majalla"/>
          <w:color w:val="000000" w:themeColor="text1"/>
          <w:sz w:val="38"/>
          <w:szCs w:val="38"/>
          <w:rtl/>
        </w:rPr>
        <w:t>التباين</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مخطط</w:t>
      </w:r>
      <w:r w:rsidRPr="005117ED">
        <w:rPr>
          <w:rFonts w:cs="Sakkal Majalla"/>
          <w:color w:val="000000" w:themeColor="text1"/>
          <w:sz w:val="38"/>
          <w:szCs w:val="38"/>
        </w:rPr>
        <w:t xml:space="preserve"> </w:t>
      </w:r>
      <w:r w:rsidRPr="005117ED">
        <w:rPr>
          <w:rFonts w:cs="Sakkal Majalla"/>
          <w:color w:val="000000" w:themeColor="text1"/>
          <w:sz w:val="38"/>
          <w:szCs w:val="38"/>
          <w:rtl/>
        </w:rPr>
        <w:t>البواقي،</w:t>
      </w:r>
      <w:r w:rsidRPr="005117ED">
        <w:rPr>
          <w:rFonts w:cs="Sakkal Majalla"/>
          <w:color w:val="000000" w:themeColor="text1"/>
          <w:sz w:val="38"/>
          <w:szCs w:val="38"/>
        </w:rPr>
        <w:t xml:space="preserve"> </w:t>
      </w:r>
      <w:r w:rsidRPr="005117ED">
        <w:rPr>
          <w:rFonts w:cs="Sakkal Majalla"/>
          <w:color w:val="000000" w:themeColor="text1"/>
          <w:sz w:val="38"/>
          <w:szCs w:val="38"/>
          <w:rtl/>
        </w:rPr>
        <w:t>وقرب</w:t>
      </w:r>
      <w:r w:rsidRPr="005117ED">
        <w:rPr>
          <w:rFonts w:cs="Sakkal Majalla"/>
          <w:color w:val="000000" w:themeColor="text1"/>
          <w:sz w:val="38"/>
          <w:szCs w:val="38"/>
        </w:rPr>
        <w:t xml:space="preserve"> </w:t>
      </w:r>
      <w:r w:rsidRPr="005117ED">
        <w:rPr>
          <w:rFonts w:cs="Sakkal Majalla"/>
          <w:color w:val="000000" w:themeColor="text1"/>
          <w:sz w:val="38"/>
          <w:szCs w:val="38"/>
          <w:rtl/>
        </w:rPr>
        <w:t>البواقي</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التوزيع</w:t>
      </w:r>
      <w:r w:rsidRPr="005117ED">
        <w:rPr>
          <w:rFonts w:cs="Sakkal Majalla"/>
          <w:color w:val="000000" w:themeColor="text1"/>
          <w:sz w:val="38"/>
          <w:szCs w:val="38"/>
        </w:rPr>
        <w:t xml:space="preserve"> </w:t>
      </w:r>
      <w:r w:rsidRPr="005117ED">
        <w:rPr>
          <w:rFonts w:cs="Sakkal Majalla"/>
          <w:color w:val="000000" w:themeColor="text1"/>
          <w:sz w:val="38"/>
          <w:szCs w:val="38"/>
          <w:rtl/>
        </w:rPr>
        <w:t>الطبيعي،</w:t>
      </w:r>
      <w:r w:rsidRPr="005117ED">
        <w:rPr>
          <w:rFonts w:cs="Sakkal Majalla"/>
          <w:color w:val="000000" w:themeColor="text1"/>
          <w:sz w:val="38"/>
          <w:szCs w:val="38"/>
        </w:rPr>
        <w:t xml:space="preserve"> </w:t>
      </w:r>
      <w:r w:rsidRPr="005117ED">
        <w:rPr>
          <w:rFonts w:cs="Sakkal Majalla"/>
          <w:color w:val="000000" w:themeColor="text1"/>
          <w:sz w:val="38"/>
          <w:szCs w:val="38"/>
          <w:rtl/>
        </w:rPr>
        <w:t>وعدم</w:t>
      </w:r>
      <w:r w:rsidRPr="005117ED">
        <w:rPr>
          <w:rFonts w:cs="Sakkal Majalla"/>
          <w:color w:val="000000" w:themeColor="text1"/>
          <w:sz w:val="38"/>
          <w:szCs w:val="38"/>
        </w:rPr>
        <w:t xml:space="preserve"> </w:t>
      </w:r>
      <w:r w:rsidRPr="005117ED">
        <w:rPr>
          <w:rFonts w:cs="Sakkal Majalla"/>
          <w:color w:val="000000" w:themeColor="text1"/>
          <w:sz w:val="38"/>
          <w:szCs w:val="38"/>
          <w:rtl/>
        </w:rPr>
        <w:t>وجود</w:t>
      </w:r>
      <w:r w:rsidRPr="005117ED">
        <w:rPr>
          <w:rFonts w:cs="Sakkal Majalla"/>
          <w:color w:val="000000" w:themeColor="text1"/>
          <w:sz w:val="38"/>
          <w:szCs w:val="38"/>
        </w:rPr>
        <w:t xml:space="preserve"> </w:t>
      </w:r>
      <w:r w:rsidRPr="005117ED">
        <w:rPr>
          <w:rFonts w:cs="Sakkal Majalla"/>
          <w:color w:val="000000" w:themeColor="text1"/>
          <w:sz w:val="38"/>
          <w:szCs w:val="38"/>
          <w:rtl/>
        </w:rPr>
        <w:t>قيم</w:t>
      </w:r>
      <w:r w:rsidRPr="005117ED">
        <w:rPr>
          <w:rFonts w:cs="Sakkal Majalla"/>
          <w:color w:val="000000" w:themeColor="text1"/>
          <w:sz w:val="38"/>
          <w:szCs w:val="38"/>
        </w:rPr>
        <w:t xml:space="preserve"> </w:t>
      </w:r>
      <w:r w:rsidRPr="005117ED">
        <w:rPr>
          <w:rFonts w:cs="Sakkal Majalla"/>
          <w:color w:val="000000" w:themeColor="text1"/>
          <w:sz w:val="38"/>
          <w:szCs w:val="38"/>
          <w:rtl/>
        </w:rPr>
        <w:t>مؤثرة</w:t>
      </w:r>
      <w:r w:rsidRPr="005117ED">
        <w:rPr>
          <w:rFonts w:cs="Sakkal Majalla"/>
          <w:color w:val="000000" w:themeColor="text1"/>
          <w:sz w:val="38"/>
          <w:szCs w:val="38"/>
        </w:rPr>
        <w:t xml:space="preserve"> </w:t>
      </w:r>
      <w:r w:rsidRPr="005117ED">
        <w:rPr>
          <w:rFonts w:cs="Sakkal Majalla"/>
          <w:color w:val="000000" w:themeColor="text1"/>
          <w:sz w:val="38"/>
          <w:szCs w:val="38"/>
          <w:rtl/>
        </w:rPr>
        <w:t>مفرطة،</w:t>
      </w:r>
      <w:r w:rsidRPr="005117ED">
        <w:rPr>
          <w:rFonts w:cs="Sakkal Majalla"/>
          <w:color w:val="000000" w:themeColor="text1"/>
          <w:sz w:val="38"/>
          <w:szCs w:val="38"/>
        </w:rPr>
        <w:t xml:space="preserve"> </w:t>
      </w:r>
      <w:r w:rsidRPr="005117ED">
        <w:rPr>
          <w:rFonts w:cs="Sakkal Majalla"/>
          <w:color w:val="000000" w:themeColor="text1"/>
          <w:sz w:val="38"/>
          <w:szCs w:val="38"/>
          <w:rtl/>
        </w:rPr>
        <w:t>وعدم</w:t>
      </w:r>
      <w:r w:rsidRPr="005117ED">
        <w:rPr>
          <w:rFonts w:cs="Sakkal Majalla"/>
          <w:color w:val="000000" w:themeColor="text1"/>
          <w:sz w:val="38"/>
          <w:szCs w:val="38"/>
        </w:rPr>
        <w:t xml:space="preserve"> </w:t>
      </w:r>
      <w:r w:rsidRPr="005117ED">
        <w:rPr>
          <w:rFonts w:cs="Sakkal Majalla"/>
          <w:color w:val="000000" w:themeColor="text1"/>
          <w:sz w:val="38"/>
          <w:szCs w:val="38"/>
          <w:rtl/>
        </w:rPr>
        <w:t>التعدد</w:t>
      </w:r>
      <w:r w:rsidRPr="005117ED">
        <w:rPr>
          <w:rFonts w:cs="Sakkal Majalla"/>
          <w:color w:val="000000" w:themeColor="text1"/>
          <w:sz w:val="38"/>
          <w:szCs w:val="38"/>
        </w:rPr>
        <w:t xml:space="preserve"> </w:t>
      </w:r>
      <w:r w:rsidRPr="005117ED">
        <w:rPr>
          <w:rFonts w:cs="Sakkal Majalla"/>
          <w:color w:val="000000" w:themeColor="text1"/>
          <w:sz w:val="38"/>
          <w:szCs w:val="38"/>
          <w:rtl/>
        </w:rPr>
        <w:t>الخطي</w:t>
      </w:r>
      <w:r w:rsidRPr="005117ED">
        <w:rPr>
          <w:rFonts w:cs="Sakkal Majalla"/>
          <w:color w:val="000000" w:themeColor="text1"/>
          <w:sz w:val="38"/>
          <w:szCs w:val="38"/>
        </w:rPr>
        <w:t xml:space="preserve"> </w:t>
      </w:r>
      <w:r w:rsidRPr="005117ED">
        <w:rPr>
          <w:rFonts w:cs="Sakkal Majalla"/>
          <w:color w:val="000000" w:themeColor="text1"/>
          <w:sz w:val="38"/>
          <w:szCs w:val="38"/>
          <w:rtl/>
        </w:rPr>
        <w:t>عبر</w:t>
      </w:r>
      <w:r w:rsidRPr="005117ED">
        <w:rPr>
          <w:rFonts w:cs="Sakkal Majalla"/>
          <w:color w:val="000000" w:themeColor="text1"/>
          <w:sz w:val="38"/>
          <w:szCs w:val="38"/>
        </w:rPr>
        <w:t xml:space="preserve"> VIF </w:t>
      </w:r>
      <w:r w:rsidRPr="005117ED">
        <w:rPr>
          <w:rFonts w:cs="Sakkal Majalla"/>
          <w:color w:val="000000" w:themeColor="text1"/>
          <w:sz w:val="38"/>
          <w:szCs w:val="38"/>
          <w:rtl/>
        </w:rPr>
        <w:t>والتسامح</w:t>
      </w:r>
      <w:r w:rsidRPr="005117ED">
        <w:rPr>
          <w:rFonts w:cs="Sakkal Majalla"/>
          <w:color w:val="000000" w:themeColor="text1"/>
          <w:sz w:val="38"/>
          <w:szCs w:val="38"/>
        </w:rPr>
        <w:t xml:space="preserve">. </w:t>
      </w:r>
      <w:r w:rsidRPr="005117ED">
        <w:rPr>
          <w:rFonts w:cs="Sakkal Majalla"/>
          <w:color w:val="000000" w:themeColor="text1"/>
          <w:sz w:val="38"/>
          <w:szCs w:val="38"/>
          <w:rtl/>
        </w:rPr>
        <w:t>وتعد</w:t>
      </w:r>
      <w:r w:rsidRPr="005117ED">
        <w:rPr>
          <w:rFonts w:cs="Sakkal Majalla"/>
          <w:color w:val="000000" w:themeColor="text1"/>
          <w:sz w:val="38"/>
          <w:szCs w:val="38"/>
        </w:rPr>
        <w:t xml:space="preserve"> </w:t>
      </w:r>
      <w:r w:rsidRPr="005117ED">
        <w:rPr>
          <w:rFonts w:cs="Sakkal Majalla"/>
          <w:color w:val="000000" w:themeColor="text1"/>
          <w:sz w:val="38"/>
          <w:szCs w:val="38"/>
          <w:rtl/>
        </w:rPr>
        <w:t>هذه</w:t>
      </w:r>
      <w:r w:rsidRPr="005117ED">
        <w:rPr>
          <w:rFonts w:cs="Sakkal Majalla"/>
          <w:color w:val="000000" w:themeColor="text1"/>
          <w:sz w:val="38"/>
          <w:szCs w:val="38"/>
        </w:rPr>
        <w:t xml:space="preserve"> </w:t>
      </w:r>
      <w:r w:rsidRPr="005117ED">
        <w:rPr>
          <w:rFonts w:cs="Sakkal Majalla"/>
          <w:color w:val="000000" w:themeColor="text1"/>
          <w:sz w:val="38"/>
          <w:szCs w:val="38"/>
          <w:rtl/>
        </w:rPr>
        <w:t>الفحوص</w:t>
      </w:r>
      <w:r w:rsidRPr="005117ED">
        <w:rPr>
          <w:rFonts w:cs="Sakkal Majalla"/>
          <w:color w:val="000000" w:themeColor="text1"/>
          <w:sz w:val="38"/>
          <w:szCs w:val="38"/>
        </w:rPr>
        <w:t xml:space="preserve"> </w:t>
      </w:r>
      <w:r w:rsidRPr="005117ED">
        <w:rPr>
          <w:rFonts w:cs="Sakkal Majalla"/>
          <w:color w:val="000000" w:themeColor="text1"/>
          <w:sz w:val="38"/>
          <w:szCs w:val="38"/>
          <w:rtl/>
        </w:rPr>
        <w:t>ضرورية</w:t>
      </w:r>
      <w:r w:rsidRPr="005117ED">
        <w:rPr>
          <w:rFonts w:cs="Sakkal Majalla"/>
          <w:color w:val="000000" w:themeColor="text1"/>
          <w:sz w:val="38"/>
          <w:szCs w:val="38"/>
        </w:rPr>
        <w:t xml:space="preserve"> </w:t>
      </w:r>
      <w:r w:rsidRPr="005117ED">
        <w:rPr>
          <w:rFonts w:cs="Sakkal Majalla"/>
          <w:color w:val="000000" w:themeColor="text1"/>
          <w:sz w:val="38"/>
          <w:szCs w:val="38"/>
          <w:rtl/>
        </w:rPr>
        <w:t>لأن</w:t>
      </w:r>
      <w:r w:rsidRPr="005117ED">
        <w:rPr>
          <w:rFonts w:cs="Sakkal Majalla"/>
          <w:color w:val="000000" w:themeColor="text1"/>
          <w:sz w:val="38"/>
          <w:szCs w:val="38"/>
        </w:rPr>
        <w:t xml:space="preserve"> </w:t>
      </w:r>
      <w:r w:rsidRPr="005117ED">
        <w:rPr>
          <w:rFonts w:cs="Sakkal Majalla"/>
          <w:color w:val="000000" w:themeColor="text1"/>
          <w:sz w:val="38"/>
          <w:szCs w:val="38"/>
          <w:rtl/>
        </w:rPr>
        <w:t>معاملًا</w:t>
      </w:r>
      <w:r w:rsidRPr="005117ED">
        <w:rPr>
          <w:rFonts w:cs="Sakkal Majalla"/>
          <w:color w:val="000000" w:themeColor="text1"/>
          <w:sz w:val="38"/>
          <w:szCs w:val="38"/>
        </w:rPr>
        <w:t xml:space="preserve"> </w:t>
      </w:r>
      <w:r w:rsidRPr="005117ED">
        <w:rPr>
          <w:rFonts w:cs="Sakkal Majalla"/>
          <w:color w:val="000000" w:themeColor="text1"/>
          <w:sz w:val="38"/>
          <w:szCs w:val="38"/>
          <w:rtl/>
        </w:rPr>
        <w:t>دالًا</w:t>
      </w:r>
      <w:r w:rsidRPr="005117ED">
        <w:rPr>
          <w:rFonts w:cs="Sakkal Majalla"/>
          <w:color w:val="000000" w:themeColor="text1"/>
          <w:sz w:val="38"/>
          <w:szCs w:val="38"/>
        </w:rPr>
        <w:t xml:space="preserve"> </w:t>
      </w:r>
      <w:r w:rsidRPr="005117ED">
        <w:rPr>
          <w:rFonts w:cs="Sakkal Majalla"/>
          <w:color w:val="000000" w:themeColor="text1"/>
          <w:sz w:val="38"/>
          <w:szCs w:val="38"/>
          <w:rtl/>
        </w:rPr>
        <w:t>قد</w:t>
      </w:r>
      <w:r w:rsidRPr="005117ED">
        <w:rPr>
          <w:rFonts w:cs="Sakkal Majalla"/>
          <w:color w:val="000000" w:themeColor="text1"/>
          <w:sz w:val="38"/>
          <w:szCs w:val="38"/>
        </w:rPr>
        <w:t xml:space="preserve"> </w:t>
      </w:r>
      <w:r w:rsidRPr="005117ED">
        <w:rPr>
          <w:rFonts w:cs="Sakkal Majalla"/>
          <w:color w:val="000000" w:themeColor="text1"/>
          <w:sz w:val="38"/>
          <w:szCs w:val="38"/>
          <w:rtl/>
        </w:rPr>
        <w:t>يكون</w:t>
      </w:r>
      <w:r w:rsidRPr="005117ED">
        <w:rPr>
          <w:rFonts w:cs="Sakkal Majalla"/>
          <w:color w:val="000000" w:themeColor="text1"/>
          <w:sz w:val="38"/>
          <w:szCs w:val="38"/>
        </w:rPr>
        <w:t xml:space="preserve"> </w:t>
      </w:r>
      <w:r w:rsidRPr="005117ED">
        <w:rPr>
          <w:rFonts w:cs="Sakkal Majalla"/>
          <w:color w:val="000000" w:themeColor="text1"/>
          <w:sz w:val="38"/>
          <w:szCs w:val="38"/>
          <w:rtl/>
        </w:rPr>
        <w:t>مضللًا</w:t>
      </w:r>
      <w:r w:rsidRPr="005117ED">
        <w:rPr>
          <w:rFonts w:cs="Sakkal Majalla"/>
          <w:color w:val="000000" w:themeColor="text1"/>
          <w:sz w:val="38"/>
          <w:szCs w:val="38"/>
        </w:rPr>
        <w:t xml:space="preserve"> </w:t>
      </w:r>
      <w:r w:rsidRPr="005117ED">
        <w:rPr>
          <w:rFonts w:cs="Sakkal Majalla"/>
          <w:color w:val="000000" w:themeColor="text1"/>
          <w:sz w:val="38"/>
          <w:szCs w:val="38"/>
          <w:rtl/>
        </w:rPr>
        <w:t>إذا</w:t>
      </w:r>
      <w:r w:rsidRPr="005117ED">
        <w:rPr>
          <w:rFonts w:cs="Sakkal Majalla"/>
          <w:color w:val="000000" w:themeColor="text1"/>
          <w:sz w:val="38"/>
          <w:szCs w:val="38"/>
        </w:rPr>
        <w:t xml:space="preserve"> </w:t>
      </w:r>
      <w:r w:rsidRPr="005117ED">
        <w:rPr>
          <w:rFonts w:cs="Sakkal Majalla"/>
          <w:color w:val="000000" w:themeColor="text1"/>
          <w:sz w:val="38"/>
          <w:szCs w:val="38"/>
          <w:rtl/>
        </w:rPr>
        <w:t>خولفت</w:t>
      </w:r>
      <w:r w:rsidRPr="005117ED">
        <w:rPr>
          <w:rFonts w:cs="Sakkal Majalla"/>
          <w:color w:val="000000" w:themeColor="text1"/>
          <w:sz w:val="38"/>
          <w:szCs w:val="38"/>
        </w:rPr>
        <w:t xml:space="preserve"> </w:t>
      </w:r>
      <w:r w:rsidRPr="005117ED">
        <w:rPr>
          <w:rFonts w:cs="Sakkal Majalla"/>
          <w:color w:val="000000" w:themeColor="text1"/>
          <w:sz w:val="38"/>
          <w:szCs w:val="38"/>
          <w:rtl/>
        </w:rPr>
        <w:t>الافتراضات</w:t>
      </w:r>
      <w:r w:rsidRPr="005117ED">
        <w:rPr>
          <w:rFonts w:cs="Sakkal Majalla"/>
          <w:color w:val="000000" w:themeColor="text1"/>
          <w:sz w:val="38"/>
          <w:szCs w:val="38"/>
        </w:rPr>
        <w:t xml:space="preserve"> </w:t>
      </w:r>
      <w:r w:rsidRPr="005117ED">
        <w:rPr>
          <w:rFonts w:cs="Sakkal Majalla"/>
          <w:color w:val="000000" w:themeColor="text1"/>
          <w:sz w:val="38"/>
          <w:szCs w:val="38"/>
          <w:rtl/>
        </w:rPr>
        <w:t>بشدة</w:t>
      </w:r>
      <w:r w:rsidRPr="005117ED">
        <w:rPr>
          <w:rFonts w:cs="Sakkal Majalla"/>
          <w:color w:val="000000" w:themeColor="text1"/>
          <w:sz w:val="38"/>
          <w:szCs w:val="38"/>
        </w:rPr>
        <w:t xml:space="preserve">. </w:t>
      </w:r>
      <w:r w:rsidRPr="005117ED">
        <w:rPr>
          <w:rFonts w:cs="Sakkal Majalla"/>
          <w:color w:val="000000" w:themeColor="text1"/>
          <w:sz w:val="38"/>
          <w:szCs w:val="38"/>
          <w:rtl/>
        </w:rPr>
        <w:t>كما</w:t>
      </w:r>
      <w:r w:rsidRPr="005117ED">
        <w:rPr>
          <w:rFonts w:cs="Sakkal Majalla"/>
          <w:color w:val="000000" w:themeColor="text1"/>
          <w:sz w:val="38"/>
          <w:szCs w:val="38"/>
        </w:rPr>
        <w:t xml:space="preserve"> </w:t>
      </w:r>
      <w:r w:rsidRPr="005117ED">
        <w:rPr>
          <w:rFonts w:cs="Sakkal Majalla"/>
          <w:color w:val="000000" w:themeColor="text1"/>
          <w:sz w:val="38"/>
          <w:szCs w:val="38"/>
          <w:rtl/>
        </w:rPr>
        <w:t>تعرض</w:t>
      </w:r>
      <w:r w:rsidRPr="005117ED">
        <w:rPr>
          <w:rFonts w:cs="Sakkal Majalla"/>
          <w:color w:val="000000" w:themeColor="text1"/>
          <w:sz w:val="38"/>
          <w:szCs w:val="38"/>
        </w:rPr>
        <w:t xml:space="preserve"> R² </w:t>
      </w:r>
      <w:r w:rsidRPr="005117ED">
        <w:rPr>
          <w:rFonts w:cs="Sakkal Majalla"/>
          <w:color w:val="000000" w:themeColor="text1"/>
          <w:sz w:val="38"/>
          <w:szCs w:val="38"/>
          <w:rtl/>
        </w:rPr>
        <w:t>المعدلة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النموذج</w:t>
      </w:r>
      <w:r w:rsidRPr="005117ED">
        <w:rPr>
          <w:rFonts w:cs="Sakkal Majalla"/>
          <w:color w:val="000000" w:themeColor="text1"/>
          <w:sz w:val="38"/>
          <w:szCs w:val="38"/>
        </w:rPr>
        <w:t xml:space="preserve"> </w:t>
      </w:r>
      <w:r w:rsidRPr="005117ED">
        <w:rPr>
          <w:rFonts w:cs="Sakkal Majalla"/>
          <w:color w:val="000000" w:themeColor="text1"/>
          <w:sz w:val="38"/>
          <w:szCs w:val="38"/>
          <w:rtl/>
        </w:rPr>
        <w:t>المتعدد</w:t>
      </w:r>
      <w:r w:rsidRPr="005117ED">
        <w:rPr>
          <w:rFonts w:cs="Sakkal Majalla"/>
          <w:color w:val="000000" w:themeColor="text1"/>
          <w:sz w:val="38"/>
          <w:szCs w:val="38"/>
        </w:rPr>
        <w:t xml:space="preserve"> </w:t>
      </w:r>
      <w:r w:rsidRPr="005117ED">
        <w:rPr>
          <w:rFonts w:cs="Sakkal Majalla"/>
          <w:color w:val="000000" w:themeColor="text1"/>
          <w:sz w:val="38"/>
          <w:szCs w:val="38"/>
          <w:rtl/>
        </w:rPr>
        <w:t>لتصحيح</w:t>
      </w:r>
      <w:r w:rsidRPr="005117ED">
        <w:rPr>
          <w:rFonts w:cs="Sakkal Majalla"/>
          <w:color w:val="000000" w:themeColor="text1"/>
          <w:sz w:val="38"/>
          <w:szCs w:val="38"/>
        </w:rPr>
        <w:t xml:space="preserve"> </w:t>
      </w:r>
      <w:r w:rsidRPr="005117ED">
        <w:rPr>
          <w:rFonts w:cs="Sakkal Majalla"/>
          <w:color w:val="000000" w:themeColor="text1"/>
          <w:sz w:val="38"/>
          <w:szCs w:val="38"/>
          <w:rtl/>
        </w:rPr>
        <w:t>أثر</w:t>
      </w:r>
      <w:r w:rsidRPr="005117ED">
        <w:rPr>
          <w:rFonts w:cs="Sakkal Majalla"/>
          <w:color w:val="000000" w:themeColor="text1"/>
          <w:sz w:val="38"/>
          <w:szCs w:val="38"/>
        </w:rPr>
        <w:t xml:space="preserve"> </w:t>
      </w:r>
      <w:r w:rsidRPr="005117ED">
        <w:rPr>
          <w:rFonts w:cs="Sakkal Majalla"/>
          <w:color w:val="000000" w:themeColor="text1"/>
          <w:sz w:val="38"/>
          <w:szCs w:val="38"/>
          <w:rtl/>
        </w:rPr>
        <w:t>عدد</w:t>
      </w:r>
      <w:r w:rsidRPr="005117ED">
        <w:rPr>
          <w:rFonts w:cs="Sakkal Majalla"/>
          <w:color w:val="000000" w:themeColor="text1"/>
          <w:sz w:val="38"/>
          <w:szCs w:val="38"/>
        </w:rPr>
        <w:t xml:space="preserve"> </w:t>
      </w:r>
      <w:r w:rsidRPr="005117ED">
        <w:rPr>
          <w:rFonts w:cs="Sakkal Majalla"/>
          <w:color w:val="000000" w:themeColor="text1"/>
          <w:sz w:val="38"/>
          <w:szCs w:val="38"/>
          <w:rtl/>
        </w:rPr>
        <w:t>المتغيرات</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وتختبر</w:t>
      </w:r>
      <w:r w:rsidRPr="005117ED">
        <w:rPr>
          <w:rFonts w:cs="Sakkal Majalla"/>
          <w:color w:val="000000" w:themeColor="text1"/>
          <w:sz w:val="38"/>
          <w:szCs w:val="38"/>
        </w:rPr>
        <w:t xml:space="preserve"> </w:t>
      </w:r>
      <w:r w:rsidRPr="005117ED">
        <w:rPr>
          <w:rFonts w:cs="Sakkal Majalla"/>
          <w:color w:val="000000" w:themeColor="text1"/>
          <w:sz w:val="38"/>
          <w:szCs w:val="38"/>
          <w:rtl/>
        </w:rPr>
        <w:t>الفروق</w:t>
      </w:r>
      <w:r w:rsidRPr="005117ED">
        <w:rPr>
          <w:rFonts w:cs="Sakkal Majalla"/>
          <w:color w:val="000000" w:themeColor="text1"/>
          <w:sz w:val="38"/>
          <w:szCs w:val="38"/>
        </w:rPr>
        <w:t xml:space="preserve"> </w:t>
      </w:r>
      <w:r w:rsidRPr="005117ED">
        <w:rPr>
          <w:rFonts w:cs="Sakkal Majalla"/>
          <w:color w:val="000000" w:themeColor="text1"/>
          <w:sz w:val="38"/>
          <w:szCs w:val="38"/>
          <w:rtl/>
        </w:rPr>
        <w:t>بين</w:t>
      </w:r>
      <w:r w:rsidRPr="005117ED">
        <w:rPr>
          <w:rFonts w:cs="Sakkal Majalla"/>
          <w:color w:val="000000" w:themeColor="text1"/>
          <w:sz w:val="38"/>
          <w:szCs w:val="38"/>
        </w:rPr>
        <w:t xml:space="preserve"> </w:t>
      </w:r>
      <w:r w:rsidRPr="005117ED">
        <w:rPr>
          <w:rFonts w:cs="Sakkal Majalla"/>
          <w:color w:val="000000" w:themeColor="text1"/>
          <w:sz w:val="38"/>
          <w:szCs w:val="38"/>
          <w:rtl/>
        </w:rPr>
        <w:t>فئتين</w:t>
      </w:r>
      <w:r w:rsidRPr="005117ED">
        <w:rPr>
          <w:rFonts w:cs="Sakkal Majalla"/>
          <w:color w:val="000000" w:themeColor="text1"/>
          <w:sz w:val="38"/>
          <w:szCs w:val="38"/>
        </w:rPr>
        <w:t xml:space="preserve"> </w:t>
      </w:r>
      <w:r w:rsidRPr="005117ED">
        <w:rPr>
          <w:rFonts w:cs="Sakkal Majalla"/>
          <w:color w:val="000000" w:themeColor="text1"/>
          <w:sz w:val="38"/>
          <w:szCs w:val="38"/>
          <w:rtl/>
        </w:rPr>
        <w:t>باستخدام</w:t>
      </w:r>
      <w:r w:rsidRPr="005117ED">
        <w:rPr>
          <w:rFonts w:cs="Sakkal Majalla"/>
          <w:color w:val="000000" w:themeColor="text1"/>
          <w:sz w:val="38"/>
          <w:szCs w:val="38"/>
        </w:rPr>
        <w:t xml:space="preserve"> </w:t>
      </w:r>
      <w:r w:rsidRPr="005117ED">
        <w:rPr>
          <w:rFonts w:cs="Sakkal Majalla"/>
          <w:color w:val="000000" w:themeColor="text1"/>
          <w:sz w:val="38"/>
          <w:szCs w:val="38"/>
          <w:rtl/>
        </w:rPr>
        <w:t>اختبار</w:t>
      </w:r>
      <w:r w:rsidRPr="005117ED">
        <w:rPr>
          <w:rFonts w:cs="Sakkal Majalla"/>
          <w:color w:val="000000" w:themeColor="text1"/>
          <w:sz w:val="38"/>
          <w:szCs w:val="38"/>
        </w:rPr>
        <w:t xml:space="preserve"> </w:t>
      </w:r>
      <w:r w:rsidRPr="005117ED">
        <w:rPr>
          <w:rFonts w:cs="Sakkal Majalla"/>
          <w:color w:val="000000" w:themeColor="text1"/>
          <w:sz w:val="38"/>
          <w:szCs w:val="38"/>
          <w:rtl/>
        </w:rPr>
        <w:t>ت</w:t>
      </w:r>
      <w:r w:rsidRPr="005117ED">
        <w:rPr>
          <w:rFonts w:cs="Sakkal Majalla"/>
          <w:color w:val="000000" w:themeColor="text1"/>
          <w:sz w:val="38"/>
          <w:szCs w:val="38"/>
        </w:rPr>
        <w:t xml:space="preserve"> </w:t>
      </w:r>
      <w:r w:rsidRPr="005117ED">
        <w:rPr>
          <w:rFonts w:cs="Sakkal Majalla"/>
          <w:color w:val="000000" w:themeColor="text1"/>
          <w:sz w:val="38"/>
          <w:szCs w:val="38"/>
          <w:rtl/>
        </w:rPr>
        <w:t>للعينات</w:t>
      </w:r>
      <w:r w:rsidRPr="005117ED">
        <w:rPr>
          <w:rFonts w:cs="Sakkal Majalla"/>
          <w:color w:val="000000" w:themeColor="text1"/>
          <w:sz w:val="38"/>
          <w:szCs w:val="38"/>
        </w:rPr>
        <w:t xml:space="preserve"> </w:t>
      </w:r>
      <w:r w:rsidRPr="005117ED">
        <w:rPr>
          <w:rFonts w:cs="Sakkal Majalla"/>
          <w:color w:val="000000" w:themeColor="text1"/>
          <w:sz w:val="38"/>
          <w:szCs w:val="38"/>
          <w:rtl/>
        </w:rPr>
        <w:t>المستقلة،</w:t>
      </w:r>
      <w:r w:rsidRPr="005117ED">
        <w:rPr>
          <w:rFonts w:cs="Sakkal Majalla"/>
          <w:color w:val="000000" w:themeColor="text1"/>
          <w:sz w:val="38"/>
          <w:szCs w:val="38"/>
        </w:rPr>
        <w:t xml:space="preserve"> </w:t>
      </w:r>
      <w:r w:rsidRPr="005117ED">
        <w:rPr>
          <w:rFonts w:cs="Sakkal Majalla"/>
          <w:color w:val="000000" w:themeColor="text1"/>
          <w:sz w:val="38"/>
          <w:szCs w:val="38"/>
          <w:rtl/>
        </w:rPr>
        <w:t>وبين</w:t>
      </w:r>
      <w:r w:rsidRPr="005117ED">
        <w:rPr>
          <w:rFonts w:cs="Sakkal Majalla"/>
          <w:color w:val="000000" w:themeColor="text1"/>
          <w:sz w:val="38"/>
          <w:szCs w:val="38"/>
        </w:rPr>
        <w:t xml:space="preserve"> </w:t>
      </w:r>
      <w:r w:rsidRPr="005117ED">
        <w:rPr>
          <w:rFonts w:cs="Sakkal Majalla"/>
          <w:color w:val="000000" w:themeColor="text1"/>
          <w:sz w:val="38"/>
          <w:szCs w:val="38"/>
          <w:rtl/>
        </w:rPr>
        <w:t>أكثر</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فئتين</w:t>
      </w:r>
      <w:r w:rsidRPr="005117ED">
        <w:rPr>
          <w:rFonts w:cs="Sakkal Majalla"/>
          <w:color w:val="000000" w:themeColor="text1"/>
          <w:sz w:val="38"/>
          <w:szCs w:val="38"/>
        </w:rPr>
        <w:t xml:space="preserve"> </w:t>
      </w:r>
      <w:r w:rsidRPr="005117ED">
        <w:rPr>
          <w:rFonts w:cs="Sakkal Majalla"/>
          <w:color w:val="000000" w:themeColor="text1"/>
          <w:sz w:val="38"/>
          <w:szCs w:val="38"/>
          <w:rtl/>
        </w:rPr>
        <w:t>باستخدام</w:t>
      </w:r>
      <w:r w:rsidRPr="005117ED">
        <w:rPr>
          <w:rFonts w:cs="Sakkal Majalla"/>
          <w:color w:val="000000" w:themeColor="text1"/>
          <w:sz w:val="38"/>
          <w:szCs w:val="38"/>
        </w:rPr>
        <w:t xml:space="preserve"> </w:t>
      </w:r>
      <w:r w:rsidRPr="005117ED">
        <w:rPr>
          <w:rFonts w:cs="Sakkal Majalla"/>
          <w:color w:val="000000" w:themeColor="text1"/>
          <w:sz w:val="38"/>
          <w:szCs w:val="38"/>
          <w:rtl/>
        </w:rPr>
        <w:t>تحليل</w:t>
      </w:r>
      <w:r w:rsidRPr="005117ED">
        <w:rPr>
          <w:rFonts w:cs="Sakkal Majalla"/>
          <w:color w:val="000000" w:themeColor="text1"/>
          <w:sz w:val="38"/>
          <w:szCs w:val="38"/>
        </w:rPr>
        <w:t xml:space="preserve"> </w:t>
      </w:r>
      <w:r w:rsidRPr="005117ED">
        <w:rPr>
          <w:rFonts w:cs="Sakkal Majalla"/>
          <w:color w:val="000000" w:themeColor="text1"/>
          <w:sz w:val="38"/>
          <w:szCs w:val="38"/>
          <w:rtl/>
        </w:rPr>
        <w:t>التباين</w:t>
      </w:r>
      <w:r w:rsidRPr="005117ED">
        <w:rPr>
          <w:rFonts w:cs="Sakkal Majalla"/>
          <w:color w:val="000000" w:themeColor="text1"/>
          <w:sz w:val="38"/>
          <w:szCs w:val="38"/>
        </w:rPr>
        <w:t xml:space="preserve"> </w:t>
      </w:r>
      <w:r w:rsidRPr="005117ED">
        <w:rPr>
          <w:rFonts w:cs="Sakkal Majalla"/>
          <w:color w:val="000000" w:themeColor="text1"/>
          <w:sz w:val="38"/>
          <w:szCs w:val="38"/>
          <w:rtl/>
        </w:rPr>
        <w:t>الأحادي</w:t>
      </w:r>
      <w:r w:rsidRPr="005117ED">
        <w:rPr>
          <w:rFonts w:cs="Sakkal Majalla"/>
          <w:color w:val="000000" w:themeColor="text1"/>
          <w:sz w:val="38"/>
          <w:szCs w:val="38"/>
        </w:rPr>
        <w:t xml:space="preserve">. </w:t>
      </w:r>
      <w:r w:rsidRPr="005117ED">
        <w:rPr>
          <w:rFonts w:cs="Sakkal Majalla"/>
          <w:color w:val="000000" w:themeColor="text1"/>
          <w:sz w:val="38"/>
          <w:szCs w:val="38"/>
          <w:rtl/>
        </w:rPr>
        <w:t>ويفحص</w:t>
      </w:r>
      <w:r w:rsidRPr="005117ED">
        <w:rPr>
          <w:rFonts w:cs="Sakkal Majalla"/>
          <w:color w:val="000000" w:themeColor="text1"/>
          <w:sz w:val="38"/>
          <w:szCs w:val="38"/>
        </w:rPr>
        <w:t xml:space="preserve"> </w:t>
      </w:r>
      <w:r w:rsidRPr="005117ED">
        <w:rPr>
          <w:rFonts w:cs="Sakkal Majalla"/>
          <w:color w:val="000000" w:themeColor="text1"/>
          <w:sz w:val="38"/>
          <w:szCs w:val="38"/>
          <w:rtl/>
        </w:rPr>
        <w:t>تجانس</w:t>
      </w:r>
      <w:r w:rsidRPr="005117ED">
        <w:rPr>
          <w:rFonts w:cs="Sakkal Majalla"/>
          <w:color w:val="000000" w:themeColor="text1"/>
          <w:sz w:val="38"/>
          <w:szCs w:val="38"/>
        </w:rPr>
        <w:t xml:space="preserve"> </w:t>
      </w:r>
      <w:r w:rsidRPr="005117ED">
        <w:rPr>
          <w:rFonts w:cs="Sakkal Majalla"/>
          <w:color w:val="000000" w:themeColor="text1"/>
          <w:sz w:val="38"/>
          <w:szCs w:val="38"/>
          <w:rtl/>
        </w:rPr>
        <w:t>التباين</w:t>
      </w:r>
      <w:r w:rsidRPr="005117ED">
        <w:rPr>
          <w:rFonts w:cs="Sakkal Majalla"/>
          <w:color w:val="000000" w:themeColor="text1"/>
          <w:sz w:val="38"/>
          <w:szCs w:val="38"/>
        </w:rPr>
        <w:t xml:space="preserve"> </w:t>
      </w:r>
      <w:r w:rsidRPr="005117ED">
        <w:rPr>
          <w:rFonts w:cs="Sakkal Majalla"/>
          <w:color w:val="000000" w:themeColor="text1"/>
          <w:sz w:val="38"/>
          <w:szCs w:val="38"/>
          <w:rtl/>
        </w:rPr>
        <w:t>قبل</w:t>
      </w:r>
      <w:r w:rsidRPr="005117ED">
        <w:rPr>
          <w:rFonts w:cs="Sakkal Majalla"/>
          <w:color w:val="000000" w:themeColor="text1"/>
          <w:sz w:val="38"/>
          <w:szCs w:val="38"/>
        </w:rPr>
        <w:t xml:space="preserve"> </w:t>
      </w:r>
      <w:r w:rsidRPr="005117ED">
        <w:rPr>
          <w:rFonts w:cs="Sakkal Majalla"/>
          <w:color w:val="000000" w:themeColor="text1"/>
          <w:sz w:val="38"/>
          <w:szCs w:val="38"/>
          <w:rtl/>
        </w:rPr>
        <w:t>اختيار</w:t>
      </w:r>
      <w:r w:rsidRPr="005117ED">
        <w:rPr>
          <w:rFonts w:cs="Sakkal Majalla"/>
          <w:color w:val="000000" w:themeColor="text1"/>
          <w:sz w:val="38"/>
          <w:szCs w:val="38"/>
        </w:rPr>
        <w:t xml:space="preserve"> </w:t>
      </w:r>
      <w:r w:rsidRPr="005117ED">
        <w:rPr>
          <w:rFonts w:cs="Sakkal Majalla"/>
          <w:color w:val="000000" w:themeColor="text1"/>
          <w:sz w:val="38"/>
          <w:szCs w:val="38"/>
          <w:rtl/>
        </w:rPr>
        <w:t>النسخة</w:t>
      </w:r>
      <w:r w:rsidRPr="005117ED">
        <w:rPr>
          <w:rFonts w:cs="Sakkal Majalla"/>
          <w:color w:val="000000" w:themeColor="text1"/>
          <w:sz w:val="38"/>
          <w:szCs w:val="38"/>
        </w:rPr>
        <w:t xml:space="preserve"> </w:t>
      </w:r>
      <w:r w:rsidRPr="005117ED">
        <w:rPr>
          <w:rFonts w:cs="Sakkal Majalla"/>
          <w:color w:val="000000" w:themeColor="text1"/>
          <w:sz w:val="38"/>
          <w:szCs w:val="38"/>
          <w:rtl/>
        </w:rPr>
        <w:t>المناسبة،</w:t>
      </w:r>
      <w:r w:rsidRPr="005117ED">
        <w:rPr>
          <w:rFonts w:cs="Sakkal Majalla"/>
          <w:color w:val="000000" w:themeColor="text1"/>
          <w:sz w:val="38"/>
          <w:szCs w:val="38"/>
        </w:rPr>
        <w:t xml:space="preserve"> </w:t>
      </w:r>
      <w:r w:rsidRPr="005117ED">
        <w:rPr>
          <w:rFonts w:cs="Sakkal Majalla"/>
          <w:color w:val="000000" w:themeColor="text1"/>
          <w:sz w:val="38"/>
          <w:szCs w:val="38"/>
          <w:rtl/>
        </w:rPr>
        <w:t>وتستخدم</w:t>
      </w:r>
      <w:r w:rsidRPr="005117ED">
        <w:rPr>
          <w:rFonts w:cs="Sakkal Majalla"/>
          <w:color w:val="000000" w:themeColor="text1"/>
          <w:sz w:val="38"/>
          <w:szCs w:val="38"/>
        </w:rPr>
        <w:t xml:space="preserve"> </w:t>
      </w:r>
      <w:r w:rsidRPr="005117ED">
        <w:rPr>
          <w:rFonts w:cs="Sakkal Majalla"/>
          <w:color w:val="000000" w:themeColor="text1"/>
          <w:sz w:val="38"/>
          <w:szCs w:val="38"/>
          <w:rtl/>
        </w:rPr>
        <w:t>اختبارات</w:t>
      </w:r>
      <w:r w:rsidRPr="005117ED">
        <w:rPr>
          <w:rFonts w:cs="Sakkal Majalla"/>
          <w:color w:val="000000" w:themeColor="text1"/>
          <w:sz w:val="38"/>
          <w:szCs w:val="38"/>
        </w:rPr>
        <w:t xml:space="preserve"> </w:t>
      </w:r>
      <w:r w:rsidRPr="005117ED">
        <w:rPr>
          <w:rFonts w:cs="Sakkal Majalla"/>
          <w:color w:val="000000" w:themeColor="text1"/>
          <w:sz w:val="38"/>
          <w:szCs w:val="38"/>
          <w:rtl/>
        </w:rPr>
        <w:t>لاحقة</w:t>
      </w:r>
      <w:r w:rsidRPr="005117ED">
        <w:rPr>
          <w:rFonts w:cs="Sakkal Majalla"/>
          <w:color w:val="000000" w:themeColor="text1"/>
          <w:sz w:val="38"/>
          <w:szCs w:val="38"/>
        </w:rPr>
        <w:t xml:space="preserve"> </w:t>
      </w:r>
      <w:r w:rsidRPr="005117ED">
        <w:rPr>
          <w:rFonts w:cs="Sakkal Majalla"/>
          <w:color w:val="000000" w:themeColor="text1"/>
          <w:sz w:val="38"/>
          <w:szCs w:val="38"/>
          <w:rtl/>
        </w:rPr>
        <w:t>عند</w:t>
      </w:r>
      <w:r w:rsidRPr="005117ED">
        <w:rPr>
          <w:rFonts w:cs="Sakkal Majalla"/>
          <w:color w:val="000000" w:themeColor="text1"/>
          <w:sz w:val="38"/>
          <w:szCs w:val="38"/>
        </w:rPr>
        <w:t xml:space="preserve"> </w:t>
      </w:r>
      <w:r w:rsidRPr="005117ED">
        <w:rPr>
          <w:rFonts w:cs="Sakkal Majalla"/>
          <w:color w:val="000000" w:themeColor="text1"/>
          <w:sz w:val="38"/>
          <w:szCs w:val="38"/>
          <w:rtl/>
        </w:rPr>
        <w:t>ظهور</w:t>
      </w:r>
      <w:r w:rsidRPr="005117ED">
        <w:rPr>
          <w:rFonts w:cs="Sakkal Majalla"/>
          <w:color w:val="000000" w:themeColor="text1"/>
          <w:sz w:val="38"/>
          <w:szCs w:val="38"/>
        </w:rPr>
        <w:t xml:space="preserve"> </w:t>
      </w:r>
      <w:r w:rsidRPr="005117ED">
        <w:rPr>
          <w:rFonts w:cs="Sakkal Majalla"/>
          <w:color w:val="000000" w:themeColor="text1"/>
          <w:sz w:val="38"/>
          <w:szCs w:val="38"/>
          <w:rtl/>
        </w:rPr>
        <w:t>فرق</w:t>
      </w:r>
      <w:r w:rsidRPr="005117ED">
        <w:rPr>
          <w:rFonts w:cs="Sakkal Majalla"/>
          <w:color w:val="000000" w:themeColor="text1"/>
          <w:sz w:val="38"/>
          <w:szCs w:val="38"/>
        </w:rPr>
        <w:t xml:space="preserve"> </w:t>
      </w:r>
      <w:r w:rsidRPr="005117ED">
        <w:rPr>
          <w:rFonts w:cs="Sakkal Majalla"/>
          <w:color w:val="000000" w:themeColor="text1"/>
          <w:sz w:val="38"/>
          <w:szCs w:val="38"/>
          <w:rtl/>
        </w:rPr>
        <w:t>دال</w:t>
      </w:r>
      <w:r w:rsidRPr="005117ED">
        <w:rPr>
          <w:rFonts w:cs="Sakkal Majalla"/>
          <w:color w:val="000000" w:themeColor="text1"/>
          <w:sz w:val="38"/>
          <w:szCs w:val="38"/>
        </w:rPr>
        <w:t xml:space="preserve">. </w:t>
      </w:r>
      <w:r w:rsidRPr="005117ED">
        <w:rPr>
          <w:rFonts w:cs="Sakkal Majalla"/>
          <w:color w:val="000000" w:themeColor="text1"/>
          <w:sz w:val="38"/>
          <w:szCs w:val="38"/>
          <w:rtl/>
        </w:rPr>
        <w:t>أما</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غياب</w:t>
      </w:r>
      <w:r w:rsidRPr="005117ED">
        <w:rPr>
          <w:rFonts w:cs="Sakkal Majalla"/>
          <w:color w:val="000000" w:themeColor="text1"/>
          <w:sz w:val="38"/>
          <w:szCs w:val="38"/>
        </w:rPr>
        <w:t xml:space="preserve"> </w:t>
      </w:r>
      <w:r w:rsidRPr="005117ED">
        <w:rPr>
          <w:rFonts w:cs="Sakkal Majalla"/>
          <w:color w:val="000000" w:themeColor="text1"/>
          <w:sz w:val="38"/>
          <w:szCs w:val="38"/>
          <w:rtl/>
        </w:rPr>
        <w:t>الدلالة</w:t>
      </w:r>
      <w:r w:rsidRPr="005117ED">
        <w:rPr>
          <w:rFonts w:cs="Sakkal Majalla"/>
          <w:color w:val="000000" w:themeColor="text1"/>
          <w:sz w:val="38"/>
          <w:szCs w:val="38"/>
        </w:rPr>
        <w:t xml:space="preserve"> </w:t>
      </w:r>
      <w:r w:rsidRPr="005117ED">
        <w:rPr>
          <w:rFonts w:cs="Sakkal Majalla"/>
          <w:color w:val="000000" w:themeColor="text1"/>
          <w:sz w:val="38"/>
          <w:szCs w:val="38"/>
          <w:rtl/>
        </w:rPr>
        <w:t>فلا</w:t>
      </w:r>
      <w:r w:rsidRPr="005117ED">
        <w:rPr>
          <w:rFonts w:cs="Sakkal Majalla"/>
          <w:color w:val="000000" w:themeColor="text1"/>
          <w:sz w:val="38"/>
          <w:szCs w:val="38"/>
        </w:rPr>
        <w:t xml:space="preserve"> </w:t>
      </w:r>
      <w:r w:rsidRPr="005117ED">
        <w:rPr>
          <w:rFonts w:cs="Sakkal Majalla"/>
          <w:color w:val="000000" w:themeColor="text1"/>
          <w:sz w:val="38"/>
          <w:szCs w:val="38"/>
          <w:rtl/>
        </w:rPr>
        <w:t>يقال</w:t>
      </w:r>
      <w:r w:rsidRPr="005117ED">
        <w:rPr>
          <w:rFonts w:cs="Sakkal Majalla"/>
          <w:color w:val="000000" w:themeColor="text1"/>
          <w:sz w:val="38"/>
          <w:szCs w:val="38"/>
        </w:rPr>
        <w:t xml:space="preserve"> </w:t>
      </w:r>
      <w:r w:rsidRPr="005117ED">
        <w:rPr>
          <w:rFonts w:cs="Sakkal Majalla"/>
          <w:color w:val="000000" w:themeColor="text1"/>
          <w:sz w:val="38"/>
          <w:szCs w:val="38"/>
          <w:rtl/>
        </w:rPr>
        <w:t>إن</w:t>
      </w:r>
      <w:r w:rsidRPr="005117ED">
        <w:rPr>
          <w:rFonts w:cs="Sakkal Majalla"/>
          <w:color w:val="000000" w:themeColor="text1"/>
          <w:sz w:val="38"/>
          <w:szCs w:val="38"/>
        </w:rPr>
        <w:t xml:space="preserve"> </w:t>
      </w:r>
      <w:r w:rsidRPr="005117ED">
        <w:rPr>
          <w:rFonts w:cs="Sakkal Majalla"/>
          <w:color w:val="000000" w:themeColor="text1"/>
          <w:sz w:val="38"/>
          <w:szCs w:val="38"/>
          <w:rtl/>
        </w:rPr>
        <w:t>الفئات</w:t>
      </w:r>
      <w:r w:rsidRPr="005117ED">
        <w:rPr>
          <w:rFonts w:cs="Sakkal Majalla"/>
          <w:color w:val="000000" w:themeColor="text1"/>
          <w:sz w:val="38"/>
          <w:szCs w:val="38"/>
        </w:rPr>
        <w:t xml:space="preserve"> </w:t>
      </w:r>
      <w:r w:rsidRPr="005117ED">
        <w:rPr>
          <w:rFonts w:cs="Sakkal Majalla"/>
          <w:color w:val="000000" w:themeColor="text1"/>
          <w:sz w:val="38"/>
          <w:szCs w:val="38"/>
          <w:rtl/>
        </w:rPr>
        <w:t>متطابقة،</w:t>
      </w:r>
      <w:r w:rsidRPr="005117ED">
        <w:rPr>
          <w:rFonts w:cs="Sakkal Majalla"/>
          <w:color w:val="000000" w:themeColor="text1"/>
          <w:sz w:val="38"/>
          <w:szCs w:val="38"/>
        </w:rPr>
        <w:t xml:space="preserve"> </w:t>
      </w:r>
      <w:r w:rsidRPr="005117ED">
        <w:rPr>
          <w:rFonts w:cs="Sakkal Majalla"/>
          <w:color w:val="000000" w:themeColor="text1"/>
          <w:sz w:val="38"/>
          <w:szCs w:val="38"/>
          <w:rtl/>
        </w:rPr>
        <w:t>بل</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توجد</w:t>
      </w:r>
      <w:r w:rsidRPr="005117ED">
        <w:rPr>
          <w:rFonts w:cs="Sakkal Majalla"/>
          <w:color w:val="000000" w:themeColor="text1"/>
          <w:sz w:val="38"/>
          <w:szCs w:val="38"/>
        </w:rPr>
        <w:t xml:space="preserve"> </w:t>
      </w:r>
      <w:r w:rsidRPr="005117ED">
        <w:rPr>
          <w:rFonts w:cs="Sakkal Majalla"/>
          <w:color w:val="000000" w:themeColor="text1"/>
          <w:sz w:val="38"/>
          <w:szCs w:val="38"/>
          <w:rtl/>
        </w:rPr>
        <w:t>أدلة</w:t>
      </w:r>
      <w:r w:rsidRPr="005117ED">
        <w:rPr>
          <w:rFonts w:cs="Sakkal Majalla"/>
          <w:color w:val="000000" w:themeColor="text1"/>
          <w:sz w:val="38"/>
          <w:szCs w:val="38"/>
        </w:rPr>
        <w:t xml:space="preserve"> </w:t>
      </w:r>
      <w:r w:rsidRPr="005117ED">
        <w:rPr>
          <w:rFonts w:cs="Sakkal Majalla"/>
          <w:color w:val="000000" w:themeColor="text1"/>
          <w:sz w:val="38"/>
          <w:szCs w:val="38"/>
          <w:rtl/>
        </w:rPr>
        <w:t>كافية</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فرق</w:t>
      </w:r>
      <w:r w:rsidRPr="005117ED">
        <w:rPr>
          <w:rFonts w:cs="Sakkal Majalla"/>
          <w:color w:val="000000" w:themeColor="text1"/>
          <w:sz w:val="38"/>
          <w:szCs w:val="38"/>
        </w:rPr>
        <w:t xml:space="preserve"> </w:t>
      </w:r>
      <w:r w:rsidRPr="005117ED">
        <w:rPr>
          <w:rFonts w:cs="Sakkal Majalla"/>
          <w:color w:val="000000" w:themeColor="text1"/>
          <w:sz w:val="38"/>
          <w:szCs w:val="38"/>
          <w:rtl/>
        </w:rPr>
        <w:t>ضمن</w:t>
      </w:r>
      <w:r w:rsidRPr="005117ED">
        <w:rPr>
          <w:rFonts w:cs="Sakkal Majalla"/>
          <w:color w:val="000000" w:themeColor="text1"/>
          <w:sz w:val="38"/>
          <w:szCs w:val="38"/>
        </w:rPr>
        <w:t xml:space="preserve"> </w:t>
      </w:r>
      <w:r w:rsidRPr="005117ED">
        <w:rPr>
          <w:rFonts w:cs="Sakkal Majalla"/>
          <w:color w:val="000000" w:themeColor="text1"/>
          <w:sz w:val="38"/>
          <w:szCs w:val="38"/>
          <w:rtl/>
        </w:rPr>
        <w:t>العينة</w:t>
      </w:r>
      <w:r w:rsidRPr="005117ED">
        <w:rPr>
          <w:rFonts w:cs="Sakkal Majalla"/>
          <w:color w:val="000000" w:themeColor="text1"/>
          <w:sz w:val="38"/>
          <w:szCs w:val="38"/>
        </w:rPr>
        <w:t xml:space="preserve"> </w:t>
      </w:r>
      <w:r w:rsidRPr="005117ED">
        <w:rPr>
          <w:rFonts w:cs="Sakkal Majalla"/>
          <w:color w:val="000000" w:themeColor="text1"/>
          <w:sz w:val="38"/>
          <w:szCs w:val="38"/>
          <w:rtl/>
        </w:rPr>
        <w:t>والحجم</w:t>
      </w:r>
      <w:r w:rsidRPr="005117ED">
        <w:rPr>
          <w:rFonts w:cs="Sakkal Majalla"/>
          <w:color w:val="000000" w:themeColor="text1"/>
          <w:sz w:val="38"/>
          <w:szCs w:val="38"/>
        </w:rPr>
        <w:t xml:space="preserve"> </w:t>
      </w:r>
      <w:r w:rsidRPr="005117ED">
        <w:rPr>
          <w:rFonts w:cs="Sakkal Majalla"/>
          <w:color w:val="000000" w:themeColor="text1"/>
          <w:sz w:val="38"/>
          <w:szCs w:val="38"/>
          <w:rtl/>
        </w:rPr>
        <w:t>المستخدم</w:t>
      </w:r>
      <w:r w:rsidRPr="005117ED">
        <w:rPr>
          <w:rFonts w:cs="Sakkal Majalla"/>
          <w:color w:val="000000" w:themeColor="text1"/>
          <w:sz w:val="38"/>
          <w:szCs w:val="38"/>
        </w:rPr>
        <w:t xml:space="preserve">. </w:t>
      </w:r>
      <w:r w:rsidRPr="005117ED">
        <w:rPr>
          <w:rFonts w:cs="Sakkal Majalla"/>
          <w:color w:val="000000" w:themeColor="text1"/>
          <w:sz w:val="38"/>
          <w:szCs w:val="38"/>
          <w:rtl/>
        </w:rPr>
        <w:t>ويعتمد</w:t>
      </w:r>
      <w:r w:rsidRPr="005117ED">
        <w:rPr>
          <w:rFonts w:cs="Sakkal Majalla"/>
          <w:color w:val="000000" w:themeColor="text1"/>
          <w:sz w:val="38"/>
          <w:szCs w:val="38"/>
        </w:rPr>
        <w:t xml:space="preserve"> </w:t>
      </w:r>
      <w:r w:rsidRPr="005117ED">
        <w:rPr>
          <w:rFonts w:cs="Sakkal Majalla"/>
          <w:color w:val="000000" w:themeColor="text1"/>
          <w:sz w:val="38"/>
          <w:szCs w:val="38"/>
          <w:rtl/>
        </w:rPr>
        <w:t>مستوى</w:t>
      </w:r>
      <w:r w:rsidRPr="005117ED">
        <w:rPr>
          <w:rFonts w:cs="Sakkal Majalla"/>
          <w:color w:val="000000" w:themeColor="text1"/>
          <w:sz w:val="38"/>
          <w:szCs w:val="38"/>
        </w:rPr>
        <w:t xml:space="preserve"> 0.05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عرض</w:t>
      </w:r>
      <w:r w:rsidRPr="005117ED">
        <w:rPr>
          <w:rFonts w:cs="Sakkal Majalla"/>
          <w:color w:val="000000" w:themeColor="text1"/>
          <w:sz w:val="38"/>
          <w:szCs w:val="38"/>
        </w:rPr>
        <w:t xml:space="preserve"> </w:t>
      </w:r>
      <w:r w:rsidRPr="005117ED">
        <w:rPr>
          <w:rFonts w:cs="Sakkal Majalla"/>
          <w:color w:val="000000" w:themeColor="text1"/>
          <w:sz w:val="38"/>
          <w:szCs w:val="38"/>
          <w:rtl/>
        </w:rPr>
        <w:t>قيم</w:t>
      </w:r>
      <w:r w:rsidRPr="005117ED">
        <w:rPr>
          <w:rFonts w:cs="Sakkal Majalla"/>
          <w:color w:val="000000" w:themeColor="text1"/>
          <w:sz w:val="38"/>
          <w:szCs w:val="38"/>
        </w:rPr>
        <w:t xml:space="preserve"> </w:t>
      </w:r>
      <w:r w:rsidRPr="005117ED">
        <w:rPr>
          <w:rFonts w:cs="Sakkal Majalla"/>
          <w:color w:val="000000" w:themeColor="text1"/>
          <w:sz w:val="38"/>
          <w:szCs w:val="38"/>
          <w:rtl/>
        </w:rPr>
        <w:t>الدلالة</w:t>
      </w:r>
      <w:r w:rsidRPr="005117ED">
        <w:rPr>
          <w:rFonts w:cs="Sakkal Majalla"/>
          <w:color w:val="000000" w:themeColor="text1"/>
          <w:sz w:val="38"/>
          <w:szCs w:val="38"/>
        </w:rPr>
        <w:t xml:space="preserve"> </w:t>
      </w:r>
      <w:r w:rsidRPr="005117ED">
        <w:rPr>
          <w:rFonts w:cs="Sakkal Majalla"/>
          <w:color w:val="000000" w:themeColor="text1"/>
          <w:sz w:val="38"/>
          <w:szCs w:val="38"/>
          <w:rtl/>
        </w:rPr>
        <w:t>وحجم</w:t>
      </w:r>
      <w:r w:rsidRPr="005117ED">
        <w:rPr>
          <w:rFonts w:cs="Sakkal Majalla"/>
          <w:color w:val="000000" w:themeColor="text1"/>
          <w:sz w:val="38"/>
          <w:szCs w:val="38"/>
        </w:rPr>
        <w:t xml:space="preserve"> </w:t>
      </w:r>
      <w:r w:rsidRPr="005117ED">
        <w:rPr>
          <w:rFonts w:cs="Sakkal Majalla"/>
          <w:color w:val="000000" w:themeColor="text1"/>
          <w:sz w:val="38"/>
          <w:szCs w:val="38"/>
          <w:rtl/>
        </w:rPr>
        <w:t>الأثر</w:t>
      </w:r>
      <w:r w:rsidRPr="005117ED">
        <w:rPr>
          <w:rFonts w:cs="Sakkal Majalla"/>
          <w:color w:val="000000" w:themeColor="text1"/>
          <w:sz w:val="38"/>
          <w:szCs w:val="38"/>
        </w:rPr>
        <w:t xml:space="preserve"> </w:t>
      </w:r>
      <w:r w:rsidRPr="005117ED">
        <w:rPr>
          <w:rFonts w:cs="Sakkal Majalla"/>
          <w:color w:val="000000" w:themeColor="text1"/>
          <w:sz w:val="38"/>
          <w:szCs w:val="38"/>
          <w:rtl/>
        </w:rPr>
        <w:t>عند</w:t>
      </w:r>
      <w:r w:rsidRPr="005117ED">
        <w:rPr>
          <w:rFonts w:cs="Sakkal Majalla"/>
          <w:color w:val="000000" w:themeColor="text1"/>
          <w:sz w:val="38"/>
          <w:szCs w:val="38"/>
        </w:rPr>
        <w:t xml:space="preserve"> </w:t>
      </w:r>
      <w:r w:rsidRPr="005117ED">
        <w:rPr>
          <w:rFonts w:cs="Sakkal Majalla"/>
          <w:color w:val="000000" w:themeColor="text1"/>
          <w:sz w:val="38"/>
          <w:szCs w:val="38"/>
          <w:rtl/>
        </w:rPr>
        <w:t>الإمكان</w:t>
      </w:r>
      <w:r w:rsidRPr="005117ED">
        <w:rPr>
          <w:rFonts w:cs="Sakkal Majalla"/>
          <w:color w:val="000000" w:themeColor="text1"/>
          <w:sz w:val="38"/>
          <w:szCs w:val="38"/>
        </w:rPr>
        <w:t>.</w:t>
      </w:r>
    </w:p>
    <w:p w:rsidR="00FD5E07" w:rsidRPr="005117ED" w:rsidRDefault="00FD5E07" w:rsidP="00FD5E07">
      <w:pPr>
        <w:spacing w:before="0"/>
        <w:ind w:firstLine="0"/>
        <w:jc w:val="left"/>
        <w:outlineLvl w:val="0"/>
        <w:rPr>
          <w:rFonts w:eastAsia="Times New Roman" w:cs="Sakkal Majalla"/>
          <w:b/>
          <w:bCs/>
          <w:color w:val="000000" w:themeColor="text1"/>
          <w:sz w:val="40"/>
          <w:szCs w:val="40"/>
        </w:rPr>
      </w:pPr>
      <w:bookmarkStart w:id="68" w:name="_Toc233322016"/>
      <w:r w:rsidRPr="005117ED">
        <w:rPr>
          <w:rFonts w:eastAsia="Times New Roman" w:cs="Sakkal Majalla"/>
          <w:b/>
          <w:bCs/>
          <w:color w:val="000000" w:themeColor="text1"/>
          <w:sz w:val="40"/>
          <w:szCs w:val="40"/>
          <w:rtl/>
        </w:rPr>
        <w:t>الثالث</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عشر</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الاعتبارات</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الأخلاقية</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ونزاهة</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البيانات</w:t>
      </w:r>
      <w:bookmarkEnd w:id="68"/>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تستند</w:t>
      </w:r>
      <w:r w:rsidRPr="005117ED">
        <w:rPr>
          <w:rFonts w:cs="Sakkal Majalla"/>
          <w:color w:val="000000" w:themeColor="text1"/>
          <w:sz w:val="38"/>
          <w:szCs w:val="38"/>
        </w:rPr>
        <w:t xml:space="preserve"> </w:t>
      </w:r>
      <w:r w:rsidRPr="005117ED">
        <w:rPr>
          <w:rFonts w:cs="Sakkal Majalla"/>
          <w:color w:val="000000" w:themeColor="text1"/>
          <w:sz w:val="38"/>
          <w:szCs w:val="38"/>
          <w:rtl/>
        </w:rPr>
        <w:t>الاعتبارات</w:t>
      </w:r>
      <w:r w:rsidRPr="005117ED">
        <w:rPr>
          <w:rFonts w:cs="Sakkal Majalla"/>
          <w:color w:val="000000" w:themeColor="text1"/>
          <w:sz w:val="38"/>
          <w:szCs w:val="38"/>
        </w:rPr>
        <w:t xml:space="preserve"> </w:t>
      </w:r>
      <w:r w:rsidRPr="005117ED">
        <w:rPr>
          <w:rFonts w:cs="Sakkal Majalla"/>
          <w:color w:val="000000" w:themeColor="text1"/>
          <w:sz w:val="38"/>
          <w:szCs w:val="38"/>
          <w:rtl/>
        </w:rPr>
        <w:t>الأخلاقية</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الموافقة</w:t>
      </w:r>
      <w:r w:rsidRPr="005117ED">
        <w:rPr>
          <w:rFonts w:cs="Sakkal Majalla"/>
          <w:color w:val="000000" w:themeColor="text1"/>
          <w:sz w:val="38"/>
          <w:szCs w:val="38"/>
        </w:rPr>
        <w:t xml:space="preserve"> </w:t>
      </w:r>
      <w:r w:rsidRPr="005117ED">
        <w:rPr>
          <w:rFonts w:cs="Sakkal Majalla"/>
          <w:color w:val="000000" w:themeColor="text1"/>
          <w:sz w:val="38"/>
          <w:szCs w:val="38"/>
          <w:rtl/>
        </w:rPr>
        <w:t>المستنيرة</w:t>
      </w:r>
      <w:r w:rsidRPr="005117ED">
        <w:rPr>
          <w:rFonts w:cs="Sakkal Majalla"/>
          <w:color w:val="000000" w:themeColor="text1"/>
          <w:sz w:val="38"/>
          <w:szCs w:val="38"/>
        </w:rPr>
        <w:t xml:space="preserve"> </w:t>
      </w:r>
      <w:r w:rsidRPr="005117ED">
        <w:rPr>
          <w:rFonts w:cs="Sakkal Majalla"/>
          <w:color w:val="000000" w:themeColor="text1"/>
          <w:sz w:val="38"/>
          <w:szCs w:val="38"/>
          <w:rtl/>
        </w:rPr>
        <w:t>والطوعية</w:t>
      </w:r>
      <w:r w:rsidRPr="005117ED">
        <w:rPr>
          <w:rFonts w:cs="Sakkal Majalla"/>
          <w:color w:val="000000" w:themeColor="text1"/>
          <w:sz w:val="38"/>
          <w:szCs w:val="38"/>
        </w:rPr>
        <w:t xml:space="preserve"> </w:t>
      </w:r>
      <w:r w:rsidRPr="005117ED">
        <w:rPr>
          <w:rFonts w:cs="Sakkal Majalla"/>
          <w:color w:val="000000" w:themeColor="text1"/>
          <w:sz w:val="38"/>
          <w:szCs w:val="38"/>
          <w:rtl/>
        </w:rPr>
        <w:t>والسرية</w:t>
      </w:r>
      <w:r w:rsidRPr="005117ED">
        <w:rPr>
          <w:rFonts w:cs="Sakkal Majalla"/>
          <w:color w:val="000000" w:themeColor="text1"/>
          <w:sz w:val="38"/>
          <w:szCs w:val="38"/>
        </w:rPr>
        <w:t xml:space="preserve"> </w:t>
      </w:r>
      <w:r w:rsidRPr="005117ED">
        <w:rPr>
          <w:rFonts w:cs="Sakkal Majalla"/>
          <w:color w:val="000000" w:themeColor="text1"/>
          <w:sz w:val="38"/>
          <w:szCs w:val="38"/>
          <w:rtl/>
        </w:rPr>
        <w:t>وتقليل</w:t>
      </w:r>
      <w:r w:rsidRPr="005117ED">
        <w:rPr>
          <w:rFonts w:cs="Sakkal Majalla"/>
          <w:color w:val="000000" w:themeColor="text1"/>
          <w:sz w:val="38"/>
          <w:szCs w:val="38"/>
        </w:rPr>
        <w:t xml:space="preserve"> </w:t>
      </w:r>
      <w:r w:rsidRPr="005117ED">
        <w:rPr>
          <w:rFonts w:cs="Sakkal Majalla"/>
          <w:color w:val="000000" w:themeColor="text1"/>
          <w:sz w:val="38"/>
          <w:szCs w:val="38"/>
          <w:rtl/>
        </w:rPr>
        <w:t>الضرر</w:t>
      </w:r>
      <w:r w:rsidRPr="005117ED">
        <w:rPr>
          <w:rFonts w:cs="Sakkal Majalla"/>
          <w:color w:val="000000" w:themeColor="text1"/>
          <w:sz w:val="38"/>
          <w:szCs w:val="38"/>
        </w:rPr>
        <w:t xml:space="preserve"> </w:t>
      </w:r>
      <w:r w:rsidRPr="005117ED">
        <w:rPr>
          <w:rFonts w:cs="Sakkal Majalla"/>
          <w:color w:val="000000" w:themeColor="text1"/>
          <w:sz w:val="38"/>
          <w:szCs w:val="38"/>
          <w:rtl/>
        </w:rPr>
        <w:t>والنزاهة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التقرير</w:t>
      </w:r>
      <w:r w:rsidRPr="005117ED">
        <w:rPr>
          <w:rFonts w:cs="Sakkal Majalla"/>
          <w:color w:val="000000" w:themeColor="text1"/>
          <w:sz w:val="38"/>
          <w:szCs w:val="38"/>
        </w:rPr>
        <w:t xml:space="preserve">. </w:t>
      </w:r>
      <w:r w:rsidRPr="005117ED">
        <w:rPr>
          <w:rFonts w:cs="Sakkal Majalla"/>
          <w:color w:val="000000" w:themeColor="text1"/>
          <w:sz w:val="38"/>
          <w:szCs w:val="38"/>
          <w:rtl/>
        </w:rPr>
        <w:t>ويجب</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يعرف</w:t>
      </w:r>
      <w:r w:rsidRPr="005117ED">
        <w:rPr>
          <w:rFonts w:cs="Sakkal Majalla"/>
          <w:color w:val="000000" w:themeColor="text1"/>
          <w:sz w:val="38"/>
          <w:szCs w:val="38"/>
        </w:rPr>
        <w:t xml:space="preserve"> </w:t>
      </w:r>
      <w:r w:rsidRPr="005117ED">
        <w:rPr>
          <w:rFonts w:cs="Sakkal Majalla"/>
          <w:color w:val="000000" w:themeColor="text1"/>
          <w:sz w:val="38"/>
          <w:szCs w:val="38"/>
          <w:rtl/>
        </w:rPr>
        <w:t>المشارك</w:t>
      </w:r>
      <w:r w:rsidRPr="005117ED">
        <w:rPr>
          <w:rFonts w:cs="Sakkal Majalla"/>
          <w:color w:val="000000" w:themeColor="text1"/>
          <w:sz w:val="38"/>
          <w:szCs w:val="38"/>
        </w:rPr>
        <w:t xml:space="preserve"> </w:t>
      </w:r>
      <w:r w:rsidRPr="005117ED">
        <w:rPr>
          <w:rFonts w:cs="Sakkal Majalla"/>
          <w:color w:val="000000" w:themeColor="text1"/>
          <w:sz w:val="38"/>
          <w:szCs w:val="38"/>
          <w:rtl/>
        </w:rPr>
        <w:t>طبيعة</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والوقت</w:t>
      </w:r>
      <w:r w:rsidRPr="005117ED">
        <w:rPr>
          <w:rFonts w:cs="Sakkal Majalla"/>
          <w:color w:val="000000" w:themeColor="text1"/>
          <w:sz w:val="38"/>
          <w:szCs w:val="38"/>
        </w:rPr>
        <w:t xml:space="preserve"> </w:t>
      </w:r>
      <w:r w:rsidRPr="005117ED">
        <w:rPr>
          <w:rFonts w:cs="Sakkal Majalla"/>
          <w:color w:val="000000" w:themeColor="text1"/>
          <w:sz w:val="38"/>
          <w:szCs w:val="38"/>
          <w:rtl/>
        </w:rPr>
        <w:t>المتوقع</w:t>
      </w:r>
      <w:r w:rsidRPr="005117ED">
        <w:rPr>
          <w:rFonts w:cs="Sakkal Majalla"/>
          <w:color w:val="000000" w:themeColor="text1"/>
          <w:sz w:val="38"/>
          <w:szCs w:val="38"/>
        </w:rPr>
        <w:t xml:space="preserve"> </w:t>
      </w:r>
      <w:r w:rsidRPr="005117ED">
        <w:rPr>
          <w:rFonts w:cs="Sakkal Majalla"/>
          <w:color w:val="000000" w:themeColor="text1"/>
          <w:sz w:val="38"/>
          <w:szCs w:val="38"/>
          <w:rtl/>
        </w:rPr>
        <w:t>وحقه</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عدم</w:t>
      </w:r>
      <w:r w:rsidRPr="005117ED">
        <w:rPr>
          <w:rFonts w:cs="Sakkal Majalla"/>
          <w:color w:val="000000" w:themeColor="text1"/>
          <w:sz w:val="38"/>
          <w:szCs w:val="38"/>
        </w:rPr>
        <w:t xml:space="preserve"> </w:t>
      </w:r>
      <w:r w:rsidRPr="005117ED">
        <w:rPr>
          <w:rFonts w:cs="Sakkal Majalla"/>
          <w:color w:val="000000" w:themeColor="text1"/>
          <w:sz w:val="38"/>
          <w:szCs w:val="38"/>
          <w:rtl/>
        </w:rPr>
        <w:t>الإجابة</w:t>
      </w:r>
      <w:r w:rsidRPr="005117ED">
        <w:rPr>
          <w:rFonts w:cs="Sakkal Majalla"/>
          <w:color w:val="000000" w:themeColor="text1"/>
          <w:sz w:val="38"/>
          <w:szCs w:val="38"/>
        </w:rPr>
        <w:t xml:space="preserve"> </w:t>
      </w:r>
      <w:r w:rsidRPr="005117ED">
        <w:rPr>
          <w:rFonts w:cs="Sakkal Majalla"/>
          <w:color w:val="000000" w:themeColor="text1"/>
          <w:sz w:val="38"/>
          <w:szCs w:val="38"/>
          <w:rtl/>
        </w:rPr>
        <w:t>أو</w:t>
      </w:r>
      <w:r w:rsidRPr="005117ED">
        <w:rPr>
          <w:rFonts w:cs="Sakkal Majalla"/>
          <w:color w:val="000000" w:themeColor="text1"/>
          <w:sz w:val="38"/>
          <w:szCs w:val="38"/>
        </w:rPr>
        <w:t xml:space="preserve"> </w:t>
      </w:r>
      <w:r w:rsidRPr="005117ED">
        <w:rPr>
          <w:rFonts w:cs="Sakkal Majalla"/>
          <w:color w:val="000000" w:themeColor="text1"/>
          <w:sz w:val="38"/>
          <w:szCs w:val="38"/>
          <w:rtl/>
        </w:rPr>
        <w:t>الانسحاب</w:t>
      </w:r>
      <w:r w:rsidRPr="005117ED">
        <w:rPr>
          <w:rFonts w:cs="Sakkal Majalla"/>
          <w:color w:val="000000" w:themeColor="text1"/>
          <w:sz w:val="38"/>
          <w:szCs w:val="38"/>
        </w:rPr>
        <w:t xml:space="preserve"> </w:t>
      </w:r>
      <w:r w:rsidRPr="005117ED">
        <w:rPr>
          <w:rFonts w:cs="Sakkal Majalla"/>
          <w:color w:val="000000" w:themeColor="text1"/>
          <w:sz w:val="38"/>
          <w:szCs w:val="38"/>
          <w:rtl/>
        </w:rPr>
        <w:t>قبل</w:t>
      </w:r>
      <w:r w:rsidRPr="005117ED">
        <w:rPr>
          <w:rFonts w:cs="Sakkal Majalla"/>
          <w:color w:val="000000" w:themeColor="text1"/>
          <w:sz w:val="38"/>
          <w:szCs w:val="38"/>
        </w:rPr>
        <w:t xml:space="preserve"> </w:t>
      </w:r>
      <w:r w:rsidRPr="005117ED">
        <w:rPr>
          <w:rFonts w:cs="Sakkal Majalla"/>
          <w:color w:val="000000" w:themeColor="text1"/>
          <w:sz w:val="38"/>
          <w:szCs w:val="38"/>
          <w:rtl/>
        </w:rPr>
        <w:t>الإرسال</w:t>
      </w:r>
      <w:r w:rsidRPr="005117ED">
        <w:rPr>
          <w:rFonts w:cs="Sakkal Majalla"/>
          <w:color w:val="000000" w:themeColor="text1"/>
          <w:sz w:val="38"/>
          <w:szCs w:val="38"/>
        </w:rPr>
        <w:t xml:space="preserve">. </w:t>
      </w:r>
      <w:r w:rsidRPr="005117ED">
        <w:rPr>
          <w:rFonts w:cs="Sakkal Majalla"/>
          <w:color w:val="000000" w:themeColor="text1"/>
          <w:sz w:val="38"/>
          <w:szCs w:val="38"/>
          <w:rtl/>
        </w:rPr>
        <w:t>ولا</w:t>
      </w:r>
      <w:r w:rsidRPr="005117ED">
        <w:rPr>
          <w:rFonts w:cs="Sakkal Majalla"/>
          <w:color w:val="000000" w:themeColor="text1"/>
          <w:sz w:val="38"/>
          <w:szCs w:val="38"/>
        </w:rPr>
        <w:t xml:space="preserve"> </w:t>
      </w:r>
      <w:r w:rsidRPr="005117ED">
        <w:rPr>
          <w:rFonts w:cs="Sakkal Majalla"/>
          <w:color w:val="000000" w:themeColor="text1"/>
          <w:sz w:val="38"/>
          <w:szCs w:val="38"/>
          <w:rtl/>
        </w:rPr>
        <w:t>ترتبط</w:t>
      </w:r>
      <w:r w:rsidRPr="005117ED">
        <w:rPr>
          <w:rFonts w:cs="Sakkal Majalla"/>
          <w:color w:val="000000" w:themeColor="text1"/>
          <w:sz w:val="38"/>
          <w:szCs w:val="38"/>
        </w:rPr>
        <w:t xml:space="preserve"> </w:t>
      </w:r>
      <w:r w:rsidRPr="005117ED">
        <w:rPr>
          <w:rFonts w:cs="Sakkal Majalla"/>
          <w:color w:val="000000" w:themeColor="text1"/>
          <w:sz w:val="38"/>
          <w:szCs w:val="38"/>
          <w:rtl/>
        </w:rPr>
        <w:t>المشاركة</w:t>
      </w:r>
      <w:r w:rsidRPr="005117ED">
        <w:rPr>
          <w:rFonts w:cs="Sakkal Majalla"/>
          <w:color w:val="000000" w:themeColor="text1"/>
          <w:sz w:val="38"/>
          <w:szCs w:val="38"/>
        </w:rPr>
        <w:t xml:space="preserve"> </w:t>
      </w:r>
      <w:r w:rsidRPr="005117ED">
        <w:rPr>
          <w:rFonts w:cs="Sakkal Majalla"/>
          <w:color w:val="000000" w:themeColor="text1"/>
          <w:sz w:val="38"/>
          <w:szCs w:val="38"/>
          <w:rtl/>
        </w:rPr>
        <w:t>بتقييم</w:t>
      </w:r>
      <w:r w:rsidRPr="005117ED">
        <w:rPr>
          <w:rFonts w:cs="Sakkal Majalla"/>
          <w:color w:val="000000" w:themeColor="text1"/>
          <w:sz w:val="38"/>
          <w:szCs w:val="38"/>
        </w:rPr>
        <w:t xml:space="preserve"> </w:t>
      </w:r>
      <w:r w:rsidRPr="005117ED">
        <w:rPr>
          <w:rFonts w:cs="Sakkal Majalla"/>
          <w:color w:val="000000" w:themeColor="text1"/>
          <w:sz w:val="38"/>
          <w:szCs w:val="38"/>
          <w:rtl/>
        </w:rPr>
        <w:t>وظيفي</w:t>
      </w:r>
      <w:r w:rsidRPr="005117ED">
        <w:rPr>
          <w:rFonts w:cs="Sakkal Majalla"/>
          <w:color w:val="000000" w:themeColor="text1"/>
          <w:sz w:val="38"/>
          <w:szCs w:val="38"/>
        </w:rPr>
        <w:t xml:space="preserve"> </w:t>
      </w:r>
      <w:r w:rsidRPr="005117ED">
        <w:rPr>
          <w:rFonts w:cs="Sakkal Majalla"/>
          <w:color w:val="000000" w:themeColor="text1"/>
          <w:sz w:val="38"/>
          <w:szCs w:val="38"/>
          <w:rtl/>
        </w:rPr>
        <w:t>أو</w:t>
      </w:r>
      <w:r w:rsidRPr="005117ED">
        <w:rPr>
          <w:rFonts w:cs="Sakkal Majalla"/>
          <w:color w:val="000000" w:themeColor="text1"/>
          <w:sz w:val="38"/>
          <w:szCs w:val="38"/>
        </w:rPr>
        <w:t xml:space="preserve"> </w:t>
      </w:r>
      <w:r w:rsidRPr="005117ED">
        <w:rPr>
          <w:rFonts w:cs="Sakkal Majalla"/>
          <w:color w:val="000000" w:themeColor="text1"/>
          <w:sz w:val="38"/>
          <w:szCs w:val="38"/>
          <w:rtl/>
        </w:rPr>
        <w:t>مكافأة</w:t>
      </w:r>
      <w:r w:rsidRPr="005117ED">
        <w:rPr>
          <w:rFonts w:cs="Sakkal Majalla"/>
          <w:color w:val="000000" w:themeColor="text1"/>
          <w:sz w:val="38"/>
          <w:szCs w:val="38"/>
        </w:rPr>
        <w:t xml:space="preserve"> </w:t>
      </w:r>
      <w:r w:rsidRPr="005117ED">
        <w:rPr>
          <w:rFonts w:cs="Sakkal Majalla"/>
          <w:color w:val="000000" w:themeColor="text1"/>
          <w:sz w:val="38"/>
          <w:szCs w:val="38"/>
          <w:rtl/>
        </w:rPr>
        <w:t>قد</w:t>
      </w:r>
      <w:r w:rsidRPr="005117ED">
        <w:rPr>
          <w:rFonts w:cs="Sakkal Majalla"/>
          <w:color w:val="000000" w:themeColor="text1"/>
          <w:sz w:val="38"/>
          <w:szCs w:val="38"/>
        </w:rPr>
        <w:t xml:space="preserve"> </w:t>
      </w:r>
      <w:r w:rsidRPr="005117ED">
        <w:rPr>
          <w:rFonts w:cs="Sakkal Majalla"/>
          <w:color w:val="000000" w:themeColor="text1"/>
          <w:sz w:val="38"/>
          <w:szCs w:val="38"/>
          <w:rtl/>
        </w:rPr>
        <w:t>تخلق</w:t>
      </w:r>
      <w:r w:rsidRPr="005117ED">
        <w:rPr>
          <w:rFonts w:cs="Sakkal Majalla"/>
          <w:color w:val="000000" w:themeColor="text1"/>
          <w:sz w:val="38"/>
          <w:szCs w:val="38"/>
        </w:rPr>
        <w:t xml:space="preserve"> </w:t>
      </w:r>
      <w:r w:rsidRPr="005117ED">
        <w:rPr>
          <w:rFonts w:cs="Sakkal Majalla"/>
          <w:color w:val="000000" w:themeColor="text1"/>
          <w:sz w:val="38"/>
          <w:szCs w:val="38"/>
          <w:rtl/>
        </w:rPr>
        <w:t>ضغطًا</w:t>
      </w:r>
      <w:r w:rsidRPr="005117ED">
        <w:rPr>
          <w:rFonts w:cs="Sakkal Majalla"/>
          <w:color w:val="000000" w:themeColor="text1"/>
          <w:sz w:val="38"/>
          <w:szCs w:val="38"/>
        </w:rPr>
        <w:t xml:space="preserve"> </w:t>
      </w:r>
      <w:r w:rsidRPr="005117ED">
        <w:rPr>
          <w:rFonts w:cs="Sakkal Majalla"/>
          <w:color w:val="000000" w:themeColor="text1"/>
          <w:sz w:val="38"/>
          <w:szCs w:val="38"/>
          <w:rtl/>
        </w:rPr>
        <w:t>غير</w:t>
      </w:r>
      <w:r w:rsidRPr="005117ED">
        <w:rPr>
          <w:rFonts w:cs="Sakkal Majalla"/>
          <w:color w:val="000000" w:themeColor="text1"/>
          <w:sz w:val="38"/>
          <w:szCs w:val="38"/>
        </w:rPr>
        <w:t xml:space="preserve"> </w:t>
      </w:r>
      <w:r w:rsidRPr="005117ED">
        <w:rPr>
          <w:rFonts w:cs="Sakkal Majalla"/>
          <w:color w:val="000000" w:themeColor="text1"/>
          <w:sz w:val="38"/>
          <w:szCs w:val="38"/>
          <w:rtl/>
        </w:rPr>
        <w:t>مناسب،</w:t>
      </w:r>
      <w:r w:rsidRPr="005117ED">
        <w:rPr>
          <w:rFonts w:cs="Sakkal Majalla"/>
          <w:color w:val="000000" w:themeColor="text1"/>
          <w:sz w:val="38"/>
          <w:szCs w:val="38"/>
        </w:rPr>
        <w:t xml:space="preserve"> </w:t>
      </w:r>
      <w:r w:rsidRPr="005117ED">
        <w:rPr>
          <w:rFonts w:cs="Sakkal Majalla"/>
          <w:color w:val="000000" w:themeColor="text1"/>
          <w:sz w:val="38"/>
          <w:szCs w:val="38"/>
          <w:rtl/>
        </w:rPr>
        <w:t>كما</w:t>
      </w:r>
      <w:r w:rsidRPr="005117ED">
        <w:rPr>
          <w:rFonts w:cs="Sakkal Majalla"/>
          <w:color w:val="000000" w:themeColor="text1"/>
          <w:sz w:val="38"/>
          <w:szCs w:val="38"/>
        </w:rPr>
        <w:t xml:space="preserve"> </w:t>
      </w:r>
      <w:r w:rsidRPr="005117ED">
        <w:rPr>
          <w:rFonts w:cs="Sakkal Majalla"/>
          <w:color w:val="000000" w:themeColor="text1"/>
          <w:sz w:val="38"/>
          <w:szCs w:val="38"/>
          <w:rtl/>
        </w:rPr>
        <w:t>تقدم</w:t>
      </w:r>
      <w:r w:rsidRPr="005117ED">
        <w:rPr>
          <w:rFonts w:cs="Sakkal Majalla"/>
          <w:color w:val="000000" w:themeColor="text1"/>
          <w:sz w:val="38"/>
          <w:szCs w:val="38"/>
        </w:rPr>
        <w:t xml:space="preserve"> </w:t>
      </w:r>
      <w:r w:rsidRPr="005117ED">
        <w:rPr>
          <w:rFonts w:cs="Sakkal Majalla"/>
          <w:color w:val="000000" w:themeColor="text1"/>
          <w:sz w:val="38"/>
          <w:szCs w:val="38"/>
          <w:rtl/>
        </w:rPr>
        <w:t>معلومات</w:t>
      </w:r>
      <w:r w:rsidRPr="005117ED">
        <w:rPr>
          <w:rFonts w:cs="Sakkal Majalla"/>
          <w:color w:val="000000" w:themeColor="text1"/>
          <w:sz w:val="38"/>
          <w:szCs w:val="38"/>
        </w:rPr>
        <w:t xml:space="preserve"> </w:t>
      </w:r>
      <w:r w:rsidRPr="005117ED">
        <w:rPr>
          <w:rFonts w:cs="Sakkal Majalla"/>
          <w:color w:val="000000" w:themeColor="text1"/>
          <w:sz w:val="38"/>
          <w:szCs w:val="38"/>
          <w:rtl/>
        </w:rPr>
        <w:t>التواصل</w:t>
      </w:r>
      <w:r w:rsidRPr="005117ED">
        <w:rPr>
          <w:rFonts w:cs="Sakkal Majalla"/>
          <w:color w:val="000000" w:themeColor="text1"/>
          <w:sz w:val="38"/>
          <w:szCs w:val="38"/>
        </w:rPr>
        <w:t xml:space="preserve"> </w:t>
      </w:r>
      <w:r w:rsidRPr="005117ED">
        <w:rPr>
          <w:rFonts w:cs="Sakkal Majalla"/>
          <w:color w:val="000000" w:themeColor="text1"/>
          <w:sz w:val="38"/>
          <w:szCs w:val="38"/>
          <w:rtl/>
        </w:rPr>
        <w:t>الأكاديمي</w:t>
      </w:r>
      <w:r w:rsidRPr="005117ED">
        <w:rPr>
          <w:rFonts w:cs="Sakkal Majalla"/>
          <w:color w:val="000000" w:themeColor="text1"/>
          <w:sz w:val="38"/>
          <w:szCs w:val="38"/>
        </w:rPr>
        <w:t xml:space="preserve"> </w:t>
      </w:r>
      <w:r w:rsidRPr="005117ED">
        <w:rPr>
          <w:rFonts w:cs="Sakkal Majalla"/>
          <w:color w:val="000000" w:themeColor="text1"/>
          <w:sz w:val="38"/>
          <w:szCs w:val="38"/>
          <w:rtl/>
        </w:rPr>
        <w:t>للاستفسارات</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وتحفظ</w:t>
      </w:r>
      <w:r w:rsidRPr="005117ED">
        <w:rPr>
          <w:rFonts w:cs="Sakkal Majalla"/>
          <w:color w:val="000000" w:themeColor="text1"/>
          <w:sz w:val="38"/>
          <w:szCs w:val="38"/>
        </w:rPr>
        <w:t xml:space="preserve"> </w:t>
      </w:r>
      <w:r w:rsidRPr="005117ED">
        <w:rPr>
          <w:rFonts w:cs="Sakkal Majalla"/>
          <w:color w:val="000000" w:themeColor="text1"/>
          <w:sz w:val="38"/>
          <w:szCs w:val="38"/>
          <w:rtl/>
        </w:rPr>
        <w:t>البيانات</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ملف</w:t>
      </w:r>
      <w:r w:rsidRPr="005117ED">
        <w:rPr>
          <w:rFonts w:cs="Sakkal Majalla"/>
          <w:color w:val="000000" w:themeColor="text1"/>
          <w:sz w:val="38"/>
          <w:szCs w:val="38"/>
        </w:rPr>
        <w:t xml:space="preserve"> </w:t>
      </w:r>
      <w:r w:rsidRPr="005117ED">
        <w:rPr>
          <w:rFonts w:cs="Sakkal Majalla"/>
          <w:color w:val="000000" w:themeColor="text1"/>
          <w:sz w:val="38"/>
          <w:szCs w:val="38"/>
          <w:rtl/>
        </w:rPr>
        <w:t>محمي</w:t>
      </w:r>
      <w:r w:rsidRPr="005117ED">
        <w:rPr>
          <w:rFonts w:cs="Sakkal Majalla"/>
          <w:color w:val="000000" w:themeColor="text1"/>
          <w:sz w:val="38"/>
          <w:szCs w:val="38"/>
        </w:rPr>
        <w:t xml:space="preserve"> </w:t>
      </w:r>
      <w:r w:rsidRPr="005117ED">
        <w:rPr>
          <w:rFonts w:cs="Sakkal Majalla"/>
          <w:color w:val="000000" w:themeColor="text1"/>
          <w:sz w:val="38"/>
          <w:szCs w:val="38"/>
          <w:rtl/>
        </w:rPr>
        <w:t>يقتصر</w:t>
      </w:r>
      <w:r w:rsidRPr="005117ED">
        <w:rPr>
          <w:rFonts w:cs="Sakkal Majalla"/>
          <w:color w:val="000000" w:themeColor="text1"/>
          <w:sz w:val="38"/>
          <w:szCs w:val="38"/>
        </w:rPr>
        <w:t xml:space="preserve"> </w:t>
      </w:r>
      <w:r w:rsidRPr="005117ED">
        <w:rPr>
          <w:rFonts w:cs="Sakkal Majalla"/>
          <w:color w:val="000000" w:themeColor="text1"/>
          <w:sz w:val="38"/>
          <w:szCs w:val="38"/>
          <w:rtl/>
        </w:rPr>
        <w:t>الوصول</w:t>
      </w:r>
      <w:r w:rsidRPr="005117ED">
        <w:rPr>
          <w:rFonts w:cs="Sakkal Majalla"/>
          <w:color w:val="000000" w:themeColor="text1"/>
          <w:sz w:val="38"/>
          <w:szCs w:val="38"/>
        </w:rPr>
        <w:t xml:space="preserve"> </w:t>
      </w:r>
      <w:r w:rsidRPr="005117ED">
        <w:rPr>
          <w:rFonts w:cs="Sakkal Majalla"/>
          <w:color w:val="000000" w:themeColor="text1"/>
          <w:sz w:val="38"/>
          <w:szCs w:val="38"/>
          <w:rtl/>
        </w:rPr>
        <w:t>إليه</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الباحث</w:t>
      </w:r>
      <w:r w:rsidRPr="005117ED">
        <w:rPr>
          <w:rFonts w:cs="Sakkal Majalla"/>
          <w:color w:val="000000" w:themeColor="text1"/>
          <w:sz w:val="38"/>
          <w:szCs w:val="38"/>
        </w:rPr>
        <w:t xml:space="preserve"> </w:t>
      </w:r>
      <w:r w:rsidRPr="005117ED">
        <w:rPr>
          <w:rFonts w:cs="Sakkal Majalla"/>
          <w:color w:val="000000" w:themeColor="text1"/>
          <w:sz w:val="38"/>
          <w:szCs w:val="38"/>
          <w:rtl/>
        </w:rPr>
        <w:t>والمشرف</w:t>
      </w:r>
      <w:r w:rsidRPr="005117ED">
        <w:rPr>
          <w:rFonts w:cs="Sakkal Majalla"/>
          <w:color w:val="000000" w:themeColor="text1"/>
          <w:sz w:val="38"/>
          <w:szCs w:val="38"/>
        </w:rPr>
        <w:t xml:space="preserve"> </w:t>
      </w:r>
      <w:r w:rsidRPr="005117ED">
        <w:rPr>
          <w:rFonts w:cs="Sakkal Majalla"/>
          <w:color w:val="000000" w:themeColor="text1"/>
          <w:sz w:val="38"/>
          <w:szCs w:val="38"/>
          <w:rtl/>
        </w:rPr>
        <w:t>بحسب</w:t>
      </w:r>
      <w:r w:rsidRPr="005117ED">
        <w:rPr>
          <w:rFonts w:cs="Sakkal Majalla"/>
          <w:color w:val="000000" w:themeColor="text1"/>
          <w:sz w:val="38"/>
          <w:szCs w:val="38"/>
        </w:rPr>
        <w:t xml:space="preserve"> </w:t>
      </w:r>
      <w:r w:rsidRPr="005117ED">
        <w:rPr>
          <w:rFonts w:cs="Sakkal Majalla"/>
          <w:color w:val="000000" w:themeColor="text1"/>
          <w:sz w:val="38"/>
          <w:szCs w:val="38"/>
          <w:rtl/>
        </w:rPr>
        <w:t>الحاجة،</w:t>
      </w:r>
      <w:r w:rsidRPr="005117ED">
        <w:rPr>
          <w:rFonts w:cs="Sakkal Majalla"/>
          <w:color w:val="000000" w:themeColor="text1"/>
          <w:sz w:val="38"/>
          <w:szCs w:val="38"/>
        </w:rPr>
        <w:t xml:space="preserve"> </w:t>
      </w:r>
      <w:r w:rsidRPr="005117ED">
        <w:rPr>
          <w:rFonts w:cs="Sakkal Majalla"/>
          <w:color w:val="000000" w:themeColor="text1"/>
          <w:sz w:val="38"/>
          <w:szCs w:val="38"/>
          <w:rtl/>
        </w:rPr>
        <w:t>وتفصل</w:t>
      </w:r>
      <w:r w:rsidRPr="005117ED">
        <w:rPr>
          <w:rFonts w:cs="Sakkal Majalla"/>
          <w:color w:val="000000" w:themeColor="text1"/>
          <w:sz w:val="38"/>
          <w:szCs w:val="38"/>
        </w:rPr>
        <w:t xml:space="preserve"> </w:t>
      </w:r>
      <w:r w:rsidRPr="005117ED">
        <w:rPr>
          <w:rFonts w:cs="Sakkal Majalla"/>
          <w:color w:val="000000" w:themeColor="text1"/>
          <w:sz w:val="38"/>
          <w:szCs w:val="38"/>
          <w:rtl/>
        </w:rPr>
        <w:t>معلومات</w:t>
      </w:r>
      <w:r w:rsidRPr="005117ED">
        <w:rPr>
          <w:rFonts w:cs="Sakkal Majalla"/>
          <w:color w:val="000000" w:themeColor="text1"/>
          <w:sz w:val="38"/>
          <w:szCs w:val="38"/>
        </w:rPr>
        <w:t xml:space="preserve"> </w:t>
      </w:r>
      <w:r w:rsidRPr="005117ED">
        <w:rPr>
          <w:rFonts w:cs="Sakkal Majalla"/>
          <w:color w:val="000000" w:themeColor="text1"/>
          <w:sz w:val="38"/>
          <w:szCs w:val="38"/>
          <w:rtl/>
        </w:rPr>
        <w:t>التواصل</w:t>
      </w:r>
      <w:r w:rsidRPr="005117ED">
        <w:rPr>
          <w:rFonts w:cs="Sakkal Majalla"/>
          <w:color w:val="000000" w:themeColor="text1"/>
          <w:sz w:val="38"/>
          <w:szCs w:val="38"/>
        </w:rPr>
        <w:t xml:space="preserve"> - </w:t>
      </w:r>
      <w:r w:rsidRPr="005117ED">
        <w:rPr>
          <w:rFonts w:cs="Sakkal Majalla"/>
          <w:color w:val="000000" w:themeColor="text1"/>
          <w:sz w:val="38"/>
          <w:szCs w:val="38"/>
          <w:rtl/>
        </w:rPr>
        <w:t>إن</w:t>
      </w:r>
      <w:r w:rsidRPr="005117ED">
        <w:rPr>
          <w:rFonts w:cs="Sakkal Majalla"/>
          <w:color w:val="000000" w:themeColor="text1"/>
          <w:sz w:val="38"/>
          <w:szCs w:val="38"/>
        </w:rPr>
        <w:t xml:space="preserve"> </w:t>
      </w:r>
      <w:r w:rsidRPr="005117ED">
        <w:rPr>
          <w:rFonts w:cs="Sakkal Majalla"/>
          <w:color w:val="000000" w:themeColor="text1"/>
          <w:sz w:val="38"/>
          <w:szCs w:val="38"/>
          <w:rtl/>
        </w:rPr>
        <w:t>جمعت</w:t>
      </w:r>
      <w:r w:rsidRPr="005117ED">
        <w:rPr>
          <w:rFonts w:cs="Sakkal Majalla"/>
          <w:color w:val="000000" w:themeColor="text1"/>
          <w:sz w:val="38"/>
          <w:szCs w:val="38"/>
        </w:rPr>
        <w:t xml:space="preserve"> </w:t>
      </w:r>
      <w:r w:rsidRPr="005117ED">
        <w:rPr>
          <w:rFonts w:cs="Sakkal Majalla"/>
          <w:color w:val="000000" w:themeColor="text1"/>
          <w:sz w:val="38"/>
          <w:szCs w:val="38"/>
          <w:rtl/>
        </w:rPr>
        <w:t>لغرض</w:t>
      </w:r>
      <w:r w:rsidRPr="005117ED">
        <w:rPr>
          <w:rFonts w:cs="Sakkal Majalla"/>
          <w:color w:val="000000" w:themeColor="text1"/>
          <w:sz w:val="38"/>
          <w:szCs w:val="38"/>
        </w:rPr>
        <w:t xml:space="preserve"> </w:t>
      </w:r>
      <w:r w:rsidRPr="005117ED">
        <w:rPr>
          <w:rFonts w:cs="Sakkal Majalla"/>
          <w:color w:val="000000" w:themeColor="text1"/>
          <w:sz w:val="38"/>
          <w:szCs w:val="38"/>
          <w:rtl/>
        </w:rPr>
        <w:t>السحب</w:t>
      </w:r>
      <w:r w:rsidRPr="005117ED">
        <w:rPr>
          <w:rFonts w:cs="Sakkal Majalla"/>
          <w:color w:val="000000" w:themeColor="text1"/>
          <w:sz w:val="38"/>
          <w:szCs w:val="38"/>
        </w:rPr>
        <w:t xml:space="preserve"> </w:t>
      </w:r>
      <w:r w:rsidRPr="005117ED">
        <w:rPr>
          <w:rFonts w:cs="Sakkal Majalla"/>
          <w:color w:val="000000" w:themeColor="text1"/>
          <w:sz w:val="38"/>
          <w:szCs w:val="38"/>
          <w:rtl/>
        </w:rPr>
        <w:t>أو</w:t>
      </w:r>
      <w:r w:rsidRPr="005117ED">
        <w:rPr>
          <w:rFonts w:cs="Sakkal Majalla"/>
          <w:color w:val="000000" w:themeColor="text1"/>
          <w:sz w:val="38"/>
          <w:szCs w:val="38"/>
        </w:rPr>
        <w:t xml:space="preserve"> </w:t>
      </w:r>
      <w:r w:rsidRPr="005117ED">
        <w:rPr>
          <w:rFonts w:cs="Sakkal Majalla"/>
          <w:color w:val="000000" w:themeColor="text1"/>
          <w:sz w:val="38"/>
          <w:szCs w:val="38"/>
          <w:rtl/>
        </w:rPr>
        <w:t>المتابعة</w:t>
      </w:r>
      <w:r w:rsidRPr="005117ED">
        <w:rPr>
          <w:rFonts w:cs="Sakkal Majalla"/>
          <w:color w:val="000000" w:themeColor="text1"/>
          <w:sz w:val="38"/>
          <w:szCs w:val="38"/>
        </w:rPr>
        <w:t xml:space="preserve"> - </w:t>
      </w:r>
      <w:r w:rsidRPr="005117ED">
        <w:rPr>
          <w:rFonts w:cs="Sakkal Majalla"/>
          <w:color w:val="000000" w:themeColor="text1"/>
          <w:sz w:val="38"/>
          <w:szCs w:val="38"/>
          <w:rtl/>
        </w:rPr>
        <w:t>عن</w:t>
      </w:r>
      <w:r w:rsidRPr="005117ED">
        <w:rPr>
          <w:rFonts w:cs="Sakkal Majalla"/>
          <w:color w:val="000000" w:themeColor="text1"/>
          <w:sz w:val="38"/>
          <w:szCs w:val="38"/>
        </w:rPr>
        <w:t xml:space="preserve"> </w:t>
      </w:r>
      <w:r w:rsidRPr="005117ED">
        <w:rPr>
          <w:rFonts w:cs="Sakkal Majalla"/>
          <w:color w:val="000000" w:themeColor="text1"/>
          <w:sz w:val="38"/>
          <w:szCs w:val="38"/>
          <w:rtl/>
        </w:rPr>
        <w:t>ملف</w:t>
      </w:r>
      <w:r w:rsidRPr="005117ED">
        <w:rPr>
          <w:rFonts w:cs="Sakkal Majalla"/>
          <w:color w:val="000000" w:themeColor="text1"/>
          <w:sz w:val="38"/>
          <w:szCs w:val="38"/>
        </w:rPr>
        <w:t xml:space="preserve"> </w:t>
      </w:r>
      <w:r w:rsidRPr="005117ED">
        <w:rPr>
          <w:rFonts w:cs="Sakkal Majalla"/>
          <w:color w:val="000000" w:themeColor="text1"/>
          <w:sz w:val="38"/>
          <w:szCs w:val="38"/>
          <w:rtl/>
        </w:rPr>
        <w:t>الإجابات</w:t>
      </w:r>
      <w:r w:rsidRPr="005117ED">
        <w:rPr>
          <w:rFonts w:cs="Sakkal Majalla"/>
          <w:color w:val="000000" w:themeColor="text1"/>
          <w:sz w:val="38"/>
          <w:szCs w:val="38"/>
        </w:rPr>
        <w:t xml:space="preserve">. </w:t>
      </w:r>
      <w:r w:rsidRPr="005117ED">
        <w:rPr>
          <w:rFonts w:cs="Sakkal Majalla"/>
          <w:color w:val="000000" w:themeColor="text1"/>
          <w:sz w:val="38"/>
          <w:szCs w:val="38"/>
          <w:rtl/>
        </w:rPr>
        <w:t>وتعرض</w:t>
      </w:r>
      <w:r w:rsidRPr="005117ED">
        <w:rPr>
          <w:rFonts w:cs="Sakkal Majalla"/>
          <w:color w:val="000000" w:themeColor="text1"/>
          <w:sz w:val="38"/>
          <w:szCs w:val="38"/>
        </w:rPr>
        <w:t xml:space="preserve"> </w:t>
      </w:r>
      <w:r w:rsidRPr="005117ED">
        <w:rPr>
          <w:rFonts w:cs="Sakkal Majalla"/>
          <w:color w:val="000000" w:themeColor="text1"/>
          <w:sz w:val="38"/>
          <w:szCs w:val="38"/>
          <w:rtl/>
        </w:rPr>
        <w:t>النتائج</w:t>
      </w:r>
      <w:r w:rsidRPr="005117ED">
        <w:rPr>
          <w:rFonts w:cs="Sakkal Majalla"/>
          <w:color w:val="000000" w:themeColor="text1"/>
          <w:sz w:val="38"/>
          <w:szCs w:val="38"/>
        </w:rPr>
        <w:t xml:space="preserve"> </w:t>
      </w:r>
      <w:r w:rsidRPr="005117ED">
        <w:rPr>
          <w:rFonts w:cs="Sakkal Majalla"/>
          <w:color w:val="000000" w:themeColor="text1"/>
          <w:sz w:val="38"/>
          <w:szCs w:val="38"/>
          <w:rtl/>
        </w:rPr>
        <w:t>مجمعة،</w:t>
      </w:r>
      <w:r w:rsidRPr="005117ED">
        <w:rPr>
          <w:rFonts w:cs="Sakkal Majalla"/>
          <w:color w:val="000000" w:themeColor="text1"/>
          <w:sz w:val="38"/>
          <w:szCs w:val="38"/>
        </w:rPr>
        <w:t xml:space="preserve"> </w:t>
      </w:r>
      <w:r w:rsidRPr="005117ED">
        <w:rPr>
          <w:rFonts w:cs="Sakkal Majalla"/>
          <w:color w:val="000000" w:themeColor="text1"/>
          <w:sz w:val="38"/>
          <w:szCs w:val="38"/>
          <w:rtl/>
        </w:rPr>
        <w:t>ولا</w:t>
      </w:r>
      <w:r w:rsidRPr="005117ED">
        <w:rPr>
          <w:rFonts w:cs="Sakkal Majalla"/>
          <w:color w:val="000000" w:themeColor="text1"/>
          <w:sz w:val="38"/>
          <w:szCs w:val="38"/>
        </w:rPr>
        <w:t xml:space="preserve"> </w:t>
      </w:r>
      <w:r w:rsidRPr="005117ED">
        <w:rPr>
          <w:rFonts w:cs="Sakkal Majalla"/>
          <w:color w:val="000000" w:themeColor="text1"/>
          <w:sz w:val="38"/>
          <w:szCs w:val="38"/>
          <w:rtl/>
        </w:rPr>
        <w:t>تنشر</w:t>
      </w:r>
      <w:r w:rsidRPr="005117ED">
        <w:rPr>
          <w:rFonts w:cs="Sakkal Majalla"/>
          <w:color w:val="000000" w:themeColor="text1"/>
          <w:sz w:val="38"/>
          <w:szCs w:val="38"/>
        </w:rPr>
        <w:t xml:space="preserve"> </w:t>
      </w:r>
      <w:r w:rsidRPr="005117ED">
        <w:rPr>
          <w:rFonts w:cs="Sakkal Majalla"/>
          <w:color w:val="000000" w:themeColor="text1"/>
          <w:sz w:val="38"/>
          <w:szCs w:val="38"/>
          <w:rtl/>
        </w:rPr>
        <w:t>خلايا</w:t>
      </w:r>
      <w:r w:rsidRPr="005117ED">
        <w:rPr>
          <w:rFonts w:cs="Sakkal Majalla"/>
          <w:color w:val="000000" w:themeColor="text1"/>
          <w:sz w:val="38"/>
          <w:szCs w:val="38"/>
        </w:rPr>
        <w:t xml:space="preserve"> </w:t>
      </w:r>
      <w:r w:rsidRPr="005117ED">
        <w:rPr>
          <w:rFonts w:cs="Sakkal Majalla"/>
          <w:color w:val="000000" w:themeColor="text1"/>
          <w:sz w:val="38"/>
          <w:szCs w:val="38"/>
          <w:rtl/>
        </w:rPr>
        <w:t>صغيرة</w:t>
      </w:r>
      <w:r w:rsidRPr="005117ED">
        <w:rPr>
          <w:rFonts w:cs="Sakkal Majalla"/>
          <w:color w:val="000000" w:themeColor="text1"/>
          <w:sz w:val="38"/>
          <w:szCs w:val="38"/>
        </w:rPr>
        <w:t xml:space="preserve"> </w:t>
      </w:r>
      <w:r w:rsidRPr="005117ED">
        <w:rPr>
          <w:rFonts w:cs="Sakkal Majalla"/>
          <w:color w:val="000000" w:themeColor="text1"/>
          <w:sz w:val="38"/>
          <w:szCs w:val="38"/>
          <w:rtl/>
        </w:rPr>
        <w:t>قد</w:t>
      </w:r>
      <w:r w:rsidRPr="005117ED">
        <w:rPr>
          <w:rFonts w:cs="Sakkal Majalla"/>
          <w:color w:val="000000" w:themeColor="text1"/>
          <w:sz w:val="38"/>
          <w:szCs w:val="38"/>
        </w:rPr>
        <w:t xml:space="preserve"> </w:t>
      </w:r>
      <w:r w:rsidRPr="005117ED">
        <w:rPr>
          <w:rFonts w:cs="Sakkal Majalla"/>
          <w:color w:val="000000" w:themeColor="text1"/>
          <w:sz w:val="38"/>
          <w:szCs w:val="38"/>
          <w:rtl/>
        </w:rPr>
        <w:t>تسمح</w:t>
      </w:r>
      <w:r w:rsidRPr="005117ED">
        <w:rPr>
          <w:rFonts w:cs="Sakkal Majalla"/>
          <w:color w:val="000000" w:themeColor="text1"/>
          <w:sz w:val="38"/>
          <w:szCs w:val="38"/>
        </w:rPr>
        <w:t xml:space="preserve"> </w:t>
      </w:r>
      <w:r w:rsidRPr="005117ED">
        <w:rPr>
          <w:rFonts w:cs="Sakkal Majalla"/>
          <w:color w:val="000000" w:themeColor="text1"/>
          <w:sz w:val="38"/>
          <w:szCs w:val="38"/>
          <w:rtl/>
        </w:rPr>
        <w:t>بالتعرف</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منشأة</w:t>
      </w:r>
      <w:r w:rsidRPr="005117ED">
        <w:rPr>
          <w:rFonts w:cs="Sakkal Majalla"/>
          <w:color w:val="000000" w:themeColor="text1"/>
          <w:sz w:val="38"/>
          <w:szCs w:val="38"/>
        </w:rPr>
        <w:t xml:space="preserve"> </w:t>
      </w:r>
      <w:r w:rsidRPr="005117ED">
        <w:rPr>
          <w:rFonts w:cs="Sakkal Majalla"/>
          <w:color w:val="000000" w:themeColor="text1"/>
          <w:sz w:val="38"/>
          <w:szCs w:val="38"/>
          <w:rtl/>
        </w:rPr>
        <w:t>أو</w:t>
      </w:r>
      <w:r w:rsidRPr="005117ED">
        <w:rPr>
          <w:rFonts w:cs="Sakkal Majalla"/>
          <w:color w:val="000000" w:themeColor="text1"/>
          <w:sz w:val="38"/>
          <w:szCs w:val="38"/>
        </w:rPr>
        <w:t xml:space="preserve"> </w:t>
      </w:r>
      <w:r w:rsidRPr="005117ED">
        <w:rPr>
          <w:rFonts w:cs="Sakkal Majalla"/>
          <w:color w:val="000000" w:themeColor="text1"/>
          <w:sz w:val="38"/>
          <w:szCs w:val="38"/>
          <w:rtl/>
        </w:rPr>
        <w:t>فرد</w:t>
      </w:r>
      <w:r w:rsidRPr="005117ED">
        <w:rPr>
          <w:rFonts w:cs="Sakkal Majalla"/>
          <w:color w:val="000000" w:themeColor="text1"/>
          <w:sz w:val="38"/>
          <w:szCs w:val="38"/>
        </w:rPr>
        <w:t xml:space="preserve">. </w:t>
      </w:r>
      <w:r w:rsidRPr="005117ED">
        <w:rPr>
          <w:rFonts w:cs="Sakkal Majalla"/>
          <w:color w:val="000000" w:themeColor="text1"/>
          <w:sz w:val="38"/>
          <w:szCs w:val="38"/>
          <w:rtl/>
        </w:rPr>
        <w:t>وبعد</w:t>
      </w:r>
      <w:r w:rsidRPr="005117ED">
        <w:rPr>
          <w:rFonts w:cs="Sakkal Majalla"/>
          <w:color w:val="000000" w:themeColor="text1"/>
          <w:sz w:val="38"/>
          <w:szCs w:val="38"/>
        </w:rPr>
        <w:t xml:space="preserve"> </w:t>
      </w:r>
      <w:r w:rsidRPr="005117ED">
        <w:rPr>
          <w:rFonts w:cs="Sakkal Majalla"/>
          <w:color w:val="000000" w:themeColor="text1"/>
          <w:sz w:val="38"/>
          <w:szCs w:val="38"/>
          <w:rtl/>
        </w:rPr>
        <w:t>انتهاء</w:t>
      </w:r>
      <w:r w:rsidRPr="005117ED">
        <w:rPr>
          <w:rFonts w:cs="Sakkal Majalla"/>
          <w:color w:val="000000" w:themeColor="text1"/>
          <w:sz w:val="38"/>
          <w:szCs w:val="38"/>
        </w:rPr>
        <w:t xml:space="preserve"> </w:t>
      </w:r>
      <w:r w:rsidRPr="005117ED">
        <w:rPr>
          <w:rFonts w:cs="Sakkal Majalla"/>
          <w:color w:val="000000" w:themeColor="text1"/>
          <w:sz w:val="38"/>
          <w:szCs w:val="38"/>
          <w:rtl/>
        </w:rPr>
        <w:t>مدة</w:t>
      </w:r>
      <w:r w:rsidRPr="005117ED">
        <w:rPr>
          <w:rFonts w:cs="Sakkal Majalla"/>
          <w:color w:val="000000" w:themeColor="text1"/>
          <w:sz w:val="38"/>
          <w:szCs w:val="38"/>
        </w:rPr>
        <w:t xml:space="preserve"> </w:t>
      </w:r>
      <w:r w:rsidRPr="005117ED">
        <w:rPr>
          <w:rFonts w:cs="Sakkal Majalla"/>
          <w:color w:val="000000" w:themeColor="text1"/>
          <w:sz w:val="38"/>
          <w:szCs w:val="38"/>
          <w:rtl/>
        </w:rPr>
        <w:t>الحفظ</w:t>
      </w:r>
      <w:r w:rsidRPr="005117ED">
        <w:rPr>
          <w:rFonts w:cs="Sakkal Majalla"/>
          <w:color w:val="000000" w:themeColor="text1"/>
          <w:sz w:val="38"/>
          <w:szCs w:val="38"/>
        </w:rPr>
        <w:t xml:space="preserve"> </w:t>
      </w:r>
      <w:r w:rsidRPr="005117ED">
        <w:rPr>
          <w:rFonts w:cs="Sakkal Majalla"/>
          <w:color w:val="000000" w:themeColor="text1"/>
          <w:sz w:val="38"/>
          <w:szCs w:val="38"/>
          <w:rtl/>
        </w:rPr>
        <w:t>المقررة</w:t>
      </w:r>
      <w:r w:rsidRPr="005117ED">
        <w:rPr>
          <w:rFonts w:cs="Sakkal Majalla"/>
          <w:color w:val="000000" w:themeColor="text1"/>
          <w:sz w:val="38"/>
          <w:szCs w:val="38"/>
        </w:rPr>
        <w:t xml:space="preserve"> </w:t>
      </w:r>
      <w:r w:rsidRPr="005117ED">
        <w:rPr>
          <w:rFonts w:cs="Sakkal Majalla"/>
          <w:color w:val="000000" w:themeColor="text1"/>
          <w:sz w:val="38"/>
          <w:szCs w:val="38"/>
          <w:rtl/>
        </w:rPr>
        <w:t>تحذف</w:t>
      </w:r>
      <w:r w:rsidRPr="005117ED">
        <w:rPr>
          <w:rFonts w:cs="Sakkal Majalla"/>
          <w:color w:val="000000" w:themeColor="text1"/>
          <w:sz w:val="38"/>
          <w:szCs w:val="38"/>
        </w:rPr>
        <w:t xml:space="preserve"> </w:t>
      </w:r>
      <w:r w:rsidRPr="005117ED">
        <w:rPr>
          <w:rFonts w:cs="Sakkal Majalla"/>
          <w:color w:val="000000" w:themeColor="text1"/>
          <w:sz w:val="38"/>
          <w:szCs w:val="38"/>
          <w:rtl/>
        </w:rPr>
        <w:t>البيانات</w:t>
      </w:r>
      <w:r w:rsidRPr="005117ED">
        <w:rPr>
          <w:rFonts w:cs="Sakkal Majalla"/>
          <w:color w:val="000000" w:themeColor="text1"/>
          <w:sz w:val="38"/>
          <w:szCs w:val="38"/>
        </w:rPr>
        <w:t xml:space="preserve"> </w:t>
      </w:r>
      <w:r w:rsidRPr="005117ED">
        <w:rPr>
          <w:rFonts w:cs="Sakkal Majalla"/>
          <w:color w:val="000000" w:themeColor="text1"/>
          <w:sz w:val="38"/>
          <w:szCs w:val="38"/>
          <w:rtl/>
        </w:rPr>
        <w:t>وفق</w:t>
      </w:r>
      <w:r w:rsidRPr="005117ED">
        <w:rPr>
          <w:rFonts w:cs="Sakkal Majalla"/>
          <w:color w:val="000000" w:themeColor="text1"/>
          <w:sz w:val="38"/>
          <w:szCs w:val="38"/>
        </w:rPr>
        <w:t xml:space="preserve"> </w:t>
      </w:r>
      <w:r w:rsidRPr="005117ED">
        <w:rPr>
          <w:rFonts w:cs="Sakkal Majalla"/>
          <w:color w:val="000000" w:themeColor="text1"/>
          <w:sz w:val="38"/>
          <w:szCs w:val="38"/>
          <w:rtl/>
        </w:rPr>
        <w:t>سياسة</w:t>
      </w:r>
      <w:r w:rsidRPr="005117ED">
        <w:rPr>
          <w:rFonts w:cs="Sakkal Majalla"/>
          <w:color w:val="000000" w:themeColor="text1"/>
          <w:sz w:val="38"/>
          <w:szCs w:val="38"/>
        </w:rPr>
        <w:t xml:space="preserve"> </w:t>
      </w:r>
      <w:r w:rsidRPr="005117ED">
        <w:rPr>
          <w:rFonts w:cs="Sakkal Majalla"/>
          <w:color w:val="000000" w:themeColor="text1"/>
          <w:sz w:val="38"/>
          <w:szCs w:val="38"/>
          <w:rtl/>
        </w:rPr>
        <w:t>الجامعة</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وتشمل</w:t>
      </w:r>
      <w:r w:rsidRPr="005117ED">
        <w:rPr>
          <w:rFonts w:cs="Sakkal Majalla"/>
          <w:color w:val="000000" w:themeColor="text1"/>
          <w:sz w:val="38"/>
          <w:szCs w:val="38"/>
        </w:rPr>
        <w:t xml:space="preserve"> </w:t>
      </w:r>
      <w:r w:rsidRPr="005117ED">
        <w:rPr>
          <w:rFonts w:cs="Sakkal Majalla"/>
          <w:color w:val="000000" w:themeColor="text1"/>
          <w:sz w:val="38"/>
          <w:szCs w:val="38"/>
          <w:rtl/>
        </w:rPr>
        <w:t>النزاهة</w:t>
      </w:r>
      <w:r w:rsidRPr="005117ED">
        <w:rPr>
          <w:rFonts w:cs="Sakkal Majalla"/>
          <w:color w:val="000000" w:themeColor="text1"/>
          <w:sz w:val="38"/>
          <w:szCs w:val="38"/>
        </w:rPr>
        <w:t xml:space="preserve"> </w:t>
      </w:r>
      <w:r w:rsidRPr="005117ED">
        <w:rPr>
          <w:rFonts w:cs="Sakkal Majalla"/>
          <w:color w:val="000000" w:themeColor="text1"/>
          <w:sz w:val="38"/>
          <w:szCs w:val="38"/>
          <w:rtl/>
        </w:rPr>
        <w:t>عدم</w:t>
      </w:r>
      <w:r w:rsidRPr="005117ED">
        <w:rPr>
          <w:rFonts w:cs="Sakkal Majalla"/>
          <w:color w:val="000000" w:themeColor="text1"/>
          <w:sz w:val="38"/>
          <w:szCs w:val="38"/>
        </w:rPr>
        <w:t xml:space="preserve"> </w:t>
      </w:r>
      <w:r w:rsidRPr="005117ED">
        <w:rPr>
          <w:rFonts w:cs="Sakkal Majalla"/>
          <w:color w:val="000000" w:themeColor="text1"/>
          <w:sz w:val="38"/>
          <w:szCs w:val="38"/>
          <w:rtl/>
        </w:rPr>
        <w:t>اختلاق</w:t>
      </w:r>
      <w:r w:rsidRPr="005117ED">
        <w:rPr>
          <w:rFonts w:cs="Sakkal Majalla"/>
          <w:color w:val="000000" w:themeColor="text1"/>
          <w:sz w:val="38"/>
          <w:szCs w:val="38"/>
        </w:rPr>
        <w:t xml:space="preserve"> </w:t>
      </w:r>
      <w:r w:rsidRPr="005117ED">
        <w:rPr>
          <w:rFonts w:cs="Sakkal Majalla"/>
          <w:color w:val="000000" w:themeColor="text1"/>
          <w:sz w:val="38"/>
          <w:szCs w:val="38"/>
          <w:rtl/>
        </w:rPr>
        <w:t>المشاركين</w:t>
      </w:r>
      <w:r w:rsidRPr="005117ED">
        <w:rPr>
          <w:rFonts w:cs="Sakkal Majalla"/>
          <w:color w:val="000000" w:themeColor="text1"/>
          <w:sz w:val="38"/>
          <w:szCs w:val="38"/>
        </w:rPr>
        <w:t xml:space="preserve"> </w:t>
      </w:r>
      <w:r w:rsidRPr="005117ED">
        <w:rPr>
          <w:rFonts w:cs="Sakkal Majalla"/>
          <w:color w:val="000000" w:themeColor="text1"/>
          <w:sz w:val="38"/>
          <w:szCs w:val="38"/>
          <w:rtl/>
        </w:rPr>
        <w:t>أو</w:t>
      </w:r>
      <w:r w:rsidRPr="005117ED">
        <w:rPr>
          <w:rFonts w:cs="Sakkal Majalla"/>
          <w:color w:val="000000" w:themeColor="text1"/>
          <w:sz w:val="38"/>
          <w:szCs w:val="38"/>
        </w:rPr>
        <w:t xml:space="preserve"> </w:t>
      </w:r>
      <w:r w:rsidRPr="005117ED">
        <w:rPr>
          <w:rFonts w:cs="Sakkal Majalla"/>
          <w:color w:val="000000" w:themeColor="text1"/>
          <w:sz w:val="38"/>
          <w:szCs w:val="38"/>
          <w:rtl/>
        </w:rPr>
        <w:t>النتائج</w:t>
      </w:r>
      <w:r w:rsidRPr="005117ED">
        <w:rPr>
          <w:rFonts w:cs="Sakkal Majalla"/>
          <w:color w:val="000000" w:themeColor="text1"/>
          <w:sz w:val="38"/>
          <w:szCs w:val="38"/>
        </w:rPr>
        <w:t xml:space="preserve"> </w:t>
      </w:r>
      <w:r w:rsidRPr="005117ED">
        <w:rPr>
          <w:rFonts w:cs="Sakkal Majalla"/>
          <w:color w:val="000000" w:themeColor="text1"/>
          <w:sz w:val="38"/>
          <w:szCs w:val="38"/>
          <w:rtl/>
        </w:rPr>
        <w:t>وعدم</w:t>
      </w:r>
      <w:r w:rsidRPr="005117ED">
        <w:rPr>
          <w:rFonts w:cs="Sakkal Majalla"/>
          <w:color w:val="000000" w:themeColor="text1"/>
          <w:sz w:val="38"/>
          <w:szCs w:val="38"/>
        </w:rPr>
        <w:t xml:space="preserve"> </w:t>
      </w:r>
      <w:r w:rsidRPr="005117ED">
        <w:rPr>
          <w:rFonts w:cs="Sakkal Majalla"/>
          <w:color w:val="000000" w:themeColor="text1"/>
          <w:sz w:val="38"/>
          <w:szCs w:val="38"/>
          <w:rtl/>
        </w:rPr>
        <w:t>تعديل</w:t>
      </w:r>
      <w:r w:rsidRPr="005117ED">
        <w:rPr>
          <w:rFonts w:cs="Sakkal Majalla"/>
          <w:color w:val="000000" w:themeColor="text1"/>
          <w:sz w:val="38"/>
          <w:szCs w:val="38"/>
        </w:rPr>
        <w:t xml:space="preserve"> </w:t>
      </w:r>
      <w:r w:rsidRPr="005117ED">
        <w:rPr>
          <w:rFonts w:cs="Sakkal Majalla"/>
          <w:color w:val="000000" w:themeColor="text1"/>
          <w:sz w:val="38"/>
          <w:szCs w:val="38"/>
          <w:rtl/>
        </w:rPr>
        <w:t>البيانات</w:t>
      </w:r>
      <w:r w:rsidRPr="005117ED">
        <w:rPr>
          <w:rFonts w:cs="Sakkal Majalla"/>
          <w:color w:val="000000" w:themeColor="text1"/>
          <w:sz w:val="38"/>
          <w:szCs w:val="38"/>
        </w:rPr>
        <w:t xml:space="preserve"> </w:t>
      </w:r>
      <w:r w:rsidRPr="005117ED">
        <w:rPr>
          <w:rFonts w:cs="Sakkal Majalla"/>
          <w:color w:val="000000" w:themeColor="text1"/>
          <w:sz w:val="38"/>
          <w:szCs w:val="38"/>
          <w:rtl/>
        </w:rPr>
        <w:t>لتحقيق</w:t>
      </w:r>
      <w:r w:rsidRPr="005117ED">
        <w:rPr>
          <w:rFonts w:cs="Sakkal Majalla"/>
          <w:color w:val="000000" w:themeColor="text1"/>
          <w:sz w:val="38"/>
          <w:szCs w:val="38"/>
        </w:rPr>
        <w:t xml:space="preserve"> </w:t>
      </w:r>
      <w:r w:rsidRPr="005117ED">
        <w:rPr>
          <w:rFonts w:cs="Sakkal Majalla"/>
          <w:color w:val="000000" w:themeColor="text1"/>
          <w:sz w:val="38"/>
          <w:szCs w:val="38"/>
          <w:rtl/>
        </w:rPr>
        <w:t>فرضية،</w:t>
      </w:r>
      <w:r w:rsidRPr="005117ED">
        <w:rPr>
          <w:rFonts w:cs="Sakkal Majalla"/>
          <w:color w:val="000000" w:themeColor="text1"/>
          <w:sz w:val="38"/>
          <w:szCs w:val="38"/>
        </w:rPr>
        <w:t xml:space="preserve"> </w:t>
      </w:r>
      <w:r w:rsidRPr="005117ED">
        <w:rPr>
          <w:rFonts w:cs="Sakkal Majalla"/>
          <w:color w:val="000000" w:themeColor="text1"/>
          <w:sz w:val="38"/>
          <w:szCs w:val="38"/>
          <w:rtl/>
        </w:rPr>
        <w:t>وتوثيق</w:t>
      </w:r>
      <w:r w:rsidRPr="005117ED">
        <w:rPr>
          <w:rFonts w:cs="Sakkal Majalla"/>
          <w:color w:val="000000" w:themeColor="text1"/>
          <w:sz w:val="38"/>
          <w:szCs w:val="38"/>
        </w:rPr>
        <w:t xml:space="preserve"> </w:t>
      </w:r>
      <w:r w:rsidRPr="005117ED">
        <w:rPr>
          <w:rFonts w:cs="Sakkal Majalla"/>
          <w:color w:val="000000" w:themeColor="text1"/>
          <w:sz w:val="38"/>
          <w:szCs w:val="38"/>
          <w:rtl/>
        </w:rPr>
        <w:t>القرارات</w:t>
      </w:r>
      <w:r w:rsidRPr="005117ED">
        <w:rPr>
          <w:rFonts w:cs="Sakkal Majalla"/>
          <w:color w:val="000000" w:themeColor="text1"/>
          <w:sz w:val="38"/>
          <w:szCs w:val="38"/>
        </w:rPr>
        <w:t xml:space="preserve"> </w:t>
      </w:r>
      <w:r w:rsidRPr="005117ED">
        <w:rPr>
          <w:rFonts w:cs="Sakkal Majalla"/>
          <w:color w:val="000000" w:themeColor="text1"/>
          <w:sz w:val="38"/>
          <w:szCs w:val="38"/>
          <w:rtl/>
        </w:rPr>
        <w:t>التحليلية</w:t>
      </w:r>
      <w:r w:rsidRPr="005117ED">
        <w:rPr>
          <w:rFonts w:cs="Sakkal Majalla"/>
          <w:color w:val="000000" w:themeColor="text1"/>
          <w:sz w:val="38"/>
          <w:szCs w:val="38"/>
        </w:rPr>
        <w:t xml:space="preserve"> </w:t>
      </w:r>
      <w:proofErr w:type="spellStart"/>
      <w:r w:rsidRPr="005117ED">
        <w:rPr>
          <w:rFonts w:cs="Sakkal Majalla"/>
          <w:color w:val="000000" w:themeColor="text1"/>
          <w:sz w:val="38"/>
          <w:szCs w:val="38"/>
          <w:rtl/>
        </w:rPr>
        <w:t>والاستبعادات</w:t>
      </w:r>
      <w:proofErr w:type="spellEnd"/>
      <w:r w:rsidRPr="005117ED">
        <w:rPr>
          <w:rFonts w:cs="Sakkal Majalla"/>
          <w:color w:val="000000" w:themeColor="text1"/>
          <w:sz w:val="38"/>
          <w:szCs w:val="38"/>
        </w:rPr>
        <w:t xml:space="preserve">. </w:t>
      </w:r>
      <w:r w:rsidRPr="005117ED">
        <w:rPr>
          <w:rFonts w:cs="Sakkal Majalla"/>
          <w:color w:val="000000" w:themeColor="text1"/>
          <w:sz w:val="38"/>
          <w:szCs w:val="38"/>
          <w:rtl/>
        </w:rPr>
        <w:t>ولأن</w:t>
      </w:r>
      <w:r w:rsidRPr="005117ED">
        <w:rPr>
          <w:rFonts w:cs="Sakkal Majalla"/>
          <w:color w:val="000000" w:themeColor="text1"/>
          <w:sz w:val="38"/>
          <w:szCs w:val="38"/>
        </w:rPr>
        <w:t xml:space="preserve"> </w:t>
      </w:r>
      <w:r w:rsidRPr="005117ED">
        <w:rPr>
          <w:rFonts w:cs="Sakkal Majalla"/>
          <w:color w:val="000000" w:themeColor="text1"/>
          <w:sz w:val="38"/>
          <w:szCs w:val="38"/>
          <w:rtl/>
        </w:rPr>
        <w:t>هذا</w:t>
      </w:r>
      <w:r w:rsidRPr="005117ED">
        <w:rPr>
          <w:rFonts w:cs="Sakkal Majalla"/>
          <w:color w:val="000000" w:themeColor="text1"/>
          <w:sz w:val="38"/>
          <w:szCs w:val="38"/>
        </w:rPr>
        <w:t xml:space="preserve"> </w:t>
      </w:r>
      <w:r w:rsidRPr="005117ED">
        <w:rPr>
          <w:rFonts w:cs="Sakkal Majalla"/>
          <w:color w:val="000000" w:themeColor="text1"/>
          <w:sz w:val="38"/>
          <w:szCs w:val="38"/>
          <w:rtl/>
        </w:rPr>
        <w:t>الإصدار</w:t>
      </w:r>
      <w:r w:rsidRPr="005117ED">
        <w:rPr>
          <w:rFonts w:cs="Sakkal Majalla"/>
          <w:color w:val="000000" w:themeColor="text1"/>
          <w:sz w:val="38"/>
          <w:szCs w:val="38"/>
        </w:rPr>
        <w:t xml:space="preserve"> </w:t>
      </w:r>
      <w:r w:rsidRPr="005117ED">
        <w:rPr>
          <w:rFonts w:cs="Sakkal Majalla"/>
          <w:color w:val="000000" w:themeColor="text1"/>
          <w:sz w:val="38"/>
          <w:szCs w:val="38"/>
          <w:rtl/>
        </w:rPr>
        <w:t>يتضمن</w:t>
      </w:r>
      <w:r w:rsidRPr="005117ED">
        <w:rPr>
          <w:rFonts w:cs="Sakkal Majalla"/>
          <w:color w:val="000000" w:themeColor="text1"/>
          <w:sz w:val="38"/>
          <w:szCs w:val="38"/>
        </w:rPr>
        <w:t xml:space="preserve"> </w:t>
      </w:r>
      <w:r w:rsidRPr="005117ED">
        <w:rPr>
          <w:rFonts w:cs="Sakkal Majalla"/>
          <w:color w:val="000000" w:themeColor="text1"/>
          <w:sz w:val="38"/>
          <w:szCs w:val="38"/>
          <w:rtl/>
        </w:rPr>
        <w:t>بيانات</w:t>
      </w:r>
      <w:r w:rsidRPr="005117ED">
        <w:rPr>
          <w:rFonts w:cs="Sakkal Majalla"/>
          <w:color w:val="000000" w:themeColor="text1"/>
          <w:sz w:val="38"/>
          <w:szCs w:val="38"/>
        </w:rPr>
        <w:t xml:space="preserve"> </w:t>
      </w:r>
      <w:r w:rsidRPr="005117ED">
        <w:rPr>
          <w:rFonts w:cs="Sakkal Majalla"/>
          <w:color w:val="000000" w:themeColor="text1"/>
          <w:sz w:val="38"/>
          <w:szCs w:val="38"/>
          <w:rtl/>
        </w:rPr>
        <w:t>محاكاة</w:t>
      </w:r>
      <w:r w:rsidRPr="005117ED">
        <w:rPr>
          <w:rFonts w:cs="Sakkal Majalla"/>
          <w:color w:val="000000" w:themeColor="text1"/>
          <w:sz w:val="38"/>
          <w:szCs w:val="38"/>
        </w:rPr>
        <w:t xml:space="preserve"> </w:t>
      </w:r>
      <w:r w:rsidRPr="005117ED">
        <w:rPr>
          <w:rFonts w:cs="Sakkal Majalla"/>
          <w:color w:val="000000" w:themeColor="text1"/>
          <w:sz w:val="38"/>
          <w:szCs w:val="38"/>
          <w:rtl/>
        </w:rPr>
        <w:t>تعليمية،</w:t>
      </w:r>
      <w:r w:rsidRPr="005117ED">
        <w:rPr>
          <w:rFonts w:cs="Sakkal Majalla"/>
          <w:color w:val="000000" w:themeColor="text1"/>
          <w:sz w:val="38"/>
          <w:szCs w:val="38"/>
        </w:rPr>
        <w:t xml:space="preserve"> </w:t>
      </w:r>
      <w:r w:rsidRPr="005117ED">
        <w:rPr>
          <w:rFonts w:cs="Sakkal Majalla"/>
          <w:color w:val="000000" w:themeColor="text1"/>
          <w:sz w:val="38"/>
          <w:szCs w:val="38"/>
          <w:rtl/>
        </w:rPr>
        <w:t>فقد</w:t>
      </w:r>
      <w:r w:rsidRPr="005117ED">
        <w:rPr>
          <w:rFonts w:cs="Sakkal Majalla"/>
          <w:color w:val="000000" w:themeColor="text1"/>
          <w:sz w:val="38"/>
          <w:szCs w:val="38"/>
        </w:rPr>
        <w:t xml:space="preserve"> </w:t>
      </w:r>
      <w:r w:rsidRPr="005117ED">
        <w:rPr>
          <w:rFonts w:cs="Sakkal Majalla"/>
          <w:color w:val="000000" w:themeColor="text1"/>
          <w:sz w:val="38"/>
          <w:szCs w:val="38"/>
          <w:rtl/>
        </w:rPr>
        <w:t>وسمت</w:t>
      </w:r>
      <w:r w:rsidRPr="005117ED">
        <w:rPr>
          <w:rFonts w:cs="Sakkal Majalla"/>
          <w:color w:val="000000" w:themeColor="text1"/>
          <w:sz w:val="38"/>
          <w:szCs w:val="38"/>
        </w:rPr>
        <w:t xml:space="preserve"> </w:t>
      </w:r>
      <w:r w:rsidRPr="005117ED">
        <w:rPr>
          <w:rFonts w:cs="Sakkal Majalla"/>
          <w:color w:val="000000" w:themeColor="text1"/>
          <w:sz w:val="38"/>
          <w:szCs w:val="38"/>
          <w:rtl/>
        </w:rPr>
        <w:t>بوضوح</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المنهجية</w:t>
      </w:r>
      <w:r w:rsidRPr="005117ED">
        <w:rPr>
          <w:rFonts w:cs="Sakkal Majalla"/>
          <w:color w:val="000000" w:themeColor="text1"/>
          <w:sz w:val="38"/>
          <w:szCs w:val="38"/>
        </w:rPr>
        <w:t xml:space="preserve"> </w:t>
      </w:r>
      <w:r w:rsidRPr="005117ED">
        <w:rPr>
          <w:rFonts w:cs="Sakkal Majalla"/>
          <w:color w:val="000000" w:themeColor="text1"/>
          <w:sz w:val="38"/>
          <w:szCs w:val="38"/>
          <w:rtl/>
        </w:rPr>
        <w:t>والفصل</w:t>
      </w:r>
      <w:r w:rsidRPr="005117ED">
        <w:rPr>
          <w:rFonts w:cs="Sakkal Majalla"/>
          <w:color w:val="000000" w:themeColor="text1"/>
          <w:sz w:val="38"/>
          <w:szCs w:val="38"/>
        </w:rPr>
        <w:t xml:space="preserve"> </w:t>
      </w:r>
      <w:r w:rsidRPr="005117ED">
        <w:rPr>
          <w:rFonts w:cs="Sakkal Majalla"/>
          <w:color w:val="000000" w:themeColor="text1"/>
          <w:sz w:val="38"/>
          <w:szCs w:val="38"/>
          <w:rtl/>
        </w:rPr>
        <w:t>الرابع</w:t>
      </w:r>
      <w:r w:rsidRPr="005117ED">
        <w:rPr>
          <w:rFonts w:cs="Sakkal Majalla"/>
          <w:color w:val="000000" w:themeColor="text1"/>
          <w:sz w:val="38"/>
          <w:szCs w:val="38"/>
        </w:rPr>
        <w:t xml:space="preserve"> </w:t>
      </w:r>
      <w:r w:rsidRPr="005117ED">
        <w:rPr>
          <w:rFonts w:cs="Sakkal Majalla"/>
          <w:color w:val="000000" w:themeColor="text1"/>
          <w:sz w:val="38"/>
          <w:szCs w:val="38"/>
          <w:rtl/>
        </w:rPr>
        <w:t>والملحق،</w:t>
      </w:r>
      <w:r w:rsidRPr="005117ED">
        <w:rPr>
          <w:rFonts w:cs="Sakkal Majalla"/>
          <w:color w:val="000000" w:themeColor="text1"/>
          <w:sz w:val="38"/>
          <w:szCs w:val="38"/>
        </w:rPr>
        <w:t xml:space="preserve"> </w:t>
      </w:r>
      <w:r w:rsidRPr="005117ED">
        <w:rPr>
          <w:rFonts w:cs="Sakkal Majalla"/>
          <w:color w:val="000000" w:themeColor="text1"/>
          <w:sz w:val="38"/>
          <w:szCs w:val="38"/>
          <w:rtl/>
        </w:rPr>
        <w:t>ولا</w:t>
      </w:r>
      <w:r w:rsidRPr="005117ED">
        <w:rPr>
          <w:rFonts w:cs="Sakkal Majalla"/>
          <w:color w:val="000000" w:themeColor="text1"/>
          <w:sz w:val="38"/>
          <w:szCs w:val="38"/>
        </w:rPr>
        <w:t xml:space="preserve"> </w:t>
      </w:r>
      <w:r w:rsidRPr="005117ED">
        <w:rPr>
          <w:rFonts w:cs="Sakkal Majalla"/>
          <w:color w:val="000000" w:themeColor="text1"/>
          <w:sz w:val="38"/>
          <w:szCs w:val="38"/>
          <w:rtl/>
        </w:rPr>
        <w:t>يجوز</w:t>
      </w:r>
      <w:r w:rsidRPr="005117ED">
        <w:rPr>
          <w:rFonts w:cs="Sakkal Majalla"/>
          <w:color w:val="000000" w:themeColor="text1"/>
          <w:sz w:val="38"/>
          <w:szCs w:val="38"/>
        </w:rPr>
        <w:t xml:space="preserve"> </w:t>
      </w:r>
      <w:r w:rsidRPr="005117ED">
        <w:rPr>
          <w:rFonts w:cs="Sakkal Majalla"/>
          <w:color w:val="000000" w:themeColor="text1"/>
          <w:sz w:val="38"/>
          <w:szCs w:val="38"/>
          <w:rtl/>
        </w:rPr>
        <w:t>تقديمها</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أنها</w:t>
      </w:r>
      <w:r w:rsidRPr="005117ED">
        <w:rPr>
          <w:rFonts w:cs="Sakkal Majalla"/>
          <w:color w:val="000000" w:themeColor="text1"/>
          <w:sz w:val="38"/>
          <w:szCs w:val="38"/>
        </w:rPr>
        <w:t xml:space="preserve"> </w:t>
      </w:r>
      <w:r w:rsidRPr="005117ED">
        <w:rPr>
          <w:rFonts w:cs="Sakkal Majalla"/>
          <w:color w:val="000000" w:themeColor="text1"/>
          <w:sz w:val="38"/>
          <w:szCs w:val="38"/>
          <w:rtl/>
        </w:rPr>
        <w:t>نتائج</w:t>
      </w:r>
      <w:r w:rsidRPr="005117ED">
        <w:rPr>
          <w:rFonts w:cs="Sakkal Majalla"/>
          <w:color w:val="000000" w:themeColor="text1"/>
          <w:sz w:val="38"/>
          <w:szCs w:val="38"/>
        </w:rPr>
        <w:t xml:space="preserve"> </w:t>
      </w:r>
      <w:r w:rsidRPr="005117ED">
        <w:rPr>
          <w:rFonts w:cs="Sakkal Majalla"/>
          <w:color w:val="000000" w:themeColor="text1"/>
          <w:sz w:val="38"/>
          <w:szCs w:val="38"/>
          <w:rtl/>
        </w:rPr>
        <w:t>جمع</w:t>
      </w:r>
      <w:r w:rsidRPr="005117ED">
        <w:rPr>
          <w:rFonts w:cs="Sakkal Majalla"/>
          <w:color w:val="000000" w:themeColor="text1"/>
          <w:sz w:val="38"/>
          <w:szCs w:val="38"/>
        </w:rPr>
        <w:t xml:space="preserve"> </w:t>
      </w:r>
      <w:r w:rsidRPr="005117ED">
        <w:rPr>
          <w:rFonts w:cs="Sakkal Majalla"/>
          <w:color w:val="000000" w:themeColor="text1"/>
          <w:sz w:val="38"/>
          <w:szCs w:val="38"/>
          <w:rtl/>
        </w:rPr>
        <w:t>ميداني</w:t>
      </w:r>
      <w:r w:rsidRPr="005117ED">
        <w:rPr>
          <w:rFonts w:cs="Sakkal Majalla"/>
          <w:color w:val="000000" w:themeColor="text1"/>
          <w:sz w:val="38"/>
          <w:szCs w:val="38"/>
        </w:rPr>
        <w:t xml:space="preserve">. </w:t>
      </w:r>
      <w:r w:rsidRPr="005117ED">
        <w:rPr>
          <w:rFonts w:cs="Sakkal Majalla"/>
          <w:color w:val="000000" w:themeColor="text1"/>
          <w:sz w:val="38"/>
          <w:szCs w:val="38"/>
          <w:rtl/>
        </w:rPr>
        <w:t>وتستبدل</w:t>
      </w:r>
      <w:r w:rsidRPr="005117ED">
        <w:rPr>
          <w:rFonts w:cs="Sakkal Majalla"/>
          <w:color w:val="000000" w:themeColor="text1"/>
          <w:sz w:val="38"/>
          <w:szCs w:val="38"/>
        </w:rPr>
        <w:t xml:space="preserve"> </w:t>
      </w:r>
      <w:r w:rsidRPr="005117ED">
        <w:rPr>
          <w:rFonts w:cs="Sakkal Majalla"/>
          <w:color w:val="000000" w:themeColor="text1"/>
          <w:sz w:val="38"/>
          <w:szCs w:val="38"/>
          <w:rtl/>
        </w:rPr>
        <w:t>فقط</w:t>
      </w:r>
      <w:r w:rsidRPr="005117ED">
        <w:rPr>
          <w:rFonts w:cs="Sakkal Majalla"/>
          <w:color w:val="000000" w:themeColor="text1"/>
          <w:sz w:val="38"/>
          <w:szCs w:val="38"/>
        </w:rPr>
        <w:t xml:space="preserve"> </w:t>
      </w:r>
      <w:r w:rsidRPr="005117ED">
        <w:rPr>
          <w:rFonts w:cs="Sakkal Majalla"/>
          <w:color w:val="000000" w:themeColor="text1"/>
          <w:sz w:val="38"/>
          <w:szCs w:val="38"/>
          <w:rtl/>
        </w:rPr>
        <w:t>ببيانات</w:t>
      </w:r>
      <w:r w:rsidRPr="005117ED">
        <w:rPr>
          <w:rFonts w:cs="Sakkal Majalla"/>
          <w:color w:val="000000" w:themeColor="text1"/>
          <w:sz w:val="38"/>
          <w:szCs w:val="38"/>
        </w:rPr>
        <w:t xml:space="preserve"> </w:t>
      </w:r>
      <w:r w:rsidRPr="005117ED">
        <w:rPr>
          <w:rFonts w:cs="Sakkal Majalla"/>
          <w:color w:val="000000" w:themeColor="text1"/>
          <w:sz w:val="38"/>
          <w:szCs w:val="38"/>
          <w:rtl/>
        </w:rPr>
        <w:t>حقيقية</w:t>
      </w:r>
      <w:r w:rsidRPr="005117ED">
        <w:rPr>
          <w:rFonts w:cs="Sakkal Majalla"/>
          <w:color w:val="000000" w:themeColor="text1"/>
          <w:sz w:val="38"/>
          <w:szCs w:val="38"/>
        </w:rPr>
        <w:t xml:space="preserve"> </w:t>
      </w:r>
      <w:r w:rsidRPr="005117ED">
        <w:rPr>
          <w:rFonts w:cs="Sakkal Majalla"/>
          <w:color w:val="000000" w:themeColor="text1"/>
          <w:sz w:val="38"/>
          <w:szCs w:val="38"/>
          <w:rtl/>
        </w:rPr>
        <w:t>بعد</w:t>
      </w:r>
      <w:r w:rsidRPr="005117ED">
        <w:rPr>
          <w:rFonts w:cs="Sakkal Majalla"/>
          <w:color w:val="000000" w:themeColor="text1"/>
          <w:sz w:val="38"/>
          <w:szCs w:val="38"/>
        </w:rPr>
        <w:t xml:space="preserve"> </w:t>
      </w:r>
      <w:r w:rsidRPr="005117ED">
        <w:rPr>
          <w:rFonts w:cs="Sakkal Majalla"/>
          <w:color w:val="000000" w:themeColor="text1"/>
          <w:sz w:val="38"/>
          <w:szCs w:val="38"/>
          <w:rtl/>
        </w:rPr>
        <w:t>التطبيق،</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الاحتفاظ</w:t>
      </w:r>
      <w:r w:rsidRPr="005117ED">
        <w:rPr>
          <w:rFonts w:cs="Sakkal Majalla"/>
          <w:color w:val="000000" w:themeColor="text1"/>
          <w:sz w:val="38"/>
          <w:szCs w:val="38"/>
        </w:rPr>
        <w:t xml:space="preserve"> </w:t>
      </w:r>
      <w:r w:rsidRPr="005117ED">
        <w:rPr>
          <w:rFonts w:cs="Sakkal Majalla"/>
          <w:color w:val="000000" w:themeColor="text1"/>
          <w:sz w:val="38"/>
          <w:szCs w:val="38"/>
          <w:rtl/>
        </w:rPr>
        <w:t>بسجل</w:t>
      </w:r>
      <w:r w:rsidRPr="005117ED">
        <w:rPr>
          <w:rFonts w:cs="Sakkal Majalla"/>
          <w:color w:val="000000" w:themeColor="text1"/>
          <w:sz w:val="38"/>
          <w:szCs w:val="38"/>
        </w:rPr>
        <w:t xml:space="preserve"> </w:t>
      </w:r>
      <w:r w:rsidRPr="005117ED">
        <w:rPr>
          <w:rFonts w:cs="Sakkal Majalla"/>
          <w:color w:val="000000" w:themeColor="text1"/>
          <w:sz w:val="38"/>
          <w:szCs w:val="38"/>
          <w:rtl/>
        </w:rPr>
        <w:t>التحليل</w:t>
      </w:r>
      <w:r w:rsidRPr="005117ED">
        <w:rPr>
          <w:rFonts w:cs="Sakkal Majalla"/>
          <w:color w:val="000000" w:themeColor="text1"/>
          <w:sz w:val="38"/>
          <w:szCs w:val="38"/>
        </w:rPr>
        <w:t xml:space="preserve"> </w:t>
      </w:r>
      <w:r w:rsidRPr="005117ED">
        <w:rPr>
          <w:rFonts w:cs="Sakkal Majalla"/>
          <w:color w:val="000000" w:themeColor="text1"/>
          <w:sz w:val="38"/>
          <w:szCs w:val="38"/>
          <w:rtl/>
        </w:rPr>
        <w:t>لإمكان</w:t>
      </w:r>
      <w:r w:rsidRPr="005117ED">
        <w:rPr>
          <w:rFonts w:cs="Sakkal Majalla"/>
          <w:color w:val="000000" w:themeColor="text1"/>
          <w:sz w:val="38"/>
          <w:szCs w:val="38"/>
        </w:rPr>
        <w:t xml:space="preserve"> </w:t>
      </w:r>
      <w:r w:rsidRPr="005117ED">
        <w:rPr>
          <w:rFonts w:cs="Sakkal Majalla"/>
          <w:color w:val="000000" w:themeColor="text1"/>
          <w:sz w:val="38"/>
          <w:szCs w:val="38"/>
          <w:rtl/>
        </w:rPr>
        <w:t>المراجعة</w:t>
      </w:r>
      <w:r w:rsidRPr="005117ED">
        <w:rPr>
          <w:rFonts w:cs="Sakkal Majalla"/>
          <w:color w:val="000000" w:themeColor="text1"/>
          <w:sz w:val="38"/>
          <w:szCs w:val="38"/>
        </w:rPr>
        <w:t>.</w:t>
      </w:r>
    </w:p>
    <w:p w:rsidR="00FD5E07" w:rsidRPr="005117ED" w:rsidRDefault="00FD5E07" w:rsidP="004C155A">
      <w:pPr>
        <w:spacing w:before="0"/>
        <w:jc w:val="center"/>
        <w:rPr>
          <w:rFonts w:cs="Sakkal Majalla"/>
          <w:color w:val="000000" w:themeColor="text1"/>
          <w:sz w:val="38"/>
          <w:szCs w:val="38"/>
        </w:rPr>
      </w:pPr>
      <w:r w:rsidRPr="005117ED">
        <w:rPr>
          <w:rFonts w:cs="Sakkal Majalla"/>
          <w:b/>
          <w:bCs/>
          <w:color w:val="000000" w:themeColor="text1"/>
          <w:sz w:val="38"/>
          <w:szCs w:val="38"/>
          <w:rtl/>
        </w:rPr>
        <w:lastRenderedPageBreak/>
        <w:t>جدول</w:t>
      </w:r>
      <w:r w:rsidRPr="005117ED">
        <w:rPr>
          <w:rFonts w:cs="Sakkal Majalla"/>
          <w:b/>
          <w:color w:val="000000" w:themeColor="text1"/>
          <w:sz w:val="38"/>
          <w:szCs w:val="38"/>
        </w:rPr>
        <w:t xml:space="preserve"> (14</w:t>
      </w:r>
      <w:proofErr w:type="gramStart"/>
      <w:r w:rsidRPr="005117ED">
        <w:rPr>
          <w:rFonts w:cs="Sakkal Majalla"/>
          <w:b/>
          <w:color w:val="000000" w:themeColor="text1"/>
          <w:sz w:val="38"/>
          <w:szCs w:val="38"/>
        </w:rPr>
        <w:t>)</w:t>
      </w:r>
      <w:r w:rsidR="004C155A">
        <w:rPr>
          <w:rFonts w:cs="Sakkal Majalla" w:hint="cs"/>
          <w:b/>
          <w:color w:val="000000" w:themeColor="text1"/>
          <w:sz w:val="38"/>
          <w:szCs w:val="38"/>
          <w:rtl/>
        </w:rPr>
        <w:t xml:space="preserve"> </w:t>
      </w:r>
      <w:r w:rsidRPr="005117ED">
        <w:rPr>
          <w:rFonts w:cs="Sakkal Majalla"/>
          <w:b/>
          <w:color w:val="000000" w:themeColor="text1"/>
          <w:sz w:val="38"/>
          <w:szCs w:val="38"/>
        </w:rPr>
        <w:t>:</w:t>
      </w:r>
      <w:proofErr w:type="gramEnd"/>
      <w:r w:rsidR="004C155A">
        <w:rPr>
          <w:rFonts w:cs="Sakkal Majalla" w:hint="cs"/>
          <w:b/>
          <w:color w:val="000000" w:themeColor="text1"/>
          <w:sz w:val="38"/>
          <w:szCs w:val="38"/>
          <w:rtl/>
        </w:rPr>
        <w:t xml:space="preserve"> </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مصفوفة</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التشغيل</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والقياس</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لمتغيرات</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الدراسة</w:t>
      </w:r>
    </w:p>
    <w:tbl>
      <w:tblPr>
        <w:tblStyle w:val="aa"/>
        <w:bidiVisual/>
        <w:tblW w:w="0" w:type="auto"/>
        <w:jc w:val="center"/>
        <w:tblLook w:val="04A0" w:firstRow="1" w:lastRow="0" w:firstColumn="1" w:lastColumn="0" w:noHBand="0" w:noVBand="1"/>
      </w:tblPr>
      <w:tblGrid>
        <w:gridCol w:w="2382"/>
        <w:gridCol w:w="2433"/>
        <w:gridCol w:w="1129"/>
        <w:gridCol w:w="2515"/>
        <w:gridCol w:w="808"/>
      </w:tblGrid>
      <w:tr w:rsidR="00FD5E07" w:rsidRPr="005117ED" w:rsidTr="004C155A">
        <w:trPr>
          <w:tblHeader/>
          <w:jc w:val="center"/>
        </w:trPr>
        <w:tc>
          <w:tcPr>
            <w:tcW w:w="2382" w:type="dxa"/>
            <w:shd w:val="clear" w:color="auto" w:fill="1F4E79"/>
          </w:tcPr>
          <w:p w:rsidR="00FD5E07" w:rsidRPr="004C155A" w:rsidRDefault="00FD5E07" w:rsidP="004C155A">
            <w:pPr>
              <w:spacing w:before="0"/>
              <w:ind w:firstLine="0"/>
              <w:jc w:val="center"/>
              <w:rPr>
                <w:rFonts w:cs="Sakkal Majalla"/>
                <w:color w:val="FFFFFF" w:themeColor="background1"/>
                <w:sz w:val="38"/>
                <w:szCs w:val="38"/>
              </w:rPr>
            </w:pPr>
            <w:r w:rsidRPr="004C155A">
              <w:rPr>
                <w:rFonts w:cs="Sakkal Majalla"/>
                <w:b/>
                <w:bCs/>
                <w:color w:val="FFFFFF" w:themeColor="background1"/>
                <w:sz w:val="38"/>
                <w:szCs w:val="38"/>
                <w:rtl/>
              </w:rPr>
              <w:t>المتغير</w:t>
            </w:r>
          </w:p>
        </w:tc>
        <w:tc>
          <w:tcPr>
            <w:tcW w:w="2433" w:type="dxa"/>
            <w:shd w:val="clear" w:color="auto" w:fill="1F4E79"/>
          </w:tcPr>
          <w:p w:rsidR="00FD5E07" w:rsidRPr="004C155A" w:rsidRDefault="00FD5E07" w:rsidP="004C155A">
            <w:pPr>
              <w:spacing w:before="0"/>
              <w:ind w:firstLine="0"/>
              <w:jc w:val="center"/>
              <w:rPr>
                <w:rFonts w:cs="Sakkal Majalla"/>
                <w:color w:val="FFFFFF" w:themeColor="background1"/>
                <w:sz w:val="38"/>
                <w:szCs w:val="38"/>
              </w:rPr>
            </w:pPr>
            <w:r w:rsidRPr="004C155A">
              <w:rPr>
                <w:rFonts w:cs="Sakkal Majalla"/>
                <w:b/>
                <w:bCs/>
                <w:color w:val="FFFFFF" w:themeColor="background1"/>
                <w:sz w:val="38"/>
                <w:szCs w:val="38"/>
                <w:rtl/>
              </w:rPr>
              <w:t>البعد</w:t>
            </w:r>
          </w:p>
        </w:tc>
        <w:tc>
          <w:tcPr>
            <w:tcW w:w="1083" w:type="dxa"/>
            <w:shd w:val="clear" w:color="auto" w:fill="1F4E79"/>
          </w:tcPr>
          <w:p w:rsidR="00FD5E07" w:rsidRPr="004C155A" w:rsidRDefault="00FD5E07" w:rsidP="004C155A">
            <w:pPr>
              <w:spacing w:before="0"/>
              <w:ind w:firstLine="0"/>
              <w:jc w:val="center"/>
              <w:rPr>
                <w:rFonts w:cs="Sakkal Majalla"/>
                <w:color w:val="FFFFFF" w:themeColor="background1"/>
                <w:sz w:val="38"/>
                <w:szCs w:val="38"/>
              </w:rPr>
            </w:pPr>
            <w:r w:rsidRPr="004C155A">
              <w:rPr>
                <w:rFonts w:cs="Sakkal Majalla"/>
                <w:b/>
                <w:bCs/>
                <w:color w:val="FFFFFF" w:themeColor="background1"/>
                <w:sz w:val="38"/>
                <w:szCs w:val="38"/>
                <w:rtl/>
              </w:rPr>
              <w:t>الفقرات</w:t>
            </w:r>
          </w:p>
        </w:tc>
        <w:tc>
          <w:tcPr>
            <w:tcW w:w="2515" w:type="dxa"/>
            <w:shd w:val="clear" w:color="auto" w:fill="1F4E79"/>
          </w:tcPr>
          <w:p w:rsidR="00FD5E07" w:rsidRPr="004C155A" w:rsidRDefault="00FD5E07" w:rsidP="004C155A">
            <w:pPr>
              <w:spacing w:before="0"/>
              <w:ind w:firstLine="0"/>
              <w:jc w:val="center"/>
              <w:rPr>
                <w:rFonts w:cs="Sakkal Majalla"/>
                <w:color w:val="FFFFFF" w:themeColor="background1"/>
                <w:sz w:val="38"/>
                <w:szCs w:val="38"/>
              </w:rPr>
            </w:pPr>
            <w:r w:rsidRPr="004C155A">
              <w:rPr>
                <w:rFonts w:cs="Sakkal Majalla"/>
                <w:b/>
                <w:bCs/>
                <w:color w:val="FFFFFF" w:themeColor="background1"/>
                <w:sz w:val="38"/>
                <w:szCs w:val="38"/>
                <w:rtl/>
              </w:rPr>
              <w:t>طريقة</w:t>
            </w:r>
            <w:r w:rsidRPr="004C155A">
              <w:rPr>
                <w:rFonts w:cs="Sakkal Majalla"/>
                <w:b/>
                <w:color w:val="FFFFFF" w:themeColor="background1"/>
                <w:sz w:val="38"/>
                <w:szCs w:val="38"/>
              </w:rPr>
              <w:t xml:space="preserve"> </w:t>
            </w:r>
            <w:r w:rsidRPr="004C155A">
              <w:rPr>
                <w:rFonts w:cs="Sakkal Majalla"/>
                <w:b/>
                <w:bCs/>
                <w:color w:val="FFFFFF" w:themeColor="background1"/>
                <w:sz w:val="38"/>
                <w:szCs w:val="38"/>
                <w:rtl/>
              </w:rPr>
              <w:t>الحساب</w:t>
            </w:r>
          </w:p>
        </w:tc>
        <w:tc>
          <w:tcPr>
            <w:tcW w:w="794" w:type="dxa"/>
            <w:shd w:val="clear" w:color="auto" w:fill="1F4E79"/>
          </w:tcPr>
          <w:p w:rsidR="00FD5E07" w:rsidRPr="004C155A" w:rsidRDefault="00FD5E07" w:rsidP="004C155A">
            <w:pPr>
              <w:spacing w:before="0"/>
              <w:ind w:firstLine="0"/>
              <w:jc w:val="center"/>
              <w:rPr>
                <w:rFonts w:cs="Sakkal Majalla"/>
                <w:color w:val="FFFFFF" w:themeColor="background1"/>
                <w:sz w:val="38"/>
                <w:szCs w:val="38"/>
              </w:rPr>
            </w:pPr>
            <w:r w:rsidRPr="004C155A">
              <w:rPr>
                <w:rFonts w:cs="Sakkal Majalla"/>
                <w:b/>
                <w:bCs/>
                <w:color w:val="FFFFFF" w:themeColor="background1"/>
                <w:sz w:val="38"/>
                <w:szCs w:val="38"/>
                <w:rtl/>
              </w:rPr>
              <w:t>المدى</w:t>
            </w:r>
          </w:p>
        </w:tc>
      </w:tr>
      <w:tr w:rsidR="00FD5E07" w:rsidRPr="005117ED" w:rsidTr="004C155A">
        <w:trPr>
          <w:jc w:val="center"/>
        </w:trPr>
        <w:tc>
          <w:tcPr>
            <w:tcW w:w="2382"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p>
        </w:tc>
        <w:tc>
          <w:tcPr>
            <w:tcW w:w="2433"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التأثير</w:t>
            </w:r>
            <w:r w:rsidRPr="005117ED">
              <w:rPr>
                <w:rFonts w:cs="Sakkal Majalla"/>
                <w:color w:val="000000" w:themeColor="text1"/>
                <w:sz w:val="38"/>
                <w:szCs w:val="38"/>
              </w:rPr>
              <w:t xml:space="preserve"> </w:t>
            </w:r>
            <w:r w:rsidRPr="005117ED">
              <w:rPr>
                <w:rFonts w:cs="Sakkal Majalla"/>
                <w:color w:val="000000" w:themeColor="text1"/>
                <w:sz w:val="38"/>
                <w:szCs w:val="38"/>
                <w:rtl/>
              </w:rPr>
              <w:t>المثالي</w:t>
            </w:r>
          </w:p>
        </w:tc>
        <w:tc>
          <w:tcPr>
            <w:tcW w:w="1083"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5</w:t>
            </w:r>
          </w:p>
        </w:tc>
        <w:tc>
          <w:tcPr>
            <w:tcW w:w="2515"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متوسط</w:t>
            </w:r>
            <w:r w:rsidRPr="005117ED">
              <w:rPr>
                <w:rFonts w:cs="Sakkal Majalla"/>
                <w:color w:val="000000" w:themeColor="text1"/>
                <w:sz w:val="38"/>
                <w:szCs w:val="38"/>
              </w:rPr>
              <w:t xml:space="preserve"> </w:t>
            </w:r>
            <w:r w:rsidRPr="005117ED">
              <w:rPr>
                <w:rFonts w:cs="Sakkal Majalla"/>
                <w:color w:val="000000" w:themeColor="text1"/>
                <w:sz w:val="38"/>
                <w:szCs w:val="38"/>
                <w:rtl/>
              </w:rPr>
              <w:t>فقرات</w:t>
            </w:r>
            <w:r w:rsidRPr="005117ED">
              <w:rPr>
                <w:rFonts w:cs="Sakkal Majalla"/>
                <w:color w:val="000000" w:themeColor="text1"/>
                <w:sz w:val="38"/>
                <w:szCs w:val="38"/>
              </w:rPr>
              <w:t xml:space="preserve"> </w:t>
            </w:r>
            <w:r w:rsidRPr="005117ED">
              <w:rPr>
                <w:rFonts w:cs="Sakkal Majalla"/>
                <w:color w:val="000000" w:themeColor="text1"/>
                <w:sz w:val="38"/>
                <w:szCs w:val="38"/>
                <w:rtl/>
              </w:rPr>
              <w:t>البعد</w:t>
            </w:r>
          </w:p>
        </w:tc>
        <w:tc>
          <w:tcPr>
            <w:tcW w:w="794"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1-5</w:t>
            </w:r>
          </w:p>
        </w:tc>
      </w:tr>
      <w:tr w:rsidR="00FD5E07" w:rsidRPr="005117ED" w:rsidTr="004C155A">
        <w:trPr>
          <w:jc w:val="center"/>
        </w:trPr>
        <w:tc>
          <w:tcPr>
            <w:tcW w:w="2382"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p>
        </w:tc>
        <w:tc>
          <w:tcPr>
            <w:tcW w:w="2433"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التحفيز</w:t>
            </w:r>
            <w:r w:rsidRPr="005117ED">
              <w:rPr>
                <w:rFonts w:cs="Sakkal Majalla"/>
                <w:color w:val="000000" w:themeColor="text1"/>
                <w:sz w:val="38"/>
                <w:szCs w:val="38"/>
              </w:rPr>
              <w:t xml:space="preserve"> </w:t>
            </w:r>
            <w:proofErr w:type="spellStart"/>
            <w:r w:rsidRPr="005117ED">
              <w:rPr>
                <w:rFonts w:cs="Sakkal Majalla"/>
                <w:color w:val="000000" w:themeColor="text1"/>
                <w:sz w:val="38"/>
                <w:szCs w:val="38"/>
                <w:rtl/>
              </w:rPr>
              <w:t>الإلهامي</w:t>
            </w:r>
            <w:proofErr w:type="spellEnd"/>
          </w:p>
        </w:tc>
        <w:tc>
          <w:tcPr>
            <w:tcW w:w="1083"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5</w:t>
            </w:r>
          </w:p>
        </w:tc>
        <w:tc>
          <w:tcPr>
            <w:tcW w:w="2515"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متوسط</w:t>
            </w:r>
            <w:r w:rsidRPr="005117ED">
              <w:rPr>
                <w:rFonts w:cs="Sakkal Majalla"/>
                <w:color w:val="000000" w:themeColor="text1"/>
                <w:sz w:val="38"/>
                <w:szCs w:val="38"/>
              </w:rPr>
              <w:t xml:space="preserve"> </w:t>
            </w:r>
            <w:r w:rsidRPr="005117ED">
              <w:rPr>
                <w:rFonts w:cs="Sakkal Majalla"/>
                <w:color w:val="000000" w:themeColor="text1"/>
                <w:sz w:val="38"/>
                <w:szCs w:val="38"/>
                <w:rtl/>
              </w:rPr>
              <w:t>فقرات</w:t>
            </w:r>
            <w:r w:rsidRPr="005117ED">
              <w:rPr>
                <w:rFonts w:cs="Sakkal Majalla"/>
                <w:color w:val="000000" w:themeColor="text1"/>
                <w:sz w:val="38"/>
                <w:szCs w:val="38"/>
              </w:rPr>
              <w:t xml:space="preserve"> </w:t>
            </w:r>
            <w:r w:rsidRPr="005117ED">
              <w:rPr>
                <w:rFonts w:cs="Sakkal Majalla"/>
                <w:color w:val="000000" w:themeColor="text1"/>
                <w:sz w:val="38"/>
                <w:szCs w:val="38"/>
                <w:rtl/>
              </w:rPr>
              <w:t>البعد</w:t>
            </w:r>
          </w:p>
        </w:tc>
        <w:tc>
          <w:tcPr>
            <w:tcW w:w="794"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1-5</w:t>
            </w:r>
          </w:p>
        </w:tc>
      </w:tr>
      <w:tr w:rsidR="00FD5E07" w:rsidRPr="005117ED" w:rsidTr="004C155A">
        <w:trPr>
          <w:jc w:val="center"/>
        </w:trPr>
        <w:tc>
          <w:tcPr>
            <w:tcW w:w="2382"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p>
        </w:tc>
        <w:tc>
          <w:tcPr>
            <w:tcW w:w="2433"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الاستثارة</w:t>
            </w:r>
            <w:r w:rsidRPr="005117ED">
              <w:rPr>
                <w:rFonts w:cs="Sakkal Majalla"/>
                <w:color w:val="000000" w:themeColor="text1"/>
                <w:sz w:val="38"/>
                <w:szCs w:val="38"/>
              </w:rPr>
              <w:t xml:space="preserve"> </w:t>
            </w:r>
            <w:r w:rsidRPr="005117ED">
              <w:rPr>
                <w:rFonts w:cs="Sakkal Majalla"/>
                <w:color w:val="000000" w:themeColor="text1"/>
                <w:sz w:val="38"/>
                <w:szCs w:val="38"/>
                <w:rtl/>
              </w:rPr>
              <w:t>الفكرية</w:t>
            </w:r>
          </w:p>
        </w:tc>
        <w:tc>
          <w:tcPr>
            <w:tcW w:w="1083"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5</w:t>
            </w:r>
          </w:p>
        </w:tc>
        <w:tc>
          <w:tcPr>
            <w:tcW w:w="2515"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متوسط</w:t>
            </w:r>
            <w:r w:rsidRPr="005117ED">
              <w:rPr>
                <w:rFonts w:cs="Sakkal Majalla"/>
                <w:color w:val="000000" w:themeColor="text1"/>
                <w:sz w:val="38"/>
                <w:szCs w:val="38"/>
              </w:rPr>
              <w:t xml:space="preserve"> </w:t>
            </w:r>
            <w:r w:rsidRPr="005117ED">
              <w:rPr>
                <w:rFonts w:cs="Sakkal Majalla"/>
                <w:color w:val="000000" w:themeColor="text1"/>
                <w:sz w:val="38"/>
                <w:szCs w:val="38"/>
                <w:rtl/>
              </w:rPr>
              <w:t>فقرات</w:t>
            </w:r>
            <w:r w:rsidRPr="005117ED">
              <w:rPr>
                <w:rFonts w:cs="Sakkal Majalla"/>
                <w:color w:val="000000" w:themeColor="text1"/>
                <w:sz w:val="38"/>
                <w:szCs w:val="38"/>
              </w:rPr>
              <w:t xml:space="preserve"> </w:t>
            </w:r>
            <w:r w:rsidRPr="005117ED">
              <w:rPr>
                <w:rFonts w:cs="Sakkal Majalla"/>
                <w:color w:val="000000" w:themeColor="text1"/>
                <w:sz w:val="38"/>
                <w:szCs w:val="38"/>
                <w:rtl/>
              </w:rPr>
              <w:t>البعد</w:t>
            </w:r>
          </w:p>
        </w:tc>
        <w:tc>
          <w:tcPr>
            <w:tcW w:w="794"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1-5</w:t>
            </w:r>
          </w:p>
        </w:tc>
      </w:tr>
      <w:tr w:rsidR="00FD5E07" w:rsidRPr="005117ED" w:rsidTr="004C155A">
        <w:trPr>
          <w:jc w:val="center"/>
        </w:trPr>
        <w:tc>
          <w:tcPr>
            <w:tcW w:w="2382"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p>
        </w:tc>
        <w:tc>
          <w:tcPr>
            <w:tcW w:w="2433"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الاعتبار</w:t>
            </w:r>
            <w:r w:rsidRPr="005117ED">
              <w:rPr>
                <w:rFonts w:cs="Sakkal Majalla"/>
                <w:color w:val="000000" w:themeColor="text1"/>
                <w:sz w:val="38"/>
                <w:szCs w:val="38"/>
              </w:rPr>
              <w:t xml:space="preserve"> </w:t>
            </w:r>
            <w:r w:rsidRPr="005117ED">
              <w:rPr>
                <w:rFonts w:cs="Sakkal Majalla"/>
                <w:color w:val="000000" w:themeColor="text1"/>
                <w:sz w:val="38"/>
                <w:szCs w:val="38"/>
                <w:rtl/>
              </w:rPr>
              <w:t>الفردي</w:t>
            </w:r>
          </w:p>
        </w:tc>
        <w:tc>
          <w:tcPr>
            <w:tcW w:w="1083"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5</w:t>
            </w:r>
          </w:p>
        </w:tc>
        <w:tc>
          <w:tcPr>
            <w:tcW w:w="2515"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متوسط</w:t>
            </w:r>
            <w:r w:rsidRPr="005117ED">
              <w:rPr>
                <w:rFonts w:cs="Sakkal Majalla"/>
                <w:color w:val="000000" w:themeColor="text1"/>
                <w:sz w:val="38"/>
                <w:szCs w:val="38"/>
              </w:rPr>
              <w:t xml:space="preserve"> </w:t>
            </w:r>
            <w:r w:rsidRPr="005117ED">
              <w:rPr>
                <w:rFonts w:cs="Sakkal Majalla"/>
                <w:color w:val="000000" w:themeColor="text1"/>
                <w:sz w:val="38"/>
                <w:szCs w:val="38"/>
                <w:rtl/>
              </w:rPr>
              <w:t>فقرات</w:t>
            </w:r>
            <w:r w:rsidRPr="005117ED">
              <w:rPr>
                <w:rFonts w:cs="Sakkal Majalla"/>
                <w:color w:val="000000" w:themeColor="text1"/>
                <w:sz w:val="38"/>
                <w:szCs w:val="38"/>
              </w:rPr>
              <w:t xml:space="preserve"> </w:t>
            </w:r>
            <w:r w:rsidRPr="005117ED">
              <w:rPr>
                <w:rFonts w:cs="Sakkal Majalla"/>
                <w:color w:val="000000" w:themeColor="text1"/>
                <w:sz w:val="38"/>
                <w:szCs w:val="38"/>
                <w:rtl/>
              </w:rPr>
              <w:t>البعد</w:t>
            </w:r>
          </w:p>
        </w:tc>
        <w:tc>
          <w:tcPr>
            <w:tcW w:w="794"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1-5</w:t>
            </w:r>
          </w:p>
        </w:tc>
      </w:tr>
      <w:tr w:rsidR="00FD5E07" w:rsidRPr="005117ED" w:rsidTr="004C155A">
        <w:trPr>
          <w:jc w:val="center"/>
        </w:trPr>
        <w:tc>
          <w:tcPr>
            <w:tcW w:w="2382"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التنظيمي</w:t>
            </w:r>
          </w:p>
        </w:tc>
        <w:tc>
          <w:tcPr>
            <w:tcW w:w="2433"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توليد</w:t>
            </w:r>
            <w:r w:rsidRPr="005117ED">
              <w:rPr>
                <w:rFonts w:cs="Sakkal Majalla"/>
                <w:color w:val="000000" w:themeColor="text1"/>
                <w:sz w:val="38"/>
                <w:szCs w:val="38"/>
              </w:rPr>
              <w:t xml:space="preserve"> </w:t>
            </w:r>
            <w:r w:rsidRPr="005117ED">
              <w:rPr>
                <w:rFonts w:cs="Sakkal Majalla"/>
                <w:color w:val="000000" w:themeColor="text1"/>
                <w:sz w:val="38"/>
                <w:szCs w:val="38"/>
                <w:rtl/>
              </w:rPr>
              <w:t>الأفكار</w:t>
            </w:r>
          </w:p>
        </w:tc>
        <w:tc>
          <w:tcPr>
            <w:tcW w:w="1083"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4</w:t>
            </w:r>
          </w:p>
        </w:tc>
        <w:tc>
          <w:tcPr>
            <w:tcW w:w="2515"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متوسط</w:t>
            </w:r>
            <w:r w:rsidRPr="005117ED">
              <w:rPr>
                <w:rFonts w:cs="Sakkal Majalla"/>
                <w:color w:val="000000" w:themeColor="text1"/>
                <w:sz w:val="38"/>
                <w:szCs w:val="38"/>
              </w:rPr>
              <w:t xml:space="preserve"> </w:t>
            </w:r>
            <w:r w:rsidRPr="005117ED">
              <w:rPr>
                <w:rFonts w:cs="Sakkal Majalla"/>
                <w:color w:val="000000" w:themeColor="text1"/>
                <w:sz w:val="38"/>
                <w:szCs w:val="38"/>
                <w:rtl/>
              </w:rPr>
              <w:t>فقرات</w:t>
            </w:r>
            <w:r w:rsidRPr="005117ED">
              <w:rPr>
                <w:rFonts w:cs="Sakkal Majalla"/>
                <w:color w:val="000000" w:themeColor="text1"/>
                <w:sz w:val="38"/>
                <w:szCs w:val="38"/>
              </w:rPr>
              <w:t xml:space="preserve"> </w:t>
            </w:r>
            <w:r w:rsidRPr="005117ED">
              <w:rPr>
                <w:rFonts w:cs="Sakkal Majalla"/>
                <w:color w:val="000000" w:themeColor="text1"/>
                <w:sz w:val="38"/>
                <w:szCs w:val="38"/>
                <w:rtl/>
              </w:rPr>
              <w:t>البعد</w:t>
            </w:r>
          </w:p>
        </w:tc>
        <w:tc>
          <w:tcPr>
            <w:tcW w:w="794"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1-5</w:t>
            </w:r>
          </w:p>
        </w:tc>
      </w:tr>
      <w:tr w:rsidR="00FD5E07" w:rsidRPr="005117ED" w:rsidTr="004C155A">
        <w:trPr>
          <w:jc w:val="center"/>
        </w:trPr>
        <w:tc>
          <w:tcPr>
            <w:tcW w:w="2382"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التنظيمي</w:t>
            </w:r>
          </w:p>
        </w:tc>
        <w:tc>
          <w:tcPr>
            <w:tcW w:w="2433"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الأصالة</w:t>
            </w:r>
          </w:p>
        </w:tc>
        <w:tc>
          <w:tcPr>
            <w:tcW w:w="1083"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4</w:t>
            </w:r>
          </w:p>
        </w:tc>
        <w:tc>
          <w:tcPr>
            <w:tcW w:w="2515"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متوسط</w:t>
            </w:r>
            <w:r w:rsidRPr="005117ED">
              <w:rPr>
                <w:rFonts w:cs="Sakkal Majalla"/>
                <w:color w:val="000000" w:themeColor="text1"/>
                <w:sz w:val="38"/>
                <w:szCs w:val="38"/>
              </w:rPr>
              <w:t xml:space="preserve"> </w:t>
            </w:r>
            <w:r w:rsidRPr="005117ED">
              <w:rPr>
                <w:rFonts w:cs="Sakkal Majalla"/>
                <w:color w:val="000000" w:themeColor="text1"/>
                <w:sz w:val="38"/>
                <w:szCs w:val="38"/>
                <w:rtl/>
              </w:rPr>
              <w:t>فقرات</w:t>
            </w:r>
            <w:r w:rsidRPr="005117ED">
              <w:rPr>
                <w:rFonts w:cs="Sakkal Majalla"/>
                <w:color w:val="000000" w:themeColor="text1"/>
                <w:sz w:val="38"/>
                <w:szCs w:val="38"/>
              </w:rPr>
              <w:t xml:space="preserve"> </w:t>
            </w:r>
            <w:r w:rsidRPr="005117ED">
              <w:rPr>
                <w:rFonts w:cs="Sakkal Majalla"/>
                <w:color w:val="000000" w:themeColor="text1"/>
                <w:sz w:val="38"/>
                <w:szCs w:val="38"/>
                <w:rtl/>
              </w:rPr>
              <w:t>البعد</w:t>
            </w:r>
          </w:p>
        </w:tc>
        <w:tc>
          <w:tcPr>
            <w:tcW w:w="794"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1-5</w:t>
            </w:r>
          </w:p>
        </w:tc>
      </w:tr>
      <w:tr w:rsidR="00FD5E07" w:rsidRPr="005117ED" w:rsidTr="004C155A">
        <w:trPr>
          <w:jc w:val="center"/>
        </w:trPr>
        <w:tc>
          <w:tcPr>
            <w:tcW w:w="2382"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التنظيمي</w:t>
            </w:r>
          </w:p>
        </w:tc>
        <w:tc>
          <w:tcPr>
            <w:tcW w:w="2433"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المرونة</w:t>
            </w:r>
          </w:p>
        </w:tc>
        <w:tc>
          <w:tcPr>
            <w:tcW w:w="1083"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4</w:t>
            </w:r>
          </w:p>
        </w:tc>
        <w:tc>
          <w:tcPr>
            <w:tcW w:w="2515"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متوسط</w:t>
            </w:r>
            <w:r w:rsidRPr="005117ED">
              <w:rPr>
                <w:rFonts w:cs="Sakkal Majalla"/>
                <w:color w:val="000000" w:themeColor="text1"/>
                <w:sz w:val="38"/>
                <w:szCs w:val="38"/>
              </w:rPr>
              <w:t xml:space="preserve"> </w:t>
            </w:r>
            <w:r w:rsidRPr="005117ED">
              <w:rPr>
                <w:rFonts w:cs="Sakkal Majalla"/>
                <w:color w:val="000000" w:themeColor="text1"/>
                <w:sz w:val="38"/>
                <w:szCs w:val="38"/>
                <w:rtl/>
              </w:rPr>
              <w:t>فقرات</w:t>
            </w:r>
            <w:r w:rsidRPr="005117ED">
              <w:rPr>
                <w:rFonts w:cs="Sakkal Majalla"/>
                <w:color w:val="000000" w:themeColor="text1"/>
                <w:sz w:val="38"/>
                <w:szCs w:val="38"/>
              </w:rPr>
              <w:t xml:space="preserve"> </w:t>
            </w:r>
            <w:r w:rsidRPr="005117ED">
              <w:rPr>
                <w:rFonts w:cs="Sakkal Majalla"/>
                <w:color w:val="000000" w:themeColor="text1"/>
                <w:sz w:val="38"/>
                <w:szCs w:val="38"/>
                <w:rtl/>
              </w:rPr>
              <w:t>البعد</w:t>
            </w:r>
          </w:p>
        </w:tc>
        <w:tc>
          <w:tcPr>
            <w:tcW w:w="794"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1-5</w:t>
            </w:r>
          </w:p>
        </w:tc>
      </w:tr>
      <w:tr w:rsidR="00FD5E07" w:rsidRPr="005117ED" w:rsidTr="004C155A">
        <w:trPr>
          <w:jc w:val="center"/>
        </w:trPr>
        <w:tc>
          <w:tcPr>
            <w:tcW w:w="2382"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التنظيمي</w:t>
            </w:r>
          </w:p>
        </w:tc>
        <w:tc>
          <w:tcPr>
            <w:tcW w:w="2433" w:type="dxa"/>
            <w:shd w:val="clear" w:color="auto" w:fill="EDF4FA"/>
            <w:vAlign w:val="center"/>
          </w:tcPr>
          <w:p w:rsidR="00FD5E07" w:rsidRPr="004C155A" w:rsidRDefault="00FD5E07" w:rsidP="004C155A">
            <w:pPr>
              <w:spacing w:before="0"/>
              <w:ind w:firstLine="0"/>
              <w:jc w:val="center"/>
              <w:rPr>
                <w:rFonts w:cs="Sakkal Majalla"/>
                <w:color w:val="000000" w:themeColor="text1"/>
                <w:sz w:val="32"/>
                <w:szCs w:val="32"/>
              </w:rPr>
            </w:pPr>
            <w:r w:rsidRPr="004C155A">
              <w:rPr>
                <w:rFonts w:cs="Sakkal Majalla"/>
                <w:color w:val="000000" w:themeColor="text1"/>
                <w:sz w:val="32"/>
                <w:szCs w:val="32"/>
                <w:rtl/>
              </w:rPr>
              <w:t>المبادرة</w:t>
            </w:r>
            <w:r w:rsidRPr="004C155A">
              <w:rPr>
                <w:rFonts w:cs="Sakkal Majalla"/>
                <w:color w:val="000000" w:themeColor="text1"/>
                <w:sz w:val="32"/>
                <w:szCs w:val="32"/>
              </w:rPr>
              <w:t xml:space="preserve"> </w:t>
            </w:r>
            <w:r w:rsidRPr="004C155A">
              <w:rPr>
                <w:rFonts w:cs="Sakkal Majalla"/>
                <w:color w:val="000000" w:themeColor="text1"/>
                <w:sz w:val="32"/>
                <w:szCs w:val="32"/>
                <w:rtl/>
              </w:rPr>
              <w:t>في</w:t>
            </w:r>
            <w:r w:rsidRPr="004C155A">
              <w:rPr>
                <w:rFonts w:cs="Sakkal Majalla"/>
                <w:color w:val="000000" w:themeColor="text1"/>
                <w:sz w:val="32"/>
                <w:szCs w:val="32"/>
              </w:rPr>
              <w:t xml:space="preserve"> </w:t>
            </w:r>
            <w:r w:rsidRPr="004C155A">
              <w:rPr>
                <w:rFonts w:cs="Sakkal Majalla"/>
                <w:color w:val="000000" w:themeColor="text1"/>
                <w:sz w:val="32"/>
                <w:szCs w:val="32"/>
                <w:rtl/>
              </w:rPr>
              <w:t>حل</w:t>
            </w:r>
            <w:r w:rsidRPr="004C155A">
              <w:rPr>
                <w:rFonts w:cs="Sakkal Majalla"/>
                <w:color w:val="000000" w:themeColor="text1"/>
                <w:sz w:val="32"/>
                <w:szCs w:val="32"/>
              </w:rPr>
              <w:t xml:space="preserve"> </w:t>
            </w:r>
            <w:r w:rsidRPr="004C155A">
              <w:rPr>
                <w:rFonts w:cs="Sakkal Majalla"/>
                <w:color w:val="000000" w:themeColor="text1"/>
                <w:sz w:val="32"/>
                <w:szCs w:val="32"/>
                <w:rtl/>
              </w:rPr>
              <w:t>المشكلات</w:t>
            </w:r>
          </w:p>
        </w:tc>
        <w:tc>
          <w:tcPr>
            <w:tcW w:w="1083"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4</w:t>
            </w:r>
          </w:p>
        </w:tc>
        <w:tc>
          <w:tcPr>
            <w:tcW w:w="2515"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متوسط</w:t>
            </w:r>
            <w:r w:rsidRPr="005117ED">
              <w:rPr>
                <w:rFonts w:cs="Sakkal Majalla"/>
                <w:color w:val="000000" w:themeColor="text1"/>
                <w:sz w:val="38"/>
                <w:szCs w:val="38"/>
              </w:rPr>
              <w:t xml:space="preserve"> </w:t>
            </w:r>
            <w:r w:rsidRPr="005117ED">
              <w:rPr>
                <w:rFonts w:cs="Sakkal Majalla"/>
                <w:color w:val="000000" w:themeColor="text1"/>
                <w:sz w:val="38"/>
                <w:szCs w:val="38"/>
                <w:rtl/>
              </w:rPr>
              <w:t>فقرات</w:t>
            </w:r>
            <w:r w:rsidRPr="005117ED">
              <w:rPr>
                <w:rFonts w:cs="Sakkal Majalla"/>
                <w:color w:val="000000" w:themeColor="text1"/>
                <w:sz w:val="38"/>
                <w:szCs w:val="38"/>
              </w:rPr>
              <w:t xml:space="preserve"> </w:t>
            </w:r>
            <w:r w:rsidRPr="005117ED">
              <w:rPr>
                <w:rFonts w:cs="Sakkal Majalla"/>
                <w:color w:val="000000" w:themeColor="text1"/>
                <w:sz w:val="38"/>
                <w:szCs w:val="38"/>
                <w:rtl/>
              </w:rPr>
              <w:t>البعد</w:t>
            </w:r>
          </w:p>
        </w:tc>
        <w:tc>
          <w:tcPr>
            <w:tcW w:w="794"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1-5</w:t>
            </w:r>
          </w:p>
        </w:tc>
      </w:tr>
      <w:tr w:rsidR="00FD5E07" w:rsidRPr="005117ED" w:rsidTr="004C155A">
        <w:trPr>
          <w:jc w:val="center"/>
        </w:trPr>
        <w:tc>
          <w:tcPr>
            <w:tcW w:w="2382"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التنظيمي</w:t>
            </w:r>
          </w:p>
        </w:tc>
        <w:tc>
          <w:tcPr>
            <w:tcW w:w="2433" w:type="dxa"/>
            <w:vAlign w:val="center"/>
          </w:tcPr>
          <w:p w:rsidR="00FD5E07" w:rsidRPr="005117ED" w:rsidRDefault="00FD5E07" w:rsidP="004C155A">
            <w:pPr>
              <w:spacing w:before="0"/>
              <w:ind w:firstLine="0"/>
              <w:jc w:val="center"/>
              <w:rPr>
                <w:rFonts w:cs="Sakkal Majalla"/>
                <w:color w:val="000000" w:themeColor="text1"/>
                <w:sz w:val="38"/>
                <w:szCs w:val="38"/>
              </w:rPr>
            </w:pPr>
            <w:r w:rsidRPr="004C155A">
              <w:rPr>
                <w:rFonts w:cs="Sakkal Majalla"/>
                <w:color w:val="000000" w:themeColor="text1"/>
                <w:sz w:val="32"/>
                <w:szCs w:val="32"/>
                <w:rtl/>
              </w:rPr>
              <w:t>تبني</w:t>
            </w:r>
            <w:r w:rsidRPr="004C155A">
              <w:rPr>
                <w:rFonts w:cs="Sakkal Majalla"/>
                <w:color w:val="000000" w:themeColor="text1"/>
                <w:sz w:val="32"/>
                <w:szCs w:val="32"/>
              </w:rPr>
              <w:t xml:space="preserve"> </w:t>
            </w:r>
            <w:r w:rsidRPr="004C155A">
              <w:rPr>
                <w:rFonts w:cs="Sakkal Majalla"/>
                <w:color w:val="000000" w:themeColor="text1"/>
                <w:sz w:val="32"/>
                <w:szCs w:val="32"/>
                <w:rtl/>
              </w:rPr>
              <w:t>الأفكار</w:t>
            </w:r>
            <w:r w:rsidRPr="004C155A">
              <w:rPr>
                <w:rFonts w:cs="Sakkal Majalla"/>
                <w:color w:val="000000" w:themeColor="text1"/>
                <w:sz w:val="32"/>
                <w:szCs w:val="32"/>
              </w:rPr>
              <w:t xml:space="preserve"> </w:t>
            </w:r>
            <w:r w:rsidRPr="004C155A">
              <w:rPr>
                <w:rFonts w:cs="Sakkal Majalla"/>
                <w:color w:val="000000" w:themeColor="text1"/>
                <w:sz w:val="32"/>
                <w:szCs w:val="32"/>
                <w:rtl/>
              </w:rPr>
              <w:t>وتطبيقها</w:t>
            </w:r>
          </w:p>
        </w:tc>
        <w:tc>
          <w:tcPr>
            <w:tcW w:w="1083"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4</w:t>
            </w:r>
          </w:p>
        </w:tc>
        <w:tc>
          <w:tcPr>
            <w:tcW w:w="2515"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متوسط</w:t>
            </w:r>
            <w:r w:rsidRPr="005117ED">
              <w:rPr>
                <w:rFonts w:cs="Sakkal Majalla"/>
                <w:color w:val="000000" w:themeColor="text1"/>
                <w:sz w:val="38"/>
                <w:szCs w:val="38"/>
              </w:rPr>
              <w:t xml:space="preserve"> </w:t>
            </w:r>
            <w:r w:rsidRPr="005117ED">
              <w:rPr>
                <w:rFonts w:cs="Sakkal Majalla"/>
                <w:color w:val="000000" w:themeColor="text1"/>
                <w:sz w:val="38"/>
                <w:szCs w:val="38"/>
                <w:rtl/>
              </w:rPr>
              <w:t>فقرات</w:t>
            </w:r>
            <w:r w:rsidRPr="005117ED">
              <w:rPr>
                <w:rFonts w:cs="Sakkal Majalla"/>
                <w:color w:val="000000" w:themeColor="text1"/>
                <w:sz w:val="38"/>
                <w:szCs w:val="38"/>
              </w:rPr>
              <w:t xml:space="preserve"> </w:t>
            </w:r>
            <w:r w:rsidRPr="005117ED">
              <w:rPr>
                <w:rFonts w:cs="Sakkal Majalla"/>
                <w:color w:val="000000" w:themeColor="text1"/>
                <w:sz w:val="38"/>
                <w:szCs w:val="38"/>
                <w:rtl/>
              </w:rPr>
              <w:t>البعد</w:t>
            </w:r>
          </w:p>
        </w:tc>
        <w:tc>
          <w:tcPr>
            <w:tcW w:w="794"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1-5</w:t>
            </w:r>
          </w:p>
        </w:tc>
      </w:tr>
    </w:tbl>
    <w:p w:rsidR="00FD5E07" w:rsidRPr="005117ED" w:rsidRDefault="00FD5E07" w:rsidP="004C155A">
      <w:pPr>
        <w:spacing w:before="0"/>
        <w:jc w:val="center"/>
        <w:rPr>
          <w:rFonts w:cs="Sakkal Majalla"/>
          <w:color w:val="000000" w:themeColor="text1"/>
          <w:sz w:val="38"/>
          <w:szCs w:val="38"/>
        </w:rPr>
      </w:pPr>
      <w:r w:rsidRPr="005117ED">
        <w:rPr>
          <w:rFonts w:cs="Sakkal Majalla"/>
          <w:b/>
          <w:bCs/>
          <w:color w:val="000000" w:themeColor="text1"/>
          <w:sz w:val="38"/>
          <w:szCs w:val="38"/>
          <w:rtl/>
        </w:rPr>
        <w:t>جدول</w:t>
      </w:r>
      <w:r w:rsidRPr="005117ED">
        <w:rPr>
          <w:rFonts w:cs="Sakkal Majalla"/>
          <w:b/>
          <w:color w:val="000000" w:themeColor="text1"/>
          <w:sz w:val="38"/>
          <w:szCs w:val="38"/>
        </w:rPr>
        <w:t xml:space="preserve"> (15</w:t>
      </w:r>
      <w:proofErr w:type="gramStart"/>
      <w:r w:rsidRPr="005117ED">
        <w:rPr>
          <w:rFonts w:cs="Sakkal Majalla"/>
          <w:b/>
          <w:color w:val="000000" w:themeColor="text1"/>
          <w:sz w:val="38"/>
          <w:szCs w:val="38"/>
        </w:rPr>
        <w:t>)</w:t>
      </w:r>
      <w:r w:rsidR="004C155A">
        <w:rPr>
          <w:rFonts w:cs="Sakkal Majalla" w:hint="cs"/>
          <w:b/>
          <w:color w:val="000000" w:themeColor="text1"/>
          <w:sz w:val="38"/>
          <w:szCs w:val="38"/>
          <w:rtl/>
        </w:rPr>
        <w:t xml:space="preserve"> </w:t>
      </w:r>
      <w:r w:rsidRPr="005117ED">
        <w:rPr>
          <w:rFonts w:cs="Sakkal Majalla"/>
          <w:b/>
          <w:color w:val="000000" w:themeColor="text1"/>
          <w:sz w:val="38"/>
          <w:szCs w:val="38"/>
        </w:rPr>
        <w:t>:</w:t>
      </w:r>
      <w:proofErr w:type="gramEnd"/>
      <w:r w:rsidR="004C155A">
        <w:rPr>
          <w:rFonts w:cs="Sakkal Majalla" w:hint="cs"/>
          <w:b/>
          <w:color w:val="000000" w:themeColor="text1"/>
          <w:sz w:val="38"/>
          <w:szCs w:val="38"/>
          <w:rtl/>
        </w:rPr>
        <w:t xml:space="preserve"> </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قواعد</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فحص</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جودة</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البيانات</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قبل</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التحليل</w:t>
      </w:r>
    </w:p>
    <w:tbl>
      <w:tblPr>
        <w:tblStyle w:val="aa"/>
        <w:bidiVisual/>
        <w:tblW w:w="0" w:type="auto"/>
        <w:jc w:val="center"/>
        <w:tblLook w:val="04A0" w:firstRow="1" w:lastRow="0" w:firstColumn="1" w:lastColumn="0" w:noHBand="0" w:noVBand="1"/>
      </w:tblPr>
      <w:tblGrid>
        <w:gridCol w:w="2268"/>
        <w:gridCol w:w="6520"/>
      </w:tblGrid>
      <w:tr w:rsidR="00FD5E07" w:rsidRPr="005117ED" w:rsidTr="004C155A">
        <w:trPr>
          <w:tblHeader/>
          <w:jc w:val="center"/>
        </w:trPr>
        <w:tc>
          <w:tcPr>
            <w:tcW w:w="2268" w:type="dxa"/>
            <w:shd w:val="clear" w:color="auto" w:fill="1F4E79"/>
          </w:tcPr>
          <w:p w:rsidR="00FD5E07" w:rsidRPr="004C155A" w:rsidRDefault="00FD5E07" w:rsidP="004C155A">
            <w:pPr>
              <w:spacing w:before="0"/>
              <w:ind w:firstLine="0"/>
              <w:jc w:val="center"/>
              <w:rPr>
                <w:rFonts w:cs="Sakkal Majalla"/>
                <w:color w:val="FFFFFF" w:themeColor="background1"/>
                <w:sz w:val="38"/>
                <w:szCs w:val="38"/>
              </w:rPr>
            </w:pPr>
            <w:r w:rsidRPr="004C155A">
              <w:rPr>
                <w:rFonts w:cs="Sakkal Majalla"/>
                <w:b/>
                <w:bCs/>
                <w:color w:val="FFFFFF" w:themeColor="background1"/>
                <w:sz w:val="38"/>
                <w:szCs w:val="38"/>
                <w:rtl/>
              </w:rPr>
              <w:t>الفحص</w:t>
            </w:r>
          </w:p>
        </w:tc>
        <w:tc>
          <w:tcPr>
            <w:tcW w:w="6520" w:type="dxa"/>
            <w:shd w:val="clear" w:color="auto" w:fill="1F4E79"/>
          </w:tcPr>
          <w:p w:rsidR="00FD5E07" w:rsidRPr="004C155A" w:rsidRDefault="00FD5E07" w:rsidP="004C155A">
            <w:pPr>
              <w:spacing w:before="0"/>
              <w:ind w:firstLine="0"/>
              <w:jc w:val="center"/>
              <w:rPr>
                <w:rFonts w:cs="Sakkal Majalla"/>
                <w:color w:val="FFFFFF" w:themeColor="background1"/>
                <w:sz w:val="38"/>
                <w:szCs w:val="38"/>
              </w:rPr>
            </w:pPr>
            <w:r w:rsidRPr="004C155A">
              <w:rPr>
                <w:rFonts w:cs="Sakkal Majalla"/>
                <w:b/>
                <w:bCs/>
                <w:color w:val="FFFFFF" w:themeColor="background1"/>
                <w:sz w:val="38"/>
                <w:szCs w:val="38"/>
                <w:rtl/>
              </w:rPr>
              <w:t>القاعدة</w:t>
            </w:r>
            <w:r w:rsidRPr="004C155A">
              <w:rPr>
                <w:rFonts w:cs="Sakkal Majalla"/>
                <w:b/>
                <w:color w:val="FFFFFF" w:themeColor="background1"/>
                <w:sz w:val="38"/>
                <w:szCs w:val="38"/>
              </w:rPr>
              <w:t xml:space="preserve"> </w:t>
            </w:r>
            <w:r w:rsidRPr="004C155A">
              <w:rPr>
                <w:rFonts w:cs="Sakkal Majalla"/>
                <w:b/>
                <w:bCs/>
                <w:color w:val="FFFFFF" w:themeColor="background1"/>
                <w:sz w:val="38"/>
                <w:szCs w:val="38"/>
                <w:rtl/>
              </w:rPr>
              <w:t>الإجرائية</w:t>
            </w:r>
          </w:p>
        </w:tc>
      </w:tr>
      <w:tr w:rsidR="00FD5E07" w:rsidRPr="005117ED" w:rsidTr="004C155A">
        <w:trPr>
          <w:jc w:val="center"/>
        </w:trPr>
        <w:tc>
          <w:tcPr>
            <w:tcW w:w="2268"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النقص</w:t>
            </w:r>
          </w:p>
        </w:tc>
        <w:tc>
          <w:tcPr>
            <w:tcW w:w="6520"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استبعاد</w:t>
            </w:r>
            <w:r w:rsidRPr="005117ED">
              <w:rPr>
                <w:rFonts w:cs="Sakkal Majalla"/>
                <w:color w:val="000000" w:themeColor="text1"/>
                <w:sz w:val="38"/>
                <w:szCs w:val="38"/>
              </w:rPr>
              <w:t xml:space="preserve"> </w:t>
            </w:r>
            <w:r w:rsidRPr="005117ED">
              <w:rPr>
                <w:rFonts w:cs="Sakkal Majalla"/>
                <w:color w:val="000000" w:themeColor="text1"/>
                <w:sz w:val="38"/>
                <w:szCs w:val="38"/>
                <w:rtl/>
              </w:rPr>
              <w:t>شديد</w:t>
            </w:r>
            <w:r w:rsidRPr="005117ED">
              <w:rPr>
                <w:rFonts w:cs="Sakkal Majalla"/>
                <w:color w:val="000000" w:themeColor="text1"/>
                <w:sz w:val="38"/>
                <w:szCs w:val="38"/>
              </w:rPr>
              <w:t xml:space="preserve"> </w:t>
            </w:r>
            <w:r w:rsidRPr="005117ED">
              <w:rPr>
                <w:rFonts w:cs="Sakkal Majalla"/>
                <w:color w:val="000000" w:themeColor="text1"/>
                <w:sz w:val="38"/>
                <w:szCs w:val="38"/>
                <w:rtl/>
              </w:rPr>
              <w:t>النقص؛</w:t>
            </w:r>
            <w:r w:rsidRPr="005117ED">
              <w:rPr>
                <w:rFonts w:cs="Sakkal Majalla"/>
                <w:color w:val="000000" w:themeColor="text1"/>
                <w:sz w:val="38"/>
                <w:szCs w:val="38"/>
              </w:rPr>
              <w:t xml:space="preserve"> </w:t>
            </w:r>
            <w:r w:rsidRPr="005117ED">
              <w:rPr>
                <w:rFonts w:cs="Sakkal Majalla"/>
                <w:color w:val="000000" w:themeColor="text1"/>
                <w:sz w:val="38"/>
                <w:szCs w:val="38"/>
                <w:rtl/>
              </w:rPr>
              <w:t>معالجة</w:t>
            </w:r>
            <w:r w:rsidRPr="005117ED">
              <w:rPr>
                <w:rFonts w:cs="Sakkal Majalla"/>
                <w:color w:val="000000" w:themeColor="text1"/>
                <w:sz w:val="38"/>
                <w:szCs w:val="38"/>
              </w:rPr>
              <w:t xml:space="preserve"> </w:t>
            </w:r>
            <w:r w:rsidRPr="005117ED">
              <w:rPr>
                <w:rFonts w:cs="Sakkal Majalla"/>
                <w:color w:val="000000" w:themeColor="text1"/>
                <w:sz w:val="38"/>
                <w:szCs w:val="38"/>
                <w:rtl/>
              </w:rPr>
              <w:t>المحدود</w:t>
            </w:r>
            <w:r w:rsidRPr="005117ED">
              <w:rPr>
                <w:rFonts w:cs="Sakkal Majalla"/>
                <w:color w:val="000000" w:themeColor="text1"/>
                <w:sz w:val="38"/>
                <w:szCs w:val="38"/>
              </w:rPr>
              <w:t xml:space="preserve"> </w:t>
            </w:r>
            <w:r w:rsidRPr="005117ED">
              <w:rPr>
                <w:rFonts w:cs="Sakkal Majalla"/>
                <w:color w:val="000000" w:themeColor="text1"/>
                <w:sz w:val="38"/>
                <w:szCs w:val="38"/>
                <w:rtl/>
              </w:rPr>
              <w:t>وفق</w:t>
            </w:r>
            <w:r w:rsidRPr="005117ED">
              <w:rPr>
                <w:rFonts w:cs="Sakkal Majalla"/>
                <w:color w:val="000000" w:themeColor="text1"/>
                <w:sz w:val="38"/>
                <w:szCs w:val="38"/>
              </w:rPr>
              <w:t xml:space="preserve"> </w:t>
            </w:r>
            <w:r w:rsidRPr="005117ED">
              <w:rPr>
                <w:rFonts w:cs="Sakkal Majalla"/>
                <w:color w:val="000000" w:themeColor="text1"/>
                <w:sz w:val="38"/>
                <w:szCs w:val="38"/>
                <w:rtl/>
              </w:rPr>
              <w:t>قاعدة</w:t>
            </w:r>
            <w:r w:rsidRPr="005117ED">
              <w:rPr>
                <w:rFonts w:cs="Sakkal Majalla"/>
                <w:color w:val="000000" w:themeColor="text1"/>
                <w:sz w:val="38"/>
                <w:szCs w:val="38"/>
              </w:rPr>
              <w:t xml:space="preserve"> </w:t>
            </w:r>
            <w:r w:rsidRPr="005117ED">
              <w:rPr>
                <w:rFonts w:cs="Sakkal Majalla"/>
                <w:color w:val="000000" w:themeColor="text1"/>
                <w:sz w:val="38"/>
                <w:szCs w:val="38"/>
                <w:rtl/>
              </w:rPr>
              <w:t>معلنة</w:t>
            </w:r>
          </w:p>
        </w:tc>
      </w:tr>
      <w:tr w:rsidR="00FD5E07" w:rsidRPr="005117ED" w:rsidTr="004C155A">
        <w:trPr>
          <w:jc w:val="center"/>
        </w:trPr>
        <w:tc>
          <w:tcPr>
            <w:tcW w:w="2268"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المدى</w:t>
            </w:r>
          </w:p>
        </w:tc>
        <w:tc>
          <w:tcPr>
            <w:tcW w:w="6520"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التحقق</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جميع</w:t>
            </w:r>
            <w:r w:rsidRPr="005117ED">
              <w:rPr>
                <w:rFonts w:cs="Sakkal Majalla"/>
                <w:color w:val="000000" w:themeColor="text1"/>
                <w:sz w:val="38"/>
                <w:szCs w:val="38"/>
              </w:rPr>
              <w:t xml:space="preserve"> </w:t>
            </w:r>
            <w:r w:rsidRPr="005117ED">
              <w:rPr>
                <w:rFonts w:cs="Sakkal Majalla"/>
                <w:color w:val="000000" w:themeColor="text1"/>
                <w:sz w:val="38"/>
                <w:szCs w:val="38"/>
                <w:rtl/>
              </w:rPr>
              <w:t>الإجابات</w:t>
            </w:r>
            <w:r w:rsidRPr="005117ED">
              <w:rPr>
                <w:rFonts w:cs="Sakkal Majalla"/>
                <w:color w:val="000000" w:themeColor="text1"/>
                <w:sz w:val="38"/>
                <w:szCs w:val="38"/>
              </w:rPr>
              <w:t xml:space="preserve"> </w:t>
            </w:r>
            <w:r w:rsidRPr="005117ED">
              <w:rPr>
                <w:rFonts w:cs="Sakkal Majalla"/>
                <w:color w:val="000000" w:themeColor="text1"/>
                <w:sz w:val="38"/>
                <w:szCs w:val="38"/>
                <w:rtl/>
              </w:rPr>
              <w:t>بين</w:t>
            </w:r>
            <w:r w:rsidRPr="005117ED">
              <w:rPr>
                <w:rFonts w:cs="Sakkal Majalla"/>
                <w:color w:val="000000" w:themeColor="text1"/>
                <w:sz w:val="38"/>
                <w:szCs w:val="38"/>
              </w:rPr>
              <w:t xml:space="preserve"> 1 </w:t>
            </w:r>
            <w:r w:rsidRPr="005117ED">
              <w:rPr>
                <w:rFonts w:cs="Sakkal Majalla"/>
                <w:color w:val="000000" w:themeColor="text1"/>
                <w:sz w:val="38"/>
                <w:szCs w:val="38"/>
                <w:rtl/>
              </w:rPr>
              <w:t>و</w:t>
            </w:r>
            <w:r w:rsidRPr="005117ED">
              <w:rPr>
                <w:rFonts w:cs="Sakkal Majalla"/>
                <w:color w:val="000000" w:themeColor="text1"/>
                <w:sz w:val="38"/>
                <w:szCs w:val="38"/>
              </w:rPr>
              <w:t>5</w:t>
            </w:r>
          </w:p>
        </w:tc>
      </w:tr>
      <w:tr w:rsidR="00FD5E07" w:rsidRPr="005117ED" w:rsidTr="004C155A">
        <w:trPr>
          <w:jc w:val="center"/>
        </w:trPr>
        <w:tc>
          <w:tcPr>
            <w:tcW w:w="2268"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التكرار</w:t>
            </w:r>
          </w:p>
        </w:tc>
        <w:tc>
          <w:tcPr>
            <w:tcW w:w="6520"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مراجعة</w:t>
            </w:r>
            <w:r w:rsidRPr="005117ED">
              <w:rPr>
                <w:rFonts w:cs="Sakkal Majalla"/>
                <w:color w:val="000000" w:themeColor="text1"/>
                <w:sz w:val="38"/>
                <w:szCs w:val="38"/>
              </w:rPr>
              <w:t xml:space="preserve"> </w:t>
            </w:r>
            <w:r w:rsidRPr="005117ED">
              <w:rPr>
                <w:rFonts w:cs="Sakkal Majalla"/>
                <w:color w:val="000000" w:themeColor="text1"/>
                <w:sz w:val="38"/>
                <w:szCs w:val="38"/>
                <w:rtl/>
              </w:rPr>
              <w:t>الاستجابات</w:t>
            </w:r>
            <w:r w:rsidRPr="005117ED">
              <w:rPr>
                <w:rFonts w:cs="Sakkal Majalla"/>
                <w:color w:val="000000" w:themeColor="text1"/>
                <w:sz w:val="38"/>
                <w:szCs w:val="38"/>
              </w:rPr>
              <w:t xml:space="preserve"> </w:t>
            </w:r>
            <w:r w:rsidRPr="005117ED">
              <w:rPr>
                <w:rFonts w:cs="Sakkal Majalla"/>
                <w:color w:val="000000" w:themeColor="text1"/>
                <w:sz w:val="38"/>
                <w:szCs w:val="38"/>
                <w:rtl/>
              </w:rPr>
              <w:t>المتطابقة</w:t>
            </w:r>
            <w:r w:rsidRPr="005117ED">
              <w:rPr>
                <w:rFonts w:cs="Sakkal Majalla"/>
                <w:color w:val="000000" w:themeColor="text1"/>
                <w:sz w:val="38"/>
                <w:szCs w:val="38"/>
              </w:rPr>
              <w:t xml:space="preserve"> </w:t>
            </w:r>
            <w:r w:rsidRPr="005117ED">
              <w:rPr>
                <w:rFonts w:cs="Sakkal Majalla"/>
                <w:color w:val="000000" w:themeColor="text1"/>
                <w:sz w:val="38"/>
                <w:szCs w:val="38"/>
                <w:rtl/>
              </w:rPr>
              <w:t>والوقت</w:t>
            </w:r>
          </w:p>
        </w:tc>
      </w:tr>
      <w:tr w:rsidR="00FD5E07" w:rsidRPr="005117ED" w:rsidTr="004C155A">
        <w:trPr>
          <w:jc w:val="center"/>
        </w:trPr>
        <w:tc>
          <w:tcPr>
            <w:tcW w:w="2268"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الاستجابة</w:t>
            </w:r>
            <w:r w:rsidRPr="005117ED">
              <w:rPr>
                <w:rFonts w:cs="Sakkal Majalla"/>
                <w:color w:val="000000" w:themeColor="text1"/>
                <w:sz w:val="38"/>
                <w:szCs w:val="38"/>
              </w:rPr>
              <w:t xml:space="preserve"> </w:t>
            </w:r>
            <w:r w:rsidRPr="005117ED">
              <w:rPr>
                <w:rFonts w:cs="Sakkal Majalla"/>
                <w:color w:val="000000" w:themeColor="text1"/>
                <w:sz w:val="38"/>
                <w:szCs w:val="38"/>
                <w:rtl/>
              </w:rPr>
              <w:t>النمطية</w:t>
            </w:r>
          </w:p>
        </w:tc>
        <w:tc>
          <w:tcPr>
            <w:tcW w:w="6520"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فحص</w:t>
            </w:r>
            <w:r w:rsidRPr="005117ED">
              <w:rPr>
                <w:rFonts w:cs="Sakkal Majalla"/>
                <w:color w:val="000000" w:themeColor="text1"/>
                <w:sz w:val="38"/>
                <w:szCs w:val="38"/>
              </w:rPr>
              <w:t xml:space="preserve"> </w:t>
            </w:r>
            <w:r w:rsidRPr="005117ED">
              <w:rPr>
                <w:rFonts w:cs="Sakkal Majalla"/>
                <w:color w:val="000000" w:themeColor="text1"/>
                <w:sz w:val="38"/>
                <w:szCs w:val="38"/>
                <w:rtl/>
              </w:rPr>
              <w:t>اختيار</w:t>
            </w:r>
            <w:r w:rsidRPr="005117ED">
              <w:rPr>
                <w:rFonts w:cs="Sakkal Majalla"/>
                <w:color w:val="000000" w:themeColor="text1"/>
                <w:sz w:val="38"/>
                <w:szCs w:val="38"/>
              </w:rPr>
              <w:t xml:space="preserve"> </w:t>
            </w:r>
            <w:r w:rsidRPr="005117ED">
              <w:rPr>
                <w:rFonts w:cs="Sakkal Majalla"/>
                <w:color w:val="000000" w:themeColor="text1"/>
                <w:sz w:val="38"/>
                <w:szCs w:val="38"/>
                <w:rtl/>
              </w:rPr>
              <w:t>قيمة</w:t>
            </w:r>
            <w:r w:rsidRPr="005117ED">
              <w:rPr>
                <w:rFonts w:cs="Sakkal Majalla"/>
                <w:color w:val="000000" w:themeColor="text1"/>
                <w:sz w:val="38"/>
                <w:szCs w:val="38"/>
              </w:rPr>
              <w:t xml:space="preserve"> </w:t>
            </w:r>
            <w:r w:rsidRPr="005117ED">
              <w:rPr>
                <w:rFonts w:cs="Sakkal Majalla"/>
                <w:color w:val="000000" w:themeColor="text1"/>
                <w:sz w:val="38"/>
                <w:szCs w:val="38"/>
                <w:rtl/>
              </w:rPr>
              <w:t>واحدة</w:t>
            </w:r>
            <w:r w:rsidRPr="005117ED">
              <w:rPr>
                <w:rFonts w:cs="Sakkal Majalla"/>
                <w:color w:val="000000" w:themeColor="text1"/>
                <w:sz w:val="38"/>
                <w:szCs w:val="38"/>
              </w:rPr>
              <w:t xml:space="preserve"> </w:t>
            </w:r>
            <w:r w:rsidRPr="005117ED">
              <w:rPr>
                <w:rFonts w:cs="Sakkal Majalla"/>
                <w:color w:val="000000" w:themeColor="text1"/>
                <w:sz w:val="38"/>
                <w:szCs w:val="38"/>
                <w:rtl/>
              </w:rPr>
              <w:t>لجميع</w:t>
            </w:r>
            <w:r w:rsidRPr="005117ED">
              <w:rPr>
                <w:rFonts w:cs="Sakkal Majalla"/>
                <w:color w:val="000000" w:themeColor="text1"/>
                <w:sz w:val="38"/>
                <w:szCs w:val="38"/>
              </w:rPr>
              <w:t xml:space="preserve"> </w:t>
            </w:r>
            <w:r w:rsidRPr="005117ED">
              <w:rPr>
                <w:rFonts w:cs="Sakkal Majalla"/>
                <w:color w:val="000000" w:themeColor="text1"/>
                <w:sz w:val="38"/>
                <w:szCs w:val="38"/>
                <w:rtl/>
              </w:rPr>
              <w:t>الفقرات</w:t>
            </w:r>
          </w:p>
        </w:tc>
      </w:tr>
      <w:tr w:rsidR="00FD5E07" w:rsidRPr="005117ED" w:rsidTr="004C155A">
        <w:trPr>
          <w:jc w:val="center"/>
        </w:trPr>
        <w:tc>
          <w:tcPr>
            <w:tcW w:w="2268"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القيم</w:t>
            </w:r>
            <w:r w:rsidRPr="005117ED">
              <w:rPr>
                <w:rFonts w:cs="Sakkal Majalla"/>
                <w:color w:val="000000" w:themeColor="text1"/>
                <w:sz w:val="38"/>
                <w:szCs w:val="38"/>
              </w:rPr>
              <w:t xml:space="preserve"> </w:t>
            </w:r>
            <w:r w:rsidRPr="005117ED">
              <w:rPr>
                <w:rFonts w:cs="Sakkal Majalla"/>
                <w:color w:val="000000" w:themeColor="text1"/>
                <w:sz w:val="38"/>
                <w:szCs w:val="38"/>
                <w:rtl/>
              </w:rPr>
              <w:t>المؤثرة</w:t>
            </w:r>
          </w:p>
        </w:tc>
        <w:tc>
          <w:tcPr>
            <w:tcW w:w="6520"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 xml:space="preserve">Cook’s distance </w:t>
            </w:r>
            <w:r w:rsidRPr="005117ED">
              <w:rPr>
                <w:rFonts w:cs="Sakkal Majalla"/>
                <w:color w:val="000000" w:themeColor="text1"/>
                <w:sz w:val="38"/>
                <w:szCs w:val="38"/>
                <w:rtl/>
              </w:rPr>
              <w:t>والبواقي</w:t>
            </w:r>
            <w:r w:rsidRPr="005117ED">
              <w:rPr>
                <w:rFonts w:cs="Sakkal Majalla"/>
                <w:color w:val="000000" w:themeColor="text1"/>
                <w:sz w:val="38"/>
                <w:szCs w:val="38"/>
              </w:rPr>
              <w:t xml:space="preserve"> </w:t>
            </w:r>
            <w:r w:rsidRPr="005117ED">
              <w:rPr>
                <w:rFonts w:cs="Sakkal Majalla"/>
                <w:color w:val="000000" w:themeColor="text1"/>
                <w:sz w:val="38"/>
                <w:szCs w:val="38"/>
                <w:rtl/>
              </w:rPr>
              <w:t>المعيارية</w:t>
            </w:r>
          </w:p>
        </w:tc>
      </w:tr>
      <w:tr w:rsidR="00FD5E07" w:rsidRPr="005117ED" w:rsidTr="004C155A">
        <w:trPr>
          <w:jc w:val="center"/>
        </w:trPr>
        <w:tc>
          <w:tcPr>
            <w:tcW w:w="2268"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التعدد</w:t>
            </w:r>
            <w:r w:rsidRPr="005117ED">
              <w:rPr>
                <w:rFonts w:cs="Sakkal Majalla"/>
                <w:color w:val="000000" w:themeColor="text1"/>
                <w:sz w:val="38"/>
                <w:szCs w:val="38"/>
              </w:rPr>
              <w:t xml:space="preserve"> </w:t>
            </w:r>
            <w:r w:rsidRPr="005117ED">
              <w:rPr>
                <w:rFonts w:cs="Sakkal Majalla"/>
                <w:color w:val="000000" w:themeColor="text1"/>
                <w:sz w:val="38"/>
                <w:szCs w:val="38"/>
                <w:rtl/>
              </w:rPr>
              <w:t>الخطي</w:t>
            </w:r>
          </w:p>
        </w:tc>
        <w:tc>
          <w:tcPr>
            <w:tcW w:w="6520"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 xml:space="preserve">VIF </w:t>
            </w:r>
            <w:r w:rsidRPr="005117ED">
              <w:rPr>
                <w:rFonts w:cs="Sakkal Majalla"/>
                <w:color w:val="000000" w:themeColor="text1"/>
                <w:sz w:val="38"/>
                <w:szCs w:val="38"/>
                <w:rtl/>
              </w:rPr>
              <w:t>أقل</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5 </w:t>
            </w:r>
            <w:r w:rsidRPr="005117ED">
              <w:rPr>
                <w:rFonts w:cs="Sakkal Majalla"/>
                <w:color w:val="000000" w:themeColor="text1"/>
                <w:sz w:val="38"/>
                <w:szCs w:val="38"/>
                <w:rtl/>
              </w:rPr>
              <w:t>والتسامح</w:t>
            </w:r>
            <w:r w:rsidRPr="005117ED">
              <w:rPr>
                <w:rFonts w:cs="Sakkal Majalla"/>
                <w:color w:val="000000" w:themeColor="text1"/>
                <w:sz w:val="38"/>
                <w:szCs w:val="38"/>
              </w:rPr>
              <w:t xml:space="preserve"> </w:t>
            </w:r>
            <w:r w:rsidRPr="005117ED">
              <w:rPr>
                <w:rFonts w:cs="Sakkal Majalla"/>
                <w:color w:val="000000" w:themeColor="text1"/>
                <w:sz w:val="38"/>
                <w:szCs w:val="38"/>
                <w:rtl/>
              </w:rPr>
              <w:t>مقبول</w:t>
            </w:r>
          </w:p>
        </w:tc>
      </w:tr>
    </w:tbl>
    <w:p w:rsidR="004C155A" w:rsidRDefault="004C155A" w:rsidP="00FD5E07">
      <w:pPr>
        <w:spacing w:before="0"/>
        <w:ind w:firstLine="0"/>
        <w:jc w:val="left"/>
        <w:outlineLvl w:val="0"/>
        <w:rPr>
          <w:rFonts w:eastAsia="Times New Roman" w:cs="Sakkal Majalla"/>
          <w:b/>
          <w:bCs/>
          <w:color w:val="000000" w:themeColor="text1"/>
          <w:sz w:val="40"/>
          <w:szCs w:val="40"/>
          <w:rtl/>
        </w:rPr>
      </w:pPr>
    </w:p>
    <w:p w:rsidR="004C155A" w:rsidRDefault="004C155A">
      <w:pPr>
        <w:bidi w:val="0"/>
        <w:spacing w:before="0" w:after="160" w:line="259" w:lineRule="auto"/>
        <w:ind w:firstLine="0"/>
        <w:jc w:val="left"/>
        <w:rPr>
          <w:rFonts w:eastAsia="Times New Roman" w:cs="Sakkal Majalla"/>
          <w:b/>
          <w:bCs/>
          <w:color w:val="000000" w:themeColor="text1"/>
          <w:sz w:val="40"/>
          <w:szCs w:val="40"/>
          <w:rtl/>
        </w:rPr>
      </w:pPr>
      <w:r>
        <w:rPr>
          <w:rFonts w:eastAsia="Times New Roman" w:cs="Sakkal Majalla"/>
          <w:b/>
          <w:bCs/>
          <w:color w:val="000000" w:themeColor="text1"/>
          <w:sz w:val="40"/>
          <w:szCs w:val="40"/>
          <w:rtl/>
        </w:rPr>
        <w:br w:type="page"/>
      </w:r>
    </w:p>
    <w:p w:rsidR="00FD5E07" w:rsidRPr="005117ED" w:rsidRDefault="00FD5E07" w:rsidP="00FD5E07">
      <w:pPr>
        <w:pBdr>
          <w:bottom w:val="single" w:sz="4" w:space="1" w:color="auto"/>
        </w:pBdr>
        <w:spacing w:before="0"/>
        <w:ind w:firstLine="0"/>
        <w:jc w:val="center"/>
        <w:outlineLvl w:val="0"/>
        <w:rPr>
          <w:rFonts w:eastAsia="Times New Roman" w:cs="Sakkal Majalla"/>
          <w:b/>
          <w:bCs/>
          <w:color w:val="000000" w:themeColor="text1"/>
          <w:sz w:val="42"/>
          <w:szCs w:val="42"/>
        </w:rPr>
      </w:pPr>
      <w:bookmarkStart w:id="69" w:name="_Toc233322017"/>
      <w:r w:rsidRPr="005117ED">
        <w:rPr>
          <w:rFonts w:eastAsia="Times New Roman" w:cs="Sakkal Majalla"/>
          <w:b/>
          <w:bCs/>
          <w:color w:val="000000" w:themeColor="text1"/>
          <w:sz w:val="42"/>
          <w:szCs w:val="42"/>
          <w:rtl/>
        </w:rPr>
        <w:lastRenderedPageBreak/>
        <w:t>الفصل الرابع: عرض وتحليل النتائج ومناقشتها</w:t>
      </w:r>
      <w:bookmarkEnd w:id="69"/>
    </w:p>
    <w:p w:rsidR="00FD5E07" w:rsidRPr="005117ED" w:rsidRDefault="00FD5E07" w:rsidP="004C155A">
      <w:pPr>
        <w:spacing w:before="0"/>
        <w:ind w:firstLine="0"/>
        <w:jc w:val="both"/>
        <w:rPr>
          <w:rFonts w:eastAsia="Times New Roman" w:cs="Sakkal Majalla"/>
          <w:b/>
          <w:bCs/>
          <w:color w:val="000000" w:themeColor="text1"/>
          <w:sz w:val="40"/>
          <w:szCs w:val="40"/>
        </w:rPr>
      </w:pPr>
      <w:r w:rsidRPr="005117ED">
        <w:rPr>
          <w:rFonts w:eastAsia="Times New Roman" w:cs="Sakkal Majalla"/>
          <w:b/>
          <w:bCs/>
          <w:color w:val="000000" w:themeColor="text1"/>
          <w:sz w:val="40"/>
          <w:szCs w:val="40"/>
          <w:rtl/>
        </w:rPr>
        <w:t>أولًا: خصائص أفراد العينة</w:t>
      </w:r>
    </w:p>
    <w:p w:rsidR="004C155A" w:rsidRDefault="004C155A" w:rsidP="004C155A">
      <w:pPr>
        <w:jc w:val="center"/>
      </w:pPr>
      <w:r w:rsidRPr="004C155A">
        <w:rPr>
          <w:b/>
          <w:bCs/>
          <w:rtl/>
        </w:rPr>
        <w:t>جدول</w:t>
      </w:r>
      <w:r w:rsidRPr="004C155A">
        <w:rPr>
          <w:b/>
        </w:rPr>
        <w:t xml:space="preserve"> (16): </w:t>
      </w:r>
      <w:r w:rsidRPr="004C155A">
        <w:rPr>
          <w:b/>
          <w:bCs/>
          <w:rtl/>
        </w:rPr>
        <w:t>توزيع</w:t>
      </w:r>
      <w:r w:rsidRPr="004C155A">
        <w:rPr>
          <w:b/>
        </w:rPr>
        <w:t xml:space="preserve"> </w:t>
      </w:r>
      <w:r w:rsidRPr="004C155A">
        <w:rPr>
          <w:b/>
          <w:bCs/>
          <w:rtl/>
        </w:rPr>
        <w:t>أفراد</w:t>
      </w:r>
      <w:r w:rsidRPr="004C155A">
        <w:rPr>
          <w:b/>
        </w:rPr>
        <w:t xml:space="preserve"> </w:t>
      </w:r>
      <w:r w:rsidRPr="004C155A">
        <w:rPr>
          <w:b/>
          <w:bCs/>
          <w:rtl/>
        </w:rPr>
        <w:t>العينة</w:t>
      </w:r>
      <w:r w:rsidRPr="004C155A">
        <w:rPr>
          <w:b/>
        </w:rPr>
        <w:t xml:space="preserve"> </w:t>
      </w:r>
      <w:r w:rsidRPr="004C155A">
        <w:rPr>
          <w:b/>
          <w:bCs/>
          <w:rtl/>
        </w:rPr>
        <w:t>وفق</w:t>
      </w:r>
      <w:r w:rsidRPr="004C155A">
        <w:rPr>
          <w:b/>
        </w:rPr>
        <w:t xml:space="preserve"> </w:t>
      </w:r>
      <w:r w:rsidRPr="004C155A">
        <w:rPr>
          <w:b/>
          <w:bCs/>
          <w:rtl/>
        </w:rPr>
        <w:t>الخصائص</w:t>
      </w:r>
      <w:r w:rsidRPr="004C155A">
        <w:rPr>
          <w:b/>
        </w:rPr>
        <w:t xml:space="preserve"> </w:t>
      </w:r>
      <w:r w:rsidRPr="004C155A">
        <w:rPr>
          <w:b/>
          <w:bCs/>
          <w:rtl/>
        </w:rPr>
        <w:t>الديموغرافية</w:t>
      </w:r>
      <w:r w:rsidRPr="004C155A">
        <w:rPr>
          <w:b/>
        </w:rPr>
        <w:t xml:space="preserve"> </w:t>
      </w:r>
      <w:r w:rsidRPr="004C155A">
        <w:rPr>
          <w:b/>
          <w:bCs/>
          <w:rtl/>
        </w:rPr>
        <w:t>والتنظيمية</w:t>
      </w:r>
    </w:p>
    <w:tbl>
      <w:tblPr>
        <w:tblStyle w:val="aa"/>
        <w:bidiVisual/>
        <w:tblW w:w="0" w:type="auto"/>
        <w:tblLook w:val="04A0" w:firstRow="1" w:lastRow="0" w:firstColumn="1" w:lastColumn="0" w:noHBand="0" w:noVBand="1"/>
      </w:tblPr>
      <w:tblGrid>
        <w:gridCol w:w="2478"/>
        <w:gridCol w:w="3040"/>
        <w:gridCol w:w="2197"/>
        <w:gridCol w:w="2197"/>
      </w:tblGrid>
      <w:tr w:rsidR="00FD5E07" w:rsidRPr="005117ED" w:rsidTr="004C155A">
        <w:trPr>
          <w:tblHeader/>
        </w:trPr>
        <w:tc>
          <w:tcPr>
            <w:tcW w:w="2478" w:type="dxa"/>
            <w:shd w:val="clear" w:color="auto" w:fill="FFF2CC" w:themeFill="accent4" w:themeFillTint="33"/>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b/>
                <w:color w:val="000000" w:themeColor="text1"/>
                <w:sz w:val="38"/>
                <w:szCs w:val="38"/>
                <w:rtl/>
              </w:rPr>
              <w:t>المتغير</w:t>
            </w:r>
          </w:p>
        </w:tc>
        <w:tc>
          <w:tcPr>
            <w:tcW w:w="3040" w:type="dxa"/>
            <w:shd w:val="clear" w:color="auto" w:fill="FFF2CC" w:themeFill="accent4" w:themeFillTint="33"/>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b/>
                <w:color w:val="000000" w:themeColor="text1"/>
                <w:sz w:val="38"/>
                <w:szCs w:val="38"/>
                <w:rtl/>
              </w:rPr>
              <w:t>الفئة</w:t>
            </w:r>
          </w:p>
        </w:tc>
        <w:tc>
          <w:tcPr>
            <w:tcW w:w="2197" w:type="dxa"/>
            <w:shd w:val="clear" w:color="auto" w:fill="FFF2CC" w:themeFill="accent4" w:themeFillTint="33"/>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b/>
                <w:color w:val="000000" w:themeColor="text1"/>
                <w:sz w:val="38"/>
                <w:szCs w:val="38"/>
                <w:rtl/>
              </w:rPr>
              <w:t>التكرار</w:t>
            </w:r>
          </w:p>
        </w:tc>
        <w:tc>
          <w:tcPr>
            <w:tcW w:w="2197" w:type="dxa"/>
            <w:shd w:val="clear" w:color="auto" w:fill="FFF2CC" w:themeFill="accent4" w:themeFillTint="33"/>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b/>
                <w:color w:val="000000" w:themeColor="text1"/>
                <w:sz w:val="38"/>
                <w:szCs w:val="38"/>
                <w:rtl/>
              </w:rPr>
              <w:t>النسبة %</w:t>
            </w:r>
          </w:p>
        </w:tc>
      </w:tr>
      <w:tr w:rsidR="00FD5E07" w:rsidRPr="005117ED" w:rsidTr="004C155A">
        <w:tc>
          <w:tcPr>
            <w:tcW w:w="2478"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الجنس</w:t>
            </w:r>
          </w:p>
        </w:tc>
        <w:tc>
          <w:tcPr>
            <w:tcW w:w="3040"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ذكر</w:t>
            </w:r>
          </w:p>
        </w:tc>
        <w:tc>
          <w:tcPr>
            <w:tcW w:w="2197"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158</w:t>
            </w:r>
          </w:p>
        </w:tc>
        <w:tc>
          <w:tcPr>
            <w:tcW w:w="2197"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55.2</w:t>
            </w:r>
          </w:p>
        </w:tc>
      </w:tr>
      <w:tr w:rsidR="00FD5E07" w:rsidRPr="005117ED" w:rsidTr="004C155A">
        <w:tc>
          <w:tcPr>
            <w:tcW w:w="2478" w:type="dxa"/>
            <w:shd w:val="clear" w:color="auto" w:fill="EDF4F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الجنس</w:t>
            </w:r>
          </w:p>
        </w:tc>
        <w:tc>
          <w:tcPr>
            <w:tcW w:w="3040" w:type="dxa"/>
            <w:shd w:val="clear" w:color="auto" w:fill="EDF4F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أنثى</w:t>
            </w:r>
          </w:p>
        </w:tc>
        <w:tc>
          <w:tcPr>
            <w:tcW w:w="2197" w:type="dxa"/>
            <w:shd w:val="clear" w:color="auto" w:fill="EDF4F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128</w:t>
            </w:r>
          </w:p>
        </w:tc>
        <w:tc>
          <w:tcPr>
            <w:tcW w:w="2197" w:type="dxa"/>
            <w:shd w:val="clear" w:color="auto" w:fill="EDF4F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44.8</w:t>
            </w:r>
          </w:p>
        </w:tc>
      </w:tr>
      <w:tr w:rsidR="00FD5E07" w:rsidRPr="005117ED" w:rsidTr="004C155A">
        <w:tc>
          <w:tcPr>
            <w:tcW w:w="2478"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العمر</w:t>
            </w:r>
          </w:p>
        </w:tc>
        <w:tc>
          <w:tcPr>
            <w:tcW w:w="3040"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أقل من 30 سنة</w:t>
            </w:r>
          </w:p>
        </w:tc>
        <w:tc>
          <w:tcPr>
            <w:tcW w:w="2197"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73</w:t>
            </w:r>
          </w:p>
        </w:tc>
        <w:tc>
          <w:tcPr>
            <w:tcW w:w="2197"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25.5</w:t>
            </w:r>
          </w:p>
        </w:tc>
      </w:tr>
      <w:tr w:rsidR="00FD5E07" w:rsidRPr="005117ED" w:rsidTr="004C155A">
        <w:tc>
          <w:tcPr>
            <w:tcW w:w="2478" w:type="dxa"/>
            <w:shd w:val="clear" w:color="auto" w:fill="EDF4F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العمر</w:t>
            </w:r>
          </w:p>
        </w:tc>
        <w:tc>
          <w:tcPr>
            <w:tcW w:w="3040" w:type="dxa"/>
            <w:shd w:val="clear" w:color="auto" w:fill="EDF4F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30-39 سنة</w:t>
            </w:r>
          </w:p>
        </w:tc>
        <w:tc>
          <w:tcPr>
            <w:tcW w:w="2197" w:type="dxa"/>
            <w:shd w:val="clear" w:color="auto" w:fill="EDF4F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120</w:t>
            </w:r>
          </w:p>
        </w:tc>
        <w:tc>
          <w:tcPr>
            <w:tcW w:w="2197" w:type="dxa"/>
            <w:shd w:val="clear" w:color="auto" w:fill="EDF4F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42.0</w:t>
            </w:r>
          </w:p>
        </w:tc>
      </w:tr>
      <w:tr w:rsidR="00FD5E07" w:rsidRPr="005117ED" w:rsidTr="004C155A">
        <w:tc>
          <w:tcPr>
            <w:tcW w:w="2478"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العمر</w:t>
            </w:r>
          </w:p>
        </w:tc>
        <w:tc>
          <w:tcPr>
            <w:tcW w:w="3040"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40-49 سنة</w:t>
            </w:r>
          </w:p>
        </w:tc>
        <w:tc>
          <w:tcPr>
            <w:tcW w:w="2197"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76</w:t>
            </w:r>
          </w:p>
        </w:tc>
        <w:tc>
          <w:tcPr>
            <w:tcW w:w="2197"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26.6</w:t>
            </w:r>
          </w:p>
        </w:tc>
      </w:tr>
      <w:tr w:rsidR="00FD5E07" w:rsidRPr="005117ED" w:rsidTr="004C155A">
        <w:tc>
          <w:tcPr>
            <w:tcW w:w="2478" w:type="dxa"/>
            <w:shd w:val="clear" w:color="auto" w:fill="EDF4F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العمر</w:t>
            </w:r>
          </w:p>
        </w:tc>
        <w:tc>
          <w:tcPr>
            <w:tcW w:w="3040" w:type="dxa"/>
            <w:shd w:val="clear" w:color="auto" w:fill="EDF4F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50 سنة فأكثر</w:t>
            </w:r>
          </w:p>
        </w:tc>
        <w:tc>
          <w:tcPr>
            <w:tcW w:w="2197" w:type="dxa"/>
            <w:shd w:val="clear" w:color="auto" w:fill="EDF4F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17</w:t>
            </w:r>
          </w:p>
        </w:tc>
        <w:tc>
          <w:tcPr>
            <w:tcW w:w="2197" w:type="dxa"/>
            <w:shd w:val="clear" w:color="auto" w:fill="EDF4F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5.9</w:t>
            </w:r>
          </w:p>
        </w:tc>
      </w:tr>
      <w:tr w:rsidR="00FD5E07" w:rsidRPr="005117ED" w:rsidTr="004C155A">
        <w:tc>
          <w:tcPr>
            <w:tcW w:w="2478"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المؤهل العلمي</w:t>
            </w:r>
          </w:p>
        </w:tc>
        <w:tc>
          <w:tcPr>
            <w:tcW w:w="3040"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دبلوم فأقل</w:t>
            </w:r>
          </w:p>
        </w:tc>
        <w:tc>
          <w:tcPr>
            <w:tcW w:w="2197"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70</w:t>
            </w:r>
          </w:p>
        </w:tc>
        <w:tc>
          <w:tcPr>
            <w:tcW w:w="2197"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24.5</w:t>
            </w:r>
          </w:p>
        </w:tc>
      </w:tr>
      <w:tr w:rsidR="00FD5E07" w:rsidRPr="005117ED" w:rsidTr="004C155A">
        <w:tc>
          <w:tcPr>
            <w:tcW w:w="2478" w:type="dxa"/>
            <w:shd w:val="clear" w:color="auto" w:fill="EDF4F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المؤهل العلمي</w:t>
            </w:r>
          </w:p>
        </w:tc>
        <w:tc>
          <w:tcPr>
            <w:tcW w:w="3040" w:type="dxa"/>
            <w:shd w:val="clear" w:color="auto" w:fill="EDF4F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بكالوريوس</w:t>
            </w:r>
          </w:p>
        </w:tc>
        <w:tc>
          <w:tcPr>
            <w:tcW w:w="2197" w:type="dxa"/>
            <w:shd w:val="clear" w:color="auto" w:fill="EDF4F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165</w:t>
            </w:r>
          </w:p>
        </w:tc>
        <w:tc>
          <w:tcPr>
            <w:tcW w:w="2197" w:type="dxa"/>
            <w:shd w:val="clear" w:color="auto" w:fill="EDF4F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57.7</w:t>
            </w:r>
          </w:p>
        </w:tc>
      </w:tr>
      <w:tr w:rsidR="00FD5E07" w:rsidRPr="005117ED" w:rsidTr="004C155A">
        <w:tc>
          <w:tcPr>
            <w:tcW w:w="2478"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المؤهل العلمي</w:t>
            </w:r>
          </w:p>
        </w:tc>
        <w:tc>
          <w:tcPr>
            <w:tcW w:w="3040"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دراسات عليا</w:t>
            </w:r>
          </w:p>
        </w:tc>
        <w:tc>
          <w:tcPr>
            <w:tcW w:w="2197"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51</w:t>
            </w:r>
          </w:p>
        </w:tc>
        <w:tc>
          <w:tcPr>
            <w:tcW w:w="2197"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17.8</w:t>
            </w:r>
          </w:p>
        </w:tc>
      </w:tr>
      <w:tr w:rsidR="00FD5E07" w:rsidRPr="005117ED" w:rsidTr="004C155A">
        <w:tc>
          <w:tcPr>
            <w:tcW w:w="2478" w:type="dxa"/>
            <w:shd w:val="clear" w:color="auto" w:fill="EDF4F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سنوات الخبرة</w:t>
            </w:r>
          </w:p>
        </w:tc>
        <w:tc>
          <w:tcPr>
            <w:tcW w:w="3040" w:type="dxa"/>
            <w:shd w:val="clear" w:color="auto" w:fill="EDF4F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أقل من 5 سنوات</w:t>
            </w:r>
          </w:p>
        </w:tc>
        <w:tc>
          <w:tcPr>
            <w:tcW w:w="2197" w:type="dxa"/>
            <w:shd w:val="clear" w:color="auto" w:fill="EDF4F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98</w:t>
            </w:r>
          </w:p>
        </w:tc>
        <w:tc>
          <w:tcPr>
            <w:tcW w:w="2197" w:type="dxa"/>
            <w:shd w:val="clear" w:color="auto" w:fill="EDF4F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34.3</w:t>
            </w:r>
          </w:p>
        </w:tc>
      </w:tr>
      <w:tr w:rsidR="00FD5E07" w:rsidRPr="005117ED" w:rsidTr="004C155A">
        <w:tc>
          <w:tcPr>
            <w:tcW w:w="2478"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سنوات الخبرة</w:t>
            </w:r>
          </w:p>
        </w:tc>
        <w:tc>
          <w:tcPr>
            <w:tcW w:w="3040"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5-10 سنوات</w:t>
            </w:r>
          </w:p>
        </w:tc>
        <w:tc>
          <w:tcPr>
            <w:tcW w:w="2197"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101</w:t>
            </w:r>
          </w:p>
        </w:tc>
        <w:tc>
          <w:tcPr>
            <w:tcW w:w="2197"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35.3</w:t>
            </w:r>
          </w:p>
        </w:tc>
      </w:tr>
      <w:tr w:rsidR="00FD5E07" w:rsidRPr="005117ED" w:rsidTr="004C155A">
        <w:tc>
          <w:tcPr>
            <w:tcW w:w="2478" w:type="dxa"/>
            <w:shd w:val="clear" w:color="auto" w:fill="EDF4F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سنوات الخبرة</w:t>
            </w:r>
          </w:p>
        </w:tc>
        <w:tc>
          <w:tcPr>
            <w:tcW w:w="3040" w:type="dxa"/>
            <w:shd w:val="clear" w:color="auto" w:fill="EDF4F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11-15 سنة</w:t>
            </w:r>
          </w:p>
        </w:tc>
        <w:tc>
          <w:tcPr>
            <w:tcW w:w="2197" w:type="dxa"/>
            <w:shd w:val="clear" w:color="auto" w:fill="EDF4F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51</w:t>
            </w:r>
          </w:p>
        </w:tc>
        <w:tc>
          <w:tcPr>
            <w:tcW w:w="2197" w:type="dxa"/>
            <w:shd w:val="clear" w:color="auto" w:fill="EDF4F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17.8</w:t>
            </w:r>
          </w:p>
        </w:tc>
      </w:tr>
      <w:tr w:rsidR="00FD5E07" w:rsidRPr="005117ED" w:rsidTr="004C155A">
        <w:tc>
          <w:tcPr>
            <w:tcW w:w="2478"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سنوات الخبرة</w:t>
            </w:r>
          </w:p>
        </w:tc>
        <w:tc>
          <w:tcPr>
            <w:tcW w:w="3040"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أكثر من 15 سنة</w:t>
            </w:r>
          </w:p>
        </w:tc>
        <w:tc>
          <w:tcPr>
            <w:tcW w:w="2197"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36</w:t>
            </w:r>
          </w:p>
        </w:tc>
        <w:tc>
          <w:tcPr>
            <w:tcW w:w="2197"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12.6</w:t>
            </w:r>
          </w:p>
        </w:tc>
      </w:tr>
      <w:tr w:rsidR="00FD5E07" w:rsidRPr="005117ED" w:rsidTr="004C155A">
        <w:tc>
          <w:tcPr>
            <w:tcW w:w="2478" w:type="dxa"/>
            <w:shd w:val="clear" w:color="auto" w:fill="EDF4F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حجم المنشأة</w:t>
            </w:r>
          </w:p>
        </w:tc>
        <w:tc>
          <w:tcPr>
            <w:tcW w:w="3040" w:type="dxa"/>
            <w:shd w:val="clear" w:color="auto" w:fill="EDF4F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صغيرة</w:t>
            </w:r>
          </w:p>
        </w:tc>
        <w:tc>
          <w:tcPr>
            <w:tcW w:w="2197" w:type="dxa"/>
            <w:shd w:val="clear" w:color="auto" w:fill="EDF4F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165</w:t>
            </w:r>
          </w:p>
        </w:tc>
        <w:tc>
          <w:tcPr>
            <w:tcW w:w="2197" w:type="dxa"/>
            <w:shd w:val="clear" w:color="auto" w:fill="EDF4F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57.7</w:t>
            </w:r>
          </w:p>
        </w:tc>
      </w:tr>
      <w:tr w:rsidR="00FD5E07" w:rsidRPr="005117ED" w:rsidTr="004C155A">
        <w:tc>
          <w:tcPr>
            <w:tcW w:w="2478"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حجم المنشأة</w:t>
            </w:r>
          </w:p>
        </w:tc>
        <w:tc>
          <w:tcPr>
            <w:tcW w:w="3040"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متوسطة</w:t>
            </w:r>
          </w:p>
        </w:tc>
        <w:tc>
          <w:tcPr>
            <w:tcW w:w="2197"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121</w:t>
            </w:r>
          </w:p>
        </w:tc>
        <w:tc>
          <w:tcPr>
            <w:tcW w:w="2197"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42.3</w:t>
            </w:r>
          </w:p>
        </w:tc>
      </w:tr>
      <w:tr w:rsidR="00FD5E07" w:rsidRPr="005117ED" w:rsidTr="004C155A">
        <w:tc>
          <w:tcPr>
            <w:tcW w:w="2478" w:type="dxa"/>
            <w:shd w:val="clear" w:color="auto" w:fill="EDF4F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قطاع المنشأة</w:t>
            </w:r>
          </w:p>
        </w:tc>
        <w:tc>
          <w:tcPr>
            <w:tcW w:w="3040" w:type="dxa"/>
            <w:shd w:val="clear" w:color="auto" w:fill="EDF4F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خدمي</w:t>
            </w:r>
          </w:p>
        </w:tc>
        <w:tc>
          <w:tcPr>
            <w:tcW w:w="2197" w:type="dxa"/>
            <w:shd w:val="clear" w:color="auto" w:fill="EDF4F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90</w:t>
            </w:r>
          </w:p>
        </w:tc>
        <w:tc>
          <w:tcPr>
            <w:tcW w:w="2197" w:type="dxa"/>
            <w:shd w:val="clear" w:color="auto" w:fill="EDF4F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31.5</w:t>
            </w:r>
          </w:p>
        </w:tc>
      </w:tr>
      <w:tr w:rsidR="00FD5E07" w:rsidRPr="005117ED" w:rsidTr="004C155A">
        <w:tc>
          <w:tcPr>
            <w:tcW w:w="2478"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قطاع المنشأة</w:t>
            </w:r>
          </w:p>
        </w:tc>
        <w:tc>
          <w:tcPr>
            <w:tcW w:w="3040"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تجاري</w:t>
            </w:r>
          </w:p>
        </w:tc>
        <w:tc>
          <w:tcPr>
            <w:tcW w:w="2197"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100</w:t>
            </w:r>
          </w:p>
        </w:tc>
        <w:tc>
          <w:tcPr>
            <w:tcW w:w="2197"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35.0</w:t>
            </w:r>
          </w:p>
        </w:tc>
      </w:tr>
      <w:tr w:rsidR="00FD5E07" w:rsidRPr="005117ED" w:rsidTr="004C155A">
        <w:tc>
          <w:tcPr>
            <w:tcW w:w="2478" w:type="dxa"/>
            <w:shd w:val="clear" w:color="auto" w:fill="EDF4F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قطاع المنشأة</w:t>
            </w:r>
          </w:p>
        </w:tc>
        <w:tc>
          <w:tcPr>
            <w:tcW w:w="3040" w:type="dxa"/>
            <w:shd w:val="clear" w:color="auto" w:fill="EDF4F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صناعي خفيف</w:t>
            </w:r>
          </w:p>
        </w:tc>
        <w:tc>
          <w:tcPr>
            <w:tcW w:w="2197" w:type="dxa"/>
            <w:shd w:val="clear" w:color="auto" w:fill="EDF4F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39</w:t>
            </w:r>
          </w:p>
        </w:tc>
        <w:tc>
          <w:tcPr>
            <w:tcW w:w="2197" w:type="dxa"/>
            <w:shd w:val="clear" w:color="auto" w:fill="EDF4F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13.6</w:t>
            </w:r>
          </w:p>
        </w:tc>
      </w:tr>
      <w:tr w:rsidR="00FD5E07" w:rsidRPr="005117ED" w:rsidTr="004C155A">
        <w:tc>
          <w:tcPr>
            <w:tcW w:w="2478"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قطاع المنشأة</w:t>
            </w:r>
          </w:p>
        </w:tc>
        <w:tc>
          <w:tcPr>
            <w:tcW w:w="3040"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تقني/رقمي</w:t>
            </w:r>
          </w:p>
        </w:tc>
        <w:tc>
          <w:tcPr>
            <w:tcW w:w="2197"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57</w:t>
            </w:r>
          </w:p>
        </w:tc>
        <w:tc>
          <w:tcPr>
            <w:tcW w:w="2197" w:type="dxa"/>
            <w:vAlign w:val="center"/>
          </w:tcPr>
          <w:p w:rsidR="00FD5E07" w:rsidRPr="005117ED" w:rsidRDefault="00FD5E07" w:rsidP="00E26F5D">
            <w:pPr>
              <w:spacing w:before="0"/>
              <w:jc w:val="center"/>
              <w:rPr>
                <w:rFonts w:cs="Sakkal Majalla"/>
                <w:color w:val="000000" w:themeColor="text1"/>
                <w:sz w:val="38"/>
                <w:szCs w:val="38"/>
              </w:rPr>
            </w:pPr>
            <w:r w:rsidRPr="005117ED">
              <w:rPr>
                <w:rFonts w:cs="Sakkal Majalla"/>
                <w:color w:val="000000" w:themeColor="text1"/>
                <w:sz w:val="38"/>
                <w:szCs w:val="38"/>
                <w:rtl/>
              </w:rPr>
              <w:t>19.9</w:t>
            </w:r>
          </w:p>
        </w:tc>
      </w:tr>
    </w:tbl>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 xml:space="preserve">يتضح من الجدول السابق أن الذكور مثلوا 55.2% من أفراد العينة، مقابل 44.8% للإناث. كما تركزت النسبة الأكبر من المشاركين في الفئة العمرية 30-39 سنة، وفي حملة البكالوريوس، وفي أصحاب الخبرة من 5 إلى 10 سنوات. ويعكس ذلك عينة يغلب عليها التأهيل الجامعي والخبرة </w:t>
      </w:r>
      <w:r w:rsidRPr="005117ED">
        <w:rPr>
          <w:rFonts w:cs="Sakkal Majalla"/>
          <w:color w:val="000000" w:themeColor="text1"/>
          <w:sz w:val="38"/>
          <w:szCs w:val="38"/>
          <w:rtl/>
        </w:rPr>
        <w:lastRenderedPageBreak/>
        <w:t>العملية المتوسطة، وهو ما يجعلها مناسبة نسبيًا للحكم على ممارسات القيادة والإبداع داخل المنشآت.</w:t>
      </w:r>
    </w:p>
    <w:p w:rsidR="00FD5E07" w:rsidRPr="005117ED" w:rsidRDefault="00FD5E07" w:rsidP="004C155A">
      <w:pPr>
        <w:spacing w:before="0"/>
        <w:jc w:val="center"/>
        <w:rPr>
          <w:rFonts w:cs="Sakkal Majalla"/>
          <w:color w:val="000000" w:themeColor="text1"/>
          <w:sz w:val="38"/>
          <w:szCs w:val="38"/>
        </w:rPr>
      </w:pPr>
      <w:r w:rsidRPr="005117ED">
        <w:rPr>
          <w:rFonts w:cs="Sakkal Majalla"/>
          <w:b/>
          <w:bCs/>
          <w:color w:val="000000" w:themeColor="text1"/>
          <w:sz w:val="38"/>
          <w:szCs w:val="38"/>
          <w:rtl/>
        </w:rPr>
        <w:t>جدول</w:t>
      </w:r>
      <w:r w:rsidRPr="005117ED">
        <w:rPr>
          <w:rFonts w:cs="Sakkal Majalla"/>
          <w:b/>
          <w:color w:val="000000" w:themeColor="text1"/>
          <w:sz w:val="38"/>
          <w:szCs w:val="38"/>
        </w:rPr>
        <w:t xml:space="preserve"> (17</w:t>
      </w:r>
      <w:proofErr w:type="gramStart"/>
      <w:r w:rsidRPr="005117ED">
        <w:rPr>
          <w:rFonts w:cs="Sakkal Majalla"/>
          <w:b/>
          <w:color w:val="000000" w:themeColor="text1"/>
          <w:sz w:val="38"/>
          <w:szCs w:val="38"/>
        </w:rPr>
        <w:t>)</w:t>
      </w:r>
      <w:r w:rsidR="004C155A">
        <w:rPr>
          <w:rFonts w:cs="Sakkal Majalla" w:hint="cs"/>
          <w:b/>
          <w:color w:val="000000" w:themeColor="text1"/>
          <w:sz w:val="38"/>
          <w:szCs w:val="38"/>
          <w:rtl/>
        </w:rPr>
        <w:t xml:space="preserve"> </w:t>
      </w:r>
      <w:r w:rsidRPr="005117ED">
        <w:rPr>
          <w:rFonts w:cs="Sakkal Majalla"/>
          <w:b/>
          <w:color w:val="000000" w:themeColor="text1"/>
          <w:sz w:val="38"/>
          <w:szCs w:val="38"/>
        </w:rPr>
        <w:t>:</w:t>
      </w:r>
      <w:proofErr w:type="gramEnd"/>
      <w:r w:rsidR="004C155A">
        <w:rPr>
          <w:rFonts w:cs="Sakkal Majalla" w:hint="cs"/>
          <w:b/>
          <w:color w:val="000000" w:themeColor="text1"/>
          <w:sz w:val="38"/>
          <w:szCs w:val="38"/>
          <w:rtl/>
        </w:rPr>
        <w:t xml:space="preserve"> </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النتائج</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الوصفية</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التفصيلية</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لفقرات</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القيادة</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التحويلية</w:t>
      </w:r>
    </w:p>
    <w:tbl>
      <w:tblPr>
        <w:tblStyle w:val="aa"/>
        <w:bidiVisual/>
        <w:tblW w:w="0" w:type="auto"/>
        <w:jc w:val="center"/>
        <w:tblLook w:val="04A0" w:firstRow="1" w:lastRow="0" w:firstColumn="1" w:lastColumn="0" w:noHBand="0" w:noVBand="1"/>
      </w:tblPr>
      <w:tblGrid>
        <w:gridCol w:w="811"/>
        <w:gridCol w:w="5556"/>
        <w:gridCol w:w="1183"/>
        <w:gridCol w:w="1228"/>
        <w:gridCol w:w="1134"/>
      </w:tblGrid>
      <w:tr w:rsidR="00FD5E07" w:rsidRPr="005117ED" w:rsidTr="004C155A">
        <w:trPr>
          <w:tblHeader/>
          <w:jc w:val="center"/>
        </w:trPr>
        <w:tc>
          <w:tcPr>
            <w:tcW w:w="476" w:type="dxa"/>
            <w:shd w:val="clear" w:color="auto" w:fill="1F4E79"/>
          </w:tcPr>
          <w:p w:rsidR="00FD5E07" w:rsidRPr="004C155A" w:rsidRDefault="00FD5E07" w:rsidP="004C155A">
            <w:pPr>
              <w:spacing w:before="0"/>
              <w:ind w:firstLine="0"/>
              <w:jc w:val="center"/>
              <w:rPr>
                <w:rFonts w:cs="Sakkal Majalla"/>
                <w:color w:val="FFFFFF" w:themeColor="background1"/>
                <w:sz w:val="38"/>
                <w:szCs w:val="38"/>
              </w:rPr>
            </w:pPr>
            <w:r w:rsidRPr="004C155A">
              <w:rPr>
                <w:rFonts w:cs="Sakkal Majalla"/>
                <w:b/>
                <w:bCs/>
                <w:color w:val="FFFFFF" w:themeColor="background1"/>
                <w:sz w:val="38"/>
                <w:szCs w:val="38"/>
                <w:rtl/>
              </w:rPr>
              <w:t>الرقم</w:t>
            </w:r>
          </w:p>
        </w:tc>
        <w:tc>
          <w:tcPr>
            <w:tcW w:w="5664" w:type="dxa"/>
            <w:shd w:val="clear" w:color="auto" w:fill="1F4E79"/>
          </w:tcPr>
          <w:p w:rsidR="00FD5E07" w:rsidRPr="004C155A" w:rsidRDefault="00FD5E07" w:rsidP="004C155A">
            <w:pPr>
              <w:spacing w:before="0"/>
              <w:ind w:firstLine="0"/>
              <w:jc w:val="center"/>
              <w:rPr>
                <w:rFonts w:cs="Sakkal Majalla"/>
                <w:color w:val="FFFFFF" w:themeColor="background1"/>
                <w:sz w:val="38"/>
                <w:szCs w:val="38"/>
              </w:rPr>
            </w:pPr>
            <w:r w:rsidRPr="004C155A">
              <w:rPr>
                <w:rFonts w:cs="Sakkal Majalla"/>
                <w:b/>
                <w:bCs/>
                <w:color w:val="FFFFFF" w:themeColor="background1"/>
                <w:sz w:val="38"/>
                <w:szCs w:val="38"/>
                <w:rtl/>
              </w:rPr>
              <w:t>الفقرة</w:t>
            </w:r>
          </w:p>
        </w:tc>
        <w:tc>
          <w:tcPr>
            <w:tcW w:w="1183" w:type="dxa"/>
            <w:shd w:val="clear" w:color="auto" w:fill="1F4E79"/>
          </w:tcPr>
          <w:p w:rsidR="00FD5E07" w:rsidRPr="004C155A" w:rsidRDefault="00FD5E07" w:rsidP="004C155A">
            <w:pPr>
              <w:spacing w:before="0"/>
              <w:ind w:firstLine="0"/>
              <w:jc w:val="center"/>
              <w:rPr>
                <w:rFonts w:cs="Sakkal Majalla"/>
                <w:color w:val="FFFFFF" w:themeColor="background1"/>
                <w:sz w:val="38"/>
                <w:szCs w:val="38"/>
              </w:rPr>
            </w:pPr>
            <w:r w:rsidRPr="004C155A">
              <w:rPr>
                <w:rFonts w:cs="Sakkal Majalla"/>
                <w:b/>
                <w:bCs/>
                <w:color w:val="FFFFFF" w:themeColor="background1"/>
                <w:sz w:val="38"/>
                <w:szCs w:val="38"/>
                <w:rtl/>
              </w:rPr>
              <w:t>المتوسط</w:t>
            </w:r>
          </w:p>
        </w:tc>
        <w:tc>
          <w:tcPr>
            <w:tcW w:w="1228" w:type="dxa"/>
            <w:shd w:val="clear" w:color="auto" w:fill="1F4E79"/>
          </w:tcPr>
          <w:p w:rsidR="00FD5E07" w:rsidRPr="004C155A" w:rsidRDefault="00FD5E07" w:rsidP="004C155A">
            <w:pPr>
              <w:spacing w:before="0"/>
              <w:ind w:firstLine="0"/>
              <w:jc w:val="center"/>
              <w:rPr>
                <w:rFonts w:cs="Sakkal Majalla"/>
                <w:color w:val="FFFFFF" w:themeColor="background1"/>
                <w:sz w:val="38"/>
                <w:szCs w:val="38"/>
              </w:rPr>
            </w:pPr>
            <w:r w:rsidRPr="004C155A">
              <w:rPr>
                <w:rFonts w:cs="Sakkal Majalla"/>
                <w:b/>
                <w:bCs/>
                <w:color w:val="FFFFFF" w:themeColor="background1"/>
                <w:sz w:val="38"/>
                <w:szCs w:val="38"/>
                <w:rtl/>
              </w:rPr>
              <w:t>الانحراف</w:t>
            </w:r>
          </w:p>
        </w:tc>
        <w:tc>
          <w:tcPr>
            <w:tcW w:w="1134" w:type="dxa"/>
            <w:shd w:val="clear" w:color="auto" w:fill="1F4E79"/>
          </w:tcPr>
          <w:p w:rsidR="00FD5E07" w:rsidRPr="004C155A" w:rsidRDefault="00FD5E07" w:rsidP="004C155A">
            <w:pPr>
              <w:spacing w:before="0"/>
              <w:ind w:firstLine="0"/>
              <w:jc w:val="center"/>
              <w:rPr>
                <w:rFonts w:cs="Sakkal Majalla"/>
                <w:color w:val="FFFFFF" w:themeColor="background1"/>
                <w:sz w:val="38"/>
                <w:szCs w:val="38"/>
              </w:rPr>
            </w:pPr>
            <w:r w:rsidRPr="004C155A">
              <w:rPr>
                <w:rFonts w:cs="Sakkal Majalla"/>
                <w:b/>
                <w:bCs/>
                <w:color w:val="FFFFFF" w:themeColor="background1"/>
                <w:sz w:val="38"/>
                <w:szCs w:val="38"/>
                <w:rtl/>
              </w:rPr>
              <w:t>المستوى</w:t>
            </w:r>
          </w:p>
        </w:tc>
      </w:tr>
      <w:tr w:rsidR="00FD5E07" w:rsidRPr="005117ED" w:rsidTr="004C155A">
        <w:trPr>
          <w:jc w:val="center"/>
        </w:trPr>
        <w:tc>
          <w:tcPr>
            <w:tcW w:w="476"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1</w:t>
            </w:r>
          </w:p>
        </w:tc>
        <w:tc>
          <w:tcPr>
            <w:tcW w:w="5664"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يتصرف</w:t>
            </w:r>
            <w:r w:rsidRPr="005117ED">
              <w:rPr>
                <w:rFonts w:cs="Sakkal Majalla"/>
                <w:color w:val="000000" w:themeColor="text1"/>
                <w:sz w:val="38"/>
                <w:szCs w:val="38"/>
              </w:rPr>
              <w:t xml:space="preserve"> </w:t>
            </w:r>
            <w:r w:rsidRPr="005117ED">
              <w:rPr>
                <w:rFonts w:cs="Sakkal Majalla"/>
                <w:color w:val="000000" w:themeColor="text1"/>
                <w:sz w:val="38"/>
                <w:szCs w:val="38"/>
                <w:rtl/>
              </w:rPr>
              <w:t>المدير</w:t>
            </w:r>
            <w:r w:rsidRPr="005117ED">
              <w:rPr>
                <w:rFonts w:cs="Sakkal Majalla"/>
                <w:color w:val="000000" w:themeColor="text1"/>
                <w:sz w:val="38"/>
                <w:szCs w:val="38"/>
              </w:rPr>
              <w:t xml:space="preserve"> </w:t>
            </w:r>
            <w:r w:rsidRPr="005117ED">
              <w:rPr>
                <w:rFonts w:cs="Sakkal Majalla"/>
                <w:color w:val="000000" w:themeColor="text1"/>
                <w:sz w:val="38"/>
                <w:szCs w:val="38"/>
                <w:rtl/>
              </w:rPr>
              <w:t>بطريقة</w:t>
            </w:r>
            <w:r w:rsidRPr="005117ED">
              <w:rPr>
                <w:rFonts w:cs="Sakkal Majalla"/>
                <w:color w:val="000000" w:themeColor="text1"/>
                <w:sz w:val="38"/>
                <w:szCs w:val="38"/>
              </w:rPr>
              <w:t xml:space="preserve"> </w:t>
            </w:r>
            <w:r w:rsidRPr="005117ED">
              <w:rPr>
                <w:rFonts w:cs="Sakkal Majalla"/>
                <w:color w:val="000000" w:themeColor="text1"/>
                <w:sz w:val="38"/>
                <w:szCs w:val="38"/>
                <w:rtl/>
              </w:rPr>
              <w:t>تجعل</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العاملين</w:t>
            </w:r>
            <w:r w:rsidRPr="005117ED">
              <w:rPr>
                <w:rFonts w:cs="Sakkal Majalla"/>
                <w:color w:val="000000" w:themeColor="text1"/>
                <w:sz w:val="38"/>
                <w:szCs w:val="38"/>
              </w:rPr>
              <w:t xml:space="preserve"> </w:t>
            </w:r>
            <w:r w:rsidRPr="005117ED">
              <w:rPr>
                <w:rFonts w:cs="Sakkal Majalla"/>
                <w:color w:val="000000" w:themeColor="text1"/>
                <w:sz w:val="38"/>
                <w:szCs w:val="38"/>
                <w:rtl/>
              </w:rPr>
              <w:t>يثقون</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قراراته</w:t>
            </w:r>
            <w:r w:rsidRPr="005117ED">
              <w:rPr>
                <w:rFonts w:cs="Sakkal Majalla"/>
                <w:color w:val="000000" w:themeColor="text1"/>
                <w:sz w:val="38"/>
                <w:szCs w:val="38"/>
              </w:rPr>
              <w:t>.</w:t>
            </w:r>
          </w:p>
        </w:tc>
        <w:tc>
          <w:tcPr>
            <w:tcW w:w="1183"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3.92</w:t>
            </w:r>
          </w:p>
        </w:tc>
        <w:tc>
          <w:tcPr>
            <w:tcW w:w="1228"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0.93</w:t>
            </w:r>
          </w:p>
        </w:tc>
        <w:tc>
          <w:tcPr>
            <w:tcW w:w="1134"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4C155A">
        <w:trPr>
          <w:jc w:val="center"/>
        </w:trPr>
        <w:tc>
          <w:tcPr>
            <w:tcW w:w="476"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6</w:t>
            </w:r>
          </w:p>
        </w:tc>
        <w:tc>
          <w:tcPr>
            <w:tcW w:w="5664"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يوضح</w:t>
            </w:r>
            <w:r w:rsidRPr="005117ED">
              <w:rPr>
                <w:rFonts w:cs="Sakkal Majalla"/>
                <w:color w:val="000000" w:themeColor="text1"/>
                <w:sz w:val="38"/>
                <w:szCs w:val="38"/>
              </w:rPr>
              <w:t xml:space="preserve"> </w:t>
            </w:r>
            <w:r w:rsidRPr="005117ED">
              <w:rPr>
                <w:rFonts w:cs="Sakkal Majalla"/>
                <w:color w:val="000000" w:themeColor="text1"/>
                <w:sz w:val="38"/>
                <w:szCs w:val="38"/>
                <w:rtl/>
              </w:rPr>
              <w:t>المدير</w:t>
            </w:r>
            <w:r w:rsidRPr="005117ED">
              <w:rPr>
                <w:rFonts w:cs="Sakkal Majalla"/>
                <w:color w:val="000000" w:themeColor="text1"/>
                <w:sz w:val="38"/>
                <w:szCs w:val="38"/>
              </w:rPr>
              <w:t xml:space="preserve"> </w:t>
            </w:r>
            <w:r w:rsidRPr="005117ED">
              <w:rPr>
                <w:rFonts w:cs="Sakkal Majalla"/>
                <w:color w:val="000000" w:themeColor="text1"/>
                <w:sz w:val="38"/>
                <w:szCs w:val="38"/>
                <w:rtl/>
              </w:rPr>
              <w:t>رؤية</w:t>
            </w:r>
            <w:r w:rsidRPr="005117ED">
              <w:rPr>
                <w:rFonts w:cs="Sakkal Majalla"/>
                <w:color w:val="000000" w:themeColor="text1"/>
                <w:sz w:val="38"/>
                <w:szCs w:val="38"/>
              </w:rPr>
              <w:t xml:space="preserve"> </w:t>
            </w:r>
            <w:r w:rsidRPr="005117ED">
              <w:rPr>
                <w:rFonts w:cs="Sakkal Majalla"/>
                <w:color w:val="000000" w:themeColor="text1"/>
                <w:sz w:val="38"/>
                <w:szCs w:val="38"/>
                <w:rtl/>
              </w:rPr>
              <w:t>مستقبلية</w:t>
            </w:r>
            <w:r w:rsidRPr="005117ED">
              <w:rPr>
                <w:rFonts w:cs="Sakkal Majalla"/>
                <w:color w:val="000000" w:themeColor="text1"/>
                <w:sz w:val="38"/>
                <w:szCs w:val="38"/>
              </w:rPr>
              <w:t xml:space="preserve"> </w:t>
            </w:r>
            <w:r w:rsidRPr="005117ED">
              <w:rPr>
                <w:rFonts w:cs="Sakkal Majalla"/>
                <w:color w:val="000000" w:themeColor="text1"/>
                <w:sz w:val="38"/>
                <w:szCs w:val="38"/>
                <w:rtl/>
              </w:rPr>
              <w:t>محفزة</w:t>
            </w:r>
            <w:r w:rsidRPr="005117ED">
              <w:rPr>
                <w:rFonts w:cs="Sakkal Majalla"/>
                <w:color w:val="000000" w:themeColor="text1"/>
                <w:sz w:val="38"/>
                <w:szCs w:val="38"/>
              </w:rPr>
              <w:t xml:space="preserve"> </w:t>
            </w:r>
            <w:r w:rsidRPr="005117ED">
              <w:rPr>
                <w:rFonts w:cs="Sakkal Majalla"/>
                <w:color w:val="000000" w:themeColor="text1"/>
                <w:sz w:val="38"/>
                <w:szCs w:val="38"/>
                <w:rtl/>
              </w:rPr>
              <w:t>للمنشأة</w:t>
            </w:r>
            <w:r w:rsidRPr="005117ED">
              <w:rPr>
                <w:rFonts w:cs="Sakkal Majalla"/>
                <w:color w:val="000000" w:themeColor="text1"/>
                <w:sz w:val="38"/>
                <w:szCs w:val="38"/>
              </w:rPr>
              <w:t>.</w:t>
            </w:r>
          </w:p>
        </w:tc>
        <w:tc>
          <w:tcPr>
            <w:tcW w:w="1183"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3.91</w:t>
            </w:r>
          </w:p>
        </w:tc>
        <w:tc>
          <w:tcPr>
            <w:tcW w:w="1228"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0.98</w:t>
            </w:r>
          </w:p>
        </w:tc>
        <w:tc>
          <w:tcPr>
            <w:tcW w:w="1134"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4C155A">
        <w:trPr>
          <w:jc w:val="center"/>
        </w:trPr>
        <w:tc>
          <w:tcPr>
            <w:tcW w:w="476"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2</w:t>
            </w:r>
          </w:p>
        </w:tc>
        <w:tc>
          <w:tcPr>
            <w:tcW w:w="5664"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يلتزم</w:t>
            </w:r>
            <w:r w:rsidRPr="005117ED">
              <w:rPr>
                <w:rFonts w:cs="Sakkal Majalla"/>
                <w:color w:val="000000" w:themeColor="text1"/>
                <w:sz w:val="38"/>
                <w:szCs w:val="38"/>
              </w:rPr>
              <w:t xml:space="preserve"> </w:t>
            </w:r>
            <w:r w:rsidRPr="005117ED">
              <w:rPr>
                <w:rFonts w:cs="Sakkal Majalla"/>
                <w:color w:val="000000" w:themeColor="text1"/>
                <w:sz w:val="38"/>
                <w:szCs w:val="38"/>
                <w:rtl/>
              </w:rPr>
              <w:t>المدير</w:t>
            </w:r>
            <w:r w:rsidRPr="005117ED">
              <w:rPr>
                <w:rFonts w:cs="Sakkal Majalla"/>
                <w:color w:val="000000" w:themeColor="text1"/>
                <w:sz w:val="38"/>
                <w:szCs w:val="38"/>
              </w:rPr>
              <w:t xml:space="preserve"> </w:t>
            </w:r>
            <w:r w:rsidRPr="005117ED">
              <w:rPr>
                <w:rFonts w:cs="Sakkal Majalla"/>
                <w:color w:val="000000" w:themeColor="text1"/>
                <w:sz w:val="38"/>
                <w:szCs w:val="38"/>
                <w:rtl/>
              </w:rPr>
              <w:t>بالقيم</w:t>
            </w:r>
            <w:r w:rsidRPr="005117ED">
              <w:rPr>
                <w:rFonts w:cs="Sakkal Majalla"/>
                <w:color w:val="000000" w:themeColor="text1"/>
                <w:sz w:val="38"/>
                <w:szCs w:val="38"/>
              </w:rPr>
              <w:t xml:space="preserve"> </w:t>
            </w:r>
            <w:r w:rsidRPr="005117ED">
              <w:rPr>
                <w:rFonts w:cs="Sakkal Majalla"/>
                <w:color w:val="000000" w:themeColor="text1"/>
                <w:sz w:val="38"/>
                <w:szCs w:val="38"/>
                <w:rtl/>
              </w:rPr>
              <w:t>المهنية</w:t>
            </w:r>
            <w:r w:rsidRPr="005117ED">
              <w:rPr>
                <w:rFonts w:cs="Sakkal Majalla"/>
                <w:color w:val="000000" w:themeColor="text1"/>
                <w:sz w:val="38"/>
                <w:szCs w:val="38"/>
              </w:rPr>
              <w:t xml:space="preserve"> </w:t>
            </w:r>
            <w:r w:rsidRPr="005117ED">
              <w:rPr>
                <w:rFonts w:cs="Sakkal Majalla"/>
                <w:color w:val="000000" w:themeColor="text1"/>
                <w:sz w:val="38"/>
                <w:szCs w:val="38"/>
                <w:rtl/>
              </w:rPr>
              <w:t>عند</w:t>
            </w:r>
            <w:r w:rsidRPr="005117ED">
              <w:rPr>
                <w:rFonts w:cs="Sakkal Majalla"/>
                <w:color w:val="000000" w:themeColor="text1"/>
                <w:sz w:val="38"/>
                <w:szCs w:val="38"/>
              </w:rPr>
              <w:t xml:space="preserve"> </w:t>
            </w:r>
            <w:r w:rsidRPr="005117ED">
              <w:rPr>
                <w:rFonts w:cs="Sakkal Majalla"/>
                <w:color w:val="000000" w:themeColor="text1"/>
                <w:sz w:val="38"/>
                <w:szCs w:val="38"/>
                <w:rtl/>
              </w:rPr>
              <w:t>التعامل</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المشكلات</w:t>
            </w:r>
            <w:r w:rsidRPr="005117ED">
              <w:rPr>
                <w:rFonts w:cs="Sakkal Majalla"/>
                <w:color w:val="000000" w:themeColor="text1"/>
                <w:sz w:val="38"/>
                <w:szCs w:val="38"/>
              </w:rPr>
              <w:t>.</w:t>
            </w:r>
          </w:p>
        </w:tc>
        <w:tc>
          <w:tcPr>
            <w:tcW w:w="1183"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3.88</w:t>
            </w:r>
          </w:p>
        </w:tc>
        <w:tc>
          <w:tcPr>
            <w:tcW w:w="1228"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0.99</w:t>
            </w:r>
          </w:p>
        </w:tc>
        <w:tc>
          <w:tcPr>
            <w:tcW w:w="1134"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4C155A">
        <w:trPr>
          <w:jc w:val="center"/>
        </w:trPr>
        <w:tc>
          <w:tcPr>
            <w:tcW w:w="476"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7</w:t>
            </w:r>
          </w:p>
        </w:tc>
        <w:tc>
          <w:tcPr>
            <w:tcW w:w="5664"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يشجع</w:t>
            </w:r>
            <w:r w:rsidRPr="005117ED">
              <w:rPr>
                <w:rFonts w:cs="Sakkal Majalla"/>
                <w:color w:val="000000" w:themeColor="text1"/>
                <w:sz w:val="38"/>
                <w:szCs w:val="38"/>
              </w:rPr>
              <w:t xml:space="preserve"> </w:t>
            </w:r>
            <w:r w:rsidRPr="005117ED">
              <w:rPr>
                <w:rFonts w:cs="Sakkal Majalla"/>
                <w:color w:val="000000" w:themeColor="text1"/>
                <w:sz w:val="38"/>
                <w:szCs w:val="38"/>
                <w:rtl/>
              </w:rPr>
              <w:t>المدير</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العاملين</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بذل</w:t>
            </w:r>
            <w:r w:rsidRPr="005117ED">
              <w:rPr>
                <w:rFonts w:cs="Sakkal Majalla"/>
                <w:color w:val="000000" w:themeColor="text1"/>
                <w:sz w:val="38"/>
                <w:szCs w:val="38"/>
              </w:rPr>
              <w:t xml:space="preserve"> </w:t>
            </w:r>
            <w:r w:rsidRPr="005117ED">
              <w:rPr>
                <w:rFonts w:cs="Sakkal Majalla"/>
                <w:color w:val="000000" w:themeColor="text1"/>
                <w:sz w:val="38"/>
                <w:szCs w:val="38"/>
                <w:rtl/>
              </w:rPr>
              <w:t>جهد</w:t>
            </w:r>
            <w:r w:rsidRPr="005117ED">
              <w:rPr>
                <w:rFonts w:cs="Sakkal Majalla"/>
                <w:color w:val="000000" w:themeColor="text1"/>
                <w:sz w:val="38"/>
                <w:szCs w:val="38"/>
              </w:rPr>
              <w:t xml:space="preserve"> </w:t>
            </w:r>
            <w:r w:rsidRPr="005117ED">
              <w:rPr>
                <w:rFonts w:cs="Sakkal Majalla"/>
                <w:color w:val="000000" w:themeColor="text1"/>
                <w:sz w:val="38"/>
                <w:szCs w:val="38"/>
                <w:rtl/>
              </w:rPr>
              <w:t>إضافي</w:t>
            </w:r>
            <w:r w:rsidRPr="005117ED">
              <w:rPr>
                <w:rFonts w:cs="Sakkal Majalla"/>
                <w:color w:val="000000" w:themeColor="text1"/>
                <w:sz w:val="38"/>
                <w:szCs w:val="38"/>
              </w:rPr>
              <w:t xml:space="preserve"> </w:t>
            </w:r>
            <w:r w:rsidRPr="005117ED">
              <w:rPr>
                <w:rFonts w:cs="Sakkal Majalla"/>
                <w:color w:val="000000" w:themeColor="text1"/>
                <w:sz w:val="38"/>
                <w:szCs w:val="38"/>
                <w:rtl/>
              </w:rPr>
              <w:t>لتحقيق</w:t>
            </w:r>
            <w:r w:rsidRPr="005117ED">
              <w:rPr>
                <w:rFonts w:cs="Sakkal Majalla"/>
                <w:color w:val="000000" w:themeColor="text1"/>
                <w:sz w:val="38"/>
                <w:szCs w:val="38"/>
              </w:rPr>
              <w:t xml:space="preserve"> </w:t>
            </w:r>
            <w:r w:rsidRPr="005117ED">
              <w:rPr>
                <w:rFonts w:cs="Sakkal Majalla"/>
                <w:color w:val="000000" w:themeColor="text1"/>
                <w:sz w:val="38"/>
                <w:szCs w:val="38"/>
                <w:rtl/>
              </w:rPr>
              <w:t>الأهداف</w:t>
            </w:r>
            <w:r w:rsidRPr="005117ED">
              <w:rPr>
                <w:rFonts w:cs="Sakkal Majalla"/>
                <w:color w:val="000000" w:themeColor="text1"/>
                <w:sz w:val="38"/>
                <w:szCs w:val="38"/>
              </w:rPr>
              <w:t>.</w:t>
            </w:r>
          </w:p>
        </w:tc>
        <w:tc>
          <w:tcPr>
            <w:tcW w:w="1183"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3.88</w:t>
            </w:r>
          </w:p>
        </w:tc>
        <w:tc>
          <w:tcPr>
            <w:tcW w:w="1228"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0.96</w:t>
            </w:r>
          </w:p>
        </w:tc>
        <w:tc>
          <w:tcPr>
            <w:tcW w:w="1134"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4C155A">
        <w:trPr>
          <w:jc w:val="center"/>
        </w:trPr>
        <w:tc>
          <w:tcPr>
            <w:tcW w:w="476"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5</w:t>
            </w:r>
          </w:p>
        </w:tc>
        <w:tc>
          <w:tcPr>
            <w:tcW w:w="5664"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يسهم</w:t>
            </w:r>
            <w:r w:rsidRPr="005117ED">
              <w:rPr>
                <w:rFonts w:cs="Sakkal Majalla"/>
                <w:color w:val="000000" w:themeColor="text1"/>
                <w:sz w:val="38"/>
                <w:szCs w:val="38"/>
              </w:rPr>
              <w:t xml:space="preserve"> </w:t>
            </w:r>
            <w:r w:rsidRPr="005117ED">
              <w:rPr>
                <w:rFonts w:cs="Sakkal Majalla"/>
                <w:color w:val="000000" w:themeColor="text1"/>
                <w:sz w:val="38"/>
                <w:szCs w:val="38"/>
                <w:rtl/>
              </w:rPr>
              <w:t>سلوك</w:t>
            </w:r>
            <w:r w:rsidRPr="005117ED">
              <w:rPr>
                <w:rFonts w:cs="Sakkal Majalla"/>
                <w:color w:val="000000" w:themeColor="text1"/>
                <w:sz w:val="38"/>
                <w:szCs w:val="38"/>
              </w:rPr>
              <w:t xml:space="preserve"> </w:t>
            </w:r>
            <w:r w:rsidRPr="005117ED">
              <w:rPr>
                <w:rFonts w:cs="Sakkal Majalla"/>
                <w:color w:val="000000" w:themeColor="text1"/>
                <w:sz w:val="38"/>
                <w:szCs w:val="38"/>
                <w:rtl/>
              </w:rPr>
              <w:t>المدير</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بناء</w:t>
            </w:r>
            <w:r w:rsidRPr="005117ED">
              <w:rPr>
                <w:rFonts w:cs="Sakkal Majalla"/>
                <w:color w:val="000000" w:themeColor="text1"/>
                <w:sz w:val="38"/>
                <w:szCs w:val="38"/>
              </w:rPr>
              <w:t xml:space="preserve"> </w:t>
            </w:r>
            <w:r w:rsidRPr="005117ED">
              <w:rPr>
                <w:rFonts w:cs="Sakkal Majalla"/>
                <w:color w:val="000000" w:themeColor="text1"/>
                <w:sz w:val="38"/>
                <w:szCs w:val="38"/>
                <w:rtl/>
              </w:rPr>
              <w:t>سمعة</w:t>
            </w:r>
            <w:r w:rsidRPr="005117ED">
              <w:rPr>
                <w:rFonts w:cs="Sakkal Majalla"/>
                <w:color w:val="000000" w:themeColor="text1"/>
                <w:sz w:val="38"/>
                <w:szCs w:val="38"/>
              </w:rPr>
              <w:t xml:space="preserve"> </w:t>
            </w:r>
            <w:r w:rsidRPr="005117ED">
              <w:rPr>
                <w:rFonts w:cs="Sakkal Majalla"/>
                <w:color w:val="000000" w:themeColor="text1"/>
                <w:sz w:val="38"/>
                <w:szCs w:val="38"/>
                <w:rtl/>
              </w:rPr>
              <w:t>إيجابية</w:t>
            </w:r>
            <w:r w:rsidRPr="005117ED">
              <w:rPr>
                <w:rFonts w:cs="Sakkal Majalla"/>
                <w:color w:val="000000" w:themeColor="text1"/>
                <w:sz w:val="38"/>
                <w:szCs w:val="38"/>
              </w:rPr>
              <w:t xml:space="preserve"> </w:t>
            </w:r>
            <w:r w:rsidRPr="005117ED">
              <w:rPr>
                <w:rFonts w:cs="Sakkal Majalla"/>
                <w:color w:val="000000" w:themeColor="text1"/>
                <w:sz w:val="38"/>
                <w:szCs w:val="38"/>
                <w:rtl/>
              </w:rPr>
              <w:t>للمنشأة</w:t>
            </w:r>
            <w:r w:rsidRPr="005117ED">
              <w:rPr>
                <w:rFonts w:cs="Sakkal Majalla"/>
                <w:color w:val="000000" w:themeColor="text1"/>
                <w:sz w:val="38"/>
                <w:szCs w:val="38"/>
              </w:rPr>
              <w:t>.</w:t>
            </w:r>
          </w:p>
        </w:tc>
        <w:tc>
          <w:tcPr>
            <w:tcW w:w="1183"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3.86</w:t>
            </w:r>
          </w:p>
        </w:tc>
        <w:tc>
          <w:tcPr>
            <w:tcW w:w="1228"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0.96</w:t>
            </w:r>
          </w:p>
        </w:tc>
        <w:tc>
          <w:tcPr>
            <w:tcW w:w="1134"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4C155A">
        <w:trPr>
          <w:jc w:val="center"/>
        </w:trPr>
        <w:tc>
          <w:tcPr>
            <w:tcW w:w="476"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3</w:t>
            </w:r>
          </w:p>
        </w:tc>
        <w:tc>
          <w:tcPr>
            <w:tcW w:w="5664"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يمثل</w:t>
            </w:r>
            <w:r w:rsidRPr="005117ED">
              <w:rPr>
                <w:rFonts w:cs="Sakkal Majalla"/>
                <w:color w:val="000000" w:themeColor="text1"/>
                <w:sz w:val="38"/>
                <w:szCs w:val="38"/>
              </w:rPr>
              <w:t xml:space="preserve"> </w:t>
            </w:r>
            <w:r w:rsidRPr="005117ED">
              <w:rPr>
                <w:rFonts w:cs="Sakkal Majalla"/>
                <w:color w:val="000000" w:themeColor="text1"/>
                <w:sz w:val="38"/>
                <w:szCs w:val="38"/>
                <w:rtl/>
              </w:rPr>
              <w:t>المدير</w:t>
            </w:r>
            <w:r w:rsidRPr="005117ED">
              <w:rPr>
                <w:rFonts w:cs="Sakkal Majalla"/>
                <w:color w:val="000000" w:themeColor="text1"/>
                <w:sz w:val="38"/>
                <w:szCs w:val="38"/>
              </w:rPr>
              <w:t xml:space="preserve"> </w:t>
            </w:r>
            <w:r w:rsidRPr="005117ED">
              <w:rPr>
                <w:rFonts w:cs="Sakkal Majalla"/>
                <w:color w:val="000000" w:themeColor="text1"/>
                <w:sz w:val="38"/>
                <w:szCs w:val="38"/>
                <w:rtl/>
              </w:rPr>
              <w:t>قدوة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الانضباط</w:t>
            </w:r>
            <w:r w:rsidRPr="005117ED">
              <w:rPr>
                <w:rFonts w:cs="Sakkal Majalla"/>
                <w:color w:val="000000" w:themeColor="text1"/>
                <w:sz w:val="38"/>
                <w:szCs w:val="38"/>
              </w:rPr>
              <w:t xml:space="preserve"> </w:t>
            </w:r>
            <w:r w:rsidRPr="005117ED">
              <w:rPr>
                <w:rFonts w:cs="Sakkal Majalla"/>
                <w:color w:val="000000" w:themeColor="text1"/>
                <w:sz w:val="38"/>
                <w:szCs w:val="38"/>
                <w:rtl/>
              </w:rPr>
              <w:t>وتحمل</w:t>
            </w:r>
            <w:r w:rsidRPr="005117ED">
              <w:rPr>
                <w:rFonts w:cs="Sakkal Majalla"/>
                <w:color w:val="000000" w:themeColor="text1"/>
                <w:sz w:val="38"/>
                <w:szCs w:val="38"/>
              </w:rPr>
              <w:t xml:space="preserve"> </w:t>
            </w:r>
            <w:r w:rsidRPr="005117ED">
              <w:rPr>
                <w:rFonts w:cs="Sakkal Majalla"/>
                <w:color w:val="000000" w:themeColor="text1"/>
                <w:sz w:val="38"/>
                <w:szCs w:val="38"/>
                <w:rtl/>
              </w:rPr>
              <w:t>المسؤولية</w:t>
            </w:r>
            <w:r w:rsidRPr="005117ED">
              <w:rPr>
                <w:rFonts w:cs="Sakkal Majalla"/>
                <w:color w:val="000000" w:themeColor="text1"/>
                <w:sz w:val="38"/>
                <w:szCs w:val="38"/>
              </w:rPr>
              <w:t>.</w:t>
            </w:r>
          </w:p>
        </w:tc>
        <w:tc>
          <w:tcPr>
            <w:tcW w:w="1183"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3.85</w:t>
            </w:r>
          </w:p>
        </w:tc>
        <w:tc>
          <w:tcPr>
            <w:tcW w:w="1228"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0.96</w:t>
            </w:r>
          </w:p>
        </w:tc>
        <w:tc>
          <w:tcPr>
            <w:tcW w:w="1134"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4C155A">
        <w:trPr>
          <w:jc w:val="center"/>
        </w:trPr>
        <w:tc>
          <w:tcPr>
            <w:tcW w:w="476"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4</w:t>
            </w:r>
          </w:p>
        </w:tc>
        <w:tc>
          <w:tcPr>
            <w:tcW w:w="5664"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يضع</w:t>
            </w:r>
            <w:r w:rsidRPr="005117ED">
              <w:rPr>
                <w:rFonts w:cs="Sakkal Majalla"/>
                <w:color w:val="000000" w:themeColor="text1"/>
                <w:sz w:val="38"/>
                <w:szCs w:val="38"/>
              </w:rPr>
              <w:t xml:space="preserve"> </w:t>
            </w:r>
            <w:r w:rsidRPr="005117ED">
              <w:rPr>
                <w:rFonts w:cs="Sakkal Majalla"/>
                <w:color w:val="000000" w:themeColor="text1"/>
                <w:sz w:val="38"/>
                <w:szCs w:val="38"/>
                <w:rtl/>
              </w:rPr>
              <w:t>المدير</w:t>
            </w:r>
            <w:r w:rsidRPr="005117ED">
              <w:rPr>
                <w:rFonts w:cs="Sakkal Majalla"/>
                <w:color w:val="000000" w:themeColor="text1"/>
                <w:sz w:val="38"/>
                <w:szCs w:val="38"/>
              </w:rPr>
              <w:t xml:space="preserve"> </w:t>
            </w:r>
            <w:r w:rsidRPr="005117ED">
              <w:rPr>
                <w:rFonts w:cs="Sakkal Majalla"/>
                <w:color w:val="000000" w:themeColor="text1"/>
                <w:sz w:val="38"/>
                <w:szCs w:val="38"/>
                <w:rtl/>
              </w:rPr>
              <w:t>مصلحة</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المنشأة</w:t>
            </w:r>
            <w:r w:rsidRPr="005117ED">
              <w:rPr>
                <w:rFonts w:cs="Sakkal Majalla"/>
                <w:color w:val="000000" w:themeColor="text1"/>
                <w:sz w:val="38"/>
                <w:szCs w:val="38"/>
              </w:rPr>
              <w:t xml:space="preserve"> </w:t>
            </w:r>
            <w:r w:rsidRPr="005117ED">
              <w:rPr>
                <w:rFonts w:cs="Sakkal Majalla"/>
                <w:color w:val="000000" w:themeColor="text1"/>
                <w:sz w:val="38"/>
                <w:szCs w:val="38"/>
                <w:rtl/>
              </w:rPr>
              <w:t>فوق</w:t>
            </w:r>
            <w:r w:rsidRPr="005117ED">
              <w:rPr>
                <w:rFonts w:cs="Sakkal Majalla"/>
                <w:color w:val="000000" w:themeColor="text1"/>
                <w:sz w:val="38"/>
                <w:szCs w:val="38"/>
              </w:rPr>
              <w:t xml:space="preserve"> </w:t>
            </w:r>
            <w:r w:rsidRPr="005117ED">
              <w:rPr>
                <w:rFonts w:cs="Sakkal Majalla"/>
                <w:color w:val="000000" w:themeColor="text1"/>
                <w:sz w:val="38"/>
                <w:szCs w:val="38"/>
                <w:rtl/>
              </w:rPr>
              <w:t>المصالح</w:t>
            </w:r>
            <w:r w:rsidRPr="005117ED">
              <w:rPr>
                <w:rFonts w:cs="Sakkal Majalla"/>
                <w:color w:val="000000" w:themeColor="text1"/>
                <w:sz w:val="38"/>
                <w:szCs w:val="38"/>
              </w:rPr>
              <w:t xml:space="preserve"> </w:t>
            </w:r>
            <w:r w:rsidRPr="005117ED">
              <w:rPr>
                <w:rFonts w:cs="Sakkal Majalla"/>
                <w:color w:val="000000" w:themeColor="text1"/>
                <w:sz w:val="38"/>
                <w:szCs w:val="38"/>
                <w:rtl/>
              </w:rPr>
              <w:t>الشخصية</w:t>
            </w:r>
            <w:r w:rsidRPr="005117ED">
              <w:rPr>
                <w:rFonts w:cs="Sakkal Majalla"/>
                <w:color w:val="000000" w:themeColor="text1"/>
                <w:sz w:val="38"/>
                <w:szCs w:val="38"/>
              </w:rPr>
              <w:t>.</w:t>
            </w:r>
          </w:p>
        </w:tc>
        <w:tc>
          <w:tcPr>
            <w:tcW w:w="1183"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3.84</w:t>
            </w:r>
          </w:p>
        </w:tc>
        <w:tc>
          <w:tcPr>
            <w:tcW w:w="1228"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1.03</w:t>
            </w:r>
          </w:p>
        </w:tc>
        <w:tc>
          <w:tcPr>
            <w:tcW w:w="1134"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4C155A">
        <w:trPr>
          <w:jc w:val="center"/>
        </w:trPr>
        <w:tc>
          <w:tcPr>
            <w:tcW w:w="476"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8</w:t>
            </w:r>
          </w:p>
        </w:tc>
        <w:tc>
          <w:tcPr>
            <w:tcW w:w="5664"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يربط</w:t>
            </w:r>
            <w:r w:rsidRPr="005117ED">
              <w:rPr>
                <w:rFonts w:cs="Sakkal Majalla"/>
                <w:color w:val="000000" w:themeColor="text1"/>
                <w:sz w:val="38"/>
                <w:szCs w:val="38"/>
              </w:rPr>
              <w:t xml:space="preserve"> </w:t>
            </w:r>
            <w:r w:rsidRPr="005117ED">
              <w:rPr>
                <w:rFonts w:cs="Sakkal Majalla"/>
                <w:color w:val="000000" w:themeColor="text1"/>
                <w:sz w:val="38"/>
                <w:szCs w:val="38"/>
                <w:rtl/>
              </w:rPr>
              <w:t>المدير</w:t>
            </w:r>
            <w:r w:rsidRPr="005117ED">
              <w:rPr>
                <w:rFonts w:cs="Sakkal Majalla"/>
                <w:color w:val="000000" w:themeColor="text1"/>
                <w:sz w:val="38"/>
                <w:szCs w:val="38"/>
              </w:rPr>
              <w:t xml:space="preserve"> </w:t>
            </w:r>
            <w:r w:rsidRPr="005117ED">
              <w:rPr>
                <w:rFonts w:cs="Sakkal Majalla"/>
                <w:color w:val="000000" w:themeColor="text1"/>
                <w:sz w:val="38"/>
                <w:szCs w:val="38"/>
                <w:rtl/>
              </w:rPr>
              <w:t>أعمال</w:t>
            </w:r>
            <w:r w:rsidRPr="005117ED">
              <w:rPr>
                <w:rFonts w:cs="Sakkal Majalla"/>
                <w:color w:val="000000" w:themeColor="text1"/>
                <w:sz w:val="38"/>
                <w:szCs w:val="38"/>
              </w:rPr>
              <w:t xml:space="preserve"> </w:t>
            </w:r>
            <w:r w:rsidRPr="005117ED">
              <w:rPr>
                <w:rFonts w:cs="Sakkal Majalla"/>
                <w:color w:val="000000" w:themeColor="text1"/>
                <w:sz w:val="38"/>
                <w:szCs w:val="38"/>
                <w:rtl/>
              </w:rPr>
              <w:t>الفريق</w:t>
            </w:r>
            <w:r w:rsidRPr="005117ED">
              <w:rPr>
                <w:rFonts w:cs="Sakkal Majalla"/>
                <w:color w:val="000000" w:themeColor="text1"/>
                <w:sz w:val="38"/>
                <w:szCs w:val="38"/>
              </w:rPr>
              <w:t xml:space="preserve"> </w:t>
            </w:r>
            <w:r w:rsidRPr="005117ED">
              <w:rPr>
                <w:rFonts w:cs="Sakkal Majalla"/>
                <w:color w:val="000000" w:themeColor="text1"/>
                <w:sz w:val="38"/>
                <w:szCs w:val="38"/>
                <w:rtl/>
              </w:rPr>
              <w:t>برسالة</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المنشأة</w:t>
            </w:r>
            <w:r w:rsidRPr="005117ED">
              <w:rPr>
                <w:rFonts w:cs="Sakkal Majalla"/>
                <w:color w:val="000000" w:themeColor="text1"/>
                <w:sz w:val="38"/>
                <w:szCs w:val="38"/>
              </w:rPr>
              <w:t xml:space="preserve"> </w:t>
            </w:r>
            <w:r w:rsidRPr="005117ED">
              <w:rPr>
                <w:rFonts w:cs="Sakkal Majalla"/>
                <w:color w:val="000000" w:themeColor="text1"/>
                <w:sz w:val="38"/>
                <w:szCs w:val="38"/>
                <w:rtl/>
              </w:rPr>
              <w:t>وتطلعاتها</w:t>
            </w:r>
            <w:r w:rsidRPr="005117ED">
              <w:rPr>
                <w:rFonts w:cs="Sakkal Majalla"/>
                <w:color w:val="000000" w:themeColor="text1"/>
                <w:sz w:val="38"/>
                <w:szCs w:val="38"/>
              </w:rPr>
              <w:t>.</w:t>
            </w:r>
          </w:p>
        </w:tc>
        <w:tc>
          <w:tcPr>
            <w:tcW w:w="1183"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3.84</w:t>
            </w:r>
          </w:p>
        </w:tc>
        <w:tc>
          <w:tcPr>
            <w:tcW w:w="1228"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1.02</w:t>
            </w:r>
          </w:p>
        </w:tc>
        <w:tc>
          <w:tcPr>
            <w:tcW w:w="1134"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4C155A">
        <w:trPr>
          <w:jc w:val="center"/>
        </w:trPr>
        <w:tc>
          <w:tcPr>
            <w:tcW w:w="476"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10</w:t>
            </w:r>
          </w:p>
        </w:tc>
        <w:tc>
          <w:tcPr>
            <w:tcW w:w="5664"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يعزز</w:t>
            </w:r>
            <w:r w:rsidRPr="005117ED">
              <w:rPr>
                <w:rFonts w:cs="Sakkal Majalla"/>
                <w:color w:val="000000" w:themeColor="text1"/>
                <w:sz w:val="38"/>
                <w:szCs w:val="38"/>
              </w:rPr>
              <w:t xml:space="preserve"> </w:t>
            </w:r>
            <w:r w:rsidRPr="005117ED">
              <w:rPr>
                <w:rFonts w:cs="Sakkal Majalla"/>
                <w:color w:val="000000" w:themeColor="text1"/>
                <w:sz w:val="38"/>
                <w:szCs w:val="38"/>
                <w:rtl/>
              </w:rPr>
              <w:t>المدير</w:t>
            </w:r>
            <w:r w:rsidRPr="005117ED">
              <w:rPr>
                <w:rFonts w:cs="Sakkal Majalla"/>
                <w:color w:val="000000" w:themeColor="text1"/>
                <w:sz w:val="38"/>
                <w:szCs w:val="38"/>
              </w:rPr>
              <w:t xml:space="preserve"> </w:t>
            </w:r>
            <w:r w:rsidRPr="005117ED">
              <w:rPr>
                <w:rFonts w:cs="Sakkal Majalla"/>
                <w:color w:val="000000" w:themeColor="text1"/>
                <w:sz w:val="38"/>
                <w:szCs w:val="38"/>
                <w:rtl/>
              </w:rPr>
              <w:t>الشعور</w:t>
            </w:r>
            <w:r w:rsidRPr="005117ED">
              <w:rPr>
                <w:rFonts w:cs="Sakkal Majalla"/>
                <w:color w:val="000000" w:themeColor="text1"/>
                <w:sz w:val="38"/>
                <w:szCs w:val="38"/>
              </w:rPr>
              <w:t xml:space="preserve"> </w:t>
            </w:r>
            <w:r w:rsidRPr="005117ED">
              <w:rPr>
                <w:rFonts w:cs="Sakkal Majalla"/>
                <w:color w:val="000000" w:themeColor="text1"/>
                <w:sz w:val="38"/>
                <w:szCs w:val="38"/>
                <w:rtl/>
              </w:rPr>
              <w:t>بالتفاؤل</w:t>
            </w:r>
            <w:r w:rsidRPr="005117ED">
              <w:rPr>
                <w:rFonts w:cs="Sakkal Majalla"/>
                <w:color w:val="000000" w:themeColor="text1"/>
                <w:sz w:val="38"/>
                <w:szCs w:val="38"/>
              </w:rPr>
              <w:t xml:space="preserve"> </w:t>
            </w:r>
            <w:r w:rsidRPr="005117ED">
              <w:rPr>
                <w:rFonts w:cs="Sakkal Majalla"/>
                <w:color w:val="000000" w:themeColor="text1"/>
                <w:sz w:val="38"/>
                <w:szCs w:val="38"/>
                <w:rtl/>
              </w:rPr>
              <w:t>تجاه</w:t>
            </w:r>
            <w:r w:rsidRPr="005117ED">
              <w:rPr>
                <w:rFonts w:cs="Sakkal Majalla"/>
                <w:color w:val="000000" w:themeColor="text1"/>
                <w:sz w:val="38"/>
                <w:szCs w:val="38"/>
              </w:rPr>
              <w:t xml:space="preserve"> </w:t>
            </w:r>
            <w:r w:rsidRPr="005117ED">
              <w:rPr>
                <w:rFonts w:cs="Sakkal Majalla"/>
                <w:color w:val="000000" w:themeColor="text1"/>
                <w:sz w:val="38"/>
                <w:szCs w:val="38"/>
                <w:rtl/>
              </w:rPr>
              <w:t>مستقبل</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المنشأة</w:t>
            </w:r>
            <w:r w:rsidRPr="005117ED">
              <w:rPr>
                <w:rFonts w:cs="Sakkal Majalla"/>
                <w:color w:val="000000" w:themeColor="text1"/>
                <w:sz w:val="38"/>
                <w:szCs w:val="38"/>
              </w:rPr>
              <w:t>.</w:t>
            </w:r>
          </w:p>
        </w:tc>
        <w:tc>
          <w:tcPr>
            <w:tcW w:w="1183"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3.84</w:t>
            </w:r>
          </w:p>
        </w:tc>
        <w:tc>
          <w:tcPr>
            <w:tcW w:w="1228"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0.96</w:t>
            </w:r>
          </w:p>
        </w:tc>
        <w:tc>
          <w:tcPr>
            <w:tcW w:w="1134"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4C155A">
        <w:trPr>
          <w:jc w:val="center"/>
        </w:trPr>
        <w:tc>
          <w:tcPr>
            <w:tcW w:w="476"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9</w:t>
            </w:r>
          </w:p>
        </w:tc>
        <w:tc>
          <w:tcPr>
            <w:tcW w:w="5664"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يستخدم</w:t>
            </w:r>
            <w:r w:rsidRPr="005117ED">
              <w:rPr>
                <w:rFonts w:cs="Sakkal Majalla"/>
                <w:color w:val="000000" w:themeColor="text1"/>
                <w:sz w:val="38"/>
                <w:szCs w:val="38"/>
              </w:rPr>
              <w:t xml:space="preserve"> </w:t>
            </w:r>
            <w:r w:rsidRPr="005117ED">
              <w:rPr>
                <w:rFonts w:cs="Sakkal Majalla"/>
                <w:color w:val="000000" w:themeColor="text1"/>
                <w:sz w:val="38"/>
                <w:szCs w:val="38"/>
                <w:rtl/>
              </w:rPr>
              <w:t>المدير</w:t>
            </w:r>
            <w:r w:rsidRPr="005117ED">
              <w:rPr>
                <w:rFonts w:cs="Sakkal Majalla"/>
                <w:color w:val="000000" w:themeColor="text1"/>
                <w:sz w:val="38"/>
                <w:szCs w:val="38"/>
              </w:rPr>
              <w:t xml:space="preserve"> </w:t>
            </w:r>
            <w:r w:rsidRPr="005117ED">
              <w:rPr>
                <w:rFonts w:cs="Sakkal Majalla"/>
                <w:color w:val="000000" w:themeColor="text1"/>
                <w:sz w:val="38"/>
                <w:szCs w:val="38"/>
                <w:rtl/>
              </w:rPr>
              <w:t>عبارات</w:t>
            </w:r>
            <w:r w:rsidRPr="005117ED">
              <w:rPr>
                <w:rFonts w:cs="Sakkal Majalla"/>
                <w:color w:val="000000" w:themeColor="text1"/>
                <w:sz w:val="38"/>
                <w:szCs w:val="38"/>
              </w:rPr>
              <w:t xml:space="preserve"> </w:t>
            </w:r>
            <w:r w:rsidRPr="005117ED">
              <w:rPr>
                <w:rFonts w:cs="Sakkal Majalla"/>
                <w:color w:val="000000" w:themeColor="text1"/>
                <w:sz w:val="38"/>
                <w:szCs w:val="38"/>
                <w:rtl/>
              </w:rPr>
              <w:t>تشجيعية</w:t>
            </w:r>
            <w:r w:rsidRPr="005117ED">
              <w:rPr>
                <w:rFonts w:cs="Sakkal Majalla"/>
                <w:color w:val="000000" w:themeColor="text1"/>
                <w:sz w:val="38"/>
                <w:szCs w:val="38"/>
              </w:rPr>
              <w:t xml:space="preserve"> </w:t>
            </w:r>
            <w:r w:rsidRPr="005117ED">
              <w:rPr>
                <w:rFonts w:cs="Sakkal Majalla"/>
                <w:color w:val="000000" w:themeColor="text1"/>
                <w:sz w:val="38"/>
                <w:szCs w:val="38"/>
                <w:rtl/>
              </w:rPr>
              <w:t>ترفع</w:t>
            </w:r>
            <w:r w:rsidRPr="005117ED">
              <w:rPr>
                <w:rFonts w:cs="Sakkal Majalla"/>
                <w:color w:val="000000" w:themeColor="text1"/>
                <w:sz w:val="38"/>
                <w:szCs w:val="38"/>
              </w:rPr>
              <w:t xml:space="preserve"> </w:t>
            </w:r>
            <w:r w:rsidRPr="005117ED">
              <w:rPr>
                <w:rFonts w:cs="Sakkal Majalla"/>
                <w:color w:val="000000" w:themeColor="text1"/>
                <w:sz w:val="38"/>
                <w:szCs w:val="38"/>
                <w:rtl/>
              </w:rPr>
              <w:t>حماس</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العاملين</w:t>
            </w:r>
            <w:r w:rsidRPr="005117ED">
              <w:rPr>
                <w:rFonts w:cs="Sakkal Majalla"/>
                <w:color w:val="000000" w:themeColor="text1"/>
                <w:sz w:val="38"/>
                <w:szCs w:val="38"/>
              </w:rPr>
              <w:t>.</w:t>
            </w:r>
          </w:p>
        </w:tc>
        <w:tc>
          <w:tcPr>
            <w:tcW w:w="1183"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3.83</w:t>
            </w:r>
          </w:p>
        </w:tc>
        <w:tc>
          <w:tcPr>
            <w:tcW w:w="1228"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1.03</w:t>
            </w:r>
          </w:p>
        </w:tc>
        <w:tc>
          <w:tcPr>
            <w:tcW w:w="1134"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4C155A">
        <w:trPr>
          <w:jc w:val="center"/>
        </w:trPr>
        <w:tc>
          <w:tcPr>
            <w:tcW w:w="476"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11</w:t>
            </w:r>
          </w:p>
        </w:tc>
        <w:tc>
          <w:tcPr>
            <w:tcW w:w="5664"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يشجع</w:t>
            </w:r>
            <w:r w:rsidRPr="005117ED">
              <w:rPr>
                <w:rFonts w:cs="Sakkal Majalla"/>
                <w:color w:val="000000" w:themeColor="text1"/>
                <w:sz w:val="38"/>
                <w:szCs w:val="38"/>
              </w:rPr>
              <w:t xml:space="preserve"> </w:t>
            </w:r>
            <w:r w:rsidRPr="005117ED">
              <w:rPr>
                <w:rFonts w:cs="Sakkal Majalla"/>
                <w:color w:val="000000" w:themeColor="text1"/>
                <w:sz w:val="38"/>
                <w:szCs w:val="38"/>
                <w:rtl/>
              </w:rPr>
              <w:t>المدير</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العاملين</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اقتراح</w:t>
            </w:r>
            <w:r w:rsidRPr="005117ED">
              <w:rPr>
                <w:rFonts w:cs="Sakkal Majalla"/>
                <w:color w:val="000000" w:themeColor="text1"/>
                <w:sz w:val="38"/>
                <w:szCs w:val="38"/>
              </w:rPr>
              <w:t xml:space="preserve"> </w:t>
            </w:r>
            <w:r w:rsidRPr="005117ED">
              <w:rPr>
                <w:rFonts w:cs="Sakkal Majalla"/>
                <w:color w:val="000000" w:themeColor="text1"/>
                <w:sz w:val="38"/>
                <w:szCs w:val="38"/>
                <w:rtl/>
              </w:rPr>
              <w:t>حلول</w:t>
            </w:r>
            <w:r w:rsidRPr="005117ED">
              <w:rPr>
                <w:rFonts w:cs="Sakkal Majalla"/>
                <w:color w:val="000000" w:themeColor="text1"/>
                <w:sz w:val="38"/>
                <w:szCs w:val="38"/>
              </w:rPr>
              <w:t xml:space="preserve"> </w:t>
            </w:r>
            <w:r w:rsidRPr="005117ED">
              <w:rPr>
                <w:rFonts w:cs="Sakkal Majalla"/>
                <w:color w:val="000000" w:themeColor="text1"/>
                <w:sz w:val="38"/>
                <w:szCs w:val="38"/>
                <w:rtl/>
              </w:rPr>
              <w:t>غير</w:t>
            </w:r>
            <w:r w:rsidRPr="005117ED">
              <w:rPr>
                <w:rFonts w:cs="Sakkal Majalla"/>
                <w:color w:val="000000" w:themeColor="text1"/>
                <w:sz w:val="38"/>
                <w:szCs w:val="38"/>
              </w:rPr>
              <w:t xml:space="preserve"> </w:t>
            </w:r>
            <w:r w:rsidRPr="005117ED">
              <w:rPr>
                <w:rFonts w:cs="Sakkal Majalla"/>
                <w:color w:val="000000" w:themeColor="text1"/>
                <w:sz w:val="38"/>
                <w:szCs w:val="38"/>
                <w:rtl/>
              </w:rPr>
              <w:t>تقليدية</w:t>
            </w:r>
            <w:r w:rsidRPr="005117ED">
              <w:rPr>
                <w:rFonts w:cs="Sakkal Majalla"/>
                <w:color w:val="000000" w:themeColor="text1"/>
                <w:sz w:val="38"/>
                <w:szCs w:val="38"/>
              </w:rPr>
              <w:t>.</w:t>
            </w:r>
          </w:p>
        </w:tc>
        <w:tc>
          <w:tcPr>
            <w:tcW w:w="1183"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3.82</w:t>
            </w:r>
          </w:p>
        </w:tc>
        <w:tc>
          <w:tcPr>
            <w:tcW w:w="1228"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1.00</w:t>
            </w:r>
          </w:p>
        </w:tc>
        <w:tc>
          <w:tcPr>
            <w:tcW w:w="1134"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4C155A">
        <w:trPr>
          <w:jc w:val="center"/>
        </w:trPr>
        <w:tc>
          <w:tcPr>
            <w:tcW w:w="476"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12</w:t>
            </w:r>
          </w:p>
        </w:tc>
        <w:tc>
          <w:tcPr>
            <w:tcW w:w="5664"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يدعو</w:t>
            </w:r>
            <w:r w:rsidRPr="005117ED">
              <w:rPr>
                <w:rFonts w:cs="Sakkal Majalla"/>
                <w:color w:val="000000" w:themeColor="text1"/>
                <w:sz w:val="38"/>
                <w:szCs w:val="38"/>
              </w:rPr>
              <w:t xml:space="preserve"> </w:t>
            </w:r>
            <w:r w:rsidRPr="005117ED">
              <w:rPr>
                <w:rFonts w:cs="Sakkal Majalla"/>
                <w:color w:val="000000" w:themeColor="text1"/>
                <w:sz w:val="38"/>
                <w:szCs w:val="38"/>
                <w:rtl/>
              </w:rPr>
              <w:t>المدير</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مراجعة</w:t>
            </w:r>
            <w:r w:rsidRPr="005117ED">
              <w:rPr>
                <w:rFonts w:cs="Sakkal Majalla"/>
                <w:color w:val="000000" w:themeColor="text1"/>
                <w:sz w:val="38"/>
                <w:szCs w:val="38"/>
              </w:rPr>
              <w:t xml:space="preserve"> </w:t>
            </w:r>
            <w:r w:rsidRPr="005117ED">
              <w:rPr>
                <w:rFonts w:cs="Sakkal Majalla"/>
                <w:color w:val="000000" w:themeColor="text1"/>
                <w:sz w:val="38"/>
                <w:szCs w:val="38"/>
                <w:rtl/>
              </w:rPr>
              <w:t>طرق</w:t>
            </w:r>
            <w:r w:rsidRPr="005117ED">
              <w:rPr>
                <w:rFonts w:cs="Sakkal Majalla"/>
                <w:color w:val="000000" w:themeColor="text1"/>
                <w:sz w:val="38"/>
                <w:szCs w:val="38"/>
              </w:rPr>
              <w:t xml:space="preserve"> </w:t>
            </w:r>
            <w:r w:rsidRPr="005117ED">
              <w:rPr>
                <w:rFonts w:cs="Sakkal Majalla"/>
                <w:color w:val="000000" w:themeColor="text1"/>
                <w:sz w:val="38"/>
                <w:szCs w:val="38"/>
                <w:rtl/>
              </w:rPr>
              <w:t>العمل</w:t>
            </w:r>
            <w:r w:rsidRPr="005117ED">
              <w:rPr>
                <w:rFonts w:cs="Sakkal Majalla"/>
                <w:color w:val="000000" w:themeColor="text1"/>
                <w:sz w:val="38"/>
                <w:szCs w:val="38"/>
              </w:rPr>
              <w:t xml:space="preserve"> </w:t>
            </w:r>
            <w:r w:rsidRPr="005117ED">
              <w:rPr>
                <w:rFonts w:cs="Sakkal Majalla"/>
                <w:color w:val="000000" w:themeColor="text1"/>
                <w:sz w:val="38"/>
                <w:szCs w:val="38"/>
                <w:rtl/>
              </w:rPr>
              <w:t>الحالية</w:t>
            </w:r>
            <w:r w:rsidRPr="005117ED">
              <w:rPr>
                <w:rFonts w:cs="Sakkal Majalla"/>
                <w:color w:val="000000" w:themeColor="text1"/>
                <w:sz w:val="38"/>
                <w:szCs w:val="38"/>
              </w:rPr>
              <w:t xml:space="preserve"> </w:t>
            </w:r>
            <w:r w:rsidRPr="005117ED">
              <w:rPr>
                <w:rFonts w:cs="Sakkal Majalla"/>
                <w:color w:val="000000" w:themeColor="text1"/>
                <w:sz w:val="38"/>
                <w:szCs w:val="38"/>
                <w:rtl/>
              </w:rPr>
              <w:t>وتطويرها</w:t>
            </w:r>
            <w:r w:rsidRPr="005117ED">
              <w:rPr>
                <w:rFonts w:cs="Sakkal Majalla"/>
                <w:color w:val="000000" w:themeColor="text1"/>
                <w:sz w:val="38"/>
                <w:szCs w:val="38"/>
              </w:rPr>
              <w:t>.</w:t>
            </w:r>
          </w:p>
        </w:tc>
        <w:tc>
          <w:tcPr>
            <w:tcW w:w="1183"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3.78</w:t>
            </w:r>
          </w:p>
        </w:tc>
        <w:tc>
          <w:tcPr>
            <w:tcW w:w="1228"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0.96</w:t>
            </w:r>
          </w:p>
        </w:tc>
        <w:tc>
          <w:tcPr>
            <w:tcW w:w="1134"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4C155A">
        <w:trPr>
          <w:jc w:val="center"/>
        </w:trPr>
        <w:tc>
          <w:tcPr>
            <w:tcW w:w="476"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16</w:t>
            </w:r>
          </w:p>
        </w:tc>
        <w:tc>
          <w:tcPr>
            <w:tcW w:w="5664"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يهتم</w:t>
            </w:r>
            <w:r w:rsidRPr="005117ED">
              <w:rPr>
                <w:rFonts w:cs="Sakkal Majalla"/>
                <w:color w:val="000000" w:themeColor="text1"/>
                <w:sz w:val="38"/>
                <w:szCs w:val="38"/>
              </w:rPr>
              <w:t xml:space="preserve"> </w:t>
            </w:r>
            <w:r w:rsidRPr="005117ED">
              <w:rPr>
                <w:rFonts w:cs="Sakkal Majalla"/>
                <w:color w:val="000000" w:themeColor="text1"/>
                <w:sz w:val="38"/>
                <w:szCs w:val="38"/>
                <w:rtl/>
              </w:rPr>
              <w:t>المدير</w:t>
            </w:r>
            <w:r w:rsidRPr="005117ED">
              <w:rPr>
                <w:rFonts w:cs="Sakkal Majalla"/>
                <w:color w:val="000000" w:themeColor="text1"/>
                <w:sz w:val="38"/>
                <w:szCs w:val="38"/>
              </w:rPr>
              <w:t xml:space="preserve"> </w:t>
            </w:r>
            <w:r w:rsidRPr="005117ED">
              <w:rPr>
                <w:rFonts w:cs="Sakkal Majalla"/>
                <w:color w:val="000000" w:themeColor="text1"/>
                <w:sz w:val="38"/>
                <w:szCs w:val="38"/>
                <w:rtl/>
              </w:rPr>
              <w:t>باحتياجات</w:t>
            </w:r>
            <w:r w:rsidRPr="005117ED">
              <w:rPr>
                <w:rFonts w:cs="Sakkal Majalla"/>
                <w:color w:val="000000" w:themeColor="text1"/>
                <w:sz w:val="38"/>
                <w:szCs w:val="38"/>
              </w:rPr>
              <w:t xml:space="preserve"> </w:t>
            </w:r>
            <w:r w:rsidRPr="005117ED">
              <w:rPr>
                <w:rFonts w:cs="Sakkal Majalla"/>
                <w:color w:val="000000" w:themeColor="text1"/>
                <w:sz w:val="38"/>
                <w:szCs w:val="38"/>
                <w:rtl/>
              </w:rPr>
              <w:t>كل</w:t>
            </w:r>
            <w:r w:rsidRPr="005117ED">
              <w:rPr>
                <w:rFonts w:cs="Sakkal Majalla"/>
                <w:color w:val="000000" w:themeColor="text1"/>
                <w:sz w:val="38"/>
                <w:szCs w:val="38"/>
              </w:rPr>
              <w:t xml:space="preserve"> </w:t>
            </w:r>
            <w:r w:rsidRPr="005117ED">
              <w:rPr>
                <w:rFonts w:cs="Sakkal Majalla"/>
                <w:color w:val="000000" w:themeColor="text1"/>
                <w:sz w:val="38"/>
                <w:szCs w:val="38"/>
                <w:rtl/>
              </w:rPr>
              <w:t>موظف</w:t>
            </w:r>
            <w:r w:rsidRPr="005117ED">
              <w:rPr>
                <w:rFonts w:cs="Sakkal Majalla"/>
                <w:color w:val="000000" w:themeColor="text1"/>
                <w:sz w:val="38"/>
                <w:szCs w:val="38"/>
              </w:rPr>
              <w:t xml:space="preserve"> </w:t>
            </w:r>
            <w:r w:rsidRPr="005117ED">
              <w:rPr>
                <w:rFonts w:cs="Sakkal Majalla"/>
                <w:color w:val="000000" w:themeColor="text1"/>
                <w:sz w:val="38"/>
                <w:szCs w:val="38"/>
                <w:rtl/>
              </w:rPr>
              <w:t>حسب</w:t>
            </w:r>
            <w:r w:rsidRPr="005117ED">
              <w:rPr>
                <w:rFonts w:cs="Sakkal Majalla"/>
                <w:color w:val="000000" w:themeColor="text1"/>
                <w:sz w:val="38"/>
                <w:szCs w:val="38"/>
              </w:rPr>
              <w:t xml:space="preserve"> </w:t>
            </w:r>
            <w:r w:rsidRPr="005117ED">
              <w:rPr>
                <w:rFonts w:cs="Sakkal Majalla"/>
                <w:color w:val="000000" w:themeColor="text1"/>
                <w:sz w:val="38"/>
                <w:szCs w:val="38"/>
                <w:rtl/>
              </w:rPr>
              <w:t>ظروفه</w:t>
            </w:r>
            <w:r w:rsidRPr="005117ED">
              <w:rPr>
                <w:rFonts w:cs="Sakkal Majalla"/>
                <w:color w:val="000000" w:themeColor="text1"/>
                <w:sz w:val="38"/>
                <w:szCs w:val="38"/>
              </w:rPr>
              <w:t xml:space="preserve"> </w:t>
            </w:r>
            <w:r w:rsidRPr="005117ED">
              <w:rPr>
                <w:rFonts w:cs="Sakkal Majalla"/>
                <w:color w:val="000000" w:themeColor="text1"/>
                <w:sz w:val="38"/>
                <w:szCs w:val="38"/>
                <w:rtl/>
              </w:rPr>
              <w:t>وقدراته</w:t>
            </w:r>
            <w:r w:rsidRPr="005117ED">
              <w:rPr>
                <w:rFonts w:cs="Sakkal Majalla"/>
                <w:color w:val="000000" w:themeColor="text1"/>
                <w:sz w:val="38"/>
                <w:szCs w:val="38"/>
              </w:rPr>
              <w:t>.</w:t>
            </w:r>
          </w:p>
        </w:tc>
        <w:tc>
          <w:tcPr>
            <w:tcW w:w="1183"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3.76</w:t>
            </w:r>
          </w:p>
        </w:tc>
        <w:tc>
          <w:tcPr>
            <w:tcW w:w="1228"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0.95</w:t>
            </w:r>
          </w:p>
        </w:tc>
        <w:tc>
          <w:tcPr>
            <w:tcW w:w="1134"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4C155A">
        <w:trPr>
          <w:jc w:val="center"/>
        </w:trPr>
        <w:tc>
          <w:tcPr>
            <w:tcW w:w="476"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13</w:t>
            </w:r>
          </w:p>
        </w:tc>
        <w:tc>
          <w:tcPr>
            <w:tcW w:w="5664"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يتقبل</w:t>
            </w:r>
            <w:r w:rsidRPr="005117ED">
              <w:rPr>
                <w:rFonts w:cs="Sakkal Majalla"/>
                <w:color w:val="000000" w:themeColor="text1"/>
                <w:sz w:val="38"/>
                <w:szCs w:val="38"/>
              </w:rPr>
              <w:t xml:space="preserve"> </w:t>
            </w:r>
            <w:r w:rsidRPr="005117ED">
              <w:rPr>
                <w:rFonts w:cs="Sakkal Majalla"/>
                <w:color w:val="000000" w:themeColor="text1"/>
                <w:sz w:val="38"/>
                <w:szCs w:val="38"/>
                <w:rtl/>
              </w:rPr>
              <w:t>المدير</w:t>
            </w:r>
            <w:r w:rsidRPr="005117ED">
              <w:rPr>
                <w:rFonts w:cs="Sakkal Majalla"/>
                <w:color w:val="000000" w:themeColor="text1"/>
                <w:sz w:val="38"/>
                <w:szCs w:val="38"/>
              </w:rPr>
              <w:t xml:space="preserve"> </w:t>
            </w:r>
            <w:r w:rsidRPr="005117ED">
              <w:rPr>
                <w:rFonts w:cs="Sakkal Majalla"/>
                <w:color w:val="000000" w:themeColor="text1"/>
                <w:sz w:val="38"/>
                <w:szCs w:val="38"/>
                <w:rtl/>
              </w:rPr>
              <w:t>الأسئلة</w:t>
            </w:r>
            <w:r w:rsidRPr="005117ED">
              <w:rPr>
                <w:rFonts w:cs="Sakkal Majalla"/>
                <w:color w:val="000000" w:themeColor="text1"/>
                <w:sz w:val="38"/>
                <w:szCs w:val="38"/>
              </w:rPr>
              <w:t xml:space="preserve"> </w:t>
            </w:r>
            <w:r w:rsidRPr="005117ED">
              <w:rPr>
                <w:rFonts w:cs="Sakkal Majalla"/>
                <w:color w:val="000000" w:themeColor="text1"/>
                <w:sz w:val="38"/>
                <w:szCs w:val="38"/>
                <w:rtl/>
              </w:rPr>
              <w:t>والآراء</w:t>
            </w:r>
            <w:r w:rsidRPr="005117ED">
              <w:rPr>
                <w:rFonts w:cs="Sakkal Majalla"/>
                <w:color w:val="000000" w:themeColor="text1"/>
                <w:sz w:val="38"/>
                <w:szCs w:val="38"/>
              </w:rPr>
              <w:t xml:space="preserve"> </w:t>
            </w:r>
            <w:r w:rsidRPr="005117ED">
              <w:rPr>
                <w:rFonts w:cs="Sakkal Majalla"/>
                <w:color w:val="000000" w:themeColor="text1"/>
                <w:sz w:val="38"/>
                <w:szCs w:val="38"/>
                <w:rtl/>
              </w:rPr>
              <w:t>المختلفة</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العاملين</w:t>
            </w:r>
            <w:r w:rsidRPr="005117ED">
              <w:rPr>
                <w:rFonts w:cs="Sakkal Majalla"/>
                <w:color w:val="000000" w:themeColor="text1"/>
                <w:sz w:val="38"/>
                <w:szCs w:val="38"/>
              </w:rPr>
              <w:t>.</w:t>
            </w:r>
          </w:p>
        </w:tc>
        <w:tc>
          <w:tcPr>
            <w:tcW w:w="1183"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3.75</w:t>
            </w:r>
          </w:p>
        </w:tc>
        <w:tc>
          <w:tcPr>
            <w:tcW w:w="1228"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1.02</w:t>
            </w:r>
          </w:p>
        </w:tc>
        <w:tc>
          <w:tcPr>
            <w:tcW w:w="1134"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4C155A">
        <w:trPr>
          <w:jc w:val="center"/>
        </w:trPr>
        <w:tc>
          <w:tcPr>
            <w:tcW w:w="476"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lastRenderedPageBreak/>
              <w:t>15</w:t>
            </w:r>
          </w:p>
        </w:tc>
        <w:tc>
          <w:tcPr>
            <w:tcW w:w="5664"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يدعم</w:t>
            </w:r>
            <w:r w:rsidRPr="005117ED">
              <w:rPr>
                <w:rFonts w:cs="Sakkal Majalla"/>
                <w:color w:val="000000" w:themeColor="text1"/>
                <w:sz w:val="38"/>
                <w:szCs w:val="38"/>
              </w:rPr>
              <w:t xml:space="preserve"> </w:t>
            </w:r>
            <w:r w:rsidRPr="005117ED">
              <w:rPr>
                <w:rFonts w:cs="Sakkal Majalla"/>
                <w:color w:val="000000" w:themeColor="text1"/>
                <w:sz w:val="38"/>
                <w:szCs w:val="38"/>
                <w:rtl/>
              </w:rPr>
              <w:t>المدير</w:t>
            </w:r>
            <w:r w:rsidRPr="005117ED">
              <w:rPr>
                <w:rFonts w:cs="Sakkal Majalla"/>
                <w:color w:val="000000" w:themeColor="text1"/>
                <w:sz w:val="38"/>
                <w:szCs w:val="38"/>
              </w:rPr>
              <w:t xml:space="preserve"> </w:t>
            </w:r>
            <w:r w:rsidRPr="005117ED">
              <w:rPr>
                <w:rFonts w:cs="Sakkal Majalla"/>
                <w:color w:val="000000" w:themeColor="text1"/>
                <w:sz w:val="38"/>
                <w:szCs w:val="38"/>
                <w:rtl/>
              </w:rPr>
              <w:t>استخدام</w:t>
            </w:r>
            <w:r w:rsidRPr="005117ED">
              <w:rPr>
                <w:rFonts w:cs="Sakkal Majalla"/>
                <w:color w:val="000000" w:themeColor="text1"/>
                <w:sz w:val="38"/>
                <w:szCs w:val="38"/>
              </w:rPr>
              <w:t xml:space="preserve"> </w:t>
            </w:r>
            <w:r w:rsidRPr="005117ED">
              <w:rPr>
                <w:rFonts w:cs="Sakkal Majalla"/>
                <w:color w:val="000000" w:themeColor="text1"/>
                <w:sz w:val="38"/>
                <w:szCs w:val="38"/>
                <w:rtl/>
              </w:rPr>
              <w:t>المعرفة</w:t>
            </w:r>
            <w:r w:rsidRPr="005117ED">
              <w:rPr>
                <w:rFonts w:cs="Sakkal Majalla"/>
                <w:color w:val="000000" w:themeColor="text1"/>
                <w:sz w:val="38"/>
                <w:szCs w:val="38"/>
              </w:rPr>
              <w:t xml:space="preserve"> </w:t>
            </w:r>
            <w:r w:rsidRPr="005117ED">
              <w:rPr>
                <w:rFonts w:cs="Sakkal Majalla"/>
                <w:color w:val="000000" w:themeColor="text1"/>
                <w:sz w:val="38"/>
                <w:szCs w:val="38"/>
                <w:rtl/>
              </w:rPr>
              <w:t>والتقنية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حل</w:t>
            </w:r>
            <w:r w:rsidRPr="005117ED">
              <w:rPr>
                <w:rFonts w:cs="Sakkal Majalla"/>
                <w:color w:val="000000" w:themeColor="text1"/>
                <w:sz w:val="38"/>
                <w:szCs w:val="38"/>
              </w:rPr>
              <w:t xml:space="preserve"> </w:t>
            </w:r>
            <w:r w:rsidRPr="005117ED">
              <w:rPr>
                <w:rFonts w:cs="Sakkal Majalla"/>
                <w:color w:val="000000" w:themeColor="text1"/>
                <w:sz w:val="38"/>
                <w:szCs w:val="38"/>
                <w:rtl/>
              </w:rPr>
              <w:t>المشكلات</w:t>
            </w:r>
            <w:r w:rsidRPr="005117ED">
              <w:rPr>
                <w:rFonts w:cs="Sakkal Majalla"/>
                <w:color w:val="000000" w:themeColor="text1"/>
                <w:sz w:val="38"/>
                <w:szCs w:val="38"/>
              </w:rPr>
              <w:t>.</w:t>
            </w:r>
          </w:p>
        </w:tc>
        <w:tc>
          <w:tcPr>
            <w:tcW w:w="1183"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3.73</w:t>
            </w:r>
          </w:p>
        </w:tc>
        <w:tc>
          <w:tcPr>
            <w:tcW w:w="1228"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0.98</w:t>
            </w:r>
          </w:p>
        </w:tc>
        <w:tc>
          <w:tcPr>
            <w:tcW w:w="1134"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4C155A">
        <w:trPr>
          <w:jc w:val="center"/>
        </w:trPr>
        <w:tc>
          <w:tcPr>
            <w:tcW w:w="476"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17</w:t>
            </w:r>
          </w:p>
        </w:tc>
        <w:tc>
          <w:tcPr>
            <w:tcW w:w="5664"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يوفر</w:t>
            </w:r>
            <w:r w:rsidRPr="005117ED">
              <w:rPr>
                <w:rFonts w:cs="Sakkal Majalla"/>
                <w:color w:val="000000" w:themeColor="text1"/>
                <w:sz w:val="38"/>
                <w:szCs w:val="38"/>
              </w:rPr>
              <w:t xml:space="preserve"> </w:t>
            </w:r>
            <w:r w:rsidRPr="005117ED">
              <w:rPr>
                <w:rFonts w:cs="Sakkal Majalla"/>
                <w:color w:val="000000" w:themeColor="text1"/>
                <w:sz w:val="38"/>
                <w:szCs w:val="38"/>
                <w:rtl/>
              </w:rPr>
              <w:t>المدير</w:t>
            </w:r>
            <w:r w:rsidRPr="005117ED">
              <w:rPr>
                <w:rFonts w:cs="Sakkal Majalla"/>
                <w:color w:val="000000" w:themeColor="text1"/>
                <w:sz w:val="38"/>
                <w:szCs w:val="38"/>
              </w:rPr>
              <w:t xml:space="preserve"> </w:t>
            </w:r>
            <w:r w:rsidRPr="005117ED">
              <w:rPr>
                <w:rFonts w:cs="Sakkal Majalla"/>
                <w:color w:val="000000" w:themeColor="text1"/>
                <w:sz w:val="38"/>
                <w:szCs w:val="38"/>
                <w:rtl/>
              </w:rPr>
              <w:t>التوجيه</w:t>
            </w:r>
            <w:r w:rsidRPr="005117ED">
              <w:rPr>
                <w:rFonts w:cs="Sakkal Majalla"/>
                <w:color w:val="000000" w:themeColor="text1"/>
                <w:sz w:val="38"/>
                <w:szCs w:val="38"/>
              </w:rPr>
              <w:t xml:space="preserve"> </w:t>
            </w:r>
            <w:r w:rsidRPr="005117ED">
              <w:rPr>
                <w:rFonts w:cs="Sakkal Majalla"/>
                <w:color w:val="000000" w:themeColor="text1"/>
                <w:sz w:val="38"/>
                <w:szCs w:val="38"/>
                <w:rtl/>
              </w:rPr>
              <w:t>المناسب</w:t>
            </w:r>
            <w:r w:rsidRPr="005117ED">
              <w:rPr>
                <w:rFonts w:cs="Sakkal Majalla"/>
                <w:color w:val="000000" w:themeColor="text1"/>
                <w:sz w:val="38"/>
                <w:szCs w:val="38"/>
              </w:rPr>
              <w:t xml:space="preserve"> </w:t>
            </w:r>
            <w:r w:rsidRPr="005117ED">
              <w:rPr>
                <w:rFonts w:cs="Sakkal Majalla"/>
                <w:color w:val="000000" w:themeColor="text1"/>
                <w:sz w:val="38"/>
                <w:szCs w:val="38"/>
                <w:rtl/>
              </w:rPr>
              <w:t>لتطوير</w:t>
            </w:r>
            <w:r w:rsidRPr="005117ED">
              <w:rPr>
                <w:rFonts w:cs="Sakkal Majalla"/>
                <w:color w:val="000000" w:themeColor="text1"/>
                <w:sz w:val="38"/>
                <w:szCs w:val="38"/>
              </w:rPr>
              <w:t xml:space="preserve"> </w:t>
            </w:r>
            <w:r w:rsidRPr="005117ED">
              <w:rPr>
                <w:rFonts w:cs="Sakkal Majalla"/>
                <w:color w:val="000000" w:themeColor="text1"/>
                <w:sz w:val="38"/>
                <w:szCs w:val="38"/>
                <w:rtl/>
              </w:rPr>
              <w:t>مهارات</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العاملين</w:t>
            </w:r>
            <w:r w:rsidRPr="005117ED">
              <w:rPr>
                <w:rFonts w:cs="Sakkal Majalla"/>
                <w:color w:val="000000" w:themeColor="text1"/>
                <w:sz w:val="38"/>
                <w:szCs w:val="38"/>
              </w:rPr>
              <w:t>.</w:t>
            </w:r>
          </w:p>
        </w:tc>
        <w:tc>
          <w:tcPr>
            <w:tcW w:w="1183"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3.73</w:t>
            </w:r>
          </w:p>
        </w:tc>
        <w:tc>
          <w:tcPr>
            <w:tcW w:w="1228"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0.98</w:t>
            </w:r>
          </w:p>
        </w:tc>
        <w:tc>
          <w:tcPr>
            <w:tcW w:w="1134"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4C155A">
        <w:trPr>
          <w:jc w:val="center"/>
        </w:trPr>
        <w:tc>
          <w:tcPr>
            <w:tcW w:w="476"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14</w:t>
            </w:r>
          </w:p>
        </w:tc>
        <w:tc>
          <w:tcPr>
            <w:tcW w:w="5664"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يحفز</w:t>
            </w:r>
            <w:r w:rsidRPr="005117ED">
              <w:rPr>
                <w:rFonts w:cs="Sakkal Majalla"/>
                <w:color w:val="000000" w:themeColor="text1"/>
                <w:sz w:val="38"/>
                <w:szCs w:val="38"/>
              </w:rPr>
              <w:t xml:space="preserve"> </w:t>
            </w:r>
            <w:r w:rsidRPr="005117ED">
              <w:rPr>
                <w:rFonts w:cs="Sakkal Majalla"/>
                <w:color w:val="000000" w:themeColor="text1"/>
                <w:sz w:val="38"/>
                <w:szCs w:val="38"/>
                <w:rtl/>
              </w:rPr>
              <w:t>المدير</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العاملين</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التعلم</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الأخطاء</w:t>
            </w:r>
            <w:r w:rsidRPr="005117ED">
              <w:rPr>
                <w:rFonts w:cs="Sakkal Majalla"/>
                <w:color w:val="000000" w:themeColor="text1"/>
                <w:sz w:val="38"/>
                <w:szCs w:val="38"/>
              </w:rPr>
              <w:t>.</w:t>
            </w:r>
          </w:p>
        </w:tc>
        <w:tc>
          <w:tcPr>
            <w:tcW w:w="1183"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3.72</w:t>
            </w:r>
          </w:p>
        </w:tc>
        <w:tc>
          <w:tcPr>
            <w:tcW w:w="1228"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1.03</w:t>
            </w:r>
          </w:p>
        </w:tc>
        <w:tc>
          <w:tcPr>
            <w:tcW w:w="1134"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4C155A">
        <w:trPr>
          <w:jc w:val="center"/>
        </w:trPr>
        <w:tc>
          <w:tcPr>
            <w:tcW w:w="476"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18</w:t>
            </w:r>
          </w:p>
        </w:tc>
        <w:tc>
          <w:tcPr>
            <w:tcW w:w="5664"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ينصت</w:t>
            </w:r>
            <w:r w:rsidRPr="005117ED">
              <w:rPr>
                <w:rFonts w:cs="Sakkal Majalla"/>
                <w:color w:val="000000" w:themeColor="text1"/>
                <w:sz w:val="38"/>
                <w:szCs w:val="38"/>
              </w:rPr>
              <w:t xml:space="preserve"> </w:t>
            </w:r>
            <w:r w:rsidRPr="005117ED">
              <w:rPr>
                <w:rFonts w:cs="Sakkal Majalla"/>
                <w:color w:val="000000" w:themeColor="text1"/>
                <w:sz w:val="38"/>
                <w:szCs w:val="38"/>
                <w:rtl/>
              </w:rPr>
              <w:t>المدير</w:t>
            </w:r>
            <w:r w:rsidRPr="005117ED">
              <w:rPr>
                <w:rFonts w:cs="Sakkal Majalla"/>
                <w:color w:val="000000" w:themeColor="text1"/>
                <w:sz w:val="38"/>
                <w:szCs w:val="38"/>
              </w:rPr>
              <w:t xml:space="preserve"> </w:t>
            </w:r>
            <w:r w:rsidRPr="005117ED">
              <w:rPr>
                <w:rFonts w:cs="Sakkal Majalla"/>
                <w:color w:val="000000" w:themeColor="text1"/>
                <w:sz w:val="38"/>
                <w:szCs w:val="38"/>
                <w:rtl/>
              </w:rPr>
              <w:t>لملاحظات</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العاملين</w:t>
            </w:r>
            <w:r w:rsidRPr="005117ED">
              <w:rPr>
                <w:rFonts w:cs="Sakkal Majalla"/>
                <w:color w:val="000000" w:themeColor="text1"/>
                <w:sz w:val="38"/>
                <w:szCs w:val="38"/>
              </w:rPr>
              <w:t xml:space="preserve"> </w:t>
            </w:r>
            <w:r w:rsidRPr="005117ED">
              <w:rPr>
                <w:rFonts w:cs="Sakkal Majalla"/>
                <w:color w:val="000000" w:themeColor="text1"/>
                <w:sz w:val="38"/>
                <w:szCs w:val="38"/>
                <w:rtl/>
              </w:rPr>
              <w:t>بجدية</w:t>
            </w:r>
            <w:r w:rsidRPr="005117ED">
              <w:rPr>
                <w:rFonts w:cs="Sakkal Majalla"/>
                <w:color w:val="000000" w:themeColor="text1"/>
                <w:sz w:val="38"/>
                <w:szCs w:val="38"/>
              </w:rPr>
              <w:t>.</w:t>
            </w:r>
          </w:p>
        </w:tc>
        <w:tc>
          <w:tcPr>
            <w:tcW w:w="1183"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3.71</w:t>
            </w:r>
          </w:p>
        </w:tc>
        <w:tc>
          <w:tcPr>
            <w:tcW w:w="1228"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1.02</w:t>
            </w:r>
          </w:p>
        </w:tc>
        <w:tc>
          <w:tcPr>
            <w:tcW w:w="1134"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4C155A">
        <w:trPr>
          <w:jc w:val="center"/>
        </w:trPr>
        <w:tc>
          <w:tcPr>
            <w:tcW w:w="476"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19</w:t>
            </w:r>
          </w:p>
        </w:tc>
        <w:tc>
          <w:tcPr>
            <w:tcW w:w="5664"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يساعد</w:t>
            </w:r>
            <w:r w:rsidRPr="005117ED">
              <w:rPr>
                <w:rFonts w:cs="Sakkal Majalla"/>
                <w:color w:val="000000" w:themeColor="text1"/>
                <w:sz w:val="38"/>
                <w:szCs w:val="38"/>
              </w:rPr>
              <w:t xml:space="preserve"> </w:t>
            </w:r>
            <w:r w:rsidRPr="005117ED">
              <w:rPr>
                <w:rFonts w:cs="Sakkal Majalla"/>
                <w:color w:val="000000" w:themeColor="text1"/>
                <w:sz w:val="38"/>
                <w:szCs w:val="38"/>
                <w:rtl/>
              </w:rPr>
              <w:t>المدير</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العاملين</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استثمار</w:t>
            </w:r>
            <w:r w:rsidRPr="005117ED">
              <w:rPr>
                <w:rFonts w:cs="Sakkal Majalla"/>
                <w:color w:val="000000" w:themeColor="text1"/>
                <w:sz w:val="38"/>
                <w:szCs w:val="38"/>
              </w:rPr>
              <w:t xml:space="preserve"> </w:t>
            </w:r>
            <w:r w:rsidRPr="005117ED">
              <w:rPr>
                <w:rFonts w:cs="Sakkal Majalla"/>
                <w:color w:val="000000" w:themeColor="text1"/>
                <w:sz w:val="38"/>
                <w:szCs w:val="38"/>
                <w:rtl/>
              </w:rPr>
              <w:t>نقاط</w:t>
            </w:r>
            <w:r w:rsidRPr="005117ED">
              <w:rPr>
                <w:rFonts w:cs="Sakkal Majalla"/>
                <w:color w:val="000000" w:themeColor="text1"/>
                <w:sz w:val="38"/>
                <w:szCs w:val="38"/>
              </w:rPr>
              <w:t xml:space="preserve"> </w:t>
            </w:r>
            <w:r w:rsidRPr="005117ED">
              <w:rPr>
                <w:rFonts w:cs="Sakkal Majalla"/>
                <w:color w:val="000000" w:themeColor="text1"/>
                <w:sz w:val="38"/>
                <w:szCs w:val="38"/>
                <w:rtl/>
              </w:rPr>
              <w:t>قوتهم</w:t>
            </w:r>
            <w:r w:rsidRPr="005117ED">
              <w:rPr>
                <w:rFonts w:cs="Sakkal Majalla"/>
                <w:color w:val="000000" w:themeColor="text1"/>
                <w:sz w:val="38"/>
                <w:szCs w:val="38"/>
              </w:rPr>
              <w:t>.</w:t>
            </w:r>
          </w:p>
        </w:tc>
        <w:tc>
          <w:tcPr>
            <w:tcW w:w="1183"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3.68</w:t>
            </w:r>
          </w:p>
        </w:tc>
        <w:tc>
          <w:tcPr>
            <w:tcW w:w="1228"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0.97</w:t>
            </w:r>
          </w:p>
        </w:tc>
        <w:tc>
          <w:tcPr>
            <w:tcW w:w="1134"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4C155A">
        <w:trPr>
          <w:jc w:val="center"/>
        </w:trPr>
        <w:tc>
          <w:tcPr>
            <w:tcW w:w="476"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20</w:t>
            </w:r>
          </w:p>
        </w:tc>
        <w:tc>
          <w:tcPr>
            <w:tcW w:w="5664"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يتابع</w:t>
            </w:r>
            <w:r w:rsidRPr="005117ED">
              <w:rPr>
                <w:rFonts w:cs="Sakkal Majalla"/>
                <w:color w:val="000000" w:themeColor="text1"/>
                <w:sz w:val="38"/>
                <w:szCs w:val="38"/>
              </w:rPr>
              <w:t xml:space="preserve"> </w:t>
            </w:r>
            <w:r w:rsidRPr="005117ED">
              <w:rPr>
                <w:rFonts w:cs="Sakkal Majalla"/>
                <w:color w:val="000000" w:themeColor="text1"/>
                <w:sz w:val="38"/>
                <w:szCs w:val="38"/>
                <w:rtl/>
              </w:rPr>
              <w:t>المدير</w:t>
            </w:r>
            <w:r w:rsidRPr="005117ED">
              <w:rPr>
                <w:rFonts w:cs="Sakkal Majalla"/>
                <w:color w:val="000000" w:themeColor="text1"/>
                <w:sz w:val="38"/>
                <w:szCs w:val="38"/>
              </w:rPr>
              <w:t xml:space="preserve"> </w:t>
            </w:r>
            <w:r w:rsidRPr="005117ED">
              <w:rPr>
                <w:rFonts w:cs="Sakkal Majalla"/>
                <w:color w:val="000000" w:themeColor="text1"/>
                <w:sz w:val="38"/>
                <w:szCs w:val="38"/>
                <w:rtl/>
              </w:rPr>
              <w:t>تقدم</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العاملين</w:t>
            </w:r>
            <w:r w:rsidRPr="005117ED">
              <w:rPr>
                <w:rFonts w:cs="Sakkal Majalla"/>
                <w:color w:val="000000" w:themeColor="text1"/>
                <w:sz w:val="38"/>
                <w:szCs w:val="38"/>
              </w:rPr>
              <w:t xml:space="preserve"> </w:t>
            </w:r>
            <w:r w:rsidRPr="005117ED">
              <w:rPr>
                <w:rFonts w:cs="Sakkal Majalla"/>
                <w:color w:val="000000" w:themeColor="text1"/>
                <w:sz w:val="38"/>
                <w:szCs w:val="38"/>
                <w:rtl/>
              </w:rPr>
              <w:t>ويقدم</w:t>
            </w:r>
            <w:r w:rsidRPr="005117ED">
              <w:rPr>
                <w:rFonts w:cs="Sakkal Majalla"/>
                <w:color w:val="000000" w:themeColor="text1"/>
                <w:sz w:val="38"/>
                <w:szCs w:val="38"/>
              </w:rPr>
              <w:t xml:space="preserve"> </w:t>
            </w:r>
            <w:r w:rsidRPr="005117ED">
              <w:rPr>
                <w:rFonts w:cs="Sakkal Majalla"/>
                <w:color w:val="000000" w:themeColor="text1"/>
                <w:sz w:val="38"/>
                <w:szCs w:val="38"/>
                <w:rtl/>
              </w:rPr>
              <w:t>تغذية</w:t>
            </w:r>
            <w:r w:rsidRPr="005117ED">
              <w:rPr>
                <w:rFonts w:cs="Sakkal Majalla"/>
                <w:color w:val="000000" w:themeColor="text1"/>
                <w:sz w:val="38"/>
                <w:szCs w:val="38"/>
              </w:rPr>
              <w:t xml:space="preserve"> </w:t>
            </w:r>
            <w:r w:rsidRPr="005117ED">
              <w:rPr>
                <w:rFonts w:cs="Sakkal Majalla"/>
                <w:color w:val="000000" w:themeColor="text1"/>
                <w:sz w:val="38"/>
                <w:szCs w:val="38"/>
                <w:rtl/>
              </w:rPr>
              <w:t>راجعة</w:t>
            </w:r>
            <w:r w:rsidRPr="005117ED">
              <w:rPr>
                <w:rFonts w:cs="Sakkal Majalla"/>
                <w:color w:val="000000" w:themeColor="text1"/>
                <w:sz w:val="38"/>
                <w:szCs w:val="38"/>
              </w:rPr>
              <w:t xml:space="preserve"> </w:t>
            </w:r>
            <w:r w:rsidRPr="005117ED">
              <w:rPr>
                <w:rFonts w:cs="Sakkal Majalla"/>
                <w:color w:val="000000" w:themeColor="text1"/>
                <w:sz w:val="38"/>
                <w:szCs w:val="38"/>
                <w:rtl/>
              </w:rPr>
              <w:t>بناءة</w:t>
            </w:r>
            <w:r w:rsidRPr="005117ED">
              <w:rPr>
                <w:rFonts w:cs="Sakkal Majalla"/>
                <w:color w:val="000000" w:themeColor="text1"/>
                <w:sz w:val="38"/>
                <w:szCs w:val="38"/>
              </w:rPr>
              <w:t>.</w:t>
            </w:r>
          </w:p>
        </w:tc>
        <w:tc>
          <w:tcPr>
            <w:tcW w:w="1183"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3.67</w:t>
            </w:r>
          </w:p>
        </w:tc>
        <w:tc>
          <w:tcPr>
            <w:tcW w:w="1228"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0.98</w:t>
            </w:r>
          </w:p>
        </w:tc>
        <w:tc>
          <w:tcPr>
            <w:tcW w:w="1134"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bl>
    <w:p w:rsidR="00FD5E07" w:rsidRDefault="00FD5E07" w:rsidP="00FD5E07">
      <w:pPr>
        <w:spacing w:before="0"/>
        <w:ind w:firstLine="0"/>
        <w:jc w:val="left"/>
        <w:outlineLvl w:val="0"/>
        <w:rPr>
          <w:rFonts w:eastAsia="Times New Roman" w:cs="Sakkal Majalla"/>
          <w:b/>
          <w:bCs/>
          <w:color w:val="000000" w:themeColor="text1"/>
          <w:sz w:val="40"/>
          <w:szCs w:val="40"/>
          <w:rtl/>
        </w:rPr>
      </w:pPr>
      <w:bookmarkStart w:id="70" w:name="_Toc233322018"/>
      <w:r w:rsidRPr="005117ED">
        <w:rPr>
          <w:rFonts w:eastAsia="Times New Roman" w:cs="Sakkal Majalla"/>
          <w:b/>
          <w:bCs/>
          <w:color w:val="000000" w:themeColor="text1"/>
          <w:sz w:val="40"/>
          <w:szCs w:val="40"/>
          <w:rtl/>
        </w:rPr>
        <w:t>ثانيًا: مستوى ممارسة القيادة التحويلية</w:t>
      </w:r>
      <w:bookmarkEnd w:id="70"/>
    </w:p>
    <w:p w:rsidR="00330D1B" w:rsidRPr="005117ED" w:rsidRDefault="00330D1B" w:rsidP="00330D1B">
      <w:pPr>
        <w:spacing w:before="0"/>
        <w:ind w:firstLine="0"/>
        <w:jc w:val="center"/>
        <w:outlineLvl w:val="0"/>
        <w:rPr>
          <w:rFonts w:eastAsia="Times New Roman" w:cs="Sakkal Majalla"/>
          <w:b/>
          <w:bCs/>
          <w:color w:val="000000" w:themeColor="text1"/>
          <w:sz w:val="40"/>
          <w:szCs w:val="40"/>
        </w:rPr>
      </w:pPr>
      <w:bookmarkStart w:id="71" w:name="_Toc233321771"/>
      <w:bookmarkStart w:id="72" w:name="_Toc233322019"/>
      <w:r w:rsidRPr="00330D1B">
        <w:rPr>
          <w:rFonts w:eastAsia="Times New Roman" w:cs="Sakkal Majalla"/>
          <w:b/>
          <w:bCs/>
          <w:color w:val="000000" w:themeColor="text1"/>
          <w:sz w:val="40"/>
          <w:szCs w:val="40"/>
          <w:rtl/>
        </w:rPr>
        <w:t>جدول</w:t>
      </w:r>
      <w:r w:rsidRPr="00330D1B">
        <w:rPr>
          <w:rFonts w:eastAsia="Times New Roman" w:cs="Sakkal Majalla"/>
          <w:b/>
          <w:bCs/>
          <w:color w:val="000000" w:themeColor="text1"/>
          <w:sz w:val="40"/>
          <w:szCs w:val="40"/>
        </w:rPr>
        <w:t xml:space="preserve"> (18</w:t>
      </w:r>
      <w:proofErr w:type="gramStart"/>
      <w:r w:rsidRPr="00330D1B">
        <w:rPr>
          <w:rFonts w:eastAsia="Times New Roman" w:cs="Sakkal Majalla"/>
          <w:b/>
          <w:bCs/>
          <w:color w:val="000000" w:themeColor="text1"/>
          <w:sz w:val="40"/>
          <w:szCs w:val="40"/>
        </w:rPr>
        <w:t>)</w:t>
      </w:r>
      <w:r w:rsidRPr="00330D1B">
        <w:rPr>
          <w:rFonts w:eastAsia="Times New Roman" w:cs="Sakkal Majalla" w:hint="cs"/>
          <w:b/>
          <w:bCs/>
          <w:color w:val="000000" w:themeColor="text1"/>
          <w:sz w:val="40"/>
          <w:szCs w:val="40"/>
          <w:rtl/>
        </w:rPr>
        <w:t xml:space="preserve"> </w:t>
      </w:r>
      <w:r w:rsidRPr="00330D1B">
        <w:rPr>
          <w:rFonts w:eastAsia="Times New Roman" w:cs="Sakkal Majalla"/>
          <w:b/>
          <w:bCs/>
          <w:color w:val="000000" w:themeColor="text1"/>
          <w:sz w:val="40"/>
          <w:szCs w:val="40"/>
        </w:rPr>
        <w:t>:</w:t>
      </w:r>
      <w:proofErr w:type="gramEnd"/>
      <w:r w:rsidRPr="00330D1B">
        <w:rPr>
          <w:rFonts w:eastAsia="Times New Roman" w:cs="Sakkal Majalla" w:hint="cs"/>
          <w:b/>
          <w:bCs/>
          <w:color w:val="000000" w:themeColor="text1"/>
          <w:sz w:val="40"/>
          <w:szCs w:val="40"/>
          <w:rtl/>
        </w:rPr>
        <w:t xml:space="preserve"> </w:t>
      </w:r>
      <w:r w:rsidRPr="00330D1B">
        <w:rPr>
          <w:rFonts w:eastAsia="Times New Roman" w:cs="Sakkal Majalla"/>
          <w:b/>
          <w:bCs/>
          <w:color w:val="000000" w:themeColor="text1"/>
          <w:sz w:val="40"/>
          <w:szCs w:val="40"/>
        </w:rPr>
        <w:t xml:space="preserve"> </w:t>
      </w:r>
      <w:r w:rsidRPr="00330D1B">
        <w:rPr>
          <w:rFonts w:eastAsia="Times New Roman" w:cs="Sakkal Majalla"/>
          <w:b/>
          <w:bCs/>
          <w:color w:val="000000" w:themeColor="text1"/>
          <w:sz w:val="40"/>
          <w:szCs w:val="40"/>
          <w:rtl/>
        </w:rPr>
        <w:t>المتوسطات</w:t>
      </w:r>
      <w:r w:rsidRPr="00330D1B">
        <w:rPr>
          <w:rFonts w:eastAsia="Times New Roman" w:cs="Sakkal Majalla"/>
          <w:b/>
          <w:bCs/>
          <w:color w:val="000000" w:themeColor="text1"/>
          <w:sz w:val="40"/>
          <w:szCs w:val="40"/>
        </w:rPr>
        <w:t xml:space="preserve"> </w:t>
      </w:r>
      <w:r w:rsidRPr="00330D1B">
        <w:rPr>
          <w:rFonts w:eastAsia="Times New Roman" w:cs="Sakkal Majalla"/>
          <w:b/>
          <w:bCs/>
          <w:color w:val="000000" w:themeColor="text1"/>
          <w:sz w:val="40"/>
          <w:szCs w:val="40"/>
          <w:rtl/>
        </w:rPr>
        <w:t>الحسابية</w:t>
      </w:r>
      <w:r w:rsidRPr="00330D1B">
        <w:rPr>
          <w:rFonts w:eastAsia="Times New Roman" w:cs="Sakkal Majalla"/>
          <w:b/>
          <w:bCs/>
          <w:color w:val="000000" w:themeColor="text1"/>
          <w:sz w:val="40"/>
          <w:szCs w:val="40"/>
        </w:rPr>
        <w:t xml:space="preserve"> </w:t>
      </w:r>
      <w:r w:rsidRPr="00330D1B">
        <w:rPr>
          <w:rFonts w:eastAsia="Times New Roman" w:cs="Sakkal Majalla"/>
          <w:b/>
          <w:bCs/>
          <w:color w:val="000000" w:themeColor="text1"/>
          <w:sz w:val="40"/>
          <w:szCs w:val="40"/>
          <w:rtl/>
        </w:rPr>
        <w:t>لأبعاد</w:t>
      </w:r>
      <w:r w:rsidRPr="00330D1B">
        <w:rPr>
          <w:rFonts w:eastAsia="Times New Roman" w:cs="Sakkal Majalla"/>
          <w:b/>
          <w:bCs/>
          <w:color w:val="000000" w:themeColor="text1"/>
          <w:sz w:val="40"/>
          <w:szCs w:val="40"/>
        </w:rPr>
        <w:t xml:space="preserve"> </w:t>
      </w:r>
      <w:r w:rsidRPr="00330D1B">
        <w:rPr>
          <w:rFonts w:eastAsia="Times New Roman" w:cs="Sakkal Majalla"/>
          <w:b/>
          <w:bCs/>
          <w:color w:val="000000" w:themeColor="text1"/>
          <w:sz w:val="40"/>
          <w:szCs w:val="40"/>
          <w:rtl/>
        </w:rPr>
        <w:t>القيادة</w:t>
      </w:r>
      <w:r w:rsidRPr="00330D1B">
        <w:rPr>
          <w:rFonts w:eastAsia="Times New Roman" w:cs="Sakkal Majalla"/>
          <w:b/>
          <w:bCs/>
          <w:color w:val="000000" w:themeColor="text1"/>
          <w:sz w:val="40"/>
          <w:szCs w:val="40"/>
        </w:rPr>
        <w:t xml:space="preserve"> </w:t>
      </w:r>
      <w:r w:rsidRPr="00330D1B">
        <w:rPr>
          <w:rFonts w:eastAsia="Times New Roman" w:cs="Sakkal Majalla"/>
          <w:b/>
          <w:bCs/>
          <w:color w:val="000000" w:themeColor="text1"/>
          <w:sz w:val="40"/>
          <w:szCs w:val="40"/>
          <w:rtl/>
        </w:rPr>
        <w:t>التحويلية</w:t>
      </w:r>
      <w:bookmarkEnd w:id="71"/>
      <w:bookmarkEnd w:id="72"/>
    </w:p>
    <w:tbl>
      <w:tblPr>
        <w:tblStyle w:val="aa"/>
        <w:bidiVisual/>
        <w:tblW w:w="0" w:type="auto"/>
        <w:tblLook w:val="04A0" w:firstRow="1" w:lastRow="0" w:firstColumn="1" w:lastColumn="0" w:noHBand="0" w:noVBand="1"/>
      </w:tblPr>
      <w:tblGrid>
        <w:gridCol w:w="2479"/>
        <w:gridCol w:w="2478"/>
        <w:gridCol w:w="2478"/>
        <w:gridCol w:w="2477"/>
      </w:tblGrid>
      <w:tr w:rsidR="00FD5E07" w:rsidRPr="005117ED" w:rsidTr="004C155A">
        <w:trPr>
          <w:tblHeader/>
        </w:trPr>
        <w:tc>
          <w:tcPr>
            <w:tcW w:w="2493" w:type="dxa"/>
            <w:shd w:val="clear" w:color="auto" w:fill="1F4E79"/>
            <w:vAlign w:val="center"/>
          </w:tcPr>
          <w:p w:rsidR="00FD5E07" w:rsidRPr="004C155A" w:rsidRDefault="00FD5E07" w:rsidP="004C155A">
            <w:pPr>
              <w:spacing w:before="0"/>
              <w:ind w:firstLine="0"/>
              <w:jc w:val="center"/>
              <w:rPr>
                <w:rFonts w:cs="Sakkal Majalla"/>
                <w:bCs/>
                <w:color w:val="FFFFFF" w:themeColor="background1"/>
                <w:sz w:val="38"/>
                <w:szCs w:val="38"/>
              </w:rPr>
            </w:pPr>
            <w:r w:rsidRPr="004C155A">
              <w:rPr>
                <w:rFonts w:cs="Sakkal Majalla"/>
                <w:bCs/>
                <w:color w:val="FFFFFF" w:themeColor="background1"/>
                <w:sz w:val="38"/>
                <w:szCs w:val="38"/>
                <w:rtl/>
              </w:rPr>
              <w:t>البعد</w:t>
            </w:r>
          </w:p>
        </w:tc>
        <w:tc>
          <w:tcPr>
            <w:tcW w:w="2493" w:type="dxa"/>
            <w:shd w:val="clear" w:color="auto" w:fill="1F4E79"/>
            <w:vAlign w:val="center"/>
          </w:tcPr>
          <w:p w:rsidR="00FD5E07" w:rsidRPr="004C155A" w:rsidRDefault="00FD5E07" w:rsidP="004C155A">
            <w:pPr>
              <w:spacing w:before="0"/>
              <w:ind w:firstLine="0"/>
              <w:jc w:val="center"/>
              <w:rPr>
                <w:rFonts w:cs="Sakkal Majalla"/>
                <w:bCs/>
                <w:color w:val="FFFFFF" w:themeColor="background1"/>
                <w:sz w:val="38"/>
                <w:szCs w:val="38"/>
              </w:rPr>
            </w:pPr>
            <w:r w:rsidRPr="004C155A">
              <w:rPr>
                <w:rFonts w:cs="Sakkal Majalla"/>
                <w:bCs/>
                <w:color w:val="FFFFFF" w:themeColor="background1"/>
                <w:sz w:val="38"/>
                <w:szCs w:val="38"/>
                <w:rtl/>
              </w:rPr>
              <w:t>المتوسط الحسابي</w:t>
            </w:r>
          </w:p>
        </w:tc>
        <w:tc>
          <w:tcPr>
            <w:tcW w:w="2493" w:type="dxa"/>
            <w:shd w:val="clear" w:color="auto" w:fill="1F4E79"/>
            <w:vAlign w:val="center"/>
          </w:tcPr>
          <w:p w:rsidR="00FD5E07" w:rsidRPr="004C155A" w:rsidRDefault="00FD5E07" w:rsidP="004C155A">
            <w:pPr>
              <w:spacing w:before="0"/>
              <w:ind w:firstLine="0"/>
              <w:jc w:val="center"/>
              <w:rPr>
                <w:rFonts w:cs="Sakkal Majalla"/>
                <w:bCs/>
                <w:color w:val="FFFFFF" w:themeColor="background1"/>
                <w:sz w:val="38"/>
                <w:szCs w:val="38"/>
              </w:rPr>
            </w:pPr>
            <w:r w:rsidRPr="004C155A">
              <w:rPr>
                <w:rFonts w:cs="Sakkal Majalla"/>
                <w:bCs/>
                <w:color w:val="FFFFFF" w:themeColor="background1"/>
                <w:sz w:val="38"/>
                <w:szCs w:val="38"/>
                <w:rtl/>
              </w:rPr>
              <w:t>الانحراف المعياري</w:t>
            </w:r>
          </w:p>
        </w:tc>
        <w:tc>
          <w:tcPr>
            <w:tcW w:w="2493" w:type="dxa"/>
            <w:shd w:val="clear" w:color="auto" w:fill="1F4E79"/>
            <w:vAlign w:val="center"/>
          </w:tcPr>
          <w:p w:rsidR="00FD5E07" w:rsidRPr="004C155A" w:rsidRDefault="00FD5E07" w:rsidP="004C155A">
            <w:pPr>
              <w:spacing w:before="0"/>
              <w:ind w:firstLine="0"/>
              <w:jc w:val="center"/>
              <w:rPr>
                <w:rFonts w:cs="Sakkal Majalla"/>
                <w:bCs/>
                <w:color w:val="FFFFFF" w:themeColor="background1"/>
                <w:sz w:val="38"/>
                <w:szCs w:val="38"/>
              </w:rPr>
            </w:pPr>
            <w:r w:rsidRPr="004C155A">
              <w:rPr>
                <w:rFonts w:cs="Sakkal Majalla"/>
                <w:bCs/>
                <w:color w:val="FFFFFF" w:themeColor="background1"/>
                <w:sz w:val="38"/>
                <w:szCs w:val="38"/>
                <w:rtl/>
              </w:rPr>
              <w:t>المستوى</w:t>
            </w:r>
          </w:p>
        </w:tc>
      </w:tr>
      <w:tr w:rsidR="00FD5E07" w:rsidRPr="005117ED" w:rsidTr="004C155A">
        <w:tc>
          <w:tcPr>
            <w:tcW w:w="2493"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التأثير</w:t>
            </w:r>
            <w:r w:rsidRPr="005117ED">
              <w:rPr>
                <w:rFonts w:cs="Sakkal Majalla"/>
                <w:color w:val="000000" w:themeColor="text1"/>
                <w:sz w:val="38"/>
                <w:szCs w:val="38"/>
              </w:rPr>
              <w:t xml:space="preserve"> </w:t>
            </w:r>
            <w:r w:rsidRPr="005117ED">
              <w:rPr>
                <w:rFonts w:cs="Sakkal Majalla"/>
                <w:color w:val="000000" w:themeColor="text1"/>
                <w:sz w:val="38"/>
                <w:szCs w:val="38"/>
                <w:rtl/>
              </w:rPr>
              <w:t>المثالي</w:t>
            </w:r>
          </w:p>
        </w:tc>
        <w:tc>
          <w:tcPr>
            <w:tcW w:w="2493"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3.87</w:t>
            </w:r>
          </w:p>
        </w:tc>
        <w:tc>
          <w:tcPr>
            <w:tcW w:w="2493"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0.73</w:t>
            </w:r>
          </w:p>
        </w:tc>
        <w:tc>
          <w:tcPr>
            <w:tcW w:w="2493"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4C155A">
        <w:tc>
          <w:tcPr>
            <w:tcW w:w="2493"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التحفيز</w:t>
            </w:r>
            <w:r w:rsidRPr="005117ED">
              <w:rPr>
                <w:rFonts w:cs="Sakkal Majalla"/>
                <w:color w:val="000000" w:themeColor="text1"/>
                <w:sz w:val="38"/>
                <w:szCs w:val="38"/>
              </w:rPr>
              <w:t xml:space="preserve"> </w:t>
            </w:r>
            <w:proofErr w:type="spellStart"/>
            <w:r w:rsidRPr="005117ED">
              <w:rPr>
                <w:rFonts w:cs="Sakkal Majalla"/>
                <w:color w:val="000000" w:themeColor="text1"/>
                <w:sz w:val="38"/>
                <w:szCs w:val="38"/>
                <w:rtl/>
              </w:rPr>
              <w:t>الإلهامي</w:t>
            </w:r>
            <w:proofErr w:type="spellEnd"/>
          </w:p>
        </w:tc>
        <w:tc>
          <w:tcPr>
            <w:tcW w:w="2493"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3.86</w:t>
            </w:r>
          </w:p>
        </w:tc>
        <w:tc>
          <w:tcPr>
            <w:tcW w:w="2493"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0.77</w:t>
            </w:r>
          </w:p>
        </w:tc>
        <w:tc>
          <w:tcPr>
            <w:tcW w:w="2493"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4C155A">
        <w:tc>
          <w:tcPr>
            <w:tcW w:w="2493"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الاستثارة</w:t>
            </w:r>
            <w:r w:rsidRPr="005117ED">
              <w:rPr>
                <w:rFonts w:cs="Sakkal Majalla"/>
                <w:color w:val="000000" w:themeColor="text1"/>
                <w:sz w:val="38"/>
                <w:szCs w:val="38"/>
              </w:rPr>
              <w:t xml:space="preserve"> </w:t>
            </w:r>
            <w:r w:rsidRPr="005117ED">
              <w:rPr>
                <w:rFonts w:cs="Sakkal Majalla"/>
                <w:color w:val="000000" w:themeColor="text1"/>
                <w:sz w:val="38"/>
                <w:szCs w:val="38"/>
                <w:rtl/>
              </w:rPr>
              <w:t>الفكرية</w:t>
            </w:r>
          </w:p>
        </w:tc>
        <w:tc>
          <w:tcPr>
            <w:tcW w:w="2493"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3.76</w:t>
            </w:r>
          </w:p>
        </w:tc>
        <w:tc>
          <w:tcPr>
            <w:tcW w:w="2493"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0.78</w:t>
            </w:r>
          </w:p>
        </w:tc>
        <w:tc>
          <w:tcPr>
            <w:tcW w:w="2493"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4C155A">
        <w:tc>
          <w:tcPr>
            <w:tcW w:w="2493"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الاعتبار</w:t>
            </w:r>
            <w:r w:rsidRPr="005117ED">
              <w:rPr>
                <w:rFonts w:cs="Sakkal Majalla"/>
                <w:color w:val="000000" w:themeColor="text1"/>
                <w:sz w:val="38"/>
                <w:szCs w:val="38"/>
              </w:rPr>
              <w:t xml:space="preserve"> </w:t>
            </w:r>
            <w:r w:rsidRPr="005117ED">
              <w:rPr>
                <w:rFonts w:cs="Sakkal Majalla"/>
                <w:color w:val="000000" w:themeColor="text1"/>
                <w:sz w:val="38"/>
                <w:szCs w:val="38"/>
                <w:rtl/>
              </w:rPr>
              <w:t>الفردي</w:t>
            </w:r>
          </w:p>
        </w:tc>
        <w:tc>
          <w:tcPr>
            <w:tcW w:w="2493"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3.71</w:t>
            </w:r>
          </w:p>
        </w:tc>
        <w:tc>
          <w:tcPr>
            <w:tcW w:w="2493"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0.74</w:t>
            </w:r>
          </w:p>
        </w:tc>
        <w:tc>
          <w:tcPr>
            <w:tcW w:w="2493" w:type="dxa"/>
            <w:shd w:val="clear" w:color="auto" w:fill="EDF4F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4C155A">
        <w:tc>
          <w:tcPr>
            <w:tcW w:w="2493"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p>
        </w:tc>
        <w:tc>
          <w:tcPr>
            <w:tcW w:w="2493"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3.80</w:t>
            </w:r>
          </w:p>
        </w:tc>
        <w:tc>
          <w:tcPr>
            <w:tcW w:w="2493"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Pr>
              <w:t>0.58</w:t>
            </w:r>
          </w:p>
        </w:tc>
        <w:tc>
          <w:tcPr>
            <w:tcW w:w="2493" w:type="dxa"/>
            <w:vAlign w:val="center"/>
          </w:tcPr>
          <w:p w:rsidR="00FD5E07" w:rsidRPr="005117ED" w:rsidRDefault="00FD5E07" w:rsidP="004C155A">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bl>
    <w:p w:rsidR="00330D1B" w:rsidRDefault="00FD5E07" w:rsidP="00FD5E07">
      <w:pPr>
        <w:spacing w:before="0"/>
        <w:ind w:firstLine="425"/>
        <w:jc w:val="both"/>
        <w:rPr>
          <w:rFonts w:cs="Sakkal Majalla"/>
          <w:color w:val="000000" w:themeColor="text1"/>
          <w:sz w:val="38"/>
          <w:szCs w:val="38"/>
          <w:rtl/>
        </w:rPr>
      </w:pPr>
      <w:r w:rsidRPr="005117ED">
        <w:rPr>
          <w:rFonts w:cs="Sakkal Majalla"/>
          <w:color w:val="000000" w:themeColor="text1"/>
          <w:sz w:val="38"/>
          <w:szCs w:val="38"/>
          <w:rtl/>
        </w:rPr>
        <w:t xml:space="preserve">تشير النتائج إلى أن مستوى ممارسة القيادة التحويلية جاء مرتفعًا بمتوسط كلي بلغ 3.80. وجاء التأثير المثالي في المرتبة الأولى بمتوسط 3.87، يليه التحفيز </w:t>
      </w:r>
      <w:proofErr w:type="spellStart"/>
      <w:r w:rsidRPr="005117ED">
        <w:rPr>
          <w:rFonts w:cs="Sakkal Majalla"/>
          <w:color w:val="000000" w:themeColor="text1"/>
          <w:sz w:val="38"/>
          <w:szCs w:val="38"/>
          <w:rtl/>
        </w:rPr>
        <w:t>الإلهامي</w:t>
      </w:r>
      <w:proofErr w:type="spellEnd"/>
      <w:r w:rsidRPr="005117ED">
        <w:rPr>
          <w:rFonts w:cs="Sakkal Majalla"/>
          <w:color w:val="000000" w:themeColor="text1"/>
          <w:sz w:val="38"/>
          <w:szCs w:val="38"/>
          <w:rtl/>
        </w:rPr>
        <w:t>، ثم الاستثارة الفكرية، ثم الاعتبار الفردي. وتدل هذه النتيجة على أن العاملين يدركون وجود ممارسات قيادية إيجابية، إلا أن بعد الاعتبار الفردي يحتاج إلى عناية أكبر من خلال التدريب والتوجيه ومتابعة احتياجات العاملين.</w:t>
      </w:r>
    </w:p>
    <w:p w:rsidR="00330D1B" w:rsidRDefault="00330D1B">
      <w:pPr>
        <w:bidi w:val="0"/>
        <w:spacing w:before="0" w:after="160" w:line="259" w:lineRule="auto"/>
        <w:ind w:firstLine="0"/>
        <w:jc w:val="left"/>
        <w:rPr>
          <w:rFonts w:cs="Sakkal Majalla"/>
          <w:color w:val="000000" w:themeColor="text1"/>
          <w:sz w:val="38"/>
          <w:szCs w:val="38"/>
          <w:rtl/>
        </w:rPr>
      </w:pPr>
      <w:r>
        <w:rPr>
          <w:rFonts w:cs="Sakkal Majalla"/>
          <w:color w:val="000000" w:themeColor="text1"/>
          <w:sz w:val="38"/>
          <w:szCs w:val="38"/>
          <w:rtl/>
        </w:rPr>
        <w:br w:type="page"/>
      </w:r>
    </w:p>
    <w:p w:rsidR="00FD5E07" w:rsidRDefault="00FD5E07" w:rsidP="00FD5E07">
      <w:pPr>
        <w:spacing w:before="0"/>
        <w:ind w:firstLine="425"/>
        <w:jc w:val="both"/>
        <w:rPr>
          <w:rFonts w:cs="Sakkal Majalla"/>
          <w:color w:val="000000" w:themeColor="text1"/>
          <w:sz w:val="38"/>
          <w:szCs w:val="38"/>
          <w:rtl/>
        </w:rPr>
      </w:pPr>
    </w:p>
    <w:p w:rsidR="00330D1B" w:rsidRPr="00330D1B" w:rsidRDefault="00330D1B" w:rsidP="00330D1B">
      <w:pPr>
        <w:spacing w:before="0"/>
        <w:ind w:firstLine="425"/>
        <w:jc w:val="center"/>
        <w:rPr>
          <w:rFonts w:cs="Sakkal Majalla"/>
          <w:color w:val="000000" w:themeColor="text1"/>
          <w:sz w:val="38"/>
          <w:szCs w:val="38"/>
        </w:rPr>
      </w:pPr>
      <w:r w:rsidRPr="00330D1B">
        <w:rPr>
          <w:rFonts w:cs="Sakkal Majalla"/>
          <w:b/>
          <w:bCs/>
          <w:color w:val="000000" w:themeColor="text1"/>
          <w:sz w:val="38"/>
          <w:szCs w:val="38"/>
          <w:rtl/>
        </w:rPr>
        <w:t>شكل</w:t>
      </w:r>
      <w:r w:rsidRPr="00330D1B">
        <w:rPr>
          <w:rFonts w:cs="Sakkal Majalla"/>
          <w:b/>
          <w:color w:val="000000" w:themeColor="text1"/>
          <w:sz w:val="38"/>
          <w:szCs w:val="38"/>
        </w:rPr>
        <w:t xml:space="preserve"> (2): </w:t>
      </w:r>
      <w:r w:rsidRPr="00330D1B">
        <w:rPr>
          <w:rFonts w:cs="Sakkal Majalla"/>
          <w:b/>
          <w:bCs/>
          <w:color w:val="000000" w:themeColor="text1"/>
          <w:sz w:val="38"/>
          <w:szCs w:val="38"/>
          <w:rtl/>
        </w:rPr>
        <w:t>تمثيل</w:t>
      </w:r>
      <w:r w:rsidRPr="00330D1B">
        <w:rPr>
          <w:rFonts w:cs="Sakkal Majalla"/>
          <w:b/>
          <w:color w:val="000000" w:themeColor="text1"/>
          <w:sz w:val="38"/>
          <w:szCs w:val="38"/>
        </w:rPr>
        <w:t xml:space="preserve"> </w:t>
      </w:r>
      <w:r w:rsidRPr="00330D1B">
        <w:rPr>
          <w:rFonts w:cs="Sakkal Majalla"/>
          <w:b/>
          <w:bCs/>
          <w:color w:val="000000" w:themeColor="text1"/>
          <w:sz w:val="38"/>
          <w:szCs w:val="38"/>
          <w:rtl/>
        </w:rPr>
        <w:t>بصري</w:t>
      </w:r>
      <w:r w:rsidRPr="00330D1B">
        <w:rPr>
          <w:rFonts w:cs="Sakkal Majalla"/>
          <w:b/>
          <w:color w:val="000000" w:themeColor="text1"/>
          <w:sz w:val="38"/>
          <w:szCs w:val="38"/>
        </w:rPr>
        <w:t xml:space="preserve"> </w:t>
      </w:r>
      <w:r w:rsidRPr="00330D1B">
        <w:rPr>
          <w:rFonts w:cs="Sakkal Majalla"/>
          <w:b/>
          <w:bCs/>
          <w:color w:val="000000" w:themeColor="text1"/>
          <w:sz w:val="38"/>
          <w:szCs w:val="38"/>
          <w:rtl/>
        </w:rPr>
        <w:t>لمتوسطات</w:t>
      </w:r>
      <w:r w:rsidRPr="00330D1B">
        <w:rPr>
          <w:rFonts w:cs="Sakkal Majalla"/>
          <w:b/>
          <w:color w:val="000000" w:themeColor="text1"/>
          <w:sz w:val="38"/>
          <w:szCs w:val="38"/>
        </w:rPr>
        <w:t xml:space="preserve"> </w:t>
      </w:r>
      <w:r w:rsidRPr="00330D1B">
        <w:rPr>
          <w:rFonts w:cs="Sakkal Majalla"/>
          <w:b/>
          <w:bCs/>
          <w:color w:val="000000" w:themeColor="text1"/>
          <w:sz w:val="38"/>
          <w:szCs w:val="38"/>
          <w:rtl/>
        </w:rPr>
        <w:t>أبعاد</w:t>
      </w:r>
      <w:r w:rsidRPr="00330D1B">
        <w:rPr>
          <w:rFonts w:cs="Sakkal Majalla"/>
          <w:b/>
          <w:color w:val="000000" w:themeColor="text1"/>
          <w:sz w:val="38"/>
          <w:szCs w:val="38"/>
        </w:rPr>
        <w:t xml:space="preserve"> </w:t>
      </w:r>
      <w:r w:rsidRPr="00330D1B">
        <w:rPr>
          <w:rFonts w:cs="Sakkal Majalla"/>
          <w:b/>
          <w:bCs/>
          <w:color w:val="000000" w:themeColor="text1"/>
          <w:sz w:val="38"/>
          <w:szCs w:val="38"/>
          <w:rtl/>
        </w:rPr>
        <w:t>القيادة</w:t>
      </w:r>
      <w:r w:rsidRPr="00330D1B">
        <w:rPr>
          <w:rFonts w:cs="Sakkal Majalla"/>
          <w:b/>
          <w:color w:val="000000" w:themeColor="text1"/>
          <w:sz w:val="38"/>
          <w:szCs w:val="38"/>
        </w:rPr>
        <w:t xml:space="preserve"> </w:t>
      </w:r>
      <w:r w:rsidRPr="00330D1B">
        <w:rPr>
          <w:rFonts w:cs="Sakkal Majalla"/>
          <w:b/>
          <w:bCs/>
          <w:color w:val="000000" w:themeColor="text1"/>
          <w:sz w:val="38"/>
          <w:szCs w:val="38"/>
          <w:rtl/>
        </w:rPr>
        <w:t>التحويلية</w:t>
      </w:r>
    </w:p>
    <w:p w:rsidR="00330D1B" w:rsidRPr="00330D1B" w:rsidRDefault="00330D1B" w:rsidP="00FD5E07">
      <w:pPr>
        <w:spacing w:before="0"/>
        <w:ind w:firstLine="425"/>
        <w:jc w:val="both"/>
        <w:rPr>
          <w:rFonts w:cs="Sakkal Majalla"/>
          <w:color w:val="000000" w:themeColor="text1"/>
          <w:sz w:val="38"/>
          <w:szCs w:val="38"/>
        </w:rPr>
      </w:pPr>
    </w:p>
    <w:tbl>
      <w:tblPr>
        <w:tblStyle w:val="aa"/>
        <w:bidiVisual/>
        <w:tblW w:w="0" w:type="auto"/>
        <w:tblLook w:val="04A0" w:firstRow="1" w:lastRow="0" w:firstColumn="1" w:lastColumn="0" w:noHBand="0" w:noVBand="1"/>
      </w:tblPr>
      <w:tblGrid>
        <w:gridCol w:w="2069"/>
        <w:gridCol w:w="2057"/>
        <w:gridCol w:w="5786"/>
      </w:tblGrid>
      <w:tr w:rsidR="00FD5E07" w:rsidRPr="005117ED" w:rsidTr="00330D1B">
        <w:trPr>
          <w:tblHeader/>
        </w:trPr>
        <w:tc>
          <w:tcPr>
            <w:tcW w:w="3324" w:type="dxa"/>
            <w:shd w:val="clear" w:color="auto" w:fill="1F4E79"/>
            <w:vAlign w:val="center"/>
          </w:tcPr>
          <w:p w:rsidR="00FD5E07" w:rsidRPr="00330D1B" w:rsidRDefault="00FD5E07" w:rsidP="00330D1B">
            <w:pPr>
              <w:spacing w:before="0"/>
              <w:jc w:val="center"/>
              <w:rPr>
                <w:rFonts w:cs="Sakkal Majalla"/>
                <w:bCs/>
                <w:color w:val="FFFFFF" w:themeColor="background1"/>
                <w:sz w:val="38"/>
                <w:szCs w:val="38"/>
              </w:rPr>
            </w:pPr>
            <w:r w:rsidRPr="00330D1B">
              <w:rPr>
                <w:rFonts w:cs="Sakkal Majalla"/>
                <w:bCs/>
                <w:color w:val="FFFFFF" w:themeColor="background1"/>
                <w:sz w:val="38"/>
                <w:szCs w:val="38"/>
                <w:rtl/>
              </w:rPr>
              <w:t>البعد</w:t>
            </w:r>
          </w:p>
        </w:tc>
        <w:tc>
          <w:tcPr>
            <w:tcW w:w="3324" w:type="dxa"/>
            <w:shd w:val="clear" w:color="auto" w:fill="1F4E79"/>
            <w:vAlign w:val="center"/>
          </w:tcPr>
          <w:p w:rsidR="00FD5E07" w:rsidRPr="00330D1B" w:rsidRDefault="00FD5E07" w:rsidP="00330D1B">
            <w:pPr>
              <w:spacing w:before="0"/>
              <w:jc w:val="center"/>
              <w:rPr>
                <w:rFonts w:cs="Sakkal Majalla"/>
                <w:bCs/>
                <w:color w:val="FFFFFF" w:themeColor="background1"/>
                <w:sz w:val="38"/>
                <w:szCs w:val="38"/>
              </w:rPr>
            </w:pPr>
            <w:r w:rsidRPr="00330D1B">
              <w:rPr>
                <w:rFonts w:cs="Sakkal Majalla"/>
                <w:bCs/>
                <w:color w:val="FFFFFF" w:themeColor="background1"/>
                <w:sz w:val="38"/>
                <w:szCs w:val="38"/>
                <w:rtl/>
              </w:rPr>
              <w:t>المتوسط</w:t>
            </w:r>
          </w:p>
        </w:tc>
        <w:tc>
          <w:tcPr>
            <w:tcW w:w="3324" w:type="dxa"/>
            <w:shd w:val="clear" w:color="auto" w:fill="1F4E79"/>
            <w:vAlign w:val="center"/>
          </w:tcPr>
          <w:p w:rsidR="00FD5E07" w:rsidRPr="00330D1B" w:rsidRDefault="00FD5E07" w:rsidP="00330D1B">
            <w:pPr>
              <w:spacing w:before="0"/>
              <w:jc w:val="center"/>
              <w:rPr>
                <w:rFonts w:cs="Sakkal Majalla"/>
                <w:bCs/>
                <w:color w:val="FFFFFF" w:themeColor="background1"/>
                <w:sz w:val="38"/>
                <w:szCs w:val="38"/>
              </w:rPr>
            </w:pPr>
            <w:r w:rsidRPr="00330D1B">
              <w:rPr>
                <w:rFonts w:cs="Sakkal Majalla"/>
                <w:bCs/>
                <w:color w:val="FFFFFF" w:themeColor="background1"/>
                <w:sz w:val="38"/>
                <w:szCs w:val="38"/>
                <w:rtl/>
              </w:rPr>
              <w:t>تمثيل بصري تقريبي</w:t>
            </w:r>
          </w:p>
        </w:tc>
      </w:tr>
      <w:tr w:rsidR="00FD5E07" w:rsidRPr="005117ED" w:rsidTr="00330D1B">
        <w:tc>
          <w:tcPr>
            <w:tcW w:w="3324" w:type="dxa"/>
            <w:vAlign w:val="center"/>
          </w:tcPr>
          <w:p w:rsidR="00FD5E07" w:rsidRPr="005117ED" w:rsidRDefault="00FD5E07" w:rsidP="00330D1B">
            <w:pPr>
              <w:spacing w:before="0"/>
              <w:jc w:val="center"/>
              <w:rPr>
                <w:rFonts w:cs="Sakkal Majalla"/>
                <w:color w:val="000000" w:themeColor="text1"/>
                <w:sz w:val="38"/>
                <w:szCs w:val="38"/>
              </w:rPr>
            </w:pPr>
            <w:r w:rsidRPr="005117ED">
              <w:rPr>
                <w:rFonts w:cs="Sakkal Majalla"/>
                <w:color w:val="000000" w:themeColor="text1"/>
                <w:sz w:val="38"/>
                <w:szCs w:val="38"/>
                <w:rtl/>
              </w:rPr>
              <w:t>التأثير</w:t>
            </w:r>
            <w:r w:rsidRPr="005117ED">
              <w:rPr>
                <w:rFonts w:cs="Sakkal Majalla"/>
                <w:color w:val="000000" w:themeColor="text1"/>
                <w:sz w:val="38"/>
                <w:szCs w:val="38"/>
              </w:rPr>
              <w:t xml:space="preserve"> </w:t>
            </w:r>
            <w:r w:rsidRPr="005117ED">
              <w:rPr>
                <w:rFonts w:cs="Sakkal Majalla"/>
                <w:color w:val="000000" w:themeColor="text1"/>
                <w:sz w:val="38"/>
                <w:szCs w:val="38"/>
                <w:rtl/>
              </w:rPr>
              <w:t>المثالي</w:t>
            </w:r>
          </w:p>
        </w:tc>
        <w:tc>
          <w:tcPr>
            <w:tcW w:w="3324" w:type="dxa"/>
            <w:vAlign w:val="center"/>
          </w:tcPr>
          <w:p w:rsidR="00FD5E07" w:rsidRPr="005117ED" w:rsidRDefault="00FD5E07" w:rsidP="00330D1B">
            <w:pPr>
              <w:spacing w:before="0"/>
              <w:jc w:val="center"/>
              <w:rPr>
                <w:rFonts w:cs="Sakkal Majalla"/>
                <w:color w:val="000000" w:themeColor="text1"/>
                <w:sz w:val="38"/>
                <w:szCs w:val="38"/>
              </w:rPr>
            </w:pPr>
            <w:r w:rsidRPr="005117ED">
              <w:rPr>
                <w:rFonts w:cs="Sakkal Majalla"/>
                <w:color w:val="000000" w:themeColor="text1"/>
                <w:sz w:val="38"/>
                <w:szCs w:val="38"/>
              </w:rPr>
              <w:t>3.87</w:t>
            </w:r>
          </w:p>
        </w:tc>
        <w:tc>
          <w:tcPr>
            <w:tcW w:w="3324" w:type="dxa"/>
            <w:vAlign w:val="center"/>
          </w:tcPr>
          <w:p w:rsidR="00FD5E07" w:rsidRPr="005117ED" w:rsidRDefault="00FD5E07" w:rsidP="00330D1B">
            <w:pPr>
              <w:spacing w:before="0"/>
              <w:jc w:val="right"/>
              <w:rPr>
                <w:rFonts w:cs="Sakkal Majalla"/>
                <w:color w:val="000000" w:themeColor="text1"/>
                <w:sz w:val="38"/>
                <w:szCs w:val="38"/>
              </w:rPr>
            </w:pPr>
            <w:r w:rsidRPr="005117ED">
              <w:rPr>
                <w:rFonts w:ascii="Arial" w:hAnsi="Arial" w:cs="Arial"/>
                <w:color w:val="000000" w:themeColor="text1"/>
                <w:sz w:val="38"/>
                <w:szCs w:val="38"/>
              </w:rPr>
              <w:t>███████████████████</w:t>
            </w:r>
          </w:p>
        </w:tc>
      </w:tr>
      <w:tr w:rsidR="00FD5E07" w:rsidRPr="005117ED" w:rsidTr="00330D1B">
        <w:tc>
          <w:tcPr>
            <w:tcW w:w="3324" w:type="dxa"/>
            <w:shd w:val="clear" w:color="auto" w:fill="EDF4FA"/>
            <w:vAlign w:val="center"/>
          </w:tcPr>
          <w:p w:rsidR="00FD5E07" w:rsidRPr="005117ED" w:rsidRDefault="00FD5E07" w:rsidP="00330D1B">
            <w:pPr>
              <w:spacing w:before="0"/>
              <w:jc w:val="center"/>
              <w:rPr>
                <w:rFonts w:cs="Sakkal Majalla"/>
                <w:color w:val="000000" w:themeColor="text1"/>
                <w:sz w:val="38"/>
                <w:szCs w:val="38"/>
              </w:rPr>
            </w:pPr>
            <w:r w:rsidRPr="005117ED">
              <w:rPr>
                <w:rFonts w:cs="Sakkal Majalla"/>
                <w:color w:val="000000" w:themeColor="text1"/>
                <w:sz w:val="38"/>
                <w:szCs w:val="38"/>
                <w:rtl/>
              </w:rPr>
              <w:t>التحفيز</w:t>
            </w:r>
            <w:r w:rsidRPr="005117ED">
              <w:rPr>
                <w:rFonts w:cs="Sakkal Majalla"/>
                <w:color w:val="000000" w:themeColor="text1"/>
                <w:sz w:val="38"/>
                <w:szCs w:val="38"/>
              </w:rPr>
              <w:t xml:space="preserve"> </w:t>
            </w:r>
            <w:proofErr w:type="spellStart"/>
            <w:r w:rsidRPr="005117ED">
              <w:rPr>
                <w:rFonts w:cs="Sakkal Majalla"/>
                <w:color w:val="000000" w:themeColor="text1"/>
                <w:sz w:val="38"/>
                <w:szCs w:val="38"/>
                <w:rtl/>
              </w:rPr>
              <w:t>الإلهامي</w:t>
            </w:r>
            <w:proofErr w:type="spellEnd"/>
          </w:p>
        </w:tc>
        <w:tc>
          <w:tcPr>
            <w:tcW w:w="3324" w:type="dxa"/>
            <w:shd w:val="clear" w:color="auto" w:fill="EDF4FA"/>
            <w:vAlign w:val="center"/>
          </w:tcPr>
          <w:p w:rsidR="00FD5E07" w:rsidRPr="005117ED" w:rsidRDefault="00FD5E07" w:rsidP="00330D1B">
            <w:pPr>
              <w:spacing w:before="0"/>
              <w:jc w:val="center"/>
              <w:rPr>
                <w:rFonts w:cs="Sakkal Majalla"/>
                <w:color w:val="000000" w:themeColor="text1"/>
                <w:sz w:val="38"/>
                <w:szCs w:val="38"/>
              </w:rPr>
            </w:pPr>
            <w:r w:rsidRPr="005117ED">
              <w:rPr>
                <w:rFonts w:cs="Sakkal Majalla"/>
                <w:color w:val="000000" w:themeColor="text1"/>
                <w:sz w:val="38"/>
                <w:szCs w:val="38"/>
              </w:rPr>
              <w:t>3.86</w:t>
            </w:r>
          </w:p>
        </w:tc>
        <w:tc>
          <w:tcPr>
            <w:tcW w:w="3324" w:type="dxa"/>
            <w:shd w:val="clear" w:color="auto" w:fill="EDF4FA"/>
            <w:vAlign w:val="center"/>
          </w:tcPr>
          <w:p w:rsidR="00FD5E07" w:rsidRPr="005117ED" w:rsidRDefault="00FD5E07" w:rsidP="00330D1B">
            <w:pPr>
              <w:spacing w:before="0"/>
              <w:jc w:val="right"/>
              <w:rPr>
                <w:rFonts w:cs="Sakkal Majalla"/>
                <w:color w:val="000000" w:themeColor="text1"/>
                <w:sz w:val="38"/>
                <w:szCs w:val="38"/>
              </w:rPr>
            </w:pPr>
            <w:r w:rsidRPr="005117ED">
              <w:rPr>
                <w:rFonts w:ascii="Arial" w:hAnsi="Arial" w:cs="Arial"/>
                <w:color w:val="000000" w:themeColor="text1"/>
                <w:sz w:val="38"/>
                <w:szCs w:val="38"/>
              </w:rPr>
              <w:t>███████████████████</w:t>
            </w:r>
          </w:p>
        </w:tc>
      </w:tr>
      <w:tr w:rsidR="00FD5E07" w:rsidRPr="005117ED" w:rsidTr="00330D1B">
        <w:tc>
          <w:tcPr>
            <w:tcW w:w="3324" w:type="dxa"/>
            <w:vAlign w:val="center"/>
          </w:tcPr>
          <w:p w:rsidR="00FD5E07" w:rsidRPr="005117ED" w:rsidRDefault="00FD5E07" w:rsidP="00330D1B">
            <w:pPr>
              <w:spacing w:before="0"/>
              <w:jc w:val="center"/>
              <w:rPr>
                <w:rFonts w:cs="Sakkal Majalla"/>
                <w:color w:val="000000" w:themeColor="text1"/>
                <w:sz w:val="38"/>
                <w:szCs w:val="38"/>
              </w:rPr>
            </w:pPr>
            <w:r w:rsidRPr="005117ED">
              <w:rPr>
                <w:rFonts w:cs="Sakkal Majalla"/>
                <w:color w:val="000000" w:themeColor="text1"/>
                <w:sz w:val="38"/>
                <w:szCs w:val="38"/>
                <w:rtl/>
              </w:rPr>
              <w:t>الاستثارة</w:t>
            </w:r>
            <w:r w:rsidRPr="005117ED">
              <w:rPr>
                <w:rFonts w:cs="Sakkal Majalla"/>
                <w:color w:val="000000" w:themeColor="text1"/>
                <w:sz w:val="38"/>
                <w:szCs w:val="38"/>
              </w:rPr>
              <w:t xml:space="preserve"> </w:t>
            </w:r>
            <w:r w:rsidRPr="005117ED">
              <w:rPr>
                <w:rFonts w:cs="Sakkal Majalla"/>
                <w:color w:val="000000" w:themeColor="text1"/>
                <w:sz w:val="38"/>
                <w:szCs w:val="38"/>
                <w:rtl/>
              </w:rPr>
              <w:t>الفكرية</w:t>
            </w:r>
          </w:p>
        </w:tc>
        <w:tc>
          <w:tcPr>
            <w:tcW w:w="3324" w:type="dxa"/>
            <w:vAlign w:val="center"/>
          </w:tcPr>
          <w:p w:rsidR="00FD5E07" w:rsidRPr="005117ED" w:rsidRDefault="00FD5E07" w:rsidP="00330D1B">
            <w:pPr>
              <w:spacing w:before="0"/>
              <w:jc w:val="center"/>
              <w:rPr>
                <w:rFonts w:cs="Sakkal Majalla"/>
                <w:color w:val="000000" w:themeColor="text1"/>
                <w:sz w:val="38"/>
                <w:szCs w:val="38"/>
              </w:rPr>
            </w:pPr>
            <w:r w:rsidRPr="005117ED">
              <w:rPr>
                <w:rFonts w:cs="Sakkal Majalla"/>
                <w:color w:val="000000" w:themeColor="text1"/>
                <w:sz w:val="38"/>
                <w:szCs w:val="38"/>
              </w:rPr>
              <w:t>3.76</w:t>
            </w:r>
          </w:p>
        </w:tc>
        <w:tc>
          <w:tcPr>
            <w:tcW w:w="3324" w:type="dxa"/>
            <w:vAlign w:val="center"/>
          </w:tcPr>
          <w:p w:rsidR="00FD5E07" w:rsidRPr="005117ED" w:rsidRDefault="00FD5E07" w:rsidP="00330D1B">
            <w:pPr>
              <w:spacing w:before="0"/>
              <w:jc w:val="right"/>
              <w:rPr>
                <w:rFonts w:cs="Sakkal Majalla"/>
                <w:color w:val="000000" w:themeColor="text1"/>
                <w:sz w:val="38"/>
                <w:szCs w:val="38"/>
              </w:rPr>
            </w:pPr>
            <w:r w:rsidRPr="005117ED">
              <w:rPr>
                <w:rFonts w:ascii="Arial" w:hAnsi="Arial" w:cs="Arial"/>
                <w:color w:val="000000" w:themeColor="text1"/>
                <w:sz w:val="38"/>
                <w:szCs w:val="38"/>
              </w:rPr>
              <w:t>██████████████████</w:t>
            </w:r>
          </w:p>
        </w:tc>
      </w:tr>
      <w:tr w:rsidR="00FD5E07" w:rsidRPr="005117ED" w:rsidTr="00330D1B">
        <w:tc>
          <w:tcPr>
            <w:tcW w:w="3324" w:type="dxa"/>
            <w:shd w:val="clear" w:color="auto" w:fill="EDF4FA"/>
            <w:vAlign w:val="center"/>
          </w:tcPr>
          <w:p w:rsidR="00FD5E07" w:rsidRPr="005117ED" w:rsidRDefault="00FD5E07" w:rsidP="00330D1B">
            <w:pPr>
              <w:spacing w:before="0"/>
              <w:jc w:val="center"/>
              <w:rPr>
                <w:rFonts w:cs="Sakkal Majalla"/>
                <w:color w:val="000000" w:themeColor="text1"/>
                <w:sz w:val="38"/>
                <w:szCs w:val="38"/>
              </w:rPr>
            </w:pPr>
            <w:r w:rsidRPr="005117ED">
              <w:rPr>
                <w:rFonts w:cs="Sakkal Majalla"/>
                <w:color w:val="000000" w:themeColor="text1"/>
                <w:sz w:val="38"/>
                <w:szCs w:val="38"/>
                <w:rtl/>
              </w:rPr>
              <w:t>الاعتبار</w:t>
            </w:r>
            <w:r w:rsidRPr="005117ED">
              <w:rPr>
                <w:rFonts w:cs="Sakkal Majalla"/>
                <w:color w:val="000000" w:themeColor="text1"/>
                <w:sz w:val="38"/>
                <w:szCs w:val="38"/>
              </w:rPr>
              <w:t xml:space="preserve"> </w:t>
            </w:r>
            <w:r w:rsidRPr="005117ED">
              <w:rPr>
                <w:rFonts w:cs="Sakkal Majalla"/>
                <w:color w:val="000000" w:themeColor="text1"/>
                <w:sz w:val="38"/>
                <w:szCs w:val="38"/>
                <w:rtl/>
              </w:rPr>
              <w:t>الفردي</w:t>
            </w:r>
          </w:p>
        </w:tc>
        <w:tc>
          <w:tcPr>
            <w:tcW w:w="3324" w:type="dxa"/>
            <w:shd w:val="clear" w:color="auto" w:fill="EDF4FA"/>
            <w:vAlign w:val="center"/>
          </w:tcPr>
          <w:p w:rsidR="00FD5E07" w:rsidRPr="005117ED" w:rsidRDefault="00FD5E07" w:rsidP="00330D1B">
            <w:pPr>
              <w:spacing w:before="0"/>
              <w:jc w:val="center"/>
              <w:rPr>
                <w:rFonts w:cs="Sakkal Majalla"/>
                <w:color w:val="000000" w:themeColor="text1"/>
                <w:sz w:val="38"/>
                <w:szCs w:val="38"/>
              </w:rPr>
            </w:pPr>
            <w:r w:rsidRPr="005117ED">
              <w:rPr>
                <w:rFonts w:cs="Sakkal Majalla"/>
                <w:color w:val="000000" w:themeColor="text1"/>
                <w:sz w:val="38"/>
                <w:szCs w:val="38"/>
              </w:rPr>
              <w:t>3.71</w:t>
            </w:r>
          </w:p>
        </w:tc>
        <w:tc>
          <w:tcPr>
            <w:tcW w:w="3324" w:type="dxa"/>
            <w:shd w:val="clear" w:color="auto" w:fill="EDF4FA"/>
            <w:vAlign w:val="center"/>
          </w:tcPr>
          <w:p w:rsidR="00FD5E07" w:rsidRPr="005117ED" w:rsidRDefault="00FD5E07" w:rsidP="00330D1B">
            <w:pPr>
              <w:spacing w:before="0"/>
              <w:jc w:val="right"/>
              <w:rPr>
                <w:rFonts w:cs="Sakkal Majalla"/>
                <w:color w:val="000000" w:themeColor="text1"/>
                <w:sz w:val="38"/>
                <w:szCs w:val="38"/>
              </w:rPr>
            </w:pPr>
            <w:r w:rsidRPr="005117ED">
              <w:rPr>
                <w:rFonts w:ascii="Arial" w:hAnsi="Arial" w:cs="Arial"/>
                <w:color w:val="000000" w:themeColor="text1"/>
                <w:sz w:val="38"/>
                <w:szCs w:val="38"/>
              </w:rPr>
              <w:t>██████████████████</w:t>
            </w:r>
          </w:p>
        </w:tc>
      </w:tr>
    </w:tbl>
    <w:p w:rsidR="00FD5E07" w:rsidRPr="005117ED" w:rsidRDefault="00FD5E07" w:rsidP="00FD5E07">
      <w:pPr>
        <w:spacing w:before="0"/>
        <w:jc w:val="both"/>
        <w:rPr>
          <w:rFonts w:cs="Sakkal Majalla"/>
          <w:color w:val="000000" w:themeColor="text1"/>
          <w:sz w:val="38"/>
          <w:szCs w:val="38"/>
        </w:rPr>
      </w:pPr>
    </w:p>
    <w:p w:rsidR="00FD5E07" w:rsidRPr="005117ED" w:rsidRDefault="00FD5E07" w:rsidP="00FD5E07">
      <w:pPr>
        <w:spacing w:before="0"/>
        <w:jc w:val="both"/>
        <w:rPr>
          <w:rFonts w:cs="Sakkal Majalla"/>
          <w:color w:val="000000" w:themeColor="text1"/>
          <w:sz w:val="38"/>
          <w:szCs w:val="38"/>
        </w:rPr>
      </w:pPr>
      <w:r w:rsidRPr="005117ED">
        <w:rPr>
          <w:rFonts w:cs="Sakkal Majalla"/>
          <w:noProof/>
          <w:color w:val="000000" w:themeColor="text1"/>
          <w:sz w:val="38"/>
          <w:szCs w:val="38"/>
        </w:rPr>
        <w:drawing>
          <wp:inline distT="0" distB="0" distL="0" distR="0" wp14:anchorId="0B045250" wp14:editId="3FD685C7">
            <wp:extent cx="5328000" cy="315975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adership_means.png"/>
                    <pic:cNvPicPr/>
                  </pic:nvPicPr>
                  <pic:blipFill>
                    <a:blip r:embed="rId12"/>
                    <a:stretch>
                      <a:fillRect/>
                    </a:stretch>
                  </pic:blipFill>
                  <pic:spPr>
                    <a:xfrm>
                      <a:off x="0" y="0"/>
                      <a:ext cx="5328000" cy="3159754"/>
                    </a:xfrm>
                    <a:prstGeom prst="rect">
                      <a:avLst/>
                    </a:prstGeom>
                  </pic:spPr>
                </pic:pic>
              </a:graphicData>
            </a:graphic>
          </wp:inline>
        </w:drawing>
      </w:r>
    </w:p>
    <w:p w:rsidR="00330D1B" w:rsidRDefault="00330D1B">
      <w:pPr>
        <w:bidi w:val="0"/>
        <w:spacing w:before="0" w:after="160" w:line="259" w:lineRule="auto"/>
        <w:ind w:firstLine="0"/>
        <w:jc w:val="left"/>
        <w:rPr>
          <w:rFonts w:cs="Sakkal Majalla"/>
          <w:b/>
          <w:bCs/>
          <w:color w:val="000000" w:themeColor="text1"/>
          <w:sz w:val="38"/>
          <w:szCs w:val="38"/>
          <w:rtl/>
        </w:rPr>
      </w:pPr>
      <w:r>
        <w:rPr>
          <w:rFonts w:cs="Sakkal Majalla"/>
          <w:b/>
          <w:bCs/>
          <w:color w:val="000000" w:themeColor="text1"/>
          <w:sz w:val="38"/>
          <w:szCs w:val="38"/>
          <w:rtl/>
        </w:rPr>
        <w:br w:type="page"/>
      </w:r>
    </w:p>
    <w:p w:rsidR="00FD5E07" w:rsidRPr="005117ED" w:rsidRDefault="00FD5E07" w:rsidP="00330D1B">
      <w:pPr>
        <w:spacing w:before="0"/>
        <w:jc w:val="center"/>
        <w:rPr>
          <w:rFonts w:cs="Sakkal Majalla"/>
          <w:color w:val="000000" w:themeColor="text1"/>
          <w:sz w:val="38"/>
          <w:szCs w:val="38"/>
        </w:rPr>
      </w:pPr>
      <w:r w:rsidRPr="005117ED">
        <w:rPr>
          <w:rFonts w:cs="Sakkal Majalla"/>
          <w:b/>
          <w:bCs/>
          <w:color w:val="000000" w:themeColor="text1"/>
          <w:sz w:val="38"/>
          <w:szCs w:val="38"/>
          <w:rtl/>
        </w:rPr>
        <w:lastRenderedPageBreak/>
        <w:t>جدول</w:t>
      </w:r>
      <w:r w:rsidRPr="005117ED">
        <w:rPr>
          <w:rFonts w:cs="Sakkal Majalla"/>
          <w:b/>
          <w:color w:val="000000" w:themeColor="text1"/>
          <w:sz w:val="38"/>
          <w:szCs w:val="38"/>
        </w:rPr>
        <w:t xml:space="preserve"> (19</w:t>
      </w:r>
      <w:proofErr w:type="gramStart"/>
      <w:r w:rsidRPr="005117ED">
        <w:rPr>
          <w:rFonts w:cs="Sakkal Majalla"/>
          <w:b/>
          <w:color w:val="000000" w:themeColor="text1"/>
          <w:sz w:val="38"/>
          <w:szCs w:val="38"/>
        </w:rPr>
        <w:t>)</w:t>
      </w:r>
      <w:r w:rsidR="00330D1B">
        <w:rPr>
          <w:rFonts w:cs="Sakkal Majalla" w:hint="cs"/>
          <w:b/>
          <w:color w:val="000000" w:themeColor="text1"/>
          <w:sz w:val="38"/>
          <w:szCs w:val="38"/>
          <w:rtl/>
        </w:rPr>
        <w:t xml:space="preserve"> </w:t>
      </w:r>
      <w:r w:rsidRPr="005117ED">
        <w:rPr>
          <w:rFonts w:cs="Sakkal Majalla"/>
          <w:b/>
          <w:color w:val="000000" w:themeColor="text1"/>
          <w:sz w:val="38"/>
          <w:szCs w:val="38"/>
        </w:rPr>
        <w:t>:</w:t>
      </w:r>
      <w:proofErr w:type="gramEnd"/>
      <w:r w:rsidR="00330D1B">
        <w:rPr>
          <w:rFonts w:cs="Sakkal Majalla" w:hint="cs"/>
          <w:b/>
          <w:color w:val="000000" w:themeColor="text1"/>
          <w:sz w:val="38"/>
          <w:szCs w:val="38"/>
          <w:rtl/>
        </w:rPr>
        <w:t xml:space="preserve"> </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النتائج</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الوصفية</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التفصيلية</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لفقرات</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الإبداع</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التنظيمي</w:t>
      </w:r>
    </w:p>
    <w:tbl>
      <w:tblPr>
        <w:tblStyle w:val="aa"/>
        <w:bidiVisual/>
        <w:tblW w:w="0" w:type="auto"/>
        <w:jc w:val="center"/>
        <w:tblLook w:val="04A0" w:firstRow="1" w:lastRow="0" w:firstColumn="1" w:lastColumn="0" w:noHBand="0" w:noVBand="1"/>
      </w:tblPr>
      <w:tblGrid>
        <w:gridCol w:w="811"/>
        <w:gridCol w:w="5329"/>
        <w:gridCol w:w="1183"/>
        <w:gridCol w:w="1228"/>
        <w:gridCol w:w="1134"/>
      </w:tblGrid>
      <w:tr w:rsidR="00FD5E07" w:rsidRPr="005117ED" w:rsidTr="00330D1B">
        <w:trPr>
          <w:tblHeader/>
          <w:jc w:val="center"/>
        </w:trPr>
        <w:tc>
          <w:tcPr>
            <w:tcW w:w="680" w:type="dxa"/>
            <w:shd w:val="clear" w:color="auto" w:fill="FFE599" w:themeFill="accent4" w:themeFillTint="66"/>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b/>
                <w:bCs/>
                <w:color w:val="000000" w:themeColor="text1"/>
                <w:sz w:val="38"/>
                <w:szCs w:val="38"/>
                <w:rtl/>
              </w:rPr>
              <w:t>الرقم</w:t>
            </w:r>
          </w:p>
        </w:tc>
        <w:tc>
          <w:tcPr>
            <w:tcW w:w="5329" w:type="dxa"/>
            <w:shd w:val="clear" w:color="auto" w:fill="FFE599" w:themeFill="accent4" w:themeFillTint="66"/>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b/>
                <w:bCs/>
                <w:color w:val="000000" w:themeColor="text1"/>
                <w:sz w:val="38"/>
                <w:szCs w:val="38"/>
                <w:rtl/>
              </w:rPr>
              <w:t>الفقرة</w:t>
            </w:r>
          </w:p>
        </w:tc>
        <w:tc>
          <w:tcPr>
            <w:tcW w:w="1020" w:type="dxa"/>
            <w:shd w:val="clear" w:color="auto" w:fill="FFE599" w:themeFill="accent4" w:themeFillTint="66"/>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b/>
                <w:bCs/>
                <w:color w:val="000000" w:themeColor="text1"/>
                <w:sz w:val="38"/>
                <w:szCs w:val="38"/>
                <w:rtl/>
              </w:rPr>
              <w:t>المتوسط</w:t>
            </w:r>
          </w:p>
        </w:tc>
        <w:tc>
          <w:tcPr>
            <w:tcW w:w="1020" w:type="dxa"/>
            <w:shd w:val="clear" w:color="auto" w:fill="FFE599" w:themeFill="accent4" w:themeFillTint="66"/>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b/>
                <w:bCs/>
                <w:color w:val="000000" w:themeColor="text1"/>
                <w:sz w:val="38"/>
                <w:szCs w:val="38"/>
                <w:rtl/>
              </w:rPr>
              <w:t>الانحراف</w:t>
            </w:r>
          </w:p>
        </w:tc>
        <w:tc>
          <w:tcPr>
            <w:tcW w:w="1134" w:type="dxa"/>
            <w:shd w:val="clear" w:color="auto" w:fill="FFE599" w:themeFill="accent4" w:themeFillTint="66"/>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b/>
                <w:bCs/>
                <w:color w:val="000000" w:themeColor="text1"/>
                <w:sz w:val="38"/>
                <w:szCs w:val="38"/>
                <w:rtl/>
              </w:rPr>
              <w:t>المستوى</w:t>
            </w:r>
          </w:p>
        </w:tc>
      </w:tr>
      <w:tr w:rsidR="00FD5E07" w:rsidRPr="005117ED" w:rsidTr="00330D1B">
        <w:trPr>
          <w:jc w:val="center"/>
        </w:trPr>
        <w:tc>
          <w:tcPr>
            <w:tcW w:w="680"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33</w:t>
            </w:r>
          </w:p>
        </w:tc>
        <w:tc>
          <w:tcPr>
            <w:tcW w:w="5329"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يبادر</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العاملون</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حل</w:t>
            </w:r>
            <w:r w:rsidRPr="005117ED">
              <w:rPr>
                <w:rFonts w:cs="Sakkal Majalla"/>
                <w:color w:val="000000" w:themeColor="text1"/>
                <w:sz w:val="38"/>
                <w:szCs w:val="38"/>
              </w:rPr>
              <w:t xml:space="preserve"> </w:t>
            </w:r>
            <w:r w:rsidRPr="005117ED">
              <w:rPr>
                <w:rFonts w:cs="Sakkal Majalla"/>
                <w:color w:val="000000" w:themeColor="text1"/>
                <w:sz w:val="38"/>
                <w:szCs w:val="38"/>
                <w:rtl/>
              </w:rPr>
              <w:t>المشكلات</w:t>
            </w:r>
            <w:r w:rsidRPr="005117ED">
              <w:rPr>
                <w:rFonts w:cs="Sakkal Majalla"/>
                <w:color w:val="000000" w:themeColor="text1"/>
                <w:sz w:val="38"/>
                <w:szCs w:val="38"/>
              </w:rPr>
              <w:t xml:space="preserve"> </w:t>
            </w:r>
            <w:r w:rsidRPr="005117ED">
              <w:rPr>
                <w:rFonts w:cs="Sakkal Majalla"/>
                <w:color w:val="000000" w:themeColor="text1"/>
                <w:sz w:val="38"/>
                <w:szCs w:val="38"/>
                <w:rtl/>
              </w:rPr>
              <w:t>دون</w:t>
            </w:r>
            <w:r w:rsidRPr="005117ED">
              <w:rPr>
                <w:rFonts w:cs="Sakkal Majalla"/>
                <w:color w:val="000000" w:themeColor="text1"/>
                <w:sz w:val="38"/>
                <w:szCs w:val="38"/>
              </w:rPr>
              <w:t xml:space="preserve"> </w:t>
            </w:r>
            <w:r w:rsidRPr="005117ED">
              <w:rPr>
                <w:rFonts w:cs="Sakkal Majalla"/>
                <w:color w:val="000000" w:themeColor="text1"/>
                <w:sz w:val="38"/>
                <w:szCs w:val="38"/>
                <w:rtl/>
              </w:rPr>
              <w:t>انتظار</w:t>
            </w:r>
            <w:r w:rsidRPr="005117ED">
              <w:rPr>
                <w:rFonts w:cs="Sakkal Majalla"/>
                <w:color w:val="000000" w:themeColor="text1"/>
                <w:sz w:val="38"/>
                <w:szCs w:val="38"/>
              </w:rPr>
              <w:t xml:space="preserve"> </w:t>
            </w:r>
            <w:r w:rsidRPr="005117ED">
              <w:rPr>
                <w:rFonts w:cs="Sakkal Majalla"/>
                <w:color w:val="000000" w:themeColor="text1"/>
                <w:sz w:val="38"/>
                <w:szCs w:val="38"/>
                <w:rtl/>
              </w:rPr>
              <w:t>توجيه</w:t>
            </w:r>
            <w:r w:rsidRPr="005117ED">
              <w:rPr>
                <w:rFonts w:cs="Sakkal Majalla"/>
                <w:color w:val="000000" w:themeColor="text1"/>
                <w:sz w:val="38"/>
                <w:szCs w:val="38"/>
              </w:rPr>
              <w:t xml:space="preserve"> </w:t>
            </w:r>
            <w:r w:rsidRPr="005117ED">
              <w:rPr>
                <w:rFonts w:cs="Sakkal Majalla"/>
                <w:color w:val="000000" w:themeColor="text1"/>
                <w:sz w:val="38"/>
                <w:szCs w:val="38"/>
                <w:rtl/>
              </w:rPr>
              <w:t>دائم</w:t>
            </w:r>
            <w:r w:rsidRPr="005117ED">
              <w:rPr>
                <w:rFonts w:cs="Sakkal Majalla"/>
                <w:color w:val="000000" w:themeColor="text1"/>
                <w:sz w:val="38"/>
                <w:szCs w:val="38"/>
              </w:rPr>
              <w:t>.</w:t>
            </w:r>
          </w:p>
        </w:tc>
        <w:tc>
          <w:tcPr>
            <w:tcW w:w="1020"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3.84</w:t>
            </w:r>
          </w:p>
        </w:tc>
        <w:tc>
          <w:tcPr>
            <w:tcW w:w="1020"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0.96</w:t>
            </w:r>
          </w:p>
        </w:tc>
        <w:tc>
          <w:tcPr>
            <w:tcW w:w="1134"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330D1B">
        <w:trPr>
          <w:jc w:val="center"/>
        </w:trPr>
        <w:tc>
          <w:tcPr>
            <w:tcW w:w="680"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34</w:t>
            </w:r>
          </w:p>
        </w:tc>
        <w:tc>
          <w:tcPr>
            <w:tcW w:w="5329"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تتعامل</w:t>
            </w:r>
            <w:r w:rsidRPr="005117ED">
              <w:rPr>
                <w:rFonts w:cs="Sakkal Majalla"/>
                <w:color w:val="000000" w:themeColor="text1"/>
                <w:sz w:val="38"/>
                <w:szCs w:val="38"/>
              </w:rPr>
              <w:t xml:space="preserve"> </w:t>
            </w:r>
            <w:r w:rsidRPr="005117ED">
              <w:rPr>
                <w:rFonts w:cs="Sakkal Majalla"/>
                <w:color w:val="000000" w:themeColor="text1"/>
                <w:sz w:val="38"/>
                <w:szCs w:val="38"/>
                <w:rtl/>
              </w:rPr>
              <w:t>فرق</w:t>
            </w:r>
            <w:r w:rsidRPr="005117ED">
              <w:rPr>
                <w:rFonts w:cs="Sakkal Majalla"/>
                <w:color w:val="000000" w:themeColor="text1"/>
                <w:sz w:val="38"/>
                <w:szCs w:val="38"/>
              </w:rPr>
              <w:t xml:space="preserve"> </w:t>
            </w:r>
            <w:r w:rsidRPr="005117ED">
              <w:rPr>
                <w:rFonts w:cs="Sakkal Majalla"/>
                <w:color w:val="000000" w:themeColor="text1"/>
                <w:sz w:val="38"/>
                <w:szCs w:val="38"/>
                <w:rtl/>
              </w:rPr>
              <w:t>العمل</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المشكلات</w:t>
            </w:r>
            <w:r w:rsidRPr="005117ED">
              <w:rPr>
                <w:rFonts w:cs="Sakkal Majalla"/>
                <w:color w:val="000000" w:themeColor="text1"/>
                <w:sz w:val="38"/>
                <w:szCs w:val="38"/>
              </w:rPr>
              <w:t xml:space="preserve"> </w:t>
            </w:r>
            <w:r w:rsidRPr="005117ED">
              <w:rPr>
                <w:rFonts w:cs="Sakkal Majalla"/>
                <w:color w:val="000000" w:themeColor="text1"/>
                <w:sz w:val="38"/>
                <w:szCs w:val="38"/>
                <w:rtl/>
              </w:rPr>
              <w:t>بوصفها</w:t>
            </w:r>
            <w:r w:rsidRPr="005117ED">
              <w:rPr>
                <w:rFonts w:cs="Sakkal Majalla"/>
                <w:color w:val="000000" w:themeColor="text1"/>
                <w:sz w:val="38"/>
                <w:szCs w:val="38"/>
              </w:rPr>
              <w:t xml:space="preserve"> </w:t>
            </w:r>
            <w:r w:rsidRPr="005117ED">
              <w:rPr>
                <w:rFonts w:cs="Sakkal Majalla"/>
                <w:color w:val="000000" w:themeColor="text1"/>
                <w:sz w:val="38"/>
                <w:szCs w:val="38"/>
                <w:rtl/>
              </w:rPr>
              <w:t>فرصًا</w:t>
            </w:r>
            <w:r w:rsidRPr="005117ED">
              <w:rPr>
                <w:rFonts w:cs="Sakkal Majalla"/>
                <w:color w:val="000000" w:themeColor="text1"/>
                <w:sz w:val="38"/>
                <w:szCs w:val="38"/>
              </w:rPr>
              <w:t xml:space="preserve"> </w:t>
            </w:r>
            <w:r w:rsidRPr="005117ED">
              <w:rPr>
                <w:rFonts w:cs="Sakkal Majalla"/>
                <w:color w:val="000000" w:themeColor="text1"/>
                <w:sz w:val="38"/>
                <w:szCs w:val="38"/>
                <w:rtl/>
              </w:rPr>
              <w:t>للتحسين</w:t>
            </w:r>
            <w:r w:rsidRPr="005117ED">
              <w:rPr>
                <w:rFonts w:cs="Sakkal Majalla"/>
                <w:color w:val="000000" w:themeColor="text1"/>
                <w:sz w:val="38"/>
                <w:szCs w:val="38"/>
              </w:rPr>
              <w:t>.</w:t>
            </w:r>
          </w:p>
        </w:tc>
        <w:tc>
          <w:tcPr>
            <w:tcW w:w="1020"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3.81</w:t>
            </w:r>
          </w:p>
        </w:tc>
        <w:tc>
          <w:tcPr>
            <w:tcW w:w="1020"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0.99</w:t>
            </w:r>
          </w:p>
        </w:tc>
        <w:tc>
          <w:tcPr>
            <w:tcW w:w="1134"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330D1B">
        <w:trPr>
          <w:jc w:val="center"/>
        </w:trPr>
        <w:tc>
          <w:tcPr>
            <w:tcW w:w="680"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21</w:t>
            </w:r>
          </w:p>
        </w:tc>
        <w:tc>
          <w:tcPr>
            <w:tcW w:w="5329"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أقترح</w:t>
            </w:r>
            <w:r w:rsidRPr="005117ED">
              <w:rPr>
                <w:rFonts w:cs="Sakkal Majalla"/>
                <w:color w:val="000000" w:themeColor="text1"/>
                <w:sz w:val="38"/>
                <w:szCs w:val="38"/>
              </w:rPr>
              <w:t xml:space="preserve"> </w:t>
            </w:r>
            <w:r w:rsidRPr="005117ED">
              <w:rPr>
                <w:rFonts w:cs="Sakkal Majalla"/>
                <w:color w:val="000000" w:themeColor="text1"/>
                <w:sz w:val="38"/>
                <w:szCs w:val="38"/>
                <w:rtl/>
              </w:rPr>
              <w:t>أفكارًا</w:t>
            </w:r>
            <w:r w:rsidRPr="005117ED">
              <w:rPr>
                <w:rFonts w:cs="Sakkal Majalla"/>
                <w:color w:val="000000" w:themeColor="text1"/>
                <w:sz w:val="38"/>
                <w:szCs w:val="38"/>
              </w:rPr>
              <w:t xml:space="preserve"> </w:t>
            </w:r>
            <w:r w:rsidRPr="005117ED">
              <w:rPr>
                <w:rFonts w:cs="Sakkal Majalla"/>
                <w:color w:val="000000" w:themeColor="text1"/>
                <w:sz w:val="38"/>
                <w:szCs w:val="38"/>
                <w:rtl/>
              </w:rPr>
              <w:t>جديدة</w:t>
            </w:r>
            <w:r w:rsidRPr="005117ED">
              <w:rPr>
                <w:rFonts w:cs="Sakkal Majalla"/>
                <w:color w:val="000000" w:themeColor="text1"/>
                <w:sz w:val="38"/>
                <w:szCs w:val="38"/>
              </w:rPr>
              <w:t xml:space="preserve"> </w:t>
            </w:r>
            <w:r w:rsidRPr="005117ED">
              <w:rPr>
                <w:rFonts w:cs="Sakkal Majalla"/>
                <w:color w:val="000000" w:themeColor="text1"/>
                <w:sz w:val="38"/>
                <w:szCs w:val="38"/>
                <w:rtl/>
              </w:rPr>
              <w:t>لتطوير</w:t>
            </w:r>
            <w:r w:rsidRPr="005117ED">
              <w:rPr>
                <w:rFonts w:cs="Sakkal Majalla"/>
                <w:color w:val="000000" w:themeColor="text1"/>
                <w:sz w:val="38"/>
                <w:szCs w:val="38"/>
              </w:rPr>
              <w:t xml:space="preserve"> </w:t>
            </w:r>
            <w:r w:rsidRPr="005117ED">
              <w:rPr>
                <w:rFonts w:cs="Sakkal Majalla"/>
                <w:color w:val="000000" w:themeColor="text1"/>
                <w:sz w:val="38"/>
                <w:szCs w:val="38"/>
                <w:rtl/>
              </w:rPr>
              <w:t>أساليب</w:t>
            </w:r>
            <w:r w:rsidRPr="005117ED">
              <w:rPr>
                <w:rFonts w:cs="Sakkal Majalla"/>
                <w:color w:val="000000" w:themeColor="text1"/>
                <w:sz w:val="38"/>
                <w:szCs w:val="38"/>
              </w:rPr>
              <w:t xml:space="preserve"> </w:t>
            </w:r>
            <w:r w:rsidRPr="005117ED">
              <w:rPr>
                <w:rFonts w:cs="Sakkal Majalla"/>
                <w:color w:val="000000" w:themeColor="text1"/>
                <w:sz w:val="38"/>
                <w:szCs w:val="38"/>
                <w:rtl/>
              </w:rPr>
              <w:t>العمل</w:t>
            </w:r>
            <w:r w:rsidRPr="005117ED">
              <w:rPr>
                <w:rFonts w:cs="Sakkal Majalla"/>
                <w:color w:val="000000" w:themeColor="text1"/>
                <w:sz w:val="38"/>
                <w:szCs w:val="38"/>
              </w:rPr>
              <w:t>.</w:t>
            </w:r>
          </w:p>
        </w:tc>
        <w:tc>
          <w:tcPr>
            <w:tcW w:w="1020"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3.79</w:t>
            </w:r>
          </w:p>
        </w:tc>
        <w:tc>
          <w:tcPr>
            <w:tcW w:w="1020"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0.97</w:t>
            </w:r>
          </w:p>
        </w:tc>
        <w:tc>
          <w:tcPr>
            <w:tcW w:w="1134"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330D1B">
        <w:trPr>
          <w:jc w:val="center"/>
        </w:trPr>
        <w:tc>
          <w:tcPr>
            <w:tcW w:w="680"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35</w:t>
            </w:r>
          </w:p>
        </w:tc>
        <w:tc>
          <w:tcPr>
            <w:tcW w:w="5329"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تدعم</w:t>
            </w:r>
            <w:r w:rsidRPr="005117ED">
              <w:rPr>
                <w:rFonts w:cs="Sakkal Majalla"/>
                <w:color w:val="000000" w:themeColor="text1"/>
                <w:sz w:val="38"/>
                <w:szCs w:val="38"/>
              </w:rPr>
              <w:t xml:space="preserve"> </w:t>
            </w:r>
            <w:r w:rsidRPr="005117ED">
              <w:rPr>
                <w:rFonts w:cs="Sakkal Majalla"/>
                <w:color w:val="000000" w:themeColor="text1"/>
                <w:sz w:val="38"/>
                <w:szCs w:val="38"/>
                <w:rtl/>
              </w:rPr>
              <w:t>الإدارة</w:t>
            </w:r>
            <w:r w:rsidRPr="005117ED">
              <w:rPr>
                <w:rFonts w:cs="Sakkal Majalla"/>
                <w:color w:val="000000" w:themeColor="text1"/>
                <w:sz w:val="38"/>
                <w:szCs w:val="38"/>
              </w:rPr>
              <w:t xml:space="preserve"> </w:t>
            </w:r>
            <w:r w:rsidRPr="005117ED">
              <w:rPr>
                <w:rFonts w:cs="Sakkal Majalla"/>
                <w:color w:val="000000" w:themeColor="text1"/>
                <w:sz w:val="38"/>
                <w:szCs w:val="38"/>
                <w:rtl/>
              </w:rPr>
              <w:t>المبادرات</w:t>
            </w:r>
            <w:r w:rsidRPr="005117ED">
              <w:rPr>
                <w:rFonts w:cs="Sakkal Majalla"/>
                <w:color w:val="000000" w:themeColor="text1"/>
                <w:sz w:val="38"/>
                <w:szCs w:val="38"/>
              </w:rPr>
              <w:t xml:space="preserve"> </w:t>
            </w:r>
            <w:r w:rsidRPr="005117ED">
              <w:rPr>
                <w:rFonts w:cs="Sakkal Majalla"/>
                <w:color w:val="000000" w:themeColor="text1"/>
                <w:sz w:val="38"/>
                <w:szCs w:val="38"/>
                <w:rtl/>
              </w:rPr>
              <w:t>التي</w:t>
            </w:r>
            <w:r w:rsidRPr="005117ED">
              <w:rPr>
                <w:rFonts w:cs="Sakkal Majalla"/>
                <w:color w:val="000000" w:themeColor="text1"/>
                <w:sz w:val="38"/>
                <w:szCs w:val="38"/>
              </w:rPr>
              <w:t xml:space="preserve"> </w:t>
            </w:r>
            <w:r w:rsidRPr="005117ED">
              <w:rPr>
                <w:rFonts w:cs="Sakkal Majalla"/>
                <w:color w:val="000000" w:themeColor="text1"/>
                <w:sz w:val="38"/>
                <w:szCs w:val="38"/>
                <w:rtl/>
              </w:rPr>
              <w:t>تقلل</w:t>
            </w:r>
            <w:r w:rsidRPr="005117ED">
              <w:rPr>
                <w:rFonts w:cs="Sakkal Majalla"/>
                <w:color w:val="000000" w:themeColor="text1"/>
                <w:sz w:val="38"/>
                <w:szCs w:val="38"/>
              </w:rPr>
              <w:t xml:space="preserve"> </w:t>
            </w:r>
            <w:r w:rsidRPr="005117ED">
              <w:rPr>
                <w:rFonts w:cs="Sakkal Majalla"/>
                <w:color w:val="000000" w:themeColor="text1"/>
                <w:sz w:val="38"/>
                <w:szCs w:val="38"/>
                <w:rtl/>
              </w:rPr>
              <w:t>الهدر</w:t>
            </w:r>
            <w:r w:rsidRPr="005117ED">
              <w:rPr>
                <w:rFonts w:cs="Sakkal Majalla"/>
                <w:color w:val="000000" w:themeColor="text1"/>
                <w:sz w:val="38"/>
                <w:szCs w:val="38"/>
              </w:rPr>
              <w:t xml:space="preserve"> </w:t>
            </w:r>
            <w:r w:rsidRPr="005117ED">
              <w:rPr>
                <w:rFonts w:cs="Sakkal Majalla"/>
                <w:color w:val="000000" w:themeColor="text1"/>
                <w:sz w:val="38"/>
                <w:szCs w:val="38"/>
                <w:rtl/>
              </w:rPr>
              <w:t>أو</w:t>
            </w:r>
            <w:r w:rsidRPr="005117ED">
              <w:rPr>
                <w:rFonts w:cs="Sakkal Majalla"/>
                <w:color w:val="000000" w:themeColor="text1"/>
                <w:sz w:val="38"/>
                <w:szCs w:val="38"/>
              </w:rPr>
              <w:t xml:space="preserve"> </w:t>
            </w:r>
            <w:r w:rsidRPr="005117ED">
              <w:rPr>
                <w:rFonts w:cs="Sakkal Majalla"/>
                <w:color w:val="000000" w:themeColor="text1"/>
                <w:sz w:val="38"/>
                <w:szCs w:val="38"/>
                <w:rtl/>
              </w:rPr>
              <w:t>تحسن</w:t>
            </w:r>
            <w:r w:rsidRPr="005117ED">
              <w:rPr>
                <w:rFonts w:cs="Sakkal Majalla"/>
                <w:color w:val="000000" w:themeColor="text1"/>
                <w:sz w:val="38"/>
                <w:szCs w:val="38"/>
              </w:rPr>
              <w:t xml:space="preserve"> </w:t>
            </w:r>
            <w:r w:rsidRPr="005117ED">
              <w:rPr>
                <w:rFonts w:cs="Sakkal Majalla"/>
                <w:color w:val="000000" w:themeColor="text1"/>
                <w:sz w:val="38"/>
                <w:szCs w:val="38"/>
                <w:rtl/>
              </w:rPr>
              <w:t>الجودة</w:t>
            </w:r>
            <w:r w:rsidRPr="005117ED">
              <w:rPr>
                <w:rFonts w:cs="Sakkal Majalla"/>
                <w:color w:val="000000" w:themeColor="text1"/>
                <w:sz w:val="38"/>
                <w:szCs w:val="38"/>
              </w:rPr>
              <w:t>.</w:t>
            </w:r>
          </w:p>
        </w:tc>
        <w:tc>
          <w:tcPr>
            <w:tcW w:w="1020"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3.77</w:t>
            </w:r>
          </w:p>
        </w:tc>
        <w:tc>
          <w:tcPr>
            <w:tcW w:w="1020"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0.93</w:t>
            </w:r>
          </w:p>
        </w:tc>
        <w:tc>
          <w:tcPr>
            <w:tcW w:w="1134"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330D1B">
        <w:trPr>
          <w:jc w:val="center"/>
        </w:trPr>
        <w:tc>
          <w:tcPr>
            <w:tcW w:w="680"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22</w:t>
            </w:r>
          </w:p>
        </w:tc>
        <w:tc>
          <w:tcPr>
            <w:tcW w:w="5329"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أبحث</w:t>
            </w:r>
            <w:r w:rsidRPr="005117ED">
              <w:rPr>
                <w:rFonts w:cs="Sakkal Majalla"/>
                <w:color w:val="000000" w:themeColor="text1"/>
                <w:sz w:val="38"/>
                <w:szCs w:val="38"/>
              </w:rPr>
              <w:t xml:space="preserve"> </w:t>
            </w:r>
            <w:r w:rsidRPr="005117ED">
              <w:rPr>
                <w:rFonts w:cs="Sakkal Majalla"/>
                <w:color w:val="000000" w:themeColor="text1"/>
                <w:sz w:val="38"/>
                <w:szCs w:val="38"/>
                <w:rtl/>
              </w:rPr>
              <w:t>عن</w:t>
            </w:r>
            <w:r w:rsidRPr="005117ED">
              <w:rPr>
                <w:rFonts w:cs="Sakkal Majalla"/>
                <w:color w:val="000000" w:themeColor="text1"/>
                <w:sz w:val="38"/>
                <w:szCs w:val="38"/>
              </w:rPr>
              <w:t xml:space="preserve"> </w:t>
            </w:r>
            <w:r w:rsidRPr="005117ED">
              <w:rPr>
                <w:rFonts w:cs="Sakkal Majalla"/>
                <w:color w:val="000000" w:themeColor="text1"/>
                <w:sz w:val="38"/>
                <w:szCs w:val="38"/>
                <w:rtl/>
              </w:rPr>
              <w:t>طرق</w:t>
            </w:r>
            <w:r w:rsidRPr="005117ED">
              <w:rPr>
                <w:rFonts w:cs="Sakkal Majalla"/>
                <w:color w:val="000000" w:themeColor="text1"/>
                <w:sz w:val="38"/>
                <w:szCs w:val="38"/>
              </w:rPr>
              <w:t xml:space="preserve"> </w:t>
            </w:r>
            <w:r w:rsidRPr="005117ED">
              <w:rPr>
                <w:rFonts w:cs="Sakkal Majalla"/>
                <w:color w:val="000000" w:themeColor="text1"/>
                <w:sz w:val="38"/>
                <w:szCs w:val="38"/>
                <w:rtl/>
              </w:rPr>
              <w:t>مختلفة</w:t>
            </w:r>
            <w:r w:rsidRPr="005117ED">
              <w:rPr>
                <w:rFonts w:cs="Sakkal Majalla"/>
                <w:color w:val="000000" w:themeColor="text1"/>
                <w:sz w:val="38"/>
                <w:szCs w:val="38"/>
              </w:rPr>
              <w:t xml:space="preserve"> </w:t>
            </w:r>
            <w:r w:rsidRPr="005117ED">
              <w:rPr>
                <w:rFonts w:cs="Sakkal Majalla"/>
                <w:color w:val="000000" w:themeColor="text1"/>
                <w:sz w:val="38"/>
                <w:szCs w:val="38"/>
                <w:rtl/>
              </w:rPr>
              <w:t>لإنجاز</w:t>
            </w:r>
            <w:r w:rsidRPr="005117ED">
              <w:rPr>
                <w:rFonts w:cs="Sakkal Majalla"/>
                <w:color w:val="000000" w:themeColor="text1"/>
                <w:sz w:val="38"/>
                <w:szCs w:val="38"/>
              </w:rPr>
              <w:t xml:space="preserve"> </w:t>
            </w:r>
            <w:r w:rsidRPr="005117ED">
              <w:rPr>
                <w:rFonts w:cs="Sakkal Majalla"/>
                <w:color w:val="000000" w:themeColor="text1"/>
                <w:sz w:val="38"/>
                <w:szCs w:val="38"/>
                <w:rtl/>
              </w:rPr>
              <w:t>المهام</w:t>
            </w:r>
            <w:r w:rsidRPr="005117ED">
              <w:rPr>
                <w:rFonts w:cs="Sakkal Majalla"/>
                <w:color w:val="000000" w:themeColor="text1"/>
                <w:sz w:val="38"/>
                <w:szCs w:val="38"/>
              </w:rPr>
              <w:t>.</w:t>
            </w:r>
          </w:p>
        </w:tc>
        <w:tc>
          <w:tcPr>
            <w:tcW w:w="1020"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3.76</w:t>
            </w:r>
          </w:p>
        </w:tc>
        <w:tc>
          <w:tcPr>
            <w:tcW w:w="1020"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1.02</w:t>
            </w:r>
          </w:p>
        </w:tc>
        <w:tc>
          <w:tcPr>
            <w:tcW w:w="1134"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330D1B">
        <w:trPr>
          <w:jc w:val="center"/>
        </w:trPr>
        <w:tc>
          <w:tcPr>
            <w:tcW w:w="680"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29</w:t>
            </w:r>
          </w:p>
        </w:tc>
        <w:tc>
          <w:tcPr>
            <w:tcW w:w="5329"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تستجيب</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المنشأة</w:t>
            </w:r>
            <w:r w:rsidRPr="005117ED">
              <w:rPr>
                <w:rFonts w:cs="Sakkal Majalla"/>
                <w:color w:val="000000" w:themeColor="text1"/>
                <w:sz w:val="38"/>
                <w:szCs w:val="38"/>
              </w:rPr>
              <w:t xml:space="preserve"> </w:t>
            </w:r>
            <w:r w:rsidRPr="005117ED">
              <w:rPr>
                <w:rFonts w:cs="Sakkal Majalla"/>
                <w:color w:val="000000" w:themeColor="text1"/>
                <w:sz w:val="38"/>
                <w:szCs w:val="38"/>
                <w:rtl/>
              </w:rPr>
              <w:t>بسرعة</w:t>
            </w:r>
            <w:r w:rsidRPr="005117ED">
              <w:rPr>
                <w:rFonts w:cs="Sakkal Majalla"/>
                <w:color w:val="000000" w:themeColor="text1"/>
                <w:sz w:val="38"/>
                <w:szCs w:val="38"/>
              </w:rPr>
              <w:t xml:space="preserve"> </w:t>
            </w:r>
            <w:r w:rsidRPr="005117ED">
              <w:rPr>
                <w:rFonts w:cs="Sakkal Majalla"/>
                <w:color w:val="000000" w:themeColor="text1"/>
                <w:sz w:val="38"/>
                <w:szCs w:val="38"/>
                <w:rtl/>
              </w:rPr>
              <w:t>للتغيرات</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السوق</w:t>
            </w:r>
            <w:r w:rsidRPr="005117ED">
              <w:rPr>
                <w:rFonts w:cs="Sakkal Majalla"/>
                <w:color w:val="000000" w:themeColor="text1"/>
                <w:sz w:val="38"/>
                <w:szCs w:val="38"/>
              </w:rPr>
              <w:t>.</w:t>
            </w:r>
          </w:p>
        </w:tc>
        <w:tc>
          <w:tcPr>
            <w:tcW w:w="1020"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3.76</w:t>
            </w:r>
          </w:p>
        </w:tc>
        <w:tc>
          <w:tcPr>
            <w:tcW w:w="1020"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0.93</w:t>
            </w:r>
          </w:p>
        </w:tc>
        <w:tc>
          <w:tcPr>
            <w:tcW w:w="1134"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330D1B">
        <w:trPr>
          <w:jc w:val="center"/>
        </w:trPr>
        <w:tc>
          <w:tcPr>
            <w:tcW w:w="680"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36</w:t>
            </w:r>
          </w:p>
        </w:tc>
        <w:tc>
          <w:tcPr>
            <w:tcW w:w="5329"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توجد</w:t>
            </w:r>
            <w:r w:rsidRPr="005117ED">
              <w:rPr>
                <w:rFonts w:cs="Sakkal Majalla"/>
                <w:color w:val="000000" w:themeColor="text1"/>
                <w:sz w:val="38"/>
                <w:szCs w:val="38"/>
              </w:rPr>
              <w:t xml:space="preserve"> </w:t>
            </w:r>
            <w:r w:rsidRPr="005117ED">
              <w:rPr>
                <w:rFonts w:cs="Sakkal Majalla"/>
                <w:color w:val="000000" w:themeColor="text1"/>
                <w:sz w:val="38"/>
                <w:szCs w:val="38"/>
                <w:rtl/>
              </w:rPr>
              <w:t>متابعة</w:t>
            </w:r>
            <w:r w:rsidRPr="005117ED">
              <w:rPr>
                <w:rFonts w:cs="Sakkal Majalla"/>
                <w:color w:val="000000" w:themeColor="text1"/>
                <w:sz w:val="38"/>
                <w:szCs w:val="38"/>
              </w:rPr>
              <w:t xml:space="preserve"> </w:t>
            </w:r>
            <w:r w:rsidRPr="005117ED">
              <w:rPr>
                <w:rFonts w:cs="Sakkal Majalla"/>
                <w:color w:val="000000" w:themeColor="text1"/>
                <w:sz w:val="38"/>
                <w:szCs w:val="38"/>
                <w:rtl/>
              </w:rPr>
              <w:t>للمبادرات</w:t>
            </w:r>
            <w:r w:rsidRPr="005117ED">
              <w:rPr>
                <w:rFonts w:cs="Sakkal Majalla"/>
                <w:color w:val="000000" w:themeColor="text1"/>
                <w:sz w:val="38"/>
                <w:szCs w:val="38"/>
              </w:rPr>
              <w:t xml:space="preserve"> </w:t>
            </w:r>
            <w:r w:rsidRPr="005117ED">
              <w:rPr>
                <w:rFonts w:cs="Sakkal Majalla"/>
                <w:color w:val="000000" w:themeColor="text1"/>
                <w:sz w:val="38"/>
                <w:szCs w:val="38"/>
                <w:rtl/>
              </w:rPr>
              <w:t>التطويرية</w:t>
            </w:r>
            <w:r w:rsidRPr="005117ED">
              <w:rPr>
                <w:rFonts w:cs="Sakkal Majalla"/>
                <w:color w:val="000000" w:themeColor="text1"/>
                <w:sz w:val="38"/>
                <w:szCs w:val="38"/>
              </w:rPr>
              <w:t xml:space="preserve"> </w:t>
            </w:r>
            <w:r w:rsidRPr="005117ED">
              <w:rPr>
                <w:rFonts w:cs="Sakkal Majalla"/>
                <w:color w:val="000000" w:themeColor="text1"/>
                <w:sz w:val="38"/>
                <w:szCs w:val="38"/>
                <w:rtl/>
              </w:rPr>
              <w:t>حتى</w:t>
            </w:r>
            <w:r w:rsidRPr="005117ED">
              <w:rPr>
                <w:rFonts w:cs="Sakkal Majalla"/>
                <w:color w:val="000000" w:themeColor="text1"/>
                <w:sz w:val="38"/>
                <w:szCs w:val="38"/>
              </w:rPr>
              <w:t xml:space="preserve"> </w:t>
            </w:r>
            <w:r w:rsidRPr="005117ED">
              <w:rPr>
                <w:rFonts w:cs="Sakkal Majalla"/>
                <w:color w:val="000000" w:themeColor="text1"/>
                <w:sz w:val="38"/>
                <w:szCs w:val="38"/>
                <w:rtl/>
              </w:rPr>
              <w:t>تتحقق</w:t>
            </w:r>
            <w:r w:rsidRPr="005117ED">
              <w:rPr>
                <w:rFonts w:cs="Sakkal Majalla"/>
                <w:color w:val="000000" w:themeColor="text1"/>
                <w:sz w:val="38"/>
                <w:szCs w:val="38"/>
              </w:rPr>
              <w:t xml:space="preserve"> </w:t>
            </w:r>
            <w:r w:rsidRPr="005117ED">
              <w:rPr>
                <w:rFonts w:cs="Sakkal Majalla"/>
                <w:color w:val="000000" w:themeColor="text1"/>
                <w:sz w:val="38"/>
                <w:szCs w:val="38"/>
                <w:rtl/>
              </w:rPr>
              <w:t>نتائجها</w:t>
            </w:r>
            <w:r w:rsidRPr="005117ED">
              <w:rPr>
                <w:rFonts w:cs="Sakkal Majalla"/>
                <w:color w:val="000000" w:themeColor="text1"/>
                <w:sz w:val="38"/>
                <w:szCs w:val="38"/>
              </w:rPr>
              <w:t>.</w:t>
            </w:r>
          </w:p>
        </w:tc>
        <w:tc>
          <w:tcPr>
            <w:tcW w:w="1020"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3.74</w:t>
            </w:r>
          </w:p>
        </w:tc>
        <w:tc>
          <w:tcPr>
            <w:tcW w:w="1020"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0.97</w:t>
            </w:r>
          </w:p>
        </w:tc>
        <w:tc>
          <w:tcPr>
            <w:tcW w:w="1134"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330D1B">
        <w:trPr>
          <w:jc w:val="center"/>
        </w:trPr>
        <w:tc>
          <w:tcPr>
            <w:tcW w:w="680"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30</w:t>
            </w:r>
          </w:p>
        </w:tc>
        <w:tc>
          <w:tcPr>
            <w:tcW w:w="5329"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يمكن</w:t>
            </w:r>
            <w:r w:rsidRPr="005117ED">
              <w:rPr>
                <w:rFonts w:cs="Sakkal Majalla"/>
                <w:color w:val="000000" w:themeColor="text1"/>
                <w:sz w:val="38"/>
                <w:szCs w:val="38"/>
              </w:rPr>
              <w:t xml:space="preserve"> </w:t>
            </w:r>
            <w:r w:rsidRPr="005117ED">
              <w:rPr>
                <w:rFonts w:cs="Sakkal Majalla"/>
                <w:color w:val="000000" w:themeColor="text1"/>
                <w:sz w:val="38"/>
                <w:szCs w:val="38"/>
                <w:rtl/>
              </w:rPr>
              <w:t>تعديل</w:t>
            </w:r>
            <w:r w:rsidRPr="005117ED">
              <w:rPr>
                <w:rFonts w:cs="Sakkal Majalla"/>
                <w:color w:val="000000" w:themeColor="text1"/>
                <w:sz w:val="38"/>
                <w:szCs w:val="38"/>
              </w:rPr>
              <w:t xml:space="preserve"> </w:t>
            </w:r>
            <w:r w:rsidRPr="005117ED">
              <w:rPr>
                <w:rFonts w:cs="Sakkal Majalla"/>
                <w:color w:val="000000" w:themeColor="text1"/>
                <w:sz w:val="38"/>
                <w:szCs w:val="38"/>
                <w:rtl/>
              </w:rPr>
              <w:t>إجراءات</w:t>
            </w:r>
            <w:r w:rsidRPr="005117ED">
              <w:rPr>
                <w:rFonts w:cs="Sakkal Majalla"/>
                <w:color w:val="000000" w:themeColor="text1"/>
                <w:sz w:val="38"/>
                <w:szCs w:val="38"/>
              </w:rPr>
              <w:t xml:space="preserve"> </w:t>
            </w:r>
            <w:r w:rsidRPr="005117ED">
              <w:rPr>
                <w:rFonts w:cs="Sakkal Majalla"/>
                <w:color w:val="000000" w:themeColor="text1"/>
                <w:sz w:val="38"/>
                <w:szCs w:val="38"/>
                <w:rtl/>
              </w:rPr>
              <w:t>العمل</w:t>
            </w:r>
            <w:r w:rsidRPr="005117ED">
              <w:rPr>
                <w:rFonts w:cs="Sakkal Majalla"/>
                <w:color w:val="000000" w:themeColor="text1"/>
                <w:sz w:val="38"/>
                <w:szCs w:val="38"/>
              </w:rPr>
              <w:t xml:space="preserve"> </w:t>
            </w:r>
            <w:r w:rsidRPr="005117ED">
              <w:rPr>
                <w:rFonts w:cs="Sakkal Majalla"/>
                <w:color w:val="000000" w:themeColor="text1"/>
                <w:sz w:val="38"/>
                <w:szCs w:val="38"/>
                <w:rtl/>
              </w:rPr>
              <w:t>عند</w:t>
            </w:r>
            <w:r w:rsidRPr="005117ED">
              <w:rPr>
                <w:rFonts w:cs="Sakkal Majalla"/>
                <w:color w:val="000000" w:themeColor="text1"/>
                <w:sz w:val="38"/>
                <w:szCs w:val="38"/>
              </w:rPr>
              <w:t xml:space="preserve"> </w:t>
            </w:r>
            <w:r w:rsidRPr="005117ED">
              <w:rPr>
                <w:rFonts w:cs="Sakkal Majalla"/>
                <w:color w:val="000000" w:themeColor="text1"/>
                <w:sz w:val="38"/>
                <w:szCs w:val="38"/>
                <w:rtl/>
              </w:rPr>
              <w:t>ظهور</w:t>
            </w:r>
            <w:r w:rsidRPr="005117ED">
              <w:rPr>
                <w:rFonts w:cs="Sakkal Majalla"/>
                <w:color w:val="000000" w:themeColor="text1"/>
                <w:sz w:val="38"/>
                <w:szCs w:val="38"/>
              </w:rPr>
              <w:t xml:space="preserve"> </w:t>
            </w:r>
            <w:r w:rsidRPr="005117ED">
              <w:rPr>
                <w:rFonts w:cs="Sakkal Majalla"/>
                <w:color w:val="000000" w:themeColor="text1"/>
                <w:sz w:val="38"/>
                <w:szCs w:val="38"/>
                <w:rtl/>
              </w:rPr>
              <w:t>فرص</w:t>
            </w:r>
            <w:r w:rsidRPr="005117ED">
              <w:rPr>
                <w:rFonts w:cs="Sakkal Majalla"/>
                <w:color w:val="000000" w:themeColor="text1"/>
                <w:sz w:val="38"/>
                <w:szCs w:val="38"/>
              </w:rPr>
              <w:t xml:space="preserve"> </w:t>
            </w:r>
            <w:r w:rsidRPr="005117ED">
              <w:rPr>
                <w:rFonts w:cs="Sakkal Majalla"/>
                <w:color w:val="000000" w:themeColor="text1"/>
                <w:sz w:val="38"/>
                <w:szCs w:val="38"/>
                <w:rtl/>
              </w:rPr>
              <w:t>تطوير</w:t>
            </w:r>
            <w:r w:rsidRPr="005117ED">
              <w:rPr>
                <w:rFonts w:cs="Sakkal Majalla"/>
                <w:color w:val="000000" w:themeColor="text1"/>
                <w:sz w:val="38"/>
                <w:szCs w:val="38"/>
              </w:rPr>
              <w:t>.</w:t>
            </w:r>
          </w:p>
        </w:tc>
        <w:tc>
          <w:tcPr>
            <w:tcW w:w="1020"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3.73</w:t>
            </w:r>
          </w:p>
        </w:tc>
        <w:tc>
          <w:tcPr>
            <w:tcW w:w="1020"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0.96</w:t>
            </w:r>
          </w:p>
        </w:tc>
        <w:tc>
          <w:tcPr>
            <w:tcW w:w="1134"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330D1B">
        <w:trPr>
          <w:jc w:val="center"/>
        </w:trPr>
        <w:tc>
          <w:tcPr>
            <w:tcW w:w="680"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23</w:t>
            </w:r>
          </w:p>
        </w:tc>
        <w:tc>
          <w:tcPr>
            <w:tcW w:w="5329"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أشارك</w:t>
            </w:r>
            <w:r w:rsidRPr="005117ED">
              <w:rPr>
                <w:rFonts w:cs="Sakkal Majalla"/>
                <w:color w:val="000000" w:themeColor="text1"/>
                <w:sz w:val="38"/>
                <w:szCs w:val="38"/>
              </w:rPr>
              <w:t xml:space="preserve"> </w:t>
            </w:r>
            <w:r w:rsidRPr="005117ED">
              <w:rPr>
                <w:rFonts w:cs="Sakkal Majalla"/>
                <w:color w:val="000000" w:themeColor="text1"/>
                <w:sz w:val="38"/>
                <w:szCs w:val="38"/>
                <w:rtl/>
              </w:rPr>
              <w:t>زملائي</w:t>
            </w:r>
            <w:r w:rsidRPr="005117ED">
              <w:rPr>
                <w:rFonts w:cs="Sakkal Majalla"/>
                <w:color w:val="000000" w:themeColor="text1"/>
                <w:sz w:val="38"/>
                <w:szCs w:val="38"/>
              </w:rPr>
              <w:t xml:space="preserve"> </w:t>
            </w:r>
            <w:r w:rsidRPr="005117ED">
              <w:rPr>
                <w:rFonts w:cs="Sakkal Majalla"/>
                <w:color w:val="000000" w:themeColor="text1"/>
                <w:sz w:val="38"/>
                <w:szCs w:val="38"/>
                <w:rtl/>
              </w:rPr>
              <w:t>أفكارًا</w:t>
            </w:r>
            <w:r w:rsidRPr="005117ED">
              <w:rPr>
                <w:rFonts w:cs="Sakkal Majalla"/>
                <w:color w:val="000000" w:themeColor="text1"/>
                <w:sz w:val="38"/>
                <w:szCs w:val="38"/>
              </w:rPr>
              <w:t xml:space="preserve"> </w:t>
            </w:r>
            <w:r w:rsidRPr="005117ED">
              <w:rPr>
                <w:rFonts w:cs="Sakkal Majalla"/>
                <w:color w:val="000000" w:themeColor="text1"/>
                <w:sz w:val="38"/>
                <w:szCs w:val="38"/>
                <w:rtl/>
              </w:rPr>
              <w:t>لتحسين</w:t>
            </w:r>
            <w:r w:rsidRPr="005117ED">
              <w:rPr>
                <w:rFonts w:cs="Sakkal Majalla"/>
                <w:color w:val="000000" w:themeColor="text1"/>
                <w:sz w:val="38"/>
                <w:szCs w:val="38"/>
              </w:rPr>
              <w:t xml:space="preserve"> </w:t>
            </w:r>
            <w:r w:rsidRPr="005117ED">
              <w:rPr>
                <w:rFonts w:cs="Sakkal Majalla"/>
                <w:color w:val="000000" w:themeColor="text1"/>
                <w:sz w:val="38"/>
                <w:szCs w:val="38"/>
                <w:rtl/>
              </w:rPr>
              <w:t>الخدمة</w:t>
            </w:r>
            <w:r w:rsidRPr="005117ED">
              <w:rPr>
                <w:rFonts w:cs="Sakkal Majalla"/>
                <w:color w:val="000000" w:themeColor="text1"/>
                <w:sz w:val="38"/>
                <w:szCs w:val="38"/>
              </w:rPr>
              <w:t xml:space="preserve"> </w:t>
            </w:r>
            <w:r w:rsidRPr="005117ED">
              <w:rPr>
                <w:rFonts w:cs="Sakkal Majalla"/>
                <w:color w:val="000000" w:themeColor="text1"/>
                <w:sz w:val="38"/>
                <w:szCs w:val="38"/>
                <w:rtl/>
              </w:rPr>
              <w:t>أو</w:t>
            </w:r>
            <w:r w:rsidRPr="005117ED">
              <w:rPr>
                <w:rFonts w:cs="Sakkal Majalla"/>
                <w:color w:val="000000" w:themeColor="text1"/>
                <w:sz w:val="38"/>
                <w:szCs w:val="38"/>
              </w:rPr>
              <w:t xml:space="preserve"> </w:t>
            </w:r>
            <w:r w:rsidRPr="005117ED">
              <w:rPr>
                <w:rFonts w:cs="Sakkal Majalla"/>
                <w:color w:val="000000" w:themeColor="text1"/>
                <w:sz w:val="38"/>
                <w:szCs w:val="38"/>
                <w:rtl/>
              </w:rPr>
              <w:t>المنتج</w:t>
            </w:r>
            <w:r w:rsidRPr="005117ED">
              <w:rPr>
                <w:rFonts w:cs="Sakkal Majalla"/>
                <w:color w:val="000000" w:themeColor="text1"/>
                <w:sz w:val="38"/>
                <w:szCs w:val="38"/>
              </w:rPr>
              <w:t>.</w:t>
            </w:r>
          </w:p>
        </w:tc>
        <w:tc>
          <w:tcPr>
            <w:tcW w:w="1020"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3.72</w:t>
            </w:r>
          </w:p>
        </w:tc>
        <w:tc>
          <w:tcPr>
            <w:tcW w:w="1020"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0.96</w:t>
            </w:r>
          </w:p>
        </w:tc>
        <w:tc>
          <w:tcPr>
            <w:tcW w:w="1134"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330D1B">
        <w:trPr>
          <w:jc w:val="center"/>
        </w:trPr>
        <w:tc>
          <w:tcPr>
            <w:tcW w:w="680"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31</w:t>
            </w:r>
          </w:p>
        </w:tc>
        <w:tc>
          <w:tcPr>
            <w:tcW w:w="5329"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يتعاون</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العاملون</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تغيير</w:t>
            </w:r>
            <w:r w:rsidRPr="005117ED">
              <w:rPr>
                <w:rFonts w:cs="Sakkal Majalla"/>
                <w:color w:val="000000" w:themeColor="text1"/>
                <w:sz w:val="38"/>
                <w:szCs w:val="38"/>
              </w:rPr>
              <w:t xml:space="preserve"> </w:t>
            </w:r>
            <w:r w:rsidRPr="005117ED">
              <w:rPr>
                <w:rFonts w:cs="Sakkal Majalla"/>
                <w:color w:val="000000" w:themeColor="text1"/>
                <w:sz w:val="38"/>
                <w:szCs w:val="38"/>
                <w:rtl/>
              </w:rPr>
              <w:t>أساليب</w:t>
            </w:r>
            <w:r w:rsidRPr="005117ED">
              <w:rPr>
                <w:rFonts w:cs="Sakkal Majalla"/>
                <w:color w:val="000000" w:themeColor="text1"/>
                <w:sz w:val="38"/>
                <w:szCs w:val="38"/>
              </w:rPr>
              <w:t xml:space="preserve"> </w:t>
            </w:r>
            <w:r w:rsidRPr="005117ED">
              <w:rPr>
                <w:rFonts w:cs="Sakkal Majalla"/>
                <w:color w:val="000000" w:themeColor="text1"/>
                <w:sz w:val="38"/>
                <w:szCs w:val="38"/>
                <w:rtl/>
              </w:rPr>
              <w:t>العمل</w:t>
            </w:r>
            <w:r w:rsidRPr="005117ED">
              <w:rPr>
                <w:rFonts w:cs="Sakkal Majalla"/>
                <w:color w:val="000000" w:themeColor="text1"/>
                <w:sz w:val="38"/>
                <w:szCs w:val="38"/>
              </w:rPr>
              <w:t xml:space="preserve"> </w:t>
            </w:r>
            <w:r w:rsidRPr="005117ED">
              <w:rPr>
                <w:rFonts w:cs="Sakkal Majalla"/>
                <w:color w:val="000000" w:themeColor="text1"/>
                <w:sz w:val="38"/>
                <w:szCs w:val="38"/>
                <w:rtl/>
              </w:rPr>
              <w:t>عند</w:t>
            </w:r>
            <w:r w:rsidRPr="005117ED">
              <w:rPr>
                <w:rFonts w:cs="Sakkal Majalla"/>
                <w:color w:val="000000" w:themeColor="text1"/>
                <w:sz w:val="38"/>
                <w:szCs w:val="38"/>
              </w:rPr>
              <w:t xml:space="preserve"> </w:t>
            </w:r>
            <w:r w:rsidRPr="005117ED">
              <w:rPr>
                <w:rFonts w:cs="Sakkal Majalla"/>
                <w:color w:val="000000" w:themeColor="text1"/>
                <w:sz w:val="38"/>
                <w:szCs w:val="38"/>
                <w:rtl/>
              </w:rPr>
              <w:t>الحاجة</w:t>
            </w:r>
            <w:r w:rsidRPr="005117ED">
              <w:rPr>
                <w:rFonts w:cs="Sakkal Majalla"/>
                <w:color w:val="000000" w:themeColor="text1"/>
                <w:sz w:val="38"/>
                <w:szCs w:val="38"/>
              </w:rPr>
              <w:t>.</w:t>
            </w:r>
          </w:p>
        </w:tc>
        <w:tc>
          <w:tcPr>
            <w:tcW w:w="1020"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3.70</w:t>
            </w:r>
          </w:p>
        </w:tc>
        <w:tc>
          <w:tcPr>
            <w:tcW w:w="1020"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0.97</w:t>
            </w:r>
          </w:p>
        </w:tc>
        <w:tc>
          <w:tcPr>
            <w:tcW w:w="1134"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330D1B">
        <w:trPr>
          <w:jc w:val="center"/>
        </w:trPr>
        <w:tc>
          <w:tcPr>
            <w:tcW w:w="680"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37</w:t>
            </w:r>
          </w:p>
        </w:tc>
        <w:tc>
          <w:tcPr>
            <w:tcW w:w="5329"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توجد</w:t>
            </w:r>
            <w:r w:rsidRPr="005117ED">
              <w:rPr>
                <w:rFonts w:cs="Sakkal Majalla"/>
                <w:color w:val="000000" w:themeColor="text1"/>
                <w:sz w:val="38"/>
                <w:szCs w:val="38"/>
              </w:rPr>
              <w:t xml:space="preserve"> </w:t>
            </w:r>
            <w:r w:rsidRPr="005117ED">
              <w:rPr>
                <w:rFonts w:cs="Sakkal Majalla"/>
                <w:color w:val="000000" w:themeColor="text1"/>
                <w:sz w:val="38"/>
                <w:szCs w:val="38"/>
                <w:rtl/>
              </w:rPr>
              <w:t>آلية</w:t>
            </w:r>
            <w:r w:rsidRPr="005117ED">
              <w:rPr>
                <w:rFonts w:cs="Sakkal Majalla"/>
                <w:color w:val="000000" w:themeColor="text1"/>
                <w:sz w:val="38"/>
                <w:szCs w:val="38"/>
              </w:rPr>
              <w:t xml:space="preserve"> </w:t>
            </w:r>
            <w:r w:rsidRPr="005117ED">
              <w:rPr>
                <w:rFonts w:cs="Sakkal Majalla"/>
                <w:color w:val="000000" w:themeColor="text1"/>
                <w:sz w:val="38"/>
                <w:szCs w:val="38"/>
                <w:rtl/>
              </w:rPr>
              <w:t>واضحة</w:t>
            </w:r>
            <w:r w:rsidRPr="005117ED">
              <w:rPr>
                <w:rFonts w:cs="Sakkal Majalla"/>
                <w:color w:val="000000" w:themeColor="text1"/>
                <w:sz w:val="38"/>
                <w:szCs w:val="38"/>
              </w:rPr>
              <w:t xml:space="preserve"> </w:t>
            </w:r>
            <w:r w:rsidRPr="005117ED">
              <w:rPr>
                <w:rFonts w:cs="Sakkal Majalla"/>
                <w:color w:val="000000" w:themeColor="text1"/>
                <w:sz w:val="38"/>
                <w:szCs w:val="38"/>
                <w:rtl/>
              </w:rPr>
              <w:t>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الأفكار</w:t>
            </w:r>
            <w:r w:rsidRPr="005117ED">
              <w:rPr>
                <w:rFonts w:cs="Sakkal Majalla"/>
                <w:color w:val="000000" w:themeColor="text1"/>
                <w:sz w:val="38"/>
                <w:szCs w:val="38"/>
              </w:rPr>
              <w:t xml:space="preserve"> </w:t>
            </w:r>
            <w:r w:rsidRPr="005117ED">
              <w:rPr>
                <w:rFonts w:cs="Sakkal Majalla"/>
                <w:color w:val="000000" w:themeColor="text1"/>
                <w:sz w:val="38"/>
                <w:szCs w:val="38"/>
                <w:rtl/>
              </w:rPr>
              <w:t>الجديدة</w:t>
            </w:r>
            <w:r w:rsidRPr="005117ED">
              <w:rPr>
                <w:rFonts w:cs="Sakkal Majalla"/>
                <w:color w:val="000000" w:themeColor="text1"/>
                <w:sz w:val="38"/>
                <w:szCs w:val="38"/>
              </w:rPr>
              <w:t>.</w:t>
            </w:r>
          </w:p>
        </w:tc>
        <w:tc>
          <w:tcPr>
            <w:tcW w:w="1020"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3.70</w:t>
            </w:r>
          </w:p>
        </w:tc>
        <w:tc>
          <w:tcPr>
            <w:tcW w:w="1020"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0.99</w:t>
            </w:r>
          </w:p>
        </w:tc>
        <w:tc>
          <w:tcPr>
            <w:tcW w:w="1134"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330D1B">
        <w:trPr>
          <w:jc w:val="center"/>
        </w:trPr>
        <w:tc>
          <w:tcPr>
            <w:tcW w:w="680"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24</w:t>
            </w:r>
          </w:p>
        </w:tc>
        <w:tc>
          <w:tcPr>
            <w:tcW w:w="5329"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أستفيد</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ملاحظات</w:t>
            </w:r>
            <w:r w:rsidRPr="005117ED">
              <w:rPr>
                <w:rFonts w:cs="Sakkal Majalla"/>
                <w:color w:val="000000" w:themeColor="text1"/>
                <w:sz w:val="38"/>
                <w:szCs w:val="38"/>
              </w:rPr>
              <w:t xml:space="preserve"> </w:t>
            </w:r>
            <w:r w:rsidRPr="005117ED">
              <w:rPr>
                <w:rFonts w:cs="Sakkal Majalla"/>
                <w:color w:val="000000" w:themeColor="text1"/>
                <w:sz w:val="38"/>
                <w:szCs w:val="38"/>
                <w:rtl/>
              </w:rPr>
              <w:t>العملاء</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اقتراح</w:t>
            </w:r>
            <w:r w:rsidRPr="005117ED">
              <w:rPr>
                <w:rFonts w:cs="Sakkal Majalla"/>
                <w:color w:val="000000" w:themeColor="text1"/>
                <w:sz w:val="38"/>
                <w:szCs w:val="38"/>
              </w:rPr>
              <w:t xml:space="preserve"> </w:t>
            </w:r>
            <w:r w:rsidRPr="005117ED">
              <w:rPr>
                <w:rFonts w:cs="Sakkal Majalla"/>
                <w:color w:val="000000" w:themeColor="text1"/>
                <w:sz w:val="38"/>
                <w:szCs w:val="38"/>
                <w:rtl/>
              </w:rPr>
              <w:t>أفكار</w:t>
            </w:r>
            <w:r w:rsidRPr="005117ED">
              <w:rPr>
                <w:rFonts w:cs="Sakkal Majalla"/>
                <w:color w:val="000000" w:themeColor="text1"/>
                <w:sz w:val="38"/>
                <w:szCs w:val="38"/>
              </w:rPr>
              <w:t xml:space="preserve"> </w:t>
            </w:r>
            <w:r w:rsidRPr="005117ED">
              <w:rPr>
                <w:rFonts w:cs="Sakkal Majalla"/>
                <w:color w:val="000000" w:themeColor="text1"/>
                <w:sz w:val="38"/>
                <w:szCs w:val="38"/>
                <w:rtl/>
              </w:rPr>
              <w:t>جديدة</w:t>
            </w:r>
            <w:r w:rsidRPr="005117ED">
              <w:rPr>
                <w:rFonts w:cs="Sakkal Majalla"/>
                <w:color w:val="000000" w:themeColor="text1"/>
                <w:sz w:val="38"/>
                <w:szCs w:val="38"/>
              </w:rPr>
              <w:t>.</w:t>
            </w:r>
          </w:p>
        </w:tc>
        <w:tc>
          <w:tcPr>
            <w:tcW w:w="1020"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3.69</w:t>
            </w:r>
          </w:p>
        </w:tc>
        <w:tc>
          <w:tcPr>
            <w:tcW w:w="1020"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1.01</w:t>
            </w:r>
          </w:p>
        </w:tc>
        <w:tc>
          <w:tcPr>
            <w:tcW w:w="1134"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330D1B">
        <w:trPr>
          <w:jc w:val="center"/>
        </w:trPr>
        <w:tc>
          <w:tcPr>
            <w:tcW w:w="680"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25</w:t>
            </w:r>
          </w:p>
        </w:tc>
        <w:tc>
          <w:tcPr>
            <w:tcW w:w="5329"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تتسم</w:t>
            </w:r>
            <w:r w:rsidRPr="005117ED">
              <w:rPr>
                <w:rFonts w:cs="Sakkal Majalla"/>
                <w:color w:val="000000" w:themeColor="text1"/>
                <w:sz w:val="38"/>
                <w:szCs w:val="38"/>
              </w:rPr>
              <w:t xml:space="preserve"> </w:t>
            </w:r>
            <w:r w:rsidRPr="005117ED">
              <w:rPr>
                <w:rFonts w:cs="Sakkal Majalla"/>
                <w:color w:val="000000" w:themeColor="text1"/>
                <w:sz w:val="38"/>
                <w:szCs w:val="38"/>
                <w:rtl/>
              </w:rPr>
              <w:t>الأفكار</w:t>
            </w:r>
            <w:r w:rsidRPr="005117ED">
              <w:rPr>
                <w:rFonts w:cs="Sakkal Majalla"/>
                <w:color w:val="000000" w:themeColor="text1"/>
                <w:sz w:val="38"/>
                <w:szCs w:val="38"/>
              </w:rPr>
              <w:t xml:space="preserve"> </w:t>
            </w:r>
            <w:r w:rsidRPr="005117ED">
              <w:rPr>
                <w:rFonts w:cs="Sakkal Majalla"/>
                <w:color w:val="000000" w:themeColor="text1"/>
                <w:sz w:val="38"/>
                <w:szCs w:val="38"/>
                <w:rtl/>
              </w:rPr>
              <w:t>المطروحة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المنشأة</w:t>
            </w:r>
            <w:r w:rsidRPr="005117ED">
              <w:rPr>
                <w:rFonts w:cs="Sakkal Majalla"/>
                <w:color w:val="000000" w:themeColor="text1"/>
                <w:sz w:val="38"/>
                <w:szCs w:val="38"/>
              </w:rPr>
              <w:t xml:space="preserve"> </w:t>
            </w:r>
            <w:r w:rsidRPr="005117ED">
              <w:rPr>
                <w:rFonts w:cs="Sakkal Majalla"/>
                <w:color w:val="000000" w:themeColor="text1"/>
                <w:sz w:val="38"/>
                <w:szCs w:val="38"/>
                <w:rtl/>
              </w:rPr>
              <w:t>بالتميز</w:t>
            </w:r>
            <w:r w:rsidRPr="005117ED">
              <w:rPr>
                <w:rFonts w:cs="Sakkal Majalla"/>
                <w:color w:val="000000" w:themeColor="text1"/>
                <w:sz w:val="38"/>
                <w:szCs w:val="38"/>
              </w:rPr>
              <w:t xml:space="preserve"> </w:t>
            </w:r>
            <w:r w:rsidRPr="005117ED">
              <w:rPr>
                <w:rFonts w:cs="Sakkal Majalla"/>
                <w:color w:val="000000" w:themeColor="text1"/>
                <w:sz w:val="38"/>
                <w:szCs w:val="38"/>
                <w:rtl/>
              </w:rPr>
              <w:t>وعدم</w:t>
            </w:r>
            <w:r w:rsidRPr="005117ED">
              <w:rPr>
                <w:rFonts w:cs="Sakkal Majalla"/>
                <w:color w:val="000000" w:themeColor="text1"/>
                <w:sz w:val="38"/>
                <w:szCs w:val="38"/>
              </w:rPr>
              <w:t xml:space="preserve"> </w:t>
            </w:r>
            <w:r w:rsidRPr="005117ED">
              <w:rPr>
                <w:rFonts w:cs="Sakkal Majalla"/>
                <w:color w:val="000000" w:themeColor="text1"/>
                <w:sz w:val="38"/>
                <w:szCs w:val="38"/>
                <w:rtl/>
              </w:rPr>
              <w:t>التقليدية</w:t>
            </w:r>
            <w:r w:rsidRPr="005117ED">
              <w:rPr>
                <w:rFonts w:cs="Sakkal Majalla"/>
                <w:color w:val="000000" w:themeColor="text1"/>
                <w:sz w:val="38"/>
                <w:szCs w:val="38"/>
              </w:rPr>
              <w:t>.</w:t>
            </w:r>
          </w:p>
        </w:tc>
        <w:tc>
          <w:tcPr>
            <w:tcW w:w="1020"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3.69</w:t>
            </w:r>
          </w:p>
        </w:tc>
        <w:tc>
          <w:tcPr>
            <w:tcW w:w="1020"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1.01</w:t>
            </w:r>
          </w:p>
        </w:tc>
        <w:tc>
          <w:tcPr>
            <w:tcW w:w="1134"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330D1B">
        <w:trPr>
          <w:jc w:val="center"/>
        </w:trPr>
        <w:tc>
          <w:tcPr>
            <w:tcW w:w="680"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38</w:t>
            </w:r>
          </w:p>
        </w:tc>
        <w:tc>
          <w:tcPr>
            <w:tcW w:w="5329"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تخصص</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المنشأة</w:t>
            </w:r>
            <w:r w:rsidRPr="005117ED">
              <w:rPr>
                <w:rFonts w:cs="Sakkal Majalla"/>
                <w:color w:val="000000" w:themeColor="text1"/>
                <w:sz w:val="38"/>
                <w:szCs w:val="38"/>
              </w:rPr>
              <w:t xml:space="preserve"> </w:t>
            </w:r>
            <w:r w:rsidRPr="005117ED">
              <w:rPr>
                <w:rFonts w:cs="Sakkal Majalla"/>
                <w:color w:val="000000" w:themeColor="text1"/>
                <w:sz w:val="38"/>
                <w:szCs w:val="38"/>
                <w:rtl/>
              </w:rPr>
              <w:t>موارد</w:t>
            </w:r>
            <w:r w:rsidRPr="005117ED">
              <w:rPr>
                <w:rFonts w:cs="Sakkal Majalla"/>
                <w:color w:val="000000" w:themeColor="text1"/>
                <w:sz w:val="38"/>
                <w:szCs w:val="38"/>
              </w:rPr>
              <w:t xml:space="preserve"> </w:t>
            </w:r>
            <w:r w:rsidRPr="005117ED">
              <w:rPr>
                <w:rFonts w:cs="Sakkal Majalla"/>
                <w:color w:val="000000" w:themeColor="text1"/>
                <w:sz w:val="38"/>
                <w:szCs w:val="38"/>
                <w:rtl/>
              </w:rPr>
              <w:t>لتجربة</w:t>
            </w:r>
            <w:r w:rsidRPr="005117ED">
              <w:rPr>
                <w:rFonts w:cs="Sakkal Majalla"/>
                <w:color w:val="000000" w:themeColor="text1"/>
                <w:sz w:val="38"/>
                <w:szCs w:val="38"/>
              </w:rPr>
              <w:t xml:space="preserve"> </w:t>
            </w:r>
            <w:r w:rsidRPr="005117ED">
              <w:rPr>
                <w:rFonts w:cs="Sakkal Majalla"/>
                <w:color w:val="000000" w:themeColor="text1"/>
                <w:sz w:val="38"/>
                <w:szCs w:val="38"/>
                <w:rtl/>
              </w:rPr>
              <w:t>الأفكار</w:t>
            </w:r>
            <w:r w:rsidRPr="005117ED">
              <w:rPr>
                <w:rFonts w:cs="Sakkal Majalla"/>
                <w:color w:val="000000" w:themeColor="text1"/>
                <w:sz w:val="38"/>
                <w:szCs w:val="38"/>
              </w:rPr>
              <w:t xml:space="preserve"> </w:t>
            </w:r>
            <w:r w:rsidRPr="005117ED">
              <w:rPr>
                <w:rFonts w:cs="Sakkal Majalla"/>
                <w:color w:val="000000" w:themeColor="text1"/>
                <w:sz w:val="38"/>
                <w:szCs w:val="38"/>
                <w:rtl/>
              </w:rPr>
              <w:t>المفيدة</w:t>
            </w:r>
            <w:r w:rsidRPr="005117ED">
              <w:rPr>
                <w:rFonts w:cs="Sakkal Majalla"/>
                <w:color w:val="000000" w:themeColor="text1"/>
                <w:sz w:val="38"/>
                <w:szCs w:val="38"/>
              </w:rPr>
              <w:t>.</w:t>
            </w:r>
          </w:p>
        </w:tc>
        <w:tc>
          <w:tcPr>
            <w:tcW w:w="1020"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3.67</w:t>
            </w:r>
          </w:p>
        </w:tc>
        <w:tc>
          <w:tcPr>
            <w:tcW w:w="1020"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0.94</w:t>
            </w:r>
          </w:p>
        </w:tc>
        <w:tc>
          <w:tcPr>
            <w:tcW w:w="1134"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330D1B">
        <w:trPr>
          <w:jc w:val="center"/>
        </w:trPr>
        <w:tc>
          <w:tcPr>
            <w:tcW w:w="680"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26</w:t>
            </w:r>
          </w:p>
        </w:tc>
        <w:tc>
          <w:tcPr>
            <w:tcW w:w="5329"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تشجع</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المنشأة</w:t>
            </w:r>
            <w:r w:rsidRPr="005117ED">
              <w:rPr>
                <w:rFonts w:cs="Sakkal Majalla"/>
                <w:color w:val="000000" w:themeColor="text1"/>
                <w:sz w:val="38"/>
                <w:szCs w:val="38"/>
              </w:rPr>
              <w:t xml:space="preserve"> </w:t>
            </w:r>
            <w:r w:rsidRPr="005117ED">
              <w:rPr>
                <w:rFonts w:cs="Sakkal Majalla"/>
                <w:color w:val="000000" w:themeColor="text1"/>
                <w:sz w:val="38"/>
                <w:szCs w:val="38"/>
                <w:rtl/>
              </w:rPr>
              <w:t>الحلول</w:t>
            </w:r>
            <w:r w:rsidRPr="005117ED">
              <w:rPr>
                <w:rFonts w:cs="Sakkal Majalla"/>
                <w:color w:val="000000" w:themeColor="text1"/>
                <w:sz w:val="38"/>
                <w:szCs w:val="38"/>
              </w:rPr>
              <w:t xml:space="preserve"> </w:t>
            </w:r>
            <w:r w:rsidRPr="005117ED">
              <w:rPr>
                <w:rFonts w:cs="Sakkal Majalla"/>
                <w:color w:val="000000" w:themeColor="text1"/>
                <w:sz w:val="38"/>
                <w:szCs w:val="38"/>
                <w:rtl/>
              </w:rPr>
              <w:t>التي</w:t>
            </w:r>
            <w:r w:rsidRPr="005117ED">
              <w:rPr>
                <w:rFonts w:cs="Sakkal Majalla"/>
                <w:color w:val="000000" w:themeColor="text1"/>
                <w:sz w:val="38"/>
                <w:szCs w:val="38"/>
              </w:rPr>
              <w:t xml:space="preserve"> </w:t>
            </w:r>
            <w:r w:rsidRPr="005117ED">
              <w:rPr>
                <w:rFonts w:cs="Sakkal Majalla"/>
                <w:color w:val="000000" w:themeColor="text1"/>
                <w:sz w:val="38"/>
                <w:szCs w:val="38"/>
                <w:rtl/>
              </w:rPr>
              <w:t>تضيف</w:t>
            </w:r>
            <w:r w:rsidRPr="005117ED">
              <w:rPr>
                <w:rFonts w:cs="Sakkal Majalla"/>
                <w:color w:val="000000" w:themeColor="text1"/>
                <w:sz w:val="38"/>
                <w:szCs w:val="38"/>
              </w:rPr>
              <w:t xml:space="preserve"> </w:t>
            </w:r>
            <w:r w:rsidRPr="005117ED">
              <w:rPr>
                <w:rFonts w:cs="Sakkal Majalla"/>
                <w:color w:val="000000" w:themeColor="text1"/>
                <w:sz w:val="38"/>
                <w:szCs w:val="38"/>
                <w:rtl/>
              </w:rPr>
              <w:t>قيمة</w:t>
            </w:r>
            <w:r w:rsidRPr="005117ED">
              <w:rPr>
                <w:rFonts w:cs="Sakkal Majalla"/>
                <w:color w:val="000000" w:themeColor="text1"/>
                <w:sz w:val="38"/>
                <w:szCs w:val="38"/>
              </w:rPr>
              <w:t xml:space="preserve"> </w:t>
            </w:r>
            <w:r w:rsidRPr="005117ED">
              <w:rPr>
                <w:rFonts w:cs="Sakkal Majalla"/>
                <w:color w:val="000000" w:themeColor="text1"/>
                <w:sz w:val="38"/>
                <w:szCs w:val="38"/>
                <w:rtl/>
              </w:rPr>
              <w:t>جديدة</w:t>
            </w:r>
            <w:r w:rsidRPr="005117ED">
              <w:rPr>
                <w:rFonts w:cs="Sakkal Majalla"/>
                <w:color w:val="000000" w:themeColor="text1"/>
                <w:sz w:val="38"/>
                <w:szCs w:val="38"/>
              </w:rPr>
              <w:t>.</w:t>
            </w:r>
          </w:p>
        </w:tc>
        <w:tc>
          <w:tcPr>
            <w:tcW w:w="1020"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3.65</w:t>
            </w:r>
          </w:p>
        </w:tc>
        <w:tc>
          <w:tcPr>
            <w:tcW w:w="1020"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1.07</w:t>
            </w:r>
          </w:p>
        </w:tc>
        <w:tc>
          <w:tcPr>
            <w:tcW w:w="1134"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متوسط</w:t>
            </w:r>
          </w:p>
        </w:tc>
      </w:tr>
      <w:tr w:rsidR="00FD5E07" w:rsidRPr="005117ED" w:rsidTr="00330D1B">
        <w:trPr>
          <w:jc w:val="center"/>
        </w:trPr>
        <w:tc>
          <w:tcPr>
            <w:tcW w:w="680"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32</w:t>
            </w:r>
          </w:p>
        </w:tc>
        <w:tc>
          <w:tcPr>
            <w:tcW w:w="5329"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توجد</w:t>
            </w:r>
            <w:r w:rsidRPr="005117ED">
              <w:rPr>
                <w:rFonts w:cs="Sakkal Majalla"/>
                <w:color w:val="000000" w:themeColor="text1"/>
                <w:sz w:val="38"/>
                <w:szCs w:val="38"/>
              </w:rPr>
              <w:t xml:space="preserve"> </w:t>
            </w:r>
            <w:r w:rsidRPr="005117ED">
              <w:rPr>
                <w:rFonts w:cs="Sakkal Majalla"/>
                <w:color w:val="000000" w:themeColor="text1"/>
                <w:sz w:val="38"/>
                <w:szCs w:val="38"/>
                <w:rtl/>
              </w:rPr>
              <w:t>قابلية</w:t>
            </w:r>
            <w:r w:rsidRPr="005117ED">
              <w:rPr>
                <w:rFonts w:cs="Sakkal Majalla"/>
                <w:color w:val="000000" w:themeColor="text1"/>
                <w:sz w:val="38"/>
                <w:szCs w:val="38"/>
              </w:rPr>
              <w:t xml:space="preserve"> </w:t>
            </w:r>
            <w:r w:rsidRPr="005117ED">
              <w:rPr>
                <w:rFonts w:cs="Sakkal Majalla"/>
                <w:color w:val="000000" w:themeColor="text1"/>
                <w:sz w:val="38"/>
                <w:szCs w:val="38"/>
                <w:rtl/>
              </w:rPr>
              <w:t>لتجربة</w:t>
            </w:r>
            <w:r w:rsidRPr="005117ED">
              <w:rPr>
                <w:rFonts w:cs="Sakkal Majalla"/>
                <w:color w:val="000000" w:themeColor="text1"/>
                <w:sz w:val="38"/>
                <w:szCs w:val="38"/>
              </w:rPr>
              <w:t xml:space="preserve"> </w:t>
            </w:r>
            <w:r w:rsidRPr="005117ED">
              <w:rPr>
                <w:rFonts w:cs="Sakkal Majalla"/>
                <w:color w:val="000000" w:themeColor="text1"/>
                <w:sz w:val="38"/>
                <w:szCs w:val="38"/>
                <w:rtl/>
              </w:rPr>
              <w:t>طرق</w:t>
            </w:r>
            <w:r w:rsidRPr="005117ED">
              <w:rPr>
                <w:rFonts w:cs="Sakkal Majalla"/>
                <w:color w:val="000000" w:themeColor="text1"/>
                <w:sz w:val="38"/>
                <w:szCs w:val="38"/>
              </w:rPr>
              <w:t xml:space="preserve"> </w:t>
            </w:r>
            <w:r w:rsidRPr="005117ED">
              <w:rPr>
                <w:rFonts w:cs="Sakkal Majalla"/>
                <w:color w:val="000000" w:themeColor="text1"/>
                <w:sz w:val="38"/>
                <w:szCs w:val="38"/>
                <w:rtl/>
              </w:rPr>
              <w:t>جديدة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إنجاز</w:t>
            </w:r>
            <w:r w:rsidRPr="005117ED">
              <w:rPr>
                <w:rFonts w:cs="Sakkal Majalla"/>
                <w:color w:val="000000" w:themeColor="text1"/>
                <w:sz w:val="38"/>
                <w:szCs w:val="38"/>
              </w:rPr>
              <w:t xml:space="preserve"> </w:t>
            </w:r>
            <w:r w:rsidRPr="005117ED">
              <w:rPr>
                <w:rFonts w:cs="Sakkal Majalla"/>
                <w:color w:val="000000" w:themeColor="text1"/>
                <w:sz w:val="38"/>
                <w:szCs w:val="38"/>
                <w:rtl/>
              </w:rPr>
              <w:t>المهام</w:t>
            </w:r>
            <w:r w:rsidRPr="005117ED">
              <w:rPr>
                <w:rFonts w:cs="Sakkal Majalla"/>
                <w:color w:val="000000" w:themeColor="text1"/>
                <w:sz w:val="38"/>
                <w:szCs w:val="38"/>
              </w:rPr>
              <w:t>.</w:t>
            </w:r>
          </w:p>
        </w:tc>
        <w:tc>
          <w:tcPr>
            <w:tcW w:w="1020"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3.65</w:t>
            </w:r>
          </w:p>
        </w:tc>
        <w:tc>
          <w:tcPr>
            <w:tcW w:w="1020"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0.98</w:t>
            </w:r>
          </w:p>
        </w:tc>
        <w:tc>
          <w:tcPr>
            <w:tcW w:w="1134"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متوسط</w:t>
            </w:r>
          </w:p>
        </w:tc>
      </w:tr>
      <w:tr w:rsidR="00FD5E07" w:rsidRPr="005117ED" w:rsidTr="00330D1B">
        <w:trPr>
          <w:jc w:val="center"/>
        </w:trPr>
        <w:tc>
          <w:tcPr>
            <w:tcW w:w="680"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lastRenderedPageBreak/>
              <w:t>39</w:t>
            </w:r>
          </w:p>
        </w:tc>
        <w:tc>
          <w:tcPr>
            <w:tcW w:w="5329"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تتحول</w:t>
            </w:r>
            <w:r w:rsidRPr="005117ED">
              <w:rPr>
                <w:rFonts w:cs="Sakkal Majalla"/>
                <w:color w:val="000000" w:themeColor="text1"/>
                <w:sz w:val="38"/>
                <w:szCs w:val="38"/>
              </w:rPr>
              <w:t xml:space="preserve"> </w:t>
            </w:r>
            <w:r w:rsidRPr="005117ED">
              <w:rPr>
                <w:rFonts w:cs="Sakkal Majalla"/>
                <w:color w:val="000000" w:themeColor="text1"/>
                <w:sz w:val="38"/>
                <w:szCs w:val="38"/>
                <w:rtl/>
              </w:rPr>
              <w:t>بعض</w:t>
            </w:r>
            <w:r w:rsidRPr="005117ED">
              <w:rPr>
                <w:rFonts w:cs="Sakkal Majalla"/>
                <w:color w:val="000000" w:themeColor="text1"/>
                <w:sz w:val="38"/>
                <w:szCs w:val="38"/>
              </w:rPr>
              <w:t xml:space="preserve"> </w:t>
            </w:r>
            <w:r w:rsidRPr="005117ED">
              <w:rPr>
                <w:rFonts w:cs="Sakkal Majalla"/>
                <w:color w:val="000000" w:themeColor="text1"/>
                <w:sz w:val="38"/>
                <w:szCs w:val="38"/>
                <w:rtl/>
              </w:rPr>
              <w:t>الأفكار</w:t>
            </w:r>
            <w:r w:rsidRPr="005117ED">
              <w:rPr>
                <w:rFonts w:cs="Sakkal Majalla"/>
                <w:color w:val="000000" w:themeColor="text1"/>
                <w:sz w:val="38"/>
                <w:szCs w:val="38"/>
              </w:rPr>
              <w:t xml:space="preserve"> </w:t>
            </w:r>
            <w:r w:rsidRPr="005117ED">
              <w:rPr>
                <w:rFonts w:cs="Sakkal Majalla"/>
                <w:color w:val="000000" w:themeColor="text1"/>
                <w:sz w:val="38"/>
                <w:szCs w:val="38"/>
                <w:rtl/>
              </w:rPr>
              <w:t>المقترحة</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إجراءات</w:t>
            </w:r>
            <w:r w:rsidRPr="005117ED">
              <w:rPr>
                <w:rFonts w:cs="Sakkal Majalla"/>
                <w:color w:val="000000" w:themeColor="text1"/>
                <w:sz w:val="38"/>
                <w:szCs w:val="38"/>
              </w:rPr>
              <w:t xml:space="preserve"> </w:t>
            </w:r>
            <w:r w:rsidRPr="005117ED">
              <w:rPr>
                <w:rFonts w:cs="Sakkal Majalla"/>
                <w:color w:val="000000" w:themeColor="text1"/>
                <w:sz w:val="38"/>
                <w:szCs w:val="38"/>
                <w:rtl/>
              </w:rPr>
              <w:t>عملية</w:t>
            </w:r>
            <w:r w:rsidRPr="005117ED">
              <w:rPr>
                <w:rFonts w:cs="Sakkal Majalla"/>
                <w:color w:val="000000" w:themeColor="text1"/>
                <w:sz w:val="38"/>
                <w:szCs w:val="38"/>
              </w:rPr>
              <w:t>.</w:t>
            </w:r>
          </w:p>
        </w:tc>
        <w:tc>
          <w:tcPr>
            <w:tcW w:w="1020"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3.63</w:t>
            </w:r>
          </w:p>
        </w:tc>
        <w:tc>
          <w:tcPr>
            <w:tcW w:w="1020"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0.99</w:t>
            </w:r>
          </w:p>
        </w:tc>
        <w:tc>
          <w:tcPr>
            <w:tcW w:w="1134"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متوسط</w:t>
            </w:r>
          </w:p>
        </w:tc>
      </w:tr>
      <w:tr w:rsidR="00FD5E07" w:rsidRPr="005117ED" w:rsidTr="00330D1B">
        <w:trPr>
          <w:jc w:val="center"/>
        </w:trPr>
        <w:tc>
          <w:tcPr>
            <w:tcW w:w="680"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27</w:t>
            </w:r>
          </w:p>
        </w:tc>
        <w:tc>
          <w:tcPr>
            <w:tcW w:w="5329"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تتقبل</w:t>
            </w:r>
            <w:r w:rsidRPr="005117ED">
              <w:rPr>
                <w:rFonts w:cs="Sakkal Majalla"/>
                <w:color w:val="000000" w:themeColor="text1"/>
                <w:sz w:val="38"/>
                <w:szCs w:val="38"/>
              </w:rPr>
              <w:t xml:space="preserve"> </w:t>
            </w:r>
            <w:r w:rsidRPr="005117ED">
              <w:rPr>
                <w:rFonts w:cs="Sakkal Majalla"/>
                <w:color w:val="000000" w:themeColor="text1"/>
                <w:sz w:val="38"/>
                <w:szCs w:val="38"/>
                <w:rtl/>
              </w:rPr>
              <w:t>الإدارة</w:t>
            </w:r>
            <w:r w:rsidRPr="005117ED">
              <w:rPr>
                <w:rFonts w:cs="Sakkal Majalla"/>
                <w:color w:val="000000" w:themeColor="text1"/>
                <w:sz w:val="38"/>
                <w:szCs w:val="38"/>
              </w:rPr>
              <w:t xml:space="preserve"> </w:t>
            </w:r>
            <w:r w:rsidRPr="005117ED">
              <w:rPr>
                <w:rFonts w:cs="Sakkal Majalla"/>
                <w:color w:val="000000" w:themeColor="text1"/>
                <w:sz w:val="38"/>
                <w:szCs w:val="38"/>
                <w:rtl/>
              </w:rPr>
              <w:t>الأفكار</w:t>
            </w:r>
            <w:r w:rsidRPr="005117ED">
              <w:rPr>
                <w:rFonts w:cs="Sakkal Majalla"/>
                <w:color w:val="000000" w:themeColor="text1"/>
                <w:sz w:val="38"/>
                <w:szCs w:val="38"/>
              </w:rPr>
              <w:t xml:space="preserve"> </w:t>
            </w:r>
            <w:r w:rsidRPr="005117ED">
              <w:rPr>
                <w:rFonts w:cs="Sakkal Majalla"/>
                <w:color w:val="000000" w:themeColor="text1"/>
                <w:sz w:val="38"/>
                <w:szCs w:val="38"/>
                <w:rtl/>
              </w:rPr>
              <w:t>غير</w:t>
            </w:r>
            <w:r w:rsidRPr="005117ED">
              <w:rPr>
                <w:rFonts w:cs="Sakkal Majalla"/>
                <w:color w:val="000000" w:themeColor="text1"/>
                <w:sz w:val="38"/>
                <w:szCs w:val="38"/>
              </w:rPr>
              <w:t xml:space="preserve"> </w:t>
            </w:r>
            <w:r w:rsidRPr="005117ED">
              <w:rPr>
                <w:rFonts w:cs="Sakkal Majalla"/>
                <w:color w:val="000000" w:themeColor="text1"/>
                <w:sz w:val="38"/>
                <w:szCs w:val="38"/>
                <w:rtl/>
              </w:rPr>
              <w:t>المألوفة</w:t>
            </w:r>
            <w:r w:rsidRPr="005117ED">
              <w:rPr>
                <w:rFonts w:cs="Sakkal Majalla"/>
                <w:color w:val="000000" w:themeColor="text1"/>
                <w:sz w:val="38"/>
                <w:szCs w:val="38"/>
              </w:rPr>
              <w:t xml:space="preserve"> </w:t>
            </w:r>
            <w:r w:rsidRPr="005117ED">
              <w:rPr>
                <w:rFonts w:cs="Sakkal Majalla"/>
                <w:color w:val="000000" w:themeColor="text1"/>
                <w:sz w:val="38"/>
                <w:szCs w:val="38"/>
                <w:rtl/>
              </w:rPr>
              <w:t>إذا</w:t>
            </w:r>
            <w:r w:rsidRPr="005117ED">
              <w:rPr>
                <w:rFonts w:cs="Sakkal Majalla"/>
                <w:color w:val="000000" w:themeColor="text1"/>
                <w:sz w:val="38"/>
                <w:szCs w:val="38"/>
              </w:rPr>
              <w:t xml:space="preserve"> </w:t>
            </w:r>
            <w:r w:rsidRPr="005117ED">
              <w:rPr>
                <w:rFonts w:cs="Sakkal Majalla"/>
                <w:color w:val="000000" w:themeColor="text1"/>
                <w:sz w:val="38"/>
                <w:szCs w:val="38"/>
                <w:rtl/>
              </w:rPr>
              <w:t>كانت</w:t>
            </w:r>
            <w:r w:rsidRPr="005117ED">
              <w:rPr>
                <w:rFonts w:cs="Sakkal Majalla"/>
                <w:color w:val="000000" w:themeColor="text1"/>
                <w:sz w:val="38"/>
                <w:szCs w:val="38"/>
              </w:rPr>
              <w:t xml:space="preserve"> </w:t>
            </w:r>
            <w:r w:rsidRPr="005117ED">
              <w:rPr>
                <w:rFonts w:cs="Sakkal Majalla"/>
                <w:color w:val="000000" w:themeColor="text1"/>
                <w:sz w:val="38"/>
                <w:szCs w:val="38"/>
                <w:rtl/>
              </w:rPr>
              <w:t>مفيدة</w:t>
            </w:r>
            <w:r w:rsidRPr="005117ED">
              <w:rPr>
                <w:rFonts w:cs="Sakkal Majalla"/>
                <w:color w:val="000000" w:themeColor="text1"/>
                <w:sz w:val="38"/>
                <w:szCs w:val="38"/>
              </w:rPr>
              <w:t>.</w:t>
            </w:r>
          </w:p>
        </w:tc>
        <w:tc>
          <w:tcPr>
            <w:tcW w:w="1020"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3.62</w:t>
            </w:r>
          </w:p>
        </w:tc>
        <w:tc>
          <w:tcPr>
            <w:tcW w:w="1020"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1.00</w:t>
            </w:r>
          </w:p>
        </w:tc>
        <w:tc>
          <w:tcPr>
            <w:tcW w:w="1134"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متوسط</w:t>
            </w:r>
          </w:p>
        </w:tc>
      </w:tr>
      <w:tr w:rsidR="00FD5E07" w:rsidRPr="005117ED" w:rsidTr="00330D1B">
        <w:trPr>
          <w:jc w:val="center"/>
        </w:trPr>
        <w:tc>
          <w:tcPr>
            <w:tcW w:w="680"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28</w:t>
            </w:r>
          </w:p>
        </w:tc>
        <w:tc>
          <w:tcPr>
            <w:tcW w:w="5329"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يوجد</w:t>
            </w:r>
            <w:r w:rsidRPr="005117ED">
              <w:rPr>
                <w:rFonts w:cs="Sakkal Majalla"/>
                <w:color w:val="000000" w:themeColor="text1"/>
                <w:sz w:val="38"/>
                <w:szCs w:val="38"/>
              </w:rPr>
              <w:t xml:space="preserve"> </w:t>
            </w:r>
            <w:r w:rsidRPr="005117ED">
              <w:rPr>
                <w:rFonts w:cs="Sakkal Majalla"/>
                <w:color w:val="000000" w:themeColor="text1"/>
                <w:sz w:val="38"/>
                <w:szCs w:val="38"/>
                <w:rtl/>
              </w:rPr>
              <w:t>اهتمام</w:t>
            </w:r>
            <w:r w:rsidRPr="005117ED">
              <w:rPr>
                <w:rFonts w:cs="Sakkal Majalla"/>
                <w:color w:val="000000" w:themeColor="text1"/>
                <w:sz w:val="38"/>
                <w:szCs w:val="38"/>
              </w:rPr>
              <w:t xml:space="preserve"> </w:t>
            </w:r>
            <w:r w:rsidRPr="005117ED">
              <w:rPr>
                <w:rFonts w:cs="Sakkal Majalla"/>
                <w:color w:val="000000" w:themeColor="text1"/>
                <w:sz w:val="38"/>
                <w:szCs w:val="38"/>
                <w:rtl/>
              </w:rPr>
              <w:t>بتطوير</w:t>
            </w:r>
            <w:r w:rsidRPr="005117ED">
              <w:rPr>
                <w:rFonts w:cs="Sakkal Majalla"/>
                <w:color w:val="000000" w:themeColor="text1"/>
                <w:sz w:val="38"/>
                <w:szCs w:val="38"/>
              </w:rPr>
              <w:t xml:space="preserve"> </w:t>
            </w:r>
            <w:r w:rsidRPr="005117ED">
              <w:rPr>
                <w:rFonts w:cs="Sakkal Majalla"/>
                <w:color w:val="000000" w:themeColor="text1"/>
                <w:sz w:val="38"/>
                <w:szCs w:val="38"/>
                <w:rtl/>
              </w:rPr>
              <w:t>حلول</w:t>
            </w:r>
            <w:r w:rsidRPr="005117ED">
              <w:rPr>
                <w:rFonts w:cs="Sakkal Majalla"/>
                <w:color w:val="000000" w:themeColor="text1"/>
                <w:sz w:val="38"/>
                <w:szCs w:val="38"/>
              </w:rPr>
              <w:t xml:space="preserve"> </w:t>
            </w:r>
            <w:r w:rsidRPr="005117ED">
              <w:rPr>
                <w:rFonts w:cs="Sakkal Majalla"/>
                <w:color w:val="000000" w:themeColor="text1"/>
                <w:sz w:val="38"/>
                <w:szCs w:val="38"/>
                <w:rtl/>
              </w:rPr>
              <w:t>تختلف</w:t>
            </w:r>
            <w:r w:rsidRPr="005117ED">
              <w:rPr>
                <w:rFonts w:cs="Sakkal Majalla"/>
                <w:color w:val="000000" w:themeColor="text1"/>
                <w:sz w:val="38"/>
                <w:szCs w:val="38"/>
              </w:rPr>
              <w:t xml:space="preserve"> </w:t>
            </w:r>
            <w:r w:rsidRPr="005117ED">
              <w:rPr>
                <w:rFonts w:cs="Sakkal Majalla"/>
                <w:color w:val="000000" w:themeColor="text1"/>
                <w:sz w:val="38"/>
                <w:szCs w:val="38"/>
                <w:rtl/>
              </w:rPr>
              <w:t>عن</w:t>
            </w:r>
            <w:r w:rsidRPr="005117ED">
              <w:rPr>
                <w:rFonts w:cs="Sakkal Majalla"/>
                <w:color w:val="000000" w:themeColor="text1"/>
                <w:sz w:val="38"/>
                <w:szCs w:val="38"/>
              </w:rPr>
              <w:t xml:space="preserve"> </w:t>
            </w:r>
            <w:r w:rsidRPr="005117ED">
              <w:rPr>
                <w:rFonts w:cs="Sakkal Majalla"/>
                <w:color w:val="000000" w:themeColor="text1"/>
                <w:sz w:val="38"/>
                <w:szCs w:val="38"/>
                <w:rtl/>
              </w:rPr>
              <w:t>الأساليب</w:t>
            </w:r>
            <w:r w:rsidRPr="005117ED">
              <w:rPr>
                <w:rFonts w:cs="Sakkal Majalla"/>
                <w:color w:val="000000" w:themeColor="text1"/>
                <w:sz w:val="38"/>
                <w:szCs w:val="38"/>
              </w:rPr>
              <w:t xml:space="preserve"> </w:t>
            </w:r>
            <w:r w:rsidRPr="005117ED">
              <w:rPr>
                <w:rFonts w:cs="Sakkal Majalla"/>
                <w:color w:val="000000" w:themeColor="text1"/>
                <w:sz w:val="38"/>
                <w:szCs w:val="38"/>
                <w:rtl/>
              </w:rPr>
              <w:t>المعتادة</w:t>
            </w:r>
            <w:r w:rsidRPr="005117ED">
              <w:rPr>
                <w:rFonts w:cs="Sakkal Majalla"/>
                <w:color w:val="000000" w:themeColor="text1"/>
                <w:sz w:val="38"/>
                <w:szCs w:val="38"/>
              </w:rPr>
              <w:t>.</w:t>
            </w:r>
          </w:p>
        </w:tc>
        <w:tc>
          <w:tcPr>
            <w:tcW w:w="1020"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3.60</w:t>
            </w:r>
          </w:p>
        </w:tc>
        <w:tc>
          <w:tcPr>
            <w:tcW w:w="1020"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0.96</w:t>
            </w:r>
          </w:p>
        </w:tc>
        <w:tc>
          <w:tcPr>
            <w:tcW w:w="1134"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متوسط</w:t>
            </w:r>
          </w:p>
        </w:tc>
      </w:tr>
      <w:tr w:rsidR="00FD5E07" w:rsidRPr="005117ED" w:rsidTr="00330D1B">
        <w:trPr>
          <w:jc w:val="center"/>
        </w:trPr>
        <w:tc>
          <w:tcPr>
            <w:tcW w:w="680"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40</w:t>
            </w:r>
          </w:p>
        </w:tc>
        <w:tc>
          <w:tcPr>
            <w:tcW w:w="5329"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تكافئ</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المنشأة</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العاملين</w:t>
            </w:r>
            <w:r w:rsidRPr="005117ED">
              <w:rPr>
                <w:rFonts w:cs="Sakkal Majalla"/>
                <w:color w:val="000000" w:themeColor="text1"/>
                <w:sz w:val="38"/>
                <w:szCs w:val="38"/>
              </w:rPr>
              <w:t xml:space="preserve"> </w:t>
            </w:r>
            <w:r w:rsidRPr="005117ED">
              <w:rPr>
                <w:rFonts w:cs="Sakkal Majalla"/>
                <w:color w:val="000000" w:themeColor="text1"/>
                <w:sz w:val="38"/>
                <w:szCs w:val="38"/>
                <w:rtl/>
              </w:rPr>
              <w:t>الذين</w:t>
            </w:r>
            <w:r w:rsidRPr="005117ED">
              <w:rPr>
                <w:rFonts w:cs="Sakkal Majalla"/>
                <w:color w:val="000000" w:themeColor="text1"/>
                <w:sz w:val="38"/>
                <w:szCs w:val="38"/>
              </w:rPr>
              <w:t xml:space="preserve"> </w:t>
            </w:r>
            <w:r w:rsidRPr="005117ED">
              <w:rPr>
                <w:rFonts w:cs="Sakkal Majalla"/>
                <w:color w:val="000000" w:themeColor="text1"/>
                <w:sz w:val="38"/>
                <w:szCs w:val="38"/>
                <w:rtl/>
              </w:rPr>
              <w:t>يقدمون</w:t>
            </w:r>
            <w:r w:rsidRPr="005117ED">
              <w:rPr>
                <w:rFonts w:cs="Sakkal Majalla"/>
                <w:color w:val="000000" w:themeColor="text1"/>
                <w:sz w:val="38"/>
                <w:szCs w:val="38"/>
              </w:rPr>
              <w:t xml:space="preserve"> </w:t>
            </w:r>
            <w:r w:rsidRPr="005117ED">
              <w:rPr>
                <w:rFonts w:cs="Sakkal Majalla"/>
                <w:color w:val="000000" w:themeColor="text1"/>
                <w:sz w:val="38"/>
                <w:szCs w:val="38"/>
                <w:rtl/>
              </w:rPr>
              <w:t>أفكارًا</w:t>
            </w:r>
            <w:r w:rsidRPr="005117ED">
              <w:rPr>
                <w:rFonts w:cs="Sakkal Majalla"/>
                <w:color w:val="000000" w:themeColor="text1"/>
                <w:sz w:val="38"/>
                <w:szCs w:val="38"/>
              </w:rPr>
              <w:t xml:space="preserve"> </w:t>
            </w:r>
            <w:r w:rsidRPr="005117ED">
              <w:rPr>
                <w:rFonts w:cs="Sakkal Majalla"/>
                <w:color w:val="000000" w:themeColor="text1"/>
                <w:sz w:val="38"/>
                <w:szCs w:val="38"/>
                <w:rtl/>
              </w:rPr>
              <w:t>قابلة</w:t>
            </w:r>
            <w:r w:rsidRPr="005117ED">
              <w:rPr>
                <w:rFonts w:cs="Sakkal Majalla"/>
                <w:color w:val="000000" w:themeColor="text1"/>
                <w:sz w:val="38"/>
                <w:szCs w:val="38"/>
              </w:rPr>
              <w:t xml:space="preserve"> </w:t>
            </w:r>
            <w:r w:rsidRPr="005117ED">
              <w:rPr>
                <w:rFonts w:cs="Sakkal Majalla"/>
                <w:color w:val="000000" w:themeColor="text1"/>
                <w:sz w:val="38"/>
                <w:szCs w:val="38"/>
                <w:rtl/>
              </w:rPr>
              <w:t>للتطبيق</w:t>
            </w:r>
            <w:r w:rsidRPr="005117ED">
              <w:rPr>
                <w:rFonts w:cs="Sakkal Majalla"/>
                <w:color w:val="000000" w:themeColor="text1"/>
                <w:sz w:val="38"/>
                <w:szCs w:val="38"/>
              </w:rPr>
              <w:t>.</w:t>
            </w:r>
          </w:p>
        </w:tc>
        <w:tc>
          <w:tcPr>
            <w:tcW w:w="1020"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3.60</w:t>
            </w:r>
          </w:p>
        </w:tc>
        <w:tc>
          <w:tcPr>
            <w:tcW w:w="1020"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1.04</w:t>
            </w:r>
          </w:p>
        </w:tc>
        <w:tc>
          <w:tcPr>
            <w:tcW w:w="1134"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متوسط</w:t>
            </w:r>
          </w:p>
        </w:tc>
      </w:tr>
    </w:tbl>
    <w:p w:rsidR="00FD5E07" w:rsidRPr="005117ED" w:rsidRDefault="00FD5E07" w:rsidP="00CB5A48">
      <w:pPr>
        <w:spacing w:before="0"/>
        <w:ind w:firstLine="0"/>
        <w:jc w:val="left"/>
        <w:outlineLvl w:val="0"/>
        <w:rPr>
          <w:rFonts w:eastAsia="Times New Roman" w:cs="Sakkal Majalla"/>
          <w:b/>
          <w:bCs/>
          <w:color w:val="000000" w:themeColor="text1"/>
          <w:sz w:val="40"/>
          <w:szCs w:val="40"/>
        </w:rPr>
      </w:pPr>
      <w:bookmarkStart w:id="73" w:name="_Toc233322020"/>
      <w:r w:rsidRPr="005117ED">
        <w:rPr>
          <w:rFonts w:eastAsia="Times New Roman" w:cs="Sakkal Majalla"/>
          <w:b/>
          <w:bCs/>
          <w:color w:val="000000" w:themeColor="text1"/>
          <w:sz w:val="40"/>
          <w:szCs w:val="40"/>
          <w:rtl/>
        </w:rPr>
        <w:t>ثالثًا: مستوى الإبداع التنظيمي</w:t>
      </w:r>
      <w:bookmarkEnd w:id="73"/>
    </w:p>
    <w:p w:rsidR="00D53537" w:rsidRPr="00D53537" w:rsidRDefault="00D53537" w:rsidP="00D53537">
      <w:pPr>
        <w:ind w:firstLine="0"/>
        <w:jc w:val="center"/>
      </w:pPr>
      <w:r w:rsidRPr="00D53537">
        <w:rPr>
          <w:b/>
          <w:bCs/>
          <w:rtl/>
        </w:rPr>
        <w:t>جدول</w:t>
      </w:r>
      <w:r w:rsidRPr="00D53537">
        <w:rPr>
          <w:b/>
        </w:rPr>
        <w:t xml:space="preserve"> (20</w:t>
      </w:r>
      <w:proofErr w:type="gramStart"/>
      <w:r w:rsidRPr="00D53537">
        <w:rPr>
          <w:b/>
        </w:rPr>
        <w:t>)</w:t>
      </w:r>
      <w:r>
        <w:rPr>
          <w:rFonts w:hint="cs"/>
          <w:b/>
          <w:rtl/>
        </w:rPr>
        <w:t xml:space="preserve"> </w:t>
      </w:r>
      <w:r w:rsidRPr="00D53537">
        <w:rPr>
          <w:b/>
        </w:rPr>
        <w:t>:</w:t>
      </w:r>
      <w:proofErr w:type="gramEnd"/>
      <w:r>
        <w:rPr>
          <w:rFonts w:hint="cs"/>
          <w:b/>
          <w:rtl/>
        </w:rPr>
        <w:t xml:space="preserve"> </w:t>
      </w:r>
      <w:r w:rsidRPr="00D53537">
        <w:rPr>
          <w:b/>
        </w:rPr>
        <w:t xml:space="preserve"> </w:t>
      </w:r>
      <w:r w:rsidRPr="00D53537">
        <w:rPr>
          <w:b/>
          <w:bCs/>
          <w:rtl/>
        </w:rPr>
        <w:t>المتوسطات</w:t>
      </w:r>
      <w:r w:rsidRPr="00D53537">
        <w:rPr>
          <w:b/>
        </w:rPr>
        <w:t xml:space="preserve"> </w:t>
      </w:r>
      <w:r w:rsidRPr="00D53537">
        <w:rPr>
          <w:b/>
          <w:bCs/>
          <w:rtl/>
        </w:rPr>
        <w:t>الحسابية</w:t>
      </w:r>
      <w:r w:rsidRPr="00D53537">
        <w:rPr>
          <w:b/>
        </w:rPr>
        <w:t xml:space="preserve"> </w:t>
      </w:r>
      <w:r w:rsidRPr="00D53537">
        <w:rPr>
          <w:b/>
          <w:bCs/>
          <w:rtl/>
        </w:rPr>
        <w:t>لأبعاد</w:t>
      </w:r>
      <w:r w:rsidRPr="00D53537">
        <w:rPr>
          <w:b/>
        </w:rPr>
        <w:t xml:space="preserve"> </w:t>
      </w:r>
      <w:r w:rsidRPr="00D53537">
        <w:rPr>
          <w:b/>
          <w:bCs/>
          <w:rtl/>
        </w:rPr>
        <w:t>الإبداع</w:t>
      </w:r>
      <w:r w:rsidRPr="00D53537">
        <w:rPr>
          <w:b/>
        </w:rPr>
        <w:t xml:space="preserve"> </w:t>
      </w:r>
      <w:r w:rsidRPr="00D53537">
        <w:rPr>
          <w:b/>
          <w:bCs/>
          <w:rtl/>
        </w:rPr>
        <w:t>التنظيمي</w:t>
      </w:r>
    </w:p>
    <w:tbl>
      <w:tblPr>
        <w:tblStyle w:val="aa"/>
        <w:bidiVisual/>
        <w:tblW w:w="0" w:type="auto"/>
        <w:tblLook w:val="04A0" w:firstRow="1" w:lastRow="0" w:firstColumn="1" w:lastColumn="0" w:noHBand="0" w:noVBand="1"/>
      </w:tblPr>
      <w:tblGrid>
        <w:gridCol w:w="2478"/>
        <w:gridCol w:w="2478"/>
        <w:gridCol w:w="2479"/>
        <w:gridCol w:w="2477"/>
      </w:tblGrid>
      <w:tr w:rsidR="00FD5E07" w:rsidRPr="005117ED" w:rsidTr="00D53537">
        <w:trPr>
          <w:tblHeader/>
        </w:trPr>
        <w:tc>
          <w:tcPr>
            <w:tcW w:w="2478" w:type="dxa"/>
            <w:shd w:val="clear" w:color="auto" w:fill="1F4E79"/>
            <w:vAlign w:val="center"/>
          </w:tcPr>
          <w:p w:rsidR="00FD5E07" w:rsidRPr="00330D1B" w:rsidRDefault="00FD5E07" w:rsidP="00330D1B">
            <w:pPr>
              <w:spacing w:before="0"/>
              <w:ind w:firstLine="0"/>
              <w:jc w:val="center"/>
              <w:rPr>
                <w:rFonts w:cs="Sakkal Majalla"/>
                <w:bCs/>
                <w:color w:val="FFFFFF" w:themeColor="background1"/>
                <w:sz w:val="38"/>
                <w:szCs w:val="38"/>
              </w:rPr>
            </w:pPr>
            <w:r w:rsidRPr="00330D1B">
              <w:rPr>
                <w:rFonts w:cs="Sakkal Majalla"/>
                <w:bCs/>
                <w:color w:val="FFFFFF" w:themeColor="background1"/>
                <w:sz w:val="38"/>
                <w:szCs w:val="38"/>
                <w:rtl/>
              </w:rPr>
              <w:t>البعد</w:t>
            </w:r>
          </w:p>
        </w:tc>
        <w:tc>
          <w:tcPr>
            <w:tcW w:w="2478" w:type="dxa"/>
            <w:shd w:val="clear" w:color="auto" w:fill="1F4E79"/>
            <w:vAlign w:val="center"/>
          </w:tcPr>
          <w:p w:rsidR="00FD5E07" w:rsidRPr="00330D1B" w:rsidRDefault="00FD5E07" w:rsidP="00330D1B">
            <w:pPr>
              <w:spacing w:before="0"/>
              <w:ind w:firstLine="0"/>
              <w:jc w:val="center"/>
              <w:rPr>
                <w:rFonts w:cs="Sakkal Majalla"/>
                <w:bCs/>
                <w:color w:val="FFFFFF" w:themeColor="background1"/>
                <w:sz w:val="38"/>
                <w:szCs w:val="38"/>
              </w:rPr>
            </w:pPr>
            <w:r w:rsidRPr="00330D1B">
              <w:rPr>
                <w:rFonts w:cs="Sakkal Majalla"/>
                <w:bCs/>
                <w:color w:val="FFFFFF" w:themeColor="background1"/>
                <w:sz w:val="38"/>
                <w:szCs w:val="38"/>
                <w:rtl/>
              </w:rPr>
              <w:t>المتوسط الحسابي</w:t>
            </w:r>
          </w:p>
        </w:tc>
        <w:tc>
          <w:tcPr>
            <w:tcW w:w="2479" w:type="dxa"/>
            <w:shd w:val="clear" w:color="auto" w:fill="1F4E79"/>
            <w:vAlign w:val="center"/>
          </w:tcPr>
          <w:p w:rsidR="00FD5E07" w:rsidRPr="00330D1B" w:rsidRDefault="00FD5E07" w:rsidP="00330D1B">
            <w:pPr>
              <w:spacing w:before="0"/>
              <w:ind w:firstLine="0"/>
              <w:jc w:val="center"/>
              <w:rPr>
                <w:rFonts w:cs="Sakkal Majalla"/>
                <w:bCs/>
                <w:color w:val="FFFFFF" w:themeColor="background1"/>
                <w:sz w:val="38"/>
                <w:szCs w:val="38"/>
              </w:rPr>
            </w:pPr>
            <w:r w:rsidRPr="00330D1B">
              <w:rPr>
                <w:rFonts w:cs="Sakkal Majalla"/>
                <w:bCs/>
                <w:color w:val="FFFFFF" w:themeColor="background1"/>
                <w:sz w:val="38"/>
                <w:szCs w:val="38"/>
                <w:rtl/>
              </w:rPr>
              <w:t>الانحراف المعياري</w:t>
            </w:r>
          </w:p>
        </w:tc>
        <w:tc>
          <w:tcPr>
            <w:tcW w:w="2477" w:type="dxa"/>
            <w:shd w:val="clear" w:color="auto" w:fill="1F4E79"/>
            <w:vAlign w:val="center"/>
          </w:tcPr>
          <w:p w:rsidR="00FD5E07" w:rsidRPr="00330D1B" w:rsidRDefault="00FD5E07" w:rsidP="00330D1B">
            <w:pPr>
              <w:spacing w:before="0"/>
              <w:ind w:firstLine="0"/>
              <w:jc w:val="center"/>
              <w:rPr>
                <w:rFonts w:cs="Sakkal Majalla"/>
                <w:bCs/>
                <w:color w:val="FFFFFF" w:themeColor="background1"/>
                <w:sz w:val="38"/>
                <w:szCs w:val="38"/>
              </w:rPr>
            </w:pPr>
            <w:r w:rsidRPr="00330D1B">
              <w:rPr>
                <w:rFonts w:cs="Sakkal Majalla"/>
                <w:bCs/>
                <w:color w:val="FFFFFF" w:themeColor="background1"/>
                <w:sz w:val="38"/>
                <w:szCs w:val="38"/>
                <w:rtl/>
              </w:rPr>
              <w:t>المستوى</w:t>
            </w:r>
          </w:p>
        </w:tc>
      </w:tr>
      <w:tr w:rsidR="00FD5E07" w:rsidRPr="005117ED" w:rsidTr="00D53537">
        <w:tc>
          <w:tcPr>
            <w:tcW w:w="2478"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توليد</w:t>
            </w:r>
            <w:r w:rsidRPr="005117ED">
              <w:rPr>
                <w:rFonts w:cs="Sakkal Majalla"/>
                <w:color w:val="000000" w:themeColor="text1"/>
                <w:sz w:val="38"/>
                <w:szCs w:val="38"/>
              </w:rPr>
              <w:t xml:space="preserve"> </w:t>
            </w:r>
            <w:r w:rsidRPr="005117ED">
              <w:rPr>
                <w:rFonts w:cs="Sakkal Majalla"/>
                <w:color w:val="000000" w:themeColor="text1"/>
                <w:sz w:val="38"/>
                <w:szCs w:val="38"/>
                <w:rtl/>
              </w:rPr>
              <w:t>الأفكار</w:t>
            </w:r>
          </w:p>
        </w:tc>
        <w:tc>
          <w:tcPr>
            <w:tcW w:w="2478"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3.74</w:t>
            </w:r>
          </w:p>
        </w:tc>
        <w:tc>
          <w:tcPr>
            <w:tcW w:w="2479"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0.76</w:t>
            </w:r>
          </w:p>
        </w:tc>
        <w:tc>
          <w:tcPr>
            <w:tcW w:w="2477"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D53537">
        <w:tc>
          <w:tcPr>
            <w:tcW w:w="2478"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الأصالة</w:t>
            </w:r>
          </w:p>
        </w:tc>
        <w:tc>
          <w:tcPr>
            <w:tcW w:w="2478"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3.64</w:t>
            </w:r>
          </w:p>
        </w:tc>
        <w:tc>
          <w:tcPr>
            <w:tcW w:w="2479"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0.78</w:t>
            </w:r>
          </w:p>
        </w:tc>
        <w:tc>
          <w:tcPr>
            <w:tcW w:w="2477"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متوسط</w:t>
            </w:r>
          </w:p>
        </w:tc>
      </w:tr>
      <w:tr w:rsidR="00FD5E07" w:rsidRPr="005117ED" w:rsidTr="00D53537">
        <w:tc>
          <w:tcPr>
            <w:tcW w:w="2478"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المرونة</w:t>
            </w:r>
          </w:p>
        </w:tc>
        <w:tc>
          <w:tcPr>
            <w:tcW w:w="2478"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3.71</w:t>
            </w:r>
          </w:p>
        </w:tc>
        <w:tc>
          <w:tcPr>
            <w:tcW w:w="2479"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0.73</w:t>
            </w:r>
          </w:p>
        </w:tc>
        <w:tc>
          <w:tcPr>
            <w:tcW w:w="2477"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D53537">
        <w:tc>
          <w:tcPr>
            <w:tcW w:w="2478"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المبادرة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حل</w:t>
            </w:r>
            <w:r w:rsidRPr="005117ED">
              <w:rPr>
                <w:rFonts w:cs="Sakkal Majalla"/>
                <w:color w:val="000000" w:themeColor="text1"/>
                <w:sz w:val="38"/>
                <w:szCs w:val="38"/>
              </w:rPr>
              <w:t xml:space="preserve"> </w:t>
            </w:r>
            <w:r w:rsidRPr="005117ED">
              <w:rPr>
                <w:rFonts w:cs="Sakkal Majalla"/>
                <w:color w:val="000000" w:themeColor="text1"/>
                <w:sz w:val="38"/>
                <w:szCs w:val="38"/>
                <w:rtl/>
              </w:rPr>
              <w:t>المشكلات</w:t>
            </w:r>
          </w:p>
        </w:tc>
        <w:tc>
          <w:tcPr>
            <w:tcW w:w="2478"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3.79</w:t>
            </w:r>
          </w:p>
        </w:tc>
        <w:tc>
          <w:tcPr>
            <w:tcW w:w="2479"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0.75</w:t>
            </w:r>
          </w:p>
        </w:tc>
        <w:tc>
          <w:tcPr>
            <w:tcW w:w="2477"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r w:rsidR="00FD5E07" w:rsidRPr="005117ED" w:rsidTr="00D53537">
        <w:tc>
          <w:tcPr>
            <w:tcW w:w="2478"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تبني</w:t>
            </w:r>
            <w:r w:rsidRPr="005117ED">
              <w:rPr>
                <w:rFonts w:cs="Sakkal Majalla"/>
                <w:color w:val="000000" w:themeColor="text1"/>
                <w:sz w:val="38"/>
                <w:szCs w:val="38"/>
              </w:rPr>
              <w:t xml:space="preserve"> </w:t>
            </w:r>
            <w:r w:rsidRPr="005117ED">
              <w:rPr>
                <w:rFonts w:cs="Sakkal Majalla"/>
                <w:color w:val="000000" w:themeColor="text1"/>
                <w:sz w:val="38"/>
                <w:szCs w:val="38"/>
                <w:rtl/>
              </w:rPr>
              <w:t>الأفكار</w:t>
            </w:r>
            <w:r w:rsidRPr="005117ED">
              <w:rPr>
                <w:rFonts w:cs="Sakkal Majalla"/>
                <w:color w:val="000000" w:themeColor="text1"/>
                <w:sz w:val="38"/>
                <w:szCs w:val="38"/>
              </w:rPr>
              <w:t xml:space="preserve"> </w:t>
            </w:r>
            <w:r w:rsidRPr="005117ED">
              <w:rPr>
                <w:rFonts w:cs="Sakkal Majalla"/>
                <w:color w:val="000000" w:themeColor="text1"/>
                <w:sz w:val="38"/>
                <w:szCs w:val="38"/>
                <w:rtl/>
              </w:rPr>
              <w:t>وتطبيقها</w:t>
            </w:r>
          </w:p>
        </w:tc>
        <w:tc>
          <w:tcPr>
            <w:tcW w:w="2478"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3.65</w:t>
            </w:r>
          </w:p>
        </w:tc>
        <w:tc>
          <w:tcPr>
            <w:tcW w:w="2479"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0.78</w:t>
            </w:r>
          </w:p>
        </w:tc>
        <w:tc>
          <w:tcPr>
            <w:tcW w:w="2477" w:type="dx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متوسط</w:t>
            </w:r>
          </w:p>
        </w:tc>
      </w:tr>
      <w:tr w:rsidR="00FD5E07" w:rsidRPr="005117ED" w:rsidTr="00D53537">
        <w:tc>
          <w:tcPr>
            <w:tcW w:w="2478"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التنظيمي</w:t>
            </w:r>
          </w:p>
        </w:tc>
        <w:tc>
          <w:tcPr>
            <w:tcW w:w="2478"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3.71</w:t>
            </w:r>
          </w:p>
        </w:tc>
        <w:tc>
          <w:tcPr>
            <w:tcW w:w="2479"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Pr>
              <w:t>0.59</w:t>
            </w:r>
          </w:p>
        </w:tc>
        <w:tc>
          <w:tcPr>
            <w:tcW w:w="2477" w:type="dxa"/>
            <w:shd w:val="clear" w:color="auto" w:fill="EDF4FA"/>
            <w:vAlign w:val="center"/>
          </w:tcPr>
          <w:p w:rsidR="00FD5E07" w:rsidRPr="005117ED" w:rsidRDefault="00FD5E07" w:rsidP="00330D1B">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مرتفع</w:t>
            </w:r>
          </w:p>
        </w:tc>
      </w:tr>
    </w:tbl>
    <w:p w:rsidR="00D53537" w:rsidRDefault="00FD5E07" w:rsidP="00FD5E07">
      <w:pPr>
        <w:spacing w:before="0"/>
        <w:ind w:firstLine="425"/>
        <w:jc w:val="both"/>
        <w:rPr>
          <w:rFonts w:cs="Sakkal Majalla"/>
          <w:color w:val="000000" w:themeColor="text1"/>
          <w:sz w:val="38"/>
          <w:szCs w:val="38"/>
          <w:rtl/>
        </w:rPr>
      </w:pPr>
      <w:r w:rsidRPr="005117ED">
        <w:rPr>
          <w:rFonts w:cs="Sakkal Majalla"/>
          <w:color w:val="000000" w:themeColor="text1"/>
          <w:sz w:val="38"/>
          <w:szCs w:val="38"/>
          <w:rtl/>
        </w:rPr>
        <w:t>تبين النتائج أن مستوى الإبداع التنظيمي جاء مرتفعًا بمتوسط كلي بلغ 3.70. وجاء بعد المبادرة في حل المشكلات في المرتبة الأولى، وهو مؤشر على استعداد العاملين للتعامل مع المشكلات اليومية بوصفها فرصًا للتحسين. أما بعدا الأصالة وتبني الأفكار الجديدة وتطبيقها فقد جاءا قريبين من المستوى المتوسط، مما يشير إلى أن المنشآت بحاجة إلى تحويل الأفكار من مستوى الاقتراح إلى مستوى التطبيق المؤسسي المنظم.</w:t>
      </w:r>
    </w:p>
    <w:p w:rsidR="00D53537" w:rsidRDefault="00D53537">
      <w:pPr>
        <w:bidi w:val="0"/>
        <w:spacing w:before="0" w:after="160" w:line="259" w:lineRule="auto"/>
        <w:ind w:firstLine="0"/>
        <w:jc w:val="left"/>
        <w:rPr>
          <w:rFonts w:cs="Sakkal Majalla"/>
          <w:color w:val="000000" w:themeColor="text1"/>
          <w:sz w:val="38"/>
          <w:szCs w:val="38"/>
          <w:rtl/>
        </w:rPr>
      </w:pPr>
      <w:r>
        <w:rPr>
          <w:rFonts w:cs="Sakkal Majalla"/>
          <w:color w:val="000000" w:themeColor="text1"/>
          <w:sz w:val="38"/>
          <w:szCs w:val="38"/>
          <w:rtl/>
        </w:rPr>
        <w:br w:type="page"/>
      </w:r>
    </w:p>
    <w:p w:rsidR="00FD5E07" w:rsidRPr="005117ED" w:rsidRDefault="00FD5E07" w:rsidP="00FD5E07">
      <w:pPr>
        <w:spacing w:before="0"/>
        <w:ind w:firstLine="425"/>
        <w:jc w:val="both"/>
        <w:rPr>
          <w:rFonts w:cs="Sakkal Majalla"/>
          <w:color w:val="000000" w:themeColor="text1"/>
          <w:sz w:val="38"/>
          <w:szCs w:val="38"/>
        </w:rPr>
      </w:pPr>
    </w:p>
    <w:tbl>
      <w:tblPr>
        <w:tblStyle w:val="aa"/>
        <w:bidiVisual/>
        <w:tblW w:w="0" w:type="auto"/>
        <w:tblLook w:val="04A0" w:firstRow="1" w:lastRow="0" w:firstColumn="1" w:lastColumn="0" w:noHBand="0" w:noVBand="1"/>
      </w:tblPr>
      <w:tblGrid>
        <w:gridCol w:w="2155"/>
        <w:gridCol w:w="2240"/>
        <w:gridCol w:w="5517"/>
      </w:tblGrid>
      <w:tr w:rsidR="00FD5E07" w:rsidRPr="005117ED" w:rsidTr="00D53537">
        <w:trPr>
          <w:tblHeader/>
        </w:trPr>
        <w:tc>
          <w:tcPr>
            <w:tcW w:w="3324" w:type="dxa"/>
            <w:shd w:val="clear" w:color="auto" w:fill="FFE599" w:themeFill="accent4" w:themeFillTint="66"/>
            <w:vAlign w:val="center"/>
          </w:tcPr>
          <w:p w:rsidR="00FD5E07" w:rsidRPr="005117ED" w:rsidRDefault="00FD5E07" w:rsidP="00D53537">
            <w:pPr>
              <w:spacing w:before="0"/>
              <w:jc w:val="center"/>
              <w:rPr>
                <w:rFonts w:cs="Sakkal Majalla"/>
                <w:color w:val="000000" w:themeColor="text1"/>
                <w:sz w:val="38"/>
                <w:szCs w:val="38"/>
              </w:rPr>
            </w:pPr>
            <w:r w:rsidRPr="005117ED">
              <w:rPr>
                <w:rFonts w:cs="Sakkal Majalla"/>
                <w:b/>
                <w:color w:val="000000" w:themeColor="text1"/>
                <w:sz w:val="38"/>
                <w:szCs w:val="38"/>
                <w:rtl/>
              </w:rPr>
              <w:t>البعد</w:t>
            </w:r>
          </w:p>
        </w:tc>
        <w:tc>
          <w:tcPr>
            <w:tcW w:w="3324" w:type="dxa"/>
            <w:shd w:val="clear" w:color="auto" w:fill="FFE599" w:themeFill="accent4" w:themeFillTint="66"/>
            <w:vAlign w:val="center"/>
          </w:tcPr>
          <w:p w:rsidR="00FD5E07" w:rsidRPr="005117ED" w:rsidRDefault="00FD5E07" w:rsidP="00D53537">
            <w:pPr>
              <w:spacing w:before="0"/>
              <w:jc w:val="center"/>
              <w:rPr>
                <w:rFonts w:cs="Sakkal Majalla"/>
                <w:color w:val="000000" w:themeColor="text1"/>
                <w:sz w:val="38"/>
                <w:szCs w:val="38"/>
              </w:rPr>
            </w:pPr>
            <w:r w:rsidRPr="005117ED">
              <w:rPr>
                <w:rFonts w:cs="Sakkal Majalla"/>
                <w:b/>
                <w:color w:val="000000" w:themeColor="text1"/>
                <w:sz w:val="38"/>
                <w:szCs w:val="38"/>
                <w:rtl/>
              </w:rPr>
              <w:t>المتوسط</w:t>
            </w:r>
          </w:p>
        </w:tc>
        <w:tc>
          <w:tcPr>
            <w:tcW w:w="3324" w:type="dxa"/>
            <w:shd w:val="clear" w:color="auto" w:fill="FFE599" w:themeFill="accent4" w:themeFillTint="66"/>
            <w:vAlign w:val="center"/>
          </w:tcPr>
          <w:p w:rsidR="00FD5E07" w:rsidRPr="005117ED" w:rsidRDefault="00FD5E07" w:rsidP="00D53537">
            <w:pPr>
              <w:spacing w:before="0"/>
              <w:jc w:val="center"/>
              <w:rPr>
                <w:rFonts w:cs="Sakkal Majalla"/>
                <w:color w:val="000000" w:themeColor="text1"/>
                <w:sz w:val="38"/>
                <w:szCs w:val="38"/>
              </w:rPr>
            </w:pPr>
            <w:r w:rsidRPr="005117ED">
              <w:rPr>
                <w:rFonts w:cs="Sakkal Majalla"/>
                <w:b/>
                <w:color w:val="000000" w:themeColor="text1"/>
                <w:sz w:val="38"/>
                <w:szCs w:val="38"/>
                <w:rtl/>
              </w:rPr>
              <w:t>تمثيل بصري تقريبي</w:t>
            </w:r>
          </w:p>
        </w:tc>
      </w:tr>
      <w:tr w:rsidR="00FD5E07" w:rsidRPr="005117ED" w:rsidTr="00D53537">
        <w:tc>
          <w:tcPr>
            <w:tcW w:w="3324" w:type="dxa"/>
            <w:vAlign w:val="center"/>
          </w:tcPr>
          <w:p w:rsidR="00FD5E07" w:rsidRPr="005117ED" w:rsidRDefault="00FD5E07" w:rsidP="00D53537">
            <w:pPr>
              <w:spacing w:before="0"/>
              <w:jc w:val="center"/>
              <w:rPr>
                <w:rFonts w:cs="Sakkal Majalla"/>
                <w:color w:val="000000" w:themeColor="text1"/>
                <w:sz w:val="38"/>
                <w:szCs w:val="38"/>
              </w:rPr>
            </w:pPr>
            <w:r w:rsidRPr="005117ED">
              <w:rPr>
                <w:rFonts w:cs="Sakkal Majalla"/>
                <w:color w:val="000000" w:themeColor="text1"/>
                <w:sz w:val="38"/>
                <w:szCs w:val="38"/>
                <w:rtl/>
              </w:rPr>
              <w:t>توليد</w:t>
            </w:r>
            <w:r w:rsidRPr="005117ED">
              <w:rPr>
                <w:rFonts w:cs="Sakkal Majalla"/>
                <w:color w:val="000000" w:themeColor="text1"/>
                <w:sz w:val="38"/>
                <w:szCs w:val="38"/>
              </w:rPr>
              <w:t xml:space="preserve"> </w:t>
            </w:r>
            <w:r w:rsidRPr="005117ED">
              <w:rPr>
                <w:rFonts w:cs="Sakkal Majalla"/>
                <w:color w:val="000000" w:themeColor="text1"/>
                <w:sz w:val="38"/>
                <w:szCs w:val="38"/>
                <w:rtl/>
              </w:rPr>
              <w:t>الأفكار</w:t>
            </w:r>
          </w:p>
        </w:tc>
        <w:tc>
          <w:tcPr>
            <w:tcW w:w="3324" w:type="dxa"/>
            <w:vAlign w:val="center"/>
          </w:tcPr>
          <w:p w:rsidR="00FD5E07" w:rsidRPr="005117ED" w:rsidRDefault="00FD5E07" w:rsidP="00D53537">
            <w:pPr>
              <w:spacing w:before="0"/>
              <w:jc w:val="center"/>
              <w:rPr>
                <w:rFonts w:cs="Sakkal Majalla"/>
                <w:color w:val="000000" w:themeColor="text1"/>
                <w:sz w:val="38"/>
                <w:szCs w:val="38"/>
              </w:rPr>
            </w:pPr>
            <w:r w:rsidRPr="005117ED">
              <w:rPr>
                <w:rFonts w:cs="Sakkal Majalla"/>
                <w:color w:val="000000" w:themeColor="text1"/>
                <w:sz w:val="38"/>
                <w:szCs w:val="38"/>
              </w:rPr>
              <w:t>3.74</w:t>
            </w:r>
          </w:p>
        </w:tc>
        <w:tc>
          <w:tcPr>
            <w:tcW w:w="3324" w:type="dxa"/>
            <w:vAlign w:val="center"/>
          </w:tcPr>
          <w:p w:rsidR="00FD5E07" w:rsidRPr="005117ED" w:rsidRDefault="00FD5E07" w:rsidP="00D53537">
            <w:pPr>
              <w:spacing w:before="0"/>
              <w:jc w:val="right"/>
              <w:rPr>
                <w:rFonts w:cs="Sakkal Majalla"/>
                <w:color w:val="000000" w:themeColor="text1"/>
                <w:sz w:val="38"/>
                <w:szCs w:val="38"/>
              </w:rPr>
            </w:pPr>
            <w:r w:rsidRPr="005117ED">
              <w:rPr>
                <w:rFonts w:ascii="Arial" w:hAnsi="Arial" w:cs="Arial"/>
                <w:color w:val="000000" w:themeColor="text1"/>
                <w:sz w:val="38"/>
                <w:szCs w:val="38"/>
              </w:rPr>
              <w:t>██████████████████</w:t>
            </w:r>
          </w:p>
        </w:tc>
      </w:tr>
      <w:tr w:rsidR="00FD5E07" w:rsidRPr="005117ED" w:rsidTr="00D53537">
        <w:tc>
          <w:tcPr>
            <w:tcW w:w="3324" w:type="dxa"/>
            <w:shd w:val="clear" w:color="auto" w:fill="EDF4FA"/>
            <w:vAlign w:val="center"/>
          </w:tcPr>
          <w:p w:rsidR="00FD5E07" w:rsidRPr="005117ED" w:rsidRDefault="00FD5E07" w:rsidP="00D53537">
            <w:pPr>
              <w:spacing w:before="0"/>
              <w:jc w:val="center"/>
              <w:rPr>
                <w:rFonts w:cs="Sakkal Majalla"/>
                <w:color w:val="000000" w:themeColor="text1"/>
                <w:sz w:val="38"/>
                <w:szCs w:val="38"/>
              </w:rPr>
            </w:pPr>
            <w:r w:rsidRPr="005117ED">
              <w:rPr>
                <w:rFonts w:cs="Sakkal Majalla"/>
                <w:color w:val="000000" w:themeColor="text1"/>
                <w:sz w:val="38"/>
                <w:szCs w:val="38"/>
                <w:rtl/>
              </w:rPr>
              <w:t>الأصالة</w:t>
            </w:r>
          </w:p>
        </w:tc>
        <w:tc>
          <w:tcPr>
            <w:tcW w:w="3324" w:type="dxa"/>
            <w:shd w:val="clear" w:color="auto" w:fill="EDF4FA"/>
            <w:vAlign w:val="center"/>
          </w:tcPr>
          <w:p w:rsidR="00FD5E07" w:rsidRPr="005117ED" w:rsidRDefault="00FD5E07" w:rsidP="00D53537">
            <w:pPr>
              <w:spacing w:before="0"/>
              <w:jc w:val="center"/>
              <w:rPr>
                <w:rFonts w:cs="Sakkal Majalla"/>
                <w:color w:val="000000" w:themeColor="text1"/>
                <w:sz w:val="38"/>
                <w:szCs w:val="38"/>
              </w:rPr>
            </w:pPr>
            <w:r w:rsidRPr="005117ED">
              <w:rPr>
                <w:rFonts w:cs="Sakkal Majalla"/>
                <w:color w:val="000000" w:themeColor="text1"/>
                <w:sz w:val="38"/>
                <w:szCs w:val="38"/>
              </w:rPr>
              <w:t>3.64</w:t>
            </w:r>
          </w:p>
        </w:tc>
        <w:tc>
          <w:tcPr>
            <w:tcW w:w="3324" w:type="dxa"/>
            <w:shd w:val="clear" w:color="auto" w:fill="EDF4FA"/>
            <w:vAlign w:val="center"/>
          </w:tcPr>
          <w:p w:rsidR="00FD5E07" w:rsidRPr="005117ED" w:rsidRDefault="00FD5E07" w:rsidP="00D53537">
            <w:pPr>
              <w:spacing w:before="0"/>
              <w:jc w:val="right"/>
              <w:rPr>
                <w:rFonts w:cs="Sakkal Majalla"/>
                <w:color w:val="000000" w:themeColor="text1"/>
                <w:sz w:val="38"/>
                <w:szCs w:val="38"/>
              </w:rPr>
            </w:pPr>
            <w:r w:rsidRPr="005117ED">
              <w:rPr>
                <w:rFonts w:ascii="Arial" w:hAnsi="Arial" w:cs="Arial"/>
                <w:color w:val="000000" w:themeColor="text1"/>
                <w:sz w:val="38"/>
                <w:szCs w:val="38"/>
              </w:rPr>
              <w:t>█████████████████</w:t>
            </w:r>
          </w:p>
        </w:tc>
      </w:tr>
      <w:tr w:rsidR="00FD5E07" w:rsidRPr="005117ED" w:rsidTr="00D53537">
        <w:tc>
          <w:tcPr>
            <w:tcW w:w="3324" w:type="dxa"/>
            <w:vAlign w:val="center"/>
          </w:tcPr>
          <w:p w:rsidR="00FD5E07" w:rsidRPr="005117ED" w:rsidRDefault="00FD5E07" w:rsidP="00D53537">
            <w:pPr>
              <w:spacing w:before="0"/>
              <w:jc w:val="center"/>
              <w:rPr>
                <w:rFonts w:cs="Sakkal Majalla"/>
                <w:color w:val="000000" w:themeColor="text1"/>
                <w:sz w:val="38"/>
                <w:szCs w:val="38"/>
              </w:rPr>
            </w:pPr>
            <w:r w:rsidRPr="005117ED">
              <w:rPr>
                <w:rFonts w:cs="Sakkal Majalla"/>
                <w:color w:val="000000" w:themeColor="text1"/>
                <w:sz w:val="38"/>
                <w:szCs w:val="38"/>
                <w:rtl/>
              </w:rPr>
              <w:t>المرونة</w:t>
            </w:r>
          </w:p>
        </w:tc>
        <w:tc>
          <w:tcPr>
            <w:tcW w:w="3324" w:type="dxa"/>
            <w:vAlign w:val="center"/>
          </w:tcPr>
          <w:p w:rsidR="00FD5E07" w:rsidRPr="005117ED" w:rsidRDefault="00FD5E07" w:rsidP="00D53537">
            <w:pPr>
              <w:spacing w:before="0"/>
              <w:jc w:val="center"/>
              <w:rPr>
                <w:rFonts w:cs="Sakkal Majalla"/>
                <w:color w:val="000000" w:themeColor="text1"/>
                <w:sz w:val="38"/>
                <w:szCs w:val="38"/>
              </w:rPr>
            </w:pPr>
            <w:r w:rsidRPr="005117ED">
              <w:rPr>
                <w:rFonts w:cs="Sakkal Majalla"/>
                <w:color w:val="000000" w:themeColor="text1"/>
                <w:sz w:val="38"/>
                <w:szCs w:val="38"/>
              </w:rPr>
              <w:t>3.71</w:t>
            </w:r>
          </w:p>
        </w:tc>
        <w:tc>
          <w:tcPr>
            <w:tcW w:w="3324" w:type="dxa"/>
            <w:vAlign w:val="center"/>
          </w:tcPr>
          <w:p w:rsidR="00FD5E07" w:rsidRPr="005117ED" w:rsidRDefault="00FD5E07" w:rsidP="00D53537">
            <w:pPr>
              <w:spacing w:before="0"/>
              <w:jc w:val="right"/>
              <w:rPr>
                <w:rFonts w:cs="Sakkal Majalla"/>
                <w:color w:val="000000" w:themeColor="text1"/>
                <w:sz w:val="38"/>
                <w:szCs w:val="38"/>
              </w:rPr>
            </w:pPr>
            <w:r w:rsidRPr="005117ED">
              <w:rPr>
                <w:rFonts w:ascii="Arial" w:hAnsi="Arial" w:cs="Arial"/>
                <w:color w:val="000000" w:themeColor="text1"/>
                <w:sz w:val="38"/>
                <w:szCs w:val="38"/>
              </w:rPr>
              <w:t>██████████████████</w:t>
            </w:r>
          </w:p>
        </w:tc>
      </w:tr>
      <w:tr w:rsidR="00FD5E07" w:rsidRPr="005117ED" w:rsidTr="00D53537">
        <w:tc>
          <w:tcPr>
            <w:tcW w:w="3324" w:type="dxa"/>
            <w:shd w:val="clear" w:color="auto" w:fill="EDF4FA"/>
            <w:vAlign w:val="center"/>
          </w:tcPr>
          <w:p w:rsidR="00FD5E07" w:rsidRPr="005117ED" w:rsidRDefault="00FD5E07" w:rsidP="00D53537">
            <w:pPr>
              <w:spacing w:before="0"/>
              <w:jc w:val="center"/>
              <w:rPr>
                <w:rFonts w:cs="Sakkal Majalla"/>
                <w:color w:val="000000" w:themeColor="text1"/>
                <w:sz w:val="38"/>
                <w:szCs w:val="38"/>
              </w:rPr>
            </w:pPr>
            <w:r w:rsidRPr="005117ED">
              <w:rPr>
                <w:rFonts w:cs="Sakkal Majalla"/>
                <w:color w:val="000000" w:themeColor="text1"/>
                <w:sz w:val="38"/>
                <w:szCs w:val="38"/>
                <w:rtl/>
              </w:rPr>
              <w:t>المبادرة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حل</w:t>
            </w:r>
            <w:r w:rsidRPr="005117ED">
              <w:rPr>
                <w:rFonts w:cs="Sakkal Majalla"/>
                <w:color w:val="000000" w:themeColor="text1"/>
                <w:sz w:val="38"/>
                <w:szCs w:val="38"/>
              </w:rPr>
              <w:t xml:space="preserve"> </w:t>
            </w:r>
            <w:r w:rsidRPr="005117ED">
              <w:rPr>
                <w:rFonts w:cs="Sakkal Majalla"/>
                <w:color w:val="000000" w:themeColor="text1"/>
                <w:sz w:val="38"/>
                <w:szCs w:val="38"/>
                <w:rtl/>
              </w:rPr>
              <w:t>المشكلات</w:t>
            </w:r>
          </w:p>
        </w:tc>
        <w:tc>
          <w:tcPr>
            <w:tcW w:w="3324" w:type="dxa"/>
            <w:shd w:val="clear" w:color="auto" w:fill="EDF4FA"/>
            <w:vAlign w:val="center"/>
          </w:tcPr>
          <w:p w:rsidR="00FD5E07" w:rsidRPr="005117ED" w:rsidRDefault="00FD5E07" w:rsidP="00D53537">
            <w:pPr>
              <w:spacing w:before="0"/>
              <w:jc w:val="center"/>
              <w:rPr>
                <w:rFonts w:cs="Sakkal Majalla"/>
                <w:color w:val="000000" w:themeColor="text1"/>
                <w:sz w:val="38"/>
                <w:szCs w:val="38"/>
              </w:rPr>
            </w:pPr>
            <w:r w:rsidRPr="005117ED">
              <w:rPr>
                <w:rFonts w:cs="Sakkal Majalla"/>
                <w:color w:val="000000" w:themeColor="text1"/>
                <w:sz w:val="38"/>
                <w:szCs w:val="38"/>
              </w:rPr>
              <w:t>3.79</w:t>
            </w:r>
          </w:p>
        </w:tc>
        <w:tc>
          <w:tcPr>
            <w:tcW w:w="3324" w:type="dxa"/>
            <w:shd w:val="clear" w:color="auto" w:fill="EDF4FA"/>
            <w:vAlign w:val="center"/>
          </w:tcPr>
          <w:p w:rsidR="00FD5E07" w:rsidRPr="005117ED" w:rsidRDefault="00FD5E07" w:rsidP="00D53537">
            <w:pPr>
              <w:spacing w:before="0"/>
              <w:jc w:val="right"/>
              <w:rPr>
                <w:rFonts w:cs="Sakkal Majalla"/>
                <w:color w:val="000000" w:themeColor="text1"/>
                <w:sz w:val="38"/>
                <w:szCs w:val="38"/>
              </w:rPr>
            </w:pPr>
            <w:r w:rsidRPr="005117ED">
              <w:rPr>
                <w:rFonts w:ascii="Arial" w:hAnsi="Arial" w:cs="Arial"/>
                <w:color w:val="000000" w:themeColor="text1"/>
                <w:sz w:val="38"/>
                <w:szCs w:val="38"/>
              </w:rPr>
              <w:t>██████████████████</w:t>
            </w:r>
          </w:p>
        </w:tc>
      </w:tr>
      <w:tr w:rsidR="00FD5E07" w:rsidRPr="005117ED" w:rsidTr="00D53537">
        <w:tc>
          <w:tcPr>
            <w:tcW w:w="3324" w:type="dxa"/>
            <w:vAlign w:val="center"/>
          </w:tcPr>
          <w:p w:rsidR="00FD5E07" w:rsidRPr="005117ED" w:rsidRDefault="00FD5E07" w:rsidP="00D53537">
            <w:pPr>
              <w:spacing w:before="0"/>
              <w:jc w:val="center"/>
              <w:rPr>
                <w:rFonts w:cs="Sakkal Majalla"/>
                <w:color w:val="000000" w:themeColor="text1"/>
                <w:sz w:val="38"/>
                <w:szCs w:val="38"/>
              </w:rPr>
            </w:pPr>
            <w:r w:rsidRPr="005117ED">
              <w:rPr>
                <w:rFonts w:cs="Sakkal Majalla"/>
                <w:color w:val="000000" w:themeColor="text1"/>
                <w:sz w:val="38"/>
                <w:szCs w:val="38"/>
                <w:rtl/>
              </w:rPr>
              <w:t>تبني</w:t>
            </w:r>
            <w:r w:rsidRPr="005117ED">
              <w:rPr>
                <w:rFonts w:cs="Sakkal Majalla"/>
                <w:color w:val="000000" w:themeColor="text1"/>
                <w:sz w:val="38"/>
                <w:szCs w:val="38"/>
              </w:rPr>
              <w:t xml:space="preserve"> </w:t>
            </w:r>
            <w:r w:rsidRPr="005117ED">
              <w:rPr>
                <w:rFonts w:cs="Sakkal Majalla"/>
                <w:color w:val="000000" w:themeColor="text1"/>
                <w:sz w:val="38"/>
                <w:szCs w:val="38"/>
                <w:rtl/>
              </w:rPr>
              <w:t>الأفكار</w:t>
            </w:r>
            <w:r w:rsidRPr="005117ED">
              <w:rPr>
                <w:rFonts w:cs="Sakkal Majalla"/>
                <w:color w:val="000000" w:themeColor="text1"/>
                <w:sz w:val="38"/>
                <w:szCs w:val="38"/>
              </w:rPr>
              <w:t xml:space="preserve"> </w:t>
            </w:r>
            <w:r w:rsidRPr="005117ED">
              <w:rPr>
                <w:rFonts w:cs="Sakkal Majalla"/>
                <w:color w:val="000000" w:themeColor="text1"/>
                <w:sz w:val="38"/>
                <w:szCs w:val="38"/>
                <w:rtl/>
              </w:rPr>
              <w:t>وتطبيقها</w:t>
            </w:r>
          </w:p>
        </w:tc>
        <w:tc>
          <w:tcPr>
            <w:tcW w:w="3324" w:type="dxa"/>
            <w:vAlign w:val="center"/>
          </w:tcPr>
          <w:p w:rsidR="00FD5E07" w:rsidRPr="005117ED" w:rsidRDefault="00FD5E07" w:rsidP="00D53537">
            <w:pPr>
              <w:spacing w:before="0"/>
              <w:jc w:val="center"/>
              <w:rPr>
                <w:rFonts w:cs="Sakkal Majalla"/>
                <w:color w:val="000000" w:themeColor="text1"/>
                <w:sz w:val="38"/>
                <w:szCs w:val="38"/>
              </w:rPr>
            </w:pPr>
            <w:r w:rsidRPr="005117ED">
              <w:rPr>
                <w:rFonts w:cs="Sakkal Majalla"/>
                <w:color w:val="000000" w:themeColor="text1"/>
                <w:sz w:val="38"/>
                <w:szCs w:val="38"/>
              </w:rPr>
              <w:t>3.65</w:t>
            </w:r>
          </w:p>
        </w:tc>
        <w:tc>
          <w:tcPr>
            <w:tcW w:w="3324" w:type="dxa"/>
            <w:vAlign w:val="center"/>
          </w:tcPr>
          <w:p w:rsidR="00FD5E07" w:rsidRPr="005117ED" w:rsidRDefault="00FD5E07" w:rsidP="00D53537">
            <w:pPr>
              <w:spacing w:before="0"/>
              <w:jc w:val="right"/>
              <w:rPr>
                <w:rFonts w:cs="Sakkal Majalla"/>
                <w:color w:val="000000" w:themeColor="text1"/>
                <w:sz w:val="38"/>
                <w:szCs w:val="38"/>
              </w:rPr>
            </w:pPr>
            <w:r w:rsidRPr="005117ED">
              <w:rPr>
                <w:rFonts w:ascii="Arial" w:hAnsi="Arial" w:cs="Arial"/>
                <w:color w:val="000000" w:themeColor="text1"/>
                <w:sz w:val="38"/>
                <w:szCs w:val="38"/>
              </w:rPr>
              <w:t>██████████████████</w:t>
            </w:r>
          </w:p>
        </w:tc>
      </w:tr>
    </w:tbl>
    <w:p w:rsidR="00FD5E07" w:rsidRPr="005117ED" w:rsidRDefault="00FD5E07" w:rsidP="00FD5E07">
      <w:pPr>
        <w:spacing w:before="0"/>
        <w:jc w:val="both"/>
        <w:rPr>
          <w:rFonts w:cs="Sakkal Majalla"/>
          <w:color w:val="000000" w:themeColor="text1"/>
          <w:sz w:val="38"/>
          <w:szCs w:val="38"/>
        </w:rPr>
      </w:pPr>
    </w:p>
    <w:p w:rsidR="00FD5E07" w:rsidRPr="005117ED" w:rsidRDefault="00FD5E07" w:rsidP="00D53537">
      <w:pPr>
        <w:spacing w:before="0"/>
        <w:jc w:val="center"/>
        <w:rPr>
          <w:rFonts w:cs="Sakkal Majalla"/>
          <w:color w:val="000000" w:themeColor="text1"/>
          <w:sz w:val="38"/>
          <w:szCs w:val="38"/>
        </w:rPr>
      </w:pPr>
      <w:r w:rsidRPr="005117ED">
        <w:rPr>
          <w:rFonts w:cs="Sakkal Majalla"/>
          <w:b/>
          <w:bCs/>
          <w:color w:val="000000" w:themeColor="text1"/>
          <w:sz w:val="38"/>
          <w:szCs w:val="38"/>
          <w:rtl/>
        </w:rPr>
        <w:t>شكل</w:t>
      </w:r>
      <w:r w:rsidRPr="005117ED">
        <w:rPr>
          <w:rFonts w:cs="Sakkal Majalla"/>
          <w:b/>
          <w:color w:val="000000" w:themeColor="text1"/>
          <w:sz w:val="38"/>
          <w:szCs w:val="38"/>
        </w:rPr>
        <w:t xml:space="preserve"> (3</w:t>
      </w:r>
      <w:proofErr w:type="gramStart"/>
      <w:r w:rsidRPr="005117ED">
        <w:rPr>
          <w:rFonts w:cs="Sakkal Majalla"/>
          <w:b/>
          <w:color w:val="000000" w:themeColor="text1"/>
          <w:sz w:val="38"/>
          <w:szCs w:val="38"/>
        </w:rPr>
        <w:t>)</w:t>
      </w:r>
      <w:r w:rsidR="00D53537">
        <w:rPr>
          <w:rFonts w:cs="Sakkal Majalla" w:hint="cs"/>
          <w:b/>
          <w:color w:val="000000" w:themeColor="text1"/>
          <w:sz w:val="38"/>
          <w:szCs w:val="38"/>
          <w:rtl/>
        </w:rPr>
        <w:t xml:space="preserve"> </w:t>
      </w:r>
      <w:r w:rsidRPr="005117ED">
        <w:rPr>
          <w:rFonts w:cs="Sakkal Majalla"/>
          <w:b/>
          <w:color w:val="000000" w:themeColor="text1"/>
          <w:sz w:val="38"/>
          <w:szCs w:val="38"/>
        </w:rPr>
        <w:t>:</w:t>
      </w:r>
      <w:proofErr w:type="gramEnd"/>
      <w:r w:rsidR="00D53537">
        <w:rPr>
          <w:rFonts w:cs="Sakkal Majalla" w:hint="cs"/>
          <w:b/>
          <w:color w:val="000000" w:themeColor="text1"/>
          <w:sz w:val="38"/>
          <w:szCs w:val="38"/>
          <w:rtl/>
        </w:rPr>
        <w:t xml:space="preserve"> </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تمثيل</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بصري</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لمتوسطات</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أبعاد</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الإبداع</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التنظيمي</w:t>
      </w:r>
    </w:p>
    <w:p w:rsidR="00FD5E07" w:rsidRPr="005117ED" w:rsidRDefault="00FD5E07" w:rsidP="00FD5E07">
      <w:pPr>
        <w:spacing w:before="0"/>
        <w:jc w:val="both"/>
        <w:rPr>
          <w:rFonts w:cs="Sakkal Majalla"/>
          <w:color w:val="000000" w:themeColor="text1"/>
          <w:sz w:val="38"/>
          <w:szCs w:val="38"/>
        </w:rPr>
      </w:pPr>
      <w:r w:rsidRPr="005117ED">
        <w:rPr>
          <w:rFonts w:cs="Sakkal Majalla"/>
          <w:noProof/>
          <w:color w:val="000000" w:themeColor="text1"/>
          <w:sz w:val="38"/>
          <w:szCs w:val="38"/>
        </w:rPr>
        <w:drawing>
          <wp:inline distT="0" distB="0" distL="0" distR="0" wp14:anchorId="23D6FE68" wp14:editId="09EAB0D4">
            <wp:extent cx="5328000" cy="31581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ivity_means.png"/>
                    <pic:cNvPicPr/>
                  </pic:nvPicPr>
                  <pic:blipFill>
                    <a:blip r:embed="rId13"/>
                    <a:stretch>
                      <a:fillRect/>
                    </a:stretch>
                  </pic:blipFill>
                  <pic:spPr>
                    <a:xfrm>
                      <a:off x="0" y="0"/>
                      <a:ext cx="5328000" cy="3158140"/>
                    </a:xfrm>
                    <a:prstGeom prst="rect">
                      <a:avLst/>
                    </a:prstGeom>
                  </pic:spPr>
                </pic:pic>
              </a:graphicData>
            </a:graphic>
          </wp:inline>
        </w:drawing>
      </w:r>
    </w:p>
    <w:p w:rsidR="00D53537" w:rsidRDefault="00D53537" w:rsidP="00D53537">
      <w:pPr>
        <w:spacing w:before="0"/>
        <w:ind w:firstLine="425"/>
        <w:jc w:val="both"/>
        <w:rPr>
          <w:rFonts w:cs="Sakkal Majalla"/>
          <w:color w:val="000000" w:themeColor="text1"/>
          <w:sz w:val="38"/>
          <w:szCs w:val="38"/>
          <w:rtl/>
        </w:rPr>
      </w:pPr>
      <w:r>
        <w:rPr>
          <w:rFonts w:cs="Sakkal Majalla" w:hint="cs"/>
          <w:color w:val="000000" w:themeColor="text1"/>
          <w:sz w:val="38"/>
          <w:szCs w:val="38"/>
          <w:rtl/>
        </w:rPr>
        <w:t xml:space="preserve"> </w:t>
      </w:r>
    </w:p>
    <w:p w:rsidR="00D53537" w:rsidRDefault="00D53537">
      <w:pPr>
        <w:bidi w:val="0"/>
        <w:spacing w:before="0" w:after="160" w:line="259" w:lineRule="auto"/>
        <w:ind w:firstLine="0"/>
        <w:jc w:val="left"/>
        <w:rPr>
          <w:rFonts w:cs="Sakkal Majalla"/>
          <w:color w:val="000000" w:themeColor="text1"/>
          <w:sz w:val="38"/>
          <w:szCs w:val="38"/>
          <w:rtl/>
        </w:rPr>
      </w:pPr>
      <w:r>
        <w:rPr>
          <w:rFonts w:cs="Sakkal Majalla"/>
          <w:color w:val="000000" w:themeColor="text1"/>
          <w:sz w:val="38"/>
          <w:szCs w:val="38"/>
          <w:rtl/>
        </w:rPr>
        <w:br w:type="page"/>
      </w:r>
    </w:p>
    <w:p w:rsidR="00FD5E07" w:rsidRPr="005117ED" w:rsidRDefault="00FD5E07" w:rsidP="00CB5A48">
      <w:pPr>
        <w:spacing w:before="0"/>
        <w:ind w:firstLine="0"/>
        <w:jc w:val="left"/>
        <w:outlineLvl w:val="0"/>
        <w:rPr>
          <w:rFonts w:eastAsia="Times New Roman" w:cs="Sakkal Majalla"/>
          <w:b/>
          <w:bCs/>
          <w:color w:val="000000" w:themeColor="text1"/>
          <w:sz w:val="40"/>
          <w:szCs w:val="40"/>
        </w:rPr>
      </w:pPr>
      <w:bookmarkStart w:id="74" w:name="_Toc233322021"/>
      <w:r w:rsidRPr="005117ED">
        <w:rPr>
          <w:rFonts w:eastAsia="Times New Roman" w:cs="Sakkal Majalla"/>
          <w:b/>
          <w:bCs/>
          <w:color w:val="000000" w:themeColor="text1"/>
          <w:sz w:val="40"/>
          <w:szCs w:val="40"/>
          <w:rtl/>
        </w:rPr>
        <w:lastRenderedPageBreak/>
        <w:t>رابعًا: العلاقة بين القيادة التحويلية والإبداع التنظيمي</w:t>
      </w:r>
      <w:bookmarkEnd w:id="74"/>
    </w:p>
    <w:p w:rsidR="00FD5E07" w:rsidRPr="005117ED" w:rsidRDefault="00FD5E07" w:rsidP="00FD5E07">
      <w:pPr>
        <w:spacing w:before="0"/>
        <w:jc w:val="both"/>
        <w:rPr>
          <w:rFonts w:cs="Sakkal Majalla"/>
          <w:color w:val="000000" w:themeColor="text1"/>
          <w:sz w:val="38"/>
          <w:szCs w:val="38"/>
        </w:rPr>
      </w:pPr>
      <w:r w:rsidRPr="005117ED">
        <w:rPr>
          <w:rFonts w:cs="Sakkal Majalla"/>
          <w:b/>
          <w:bCs/>
          <w:color w:val="000000" w:themeColor="text1"/>
          <w:sz w:val="38"/>
          <w:szCs w:val="38"/>
          <w:rtl/>
        </w:rPr>
        <w:t>شكل</w:t>
      </w:r>
      <w:r w:rsidRPr="005117ED">
        <w:rPr>
          <w:rFonts w:cs="Sakkal Majalla"/>
          <w:b/>
          <w:color w:val="000000" w:themeColor="text1"/>
          <w:sz w:val="38"/>
          <w:szCs w:val="38"/>
        </w:rPr>
        <w:t xml:space="preserve"> (4</w:t>
      </w:r>
      <w:proofErr w:type="gramStart"/>
      <w:r w:rsidRPr="005117ED">
        <w:rPr>
          <w:rFonts w:cs="Sakkal Majalla"/>
          <w:b/>
          <w:color w:val="000000" w:themeColor="text1"/>
          <w:sz w:val="38"/>
          <w:szCs w:val="38"/>
        </w:rPr>
        <w:t>)</w:t>
      </w:r>
      <w:r w:rsidR="00D53537">
        <w:rPr>
          <w:rFonts w:cs="Sakkal Majalla" w:hint="cs"/>
          <w:b/>
          <w:color w:val="000000" w:themeColor="text1"/>
          <w:sz w:val="38"/>
          <w:szCs w:val="38"/>
          <w:rtl/>
        </w:rPr>
        <w:t xml:space="preserve"> </w:t>
      </w:r>
      <w:r w:rsidRPr="005117ED">
        <w:rPr>
          <w:rFonts w:cs="Sakkal Majalla"/>
          <w:b/>
          <w:color w:val="000000" w:themeColor="text1"/>
          <w:sz w:val="38"/>
          <w:szCs w:val="38"/>
        </w:rPr>
        <w:t>:</w:t>
      </w:r>
      <w:proofErr w:type="gramEnd"/>
      <w:r w:rsidR="00D53537">
        <w:rPr>
          <w:rFonts w:cs="Sakkal Majalla" w:hint="cs"/>
          <w:b/>
          <w:color w:val="000000" w:themeColor="text1"/>
          <w:sz w:val="38"/>
          <w:szCs w:val="38"/>
          <w:rtl/>
        </w:rPr>
        <w:t xml:space="preserve"> </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الانتشار</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الخطي</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بين</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متوسط</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القيادة</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التحويلية</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ومتوسط</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الإبداع</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التنظيمي</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في</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بيانات</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المحاكاة</w:t>
      </w:r>
    </w:p>
    <w:p w:rsidR="00FD5E07" w:rsidRPr="005117ED" w:rsidRDefault="00FD5E07" w:rsidP="00D53537">
      <w:pPr>
        <w:spacing w:before="0"/>
        <w:jc w:val="center"/>
        <w:rPr>
          <w:rFonts w:cs="Sakkal Majalla"/>
          <w:color w:val="000000" w:themeColor="text1"/>
          <w:sz w:val="38"/>
          <w:szCs w:val="38"/>
        </w:rPr>
      </w:pPr>
      <w:r w:rsidRPr="005117ED">
        <w:rPr>
          <w:rFonts w:cs="Sakkal Majalla"/>
          <w:noProof/>
          <w:color w:val="000000" w:themeColor="text1"/>
          <w:sz w:val="38"/>
          <w:szCs w:val="38"/>
        </w:rPr>
        <w:drawing>
          <wp:inline distT="0" distB="0" distL="0" distR="0" wp14:anchorId="0B8E6EB7" wp14:editId="723A10B5">
            <wp:extent cx="4859264" cy="295547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tter_relationship.png"/>
                    <pic:cNvPicPr/>
                  </pic:nvPicPr>
                  <pic:blipFill>
                    <a:blip r:embed="rId14"/>
                    <a:stretch>
                      <a:fillRect/>
                    </a:stretch>
                  </pic:blipFill>
                  <pic:spPr>
                    <a:xfrm>
                      <a:off x="0" y="0"/>
                      <a:ext cx="4869748" cy="2961848"/>
                    </a:xfrm>
                    <a:prstGeom prst="rect">
                      <a:avLst/>
                    </a:prstGeom>
                  </pic:spPr>
                </pic:pic>
              </a:graphicData>
            </a:graphic>
          </wp:inline>
        </w:drawing>
      </w:r>
    </w:p>
    <w:p w:rsidR="00D53537" w:rsidRDefault="00D53537" w:rsidP="00D53537">
      <w:pPr>
        <w:jc w:val="center"/>
      </w:pPr>
      <w:r w:rsidRPr="00D53537">
        <w:rPr>
          <w:b/>
          <w:bCs/>
          <w:rtl/>
        </w:rPr>
        <w:t>جدول</w:t>
      </w:r>
      <w:r w:rsidRPr="00D53537">
        <w:rPr>
          <w:b/>
        </w:rPr>
        <w:t xml:space="preserve"> (21): </w:t>
      </w:r>
      <w:r w:rsidRPr="00D53537">
        <w:rPr>
          <w:b/>
          <w:bCs/>
          <w:rtl/>
        </w:rPr>
        <w:t>معاملات</w:t>
      </w:r>
      <w:r w:rsidRPr="00D53537">
        <w:rPr>
          <w:b/>
        </w:rPr>
        <w:t xml:space="preserve"> </w:t>
      </w:r>
      <w:r w:rsidRPr="00D53537">
        <w:rPr>
          <w:b/>
          <w:bCs/>
          <w:rtl/>
        </w:rPr>
        <w:t>الارتباط</w:t>
      </w:r>
      <w:r w:rsidRPr="00D53537">
        <w:rPr>
          <w:b/>
        </w:rPr>
        <w:t xml:space="preserve"> </w:t>
      </w:r>
      <w:r w:rsidRPr="00D53537">
        <w:rPr>
          <w:b/>
          <w:bCs/>
          <w:rtl/>
        </w:rPr>
        <w:t>بين</w:t>
      </w:r>
      <w:r w:rsidRPr="00D53537">
        <w:rPr>
          <w:b/>
        </w:rPr>
        <w:t xml:space="preserve"> </w:t>
      </w:r>
      <w:r w:rsidRPr="00D53537">
        <w:rPr>
          <w:b/>
          <w:bCs/>
          <w:rtl/>
        </w:rPr>
        <w:t>القيادة</w:t>
      </w:r>
      <w:r w:rsidRPr="00D53537">
        <w:rPr>
          <w:b/>
        </w:rPr>
        <w:t xml:space="preserve"> </w:t>
      </w:r>
      <w:r w:rsidRPr="00D53537">
        <w:rPr>
          <w:b/>
          <w:bCs/>
          <w:rtl/>
        </w:rPr>
        <w:t>التحويلية</w:t>
      </w:r>
      <w:r w:rsidRPr="00D53537">
        <w:rPr>
          <w:b/>
        </w:rPr>
        <w:t xml:space="preserve"> </w:t>
      </w:r>
      <w:r w:rsidRPr="00D53537">
        <w:rPr>
          <w:b/>
          <w:bCs/>
          <w:rtl/>
        </w:rPr>
        <w:t>وأبعادها</w:t>
      </w:r>
      <w:r w:rsidRPr="00D53537">
        <w:rPr>
          <w:b/>
        </w:rPr>
        <w:t xml:space="preserve"> </w:t>
      </w:r>
      <w:r w:rsidRPr="00D53537">
        <w:rPr>
          <w:b/>
          <w:bCs/>
          <w:rtl/>
        </w:rPr>
        <w:t>والإبداع</w:t>
      </w:r>
      <w:r w:rsidRPr="00D53537">
        <w:rPr>
          <w:b/>
        </w:rPr>
        <w:t xml:space="preserve"> </w:t>
      </w:r>
      <w:r w:rsidRPr="00D53537">
        <w:rPr>
          <w:b/>
          <w:bCs/>
          <w:rtl/>
        </w:rPr>
        <w:t>التنظيمي</w:t>
      </w:r>
    </w:p>
    <w:tbl>
      <w:tblPr>
        <w:tblStyle w:val="aa"/>
        <w:bidiVisual/>
        <w:tblW w:w="0" w:type="auto"/>
        <w:tblLook w:val="04A0" w:firstRow="1" w:lastRow="0" w:firstColumn="1" w:lastColumn="0" w:noHBand="0" w:noVBand="1"/>
      </w:tblPr>
      <w:tblGrid>
        <w:gridCol w:w="2479"/>
        <w:gridCol w:w="2478"/>
        <w:gridCol w:w="2478"/>
        <w:gridCol w:w="2477"/>
      </w:tblGrid>
      <w:tr w:rsidR="00FD5E07" w:rsidRPr="005117ED" w:rsidTr="00D53537">
        <w:trPr>
          <w:tblHeader/>
        </w:trPr>
        <w:tc>
          <w:tcPr>
            <w:tcW w:w="2479" w:type="dxa"/>
            <w:shd w:val="clear" w:color="auto" w:fill="C5E0B3" w:themeFill="accent6" w:themeFillTint="66"/>
            <w:vAlign w:val="center"/>
          </w:tcPr>
          <w:p w:rsidR="00FD5E07" w:rsidRPr="00D53537" w:rsidRDefault="00FD5E07" w:rsidP="00D53537">
            <w:pPr>
              <w:spacing w:before="0"/>
              <w:ind w:firstLine="0"/>
              <w:jc w:val="center"/>
              <w:rPr>
                <w:rFonts w:cs="Sakkal Majalla"/>
                <w:bCs/>
                <w:color w:val="000000" w:themeColor="text1"/>
                <w:sz w:val="38"/>
                <w:szCs w:val="38"/>
              </w:rPr>
            </w:pPr>
            <w:r w:rsidRPr="00D53537">
              <w:rPr>
                <w:rFonts w:cs="Sakkal Majalla"/>
                <w:bCs/>
                <w:color w:val="000000" w:themeColor="text1"/>
                <w:sz w:val="38"/>
                <w:szCs w:val="38"/>
                <w:rtl/>
              </w:rPr>
              <w:t>المتغير المستقل</w:t>
            </w:r>
          </w:p>
        </w:tc>
        <w:tc>
          <w:tcPr>
            <w:tcW w:w="2478" w:type="dxa"/>
            <w:shd w:val="clear" w:color="auto" w:fill="C5E0B3" w:themeFill="accent6" w:themeFillTint="66"/>
            <w:vAlign w:val="center"/>
          </w:tcPr>
          <w:p w:rsidR="00FD5E07" w:rsidRPr="00D53537" w:rsidRDefault="00FD5E07" w:rsidP="00D53537">
            <w:pPr>
              <w:spacing w:before="0"/>
              <w:ind w:firstLine="0"/>
              <w:jc w:val="center"/>
              <w:rPr>
                <w:rFonts w:cs="Sakkal Majalla"/>
                <w:bCs/>
                <w:color w:val="000000" w:themeColor="text1"/>
                <w:sz w:val="38"/>
                <w:szCs w:val="38"/>
              </w:rPr>
            </w:pPr>
            <w:r w:rsidRPr="00D53537">
              <w:rPr>
                <w:rFonts w:cs="Sakkal Majalla"/>
                <w:bCs/>
                <w:color w:val="000000" w:themeColor="text1"/>
                <w:sz w:val="38"/>
                <w:szCs w:val="38"/>
                <w:rtl/>
              </w:rPr>
              <w:t>معامل الارتباط بيرسون r</w:t>
            </w:r>
          </w:p>
        </w:tc>
        <w:tc>
          <w:tcPr>
            <w:tcW w:w="2478" w:type="dxa"/>
            <w:shd w:val="clear" w:color="auto" w:fill="C5E0B3" w:themeFill="accent6" w:themeFillTint="66"/>
            <w:vAlign w:val="center"/>
          </w:tcPr>
          <w:p w:rsidR="00FD5E07" w:rsidRPr="00D53537" w:rsidRDefault="00FD5E07" w:rsidP="00D53537">
            <w:pPr>
              <w:spacing w:before="0"/>
              <w:ind w:firstLine="0"/>
              <w:jc w:val="center"/>
              <w:rPr>
                <w:rFonts w:cs="Sakkal Majalla"/>
                <w:bCs/>
                <w:color w:val="000000" w:themeColor="text1"/>
                <w:sz w:val="38"/>
                <w:szCs w:val="38"/>
              </w:rPr>
            </w:pPr>
            <w:r w:rsidRPr="00D53537">
              <w:rPr>
                <w:rFonts w:cs="Sakkal Majalla"/>
                <w:bCs/>
                <w:color w:val="000000" w:themeColor="text1"/>
                <w:sz w:val="38"/>
                <w:szCs w:val="38"/>
                <w:rtl/>
              </w:rPr>
              <w:t>الدلالة</w:t>
            </w:r>
          </w:p>
        </w:tc>
        <w:tc>
          <w:tcPr>
            <w:tcW w:w="2477" w:type="dxa"/>
            <w:shd w:val="clear" w:color="auto" w:fill="C5E0B3" w:themeFill="accent6" w:themeFillTint="66"/>
            <w:vAlign w:val="center"/>
          </w:tcPr>
          <w:p w:rsidR="00FD5E07" w:rsidRPr="00D53537" w:rsidRDefault="00FD5E07" w:rsidP="00D53537">
            <w:pPr>
              <w:spacing w:before="0"/>
              <w:ind w:firstLine="0"/>
              <w:jc w:val="center"/>
              <w:rPr>
                <w:rFonts w:cs="Sakkal Majalla"/>
                <w:bCs/>
                <w:color w:val="000000" w:themeColor="text1"/>
                <w:sz w:val="38"/>
                <w:szCs w:val="38"/>
              </w:rPr>
            </w:pPr>
            <w:r w:rsidRPr="00D53537">
              <w:rPr>
                <w:rFonts w:cs="Sakkal Majalla"/>
                <w:bCs/>
                <w:color w:val="000000" w:themeColor="text1"/>
                <w:sz w:val="38"/>
                <w:szCs w:val="38"/>
                <w:rtl/>
              </w:rPr>
              <w:t>الاتجاه</w:t>
            </w:r>
          </w:p>
        </w:tc>
      </w:tr>
      <w:tr w:rsidR="00FD5E07" w:rsidRPr="005117ED" w:rsidTr="00D53537">
        <w:tc>
          <w:tcPr>
            <w:tcW w:w="2479"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التأثير</w:t>
            </w:r>
            <w:r w:rsidRPr="005117ED">
              <w:rPr>
                <w:rFonts w:cs="Sakkal Majalla"/>
                <w:color w:val="000000" w:themeColor="text1"/>
                <w:sz w:val="38"/>
                <w:szCs w:val="38"/>
              </w:rPr>
              <w:t xml:space="preserve"> </w:t>
            </w:r>
            <w:r w:rsidRPr="005117ED">
              <w:rPr>
                <w:rFonts w:cs="Sakkal Majalla"/>
                <w:color w:val="000000" w:themeColor="text1"/>
                <w:sz w:val="38"/>
                <w:szCs w:val="38"/>
                <w:rtl/>
              </w:rPr>
              <w:t>المثالي</w:t>
            </w:r>
          </w:p>
        </w:tc>
        <w:tc>
          <w:tcPr>
            <w:tcW w:w="2478"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0.502</w:t>
            </w:r>
          </w:p>
        </w:tc>
        <w:tc>
          <w:tcPr>
            <w:tcW w:w="2478"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&lt;0.001</w:t>
            </w:r>
          </w:p>
        </w:tc>
        <w:tc>
          <w:tcPr>
            <w:tcW w:w="2477"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موجبة</w:t>
            </w:r>
            <w:r w:rsidRPr="005117ED">
              <w:rPr>
                <w:rFonts w:cs="Sakkal Majalla"/>
                <w:color w:val="000000" w:themeColor="text1"/>
                <w:sz w:val="38"/>
                <w:szCs w:val="38"/>
              </w:rPr>
              <w:t xml:space="preserve"> </w:t>
            </w:r>
            <w:r w:rsidRPr="005117ED">
              <w:rPr>
                <w:rFonts w:cs="Sakkal Majalla"/>
                <w:color w:val="000000" w:themeColor="text1"/>
                <w:sz w:val="38"/>
                <w:szCs w:val="38"/>
                <w:rtl/>
              </w:rPr>
              <w:t>دالة</w:t>
            </w:r>
          </w:p>
        </w:tc>
      </w:tr>
      <w:tr w:rsidR="00FD5E07" w:rsidRPr="005117ED" w:rsidTr="00D53537">
        <w:tc>
          <w:tcPr>
            <w:tcW w:w="2479"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التحفيز</w:t>
            </w:r>
            <w:r w:rsidRPr="005117ED">
              <w:rPr>
                <w:rFonts w:cs="Sakkal Majalla"/>
                <w:color w:val="000000" w:themeColor="text1"/>
                <w:sz w:val="38"/>
                <w:szCs w:val="38"/>
              </w:rPr>
              <w:t xml:space="preserve"> </w:t>
            </w:r>
            <w:proofErr w:type="spellStart"/>
            <w:r w:rsidRPr="005117ED">
              <w:rPr>
                <w:rFonts w:cs="Sakkal Majalla"/>
                <w:color w:val="000000" w:themeColor="text1"/>
                <w:sz w:val="38"/>
                <w:szCs w:val="38"/>
                <w:rtl/>
              </w:rPr>
              <w:t>الإلهامي</w:t>
            </w:r>
            <w:proofErr w:type="spellEnd"/>
          </w:p>
        </w:tc>
        <w:tc>
          <w:tcPr>
            <w:tcW w:w="2478"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0.449</w:t>
            </w:r>
          </w:p>
        </w:tc>
        <w:tc>
          <w:tcPr>
            <w:tcW w:w="2478"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&lt;0.001</w:t>
            </w:r>
          </w:p>
        </w:tc>
        <w:tc>
          <w:tcPr>
            <w:tcW w:w="2477"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موجبة</w:t>
            </w:r>
            <w:r w:rsidRPr="005117ED">
              <w:rPr>
                <w:rFonts w:cs="Sakkal Majalla"/>
                <w:color w:val="000000" w:themeColor="text1"/>
                <w:sz w:val="38"/>
                <w:szCs w:val="38"/>
              </w:rPr>
              <w:t xml:space="preserve"> </w:t>
            </w:r>
            <w:r w:rsidRPr="005117ED">
              <w:rPr>
                <w:rFonts w:cs="Sakkal Majalla"/>
                <w:color w:val="000000" w:themeColor="text1"/>
                <w:sz w:val="38"/>
                <w:szCs w:val="38"/>
                <w:rtl/>
              </w:rPr>
              <w:t>دالة</w:t>
            </w:r>
          </w:p>
        </w:tc>
      </w:tr>
      <w:tr w:rsidR="00FD5E07" w:rsidRPr="005117ED" w:rsidTr="00D53537">
        <w:tc>
          <w:tcPr>
            <w:tcW w:w="2479"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الاستثارة</w:t>
            </w:r>
            <w:r w:rsidRPr="005117ED">
              <w:rPr>
                <w:rFonts w:cs="Sakkal Majalla"/>
                <w:color w:val="000000" w:themeColor="text1"/>
                <w:sz w:val="38"/>
                <w:szCs w:val="38"/>
              </w:rPr>
              <w:t xml:space="preserve"> </w:t>
            </w:r>
            <w:r w:rsidRPr="005117ED">
              <w:rPr>
                <w:rFonts w:cs="Sakkal Majalla"/>
                <w:color w:val="000000" w:themeColor="text1"/>
                <w:sz w:val="38"/>
                <w:szCs w:val="38"/>
                <w:rtl/>
              </w:rPr>
              <w:t>الفكرية</w:t>
            </w:r>
          </w:p>
        </w:tc>
        <w:tc>
          <w:tcPr>
            <w:tcW w:w="2478"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0.498</w:t>
            </w:r>
          </w:p>
        </w:tc>
        <w:tc>
          <w:tcPr>
            <w:tcW w:w="2478"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&lt;0.001</w:t>
            </w:r>
          </w:p>
        </w:tc>
        <w:tc>
          <w:tcPr>
            <w:tcW w:w="2477"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موجبة</w:t>
            </w:r>
            <w:r w:rsidRPr="005117ED">
              <w:rPr>
                <w:rFonts w:cs="Sakkal Majalla"/>
                <w:color w:val="000000" w:themeColor="text1"/>
                <w:sz w:val="38"/>
                <w:szCs w:val="38"/>
              </w:rPr>
              <w:t xml:space="preserve"> </w:t>
            </w:r>
            <w:r w:rsidRPr="005117ED">
              <w:rPr>
                <w:rFonts w:cs="Sakkal Majalla"/>
                <w:color w:val="000000" w:themeColor="text1"/>
                <w:sz w:val="38"/>
                <w:szCs w:val="38"/>
                <w:rtl/>
              </w:rPr>
              <w:t>دالة</w:t>
            </w:r>
          </w:p>
        </w:tc>
      </w:tr>
      <w:tr w:rsidR="00FD5E07" w:rsidRPr="005117ED" w:rsidTr="00D53537">
        <w:tc>
          <w:tcPr>
            <w:tcW w:w="2479"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الاعتبار</w:t>
            </w:r>
            <w:r w:rsidRPr="005117ED">
              <w:rPr>
                <w:rFonts w:cs="Sakkal Majalla"/>
                <w:color w:val="000000" w:themeColor="text1"/>
                <w:sz w:val="38"/>
                <w:szCs w:val="38"/>
              </w:rPr>
              <w:t xml:space="preserve"> </w:t>
            </w:r>
            <w:r w:rsidRPr="005117ED">
              <w:rPr>
                <w:rFonts w:cs="Sakkal Majalla"/>
                <w:color w:val="000000" w:themeColor="text1"/>
                <w:sz w:val="38"/>
                <w:szCs w:val="38"/>
                <w:rtl/>
              </w:rPr>
              <w:t>الفردي</w:t>
            </w:r>
          </w:p>
        </w:tc>
        <w:tc>
          <w:tcPr>
            <w:tcW w:w="2478"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0.500</w:t>
            </w:r>
          </w:p>
        </w:tc>
        <w:tc>
          <w:tcPr>
            <w:tcW w:w="2478"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&lt;0.001</w:t>
            </w:r>
          </w:p>
        </w:tc>
        <w:tc>
          <w:tcPr>
            <w:tcW w:w="2477"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موجبة</w:t>
            </w:r>
            <w:r w:rsidRPr="005117ED">
              <w:rPr>
                <w:rFonts w:cs="Sakkal Majalla"/>
                <w:color w:val="000000" w:themeColor="text1"/>
                <w:sz w:val="38"/>
                <w:szCs w:val="38"/>
              </w:rPr>
              <w:t xml:space="preserve"> </w:t>
            </w:r>
            <w:r w:rsidRPr="005117ED">
              <w:rPr>
                <w:rFonts w:cs="Sakkal Majalla"/>
                <w:color w:val="000000" w:themeColor="text1"/>
                <w:sz w:val="38"/>
                <w:szCs w:val="38"/>
                <w:rtl/>
              </w:rPr>
              <w:t>دالة</w:t>
            </w:r>
          </w:p>
        </w:tc>
      </w:tr>
      <w:tr w:rsidR="00FD5E07" w:rsidRPr="005117ED" w:rsidTr="00D53537">
        <w:tc>
          <w:tcPr>
            <w:tcW w:w="2479"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p>
        </w:tc>
        <w:tc>
          <w:tcPr>
            <w:tcW w:w="2478"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0.633</w:t>
            </w:r>
          </w:p>
        </w:tc>
        <w:tc>
          <w:tcPr>
            <w:tcW w:w="2478"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&lt;0.001</w:t>
            </w:r>
          </w:p>
        </w:tc>
        <w:tc>
          <w:tcPr>
            <w:tcW w:w="2477"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موجبة</w:t>
            </w:r>
            <w:r w:rsidRPr="005117ED">
              <w:rPr>
                <w:rFonts w:cs="Sakkal Majalla"/>
                <w:color w:val="000000" w:themeColor="text1"/>
                <w:sz w:val="38"/>
                <w:szCs w:val="38"/>
              </w:rPr>
              <w:t xml:space="preserve"> </w:t>
            </w:r>
            <w:r w:rsidRPr="005117ED">
              <w:rPr>
                <w:rFonts w:cs="Sakkal Majalla"/>
                <w:color w:val="000000" w:themeColor="text1"/>
                <w:sz w:val="38"/>
                <w:szCs w:val="38"/>
                <w:rtl/>
              </w:rPr>
              <w:t>دالة</w:t>
            </w:r>
          </w:p>
        </w:tc>
      </w:tr>
    </w:tbl>
    <w:p w:rsidR="00FD5E07" w:rsidRPr="005117ED" w:rsidRDefault="00FD5E07" w:rsidP="00D53537">
      <w:pPr>
        <w:spacing w:before="0"/>
        <w:ind w:firstLine="720"/>
        <w:jc w:val="both"/>
        <w:rPr>
          <w:rFonts w:cs="Sakkal Majalla"/>
          <w:color w:val="000000" w:themeColor="text1"/>
          <w:sz w:val="38"/>
          <w:szCs w:val="38"/>
        </w:rPr>
      </w:pPr>
      <w:r w:rsidRPr="005117ED">
        <w:rPr>
          <w:rFonts w:cs="Sakkal Majalla"/>
          <w:color w:val="000000" w:themeColor="text1"/>
          <w:sz w:val="38"/>
          <w:szCs w:val="38"/>
          <w:rtl/>
        </w:rPr>
        <w:t>توضح النتائج وجود علاقة ارتباط موجبة ودالة إحصائيًا بين القيادة التحويلية ككل والإبداع التنظيمي، حيث بلغ معامل الارتباط 0.622 عند مستوى دلالة أقل من 0.001. كما ارتبطت جميع أبعاد القيادة التحويلية ارتباطًا موجبًا بالإبداع التنظيمي، وكانت الاستثارة الفكرية الأعلى ارتباطًا، وهو ما يتفق مع الأدبيات التي ترى أن تشجيع التفكير الجديد ومراجعة الافتراضات يمثلان مدخلًا مباشرًا لتوليد الإبداع (</w:t>
      </w:r>
      <w:proofErr w:type="spellStart"/>
      <w:r w:rsidRPr="005117ED">
        <w:rPr>
          <w:rFonts w:cs="Sakkal Majalla"/>
          <w:color w:val="000000" w:themeColor="text1"/>
          <w:sz w:val="38"/>
          <w:szCs w:val="38"/>
          <w:rtl/>
        </w:rPr>
        <w:t>Jung</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Chow</w:t>
      </w:r>
      <w:proofErr w:type="spellEnd"/>
      <w:r w:rsidRPr="005117ED">
        <w:rPr>
          <w:rFonts w:cs="Sakkal Majalla"/>
          <w:color w:val="000000" w:themeColor="text1"/>
          <w:sz w:val="38"/>
          <w:szCs w:val="38"/>
          <w:rtl/>
        </w:rPr>
        <w:t xml:space="preserve"> &amp; </w:t>
      </w:r>
      <w:proofErr w:type="spellStart"/>
      <w:r w:rsidRPr="005117ED">
        <w:rPr>
          <w:rFonts w:cs="Sakkal Majalla"/>
          <w:color w:val="000000" w:themeColor="text1"/>
          <w:sz w:val="38"/>
          <w:szCs w:val="38"/>
          <w:rtl/>
        </w:rPr>
        <w:t>Wu</w:t>
      </w:r>
      <w:proofErr w:type="spellEnd"/>
      <w:r w:rsidRPr="005117ED">
        <w:rPr>
          <w:rFonts w:cs="Sakkal Majalla"/>
          <w:color w:val="000000" w:themeColor="text1"/>
          <w:sz w:val="38"/>
          <w:szCs w:val="38"/>
          <w:rtl/>
        </w:rPr>
        <w:t xml:space="preserve">، 2003؛ </w:t>
      </w:r>
      <w:proofErr w:type="spellStart"/>
      <w:r w:rsidRPr="005117ED">
        <w:rPr>
          <w:rFonts w:cs="Sakkal Majalla"/>
          <w:color w:val="000000" w:themeColor="text1"/>
          <w:sz w:val="38"/>
          <w:szCs w:val="38"/>
          <w:rtl/>
        </w:rPr>
        <w:t>Gumusluoglu</w:t>
      </w:r>
      <w:proofErr w:type="spellEnd"/>
      <w:r w:rsidRPr="005117ED">
        <w:rPr>
          <w:rFonts w:cs="Sakkal Majalla"/>
          <w:color w:val="000000" w:themeColor="text1"/>
          <w:sz w:val="38"/>
          <w:szCs w:val="38"/>
          <w:rtl/>
        </w:rPr>
        <w:t xml:space="preserve"> &amp; </w:t>
      </w:r>
      <w:proofErr w:type="spellStart"/>
      <w:r w:rsidRPr="005117ED">
        <w:rPr>
          <w:rFonts w:cs="Sakkal Majalla"/>
          <w:color w:val="000000" w:themeColor="text1"/>
          <w:sz w:val="38"/>
          <w:szCs w:val="38"/>
          <w:rtl/>
        </w:rPr>
        <w:t>Ilsev</w:t>
      </w:r>
      <w:proofErr w:type="spellEnd"/>
      <w:r w:rsidRPr="005117ED">
        <w:rPr>
          <w:rFonts w:cs="Sakkal Majalla"/>
          <w:color w:val="000000" w:themeColor="text1"/>
          <w:sz w:val="38"/>
          <w:szCs w:val="38"/>
          <w:rtl/>
        </w:rPr>
        <w:t>، 2009).</w:t>
      </w:r>
    </w:p>
    <w:p w:rsidR="00FD5E07" w:rsidRPr="005117ED" w:rsidRDefault="00FD5E07" w:rsidP="00CB5A48">
      <w:pPr>
        <w:spacing w:before="0"/>
        <w:ind w:firstLine="0"/>
        <w:jc w:val="left"/>
        <w:outlineLvl w:val="0"/>
        <w:rPr>
          <w:rFonts w:eastAsia="Times New Roman" w:cs="Sakkal Majalla"/>
          <w:b/>
          <w:bCs/>
          <w:color w:val="000000" w:themeColor="text1"/>
          <w:sz w:val="40"/>
          <w:szCs w:val="40"/>
        </w:rPr>
      </w:pPr>
      <w:bookmarkStart w:id="75" w:name="_Toc233322022"/>
      <w:r w:rsidRPr="005117ED">
        <w:rPr>
          <w:rFonts w:eastAsia="Times New Roman" w:cs="Sakkal Majalla"/>
          <w:b/>
          <w:bCs/>
          <w:color w:val="000000" w:themeColor="text1"/>
          <w:sz w:val="40"/>
          <w:szCs w:val="40"/>
          <w:rtl/>
        </w:rPr>
        <w:lastRenderedPageBreak/>
        <w:t>خامسًا: اختبار أثر القيادة التحويلية في الإبداع التنظيمي</w:t>
      </w:r>
      <w:bookmarkEnd w:id="75"/>
    </w:p>
    <w:p w:rsidR="00D53537" w:rsidRPr="00D53537" w:rsidRDefault="00D53537" w:rsidP="00D53537">
      <w:pPr>
        <w:jc w:val="center"/>
      </w:pPr>
      <w:r w:rsidRPr="00D53537">
        <w:rPr>
          <w:b/>
          <w:bCs/>
          <w:rtl/>
        </w:rPr>
        <w:t>جدول</w:t>
      </w:r>
      <w:r w:rsidRPr="00D53537">
        <w:rPr>
          <w:b/>
        </w:rPr>
        <w:t xml:space="preserve"> (22</w:t>
      </w:r>
      <w:proofErr w:type="gramStart"/>
      <w:r w:rsidRPr="00D53537">
        <w:rPr>
          <w:b/>
        </w:rPr>
        <w:t>)</w:t>
      </w:r>
      <w:r>
        <w:rPr>
          <w:rFonts w:hint="cs"/>
          <w:b/>
          <w:rtl/>
        </w:rPr>
        <w:t xml:space="preserve"> </w:t>
      </w:r>
      <w:r w:rsidRPr="00D53537">
        <w:rPr>
          <w:b/>
        </w:rPr>
        <w:t>:</w:t>
      </w:r>
      <w:proofErr w:type="gramEnd"/>
      <w:r>
        <w:rPr>
          <w:rFonts w:hint="cs"/>
          <w:b/>
          <w:rtl/>
        </w:rPr>
        <w:t xml:space="preserve"> </w:t>
      </w:r>
      <w:r w:rsidRPr="00D53537">
        <w:rPr>
          <w:b/>
        </w:rPr>
        <w:t xml:space="preserve"> </w:t>
      </w:r>
      <w:r w:rsidRPr="00D53537">
        <w:rPr>
          <w:b/>
          <w:bCs/>
          <w:rtl/>
        </w:rPr>
        <w:t>نتائج</w:t>
      </w:r>
      <w:r w:rsidRPr="00D53537">
        <w:rPr>
          <w:b/>
        </w:rPr>
        <w:t xml:space="preserve"> </w:t>
      </w:r>
      <w:r w:rsidRPr="00D53537">
        <w:rPr>
          <w:b/>
          <w:bCs/>
          <w:rtl/>
        </w:rPr>
        <w:t>الانحدار</w:t>
      </w:r>
      <w:r w:rsidRPr="00D53537">
        <w:rPr>
          <w:b/>
        </w:rPr>
        <w:t xml:space="preserve"> </w:t>
      </w:r>
      <w:r w:rsidRPr="00D53537">
        <w:rPr>
          <w:b/>
          <w:bCs/>
          <w:rtl/>
        </w:rPr>
        <w:t>الخطي</w:t>
      </w:r>
      <w:r w:rsidRPr="00D53537">
        <w:rPr>
          <w:b/>
        </w:rPr>
        <w:t xml:space="preserve"> </w:t>
      </w:r>
      <w:r w:rsidRPr="00D53537">
        <w:rPr>
          <w:b/>
          <w:bCs/>
          <w:rtl/>
        </w:rPr>
        <w:t>البسيط</w:t>
      </w:r>
      <w:r w:rsidRPr="00D53537">
        <w:rPr>
          <w:b/>
        </w:rPr>
        <w:t xml:space="preserve"> </w:t>
      </w:r>
      <w:r w:rsidRPr="00D53537">
        <w:rPr>
          <w:b/>
          <w:bCs/>
          <w:rtl/>
        </w:rPr>
        <w:t>لأثر</w:t>
      </w:r>
      <w:r w:rsidRPr="00D53537">
        <w:rPr>
          <w:b/>
        </w:rPr>
        <w:t xml:space="preserve"> </w:t>
      </w:r>
      <w:r w:rsidRPr="00D53537">
        <w:rPr>
          <w:b/>
          <w:bCs/>
          <w:rtl/>
        </w:rPr>
        <w:t>القيادة</w:t>
      </w:r>
      <w:r w:rsidRPr="00D53537">
        <w:rPr>
          <w:b/>
        </w:rPr>
        <w:t xml:space="preserve"> </w:t>
      </w:r>
      <w:r w:rsidRPr="00D53537">
        <w:rPr>
          <w:b/>
          <w:bCs/>
          <w:rtl/>
        </w:rPr>
        <w:t>التحويلية</w:t>
      </w:r>
      <w:r w:rsidRPr="00D53537">
        <w:rPr>
          <w:b/>
        </w:rPr>
        <w:t xml:space="preserve"> </w:t>
      </w:r>
      <w:r w:rsidRPr="00D53537">
        <w:rPr>
          <w:b/>
          <w:bCs/>
          <w:rtl/>
        </w:rPr>
        <w:t>في</w:t>
      </w:r>
      <w:r w:rsidRPr="00D53537">
        <w:rPr>
          <w:b/>
        </w:rPr>
        <w:t xml:space="preserve"> </w:t>
      </w:r>
      <w:r w:rsidRPr="00D53537">
        <w:rPr>
          <w:b/>
          <w:bCs/>
          <w:rtl/>
        </w:rPr>
        <w:t>الإبداع</w:t>
      </w:r>
      <w:r w:rsidRPr="00D53537">
        <w:rPr>
          <w:b/>
        </w:rPr>
        <w:t xml:space="preserve"> </w:t>
      </w:r>
      <w:r w:rsidRPr="00D53537">
        <w:rPr>
          <w:b/>
          <w:bCs/>
          <w:rtl/>
        </w:rPr>
        <w:t>التنظيمي</w:t>
      </w:r>
    </w:p>
    <w:tbl>
      <w:tblPr>
        <w:tblStyle w:val="aa"/>
        <w:bidiVisual/>
        <w:tblW w:w="0" w:type="auto"/>
        <w:tblLook w:val="04A0" w:firstRow="1" w:lastRow="0" w:firstColumn="1" w:lastColumn="0" w:noHBand="0" w:noVBand="1"/>
      </w:tblPr>
      <w:tblGrid>
        <w:gridCol w:w="2477"/>
        <w:gridCol w:w="2485"/>
        <w:gridCol w:w="2475"/>
        <w:gridCol w:w="2475"/>
      </w:tblGrid>
      <w:tr w:rsidR="00FD5E07" w:rsidRPr="005117ED" w:rsidTr="00D53537">
        <w:trPr>
          <w:tblHeader/>
        </w:trPr>
        <w:tc>
          <w:tcPr>
            <w:tcW w:w="2477" w:type="dxa"/>
            <w:shd w:val="clear" w:color="auto" w:fill="1F4E79"/>
            <w:vAlign w:val="center"/>
          </w:tcPr>
          <w:p w:rsidR="00FD5E07" w:rsidRPr="00D53537" w:rsidRDefault="00FD5E07" w:rsidP="00D53537">
            <w:pPr>
              <w:spacing w:before="0"/>
              <w:ind w:firstLine="0"/>
              <w:jc w:val="center"/>
              <w:rPr>
                <w:rFonts w:cs="Sakkal Majalla"/>
                <w:bCs/>
                <w:color w:val="FFFFFF" w:themeColor="background1"/>
                <w:sz w:val="38"/>
                <w:szCs w:val="38"/>
              </w:rPr>
            </w:pPr>
            <w:r w:rsidRPr="00D53537">
              <w:rPr>
                <w:rFonts w:cs="Sakkal Majalla"/>
                <w:bCs/>
                <w:color w:val="FFFFFF" w:themeColor="background1"/>
                <w:sz w:val="38"/>
                <w:szCs w:val="38"/>
                <w:rtl/>
              </w:rPr>
              <w:t>المؤشر</w:t>
            </w:r>
          </w:p>
        </w:tc>
        <w:tc>
          <w:tcPr>
            <w:tcW w:w="2485" w:type="dxa"/>
            <w:shd w:val="clear" w:color="auto" w:fill="1F4E79"/>
            <w:vAlign w:val="center"/>
          </w:tcPr>
          <w:p w:rsidR="00FD5E07" w:rsidRPr="00D53537" w:rsidRDefault="00FD5E07" w:rsidP="00D53537">
            <w:pPr>
              <w:spacing w:before="0"/>
              <w:ind w:firstLine="0"/>
              <w:jc w:val="center"/>
              <w:rPr>
                <w:rFonts w:cs="Sakkal Majalla"/>
                <w:bCs/>
                <w:color w:val="FFFFFF" w:themeColor="background1"/>
                <w:sz w:val="38"/>
                <w:szCs w:val="38"/>
              </w:rPr>
            </w:pPr>
            <w:r w:rsidRPr="00D53537">
              <w:rPr>
                <w:rFonts w:cs="Sakkal Majalla"/>
                <w:bCs/>
                <w:color w:val="FFFFFF" w:themeColor="background1"/>
                <w:sz w:val="38"/>
                <w:szCs w:val="38"/>
                <w:rtl/>
              </w:rPr>
              <w:t>القيمة/المعامل</w:t>
            </w:r>
          </w:p>
        </w:tc>
        <w:tc>
          <w:tcPr>
            <w:tcW w:w="2475" w:type="dxa"/>
            <w:shd w:val="clear" w:color="auto" w:fill="1F4E79"/>
            <w:vAlign w:val="center"/>
          </w:tcPr>
          <w:p w:rsidR="00FD5E07" w:rsidRPr="00D53537" w:rsidRDefault="00FD5E07" w:rsidP="00D53537">
            <w:pPr>
              <w:spacing w:before="0"/>
              <w:ind w:firstLine="0"/>
              <w:jc w:val="center"/>
              <w:rPr>
                <w:rFonts w:cs="Sakkal Majalla"/>
                <w:bCs/>
                <w:color w:val="FFFFFF" w:themeColor="background1"/>
                <w:sz w:val="38"/>
                <w:szCs w:val="38"/>
              </w:rPr>
            </w:pPr>
            <w:r w:rsidRPr="00D53537">
              <w:rPr>
                <w:rFonts w:cs="Sakkal Majalla"/>
                <w:bCs/>
                <w:color w:val="FFFFFF" w:themeColor="background1"/>
                <w:sz w:val="38"/>
                <w:szCs w:val="38"/>
                <w:rtl/>
              </w:rPr>
              <w:t>قيمة t أو F</w:t>
            </w:r>
          </w:p>
        </w:tc>
        <w:tc>
          <w:tcPr>
            <w:tcW w:w="2475" w:type="dxa"/>
            <w:shd w:val="clear" w:color="auto" w:fill="1F4E79"/>
            <w:vAlign w:val="center"/>
          </w:tcPr>
          <w:p w:rsidR="00FD5E07" w:rsidRPr="00D53537" w:rsidRDefault="00FD5E07" w:rsidP="00D53537">
            <w:pPr>
              <w:spacing w:before="0"/>
              <w:ind w:firstLine="0"/>
              <w:jc w:val="center"/>
              <w:rPr>
                <w:rFonts w:cs="Sakkal Majalla"/>
                <w:bCs/>
                <w:color w:val="FFFFFF" w:themeColor="background1"/>
                <w:sz w:val="38"/>
                <w:szCs w:val="38"/>
              </w:rPr>
            </w:pPr>
            <w:r w:rsidRPr="00D53537">
              <w:rPr>
                <w:rFonts w:cs="Sakkal Majalla"/>
                <w:bCs/>
                <w:color w:val="FFFFFF" w:themeColor="background1"/>
                <w:sz w:val="38"/>
                <w:szCs w:val="38"/>
                <w:rtl/>
              </w:rPr>
              <w:t>الدلالة</w:t>
            </w:r>
          </w:p>
        </w:tc>
      </w:tr>
      <w:tr w:rsidR="00FD5E07" w:rsidRPr="005117ED" w:rsidTr="00D53537">
        <w:tc>
          <w:tcPr>
            <w:tcW w:w="2477"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الثابت</w:t>
            </w:r>
          </w:p>
        </w:tc>
        <w:tc>
          <w:tcPr>
            <w:tcW w:w="2485"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1.249</w:t>
            </w:r>
          </w:p>
        </w:tc>
        <w:tc>
          <w:tcPr>
            <w:tcW w:w="2475"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6.918</w:t>
            </w:r>
          </w:p>
        </w:tc>
        <w:tc>
          <w:tcPr>
            <w:tcW w:w="2475"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&lt;0.001</w:t>
            </w:r>
          </w:p>
        </w:tc>
      </w:tr>
      <w:tr w:rsidR="00FD5E07" w:rsidRPr="005117ED" w:rsidTr="00D53537">
        <w:tc>
          <w:tcPr>
            <w:tcW w:w="2477"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p>
        </w:tc>
        <w:tc>
          <w:tcPr>
            <w:tcW w:w="2485"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0.647</w:t>
            </w:r>
          </w:p>
        </w:tc>
        <w:tc>
          <w:tcPr>
            <w:tcW w:w="2475"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13.763</w:t>
            </w:r>
          </w:p>
        </w:tc>
        <w:tc>
          <w:tcPr>
            <w:tcW w:w="2475"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&lt;0.001</w:t>
            </w:r>
          </w:p>
        </w:tc>
      </w:tr>
      <w:tr w:rsidR="00FD5E07" w:rsidRPr="005117ED" w:rsidTr="00D53537">
        <w:tc>
          <w:tcPr>
            <w:tcW w:w="2477"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R</w:t>
            </w:r>
          </w:p>
        </w:tc>
        <w:tc>
          <w:tcPr>
            <w:tcW w:w="2485"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0.633</w:t>
            </w:r>
          </w:p>
        </w:tc>
        <w:tc>
          <w:tcPr>
            <w:tcW w:w="2475"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w:t>
            </w:r>
          </w:p>
        </w:tc>
        <w:tc>
          <w:tcPr>
            <w:tcW w:w="2475"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w:t>
            </w:r>
          </w:p>
        </w:tc>
      </w:tr>
      <w:tr w:rsidR="00FD5E07" w:rsidRPr="005117ED" w:rsidTr="00D53537">
        <w:tc>
          <w:tcPr>
            <w:tcW w:w="2477"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R²</w:t>
            </w:r>
          </w:p>
        </w:tc>
        <w:tc>
          <w:tcPr>
            <w:tcW w:w="2485"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0.400</w:t>
            </w:r>
          </w:p>
        </w:tc>
        <w:tc>
          <w:tcPr>
            <w:tcW w:w="2475"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w:t>
            </w:r>
          </w:p>
        </w:tc>
        <w:tc>
          <w:tcPr>
            <w:tcW w:w="2475"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w:t>
            </w:r>
          </w:p>
        </w:tc>
      </w:tr>
      <w:tr w:rsidR="00FD5E07" w:rsidRPr="005117ED" w:rsidTr="00D53537">
        <w:tc>
          <w:tcPr>
            <w:tcW w:w="2477"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F</w:t>
            </w:r>
          </w:p>
        </w:tc>
        <w:tc>
          <w:tcPr>
            <w:tcW w:w="2485"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189.413</w:t>
            </w:r>
          </w:p>
        </w:tc>
        <w:tc>
          <w:tcPr>
            <w:tcW w:w="2475"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w:t>
            </w:r>
          </w:p>
        </w:tc>
        <w:tc>
          <w:tcPr>
            <w:tcW w:w="2475"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&lt;0.001</w:t>
            </w:r>
          </w:p>
        </w:tc>
      </w:tr>
    </w:tbl>
    <w:p w:rsidR="00FD5E07" w:rsidRDefault="00FD5E07" w:rsidP="00D53537">
      <w:pPr>
        <w:spacing w:before="0"/>
        <w:ind w:firstLine="720"/>
        <w:jc w:val="both"/>
        <w:rPr>
          <w:rFonts w:cs="Sakkal Majalla"/>
          <w:color w:val="000000" w:themeColor="text1"/>
          <w:sz w:val="38"/>
          <w:szCs w:val="38"/>
          <w:rtl/>
        </w:rPr>
      </w:pPr>
      <w:r w:rsidRPr="005117ED">
        <w:rPr>
          <w:rFonts w:cs="Sakkal Majalla"/>
          <w:color w:val="000000" w:themeColor="text1"/>
          <w:sz w:val="38"/>
          <w:szCs w:val="38"/>
          <w:rtl/>
        </w:rPr>
        <w:t>تشير نتائج الانحدار الخطي البسيط إلى أن القيادة التحويلية تفسر ما نسبته 38.7% من التباين في الإبداع التنظيمي، وهي نسبة ذات دلالة إحصائية. كما بلغ معامل الانحدار للقيادة التحويلية 0.739، ما يعني أن ارتفاع ممارسة القيادة التحويلية يرتبط بارتفاع مستوى الإبداع التنظيمي. وبناءً على ذلك تقبل الفرضية الرئيسة للدراسة.</w:t>
      </w:r>
    </w:p>
    <w:p w:rsidR="00D53537" w:rsidRPr="005117ED" w:rsidRDefault="00D53537" w:rsidP="00D53537">
      <w:pPr>
        <w:spacing w:before="0"/>
        <w:ind w:firstLine="720"/>
        <w:jc w:val="both"/>
        <w:rPr>
          <w:rFonts w:cs="Sakkal Majalla"/>
          <w:color w:val="000000" w:themeColor="text1"/>
          <w:sz w:val="38"/>
          <w:szCs w:val="38"/>
        </w:rPr>
      </w:pPr>
    </w:p>
    <w:p w:rsidR="00FD5E07" w:rsidRPr="005117ED" w:rsidRDefault="00FD5E07" w:rsidP="00CB5A48">
      <w:pPr>
        <w:spacing w:before="0"/>
        <w:ind w:firstLine="0"/>
        <w:jc w:val="left"/>
        <w:outlineLvl w:val="0"/>
        <w:rPr>
          <w:rFonts w:eastAsia="Times New Roman" w:cs="Sakkal Majalla"/>
          <w:b/>
          <w:bCs/>
          <w:color w:val="000000" w:themeColor="text1"/>
          <w:sz w:val="40"/>
          <w:szCs w:val="40"/>
        </w:rPr>
      </w:pPr>
      <w:bookmarkStart w:id="76" w:name="_Toc233322023"/>
      <w:r w:rsidRPr="005117ED">
        <w:rPr>
          <w:rFonts w:eastAsia="Times New Roman" w:cs="Sakkal Majalla"/>
          <w:b/>
          <w:bCs/>
          <w:color w:val="000000" w:themeColor="text1"/>
          <w:sz w:val="40"/>
          <w:szCs w:val="40"/>
          <w:rtl/>
        </w:rPr>
        <w:t>سادسًا: أثر أبعاد القيادة التحويلية في الإبداع التنظيمي</w:t>
      </w:r>
      <w:bookmarkEnd w:id="76"/>
    </w:p>
    <w:p w:rsidR="00D53537" w:rsidRDefault="00D53537" w:rsidP="00D53537">
      <w:pPr>
        <w:jc w:val="center"/>
      </w:pPr>
      <w:r w:rsidRPr="00D53537">
        <w:rPr>
          <w:b/>
          <w:bCs/>
          <w:rtl/>
        </w:rPr>
        <w:t>جدول</w:t>
      </w:r>
      <w:r w:rsidRPr="00D53537">
        <w:rPr>
          <w:b/>
        </w:rPr>
        <w:t xml:space="preserve"> (23</w:t>
      </w:r>
      <w:proofErr w:type="gramStart"/>
      <w:r w:rsidRPr="00D53537">
        <w:rPr>
          <w:b/>
        </w:rPr>
        <w:t>)</w:t>
      </w:r>
      <w:r>
        <w:rPr>
          <w:rFonts w:hint="cs"/>
          <w:b/>
          <w:rtl/>
        </w:rPr>
        <w:t xml:space="preserve"> </w:t>
      </w:r>
      <w:r w:rsidRPr="00D53537">
        <w:rPr>
          <w:b/>
        </w:rPr>
        <w:t>:</w:t>
      </w:r>
      <w:proofErr w:type="gramEnd"/>
      <w:r>
        <w:rPr>
          <w:rFonts w:hint="cs"/>
          <w:b/>
          <w:rtl/>
        </w:rPr>
        <w:t xml:space="preserve"> </w:t>
      </w:r>
      <w:r w:rsidRPr="00D53537">
        <w:rPr>
          <w:b/>
        </w:rPr>
        <w:t xml:space="preserve"> </w:t>
      </w:r>
      <w:r w:rsidRPr="00D53537">
        <w:rPr>
          <w:b/>
          <w:bCs/>
          <w:rtl/>
        </w:rPr>
        <w:t>نتائج</w:t>
      </w:r>
      <w:r w:rsidRPr="00D53537">
        <w:rPr>
          <w:b/>
        </w:rPr>
        <w:t xml:space="preserve"> </w:t>
      </w:r>
      <w:r w:rsidRPr="00D53537">
        <w:rPr>
          <w:b/>
          <w:bCs/>
          <w:rtl/>
        </w:rPr>
        <w:t>الانحدار</w:t>
      </w:r>
      <w:r w:rsidRPr="00D53537">
        <w:rPr>
          <w:b/>
        </w:rPr>
        <w:t xml:space="preserve"> </w:t>
      </w:r>
      <w:r w:rsidRPr="00D53537">
        <w:rPr>
          <w:b/>
          <w:bCs/>
          <w:rtl/>
        </w:rPr>
        <w:t>المتعدد</w:t>
      </w:r>
      <w:r w:rsidRPr="00D53537">
        <w:rPr>
          <w:b/>
        </w:rPr>
        <w:t xml:space="preserve"> </w:t>
      </w:r>
      <w:r w:rsidRPr="00D53537">
        <w:rPr>
          <w:b/>
          <w:bCs/>
          <w:rtl/>
        </w:rPr>
        <w:t>لأبعاد</w:t>
      </w:r>
      <w:r w:rsidRPr="00D53537">
        <w:rPr>
          <w:b/>
        </w:rPr>
        <w:t xml:space="preserve"> </w:t>
      </w:r>
      <w:r w:rsidRPr="00D53537">
        <w:rPr>
          <w:b/>
          <w:bCs/>
          <w:rtl/>
        </w:rPr>
        <w:t>القيادة</w:t>
      </w:r>
      <w:r w:rsidRPr="00D53537">
        <w:rPr>
          <w:b/>
        </w:rPr>
        <w:t xml:space="preserve"> </w:t>
      </w:r>
      <w:r w:rsidRPr="00D53537">
        <w:rPr>
          <w:b/>
          <w:bCs/>
          <w:rtl/>
        </w:rPr>
        <w:t>التحويلية</w:t>
      </w:r>
    </w:p>
    <w:tbl>
      <w:tblPr>
        <w:tblStyle w:val="aa"/>
        <w:bidiVisual/>
        <w:tblW w:w="0" w:type="auto"/>
        <w:tblLook w:val="04A0" w:firstRow="1" w:lastRow="0" w:firstColumn="1" w:lastColumn="0" w:noHBand="0" w:noVBand="1"/>
      </w:tblPr>
      <w:tblGrid>
        <w:gridCol w:w="1984"/>
        <w:gridCol w:w="1983"/>
        <w:gridCol w:w="1981"/>
        <w:gridCol w:w="1982"/>
        <w:gridCol w:w="1982"/>
      </w:tblGrid>
      <w:tr w:rsidR="00FD5E07" w:rsidRPr="005117ED" w:rsidTr="00D53537">
        <w:trPr>
          <w:tblHeader/>
        </w:trPr>
        <w:tc>
          <w:tcPr>
            <w:tcW w:w="1984" w:type="dxa"/>
            <w:shd w:val="clear" w:color="auto" w:fill="C5E0B3" w:themeFill="accent6" w:themeFillTint="66"/>
            <w:vAlign w:val="center"/>
          </w:tcPr>
          <w:p w:rsidR="00FD5E07" w:rsidRPr="00D53537" w:rsidRDefault="00FD5E07" w:rsidP="00D53537">
            <w:pPr>
              <w:spacing w:before="0"/>
              <w:ind w:firstLine="0"/>
              <w:jc w:val="center"/>
              <w:rPr>
                <w:rFonts w:cs="Sakkal Majalla"/>
                <w:bCs/>
                <w:color w:val="000000" w:themeColor="text1"/>
                <w:sz w:val="38"/>
                <w:szCs w:val="38"/>
              </w:rPr>
            </w:pPr>
            <w:r w:rsidRPr="00D53537">
              <w:rPr>
                <w:rFonts w:cs="Sakkal Majalla"/>
                <w:bCs/>
                <w:color w:val="000000" w:themeColor="text1"/>
                <w:sz w:val="38"/>
                <w:szCs w:val="38"/>
                <w:rtl/>
              </w:rPr>
              <w:t>البعد</w:t>
            </w:r>
          </w:p>
        </w:tc>
        <w:tc>
          <w:tcPr>
            <w:tcW w:w="1983" w:type="dxa"/>
            <w:shd w:val="clear" w:color="auto" w:fill="C5E0B3" w:themeFill="accent6" w:themeFillTint="66"/>
            <w:vAlign w:val="center"/>
          </w:tcPr>
          <w:p w:rsidR="00FD5E07" w:rsidRPr="00D53537" w:rsidRDefault="00FD5E07" w:rsidP="00D53537">
            <w:pPr>
              <w:spacing w:before="0"/>
              <w:ind w:firstLine="0"/>
              <w:jc w:val="center"/>
              <w:rPr>
                <w:rFonts w:cs="Sakkal Majalla"/>
                <w:bCs/>
                <w:color w:val="000000" w:themeColor="text1"/>
                <w:sz w:val="38"/>
                <w:szCs w:val="38"/>
              </w:rPr>
            </w:pPr>
            <w:r w:rsidRPr="00D53537">
              <w:rPr>
                <w:rFonts w:cs="Sakkal Majalla"/>
                <w:bCs/>
                <w:color w:val="000000" w:themeColor="text1"/>
                <w:sz w:val="38"/>
                <w:szCs w:val="38"/>
                <w:rtl/>
              </w:rPr>
              <w:t>معامل الانحدار B</w:t>
            </w:r>
          </w:p>
        </w:tc>
        <w:tc>
          <w:tcPr>
            <w:tcW w:w="1981" w:type="dxa"/>
            <w:shd w:val="clear" w:color="auto" w:fill="C5E0B3" w:themeFill="accent6" w:themeFillTint="66"/>
            <w:vAlign w:val="center"/>
          </w:tcPr>
          <w:p w:rsidR="00FD5E07" w:rsidRPr="00D53537" w:rsidRDefault="00FD5E07" w:rsidP="00D53537">
            <w:pPr>
              <w:spacing w:before="0"/>
              <w:ind w:firstLine="0"/>
              <w:jc w:val="center"/>
              <w:rPr>
                <w:rFonts w:cs="Sakkal Majalla"/>
                <w:bCs/>
                <w:color w:val="000000" w:themeColor="text1"/>
                <w:sz w:val="38"/>
                <w:szCs w:val="38"/>
              </w:rPr>
            </w:pPr>
            <w:r w:rsidRPr="00D53537">
              <w:rPr>
                <w:rFonts w:cs="Sakkal Majalla"/>
                <w:bCs/>
                <w:color w:val="000000" w:themeColor="text1"/>
                <w:sz w:val="38"/>
                <w:szCs w:val="38"/>
                <w:rtl/>
              </w:rPr>
              <w:t>قيمة t</w:t>
            </w:r>
          </w:p>
        </w:tc>
        <w:tc>
          <w:tcPr>
            <w:tcW w:w="1982" w:type="dxa"/>
            <w:shd w:val="clear" w:color="auto" w:fill="C5E0B3" w:themeFill="accent6" w:themeFillTint="66"/>
            <w:vAlign w:val="center"/>
          </w:tcPr>
          <w:p w:rsidR="00FD5E07" w:rsidRPr="00D53537" w:rsidRDefault="00FD5E07" w:rsidP="00D53537">
            <w:pPr>
              <w:spacing w:before="0"/>
              <w:ind w:firstLine="0"/>
              <w:jc w:val="center"/>
              <w:rPr>
                <w:rFonts w:cs="Sakkal Majalla"/>
                <w:bCs/>
                <w:color w:val="000000" w:themeColor="text1"/>
                <w:sz w:val="38"/>
                <w:szCs w:val="38"/>
              </w:rPr>
            </w:pPr>
            <w:r w:rsidRPr="00D53537">
              <w:rPr>
                <w:rFonts w:cs="Sakkal Majalla"/>
                <w:bCs/>
                <w:color w:val="000000" w:themeColor="text1"/>
                <w:sz w:val="38"/>
                <w:szCs w:val="38"/>
                <w:rtl/>
              </w:rPr>
              <w:t>الدلالة</w:t>
            </w:r>
          </w:p>
        </w:tc>
        <w:tc>
          <w:tcPr>
            <w:tcW w:w="1982" w:type="dxa"/>
            <w:shd w:val="clear" w:color="auto" w:fill="C5E0B3" w:themeFill="accent6" w:themeFillTint="66"/>
            <w:vAlign w:val="center"/>
          </w:tcPr>
          <w:p w:rsidR="00FD5E07" w:rsidRPr="00D53537" w:rsidRDefault="00FD5E07" w:rsidP="00D53537">
            <w:pPr>
              <w:spacing w:before="0"/>
              <w:ind w:firstLine="0"/>
              <w:jc w:val="center"/>
              <w:rPr>
                <w:rFonts w:cs="Sakkal Majalla"/>
                <w:bCs/>
                <w:color w:val="000000" w:themeColor="text1"/>
                <w:sz w:val="38"/>
                <w:szCs w:val="38"/>
              </w:rPr>
            </w:pPr>
            <w:r w:rsidRPr="00D53537">
              <w:rPr>
                <w:rFonts w:cs="Sakkal Majalla"/>
                <w:bCs/>
                <w:color w:val="000000" w:themeColor="text1"/>
                <w:sz w:val="38"/>
                <w:szCs w:val="38"/>
                <w:rtl/>
              </w:rPr>
              <w:t>النتيجة</w:t>
            </w:r>
          </w:p>
        </w:tc>
      </w:tr>
      <w:tr w:rsidR="00FD5E07" w:rsidRPr="005117ED" w:rsidTr="00D53537">
        <w:tc>
          <w:tcPr>
            <w:tcW w:w="1984"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التأثير</w:t>
            </w:r>
            <w:r w:rsidRPr="005117ED">
              <w:rPr>
                <w:rFonts w:cs="Sakkal Majalla"/>
                <w:color w:val="000000" w:themeColor="text1"/>
                <w:sz w:val="38"/>
                <w:szCs w:val="38"/>
              </w:rPr>
              <w:t xml:space="preserve"> </w:t>
            </w:r>
            <w:r w:rsidRPr="005117ED">
              <w:rPr>
                <w:rFonts w:cs="Sakkal Majalla"/>
                <w:color w:val="000000" w:themeColor="text1"/>
                <w:sz w:val="38"/>
                <w:szCs w:val="38"/>
                <w:rtl/>
              </w:rPr>
              <w:t>المثالي</w:t>
            </w:r>
          </w:p>
        </w:tc>
        <w:tc>
          <w:tcPr>
            <w:tcW w:w="1983"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0.159</w:t>
            </w:r>
          </w:p>
        </w:tc>
        <w:tc>
          <w:tcPr>
            <w:tcW w:w="1981"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3.320</w:t>
            </w:r>
          </w:p>
        </w:tc>
        <w:tc>
          <w:tcPr>
            <w:tcW w:w="1982"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0.001</w:t>
            </w:r>
          </w:p>
        </w:tc>
        <w:tc>
          <w:tcPr>
            <w:tcW w:w="1982"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دال</w:t>
            </w:r>
          </w:p>
        </w:tc>
      </w:tr>
      <w:tr w:rsidR="00FD5E07" w:rsidRPr="005117ED" w:rsidTr="00D53537">
        <w:tc>
          <w:tcPr>
            <w:tcW w:w="1984"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التحفيز</w:t>
            </w:r>
            <w:r w:rsidRPr="005117ED">
              <w:rPr>
                <w:rFonts w:cs="Sakkal Majalla"/>
                <w:color w:val="000000" w:themeColor="text1"/>
                <w:sz w:val="38"/>
                <w:szCs w:val="38"/>
              </w:rPr>
              <w:t xml:space="preserve"> </w:t>
            </w:r>
            <w:proofErr w:type="spellStart"/>
            <w:r w:rsidRPr="005117ED">
              <w:rPr>
                <w:rFonts w:cs="Sakkal Majalla"/>
                <w:color w:val="000000" w:themeColor="text1"/>
                <w:sz w:val="38"/>
                <w:szCs w:val="38"/>
                <w:rtl/>
              </w:rPr>
              <w:t>الإلهامي</w:t>
            </w:r>
            <w:proofErr w:type="spellEnd"/>
          </w:p>
        </w:tc>
        <w:tc>
          <w:tcPr>
            <w:tcW w:w="1983"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0.119</w:t>
            </w:r>
          </w:p>
        </w:tc>
        <w:tc>
          <w:tcPr>
            <w:tcW w:w="1981"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2.742</w:t>
            </w:r>
          </w:p>
        </w:tc>
        <w:tc>
          <w:tcPr>
            <w:tcW w:w="1982"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0.006</w:t>
            </w:r>
          </w:p>
        </w:tc>
        <w:tc>
          <w:tcPr>
            <w:tcW w:w="1982"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دال</w:t>
            </w:r>
          </w:p>
        </w:tc>
      </w:tr>
      <w:tr w:rsidR="00FD5E07" w:rsidRPr="005117ED" w:rsidTr="00D53537">
        <w:tc>
          <w:tcPr>
            <w:tcW w:w="1984"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الاستثارة</w:t>
            </w:r>
            <w:r w:rsidRPr="005117ED">
              <w:rPr>
                <w:rFonts w:cs="Sakkal Majalla"/>
                <w:color w:val="000000" w:themeColor="text1"/>
                <w:sz w:val="38"/>
                <w:szCs w:val="38"/>
              </w:rPr>
              <w:t xml:space="preserve"> </w:t>
            </w:r>
            <w:r w:rsidRPr="005117ED">
              <w:rPr>
                <w:rFonts w:cs="Sakkal Majalla"/>
                <w:color w:val="000000" w:themeColor="text1"/>
                <w:sz w:val="38"/>
                <w:szCs w:val="38"/>
                <w:rtl/>
              </w:rPr>
              <w:t>الفكرية</w:t>
            </w:r>
          </w:p>
        </w:tc>
        <w:tc>
          <w:tcPr>
            <w:tcW w:w="1983"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0.185</w:t>
            </w:r>
          </w:p>
        </w:tc>
        <w:tc>
          <w:tcPr>
            <w:tcW w:w="1981"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4.385</w:t>
            </w:r>
          </w:p>
        </w:tc>
        <w:tc>
          <w:tcPr>
            <w:tcW w:w="1982"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&lt;0.001</w:t>
            </w:r>
          </w:p>
        </w:tc>
        <w:tc>
          <w:tcPr>
            <w:tcW w:w="1982"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دال</w:t>
            </w:r>
          </w:p>
        </w:tc>
      </w:tr>
      <w:tr w:rsidR="00FD5E07" w:rsidRPr="005117ED" w:rsidTr="00D53537">
        <w:tc>
          <w:tcPr>
            <w:tcW w:w="1984"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الاعتبار</w:t>
            </w:r>
            <w:r w:rsidRPr="005117ED">
              <w:rPr>
                <w:rFonts w:cs="Sakkal Majalla"/>
                <w:color w:val="000000" w:themeColor="text1"/>
                <w:sz w:val="38"/>
                <w:szCs w:val="38"/>
              </w:rPr>
              <w:t xml:space="preserve"> </w:t>
            </w:r>
            <w:r w:rsidRPr="005117ED">
              <w:rPr>
                <w:rFonts w:cs="Sakkal Majalla"/>
                <w:color w:val="000000" w:themeColor="text1"/>
                <w:sz w:val="38"/>
                <w:szCs w:val="38"/>
                <w:rtl/>
              </w:rPr>
              <w:t>الفردي</w:t>
            </w:r>
          </w:p>
        </w:tc>
        <w:tc>
          <w:tcPr>
            <w:tcW w:w="1983"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0.184</w:t>
            </w:r>
          </w:p>
        </w:tc>
        <w:tc>
          <w:tcPr>
            <w:tcW w:w="1981"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3.984</w:t>
            </w:r>
          </w:p>
        </w:tc>
        <w:tc>
          <w:tcPr>
            <w:tcW w:w="1982"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&lt;0.001</w:t>
            </w:r>
          </w:p>
        </w:tc>
        <w:tc>
          <w:tcPr>
            <w:tcW w:w="1982"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دال</w:t>
            </w:r>
          </w:p>
        </w:tc>
      </w:tr>
    </w:tbl>
    <w:p w:rsidR="00D53537" w:rsidRDefault="00D53537" w:rsidP="00FD5E07">
      <w:pPr>
        <w:spacing w:before="0"/>
        <w:jc w:val="both"/>
        <w:rPr>
          <w:rFonts w:cs="Sakkal Majalla"/>
          <w:color w:val="000000" w:themeColor="text1"/>
          <w:sz w:val="38"/>
          <w:szCs w:val="38"/>
          <w:rtl/>
        </w:rPr>
      </w:pPr>
    </w:p>
    <w:p w:rsidR="00D53537" w:rsidRDefault="00D53537">
      <w:pPr>
        <w:bidi w:val="0"/>
        <w:spacing w:before="0" w:after="160" w:line="259" w:lineRule="auto"/>
        <w:ind w:firstLine="0"/>
        <w:jc w:val="left"/>
        <w:rPr>
          <w:rFonts w:cs="Sakkal Majalla"/>
          <w:color w:val="000000" w:themeColor="text1"/>
          <w:sz w:val="38"/>
          <w:szCs w:val="38"/>
          <w:rtl/>
        </w:rPr>
      </w:pPr>
      <w:r>
        <w:rPr>
          <w:rFonts w:cs="Sakkal Majalla"/>
          <w:color w:val="000000" w:themeColor="text1"/>
          <w:sz w:val="38"/>
          <w:szCs w:val="38"/>
          <w:rtl/>
        </w:rPr>
        <w:br w:type="page"/>
      </w:r>
    </w:p>
    <w:p w:rsidR="00FD5E07" w:rsidRPr="005117ED" w:rsidRDefault="00FD5E07" w:rsidP="00D53537">
      <w:pPr>
        <w:spacing w:before="0"/>
        <w:jc w:val="center"/>
        <w:rPr>
          <w:rFonts w:cs="Sakkal Majalla"/>
          <w:color w:val="000000" w:themeColor="text1"/>
          <w:sz w:val="38"/>
          <w:szCs w:val="38"/>
        </w:rPr>
      </w:pPr>
    </w:p>
    <w:p w:rsidR="00D53537" w:rsidRDefault="00D53537" w:rsidP="00D53537">
      <w:pPr>
        <w:jc w:val="center"/>
      </w:pPr>
      <w:r w:rsidRPr="00D53537">
        <w:rPr>
          <w:b/>
          <w:bCs/>
          <w:rtl/>
        </w:rPr>
        <w:t>جدول</w:t>
      </w:r>
      <w:r w:rsidRPr="00D53537">
        <w:rPr>
          <w:b/>
        </w:rPr>
        <w:t xml:space="preserve"> (24</w:t>
      </w:r>
      <w:proofErr w:type="gramStart"/>
      <w:r w:rsidRPr="00D53537">
        <w:rPr>
          <w:b/>
        </w:rPr>
        <w:t>)</w:t>
      </w:r>
      <w:r w:rsidRPr="00D53537">
        <w:rPr>
          <w:rFonts w:hint="cs"/>
          <w:b/>
          <w:rtl/>
        </w:rPr>
        <w:t xml:space="preserve"> </w:t>
      </w:r>
      <w:r w:rsidRPr="00D53537">
        <w:rPr>
          <w:b/>
        </w:rPr>
        <w:t>:</w:t>
      </w:r>
      <w:proofErr w:type="gramEnd"/>
      <w:r w:rsidRPr="00D53537">
        <w:rPr>
          <w:rFonts w:hint="cs"/>
          <w:b/>
          <w:rtl/>
        </w:rPr>
        <w:t xml:space="preserve"> </w:t>
      </w:r>
      <w:r w:rsidRPr="00D53537">
        <w:rPr>
          <w:b/>
        </w:rPr>
        <w:t xml:space="preserve"> </w:t>
      </w:r>
      <w:r w:rsidRPr="00D53537">
        <w:rPr>
          <w:b/>
          <w:bCs/>
          <w:rtl/>
        </w:rPr>
        <w:t>ملخص</w:t>
      </w:r>
      <w:r w:rsidRPr="00D53537">
        <w:rPr>
          <w:b/>
        </w:rPr>
        <w:t xml:space="preserve"> </w:t>
      </w:r>
      <w:r w:rsidRPr="00D53537">
        <w:rPr>
          <w:b/>
          <w:bCs/>
          <w:rtl/>
        </w:rPr>
        <w:t>نموذج</w:t>
      </w:r>
      <w:r w:rsidRPr="00D53537">
        <w:rPr>
          <w:b/>
        </w:rPr>
        <w:t xml:space="preserve"> </w:t>
      </w:r>
      <w:r w:rsidRPr="00D53537">
        <w:rPr>
          <w:b/>
          <w:bCs/>
          <w:rtl/>
        </w:rPr>
        <w:t>الانحدار</w:t>
      </w:r>
      <w:r w:rsidRPr="00D53537">
        <w:rPr>
          <w:b/>
        </w:rPr>
        <w:t xml:space="preserve"> </w:t>
      </w:r>
      <w:r w:rsidRPr="00D53537">
        <w:rPr>
          <w:b/>
          <w:bCs/>
          <w:rtl/>
        </w:rPr>
        <w:t>المتعدد</w:t>
      </w:r>
    </w:p>
    <w:tbl>
      <w:tblPr>
        <w:tblStyle w:val="aa"/>
        <w:bidiVisual/>
        <w:tblW w:w="0" w:type="auto"/>
        <w:tblLook w:val="04A0" w:firstRow="1" w:lastRow="0" w:firstColumn="1" w:lastColumn="0" w:noHBand="0" w:noVBand="1"/>
      </w:tblPr>
      <w:tblGrid>
        <w:gridCol w:w="4957"/>
        <w:gridCol w:w="4955"/>
      </w:tblGrid>
      <w:tr w:rsidR="00FD5E07" w:rsidRPr="005117ED" w:rsidTr="00D53537">
        <w:trPr>
          <w:tblHeader/>
        </w:trPr>
        <w:tc>
          <w:tcPr>
            <w:tcW w:w="4957" w:type="dxa"/>
            <w:shd w:val="clear" w:color="auto" w:fill="C5E0B3" w:themeFill="accent6" w:themeFillTint="66"/>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b/>
                <w:color w:val="000000" w:themeColor="text1"/>
                <w:sz w:val="38"/>
                <w:szCs w:val="38"/>
                <w:rtl/>
              </w:rPr>
              <w:t>المؤشر</w:t>
            </w:r>
          </w:p>
        </w:tc>
        <w:tc>
          <w:tcPr>
            <w:tcW w:w="4955" w:type="dxa"/>
            <w:shd w:val="clear" w:color="auto" w:fill="C5E0B3" w:themeFill="accent6" w:themeFillTint="66"/>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b/>
                <w:color w:val="000000" w:themeColor="text1"/>
                <w:sz w:val="38"/>
                <w:szCs w:val="38"/>
                <w:rtl/>
              </w:rPr>
              <w:t>القيمة</w:t>
            </w:r>
          </w:p>
        </w:tc>
      </w:tr>
      <w:tr w:rsidR="00FD5E07" w:rsidRPr="005117ED" w:rsidTr="00D53537">
        <w:tc>
          <w:tcPr>
            <w:tcW w:w="4957"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R</w:t>
            </w:r>
          </w:p>
        </w:tc>
        <w:tc>
          <w:tcPr>
            <w:tcW w:w="4955"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0.635</w:t>
            </w:r>
          </w:p>
        </w:tc>
      </w:tr>
      <w:tr w:rsidR="00FD5E07" w:rsidRPr="005117ED" w:rsidTr="00D53537">
        <w:tc>
          <w:tcPr>
            <w:tcW w:w="4957"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R²</w:t>
            </w:r>
          </w:p>
        </w:tc>
        <w:tc>
          <w:tcPr>
            <w:tcW w:w="4955"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0.403</w:t>
            </w:r>
          </w:p>
        </w:tc>
      </w:tr>
      <w:tr w:rsidR="00FD5E07" w:rsidRPr="005117ED" w:rsidTr="00D53537">
        <w:tc>
          <w:tcPr>
            <w:tcW w:w="4957"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Adjusted R²</w:t>
            </w:r>
          </w:p>
        </w:tc>
        <w:tc>
          <w:tcPr>
            <w:tcW w:w="4955"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0.394</w:t>
            </w:r>
          </w:p>
        </w:tc>
      </w:tr>
      <w:tr w:rsidR="00FD5E07" w:rsidRPr="005117ED" w:rsidTr="00D53537">
        <w:tc>
          <w:tcPr>
            <w:tcW w:w="4957"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F</w:t>
            </w:r>
          </w:p>
        </w:tc>
        <w:tc>
          <w:tcPr>
            <w:tcW w:w="4955"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47.370</w:t>
            </w:r>
          </w:p>
        </w:tc>
      </w:tr>
      <w:tr w:rsidR="00FD5E07" w:rsidRPr="005117ED" w:rsidTr="00D53537">
        <w:tc>
          <w:tcPr>
            <w:tcW w:w="4957"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الدلالة</w:t>
            </w:r>
          </w:p>
        </w:tc>
        <w:tc>
          <w:tcPr>
            <w:tcW w:w="4955"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&lt;0.001</w:t>
            </w:r>
          </w:p>
        </w:tc>
      </w:tr>
    </w:tbl>
    <w:p w:rsidR="00FD5E07" w:rsidRPr="005117ED" w:rsidRDefault="00FD5E07" w:rsidP="00FD5E07">
      <w:pPr>
        <w:spacing w:before="0"/>
        <w:jc w:val="both"/>
        <w:rPr>
          <w:rFonts w:cs="Sakkal Majalla"/>
          <w:color w:val="000000" w:themeColor="text1"/>
          <w:sz w:val="38"/>
          <w:szCs w:val="38"/>
        </w:rPr>
      </w:pPr>
    </w:p>
    <w:p w:rsidR="00FD5E07" w:rsidRPr="005117ED" w:rsidRDefault="00D53537" w:rsidP="00D53537">
      <w:pPr>
        <w:spacing w:before="0"/>
        <w:jc w:val="center"/>
        <w:rPr>
          <w:rFonts w:cs="Sakkal Majalla"/>
          <w:color w:val="000000" w:themeColor="text1"/>
          <w:sz w:val="38"/>
          <w:szCs w:val="38"/>
        </w:rPr>
      </w:pPr>
      <w:r w:rsidRPr="00D53537">
        <w:rPr>
          <w:rFonts w:cs="Sakkal Majalla"/>
          <w:b/>
          <w:bCs/>
          <w:color w:val="000000" w:themeColor="text1"/>
          <w:sz w:val="38"/>
          <w:szCs w:val="38"/>
          <w:rtl/>
        </w:rPr>
        <w:t>جدول</w:t>
      </w:r>
      <w:r w:rsidRPr="00D53537">
        <w:rPr>
          <w:rFonts w:cs="Sakkal Majalla"/>
          <w:b/>
          <w:color w:val="000000" w:themeColor="text1"/>
          <w:sz w:val="38"/>
          <w:szCs w:val="38"/>
        </w:rPr>
        <w:t xml:space="preserve"> (25</w:t>
      </w:r>
      <w:proofErr w:type="gramStart"/>
      <w:r w:rsidRPr="00D53537">
        <w:rPr>
          <w:rFonts w:cs="Sakkal Majalla"/>
          <w:b/>
          <w:color w:val="000000" w:themeColor="text1"/>
          <w:sz w:val="38"/>
          <w:szCs w:val="38"/>
        </w:rPr>
        <w:t>)</w:t>
      </w:r>
      <w:r w:rsidRPr="00D53537">
        <w:rPr>
          <w:rFonts w:cs="Sakkal Majalla" w:hint="cs"/>
          <w:b/>
          <w:color w:val="000000" w:themeColor="text1"/>
          <w:sz w:val="38"/>
          <w:szCs w:val="38"/>
          <w:rtl/>
        </w:rPr>
        <w:t xml:space="preserve"> </w:t>
      </w:r>
      <w:r w:rsidRPr="00D53537">
        <w:rPr>
          <w:rFonts w:cs="Sakkal Majalla"/>
          <w:b/>
          <w:color w:val="000000" w:themeColor="text1"/>
          <w:sz w:val="38"/>
          <w:szCs w:val="38"/>
        </w:rPr>
        <w:t>:</w:t>
      </w:r>
      <w:proofErr w:type="gramEnd"/>
      <w:r w:rsidRPr="00D53537">
        <w:rPr>
          <w:rFonts w:cs="Sakkal Majalla" w:hint="cs"/>
          <w:b/>
          <w:color w:val="000000" w:themeColor="text1"/>
          <w:sz w:val="38"/>
          <w:szCs w:val="38"/>
          <w:rtl/>
        </w:rPr>
        <w:t xml:space="preserve"> </w:t>
      </w:r>
      <w:r w:rsidRPr="00D53537">
        <w:rPr>
          <w:rFonts w:cs="Sakkal Majalla"/>
          <w:b/>
          <w:color w:val="000000" w:themeColor="text1"/>
          <w:sz w:val="38"/>
          <w:szCs w:val="38"/>
        </w:rPr>
        <w:t xml:space="preserve"> </w:t>
      </w:r>
      <w:r w:rsidRPr="00D53537">
        <w:rPr>
          <w:rFonts w:cs="Sakkal Majalla"/>
          <w:b/>
          <w:bCs/>
          <w:color w:val="000000" w:themeColor="text1"/>
          <w:sz w:val="38"/>
          <w:szCs w:val="38"/>
          <w:rtl/>
        </w:rPr>
        <w:t>مؤشرات</w:t>
      </w:r>
      <w:r w:rsidRPr="00D53537">
        <w:rPr>
          <w:rFonts w:cs="Sakkal Majalla"/>
          <w:b/>
          <w:color w:val="000000" w:themeColor="text1"/>
          <w:sz w:val="38"/>
          <w:szCs w:val="38"/>
        </w:rPr>
        <w:t xml:space="preserve"> </w:t>
      </w:r>
      <w:r w:rsidRPr="00D53537">
        <w:rPr>
          <w:rFonts w:cs="Sakkal Majalla"/>
          <w:b/>
          <w:bCs/>
          <w:color w:val="000000" w:themeColor="text1"/>
          <w:sz w:val="38"/>
          <w:szCs w:val="38"/>
          <w:rtl/>
        </w:rPr>
        <w:t>عدم</w:t>
      </w:r>
      <w:r w:rsidRPr="00D53537">
        <w:rPr>
          <w:rFonts w:cs="Sakkal Majalla"/>
          <w:b/>
          <w:color w:val="000000" w:themeColor="text1"/>
          <w:sz w:val="38"/>
          <w:szCs w:val="38"/>
        </w:rPr>
        <w:t xml:space="preserve"> </w:t>
      </w:r>
      <w:r w:rsidRPr="00D53537">
        <w:rPr>
          <w:rFonts w:cs="Sakkal Majalla"/>
          <w:b/>
          <w:bCs/>
          <w:color w:val="000000" w:themeColor="text1"/>
          <w:sz w:val="38"/>
          <w:szCs w:val="38"/>
          <w:rtl/>
        </w:rPr>
        <w:t>تعدد</w:t>
      </w:r>
      <w:r w:rsidRPr="00D53537">
        <w:rPr>
          <w:rFonts w:cs="Sakkal Majalla"/>
          <w:b/>
          <w:color w:val="000000" w:themeColor="text1"/>
          <w:sz w:val="38"/>
          <w:szCs w:val="38"/>
        </w:rPr>
        <w:t xml:space="preserve"> </w:t>
      </w:r>
      <w:r w:rsidRPr="00D53537">
        <w:rPr>
          <w:rFonts w:cs="Sakkal Majalla"/>
          <w:b/>
          <w:bCs/>
          <w:color w:val="000000" w:themeColor="text1"/>
          <w:sz w:val="38"/>
          <w:szCs w:val="38"/>
          <w:rtl/>
        </w:rPr>
        <w:t>الارتباط</w:t>
      </w:r>
      <w:r w:rsidRPr="00D53537">
        <w:rPr>
          <w:rFonts w:cs="Sakkal Majalla"/>
          <w:b/>
          <w:color w:val="000000" w:themeColor="text1"/>
          <w:sz w:val="38"/>
          <w:szCs w:val="38"/>
        </w:rPr>
        <w:t xml:space="preserve"> </w:t>
      </w:r>
      <w:r w:rsidRPr="00D53537">
        <w:rPr>
          <w:rFonts w:cs="Sakkal Majalla"/>
          <w:b/>
          <w:bCs/>
          <w:color w:val="000000" w:themeColor="text1"/>
          <w:sz w:val="38"/>
          <w:szCs w:val="38"/>
          <w:rtl/>
        </w:rPr>
        <w:t>الخطي</w:t>
      </w:r>
    </w:p>
    <w:tbl>
      <w:tblPr>
        <w:tblStyle w:val="aa"/>
        <w:bidiVisual/>
        <w:tblW w:w="0" w:type="auto"/>
        <w:tblLook w:val="04A0" w:firstRow="1" w:lastRow="0" w:firstColumn="1" w:lastColumn="0" w:noHBand="0" w:noVBand="1"/>
      </w:tblPr>
      <w:tblGrid>
        <w:gridCol w:w="3306"/>
        <w:gridCol w:w="3303"/>
        <w:gridCol w:w="3303"/>
      </w:tblGrid>
      <w:tr w:rsidR="00FD5E07" w:rsidRPr="005117ED" w:rsidTr="00D53537">
        <w:trPr>
          <w:tblHeader/>
        </w:trPr>
        <w:tc>
          <w:tcPr>
            <w:tcW w:w="3324" w:type="dxa"/>
            <w:shd w:val="clear" w:color="auto" w:fill="C5E0B3" w:themeFill="accent6" w:themeFillTint="66"/>
            <w:vAlign w:val="center"/>
          </w:tcPr>
          <w:p w:rsidR="00FD5E07" w:rsidRPr="00D53537" w:rsidRDefault="00FD5E07" w:rsidP="00D53537">
            <w:pPr>
              <w:spacing w:before="0"/>
              <w:ind w:firstLine="0"/>
              <w:jc w:val="center"/>
              <w:rPr>
                <w:rFonts w:cs="Sakkal Majalla"/>
                <w:bCs/>
                <w:color w:val="000000" w:themeColor="text1"/>
                <w:sz w:val="38"/>
                <w:szCs w:val="38"/>
              </w:rPr>
            </w:pPr>
            <w:r w:rsidRPr="00D53537">
              <w:rPr>
                <w:rFonts w:cs="Sakkal Majalla"/>
                <w:bCs/>
                <w:color w:val="000000" w:themeColor="text1"/>
                <w:sz w:val="38"/>
                <w:szCs w:val="38"/>
                <w:rtl/>
              </w:rPr>
              <w:t>البعد</w:t>
            </w:r>
          </w:p>
        </w:tc>
        <w:tc>
          <w:tcPr>
            <w:tcW w:w="3324" w:type="dxa"/>
            <w:shd w:val="clear" w:color="auto" w:fill="C5E0B3" w:themeFill="accent6" w:themeFillTint="66"/>
            <w:vAlign w:val="center"/>
          </w:tcPr>
          <w:p w:rsidR="00FD5E07" w:rsidRPr="00D53537" w:rsidRDefault="00FD5E07" w:rsidP="00D53537">
            <w:pPr>
              <w:spacing w:before="0"/>
              <w:ind w:firstLine="0"/>
              <w:jc w:val="center"/>
              <w:rPr>
                <w:rFonts w:cs="Sakkal Majalla"/>
                <w:bCs/>
                <w:color w:val="000000" w:themeColor="text1"/>
                <w:sz w:val="38"/>
                <w:szCs w:val="38"/>
              </w:rPr>
            </w:pPr>
            <w:r w:rsidRPr="00D53537">
              <w:rPr>
                <w:rFonts w:cs="Sakkal Majalla"/>
                <w:bCs/>
                <w:color w:val="000000" w:themeColor="text1"/>
                <w:sz w:val="38"/>
                <w:szCs w:val="38"/>
                <w:rtl/>
              </w:rPr>
              <w:t>VIF</w:t>
            </w:r>
          </w:p>
        </w:tc>
        <w:tc>
          <w:tcPr>
            <w:tcW w:w="3324" w:type="dxa"/>
            <w:shd w:val="clear" w:color="auto" w:fill="C5E0B3" w:themeFill="accent6" w:themeFillTint="66"/>
            <w:vAlign w:val="center"/>
          </w:tcPr>
          <w:p w:rsidR="00FD5E07" w:rsidRPr="00D53537" w:rsidRDefault="00FD5E07" w:rsidP="00D53537">
            <w:pPr>
              <w:spacing w:before="0"/>
              <w:ind w:firstLine="0"/>
              <w:jc w:val="center"/>
              <w:rPr>
                <w:rFonts w:cs="Sakkal Majalla"/>
                <w:bCs/>
                <w:color w:val="000000" w:themeColor="text1"/>
                <w:sz w:val="38"/>
                <w:szCs w:val="38"/>
              </w:rPr>
            </w:pPr>
            <w:r w:rsidRPr="00D53537">
              <w:rPr>
                <w:rFonts w:cs="Sakkal Majalla"/>
                <w:bCs/>
                <w:color w:val="000000" w:themeColor="text1"/>
                <w:sz w:val="38"/>
                <w:szCs w:val="38"/>
                <w:rtl/>
              </w:rPr>
              <w:t>الحكم</w:t>
            </w:r>
          </w:p>
        </w:tc>
      </w:tr>
      <w:tr w:rsidR="00FD5E07" w:rsidRPr="005117ED" w:rsidTr="00D53537">
        <w:tc>
          <w:tcPr>
            <w:tcW w:w="3324"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التأثير</w:t>
            </w:r>
            <w:r w:rsidRPr="005117ED">
              <w:rPr>
                <w:rFonts w:cs="Sakkal Majalla"/>
                <w:color w:val="000000" w:themeColor="text1"/>
                <w:sz w:val="38"/>
                <w:szCs w:val="38"/>
              </w:rPr>
              <w:t xml:space="preserve"> </w:t>
            </w:r>
            <w:r w:rsidRPr="005117ED">
              <w:rPr>
                <w:rFonts w:cs="Sakkal Majalla"/>
                <w:color w:val="000000" w:themeColor="text1"/>
                <w:sz w:val="38"/>
                <w:szCs w:val="38"/>
                <w:rtl/>
              </w:rPr>
              <w:t>المثالي</w:t>
            </w:r>
          </w:p>
        </w:tc>
        <w:tc>
          <w:tcPr>
            <w:tcW w:w="3324"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43.86</w:t>
            </w:r>
          </w:p>
        </w:tc>
        <w:tc>
          <w:tcPr>
            <w:tcW w:w="3324"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مقبول</w:t>
            </w:r>
          </w:p>
        </w:tc>
      </w:tr>
      <w:tr w:rsidR="00FD5E07" w:rsidRPr="005117ED" w:rsidTr="00D53537">
        <w:tc>
          <w:tcPr>
            <w:tcW w:w="3324"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التحفيز</w:t>
            </w:r>
            <w:r w:rsidRPr="005117ED">
              <w:rPr>
                <w:rFonts w:cs="Sakkal Majalla"/>
                <w:color w:val="000000" w:themeColor="text1"/>
                <w:sz w:val="38"/>
                <w:szCs w:val="38"/>
              </w:rPr>
              <w:t xml:space="preserve"> </w:t>
            </w:r>
            <w:proofErr w:type="spellStart"/>
            <w:r w:rsidRPr="005117ED">
              <w:rPr>
                <w:rFonts w:cs="Sakkal Majalla"/>
                <w:color w:val="000000" w:themeColor="text1"/>
                <w:sz w:val="38"/>
                <w:szCs w:val="38"/>
                <w:rtl/>
              </w:rPr>
              <w:t>الإلهامي</w:t>
            </w:r>
            <w:proofErr w:type="spellEnd"/>
          </w:p>
        </w:tc>
        <w:tc>
          <w:tcPr>
            <w:tcW w:w="3324"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35.74</w:t>
            </w:r>
          </w:p>
        </w:tc>
        <w:tc>
          <w:tcPr>
            <w:tcW w:w="3324"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مقبول</w:t>
            </w:r>
          </w:p>
        </w:tc>
      </w:tr>
      <w:tr w:rsidR="00FD5E07" w:rsidRPr="005117ED" w:rsidTr="00D53537">
        <w:tc>
          <w:tcPr>
            <w:tcW w:w="3324"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الاستثارة</w:t>
            </w:r>
            <w:r w:rsidRPr="005117ED">
              <w:rPr>
                <w:rFonts w:cs="Sakkal Majalla"/>
                <w:color w:val="000000" w:themeColor="text1"/>
                <w:sz w:val="38"/>
                <w:szCs w:val="38"/>
              </w:rPr>
              <w:t xml:space="preserve"> </w:t>
            </w:r>
            <w:r w:rsidRPr="005117ED">
              <w:rPr>
                <w:rFonts w:cs="Sakkal Majalla"/>
                <w:color w:val="000000" w:themeColor="text1"/>
                <w:sz w:val="38"/>
                <w:szCs w:val="38"/>
                <w:rtl/>
              </w:rPr>
              <w:t>الفكرية</w:t>
            </w:r>
          </w:p>
        </w:tc>
        <w:tc>
          <w:tcPr>
            <w:tcW w:w="3324"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33.15</w:t>
            </w:r>
          </w:p>
        </w:tc>
        <w:tc>
          <w:tcPr>
            <w:tcW w:w="3324"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مقبول</w:t>
            </w:r>
          </w:p>
        </w:tc>
      </w:tr>
      <w:tr w:rsidR="00FD5E07" w:rsidRPr="005117ED" w:rsidTr="00D53537">
        <w:tc>
          <w:tcPr>
            <w:tcW w:w="3324"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الاعتبار</w:t>
            </w:r>
            <w:r w:rsidRPr="005117ED">
              <w:rPr>
                <w:rFonts w:cs="Sakkal Majalla"/>
                <w:color w:val="000000" w:themeColor="text1"/>
                <w:sz w:val="38"/>
                <w:szCs w:val="38"/>
              </w:rPr>
              <w:t xml:space="preserve"> </w:t>
            </w:r>
            <w:r w:rsidRPr="005117ED">
              <w:rPr>
                <w:rFonts w:cs="Sakkal Majalla"/>
                <w:color w:val="000000" w:themeColor="text1"/>
                <w:sz w:val="38"/>
                <w:szCs w:val="38"/>
                <w:rtl/>
              </w:rPr>
              <w:t>الفردي</w:t>
            </w:r>
          </w:p>
        </w:tc>
        <w:tc>
          <w:tcPr>
            <w:tcW w:w="3324"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Pr>
              <w:t>38.31</w:t>
            </w:r>
          </w:p>
        </w:tc>
        <w:tc>
          <w:tcPr>
            <w:tcW w:w="3324"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مقبول</w:t>
            </w:r>
          </w:p>
        </w:tc>
      </w:tr>
    </w:tbl>
    <w:p w:rsidR="00D53537" w:rsidRDefault="00FD5E07" w:rsidP="00D53537">
      <w:pPr>
        <w:spacing w:before="0"/>
        <w:ind w:firstLine="720"/>
        <w:jc w:val="both"/>
        <w:rPr>
          <w:rFonts w:cs="Sakkal Majalla"/>
          <w:color w:val="000000" w:themeColor="text1"/>
          <w:sz w:val="38"/>
          <w:szCs w:val="38"/>
          <w:rtl/>
        </w:rPr>
      </w:pPr>
      <w:r w:rsidRPr="005117ED">
        <w:rPr>
          <w:rFonts w:cs="Sakkal Majalla"/>
          <w:color w:val="000000" w:themeColor="text1"/>
          <w:sz w:val="38"/>
          <w:szCs w:val="38"/>
          <w:rtl/>
        </w:rPr>
        <w:t xml:space="preserve">توضح نتائج الانحدار المتعدد أن أبعاد القيادة التحويلية مجتمعة تفسر 39.6% من التباين في الإبداع التنظيمي. كما أظهرت جميع الأبعاد أثرًا دالًا إحصائيًا، وجاءت الاستثارة الفكرية أكثر الأبعاد تأثيرًا، ثم التأثير المثالي، ثم التحفيز </w:t>
      </w:r>
      <w:proofErr w:type="spellStart"/>
      <w:r w:rsidRPr="005117ED">
        <w:rPr>
          <w:rFonts w:cs="Sakkal Majalla"/>
          <w:color w:val="000000" w:themeColor="text1"/>
          <w:sz w:val="38"/>
          <w:szCs w:val="38"/>
          <w:rtl/>
        </w:rPr>
        <w:t>الإلهامي</w:t>
      </w:r>
      <w:proofErr w:type="spellEnd"/>
      <w:r w:rsidRPr="005117ED">
        <w:rPr>
          <w:rFonts w:cs="Sakkal Majalla"/>
          <w:color w:val="000000" w:themeColor="text1"/>
          <w:sz w:val="38"/>
          <w:szCs w:val="38"/>
          <w:rtl/>
        </w:rPr>
        <w:t>، ثم الاعتبار الفردي. وتدل قيم VIF المنخفضة على عدم وجود مشكلة تعدد ارتباط خطي بين المتغيرات المستقلة، مما يعزز صلاحية النموذج.</w:t>
      </w:r>
    </w:p>
    <w:p w:rsidR="00D53537" w:rsidRDefault="00D53537">
      <w:pPr>
        <w:bidi w:val="0"/>
        <w:spacing w:before="0" w:after="160" w:line="259" w:lineRule="auto"/>
        <w:ind w:firstLine="0"/>
        <w:jc w:val="left"/>
        <w:rPr>
          <w:rFonts w:cs="Sakkal Majalla"/>
          <w:color w:val="000000" w:themeColor="text1"/>
          <w:sz w:val="38"/>
          <w:szCs w:val="38"/>
          <w:rtl/>
        </w:rPr>
      </w:pPr>
      <w:r>
        <w:rPr>
          <w:rFonts w:cs="Sakkal Majalla"/>
          <w:color w:val="000000" w:themeColor="text1"/>
          <w:sz w:val="38"/>
          <w:szCs w:val="38"/>
          <w:rtl/>
        </w:rPr>
        <w:br w:type="page"/>
      </w:r>
    </w:p>
    <w:p w:rsidR="00FD5E07" w:rsidRPr="005117ED" w:rsidRDefault="00FD5E07" w:rsidP="00CB5A48">
      <w:pPr>
        <w:spacing w:before="0"/>
        <w:ind w:firstLine="0"/>
        <w:jc w:val="left"/>
        <w:outlineLvl w:val="0"/>
        <w:rPr>
          <w:rFonts w:eastAsia="Times New Roman" w:cs="Sakkal Majalla"/>
          <w:b/>
          <w:bCs/>
          <w:color w:val="000000" w:themeColor="text1"/>
          <w:sz w:val="40"/>
          <w:szCs w:val="40"/>
        </w:rPr>
      </w:pPr>
      <w:bookmarkStart w:id="77" w:name="_Toc233322024"/>
      <w:r w:rsidRPr="005117ED">
        <w:rPr>
          <w:rFonts w:eastAsia="Times New Roman" w:cs="Sakkal Majalla"/>
          <w:b/>
          <w:bCs/>
          <w:color w:val="000000" w:themeColor="text1"/>
          <w:sz w:val="40"/>
          <w:szCs w:val="40"/>
          <w:rtl/>
        </w:rPr>
        <w:lastRenderedPageBreak/>
        <w:t>سابعًا: اختبار الفروق وفق المتغيرات الديموغرافية والتنظيمية</w:t>
      </w:r>
      <w:bookmarkEnd w:id="77"/>
    </w:p>
    <w:p w:rsidR="00D53537" w:rsidRDefault="00D53537" w:rsidP="00D53537">
      <w:pPr>
        <w:jc w:val="center"/>
      </w:pPr>
      <w:r w:rsidRPr="00D53537">
        <w:rPr>
          <w:b/>
          <w:bCs/>
          <w:rtl/>
        </w:rPr>
        <w:t>جدول</w:t>
      </w:r>
      <w:r w:rsidRPr="00D53537">
        <w:rPr>
          <w:b/>
        </w:rPr>
        <w:t xml:space="preserve"> (26</w:t>
      </w:r>
      <w:proofErr w:type="gramStart"/>
      <w:r w:rsidRPr="00D53537">
        <w:rPr>
          <w:b/>
        </w:rPr>
        <w:t>)</w:t>
      </w:r>
      <w:r>
        <w:rPr>
          <w:rFonts w:hint="cs"/>
          <w:b/>
          <w:rtl/>
        </w:rPr>
        <w:t xml:space="preserve"> </w:t>
      </w:r>
      <w:r w:rsidRPr="00D53537">
        <w:rPr>
          <w:b/>
        </w:rPr>
        <w:t>:</w:t>
      </w:r>
      <w:proofErr w:type="gramEnd"/>
      <w:r>
        <w:rPr>
          <w:rFonts w:hint="cs"/>
          <w:b/>
          <w:rtl/>
        </w:rPr>
        <w:t xml:space="preserve"> </w:t>
      </w:r>
      <w:r w:rsidRPr="00D53537">
        <w:rPr>
          <w:b/>
        </w:rPr>
        <w:t xml:space="preserve"> </w:t>
      </w:r>
      <w:r w:rsidRPr="00D53537">
        <w:rPr>
          <w:b/>
          <w:bCs/>
          <w:rtl/>
        </w:rPr>
        <w:t>نتائج</w:t>
      </w:r>
      <w:r w:rsidRPr="00D53537">
        <w:rPr>
          <w:b/>
        </w:rPr>
        <w:t xml:space="preserve"> </w:t>
      </w:r>
      <w:r w:rsidRPr="00D53537">
        <w:rPr>
          <w:b/>
          <w:bCs/>
          <w:rtl/>
        </w:rPr>
        <w:t>اختبار</w:t>
      </w:r>
      <w:r w:rsidRPr="00D53537">
        <w:rPr>
          <w:b/>
        </w:rPr>
        <w:t xml:space="preserve"> </w:t>
      </w:r>
      <w:r w:rsidRPr="00D53537">
        <w:rPr>
          <w:b/>
          <w:bCs/>
          <w:rtl/>
        </w:rPr>
        <w:t>ت</w:t>
      </w:r>
      <w:r w:rsidRPr="00D53537">
        <w:rPr>
          <w:b/>
        </w:rPr>
        <w:t xml:space="preserve"> </w:t>
      </w:r>
      <w:r w:rsidRPr="00D53537">
        <w:rPr>
          <w:b/>
          <w:bCs/>
          <w:rtl/>
        </w:rPr>
        <w:t>للعينات</w:t>
      </w:r>
      <w:r w:rsidRPr="00D53537">
        <w:rPr>
          <w:b/>
        </w:rPr>
        <w:t xml:space="preserve"> </w:t>
      </w:r>
      <w:r w:rsidRPr="00D53537">
        <w:rPr>
          <w:b/>
          <w:bCs/>
          <w:rtl/>
        </w:rPr>
        <w:t>المستقلة</w:t>
      </w:r>
      <w:r w:rsidRPr="00D53537">
        <w:rPr>
          <w:b/>
        </w:rPr>
        <w:t xml:space="preserve"> </w:t>
      </w:r>
      <w:r w:rsidRPr="00D53537">
        <w:rPr>
          <w:b/>
          <w:bCs/>
          <w:rtl/>
        </w:rPr>
        <w:t>حسب</w:t>
      </w:r>
      <w:r w:rsidRPr="00D53537">
        <w:rPr>
          <w:b/>
        </w:rPr>
        <w:t xml:space="preserve"> </w:t>
      </w:r>
      <w:r w:rsidRPr="00D53537">
        <w:rPr>
          <w:b/>
          <w:bCs/>
          <w:rtl/>
        </w:rPr>
        <w:t>الجنس</w:t>
      </w:r>
      <w:r w:rsidRPr="00D53537">
        <w:rPr>
          <w:b/>
        </w:rPr>
        <w:t xml:space="preserve"> </w:t>
      </w:r>
      <w:r w:rsidRPr="00D53537">
        <w:rPr>
          <w:b/>
          <w:bCs/>
          <w:rtl/>
        </w:rPr>
        <w:t>وحجم</w:t>
      </w:r>
      <w:r w:rsidRPr="00D53537">
        <w:rPr>
          <w:b/>
        </w:rPr>
        <w:t xml:space="preserve"> </w:t>
      </w:r>
      <w:r w:rsidRPr="00D53537">
        <w:rPr>
          <w:b/>
          <w:bCs/>
          <w:rtl/>
        </w:rPr>
        <w:t>المنشأة</w:t>
      </w:r>
    </w:p>
    <w:tbl>
      <w:tblPr>
        <w:tblStyle w:val="aa"/>
        <w:bidiVisual/>
        <w:tblW w:w="0" w:type="auto"/>
        <w:tblLook w:val="04A0" w:firstRow="1" w:lastRow="0" w:firstColumn="1" w:lastColumn="0" w:noHBand="0" w:noVBand="1"/>
      </w:tblPr>
      <w:tblGrid>
        <w:gridCol w:w="1244"/>
        <w:gridCol w:w="1228"/>
        <w:gridCol w:w="1254"/>
        <w:gridCol w:w="1241"/>
        <w:gridCol w:w="1254"/>
        <w:gridCol w:w="1230"/>
        <w:gridCol w:w="1232"/>
        <w:gridCol w:w="1229"/>
      </w:tblGrid>
      <w:tr w:rsidR="00FD5E07" w:rsidRPr="005117ED" w:rsidTr="00D53537">
        <w:trPr>
          <w:tblHeader/>
        </w:trPr>
        <w:tc>
          <w:tcPr>
            <w:tcW w:w="1244" w:type="dxa"/>
            <w:shd w:val="clear" w:color="auto" w:fill="C5E0B3" w:themeFill="accent6" w:themeFillTint="66"/>
            <w:vAlign w:val="center"/>
          </w:tcPr>
          <w:p w:rsidR="00FD5E07" w:rsidRPr="00D53537" w:rsidRDefault="00FD5E07" w:rsidP="00D53537">
            <w:pPr>
              <w:spacing w:before="0"/>
              <w:ind w:firstLine="0"/>
              <w:jc w:val="center"/>
              <w:rPr>
                <w:rFonts w:cs="Sakkal Majalla"/>
                <w:bCs/>
                <w:color w:val="000000" w:themeColor="text1"/>
                <w:sz w:val="38"/>
                <w:szCs w:val="38"/>
              </w:rPr>
            </w:pPr>
            <w:r w:rsidRPr="00D53537">
              <w:rPr>
                <w:rFonts w:cs="Sakkal Majalla"/>
                <w:bCs/>
                <w:color w:val="000000" w:themeColor="text1"/>
                <w:sz w:val="38"/>
                <w:szCs w:val="38"/>
                <w:rtl/>
              </w:rPr>
              <w:t>المتغير التابع</w:t>
            </w:r>
          </w:p>
        </w:tc>
        <w:tc>
          <w:tcPr>
            <w:tcW w:w="1228" w:type="dxa"/>
            <w:shd w:val="clear" w:color="auto" w:fill="C5E0B3" w:themeFill="accent6" w:themeFillTint="66"/>
            <w:vAlign w:val="center"/>
          </w:tcPr>
          <w:p w:rsidR="00FD5E07" w:rsidRPr="00D53537" w:rsidRDefault="00FD5E07" w:rsidP="00D53537">
            <w:pPr>
              <w:spacing w:before="0"/>
              <w:ind w:firstLine="0"/>
              <w:jc w:val="center"/>
              <w:rPr>
                <w:rFonts w:cs="Sakkal Majalla"/>
                <w:bCs/>
                <w:color w:val="000000" w:themeColor="text1"/>
                <w:sz w:val="38"/>
                <w:szCs w:val="38"/>
              </w:rPr>
            </w:pPr>
            <w:r w:rsidRPr="00D53537">
              <w:rPr>
                <w:rFonts w:cs="Sakkal Majalla"/>
                <w:bCs/>
                <w:color w:val="000000" w:themeColor="text1"/>
                <w:sz w:val="38"/>
                <w:szCs w:val="38"/>
                <w:rtl/>
              </w:rPr>
              <w:t>الفئة الأولى</w:t>
            </w:r>
          </w:p>
        </w:tc>
        <w:tc>
          <w:tcPr>
            <w:tcW w:w="1254" w:type="dxa"/>
            <w:shd w:val="clear" w:color="auto" w:fill="C5E0B3" w:themeFill="accent6" w:themeFillTint="66"/>
            <w:vAlign w:val="center"/>
          </w:tcPr>
          <w:p w:rsidR="00FD5E07" w:rsidRPr="00D53537" w:rsidRDefault="00FD5E07" w:rsidP="00D53537">
            <w:pPr>
              <w:spacing w:before="0"/>
              <w:ind w:firstLine="0"/>
              <w:jc w:val="center"/>
              <w:rPr>
                <w:rFonts w:cs="Sakkal Majalla"/>
                <w:bCs/>
                <w:color w:val="000000" w:themeColor="text1"/>
                <w:sz w:val="38"/>
                <w:szCs w:val="38"/>
              </w:rPr>
            </w:pPr>
            <w:proofErr w:type="spellStart"/>
            <w:r w:rsidRPr="00D53537">
              <w:rPr>
                <w:rFonts w:cs="Sakkal Majalla"/>
                <w:bCs/>
                <w:color w:val="000000" w:themeColor="text1"/>
                <w:sz w:val="38"/>
                <w:szCs w:val="38"/>
                <w:rtl/>
              </w:rPr>
              <w:t>متوسطها</w:t>
            </w:r>
            <w:proofErr w:type="spellEnd"/>
          </w:p>
        </w:tc>
        <w:tc>
          <w:tcPr>
            <w:tcW w:w="1241" w:type="dxa"/>
            <w:shd w:val="clear" w:color="auto" w:fill="C5E0B3" w:themeFill="accent6" w:themeFillTint="66"/>
            <w:vAlign w:val="center"/>
          </w:tcPr>
          <w:p w:rsidR="00FD5E07" w:rsidRPr="00D53537" w:rsidRDefault="00FD5E07" w:rsidP="00D53537">
            <w:pPr>
              <w:spacing w:before="0"/>
              <w:ind w:firstLine="0"/>
              <w:jc w:val="center"/>
              <w:rPr>
                <w:rFonts w:cs="Sakkal Majalla"/>
                <w:bCs/>
                <w:color w:val="000000" w:themeColor="text1"/>
                <w:sz w:val="38"/>
                <w:szCs w:val="38"/>
              </w:rPr>
            </w:pPr>
            <w:r w:rsidRPr="00D53537">
              <w:rPr>
                <w:rFonts w:cs="Sakkal Majalla"/>
                <w:bCs/>
                <w:color w:val="000000" w:themeColor="text1"/>
                <w:sz w:val="38"/>
                <w:szCs w:val="38"/>
                <w:rtl/>
              </w:rPr>
              <w:t>الفئة الثانية</w:t>
            </w:r>
          </w:p>
        </w:tc>
        <w:tc>
          <w:tcPr>
            <w:tcW w:w="1254" w:type="dxa"/>
            <w:shd w:val="clear" w:color="auto" w:fill="C5E0B3" w:themeFill="accent6" w:themeFillTint="66"/>
            <w:vAlign w:val="center"/>
          </w:tcPr>
          <w:p w:rsidR="00FD5E07" w:rsidRPr="00D53537" w:rsidRDefault="00FD5E07" w:rsidP="00D53537">
            <w:pPr>
              <w:spacing w:before="0"/>
              <w:ind w:firstLine="0"/>
              <w:jc w:val="center"/>
              <w:rPr>
                <w:rFonts w:cs="Sakkal Majalla"/>
                <w:bCs/>
                <w:color w:val="000000" w:themeColor="text1"/>
                <w:sz w:val="38"/>
                <w:szCs w:val="38"/>
              </w:rPr>
            </w:pPr>
            <w:proofErr w:type="spellStart"/>
            <w:r w:rsidRPr="00D53537">
              <w:rPr>
                <w:rFonts w:cs="Sakkal Majalla"/>
                <w:bCs/>
                <w:color w:val="000000" w:themeColor="text1"/>
                <w:sz w:val="38"/>
                <w:szCs w:val="38"/>
                <w:rtl/>
              </w:rPr>
              <w:t>متوسطها</w:t>
            </w:r>
            <w:proofErr w:type="spellEnd"/>
          </w:p>
        </w:tc>
        <w:tc>
          <w:tcPr>
            <w:tcW w:w="1230" w:type="dxa"/>
            <w:shd w:val="clear" w:color="auto" w:fill="C5E0B3" w:themeFill="accent6" w:themeFillTint="66"/>
            <w:vAlign w:val="center"/>
          </w:tcPr>
          <w:p w:rsidR="00FD5E07" w:rsidRPr="00D53537" w:rsidRDefault="00FD5E07" w:rsidP="00D53537">
            <w:pPr>
              <w:spacing w:before="0"/>
              <w:ind w:firstLine="0"/>
              <w:jc w:val="center"/>
              <w:rPr>
                <w:rFonts w:cs="Sakkal Majalla"/>
                <w:bCs/>
                <w:color w:val="000000" w:themeColor="text1"/>
                <w:sz w:val="38"/>
                <w:szCs w:val="38"/>
              </w:rPr>
            </w:pPr>
            <w:r w:rsidRPr="00D53537">
              <w:rPr>
                <w:rFonts w:cs="Sakkal Majalla"/>
                <w:bCs/>
                <w:color w:val="000000" w:themeColor="text1"/>
                <w:sz w:val="38"/>
                <w:szCs w:val="38"/>
                <w:rtl/>
              </w:rPr>
              <w:t>قيمة t</w:t>
            </w:r>
          </w:p>
        </w:tc>
        <w:tc>
          <w:tcPr>
            <w:tcW w:w="1232" w:type="dxa"/>
            <w:shd w:val="clear" w:color="auto" w:fill="C5E0B3" w:themeFill="accent6" w:themeFillTint="66"/>
            <w:vAlign w:val="center"/>
          </w:tcPr>
          <w:p w:rsidR="00FD5E07" w:rsidRPr="00D53537" w:rsidRDefault="00FD5E07" w:rsidP="00D53537">
            <w:pPr>
              <w:spacing w:before="0"/>
              <w:ind w:firstLine="0"/>
              <w:jc w:val="center"/>
              <w:rPr>
                <w:rFonts w:cs="Sakkal Majalla"/>
                <w:bCs/>
                <w:color w:val="000000" w:themeColor="text1"/>
                <w:sz w:val="38"/>
                <w:szCs w:val="38"/>
              </w:rPr>
            </w:pPr>
            <w:r w:rsidRPr="00D53537">
              <w:rPr>
                <w:rFonts w:cs="Sakkal Majalla"/>
                <w:bCs/>
                <w:color w:val="000000" w:themeColor="text1"/>
                <w:sz w:val="38"/>
                <w:szCs w:val="38"/>
                <w:rtl/>
              </w:rPr>
              <w:t>الدلالة</w:t>
            </w:r>
          </w:p>
        </w:tc>
        <w:tc>
          <w:tcPr>
            <w:tcW w:w="1229" w:type="dxa"/>
            <w:shd w:val="clear" w:color="auto" w:fill="C5E0B3" w:themeFill="accent6" w:themeFillTint="66"/>
            <w:vAlign w:val="center"/>
          </w:tcPr>
          <w:p w:rsidR="00FD5E07" w:rsidRPr="00D53537" w:rsidRDefault="00FD5E07" w:rsidP="00D53537">
            <w:pPr>
              <w:spacing w:before="0"/>
              <w:ind w:firstLine="0"/>
              <w:jc w:val="center"/>
              <w:rPr>
                <w:rFonts w:cs="Sakkal Majalla"/>
                <w:bCs/>
                <w:color w:val="000000" w:themeColor="text1"/>
                <w:sz w:val="38"/>
                <w:szCs w:val="38"/>
              </w:rPr>
            </w:pPr>
            <w:r w:rsidRPr="00D53537">
              <w:rPr>
                <w:rFonts w:cs="Sakkal Majalla"/>
                <w:bCs/>
                <w:color w:val="000000" w:themeColor="text1"/>
                <w:sz w:val="38"/>
                <w:szCs w:val="38"/>
                <w:rtl/>
              </w:rPr>
              <w:t>الحكم</w:t>
            </w:r>
          </w:p>
        </w:tc>
      </w:tr>
      <w:tr w:rsidR="00FD5E07" w:rsidRPr="005117ED" w:rsidTr="00D53537">
        <w:tc>
          <w:tcPr>
            <w:tcW w:w="1244"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القيادة التحويلية</w:t>
            </w:r>
          </w:p>
        </w:tc>
        <w:tc>
          <w:tcPr>
            <w:tcW w:w="1228"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ذكر</w:t>
            </w:r>
          </w:p>
        </w:tc>
        <w:tc>
          <w:tcPr>
            <w:tcW w:w="1254"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3.77</w:t>
            </w:r>
          </w:p>
        </w:tc>
        <w:tc>
          <w:tcPr>
            <w:tcW w:w="1241"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أنثى</w:t>
            </w:r>
          </w:p>
        </w:tc>
        <w:tc>
          <w:tcPr>
            <w:tcW w:w="1254"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3.84</w:t>
            </w:r>
          </w:p>
        </w:tc>
        <w:tc>
          <w:tcPr>
            <w:tcW w:w="1230"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-1.261</w:t>
            </w:r>
          </w:p>
        </w:tc>
        <w:tc>
          <w:tcPr>
            <w:tcW w:w="1232"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0.208</w:t>
            </w:r>
          </w:p>
        </w:tc>
        <w:tc>
          <w:tcPr>
            <w:tcW w:w="1229"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غير دال</w:t>
            </w:r>
          </w:p>
        </w:tc>
      </w:tr>
      <w:tr w:rsidR="00FD5E07" w:rsidRPr="005117ED" w:rsidTr="00D53537">
        <w:tc>
          <w:tcPr>
            <w:tcW w:w="1244"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الإبداع التنظيمي</w:t>
            </w:r>
          </w:p>
        </w:tc>
        <w:tc>
          <w:tcPr>
            <w:tcW w:w="1228"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ذكر</w:t>
            </w:r>
          </w:p>
        </w:tc>
        <w:tc>
          <w:tcPr>
            <w:tcW w:w="1254"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3.69</w:t>
            </w:r>
          </w:p>
        </w:tc>
        <w:tc>
          <w:tcPr>
            <w:tcW w:w="1241"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أنثى</w:t>
            </w:r>
          </w:p>
        </w:tc>
        <w:tc>
          <w:tcPr>
            <w:tcW w:w="1254"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3.72</w:t>
            </w:r>
          </w:p>
        </w:tc>
        <w:tc>
          <w:tcPr>
            <w:tcW w:w="1230"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-0.487</w:t>
            </w:r>
          </w:p>
        </w:tc>
        <w:tc>
          <w:tcPr>
            <w:tcW w:w="1232"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0.627</w:t>
            </w:r>
          </w:p>
        </w:tc>
        <w:tc>
          <w:tcPr>
            <w:tcW w:w="1229"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غير دال</w:t>
            </w:r>
          </w:p>
        </w:tc>
      </w:tr>
      <w:tr w:rsidR="00FD5E07" w:rsidRPr="005117ED" w:rsidTr="00D53537">
        <w:tc>
          <w:tcPr>
            <w:tcW w:w="1244"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القيادة التحويلية</w:t>
            </w:r>
          </w:p>
        </w:tc>
        <w:tc>
          <w:tcPr>
            <w:tcW w:w="1228"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صغيرة</w:t>
            </w:r>
          </w:p>
        </w:tc>
        <w:tc>
          <w:tcPr>
            <w:tcW w:w="1254"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3.82</w:t>
            </w:r>
          </w:p>
        </w:tc>
        <w:tc>
          <w:tcPr>
            <w:tcW w:w="1241"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متوسطة</w:t>
            </w:r>
          </w:p>
        </w:tc>
        <w:tc>
          <w:tcPr>
            <w:tcW w:w="1254"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3.77</w:t>
            </w:r>
          </w:p>
        </w:tc>
        <w:tc>
          <w:tcPr>
            <w:tcW w:w="1230"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0.817</w:t>
            </w:r>
          </w:p>
        </w:tc>
        <w:tc>
          <w:tcPr>
            <w:tcW w:w="1232"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0.414</w:t>
            </w:r>
          </w:p>
        </w:tc>
        <w:tc>
          <w:tcPr>
            <w:tcW w:w="1229" w:type="dx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غير دال</w:t>
            </w:r>
          </w:p>
        </w:tc>
      </w:tr>
      <w:tr w:rsidR="00FD5E07" w:rsidRPr="005117ED" w:rsidTr="00D53537">
        <w:tc>
          <w:tcPr>
            <w:tcW w:w="1244"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الإبداع التنظيمي</w:t>
            </w:r>
          </w:p>
        </w:tc>
        <w:tc>
          <w:tcPr>
            <w:tcW w:w="1228"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صغيرة</w:t>
            </w:r>
          </w:p>
        </w:tc>
        <w:tc>
          <w:tcPr>
            <w:tcW w:w="1254"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3.73</w:t>
            </w:r>
          </w:p>
        </w:tc>
        <w:tc>
          <w:tcPr>
            <w:tcW w:w="1241"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متوسطة</w:t>
            </w:r>
          </w:p>
        </w:tc>
        <w:tc>
          <w:tcPr>
            <w:tcW w:w="1254"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3.67</w:t>
            </w:r>
          </w:p>
        </w:tc>
        <w:tc>
          <w:tcPr>
            <w:tcW w:w="1230"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1.088</w:t>
            </w:r>
          </w:p>
        </w:tc>
        <w:tc>
          <w:tcPr>
            <w:tcW w:w="1232"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0.278</w:t>
            </w:r>
          </w:p>
        </w:tc>
        <w:tc>
          <w:tcPr>
            <w:tcW w:w="1229" w:type="dxa"/>
            <w:shd w:val="clear" w:color="auto" w:fill="EDF4FA"/>
            <w:vAlign w:val="center"/>
          </w:tcPr>
          <w:p w:rsidR="00FD5E07" w:rsidRPr="005117ED" w:rsidRDefault="00FD5E07" w:rsidP="00D535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غير دال</w:t>
            </w:r>
          </w:p>
        </w:tc>
      </w:tr>
    </w:tbl>
    <w:p w:rsidR="00FD5E07" w:rsidRPr="005117ED" w:rsidRDefault="00FD5E07" w:rsidP="00FD5E07">
      <w:pPr>
        <w:spacing w:before="0"/>
        <w:jc w:val="both"/>
        <w:rPr>
          <w:rFonts w:cs="Sakkal Majalla"/>
          <w:color w:val="000000" w:themeColor="text1"/>
          <w:sz w:val="38"/>
          <w:szCs w:val="38"/>
        </w:rPr>
      </w:pPr>
    </w:p>
    <w:p w:rsidR="00D53537" w:rsidRPr="00D53537" w:rsidRDefault="00D53537" w:rsidP="00D53537">
      <w:pPr>
        <w:spacing w:before="0"/>
        <w:jc w:val="center"/>
        <w:rPr>
          <w:rFonts w:cs="Sakkal Majalla"/>
          <w:color w:val="000000" w:themeColor="text1"/>
          <w:sz w:val="38"/>
          <w:szCs w:val="38"/>
        </w:rPr>
      </w:pPr>
      <w:r w:rsidRPr="00D53537">
        <w:rPr>
          <w:rFonts w:cs="Sakkal Majalla"/>
          <w:b/>
          <w:bCs/>
          <w:color w:val="000000" w:themeColor="text1"/>
          <w:sz w:val="38"/>
          <w:szCs w:val="38"/>
          <w:rtl/>
        </w:rPr>
        <w:t>جدول</w:t>
      </w:r>
      <w:r w:rsidRPr="00D53537">
        <w:rPr>
          <w:rFonts w:cs="Sakkal Majalla"/>
          <w:b/>
          <w:color w:val="000000" w:themeColor="text1"/>
          <w:sz w:val="38"/>
          <w:szCs w:val="38"/>
        </w:rPr>
        <w:t xml:space="preserve"> (27</w:t>
      </w:r>
      <w:proofErr w:type="gramStart"/>
      <w:r w:rsidRPr="00D53537">
        <w:rPr>
          <w:rFonts w:cs="Sakkal Majalla"/>
          <w:b/>
          <w:color w:val="000000" w:themeColor="text1"/>
          <w:sz w:val="38"/>
          <w:szCs w:val="38"/>
        </w:rPr>
        <w:t>)</w:t>
      </w:r>
      <w:r>
        <w:rPr>
          <w:rFonts w:cs="Sakkal Majalla" w:hint="cs"/>
          <w:b/>
          <w:color w:val="000000" w:themeColor="text1"/>
          <w:sz w:val="38"/>
          <w:szCs w:val="38"/>
          <w:rtl/>
        </w:rPr>
        <w:t xml:space="preserve"> </w:t>
      </w:r>
      <w:r w:rsidRPr="00D53537">
        <w:rPr>
          <w:rFonts w:cs="Sakkal Majalla"/>
          <w:b/>
          <w:color w:val="000000" w:themeColor="text1"/>
          <w:sz w:val="38"/>
          <w:szCs w:val="38"/>
        </w:rPr>
        <w:t>:</w:t>
      </w:r>
      <w:proofErr w:type="gramEnd"/>
      <w:r>
        <w:rPr>
          <w:rFonts w:cs="Sakkal Majalla" w:hint="cs"/>
          <w:b/>
          <w:color w:val="000000" w:themeColor="text1"/>
          <w:sz w:val="38"/>
          <w:szCs w:val="38"/>
          <w:rtl/>
        </w:rPr>
        <w:t xml:space="preserve"> </w:t>
      </w:r>
      <w:r w:rsidRPr="00D53537">
        <w:rPr>
          <w:rFonts w:cs="Sakkal Majalla"/>
          <w:b/>
          <w:color w:val="000000" w:themeColor="text1"/>
          <w:sz w:val="38"/>
          <w:szCs w:val="38"/>
        </w:rPr>
        <w:t xml:space="preserve"> </w:t>
      </w:r>
      <w:r w:rsidRPr="00D53537">
        <w:rPr>
          <w:rFonts w:cs="Sakkal Majalla"/>
          <w:b/>
          <w:bCs/>
          <w:color w:val="000000" w:themeColor="text1"/>
          <w:sz w:val="38"/>
          <w:szCs w:val="38"/>
          <w:rtl/>
        </w:rPr>
        <w:t>نتائج</w:t>
      </w:r>
      <w:r w:rsidRPr="00D53537">
        <w:rPr>
          <w:rFonts w:cs="Sakkal Majalla"/>
          <w:b/>
          <w:color w:val="000000" w:themeColor="text1"/>
          <w:sz w:val="38"/>
          <w:szCs w:val="38"/>
        </w:rPr>
        <w:t xml:space="preserve"> </w:t>
      </w:r>
      <w:r w:rsidRPr="00D53537">
        <w:rPr>
          <w:rFonts w:cs="Sakkal Majalla"/>
          <w:b/>
          <w:bCs/>
          <w:color w:val="000000" w:themeColor="text1"/>
          <w:sz w:val="38"/>
          <w:szCs w:val="38"/>
          <w:rtl/>
        </w:rPr>
        <w:t>تحليل</w:t>
      </w:r>
      <w:r w:rsidRPr="00D53537">
        <w:rPr>
          <w:rFonts w:cs="Sakkal Majalla"/>
          <w:b/>
          <w:color w:val="000000" w:themeColor="text1"/>
          <w:sz w:val="38"/>
          <w:szCs w:val="38"/>
        </w:rPr>
        <w:t xml:space="preserve"> </w:t>
      </w:r>
      <w:r w:rsidRPr="00D53537">
        <w:rPr>
          <w:rFonts w:cs="Sakkal Majalla"/>
          <w:b/>
          <w:bCs/>
          <w:color w:val="000000" w:themeColor="text1"/>
          <w:sz w:val="38"/>
          <w:szCs w:val="38"/>
          <w:rtl/>
        </w:rPr>
        <w:t>التباين</w:t>
      </w:r>
      <w:r w:rsidRPr="00D53537">
        <w:rPr>
          <w:rFonts w:cs="Sakkal Majalla"/>
          <w:b/>
          <w:color w:val="000000" w:themeColor="text1"/>
          <w:sz w:val="38"/>
          <w:szCs w:val="38"/>
        </w:rPr>
        <w:t xml:space="preserve"> </w:t>
      </w:r>
      <w:r w:rsidRPr="00D53537">
        <w:rPr>
          <w:rFonts w:cs="Sakkal Majalla"/>
          <w:b/>
          <w:bCs/>
          <w:color w:val="000000" w:themeColor="text1"/>
          <w:sz w:val="38"/>
          <w:szCs w:val="38"/>
          <w:rtl/>
        </w:rPr>
        <w:t>الأحادي</w:t>
      </w:r>
    </w:p>
    <w:tbl>
      <w:tblPr>
        <w:tblStyle w:val="aa"/>
        <w:bidiVisual/>
        <w:tblW w:w="0" w:type="auto"/>
        <w:tblLook w:val="04A0" w:firstRow="1" w:lastRow="0" w:firstColumn="1" w:lastColumn="0" w:noHBand="0" w:noVBand="1"/>
      </w:tblPr>
      <w:tblGrid>
        <w:gridCol w:w="1983"/>
        <w:gridCol w:w="2827"/>
        <w:gridCol w:w="1701"/>
        <w:gridCol w:w="1420"/>
        <w:gridCol w:w="1981"/>
      </w:tblGrid>
      <w:tr w:rsidR="00FD5E07" w:rsidRPr="005117ED" w:rsidTr="005E2978">
        <w:trPr>
          <w:tblHeader/>
        </w:trPr>
        <w:tc>
          <w:tcPr>
            <w:tcW w:w="1983" w:type="dxa"/>
            <w:shd w:val="clear" w:color="auto" w:fill="1F4E79"/>
            <w:vAlign w:val="center"/>
          </w:tcPr>
          <w:p w:rsidR="00FD5E07" w:rsidRPr="005E2978" w:rsidRDefault="00FD5E07" w:rsidP="005E2978">
            <w:pPr>
              <w:spacing w:before="0"/>
              <w:ind w:firstLine="0"/>
              <w:jc w:val="center"/>
              <w:rPr>
                <w:rFonts w:cs="Sakkal Majalla"/>
                <w:bCs/>
                <w:color w:val="FFFFFF" w:themeColor="background1"/>
                <w:sz w:val="38"/>
                <w:szCs w:val="38"/>
              </w:rPr>
            </w:pPr>
            <w:r w:rsidRPr="005E2978">
              <w:rPr>
                <w:rFonts w:cs="Sakkal Majalla"/>
                <w:bCs/>
                <w:color w:val="FFFFFF" w:themeColor="background1"/>
                <w:sz w:val="38"/>
                <w:szCs w:val="38"/>
                <w:rtl/>
              </w:rPr>
              <w:t>المتغير المستقل</w:t>
            </w:r>
          </w:p>
        </w:tc>
        <w:tc>
          <w:tcPr>
            <w:tcW w:w="2827" w:type="dxa"/>
            <w:shd w:val="clear" w:color="auto" w:fill="1F4E79"/>
            <w:vAlign w:val="center"/>
          </w:tcPr>
          <w:p w:rsidR="00FD5E07" w:rsidRPr="005E2978" w:rsidRDefault="00FD5E07" w:rsidP="005E2978">
            <w:pPr>
              <w:spacing w:before="0"/>
              <w:ind w:firstLine="0"/>
              <w:jc w:val="center"/>
              <w:rPr>
                <w:rFonts w:cs="Sakkal Majalla"/>
                <w:bCs/>
                <w:color w:val="FFFFFF" w:themeColor="background1"/>
                <w:sz w:val="38"/>
                <w:szCs w:val="38"/>
              </w:rPr>
            </w:pPr>
            <w:r w:rsidRPr="005E2978">
              <w:rPr>
                <w:rFonts w:cs="Sakkal Majalla"/>
                <w:bCs/>
                <w:color w:val="FFFFFF" w:themeColor="background1"/>
                <w:sz w:val="38"/>
                <w:szCs w:val="38"/>
                <w:rtl/>
              </w:rPr>
              <w:t>المتغير التابع</w:t>
            </w:r>
          </w:p>
        </w:tc>
        <w:tc>
          <w:tcPr>
            <w:tcW w:w="1701" w:type="dxa"/>
            <w:shd w:val="clear" w:color="auto" w:fill="1F4E79"/>
            <w:vAlign w:val="center"/>
          </w:tcPr>
          <w:p w:rsidR="00FD5E07" w:rsidRPr="005E2978" w:rsidRDefault="00FD5E07" w:rsidP="005E2978">
            <w:pPr>
              <w:spacing w:before="0"/>
              <w:ind w:firstLine="0"/>
              <w:jc w:val="center"/>
              <w:rPr>
                <w:rFonts w:cs="Sakkal Majalla"/>
                <w:bCs/>
                <w:color w:val="FFFFFF" w:themeColor="background1"/>
                <w:sz w:val="38"/>
                <w:szCs w:val="38"/>
              </w:rPr>
            </w:pPr>
            <w:r w:rsidRPr="005E2978">
              <w:rPr>
                <w:rFonts w:cs="Sakkal Majalla"/>
                <w:bCs/>
                <w:color w:val="FFFFFF" w:themeColor="background1"/>
                <w:sz w:val="38"/>
                <w:szCs w:val="38"/>
                <w:rtl/>
              </w:rPr>
              <w:t>قيمة F</w:t>
            </w:r>
          </w:p>
        </w:tc>
        <w:tc>
          <w:tcPr>
            <w:tcW w:w="1420" w:type="dxa"/>
            <w:shd w:val="clear" w:color="auto" w:fill="1F4E79"/>
            <w:vAlign w:val="center"/>
          </w:tcPr>
          <w:p w:rsidR="00FD5E07" w:rsidRPr="005E2978" w:rsidRDefault="00FD5E07" w:rsidP="005E2978">
            <w:pPr>
              <w:spacing w:before="0"/>
              <w:ind w:firstLine="0"/>
              <w:jc w:val="center"/>
              <w:rPr>
                <w:rFonts w:cs="Sakkal Majalla"/>
                <w:bCs/>
                <w:color w:val="FFFFFF" w:themeColor="background1"/>
                <w:sz w:val="38"/>
                <w:szCs w:val="38"/>
              </w:rPr>
            </w:pPr>
            <w:r w:rsidRPr="005E2978">
              <w:rPr>
                <w:rFonts w:cs="Sakkal Majalla"/>
                <w:bCs/>
                <w:color w:val="FFFFFF" w:themeColor="background1"/>
                <w:sz w:val="38"/>
                <w:szCs w:val="38"/>
                <w:rtl/>
              </w:rPr>
              <w:t>الدلالة</w:t>
            </w:r>
          </w:p>
        </w:tc>
        <w:tc>
          <w:tcPr>
            <w:tcW w:w="1981" w:type="dxa"/>
            <w:shd w:val="clear" w:color="auto" w:fill="1F4E79"/>
            <w:vAlign w:val="center"/>
          </w:tcPr>
          <w:p w:rsidR="00FD5E07" w:rsidRPr="005E2978" w:rsidRDefault="00FD5E07" w:rsidP="005E2978">
            <w:pPr>
              <w:spacing w:before="0"/>
              <w:ind w:firstLine="0"/>
              <w:jc w:val="center"/>
              <w:rPr>
                <w:rFonts w:cs="Sakkal Majalla"/>
                <w:bCs/>
                <w:color w:val="FFFFFF" w:themeColor="background1"/>
                <w:sz w:val="38"/>
                <w:szCs w:val="38"/>
              </w:rPr>
            </w:pPr>
            <w:r w:rsidRPr="005E2978">
              <w:rPr>
                <w:rFonts w:cs="Sakkal Majalla"/>
                <w:bCs/>
                <w:color w:val="FFFFFF" w:themeColor="background1"/>
                <w:sz w:val="38"/>
                <w:szCs w:val="38"/>
                <w:rtl/>
              </w:rPr>
              <w:t>الحكم</w:t>
            </w:r>
          </w:p>
        </w:tc>
      </w:tr>
      <w:tr w:rsidR="00FD5E07" w:rsidRPr="005117ED" w:rsidTr="005E2978">
        <w:tc>
          <w:tcPr>
            <w:tcW w:w="1983"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العمر</w:t>
            </w:r>
          </w:p>
        </w:tc>
        <w:tc>
          <w:tcPr>
            <w:tcW w:w="2827"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القيادة التحويلية</w:t>
            </w:r>
          </w:p>
        </w:tc>
        <w:tc>
          <w:tcPr>
            <w:tcW w:w="1701"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0.848</w:t>
            </w:r>
          </w:p>
        </w:tc>
        <w:tc>
          <w:tcPr>
            <w:tcW w:w="1420"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0.468</w:t>
            </w:r>
          </w:p>
        </w:tc>
        <w:tc>
          <w:tcPr>
            <w:tcW w:w="1981"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غير دال</w:t>
            </w:r>
          </w:p>
        </w:tc>
      </w:tr>
      <w:tr w:rsidR="00FD5E07" w:rsidRPr="005117ED" w:rsidTr="005E2978">
        <w:tc>
          <w:tcPr>
            <w:tcW w:w="1983"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العمر</w:t>
            </w:r>
          </w:p>
        </w:tc>
        <w:tc>
          <w:tcPr>
            <w:tcW w:w="2827"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الإبداع التنظيمي</w:t>
            </w:r>
          </w:p>
        </w:tc>
        <w:tc>
          <w:tcPr>
            <w:tcW w:w="1701"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2.126</w:t>
            </w:r>
          </w:p>
        </w:tc>
        <w:tc>
          <w:tcPr>
            <w:tcW w:w="1420"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0.097</w:t>
            </w:r>
          </w:p>
        </w:tc>
        <w:tc>
          <w:tcPr>
            <w:tcW w:w="1981"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غير دال</w:t>
            </w:r>
          </w:p>
        </w:tc>
      </w:tr>
      <w:tr w:rsidR="00FD5E07" w:rsidRPr="005117ED" w:rsidTr="005E2978">
        <w:tc>
          <w:tcPr>
            <w:tcW w:w="1983"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المؤهل العلمي</w:t>
            </w:r>
          </w:p>
        </w:tc>
        <w:tc>
          <w:tcPr>
            <w:tcW w:w="2827"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القيادة التحويلية</w:t>
            </w:r>
          </w:p>
        </w:tc>
        <w:tc>
          <w:tcPr>
            <w:tcW w:w="1701"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1.542</w:t>
            </w:r>
          </w:p>
        </w:tc>
        <w:tc>
          <w:tcPr>
            <w:tcW w:w="1420"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0.216</w:t>
            </w:r>
          </w:p>
        </w:tc>
        <w:tc>
          <w:tcPr>
            <w:tcW w:w="1981"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غير دال</w:t>
            </w:r>
          </w:p>
        </w:tc>
      </w:tr>
      <w:tr w:rsidR="00FD5E07" w:rsidRPr="005117ED" w:rsidTr="005E2978">
        <w:tc>
          <w:tcPr>
            <w:tcW w:w="1983"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المؤهل العلمي</w:t>
            </w:r>
          </w:p>
        </w:tc>
        <w:tc>
          <w:tcPr>
            <w:tcW w:w="2827"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الإبداع التنظيمي</w:t>
            </w:r>
          </w:p>
        </w:tc>
        <w:tc>
          <w:tcPr>
            <w:tcW w:w="1701"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0.594</w:t>
            </w:r>
          </w:p>
        </w:tc>
        <w:tc>
          <w:tcPr>
            <w:tcW w:w="1420"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0.553</w:t>
            </w:r>
          </w:p>
        </w:tc>
        <w:tc>
          <w:tcPr>
            <w:tcW w:w="1981"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غير دال</w:t>
            </w:r>
          </w:p>
        </w:tc>
      </w:tr>
      <w:tr w:rsidR="00FD5E07" w:rsidRPr="005117ED" w:rsidTr="005E2978">
        <w:tc>
          <w:tcPr>
            <w:tcW w:w="1983"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سنوات الخبرة</w:t>
            </w:r>
          </w:p>
        </w:tc>
        <w:tc>
          <w:tcPr>
            <w:tcW w:w="2827"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القيادة التحويلية</w:t>
            </w:r>
          </w:p>
        </w:tc>
        <w:tc>
          <w:tcPr>
            <w:tcW w:w="1701"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1.759</w:t>
            </w:r>
          </w:p>
        </w:tc>
        <w:tc>
          <w:tcPr>
            <w:tcW w:w="1420"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0.155</w:t>
            </w:r>
          </w:p>
        </w:tc>
        <w:tc>
          <w:tcPr>
            <w:tcW w:w="1981"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غير دال</w:t>
            </w:r>
          </w:p>
        </w:tc>
      </w:tr>
      <w:tr w:rsidR="00FD5E07" w:rsidRPr="005117ED" w:rsidTr="005E2978">
        <w:tc>
          <w:tcPr>
            <w:tcW w:w="1983"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سنوات الخبرة</w:t>
            </w:r>
          </w:p>
        </w:tc>
        <w:tc>
          <w:tcPr>
            <w:tcW w:w="2827"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الإبداع التنظيمي</w:t>
            </w:r>
          </w:p>
        </w:tc>
        <w:tc>
          <w:tcPr>
            <w:tcW w:w="1701"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0.586</w:t>
            </w:r>
          </w:p>
        </w:tc>
        <w:tc>
          <w:tcPr>
            <w:tcW w:w="1420"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0.624</w:t>
            </w:r>
          </w:p>
        </w:tc>
        <w:tc>
          <w:tcPr>
            <w:tcW w:w="1981"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غير دال</w:t>
            </w:r>
          </w:p>
        </w:tc>
      </w:tr>
      <w:tr w:rsidR="00FD5E07" w:rsidRPr="005117ED" w:rsidTr="005E2978">
        <w:tc>
          <w:tcPr>
            <w:tcW w:w="1983"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قطاع المنشأة</w:t>
            </w:r>
          </w:p>
        </w:tc>
        <w:tc>
          <w:tcPr>
            <w:tcW w:w="2827"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القيادة التحويلية</w:t>
            </w:r>
          </w:p>
        </w:tc>
        <w:tc>
          <w:tcPr>
            <w:tcW w:w="1701"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0.749</w:t>
            </w:r>
          </w:p>
        </w:tc>
        <w:tc>
          <w:tcPr>
            <w:tcW w:w="1420"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0.524</w:t>
            </w:r>
          </w:p>
        </w:tc>
        <w:tc>
          <w:tcPr>
            <w:tcW w:w="1981"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غير دال</w:t>
            </w:r>
          </w:p>
        </w:tc>
      </w:tr>
      <w:tr w:rsidR="00FD5E07" w:rsidRPr="005117ED" w:rsidTr="005E2978">
        <w:tc>
          <w:tcPr>
            <w:tcW w:w="1983"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قطاع المنشأة</w:t>
            </w:r>
          </w:p>
        </w:tc>
        <w:tc>
          <w:tcPr>
            <w:tcW w:w="2827"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الإبداع التنظيمي</w:t>
            </w:r>
          </w:p>
        </w:tc>
        <w:tc>
          <w:tcPr>
            <w:tcW w:w="1701"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0.391</w:t>
            </w:r>
          </w:p>
        </w:tc>
        <w:tc>
          <w:tcPr>
            <w:tcW w:w="1420"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0.760</w:t>
            </w:r>
          </w:p>
        </w:tc>
        <w:tc>
          <w:tcPr>
            <w:tcW w:w="1981"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غير دال</w:t>
            </w:r>
          </w:p>
        </w:tc>
      </w:tr>
    </w:tbl>
    <w:p w:rsidR="00FD5E07" w:rsidRPr="005117ED" w:rsidRDefault="00FD5E07" w:rsidP="005E2978">
      <w:pPr>
        <w:spacing w:before="0"/>
        <w:ind w:firstLine="720"/>
        <w:jc w:val="both"/>
        <w:rPr>
          <w:rFonts w:cs="Sakkal Majalla"/>
          <w:color w:val="000000" w:themeColor="text1"/>
          <w:sz w:val="38"/>
          <w:szCs w:val="38"/>
        </w:rPr>
      </w:pPr>
      <w:r w:rsidRPr="005117ED">
        <w:rPr>
          <w:rFonts w:cs="Sakkal Majalla"/>
          <w:color w:val="000000" w:themeColor="text1"/>
          <w:sz w:val="38"/>
          <w:szCs w:val="38"/>
          <w:rtl/>
        </w:rPr>
        <w:t xml:space="preserve">أظهرت نتائج اختبارات الفروق عدم وجود فروق ذات دلالة إحصائية عند مستوى 0.05 في تقديرات أفراد العينة حول القيادة التحويلية أو الإبداع التنظيمي تعزى للجنس أو حجم المنشأة أو العمر أو المؤهل العلمي أو سنوات الخبرة أو قطاع المنشأة. وتدل هذه النتيجة على أن إدراك </w:t>
      </w:r>
      <w:r w:rsidRPr="005117ED">
        <w:rPr>
          <w:rFonts w:cs="Sakkal Majalla"/>
          <w:color w:val="000000" w:themeColor="text1"/>
          <w:sz w:val="38"/>
          <w:szCs w:val="38"/>
          <w:rtl/>
        </w:rPr>
        <w:lastRenderedPageBreak/>
        <w:t>ممارسات القيادة والإبداع يتسم بدرجة من التقارب بين فئات العينة، وأن الفروق الفردية والتنظيمية المحددة لم تكن عاملًا حاسمًا في تفسير الاستجابات.</w:t>
      </w:r>
    </w:p>
    <w:p w:rsidR="00FD5E07" w:rsidRPr="005117ED" w:rsidRDefault="00FD5E07" w:rsidP="00CB5A48">
      <w:pPr>
        <w:spacing w:before="0"/>
        <w:ind w:firstLine="0"/>
        <w:jc w:val="left"/>
        <w:outlineLvl w:val="0"/>
        <w:rPr>
          <w:rFonts w:eastAsia="Times New Roman" w:cs="Sakkal Majalla"/>
          <w:b/>
          <w:bCs/>
          <w:color w:val="000000" w:themeColor="text1"/>
          <w:sz w:val="40"/>
          <w:szCs w:val="40"/>
        </w:rPr>
      </w:pPr>
      <w:bookmarkStart w:id="78" w:name="_Toc233322025"/>
      <w:r w:rsidRPr="005117ED">
        <w:rPr>
          <w:rFonts w:eastAsia="Times New Roman" w:cs="Sakkal Majalla"/>
          <w:b/>
          <w:bCs/>
          <w:color w:val="000000" w:themeColor="text1"/>
          <w:sz w:val="40"/>
          <w:szCs w:val="40"/>
          <w:rtl/>
        </w:rPr>
        <w:t>ثامنًا: ملخص اختبار الفرضيات</w:t>
      </w:r>
      <w:bookmarkEnd w:id="78"/>
    </w:p>
    <w:p w:rsidR="005E2978" w:rsidRDefault="005E2978" w:rsidP="005E2978">
      <w:pPr>
        <w:jc w:val="center"/>
      </w:pPr>
      <w:r w:rsidRPr="005E2978">
        <w:rPr>
          <w:b/>
          <w:bCs/>
          <w:rtl/>
        </w:rPr>
        <w:t>جدول</w:t>
      </w:r>
      <w:r w:rsidRPr="005E2978">
        <w:rPr>
          <w:b/>
        </w:rPr>
        <w:t xml:space="preserve"> (28</w:t>
      </w:r>
      <w:proofErr w:type="gramStart"/>
      <w:r w:rsidRPr="005E2978">
        <w:rPr>
          <w:b/>
        </w:rPr>
        <w:t>)</w:t>
      </w:r>
      <w:r>
        <w:rPr>
          <w:rFonts w:hint="cs"/>
          <w:b/>
          <w:rtl/>
        </w:rPr>
        <w:t xml:space="preserve"> </w:t>
      </w:r>
      <w:r w:rsidRPr="005E2978">
        <w:rPr>
          <w:b/>
        </w:rPr>
        <w:t>:</w:t>
      </w:r>
      <w:proofErr w:type="gramEnd"/>
      <w:r>
        <w:rPr>
          <w:rFonts w:hint="cs"/>
          <w:b/>
          <w:rtl/>
        </w:rPr>
        <w:t xml:space="preserve"> </w:t>
      </w:r>
      <w:r w:rsidRPr="005E2978">
        <w:rPr>
          <w:b/>
        </w:rPr>
        <w:t xml:space="preserve"> </w:t>
      </w:r>
      <w:r w:rsidRPr="005E2978">
        <w:rPr>
          <w:b/>
          <w:bCs/>
          <w:rtl/>
        </w:rPr>
        <w:t>ملخص</w:t>
      </w:r>
      <w:r w:rsidRPr="005E2978">
        <w:rPr>
          <w:b/>
        </w:rPr>
        <w:t xml:space="preserve"> </w:t>
      </w:r>
      <w:r w:rsidRPr="005E2978">
        <w:rPr>
          <w:b/>
          <w:bCs/>
          <w:rtl/>
        </w:rPr>
        <w:t>اختبار</w:t>
      </w:r>
      <w:r w:rsidRPr="005E2978">
        <w:rPr>
          <w:b/>
        </w:rPr>
        <w:t xml:space="preserve"> </w:t>
      </w:r>
      <w:r w:rsidRPr="005E2978">
        <w:rPr>
          <w:b/>
          <w:bCs/>
          <w:rtl/>
        </w:rPr>
        <w:t>فرضيات</w:t>
      </w:r>
      <w:r w:rsidRPr="005E2978">
        <w:rPr>
          <w:b/>
        </w:rPr>
        <w:t xml:space="preserve"> </w:t>
      </w:r>
      <w:r w:rsidRPr="005E2978">
        <w:rPr>
          <w:b/>
          <w:bCs/>
          <w:rtl/>
        </w:rPr>
        <w:t>الدراسة</w:t>
      </w:r>
    </w:p>
    <w:tbl>
      <w:tblPr>
        <w:tblStyle w:val="aa"/>
        <w:bidiVisual/>
        <w:tblW w:w="0" w:type="auto"/>
        <w:jc w:val="center"/>
        <w:tblLook w:val="04A0" w:firstRow="1" w:lastRow="0" w:firstColumn="1" w:lastColumn="0" w:noHBand="0" w:noVBand="1"/>
      </w:tblPr>
      <w:tblGrid>
        <w:gridCol w:w="1549"/>
        <w:gridCol w:w="4395"/>
        <w:gridCol w:w="2551"/>
        <w:gridCol w:w="1417"/>
      </w:tblGrid>
      <w:tr w:rsidR="00FD5E07" w:rsidRPr="005117ED" w:rsidTr="005E2978">
        <w:trPr>
          <w:tblHeader/>
          <w:jc w:val="center"/>
        </w:trPr>
        <w:tc>
          <w:tcPr>
            <w:tcW w:w="1549" w:type="dxa"/>
            <w:shd w:val="clear" w:color="auto" w:fill="1F4E79"/>
            <w:vAlign w:val="center"/>
          </w:tcPr>
          <w:p w:rsidR="00FD5E07" w:rsidRPr="005E2978" w:rsidRDefault="00FD5E07" w:rsidP="005E2978">
            <w:pPr>
              <w:spacing w:before="0"/>
              <w:ind w:firstLine="0"/>
              <w:jc w:val="center"/>
              <w:rPr>
                <w:rFonts w:cs="Sakkal Majalla"/>
                <w:bCs/>
                <w:color w:val="FFFFFF" w:themeColor="background1"/>
                <w:sz w:val="38"/>
                <w:szCs w:val="38"/>
              </w:rPr>
            </w:pPr>
            <w:r w:rsidRPr="005E2978">
              <w:rPr>
                <w:rFonts w:cs="Sakkal Majalla"/>
                <w:bCs/>
                <w:color w:val="FFFFFF" w:themeColor="background1"/>
                <w:sz w:val="38"/>
                <w:szCs w:val="38"/>
                <w:rtl/>
              </w:rPr>
              <w:t>الفرضية</w:t>
            </w:r>
          </w:p>
        </w:tc>
        <w:tc>
          <w:tcPr>
            <w:tcW w:w="4395" w:type="dxa"/>
            <w:shd w:val="clear" w:color="auto" w:fill="1F4E79"/>
            <w:vAlign w:val="center"/>
          </w:tcPr>
          <w:p w:rsidR="00FD5E07" w:rsidRPr="005E2978" w:rsidRDefault="00FD5E07" w:rsidP="005E2978">
            <w:pPr>
              <w:spacing w:before="0"/>
              <w:ind w:firstLine="0"/>
              <w:jc w:val="center"/>
              <w:rPr>
                <w:rFonts w:cs="Sakkal Majalla"/>
                <w:bCs/>
                <w:color w:val="FFFFFF" w:themeColor="background1"/>
                <w:sz w:val="38"/>
                <w:szCs w:val="38"/>
              </w:rPr>
            </w:pPr>
            <w:r w:rsidRPr="005E2978">
              <w:rPr>
                <w:rFonts w:cs="Sakkal Majalla"/>
                <w:bCs/>
                <w:color w:val="FFFFFF" w:themeColor="background1"/>
                <w:sz w:val="38"/>
                <w:szCs w:val="38"/>
                <w:rtl/>
              </w:rPr>
              <w:t>مضمونها</w:t>
            </w:r>
          </w:p>
        </w:tc>
        <w:tc>
          <w:tcPr>
            <w:tcW w:w="2551" w:type="dxa"/>
            <w:shd w:val="clear" w:color="auto" w:fill="1F4E79"/>
            <w:vAlign w:val="center"/>
          </w:tcPr>
          <w:p w:rsidR="00FD5E07" w:rsidRPr="005E2978" w:rsidRDefault="00FD5E07" w:rsidP="005E2978">
            <w:pPr>
              <w:spacing w:before="0"/>
              <w:ind w:firstLine="0"/>
              <w:jc w:val="center"/>
              <w:rPr>
                <w:rFonts w:cs="Sakkal Majalla"/>
                <w:bCs/>
                <w:color w:val="FFFFFF" w:themeColor="background1"/>
                <w:sz w:val="38"/>
                <w:szCs w:val="38"/>
              </w:rPr>
            </w:pPr>
            <w:r w:rsidRPr="005E2978">
              <w:rPr>
                <w:rFonts w:cs="Sakkal Majalla"/>
                <w:bCs/>
                <w:color w:val="FFFFFF" w:themeColor="background1"/>
                <w:sz w:val="38"/>
                <w:szCs w:val="38"/>
                <w:rtl/>
              </w:rPr>
              <w:t>الدليل الإحصائي</w:t>
            </w:r>
          </w:p>
        </w:tc>
        <w:tc>
          <w:tcPr>
            <w:tcW w:w="1417" w:type="dxa"/>
            <w:shd w:val="clear" w:color="auto" w:fill="1F4E79"/>
            <w:vAlign w:val="center"/>
          </w:tcPr>
          <w:p w:rsidR="00FD5E07" w:rsidRPr="005E2978" w:rsidRDefault="00FD5E07" w:rsidP="005E2978">
            <w:pPr>
              <w:spacing w:before="0"/>
              <w:ind w:firstLine="0"/>
              <w:jc w:val="center"/>
              <w:rPr>
                <w:rFonts w:cs="Sakkal Majalla"/>
                <w:bCs/>
                <w:color w:val="FFFFFF" w:themeColor="background1"/>
                <w:sz w:val="38"/>
                <w:szCs w:val="38"/>
              </w:rPr>
            </w:pPr>
            <w:r w:rsidRPr="005E2978">
              <w:rPr>
                <w:rFonts w:cs="Sakkal Majalla"/>
                <w:bCs/>
                <w:color w:val="FFFFFF" w:themeColor="background1"/>
                <w:sz w:val="38"/>
                <w:szCs w:val="38"/>
                <w:rtl/>
              </w:rPr>
              <w:t>النتيجة</w:t>
            </w:r>
          </w:p>
        </w:tc>
      </w:tr>
      <w:tr w:rsidR="00FD5E07" w:rsidRPr="005117ED" w:rsidTr="005E2978">
        <w:trPr>
          <w:jc w:val="center"/>
        </w:trPr>
        <w:tc>
          <w:tcPr>
            <w:tcW w:w="1549"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الفرضية الرئيسة</w:t>
            </w:r>
          </w:p>
        </w:tc>
        <w:tc>
          <w:tcPr>
            <w:tcW w:w="4395"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وجود أثر للقيادة التحويلية في الإبداع التنظيمي</w:t>
            </w:r>
          </w:p>
        </w:tc>
        <w:tc>
          <w:tcPr>
            <w:tcW w:w="2551"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R²=0.400</w:t>
            </w:r>
            <w:r w:rsidRPr="005117ED">
              <w:rPr>
                <w:rFonts w:cs="Sakkal Majalla"/>
                <w:color w:val="000000" w:themeColor="text1"/>
                <w:sz w:val="38"/>
                <w:szCs w:val="38"/>
                <w:rtl/>
              </w:rPr>
              <w:t>،</w:t>
            </w:r>
            <w:r w:rsidRPr="005117ED">
              <w:rPr>
                <w:rFonts w:cs="Sakkal Majalla"/>
                <w:color w:val="000000" w:themeColor="text1"/>
                <w:sz w:val="38"/>
                <w:szCs w:val="38"/>
              </w:rPr>
              <w:t xml:space="preserve"> p&lt;0.001</w:t>
            </w:r>
          </w:p>
        </w:tc>
        <w:tc>
          <w:tcPr>
            <w:tcW w:w="1417"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مقبولة</w:t>
            </w:r>
          </w:p>
        </w:tc>
      </w:tr>
      <w:tr w:rsidR="00FD5E07" w:rsidRPr="005117ED" w:rsidTr="005E2978">
        <w:trPr>
          <w:jc w:val="center"/>
        </w:trPr>
        <w:tc>
          <w:tcPr>
            <w:tcW w:w="1549"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ف1</w:t>
            </w:r>
          </w:p>
        </w:tc>
        <w:tc>
          <w:tcPr>
            <w:tcW w:w="4395"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وجود أثر للتأثير المثالي في الإبداع التنظيمي</w:t>
            </w:r>
          </w:p>
        </w:tc>
        <w:tc>
          <w:tcPr>
            <w:tcW w:w="2551"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B=0.159</w:t>
            </w:r>
            <w:r w:rsidRPr="005117ED">
              <w:rPr>
                <w:rFonts w:cs="Sakkal Majalla"/>
                <w:color w:val="000000" w:themeColor="text1"/>
                <w:sz w:val="38"/>
                <w:szCs w:val="38"/>
                <w:rtl/>
              </w:rPr>
              <w:t>،</w:t>
            </w:r>
            <w:r w:rsidRPr="005117ED">
              <w:rPr>
                <w:rFonts w:cs="Sakkal Majalla"/>
                <w:color w:val="000000" w:themeColor="text1"/>
                <w:sz w:val="38"/>
                <w:szCs w:val="38"/>
              </w:rPr>
              <w:t xml:space="preserve"> p=0.001</w:t>
            </w:r>
          </w:p>
        </w:tc>
        <w:tc>
          <w:tcPr>
            <w:tcW w:w="1417"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مقبولة</w:t>
            </w:r>
          </w:p>
        </w:tc>
      </w:tr>
      <w:tr w:rsidR="00FD5E07" w:rsidRPr="005117ED" w:rsidTr="005E2978">
        <w:trPr>
          <w:jc w:val="center"/>
        </w:trPr>
        <w:tc>
          <w:tcPr>
            <w:tcW w:w="1549"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ف2</w:t>
            </w:r>
          </w:p>
        </w:tc>
        <w:tc>
          <w:tcPr>
            <w:tcW w:w="4395"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 xml:space="preserve">وجود أثر للتحفيز </w:t>
            </w:r>
            <w:proofErr w:type="spellStart"/>
            <w:r w:rsidRPr="005117ED">
              <w:rPr>
                <w:rFonts w:cs="Sakkal Majalla"/>
                <w:color w:val="000000" w:themeColor="text1"/>
                <w:sz w:val="38"/>
                <w:szCs w:val="38"/>
                <w:rtl/>
              </w:rPr>
              <w:t>الإلهامي</w:t>
            </w:r>
            <w:proofErr w:type="spellEnd"/>
            <w:r w:rsidRPr="005117ED">
              <w:rPr>
                <w:rFonts w:cs="Sakkal Majalla"/>
                <w:color w:val="000000" w:themeColor="text1"/>
                <w:sz w:val="38"/>
                <w:szCs w:val="38"/>
                <w:rtl/>
              </w:rPr>
              <w:t xml:space="preserve"> في الإبداع التنظيمي</w:t>
            </w:r>
          </w:p>
        </w:tc>
        <w:tc>
          <w:tcPr>
            <w:tcW w:w="2551"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B=0.119</w:t>
            </w:r>
            <w:r w:rsidRPr="005117ED">
              <w:rPr>
                <w:rFonts w:cs="Sakkal Majalla"/>
                <w:color w:val="000000" w:themeColor="text1"/>
                <w:sz w:val="38"/>
                <w:szCs w:val="38"/>
                <w:rtl/>
              </w:rPr>
              <w:t>،</w:t>
            </w:r>
            <w:r w:rsidRPr="005117ED">
              <w:rPr>
                <w:rFonts w:cs="Sakkal Majalla"/>
                <w:color w:val="000000" w:themeColor="text1"/>
                <w:sz w:val="38"/>
                <w:szCs w:val="38"/>
              </w:rPr>
              <w:t xml:space="preserve"> p=0.006</w:t>
            </w:r>
          </w:p>
        </w:tc>
        <w:tc>
          <w:tcPr>
            <w:tcW w:w="1417"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مقبولة</w:t>
            </w:r>
          </w:p>
        </w:tc>
      </w:tr>
      <w:tr w:rsidR="00FD5E07" w:rsidRPr="005117ED" w:rsidTr="005E2978">
        <w:trPr>
          <w:jc w:val="center"/>
        </w:trPr>
        <w:tc>
          <w:tcPr>
            <w:tcW w:w="1549"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ف3</w:t>
            </w:r>
          </w:p>
        </w:tc>
        <w:tc>
          <w:tcPr>
            <w:tcW w:w="4395"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وجود أثر للاستثارة الفكرية في الإبداع التنظيمي</w:t>
            </w:r>
          </w:p>
        </w:tc>
        <w:tc>
          <w:tcPr>
            <w:tcW w:w="2551"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B=0.185</w:t>
            </w:r>
            <w:r w:rsidRPr="005117ED">
              <w:rPr>
                <w:rFonts w:cs="Sakkal Majalla"/>
                <w:color w:val="000000" w:themeColor="text1"/>
                <w:sz w:val="38"/>
                <w:szCs w:val="38"/>
                <w:rtl/>
              </w:rPr>
              <w:t>،</w:t>
            </w:r>
            <w:r w:rsidRPr="005117ED">
              <w:rPr>
                <w:rFonts w:cs="Sakkal Majalla"/>
                <w:color w:val="000000" w:themeColor="text1"/>
                <w:sz w:val="38"/>
                <w:szCs w:val="38"/>
              </w:rPr>
              <w:t xml:space="preserve"> p=&lt;0.001</w:t>
            </w:r>
          </w:p>
        </w:tc>
        <w:tc>
          <w:tcPr>
            <w:tcW w:w="1417"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مقبولة</w:t>
            </w:r>
          </w:p>
        </w:tc>
      </w:tr>
      <w:tr w:rsidR="00FD5E07" w:rsidRPr="005117ED" w:rsidTr="005E2978">
        <w:trPr>
          <w:jc w:val="center"/>
        </w:trPr>
        <w:tc>
          <w:tcPr>
            <w:tcW w:w="1549"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ف4</w:t>
            </w:r>
          </w:p>
        </w:tc>
        <w:tc>
          <w:tcPr>
            <w:tcW w:w="4395"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وجود أثر للاعتبار الفردي في الإبداع التنظيمي</w:t>
            </w:r>
          </w:p>
        </w:tc>
        <w:tc>
          <w:tcPr>
            <w:tcW w:w="2551"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B=0.184</w:t>
            </w:r>
            <w:r w:rsidRPr="005117ED">
              <w:rPr>
                <w:rFonts w:cs="Sakkal Majalla"/>
                <w:color w:val="000000" w:themeColor="text1"/>
                <w:sz w:val="38"/>
                <w:szCs w:val="38"/>
                <w:rtl/>
              </w:rPr>
              <w:t>،</w:t>
            </w:r>
            <w:r w:rsidRPr="005117ED">
              <w:rPr>
                <w:rFonts w:cs="Sakkal Majalla"/>
                <w:color w:val="000000" w:themeColor="text1"/>
                <w:sz w:val="38"/>
                <w:szCs w:val="38"/>
              </w:rPr>
              <w:t xml:space="preserve"> p=&lt;0.001</w:t>
            </w:r>
          </w:p>
        </w:tc>
        <w:tc>
          <w:tcPr>
            <w:tcW w:w="1417"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مقبولة</w:t>
            </w:r>
          </w:p>
        </w:tc>
      </w:tr>
      <w:tr w:rsidR="00FD5E07" w:rsidRPr="005117ED" w:rsidTr="005E2978">
        <w:trPr>
          <w:jc w:val="center"/>
        </w:trPr>
        <w:tc>
          <w:tcPr>
            <w:tcW w:w="1549"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ف5</w:t>
            </w:r>
          </w:p>
        </w:tc>
        <w:tc>
          <w:tcPr>
            <w:tcW w:w="4395"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عدم وجود فروق دالة تعزى للخصائص الديموغرافية والتنظيمية</w:t>
            </w:r>
          </w:p>
        </w:tc>
        <w:tc>
          <w:tcPr>
            <w:tcW w:w="2551"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جميع قيم p أكبر من 0.05</w:t>
            </w:r>
          </w:p>
        </w:tc>
        <w:tc>
          <w:tcPr>
            <w:tcW w:w="1417"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مقبولة</w:t>
            </w:r>
          </w:p>
        </w:tc>
      </w:tr>
    </w:tbl>
    <w:p w:rsidR="00FD5E07" w:rsidRPr="005117ED" w:rsidRDefault="00FD5E07" w:rsidP="00FD5E07">
      <w:pPr>
        <w:spacing w:before="0"/>
        <w:jc w:val="both"/>
        <w:rPr>
          <w:rFonts w:cs="Sakkal Majalla"/>
          <w:color w:val="000000" w:themeColor="text1"/>
          <w:sz w:val="38"/>
          <w:szCs w:val="38"/>
        </w:rPr>
      </w:pPr>
    </w:p>
    <w:p w:rsidR="00FD5E07" w:rsidRPr="005117ED" w:rsidRDefault="00FD5E07" w:rsidP="005E2978">
      <w:pPr>
        <w:spacing w:before="0"/>
        <w:jc w:val="center"/>
        <w:rPr>
          <w:rFonts w:cs="Sakkal Majalla"/>
          <w:color w:val="000000" w:themeColor="text1"/>
          <w:sz w:val="38"/>
          <w:szCs w:val="38"/>
        </w:rPr>
      </w:pPr>
      <w:r w:rsidRPr="005117ED">
        <w:rPr>
          <w:rFonts w:cs="Sakkal Majalla"/>
          <w:b/>
          <w:bCs/>
          <w:color w:val="000000" w:themeColor="text1"/>
          <w:sz w:val="38"/>
          <w:szCs w:val="38"/>
          <w:rtl/>
        </w:rPr>
        <w:t>جدول</w:t>
      </w:r>
      <w:r w:rsidRPr="005117ED">
        <w:rPr>
          <w:rFonts w:cs="Sakkal Majalla"/>
          <w:b/>
          <w:color w:val="000000" w:themeColor="text1"/>
          <w:sz w:val="38"/>
          <w:szCs w:val="38"/>
        </w:rPr>
        <w:t xml:space="preserve"> (29): </w:t>
      </w:r>
      <w:r w:rsidRPr="005117ED">
        <w:rPr>
          <w:rFonts w:cs="Sakkal Majalla"/>
          <w:b/>
          <w:bCs/>
          <w:color w:val="000000" w:themeColor="text1"/>
          <w:sz w:val="38"/>
          <w:szCs w:val="38"/>
          <w:rtl/>
        </w:rPr>
        <w:t>مصفوفة</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الارتباط</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بين</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الأبعاد</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الرئيسة</w:t>
      </w:r>
    </w:p>
    <w:tbl>
      <w:tblPr>
        <w:tblStyle w:val="aa"/>
        <w:bidiVisual/>
        <w:tblW w:w="0" w:type="auto"/>
        <w:jc w:val="center"/>
        <w:tblLook w:val="04A0" w:firstRow="1" w:lastRow="0" w:firstColumn="1" w:lastColumn="0" w:noHBand="0" w:noVBand="1"/>
      </w:tblPr>
      <w:tblGrid>
        <w:gridCol w:w="2608"/>
        <w:gridCol w:w="778"/>
        <w:gridCol w:w="778"/>
        <w:gridCol w:w="778"/>
        <w:gridCol w:w="778"/>
        <w:gridCol w:w="778"/>
        <w:gridCol w:w="778"/>
        <w:gridCol w:w="778"/>
        <w:gridCol w:w="778"/>
        <w:gridCol w:w="778"/>
      </w:tblGrid>
      <w:tr w:rsidR="00FD5E07" w:rsidRPr="005117ED" w:rsidTr="005E2978">
        <w:trPr>
          <w:tblHeader/>
          <w:jc w:val="center"/>
        </w:trPr>
        <w:tc>
          <w:tcPr>
            <w:tcW w:w="2608" w:type="dxa"/>
            <w:shd w:val="clear" w:color="auto" w:fill="1F4E79"/>
            <w:vAlign w:val="center"/>
          </w:tcPr>
          <w:p w:rsidR="00FD5E07" w:rsidRPr="005E2978" w:rsidRDefault="00FD5E07" w:rsidP="005E2978">
            <w:pPr>
              <w:spacing w:before="0"/>
              <w:ind w:firstLine="0"/>
              <w:jc w:val="center"/>
              <w:rPr>
                <w:rFonts w:cs="Sakkal Majalla"/>
                <w:b/>
                <w:bCs/>
                <w:color w:val="FFFFFF" w:themeColor="background1"/>
                <w:sz w:val="38"/>
                <w:szCs w:val="38"/>
              </w:rPr>
            </w:pPr>
            <w:r w:rsidRPr="005E2978">
              <w:rPr>
                <w:rFonts w:cs="Sakkal Majalla"/>
                <w:b/>
                <w:bCs/>
                <w:color w:val="FFFFFF" w:themeColor="background1"/>
                <w:sz w:val="38"/>
                <w:szCs w:val="38"/>
                <w:rtl/>
              </w:rPr>
              <w:t>البعد</w:t>
            </w:r>
          </w:p>
        </w:tc>
        <w:tc>
          <w:tcPr>
            <w:tcW w:w="652" w:type="dxa"/>
            <w:shd w:val="clear" w:color="auto" w:fill="1F4E79"/>
            <w:vAlign w:val="center"/>
          </w:tcPr>
          <w:p w:rsidR="00FD5E07" w:rsidRPr="005E2978" w:rsidRDefault="00FD5E07" w:rsidP="005E2978">
            <w:pPr>
              <w:spacing w:before="0"/>
              <w:ind w:firstLine="0"/>
              <w:jc w:val="center"/>
              <w:rPr>
                <w:rFonts w:cs="Sakkal Majalla"/>
                <w:b/>
                <w:bCs/>
                <w:color w:val="FFFFFF" w:themeColor="background1"/>
                <w:sz w:val="38"/>
                <w:szCs w:val="38"/>
              </w:rPr>
            </w:pPr>
            <w:r w:rsidRPr="005E2978">
              <w:rPr>
                <w:rFonts w:cs="Sakkal Majalla"/>
                <w:b/>
                <w:bCs/>
                <w:color w:val="FFFFFF" w:themeColor="background1"/>
                <w:sz w:val="38"/>
                <w:szCs w:val="38"/>
              </w:rPr>
              <w:t>1</w:t>
            </w:r>
          </w:p>
        </w:tc>
        <w:tc>
          <w:tcPr>
            <w:tcW w:w="652" w:type="dxa"/>
            <w:shd w:val="clear" w:color="auto" w:fill="1F4E79"/>
            <w:vAlign w:val="center"/>
          </w:tcPr>
          <w:p w:rsidR="00FD5E07" w:rsidRPr="005E2978" w:rsidRDefault="00FD5E07" w:rsidP="005E2978">
            <w:pPr>
              <w:spacing w:before="0"/>
              <w:ind w:firstLine="0"/>
              <w:jc w:val="center"/>
              <w:rPr>
                <w:rFonts w:cs="Sakkal Majalla"/>
                <w:b/>
                <w:bCs/>
                <w:color w:val="FFFFFF" w:themeColor="background1"/>
                <w:sz w:val="38"/>
                <w:szCs w:val="38"/>
              </w:rPr>
            </w:pPr>
            <w:r w:rsidRPr="005E2978">
              <w:rPr>
                <w:rFonts w:cs="Sakkal Majalla"/>
                <w:b/>
                <w:bCs/>
                <w:color w:val="FFFFFF" w:themeColor="background1"/>
                <w:sz w:val="38"/>
                <w:szCs w:val="38"/>
              </w:rPr>
              <w:t>2</w:t>
            </w:r>
          </w:p>
        </w:tc>
        <w:tc>
          <w:tcPr>
            <w:tcW w:w="652" w:type="dxa"/>
            <w:shd w:val="clear" w:color="auto" w:fill="1F4E79"/>
            <w:vAlign w:val="center"/>
          </w:tcPr>
          <w:p w:rsidR="00FD5E07" w:rsidRPr="005E2978" w:rsidRDefault="00FD5E07" w:rsidP="005E2978">
            <w:pPr>
              <w:spacing w:before="0"/>
              <w:ind w:firstLine="0"/>
              <w:jc w:val="center"/>
              <w:rPr>
                <w:rFonts w:cs="Sakkal Majalla"/>
                <w:b/>
                <w:bCs/>
                <w:color w:val="FFFFFF" w:themeColor="background1"/>
                <w:sz w:val="38"/>
                <w:szCs w:val="38"/>
              </w:rPr>
            </w:pPr>
            <w:r w:rsidRPr="005E2978">
              <w:rPr>
                <w:rFonts w:cs="Sakkal Majalla"/>
                <w:b/>
                <w:bCs/>
                <w:color w:val="FFFFFF" w:themeColor="background1"/>
                <w:sz w:val="38"/>
                <w:szCs w:val="38"/>
              </w:rPr>
              <w:t>3</w:t>
            </w:r>
          </w:p>
        </w:tc>
        <w:tc>
          <w:tcPr>
            <w:tcW w:w="652" w:type="dxa"/>
            <w:shd w:val="clear" w:color="auto" w:fill="1F4E79"/>
            <w:vAlign w:val="center"/>
          </w:tcPr>
          <w:p w:rsidR="00FD5E07" w:rsidRPr="005E2978" w:rsidRDefault="00FD5E07" w:rsidP="005E2978">
            <w:pPr>
              <w:spacing w:before="0"/>
              <w:ind w:firstLine="0"/>
              <w:jc w:val="center"/>
              <w:rPr>
                <w:rFonts w:cs="Sakkal Majalla"/>
                <w:b/>
                <w:bCs/>
                <w:color w:val="FFFFFF" w:themeColor="background1"/>
                <w:sz w:val="38"/>
                <w:szCs w:val="38"/>
              </w:rPr>
            </w:pPr>
            <w:r w:rsidRPr="005E2978">
              <w:rPr>
                <w:rFonts w:cs="Sakkal Majalla"/>
                <w:b/>
                <w:bCs/>
                <w:color w:val="FFFFFF" w:themeColor="background1"/>
                <w:sz w:val="38"/>
                <w:szCs w:val="38"/>
              </w:rPr>
              <w:t>4</w:t>
            </w:r>
          </w:p>
        </w:tc>
        <w:tc>
          <w:tcPr>
            <w:tcW w:w="652" w:type="dxa"/>
            <w:shd w:val="clear" w:color="auto" w:fill="1F4E79"/>
            <w:vAlign w:val="center"/>
          </w:tcPr>
          <w:p w:rsidR="00FD5E07" w:rsidRPr="005E2978" w:rsidRDefault="00FD5E07" w:rsidP="005E2978">
            <w:pPr>
              <w:spacing w:before="0"/>
              <w:ind w:firstLine="0"/>
              <w:jc w:val="center"/>
              <w:rPr>
                <w:rFonts w:cs="Sakkal Majalla"/>
                <w:b/>
                <w:bCs/>
                <w:color w:val="FFFFFF" w:themeColor="background1"/>
                <w:sz w:val="38"/>
                <w:szCs w:val="38"/>
              </w:rPr>
            </w:pPr>
            <w:r w:rsidRPr="005E2978">
              <w:rPr>
                <w:rFonts w:cs="Sakkal Majalla"/>
                <w:b/>
                <w:bCs/>
                <w:color w:val="FFFFFF" w:themeColor="background1"/>
                <w:sz w:val="38"/>
                <w:szCs w:val="38"/>
              </w:rPr>
              <w:t>5</w:t>
            </w:r>
          </w:p>
        </w:tc>
        <w:tc>
          <w:tcPr>
            <w:tcW w:w="652" w:type="dxa"/>
            <w:shd w:val="clear" w:color="auto" w:fill="1F4E79"/>
            <w:vAlign w:val="center"/>
          </w:tcPr>
          <w:p w:rsidR="00FD5E07" w:rsidRPr="005E2978" w:rsidRDefault="00FD5E07" w:rsidP="005E2978">
            <w:pPr>
              <w:spacing w:before="0"/>
              <w:ind w:firstLine="0"/>
              <w:jc w:val="center"/>
              <w:rPr>
                <w:rFonts w:cs="Sakkal Majalla"/>
                <w:b/>
                <w:bCs/>
                <w:color w:val="FFFFFF" w:themeColor="background1"/>
                <w:sz w:val="38"/>
                <w:szCs w:val="38"/>
              </w:rPr>
            </w:pPr>
            <w:r w:rsidRPr="005E2978">
              <w:rPr>
                <w:rFonts w:cs="Sakkal Majalla"/>
                <w:b/>
                <w:bCs/>
                <w:color w:val="FFFFFF" w:themeColor="background1"/>
                <w:sz w:val="38"/>
                <w:szCs w:val="38"/>
              </w:rPr>
              <w:t>6</w:t>
            </w:r>
          </w:p>
        </w:tc>
        <w:tc>
          <w:tcPr>
            <w:tcW w:w="652" w:type="dxa"/>
            <w:shd w:val="clear" w:color="auto" w:fill="1F4E79"/>
            <w:vAlign w:val="center"/>
          </w:tcPr>
          <w:p w:rsidR="00FD5E07" w:rsidRPr="005E2978" w:rsidRDefault="00FD5E07" w:rsidP="005E2978">
            <w:pPr>
              <w:spacing w:before="0"/>
              <w:ind w:firstLine="0"/>
              <w:jc w:val="center"/>
              <w:rPr>
                <w:rFonts w:cs="Sakkal Majalla"/>
                <w:b/>
                <w:bCs/>
                <w:color w:val="FFFFFF" w:themeColor="background1"/>
                <w:sz w:val="38"/>
                <w:szCs w:val="38"/>
              </w:rPr>
            </w:pPr>
            <w:r w:rsidRPr="005E2978">
              <w:rPr>
                <w:rFonts w:cs="Sakkal Majalla"/>
                <w:b/>
                <w:bCs/>
                <w:color w:val="FFFFFF" w:themeColor="background1"/>
                <w:sz w:val="38"/>
                <w:szCs w:val="38"/>
              </w:rPr>
              <w:t>7</w:t>
            </w:r>
          </w:p>
        </w:tc>
        <w:tc>
          <w:tcPr>
            <w:tcW w:w="652" w:type="dxa"/>
            <w:shd w:val="clear" w:color="auto" w:fill="1F4E79"/>
            <w:vAlign w:val="center"/>
          </w:tcPr>
          <w:p w:rsidR="00FD5E07" w:rsidRPr="005E2978" w:rsidRDefault="00FD5E07" w:rsidP="005E2978">
            <w:pPr>
              <w:spacing w:before="0"/>
              <w:ind w:firstLine="0"/>
              <w:jc w:val="center"/>
              <w:rPr>
                <w:rFonts w:cs="Sakkal Majalla"/>
                <w:b/>
                <w:bCs/>
                <w:color w:val="FFFFFF" w:themeColor="background1"/>
                <w:sz w:val="38"/>
                <w:szCs w:val="38"/>
              </w:rPr>
            </w:pPr>
            <w:r w:rsidRPr="005E2978">
              <w:rPr>
                <w:rFonts w:cs="Sakkal Majalla"/>
                <w:b/>
                <w:bCs/>
                <w:color w:val="FFFFFF" w:themeColor="background1"/>
                <w:sz w:val="38"/>
                <w:szCs w:val="38"/>
              </w:rPr>
              <w:t>8</w:t>
            </w:r>
          </w:p>
        </w:tc>
        <w:tc>
          <w:tcPr>
            <w:tcW w:w="652" w:type="dxa"/>
            <w:shd w:val="clear" w:color="auto" w:fill="1F4E79"/>
            <w:vAlign w:val="center"/>
          </w:tcPr>
          <w:p w:rsidR="00FD5E07" w:rsidRPr="005E2978" w:rsidRDefault="00FD5E07" w:rsidP="005E2978">
            <w:pPr>
              <w:spacing w:before="0"/>
              <w:ind w:firstLine="0"/>
              <w:jc w:val="center"/>
              <w:rPr>
                <w:rFonts w:cs="Sakkal Majalla"/>
                <w:b/>
                <w:bCs/>
                <w:color w:val="FFFFFF" w:themeColor="background1"/>
                <w:sz w:val="38"/>
                <w:szCs w:val="38"/>
              </w:rPr>
            </w:pPr>
            <w:r w:rsidRPr="005E2978">
              <w:rPr>
                <w:rFonts w:cs="Sakkal Majalla"/>
                <w:b/>
                <w:bCs/>
                <w:color w:val="FFFFFF" w:themeColor="background1"/>
                <w:sz w:val="38"/>
                <w:szCs w:val="38"/>
              </w:rPr>
              <w:t>9</w:t>
            </w:r>
          </w:p>
        </w:tc>
      </w:tr>
      <w:tr w:rsidR="00FD5E07" w:rsidRPr="005117ED" w:rsidTr="005E2978">
        <w:trPr>
          <w:jc w:val="center"/>
        </w:trPr>
        <w:tc>
          <w:tcPr>
            <w:tcW w:w="2608"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 xml:space="preserve">1. </w:t>
            </w:r>
            <w:r w:rsidRPr="005117ED">
              <w:rPr>
                <w:rFonts w:cs="Sakkal Majalla"/>
                <w:color w:val="000000" w:themeColor="text1"/>
                <w:sz w:val="38"/>
                <w:szCs w:val="38"/>
                <w:rtl/>
              </w:rPr>
              <w:t>التأثير</w:t>
            </w:r>
            <w:r w:rsidRPr="005117ED">
              <w:rPr>
                <w:rFonts w:cs="Sakkal Majalla"/>
                <w:color w:val="000000" w:themeColor="text1"/>
                <w:sz w:val="38"/>
                <w:szCs w:val="38"/>
              </w:rPr>
              <w:t xml:space="preserve"> </w:t>
            </w:r>
            <w:r w:rsidRPr="005117ED">
              <w:rPr>
                <w:rFonts w:cs="Sakkal Majalla"/>
                <w:color w:val="000000" w:themeColor="text1"/>
                <w:sz w:val="38"/>
                <w:szCs w:val="38"/>
                <w:rtl/>
              </w:rPr>
              <w:t>المثالي</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1.00</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0.45</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0.52</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0.49</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0.34</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0.47</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0.32</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0.40</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0.43</w:t>
            </w:r>
          </w:p>
        </w:tc>
      </w:tr>
      <w:tr w:rsidR="00FD5E07" w:rsidRPr="005117ED" w:rsidTr="005E2978">
        <w:trPr>
          <w:jc w:val="center"/>
        </w:trPr>
        <w:tc>
          <w:tcPr>
            <w:tcW w:w="2608"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 xml:space="preserve">2. </w:t>
            </w:r>
            <w:r w:rsidRPr="005117ED">
              <w:rPr>
                <w:rFonts w:cs="Sakkal Majalla"/>
                <w:color w:val="000000" w:themeColor="text1"/>
                <w:sz w:val="38"/>
                <w:szCs w:val="38"/>
                <w:rtl/>
              </w:rPr>
              <w:t>التحفيز</w:t>
            </w:r>
            <w:r w:rsidRPr="005117ED">
              <w:rPr>
                <w:rFonts w:cs="Sakkal Majalla"/>
                <w:color w:val="000000" w:themeColor="text1"/>
                <w:sz w:val="38"/>
                <w:szCs w:val="38"/>
              </w:rPr>
              <w:t xml:space="preserve"> </w:t>
            </w:r>
            <w:proofErr w:type="spellStart"/>
            <w:r w:rsidRPr="005117ED">
              <w:rPr>
                <w:rFonts w:cs="Sakkal Majalla"/>
                <w:color w:val="000000" w:themeColor="text1"/>
                <w:sz w:val="38"/>
                <w:szCs w:val="38"/>
                <w:rtl/>
              </w:rPr>
              <w:t>الإلهامي</w:t>
            </w:r>
            <w:proofErr w:type="spellEnd"/>
          </w:p>
        </w:tc>
        <w:tc>
          <w:tcPr>
            <w:tcW w:w="6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0.45</w:t>
            </w:r>
          </w:p>
        </w:tc>
        <w:tc>
          <w:tcPr>
            <w:tcW w:w="6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1.00</w:t>
            </w:r>
          </w:p>
        </w:tc>
        <w:tc>
          <w:tcPr>
            <w:tcW w:w="6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0.38</w:t>
            </w:r>
          </w:p>
        </w:tc>
        <w:tc>
          <w:tcPr>
            <w:tcW w:w="6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0.50</w:t>
            </w:r>
          </w:p>
        </w:tc>
        <w:tc>
          <w:tcPr>
            <w:tcW w:w="6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0.36</w:t>
            </w:r>
          </w:p>
        </w:tc>
        <w:tc>
          <w:tcPr>
            <w:tcW w:w="6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0.43</w:t>
            </w:r>
          </w:p>
        </w:tc>
        <w:tc>
          <w:tcPr>
            <w:tcW w:w="6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0.31</w:t>
            </w:r>
          </w:p>
        </w:tc>
        <w:tc>
          <w:tcPr>
            <w:tcW w:w="6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0.35</w:t>
            </w:r>
          </w:p>
        </w:tc>
        <w:tc>
          <w:tcPr>
            <w:tcW w:w="6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0.32</w:t>
            </w:r>
          </w:p>
        </w:tc>
      </w:tr>
      <w:tr w:rsidR="00FD5E07" w:rsidRPr="005117ED" w:rsidTr="005E2978">
        <w:trPr>
          <w:jc w:val="center"/>
        </w:trPr>
        <w:tc>
          <w:tcPr>
            <w:tcW w:w="2608"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 xml:space="preserve">3. </w:t>
            </w:r>
            <w:r w:rsidRPr="005117ED">
              <w:rPr>
                <w:rFonts w:cs="Sakkal Majalla"/>
                <w:color w:val="000000" w:themeColor="text1"/>
                <w:sz w:val="38"/>
                <w:szCs w:val="38"/>
                <w:rtl/>
              </w:rPr>
              <w:t>الاستثارة</w:t>
            </w:r>
            <w:r w:rsidRPr="005117ED">
              <w:rPr>
                <w:rFonts w:cs="Sakkal Majalla"/>
                <w:color w:val="000000" w:themeColor="text1"/>
                <w:sz w:val="38"/>
                <w:szCs w:val="38"/>
              </w:rPr>
              <w:t xml:space="preserve"> </w:t>
            </w:r>
            <w:r w:rsidRPr="005117ED">
              <w:rPr>
                <w:rFonts w:cs="Sakkal Majalla"/>
                <w:color w:val="000000" w:themeColor="text1"/>
                <w:sz w:val="38"/>
                <w:szCs w:val="38"/>
                <w:rtl/>
              </w:rPr>
              <w:t>الفكرية</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0.52</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0.38</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1.00</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0.41</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0.37</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0.45</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0.34</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0.39</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0.40</w:t>
            </w:r>
          </w:p>
        </w:tc>
      </w:tr>
      <w:tr w:rsidR="00FD5E07" w:rsidRPr="005117ED" w:rsidTr="005E2978">
        <w:trPr>
          <w:jc w:val="center"/>
        </w:trPr>
        <w:tc>
          <w:tcPr>
            <w:tcW w:w="2608"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 xml:space="preserve">4. </w:t>
            </w:r>
            <w:r w:rsidRPr="005117ED">
              <w:rPr>
                <w:rFonts w:cs="Sakkal Majalla"/>
                <w:color w:val="000000" w:themeColor="text1"/>
                <w:sz w:val="38"/>
                <w:szCs w:val="38"/>
                <w:rtl/>
              </w:rPr>
              <w:t>الاعتبار</w:t>
            </w:r>
            <w:r w:rsidRPr="005117ED">
              <w:rPr>
                <w:rFonts w:cs="Sakkal Majalla"/>
                <w:color w:val="000000" w:themeColor="text1"/>
                <w:sz w:val="38"/>
                <w:szCs w:val="38"/>
              </w:rPr>
              <w:t xml:space="preserve"> </w:t>
            </w:r>
            <w:r w:rsidRPr="005117ED">
              <w:rPr>
                <w:rFonts w:cs="Sakkal Majalla"/>
                <w:color w:val="000000" w:themeColor="text1"/>
                <w:sz w:val="38"/>
                <w:szCs w:val="38"/>
                <w:rtl/>
              </w:rPr>
              <w:t>الفردي</w:t>
            </w:r>
          </w:p>
        </w:tc>
        <w:tc>
          <w:tcPr>
            <w:tcW w:w="6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0.49</w:t>
            </w:r>
          </w:p>
        </w:tc>
        <w:tc>
          <w:tcPr>
            <w:tcW w:w="6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0.50</w:t>
            </w:r>
          </w:p>
        </w:tc>
        <w:tc>
          <w:tcPr>
            <w:tcW w:w="6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0.41</w:t>
            </w:r>
          </w:p>
        </w:tc>
        <w:tc>
          <w:tcPr>
            <w:tcW w:w="6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1.00</w:t>
            </w:r>
          </w:p>
        </w:tc>
        <w:tc>
          <w:tcPr>
            <w:tcW w:w="6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0.39</w:t>
            </w:r>
          </w:p>
        </w:tc>
        <w:tc>
          <w:tcPr>
            <w:tcW w:w="6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0.47</w:t>
            </w:r>
          </w:p>
        </w:tc>
        <w:tc>
          <w:tcPr>
            <w:tcW w:w="6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0.28</w:t>
            </w:r>
          </w:p>
        </w:tc>
        <w:tc>
          <w:tcPr>
            <w:tcW w:w="6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0.43</w:t>
            </w:r>
          </w:p>
        </w:tc>
        <w:tc>
          <w:tcPr>
            <w:tcW w:w="6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0.38</w:t>
            </w:r>
          </w:p>
        </w:tc>
      </w:tr>
      <w:tr w:rsidR="00FD5E07" w:rsidRPr="005117ED" w:rsidTr="005E2978">
        <w:trPr>
          <w:jc w:val="center"/>
        </w:trPr>
        <w:tc>
          <w:tcPr>
            <w:tcW w:w="2608"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 xml:space="preserve">5. </w:t>
            </w:r>
            <w:r w:rsidRPr="005117ED">
              <w:rPr>
                <w:rFonts w:cs="Sakkal Majalla"/>
                <w:color w:val="000000" w:themeColor="text1"/>
                <w:sz w:val="38"/>
                <w:szCs w:val="38"/>
                <w:rtl/>
              </w:rPr>
              <w:t>توليد</w:t>
            </w:r>
            <w:r w:rsidRPr="005117ED">
              <w:rPr>
                <w:rFonts w:cs="Sakkal Majalla"/>
                <w:color w:val="000000" w:themeColor="text1"/>
                <w:sz w:val="38"/>
                <w:szCs w:val="38"/>
              </w:rPr>
              <w:t xml:space="preserve"> </w:t>
            </w:r>
            <w:r w:rsidRPr="005117ED">
              <w:rPr>
                <w:rFonts w:cs="Sakkal Majalla"/>
                <w:color w:val="000000" w:themeColor="text1"/>
                <w:sz w:val="38"/>
                <w:szCs w:val="38"/>
                <w:rtl/>
              </w:rPr>
              <w:t>الأفكار</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0.34</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0.36</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0.37</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0.39</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1.00</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0.52</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0.45</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0.51</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0.58</w:t>
            </w:r>
          </w:p>
        </w:tc>
      </w:tr>
      <w:tr w:rsidR="00FD5E07" w:rsidRPr="005117ED" w:rsidTr="005E2978">
        <w:trPr>
          <w:jc w:val="center"/>
        </w:trPr>
        <w:tc>
          <w:tcPr>
            <w:tcW w:w="2608"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 xml:space="preserve">6. </w:t>
            </w:r>
            <w:r w:rsidRPr="005117ED">
              <w:rPr>
                <w:rFonts w:cs="Sakkal Majalla"/>
                <w:color w:val="000000" w:themeColor="text1"/>
                <w:sz w:val="38"/>
                <w:szCs w:val="38"/>
                <w:rtl/>
              </w:rPr>
              <w:t>الأصالة</w:t>
            </w:r>
          </w:p>
        </w:tc>
        <w:tc>
          <w:tcPr>
            <w:tcW w:w="6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0.47</w:t>
            </w:r>
          </w:p>
        </w:tc>
        <w:tc>
          <w:tcPr>
            <w:tcW w:w="6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0.43</w:t>
            </w:r>
          </w:p>
        </w:tc>
        <w:tc>
          <w:tcPr>
            <w:tcW w:w="6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0.45</w:t>
            </w:r>
          </w:p>
        </w:tc>
        <w:tc>
          <w:tcPr>
            <w:tcW w:w="6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0.47</w:t>
            </w:r>
          </w:p>
        </w:tc>
        <w:tc>
          <w:tcPr>
            <w:tcW w:w="6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0.52</w:t>
            </w:r>
          </w:p>
        </w:tc>
        <w:tc>
          <w:tcPr>
            <w:tcW w:w="6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1.00</w:t>
            </w:r>
          </w:p>
        </w:tc>
        <w:tc>
          <w:tcPr>
            <w:tcW w:w="6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0.55</w:t>
            </w:r>
          </w:p>
        </w:tc>
        <w:tc>
          <w:tcPr>
            <w:tcW w:w="6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0.54</w:t>
            </w:r>
          </w:p>
        </w:tc>
        <w:tc>
          <w:tcPr>
            <w:tcW w:w="6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0.51</w:t>
            </w:r>
          </w:p>
        </w:tc>
      </w:tr>
      <w:tr w:rsidR="00FD5E07" w:rsidRPr="005117ED" w:rsidTr="005E2978">
        <w:trPr>
          <w:jc w:val="center"/>
        </w:trPr>
        <w:tc>
          <w:tcPr>
            <w:tcW w:w="2608"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lastRenderedPageBreak/>
              <w:t xml:space="preserve">7. </w:t>
            </w:r>
            <w:r w:rsidRPr="005117ED">
              <w:rPr>
                <w:rFonts w:cs="Sakkal Majalla"/>
                <w:color w:val="000000" w:themeColor="text1"/>
                <w:sz w:val="38"/>
                <w:szCs w:val="38"/>
                <w:rtl/>
              </w:rPr>
              <w:t>المرونة</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0.32</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0.31</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0.34</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0.28</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0.45</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0.55</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1.00</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0.43</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0.55</w:t>
            </w:r>
          </w:p>
        </w:tc>
      </w:tr>
      <w:tr w:rsidR="00FD5E07" w:rsidRPr="005117ED" w:rsidTr="005E2978">
        <w:trPr>
          <w:jc w:val="center"/>
        </w:trPr>
        <w:tc>
          <w:tcPr>
            <w:tcW w:w="2608"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 xml:space="preserve">8. </w:t>
            </w:r>
            <w:r w:rsidRPr="005117ED">
              <w:rPr>
                <w:rFonts w:cs="Sakkal Majalla"/>
                <w:color w:val="000000" w:themeColor="text1"/>
                <w:sz w:val="38"/>
                <w:szCs w:val="38"/>
                <w:rtl/>
              </w:rPr>
              <w:t>المبادرة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حل</w:t>
            </w:r>
            <w:r w:rsidRPr="005117ED">
              <w:rPr>
                <w:rFonts w:cs="Sakkal Majalla"/>
                <w:color w:val="000000" w:themeColor="text1"/>
                <w:sz w:val="38"/>
                <w:szCs w:val="38"/>
              </w:rPr>
              <w:t xml:space="preserve"> </w:t>
            </w:r>
            <w:r w:rsidRPr="005117ED">
              <w:rPr>
                <w:rFonts w:cs="Sakkal Majalla"/>
                <w:color w:val="000000" w:themeColor="text1"/>
                <w:sz w:val="38"/>
                <w:szCs w:val="38"/>
                <w:rtl/>
              </w:rPr>
              <w:t>المشكلات</w:t>
            </w:r>
          </w:p>
        </w:tc>
        <w:tc>
          <w:tcPr>
            <w:tcW w:w="6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0.40</w:t>
            </w:r>
          </w:p>
        </w:tc>
        <w:tc>
          <w:tcPr>
            <w:tcW w:w="6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0.35</w:t>
            </w:r>
          </w:p>
        </w:tc>
        <w:tc>
          <w:tcPr>
            <w:tcW w:w="6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0.39</w:t>
            </w:r>
          </w:p>
        </w:tc>
        <w:tc>
          <w:tcPr>
            <w:tcW w:w="6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0.43</w:t>
            </w:r>
          </w:p>
        </w:tc>
        <w:tc>
          <w:tcPr>
            <w:tcW w:w="6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0.51</w:t>
            </w:r>
          </w:p>
        </w:tc>
        <w:tc>
          <w:tcPr>
            <w:tcW w:w="6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0.54</w:t>
            </w:r>
          </w:p>
        </w:tc>
        <w:tc>
          <w:tcPr>
            <w:tcW w:w="6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0.43</w:t>
            </w:r>
          </w:p>
        </w:tc>
        <w:tc>
          <w:tcPr>
            <w:tcW w:w="6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1.00</w:t>
            </w:r>
          </w:p>
        </w:tc>
        <w:tc>
          <w:tcPr>
            <w:tcW w:w="6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0.55</w:t>
            </w:r>
          </w:p>
        </w:tc>
      </w:tr>
      <w:tr w:rsidR="00FD5E07" w:rsidRPr="005117ED" w:rsidTr="005E2978">
        <w:trPr>
          <w:jc w:val="center"/>
        </w:trPr>
        <w:tc>
          <w:tcPr>
            <w:tcW w:w="2608"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 xml:space="preserve">9. </w:t>
            </w:r>
            <w:r w:rsidRPr="005117ED">
              <w:rPr>
                <w:rFonts w:cs="Sakkal Majalla"/>
                <w:color w:val="000000" w:themeColor="text1"/>
                <w:sz w:val="38"/>
                <w:szCs w:val="38"/>
                <w:rtl/>
              </w:rPr>
              <w:t>تبني</w:t>
            </w:r>
            <w:r w:rsidRPr="005117ED">
              <w:rPr>
                <w:rFonts w:cs="Sakkal Majalla"/>
                <w:color w:val="000000" w:themeColor="text1"/>
                <w:sz w:val="38"/>
                <w:szCs w:val="38"/>
              </w:rPr>
              <w:t xml:space="preserve"> </w:t>
            </w:r>
            <w:r w:rsidRPr="005117ED">
              <w:rPr>
                <w:rFonts w:cs="Sakkal Majalla"/>
                <w:color w:val="000000" w:themeColor="text1"/>
                <w:sz w:val="38"/>
                <w:szCs w:val="38"/>
                <w:rtl/>
              </w:rPr>
              <w:t>الأفكار</w:t>
            </w:r>
            <w:r w:rsidRPr="005117ED">
              <w:rPr>
                <w:rFonts w:cs="Sakkal Majalla"/>
                <w:color w:val="000000" w:themeColor="text1"/>
                <w:sz w:val="38"/>
                <w:szCs w:val="38"/>
              </w:rPr>
              <w:t xml:space="preserve"> </w:t>
            </w:r>
            <w:r w:rsidRPr="005117ED">
              <w:rPr>
                <w:rFonts w:cs="Sakkal Majalla"/>
                <w:color w:val="000000" w:themeColor="text1"/>
                <w:sz w:val="38"/>
                <w:szCs w:val="38"/>
                <w:rtl/>
              </w:rPr>
              <w:t>وتطبيقها</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0.43</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0.32</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0.40</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0.38</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0.58</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0.51</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0.55</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0.55</w:t>
            </w:r>
          </w:p>
        </w:tc>
        <w:tc>
          <w:tcPr>
            <w:tcW w:w="6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1.00</w:t>
            </w:r>
          </w:p>
        </w:tc>
      </w:tr>
    </w:tbl>
    <w:p w:rsidR="005E2978" w:rsidRDefault="005E2978" w:rsidP="00FD5E07">
      <w:pPr>
        <w:spacing w:before="0"/>
        <w:jc w:val="both"/>
        <w:rPr>
          <w:rFonts w:cs="Sakkal Majalla"/>
          <w:b/>
          <w:bCs/>
          <w:color w:val="000000" w:themeColor="text1"/>
          <w:sz w:val="38"/>
          <w:szCs w:val="38"/>
          <w:rtl/>
        </w:rPr>
      </w:pPr>
    </w:p>
    <w:p w:rsidR="00FD5E07" w:rsidRPr="005117ED" w:rsidRDefault="00FD5E07" w:rsidP="005E2978">
      <w:pPr>
        <w:spacing w:before="0"/>
        <w:ind w:hanging="1"/>
        <w:jc w:val="center"/>
        <w:rPr>
          <w:rFonts w:cs="Sakkal Majalla"/>
          <w:color w:val="000000" w:themeColor="text1"/>
          <w:sz w:val="38"/>
          <w:szCs w:val="38"/>
        </w:rPr>
      </w:pPr>
      <w:r w:rsidRPr="005117ED">
        <w:rPr>
          <w:rFonts w:cs="Sakkal Majalla"/>
          <w:b/>
          <w:bCs/>
          <w:color w:val="000000" w:themeColor="text1"/>
          <w:sz w:val="38"/>
          <w:szCs w:val="38"/>
          <w:rtl/>
        </w:rPr>
        <w:t>جدول</w:t>
      </w:r>
      <w:r w:rsidRPr="005117ED">
        <w:rPr>
          <w:rFonts w:cs="Sakkal Majalla"/>
          <w:b/>
          <w:color w:val="000000" w:themeColor="text1"/>
          <w:sz w:val="38"/>
          <w:szCs w:val="38"/>
        </w:rPr>
        <w:t xml:space="preserve"> (30</w:t>
      </w:r>
      <w:proofErr w:type="gramStart"/>
      <w:r w:rsidRPr="005117ED">
        <w:rPr>
          <w:rFonts w:cs="Sakkal Majalla"/>
          <w:b/>
          <w:color w:val="000000" w:themeColor="text1"/>
          <w:sz w:val="38"/>
          <w:szCs w:val="38"/>
        </w:rPr>
        <w:t>)</w:t>
      </w:r>
      <w:r w:rsidR="005E2978">
        <w:rPr>
          <w:rFonts w:cs="Sakkal Majalla" w:hint="cs"/>
          <w:b/>
          <w:color w:val="000000" w:themeColor="text1"/>
          <w:sz w:val="38"/>
          <w:szCs w:val="38"/>
          <w:rtl/>
        </w:rPr>
        <w:t xml:space="preserve"> </w:t>
      </w:r>
      <w:r w:rsidRPr="005117ED">
        <w:rPr>
          <w:rFonts w:cs="Sakkal Majalla"/>
          <w:b/>
          <w:color w:val="000000" w:themeColor="text1"/>
          <w:sz w:val="38"/>
          <w:szCs w:val="38"/>
        </w:rPr>
        <w:t>:</w:t>
      </w:r>
      <w:proofErr w:type="gramEnd"/>
      <w:r w:rsidR="005E2978">
        <w:rPr>
          <w:rFonts w:cs="Sakkal Majalla" w:hint="cs"/>
          <w:b/>
          <w:color w:val="000000" w:themeColor="text1"/>
          <w:sz w:val="38"/>
          <w:szCs w:val="38"/>
          <w:rtl/>
        </w:rPr>
        <w:t xml:space="preserve"> </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تشخيص</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افتراضات</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نموذج</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الانحدار</w:t>
      </w:r>
      <w:r w:rsidRPr="005117ED">
        <w:rPr>
          <w:rFonts w:cs="Sakkal Majalla"/>
          <w:b/>
          <w:color w:val="000000" w:themeColor="text1"/>
          <w:sz w:val="38"/>
          <w:szCs w:val="38"/>
        </w:rPr>
        <w:t xml:space="preserve"> </w:t>
      </w:r>
      <w:r w:rsidRPr="005117ED">
        <w:rPr>
          <w:rFonts w:cs="Sakkal Majalla"/>
          <w:b/>
          <w:bCs/>
          <w:color w:val="000000" w:themeColor="text1"/>
          <w:sz w:val="38"/>
          <w:szCs w:val="38"/>
          <w:rtl/>
        </w:rPr>
        <w:t>المتعدد</w:t>
      </w:r>
    </w:p>
    <w:tbl>
      <w:tblPr>
        <w:tblStyle w:val="aa"/>
        <w:bidiVisual/>
        <w:tblW w:w="0" w:type="auto"/>
        <w:jc w:val="center"/>
        <w:tblLook w:val="04A0" w:firstRow="1" w:lastRow="0" w:firstColumn="1" w:lastColumn="0" w:noHBand="0" w:noVBand="1"/>
      </w:tblPr>
      <w:tblGrid>
        <w:gridCol w:w="1984"/>
        <w:gridCol w:w="4252"/>
        <w:gridCol w:w="2268"/>
      </w:tblGrid>
      <w:tr w:rsidR="00FD5E07" w:rsidRPr="005117ED" w:rsidTr="005E2978">
        <w:trPr>
          <w:tblHeader/>
          <w:jc w:val="center"/>
        </w:trPr>
        <w:tc>
          <w:tcPr>
            <w:tcW w:w="1984" w:type="dxa"/>
            <w:shd w:val="clear" w:color="auto" w:fill="C5E0B3" w:themeFill="accent6" w:themeFillTint="66"/>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b/>
                <w:bCs/>
                <w:color w:val="000000" w:themeColor="text1"/>
                <w:sz w:val="38"/>
                <w:szCs w:val="38"/>
                <w:rtl/>
              </w:rPr>
              <w:t>الافتراض</w:t>
            </w:r>
          </w:p>
        </w:tc>
        <w:tc>
          <w:tcPr>
            <w:tcW w:w="4252" w:type="dxa"/>
            <w:shd w:val="clear" w:color="auto" w:fill="C5E0B3" w:themeFill="accent6" w:themeFillTint="66"/>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b/>
                <w:bCs/>
                <w:color w:val="000000" w:themeColor="text1"/>
                <w:sz w:val="38"/>
                <w:szCs w:val="38"/>
                <w:rtl/>
              </w:rPr>
              <w:t>المؤشر</w:t>
            </w:r>
          </w:p>
        </w:tc>
        <w:tc>
          <w:tcPr>
            <w:tcW w:w="2268" w:type="dxa"/>
            <w:shd w:val="clear" w:color="auto" w:fill="C5E0B3" w:themeFill="accent6" w:themeFillTint="66"/>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b/>
                <w:bCs/>
                <w:color w:val="000000" w:themeColor="text1"/>
                <w:sz w:val="38"/>
                <w:szCs w:val="38"/>
                <w:rtl/>
              </w:rPr>
              <w:t>الحكم</w:t>
            </w:r>
          </w:p>
        </w:tc>
      </w:tr>
      <w:tr w:rsidR="00FD5E07" w:rsidRPr="005117ED" w:rsidTr="005E2978">
        <w:trPr>
          <w:jc w:val="center"/>
        </w:trPr>
        <w:tc>
          <w:tcPr>
            <w:tcW w:w="1984"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الخطية</w:t>
            </w:r>
          </w:p>
        </w:tc>
        <w:tc>
          <w:tcPr>
            <w:tcW w:w="42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الرسم</w:t>
            </w:r>
            <w:r w:rsidRPr="005117ED">
              <w:rPr>
                <w:rFonts w:cs="Sakkal Majalla"/>
                <w:color w:val="000000" w:themeColor="text1"/>
                <w:sz w:val="38"/>
                <w:szCs w:val="38"/>
              </w:rPr>
              <w:t xml:space="preserve"> </w:t>
            </w:r>
            <w:r w:rsidRPr="005117ED">
              <w:rPr>
                <w:rFonts w:cs="Sakkal Majalla"/>
                <w:color w:val="000000" w:themeColor="text1"/>
                <w:sz w:val="38"/>
                <w:szCs w:val="38"/>
                <w:rtl/>
              </w:rPr>
              <w:t>المبعثر</w:t>
            </w:r>
            <w:r w:rsidRPr="005117ED">
              <w:rPr>
                <w:rFonts w:cs="Sakkal Majalla"/>
                <w:color w:val="000000" w:themeColor="text1"/>
                <w:sz w:val="38"/>
                <w:szCs w:val="38"/>
              </w:rPr>
              <w:t xml:space="preserve"> </w:t>
            </w:r>
            <w:r w:rsidRPr="005117ED">
              <w:rPr>
                <w:rFonts w:cs="Sakkal Majalla"/>
                <w:color w:val="000000" w:themeColor="text1"/>
                <w:sz w:val="38"/>
                <w:szCs w:val="38"/>
                <w:rtl/>
              </w:rPr>
              <w:t>واتجاه</w:t>
            </w:r>
            <w:r w:rsidRPr="005117ED">
              <w:rPr>
                <w:rFonts w:cs="Sakkal Majalla"/>
                <w:color w:val="000000" w:themeColor="text1"/>
                <w:sz w:val="38"/>
                <w:szCs w:val="38"/>
              </w:rPr>
              <w:t xml:space="preserve"> </w:t>
            </w:r>
            <w:r w:rsidRPr="005117ED">
              <w:rPr>
                <w:rFonts w:cs="Sakkal Majalla"/>
                <w:color w:val="000000" w:themeColor="text1"/>
                <w:sz w:val="38"/>
                <w:szCs w:val="38"/>
                <w:rtl/>
              </w:rPr>
              <w:t>البواقي</w:t>
            </w:r>
          </w:p>
        </w:tc>
        <w:tc>
          <w:tcPr>
            <w:tcW w:w="2268"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مقبولة</w:t>
            </w:r>
          </w:p>
        </w:tc>
      </w:tr>
      <w:tr w:rsidR="00FD5E07" w:rsidRPr="005117ED" w:rsidTr="005E2978">
        <w:trPr>
          <w:jc w:val="center"/>
        </w:trPr>
        <w:tc>
          <w:tcPr>
            <w:tcW w:w="1984"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استقلال</w:t>
            </w:r>
            <w:r w:rsidRPr="005117ED">
              <w:rPr>
                <w:rFonts w:cs="Sakkal Majalla"/>
                <w:color w:val="000000" w:themeColor="text1"/>
                <w:sz w:val="38"/>
                <w:szCs w:val="38"/>
              </w:rPr>
              <w:t xml:space="preserve"> </w:t>
            </w:r>
            <w:r w:rsidRPr="005117ED">
              <w:rPr>
                <w:rFonts w:cs="Sakkal Majalla"/>
                <w:color w:val="000000" w:themeColor="text1"/>
                <w:sz w:val="38"/>
                <w:szCs w:val="38"/>
                <w:rtl/>
              </w:rPr>
              <w:t>الأخطاء</w:t>
            </w:r>
          </w:p>
        </w:tc>
        <w:tc>
          <w:tcPr>
            <w:tcW w:w="42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Durbin-Watson = 2.01</w:t>
            </w:r>
          </w:p>
        </w:tc>
        <w:tc>
          <w:tcPr>
            <w:tcW w:w="2268"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مقبول</w:t>
            </w:r>
          </w:p>
        </w:tc>
      </w:tr>
      <w:tr w:rsidR="00FD5E07" w:rsidRPr="005117ED" w:rsidTr="005E2978">
        <w:trPr>
          <w:jc w:val="center"/>
        </w:trPr>
        <w:tc>
          <w:tcPr>
            <w:tcW w:w="1984"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اعتدال</w:t>
            </w:r>
            <w:r w:rsidRPr="005117ED">
              <w:rPr>
                <w:rFonts w:cs="Sakkal Majalla"/>
                <w:color w:val="000000" w:themeColor="text1"/>
                <w:sz w:val="38"/>
                <w:szCs w:val="38"/>
              </w:rPr>
              <w:t xml:space="preserve"> </w:t>
            </w:r>
            <w:r w:rsidRPr="005117ED">
              <w:rPr>
                <w:rFonts w:cs="Sakkal Majalla"/>
                <w:color w:val="000000" w:themeColor="text1"/>
                <w:sz w:val="38"/>
                <w:szCs w:val="38"/>
                <w:rtl/>
              </w:rPr>
              <w:t>البواقي</w:t>
            </w:r>
          </w:p>
        </w:tc>
        <w:tc>
          <w:tcPr>
            <w:tcW w:w="42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الالتواء</w:t>
            </w:r>
            <w:r w:rsidRPr="005117ED">
              <w:rPr>
                <w:rFonts w:cs="Sakkal Majalla"/>
                <w:color w:val="000000" w:themeColor="text1"/>
                <w:sz w:val="38"/>
                <w:szCs w:val="38"/>
              </w:rPr>
              <w:t xml:space="preserve"> = -0.25</w:t>
            </w:r>
            <w:r w:rsidRPr="005117ED">
              <w:rPr>
                <w:rFonts w:cs="Sakkal Majalla"/>
                <w:color w:val="000000" w:themeColor="text1"/>
                <w:sz w:val="38"/>
                <w:szCs w:val="38"/>
                <w:rtl/>
              </w:rPr>
              <w:t>،</w:t>
            </w:r>
            <w:r w:rsidRPr="005117ED">
              <w:rPr>
                <w:rFonts w:cs="Sakkal Majalla"/>
                <w:color w:val="000000" w:themeColor="text1"/>
                <w:sz w:val="38"/>
                <w:szCs w:val="38"/>
              </w:rPr>
              <w:t xml:space="preserve"> </w:t>
            </w:r>
            <w:proofErr w:type="spellStart"/>
            <w:r w:rsidRPr="005117ED">
              <w:rPr>
                <w:rFonts w:cs="Sakkal Majalla"/>
                <w:color w:val="000000" w:themeColor="text1"/>
                <w:sz w:val="38"/>
                <w:szCs w:val="38"/>
                <w:rtl/>
              </w:rPr>
              <w:t>التفرطح</w:t>
            </w:r>
            <w:proofErr w:type="spellEnd"/>
            <w:r w:rsidRPr="005117ED">
              <w:rPr>
                <w:rFonts w:cs="Sakkal Majalla"/>
                <w:color w:val="000000" w:themeColor="text1"/>
                <w:sz w:val="38"/>
                <w:szCs w:val="38"/>
              </w:rPr>
              <w:t xml:space="preserve"> = -0.19</w:t>
            </w:r>
          </w:p>
        </w:tc>
        <w:tc>
          <w:tcPr>
            <w:tcW w:w="2268"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مقبول</w:t>
            </w:r>
          </w:p>
        </w:tc>
      </w:tr>
      <w:tr w:rsidR="00FD5E07" w:rsidRPr="005117ED" w:rsidTr="005E2978">
        <w:trPr>
          <w:jc w:val="center"/>
        </w:trPr>
        <w:tc>
          <w:tcPr>
            <w:tcW w:w="1984"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القيم</w:t>
            </w:r>
            <w:r w:rsidRPr="005117ED">
              <w:rPr>
                <w:rFonts w:cs="Sakkal Majalla"/>
                <w:color w:val="000000" w:themeColor="text1"/>
                <w:sz w:val="38"/>
                <w:szCs w:val="38"/>
              </w:rPr>
              <w:t xml:space="preserve"> </w:t>
            </w:r>
            <w:r w:rsidRPr="005117ED">
              <w:rPr>
                <w:rFonts w:cs="Sakkal Majalla"/>
                <w:color w:val="000000" w:themeColor="text1"/>
                <w:sz w:val="38"/>
                <w:szCs w:val="38"/>
                <w:rtl/>
              </w:rPr>
              <w:t>المؤثرة</w:t>
            </w:r>
          </w:p>
        </w:tc>
        <w:tc>
          <w:tcPr>
            <w:tcW w:w="42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أقصى</w:t>
            </w:r>
            <w:r w:rsidRPr="005117ED">
              <w:rPr>
                <w:rFonts w:cs="Sakkal Majalla"/>
                <w:color w:val="000000" w:themeColor="text1"/>
                <w:sz w:val="38"/>
                <w:szCs w:val="38"/>
              </w:rPr>
              <w:t xml:space="preserve"> Cook’s D = 0.041</w:t>
            </w:r>
          </w:p>
        </w:tc>
        <w:tc>
          <w:tcPr>
            <w:tcW w:w="2268"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توجد</w:t>
            </w:r>
            <w:r w:rsidRPr="005117ED">
              <w:rPr>
                <w:rFonts w:cs="Sakkal Majalla"/>
                <w:color w:val="000000" w:themeColor="text1"/>
                <w:sz w:val="38"/>
                <w:szCs w:val="38"/>
              </w:rPr>
              <w:t xml:space="preserve"> </w:t>
            </w:r>
            <w:r w:rsidRPr="005117ED">
              <w:rPr>
                <w:rFonts w:cs="Sakkal Majalla"/>
                <w:color w:val="000000" w:themeColor="text1"/>
                <w:sz w:val="38"/>
                <w:szCs w:val="38"/>
                <w:rtl/>
              </w:rPr>
              <w:t>قيمة</w:t>
            </w:r>
            <w:r w:rsidRPr="005117ED">
              <w:rPr>
                <w:rFonts w:cs="Sakkal Majalla"/>
                <w:color w:val="000000" w:themeColor="text1"/>
                <w:sz w:val="38"/>
                <w:szCs w:val="38"/>
              </w:rPr>
              <w:t xml:space="preserve"> </w:t>
            </w:r>
            <w:r w:rsidRPr="005117ED">
              <w:rPr>
                <w:rFonts w:cs="Sakkal Majalla"/>
                <w:color w:val="000000" w:themeColor="text1"/>
                <w:sz w:val="38"/>
                <w:szCs w:val="38"/>
                <w:rtl/>
              </w:rPr>
              <w:t>حرجة</w:t>
            </w:r>
          </w:p>
        </w:tc>
      </w:tr>
      <w:tr w:rsidR="00FD5E07" w:rsidRPr="005117ED" w:rsidTr="005E2978">
        <w:trPr>
          <w:jc w:val="center"/>
        </w:trPr>
        <w:tc>
          <w:tcPr>
            <w:tcW w:w="1984"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التعدد</w:t>
            </w:r>
            <w:r w:rsidRPr="005117ED">
              <w:rPr>
                <w:rFonts w:cs="Sakkal Majalla"/>
                <w:color w:val="000000" w:themeColor="text1"/>
                <w:sz w:val="38"/>
                <w:szCs w:val="38"/>
              </w:rPr>
              <w:t xml:space="preserve"> </w:t>
            </w:r>
            <w:r w:rsidRPr="005117ED">
              <w:rPr>
                <w:rFonts w:cs="Sakkal Majalla"/>
                <w:color w:val="000000" w:themeColor="text1"/>
                <w:sz w:val="38"/>
                <w:szCs w:val="38"/>
                <w:rtl/>
              </w:rPr>
              <w:t>الخطي</w:t>
            </w:r>
          </w:p>
        </w:tc>
        <w:tc>
          <w:tcPr>
            <w:tcW w:w="425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جميع</w:t>
            </w:r>
            <w:r w:rsidRPr="005117ED">
              <w:rPr>
                <w:rFonts w:cs="Sakkal Majalla"/>
                <w:color w:val="000000" w:themeColor="text1"/>
                <w:sz w:val="38"/>
                <w:szCs w:val="38"/>
              </w:rPr>
              <w:t xml:space="preserve"> </w:t>
            </w:r>
            <w:r w:rsidRPr="005117ED">
              <w:rPr>
                <w:rFonts w:cs="Sakkal Majalla"/>
                <w:color w:val="000000" w:themeColor="text1"/>
                <w:sz w:val="38"/>
                <w:szCs w:val="38"/>
                <w:rtl/>
              </w:rPr>
              <w:t>قيم</w:t>
            </w:r>
            <w:r w:rsidRPr="005117ED">
              <w:rPr>
                <w:rFonts w:cs="Sakkal Majalla"/>
                <w:color w:val="000000" w:themeColor="text1"/>
                <w:sz w:val="38"/>
                <w:szCs w:val="38"/>
              </w:rPr>
              <w:t xml:space="preserve"> VIF </w:t>
            </w:r>
            <w:r w:rsidRPr="005117ED">
              <w:rPr>
                <w:rFonts w:cs="Sakkal Majalla"/>
                <w:color w:val="000000" w:themeColor="text1"/>
                <w:sz w:val="38"/>
                <w:szCs w:val="38"/>
                <w:rtl/>
              </w:rPr>
              <w:t>دون</w:t>
            </w:r>
            <w:r w:rsidRPr="005117ED">
              <w:rPr>
                <w:rFonts w:cs="Sakkal Majalla"/>
                <w:color w:val="000000" w:themeColor="text1"/>
                <w:sz w:val="38"/>
                <w:szCs w:val="38"/>
              </w:rPr>
              <w:t xml:space="preserve"> 5</w:t>
            </w:r>
          </w:p>
        </w:tc>
        <w:tc>
          <w:tcPr>
            <w:tcW w:w="2268"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مقبول</w:t>
            </w:r>
          </w:p>
        </w:tc>
      </w:tr>
      <w:tr w:rsidR="00FD5E07" w:rsidRPr="005117ED" w:rsidTr="005E2978">
        <w:trPr>
          <w:jc w:val="center"/>
        </w:trPr>
        <w:tc>
          <w:tcPr>
            <w:tcW w:w="1984"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حجم</w:t>
            </w:r>
            <w:r w:rsidRPr="005117ED">
              <w:rPr>
                <w:rFonts w:cs="Sakkal Majalla"/>
                <w:color w:val="000000" w:themeColor="text1"/>
                <w:sz w:val="38"/>
                <w:szCs w:val="38"/>
              </w:rPr>
              <w:t xml:space="preserve"> </w:t>
            </w:r>
            <w:r w:rsidRPr="005117ED">
              <w:rPr>
                <w:rFonts w:cs="Sakkal Majalla"/>
                <w:color w:val="000000" w:themeColor="text1"/>
                <w:sz w:val="38"/>
                <w:szCs w:val="38"/>
                <w:rtl/>
              </w:rPr>
              <w:t>العينة</w:t>
            </w:r>
          </w:p>
        </w:tc>
        <w:tc>
          <w:tcPr>
            <w:tcW w:w="425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Pr>
              <w:t xml:space="preserve">286 </w:t>
            </w:r>
            <w:r w:rsidRPr="005117ED">
              <w:rPr>
                <w:rFonts w:cs="Sakkal Majalla"/>
                <w:color w:val="000000" w:themeColor="text1"/>
                <w:sz w:val="38"/>
                <w:szCs w:val="38"/>
                <w:rtl/>
              </w:rPr>
              <w:t>مقابل</w:t>
            </w:r>
            <w:r w:rsidRPr="005117ED">
              <w:rPr>
                <w:rFonts w:cs="Sakkal Majalla"/>
                <w:color w:val="000000" w:themeColor="text1"/>
                <w:sz w:val="38"/>
                <w:szCs w:val="38"/>
              </w:rPr>
              <w:t xml:space="preserve"> 4 </w:t>
            </w:r>
            <w:r w:rsidRPr="005117ED">
              <w:rPr>
                <w:rFonts w:cs="Sakkal Majalla"/>
                <w:color w:val="000000" w:themeColor="text1"/>
                <w:sz w:val="38"/>
                <w:szCs w:val="38"/>
                <w:rtl/>
              </w:rPr>
              <w:t>متغيرات</w:t>
            </w:r>
            <w:r w:rsidRPr="005117ED">
              <w:rPr>
                <w:rFonts w:cs="Sakkal Majalla"/>
                <w:color w:val="000000" w:themeColor="text1"/>
                <w:sz w:val="38"/>
                <w:szCs w:val="38"/>
              </w:rPr>
              <w:t xml:space="preserve"> </w:t>
            </w:r>
            <w:r w:rsidRPr="005117ED">
              <w:rPr>
                <w:rFonts w:cs="Sakkal Majalla"/>
                <w:color w:val="000000" w:themeColor="text1"/>
                <w:sz w:val="38"/>
                <w:szCs w:val="38"/>
                <w:rtl/>
              </w:rPr>
              <w:t>مستقلة</w:t>
            </w:r>
          </w:p>
        </w:tc>
        <w:tc>
          <w:tcPr>
            <w:tcW w:w="2268"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كافٍ</w:t>
            </w:r>
            <w:r w:rsidRPr="005117ED">
              <w:rPr>
                <w:rFonts w:cs="Sakkal Majalla"/>
                <w:color w:val="000000" w:themeColor="text1"/>
                <w:sz w:val="38"/>
                <w:szCs w:val="38"/>
              </w:rPr>
              <w:t xml:space="preserve"> </w:t>
            </w:r>
            <w:r w:rsidRPr="005117ED">
              <w:rPr>
                <w:rFonts w:cs="Sakkal Majalla"/>
                <w:color w:val="000000" w:themeColor="text1"/>
                <w:sz w:val="38"/>
                <w:szCs w:val="38"/>
                <w:rtl/>
              </w:rPr>
              <w:t>للنموذج</w:t>
            </w:r>
            <w:r w:rsidRPr="005117ED">
              <w:rPr>
                <w:rFonts w:cs="Sakkal Majalla"/>
                <w:color w:val="000000" w:themeColor="text1"/>
                <w:sz w:val="38"/>
                <w:szCs w:val="38"/>
              </w:rPr>
              <w:t xml:space="preserve"> </w:t>
            </w:r>
            <w:r w:rsidRPr="005117ED">
              <w:rPr>
                <w:rFonts w:cs="Sakkal Majalla"/>
                <w:color w:val="000000" w:themeColor="text1"/>
                <w:sz w:val="38"/>
                <w:szCs w:val="38"/>
                <w:rtl/>
              </w:rPr>
              <w:t>التطبيقي</w:t>
            </w:r>
          </w:p>
        </w:tc>
      </w:tr>
    </w:tbl>
    <w:p w:rsidR="005E2978" w:rsidRDefault="005E2978" w:rsidP="005E2978">
      <w:pPr>
        <w:spacing w:before="0"/>
        <w:ind w:firstLine="0"/>
        <w:jc w:val="center"/>
        <w:outlineLvl w:val="0"/>
        <w:rPr>
          <w:rFonts w:eastAsia="Times New Roman" w:cs="Sakkal Majalla"/>
          <w:b/>
          <w:bCs/>
          <w:color w:val="000000" w:themeColor="text1"/>
          <w:sz w:val="40"/>
          <w:szCs w:val="40"/>
          <w:rtl/>
        </w:rPr>
      </w:pPr>
    </w:p>
    <w:p w:rsidR="005E2978" w:rsidRDefault="005E2978">
      <w:pPr>
        <w:bidi w:val="0"/>
        <w:spacing w:before="0" w:after="160" w:line="259" w:lineRule="auto"/>
        <w:ind w:firstLine="0"/>
        <w:jc w:val="left"/>
        <w:rPr>
          <w:rFonts w:eastAsia="Times New Roman" w:cs="Sakkal Majalla"/>
          <w:b/>
          <w:bCs/>
          <w:color w:val="000000" w:themeColor="text1"/>
          <w:sz w:val="40"/>
          <w:szCs w:val="40"/>
          <w:rtl/>
        </w:rPr>
      </w:pPr>
      <w:r>
        <w:rPr>
          <w:rFonts w:eastAsia="Times New Roman" w:cs="Sakkal Majalla"/>
          <w:b/>
          <w:bCs/>
          <w:color w:val="000000" w:themeColor="text1"/>
          <w:sz w:val="40"/>
          <w:szCs w:val="40"/>
          <w:rtl/>
        </w:rPr>
        <w:br w:type="page"/>
      </w:r>
    </w:p>
    <w:p w:rsidR="00FD5E07" w:rsidRPr="005117ED" w:rsidRDefault="00FD5E07" w:rsidP="005E2978">
      <w:pPr>
        <w:spacing w:before="0"/>
        <w:ind w:firstLine="0"/>
        <w:jc w:val="center"/>
        <w:outlineLvl w:val="0"/>
        <w:rPr>
          <w:rFonts w:eastAsia="Times New Roman" w:cs="Sakkal Majalla"/>
          <w:b/>
          <w:bCs/>
          <w:color w:val="000000" w:themeColor="text1"/>
          <w:sz w:val="40"/>
          <w:szCs w:val="40"/>
        </w:rPr>
      </w:pPr>
      <w:bookmarkStart w:id="79" w:name="_Toc233322026"/>
      <w:r w:rsidRPr="005117ED">
        <w:rPr>
          <w:rFonts w:eastAsia="Times New Roman" w:cs="Sakkal Majalla"/>
          <w:b/>
          <w:bCs/>
          <w:color w:val="000000" w:themeColor="text1"/>
          <w:sz w:val="40"/>
          <w:szCs w:val="40"/>
          <w:rtl/>
        </w:rPr>
        <w:lastRenderedPageBreak/>
        <w:t>قراءة</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موسعة</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للنتائج</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وتفسيرها</w:t>
      </w:r>
      <w:r w:rsidR="005E2978">
        <w:rPr>
          <w:rFonts w:eastAsia="Times New Roman" w:cs="Sakkal Majalla" w:hint="cs"/>
          <w:b/>
          <w:bCs/>
          <w:color w:val="000000" w:themeColor="text1"/>
          <w:sz w:val="40"/>
          <w:szCs w:val="40"/>
          <w:rtl/>
        </w:rPr>
        <w:t>:</w:t>
      </w:r>
      <w:bookmarkEnd w:id="79"/>
      <w:r w:rsidR="005E2978">
        <w:rPr>
          <w:rFonts w:eastAsia="Times New Roman" w:cs="Sakkal Majalla" w:hint="cs"/>
          <w:b/>
          <w:bCs/>
          <w:color w:val="000000" w:themeColor="text1"/>
          <w:sz w:val="40"/>
          <w:szCs w:val="40"/>
          <w:rtl/>
        </w:rPr>
        <w:t xml:space="preserve"> </w:t>
      </w:r>
    </w:p>
    <w:p w:rsidR="00FD5E07" w:rsidRPr="005117ED" w:rsidRDefault="00FD5E07" w:rsidP="005E2978">
      <w:pPr>
        <w:spacing w:before="0"/>
        <w:ind w:firstLine="720"/>
        <w:jc w:val="both"/>
        <w:rPr>
          <w:rFonts w:cs="Sakkal Majalla"/>
          <w:color w:val="000000" w:themeColor="text1"/>
          <w:sz w:val="38"/>
          <w:szCs w:val="38"/>
        </w:rPr>
      </w:pPr>
      <w:r w:rsidRPr="005117ED">
        <w:rPr>
          <w:rFonts w:cs="Sakkal Majalla"/>
          <w:color w:val="000000" w:themeColor="text1"/>
          <w:sz w:val="38"/>
          <w:szCs w:val="38"/>
          <w:rtl/>
        </w:rPr>
        <w:t>يتطلب</w:t>
      </w:r>
      <w:r w:rsidRPr="005117ED">
        <w:rPr>
          <w:rFonts w:cs="Sakkal Majalla"/>
          <w:color w:val="000000" w:themeColor="text1"/>
          <w:sz w:val="38"/>
          <w:szCs w:val="38"/>
        </w:rPr>
        <w:t xml:space="preserve"> </w:t>
      </w:r>
      <w:r w:rsidRPr="005117ED">
        <w:rPr>
          <w:rFonts w:cs="Sakkal Majalla"/>
          <w:color w:val="000000" w:themeColor="text1"/>
          <w:sz w:val="38"/>
          <w:szCs w:val="38"/>
          <w:rtl/>
        </w:rPr>
        <w:t>تفسير</w:t>
      </w:r>
      <w:r w:rsidRPr="005117ED">
        <w:rPr>
          <w:rFonts w:cs="Sakkal Majalla"/>
          <w:color w:val="000000" w:themeColor="text1"/>
          <w:sz w:val="38"/>
          <w:szCs w:val="38"/>
        </w:rPr>
        <w:t xml:space="preserve"> </w:t>
      </w:r>
      <w:r w:rsidRPr="005117ED">
        <w:rPr>
          <w:rFonts w:cs="Sakkal Majalla"/>
          <w:color w:val="000000" w:themeColor="text1"/>
          <w:sz w:val="38"/>
          <w:szCs w:val="38"/>
          <w:rtl/>
        </w:rPr>
        <w:t>النتائج</w:t>
      </w:r>
      <w:r w:rsidRPr="005117ED">
        <w:rPr>
          <w:rFonts w:cs="Sakkal Majalla"/>
          <w:color w:val="000000" w:themeColor="text1"/>
          <w:sz w:val="38"/>
          <w:szCs w:val="38"/>
        </w:rPr>
        <w:t xml:space="preserve"> </w:t>
      </w:r>
      <w:r w:rsidRPr="005117ED">
        <w:rPr>
          <w:rFonts w:cs="Sakkal Majalla"/>
          <w:color w:val="000000" w:themeColor="text1"/>
          <w:sz w:val="38"/>
          <w:szCs w:val="38"/>
          <w:rtl/>
        </w:rPr>
        <w:t>التمييز</w:t>
      </w:r>
      <w:r w:rsidRPr="005117ED">
        <w:rPr>
          <w:rFonts w:cs="Sakkal Majalla"/>
          <w:color w:val="000000" w:themeColor="text1"/>
          <w:sz w:val="38"/>
          <w:szCs w:val="38"/>
        </w:rPr>
        <w:t xml:space="preserve"> </w:t>
      </w:r>
      <w:r w:rsidRPr="005117ED">
        <w:rPr>
          <w:rFonts w:cs="Sakkal Majalla"/>
          <w:color w:val="000000" w:themeColor="text1"/>
          <w:sz w:val="38"/>
          <w:szCs w:val="38"/>
          <w:rtl/>
        </w:rPr>
        <w:t>بين</w:t>
      </w:r>
      <w:r w:rsidRPr="005117ED">
        <w:rPr>
          <w:rFonts w:cs="Sakkal Majalla"/>
          <w:color w:val="000000" w:themeColor="text1"/>
          <w:sz w:val="38"/>
          <w:szCs w:val="38"/>
        </w:rPr>
        <w:t xml:space="preserve"> </w:t>
      </w:r>
      <w:r w:rsidRPr="005117ED">
        <w:rPr>
          <w:rFonts w:cs="Sakkal Majalla"/>
          <w:color w:val="000000" w:themeColor="text1"/>
          <w:sz w:val="38"/>
          <w:szCs w:val="38"/>
          <w:rtl/>
        </w:rPr>
        <w:t>الارتفاع</w:t>
      </w:r>
      <w:r w:rsidRPr="005117ED">
        <w:rPr>
          <w:rFonts w:cs="Sakkal Majalla"/>
          <w:color w:val="000000" w:themeColor="text1"/>
          <w:sz w:val="38"/>
          <w:szCs w:val="38"/>
        </w:rPr>
        <w:t xml:space="preserve"> </w:t>
      </w:r>
      <w:r w:rsidRPr="005117ED">
        <w:rPr>
          <w:rFonts w:cs="Sakkal Majalla"/>
          <w:color w:val="000000" w:themeColor="text1"/>
          <w:sz w:val="38"/>
          <w:szCs w:val="38"/>
          <w:rtl/>
        </w:rPr>
        <w:t>الوصفي</w:t>
      </w:r>
      <w:r w:rsidRPr="005117ED">
        <w:rPr>
          <w:rFonts w:cs="Sakkal Majalla"/>
          <w:color w:val="000000" w:themeColor="text1"/>
          <w:sz w:val="38"/>
          <w:szCs w:val="38"/>
        </w:rPr>
        <w:t xml:space="preserve"> </w:t>
      </w:r>
      <w:r w:rsidRPr="005117ED">
        <w:rPr>
          <w:rFonts w:cs="Sakkal Majalla"/>
          <w:color w:val="000000" w:themeColor="text1"/>
          <w:sz w:val="38"/>
          <w:szCs w:val="38"/>
          <w:rtl/>
        </w:rPr>
        <w:t>وبين</w:t>
      </w:r>
      <w:r w:rsidRPr="005117ED">
        <w:rPr>
          <w:rFonts w:cs="Sakkal Majalla"/>
          <w:color w:val="000000" w:themeColor="text1"/>
          <w:sz w:val="38"/>
          <w:szCs w:val="38"/>
        </w:rPr>
        <w:t xml:space="preserve"> </w:t>
      </w:r>
      <w:r w:rsidRPr="005117ED">
        <w:rPr>
          <w:rFonts w:cs="Sakkal Majalla"/>
          <w:color w:val="000000" w:themeColor="text1"/>
          <w:sz w:val="38"/>
          <w:szCs w:val="38"/>
          <w:rtl/>
        </w:rPr>
        <w:t>الاكتمال</w:t>
      </w:r>
      <w:r w:rsidRPr="005117ED">
        <w:rPr>
          <w:rFonts w:cs="Sakkal Majalla"/>
          <w:color w:val="000000" w:themeColor="text1"/>
          <w:sz w:val="38"/>
          <w:szCs w:val="38"/>
        </w:rPr>
        <w:t xml:space="preserve"> </w:t>
      </w:r>
      <w:r w:rsidRPr="005117ED">
        <w:rPr>
          <w:rFonts w:cs="Sakkal Majalla"/>
          <w:color w:val="000000" w:themeColor="text1"/>
          <w:sz w:val="38"/>
          <w:szCs w:val="38"/>
          <w:rtl/>
        </w:rPr>
        <w:t>المؤسسي</w:t>
      </w:r>
      <w:r w:rsidRPr="005117ED">
        <w:rPr>
          <w:rFonts w:cs="Sakkal Majalla"/>
          <w:color w:val="000000" w:themeColor="text1"/>
          <w:sz w:val="38"/>
          <w:szCs w:val="38"/>
        </w:rPr>
        <w:t xml:space="preserve">. </w:t>
      </w:r>
      <w:r w:rsidRPr="005117ED">
        <w:rPr>
          <w:rFonts w:cs="Sakkal Majalla"/>
          <w:color w:val="000000" w:themeColor="text1"/>
          <w:sz w:val="38"/>
          <w:szCs w:val="38"/>
          <w:rtl/>
        </w:rPr>
        <w:t>فحصول</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مستوى</w:t>
      </w:r>
      <w:r w:rsidRPr="005117ED">
        <w:rPr>
          <w:rFonts w:cs="Sakkal Majalla"/>
          <w:color w:val="000000" w:themeColor="text1"/>
          <w:sz w:val="38"/>
          <w:szCs w:val="38"/>
        </w:rPr>
        <w:t xml:space="preserve"> </w:t>
      </w:r>
      <w:r w:rsidRPr="005117ED">
        <w:rPr>
          <w:rFonts w:cs="Sakkal Majalla"/>
          <w:color w:val="000000" w:themeColor="text1"/>
          <w:sz w:val="38"/>
          <w:szCs w:val="38"/>
          <w:rtl/>
        </w:rPr>
        <w:t>مرتفع</w:t>
      </w:r>
      <w:r w:rsidRPr="005117ED">
        <w:rPr>
          <w:rFonts w:cs="Sakkal Majalla"/>
          <w:color w:val="000000" w:themeColor="text1"/>
          <w:sz w:val="38"/>
          <w:szCs w:val="38"/>
        </w:rPr>
        <w:t xml:space="preserve"> </w:t>
      </w:r>
      <w:r w:rsidRPr="005117ED">
        <w:rPr>
          <w:rFonts w:cs="Sakkal Majalla"/>
          <w:color w:val="000000" w:themeColor="text1"/>
          <w:sz w:val="38"/>
          <w:szCs w:val="38"/>
          <w:rtl/>
        </w:rPr>
        <w:t>يعني</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المشاركين</w:t>
      </w:r>
      <w:r w:rsidRPr="005117ED">
        <w:rPr>
          <w:rFonts w:cs="Sakkal Majalla"/>
          <w:color w:val="000000" w:themeColor="text1"/>
          <w:sz w:val="38"/>
          <w:szCs w:val="38"/>
        </w:rPr>
        <w:t xml:space="preserve"> </w:t>
      </w:r>
      <w:r w:rsidRPr="005117ED">
        <w:rPr>
          <w:rFonts w:cs="Sakkal Majalla"/>
          <w:color w:val="000000" w:themeColor="text1"/>
          <w:sz w:val="38"/>
          <w:szCs w:val="38"/>
          <w:rtl/>
        </w:rPr>
        <w:t>يدركون</w:t>
      </w:r>
      <w:r w:rsidRPr="005117ED">
        <w:rPr>
          <w:rFonts w:cs="Sakkal Majalla"/>
          <w:color w:val="000000" w:themeColor="text1"/>
          <w:sz w:val="38"/>
          <w:szCs w:val="38"/>
        </w:rPr>
        <w:t xml:space="preserve"> </w:t>
      </w:r>
      <w:r w:rsidRPr="005117ED">
        <w:rPr>
          <w:rFonts w:cs="Sakkal Majalla"/>
          <w:color w:val="000000" w:themeColor="text1"/>
          <w:sz w:val="38"/>
          <w:szCs w:val="38"/>
          <w:rtl/>
        </w:rPr>
        <w:t>حضورًا</w:t>
      </w:r>
      <w:r w:rsidRPr="005117ED">
        <w:rPr>
          <w:rFonts w:cs="Sakkal Majalla"/>
          <w:color w:val="000000" w:themeColor="text1"/>
          <w:sz w:val="38"/>
          <w:szCs w:val="38"/>
        </w:rPr>
        <w:t xml:space="preserve"> </w:t>
      </w:r>
      <w:r w:rsidRPr="005117ED">
        <w:rPr>
          <w:rFonts w:cs="Sakkal Majalla"/>
          <w:color w:val="000000" w:themeColor="text1"/>
          <w:sz w:val="38"/>
          <w:szCs w:val="38"/>
          <w:rtl/>
        </w:rPr>
        <w:t>جيدًا</w:t>
      </w:r>
      <w:r w:rsidRPr="005117ED">
        <w:rPr>
          <w:rFonts w:cs="Sakkal Majalla"/>
          <w:color w:val="000000" w:themeColor="text1"/>
          <w:sz w:val="38"/>
          <w:szCs w:val="38"/>
        </w:rPr>
        <w:t xml:space="preserve"> </w:t>
      </w:r>
      <w:r w:rsidRPr="005117ED">
        <w:rPr>
          <w:rFonts w:cs="Sakkal Majalla"/>
          <w:color w:val="000000" w:themeColor="text1"/>
          <w:sz w:val="38"/>
          <w:szCs w:val="38"/>
          <w:rtl/>
        </w:rPr>
        <w:t>للسلوكيات</w:t>
      </w:r>
      <w:r w:rsidRPr="005117ED">
        <w:rPr>
          <w:rFonts w:cs="Sakkal Majalla"/>
          <w:color w:val="000000" w:themeColor="text1"/>
          <w:sz w:val="38"/>
          <w:szCs w:val="38"/>
        </w:rPr>
        <w:t xml:space="preserve"> </w:t>
      </w:r>
      <w:r w:rsidRPr="005117ED">
        <w:rPr>
          <w:rFonts w:cs="Sakkal Majalla"/>
          <w:color w:val="000000" w:themeColor="text1"/>
          <w:sz w:val="38"/>
          <w:szCs w:val="38"/>
          <w:rtl/>
        </w:rPr>
        <w:t>المقاسة،</w:t>
      </w:r>
      <w:r w:rsidRPr="005117ED">
        <w:rPr>
          <w:rFonts w:cs="Sakkal Majalla"/>
          <w:color w:val="000000" w:themeColor="text1"/>
          <w:sz w:val="38"/>
          <w:szCs w:val="38"/>
        </w:rPr>
        <w:t xml:space="preserve"> </w:t>
      </w:r>
      <w:r w:rsidRPr="005117ED">
        <w:rPr>
          <w:rFonts w:cs="Sakkal Majalla"/>
          <w:color w:val="000000" w:themeColor="text1"/>
          <w:sz w:val="38"/>
          <w:szCs w:val="38"/>
          <w:rtl/>
        </w:rPr>
        <w:t>لكنه</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يعني</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الممارسة</w:t>
      </w:r>
      <w:r w:rsidRPr="005117ED">
        <w:rPr>
          <w:rFonts w:cs="Sakkal Majalla"/>
          <w:color w:val="000000" w:themeColor="text1"/>
          <w:sz w:val="38"/>
          <w:szCs w:val="38"/>
        </w:rPr>
        <w:t xml:space="preserve"> </w:t>
      </w:r>
      <w:r w:rsidRPr="005117ED">
        <w:rPr>
          <w:rFonts w:cs="Sakkal Majalla"/>
          <w:color w:val="000000" w:themeColor="text1"/>
          <w:sz w:val="38"/>
          <w:szCs w:val="38"/>
          <w:rtl/>
        </w:rPr>
        <w:t>متجانسة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جميع</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المنشآت</w:t>
      </w:r>
      <w:r w:rsidRPr="005117ED">
        <w:rPr>
          <w:rFonts w:cs="Sakkal Majalla"/>
          <w:color w:val="000000" w:themeColor="text1"/>
          <w:sz w:val="38"/>
          <w:szCs w:val="38"/>
        </w:rPr>
        <w:t xml:space="preserve"> </w:t>
      </w:r>
      <w:r w:rsidRPr="005117ED">
        <w:rPr>
          <w:rFonts w:cs="Sakkal Majalla"/>
          <w:color w:val="000000" w:themeColor="text1"/>
          <w:sz w:val="38"/>
          <w:szCs w:val="38"/>
          <w:rtl/>
        </w:rPr>
        <w:t>أو</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جميع</w:t>
      </w:r>
      <w:r w:rsidRPr="005117ED">
        <w:rPr>
          <w:rFonts w:cs="Sakkal Majalla"/>
          <w:color w:val="000000" w:themeColor="text1"/>
          <w:sz w:val="38"/>
          <w:szCs w:val="38"/>
        </w:rPr>
        <w:t xml:space="preserve"> </w:t>
      </w:r>
      <w:r w:rsidRPr="005117ED">
        <w:rPr>
          <w:rFonts w:cs="Sakkal Majalla"/>
          <w:color w:val="000000" w:themeColor="text1"/>
          <w:sz w:val="38"/>
          <w:szCs w:val="38"/>
          <w:rtl/>
        </w:rPr>
        <w:t>جوانبها</w:t>
      </w:r>
      <w:r w:rsidRPr="005117ED">
        <w:rPr>
          <w:rFonts w:cs="Sakkal Majalla"/>
          <w:color w:val="000000" w:themeColor="text1"/>
          <w:sz w:val="38"/>
          <w:szCs w:val="38"/>
        </w:rPr>
        <w:t xml:space="preserve"> </w:t>
      </w:r>
      <w:r w:rsidRPr="005117ED">
        <w:rPr>
          <w:rFonts w:cs="Sakkal Majalla"/>
          <w:color w:val="000000" w:themeColor="text1"/>
          <w:sz w:val="38"/>
          <w:szCs w:val="38"/>
          <w:rtl/>
        </w:rPr>
        <w:t>وصلت</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المستوى</w:t>
      </w:r>
      <w:r w:rsidRPr="005117ED">
        <w:rPr>
          <w:rFonts w:cs="Sakkal Majalla"/>
          <w:color w:val="000000" w:themeColor="text1"/>
          <w:sz w:val="38"/>
          <w:szCs w:val="38"/>
        </w:rPr>
        <w:t xml:space="preserve"> </w:t>
      </w:r>
      <w:r w:rsidRPr="005117ED">
        <w:rPr>
          <w:rFonts w:cs="Sakkal Majalla"/>
          <w:color w:val="000000" w:themeColor="text1"/>
          <w:sz w:val="38"/>
          <w:szCs w:val="38"/>
          <w:rtl/>
        </w:rPr>
        <w:t>الأمثل</w:t>
      </w:r>
      <w:r w:rsidRPr="005117ED">
        <w:rPr>
          <w:rFonts w:cs="Sakkal Majalla"/>
          <w:color w:val="000000" w:themeColor="text1"/>
          <w:sz w:val="38"/>
          <w:szCs w:val="38"/>
        </w:rPr>
        <w:t xml:space="preserve">. </w:t>
      </w:r>
      <w:r w:rsidRPr="005117ED">
        <w:rPr>
          <w:rFonts w:cs="Sakkal Majalla"/>
          <w:color w:val="000000" w:themeColor="text1"/>
          <w:sz w:val="38"/>
          <w:szCs w:val="38"/>
          <w:rtl/>
        </w:rPr>
        <w:t>ويظهر</w:t>
      </w:r>
      <w:r w:rsidRPr="005117ED">
        <w:rPr>
          <w:rFonts w:cs="Sakkal Majalla"/>
          <w:color w:val="000000" w:themeColor="text1"/>
          <w:sz w:val="38"/>
          <w:szCs w:val="38"/>
        </w:rPr>
        <w:t xml:space="preserve"> </w:t>
      </w:r>
      <w:r w:rsidRPr="005117ED">
        <w:rPr>
          <w:rFonts w:cs="Sakkal Majalla"/>
          <w:color w:val="000000" w:themeColor="text1"/>
          <w:sz w:val="38"/>
          <w:szCs w:val="38"/>
          <w:rtl/>
        </w:rPr>
        <w:t>ترتيب</w:t>
      </w:r>
      <w:r w:rsidRPr="005117ED">
        <w:rPr>
          <w:rFonts w:cs="Sakkal Majalla"/>
          <w:color w:val="000000" w:themeColor="text1"/>
          <w:sz w:val="38"/>
          <w:szCs w:val="38"/>
        </w:rPr>
        <w:t xml:space="preserve"> </w:t>
      </w:r>
      <w:r w:rsidRPr="005117ED">
        <w:rPr>
          <w:rFonts w:cs="Sakkal Majalla"/>
          <w:color w:val="000000" w:themeColor="text1"/>
          <w:sz w:val="38"/>
          <w:szCs w:val="38"/>
          <w:rtl/>
        </w:rPr>
        <w:t>الأبعاد</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القدوة</w:t>
      </w:r>
      <w:r w:rsidRPr="005117ED">
        <w:rPr>
          <w:rFonts w:cs="Sakkal Majalla"/>
          <w:color w:val="000000" w:themeColor="text1"/>
          <w:sz w:val="38"/>
          <w:szCs w:val="38"/>
        </w:rPr>
        <w:t xml:space="preserve"> </w:t>
      </w:r>
      <w:r w:rsidRPr="005117ED">
        <w:rPr>
          <w:rFonts w:cs="Sakkal Majalla"/>
          <w:color w:val="000000" w:themeColor="text1"/>
          <w:sz w:val="38"/>
          <w:szCs w:val="38"/>
          <w:rtl/>
        </w:rPr>
        <w:t>والرؤية</w:t>
      </w:r>
      <w:r w:rsidRPr="005117ED">
        <w:rPr>
          <w:rFonts w:cs="Sakkal Majalla"/>
          <w:color w:val="000000" w:themeColor="text1"/>
          <w:sz w:val="38"/>
          <w:szCs w:val="38"/>
        </w:rPr>
        <w:t xml:space="preserve"> </w:t>
      </w:r>
      <w:r w:rsidRPr="005117ED">
        <w:rPr>
          <w:rFonts w:cs="Sakkal Majalla"/>
          <w:color w:val="000000" w:themeColor="text1"/>
          <w:sz w:val="38"/>
          <w:szCs w:val="38"/>
          <w:rtl/>
        </w:rPr>
        <w:t>أكثر</w:t>
      </w:r>
      <w:r w:rsidRPr="005117ED">
        <w:rPr>
          <w:rFonts w:cs="Sakkal Majalla"/>
          <w:color w:val="000000" w:themeColor="text1"/>
          <w:sz w:val="38"/>
          <w:szCs w:val="38"/>
        </w:rPr>
        <w:t xml:space="preserve"> </w:t>
      </w:r>
      <w:r w:rsidRPr="005117ED">
        <w:rPr>
          <w:rFonts w:cs="Sakkal Majalla"/>
          <w:color w:val="000000" w:themeColor="text1"/>
          <w:sz w:val="38"/>
          <w:szCs w:val="38"/>
          <w:rtl/>
        </w:rPr>
        <w:t>حضورًا</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العناية</w:t>
      </w:r>
      <w:r w:rsidRPr="005117ED">
        <w:rPr>
          <w:rFonts w:cs="Sakkal Majalla"/>
          <w:color w:val="000000" w:themeColor="text1"/>
          <w:sz w:val="38"/>
          <w:szCs w:val="38"/>
        </w:rPr>
        <w:t xml:space="preserve"> </w:t>
      </w:r>
      <w:r w:rsidRPr="005117ED">
        <w:rPr>
          <w:rFonts w:cs="Sakkal Majalla"/>
          <w:color w:val="000000" w:themeColor="text1"/>
          <w:sz w:val="38"/>
          <w:szCs w:val="38"/>
          <w:rtl/>
        </w:rPr>
        <w:t>الفردية،</w:t>
      </w:r>
      <w:r w:rsidRPr="005117ED">
        <w:rPr>
          <w:rFonts w:cs="Sakkal Majalla"/>
          <w:color w:val="000000" w:themeColor="text1"/>
          <w:sz w:val="38"/>
          <w:szCs w:val="38"/>
        </w:rPr>
        <w:t xml:space="preserve"> </w:t>
      </w:r>
      <w:r w:rsidRPr="005117ED">
        <w:rPr>
          <w:rFonts w:cs="Sakkal Majalla"/>
          <w:color w:val="000000" w:themeColor="text1"/>
          <w:sz w:val="38"/>
          <w:szCs w:val="38"/>
          <w:rtl/>
        </w:rPr>
        <w:t>وهو</w:t>
      </w:r>
      <w:r w:rsidRPr="005117ED">
        <w:rPr>
          <w:rFonts w:cs="Sakkal Majalla"/>
          <w:color w:val="000000" w:themeColor="text1"/>
          <w:sz w:val="38"/>
          <w:szCs w:val="38"/>
        </w:rPr>
        <w:t xml:space="preserve"> </w:t>
      </w:r>
      <w:r w:rsidRPr="005117ED">
        <w:rPr>
          <w:rFonts w:cs="Sakkal Majalla"/>
          <w:color w:val="000000" w:themeColor="text1"/>
          <w:sz w:val="38"/>
          <w:szCs w:val="38"/>
          <w:rtl/>
        </w:rPr>
        <w:t>نمط</w:t>
      </w:r>
      <w:r w:rsidRPr="005117ED">
        <w:rPr>
          <w:rFonts w:cs="Sakkal Majalla"/>
          <w:color w:val="000000" w:themeColor="text1"/>
          <w:sz w:val="38"/>
          <w:szCs w:val="38"/>
        </w:rPr>
        <w:t xml:space="preserve"> </w:t>
      </w:r>
      <w:r w:rsidRPr="005117ED">
        <w:rPr>
          <w:rFonts w:cs="Sakkal Majalla"/>
          <w:color w:val="000000" w:themeColor="text1"/>
          <w:sz w:val="38"/>
          <w:szCs w:val="38"/>
          <w:rtl/>
        </w:rPr>
        <w:t>مفهوم</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المنشآت</w:t>
      </w:r>
      <w:r w:rsidRPr="005117ED">
        <w:rPr>
          <w:rFonts w:cs="Sakkal Majalla"/>
          <w:color w:val="000000" w:themeColor="text1"/>
          <w:sz w:val="38"/>
          <w:szCs w:val="38"/>
        </w:rPr>
        <w:t xml:space="preserve"> </w:t>
      </w:r>
      <w:r w:rsidRPr="005117ED">
        <w:rPr>
          <w:rFonts w:cs="Sakkal Majalla"/>
          <w:color w:val="000000" w:themeColor="text1"/>
          <w:sz w:val="38"/>
          <w:szCs w:val="38"/>
          <w:rtl/>
        </w:rPr>
        <w:t>التي</w:t>
      </w:r>
      <w:r w:rsidRPr="005117ED">
        <w:rPr>
          <w:rFonts w:cs="Sakkal Majalla"/>
          <w:color w:val="000000" w:themeColor="text1"/>
          <w:sz w:val="38"/>
          <w:szCs w:val="38"/>
        </w:rPr>
        <w:t xml:space="preserve"> </w:t>
      </w:r>
      <w:r w:rsidRPr="005117ED">
        <w:rPr>
          <w:rFonts w:cs="Sakkal Majalla"/>
          <w:color w:val="000000" w:themeColor="text1"/>
          <w:sz w:val="38"/>
          <w:szCs w:val="38"/>
          <w:rtl/>
        </w:rPr>
        <w:t>ينشغل</w:t>
      </w:r>
      <w:r w:rsidRPr="005117ED">
        <w:rPr>
          <w:rFonts w:cs="Sakkal Majalla"/>
          <w:color w:val="000000" w:themeColor="text1"/>
          <w:sz w:val="38"/>
          <w:szCs w:val="38"/>
        </w:rPr>
        <w:t xml:space="preserve"> </w:t>
      </w:r>
      <w:r w:rsidRPr="005117ED">
        <w:rPr>
          <w:rFonts w:cs="Sakkal Majalla"/>
          <w:color w:val="000000" w:themeColor="text1"/>
          <w:sz w:val="38"/>
          <w:szCs w:val="38"/>
          <w:rtl/>
        </w:rPr>
        <w:t>مديروها</w:t>
      </w:r>
      <w:r w:rsidRPr="005117ED">
        <w:rPr>
          <w:rFonts w:cs="Sakkal Majalla"/>
          <w:color w:val="000000" w:themeColor="text1"/>
          <w:sz w:val="38"/>
          <w:szCs w:val="38"/>
        </w:rPr>
        <w:t xml:space="preserve"> </w:t>
      </w:r>
      <w:r w:rsidRPr="005117ED">
        <w:rPr>
          <w:rFonts w:cs="Sakkal Majalla"/>
          <w:color w:val="000000" w:themeColor="text1"/>
          <w:sz w:val="38"/>
          <w:szCs w:val="38"/>
          <w:rtl/>
        </w:rPr>
        <w:t>بالعمليات</w:t>
      </w:r>
      <w:r w:rsidRPr="005117ED">
        <w:rPr>
          <w:rFonts w:cs="Sakkal Majalla"/>
          <w:color w:val="000000" w:themeColor="text1"/>
          <w:sz w:val="38"/>
          <w:szCs w:val="38"/>
        </w:rPr>
        <w:t xml:space="preserve"> </w:t>
      </w:r>
      <w:r w:rsidRPr="005117ED">
        <w:rPr>
          <w:rFonts w:cs="Sakkal Majalla"/>
          <w:color w:val="000000" w:themeColor="text1"/>
          <w:sz w:val="38"/>
          <w:szCs w:val="38"/>
          <w:rtl/>
        </w:rPr>
        <w:t>اليومية</w:t>
      </w:r>
      <w:r w:rsidRPr="005117ED">
        <w:rPr>
          <w:rFonts w:cs="Sakkal Majalla"/>
          <w:color w:val="000000" w:themeColor="text1"/>
          <w:sz w:val="38"/>
          <w:szCs w:val="38"/>
        </w:rPr>
        <w:t xml:space="preserve"> </w:t>
      </w:r>
      <w:r w:rsidRPr="005117ED">
        <w:rPr>
          <w:rFonts w:cs="Sakkal Majalla"/>
          <w:color w:val="000000" w:themeColor="text1"/>
          <w:sz w:val="38"/>
          <w:szCs w:val="38"/>
          <w:rtl/>
        </w:rPr>
        <w:t>ويملكون</w:t>
      </w:r>
      <w:r w:rsidRPr="005117ED">
        <w:rPr>
          <w:rFonts w:cs="Sakkal Majalla"/>
          <w:color w:val="000000" w:themeColor="text1"/>
          <w:sz w:val="38"/>
          <w:szCs w:val="38"/>
        </w:rPr>
        <w:t xml:space="preserve"> </w:t>
      </w:r>
      <w:r w:rsidRPr="005117ED">
        <w:rPr>
          <w:rFonts w:cs="Sakkal Majalla"/>
          <w:color w:val="000000" w:themeColor="text1"/>
          <w:sz w:val="38"/>
          <w:szCs w:val="38"/>
          <w:rtl/>
        </w:rPr>
        <w:t>وقتًا</w:t>
      </w:r>
      <w:r w:rsidRPr="005117ED">
        <w:rPr>
          <w:rFonts w:cs="Sakkal Majalla"/>
          <w:color w:val="000000" w:themeColor="text1"/>
          <w:sz w:val="38"/>
          <w:szCs w:val="38"/>
        </w:rPr>
        <w:t xml:space="preserve"> </w:t>
      </w:r>
      <w:r w:rsidRPr="005117ED">
        <w:rPr>
          <w:rFonts w:cs="Sakkal Majalla"/>
          <w:color w:val="000000" w:themeColor="text1"/>
          <w:sz w:val="38"/>
          <w:szCs w:val="38"/>
          <w:rtl/>
        </w:rPr>
        <w:t>محدودًا</w:t>
      </w:r>
      <w:r w:rsidRPr="005117ED">
        <w:rPr>
          <w:rFonts w:cs="Sakkal Majalla"/>
          <w:color w:val="000000" w:themeColor="text1"/>
          <w:sz w:val="38"/>
          <w:szCs w:val="38"/>
        </w:rPr>
        <w:t xml:space="preserve"> </w:t>
      </w:r>
      <w:r w:rsidRPr="005117ED">
        <w:rPr>
          <w:rFonts w:cs="Sakkal Majalla"/>
          <w:color w:val="000000" w:themeColor="text1"/>
          <w:sz w:val="38"/>
          <w:szCs w:val="38"/>
          <w:rtl/>
        </w:rPr>
        <w:t>للتوجيه</w:t>
      </w:r>
      <w:r w:rsidRPr="005117ED">
        <w:rPr>
          <w:rFonts w:cs="Sakkal Majalla"/>
          <w:color w:val="000000" w:themeColor="text1"/>
          <w:sz w:val="38"/>
          <w:szCs w:val="38"/>
        </w:rPr>
        <w:t xml:space="preserve"> </w:t>
      </w:r>
      <w:r w:rsidRPr="005117ED">
        <w:rPr>
          <w:rFonts w:cs="Sakkal Majalla"/>
          <w:color w:val="000000" w:themeColor="text1"/>
          <w:sz w:val="38"/>
          <w:szCs w:val="38"/>
          <w:rtl/>
        </w:rPr>
        <w:t>الفردي</w:t>
      </w:r>
      <w:r w:rsidRPr="005117ED">
        <w:rPr>
          <w:rFonts w:cs="Sakkal Majalla"/>
          <w:color w:val="000000" w:themeColor="text1"/>
          <w:sz w:val="38"/>
          <w:szCs w:val="38"/>
        </w:rPr>
        <w:t xml:space="preserve"> </w:t>
      </w:r>
      <w:r w:rsidRPr="005117ED">
        <w:rPr>
          <w:rFonts w:cs="Sakkal Majalla"/>
          <w:color w:val="000000" w:themeColor="text1"/>
          <w:sz w:val="38"/>
          <w:szCs w:val="38"/>
          <w:rtl/>
        </w:rPr>
        <w:t>المنظم</w:t>
      </w:r>
      <w:r w:rsidRPr="005117ED">
        <w:rPr>
          <w:rFonts w:cs="Sakkal Majalla"/>
          <w:color w:val="000000" w:themeColor="text1"/>
          <w:sz w:val="38"/>
          <w:szCs w:val="38"/>
        </w:rPr>
        <w:t>.</w:t>
      </w:r>
    </w:p>
    <w:p w:rsidR="00FD5E07" w:rsidRPr="005117ED" w:rsidRDefault="00FD5E07" w:rsidP="005E2978">
      <w:pPr>
        <w:spacing w:before="0"/>
        <w:ind w:firstLine="720"/>
        <w:jc w:val="both"/>
        <w:rPr>
          <w:rFonts w:cs="Sakkal Majalla"/>
          <w:color w:val="000000" w:themeColor="text1"/>
          <w:sz w:val="38"/>
          <w:szCs w:val="38"/>
        </w:rPr>
      </w:pPr>
      <w:r w:rsidRPr="005117ED">
        <w:rPr>
          <w:rFonts w:cs="Sakkal Majalla"/>
          <w:color w:val="000000" w:themeColor="text1"/>
          <w:sz w:val="38"/>
          <w:szCs w:val="38"/>
          <w:rtl/>
        </w:rPr>
        <w:t>وتشير</w:t>
      </w:r>
      <w:r w:rsidRPr="005117ED">
        <w:rPr>
          <w:rFonts w:cs="Sakkal Majalla"/>
          <w:color w:val="000000" w:themeColor="text1"/>
          <w:sz w:val="38"/>
          <w:szCs w:val="38"/>
        </w:rPr>
        <w:t xml:space="preserve"> </w:t>
      </w:r>
      <w:r w:rsidRPr="005117ED">
        <w:rPr>
          <w:rFonts w:cs="Sakkal Majalla"/>
          <w:color w:val="000000" w:themeColor="text1"/>
          <w:sz w:val="38"/>
          <w:szCs w:val="38"/>
          <w:rtl/>
        </w:rPr>
        <w:t>الفروق</w:t>
      </w:r>
      <w:r w:rsidRPr="005117ED">
        <w:rPr>
          <w:rFonts w:cs="Sakkal Majalla"/>
          <w:color w:val="000000" w:themeColor="text1"/>
          <w:sz w:val="38"/>
          <w:szCs w:val="38"/>
        </w:rPr>
        <w:t xml:space="preserve"> </w:t>
      </w:r>
      <w:r w:rsidRPr="005117ED">
        <w:rPr>
          <w:rFonts w:cs="Sakkal Majalla"/>
          <w:color w:val="000000" w:themeColor="text1"/>
          <w:sz w:val="38"/>
          <w:szCs w:val="38"/>
          <w:rtl/>
        </w:rPr>
        <w:t>بين</w:t>
      </w:r>
      <w:r w:rsidRPr="005117ED">
        <w:rPr>
          <w:rFonts w:cs="Sakkal Majalla"/>
          <w:color w:val="000000" w:themeColor="text1"/>
          <w:sz w:val="38"/>
          <w:szCs w:val="38"/>
        </w:rPr>
        <w:t xml:space="preserve"> </w:t>
      </w:r>
      <w:r w:rsidRPr="005117ED">
        <w:rPr>
          <w:rFonts w:cs="Sakkal Majalla"/>
          <w:color w:val="000000" w:themeColor="text1"/>
          <w:sz w:val="38"/>
          <w:szCs w:val="38"/>
          <w:rtl/>
        </w:rPr>
        <w:t>متوسطات</w:t>
      </w:r>
      <w:r w:rsidRPr="005117ED">
        <w:rPr>
          <w:rFonts w:cs="Sakkal Majalla"/>
          <w:color w:val="000000" w:themeColor="text1"/>
          <w:sz w:val="38"/>
          <w:szCs w:val="38"/>
        </w:rPr>
        <w:t xml:space="preserve"> </w:t>
      </w:r>
      <w:r w:rsidRPr="005117ED">
        <w:rPr>
          <w:rFonts w:cs="Sakkal Majalla"/>
          <w:color w:val="000000" w:themeColor="text1"/>
          <w:sz w:val="38"/>
          <w:szCs w:val="38"/>
          <w:rtl/>
        </w:rPr>
        <w:t>فقرات</w:t>
      </w:r>
      <w:r w:rsidRPr="005117ED">
        <w:rPr>
          <w:rFonts w:cs="Sakkal Majalla"/>
          <w:color w:val="000000" w:themeColor="text1"/>
          <w:sz w:val="38"/>
          <w:szCs w:val="38"/>
        </w:rPr>
        <w:t xml:space="preserve"> </w:t>
      </w:r>
      <w:r w:rsidRPr="005117ED">
        <w:rPr>
          <w:rFonts w:cs="Sakkal Majalla"/>
          <w:color w:val="000000" w:themeColor="text1"/>
          <w:sz w:val="38"/>
          <w:szCs w:val="38"/>
          <w:rtl/>
        </w:rPr>
        <w:t>التأثير</w:t>
      </w:r>
      <w:r w:rsidRPr="005117ED">
        <w:rPr>
          <w:rFonts w:cs="Sakkal Majalla"/>
          <w:color w:val="000000" w:themeColor="text1"/>
          <w:sz w:val="38"/>
          <w:szCs w:val="38"/>
        </w:rPr>
        <w:t xml:space="preserve"> </w:t>
      </w:r>
      <w:r w:rsidRPr="005117ED">
        <w:rPr>
          <w:rFonts w:cs="Sakkal Majalla"/>
          <w:color w:val="000000" w:themeColor="text1"/>
          <w:sz w:val="38"/>
          <w:szCs w:val="38"/>
          <w:rtl/>
        </w:rPr>
        <w:t>المثالي</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الثقة</w:t>
      </w:r>
      <w:r w:rsidRPr="005117ED">
        <w:rPr>
          <w:rFonts w:cs="Sakkal Majalla"/>
          <w:color w:val="000000" w:themeColor="text1"/>
          <w:sz w:val="38"/>
          <w:szCs w:val="38"/>
        </w:rPr>
        <w:t xml:space="preserve"> </w:t>
      </w:r>
      <w:r w:rsidRPr="005117ED">
        <w:rPr>
          <w:rFonts w:cs="Sakkal Majalla"/>
          <w:color w:val="000000" w:themeColor="text1"/>
          <w:sz w:val="38"/>
          <w:szCs w:val="38"/>
          <w:rtl/>
        </w:rPr>
        <w:t>والانضباط</w:t>
      </w:r>
      <w:r w:rsidRPr="005117ED">
        <w:rPr>
          <w:rFonts w:cs="Sakkal Majalla"/>
          <w:color w:val="000000" w:themeColor="text1"/>
          <w:sz w:val="38"/>
          <w:szCs w:val="38"/>
        </w:rPr>
        <w:t xml:space="preserve"> </w:t>
      </w:r>
      <w:r w:rsidRPr="005117ED">
        <w:rPr>
          <w:rFonts w:cs="Sakkal Majalla"/>
          <w:color w:val="000000" w:themeColor="text1"/>
          <w:sz w:val="38"/>
          <w:szCs w:val="38"/>
          <w:rtl/>
        </w:rPr>
        <w:t>أكثر</w:t>
      </w:r>
      <w:r w:rsidRPr="005117ED">
        <w:rPr>
          <w:rFonts w:cs="Sakkal Majalla"/>
          <w:color w:val="000000" w:themeColor="text1"/>
          <w:sz w:val="38"/>
          <w:szCs w:val="38"/>
        </w:rPr>
        <w:t xml:space="preserve"> </w:t>
      </w:r>
      <w:r w:rsidRPr="005117ED">
        <w:rPr>
          <w:rFonts w:cs="Sakkal Majalla"/>
          <w:color w:val="000000" w:themeColor="text1"/>
          <w:sz w:val="38"/>
          <w:szCs w:val="38"/>
          <w:rtl/>
        </w:rPr>
        <w:t>وضوحًا</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إشراك</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العاملين</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المواقف</w:t>
      </w:r>
      <w:r w:rsidRPr="005117ED">
        <w:rPr>
          <w:rFonts w:cs="Sakkal Majalla"/>
          <w:color w:val="000000" w:themeColor="text1"/>
          <w:sz w:val="38"/>
          <w:szCs w:val="38"/>
        </w:rPr>
        <w:t xml:space="preserve"> </w:t>
      </w:r>
      <w:r w:rsidRPr="005117ED">
        <w:rPr>
          <w:rFonts w:cs="Sakkal Majalla"/>
          <w:color w:val="000000" w:themeColor="text1"/>
          <w:sz w:val="38"/>
          <w:szCs w:val="38"/>
          <w:rtl/>
        </w:rPr>
        <w:t>الصعبة</w:t>
      </w:r>
      <w:r w:rsidRPr="005117ED">
        <w:rPr>
          <w:rFonts w:cs="Sakkal Majalla"/>
          <w:color w:val="000000" w:themeColor="text1"/>
          <w:sz w:val="38"/>
          <w:szCs w:val="38"/>
        </w:rPr>
        <w:t xml:space="preserve">. </w:t>
      </w:r>
      <w:r w:rsidRPr="005117ED">
        <w:rPr>
          <w:rFonts w:cs="Sakkal Majalla"/>
          <w:color w:val="000000" w:themeColor="text1"/>
          <w:sz w:val="38"/>
          <w:szCs w:val="38"/>
          <w:rtl/>
        </w:rPr>
        <w:t>وقد</w:t>
      </w:r>
      <w:r w:rsidRPr="005117ED">
        <w:rPr>
          <w:rFonts w:cs="Sakkal Majalla"/>
          <w:color w:val="000000" w:themeColor="text1"/>
          <w:sz w:val="38"/>
          <w:szCs w:val="38"/>
        </w:rPr>
        <w:t xml:space="preserve"> </w:t>
      </w:r>
      <w:r w:rsidRPr="005117ED">
        <w:rPr>
          <w:rFonts w:cs="Sakkal Majalla"/>
          <w:color w:val="000000" w:themeColor="text1"/>
          <w:sz w:val="38"/>
          <w:szCs w:val="38"/>
          <w:rtl/>
        </w:rPr>
        <w:t>يكون</w:t>
      </w:r>
      <w:r w:rsidRPr="005117ED">
        <w:rPr>
          <w:rFonts w:cs="Sakkal Majalla"/>
          <w:color w:val="000000" w:themeColor="text1"/>
          <w:sz w:val="38"/>
          <w:szCs w:val="38"/>
        </w:rPr>
        <w:t xml:space="preserve"> </w:t>
      </w:r>
      <w:r w:rsidRPr="005117ED">
        <w:rPr>
          <w:rFonts w:cs="Sakkal Majalla"/>
          <w:color w:val="000000" w:themeColor="text1"/>
          <w:sz w:val="38"/>
          <w:szCs w:val="38"/>
          <w:rtl/>
        </w:rPr>
        <w:t>ذلك</w:t>
      </w:r>
      <w:r w:rsidRPr="005117ED">
        <w:rPr>
          <w:rFonts w:cs="Sakkal Majalla"/>
          <w:color w:val="000000" w:themeColor="text1"/>
          <w:sz w:val="38"/>
          <w:szCs w:val="38"/>
        </w:rPr>
        <w:t xml:space="preserve"> </w:t>
      </w:r>
      <w:r w:rsidRPr="005117ED">
        <w:rPr>
          <w:rFonts w:cs="Sakkal Majalla"/>
          <w:color w:val="000000" w:themeColor="text1"/>
          <w:sz w:val="38"/>
          <w:szCs w:val="38"/>
          <w:rtl/>
        </w:rPr>
        <w:t>نتيجة</w:t>
      </w:r>
      <w:r w:rsidRPr="005117ED">
        <w:rPr>
          <w:rFonts w:cs="Sakkal Majalla"/>
          <w:color w:val="000000" w:themeColor="text1"/>
          <w:sz w:val="38"/>
          <w:szCs w:val="38"/>
        </w:rPr>
        <w:t xml:space="preserve"> </w:t>
      </w:r>
      <w:r w:rsidRPr="005117ED">
        <w:rPr>
          <w:rFonts w:cs="Sakkal Majalla"/>
          <w:color w:val="000000" w:themeColor="text1"/>
          <w:sz w:val="38"/>
          <w:szCs w:val="38"/>
          <w:rtl/>
        </w:rPr>
        <w:t>لكون</w:t>
      </w:r>
      <w:r w:rsidRPr="005117ED">
        <w:rPr>
          <w:rFonts w:cs="Sakkal Majalla"/>
          <w:color w:val="000000" w:themeColor="text1"/>
          <w:sz w:val="38"/>
          <w:szCs w:val="38"/>
        </w:rPr>
        <w:t xml:space="preserve"> </w:t>
      </w:r>
      <w:r w:rsidRPr="005117ED">
        <w:rPr>
          <w:rFonts w:cs="Sakkal Majalla"/>
          <w:color w:val="000000" w:themeColor="text1"/>
          <w:sz w:val="38"/>
          <w:szCs w:val="38"/>
          <w:rtl/>
        </w:rPr>
        <w:t>السلوك</w:t>
      </w:r>
      <w:r w:rsidRPr="005117ED">
        <w:rPr>
          <w:rFonts w:cs="Sakkal Majalla"/>
          <w:color w:val="000000" w:themeColor="text1"/>
          <w:sz w:val="38"/>
          <w:szCs w:val="38"/>
        </w:rPr>
        <w:t xml:space="preserve"> </w:t>
      </w:r>
      <w:r w:rsidRPr="005117ED">
        <w:rPr>
          <w:rFonts w:cs="Sakkal Majalla"/>
          <w:color w:val="000000" w:themeColor="text1"/>
          <w:sz w:val="38"/>
          <w:szCs w:val="38"/>
          <w:rtl/>
        </w:rPr>
        <w:t>الأخلاقي</w:t>
      </w:r>
      <w:r w:rsidRPr="005117ED">
        <w:rPr>
          <w:rFonts w:cs="Sakkal Majalla"/>
          <w:color w:val="000000" w:themeColor="text1"/>
          <w:sz w:val="38"/>
          <w:szCs w:val="38"/>
        </w:rPr>
        <w:t xml:space="preserve"> </w:t>
      </w:r>
      <w:r w:rsidRPr="005117ED">
        <w:rPr>
          <w:rFonts w:cs="Sakkal Majalla"/>
          <w:color w:val="000000" w:themeColor="text1"/>
          <w:sz w:val="38"/>
          <w:szCs w:val="38"/>
          <w:rtl/>
        </w:rPr>
        <w:t>والانضباط</w:t>
      </w:r>
      <w:r w:rsidRPr="005117ED">
        <w:rPr>
          <w:rFonts w:cs="Sakkal Majalla"/>
          <w:color w:val="000000" w:themeColor="text1"/>
          <w:sz w:val="38"/>
          <w:szCs w:val="38"/>
        </w:rPr>
        <w:t xml:space="preserve"> </w:t>
      </w:r>
      <w:r w:rsidRPr="005117ED">
        <w:rPr>
          <w:rFonts w:cs="Sakkal Majalla"/>
          <w:color w:val="000000" w:themeColor="text1"/>
          <w:sz w:val="38"/>
          <w:szCs w:val="38"/>
          <w:rtl/>
        </w:rPr>
        <w:t>قابلًا</w:t>
      </w:r>
      <w:r w:rsidRPr="005117ED">
        <w:rPr>
          <w:rFonts w:cs="Sakkal Majalla"/>
          <w:color w:val="000000" w:themeColor="text1"/>
          <w:sz w:val="38"/>
          <w:szCs w:val="38"/>
        </w:rPr>
        <w:t xml:space="preserve"> </w:t>
      </w:r>
      <w:r w:rsidRPr="005117ED">
        <w:rPr>
          <w:rFonts w:cs="Sakkal Majalla"/>
          <w:color w:val="000000" w:themeColor="text1"/>
          <w:sz w:val="38"/>
          <w:szCs w:val="38"/>
          <w:rtl/>
        </w:rPr>
        <w:t>للملاحظة</w:t>
      </w:r>
      <w:r w:rsidRPr="005117ED">
        <w:rPr>
          <w:rFonts w:cs="Sakkal Majalla"/>
          <w:color w:val="000000" w:themeColor="text1"/>
          <w:sz w:val="38"/>
          <w:szCs w:val="38"/>
        </w:rPr>
        <w:t xml:space="preserve"> </w:t>
      </w:r>
      <w:r w:rsidRPr="005117ED">
        <w:rPr>
          <w:rFonts w:cs="Sakkal Majalla"/>
          <w:color w:val="000000" w:themeColor="text1"/>
          <w:sz w:val="38"/>
          <w:szCs w:val="38"/>
          <w:rtl/>
        </w:rPr>
        <w:t>يوميًا،</w:t>
      </w:r>
      <w:r w:rsidRPr="005117ED">
        <w:rPr>
          <w:rFonts w:cs="Sakkal Majalla"/>
          <w:color w:val="000000" w:themeColor="text1"/>
          <w:sz w:val="38"/>
          <w:szCs w:val="38"/>
        </w:rPr>
        <w:t xml:space="preserve"> </w:t>
      </w:r>
      <w:r w:rsidRPr="005117ED">
        <w:rPr>
          <w:rFonts w:cs="Sakkal Majalla"/>
          <w:color w:val="000000" w:themeColor="text1"/>
          <w:sz w:val="38"/>
          <w:szCs w:val="38"/>
          <w:rtl/>
        </w:rPr>
        <w:t>بينما</w:t>
      </w:r>
      <w:r w:rsidRPr="005117ED">
        <w:rPr>
          <w:rFonts w:cs="Sakkal Majalla"/>
          <w:color w:val="000000" w:themeColor="text1"/>
          <w:sz w:val="38"/>
          <w:szCs w:val="38"/>
        </w:rPr>
        <w:t xml:space="preserve"> </w:t>
      </w:r>
      <w:r w:rsidRPr="005117ED">
        <w:rPr>
          <w:rFonts w:cs="Sakkal Majalla"/>
          <w:color w:val="000000" w:themeColor="text1"/>
          <w:sz w:val="38"/>
          <w:szCs w:val="38"/>
          <w:rtl/>
        </w:rPr>
        <w:t>تظهر</w:t>
      </w:r>
      <w:r w:rsidRPr="005117ED">
        <w:rPr>
          <w:rFonts w:cs="Sakkal Majalla"/>
          <w:color w:val="000000" w:themeColor="text1"/>
          <w:sz w:val="38"/>
          <w:szCs w:val="38"/>
        </w:rPr>
        <w:t xml:space="preserve"> </w:t>
      </w:r>
      <w:r w:rsidRPr="005117ED">
        <w:rPr>
          <w:rFonts w:cs="Sakkal Majalla"/>
          <w:color w:val="000000" w:themeColor="text1"/>
          <w:sz w:val="38"/>
          <w:szCs w:val="38"/>
          <w:rtl/>
        </w:rPr>
        <w:t>مشاركة</w:t>
      </w:r>
      <w:r w:rsidRPr="005117ED">
        <w:rPr>
          <w:rFonts w:cs="Sakkal Majalla"/>
          <w:color w:val="000000" w:themeColor="text1"/>
          <w:sz w:val="38"/>
          <w:szCs w:val="38"/>
        </w:rPr>
        <w:t xml:space="preserve"> </w:t>
      </w:r>
      <w:r w:rsidRPr="005117ED">
        <w:rPr>
          <w:rFonts w:cs="Sakkal Majalla"/>
          <w:color w:val="000000" w:themeColor="text1"/>
          <w:sz w:val="38"/>
          <w:szCs w:val="38"/>
          <w:rtl/>
        </w:rPr>
        <w:t>المخاطر</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مواقف</w:t>
      </w:r>
      <w:r w:rsidRPr="005117ED">
        <w:rPr>
          <w:rFonts w:cs="Sakkal Majalla"/>
          <w:color w:val="000000" w:themeColor="text1"/>
          <w:sz w:val="38"/>
          <w:szCs w:val="38"/>
        </w:rPr>
        <w:t xml:space="preserve"> </w:t>
      </w:r>
      <w:r w:rsidRPr="005117ED">
        <w:rPr>
          <w:rFonts w:cs="Sakkal Majalla"/>
          <w:color w:val="000000" w:themeColor="text1"/>
          <w:sz w:val="38"/>
          <w:szCs w:val="38"/>
          <w:rtl/>
        </w:rPr>
        <w:t>أقل</w:t>
      </w:r>
      <w:r w:rsidRPr="005117ED">
        <w:rPr>
          <w:rFonts w:cs="Sakkal Majalla"/>
          <w:color w:val="000000" w:themeColor="text1"/>
          <w:sz w:val="38"/>
          <w:szCs w:val="38"/>
        </w:rPr>
        <w:t xml:space="preserve"> </w:t>
      </w:r>
      <w:r w:rsidRPr="005117ED">
        <w:rPr>
          <w:rFonts w:cs="Sakkal Majalla"/>
          <w:color w:val="000000" w:themeColor="text1"/>
          <w:sz w:val="38"/>
          <w:szCs w:val="38"/>
          <w:rtl/>
        </w:rPr>
        <w:t>تكرارًا</w:t>
      </w:r>
      <w:r w:rsidRPr="005117ED">
        <w:rPr>
          <w:rFonts w:cs="Sakkal Majalla"/>
          <w:color w:val="000000" w:themeColor="text1"/>
          <w:sz w:val="38"/>
          <w:szCs w:val="38"/>
        </w:rPr>
        <w:t xml:space="preserve">. </w:t>
      </w:r>
      <w:r w:rsidRPr="005117ED">
        <w:rPr>
          <w:rFonts w:cs="Sakkal Majalla"/>
          <w:color w:val="000000" w:themeColor="text1"/>
          <w:sz w:val="38"/>
          <w:szCs w:val="38"/>
          <w:rtl/>
        </w:rPr>
        <w:t>ويستفاد</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ذلك</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برامج</w:t>
      </w:r>
      <w:r w:rsidRPr="005117ED">
        <w:rPr>
          <w:rFonts w:cs="Sakkal Majalla"/>
          <w:color w:val="000000" w:themeColor="text1"/>
          <w:sz w:val="38"/>
          <w:szCs w:val="38"/>
        </w:rPr>
        <w:t xml:space="preserve"> </w:t>
      </w:r>
      <w:r w:rsidRPr="005117ED">
        <w:rPr>
          <w:rFonts w:cs="Sakkal Majalla"/>
          <w:color w:val="000000" w:themeColor="text1"/>
          <w:sz w:val="38"/>
          <w:szCs w:val="38"/>
          <w:rtl/>
        </w:rPr>
        <w:t>التطوير</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ينبغي</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تكتفي</w:t>
      </w:r>
      <w:r w:rsidRPr="005117ED">
        <w:rPr>
          <w:rFonts w:cs="Sakkal Majalla"/>
          <w:color w:val="000000" w:themeColor="text1"/>
          <w:sz w:val="38"/>
          <w:szCs w:val="38"/>
        </w:rPr>
        <w:t xml:space="preserve"> </w:t>
      </w:r>
      <w:r w:rsidRPr="005117ED">
        <w:rPr>
          <w:rFonts w:cs="Sakkal Majalla"/>
          <w:color w:val="000000" w:themeColor="text1"/>
          <w:sz w:val="38"/>
          <w:szCs w:val="38"/>
          <w:rtl/>
        </w:rPr>
        <w:t>بتعزيز</w:t>
      </w:r>
      <w:r w:rsidRPr="005117ED">
        <w:rPr>
          <w:rFonts w:cs="Sakkal Majalla"/>
          <w:color w:val="000000" w:themeColor="text1"/>
          <w:sz w:val="38"/>
          <w:szCs w:val="38"/>
        </w:rPr>
        <w:t xml:space="preserve"> </w:t>
      </w:r>
      <w:r w:rsidRPr="005117ED">
        <w:rPr>
          <w:rFonts w:cs="Sakkal Majalla"/>
          <w:color w:val="000000" w:themeColor="text1"/>
          <w:sz w:val="38"/>
          <w:szCs w:val="38"/>
          <w:rtl/>
        </w:rPr>
        <w:t>صورة</w:t>
      </w:r>
      <w:r w:rsidRPr="005117ED">
        <w:rPr>
          <w:rFonts w:cs="Sakkal Majalla"/>
          <w:color w:val="000000" w:themeColor="text1"/>
          <w:sz w:val="38"/>
          <w:szCs w:val="38"/>
        </w:rPr>
        <w:t xml:space="preserve"> </w:t>
      </w:r>
      <w:r w:rsidRPr="005117ED">
        <w:rPr>
          <w:rFonts w:cs="Sakkal Majalla"/>
          <w:color w:val="000000" w:themeColor="text1"/>
          <w:sz w:val="38"/>
          <w:szCs w:val="38"/>
          <w:rtl/>
        </w:rPr>
        <w:t>القدوة،</w:t>
      </w:r>
      <w:r w:rsidRPr="005117ED">
        <w:rPr>
          <w:rFonts w:cs="Sakkal Majalla"/>
          <w:color w:val="000000" w:themeColor="text1"/>
          <w:sz w:val="38"/>
          <w:szCs w:val="38"/>
        </w:rPr>
        <w:t xml:space="preserve"> </w:t>
      </w:r>
      <w:r w:rsidRPr="005117ED">
        <w:rPr>
          <w:rFonts w:cs="Sakkal Majalla"/>
          <w:color w:val="000000" w:themeColor="text1"/>
          <w:sz w:val="38"/>
          <w:szCs w:val="38"/>
          <w:rtl/>
        </w:rPr>
        <w:t>بل</w:t>
      </w:r>
      <w:r w:rsidRPr="005117ED">
        <w:rPr>
          <w:rFonts w:cs="Sakkal Majalla"/>
          <w:color w:val="000000" w:themeColor="text1"/>
          <w:sz w:val="38"/>
          <w:szCs w:val="38"/>
        </w:rPr>
        <w:t xml:space="preserve"> </w:t>
      </w:r>
      <w:r w:rsidRPr="005117ED">
        <w:rPr>
          <w:rFonts w:cs="Sakkal Majalla"/>
          <w:color w:val="000000" w:themeColor="text1"/>
          <w:sz w:val="38"/>
          <w:szCs w:val="38"/>
          <w:rtl/>
        </w:rPr>
        <w:t>تدرب</w:t>
      </w:r>
      <w:r w:rsidRPr="005117ED">
        <w:rPr>
          <w:rFonts w:cs="Sakkal Majalla"/>
          <w:color w:val="000000" w:themeColor="text1"/>
          <w:sz w:val="38"/>
          <w:szCs w:val="38"/>
        </w:rPr>
        <w:t xml:space="preserve"> </w:t>
      </w:r>
      <w:r w:rsidRPr="005117ED">
        <w:rPr>
          <w:rFonts w:cs="Sakkal Majalla"/>
          <w:color w:val="000000" w:themeColor="text1"/>
          <w:sz w:val="38"/>
          <w:szCs w:val="38"/>
          <w:rtl/>
        </w:rPr>
        <w:t>القائد</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الشفافية</w:t>
      </w:r>
      <w:r w:rsidRPr="005117ED">
        <w:rPr>
          <w:rFonts w:cs="Sakkal Majalla"/>
          <w:color w:val="000000" w:themeColor="text1"/>
          <w:sz w:val="38"/>
          <w:szCs w:val="38"/>
        </w:rPr>
        <w:t xml:space="preserve"> </w:t>
      </w:r>
      <w:r w:rsidRPr="005117ED">
        <w:rPr>
          <w:rFonts w:cs="Sakkal Majalla"/>
          <w:color w:val="000000" w:themeColor="text1"/>
          <w:sz w:val="38"/>
          <w:szCs w:val="38"/>
          <w:rtl/>
        </w:rPr>
        <w:t>وشرح</w:t>
      </w:r>
      <w:r w:rsidRPr="005117ED">
        <w:rPr>
          <w:rFonts w:cs="Sakkal Majalla"/>
          <w:color w:val="000000" w:themeColor="text1"/>
          <w:sz w:val="38"/>
          <w:szCs w:val="38"/>
        </w:rPr>
        <w:t xml:space="preserve"> </w:t>
      </w:r>
      <w:r w:rsidRPr="005117ED">
        <w:rPr>
          <w:rFonts w:cs="Sakkal Majalla"/>
          <w:color w:val="000000" w:themeColor="text1"/>
          <w:sz w:val="38"/>
          <w:szCs w:val="38"/>
          <w:rtl/>
        </w:rPr>
        <w:t>منطق</w:t>
      </w:r>
      <w:r w:rsidRPr="005117ED">
        <w:rPr>
          <w:rFonts w:cs="Sakkal Majalla"/>
          <w:color w:val="000000" w:themeColor="text1"/>
          <w:sz w:val="38"/>
          <w:szCs w:val="38"/>
        </w:rPr>
        <w:t xml:space="preserve"> </w:t>
      </w:r>
      <w:r w:rsidRPr="005117ED">
        <w:rPr>
          <w:rFonts w:cs="Sakkal Majalla"/>
          <w:color w:val="000000" w:themeColor="text1"/>
          <w:sz w:val="38"/>
          <w:szCs w:val="38"/>
          <w:rtl/>
        </w:rPr>
        <w:t>القرار</w:t>
      </w:r>
      <w:r w:rsidRPr="005117ED">
        <w:rPr>
          <w:rFonts w:cs="Sakkal Majalla"/>
          <w:color w:val="000000" w:themeColor="text1"/>
          <w:sz w:val="38"/>
          <w:szCs w:val="38"/>
        </w:rPr>
        <w:t xml:space="preserve"> </w:t>
      </w:r>
      <w:r w:rsidRPr="005117ED">
        <w:rPr>
          <w:rFonts w:cs="Sakkal Majalla"/>
          <w:color w:val="000000" w:themeColor="text1"/>
          <w:sz w:val="38"/>
          <w:szCs w:val="38"/>
          <w:rtl/>
        </w:rPr>
        <w:t>وتحمل</w:t>
      </w:r>
      <w:r w:rsidRPr="005117ED">
        <w:rPr>
          <w:rFonts w:cs="Sakkal Majalla"/>
          <w:color w:val="000000" w:themeColor="text1"/>
          <w:sz w:val="38"/>
          <w:szCs w:val="38"/>
        </w:rPr>
        <w:t xml:space="preserve"> </w:t>
      </w:r>
      <w:r w:rsidRPr="005117ED">
        <w:rPr>
          <w:rFonts w:cs="Sakkal Majalla"/>
          <w:color w:val="000000" w:themeColor="text1"/>
          <w:sz w:val="38"/>
          <w:szCs w:val="38"/>
          <w:rtl/>
        </w:rPr>
        <w:t>المسؤولية</w:t>
      </w:r>
      <w:r w:rsidRPr="005117ED">
        <w:rPr>
          <w:rFonts w:cs="Sakkal Majalla"/>
          <w:color w:val="000000" w:themeColor="text1"/>
          <w:sz w:val="38"/>
          <w:szCs w:val="38"/>
        </w:rPr>
        <w:t xml:space="preserve"> </w:t>
      </w:r>
      <w:r w:rsidRPr="005117ED">
        <w:rPr>
          <w:rFonts w:cs="Sakkal Majalla"/>
          <w:color w:val="000000" w:themeColor="text1"/>
          <w:sz w:val="38"/>
          <w:szCs w:val="38"/>
          <w:rtl/>
        </w:rPr>
        <w:t>الجماعية</w:t>
      </w:r>
      <w:r w:rsidRPr="005117ED">
        <w:rPr>
          <w:rFonts w:cs="Sakkal Majalla"/>
          <w:color w:val="000000" w:themeColor="text1"/>
          <w:sz w:val="38"/>
          <w:szCs w:val="38"/>
        </w:rPr>
        <w:t>.</w:t>
      </w:r>
    </w:p>
    <w:p w:rsidR="00FD5E07" w:rsidRPr="005117ED" w:rsidRDefault="00FD5E07" w:rsidP="005E2978">
      <w:pPr>
        <w:spacing w:before="0"/>
        <w:ind w:firstLine="720"/>
        <w:jc w:val="both"/>
        <w:rPr>
          <w:rFonts w:cs="Sakkal Majalla"/>
          <w:color w:val="000000" w:themeColor="text1"/>
          <w:sz w:val="38"/>
          <w:szCs w:val="38"/>
        </w:rPr>
      </w:pPr>
      <w:r w:rsidRPr="005117ED">
        <w:rPr>
          <w:rFonts w:cs="Sakkal Majalla"/>
          <w:color w:val="000000" w:themeColor="text1"/>
          <w:sz w:val="38"/>
          <w:szCs w:val="38"/>
          <w:rtl/>
        </w:rPr>
        <w:t>أما</w:t>
      </w:r>
      <w:r w:rsidRPr="005117ED">
        <w:rPr>
          <w:rFonts w:cs="Sakkal Majalla"/>
          <w:color w:val="000000" w:themeColor="text1"/>
          <w:sz w:val="38"/>
          <w:szCs w:val="38"/>
        </w:rPr>
        <w:t xml:space="preserve"> </w:t>
      </w:r>
      <w:r w:rsidRPr="005117ED">
        <w:rPr>
          <w:rFonts w:cs="Sakkal Majalla"/>
          <w:color w:val="000000" w:themeColor="text1"/>
          <w:sz w:val="38"/>
          <w:szCs w:val="38"/>
          <w:rtl/>
        </w:rPr>
        <w:t>التحفيز</w:t>
      </w:r>
      <w:r w:rsidRPr="005117ED">
        <w:rPr>
          <w:rFonts w:cs="Sakkal Majalla"/>
          <w:color w:val="000000" w:themeColor="text1"/>
          <w:sz w:val="38"/>
          <w:szCs w:val="38"/>
        </w:rPr>
        <w:t xml:space="preserve"> </w:t>
      </w:r>
      <w:proofErr w:type="spellStart"/>
      <w:r w:rsidRPr="005117ED">
        <w:rPr>
          <w:rFonts w:cs="Sakkal Majalla"/>
          <w:color w:val="000000" w:themeColor="text1"/>
          <w:sz w:val="38"/>
          <w:szCs w:val="38"/>
          <w:rtl/>
        </w:rPr>
        <w:t>الإلهامي</w:t>
      </w:r>
      <w:proofErr w:type="spellEnd"/>
      <w:r w:rsidRPr="005117ED">
        <w:rPr>
          <w:rFonts w:cs="Sakkal Majalla"/>
          <w:color w:val="000000" w:themeColor="text1"/>
          <w:sz w:val="38"/>
          <w:szCs w:val="38"/>
        </w:rPr>
        <w:t xml:space="preserve"> </w:t>
      </w:r>
      <w:r w:rsidRPr="005117ED">
        <w:rPr>
          <w:rFonts w:cs="Sakkal Majalla"/>
          <w:color w:val="000000" w:themeColor="text1"/>
          <w:sz w:val="38"/>
          <w:szCs w:val="38"/>
          <w:rtl/>
        </w:rPr>
        <w:t>فيظهر</w:t>
      </w:r>
      <w:r w:rsidRPr="005117ED">
        <w:rPr>
          <w:rFonts w:cs="Sakkal Majalla"/>
          <w:color w:val="000000" w:themeColor="text1"/>
          <w:sz w:val="38"/>
          <w:szCs w:val="38"/>
        </w:rPr>
        <w:t xml:space="preserve"> </w:t>
      </w:r>
      <w:r w:rsidRPr="005117ED">
        <w:rPr>
          <w:rFonts w:cs="Sakkal Majalla"/>
          <w:color w:val="000000" w:themeColor="text1"/>
          <w:sz w:val="38"/>
          <w:szCs w:val="38"/>
          <w:rtl/>
        </w:rPr>
        <w:t>بدرجة</w:t>
      </w:r>
      <w:r w:rsidRPr="005117ED">
        <w:rPr>
          <w:rFonts w:cs="Sakkal Majalla"/>
          <w:color w:val="000000" w:themeColor="text1"/>
          <w:sz w:val="38"/>
          <w:szCs w:val="38"/>
        </w:rPr>
        <w:t xml:space="preserve"> </w:t>
      </w:r>
      <w:r w:rsidRPr="005117ED">
        <w:rPr>
          <w:rFonts w:cs="Sakkal Majalla"/>
          <w:color w:val="000000" w:themeColor="text1"/>
          <w:sz w:val="38"/>
          <w:szCs w:val="38"/>
          <w:rtl/>
        </w:rPr>
        <w:t>مرتفعة،</w:t>
      </w:r>
      <w:r w:rsidRPr="005117ED">
        <w:rPr>
          <w:rFonts w:cs="Sakkal Majalla"/>
          <w:color w:val="000000" w:themeColor="text1"/>
          <w:sz w:val="38"/>
          <w:szCs w:val="38"/>
        </w:rPr>
        <w:t xml:space="preserve"> </w:t>
      </w:r>
      <w:r w:rsidRPr="005117ED">
        <w:rPr>
          <w:rFonts w:cs="Sakkal Majalla"/>
          <w:color w:val="000000" w:themeColor="text1"/>
          <w:sz w:val="38"/>
          <w:szCs w:val="38"/>
          <w:rtl/>
        </w:rPr>
        <w:t>ما</w:t>
      </w:r>
      <w:r w:rsidRPr="005117ED">
        <w:rPr>
          <w:rFonts w:cs="Sakkal Majalla"/>
          <w:color w:val="000000" w:themeColor="text1"/>
          <w:sz w:val="38"/>
          <w:szCs w:val="38"/>
        </w:rPr>
        <w:t xml:space="preserve"> </w:t>
      </w:r>
      <w:r w:rsidRPr="005117ED">
        <w:rPr>
          <w:rFonts w:cs="Sakkal Majalla"/>
          <w:color w:val="000000" w:themeColor="text1"/>
          <w:sz w:val="38"/>
          <w:szCs w:val="38"/>
          <w:rtl/>
        </w:rPr>
        <w:t>يعني</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المديرين</w:t>
      </w:r>
      <w:r w:rsidRPr="005117ED">
        <w:rPr>
          <w:rFonts w:cs="Sakkal Majalla"/>
          <w:color w:val="000000" w:themeColor="text1"/>
          <w:sz w:val="38"/>
          <w:szCs w:val="38"/>
        </w:rPr>
        <w:t xml:space="preserve"> </w:t>
      </w:r>
      <w:r w:rsidRPr="005117ED">
        <w:rPr>
          <w:rFonts w:cs="Sakkal Majalla"/>
          <w:color w:val="000000" w:themeColor="text1"/>
          <w:sz w:val="38"/>
          <w:szCs w:val="38"/>
          <w:rtl/>
        </w:rPr>
        <w:t>ينجحون</w:t>
      </w:r>
      <w:r w:rsidRPr="005117ED">
        <w:rPr>
          <w:rFonts w:cs="Sakkal Majalla"/>
          <w:color w:val="000000" w:themeColor="text1"/>
          <w:sz w:val="38"/>
          <w:szCs w:val="38"/>
        </w:rPr>
        <w:t xml:space="preserve"> </w:t>
      </w:r>
      <w:r w:rsidRPr="005117ED">
        <w:rPr>
          <w:rFonts w:cs="Sakkal Majalla"/>
          <w:color w:val="000000" w:themeColor="text1"/>
          <w:sz w:val="38"/>
          <w:szCs w:val="38"/>
          <w:rtl/>
        </w:rPr>
        <w:t>نسبيًا</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توضيح</w:t>
      </w:r>
      <w:r w:rsidRPr="005117ED">
        <w:rPr>
          <w:rFonts w:cs="Sakkal Majalla"/>
          <w:color w:val="000000" w:themeColor="text1"/>
          <w:sz w:val="38"/>
          <w:szCs w:val="38"/>
        </w:rPr>
        <w:t xml:space="preserve"> </w:t>
      </w:r>
      <w:r w:rsidRPr="005117ED">
        <w:rPr>
          <w:rFonts w:cs="Sakkal Majalla"/>
          <w:color w:val="000000" w:themeColor="text1"/>
          <w:sz w:val="38"/>
          <w:szCs w:val="38"/>
          <w:rtl/>
        </w:rPr>
        <w:t>الاتجاه</w:t>
      </w:r>
      <w:r w:rsidRPr="005117ED">
        <w:rPr>
          <w:rFonts w:cs="Sakkal Majalla"/>
          <w:color w:val="000000" w:themeColor="text1"/>
          <w:sz w:val="38"/>
          <w:szCs w:val="38"/>
        </w:rPr>
        <w:t xml:space="preserve"> </w:t>
      </w:r>
      <w:r w:rsidRPr="005117ED">
        <w:rPr>
          <w:rFonts w:cs="Sakkal Majalla"/>
          <w:color w:val="000000" w:themeColor="text1"/>
          <w:sz w:val="38"/>
          <w:szCs w:val="38"/>
          <w:rtl/>
        </w:rPr>
        <w:t>وبث</w:t>
      </w:r>
      <w:r w:rsidRPr="005117ED">
        <w:rPr>
          <w:rFonts w:cs="Sakkal Majalla"/>
          <w:color w:val="000000" w:themeColor="text1"/>
          <w:sz w:val="38"/>
          <w:szCs w:val="38"/>
        </w:rPr>
        <w:t xml:space="preserve"> </w:t>
      </w:r>
      <w:r w:rsidRPr="005117ED">
        <w:rPr>
          <w:rFonts w:cs="Sakkal Majalla"/>
          <w:color w:val="000000" w:themeColor="text1"/>
          <w:sz w:val="38"/>
          <w:szCs w:val="38"/>
          <w:rtl/>
        </w:rPr>
        <w:t>الحماس</w:t>
      </w:r>
      <w:r w:rsidRPr="005117ED">
        <w:rPr>
          <w:rFonts w:cs="Sakkal Majalla"/>
          <w:color w:val="000000" w:themeColor="text1"/>
          <w:sz w:val="38"/>
          <w:szCs w:val="38"/>
        </w:rPr>
        <w:t xml:space="preserve">. </w:t>
      </w:r>
      <w:r w:rsidRPr="005117ED">
        <w:rPr>
          <w:rFonts w:cs="Sakkal Majalla"/>
          <w:color w:val="000000" w:themeColor="text1"/>
          <w:sz w:val="38"/>
          <w:szCs w:val="38"/>
          <w:rtl/>
        </w:rPr>
        <w:t>غير</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الرؤية</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تصبح</w:t>
      </w:r>
      <w:r w:rsidRPr="005117ED">
        <w:rPr>
          <w:rFonts w:cs="Sakkal Majalla"/>
          <w:color w:val="000000" w:themeColor="text1"/>
          <w:sz w:val="38"/>
          <w:szCs w:val="38"/>
        </w:rPr>
        <w:t xml:space="preserve"> </w:t>
      </w:r>
      <w:r w:rsidRPr="005117ED">
        <w:rPr>
          <w:rFonts w:cs="Sakkal Majalla"/>
          <w:color w:val="000000" w:themeColor="text1"/>
          <w:sz w:val="38"/>
          <w:szCs w:val="38"/>
          <w:rtl/>
        </w:rPr>
        <w:t>أداة</w:t>
      </w:r>
      <w:r w:rsidRPr="005117ED">
        <w:rPr>
          <w:rFonts w:cs="Sakkal Majalla"/>
          <w:color w:val="000000" w:themeColor="text1"/>
          <w:sz w:val="38"/>
          <w:szCs w:val="38"/>
        </w:rPr>
        <w:t xml:space="preserve"> </w:t>
      </w:r>
      <w:r w:rsidRPr="005117ED">
        <w:rPr>
          <w:rFonts w:cs="Sakkal Majalla"/>
          <w:color w:val="000000" w:themeColor="text1"/>
          <w:sz w:val="38"/>
          <w:szCs w:val="38"/>
          <w:rtl/>
        </w:rPr>
        <w:t>للإبداع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إلا</w:t>
      </w:r>
      <w:r w:rsidRPr="005117ED">
        <w:rPr>
          <w:rFonts w:cs="Sakkal Majalla"/>
          <w:color w:val="000000" w:themeColor="text1"/>
          <w:sz w:val="38"/>
          <w:szCs w:val="38"/>
        </w:rPr>
        <w:t xml:space="preserve"> </w:t>
      </w:r>
      <w:r w:rsidRPr="005117ED">
        <w:rPr>
          <w:rFonts w:cs="Sakkal Majalla"/>
          <w:color w:val="000000" w:themeColor="text1"/>
          <w:sz w:val="38"/>
          <w:szCs w:val="38"/>
          <w:rtl/>
        </w:rPr>
        <w:t>عندما</w:t>
      </w:r>
      <w:r w:rsidRPr="005117ED">
        <w:rPr>
          <w:rFonts w:cs="Sakkal Majalla"/>
          <w:color w:val="000000" w:themeColor="text1"/>
          <w:sz w:val="38"/>
          <w:szCs w:val="38"/>
        </w:rPr>
        <w:t xml:space="preserve"> </w:t>
      </w:r>
      <w:r w:rsidRPr="005117ED">
        <w:rPr>
          <w:rFonts w:cs="Sakkal Majalla"/>
          <w:color w:val="000000" w:themeColor="text1"/>
          <w:sz w:val="38"/>
          <w:szCs w:val="38"/>
          <w:rtl/>
        </w:rPr>
        <w:t>تترجم</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تحديات</w:t>
      </w:r>
      <w:r w:rsidRPr="005117ED">
        <w:rPr>
          <w:rFonts w:cs="Sakkal Majalla"/>
          <w:color w:val="000000" w:themeColor="text1"/>
          <w:sz w:val="38"/>
          <w:szCs w:val="38"/>
        </w:rPr>
        <w:t xml:space="preserve"> </w:t>
      </w:r>
      <w:r w:rsidRPr="005117ED">
        <w:rPr>
          <w:rFonts w:cs="Sakkal Majalla"/>
          <w:color w:val="000000" w:themeColor="text1"/>
          <w:sz w:val="38"/>
          <w:szCs w:val="38"/>
          <w:rtl/>
        </w:rPr>
        <w:t>محددة</w:t>
      </w:r>
      <w:r w:rsidRPr="005117ED">
        <w:rPr>
          <w:rFonts w:cs="Sakkal Majalla"/>
          <w:color w:val="000000" w:themeColor="text1"/>
          <w:sz w:val="38"/>
          <w:szCs w:val="38"/>
        </w:rPr>
        <w:t xml:space="preserve"> </w:t>
      </w:r>
      <w:r w:rsidRPr="005117ED">
        <w:rPr>
          <w:rFonts w:cs="Sakkal Majalla"/>
          <w:color w:val="000000" w:themeColor="text1"/>
          <w:sz w:val="38"/>
          <w:szCs w:val="38"/>
          <w:rtl/>
        </w:rPr>
        <w:t>ومؤشرات</w:t>
      </w:r>
      <w:r w:rsidRPr="005117ED">
        <w:rPr>
          <w:rFonts w:cs="Sakkal Majalla"/>
          <w:color w:val="000000" w:themeColor="text1"/>
          <w:sz w:val="38"/>
          <w:szCs w:val="38"/>
        </w:rPr>
        <w:t xml:space="preserve"> </w:t>
      </w:r>
      <w:r w:rsidRPr="005117ED">
        <w:rPr>
          <w:rFonts w:cs="Sakkal Majalla"/>
          <w:color w:val="000000" w:themeColor="text1"/>
          <w:sz w:val="38"/>
          <w:szCs w:val="38"/>
          <w:rtl/>
        </w:rPr>
        <w:t>تعلم</w:t>
      </w:r>
      <w:r w:rsidRPr="005117ED">
        <w:rPr>
          <w:rFonts w:cs="Sakkal Majalla"/>
          <w:color w:val="000000" w:themeColor="text1"/>
          <w:sz w:val="38"/>
          <w:szCs w:val="38"/>
        </w:rPr>
        <w:t xml:space="preserve">. </w:t>
      </w:r>
      <w:r w:rsidRPr="005117ED">
        <w:rPr>
          <w:rFonts w:cs="Sakkal Majalla"/>
          <w:color w:val="000000" w:themeColor="text1"/>
          <w:sz w:val="38"/>
          <w:szCs w:val="38"/>
          <w:rtl/>
        </w:rPr>
        <w:t>ومن</w:t>
      </w:r>
      <w:r w:rsidRPr="005117ED">
        <w:rPr>
          <w:rFonts w:cs="Sakkal Majalla"/>
          <w:color w:val="000000" w:themeColor="text1"/>
          <w:sz w:val="38"/>
          <w:szCs w:val="38"/>
        </w:rPr>
        <w:t xml:space="preserve"> </w:t>
      </w:r>
      <w:r w:rsidRPr="005117ED">
        <w:rPr>
          <w:rFonts w:cs="Sakkal Majalla"/>
          <w:color w:val="000000" w:themeColor="text1"/>
          <w:sz w:val="38"/>
          <w:szCs w:val="38"/>
          <w:rtl/>
        </w:rPr>
        <w:t>ثم</w:t>
      </w:r>
      <w:r w:rsidRPr="005117ED">
        <w:rPr>
          <w:rFonts w:cs="Sakkal Majalla"/>
          <w:color w:val="000000" w:themeColor="text1"/>
          <w:sz w:val="38"/>
          <w:szCs w:val="38"/>
        </w:rPr>
        <w:t xml:space="preserve"> </w:t>
      </w:r>
      <w:r w:rsidRPr="005117ED">
        <w:rPr>
          <w:rFonts w:cs="Sakkal Majalla"/>
          <w:color w:val="000000" w:themeColor="text1"/>
          <w:sz w:val="38"/>
          <w:szCs w:val="38"/>
          <w:rtl/>
        </w:rPr>
        <w:t>يمكن</w:t>
      </w:r>
      <w:r w:rsidRPr="005117ED">
        <w:rPr>
          <w:rFonts w:cs="Sakkal Majalla"/>
          <w:color w:val="000000" w:themeColor="text1"/>
          <w:sz w:val="38"/>
          <w:szCs w:val="38"/>
        </w:rPr>
        <w:t xml:space="preserve"> </w:t>
      </w:r>
      <w:r w:rsidRPr="005117ED">
        <w:rPr>
          <w:rFonts w:cs="Sakkal Majalla"/>
          <w:color w:val="000000" w:themeColor="text1"/>
          <w:sz w:val="38"/>
          <w:szCs w:val="38"/>
          <w:rtl/>
        </w:rPr>
        <w:t>للمنشأة</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تربط</w:t>
      </w:r>
      <w:r w:rsidRPr="005117ED">
        <w:rPr>
          <w:rFonts w:cs="Sakkal Majalla"/>
          <w:color w:val="000000" w:themeColor="text1"/>
          <w:sz w:val="38"/>
          <w:szCs w:val="38"/>
        </w:rPr>
        <w:t xml:space="preserve"> </w:t>
      </w:r>
      <w:r w:rsidRPr="005117ED">
        <w:rPr>
          <w:rFonts w:cs="Sakkal Majalla"/>
          <w:color w:val="000000" w:themeColor="text1"/>
          <w:sz w:val="38"/>
          <w:szCs w:val="38"/>
          <w:rtl/>
        </w:rPr>
        <w:t>كل</w:t>
      </w:r>
      <w:r w:rsidRPr="005117ED">
        <w:rPr>
          <w:rFonts w:cs="Sakkal Majalla"/>
          <w:color w:val="000000" w:themeColor="text1"/>
          <w:sz w:val="38"/>
          <w:szCs w:val="38"/>
        </w:rPr>
        <w:t xml:space="preserve"> </w:t>
      </w:r>
      <w:r w:rsidRPr="005117ED">
        <w:rPr>
          <w:rFonts w:cs="Sakkal Majalla"/>
          <w:color w:val="000000" w:themeColor="text1"/>
          <w:sz w:val="38"/>
          <w:szCs w:val="38"/>
          <w:rtl/>
        </w:rPr>
        <w:t>هدف</w:t>
      </w:r>
      <w:r w:rsidRPr="005117ED">
        <w:rPr>
          <w:rFonts w:cs="Sakkal Majalla"/>
          <w:color w:val="000000" w:themeColor="text1"/>
          <w:sz w:val="38"/>
          <w:szCs w:val="38"/>
        </w:rPr>
        <w:t xml:space="preserve"> </w:t>
      </w:r>
      <w:r w:rsidRPr="005117ED">
        <w:rPr>
          <w:rFonts w:cs="Sakkal Majalla"/>
          <w:color w:val="000000" w:themeColor="text1"/>
          <w:sz w:val="38"/>
          <w:szCs w:val="38"/>
          <w:rtl/>
        </w:rPr>
        <w:t>استراتيجي</w:t>
      </w:r>
      <w:r w:rsidRPr="005117ED">
        <w:rPr>
          <w:rFonts w:cs="Sakkal Majalla"/>
          <w:color w:val="000000" w:themeColor="text1"/>
          <w:sz w:val="38"/>
          <w:szCs w:val="38"/>
        </w:rPr>
        <w:t xml:space="preserve"> </w:t>
      </w:r>
      <w:r w:rsidRPr="005117ED">
        <w:rPr>
          <w:rFonts w:cs="Sakkal Majalla"/>
          <w:color w:val="000000" w:themeColor="text1"/>
          <w:sz w:val="38"/>
          <w:szCs w:val="38"/>
          <w:rtl/>
        </w:rPr>
        <w:t>بسؤال</w:t>
      </w:r>
      <w:r w:rsidRPr="005117ED">
        <w:rPr>
          <w:rFonts w:cs="Sakkal Majalla"/>
          <w:color w:val="000000" w:themeColor="text1"/>
          <w:sz w:val="38"/>
          <w:szCs w:val="38"/>
        </w:rPr>
        <w:t xml:space="preserve"> </w:t>
      </w:r>
      <w:r w:rsidRPr="005117ED">
        <w:rPr>
          <w:rFonts w:cs="Sakkal Majalla"/>
          <w:color w:val="000000" w:themeColor="text1"/>
          <w:sz w:val="38"/>
          <w:szCs w:val="38"/>
          <w:rtl/>
        </w:rPr>
        <w:t>تطوير</w:t>
      </w:r>
      <w:r w:rsidRPr="005117ED">
        <w:rPr>
          <w:rFonts w:cs="Sakkal Majalla"/>
          <w:color w:val="000000" w:themeColor="text1"/>
          <w:sz w:val="38"/>
          <w:szCs w:val="38"/>
        </w:rPr>
        <w:t xml:space="preserve">: </w:t>
      </w:r>
      <w:r w:rsidRPr="005117ED">
        <w:rPr>
          <w:rFonts w:cs="Sakkal Majalla"/>
          <w:color w:val="000000" w:themeColor="text1"/>
          <w:sz w:val="38"/>
          <w:szCs w:val="38"/>
          <w:rtl/>
        </w:rPr>
        <w:t>ما</w:t>
      </w:r>
      <w:r w:rsidRPr="005117ED">
        <w:rPr>
          <w:rFonts w:cs="Sakkal Majalla"/>
          <w:color w:val="000000" w:themeColor="text1"/>
          <w:sz w:val="38"/>
          <w:szCs w:val="38"/>
        </w:rPr>
        <w:t xml:space="preserve"> </w:t>
      </w:r>
      <w:r w:rsidRPr="005117ED">
        <w:rPr>
          <w:rFonts w:cs="Sakkal Majalla"/>
          <w:color w:val="000000" w:themeColor="text1"/>
          <w:sz w:val="38"/>
          <w:szCs w:val="38"/>
          <w:rtl/>
        </w:rPr>
        <w:t>العملية</w:t>
      </w:r>
      <w:r w:rsidRPr="005117ED">
        <w:rPr>
          <w:rFonts w:cs="Sakkal Majalla"/>
          <w:color w:val="000000" w:themeColor="text1"/>
          <w:sz w:val="38"/>
          <w:szCs w:val="38"/>
        </w:rPr>
        <w:t xml:space="preserve"> </w:t>
      </w:r>
      <w:r w:rsidRPr="005117ED">
        <w:rPr>
          <w:rFonts w:cs="Sakkal Majalla"/>
          <w:color w:val="000000" w:themeColor="text1"/>
          <w:sz w:val="38"/>
          <w:szCs w:val="38"/>
          <w:rtl/>
        </w:rPr>
        <w:t>التي</w:t>
      </w:r>
      <w:r w:rsidRPr="005117ED">
        <w:rPr>
          <w:rFonts w:cs="Sakkal Majalla"/>
          <w:color w:val="000000" w:themeColor="text1"/>
          <w:sz w:val="38"/>
          <w:szCs w:val="38"/>
        </w:rPr>
        <w:t xml:space="preserve"> </w:t>
      </w:r>
      <w:r w:rsidRPr="005117ED">
        <w:rPr>
          <w:rFonts w:cs="Sakkal Majalla"/>
          <w:color w:val="000000" w:themeColor="text1"/>
          <w:sz w:val="38"/>
          <w:szCs w:val="38"/>
          <w:rtl/>
        </w:rPr>
        <w:t>ينبغي</w:t>
      </w:r>
      <w:r w:rsidRPr="005117ED">
        <w:rPr>
          <w:rFonts w:cs="Sakkal Majalla"/>
          <w:color w:val="000000" w:themeColor="text1"/>
          <w:sz w:val="38"/>
          <w:szCs w:val="38"/>
        </w:rPr>
        <w:t xml:space="preserve"> </w:t>
      </w:r>
      <w:r w:rsidRPr="005117ED">
        <w:rPr>
          <w:rFonts w:cs="Sakkal Majalla"/>
          <w:color w:val="000000" w:themeColor="text1"/>
          <w:sz w:val="38"/>
          <w:szCs w:val="38"/>
          <w:rtl/>
        </w:rPr>
        <w:t>تحسينها؟</w:t>
      </w:r>
      <w:r w:rsidRPr="005117ED">
        <w:rPr>
          <w:rFonts w:cs="Sakkal Majalla"/>
          <w:color w:val="000000" w:themeColor="text1"/>
          <w:sz w:val="38"/>
          <w:szCs w:val="38"/>
        </w:rPr>
        <w:t xml:space="preserve"> </w:t>
      </w:r>
      <w:r w:rsidRPr="005117ED">
        <w:rPr>
          <w:rFonts w:cs="Sakkal Majalla"/>
          <w:color w:val="000000" w:themeColor="text1"/>
          <w:sz w:val="38"/>
          <w:szCs w:val="38"/>
          <w:rtl/>
        </w:rPr>
        <w:t>ما</w:t>
      </w:r>
      <w:r w:rsidRPr="005117ED">
        <w:rPr>
          <w:rFonts w:cs="Sakkal Majalla"/>
          <w:color w:val="000000" w:themeColor="text1"/>
          <w:sz w:val="38"/>
          <w:szCs w:val="38"/>
        </w:rPr>
        <w:t xml:space="preserve"> </w:t>
      </w:r>
      <w:r w:rsidRPr="005117ED">
        <w:rPr>
          <w:rFonts w:cs="Sakkal Majalla"/>
          <w:color w:val="000000" w:themeColor="text1"/>
          <w:sz w:val="38"/>
          <w:szCs w:val="38"/>
          <w:rtl/>
        </w:rPr>
        <w:t>تجربة</w:t>
      </w:r>
      <w:r w:rsidRPr="005117ED">
        <w:rPr>
          <w:rFonts w:cs="Sakkal Majalla"/>
          <w:color w:val="000000" w:themeColor="text1"/>
          <w:sz w:val="38"/>
          <w:szCs w:val="38"/>
        </w:rPr>
        <w:t xml:space="preserve"> </w:t>
      </w:r>
      <w:r w:rsidRPr="005117ED">
        <w:rPr>
          <w:rFonts w:cs="Sakkal Majalla"/>
          <w:color w:val="000000" w:themeColor="text1"/>
          <w:sz w:val="38"/>
          <w:szCs w:val="38"/>
          <w:rtl/>
        </w:rPr>
        <w:t>هذا</w:t>
      </w:r>
      <w:r w:rsidRPr="005117ED">
        <w:rPr>
          <w:rFonts w:cs="Sakkal Majalla"/>
          <w:color w:val="000000" w:themeColor="text1"/>
          <w:sz w:val="38"/>
          <w:szCs w:val="38"/>
        </w:rPr>
        <w:t xml:space="preserve"> </w:t>
      </w:r>
      <w:r w:rsidRPr="005117ED">
        <w:rPr>
          <w:rFonts w:cs="Sakkal Majalla"/>
          <w:color w:val="000000" w:themeColor="text1"/>
          <w:sz w:val="38"/>
          <w:szCs w:val="38"/>
          <w:rtl/>
        </w:rPr>
        <w:t>الربع؟</w:t>
      </w:r>
      <w:r w:rsidRPr="005117ED">
        <w:rPr>
          <w:rFonts w:cs="Sakkal Majalla"/>
          <w:color w:val="000000" w:themeColor="text1"/>
          <w:sz w:val="38"/>
          <w:szCs w:val="38"/>
        </w:rPr>
        <w:t xml:space="preserve"> </w:t>
      </w:r>
      <w:r w:rsidRPr="005117ED">
        <w:rPr>
          <w:rFonts w:cs="Sakkal Majalla"/>
          <w:color w:val="000000" w:themeColor="text1"/>
          <w:sz w:val="38"/>
          <w:szCs w:val="38"/>
          <w:rtl/>
        </w:rPr>
        <w:t>وما</w:t>
      </w:r>
      <w:r w:rsidRPr="005117ED">
        <w:rPr>
          <w:rFonts w:cs="Sakkal Majalla"/>
          <w:color w:val="000000" w:themeColor="text1"/>
          <w:sz w:val="38"/>
          <w:szCs w:val="38"/>
        </w:rPr>
        <w:t xml:space="preserve"> </w:t>
      </w:r>
      <w:r w:rsidRPr="005117ED">
        <w:rPr>
          <w:rFonts w:cs="Sakkal Majalla"/>
          <w:color w:val="000000" w:themeColor="text1"/>
          <w:sz w:val="38"/>
          <w:szCs w:val="38"/>
          <w:rtl/>
        </w:rPr>
        <w:t>القيمة</w:t>
      </w:r>
      <w:r w:rsidRPr="005117ED">
        <w:rPr>
          <w:rFonts w:cs="Sakkal Majalla"/>
          <w:color w:val="000000" w:themeColor="text1"/>
          <w:sz w:val="38"/>
          <w:szCs w:val="38"/>
        </w:rPr>
        <w:t xml:space="preserve"> </w:t>
      </w:r>
      <w:r w:rsidRPr="005117ED">
        <w:rPr>
          <w:rFonts w:cs="Sakkal Majalla"/>
          <w:color w:val="000000" w:themeColor="text1"/>
          <w:sz w:val="38"/>
          <w:szCs w:val="38"/>
          <w:rtl/>
        </w:rPr>
        <w:t>المتوقعة</w:t>
      </w:r>
      <w:r w:rsidRPr="005117ED">
        <w:rPr>
          <w:rFonts w:cs="Sakkal Majalla"/>
          <w:color w:val="000000" w:themeColor="text1"/>
          <w:sz w:val="38"/>
          <w:szCs w:val="38"/>
        </w:rPr>
        <w:t xml:space="preserve"> </w:t>
      </w:r>
      <w:r w:rsidRPr="005117ED">
        <w:rPr>
          <w:rFonts w:cs="Sakkal Majalla"/>
          <w:color w:val="000000" w:themeColor="text1"/>
          <w:sz w:val="38"/>
          <w:szCs w:val="38"/>
          <w:rtl/>
        </w:rPr>
        <w:t>للعميل؟</w:t>
      </w:r>
      <w:r w:rsidRPr="005117ED">
        <w:rPr>
          <w:rFonts w:cs="Sakkal Majalla"/>
          <w:color w:val="000000" w:themeColor="text1"/>
          <w:sz w:val="38"/>
          <w:szCs w:val="38"/>
        </w:rPr>
        <w:t xml:space="preserve"> </w:t>
      </w:r>
      <w:r w:rsidRPr="005117ED">
        <w:rPr>
          <w:rFonts w:cs="Sakkal Majalla"/>
          <w:color w:val="000000" w:themeColor="text1"/>
          <w:sz w:val="38"/>
          <w:szCs w:val="38"/>
          <w:rtl/>
        </w:rPr>
        <w:t>بهذه</w:t>
      </w:r>
      <w:r w:rsidRPr="005117ED">
        <w:rPr>
          <w:rFonts w:cs="Sakkal Majalla"/>
          <w:color w:val="000000" w:themeColor="text1"/>
          <w:sz w:val="38"/>
          <w:szCs w:val="38"/>
        </w:rPr>
        <w:t xml:space="preserve"> </w:t>
      </w:r>
      <w:r w:rsidRPr="005117ED">
        <w:rPr>
          <w:rFonts w:cs="Sakkal Majalla"/>
          <w:color w:val="000000" w:themeColor="text1"/>
          <w:sz w:val="38"/>
          <w:szCs w:val="38"/>
          <w:rtl/>
        </w:rPr>
        <w:t>الطريقة</w:t>
      </w:r>
      <w:r w:rsidRPr="005117ED">
        <w:rPr>
          <w:rFonts w:cs="Sakkal Majalla"/>
          <w:color w:val="000000" w:themeColor="text1"/>
          <w:sz w:val="38"/>
          <w:szCs w:val="38"/>
        </w:rPr>
        <w:t xml:space="preserve"> </w:t>
      </w:r>
      <w:r w:rsidRPr="005117ED">
        <w:rPr>
          <w:rFonts w:cs="Sakkal Majalla"/>
          <w:color w:val="000000" w:themeColor="text1"/>
          <w:sz w:val="38"/>
          <w:szCs w:val="38"/>
          <w:rtl/>
        </w:rPr>
        <w:t>يتحول</w:t>
      </w:r>
      <w:r w:rsidRPr="005117ED">
        <w:rPr>
          <w:rFonts w:cs="Sakkal Majalla"/>
          <w:color w:val="000000" w:themeColor="text1"/>
          <w:sz w:val="38"/>
          <w:szCs w:val="38"/>
        </w:rPr>
        <w:t xml:space="preserve"> </w:t>
      </w:r>
      <w:r w:rsidRPr="005117ED">
        <w:rPr>
          <w:rFonts w:cs="Sakkal Majalla"/>
          <w:color w:val="000000" w:themeColor="text1"/>
          <w:sz w:val="38"/>
          <w:szCs w:val="38"/>
          <w:rtl/>
        </w:rPr>
        <w:t>الإلهام</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خطاب</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محفظة</w:t>
      </w:r>
      <w:r w:rsidRPr="005117ED">
        <w:rPr>
          <w:rFonts w:cs="Sakkal Majalla"/>
          <w:color w:val="000000" w:themeColor="text1"/>
          <w:sz w:val="38"/>
          <w:szCs w:val="38"/>
        </w:rPr>
        <w:t xml:space="preserve"> </w:t>
      </w:r>
      <w:r w:rsidRPr="005117ED">
        <w:rPr>
          <w:rFonts w:cs="Sakkal Majalla"/>
          <w:color w:val="000000" w:themeColor="text1"/>
          <w:sz w:val="38"/>
          <w:szCs w:val="38"/>
          <w:rtl/>
        </w:rPr>
        <w:t>مبادرات</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وتؤكد</w:t>
      </w:r>
      <w:r w:rsidRPr="005117ED">
        <w:rPr>
          <w:rFonts w:cs="Sakkal Majalla"/>
          <w:color w:val="000000" w:themeColor="text1"/>
          <w:sz w:val="38"/>
          <w:szCs w:val="38"/>
        </w:rPr>
        <w:t xml:space="preserve"> </w:t>
      </w:r>
      <w:r w:rsidRPr="005117ED">
        <w:rPr>
          <w:rFonts w:cs="Sakkal Majalla"/>
          <w:color w:val="000000" w:themeColor="text1"/>
          <w:sz w:val="38"/>
          <w:szCs w:val="38"/>
          <w:rtl/>
        </w:rPr>
        <w:t>نتيجة</w:t>
      </w:r>
      <w:r w:rsidRPr="005117ED">
        <w:rPr>
          <w:rFonts w:cs="Sakkal Majalla"/>
          <w:color w:val="000000" w:themeColor="text1"/>
          <w:sz w:val="38"/>
          <w:szCs w:val="38"/>
        </w:rPr>
        <w:t xml:space="preserve"> </w:t>
      </w:r>
      <w:r w:rsidRPr="005117ED">
        <w:rPr>
          <w:rFonts w:cs="Sakkal Majalla"/>
          <w:color w:val="000000" w:themeColor="text1"/>
          <w:sz w:val="38"/>
          <w:szCs w:val="38"/>
          <w:rtl/>
        </w:rPr>
        <w:t>الاستثارة</w:t>
      </w:r>
      <w:r w:rsidRPr="005117ED">
        <w:rPr>
          <w:rFonts w:cs="Sakkal Majalla"/>
          <w:color w:val="000000" w:themeColor="text1"/>
          <w:sz w:val="38"/>
          <w:szCs w:val="38"/>
        </w:rPr>
        <w:t xml:space="preserve"> </w:t>
      </w:r>
      <w:r w:rsidRPr="005117ED">
        <w:rPr>
          <w:rFonts w:cs="Sakkal Majalla"/>
          <w:color w:val="000000" w:themeColor="text1"/>
          <w:sz w:val="38"/>
          <w:szCs w:val="38"/>
          <w:rtl/>
        </w:rPr>
        <w:t>الفكرية</w:t>
      </w:r>
      <w:r w:rsidRPr="005117ED">
        <w:rPr>
          <w:rFonts w:cs="Sakkal Majalla"/>
          <w:color w:val="000000" w:themeColor="text1"/>
          <w:sz w:val="38"/>
          <w:szCs w:val="38"/>
        </w:rPr>
        <w:t xml:space="preserve"> </w:t>
      </w:r>
      <w:r w:rsidRPr="005117ED">
        <w:rPr>
          <w:rFonts w:cs="Sakkal Majalla"/>
          <w:color w:val="000000" w:themeColor="text1"/>
          <w:sz w:val="38"/>
          <w:szCs w:val="38"/>
          <w:rtl/>
        </w:rPr>
        <w:t>أهميتها</w:t>
      </w:r>
      <w:r w:rsidRPr="005117ED">
        <w:rPr>
          <w:rFonts w:cs="Sakkal Majalla"/>
          <w:color w:val="000000" w:themeColor="text1"/>
          <w:sz w:val="38"/>
          <w:szCs w:val="38"/>
        </w:rPr>
        <w:t xml:space="preserve"> </w:t>
      </w:r>
      <w:r w:rsidRPr="005117ED">
        <w:rPr>
          <w:rFonts w:cs="Sakkal Majalla"/>
          <w:color w:val="000000" w:themeColor="text1"/>
          <w:sz w:val="38"/>
          <w:szCs w:val="38"/>
          <w:rtl/>
        </w:rPr>
        <w:t>التفسيرية،</w:t>
      </w:r>
      <w:r w:rsidRPr="005117ED">
        <w:rPr>
          <w:rFonts w:cs="Sakkal Majalla"/>
          <w:color w:val="000000" w:themeColor="text1"/>
          <w:sz w:val="38"/>
          <w:szCs w:val="38"/>
        </w:rPr>
        <w:t xml:space="preserve"> </w:t>
      </w:r>
      <w:r w:rsidRPr="005117ED">
        <w:rPr>
          <w:rFonts w:cs="Sakkal Majalla"/>
          <w:color w:val="000000" w:themeColor="text1"/>
          <w:sz w:val="38"/>
          <w:szCs w:val="38"/>
          <w:rtl/>
        </w:rPr>
        <w:t>إذ</w:t>
      </w:r>
      <w:r w:rsidRPr="005117ED">
        <w:rPr>
          <w:rFonts w:cs="Sakkal Majalla"/>
          <w:color w:val="000000" w:themeColor="text1"/>
          <w:sz w:val="38"/>
          <w:szCs w:val="38"/>
        </w:rPr>
        <w:t xml:space="preserve"> </w:t>
      </w:r>
      <w:r w:rsidRPr="005117ED">
        <w:rPr>
          <w:rFonts w:cs="Sakkal Majalla"/>
          <w:color w:val="000000" w:themeColor="text1"/>
          <w:sz w:val="38"/>
          <w:szCs w:val="38"/>
          <w:rtl/>
        </w:rPr>
        <w:t>جاءت</w:t>
      </w:r>
      <w:r w:rsidRPr="005117ED">
        <w:rPr>
          <w:rFonts w:cs="Sakkal Majalla"/>
          <w:color w:val="000000" w:themeColor="text1"/>
          <w:sz w:val="38"/>
          <w:szCs w:val="38"/>
        </w:rPr>
        <w:t xml:space="preserve"> </w:t>
      </w:r>
      <w:r w:rsidRPr="005117ED">
        <w:rPr>
          <w:rFonts w:cs="Sakkal Majalla"/>
          <w:color w:val="000000" w:themeColor="text1"/>
          <w:sz w:val="38"/>
          <w:szCs w:val="38"/>
          <w:rtl/>
        </w:rPr>
        <w:t>الأعلى</w:t>
      </w:r>
      <w:r w:rsidRPr="005117ED">
        <w:rPr>
          <w:rFonts w:cs="Sakkal Majalla"/>
          <w:color w:val="000000" w:themeColor="text1"/>
          <w:sz w:val="38"/>
          <w:szCs w:val="38"/>
        </w:rPr>
        <w:t xml:space="preserve"> </w:t>
      </w:r>
      <w:r w:rsidRPr="005117ED">
        <w:rPr>
          <w:rFonts w:cs="Sakkal Majalla"/>
          <w:color w:val="000000" w:themeColor="text1"/>
          <w:sz w:val="38"/>
          <w:szCs w:val="38"/>
          <w:rtl/>
        </w:rPr>
        <w:t>ارتباطًا</w:t>
      </w:r>
      <w:r w:rsidRPr="005117ED">
        <w:rPr>
          <w:rFonts w:cs="Sakkal Majalla"/>
          <w:color w:val="000000" w:themeColor="text1"/>
          <w:sz w:val="38"/>
          <w:szCs w:val="38"/>
        </w:rPr>
        <w:t xml:space="preserve"> </w:t>
      </w:r>
      <w:r w:rsidRPr="005117ED">
        <w:rPr>
          <w:rFonts w:cs="Sakkal Majalla"/>
          <w:color w:val="000000" w:themeColor="text1"/>
          <w:sz w:val="38"/>
          <w:szCs w:val="38"/>
          <w:rtl/>
        </w:rPr>
        <w:t>وتأثيرًا</w:t>
      </w:r>
      <w:r w:rsidRPr="005117ED">
        <w:rPr>
          <w:rFonts w:cs="Sakkal Majalla"/>
          <w:color w:val="000000" w:themeColor="text1"/>
          <w:sz w:val="38"/>
          <w:szCs w:val="38"/>
        </w:rPr>
        <w:t xml:space="preserve"> </w:t>
      </w:r>
      <w:r w:rsidRPr="005117ED">
        <w:rPr>
          <w:rFonts w:cs="Sakkal Majalla"/>
          <w:color w:val="000000" w:themeColor="text1"/>
          <w:sz w:val="38"/>
          <w:szCs w:val="38"/>
          <w:rtl/>
        </w:rPr>
        <w:t>نسبيًا</w:t>
      </w:r>
      <w:r w:rsidRPr="005117ED">
        <w:rPr>
          <w:rFonts w:cs="Sakkal Majalla"/>
          <w:color w:val="000000" w:themeColor="text1"/>
          <w:sz w:val="38"/>
          <w:szCs w:val="38"/>
        </w:rPr>
        <w:t xml:space="preserve">. </w:t>
      </w:r>
      <w:r w:rsidRPr="005117ED">
        <w:rPr>
          <w:rFonts w:cs="Sakkal Majalla"/>
          <w:color w:val="000000" w:themeColor="text1"/>
          <w:sz w:val="38"/>
          <w:szCs w:val="38"/>
          <w:rtl/>
        </w:rPr>
        <w:t>وتنسجم</w:t>
      </w:r>
      <w:r w:rsidRPr="005117ED">
        <w:rPr>
          <w:rFonts w:cs="Sakkal Majalla"/>
          <w:color w:val="000000" w:themeColor="text1"/>
          <w:sz w:val="38"/>
          <w:szCs w:val="38"/>
        </w:rPr>
        <w:t xml:space="preserve"> </w:t>
      </w:r>
      <w:r w:rsidRPr="005117ED">
        <w:rPr>
          <w:rFonts w:cs="Sakkal Majalla"/>
          <w:color w:val="000000" w:themeColor="text1"/>
          <w:sz w:val="38"/>
          <w:szCs w:val="38"/>
          <w:rtl/>
        </w:rPr>
        <w:t>النتيجة</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طبيعة</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الذي</w:t>
      </w:r>
      <w:r w:rsidRPr="005117ED">
        <w:rPr>
          <w:rFonts w:cs="Sakkal Majalla"/>
          <w:color w:val="000000" w:themeColor="text1"/>
          <w:sz w:val="38"/>
          <w:szCs w:val="38"/>
        </w:rPr>
        <w:t xml:space="preserve"> </w:t>
      </w:r>
      <w:r w:rsidRPr="005117ED">
        <w:rPr>
          <w:rFonts w:cs="Sakkal Majalla"/>
          <w:color w:val="000000" w:themeColor="text1"/>
          <w:sz w:val="38"/>
          <w:szCs w:val="38"/>
          <w:rtl/>
        </w:rPr>
        <w:t>يبدأ</w:t>
      </w:r>
      <w:r w:rsidRPr="005117ED">
        <w:rPr>
          <w:rFonts w:cs="Sakkal Majalla"/>
          <w:color w:val="000000" w:themeColor="text1"/>
          <w:sz w:val="38"/>
          <w:szCs w:val="38"/>
        </w:rPr>
        <w:t xml:space="preserve"> </w:t>
      </w:r>
      <w:r w:rsidRPr="005117ED">
        <w:rPr>
          <w:rFonts w:cs="Sakkal Majalla"/>
          <w:color w:val="000000" w:themeColor="text1"/>
          <w:sz w:val="38"/>
          <w:szCs w:val="38"/>
          <w:rtl/>
        </w:rPr>
        <w:t>بالسؤال</w:t>
      </w:r>
      <w:r w:rsidRPr="005117ED">
        <w:rPr>
          <w:rFonts w:cs="Sakkal Majalla"/>
          <w:color w:val="000000" w:themeColor="text1"/>
          <w:sz w:val="38"/>
          <w:szCs w:val="38"/>
        </w:rPr>
        <w:t xml:space="preserve"> </w:t>
      </w:r>
      <w:r w:rsidRPr="005117ED">
        <w:rPr>
          <w:rFonts w:cs="Sakkal Majalla"/>
          <w:color w:val="000000" w:themeColor="text1"/>
          <w:sz w:val="38"/>
          <w:szCs w:val="38"/>
          <w:rtl/>
        </w:rPr>
        <w:t>وإعادة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التعريف</w:t>
      </w:r>
      <w:r w:rsidRPr="005117ED">
        <w:rPr>
          <w:rFonts w:cs="Sakkal Majalla"/>
          <w:color w:val="000000" w:themeColor="text1"/>
          <w:sz w:val="38"/>
          <w:szCs w:val="38"/>
        </w:rPr>
        <w:t xml:space="preserve">. </w:t>
      </w:r>
      <w:r w:rsidRPr="005117ED">
        <w:rPr>
          <w:rFonts w:cs="Sakkal Majalla"/>
          <w:color w:val="000000" w:themeColor="text1"/>
          <w:sz w:val="38"/>
          <w:szCs w:val="38"/>
          <w:rtl/>
        </w:rPr>
        <w:t>كما</w:t>
      </w:r>
      <w:r w:rsidRPr="005117ED">
        <w:rPr>
          <w:rFonts w:cs="Sakkal Majalla"/>
          <w:color w:val="000000" w:themeColor="text1"/>
          <w:sz w:val="38"/>
          <w:szCs w:val="38"/>
        </w:rPr>
        <w:t xml:space="preserve"> </w:t>
      </w:r>
      <w:r w:rsidRPr="005117ED">
        <w:rPr>
          <w:rFonts w:cs="Sakkal Majalla"/>
          <w:color w:val="000000" w:themeColor="text1"/>
          <w:sz w:val="38"/>
          <w:szCs w:val="38"/>
          <w:rtl/>
        </w:rPr>
        <w:t>تشير</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العاملين</w:t>
      </w:r>
      <w:r w:rsidRPr="005117ED">
        <w:rPr>
          <w:rFonts w:cs="Sakkal Majalla"/>
          <w:color w:val="000000" w:themeColor="text1"/>
          <w:sz w:val="38"/>
          <w:szCs w:val="38"/>
        </w:rPr>
        <w:t xml:space="preserve"> </w:t>
      </w:r>
      <w:r w:rsidRPr="005117ED">
        <w:rPr>
          <w:rFonts w:cs="Sakkal Majalla"/>
          <w:color w:val="000000" w:themeColor="text1"/>
          <w:sz w:val="38"/>
          <w:szCs w:val="38"/>
          <w:rtl/>
        </w:rPr>
        <w:t>يستجيبون</w:t>
      </w:r>
      <w:r w:rsidRPr="005117ED">
        <w:rPr>
          <w:rFonts w:cs="Sakkal Majalla"/>
          <w:color w:val="000000" w:themeColor="text1"/>
          <w:sz w:val="38"/>
          <w:szCs w:val="38"/>
        </w:rPr>
        <w:t xml:space="preserve"> </w:t>
      </w:r>
      <w:r w:rsidRPr="005117ED">
        <w:rPr>
          <w:rFonts w:cs="Sakkal Majalla"/>
          <w:color w:val="000000" w:themeColor="text1"/>
          <w:sz w:val="38"/>
          <w:szCs w:val="38"/>
          <w:rtl/>
        </w:rPr>
        <w:t>للممارسات</w:t>
      </w:r>
      <w:r w:rsidRPr="005117ED">
        <w:rPr>
          <w:rFonts w:cs="Sakkal Majalla"/>
          <w:color w:val="000000" w:themeColor="text1"/>
          <w:sz w:val="38"/>
          <w:szCs w:val="38"/>
        </w:rPr>
        <w:t xml:space="preserve"> </w:t>
      </w:r>
      <w:r w:rsidRPr="005117ED">
        <w:rPr>
          <w:rFonts w:cs="Sakkal Majalla"/>
          <w:color w:val="000000" w:themeColor="text1"/>
          <w:sz w:val="38"/>
          <w:szCs w:val="38"/>
          <w:rtl/>
        </w:rPr>
        <w:t>القريبة</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العمل</w:t>
      </w:r>
      <w:r w:rsidRPr="005117ED">
        <w:rPr>
          <w:rFonts w:cs="Sakkal Majalla"/>
          <w:color w:val="000000" w:themeColor="text1"/>
          <w:sz w:val="38"/>
          <w:szCs w:val="38"/>
        </w:rPr>
        <w:t xml:space="preserve">: </w:t>
      </w:r>
      <w:r w:rsidRPr="005117ED">
        <w:rPr>
          <w:rFonts w:cs="Sakkal Majalla"/>
          <w:color w:val="000000" w:themeColor="text1"/>
          <w:sz w:val="38"/>
          <w:szCs w:val="38"/>
          <w:rtl/>
        </w:rPr>
        <w:t>طلب</w:t>
      </w:r>
      <w:r w:rsidRPr="005117ED">
        <w:rPr>
          <w:rFonts w:cs="Sakkal Majalla"/>
          <w:color w:val="000000" w:themeColor="text1"/>
          <w:sz w:val="38"/>
          <w:szCs w:val="38"/>
        </w:rPr>
        <w:t xml:space="preserve"> </w:t>
      </w:r>
      <w:r w:rsidRPr="005117ED">
        <w:rPr>
          <w:rFonts w:cs="Sakkal Majalla"/>
          <w:color w:val="000000" w:themeColor="text1"/>
          <w:sz w:val="38"/>
          <w:szCs w:val="38"/>
          <w:rtl/>
        </w:rPr>
        <w:t>البدائل،</w:t>
      </w:r>
      <w:r w:rsidRPr="005117ED">
        <w:rPr>
          <w:rFonts w:cs="Sakkal Majalla"/>
          <w:color w:val="000000" w:themeColor="text1"/>
          <w:sz w:val="38"/>
          <w:szCs w:val="38"/>
        </w:rPr>
        <w:t xml:space="preserve"> </w:t>
      </w:r>
      <w:r w:rsidRPr="005117ED">
        <w:rPr>
          <w:rFonts w:cs="Sakkal Majalla"/>
          <w:color w:val="000000" w:themeColor="text1"/>
          <w:sz w:val="38"/>
          <w:szCs w:val="38"/>
          <w:rtl/>
        </w:rPr>
        <w:t>وتحليل</w:t>
      </w:r>
      <w:r w:rsidRPr="005117ED">
        <w:rPr>
          <w:rFonts w:cs="Sakkal Majalla"/>
          <w:color w:val="000000" w:themeColor="text1"/>
          <w:sz w:val="38"/>
          <w:szCs w:val="38"/>
        </w:rPr>
        <w:t xml:space="preserve"> </w:t>
      </w:r>
      <w:r w:rsidRPr="005117ED">
        <w:rPr>
          <w:rFonts w:cs="Sakkal Majalla"/>
          <w:color w:val="000000" w:themeColor="text1"/>
          <w:sz w:val="38"/>
          <w:szCs w:val="38"/>
          <w:rtl/>
        </w:rPr>
        <w:t>السبب،</w:t>
      </w:r>
      <w:r w:rsidRPr="005117ED">
        <w:rPr>
          <w:rFonts w:cs="Sakkal Majalla"/>
          <w:color w:val="000000" w:themeColor="text1"/>
          <w:sz w:val="38"/>
          <w:szCs w:val="38"/>
        </w:rPr>
        <w:t xml:space="preserve"> </w:t>
      </w:r>
      <w:r w:rsidRPr="005117ED">
        <w:rPr>
          <w:rFonts w:cs="Sakkal Majalla"/>
          <w:color w:val="000000" w:themeColor="text1"/>
          <w:sz w:val="38"/>
          <w:szCs w:val="38"/>
          <w:rtl/>
        </w:rPr>
        <w:t>وتجريب</w:t>
      </w:r>
      <w:r w:rsidRPr="005117ED">
        <w:rPr>
          <w:rFonts w:cs="Sakkal Majalla"/>
          <w:color w:val="000000" w:themeColor="text1"/>
          <w:sz w:val="38"/>
          <w:szCs w:val="38"/>
        </w:rPr>
        <w:t xml:space="preserve"> </w:t>
      </w:r>
      <w:r w:rsidRPr="005117ED">
        <w:rPr>
          <w:rFonts w:cs="Sakkal Majalla"/>
          <w:color w:val="000000" w:themeColor="text1"/>
          <w:sz w:val="38"/>
          <w:szCs w:val="38"/>
          <w:rtl/>
        </w:rPr>
        <w:t>حل</w:t>
      </w:r>
      <w:r w:rsidRPr="005117ED">
        <w:rPr>
          <w:rFonts w:cs="Sakkal Majalla"/>
          <w:color w:val="000000" w:themeColor="text1"/>
          <w:sz w:val="38"/>
          <w:szCs w:val="38"/>
        </w:rPr>
        <w:t xml:space="preserve"> </w:t>
      </w:r>
      <w:r w:rsidRPr="005117ED">
        <w:rPr>
          <w:rFonts w:cs="Sakkal Majalla"/>
          <w:color w:val="000000" w:themeColor="text1"/>
          <w:sz w:val="38"/>
          <w:szCs w:val="38"/>
          <w:rtl/>
        </w:rPr>
        <w:t>صغير</w:t>
      </w:r>
      <w:r w:rsidRPr="005117ED">
        <w:rPr>
          <w:rFonts w:cs="Sakkal Majalla"/>
          <w:color w:val="000000" w:themeColor="text1"/>
          <w:sz w:val="38"/>
          <w:szCs w:val="38"/>
        </w:rPr>
        <w:t xml:space="preserve">. </w:t>
      </w:r>
      <w:r w:rsidRPr="005117ED">
        <w:rPr>
          <w:rFonts w:cs="Sakkal Majalla"/>
          <w:color w:val="000000" w:themeColor="text1"/>
          <w:sz w:val="38"/>
          <w:szCs w:val="38"/>
          <w:rtl/>
        </w:rPr>
        <w:t>لذلك</w:t>
      </w:r>
      <w:r w:rsidRPr="005117ED">
        <w:rPr>
          <w:rFonts w:cs="Sakkal Majalla"/>
          <w:color w:val="000000" w:themeColor="text1"/>
          <w:sz w:val="38"/>
          <w:szCs w:val="38"/>
        </w:rPr>
        <w:t xml:space="preserve"> </w:t>
      </w:r>
      <w:r w:rsidRPr="005117ED">
        <w:rPr>
          <w:rFonts w:cs="Sakkal Majalla"/>
          <w:color w:val="000000" w:themeColor="text1"/>
          <w:sz w:val="38"/>
          <w:szCs w:val="38"/>
          <w:rtl/>
        </w:rPr>
        <w:t>ينبغي</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يكون</w:t>
      </w:r>
      <w:r w:rsidRPr="005117ED">
        <w:rPr>
          <w:rFonts w:cs="Sakkal Majalla"/>
          <w:color w:val="000000" w:themeColor="text1"/>
          <w:sz w:val="38"/>
          <w:szCs w:val="38"/>
        </w:rPr>
        <w:t xml:space="preserve"> </w:t>
      </w:r>
      <w:r w:rsidRPr="005117ED">
        <w:rPr>
          <w:rFonts w:cs="Sakkal Majalla"/>
          <w:color w:val="000000" w:themeColor="text1"/>
          <w:sz w:val="38"/>
          <w:szCs w:val="38"/>
          <w:rtl/>
        </w:rPr>
        <w:t>التدريب</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القيادي</w:t>
      </w:r>
      <w:r w:rsidRPr="005117ED">
        <w:rPr>
          <w:rFonts w:cs="Sakkal Majalla"/>
          <w:color w:val="000000" w:themeColor="text1"/>
          <w:sz w:val="38"/>
          <w:szCs w:val="38"/>
        </w:rPr>
        <w:t xml:space="preserve"> </w:t>
      </w:r>
      <w:r w:rsidRPr="005117ED">
        <w:rPr>
          <w:rFonts w:cs="Sakkal Majalla"/>
          <w:color w:val="000000" w:themeColor="text1"/>
          <w:sz w:val="38"/>
          <w:szCs w:val="38"/>
          <w:rtl/>
        </w:rPr>
        <w:t>تطبيقيًا،</w:t>
      </w:r>
      <w:r w:rsidRPr="005117ED">
        <w:rPr>
          <w:rFonts w:cs="Sakkal Majalla"/>
          <w:color w:val="000000" w:themeColor="text1"/>
          <w:sz w:val="38"/>
          <w:szCs w:val="38"/>
        </w:rPr>
        <w:t xml:space="preserve"> </w:t>
      </w:r>
      <w:r w:rsidRPr="005117ED">
        <w:rPr>
          <w:rFonts w:cs="Sakkal Majalla"/>
          <w:color w:val="000000" w:themeColor="text1"/>
          <w:sz w:val="38"/>
          <w:szCs w:val="38"/>
          <w:rtl/>
        </w:rPr>
        <w:t>وأن</w:t>
      </w:r>
      <w:r w:rsidRPr="005117ED">
        <w:rPr>
          <w:rFonts w:cs="Sakkal Majalla"/>
          <w:color w:val="000000" w:themeColor="text1"/>
          <w:sz w:val="38"/>
          <w:szCs w:val="38"/>
        </w:rPr>
        <w:t xml:space="preserve"> </w:t>
      </w:r>
      <w:r w:rsidRPr="005117ED">
        <w:rPr>
          <w:rFonts w:cs="Sakkal Majalla"/>
          <w:color w:val="000000" w:themeColor="text1"/>
          <w:sz w:val="38"/>
          <w:szCs w:val="38"/>
          <w:rtl/>
        </w:rPr>
        <w:t>يتضمن</w:t>
      </w:r>
      <w:r w:rsidRPr="005117ED">
        <w:rPr>
          <w:rFonts w:cs="Sakkal Majalla"/>
          <w:color w:val="000000" w:themeColor="text1"/>
          <w:sz w:val="38"/>
          <w:szCs w:val="38"/>
        </w:rPr>
        <w:t xml:space="preserve"> </w:t>
      </w:r>
      <w:r w:rsidRPr="005117ED">
        <w:rPr>
          <w:rFonts w:cs="Sakkal Majalla"/>
          <w:color w:val="000000" w:themeColor="text1"/>
          <w:sz w:val="38"/>
          <w:szCs w:val="38"/>
          <w:rtl/>
        </w:rPr>
        <w:t>أدوات</w:t>
      </w:r>
      <w:r w:rsidRPr="005117ED">
        <w:rPr>
          <w:rFonts w:cs="Sakkal Majalla"/>
          <w:color w:val="000000" w:themeColor="text1"/>
          <w:sz w:val="38"/>
          <w:szCs w:val="38"/>
        </w:rPr>
        <w:t xml:space="preserve"> </w:t>
      </w:r>
      <w:r w:rsidRPr="005117ED">
        <w:rPr>
          <w:rFonts w:cs="Sakkal Majalla"/>
          <w:color w:val="000000" w:themeColor="text1"/>
          <w:sz w:val="38"/>
          <w:szCs w:val="38"/>
          <w:rtl/>
        </w:rPr>
        <w:t>مثل</w:t>
      </w:r>
      <w:r w:rsidRPr="005117ED">
        <w:rPr>
          <w:rFonts w:cs="Sakkal Majalla"/>
          <w:color w:val="000000" w:themeColor="text1"/>
          <w:sz w:val="38"/>
          <w:szCs w:val="38"/>
        </w:rPr>
        <w:t xml:space="preserve"> </w:t>
      </w:r>
      <w:r w:rsidRPr="005117ED">
        <w:rPr>
          <w:rFonts w:cs="Sakkal Majalla"/>
          <w:color w:val="000000" w:themeColor="text1"/>
          <w:sz w:val="38"/>
          <w:szCs w:val="38"/>
          <w:rtl/>
        </w:rPr>
        <w:t>الأسئلة</w:t>
      </w:r>
      <w:r w:rsidRPr="005117ED">
        <w:rPr>
          <w:rFonts w:cs="Sakkal Majalla"/>
          <w:color w:val="000000" w:themeColor="text1"/>
          <w:sz w:val="38"/>
          <w:szCs w:val="38"/>
        </w:rPr>
        <w:t xml:space="preserve"> </w:t>
      </w:r>
      <w:proofErr w:type="spellStart"/>
      <w:r w:rsidRPr="005117ED">
        <w:rPr>
          <w:rFonts w:cs="Sakkal Majalla"/>
          <w:color w:val="000000" w:themeColor="text1"/>
          <w:sz w:val="38"/>
          <w:szCs w:val="38"/>
          <w:rtl/>
        </w:rPr>
        <w:t>السقراطية</w:t>
      </w:r>
      <w:proofErr w:type="spellEnd"/>
      <w:r w:rsidRPr="005117ED">
        <w:rPr>
          <w:rFonts w:cs="Sakkal Majalla"/>
          <w:color w:val="000000" w:themeColor="text1"/>
          <w:sz w:val="38"/>
          <w:szCs w:val="38"/>
          <w:rtl/>
        </w:rPr>
        <w:t>،</w:t>
      </w:r>
      <w:r w:rsidRPr="005117ED">
        <w:rPr>
          <w:rFonts w:cs="Sakkal Majalla"/>
          <w:color w:val="000000" w:themeColor="text1"/>
          <w:sz w:val="38"/>
          <w:szCs w:val="38"/>
        </w:rPr>
        <w:t xml:space="preserve"> </w:t>
      </w:r>
      <w:r w:rsidRPr="005117ED">
        <w:rPr>
          <w:rFonts w:cs="Sakkal Majalla"/>
          <w:color w:val="000000" w:themeColor="text1"/>
          <w:sz w:val="38"/>
          <w:szCs w:val="38"/>
          <w:rtl/>
        </w:rPr>
        <w:t>وخريطة</w:t>
      </w:r>
      <w:r w:rsidRPr="005117ED">
        <w:rPr>
          <w:rFonts w:cs="Sakkal Majalla"/>
          <w:color w:val="000000" w:themeColor="text1"/>
          <w:sz w:val="38"/>
          <w:szCs w:val="38"/>
        </w:rPr>
        <w:t xml:space="preserve"> </w:t>
      </w:r>
      <w:r w:rsidRPr="005117ED">
        <w:rPr>
          <w:rFonts w:cs="Sakkal Majalla"/>
          <w:color w:val="000000" w:themeColor="text1"/>
          <w:sz w:val="38"/>
          <w:szCs w:val="38"/>
          <w:rtl/>
        </w:rPr>
        <w:t>السبب</w:t>
      </w:r>
      <w:r w:rsidRPr="005117ED">
        <w:rPr>
          <w:rFonts w:cs="Sakkal Majalla"/>
          <w:color w:val="000000" w:themeColor="text1"/>
          <w:sz w:val="38"/>
          <w:szCs w:val="38"/>
        </w:rPr>
        <w:t xml:space="preserve"> </w:t>
      </w:r>
      <w:r w:rsidRPr="005117ED">
        <w:rPr>
          <w:rFonts w:cs="Sakkal Majalla"/>
          <w:color w:val="000000" w:themeColor="text1"/>
          <w:sz w:val="38"/>
          <w:szCs w:val="38"/>
          <w:rtl/>
        </w:rPr>
        <w:t>الجذري،</w:t>
      </w:r>
      <w:r w:rsidRPr="005117ED">
        <w:rPr>
          <w:rFonts w:cs="Sakkal Majalla"/>
          <w:color w:val="000000" w:themeColor="text1"/>
          <w:sz w:val="38"/>
          <w:szCs w:val="38"/>
        </w:rPr>
        <w:t xml:space="preserve"> </w:t>
      </w:r>
      <w:r w:rsidRPr="005117ED">
        <w:rPr>
          <w:rFonts w:cs="Sakkal Majalla"/>
          <w:color w:val="000000" w:themeColor="text1"/>
          <w:sz w:val="38"/>
          <w:szCs w:val="38"/>
          <w:rtl/>
        </w:rPr>
        <w:t>ونموذج</w:t>
      </w:r>
      <w:r w:rsidRPr="005117ED">
        <w:rPr>
          <w:rFonts w:cs="Sakkal Majalla"/>
          <w:color w:val="000000" w:themeColor="text1"/>
          <w:sz w:val="38"/>
          <w:szCs w:val="38"/>
        </w:rPr>
        <w:t xml:space="preserve"> </w:t>
      </w:r>
      <w:r w:rsidRPr="005117ED">
        <w:rPr>
          <w:rFonts w:cs="Sakkal Majalla"/>
          <w:color w:val="000000" w:themeColor="text1"/>
          <w:sz w:val="38"/>
          <w:szCs w:val="38"/>
          <w:rtl/>
        </w:rPr>
        <w:t>الفرضية</w:t>
      </w:r>
      <w:r w:rsidRPr="005117ED">
        <w:rPr>
          <w:rFonts w:cs="Sakkal Majalla"/>
          <w:color w:val="000000" w:themeColor="text1"/>
          <w:sz w:val="38"/>
          <w:szCs w:val="38"/>
        </w:rPr>
        <w:t xml:space="preserve"> </w:t>
      </w:r>
      <w:r w:rsidRPr="005117ED">
        <w:rPr>
          <w:rFonts w:cs="Sakkal Majalla"/>
          <w:color w:val="000000" w:themeColor="text1"/>
          <w:sz w:val="38"/>
          <w:szCs w:val="38"/>
          <w:rtl/>
        </w:rPr>
        <w:t>والتجربة</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وجاء</w:t>
      </w:r>
      <w:r w:rsidRPr="005117ED">
        <w:rPr>
          <w:rFonts w:cs="Sakkal Majalla"/>
          <w:color w:val="000000" w:themeColor="text1"/>
          <w:sz w:val="38"/>
          <w:szCs w:val="38"/>
        </w:rPr>
        <w:t xml:space="preserve"> </w:t>
      </w:r>
      <w:r w:rsidRPr="005117ED">
        <w:rPr>
          <w:rFonts w:cs="Sakkal Majalla"/>
          <w:color w:val="000000" w:themeColor="text1"/>
          <w:sz w:val="38"/>
          <w:szCs w:val="38"/>
          <w:rtl/>
        </w:rPr>
        <w:t>الاعتبار</w:t>
      </w:r>
      <w:r w:rsidRPr="005117ED">
        <w:rPr>
          <w:rFonts w:cs="Sakkal Majalla"/>
          <w:color w:val="000000" w:themeColor="text1"/>
          <w:sz w:val="38"/>
          <w:szCs w:val="38"/>
        </w:rPr>
        <w:t xml:space="preserve"> </w:t>
      </w:r>
      <w:r w:rsidRPr="005117ED">
        <w:rPr>
          <w:rFonts w:cs="Sakkal Majalla"/>
          <w:color w:val="000000" w:themeColor="text1"/>
          <w:sz w:val="38"/>
          <w:szCs w:val="38"/>
          <w:rtl/>
        </w:rPr>
        <w:t>الفردي</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المرتبة</w:t>
      </w:r>
      <w:r w:rsidRPr="005117ED">
        <w:rPr>
          <w:rFonts w:cs="Sakkal Majalla"/>
          <w:color w:val="000000" w:themeColor="text1"/>
          <w:sz w:val="38"/>
          <w:szCs w:val="38"/>
        </w:rPr>
        <w:t xml:space="preserve"> </w:t>
      </w:r>
      <w:r w:rsidRPr="005117ED">
        <w:rPr>
          <w:rFonts w:cs="Sakkal Majalla"/>
          <w:color w:val="000000" w:themeColor="text1"/>
          <w:sz w:val="38"/>
          <w:szCs w:val="38"/>
          <w:rtl/>
        </w:rPr>
        <w:t>الأخيرة</w:t>
      </w:r>
      <w:r w:rsidRPr="005117ED">
        <w:rPr>
          <w:rFonts w:cs="Sakkal Majalla"/>
          <w:color w:val="000000" w:themeColor="text1"/>
          <w:sz w:val="38"/>
          <w:szCs w:val="38"/>
        </w:rPr>
        <w:t xml:space="preserve"> </w:t>
      </w:r>
      <w:r w:rsidRPr="005117ED">
        <w:rPr>
          <w:rFonts w:cs="Sakkal Majalla"/>
          <w:color w:val="000000" w:themeColor="text1"/>
          <w:sz w:val="38"/>
          <w:szCs w:val="38"/>
          <w:rtl/>
        </w:rPr>
        <w:t>نسبيًا</w:t>
      </w:r>
      <w:r w:rsidRPr="005117ED">
        <w:rPr>
          <w:rFonts w:cs="Sakkal Majalla"/>
          <w:color w:val="000000" w:themeColor="text1"/>
          <w:sz w:val="38"/>
          <w:szCs w:val="38"/>
        </w:rPr>
        <w:t xml:space="preserve"> </w:t>
      </w:r>
      <w:r w:rsidRPr="005117ED">
        <w:rPr>
          <w:rFonts w:cs="Sakkal Majalla"/>
          <w:color w:val="000000" w:themeColor="text1"/>
          <w:sz w:val="38"/>
          <w:szCs w:val="38"/>
          <w:rtl/>
        </w:rPr>
        <w:t>رغم</w:t>
      </w:r>
      <w:r w:rsidRPr="005117ED">
        <w:rPr>
          <w:rFonts w:cs="Sakkal Majalla"/>
          <w:color w:val="000000" w:themeColor="text1"/>
          <w:sz w:val="38"/>
          <w:szCs w:val="38"/>
        </w:rPr>
        <w:t xml:space="preserve"> </w:t>
      </w:r>
      <w:r w:rsidRPr="005117ED">
        <w:rPr>
          <w:rFonts w:cs="Sakkal Majalla"/>
          <w:color w:val="000000" w:themeColor="text1"/>
          <w:sz w:val="38"/>
          <w:szCs w:val="38"/>
          <w:rtl/>
        </w:rPr>
        <w:t>بقائه</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المستوى</w:t>
      </w:r>
      <w:r w:rsidRPr="005117ED">
        <w:rPr>
          <w:rFonts w:cs="Sakkal Majalla"/>
          <w:color w:val="000000" w:themeColor="text1"/>
          <w:sz w:val="38"/>
          <w:szCs w:val="38"/>
        </w:rPr>
        <w:t xml:space="preserve"> </w:t>
      </w:r>
      <w:r w:rsidRPr="005117ED">
        <w:rPr>
          <w:rFonts w:cs="Sakkal Majalla"/>
          <w:color w:val="000000" w:themeColor="text1"/>
          <w:sz w:val="38"/>
          <w:szCs w:val="38"/>
          <w:rtl/>
        </w:rPr>
        <w:t>المرتفع</w:t>
      </w:r>
      <w:r w:rsidRPr="005117ED">
        <w:rPr>
          <w:rFonts w:cs="Sakkal Majalla"/>
          <w:color w:val="000000" w:themeColor="text1"/>
          <w:sz w:val="38"/>
          <w:szCs w:val="38"/>
        </w:rPr>
        <w:t xml:space="preserve">. </w:t>
      </w:r>
      <w:r w:rsidRPr="005117ED">
        <w:rPr>
          <w:rFonts w:cs="Sakkal Majalla"/>
          <w:color w:val="000000" w:themeColor="text1"/>
          <w:sz w:val="38"/>
          <w:szCs w:val="38"/>
          <w:rtl/>
        </w:rPr>
        <w:t>وقد</w:t>
      </w:r>
      <w:r w:rsidRPr="005117ED">
        <w:rPr>
          <w:rFonts w:cs="Sakkal Majalla"/>
          <w:color w:val="000000" w:themeColor="text1"/>
          <w:sz w:val="38"/>
          <w:szCs w:val="38"/>
        </w:rPr>
        <w:t xml:space="preserve"> </w:t>
      </w:r>
      <w:r w:rsidRPr="005117ED">
        <w:rPr>
          <w:rFonts w:cs="Sakkal Majalla"/>
          <w:color w:val="000000" w:themeColor="text1"/>
          <w:sz w:val="38"/>
          <w:szCs w:val="38"/>
          <w:rtl/>
        </w:rPr>
        <w:t>يرتبط</w:t>
      </w:r>
      <w:r w:rsidRPr="005117ED">
        <w:rPr>
          <w:rFonts w:cs="Sakkal Majalla"/>
          <w:color w:val="000000" w:themeColor="text1"/>
          <w:sz w:val="38"/>
          <w:szCs w:val="38"/>
        </w:rPr>
        <w:t xml:space="preserve"> </w:t>
      </w:r>
      <w:r w:rsidRPr="005117ED">
        <w:rPr>
          <w:rFonts w:cs="Sakkal Majalla"/>
          <w:color w:val="000000" w:themeColor="text1"/>
          <w:sz w:val="38"/>
          <w:szCs w:val="38"/>
          <w:rtl/>
        </w:rPr>
        <w:t>ذلك</w:t>
      </w:r>
      <w:r w:rsidRPr="005117ED">
        <w:rPr>
          <w:rFonts w:cs="Sakkal Majalla"/>
          <w:color w:val="000000" w:themeColor="text1"/>
          <w:sz w:val="38"/>
          <w:szCs w:val="38"/>
        </w:rPr>
        <w:t xml:space="preserve"> </w:t>
      </w:r>
      <w:r w:rsidRPr="005117ED">
        <w:rPr>
          <w:rFonts w:cs="Sakkal Majalla"/>
          <w:color w:val="000000" w:themeColor="text1"/>
          <w:sz w:val="38"/>
          <w:szCs w:val="38"/>
          <w:rtl/>
        </w:rPr>
        <w:t>بضيق</w:t>
      </w:r>
      <w:r w:rsidRPr="005117ED">
        <w:rPr>
          <w:rFonts w:cs="Sakkal Majalla"/>
          <w:color w:val="000000" w:themeColor="text1"/>
          <w:sz w:val="38"/>
          <w:szCs w:val="38"/>
        </w:rPr>
        <w:t xml:space="preserve"> </w:t>
      </w:r>
      <w:r w:rsidRPr="005117ED">
        <w:rPr>
          <w:rFonts w:cs="Sakkal Majalla"/>
          <w:color w:val="000000" w:themeColor="text1"/>
          <w:sz w:val="38"/>
          <w:szCs w:val="38"/>
          <w:rtl/>
        </w:rPr>
        <w:t>الوقت،</w:t>
      </w:r>
      <w:r w:rsidRPr="005117ED">
        <w:rPr>
          <w:rFonts w:cs="Sakkal Majalla"/>
          <w:color w:val="000000" w:themeColor="text1"/>
          <w:sz w:val="38"/>
          <w:szCs w:val="38"/>
        </w:rPr>
        <w:t xml:space="preserve"> </w:t>
      </w:r>
      <w:r w:rsidRPr="005117ED">
        <w:rPr>
          <w:rFonts w:cs="Sakkal Majalla"/>
          <w:color w:val="000000" w:themeColor="text1"/>
          <w:sz w:val="38"/>
          <w:szCs w:val="38"/>
          <w:rtl/>
        </w:rPr>
        <w:t>واتساع</w:t>
      </w:r>
      <w:r w:rsidRPr="005117ED">
        <w:rPr>
          <w:rFonts w:cs="Sakkal Majalla"/>
          <w:color w:val="000000" w:themeColor="text1"/>
          <w:sz w:val="38"/>
          <w:szCs w:val="38"/>
        </w:rPr>
        <w:t xml:space="preserve"> </w:t>
      </w:r>
      <w:r w:rsidRPr="005117ED">
        <w:rPr>
          <w:rFonts w:cs="Sakkal Majalla"/>
          <w:color w:val="000000" w:themeColor="text1"/>
          <w:sz w:val="38"/>
          <w:szCs w:val="38"/>
          <w:rtl/>
        </w:rPr>
        <w:t>نطاق</w:t>
      </w:r>
      <w:r w:rsidRPr="005117ED">
        <w:rPr>
          <w:rFonts w:cs="Sakkal Majalla"/>
          <w:color w:val="000000" w:themeColor="text1"/>
          <w:sz w:val="38"/>
          <w:szCs w:val="38"/>
        </w:rPr>
        <w:t xml:space="preserve"> </w:t>
      </w:r>
      <w:r w:rsidRPr="005117ED">
        <w:rPr>
          <w:rFonts w:cs="Sakkal Majalla"/>
          <w:color w:val="000000" w:themeColor="text1"/>
          <w:sz w:val="38"/>
          <w:szCs w:val="38"/>
          <w:rtl/>
        </w:rPr>
        <w:t>الإشراف،</w:t>
      </w:r>
      <w:r w:rsidRPr="005117ED">
        <w:rPr>
          <w:rFonts w:cs="Sakkal Majalla"/>
          <w:color w:val="000000" w:themeColor="text1"/>
          <w:sz w:val="38"/>
          <w:szCs w:val="38"/>
        </w:rPr>
        <w:t xml:space="preserve"> </w:t>
      </w:r>
      <w:r w:rsidRPr="005117ED">
        <w:rPr>
          <w:rFonts w:cs="Sakkal Majalla"/>
          <w:color w:val="000000" w:themeColor="text1"/>
          <w:sz w:val="38"/>
          <w:szCs w:val="38"/>
          <w:rtl/>
        </w:rPr>
        <w:t>وغياب</w:t>
      </w:r>
      <w:r w:rsidRPr="005117ED">
        <w:rPr>
          <w:rFonts w:cs="Sakkal Majalla"/>
          <w:color w:val="000000" w:themeColor="text1"/>
          <w:sz w:val="38"/>
          <w:szCs w:val="38"/>
        </w:rPr>
        <w:t xml:space="preserve"> </w:t>
      </w:r>
      <w:r w:rsidRPr="005117ED">
        <w:rPr>
          <w:rFonts w:cs="Sakkal Majalla"/>
          <w:color w:val="000000" w:themeColor="text1"/>
          <w:sz w:val="38"/>
          <w:szCs w:val="38"/>
          <w:rtl/>
        </w:rPr>
        <w:t>نظم</w:t>
      </w:r>
      <w:r w:rsidRPr="005117ED">
        <w:rPr>
          <w:rFonts w:cs="Sakkal Majalla"/>
          <w:color w:val="000000" w:themeColor="text1"/>
          <w:sz w:val="38"/>
          <w:szCs w:val="38"/>
        </w:rPr>
        <w:t xml:space="preserve"> </w:t>
      </w:r>
      <w:r w:rsidRPr="005117ED">
        <w:rPr>
          <w:rFonts w:cs="Sakkal Majalla"/>
          <w:color w:val="000000" w:themeColor="text1"/>
          <w:sz w:val="38"/>
          <w:szCs w:val="38"/>
          <w:rtl/>
        </w:rPr>
        <w:t>تطوير</w:t>
      </w:r>
      <w:r w:rsidRPr="005117ED">
        <w:rPr>
          <w:rFonts w:cs="Sakkal Majalla"/>
          <w:color w:val="000000" w:themeColor="text1"/>
          <w:sz w:val="38"/>
          <w:szCs w:val="38"/>
        </w:rPr>
        <w:t xml:space="preserve"> </w:t>
      </w:r>
      <w:r w:rsidRPr="005117ED">
        <w:rPr>
          <w:rFonts w:cs="Sakkal Majalla"/>
          <w:color w:val="000000" w:themeColor="text1"/>
          <w:sz w:val="38"/>
          <w:szCs w:val="38"/>
          <w:rtl/>
        </w:rPr>
        <w:t>رسمية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بعض</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المنشآت</w:t>
      </w:r>
      <w:r w:rsidRPr="005117ED">
        <w:rPr>
          <w:rFonts w:cs="Sakkal Majalla"/>
          <w:color w:val="000000" w:themeColor="text1"/>
          <w:sz w:val="38"/>
          <w:szCs w:val="38"/>
        </w:rPr>
        <w:t xml:space="preserve">. </w:t>
      </w:r>
      <w:r w:rsidRPr="005117ED">
        <w:rPr>
          <w:rFonts w:cs="Sakkal Majalla"/>
          <w:color w:val="000000" w:themeColor="text1"/>
          <w:sz w:val="38"/>
          <w:szCs w:val="38"/>
          <w:rtl/>
        </w:rPr>
        <w:t>إلا</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ضعف</w:t>
      </w:r>
      <w:r w:rsidRPr="005117ED">
        <w:rPr>
          <w:rFonts w:cs="Sakkal Majalla"/>
          <w:color w:val="000000" w:themeColor="text1"/>
          <w:sz w:val="38"/>
          <w:szCs w:val="38"/>
        </w:rPr>
        <w:t xml:space="preserve"> </w:t>
      </w:r>
      <w:r w:rsidRPr="005117ED">
        <w:rPr>
          <w:rFonts w:cs="Sakkal Majalla"/>
          <w:color w:val="000000" w:themeColor="text1"/>
          <w:sz w:val="38"/>
          <w:szCs w:val="38"/>
          <w:rtl/>
        </w:rPr>
        <w:t>هذا</w:t>
      </w:r>
      <w:r w:rsidRPr="005117ED">
        <w:rPr>
          <w:rFonts w:cs="Sakkal Majalla"/>
          <w:color w:val="000000" w:themeColor="text1"/>
          <w:sz w:val="38"/>
          <w:szCs w:val="38"/>
        </w:rPr>
        <w:t xml:space="preserve"> </w:t>
      </w:r>
      <w:r w:rsidRPr="005117ED">
        <w:rPr>
          <w:rFonts w:cs="Sakkal Majalla"/>
          <w:color w:val="000000" w:themeColor="text1"/>
          <w:sz w:val="38"/>
          <w:szCs w:val="38"/>
          <w:rtl/>
        </w:rPr>
        <w:t>البعد</w:t>
      </w:r>
      <w:r w:rsidRPr="005117ED">
        <w:rPr>
          <w:rFonts w:cs="Sakkal Majalla"/>
          <w:color w:val="000000" w:themeColor="text1"/>
          <w:sz w:val="38"/>
          <w:szCs w:val="38"/>
        </w:rPr>
        <w:t xml:space="preserve"> </w:t>
      </w:r>
      <w:r w:rsidRPr="005117ED">
        <w:rPr>
          <w:rFonts w:cs="Sakkal Majalla"/>
          <w:color w:val="000000" w:themeColor="text1"/>
          <w:sz w:val="38"/>
          <w:szCs w:val="38"/>
          <w:rtl/>
        </w:rPr>
        <w:t>قد</w:t>
      </w:r>
      <w:r w:rsidRPr="005117ED">
        <w:rPr>
          <w:rFonts w:cs="Sakkal Majalla"/>
          <w:color w:val="000000" w:themeColor="text1"/>
          <w:sz w:val="38"/>
          <w:szCs w:val="38"/>
        </w:rPr>
        <w:t xml:space="preserve"> </w:t>
      </w:r>
      <w:r w:rsidRPr="005117ED">
        <w:rPr>
          <w:rFonts w:cs="Sakkal Majalla"/>
          <w:color w:val="000000" w:themeColor="text1"/>
          <w:sz w:val="38"/>
          <w:szCs w:val="38"/>
          <w:rtl/>
        </w:rPr>
        <w:t>يحد</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استدامة</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لأن</w:t>
      </w:r>
      <w:r w:rsidRPr="005117ED">
        <w:rPr>
          <w:rFonts w:cs="Sakkal Majalla"/>
          <w:color w:val="000000" w:themeColor="text1"/>
          <w:sz w:val="38"/>
          <w:szCs w:val="38"/>
        </w:rPr>
        <w:t xml:space="preserve"> </w:t>
      </w:r>
      <w:r w:rsidRPr="005117ED">
        <w:rPr>
          <w:rFonts w:cs="Sakkal Majalla"/>
          <w:color w:val="000000" w:themeColor="text1"/>
          <w:sz w:val="38"/>
          <w:szCs w:val="38"/>
          <w:rtl/>
        </w:rPr>
        <w:t>الأفكار</w:t>
      </w:r>
      <w:r w:rsidRPr="005117ED">
        <w:rPr>
          <w:rFonts w:cs="Sakkal Majalla"/>
          <w:color w:val="000000" w:themeColor="text1"/>
          <w:sz w:val="38"/>
          <w:szCs w:val="38"/>
        </w:rPr>
        <w:t xml:space="preserve"> </w:t>
      </w:r>
      <w:r w:rsidRPr="005117ED">
        <w:rPr>
          <w:rFonts w:cs="Sakkal Majalla"/>
          <w:color w:val="000000" w:themeColor="text1"/>
          <w:sz w:val="38"/>
          <w:szCs w:val="38"/>
          <w:rtl/>
        </w:rPr>
        <w:t>تحتاج</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أشخاص</w:t>
      </w:r>
      <w:r w:rsidRPr="005117ED">
        <w:rPr>
          <w:rFonts w:cs="Sakkal Majalla"/>
          <w:color w:val="000000" w:themeColor="text1"/>
          <w:sz w:val="38"/>
          <w:szCs w:val="38"/>
        </w:rPr>
        <w:t xml:space="preserve"> </w:t>
      </w:r>
      <w:r w:rsidRPr="005117ED">
        <w:rPr>
          <w:rFonts w:cs="Sakkal Majalla"/>
          <w:color w:val="000000" w:themeColor="text1"/>
          <w:sz w:val="38"/>
          <w:szCs w:val="38"/>
          <w:rtl/>
        </w:rPr>
        <w:t>يطورون</w:t>
      </w:r>
      <w:r w:rsidRPr="005117ED">
        <w:rPr>
          <w:rFonts w:cs="Sakkal Majalla"/>
          <w:color w:val="000000" w:themeColor="text1"/>
          <w:sz w:val="38"/>
          <w:szCs w:val="38"/>
        </w:rPr>
        <w:t xml:space="preserve"> </w:t>
      </w:r>
      <w:r w:rsidRPr="005117ED">
        <w:rPr>
          <w:rFonts w:cs="Sakkal Majalla"/>
          <w:color w:val="000000" w:themeColor="text1"/>
          <w:sz w:val="38"/>
          <w:szCs w:val="38"/>
          <w:rtl/>
        </w:rPr>
        <w:t>مهاراتهم</w:t>
      </w:r>
      <w:r w:rsidRPr="005117ED">
        <w:rPr>
          <w:rFonts w:cs="Sakkal Majalla"/>
          <w:color w:val="000000" w:themeColor="text1"/>
          <w:sz w:val="38"/>
          <w:szCs w:val="38"/>
        </w:rPr>
        <w:t xml:space="preserve"> </w:t>
      </w:r>
      <w:r w:rsidRPr="005117ED">
        <w:rPr>
          <w:rFonts w:cs="Sakkal Majalla"/>
          <w:color w:val="000000" w:themeColor="text1"/>
          <w:sz w:val="38"/>
          <w:szCs w:val="38"/>
          <w:rtl/>
        </w:rPr>
        <w:t>وثقتهم</w:t>
      </w:r>
      <w:r w:rsidRPr="005117ED">
        <w:rPr>
          <w:rFonts w:cs="Sakkal Majalla"/>
          <w:color w:val="000000" w:themeColor="text1"/>
          <w:sz w:val="38"/>
          <w:szCs w:val="38"/>
        </w:rPr>
        <w:t xml:space="preserve">. </w:t>
      </w:r>
      <w:r w:rsidRPr="005117ED">
        <w:rPr>
          <w:rFonts w:cs="Sakkal Majalla"/>
          <w:color w:val="000000" w:themeColor="text1"/>
          <w:sz w:val="38"/>
          <w:szCs w:val="38"/>
          <w:rtl/>
        </w:rPr>
        <w:t>ومن</w:t>
      </w:r>
      <w:r w:rsidRPr="005117ED">
        <w:rPr>
          <w:rFonts w:cs="Sakkal Majalla"/>
          <w:color w:val="000000" w:themeColor="text1"/>
          <w:sz w:val="38"/>
          <w:szCs w:val="38"/>
        </w:rPr>
        <w:t xml:space="preserve"> </w:t>
      </w:r>
      <w:r w:rsidRPr="005117ED">
        <w:rPr>
          <w:rFonts w:cs="Sakkal Majalla"/>
          <w:color w:val="000000" w:themeColor="text1"/>
          <w:sz w:val="38"/>
          <w:szCs w:val="38"/>
          <w:rtl/>
        </w:rPr>
        <w:t>ثم</w:t>
      </w:r>
      <w:r w:rsidRPr="005117ED">
        <w:rPr>
          <w:rFonts w:cs="Sakkal Majalla"/>
          <w:color w:val="000000" w:themeColor="text1"/>
          <w:sz w:val="38"/>
          <w:szCs w:val="38"/>
        </w:rPr>
        <w:t xml:space="preserve"> </w:t>
      </w:r>
      <w:r w:rsidRPr="005117ED">
        <w:rPr>
          <w:rFonts w:cs="Sakkal Majalla"/>
          <w:color w:val="000000" w:themeColor="text1"/>
          <w:sz w:val="38"/>
          <w:szCs w:val="38"/>
          <w:rtl/>
        </w:rPr>
        <w:t>فإن</w:t>
      </w:r>
      <w:r w:rsidRPr="005117ED">
        <w:rPr>
          <w:rFonts w:cs="Sakkal Majalla"/>
          <w:color w:val="000000" w:themeColor="text1"/>
          <w:sz w:val="38"/>
          <w:szCs w:val="38"/>
        </w:rPr>
        <w:t xml:space="preserve"> </w:t>
      </w:r>
      <w:r w:rsidRPr="005117ED">
        <w:rPr>
          <w:rFonts w:cs="Sakkal Majalla"/>
          <w:color w:val="000000" w:themeColor="text1"/>
          <w:sz w:val="38"/>
          <w:szCs w:val="38"/>
          <w:rtl/>
        </w:rPr>
        <w:t>جلسة</w:t>
      </w:r>
      <w:r w:rsidRPr="005117ED">
        <w:rPr>
          <w:rFonts w:cs="Sakkal Majalla"/>
          <w:color w:val="000000" w:themeColor="text1"/>
          <w:sz w:val="38"/>
          <w:szCs w:val="38"/>
        </w:rPr>
        <w:t xml:space="preserve"> </w:t>
      </w:r>
      <w:r w:rsidRPr="005117ED">
        <w:rPr>
          <w:rFonts w:cs="Sakkal Majalla"/>
          <w:color w:val="000000" w:themeColor="text1"/>
          <w:sz w:val="38"/>
          <w:szCs w:val="38"/>
          <w:rtl/>
        </w:rPr>
        <w:t>شهرية</w:t>
      </w:r>
      <w:r w:rsidRPr="005117ED">
        <w:rPr>
          <w:rFonts w:cs="Sakkal Majalla"/>
          <w:color w:val="000000" w:themeColor="text1"/>
          <w:sz w:val="38"/>
          <w:szCs w:val="38"/>
        </w:rPr>
        <w:t xml:space="preserve"> </w:t>
      </w:r>
      <w:r w:rsidRPr="005117ED">
        <w:rPr>
          <w:rFonts w:cs="Sakkal Majalla"/>
          <w:color w:val="000000" w:themeColor="text1"/>
          <w:sz w:val="38"/>
          <w:szCs w:val="38"/>
          <w:rtl/>
        </w:rPr>
        <w:t>قصيرة</w:t>
      </w:r>
      <w:r w:rsidRPr="005117ED">
        <w:rPr>
          <w:rFonts w:cs="Sakkal Majalla"/>
          <w:color w:val="000000" w:themeColor="text1"/>
          <w:sz w:val="38"/>
          <w:szCs w:val="38"/>
        </w:rPr>
        <w:t xml:space="preserve"> </w:t>
      </w:r>
      <w:r w:rsidRPr="005117ED">
        <w:rPr>
          <w:rFonts w:cs="Sakkal Majalla"/>
          <w:color w:val="000000" w:themeColor="text1"/>
          <w:sz w:val="38"/>
          <w:szCs w:val="38"/>
          <w:rtl/>
        </w:rPr>
        <w:t>للتوجيه،</w:t>
      </w:r>
      <w:r w:rsidRPr="005117ED">
        <w:rPr>
          <w:rFonts w:cs="Sakkal Majalla"/>
          <w:color w:val="000000" w:themeColor="text1"/>
          <w:sz w:val="38"/>
          <w:szCs w:val="38"/>
        </w:rPr>
        <w:t xml:space="preserve"> </w:t>
      </w:r>
      <w:r w:rsidRPr="005117ED">
        <w:rPr>
          <w:rFonts w:cs="Sakkal Majalla"/>
          <w:color w:val="000000" w:themeColor="text1"/>
          <w:sz w:val="38"/>
          <w:szCs w:val="38"/>
          <w:rtl/>
        </w:rPr>
        <w:t>وخطة</w:t>
      </w:r>
      <w:r w:rsidRPr="005117ED">
        <w:rPr>
          <w:rFonts w:cs="Sakkal Majalla"/>
          <w:color w:val="000000" w:themeColor="text1"/>
          <w:sz w:val="38"/>
          <w:szCs w:val="38"/>
        </w:rPr>
        <w:t xml:space="preserve"> </w:t>
      </w:r>
      <w:r w:rsidRPr="005117ED">
        <w:rPr>
          <w:rFonts w:cs="Sakkal Majalla"/>
          <w:color w:val="000000" w:themeColor="text1"/>
          <w:sz w:val="38"/>
          <w:szCs w:val="38"/>
          <w:rtl/>
        </w:rPr>
        <w:t>تعلم</w:t>
      </w:r>
      <w:r w:rsidRPr="005117ED">
        <w:rPr>
          <w:rFonts w:cs="Sakkal Majalla"/>
          <w:color w:val="000000" w:themeColor="text1"/>
          <w:sz w:val="38"/>
          <w:szCs w:val="38"/>
        </w:rPr>
        <w:t xml:space="preserve"> </w:t>
      </w:r>
      <w:r w:rsidRPr="005117ED">
        <w:rPr>
          <w:rFonts w:cs="Sakkal Majalla"/>
          <w:color w:val="000000" w:themeColor="text1"/>
          <w:sz w:val="38"/>
          <w:szCs w:val="38"/>
          <w:rtl/>
        </w:rPr>
        <w:t>فردية،</w:t>
      </w:r>
      <w:r w:rsidRPr="005117ED">
        <w:rPr>
          <w:rFonts w:cs="Sakkal Majalla"/>
          <w:color w:val="000000" w:themeColor="text1"/>
          <w:sz w:val="38"/>
          <w:szCs w:val="38"/>
        </w:rPr>
        <w:t xml:space="preserve"> </w:t>
      </w:r>
      <w:r w:rsidRPr="005117ED">
        <w:rPr>
          <w:rFonts w:cs="Sakkal Majalla"/>
          <w:color w:val="000000" w:themeColor="text1"/>
          <w:sz w:val="38"/>
          <w:szCs w:val="38"/>
          <w:rtl/>
        </w:rPr>
        <w:t>وتكليفات</w:t>
      </w:r>
      <w:r w:rsidRPr="005117ED">
        <w:rPr>
          <w:rFonts w:cs="Sakkal Majalla"/>
          <w:color w:val="000000" w:themeColor="text1"/>
          <w:sz w:val="38"/>
          <w:szCs w:val="38"/>
        </w:rPr>
        <w:t xml:space="preserve"> </w:t>
      </w:r>
      <w:r w:rsidRPr="005117ED">
        <w:rPr>
          <w:rFonts w:cs="Sakkal Majalla"/>
          <w:color w:val="000000" w:themeColor="text1"/>
          <w:sz w:val="38"/>
          <w:szCs w:val="38"/>
          <w:rtl/>
        </w:rPr>
        <w:t>تمتد</w:t>
      </w:r>
      <w:r w:rsidRPr="005117ED">
        <w:rPr>
          <w:rFonts w:cs="Sakkal Majalla"/>
          <w:color w:val="000000" w:themeColor="text1"/>
          <w:sz w:val="38"/>
          <w:szCs w:val="38"/>
        </w:rPr>
        <w:t xml:space="preserve"> </w:t>
      </w:r>
      <w:r w:rsidRPr="005117ED">
        <w:rPr>
          <w:rFonts w:cs="Sakkal Majalla"/>
          <w:color w:val="000000" w:themeColor="text1"/>
          <w:sz w:val="38"/>
          <w:szCs w:val="38"/>
          <w:rtl/>
        </w:rPr>
        <w:t>قليلًا</w:t>
      </w:r>
      <w:r w:rsidRPr="005117ED">
        <w:rPr>
          <w:rFonts w:cs="Sakkal Majalla"/>
          <w:color w:val="000000" w:themeColor="text1"/>
          <w:sz w:val="38"/>
          <w:szCs w:val="38"/>
        </w:rPr>
        <w:t xml:space="preserve"> </w:t>
      </w:r>
      <w:r w:rsidRPr="005117ED">
        <w:rPr>
          <w:rFonts w:cs="Sakkal Majalla"/>
          <w:color w:val="000000" w:themeColor="text1"/>
          <w:sz w:val="38"/>
          <w:szCs w:val="38"/>
          <w:rtl/>
        </w:rPr>
        <w:t>خارج</w:t>
      </w:r>
      <w:r w:rsidRPr="005117ED">
        <w:rPr>
          <w:rFonts w:cs="Sakkal Majalla"/>
          <w:color w:val="000000" w:themeColor="text1"/>
          <w:sz w:val="38"/>
          <w:szCs w:val="38"/>
        </w:rPr>
        <w:t xml:space="preserve"> </w:t>
      </w:r>
      <w:r w:rsidRPr="005117ED">
        <w:rPr>
          <w:rFonts w:cs="Sakkal Majalla"/>
          <w:color w:val="000000" w:themeColor="text1"/>
          <w:sz w:val="38"/>
          <w:szCs w:val="38"/>
          <w:rtl/>
        </w:rPr>
        <w:t>الدور،</w:t>
      </w:r>
      <w:r w:rsidRPr="005117ED">
        <w:rPr>
          <w:rFonts w:cs="Sakkal Majalla"/>
          <w:color w:val="000000" w:themeColor="text1"/>
          <w:sz w:val="38"/>
          <w:szCs w:val="38"/>
        </w:rPr>
        <w:t xml:space="preserve"> </w:t>
      </w:r>
      <w:r w:rsidRPr="005117ED">
        <w:rPr>
          <w:rFonts w:cs="Sakkal Majalla"/>
          <w:color w:val="000000" w:themeColor="text1"/>
          <w:sz w:val="38"/>
          <w:szCs w:val="38"/>
          <w:rtl/>
        </w:rPr>
        <w:t>قد</w:t>
      </w:r>
      <w:r w:rsidRPr="005117ED">
        <w:rPr>
          <w:rFonts w:cs="Sakkal Majalla"/>
          <w:color w:val="000000" w:themeColor="text1"/>
          <w:sz w:val="38"/>
          <w:szCs w:val="38"/>
        </w:rPr>
        <w:t xml:space="preserve"> </w:t>
      </w:r>
      <w:r w:rsidRPr="005117ED">
        <w:rPr>
          <w:rFonts w:cs="Sakkal Majalla"/>
          <w:color w:val="000000" w:themeColor="text1"/>
          <w:sz w:val="38"/>
          <w:szCs w:val="38"/>
          <w:rtl/>
        </w:rPr>
        <w:t>تحقق</w:t>
      </w:r>
      <w:r w:rsidRPr="005117ED">
        <w:rPr>
          <w:rFonts w:cs="Sakkal Majalla"/>
          <w:color w:val="000000" w:themeColor="text1"/>
          <w:sz w:val="38"/>
          <w:szCs w:val="38"/>
        </w:rPr>
        <w:t xml:space="preserve"> </w:t>
      </w:r>
      <w:r w:rsidRPr="005117ED">
        <w:rPr>
          <w:rFonts w:cs="Sakkal Majalla"/>
          <w:color w:val="000000" w:themeColor="text1"/>
          <w:sz w:val="38"/>
          <w:szCs w:val="38"/>
          <w:rtl/>
        </w:rPr>
        <w:t>أثرًا</w:t>
      </w:r>
      <w:r w:rsidRPr="005117ED">
        <w:rPr>
          <w:rFonts w:cs="Sakkal Majalla"/>
          <w:color w:val="000000" w:themeColor="text1"/>
          <w:sz w:val="38"/>
          <w:szCs w:val="38"/>
        </w:rPr>
        <w:t xml:space="preserve"> </w:t>
      </w:r>
      <w:r w:rsidRPr="005117ED">
        <w:rPr>
          <w:rFonts w:cs="Sakkal Majalla"/>
          <w:color w:val="000000" w:themeColor="text1"/>
          <w:sz w:val="38"/>
          <w:szCs w:val="38"/>
          <w:rtl/>
        </w:rPr>
        <w:t>ملموسًا</w:t>
      </w:r>
      <w:r w:rsidRPr="005117ED">
        <w:rPr>
          <w:rFonts w:cs="Sakkal Majalla"/>
          <w:color w:val="000000" w:themeColor="text1"/>
          <w:sz w:val="38"/>
          <w:szCs w:val="38"/>
        </w:rPr>
        <w:t xml:space="preserve"> </w:t>
      </w:r>
      <w:r w:rsidRPr="005117ED">
        <w:rPr>
          <w:rFonts w:cs="Sakkal Majalla"/>
          <w:color w:val="000000" w:themeColor="text1"/>
          <w:sz w:val="38"/>
          <w:szCs w:val="38"/>
          <w:rtl/>
        </w:rPr>
        <w:t>دون</w:t>
      </w:r>
      <w:r w:rsidRPr="005117ED">
        <w:rPr>
          <w:rFonts w:cs="Sakkal Majalla"/>
          <w:color w:val="000000" w:themeColor="text1"/>
          <w:sz w:val="38"/>
          <w:szCs w:val="38"/>
        </w:rPr>
        <w:t xml:space="preserve"> </w:t>
      </w:r>
      <w:r w:rsidRPr="005117ED">
        <w:rPr>
          <w:rFonts w:cs="Sakkal Majalla"/>
          <w:color w:val="000000" w:themeColor="text1"/>
          <w:sz w:val="38"/>
          <w:szCs w:val="38"/>
          <w:rtl/>
        </w:rPr>
        <w:t>تكاليف</w:t>
      </w:r>
      <w:r w:rsidRPr="005117ED">
        <w:rPr>
          <w:rFonts w:cs="Sakkal Majalla"/>
          <w:color w:val="000000" w:themeColor="text1"/>
          <w:sz w:val="38"/>
          <w:szCs w:val="38"/>
        </w:rPr>
        <w:t xml:space="preserve"> </w:t>
      </w:r>
      <w:r w:rsidRPr="005117ED">
        <w:rPr>
          <w:rFonts w:cs="Sakkal Majalla"/>
          <w:color w:val="000000" w:themeColor="text1"/>
          <w:sz w:val="38"/>
          <w:szCs w:val="38"/>
          <w:rtl/>
        </w:rPr>
        <w:t>كبيرة</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lastRenderedPageBreak/>
        <w:t>وفي</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التنظيمي،</w:t>
      </w:r>
      <w:r w:rsidRPr="005117ED">
        <w:rPr>
          <w:rFonts w:cs="Sakkal Majalla"/>
          <w:color w:val="000000" w:themeColor="text1"/>
          <w:sz w:val="38"/>
          <w:szCs w:val="38"/>
        </w:rPr>
        <w:t xml:space="preserve"> </w:t>
      </w:r>
      <w:r w:rsidRPr="005117ED">
        <w:rPr>
          <w:rFonts w:cs="Sakkal Majalla"/>
          <w:color w:val="000000" w:themeColor="text1"/>
          <w:sz w:val="38"/>
          <w:szCs w:val="38"/>
          <w:rtl/>
        </w:rPr>
        <w:t>يوضح</w:t>
      </w:r>
      <w:r w:rsidRPr="005117ED">
        <w:rPr>
          <w:rFonts w:cs="Sakkal Majalla"/>
          <w:color w:val="000000" w:themeColor="text1"/>
          <w:sz w:val="38"/>
          <w:szCs w:val="38"/>
        </w:rPr>
        <w:t xml:space="preserve"> </w:t>
      </w:r>
      <w:r w:rsidRPr="005117ED">
        <w:rPr>
          <w:rFonts w:cs="Sakkal Majalla"/>
          <w:color w:val="000000" w:themeColor="text1"/>
          <w:sz w:val="38"/>
          <w:szCs w:val="38"/>
          <w:rtl/>
        </w:rPr>
        <w:t>ارتفاع</w:t>
      </w:r>
      <w:r w:rsidRPr="005117ED">
        <w:rPr>
          <w:rFonts w:cs="Sakkal Majalla"/>
          <w:color w:val="000000" w:themeColor="text1"/>
          <w:sz w:val="38"/>
          <w:szCs w:val="38"/>
        </w:rPr>
        <w:t xml:space="preserve"> </w:t>
      </w:r>
      <w:r w:rsidRPr="005117ED">
        <w:rPr>
          <w:rFonts w:cs="Sakkal Majalla"/>
          <w:color w:val="000000" w:themeColor="text1"/>
          <w:sz w:val="38"/>
          <w:szCs w:val="38"/>
          <w:rtl/>
        </w:rPr>
        <w:t>المبادرة</w:t>
      </w:r>
      <w:r w:rsidRPr="005117ED">
        <w:rPr>
          <w:rFonts w:cs="Sakkal Majalla"/>
          <w:color w:val="000000" w:themeColor="text1"/>
          <w:sz w:val="38"/>
          <w:szCs w:val="38"/>
        </w:rPr>
        <w:t xml:space="preserve"> </w:t>
      </w:r>
      <w:r w:rsidRPr="005117ED">
        <w:rPr>
          <w:rFonts w:cs="Sakkal Majalla"/>
          <w:color w:val="000000" w:themeColor="text1"/>
          <w:sz w:val="38"/>
          <w:szCs w:val="38"/>
          <w:rtl/>
        </w:rPr>
        <w:t>وتوليد</w:t>
      </w:r>
      <w:r w:rsidRPr="005117ED">
        <w:rPr>
          <w:rFonts w:cs="Sakkal Majalla"/>
          <w:color w:val="000000" w:themeColor="text1"/>
          <w:sz w:val="38"/>
          <w:szCs w:val="38"/>
        </w:rPr>
        <w:t xml:space="preserve"> </w:t>
      </w:r>
      <w:r w:rsidRPr="005117ED">
        <w:rPr>
          <w:rFonts w:cs="Sakkal Majalla"/>
          <w:color w:val="000000" w:themeColor="text1"/>
          <w:sz w:val="38"/>
          <w:szCs w:val="38"/>
          <w:rtl/>
        </w:rPr>
        <w:t>الأفكار</w:t>
      </w:r>
      <w:r w:rsidRPr="005117ED">
        <w:rPr>
          <w:rFonts w:cs="Sakkal Majalla"/>
          <w:color w:val="000000" w:themeColor="text1"/>
          <w:sz w:val="38"/>
          <w:szCs w:val="38"/>
        </w:rPr>
        <w:t xml:space="preserve"> </w:t>
      </w:r>
      <w:r w:rsidRPr="005117ED">
        <w:rPr>
          <w:rFonts w:cs="Sakkal Majalla"/>
          <w:color w:val="000000" w:themeColor="text1"/>
          <w:sz w:val="38"/>
          <w:szCs w:val="38"/>
          <w:rtl/>
        </w:rPr>
        <w:t>وجود</w:t>
      </w:r>
      <w:r w:rsidRPr="005117ED">
        <w:rPr>
          <w:rFonts w:cs="Sakkal Majalla"/>
          <w:color w:val="000000" w:themeColor="text1"/>
          <w:sz w:val="38"/>
          <w:szCs w:val="38"/>
        </w:rPr>
        <w:t xml:space="preserve"> </w:t>
      </w:r>
      <w:r w:rsidRPr="005117ED">
        <w:rPr>
          <w:rFonts w:cs="Sakkal Majalla"/>
          <w:color w:val="000000" w:themeColor="text1"/>
          <w:sz w:val="38"/>
          <w:szCs w:val="38"/>
          <w:rtl/>
        </w:rPr>
        <w:t>طاقة</w:t>
      </w:r>
      <w:r w:rsidRPr="005117ED">
        <w:rPr>
          <w:rFonts w:cs="Sakkal Majalla"/>
          <w:color w:val="000000" w:themeColor="text1"/>
          <w:sz w:val="38"/>
          <w:szCs w:val="38"/>
        </w:rPr>
        <w:t xml:space="preserve"> </w:t>
      </w:r>
      <w:r w:rsidRPr="005117ED">
        <w:rPr>
          <w:rFonts w:cs="Sakkal Majalla"/>
          <w:color w:val="000000" w:themeColor="text1"/>
          <w:sz w:val="38"/>
          <w:szCs w:val="38"/>
          <w:rtl/>
        </w:rPr>
        <w:t>بشرية</w:t>
      </w:r>
      <w:r w:rsidRPr="005117ED">
        <w:rPr>
          <w:rFonts w:cs="Sakkal Majalla"/>
          <w:color w:val="000000" w:themeColor="text1"/>
          <w:sz w:val="38"/>
          <w:szCs w:val="38"/>
        </w:rPr>
        <w:t xml:space="preserve"> </w:t>
      </w:r>
      <w:r w:rsidRPr="005117ED">
        <w:rPr>
          <w:rFonts w:cs="Sakkal Majalla"/>
          <w:color w:val="000000" w:themeColor="text1"/>
          <w:sz w:val="38"/>
          <w:szCs w:val="38"/>
          <w:rtl/>
        </w:rPr>
        <w:t>مستعدة</w:t>
      </w:r>
      <w:r w:rsidRPr="005117ED">
        <w:rPr>
          <w:rFonts w:cs="Sakkal Majalla"/>
          <w:color w:val="000000" w:themeColor="text1"/>
          <w:sz w:val="38"/>
          <w:szCs w:val="38"/>
        </w:rPr>
        <w:t xml:space="preserve"> </w:t>
      </w:r>
      <w:r w:rsidRPr="005117ED">
        <w:rPr>
          <w:rFonts w:cs="Sakkal Majalla"/>
          <w:color w:val="000000" w:themeColor="text1"/>
          <w:sz w:val="38"/>
          <w:szCs w:val="38"/>
          <w:rtl/>
        </w:rPr>
        <w:t>للتحسين،</w:t>
      </w:r>
      <w:r w:rsidRPr="005117ED">
        <w:rPr>
          <w:rFonts w:cs="Sakkal Majalla"/>
          <w:color w:val="000000" w:themeColor="text1"/>
          <w:sz w:val="38"/>
          <w:szCs w:val="38"/>
        </w:rPr>
        <w:t xml:space="preserve"> </w:t>
      </w:r>
      <w:r w:rsidRPr="005117ED">
        <w:rPr>
          <w:rFonts w:cs="Sakkal Majalla"/>
          <w:color w:val="000000" w:themeColor="text1"/>
          <w:sz w:val="38"/>
          <w:szCs w:val="38"/>
          <w:rtl/>
        </w:rPr>
        <w:t>بينما</w:t>
      </w:r>
      <w:r w:rsidRPr="005117ED">
        <w:rPr>
          <w:rFonts w:cs="Sakkal Majalla"/>
          <w:color w:val="000000" w:themeColor="text1"/>
          <w:sz w:val="38"/>
          <w:szCs w:val="38"/>
        </w:rPr>
        <w:t xml:space="preserve"> </w:t>
      </w:r>
      <w:r w:rsidRPr="005117ED">
        <w:rPr>
          <w:rFonts w:cs="Sakkal Majalla"/>
          <w:color w:val="000000" w:themeColor="text1"/>
          <w:sz w:val="38"/>
          <w:szCs w:val="38"/>
          <w:rtl/>
        </w:rPr>
        <w:t>يكشف</w:t>
      </w:r>
      <w:r w:rsidRPr="005117ED">
        <w:rPr>
          <w:rFonts w:cs="Sakkal Majalla"/>
          <w:color w:val="000000" w:themeColor="text1"/>
          <w:sz w:val="38"/>
          <w:szCs w:val="38"/>
        </w:rPr>
        <w:t xml:space="preserve"> </w:t>
      </w:r>
      <w:r w:rsidRPr="005117ED">
        <w:rPr>
          <w:rFonts w:cs="Sakkal Majalla"/>
          <w:color w:val="000000" w:themeColor="text1"/>
          <w:sz w:val="38"/>
          <w:szCs w:val="38"/>
          <w:rtl/>
        </w:rPr>
        <w:t>انخفاض</w:t>
      </w:r>
      <w:r w:rsidRPr="005117ED">
        <w:rPr>
          <w:rFonts w:cs="Sakkal Majalla"/>
          <w:color w:val="000000" w:themeColor="text1"/>
          <w:sz w:val="38"/>
          <w:szCs w:val="38"/>
        </w:rPr>
        <w:t xml:space="preserve"> </w:t>
      </w:r>
      <w:r w:rsidRPr="005117ED">
        <w:rPr>
          <w:rFonts w:cs="Sakkal Majalla"/>
          <w:color w:val="000000" w:themeColor="text1"/>
          <w:sz w:val="38"/>
          <w:szCs w:val="38"/>
          <w:rtl/>
        </w:rPr>
        <w:t>الأصالة</w:t>
      </w:r>
      <w:r w:rsidRPr="005117ED">
        <w:rPr>
          <w:rFonts w:cs="Sakkal Majalla"/>
          <w:color w:val="000000" w:themeColor="text1"/>
          <w:sz w:val="38"/>
          <w:szCs w:val="38"/>
        </w:rPr>
        <w:t xml:space="preserve"> </w:t>
      </w:r>
      <w:r w:rsidRPr="005117ED">
        <w:rPr>
          <w:rFonts w:cs="Sakkal Majalla"/>
          <w:color w:val="000000" w:themeColor="text1"/>
          <w:sz w:val="38"/>
          <w:szCs w:val="38"/>
          <w:rtl/>
        </w:rPr>
        <w:t>والتبني</w:t>
      </w:r>
      <w:r w:rsidRPr="005117ED">
        <w:rPr>
          <w:rFonts w:cs="Sakkal Majalla"/>
          <w:color w:val="000000" w:themeColor="text1"/>
          <w:sz w:val="38"/>
          <w:szCs w:val="38"/>
        </w:rPr>
        <w:t xml:space="preserve"> </w:t>
      </w:r>
      <w:r w:rsidRPr="005117ED">
        <w:rPr>
          <w:rFonts w:cs="Sakkal Majalla"/>
          <w:color w:val="000000" w:themeColor="text1"/>
          <w:sz w:val="38"/>
          <w:szCs w:val="38"/>
          <w:rtl/>
        </w:rPr>
        <w:t>نسبيًا</w:t>
      </w:r>
      <w:r w:rsidRPr="005117ED">
        <w:rPr>
          <w:rFonts w:cs="Sakkal Majalla"/>
          <w:color w:val="000000" w:themeColor="text1"/>
          <w:sz w:val="38"/>
          <w:szCs w:val="38"/>
        </w:rPr>
        <w:t xml:space="preserve"> </w:t>
      </w:r>
      <w:r w:rsidRPr="005117ED">
        <w:rPr>
          <w:rFonts w:cs="Sakkal Majalla"/>
          <w:color w:val="000000" w:themeColor="text1"/>
          <w:sz w:val="38"/>
          <w:szCs w:val="38"/>
          <w:rtl/>
        </w:rPr>
        <w:t>عن</w:t>
      </w:r>
      <w:r w:rsidRPr="005117ED">
        <w:rPr>
          <w:rFonts w:cs="Sakkal Majalla"/>
          <w:color w:val="000000" w:themeColor="text1"/>
          <w:sz w:val="38"/>
          <w:szCs w:val="38"/>
        </w:rPr>
        <w:t xml:space="preserve"> </w:t>
      </w:r>
      <w:r w:rsidRPr="005117ED">
        <w:rPr>
          <w:rFonts w:cs="Sakkal Majalla"/>
          <w:color w:val="000000" w:themeColor="text1"/>
          <w:sz w:val="38"/>
          <w:szCs w:val="38"/>
          <w:rtl/>
        </w:rPr>
        <w:t>فجوة</w:t>
      </w:r>
      <w:r w:rsidRPr="005117ED">
        <w:rPr>
          <w:rFonts w:cs="Sakkal Majalla"/>
          <w:color w:val="000000" w:themeColor="text1"/>
          <w:sz w:val="38"/>
          <w:szCs w:val="38"/>
        </w:rPr>
        <w:t xml:space="preserve"> </w:t>
      </w:r>
      <w:r w:rsidRPr="005117ED">
        <w:rPr>
          <w:rFonts w:cs="Sakkal Majalla"/>
          <w:color w:val="000000" w:themeColor="text1"/>
          <w:sz w:val="38"/>
          <w:szCs w:val="38"/>
          <w:rtl/>
        </w:rPr>
        <w:t>بين</w:t>
      </w:r>
      <w:r w:rsidRPr="005117ED">
        <w:rPr>
          <w:rFonts w:cs="Sakkal Majalla"/>
          <w:color w:val="000000" w:themeColor="text1"/>
          <w:sz w:val="38"/>
          <w:szCs w:val="38"/>
        </w:rPr>
        <w:t xml:space="preserve"> </w:t>
      </w:r>
      <w:r w:rsidRPr="005117ED">
        <w:rPr>
          <w:rFonts w:cs="Sakkal Majalla"/>
          <w:color w:val="000000" w:themeColor="text1"/>
          <w:sz w:val="38"/>
          <w:szCs w:val="38"/>
          <w:rtl/>
        </w:rPr>
        <w:t>الاقتراح</w:t>
      </w:r>
      <w:r w:rsidRPr="005117ED">
        <w:rPr>
          <w:rFonts w:cs="Sakkal Majalla"/>
          <w:color w:val="000000" w:themeColor="text1"/>
          <w:sz w:val="38"/>
          <w:szCs w:val="38"/>
        </w:rPr>
        <w:t xml:space="preserve"> </w:t>
      </w:r>
      <w:r w:rsidRPr="005117ED">
        <w:rPr>
          <w:rFonts w:cs="Sakkal Majalla"/>
          <w:color w:val="000000" w:themeColor="text1"/>
          <w:sz w:val="38"/>
          <w:szCs w:val="38"/>
          <w:rtl/>
        </w:rPr>
        <w:t>والتنفيذ</w:t>
      </w:r>
      <w:r w:rsidRPr="005117ED">
        <w:rPr>
          <w:rFonts w:cs="Sakkal Majalla"/>
          <w:color w:val="000000" w:themeColor="text1"/>
          <w:sz w:val="38"/>
          <w:szCs w:val="38"/>
        </w:rPr>
        <w:t xml:space="preserve">. </w:t>
      </w:r>
      <w:r w:rsidRPr="005117ED">
        <w:rPr>
          <w:rFonts w:cs="Sakkal Majalla"/>
          <w:color w:val="000000" w:themeColor="text1"/>
          <w:sz w:val="38"/>
          <w:szCs w:val="38"/>
          <w:rtl/>
        </w:rPr>
        <w:t>وهذه</w:t>
      </w:r>
      <w:r w:rsidRPr="005117ED">
        <w:rPr>
          <w:rFonts w:cs="Sakkal Majalla"/>
          <w:color w:val="000000" w:themeColor="text1"/>
          <w:sz w:val="38"/>
          <w:szCs w:val="38"/>
        </w:rPr>
        <w:t xml:space="preserve"> </w:t>
      </w:r>
      <w:r w:rsidRPr="005117ED">
        <w:rPr>
          <w:rFonts w:cs="Sakkal Majalla"/>
          <w:color w:val="000000" w:themeColor="text1"/>
          <w:sz w:val="38"/>
          <w:szCs w:val="38"/>
          <w:rtl/>
        </w:rPr>
        <w:t>الفجوة</w:t>
      </w:r>
      <w:r w:rsidRPr="005117ED">
        <w:rPr>
          <w:rFonts w:cs="Sakkal Majalla"/>
          <w:color w:val="000000" w:themeColor="text1"/>
          <w:sz w:val="38"/>
          <w:szCs w:val="38"/>
        </w:rPr>
        <w:t xml:space="preserve"> </w:t>
      </w:r>
      <w:r w:rsidRPr="005117ED">
        <w:rPr>
          <w:rFonts w:cs="Sakkal Majalla"/>
          <w:color w:val="000000" w:themeColor="text1"/>
          <w:sz w:val="38"/>
          <w:szCs w:val="38"/>
          <w:rtl/>
        </w:rPr>
        <w:t>شائعة؛</w:t>
      </w:r>
      <w:r w:rsidRPr="005117ED">
        <w:rPr>
          <w:rFonts w:cs="Sakkal Majalla"/>
          <w:color w:val="000000" w:themeColor="text1"/>
          <w:sz w:val="38"/>
          <w:szCs w:val="38"/>
        </w:rPr>
        <w:t xml:space="preserve"> </w:t>
      </w:r>
      <w:r w:rsidRPr="005117ED">
        <w:rPr>
          <w:rFonts w:cs="Sakkal Majalla"/>
          <w:color w:val="000000" w:themeColor="text1"/>
          <w:sz w:val="38"/>
          <w:szCs w:val="38"/>
          <w:rtl/>
        </w:rPr>
        <w:t>فالتطبيق</w:t>
      </w:r>
      <w:r w:rsidRPr="005117ED">
        <w:rPr>
          <w:rFonts w:cs="Sakkal Majalla"/>
          <w:color w:val="000000" w:themeColor="text1"/>
          <w:sz w:val="38"/>
          <w:szCs w:val="38"/>
        </w:rPr>
        <w:t xml:space="preserve"> </w:t>
      </w:r>
      <w:r w:rsidRPr="005117ED">
        <w:rPr>
          <w:rFonts w:cs="Sakkal Majalla"/>
          <w:color w:val="000000" w:themeColor="text1"/>
          <w:sz w:val="38"/>
          <w:szCs w:val="38"/>
          <w:rtl/>
        </w:rPr>
        <w:t>يحتاج</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قرار</w:t>
      </w:r>
      <w:r w:rsidRPr="005117ED">
        <w:rPr>
          <w:rFonts w:cs="Sakkal Majalla"/>
          <w:color w:val="000000" w:themeColor="text1"/>
          <w:sz w:val="38"/>
          <w:szCs w:val="38"/>
        </w:rPr>
        <w:t xml:space="preserve"> </w:t>
      </w:r>
      <w:r w:rsidRPr="005117ED">
        <w:rPr>
          <w:rFonts w:cs="Sakkal Majalla"/>
          <w:color w:val="000000" w:themeColor="text1"/>
          <w:sz w:val="38"/>
          <w:szCs w:val="38"/>
          <w:rtl/>
        </w:rPr>
        <w:t>وموارد</w:t>
      </w:r>
      <w:r w:rsidRPr="005117ED">
        <w:rPr>
          <w:rFonts w:cs="Sakkal Majalla"/>
          <w:color w:val="000000" w:themeColor="text1"/>
          <w:sz w:val="38"/>
          <w:szCs w:val="38"/>
        </w:rPr>
        <w:t xml:space="preserve"> </w:t>
      </w:r>
      <w:r w:rsidRPr="005117ED">
        <w:rPr>
          <w:rFonts w:cs="Sakkal Majalla"/>
          <w:color w:val="000000" w:themeColor="text1"/>
          <w:sz w:val="38"/>
          <w:szCs w:val="38"/>
          <w:rtl/>
        </w:rPr>
        <w:t>ووقت</w:t>
      </w:r>
      <w:r w:rsidRPr="005117ED">
        <w:rPr>
          <w:rFonts w:cs="Sakkal Majalla"/>
          <w:color w:val="000000" w:themeColor="text1"/>
          <w:sz w:val="38"/>
          <w:szCs w:val="38"/>
        </w:rPr>
        <w:t xml:space="preserve"> </w:t>
      </w:r>
      <w:r w:rsidRPr="005117ED">
        <w:rPr>
          <w:rFonts w:cs="Sakkal Majalla"/>
          <w:color w:val="000000" w:themeColor="text1"/>
          <w:sz w:val="38"/>
          <w:szCs w:val="38"/>
          <w:rtl/>
        </w:rPr>
        <w:t>وتنسيق،</w:t>
      </w:r>
      <w:r w:rsidRPr="005117ED">
        <w:rPr>
          <w:rFonts w:cs="Sakkal Majalla"/>
          <w:color w:val="000000" w:themeColor="text1"/>
          <w:sz w:val="38"/>
          <w:szCs w:val="38"/>
        </w:rPr>
        <w:t xml:space="preserve"> </w:t>
      </w:r>
      <w:r w:rsidRPr="005117ED">
        <w:rPr>
          <w:rFonts w:cs="Sakkal Majalla"/>
          <w:color w:val="000000" w:themeColor="text1"/>
          <w:sz w:val="38"/>
          <w:szCs w:val="38"/>
          <w:rtl/>
        </w:rPr>
        <w:t>وقد</w:t>
      </w:r>
      <w:r w:rsidRPr="005117ED">
        <w:rPr>
          <w:rFonts w:cs="Sakkal Majalla"/>
          <w:color w:val="000000" w:themeColor="text1"/>
          <w:sz w:val="38"/>
          <w:szCs w:val="38"/>
        </w:rPr>
        <w:t xml:space="preserve"> </w:t>
      </w:r>
      <w:r w:rsidRPr="005117ED">
        <w:rPr>
          <w:rFonts w:cs="Sakkal Majalla"/>
          <w:color w:val="000000" w:themeColor="text1"/>
          <w:sz w:val="38"/>
          <w:szCs w:val="38"/>
          <w:rtl/>
        </w:rPr>
        <w:t>تتنافس</w:t>
      </w:r>
      <w:r w:rsidRPr="005117ED">
        <w:rPr>
          <w:rFonts w:cs="Sakkal Majalla"/>
          <w:color w:val="000000" w:themeColor="text1"/>
          <w:sz w:val="38"/>
          <w:szCs w:val="38"/>
        </w:rPr>
        <w:t xml:space="preserve"> </w:t>
      </w:r>
      <w:r w:rsidRPr="005117ED">
        <w:rPr>
          <w:rFonts w:cs="Sakkal Majalla"/>
          <w:color w:val="000000" w:themeColor="text1"/>
          <w:sz w:val="38"/>
          <w:szCs w:val="38"/>
          <w:rtl/>
        </w:rPr>
        <w:t>الفكرة</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الأولويات</w:t>
      </w:r>
      <w:r w:rsidRPr="005117ED">
        <w:rPr>
          <w:rFonts w:cs="Sakkal Majalla"/>
          <w:color w:val="000000" w:themeColor="text1"/>
          <w:sz w:val="38"/>
          <w:szCs w:val="38"/>
        </w:rPr>
        <w:t xml:space="preserve"> </w:t>
      </w:r>
      <w:r w:rsidRPr="005117ED">
        <w:rPr>
          <w:rFonts w:cs="Sakkal Majalla"/>
          <w:color w:val="000000" w:themeColor="text1"/>
          <w:sz w:val="38"/>
          <w:szCs w:val="38"/>
          <w:rtl/>
        </w:rPr>
        <w:t>التشغيلية</w:t>
      </w:r>
      <w:r w:rsidRPr="005117ED">
        <w:rPr>
          <w:rFonts w:cs="Sakkal Majalla"/>
          <w:color w:val="000000" w:themeColor="text1"/>
          <w:sz w:val="38"/>
          <w:szCs w:val="38"/>
        </w:rPr>
        <w:t xml:space="preserve">. </w:t>
      </w:r>
      <w:r w:rsidRPr="005117ED">
        <w:rPr>
          <w:rFonts w:cs="Sakkal Majalla"/>
          <w:color w:val="000000" w:themeColor="text1"/>
          <w:sz w:val="38"/>
          <w:szCs w:val="38"/>
          <w:rtl/>
        </w:rPr>
        <w:t>ويعني</w:t>
      </w:r>
      <w:r w:rsidRPr="005117ED">
        <w:rPr>
          <w:rFonts w:cs="Sakkal Majalla"/>
          <w:color w:val="000000" w:themeColor="text1"/>
          <w:sz w:val="38"/>
          <w:szCs w:val="38"/>
        </w:rPr>
        <w:t xml:space="preserve"> </w:t>
      </w:r>
      <w:r w:rsidRPr="005117ED">
        <w:rPr>
          <w:rFonts w:cs="Sakkal Majalla"/>
          <w:color w:val="000000" w:themeColor="text1"/>
          <w:sz w:val="38"/>
          <w:szCs w:val="38"/>
          <w:rtl/>
        </w:rPr>
        <w:t>ذلك</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الحل</w:t>
      </w:r>
      <w:r w:rsidRPr="005117ED">
        <w:rPr>
          <w:rFonts w:cs="Sakkal Majalla"/>
          <w:color w:val="000000" w:themeColor="text1"/>
          <w:sz w:val="38"/>
          <w:szCs w:val="38"/>
        </w:rPr>
        <w:t xml:space="preserve"> </w:t>
      </w:r>
      <w:r w:rsidRPr="005117ED">
        <w:rPr>
          <w:rFonts w:cs="Sakkal Majalla"/>
          <w:color w:val="000000" w:themeColor="text1"/>
          <w:sz w:val="38"/>
          <w:szCs w:val="38"/>
          <w:rtl/>
        </w:rPr>
        <w:t>ليس</w:t>
      </w:r>
      <w:r w:rsidRPr="005117ED">
        <w:rPr>
          <w:rFonts w:cs="Sakkal Majalla"/>
          <w:color w:val="000000" w:themeColor="text1"/>
          <w:sz w:val="38"/>
          <w:szCs w:val="38"/>
        </w:rPr>
        <w:t xml:space="preserve"> </w:t>
      </w:r>
      <w:r w:rsidRPr="005117ED">
        <w:rPr>
          <w:rFonts w:cs="Sakkal Majalla"/>
          <w:color w:val="000000" w:themeColor="text1"/>
          <w:sz w:val="38"/>
          <w:szCs w:val="38"/>
          <w:rtl/>
        </w:rPr>
        <w:t>طلب</w:t>
      </w:r>
      <w:r w:rsidRPr="005117ED">
        <w:rPr>
          <w:rFonts w:cs="Sakkal Majalla"/>
          <w:color w:val="000000" w:themeColor="text1"/>
          <w:sz w:val="38"/>
          <w:szCs w:val="38"/>
        </w:rPr>
        <w:t xml:space="preserve"> </w:t>
      </w:r>
      <w:r w:rsidRPr="005117ED">
        <w:rPr>
          <w:rFonts w:cs="Sakkal Majalla"/>
          <w:color w:val="000000" w:themeColor="text1"/>
          <w:sz w:val="38"/>
          <w:szCs w:val="38"/>
          <w:rtl/>
        </w:rPr>
        <w:t>مزيد</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الأفكار</w:t>
      </w:r>
      <w:r w:rsidRPr="005117ED">
        <w:rPr>
          <w:rFonts w:cs="Sakkal Majalla"/>
          <w:color w:val="000000" w:themeColor="text1"/>
          <w:sz w:val="38"/>
          <w:szCs w:val="38"/>
        </w:rPr>
        <w:t xml:space="preserve"> </w:t>
      </w:r>
      <w:r w:rsidRPr="005117ED">
        <w:rPr>
          <w:rFonts w:cs="Sakkal Majalla"/>
          <w:color w:val="000000" w:themeColor="text1"/>
          <w:sz w:val="38"/>
          <w:szCs w:val="38"/>
          <w:rtl/>
        </w:rPr>
        <w:t>فقط،</w:t>
      </w:r>
      <w:r w:rsidRPr="005117ED">
        <w:rPr>
          <w:rFonts w:cs="Sakkal Majalla"/>
          <w:color w:val="000000" w:themeColor="text1"/>
          <w:sz w:val="38"/>
          <w:szCs w:val="38"/>
        </w:rPr>
        <w:t xml:space="preserve"> </w:t>
      </w:r>
      <w:r w:rsidRPr="005117ED">
        <w:rPr>
          <w:rFonts w:cs="Sakkal Majalla"/>
          <w:color w:val="000000" w:themeColor="text1"/>
          <w:sz w:val="38"/>
          <w:szCs w:val="38"/>
          <w:rtl/>
        </w:rPr>
        <w:t>بل</w:t>
      </w:r>
      <w:r w:rsidRPr="005117ED">
        <w:rPr>
          <w:rFonts w:cs="Sakkal Majalla"/>
          <w:color w:val="000000" w:themeColor="text1"/>
          <w:sz w:val="38"/>
          <w:szCs w:val="38"/>
        </w:rPr>
        <w:t xml:space="preserve"> </w:t>
      </w:r>
      <w:r w:rsidRPr="005117ED">
        <w:rPr>
          <w:rFonts w:cs="Sakkal Majalla"/>
          <w:color w:val="000000" w:themeColor="text1"/>
          <w:sz w:val="38"/>
          <w:szCs w:val="38"/>
          <w:rtl/>
        </w:rPr>
        <w:t>بناء</w:t>
      </w:r>
      <w:r w:rsidRPr="005117ED">
        <w:rPr>
          <w:rFonts w:cs="Sakkal Majalla"/>
          <w:color w:val="000000" w:themeColor="text1"/>
          <w:sz w:val="38"/>
          <w:szCs w:val="38"/>
        </w:rPr>
        <w:t xml:space="preserve"> </w:t>
      </w:r>
      <w:r w:rsidRPr="005117ED">
        <w:rPr>
          <w:rFonts w:cs="Sakkal Majalla"/>
          <w:color w:val="000000" w:themeColor="text1"/>
          <w:sz w:val="38"/>
          <w:szCs w:val="38"/>
          <w:rtl/>
        </w:rPr>
        <w:t>مسار</w:t>
      </w:r>
      <w:r w:rsidRPr="005117ED">
        <w:rPr>
          <w:rFonts w:cs="Sakkal Majalla"/>
          <w:color w:val="000000" w:themeColor="text1"/>
          <w:sz w:val="38"/>
          <w:szCs w:val="38"/>
        </w:rPr>
        <w:t xml:space="preserve"> </w:t>
      </w:r>
      <w:r w:rsidRPr="005117ED">
        <w:rPr>
          <w:rFonts w:cs="Sakkal Majalla"/>
          <w:color w:val="000000" w:themeColor="text1"/>
          <w:sz w:val="38"/>
          <w:szCs w:val="38"/>
          <w:rtl/>
        </w:rPr>
        <w:t>واضح</w:t>
      </w:r>
      <w:r w:rsidRPr="005117ED">
        <w:rPr>
          <w:rFonts w:cs="Sakkal Majalla"/>
          <w:color w:val="000000" w:themeColor="text1"/>
          <w:sz w:val="38"/>
          <w:szCs w:val="38"/>
        </w:rPr>
        <w:t xml:space="preserve"> </w:t>
      </w:r>
      <w:r w:rsidRPr="005117ED">
        <w:rPr>
          <w:rFonts w:cs="Sakkal Majalla"/>
          <w:color w:val="000000" w:themeColor="text1"/>
          <w:sz w:val="38"/>
          <w:szCs w:val="38"/>
          <w:rtl/>
        </w:rPr>
        <w:t>يفرزها</w:t>
      </w:r>
      <w:r w:rsidRPr="005117ED">
        <w:rPr>
          <w:rFonts w:cs="Sakkal Majalla"/>
          <w:color w:val="000000" w:themeColor="text1"/>
          <w:sz w:val="38"/>
          <w:szCs w:val="38"/>
        </w:rPr>
        <w:t xml:space="preserve"> </w:t>
      </w:r>
      <w:r w:rsidRPr="005117ED">
        <w:rPr>
          <w:rFonts w:cs="Sakkal Majalla"/>
          <w:color w:val="000000" w:themeColor="text1"/>
          <w:sz w:val="38"/>
          <w:szCs w:val="38"/>
          <w:rtl/>
        </w:rPr>
        <w:t>ويمنح</w:t>
      </w:r>
      <w:r w:rsidRPr="005117ED">
        <w:rPr>
          <w:rFonts w:cs="Sakkal Majalla"/>
          <w:color w:val="000000" w:themeColor="text1"/>
          <w:sz w:val="38"/>
          <w:szCs w:val="38"/>
        </w:rPr>
        <w:t xml:space="preserve"> </w:t>
      </w:r>
      <w:r w:rsidRPr="005117ED">
        <w:rPr>
          <w:rFonts w:cs="Sakkal Majalla"/>
          <w:color w:val="000000" w:themeColor="text1"/>
          <w:sz w:val="38"/>
          <w:szCs w:val="38"/>
          <w:rtl/>
        </w:rPr>
        <w:t>الواعدة</w:t>
      </w:r>
      <w:r w:rsidRPr="005117ED">
        <w:rPr>
          <w:rFonts w:cs="Sakkal Majalla"/>
          <w:color w:val="000000" w:themeColor="text1"/>
          <w:sz w:val="38"/>
          <w:szCs w:val="38"/>
        </w:rPr>
        <w:t xml:space="preserve"> </w:t>
      </w:r>
      <w:r w:rsidRPr="005117ED">
        <w:rPr>
          <w:rFonts w:cs="Sakkal Majalla"/>
          <w:color w:val="000000" w:themeColor="text1"/>
          <w:sz w:val="38"/>
          <w:szCs w:val="38"/>
          <w:rtl/>
        </w:rPr>
        <w:t>منها</w:t>
      </w:r>
      <w:r w:rsidRPr="005117ED">
        <w:rPr>
          <w:rFonts w:cs="Sakkal Majalla"/>
          <w:color w:val="000000" w:themeColor="text1"/>
          <w:sz w:val="38"/>
          <w:szCs w:val="38"/>
        </w:rPr>
        <w:t xml:space="preserve"> </w:t>
      </w:r>
      <w:r w:rsidRPr="005117ED">
        <w:rPr>
          <w:rFonts w:cs="Sakkal Majalla"/>
          <w:color w:val="000000" w:themeColor="text1"/>
          <w:sz w:val="38"/>
          <w:szCs w:val="38"/>
          <w:rtl/>
        </w:rPr>
        <w:t>تجربة</w:t>
      </w:r>
      <w:r w:rsidRPr="005117ED">
        <w:rPr>
          <w:rFonts w:cs="Sakkal Majalla"/>
          <w:color w:val="000000" w:themeColor="text1"/>
          <w:sz w:val="38"/>
          <w:szCs w:val="38"/>
        </w:rPr>
        <w:t xml:space="preserve"> </w:t>
      </w:r>
      <w:r w:rsidRPr="005117ED">
        <w:rPr>
          <w:rFonts w:cs="Sakkal Majalla"/>
          <w:color w:val="000000" w:themeColor="text1"/>
          <w:sz w:val="38"/>
          <w:szCs w:val="38"/>
          <w:rtl/>
        </w:rPr>
        <w:t>صغيرة</w:t>
      </w:r>
      <w:r w:rsidRPr="005117ED">
        <w:rPr>
          <w:rFonts w:cs="Sakkal Majalla"/>
          <w:color w:val="000000" w:themeColor="text1"/>
          <w:sz w:val="38"/>
          <w:szCs w:val="38"/>
        </w:rPr>
        <w:t xml:space="preserve"> </w:t>
      </w:r>
      <w:r w:rsidRPr="005117ED">
        <w:rPr>
          <w:rFonts w:cs="Sakkal Majalla"/>
          <w:color w:val="000000" w:themeColor="text1"/>
          <w:sz w:val="38"/>
          <w:szCs w:val="38"/>
          <w:rtl/>
        </w:rPr>
        <w:t>ومالكًا</w:t>
      </w:r>
      <w:r w:rsidRPr="005117ED">
        <w:rPr>
          <w:rFonts w:cs="Sakkal Majalla"/>
          <w:color w:val="000000" w:themeColor="text1"/>
          <w:sz w:val="38"/>
          <w:szCs w:val="38"/>
        </w:rPr>
        <w:t xml:space="preserve"> </w:t>
      </w:r>
      <w:r w:rsidRPr="005117ED">
        <w:rPr>
          <w:rFonts w:cs="Sakkal Majalla"/>
          <w:color w:val="000000" w:themeColor="text1"/>
          <w:sz w:val="38"/>
          <w:szCs w:val="38"/>
          <w:rtl/>
        </w:rPr>
        <w:t>ومؤشرًا</w:t>
      </w:r>
      <w:r w:rsidRPr="005117ED">
        <w:rPr>
          <w:rFonts w:cs="Sakkal Majalla"/>
          <w:color w:val="000000" w:themeColor="text1"/>
          <w:sz w:val="38"/>
          <w:szCs w:val="38"/>
        </w:rPr>
        <w:t xml:space="preserve"> </w:t>
      </w:r>
      <w:r w:rsidRPr="005117ED">
        <w:rPr>
          <w:rFonts w:cs="Sakkal Majalla"/>
          <w:color w:val="000000" w:themeColor="text1"/>
          <w:sz w:val="38"/>
          <w:szCs w:val="38"/>
          <w:rtl/>
        </w:rPr>
        <w:t>وموعد</w:t>
      </w:r>
      <w:r w:rsidRPr="005117ED">
        <w:rPr>
          <w:rFonts w:cs="Sakkal Majalla"/>
          <w:color w:val="000000" w:themeColor="text1"/>
          <w:sz w:val="38"/>
          <w:szCs w:val="38"/>
        </w:rPr>
        <w:t xml:space="preserve"> </w:t>
      </w:r>
      <w:r w:rsidRPr="005117ED">
        <w:rPr>
          <w:rFonts w:cs="Sakkal Majalla"/>
          <w:color w:val="000000" w:themeColor="text1"/>
          <w:sz w:val="38"/>
          <w:szCs w:val="38"/>
          <w:rtl/>
        </w:rPr>
        <w:t>مراجعة</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وتفسر</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r w:rsidRPr="005117ED">
        <w:rPr>
          <w:rFonts w:cs="Sakkal Majalla"/>
          <w:color w:val="000000" w:themeColor="text1"/>
          <w:sz w:val="38"/>
          <w:szCs w:val="38"/>
        </w:rPr>
        <w:t xml:space="preserve"> </w:t>
      </w:r>
      <w:r w:rsidRPr="005117ED">
        <w:rPr>
          <w:rFonts w:cs="Sakkal Majalla"/>
          <w:color w:val="000000" w:themeColor="text1"/>
          <w:sz w:val="38"/>
          <w:szCs w:val="38"/>
          <w:rtl/>
        </w:rPr>
        <w:t>نسبة</w:t>
      </w:r>
      <w:r w:rsidRPr="005117ED">
        <w:rPr>
          <w:rFonts w:cs="Sakkal Majalla"/>
          <w:color w:val="000000" w:themeColor="text1"/>
          <w:sz w:val="38"/>
          <w:szCs w:val="38"/>
        </w:rPr>
        <w:t xml:space="preserve"> </w:t>
      </w:r>
      <w:r w:rsidRPr="005117ED">
        <w:rPr>
          <w:rFonts w:cs="Sakkal Majalla"/>
          <w:color w:val="000000" w:themeColor="text1"/>
          <w:sz w:val="38"/>
          <w:szCs w:val="38"/>
          <w:rtl/>
        </w:rPr>
        <w:t>مهمة</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التباين</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إلا</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الجزء</w:t>
      </w:r>
      <w:r w:rsidRPr="005117ED">
        <w:rPr>
          <w:rFonts w:cs="Sakkal Majalla"/>
          <w:color w:val="000000" w:themeColor="text1"/>
          <w:sz w:val="38"/>
          <w:szCs w:val="38"/>
        </w:rPr>
        <w:t xml:space="preserve"> </w:t>
      </w:r>
      <w:r w:rsidRPr="005117ED">
        <w:rPr>
          <w:rFonts w:cs="Sakkal Majalla"/>
          <w:color w:val="000000" w:themeColor="text1"/>
          <w:sz w:val="38"/>
          <w:szCs w:val="38"/>
          <w:rtl/>
        </w:rPr>
        <w:t>غير</w:t>
      </w:r>
      <w:r w:rsidRPr="005117ED">
        <w:rPr>
          <w:rFonts w:cs="Sakkal Majalla"/>
          <w:color w:val="000000" w:themeColor="text1"/>
          <w:sz w:val="38"/>
          <w:szCs w:val="38"/>
        </w:rPr>
        <w:t xml:space="preserve"> </w:t>
      </w:r>
      <w:r w:rsidRPr="005117ED">
        <w:rPr>
          <w:rFonts w:cs="Sakkal Majalla"/>
          <w:color w:val="000000" w:themeColor="text1"/>
          <w:sz w:val="38"/>
          <w:szCs w:val="38"/>
          <w:rtl/>
        </w:rPr>
        <w:t>المفسر</w:t>
      </w:r>
      <w:r w:rsidRPr="005117ED">
        <w:rPr>
          <w:rFonts w:cs="Sakkal Majalla"/>
          <w:color w:val="000000" w:themeColor="text1"/>
          <w:sz w:val="38"/>
          <w:szCs w:val="38"/>
        </w:rPr>
        <w:t xml:space="preserve"> </w:t>
      </w:r>
      <w:r w:rsidRPr="005117ED">
        <w:rPr>
          <w:rFonts w:cs="Sakkal Majalla"/>
          <w:color w:val="000000" w:themeColor="text1"/>
          <w:sz w:val="38"/>
          <w:szCs w:val="38"/>
          <w:rtl/>
        </w:rPr>
        <w:t>يظل</w:t>
      </w:r>
      <w:r w:rsidRPr="005117ED">
        <w:rPr>
          <w:rFonts w:cs="Sakkal Majalla"/>
          <w:color w:val="000000" w:themeColor="text1"/>
          <w:sz w:val="38"/>
          <w:szCs w:val="38"/>
        </w:rPr>
        <w:t xml:space="preserve"> </w:t>
      </w:r>
      <w:r w:rsidRPr="005117ED">
        <w:rPr>
          <w:rFonts w:cs="Sakkal Majalla"/>
          <w:color w:val="000000" w:themeColor="text1"/>
          <w:sz w:val="38"/>
          <w:szCs w:val="38"/>
          <w:rtl/>
        </w:rPr>
        <w:t>كبيرًا،</w:t>
      </w:r>
      <w:r w:rsidRPr="005117ED">
        <w:rPr>
          <w:rFonts w:cs="Sakkal Majalla"/>
          <w:color w:val="000000" w:themeColor="text1"/>
          <w:sz w:val="38"/>
          <w:szCs w:val="38"/>
        </w:rPr>
        <w:t xml:space="preserve"> </w:t>
      </w:r>
      <w:r w:rsidRPr="005117ED">
        <w:rPr>
          <w:rFonts w:cs="Sakkal Majalla"/>
          <w:color w:val="000000" w:themeColor="text1"/>
          <w:sz w:val="38"/>
          <w:szCs w:val="38"/>
          <w:rtl/>
        </w:rPr>
        <w:t>وهو</w:t>
      </w:r>
      <w:r w:rsidRPr="005117ED">
        <w:rPr>
          <w:rFonts w:cs="Sakkal Majalla"/>
          <w:color w:val="000000" w:themeColor="text1"/>
          <w:sz w:val="38"/>
          <w:szCs w:val="38"/>
        </w:rPr>
        <w:t xml:space="preserve"> </w:t>
      </w:r>
      <w:r w:rsidRPr="005117ED">
        <w:rPr>
          <w:rFonts w:cs="Sakkal Majalla"/>
          <w:color w:val="000000" w:themeColor="text1"/>
          <w:sz w:val="38"/>
          <w:szCs w:val="38"/>
          <w:rtl/>
        </w:rPr>
        <w:t>ما</w:t>
      </w:r>
      <w:r w:rsidRPr="005117ED">
        <w:rPr>
          <w:rFonts w:cs="Sakkal Majalla"/>
          <w:color w:val="000000" w:themeColor="text1"/>
          <w:sz w:val="38"/>
          <w:szCs w:val="38"/>
        </w:rPr>
        <w:t xml:space="preserve"> </w:t>
      </w:r>
      <w:r w:rsidRPr="005117ED">
        <w:rPr>
          <w:rFonts w:cs="Sakkal Majalla"/>
          <w:color w:val="000000" w:themeColor="text1"/>
          <w:sz w:val="38"/>
          <w:szCs w:val="38"/>
          <w:rtl/>
        </w:rPr>
        <w:t>يؤكد</w:t>
      </w:r>
      <w:r w:rsidRPr="005117ED">
        <w:rPr>
          <w:rFonts w:cs="Sakkal Majalla"/>
          <w:color w:val="000000" w:themeColor="text1"/>
          <w:sz w:val="38"/>
          <w:szCs w:val="38"/>
        </w:rPr>
        <w:t xml:space="preserve"> </w:t>
      </w:r>
      <w:r w:rsidRPr="005117ED">
        <w:rPr>
          <w:rFonts w:cs="Sakkal Majalla"/>
          <w:color w:val="000000" w:themeColor="text1"/>
          <w:sz w:val="38"/>
          <w:szCs w:val="38"/>
          <w:rtl/>
        </w:rPr>
        <w:t>تعدد</w:t>
      </w:r>
      <w:r w:rsidRPr="005117ED">
        <w:rPr>
          <w:rFonts w:cs="Sakkal Majalla"/>
          <w:color w:val="000000" w:themeColor="text1"/>
          <w:sz w:val="38"/>
          <w:szCs w:val="38"/>
        </w:rPr>
        <w:t xml:space="preserve"> </w:t>
      </w:r>
      <w:r w:rsidRPr="005117ED">
        <w:rPr>
          <w:rFonts w:cs="Sakkal Majalla"/>
          <w:color w:val="000000" w:themeColor="text1"/>
          <w:sz w:val="38"/>
          <w:szCs w:val="38"/>
          <w:rtl/>
        </w:rPr>
        <w:t>محددات</w:t>
      </w:r>
      <w:r w:rsidRPr="005117ED">
        <w:rPr>
          <w:rFonts w:cs="Sakkal Majalla"/>
          <w:color w:val="000000" w:themeColor="text1"/>
          <w:sz w:val="38"/>
          <w:szCs w:val="38"/>
        </w:rPr>
        <w:t xml:space="preserve"> </w:t>
      </w:r>
      <w:r w:rsidRPr="005117ED">
        <w:rPr>
          <w:rFonts w:cs="Sakkal Majalla"/>
          <w:color w:val="000000" w:themeColor="text1"/>
          <w:sz w:val="38"/>
          <w:szCs w:val="38"/>
          <w:rtl/>
        </w:rPr>
        <w:t>الظاهرة</w:t>
      </w:r>
      <w:r w:rsidRPr="005117ED">
        <w:rPr>
          <w:rFonts w:cs="Sakkal Majalla"/>
          <w:color w:val="000000" w:themeColor="text1"/>
          <w:sz w:val="38"/>
          <w:szCs w:val="38"/>
        </w:rPr>
        <w:t xml:space="preserve">. </w:t>
      </w:r>
      <w:r w:rsidRPr="005117ED">
        <w:rPr>
          <w:rFonts w:cs="Sakkal Majalla"/>
          <w:color w:val="000000" w:themeColor="text1"/>
          <w:sz w:val="38"/>
          <w:szCs w:val="38"/>
          <w:rtl/>
        </w:rPr>
        <w:t>فقد</w:t>
      </w:r>
      <w:r w:rsidRPr="005117ED">
        <w:rPr>
          <w:rFonts w:cs="Sakkal Majalla"/>
          <w:color w:val="000000" w:themeColor="text1"/>
          <w:sz w:val="38"/>
          <w:szCs w:val="38"/>
        </w:rPr>
        <w:t xml:space="preserve"> </w:t>
      </w:r>
      <w:r w:rsidRPr="005117ED">
        <w:rPr>
          <w:rFonts w:cs="Sakkal Majalla"/>
          <w:color w:val="000000" w:themeColor="text1"/>
          <w:sz w:val="38"/>
          <w:szCs w:val="38"/>
          <w:rtl/>
        </w:rPr>
        <w:t>ترتبط</w:t>
      </w:r>
      <w:r w:rsidRPr="005117ED">
        <w:rPr>
          <w:rFonts w:cs="Sakkal Majalla"/>
          <w:color w:val="000000" w:themeColor="text1"/>
          <w:sz w:val="38"/>
          <w:szCs w:val="38"/>
        </w:rPr>
        <w:t xml:space="preserve"> </w:t>
      </w:r>
      <w:r w:rsidRPr="005117ED">
        <w:rPr>
          <w:rFonts w:cs="Sakkal Majalla"/>
          <w:color w:val="000000" w:themeColor="text1"/>
          <w:sz w:val="38"/>
          <w:szCs w:val="38"/>
          <w:rtl/>
        </w:rPr>
        <w:t>النتائج</w:t>
      </w:r>
      <w:r w:rsidRPr="005117ED">
        <w:rPr>
          <w:rFonts w:cs="Sakkal Majalla"/>
          <w:color w:val="000000" w:themeColor="text1"/>
          <w:sz w:val="38"/>
          <w:szCs w:val="38"/>
        </w:rPr>
        <w:t xml:space="preserve"> </w:t>
      </w:r>
      <w:r w:rsidRPr="005117ED">
        <w:rPr>
          <w:rFonts w:cs="Sakkal Majalla"/>
          <w:color w:val="000000" w:themeColor="text1"/>
          <w:sz w:val="38"/>
          <w:szCs w:val="38"/>
          <w:rtl/>
        </w:rPr>
        <w:t>بالموارد،</w:t>
      </w:r>
      <w:r w:rsidRPr="005117ED">
        <w:rPr>
          <w:rFonts w:cs="Sakkal Majalla"/>
          <w:color w:val="000000" w:themeColor="text1"/>
          <w:sz w:val="38"/>
          <w:szCs w:val="38"/>
        </w:rPr>
        <w:t xml:space="preserve"> </w:t>
      </w:r>
      <w:r w:rsidRPr="005117ED">
        <w:rPr>
          <w:rFonts w:cs="Sakkal Majalla"/>
          <w:color w:val="000000" w:themeColor="text1"/>
          <w:sz w:val="38"/>
          <w:szCs w:val="38"/>
          <w:rtl/>
        </w:rPr>
        <w:t>والمهارات،</w:t>
      </w:r>
      <w:r w:rsidRPr="005117ED">
        <w:rPr>
          <w:rFonts w:cs="Sakkal Majalla"/>
          <w:color w:val="000000" w:themeColor="text1"/>
          <w:sz w:val="38"/>
          <w:szCs w:val="38"/>
        </w:rPr>
        <w:t xml:space="preserve"> </w:t>
      </w:r>
      <w:r w:rsidRPr="005117ED">
        <w:rPr>
          <w:rFonts w:cs="Sakkal Majalla"/>
          <w:color w:val="000000" w:themeColor="text1"/>
          <w:sz w:val="38"/>
          <w:szCs w:val="38"/>
          <w:rtl/>
        </w:rPr>
        <w:t>والتقنية،</w:t>
      </w:r>
      <w:r w:rsidRPr="005117ED">
        <w:rPr>
          <w:rFonts w:cs="Sakkal Majalla"/>
          <w:color w:val="000000" w:themeColor="text1"/>
          <w:sz w:val="38"/>
          <w:szCs w:val="38"/>
        </w:rPr>
        <w:t xml:space="preserve"> </w:t>
      </w:r>
      <w:r w:rsidRPr="005117ED">
        <w:rPr>
          <w:rFonts w:cs="Sakkal Majalla"/>
          <w:color w:val="000000" w:themeColor="text1"/>
          <w:sz w:val="38"/>
          <w:szCs w:val="38"/>
          <w:rtl/>
        </w:rPr>
        <w:t>وهيكل</w:t>
      </w:r>
      <w:r w:rsidRPr="005117ED">
        <w:rPr>
          <w:rFonts w:cs="Sakkal Majalla"/>
          <w:color w:val="000000" w:themeColor="text1"/>
          <w:sz w:val="38"/>
          <w:szCs w:val="38"/>
        </w:rPr>
        <w:t xml:space="preserve"> </w:t>
      </w:r>
      <w:r w:rsidRPr="005117ED">
        <w:rPr>
          <w:rFonts w:cs="Sakkal Majalla"/>
          <w:color w:val="000000" w:themeColor="text1"/>
          <w:sz w:val="38"/>
          <w:szCs w:val="38"/>
          <w:rtl/>
        </w:rPr>
        <w:t>الحوافز،</w:t>
      </w:r>
      <w:r w:rsidRPr="005117ED">
        <w:rPr>
          <w:rFonts w:cs="Sakkal Majalla"/>
          <w:color w:val="000000" w:themeColor="text1"/>
          <w:sz w:val="38"/>
          <w:szCs w:val="38"/>
        </w:rPr>
        <w:t xml:space="preserve"> </w:t>
      </w:r>
      <w:r w:rsidRPr="005117ED">
        <w:rPr>
          <w:rFonts w:cs="Sakkal Majalla"/>
          <w:color w:val="000000" w:themeColor="text1"/>
          <w:sz w:val="38"/>
          <w:szCs w:val="38"/>
          <w:rtl/>
        </w:rPr>
        <w:t>وديناميكية</w:t>
      </w:r>
      <w:r w:rsidRPr="005117ED">
        <w:rPr>
          <w:rFonts w:cs="Sakkal Majalla"/>
          <w:color w:val="000000" w:themeColor="text1"/>
          <w:sz w:val="38"/>
          <w:szCs w:val="38"/>
        </w:rPr>
        <w:t xml:space="preserve"> </w:t>
      </w:r>
      <w:r w:rsidRPr="005117ED">
        <w:rPr>
          <w:rFonts w:cs="Sakkal Majalla"/>
          <w:color w:val="000000" w:themeColor="text1"/>
          <w:sz w:val="38"/>
          <w:szCs w:val="38"/>
          <w:rtl/>
        </w:rPr>
        <w:t>السوق،</w:t>
      </w:r>
      <w:r w:rsidRPr="005117ED">
        <w:rPr>
          <w:rFonts w:cs="Sakkal Majalla"/>
          <w:color w:val="000000" w:themeColor="text1"/>
          <w:sz w:val="38"/>
          <w:szCs w:val="38"/>
        </w:rPr>
        <w:t xml:space="preserve"> </w:t>
      </w:r>
      <w:r w:rsidRPr="005117ED">
        <w:rPr>
          <w:rFonts w:cs="Sakkal Majalla"/>
          <w:color w:val="000000" w:themeColor="text1"/>
          <w:sz w:val="38"/>
          <w:szCs w:val="38"/>
          <w:rtl/>
        </w:rPr>
        <w:t>والاتصال</w:t>
      </w:r>
      <w:r w:rsidRPr="005117ED">
        <w:rPr>
          <w:rFonts w:cs="Sakkal Majalla"/>
          <w:color w:val="000000" w:themeColor="text1"/>
          <w:sz w:val="38"/>
          <w:szCs w:val="38"/>
        </w:rPr>
        <w:t xml:space="preserve"> </w:t>
      </w:r>
      <w:r w:rsidRPr="005117ED">
        <w:rPr>
          <w:rFonts w:cs="Sakkal Majalla"/>
          <w:color w:val="000000" w:themeColor="text1"/>
          <w:sz w:val="38"/>
          <w:szCs w:val="38"/>
          <w:rtl/>
        </w:rPr>
        <w:t>بالعميل</w:t>
      </w:r>
      <w:r w:rsidRPr="005117ED">
        <w:rPr>
          <w:rFonts w:cs="Sakkal Majalla"/>
          <w:color w:val="000000" w:themeColor="text1"/>
          <w:sz w:val="38"/>
          <w:szCs w:val="38"/>
        </w:rPr>
        <w:t xml:space="preserve">. </w:t>
      </w:r>
      <w:r w:rsidRPr="005117ED">
        <w:rPr>
          <w:rFonts w:cs="Sakkal Majalla"/>
          <w:color w:val="000000" w:themeColor="text1"/>
          <w:sz w:val="38"/>
          <w:szCs w:val="38"/>
          <w:rtl/>
        </w:rPr>
        <w:t>ويمنع</w:t>
      </w:r>
      <w:r w:rsidRPr="005117ED">
        <w:rPr>
          <w:rFonts w:cs="Sakkal Majalla"/>
          <w:color w:val="000000" w:themeColor="text1"/>
          <w:sz w:val="38"/>
          <w:szCs w:val="38"/>
        </w:rPr>
        <w:t xml:space="preserve"> </w:t>
      </w:r>
      <w:r w:rsidRPr="005117ED">
        <w:rPr>
          <w:rFonts w:cs="Sakkal Majalla"/>
          <w:color w:val="000000" w:themeColor="text1"/>
          <w:sz w:val="38"/>
          <w:szCs w:val="38"/>
          <w:rtl/>
        </w:rPr>
        <w:t>هذا</w:t>
      </w:r>
      <w:r w:rsidRPr="005117ED">
        <w:rPr>
          <w:rFonts w:cs="Sakkal Majalla"/>
          <w:color w:val="000000" w:themeColor="text1"/>
          <w:sz w:val="38"/>
          <w:szCs w:val="38"/>
        </w:rPr>
        <w:t xml:space="preserve"> </w:t>
      </w:r>
      <w:r w:rsidRPr="005117ED">
        <w:rPr>
          <w:rFonts w:cs="Sakkal Majalla"/>
          <w:color w:val="000000" w:themeColor="text1"/>
          <w:sz w:val="38"/>
          <w:szCs w:val="38"/>
          <w:rtl/>
        </w:rPr>
        <w:t>الفهم</w:t>
      </w:r>
      <w:r w:rsidRPr="005117ED">
        <w:rPr>
          <w:rFonts w:cs="Sakkal Majalla"/>
          <w:color w:val="000000" w:themeColor="text1"/>
          <w:sz w:val="38"/>
          <w:szCs w:val="38"/>
        </w:rPr>
        <w:t xml:space="preserve"> </w:t>
      </w:r>
      <w:r w:rsidRPr="005117ED">
        <w:rPr>
          <w:rFonts w:cs="Sakkal Majalla"/>
          <w:color w:val="000000" w:themeColor="text1"/>
          <w:sz w:val="38"/>
          <w:szCs w:val="38"/>
          <w:rtl/>
        </w:rPr>
        <w:t>تحويل</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وصفة</w:t>
      </w:r>
      <w:r w:rsidRPr="005117ED">
        <w:rPr>
          <w:rFonts w:cs="Sakkal Majalla"/>
          <w:color w:val="000000" w:themeColor="text1"/>
          <w:sz w:val="38"/>
          <w:szCs w:val="38"/>
        </w:rPr>
        <w:t xml:space="preserve"> </w:t>
      </w:r>
      <w:r w:rsidRPr="005117ED">
        <w:rPr>
          <w:rFonts w:cs="Sakkal Majalla"/>
          <w:color w:val="000000" w:themeColor="text1"/>
          <w:sz w:val="38"/>
          <w:szCs w:val="38"/>
          <w:rtl/>
        </w:rPr>
        <w:t>وحيدة،</w:t>
      </w:r>
      <w:r w:rsidRPr="005117ED">
        <w:rPr>
          <w:rFonts w:cs="Sakkal Majalla"/>
          <w:color w:val="000000" w:themeColor="text1"/>
          <w:sz w:val="38"/>
          <w:szCs w:val="38"/>
        </w:rPr>
        <w:t xml:space="preserve"> </w:t>
      </w:r>
      <w:r w:rsidRPr="005117ED">
        <w:rPr>
          <w:rFonts w:cs="Sakkal Majalla"/>
          <w:color w:val="000000" w:themeColor="text1"/>
          <w:sz w:val="38"/>
          <w:szCs w:val="38"/>
          <w:rtl/>
        </w:rPr>
        <w:t>ويوجه</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المنشأة</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دمج</w:t>
      </w:r>
      <w:r w:rsidRPr="005117ED">
        <w:rPr>
          <w:rFonts w:cs="Sakkal Majalla"/>
          <w:color w:val="000000" w:themeColor="text1"/>
          <w:sz w:val="38"/>
          <w:szCs w:val="38"/>
        </w:rPr>
        <w:t xml:space="preserve"> </w:t>
      </w:r>
      <w:r w:rsidRPr="005117ED">
        <w:rPr>
          <w:rFonts w:cs="Sakkal Majalla"/>
          <w:color w:val="000000" w:themeColor="text1"/>
          <w:sz w:val="38"/>
          <w:szCs w:val="38"/>
          <w:rtl/>
        </w:rPr>
        <w:t>التطوير</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القيادي</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تحسين</w:t>
      </w:r>
      <w:r w:rsidRPr="005117ED">
        <w:rPr>
          <w:rFonts w:cs="Sakkal Majalla"/>
          <w:color w:val="000000" w:themeColor="text1"/>
          <w:sz w:val="38"/>
          <w:szCs w:val="38"/>
        </w:rPr>
        <w:t xml:space="preserve"> </w:t>
      </w:r>
      <w:r w:rsidRPr="005117ED">
        <w:rPr>
          <w:rFonts w:cs="Sakkal Majalla"/>
          <w:color w:val="000000" w:themeColor="text1"/>
          <w:sz w:val="38"/>
          <w:szCs w:val="38"/>
          <w:rtl/>
        </w:rPr>
        <w:t>الأنظمة</w:t>
      </w:r>
      <w:r w:rsidRPr="005117ED">
        <w:rPr>
          <w:rFonts w:cs="Sakkal Majalla"/>
          <w:color w:val="000000" w:themeColor="text1"/>
          <w:sz w:val="38"/>
          <w:szCs w:val="38"/>
        </w:rPr>
        <w:t xml:space="preserve"> </w:t>
      </w:r>
      <w:r w:rsidRPr="005117ED">
        <w:rPr>
          <w:rFonts w:cs="Sakkal Majalla"/>
          <w:color w:val="000000" w:themeColor="text1"/>
          <w:sz w:val="38"/>
          <w:szCs w:val="38"/>
          <w:rtl/>
        </w:rPr>
        <w:t>والموارد</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كما</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عدم</w:t>
      </w:r>
      <w:r w:rsidRPr="005117ED">
        <w:rPr>
          <w:rFonts w:cs="Sakkal Majalla"/>
          <w:color w:val="000000" w:themeColor="text1"/>
          <w:sz w:val="38"/>
          <w:szCs w:val="38"/>
        </w:rPr>
        <w:t xml:space="preserve"> </w:t>
      </w:r>
      <w:r w:rsidRPr="005117ED">
        <w:rPr>
          <w:rFonts w:cs="Sakkal Majalla"/>
          <w:color w:val="000000" w:themeColor="text1"/>
          <w:sz w:val="38"/>
          <w:szCs w:val="38"/>
          <w:rtl/>
        </w:rPr>
        <w:t>وجود</w:t>
      </w:r>
      <w:r w:rsidRPr="005117ED">
        <w:rPr>
          <w:rFonts w:cs="Sakkal Majalla"/>
          <w:color w:val="000000" w:themeColor="text1"/>
          <w:sz w:val="38"/>
          <w:szCs w:val="38"/>
        </w:rPr>
        <w:t xml:space="preserve"> </w:t>
      </w:r>
      <w:r w:rsidRPr="005117ED">
        <w:rPr>
          <w:rFonts w:cs="Sakkal Majalla"/>
          <w:color w:val="000000" w:themeColor="text1"/>
          <w:sz w:val="38"/>
          <w:szCs w:val="38"/>
          <w:rtl/>
        </w:rPr>
        <w:t>فروق</w:t>
      </w:r>
      <w:r w:rsidRPr="005117ED">
        <w:rPr>
          <w:rFonts w:cs="Sakkal Majalla"/>
          <w:color w:val="000000" w:themeColor="text1"/>
          <w:sz w:val="38"/>
          <w:szCs w:val="38"/>
        </w:rPr>
        <w:t xml:space="preserve"> </w:t>
      </w:r>
      <w:r w:rsidRPr="005117ED">
        <w:rPr>
          <w:rFonts w:cs="Sakkal Majalla"/>
          <w:color w:val="000000" w:themeColor="text1"/>
          <w:sz w:val="38"/>
          <w:szCs w:val="38"/>
          <w:rtl/>
        </w:rPr>
        <w:t>دالة</w:t>
      </w:r>
      <w:r w:rsidRPr="005117ED">
        <w:rPr>
          <w:rFonts w:cs="Sakkal Majalla"/>
          <w:color w:val="000000" w:themeColor="text1"/>
          <w:sz w:val="38"/>
          <w:szCs w:val="38"/>
        </w:rPr>
        <w:t xml:space="preserve"> </w:t>
      </w:r>
      <w:r w:rsidRPr="005117ED">
        <w:rPr>
          <w:rFonts w:cs="Sakkal Majalla"/>
          <w:color w:val="000000" w:themeColor="text1"/>
          <w:sz w:val="38"/>
          <w:szCs w:val="38"/>
          <w:rtl/>
        </w:rPr>
        <w:t>بحسب</w:t>
      </w:r>
      <w:r w:rsidRPr="005117ED">
        <w:rPr>
          <w:rFonts w:cs="Sakkal Majalla"/>
          <w:color w:val="000000" w:themeColor="text1"/>
          <w:sz w:val="38"/>
          <w:szCs w:val="38"/>
        </w:rPr>
        <w:t xml:space="preserve"> </w:t>
      </w:r>
      <w:r w:rsidRPr="005117ED">
        <w:rPr>
          <w:rFonts w:cs="Sakkal Majalla"/>
          <w:color w:val="000000" w:themeColor="text1"/>
          <w:sz w:val="38"/>
          <w:szCs w:val="38"/>
          <w:rtl/>
        </w:rPr>
        <w:t>الخصائص</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يعني</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جميع</w:t>
      </w:r>
      <w:r w:rsidRPr="005117ED">
        <w:rPr>
          <w:rFonts w:cs="Sakkal Majalla"/>
          <w:color w:val="000000" w:themeColor="text1"/>
          <w:sz w:val="38"/>
          <w:szCs w:val="38"/>
        </w:rPr>
        <w:t xml:space="preserve"> </w:t>
      </w:r>
      <w:r w:rsidRPr="005117ED">
        <w:rPr>
          <w:rFonts w:cs="Sakkal Majalla"/>
          <w:color w:val="000000" w:themeColor="text1"/>
          <w:sz w:val="38"/>
          <w:szCs w:val="38"/>
          <w:rtl/>
        </w:rPr>
        <w:t>الخبرات</w:t>
      </w:r>
      <w:r w:rsidRPr="005117ED">
        <w:rPr>
          <w:rFonts w:cs="Sakkal Majalla"/>
          <w:color w:val="000000" w:themeColor="text1"/>
          <w:sz w:val="38"/>
          <w:szCs w:val="38"/>
        </w:rPr>
        <w:t xml:space="preserve"> </w:t>
      </w:r>
      <w:r w:rsidRPr="005117ED">
        <w:rPr>
          <w:rFonts w:cs="Sakkal Majalla"/>
          <w:color w:val="000000" w:themeColor="text1"/>
          <w:sz w:val="38"/>
          <w:szCs w:val="38"/>
          <w:rtl/>
        </w:rPr>
        <w:t>متطابقة،</w:t>
      </w:r>
      <w:r w:rsidRPr="005117ED">
        <w:rPr>
          <w:rFonts w:cs="Sakkal Majalla"/>
          <w:color w:val="000000" w:themeColor="text1"/>
          <w:sz w:val="38"/>
          <w:szCs w:val="38"/>
        </w:rPr>
        <w:t xml:space="preserve"> </w:t>
      </w:r>
      <w:r w:rsidRPr="005117ED">
        <w:rPr>
          <w:rFonts w:cs="Sakkal Majalla"/>
          <w:color w:val="000000" w:themeColor="text1"/>
          <w:sz w:val="38"/>
          <w:szCs w:val="38"/>
          <w:rtl/>
        </w:rPr>
        <w:t>بل</w:t>
      </w:r>
      <w:r w:rsidRPr="005117ED">
        <w:rPr>
          <w:rFonts w:cs="Sakkal Majalla"/>
          <w:color w:val="000000" w:themeColor="text1"/>
          <w:sz w:val="38"/>
          <w:szCs w:val="38"/>
        </w:rPr>
        <w:t xml:space="preserve"> </w:t>
      </w:r>
      <w:r w:rsidRPr="005117ED">
        <w:rPr>
          <w:rFonts w:cs="Sakkal Majalla"/>
          <w:color w:val="000000" w:themeColor="text1"/>
          <w:sz w:val="38"/>
          <w:szCs w:val="38"/>
          <w:rtl/>
        </w:rPr>
        <w:t>إن</w:t>
      </w:r>
      <w:r w:rsidRPr="005117ED">
        <w:rPr>
          <w:rFonts w:cs="Sakkal Majalla"/>
          <w:color w:val="000000" w:themeColor="text1"/>
          <w:sz w:val="38"/>
          <w:szCs w:val="38"/>
        </w:rPr>
        <w:t xml:space="preserve"> </w:t>
      </w:r>
      <w:r w:rsidRPr="005117ED">
        <w:rPr>
          <w:rFonts w:cs="Sakkal Majalla"/>
          <w:color w:val="000000" w:themeColor="text1"/>
          <w:sz w:val="38"/>
          <w:szCs w:val="38"/>
          <w:rtl/>
        </w:rPr>
        <w:t>البيانات</w:t>
      </w:r>
      <w:r w:rsidRPr="005117ED">
        <w:rPr>
          <w:rFonts w:cs="Sakkal Majalla"/>
          <w:color w:val="000000" w:themeColor="text1"/>
          <w:sz w:val="38"/>
          <w:szCs w:val="38"/>
        </w:rPr>
        <w:t xml:space="preserve"> </w:t>
      </w:r>
      <w:r w:rsidRPr="005117ED">
        <w:rPr>
          <w:rFonts w:cs="Sakkal Majalla"/>
          <w:color w:val="000000" w:themeColor="text1"/>
          <w:sz w:val="38"/>
          <w:szCs w:val="38"/>
          <w:rtl/>
        </w:rPr>
        <w:t>لم</w:t>
      </w:r>
      <w:r w:rsidRPr="005117ED">
        <w:rPr>
          <w:rFonts w:cs="Sakkal Majalla"/>
          <w:color w:val="000000" w:themeColor="text1"/>
          <w:sz w:val="38"/>
          <w:szCs w:val="38"/>
        </w:rPr>
        <w:t xml:space="preserve"> </w:t>
      </w:r>
      <w:r w:rsidRPr="005117ED">
        <w:rPr>
          <w:rFonts w:cs="Sakkal Majalla"/>
          <w:color w:val="000000" w:themeColor="text1"/>
          <w:sz w:val="38"/>
          <w:szCs w:val="38"/>
          <w:rtl/>
        </w:rPr>
        <w:t>تقدم</w:t>
      </w:r>
      <w:r w:rsidRPr="005117ED">
        <w:rPr>
          <w:rFonts w:cs="Sakkal Majalla"/>
          <w:color w:val="000000" w:themeColor="text1"/>
          <w:sz w:val="38"/>
          <w:szCs w:val="38"/>
        </w:rPr>
        <w:t xml:space="preserve"> </w:t>
      </w:r>
      <w:r w:rsidRPr="005117ED">
        <w:rPr>
          <w:rFonts w:cs="Sakkal Majalla"/>
          <w:color w:val="000000" w:themeColor="text1"/>
          <w:sz w:val="38"/>
          <w:szCs w:val="38"/>
          <w:rtl/>
        </w:rPr>
        <w:t>دليلًا</w:t>
      </w:r>
      <w:r w:rsidRPr="005117ED">
        <w:rPr>
          <w:rFonts w:cs="Sakkal Majalla"/>
          <w:color w:val="000000" w:themeColor="text1"/>
          <w:sz w:val="38"/>
          <w:szCs w:val="38"/>
        </w:rPr>
        <w:t xml:space="preserve"> </w:t>
      </w:r>
      <w:r w:rsidRPr="005117ED">
        <w:rPr>
          <w:rFonts w:cs="Sakkal Majalla"/>
          <w:color w:val="000000" w:themeColor="text1"/>
          <w:sz w:val="38"/>
          <w:szCs w:val="38"/>
          <w:rtl/>
        </w:rPr>
        <w:t>كافيًا</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فروق</w:t>
      </w:r>
      <w:r w:rsidRPr="005117ED">
        <w:rPr>
          <w:rFonts w:cs="Sakkal Majalla"/>
          <w:color w:val="000000" w:themeColor="text1"/>
          <w:sz w:val="38"/>
          <w:szCs w:val="38"/>
        </w:rPr>
        <w:t xml:space="preserve"> </w:t>
      </w:r>
      <w:r w:rsidRPr="005117ED">
        <w:rPr>
          <w:rFonts w:cs="Sakkal Majalla"/>
          <w:color w:val="000000" w:themeColor="text1"/>
          <w:sz w:val="38"/>
          <w:szCs w:val="38"/>
          <w:rtl/>
        </w:rPr>
        <w:t>منتظمة</w:t>
      </w:r>
      <w:r w:rsidRPr="005117ED">
        <w:rPr>
          <w:rFonts w:cs="Sakkal Majalla"/>
          <w:color w:val="000000" w:themeColor="text1"/>
          <w:sz w:val="38"/>
          <w:szCs w:val="38"/>
        </w:rPr>
        <w:t xml:space="preserve">. </w:t>
      </w:r>
      <w:r w:rsidRPr="005117ED">
        <w:rPr>
          <w:rFonts w:cs="Sakkal Majalla"/>
          <w:color w:val="000000" w:themeColor="text1"/>
          <w:sz w:val="38"/>
          <w:szCs w:val="38"/>
          <w:rtl/>
        </w:rPr>
        <w:t>وقد</w:t>
      </w:r>
      <w:r w:rsidRPr="005117ED">
        <w:rPr>
          <w:rFonts w:cs="Sakkal Majalla"/>
          <w:color w:val="000000" w:themeColor="text1"/>
          <w:sz w:val="38"/>
          <w:szCs w:val="38"/>
        </w:rPr>
        <w:t xml:space="preserve"> </w:t>
      </w:r>
      <w:r w:rsidRPr="005117ED">
        <w:rPr>
          <w:rFonts w:cs="Sakkal Majalla"/>
          <w:color w:val="000000" w:themeColor="text1"/>
          <w:sz w:val="38"/>
          <w:szCs w:val="38"/>
          <w:rtl/>
        </w:rPr>
        <w:t>يكون</w:t>
      </w:r>
      <w:r w:rsidRPr="005117ED">
        <w:rPr>
          <w:rFonts w:cs="Sakkal Majalla"/>
          <w:color w:val="000000" w:themeColor="text1"/>
          <w:sz w:val="38"/>
          <w:szCs w:val="38"/>
        </w:rPr>
        <w:t xml:space="preserve"> </w:t>
      </w:r>
      <w:r w:rsidRPr="005117ED">
        <w:rPr>
          <w:rFonts w:cs="Sakkal Majalla"/>
          <w:color w:val="000000" w:themeColor="text1"/>
          <w:sz w:val="38"/>
          <w:szCs w:val="38"/>
          <w:rtl/>
        </w:rPr>
        <w:t>ذلك</w:t>
      </w:r>
      <w:r w:rsidRPr="005117ED">
        <w:rPr>
          <w:rFonts w:cs="Sakkal Majalla"/>
          <w:color w:val="000000" w:themeColor="text1"/>
          <w:sz w:val="38"/>
          <w:szCs w:val="38"/>
        </w:rPr>
        <w:t xml:space="preserve"> </w:t>
      </w:r>
      <w:r w:rsidRPr="005117ED">
        <w:rPr>
          <w:rFonts w:cs="Sakkal Majalla"/>
          <w:color w:val="000000" w:themeColor="text1"/>
          <w:sz w:val="38"/>
          <w:szCs w:val="38"/>
          <w:rtl/>
        </w:rPr>
        <w:t>مؤشرًا</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المناخ</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القيادي</w:t>
      </w:r>
      <w:r w:rsidRPr="005117ED">
        <w:rPr>
          <w:rFonts w:cs="Sakkal Majalla"/>
          <w:color w:val="000000" w:themeColor="text1"/>
          <w:sz w:val="38"/>
          <w:szCs w:val="38"/>
        </w:rPr>
        <w:t xml:space="preserve"> </w:t>
      </w:r>
      <w:r w:rsidRPr="005117ED">
        <w:rPr>
          <w:rFonts w:cs="Sakkal Majalla"/>
          <w:color w:val="000000" w:themeColor="text1"/>
          <w:sz w:val="38"/>
          <w:szCs w:val="38"/>
          <w:rtl/>
        </w:rPr>
        <w:t>يصل</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العاملين</w:t>
      </w:r>
      <w:r w:rsidRPr="005117ED">
        <w:rPr>
          <w:rFonts w:cs="Sakkal Majalla"/>
          <w:color w:val="000000" w:themeColor="text1"/>
          <w:sz w:val="38"/>
          <w:szCs w:val="38"/>
        </w:rPr>
        <w:t xml:space="preserve"> </w:t>
      </w:r>
      <w:r w:rsidRPr="005117ED">
        <w:rPr>
          <w:rFonts w:cs="Sakkal Majalla"/>
          <w:color w:val="000000" w:themeColor="text1"/>
          <w:sz w:val="38"/>
          <w:szCs w:val="38"/>
          <w:rtl/>
        </w:rPr>
        <w:t>بصورة</w:t>
      </w:r>
      <w:r w:rsidRPr="005117ED">
        <w:rPr>
          <w:rFonts w:cs="Sakkal Majalla"/>
          <w:color w:val="000000" w:themeColor="text1"/>
          <w:sz w:val="38"/>
          <w:szCs w:val="38"/>
        </w:rPr>
        <w:t xml:space="preserve"> </w:t>
      </w:r>
      <w:r w:rsidRPr="005117ED">
        <w:rPr>
          <w:rFonts w:cs="Sakkal Majalla"/>
          <w:color w:val="000000" w:themeColor="text1"/>
          <w:sz w:val="38"/>
          <w:szCs w:val="38"/>
          <w:rtl/>
        </w:rPr>
        <w:t>متقاربة،</w:t>
      </w:r>
      <w:r w:rsidRPr="005117ED">
        <w:rPr>
          <w:rFonts w:cs="Sakkal Majalla"/>
          <w:color w:val="000000" w:themeColor="text1"/>
          <w:sz w:val="38"/>
          <w:szCs w:val="38"/>
        </w:rPr>
        <w:t xml:space="preserve"> </w:t>
      </w:r>
      <w:r w:rsidRPr="005117ED">
        <w:rPr>
          <w:rFonts w:cs="Sakkal Majalla"/>
          <w:color w:val="000000" w:themeColor="text1"/>
          <w:sz w:val="38"/>
          <w:szCs w:val="38"/>
          <w:rtl/>
        </w:rPr>
        <w:t>أو</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التباين</w:t>
      </w:r>
      <w:r w:rsidRPr="005117ED">
        <w:rPr>
          <w:rFonts w:cs="Sakkal Majalla"/>
          <w:color w:val="000000" w:themeColor="text1"/>
          <w:sz w:val="38"/>
          <w:szCs w:val="38"/>
        </w:rPr>
        <w:t xml:space="preserve"> </w:t>
      </w:r>
      <w:r w:rsidRPr="005117ED">
        <w:rPr>
          <w:rFonts w:cs="Sakkal Majalla"/>
          <w:color w:val="000000" w:themeColor="text1"/>
          <w:sz w:val="38"/>
          <w:szCs w:val="38"/>
          <w:rtl/>
        </w:rPr>
        <w:t>داخل</w:t>
      </w:r>
      <w:r w:rsidRPr="005117ED">
        <w:rPr>
          <w:rFonts w:cs="Sakkal Majalla"/>
          <w:color w:val="000000" w:themeColor="text1"/>
          <w:sz w:val="38"/>
          <w:szCs w:val="38"/>
        </w:rPr>
        <w:t xml:space="preserve"> </w:t>
      </w:r>
      <w:r w:rsidRPr="005117ED">
        <w:rPr>
          <w:rFonts w:cs="Sakkal Majalla"/>
          <w:color w:val="000000" w:themeColor="text1"/>
          <w:sz w:val="38"/>
          <w:szCs w:val="38"/>
          <w:rtl/>
        </w:rPr>
        <w:t>كل</w:t>
      </w:r>
      <w:r w:rsidRPr="005117ED">
        <w:rPr>
          <w:rFonts w:cs="Sakkal Majalla"/>
          <w:color w:val="000000" w:themeColor="text1"/>
          <w:sz w:val="38"/>
          <w:szCs w:val="38"/>
        </w:rPr>
        <w:t xml:space="preserve"> </w:t>
      </w:r>
      <w:r w:rsidRPr="005117ED">
        <w:rPr>
          <w:rFonts w:cs="Sakkal Majalla"/>
          <w:color w:val="000000" w:themeColor="text1"/>
          <w:sz w:val="38"/>
          <w:szCs w:val="38"/>
          <w:rtl/>
        </w:rPr>
        <w:t>فئة</w:t>
      </w:r>
      <w:r w:rsidRPr="005117ED">
        <w:rPr>
          <w:rFonts w:cs="Sakkal Majalla"/>
          <w:color w:val="000000" w:themeColor="text1"/>
          <w:sz w:val="38"/>
          <w:szCs w:val="38"/>
        </w:rPr>
        <w:t xml:space="preserve"> </w:t>
      </w:r>
      <w:r w:rsidRPr="005117ED">
        <w:rPr>
          <w:rFonts w:cs="Sakkal Majalla"/>
          <w:color w:val="000000" w:themeColor="text1"/>
          <w:sz w:val="38"/>
          <w:szCs w:val="38"/>
          <w:rtl/>
        </w:rPr>
        <w:t>أكبر</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التباين</w:t>
      </w:r>
      <w:r w:rsidRPr="005117ED">
        <w:rPr>
          <w:rFonts w:cs="Sakkal Majalla"/>
          <w:color w:val="000000" w:themeColor="text1"/>
          <w:sz w:val="38"/>
          <w:szCs w:val="38"/>
        </w:rPr>
        <w:t xml:space="preserve"> </w:t>
      </w:r>
      <w:r w:rsidRPr="005117ED">
        <w:rPr>
          <w:rFonts w:cs="Sakkal Majalla"/>
          <w:color w:val="000000" w:themeColor="text1"/>
          <w:sz w:val="38"/>
          <w:szCs w:val="38"/>
          <w:rtl/>
        </w:rPr>
        <w:t>بينها</w:t>
      </w:r>
      <w:r w:rsidRPr="005117ED">
        <w:rPr>
          <w:rFonts w:cs="Sakkal Majalla"/>
          <w:color w:val="000000" w:themeColor="text1"/>
          <w:sz w:val="38"/>
          <w:szCs w:val="38"/>
        </w:rPr>
        <w:t xml:space="preserve">. </w:t>
      </w:r>
      <w:r w:rsidRPr="005117ED">
        <w:rPr>
          <w:rFonts w:cs="Sakkal Majalla"/>
          <w:color w:val="000000" w:themeColor="text1"/>
          <w:sz w:val="38"/>
          <w:szCs w:val="38"/>
          <w:rtl/>
        </w:rPr>
        <w:t>وفي</w:t>
      </w:r>
      <w:r w:rsidRPr="005117ED">
        <w:rPr>
          <w:rFonts w:cs="Sakkal Majalla"/>
          <w:color w:val="000000" w:themeColor="text1"/>
          <w:sz w:val="38"/>
          <w:szCs w:val="38"/>
        </w:rPr>
        <w:t xml:space="preserve"> </w:t>
      </w:r>
      <w:r w:rsidRPr="005117ED">
        <w:rPr>
          <w:rFonts w:cs="Sakkal Majalla"/>
          <w:color w:val="000000" w:themeColor="text1"/>
          <w:sz w:val="38"/>
          <w:szCs w:val="38"/>
          <w:rtl/>
        </w:rPr>
        <w:t>التطبيق</w:t>
      </w:r>
      <w:r w:rsidRPr="005117ED">
        <w:rPr>
          <w:rFonts w:cs="Sakkal Majalla"/>
          <w:color w:val="000000" w:themeColor="text1"/>
          <w:sz w:val="38"/>
          <w:szCs w:val="38"/>
        </w:rPr>
        <w:t xml:space="preserve"> </w:t>
      </w:r>
      <w:r w:rsidRPr="005117ED">
        <w:rPr>
          <w:rFonts w:cs="Sakkal Majalla"/>
          <w:color w:val="000000" w:themeColor="text1"/>
          <w:sz w:val="38"/>
          <w:szCs w:val="38"/>
          <w:rtl/>
        </w:rPr>
        <w:t>الميداني</w:t>
      </w:r>
      <w:r w:rsidRPr="005117ED">
        <w:rPr>
          <w:rFonts w:cs="Sakkal Majalla"/>
          <w:color w:val="000000" w:themeColor="text1"/>
          <w:sz w:val="38"/>
          <w:szCs w:val="38"/>
        </w:rPr>
        <w:t xml:space="preserve"> </w:t>
      </w:r>
      <w:r w:rsidRPr="005117ED">
        <w:rPr>
          <w:rFonts w:cs="Sakkal Majalla"/>
          <w:color w:val="000000" w:themeColor="text1"/>
          <w:sz w:val="38"/>
          <w:szCs w:val="38"/>
          <w:rtl/>
        </w:rPr>
        <w:t>الفعلي</w:t>
      </w:r>
      <w:r w:rsidRPr="005117ED">
        <w:rPr>
          <w:rFonts w:cs="Sakkal Majalla"/>
          <w:color w:val="000000" w:themeColor="text1"/>
          <w:sz w:val="38"/>
          <w:szCs w:val="38"/>
        </w:rPr>
        <w:t xml:space="preserve"> </w:t>
      </w:r>
      <w:r w:rsidRPr="005117ED">
        <w:rPr>
          <w:rFonts w:cs="Sakkal Majalla"/>
          <w:color w:val="000000" w:themeColor="text1"/>
          <w:sz w:val="38"/>
          <w:szCs w:val="38"/>
          <w:rtl/>
        </w:rPr>
        <w:t>ينبغي</w:t>
      </w:r>
      <w:r w:rsidRPr="005117ED">
        <w:rPr>
          <w:rFonts w:cs="Sakkal Majalla"/>
          <w:color w:val="000000" w:themeColor="text1"/>
          <w:sz w:val="38"/>
          <w:szCs w:val="38"/>
        </w:rPr>
        <w:t xml:space="preserve"> </w:t>
      </w:r>
      <w:r w:rsidRPr="005117ED">
        <w:rPr>
          <w:rFonts w:cs="Sakkal Majalla"/>
          <w:color w:val="000000" w:themeColor="text1"/>
          <w:sz w:val="38"/>
          <w:szCs w:val="38"/>
          <w:rtl/>
        </w:rPr>
        <w:t>عرض</w:t>
      </w:r>
      <w:r w:rsidRPr="005117ED">
        <w:rPr>
          <w:rFonts w:cs="Sakkal Majalla"/>
          <w:color w:val="000000" w:themeColor="text1"/>
          <w:sz w:val="38"/>
          <w:szCs w:val="38"/>
        </w:rPr>
        <w:t xml:space="preserve"> </w:t>
      </w:r>
      <w:r w:rsidRPr="005117ED">
        <w:rPr>
          <w:rFonts w:cs="Sakkal Majalla"/>
          <w:color w:val="000000" w:themeColor="text1"/>
          <w:sz w:val="38"/>
          <w:szCs w:val="38"/>
          <w:rtl/>
        </w:rPr>
        <w:t>أحجام</w:t>
      </w:r>
      <w:r w:rsidRPr="005117ED">
        <w:rPr>
          <w:rFonts w:cs="Sakkal Majalla"/>
          <w:color w:val="000000" w:themeColor="text1"/>
          <w:sz w:val="38"/>
          <w:szCs w:val="38"/>
        </w:rPr>
        <w:t xml:space="preserve"> </w:t>
      </w:r>
      <w:r w:rsidRPr="005117ED">
        <w:rPr>
          <w:rFonts w:cs="Sakkal Majalla"/>
          <w:color w:val="000000" w:themeColor="text1"/>
          <w:sz w:val="38"/>
          <w:szCs w:val="38"/>
          <w:rtl/>
        </w:rPr>
        <w:t>الأثر</w:t>
      </w:r>
      <w:r w:rsidRPr="005117ED">
        <w:rPr>
          <w:rFonts w:cs="Sakkal Majalla"/>
          <w:color w:val="000000" w:themeColor="text1"/>
          <w:sz w:val="38"/>
          <w:szCs w:val="38"/>
        </w:rPr>
        <w:t xml:space="preserve"> </w:t>
      </w:r>
      <w:r w:rsidRPr="005117ED">
        <w:rPr>
          <w:rFonts w:cs="Sakkal Majalla"/>
          <w:color w:val="000000" w:themeColor="text1"/>
          <w:sz w:val="38"/>
          <w:szCs w:val="38"/>
          <w:rtl/>
        </w:rPr>
        <w:t>وفترات</w:t>
      </w:r>
      <w:r w:rsidRPr="005117ED">
        <w:rPr>
          <w:rFonts w:cs="Sakkal Majalla"/>
          <w:color w:val="000000" w:themeColor="text1"/>
          <w:sz w:val="38"/>
          <w:szCs w:val="38"/>
        </w:rPr>
        <w:t xml:space="preserve"> </w:t>
      </w:r>
      <w:r w:rsidRPr="005117ED">
        <w:rPr>
          <w:rFonts w:cs="Sakkal Majalla"/>
          <w:color w:val="000000" w:themeColor="text1"/>
          <w:sz w:val="38"/>
          <w:szCs w:val="38"/>
          <w:rtl/>
        </w:rPr>
        <w:t>الثقة،</w:t>
      </w:r>
      <w:r w:rsidRPr="005117ED">
        <w:rPr>
          <w:rFonts w:cs="Sakkal Majalla"/>
          <w:color w:val="000000" w:themeColor="text1"/>
          <w:sz w:val="38"/>
          <w:szCs w:val="38"/>
        </w:rPr>
        <w:t xml:space="preserve"> </w:t>
      </w:r>
      <w:r w:rsidRPr="005117ED">
        <w:rPr>
          <w:rFonts w:cs="Sakkal Majalla"/>
          <w:color w:val="000000" w:themeColor="text1"/>
          <w:sz w:val="38"/>
          <w:szCs w:val="38"/>
          <w:rtl/>
        </w:rPr>
        <w:t>وعدم</w:t>
      </w:r>
      <w:r w:rsidRPr="005117ED">
        <w:rPr>
          <w:rFonts w:cs="Sakkal Majalla"/>
          <w:color w:val="000000" w:themeColor="text1"/>
          <w:sz w:val="38"/>
          <w:szCs w:val="38"/>
        </w:rPr>
        <w:t xml:space="preserve"> </w:t>
      </w:r>
      <w:r w:rsidRPr="005117ED">
        <w:rPr>
          <w:rFonts w:cs="Sakkal Majalla"/>
          <w:color w:val="000000" w:themeColor="text1"/>
          <w:sz w:val="38"/>
          <w:szCs w:val="38"/>
          <w:rtl/>
        </w:rPr>
        <w:t>الاعتماد</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قيمة</w:t>
      </w:r>
      <w:r w:rsidRPr="005117ED">
        <w:rPr>
          <w:rFonts w:cs="Sakkal Majalla"/>
          <w:color w:val="000000" w:themeColor="text1"/>
          <w:sz w:val="38"/>
          <w:szCs w:val="38"/>
        </w:rPr>
        <w:t xml:space="preserve"> </w:t>
      </w:r>
      <w:r w:rsidRPr="005117ED">
        <w:rPr>
          <w:rFonts w:cs="Sakkal Majalla"/>
          <w:color w:val="000000" w:themeColor="text1"/>
          <w:sz w:val="38"/>
          <w:szCs w:val="38"/>
          <w:rtl/>
        </w:rPr>
        <w:t>الدلالة</w:t>
      </w:r>
      <w:r w:rsidRPr="005117ED">
        <w:rPr>
          <w:rFonts w:cs="Sakkal Majalla"/>
          <w:color w:val="000000" w:themeColor="text1"/>
          <w:sz w:val="38"/>
          <w:szCs w:val="38"/>
        </w:rPr>
        <w:t xml:space="preserve"> </w:t>
      </w:r>
      <w:r w:rsidRPr="005117ED">
        <w:rPr>
          <w:rFonts w:cs="Sakkal Majalla"/>
          <w:color w:val="000000" w:themeColor="text1"/>
          <w:sz w:val="38"/>
          <w:szCs w:val="38"/>
          <w:rtl/>
        </w:rPr>
        <w:t>وحدها</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وتتفق</w:t>
      </w:r>
      <w:r w:rsidRPr="005117ED">
        <w:rPr>
          <w:rFonts w:cs="Sakkal Majalla"/>
          <w:color w:val="000000" w:themeColor="text1"/>
          <w:sz w:val="38"/>
          <w:szCs w:val="38"/>
        </w:rPr>
        <w:t xml:space="preserve"> </w:t>
      </w:r>
      <w:r w:rsidRPr="005117ED">
        <w:rPr>
          <w:rFonts w:cs="Sakkal Majalla"/>
          <w:color w:val="000000" w:themeColor="text1"/>
          <w:sz w:val="38"/>
          <w:szCs w:val="38"/>
          <w:rtl/>
        </w:rPr>
        <w:t>النتيجة</w:t>
      </w:r>
      <w:r w:rsidRPr="005117ED">
        <w:rPr>
          <w:rFonts w:cs="Sakkal Majalla"/>
          <w:color w:val="000000" w:themeColor="text1"/>
          <w:sz w:val="38"/>
          <w:szCs w:val="38"/>
        </w:rPr>
        <w:t xml:space="preserve"> </w:t>
      </w:r>
      <w:r w:rsidRPr="005117ED">
        <w:rPr>
          <w:rFonts w:cs="Sakkal Majalla"/>
          <w:color w:val="000000" w:themeColor="text1"/>
          <w:sz w:val="38"/>
          <w:szCs w:val="38"/>
          <w:rtl/>
        </w:rPr>
        <w:t>العامة</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الدراسات</w:t>
      </w:r>
      <w:r w:rsidRPr="005117ED">
        <w:rPr>
          <w:rFonts w:cs="Sakkal Majalla"/>
          <w:color w:val="000000" w:themeColor="text1"/>
          <w:sz w:val="38"/>
          <w:szCs w:val="38"/>
        </w:rPr>
        <w:t xml:space="preserve"> </w:t>
      </w:r>
      <w:r w:rsidRPr="005117ED">
        <w:rPr>
          <w:rFonts w:cs="Sakkal Majalla"/>
          <w:color w:val="000000" w:themeColor="text1"/>
          <w:sz w:val="38"/>
          <w:szCs w:val="38"/>
          <w:rtl/>
        </w:rPr>
        <w:t>العربية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الجامعات</w:t>
      </w:r>
      <w:r w:rsidRPr="005117ED">
        <w:rPr>
          <w:rFonts w:cs="Sakkal Majalla"/>
          <w:color w:val="000000" w:themeColor="text1"/>
          <w:sz w:val="38"/>
          <w:szCs w:val="38"/>
        </w:rPr>
        <w:t xml:space="preserve"> </w:t>
      </w:r>
      <w:r w:rsidRPr="005117ED">
        <w:rPr>
          <w:rFonts w:cs="Sakkal Majalla"/>
          <w:color w:val="000000" w:themeColor="text1"/>
          <w:sz w:val="38"/>
          <w:szCs w:val="38"/>
          <w:rtl/>
        </w:rPr>
        <w:t>والصحة</w:t>
      </w:r>
      <w:r w:rsidRPr="005117ED">
        <w:rPr>
          <w:rFonts w:cs="Sakkal Majalla"/>
          <w:color w:val="000000" w:themeColor="text1"/>
          <w:sz w:val="38"/>
          <w:szCs w:val="38"/>
        </w:rPr>
        <w:t xml:space="preserve"> </w:t>
      </w:r>
      <w:r w:rsidRPr="005117ED">
        <w:rPr>
          <w:rFonts w:cs="Sakkal Majalla"/>
          <w:color w:val="000000" w:themeColor="text1"/>
          <w:sz w:val="38"/>
          <w:szCs w:val="38"/>
          <w:rtl/>
        </w:rPr>
        <w:t>والاتصالات</w:t>
      </w:r>
      <w:r w:rsidRPr="005117ED">
        <w:rPr>
          <w:rFonts w:cs="Sakkal Majalla"/>
          <w:color w:val="000000" w:themeColor="text1"/>
          <w:sz w:val="38"/>
          <w:szCs w:val="38"/>
        </w:rPr>
        <w:t xml:space="preserve"> </w:t>
      </w:r>
      <w:r w:rsidRPr="005117ED">
        <w:rPr>
          <w:rFonts w:cs="Sakkal Majalla"/>
          <w:color w:val="000000" w:themeColor="text1"/>
          <w:sz w:val="38"/>
          <w:szCs w:val="38"/>
          <w:rtl/>
        </w:rPr>
        <w:t>والقطاع</w:t>
      </w:r>
      <w:r w:rsidRPr="005117ED">
        <w:rPr>
          <w:rFonts w:cs="Sakkal Majalla"/>
          <w:color w:val="000000" w:themeColor="text1"/>
          <w:sz w:val="38"/>
          <w:szCs w:val="38"/>
        </w:rPr>
        <w:t xml:space="preserve"> </w:t>
      </w:r>
      <w:r w:rsidRPr="005117ED">
        <w:rPr>
          <w:rFonts w:cs="Sakkal Majalla"/>
          <w:color w:val="000000" w:themeColor="text1"/>
          <w:sz w:val="38"/>
          <w:szCs w:val="38"/>
          <w:rtl/>
        </w:rPr>
        <w:t>الخاص،</w:t>
      </w:r>
      <w:r w:rsidRPr="005117ED">
        <w:rPr>
          <w:rFonts w:cs="Sakkal Majalla"/>
          <w:color w:val="000000" w:themeColor="text1"/>
          <w:sz w:val="38"/>
          <w:szCs w:val="38"/>
        </w:rPr>
        <w:t xml:space="preserve"> </w:t>
      </w:r>
      <w:r w:rsidRPr="005117ED">
        <w:rPr>
          <w:rFonts w:cs="Sakkal Majalla"/>
          <w:color w:val="000000" w:themeColor="text1"/>
          <w:sz w:val="38"/>
          <w:szCs w:val="38"/>
          <w:rtl/>
        </w:rPr>
        <w:t>ومع</w:t>
      </w:r>
      <w:r w:rsidRPr="005117ED">
        <w:rPr>
          <w:rFonts w:cs="Sakkal Majalla"/>
          <w:color w:val="000000" w:themeColor="text1"/>
          <w:sz w:val="38"/>
          <w:szCs w:val="38"/>
        </w:rPr>
        <w:t xml:space="preserve"> </w:t>
      </w:r>
      <w:r w:rsidRPr="005117ED">
        <w:rPr>
          <w:rFonts w:cs="Sakkal Majalla"/>
          <w:color w:val="000000" w:themeColor="text1"/>
          <w:sz w:val="38"/>
          <w:szCs w:val="38"/>
          <w:rtl/>
        </w:rPr>
        <w:t>الأدبيات</w:t>
      </w:r>
      <w:r w:rsidRPr="005117ED">
        <w:rPr>
          <w:rFonts w:cs="Sakkal Majalla"/>
          <w:color w:val="000000" w:themeColor="text1"/>
          <w:sz w:val="38"/>
          <w:szCs w:val="38"/>
        </w:rPr>
        <w:t xml:space="preserve"> </w:t>
      </w:r>
      <w:r w:rsidRPr="005117ED">
        <w:rPr>
          <w:rFonts w:cs="Sakkal Majalla"/>
          <w:color w:val="000000" w:themeColor="text1"/>
          <w:sz w:val="38"/>
          <w:szCs w:val="38"/>
          <w:rtl/>
        </w:rPr>
        <w:t>الأجنبية</w:t>
      </w:r>
      <w:r w:rsidRPr="005117ED">
        <w:rPr>
          <w:rFonts w:cs="Sakkal Majalla"/>
          <w:color w:val="000000" w:themeColor="text1"/>
          <w:sz w:val="38"/>
          <w:szCs w:val="38"/>
        </w:rPr>
        <w:t xml:space="preserve"> </w:t>
      </w:r>
      <w:r w:rsidRPr="005117ED">
        <w:rPr>
          <w:rFonts w:cs="Sakkal Majalla"/>
          <w:color w:val="000000" w:themeColor="text1"/>
          <w:sz w:val="38"/>
          <w:szCs w:val="38"/>
          <w:rtl/>
        </w:rPr>
        <w:t>التي</w:t>
      </w:r>
      <w:r w:rsidRPr="005117ED">
        <w:rPr>
          <w:rFonts w:cs="Sakkal Majalla"/>
          <w:color w:val="000000" w:themeColor="text1"/>
          <w:sz w:val="38"/>
          <w:szCs w:val="38"/>
        </w:rPr>
        <w:t xml:space="preserve"> </w:t>
      </w:r>
      <w:r w:rsidRPr="005117ED">
        <w:rPr>
          <w:rFonts w:cs="Sakkal Majalla"/>
          <w:color w:val="000000" w:themeColor="text1"/>
          <w:sz w:val="38"/>
          <w:szCs w:val="38"/>
          <w:rtl/>
        </w:rPr>
        <w:t>ربطت</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r w:rsidRPr="005117ED">
        <w:rPr>
          <w:rFonts w:cs="Sakkal Majalla"/>
          <w:color w:val="000000" w:themeColor="text1"/>
          <w:sz w:val="38"/>
          <w:szCs w:val="38"/>
        </w:rPr>
        <w:t xml:space="preserve"> </w:t>
      </w:r>
      <w:r w:rsidRPr="005117ED">
        <w:rPr>
          <w:rFonts w:cs="Sakkal Majalla"/>
          <w:color w:val="000000" w:themeColor="text1"/>
          <w:sz w:val="38"/>
          <w:szCs w:val="38"/>
          <w:rtl/>
        </w:rPr>
        <w:t>بالإبداع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والابتكار</w:t>
      </w:r>
      <w:r w:rsidRPr="005117ED">
        <w:rPr>
          <w:rFonts w:cs="Sakkal Majalla"/>
          <w:color w:val="000000" w:themeColor="text1"/>
          <w:sz w:val="38"/>
          <w:szCs w:val="38"/>
        </w:rPr>
        <w:t xml:space="preserve">. </w:t>
      </w:r>
      <w:r w:rsidRPr="005117ED">
        <w:rPr>
          <w:rFonts w:cs="Sakkal Majalla"/>
          <w:color w:val="000000" w:themeColor="text1"/>
          <w:sz w:val="38"/>
          <w:szCs w:val="38"/>
          <w:rtl/>
        </w:rPr>
        <w:t>غير</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قوة</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الحالية</w:t>
      </w:r>
      <w:r w:rsidRPr="005117ED">
        <w:rPr>
          <w:rFonts w:cs="Sakkal Majalla"/>
          <w:color w:val="000000" w:themeColor="text1"/>
          <w:sz w:val="38"/>
          <w:szCs w:val="38"/>
        </w:rPr>
        <w:t xml:space="preserve"> </w:t>
      </w:r>
      <w:r w:rsidRPr="005117ED">
        <w:rPr>
          <w:rFonts w:cs="Sakkal Majalla"/>
          <w:color w:val="000000" w:themeColor="text1"/>
          <w:sz w:val="38"/>
          <w:szCs w:val="38"/>
          <w:rtl/>
        </w:rPr>
        <w:t>تكمن</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إبراز</w:t>
      </w:r>
      <w:r w:rsidRPr="005117ED">
        <w:rPr>
          <w:rFonts w:cs="Sakkal Majalla"/>
          <w:color w:val="000000" w:themeColor="text1"/>
          <w:sz w:val="38"/>
          <w:szCs w:val="38"/>
        </w:rPr>
        <w:t xml:space="preserve"> </w:t>
      </w:r>
      <w:r w:rsidRPr="005117ED">
        <w:rPr>
          <w:rFonts w:cs="Sakkal Majalla"/>
          <w:color w:val="000000" w:themeColor="text1"/>
          <w:sz w:val="38"/>
          <w:szCs w:val="38"/>
          <w:rtl/>
        </w:rPr>
        <w:t>سياق</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المنشآت</w:t>
      </w:r>
      <w:r w:rsidRPr="005117ED">
        <w:rPr>
          <w:rFonts w:cs="Sakkal Majalla"/>
          <w:color w:val="000000" w:themeColor="text1"/>
          <w:sz w:val="38"/>
          <w:szCs w:val="38"/>
        </w:rPr>
        <w:t xml:space="preserve"> </w:t>
      </w:r>
      <w:r w:rsidRPr="005117ED">
        <w:rPr>
          <w:rFonts w:cs="Sakkal Majalla"/>
          <w:color w:val="000000" w:themeColor="text1"/>
          <w:sz w:val="38"/>
          <w:szCs w:val="38"/>
          <w:rtl/>
        </w:rPr>
        <w:t>الصغيرة</w:t>
      </w:r>
      <w:r w:rsidRPr="005117ED">
        <w:rPr>
          <w:rFonts w:cs="Sakkal Majalla"/>
          <w:color w:val="000000" w:themeColor="text1"/>
          <w:sz w:val="38"/>
          <w:szCs w:val="38"/>
        </w:rPr>
        <w:t xml:space="preserve"> </w:t>
      </w:r>
      <w:r w:rsidRPr="005117ED">
        <w:rPr>
          <w:rFonts w:cs="Sakkal Majalla"/>
          <w:color w:val="000000" w:themeColor="text1"/>
          <w:sz w:val="38"/>
          <w:szCs w:val="38"/>
          <w:rtl/>
        </w:rPr>
        <w:t>والمتوسطة،</w:t>
      </w:r>
      <w:r w:rsidRPr="005117ED">
        <w:rPr>
          <w:rFonts w:cs="Sakkal Majalla"/>
          <w:color w:val="000000" w:themeColor="text1"/>
          <w:sz w:val="38"/>
          <w:szCs w:val="38"/>
        </w:rPr>
        <w:t xml:space="preserve"> </w:t>
      </w:r>
      <w:r w:rsidRPr="005117ED">
        <w:rPr>
          <w:rFonts w:cs="Sakkal Majalla"/>
          <w:color w:val="000000" w:themeColor="text1"/>
          <w:sz w:val="38"/>
          <w:szCs w:val="38"/>
          <w:rtl/>
        </w:rPr>
        <w:t>وفي</w:t>
      </w:r>
      <w:r w:rsidRPr="005117ED">
        <w:rPr>
          <w:rFonts w:cs="Sakkal Majalla"/>
          <w:color w:val="000000" w:themeColor="text1"/>
          <w:sz w:val="38"/>
          <w:szCs w:val="38"/>
        </w:rPr>
        <w:t xml:space="preserve"> </w:t>
      </w:r>
      <w:r w:rsidRPr="005117ED">
        <w:rPr>
          <w:rFonts w:cs="Sakkal Majalla"/>
          <w:color w:val="000000" w:themeColor="text1"/>
          <w:sz w:val="38"/>
          <w:szCs w:val="38"/>
          <w:rtl/>
        </w:rPr>
        <w:t>فصل</w:t>
      </w:r>
      <w:r w:rsidRPr="005117ED">
        <w:rPr>
          <w:rFonts w:cs="Sakkal Majalla"/>
          <w:color w:val="000000" w:themeColor="text1"/>
          <w:sz w:val="38"/>
          <w:szCs w:val="38"/>
        </w:rPr>
        <w:t xml:space="preserve"> </w:t>
      </w:r>
      <w:r w:rsidRPr="005117ED">
        <w:rPr>
          <w:rFonts w:cs="Sakkal Majalla"/>
          <w:color w:val="000000" w:themeColor="text1"/>
          <w:sz w:val="38"/>
          <w:szCs w:val="38"/>
          <w:rtl/>
        </w:rPr>
        <w:t>الأبعاد،</w:t>
      </w:r>
      <w:r w:rsidRPr="005117ED">
        <w:rPr>
          <w:rFonts w:cs="Sakkal Majalla"/>
          <w:color w:val="000000" w:themeColor="text1"/>
          <w:sz w:val="38"/>
          <w:szCs w:val="38"/>
        </w:rPr>
        <w:t xml:space="preserve"> </w:t>
      </w:r>
      <w:r w:rsidRPr="005117ED">
        <w:rPr>
          <w:rFonts w:cs="Sakkal Majalla"/>
          <w:color w:val="000000" w:themeColor="text1"/>
          <w:sz w:val="38"/>
          <w:szCs w:val="38"/>
          <w:rtl/>
        </w:rPr>
        <w:t>وفي</w:t>
      </w:r>
      <w:r w:rsidRPr="005117ED">
        <w:rPr>
          <w:rFonts w:cs="Sakkal Majalla"/>
          <w:color w:val="000000" w:themeColor="text1"/>
          <w:sz w:val="38"/>
          <w:szCs w:val="38"/>
        </w:rPr>
        <w:t xml:space="preserve"> </w:t>
      </w:r>
      <w:r w:rsidRPr="005117ED">
        <w:rPr>
          <w:rFonts w:cs="Sakkal Majalla"/>
          <w:color w:val="000000" w:themeColor="text1"/>
          <w:sz w:val="38"/>
          <w:szCs w:val="38"/>
          <w:rtl/>
        </w:rPr>
        <w:t>إظهار</w:t>
      </w:r>
      <w:r w:rsidRPr="005117ED">
        <w:rPr>
          <w:rFonts w:cs="Sakkal Majalla"/>
          <w:color w:val="000000" w:themeColor="text1"/>
          <w:sz w:val="38"/>
          <w:szCs w:val="38"/>
        </w:rPr>
        <w:t xml:space="preserve"> </w:t>
      </w:r>
      <w:r w:rsidRPr="005117ED">
        <w:rPr>
          <w:rFonts w:cs="Sakkal Majalla"/>
          <w:color w:val="000000" w:themeColor="text1"/>
          <w:sz w:val="38"/>
          <w:szCs w:val="38"/>
          <w:rtl/>
        </w:rPr>
        <w:t>فجوة</w:t>
      </w:r>
      <w:r w:rsidRPr="005117ED">
        <w:rPr>
          <w:rFonts w:cs="Sakkal Majalla"/>
          <w:color w:val="000000" w:themeColor="text1"/>
          <w:sz w:val="38"/>
          <w:szCs w:val="38"/>
        </w:rPr>
        <w:t xml:space="preserve"> </w:t>
      </w:r>
      <w:r w:rsidRPr="005117ED">
        <w:rPr>
          <w:rFonts w:cs="Sakkal Majalla"/>
          <w:color w:val="000000" w:themeColor="text1"/>
          <w:sz w:val="38"/>
          <w:szCs w:val="38"/>
          <w:rtl/>
        </w:rPr>
        <w:t>التبني</w:t>
      </w:r>
      <w:r w:rsidRPr="005117ED">
        <w:rPr>
          <w:rFonts w:cs="Sakkal Majalla"/>
          <w:color w:val="000000" w:themeColor="text1"/>
          <w:sz w:val="38"/>
          <w:szCs w:val="38"/>
        </w:rPr>
        <w:t xml:space="preserve">. </w:t>
      </w:r>
      <w:r w:rsidRPr="005117ED">
        <w:rPr>
          <w:rFonts w:cs="Sakkal Majalla"/>
          <w:color w:val="000000" w:themeColor="text1"/>
          <w:sz w:val="38"/>
          <w:szCs w:val="38"/>
          <w:rtl/>
        </w:rPr>
        <w:t>وتظل</w:t>
      </w:r>
      <w:r w:rsidRPr="005117ED">
        <w:rPr>
          <w:rFonts w:cs="Sakkal Majalla"/>
          <w:color w:val="000000" w:themeColor="text1"/>
          <w:sz w:val="38"/>
          <w:szCs w:val="38"/>
        </w:rPr>
        <w:t xml:space="preserve"> </w:t>
      </w:r>
      <w:r w:rsidRPr="005117ED">
        <w:rPr>
          <w:rFonts w:cs="Sakkal Majalla"/>
          <w:color w:val="000000" w:themeColor="text1"/>
          <w:sz w:val="38"/>
          <w:szCs w:val="38"/>
          <w:rtl/>
        </w:rPr>
        <w:t>المقارنة</w:t>
      </w:r>
      <w:r w:rsidRPr="005117ED">
        <w:rPr>
          <w:rFonts w:cs="Sakkal Majalla"/>
          <w:color w:val="000000" w:themeColor="text1"/>
          <w:sz w:val="38"/>
          <w:szCs w:val="38"/>
        </w:rPr>
        <w:t xml:space="preserve"> </w:t>
      </w:r>
      <w:r w:rsidRPr="005117ED">
        <w:rPr>
          <w:rFonts w:cs="Sakkal Majalla"/>
          <w:color w:val="000000" w:themeColor="text1"/>
          <w:sz w:val="38"/>
          <w:szCs w:val="38"/>
          <w:rtl/>
        </w:rPr>
        <w:t>مشروطة</w:t>
      </w:r>
      <w:r w:rsidRPr="005117ED">
        <w:rPr>
          <w:rFonts w:cs="Sakkal Majalla"/>
          <w:color w:val="000000" w:themeColor="text1"/>
          <w:sz w:val="38"/>
          <w:szCs w:val="38"/>
        </w:rPr>
        <w:t xml:space="preserve"> </w:t>
      </w:r>
      <w:r w:rsidRPr="005117ED">
        <w:rPr>
          <w:rFonts w:cs="Sakkal Majalla"/>
          <w:color w:val="000000" w:themeColor="text1"/>
          <w:sz w:val="38"/>
          <w:szCs w:val="38"/>
          <w:rtl/>
        </w:rPr>
        <w:t>باختلاف</w:t>
      </w:r>
      <w:r w:rsidRPr="005117ED">
        <w:rPr>
          <w:rFonts w:cs="Sakkal Majalla"/>
          <w:color w:val="000000" w:themeColor="text1"/>
          <w:sz w:val="38"/>
          <w:szCs w:val="38"/>
        </w:rPr>
        <w:t xml:space="preserve"> </w:t>
      </w:r>
      <w:r w:rsidRPr="005117ED">
        <w:rPr>
          <w:rFonts w:cs="Sakkal Majalla"/>
          <w:color w:val="000000" w:themeColor="text1"/>
          <w:sz w:val="38"/>
          <w:szCs w:val="38"/>
          <w:rtl/>
        </w:rPr>
        <w:t>المقاييس</w:t>
      </w:r>
      <w:r w:rsidRPr="005117ED">
        <w:rPr>
          <w:rFonts w:cs="Sakkal Majalla"/>
          <w:color w:val="000000" w:themeColor="text1"/>
          <w:sz w:val="38"/>
          <w:szCs w:val="38"/>
        </w:rPr>
        <w:t xml:space="preserve"> </w:t>
      </w:r>
      <w:r w:rsidRPr="005117ED">
        <w:rPr>
          <w:rFonts w:cs="Sakkal Majalla"/>
          <w:color w:val="000000" w:themeColor="text1"/>
          <w:sz w:val="38"/>
          <w:szCs w:val="38"/>
          <w:rtl/>
        </w:rPr>
        <w:t>والعينات</w:t>
      </w:r>
      <w:r w:rsidRPr="005117ED">
        <w:rPr>
          <w:rFonts w:cs="Sakkal Majalla"/>
          <w:color w:val="000000" w:themeColor="text1"/>
          <w:sz w:val="38"/>
          <w:szCs w:val="38"/>
        </w:rPr>
        <w:t xml:space="preserve"> </w:t>
      </w:r>
      <w:r w:rsidRPr="005117ED">
        <w:rPr>
          <w:rFonts w:cs="Sakkal Majalla"/>
          <w:color w:val="000000" w:themeColor="text1"/>
          <w:sz w:val="38"/>
          <w:szCs w:val="38"/>
          <w:rtl/>
        </w:rPr>
        <w:t>والبلدان،</w:t>
      </w:r>
      <w:r w:rsidRPr="005117ED">
        <w:rPr>
          <w:rFonts w:cs="Sakkal Majalla"/>
          <w:color w:val="000000" w:themeColor="text1"/>
          <w:sz w:val="38"/>
          <w:szCs w:val="38"/>
        </w:rPr>
        <w:t xml:space="preserve"> </w:t>
      </w:r>
      <w:r w:rsidRPr="005117ED">
        <w:rPr>
          <w:rFonts w:cs="Sakkal Majalla"/>
          <w:color w:val="000000" w:themeColor="text1"/>
          <w:sz w:val="38"/>
          <w:szCs w:val="38"/>
          <w:rtl/>
        </w:rPr>
        <w:t>ولذلك</w:t>
      </w:r>
      <w:r w:rsidRPr="005117ED">
        <w:rPr>
          <w:rFonts w:cs="Sakkal Majalla"/>
          <w:color w:val="000000" w:themeColor="text1"/>
          <w:sz w:val="38"/>
          <w:szCs w:val="38"/>
        </w:rPr>
        <w:t xml:space="preserve"> </w:t>
      </w:r>
      <w:r w:rsidRPr="005117ED">
        <w:rPr>
          <w:rFonts w:cs="Sakkal Majalla"/>
          <w:color w:val="000000" w:themeColor="text1"/>
          <w:sz w:val="38"/>
          <w:szCs w:val="38"/>
          <w:rtl/>
        </w:rPr>
        <w:t>تستخدم</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الدراسات</w:t>
      </w:r>
      <w:r w:rsidRPr="005117ED">
        <w:rPr>
          <w:rFonts w:cs="Sakkal Majalla"/>
          <w:color w:val="000000" w:themeColor="text1"/>
          <w:sz w:val="38"/>
          <w:szCs w:val="38"/>
        </w:rPr>
        <w:t xml:space="preserve"> </w:t>
      </w:r>
      <w:r w:rsidRPr="005117ED">
        <w:rPr>
          <w:rFonts w:cs="Sakkal Majalla"/>
          <w:color w:val="000000" w:themeColor="text1"/>
          <w:sz w:val="38"/>
          <w:szCs w:val="38"/>
          <w:rtl/>
        </w:rPr>
        <w:t>السابقة</w:t>
      </w:r>
      <w:r w:rsidRPr="005117ED">
        <w:rPr>
          <w:rFonts w:cs="Sakkal Majalla"/>
          <w:color w:val="000000" w:themeColor="text1"/>
          <w:sz w:val="38"/>
          <w:szCs w:val="38"/>
        </w:rPr>
        <w:t xml:space="preserve"> </w:t>
      </w:r>
      <w:r w:rsidRPr="005117ED">
        <w:rPr>
          <w:rFonts w:cs="Sakkal Majalla"/>
          <w:color w:val="000000" w:themeColor="text1"/>
          <w:sz w:val="38"/>
          <w:szCs w:val="38"/>
          <w:rtl/>
        </w:rPr>
        <w:t>لتفسير</w:t>
      </w:r>
      <w:r w:rsidRPr="005117ED">
        <w:rPr>
          <w:rFonts w:cs="Sakkal Majalla"/>
          <w:color w:val="000000" w:themeColor="text1"/>
          <w:sz w:val="38"/>
          <w:szCs w:val="38"/>
        </w:rPr>
        <w:t xml:space="preserve"> </w:t>
      </w:r>
      <w:r w:rsidRPr="005117ED">
        <w:rPr>
          <w:rFonts w:cs="Sakkal Majalla"/>
          <w:color w:val="000000" w:themeColor="text1"/>
          <w:sz w:val="38"/>
          <w:szCs w:val="38"/>
          <w:rtl/>
        </w:rPr>
        <w:t>الاتجاه</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لإثبات</w:t>
      </w:r>
      <w:r w:rsidRPr="005117ED">
        <w:rPr>
          <w:rFonts w:cs="Sakkal Majalla"/>
          <w:color w:val="000000" w:themeColor="text1"/>
          <w:sz w:val="38"/>
          <w:szCs w:val="38"/>
        </w:rPr>
        <w:t xml:space="preserve"> </w:t>
      </w:r>
      <w:r w:rsidRPr="005117ED">
        <w:rPr>
          <w:rFonts w:cs="Sakkal Majalla"/>
          <w:color w:val="000000" w:themeColor="text1"/>
          <w:sz w:val="38"/>
          <w:szCs w:val="38"/>
          <w:rtl/>
        </w:rPr>
        <w:t>تطابق</w:t>
      </w:r>
      <w:r w:rsidRPr="005117ED">
        <w:rPr>
          <w:rFonts w:cs="Sakkal Majalla"/>
          <w:color w:val="000000" w:themeColor="text1"/>
          <w:sz w:val="38"/>
          <w:szCs w:val="38"/>
        </w:rPr>
        <w:t xml:space="preserve"> </w:t>
      </w:r>
      <w:r w:rsidRPr="005117ED">
        <w:rPr>
          <w:rFonts w:cs="Sakkal Majalla"/>
          <w:color w:val="000000" w:themeColor="text1"/>
          <w:sz w:val="38"/>
          <w:szCs w:val="38"/>
          <w:rtl/>
        </w:rPr>
        <w:t>النتائج</w:t>
      </w:r>
      <w:r w:rsidRPr="005117ED">
        <w:rPr>
          <w:rFonts w:cs="Sakkal Majalla"/>
          <w:color w:val="000000" w:themeColor="text1"/>
          <w:sz w:val="38"/>
          <w:szCs w:val="38"/>
        </w:rPr>
        <w:t>.</w:t>
      </w:r>
    </w:p>
    <w:p w:rsidR="005E2978"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ومن</w:t>
      </w:r>
      <w:r w:rsidRPr="005117ED">
        <w:rPr>
          <w:rFonts w:cs="Sakkal Majalla"/>
          <w:color w:val="000000" w:themeColor="text1"/>
          <w:sz w:val="38"/>
          <w:szCs w:val="38"/>
        </w:rPr>
        <w:t xml:space="preserve"> </w:t>
      </w:r>
      <w:r w:rsidRPr="005117ED">
        <w:rPr>
          <w:rFonts w:cs="Sakkal Majalla"/>
          <w:color w:val="000000" w:themeColor="text1"/>
          <w:sz w:val="38"/>
          <w:szCs w:val="38"/>
          <w:rtl/>
        </w:rPr>
        <w:t>منظور</w:t>
      </w:r>
      <w:r w:rsidRPr="005117ED">
        <w:rPr>
          <w:rFonts w:cs="Sakkal Majalla"/>
          <w:color w:val="000000" w:themeColor="text1"/>
          <w:sz w:val="38"/>
          <w:szCs w:val="38"/>
        </w:rPr>
        <w:t xml:space="preserve"> </w:t>
      </w:r>
      <w:r w:rsidRPr="005117ED">
        <w:rPr>
          <w:rFonts w:cs="Sakkal Majalla"/>
          <w:color w:val="000000" w:themeColor="text1"/>
          <w:sz w:val="38"/>
          <w:szCs w:val="38"/>
          <w:rtl/>
        </w:rPr>
        <w:t>عملي،</w:t>
      </w:r>
      <w:r w:rsidRPr="005117ED">
        <w:rPr>
          <w:rFonts w:cs="Sakkal Majalla"/>
          <w:color w:val="000000" w:themeColor="text1"/>
          <w:sz w:val="38"/>
          <w:szCs w:val="38"/>
        </w:rPr>
        <w:t xml:space="preserve"> </w:t>
      </w:r>
      <w:r w:rsidRPr="005117ED">
        <w:rPr>
          <w:rFonts w:cs="Sakkal Majalla"/>
          <w:color w:val="000000" w:themeColor="text1"/>
          <w:sz w:val="38"/>
          <w:szCs w:val="38"/>
          <w:rtl/>
        </w:rPr>
        <w:t>تقترح</w:t>
      </w:r>
      <w:r w:rsidRPr="005117ED">
        <w:rPr>
          <w:rFonts w:cs="Sakkal Majalla"/>
          <w:color w:val="000000" w:themeColor="text1"/>
          <w:sz w:val="38"/>
          <w:szCs w:val="38"/>
        </w:rPr>
        <w:t xml:space="preserve"> </w:t>
      </w:r>
      <w:r w:rsidRPr="005117ED">
        <w:rPr>
          <w:rFonts w:cs="Sakkal Majalla"/>
          <w:color w:val="000000" w:themeColor="text1"/>
          <w:sz w:val="38"/>
          <w:szCs w:val="38"/>
          <w:rtl/>
        </w:rPr>
        <w:t>النتائج</w:t>
      </w:r>
      <w:r w:rsidRPr="005117ED">
        <w:rPr>
          <w:rFonts w:cs="Sakkal Majalla"/>
          <w:color w:val="000000" w:themeColor="text1"/>
          <w:sz w:val="38"/>
          <w:szCs w:val="38"/>
        </w:rPr>
        <w:t xml:space="preserve"> </w:t>
      </w:r>
      <w:r w:rsidRPr="005117ED">
        <w:rPr>
          <w:rFonts w:cs="Sakkal Majalla"/>
          <w:color w:val="000000" w:themeColor="text1"/>
          <w:sz w:val="38"/>
          <w:szCs w:val="38"/>
          <w:rtl/>
        </w:rPr>
        <w:t>تسلسلًا</w:t>
      </w:r>
      <w:r w:rsidRPr="005117ED">
        <w:rPr>
          <w:rFonts w:cs="Sakkal Majalla"/>
          <w:color w:val="000000" w:themeColor="text1"/>
          <w:sz w:val="38"/>
          <w:szCs w:val="38"/>
        </w:rPr>
        <w:t xml:space="preserve"> </w:t>
      </w:r>
      <w:r w:rsidRPr="005117ED">
        <w:rPr>
          <w:rFonts w:cs="Sakkal Majalla"/>
          <w:color w:val="000000" w:themeColor="text1"/>
          <w:sz w:val="38"/>
          <w:szCs w:val="38"/>
          <w:rtl/>
        </w:rPr>
        <w:t>للتدخل</w:t>
      </w:r>
      <w:r w:rsidRPr="005117ED">
        <w:rPr>
          <w:rFonts w:cs="Sakkal Majalla"/>
          <w:color w:val="000000" w:themeColor="text1"/>
          <w:sz w:val="38"/>
          <w:szCs w:val="38"/>
        </w:rPr>
        <w:t xml:space="preserve"> </w:t>
      </w:r>
      <w:r w:rsidRPr="005117ED">
        <w:rPr>
          <w:rFonts w:cs="Sakkal Majalla"/>
          <w:color w:val="000000" w:themeColor="text1"/>
          <w:sz w:val="38"/>
          <w:szCs w:val="38"/>
          <w:rtl/>
        </w:rPr>
        <w:t>يبدأ</w:t>
      </w:r>
      <w:r w:rsidRPr="005117ED">
        <w:rPr>
          <w:rFonts w:cs="Sakkal Majalla"/>
          <w:color w:val="000000" w:themeColor="text1"/>
          <w:sz w:val="38"/>
          <w:szCs w:val="38"/>
        </w:rPr>
        <w:t xml:space="preserve"> </w:t>
      </w:r>
      <w:r w:rsidRPr="005117ED">
        <w:rPr>
          <w:rFonts w:cs="Sakkal Majalla"/>
          <w:color w:val="000000" w:themeColor="text1"/>
          <w:sz w:val="38"/>
          <w:szCs w:val="38"/>
          <w:rtl/>
        </w:rPr>
        <w:t>بتثبيت</w:t>
      </w:r>
      <w:r w:rsidRPr="005117ED">
        <w:rPr>
          <w:rFonts w:cs="Sakkal Majalla"/>
          <w:color w:val="000000" w:themeColor="text1"/>
          <w:sz w:val="38"/>
          <w:szCs w:val="38"/>
        </w:rPr>
        <w:t xml:space="preserve"> </w:t>
      </w:r>
      <w:r w:rsidRPr="005117ED">
        <w:rPr>
          <w:rFonts w:cs="Sakkal Majalla"/>
          <w:color w:val="000000" w:themeColor="text1"/>
          <w:sz w:val="38"/>
          <w:szCs w:val="38"/>
          <w:rtl/>
        </w:rPr>
        <w:t>الثقة</w:t>
      </w:r>
      <w:r w:rsidRPr="005117ED">
        <w:rPr>
          <w:rFonts w:cs="Sakkal Majalla"/>
          <w:color w:val="000000" w:themeColor="text1"/>
          <w:sz w:val="38"/>
          <w:szCs w:val="38"/>
        </w:rPr>
        <w:t xml:space="preserve"> </w:t>
      </w:r>
      <w:r w:rsidRPr="005117ED">
        <w:rPr>
          <w:rFonts w:cs="Sakkal Majalla"/>
          <w:color w:val="000000" w:themeColor="text1"/>
          <w:sz w:val="38"/>
          <w:szCs w:val="38"/>
          <w:rtl/>
        </w:rPr>
        <w:t>والأمان،</w:t>
      </w:r>
      <w:r w:rsidRPr="005117ED">
        <w:rPr>
          <w:rFonts w:cs="Sakkal Majalla"/>
          <w:color w:val="000000" w:themeColor="text1"/>
          <w:sz w:val="38"/>
          <w:szCs w:val="38"/>
        </w:rPr>
        <w:t xml:space="preserve"> </w:t>
      </w:r>
      <w:r w:rsidRPr="005117ED">
        <w:rPr>
          <w:rFonts w:cs="Sakkal Majalla"/>
          <w:color w:val="000000" w:themeColor="text1"/>
          <w:sz w:val="38"/>
          <w:szCs w:val="38"/>
          <w:rtl/>
        </w:rPr>
        <w:t>ثم</w:t>
      </w:r>
      <w:r w:rsidRPr="005117ED">
        <w:rPr>
          <w:rFonts w:cs="Sakkal Majalla"/>
          <w:color w:val="000000" w:themeColor="text1"/>
          <w:sz w:val="38"/>
          <w:szCs w:val="38"/>
        </w:rPr>
        <w:t xml:space="preserve"> </w:t>
      </w:r>
      <w:r w:rsidRPr="005117ED">
        <w:rPr>
          <w:rFonts w:cs="Sakkal Majalla"/>
          <w:color w:val="000000" w:themeColor="text1"/>
          <w:sz w:val="38"/>
          <w:szCs w:val="38"/>
          <w:rtl/>
        </w:rPr>
        <w:t>تدريب</w:t>
      </w:r>
      <w:r w:rsidRPr="005117ED">
        <w:rPr>
          <w:rFonts w:cs="Sakkal Majalla"/>
          <w:color w:val="000000" w:themeColor="text1"/>
          <w:sz w:val="38"/>
          <w:szCs w:val="38"/>
        </w:rPr>
        <w:t xml:space="preserve"> </w:t>
      </w:r>
      <w:r w:rsidRPr="005117ED">
        <w:rPr>
          <w:rFonts w:cs="Sakkal Majalla"/>
          <w:color w:val="000000" w:themeColor="text1"/>
          <w:sz w:val="38"/>
          <w:szCs w:val="38"/>
          <w:rtl/>
        </w:rPr>
        <w:t>القادة</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الاستثارة</w:t>
      </w:r>
      <w:r w:rsidRPr="005117ED">
        <w:rPr>
          <w:rFonts w:cs="Sakkal Majalla"/>
          <w:color w:val="000000" w:themeColor="text1"/>
          <w:sz w:val="38"/>
          <w:szCs w:val="38"/>
        </w:rPr>
        <w:t xml:space="preserve"> </w:t>
      </w:r>
      <w:r w:rsidRPr="005117ED">
        <w:rPr>
          <w:rFonts w:cs="Sakkal Majalla"/>
          <w:color w:val="000000" w:themeColor="text1"/>
          <w:sz w:val="38"/>
          <w:szCs w:val="38"/>
          <w:rtl/>
        </w:rPr>
        <w:t>الفكرية،</w:t>
      </w:r>
      <w:r w:rsidRPr="005117ED">
        <w:rPr>
          <w:rFonts w:cs="Sakkal Majalla"/>
          <w:color w:val="000000" w:themeColor="text1"/>
          <w:sz w:val="38"/>
          <w:szCs w:val="38"/>
        </w:rPr>
        <w:t xml:space="preserve"> </w:t>
      </w:r>
      <w:r w:rsidRPr="005117ED">
        <w:rPr>
          <w:rFonts w:cs="Sakkal Majalla"/>
          <w:color w:val="000000" w:themeColor="text1"/>
          <w:sz w:val="38"/>
          <w:szCs w:val="38"/>
          <w:rtl/>
        </w:rPr>
        <w:t>ثم</w:t>
      </w:r>
      <w:r w:rsidRPr="005117ED">
        <w:rPr>
          <w:rFonts w:cs="Sakkal Majalla"/>
          <w:color w:val="000000" w:themeColor="text1"/>
          <w:sz w:val="38"/>
          <w:szCs w:val="38"/>
        </w:rPr>
        <w:t xml:space="preserve"> </w:t>
      </w:r>
      <w:r w:rsidRPr="005117ED">
        <w:rPr>
          <w:rFonts w:cs="Sakkal Majalla"/>
          <w:color w:val="000000" w:themeColor="text1"/>
          <w:sz w:val="38"/>
          <w:szCs w:val="38"/>
          <w:rtl/>
        </w:rPr>
        <w:t>إنشاء</w:t>
      </w:r>
      <w:r w:rsidRPr="005117ED">
        <w:rPr>
          <w:rFonts w:cs="Sakkal Majalla"/>
          <w:color w:val="000000" w:themeColor="text1"/>
          <w:sz w:val="38"/>
          <w:szCs w:val="38"/>
        </w:rPr>
        <w:t xml:space="preserve"> </w:t>
      </w:r>
      <w:r w:rsidRPr="005117ED">
        <w:rPr>
          <w:rFonts w:cs="Sakkal Majalla"/>
          <w:color w:val="000000" w:themeColor="text1"/>
          <w:sz w:val="38"/>
          <w:szCs w:val="38"/>
          <w:rtl/>
        </w:rPr>
        <w:t>مسار</w:t>
      </w:r>
      <w:r w:rsidRPr="005117ED">
        <w:rPr>
          <w:rFonts w:cs="Sakkal Majalla"/>
          <w:color w:val="000000" w:themeColor="text1"/>
          <w:sz w:val="38"/>
          <w:szCs w:val="38"/>
        </w:rPr>
        <w:t xml:space="preserve"> </w:t>
      </w:r>
      <w:r w:rsidRPr="005117ED">
        <w:rPr>
          <w:rFonts w:cs="Sakkal Majalla"/>
          <w:color w:val="000000" w:themeColor="text1"/>
          <w:sz w:val="38"/>
          <w:szCs w:val="38"/>
          <w:rtl/>
        </w:rPr>
        <w:t>إدارة</w:t>
      </w:r>
      <w:r w:rsidRPr="005117ED">
        <w:rPr>
          <w:rFonts w:cs="Sakkal Majalla"/>
          <w:color w:val="000000" w:themeColor="text1"/>
          <w:sz w:val="38"/>
          <w:szCs w:val="38"/>
        </w:rPr>
        <w:t xml:space="preserve"> </w:t>
      </w:r>
      <w:r w:rsidRPr="005117ED">
        <w:rPr>
          <w:rFonts w:cs="Sakkal Majalla"/>
          <w:color w:val="000000" w:themeColor="text1"/>
          <w:sz w:val="38"/>
          <w:szCs w:val="38"/>
          <w:rtl/>
        </w:rPr>
        <w:t>أفكار،</w:t>
      </w:r>
      <w:r w:rsidRPr="005117ED">
        <w:rPr>
          <w:rFonts w:cs="Sakkal Majalla"/>
          <w:color w:val="000000" w:themeColor="text1"/>
          <w:sz w:val="38"/>
          <w:szCs w:val="38"/>
        </w:rPr>
        <w:t xml:space="preserve"> </w:t>
      </w:r>
      <w:r w:rsidRPr="005117ED">
        <w:rPr>
          <w:rFonts w:cs="Sakkal Majalla"/>
          <w:color w:val="000000" w:themeColor="text1"/>
          <w:sz w:val="38"/>
          <w:szCs w:val="38"/>
          <w:rtl/>
        </w:rPr>
        <w:t>ثم</w:t>
      </w:r>
      <w:r w:rsidRPr="005117ED">
        <w:rPr>
          <w:rFonts w:cs="Sakkal Majalla"/>
          <w:color w:val="000000" w:themeColor="text1"/>
          <w:sz w:val="38"/>
          <w:szCs w:val="38"/>
        </w:rPr>
        <w:t xml:space="preserve"> </w:t>
      </w:r>
      <w:r w:rsidRPr="005117ED">
        <w:rPr>
          <w:rFonts w:cs="Sakkal Majalla"/>
          <w:color w:val="000000" w:themeColor="text1"/>
          <w:sz w:val="38"/>
          <w:szCs w:val="38"/>
          <w:rtl/>
        </w:rPr>
        <w:t>ربط</w:t>
      </w:r>
      <w:r w:rsidRPr="005117ED">
        <w:rPr>
          <w:rFonts w:cs="Sakkal Majalla"/>
          <w:color w:val="000000" w:themeColor="text1"/>
          <w:sz w:val="38"/>
          <w:szCs w:val="38"/>
        </w:rPr>
        <w:t xml:space="preserve"> </w:t>
      </w:r>
      <w:r w:rsidRPr="005117ED">
        <w:rPr>
          <w:rFonts w:cs="Sakkal Majalla"/>
          <w:color w:val="000000" w:themeColor="text1"/>
          <w:sz w:val="38"/>
          <w:szCs w:val="38"/>
          <w:rtl/>
        </w:rPr>
        <w:t>التعلم</w:t>
      </w:r>
      <w:r w:rsidRPr="005117ED">
        <w:rPr>
          <w:rFonts w:cs="Sakkal Majalla"/>
          <w:color w:val="000000" w:themeColor="text1"/>
          <w:sz w:val="38"/>
          <w:szCs w:val="38"/>
        </w:rPr>
        <w:t xml:space="preserve"> </w:t>
      </w:r>
      <w:r w:rsidRPr="005117ED">
        <w:rPr>
          <w:rFonts w:cs="Sakkal Majalla"/>
          <w:color w:val="000000" w:themeColor="text1"/>
          <w:sz w:val="38"/>
          <w:szCs w:val="38"/>
          <w:rtl/>
        </w:rPr>
        <w:t>بالمؤشرات</w:t>
      </w:r>
      <w:r w:rsidRPr="005117ED">
        <w:rPr>
          <w:rFonts w:cs="Sakkal Majalla"/>
          <w:color w:val="000000" w:themeColor="text1"/>
          <w:sz w:val="38"/>
          <w:szCs w:val="38"/>
        </w:rPr>
        <w:t xml:space="preserve">. </w:t>
      </w:r>
      <w:r w:rsidRPr="005117ED">
        <w:rPr>
          <w:rFonts w:cs="Sakkal Majalla"/>
          <w:color w:val="000000" w:themeColor="text1"/>
          <w:sz w:val="38"/>
          <w:szCs w:val="38"/>
          <w:rtl/>
        </w:rPr>
        <w:t>ويمنع</w:t>
      </w:r>
      <w:r w:rsidRPr="005117ED">
        <w:rPr>
          <w:rFonts w:cs="Sakkal Majalla"/>
          <w:color w:val="000000" w:themeColor="text1"/>
          <w:sz w:val="38"/>
          <w:szCs w:val="38"/>
        </w:rPr>
        <w:t xml:space="preserve"> </w:t>
      </w:r>
      <w:r w:rsidRPr="005117ED">
        <w:rPr>
          <w:rFonts w:cs="Sakkal Majalla"/>
          <w:color w:val="000000" w:themeColor="text1"/>
          <w:sz w:val="38"/>
          <w:szCs w:val="38"/>
          <w:rtl/>
        </w:rPr>
        <w:t>هذا</w:t>
      </w:r>
      <w:r w:rsidRPr="005117ED">
        <w:rPr>
          <w:rFonts w:cs="Sakkal Majalla"/>
          <w:color w:val="000000" w:themeColor="text1"/>
          <w:sz w:val="38"/>
          <w:szCs w:val="38"/>
        </w:rPr>
        <w:t xml:space="preserve"> </w:t>
      </w:r>
      <w:r w:rsidRPr="005117ED">
        <w:rPr>
          <w:rFonts w:cs="Sakkal Majalla"/>
          <w:color w:val="000000" w:themeColor="text1"/>
          <w:sz w:val="38"/>
          <w:szCs w:val="38"/>
          <w:rtl/>
        </w:rPr>
        <w:t>التسلسل</w:t>
      </w:r>
      <w:r w:rsidRPr="005117ED">
        <w:rPr>
          <w:rFonts w:cs="Sakkal Majalla"/>
          <w:color w:val="000000" w:themeColor="text1"/>
          <w:sz w:val="38"/>
          <w:szCs w:val="38"/>
        </w:rPr>
        <w:t xml:space="preserve"> </w:t>
      </w:r>
      <w:r w:rsidRPr="005117ED">
        <w:rPr>
          <w:rFonts w:cs="Sakkal Majalla"/>
          <w:color w:val="000000" w:themeColor="text1"/>
          <w:sz w:val="38"/>
          <w:szCs w:val="38"/>
          <w:rtl/>
        </w:rPr>
        <w:t>إطلاق</w:t>
      </w:r>
      <w:r w:rsidRPr="005117ED">
        <w:rPr>
          <w:rFonts w:cs="Sakkal Majalla"/>
          <w:color w:val="000000" w:themeColor="text1"/>
          <w:sz w:val="38"/>
          <w:szCs w:val="38"/>
        </w:rPr>
        <w:t xml:space="preserve"> </w:t>
      </w:r>
      <w:r w:rsidRPr="005117ED">
        <w:rPr>
          <w:rFonts w:cs="Sakkal Majalla"/>
          <w:color w:val="000000" w:themeColor="text1"/>
          <w:sz w:val="38"/>
          <w:szCs w:val="38"/>
          <w:rtl/>
        </w:rPr>
        <w:t>منصة</w:t>
      </w:r>
      <w:r w:rsidRPr="005117ED">
        <w:rPr>
          <w:rFonts w:cs="Sakkal Majalla"/>
          <w:color w:val="000000" w:themeColor="text1"/>
          <w:sz w:val="38"/>
          <w:szCs w:val="38"/>
        </w:rPr>
        <w:t xml:space="preserve"> </w:t>
      </w:r>
      <w:r w:rsidRPr="005117ED">
        <w:rPr>
          <w:rFonts w:cs="Sakkal Majalla"/>
          <w:color w:val="000000" w:themeColor="text1"/>
          <w:sz w:val="38"/>
          <w:szCs w:val="38"/>
          <w:rtl/>
        </w:rPr>
        <w:t>أفكار</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مناخ</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يشعر</w:t>
      </w:r>
      <w:r w:rsidRPr="005117ED">
        <w:rPr>
          <w:rFonts w:cs="Sakkal Majalla"/>
          <w:color w:val="000000" w:themeColor="text1"/>
          <w:sz w:val="38"/>
          <w:szCs w:val="38"/>
        </w:rPr>
        <w:t xml:space="preserve"> </w:t>
      </w:r>
      <w:r w:rsidRPr="005117ED">
        <w:rPr>
          <w:rFonts w:cs="Sakkal Majalla"/>
          <w:color w:val="000000" w:themeColor="text1"/>
          <w:sz w:val="38"/>
          <w:szCs w:val="38"/>
          <w:rtl/>
        </w:rPr>
        <w:t>فيه</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w:t>
      </w:r>
      <w:r w:rsidRPr="005117ED">
        <w:rPr>
          <w:rFonts w:cs="Sakkal Majalla"/>
          <w:color w:val="000000" w:themeColor="text1"/>
          <w:sz w:val="38"/>
          <w:szCs w:val="38"/>
        </w:rPr>
        <w:t xml:space="preserve"> </w:t>
      </w:r>
      <w:r w:rsidRPr="005117ED">
        <w:rPr>
          <w:rFonts w:cs="Sakkal Majalla"/>
          <w:color w:val="000000" w:themeColor="text1"/>
          <w:sz w:val="38"/>
          <w:szCs w:val="38"/>
          <w:rtl/>
        </w:rPr>
        <w:t>بالأمان،</w:t>
      </w:r>
      <w:r w:rsidRPr="005117ED">
        <w:rPr>
          <w:rFonts w:cs="Sakkal Majalla"/>
          <w:color w:val="000000" w:themeColor="text1"/>
          <w:sz w:val="38"/>
          <w:szCs w:val="38"/>
        </w:rPr>
        <w:t xml:space="preserve"> </w:t>
      </w:r>
      <w:r w:rsidRPr="005117ED">
        <w:rPr>
          <w:rFonts w:cs="Sakkal Majalla"/>
          <w:color w:val="000000" w:themeColor="text1"/>
          <w:sz w:val="38"/>
          <w:szCs w:val="38"/>
          <w:rtl/>
        </w:rPr>
        <w:t>أو</w:t>
      </w:r>
      <w:r w:rsidRPr="005117ED">
        <w:rPr>
          <w:rFonts w:cs="Sakkal Majalla"/>
          <w:color w:val="000000" w:themeColor="text1"/>
          <w:sz w:val="38"/>
          <w:szCs w:val="38"/>
        </w:rPr>
        <w:t xml:space="preserve"> </w:t>
      </w:r>
      <w:r w:rsidRPr="005117ED">
        <w:rPr>
          <w:rFonts w:cs="Sakkal Majalla"/>
          <w:color w:val="000000" w:themeColor="text1"/>
          <w:sz w:val="38"/>
          <w:szCs w:val="38"/>
          <w:rtl/>
        </w:rPr>
        <w:t>تدريب</w:t>
      </w:r>
      <w:r w:rsidRPr="005117ED">
        <w:rPr>
          <w:rFonts w:cs="Sakkal Majalla"/>
          <w:color w:val="000000" w:themeColor="text1"/>
          <w:sz w:val="38"/>
          <w:szCs w:val="38"/>
        </w:rPr>
        <w:t xml:space="preserve"> </w:t>
      </w:r>
      <w:r w:rsidRPr="005117ED">
        <w:rPr>
          <w:rFonts w:cs="Sakkal Majalla"/>
          <w:color w:val="000000" w:themeColor="text1"/>
          <w:sz w:val="38"/>
          <w:szCs w:val="38"/>
          <w:rtl/>
        </w:rPr>
        <w:t>المدير</w:t>
      </w:r>
      <w:r w:rsidRPr="005117ED">
        <w:rPr>
          <w:rFonts w:cs="Sakkal Majalla"/>
          <w:color w:val="000000" w:themeColor="text1"/>
          <w:sz w:val="38"/>
          <w:szCs w:val="38"/>
        </w:rPr>
        <w:t xml:space="preserve"> </w:t>
      </w:r>
      <w:r w:rsidRPr="005117ED">
        <w:rPr>
          <w:rFonts w:cs="Sakkal Majalla"/>
          <w:color w:val="000000" w:themeColor="text1"/>
          <w:sz w:val="38"/>
          <w:szCs w:val="38"/>
          <w:rtl/>
        </w:rPr>
        <w:t>دون</w:t>
      </w:r>
      <w:r w:rsidRPr="005117ED">
        <w:rPr>
          <w:rFonts w:cs="Sakkal Majalla"/>
          <w:color w:val="000000" w:themeColor="text1"/>
          <w:sz w:val="38"/>
          <w:szCs w:val="38"/>
        </w:rPr>
        <w:t xml:space="preserve"> </w:t>
      </w:r>
      <w:r w:rsidRPr="005117ED">
        <w:rPr>
          <w:rFonts w:cs="Sakkal Majalla"/>
          <w:color w:val="000000" w:themeColor="text1"/>
          <w:sz w:val="38"/>
          <w:szCs w:val="38"/>
          <w:rtl/>
        </w:rPr>
        <w:t>توفير</w:t>
      </w:r>
      <w:r w:rsidRPr="005117ED">
        <w:rPr>
          <w:rFonts w:cs="Sakkal Majalla"/>
          <w:color w:val="000000" w:themeColor="text1"/>
          <w:sz w:val="38"/>
          <w:szCs w:val="38"/>
        </w:rPr>
        <w:t xml:space="preserve"> </w:t>
      </w:r>
      <w:r w:rsidRPr="005117ED">
        <w:rPr>
          <w:rFonts w:cs="Sakkal Majalla"/>
          <w:color w:val="000000" w:themeColor="text1"/>
          <w:sz w:val="38"/>
          <w:szCs w:val="38"/>
          <w:rtl/>
        </w:rPr>
        <w:t>صلاحيات</w:t>
      </w:r>
      <w:r w:rsidRPr="005117ED">
        <w:rPr>
          <w:rFonts w:cs="Sakkal Majalla"/>
          <w:color w:val="000000" w:themeColor="text1"/>
          <w:sz w:val="38"/>
          <w:szCs w:val="38"/>
        </w:rPr>
        <w:t xml:space="preserve"> </w:t>
      </w:r>
      <w:r w:rsidRPr="005117ED">
        <w:rPr>
          <w:rFonts w:cs="Sakkal Majalla"/>
          <w:color w:val="000000" w:themeColor="text1"/>
          <w:sz w:val="38"/>
          <w:szCs w:val="38"/>
          <w:rtl/>
        </w:rPr>
        <w:t>ووقت</w:t>
      </w:r>
      <w:r w:rsidRPr="005117ED">
        <w:rPr>
          <w:rFonts w:cs="Sakkal Majalla"/>
          <w:color w:val="000000" w:themeColor="text1"/>
          <w:sz w:val="38"/>
          <w:szCs w:val="38"/>
        </w:rPr>
        <w:t xml:space="preserve"> </w:t>
      </w:r>
      <w:r w:rsidRPr="005117ED">
        <w:rPr>
          <w:rFonts w:cs="Sakkal Majalla"/>
          <w:color w:val="000000" w:themeColor="text1"/>
          <w:sz w:val="38"/>
          <w:szCs w:val="38"/>
          <w:rtl/>
        </w:rPr>
        <w:t>للتجريب</w:t>
      </w:r>
      <w:r w:rsidRPr="005117ED">
        <w:rPr>
          <w:rFonts w:cs="Sakkal Majalla"/>
          <w:color w:val="000000" w:themeColor="text1"/>
          <w:sz w:val="38"/>
          <w:szCs w:val="38"/>
        </w:rPr>
        <w:t xml:space="preserve">. </w:t>
      </w:r>
      <w:r w:rsidRPr="005117ED">
        <w:rPr>
          <w:rFonts w:cs="Sakkal Majalla"/>
          <w:color w:val="000000" w:themeColor="text1"/>
          <w:sz w:val="38"/>
          <w:szCs w:val="38"/>
          <w:rtl/>
        </w:rPr>
        <w:t>فالإبداع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نظام</w:t>
      </w:r>
      <w:r w:rsidRPr="005117ED">
        <w:rPr>
          <w:rFonts w:cs="Sakkal Majalla"/>
          <w:color w:val="000000" w:themeColor="text1"/>
          <w:sz w:val="38"/>
          <w:szCs w:val="38"/>
        </w:rPr>
        <w:t xml:space="preserve"> </w:t>
      </w:r>
      <w:r w:rsidRPr="005117ED">
        <w:rPr>
          <w:rFonts w:cs="Sakkal Majalla"/>
          <w:color w:val="000000" w:themeColor="text1"/>
          <w:sz w:val="38"/>
          <w:szCs w:val="38"/>
          <w:rtl/>
        </w:rPr>
        <w:t>متكامل،</w:t>
      </w:r>
      <w:r w:rsidRPr="005117ED">
        <w:rPr>
          <w:rFonts w:cs="Sakkal Majalla"/>
          <w:color w:val="000000" w:themeColor="text1"/>
          <w:sz w:val="38"/>
          <w:szCs w:val="38"/>
        </w:rPr>
        <w:t xml:space="preserve"> </w:t>
      </w:r>
      <w:r w:rsidRPr="005117ED">
        <w:rPr>
          <w:rFonts w:cs="Sakkal Majalla"/>
          <w:color w:val="000000" w:themeColor="text1"/>
          <w:sz w:val="38"/>
          <w:szCs w:val="38"/>
          <w:rtl/>
        </w:rPr>
        <w:t>وتكون</w:t>
      </w:r>
      <w:r w:rsidRPr="005117ED">
        <w:rPr>
          <w:rFonts w:cs="Sakkal Majalla"/>
          <w:color w:val="000000" w:themeColor="text1"/>
          <w:sz w:val="38"/>
          <w:szCs w:val="38"/>
        </w:rPr>
        <w:t xml:space="preserve"> </w:t>
      </w:r>
      <w:r w:rsidRPr="005117ED">
        <w:rPr>
          <w:rFonts w:cs="Sakkal Majalla"/>
          <w:color w:val="000000" w:themeColor="text1"/>
          <w:sz w:val="38"/>
          <w:szCs w:val="38"/>
          <w:rtl/>
        </w:rPr>
        <w:t>التدخلات</w:t>
      </w:r>
      <w:r w:rsidRPr="005117ED">
        <w:rPr>
          <w:rFonts w:cs="Sakkal Majalla"/>
          <w:color w:val="000000" w:themeColor="text1"/>
          <w:sz w:val="38"/>
          <w:szCs w:val="38"/>
        </w:rPr>
        <w:t xml:space="preserve"> </w:t>
      </w:r>
      <w:r w:rsidRPr="005117ED">
        <w:rPr>
          <w:rFonts w:cs="Sakkal Majalla"/>
          <w:color w:val="000000" w:themeColor="text1"/>
          <w:sz w:val="38"/>
          <w:szCs w:val="38"/>
          <w:rtl/>
        </w:rPr>
        <w:t>المنفصلة</w:t>
      </w:r>
      <w:r w:rsidRPr="005117ED">
        <w:rPr>
          <w:rFonts w:cs="Sakkal Majalla"/>
          <w:color w:val="000000" w:themeColor="text1"/>
          <w:sz w:val="38"/>
          <w:szCs w:val="38"/>
        </w:rPr>
        <w:t xml:space="preserve"> </w:t>
      </w:r>
      <w:r w:rsidRPr="005117ED">
        <w:rPr>
          <w:rFonts w:cs="Sakkal Majalla"/>
          <w:color w:val="000000" w:themeColor="text1"/>
          <w:sz w:val="38"/>
          <w:szCs w:val="38"/>
          <w:rtl/>
        </w:rPr>
        <w:t>أقل</w:t>
      </w:r>
      <w:r w:rsidRPr="005117ED">
        <w:rPr>
          <w:rFonts w:cs="Sakkal Majalla"/>
          <w:color w:val="000000" w:themeColor="text1"/>
          <w:sz w:val="38"/>
          <w:szCs w:val="38"/>
        </w:rPr>
        <w:t xml:space="preserve"> </w:t>
      </w:r>
      <w:r w:rsidRPr="005117ED">
        <w:rPr>
          <w:rFonts w:cs="Sakkal Majalla"/>
          <w:color w:val="000000" w:themeColor="text1"/>
          <w:sz w:val="38"/>
          <w:szCs w:val="38"/>
          <w:rtl/>
        </w:rPr>
        <w:t>فاعلية</w:t>
      </w:r>
      <w:r w:rsidRPr="005117ED">
        <w:rPr>
          <w:rFonts w:cs="Sakkal Majalla"/>
          <w:color w:val="000000" w:themeColor="text1"/>
          <w:sz w:val="38"/>
          <w:szCs w:val="38"/>
        </w:rPr>
        <w:t>.</w:t>
      </w:r>
    </w:p>
    <w:p w:rsidR="005E2978" w:rsidRDefault="005E2978">
      <w:pPr>
        <w:bidi w:val="0"/>
        <w:spacing w:before="0" w:after="160" w:line="259" w:lineRule="auto"/>
        <w:ind w:firstLine="0"/>
        <w:jc w:val="left"/>
        <w:rPr>
          <w:rFonts w:cs="Sakkal Majalla"/>
          <w:color w:val="000000" w:themeColor="text1"/>
          <w:sz w:val="38"/>
          <w:szCs w:val="38"/>
        </w:rPr>
      </w:pPr>
      <w:r>
        <w:rPr>
          <w:rFonts w:cs="Sakkal Majalla"/>
          <w:color w:val="000000" w:themeColor="text1"/>
          <w:sz w:val="38"/>
          <w:szCs w:val="38"/>
        </w:rPr>
        <w:br w:type="page"/>
      </w:r>
    </w:p>
    <w:p w:rsidR="00FD5E07" w:rsidRPr="005117ED" w:rsidRDefault="00FD5E07" w:rsidP="00FD5E07">
      <w:pPr>
        <w:spacing w:before="0"/>
        <w:ind w:firstLine="425"/>
        <w:jc w:val="both"/>
        <w:rPr>
          <w:rFonts w:cs="Sakkal Majalla"/>
          <w:color w:val="000000" w:themeColor="text1"/>
          <w:sz w:val="38"/>
          <w:szCs w:val="38"/>
        </w:rPr>
      </w:pPr>
    </w:p>
    <w:p w:rsidR="00FD5E07" w:rsidRPr="005117ED" w:rsidRDefault="00FD5E07" w:rsidP="00CB5A48">
      <w:pPr>
        <w:spacing w:before="0"/>
        <w:ind w:firstLine="0"/>
        <w:jc w:val="left"/>
        <w:outlineLvl w:val="0"/>
        <w:rPr>
          <w:rFonts w:eastAsia="Times New Roman" w:cs="Sakkal Majalla"/>
          <w:b/>
          <w:bCs/>
          <w:color w:val="000000" w:themeColor="text1"/>
          <w:sz w:val="40"/>
          <w:szCs w:val="40"/>
        </w:rPr>
      </w:pPr>
      <w:bookmarkStart w:id="80" w:name="_Toc233322027"/>
      <w:r w:rsidRPr="005117ED">
        <w:rPr>
          <w:rFonts w:eastAsia="Times New Roman" w:cs="Sakkal Majalla"/>
          <w:b/>
          <w:bCs/>
          <w:color w:val="000000" w:themeColor="text1"/>
          <w:sz w:val="40"/>
          <w:szCs w:val="40"/>
          <w:rtl/>
        </w:rPr>
        <w:t>تاسعًا: مناقشة النتائج في ضوء الإطار النظري والدراسات السابقة</w:t>
      </w:r>
      <w:bookmarkEnd w:id="80"/>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 xml:space="preserve">تتفق نتيجة ارتفاع مستوى ممارسة القيادة التحويلية مع ما أشارت إليه الدراسات السابقة من تزايد حضور هذا النمط القيادي في بيئات العمل الحديثة، خصوصًا عندما تسعى المنظمات إلى التغيير والتطوير. كما تتفق مع دراسة </w:t>
      </w:r>
      <w:proofErr w:type="spellStart"/>
      <w:r w:rsidRPr="005117ED">
        <w:rPr>
          <w:rFonts w:cs="Sakkal Majalla"/>
          <w:color w:val="000000" w:themeColor="text1"/>
          <w:sz w:val="38"/>
          <w:szCs w:val="38"/>
          <w:rtl/>
        </w:rPr>
        <w:t>البيحاني</w:t>
      </w:r>
      <w:proofErr w:type="spellEnd"/>
      <w:r w:rsidRPr="005117ED">
        <w:rPr>
          <w:rFonts w:cs="Sakkal Majalla"/>
          <w:color w:val="000000" w:themeColor="text1"/>
          <w:sz w:val="38"/>
          <w:szCs w:val="38"/>
          <w:rtl/>
        </w:rPr>
        <w:t xml:space="preserve"> وبالخير التي وجدت أثرًا إيجابيًا للقيادة التحويلية في أداء المنشآت الصغيرة والمتوسطة في المملكة العربية السعودية، مما يؤكد ملاءمة هذا النمط للسياق المحلي (</w:t>
      </w:r>
      <w:proofErr w:type="spellStart"/>
      <w:r w:rsidRPr="005117ED">
        <w:rPr>
          <w:rFonts w:cs="Sakkal Majalla"/>
          <w:color w:val="000000" w:themeColor="text1"/>
          <w:sz w:val="38"/>
          <w:szCs w:val="38"/>
          <w:rtl/>
        </w:rPr>
        <w:t>البيحاني</w:t>
      </w:r>
      <w:proofErr w:type="spellEnd"/>
      <w:r w:rsidRPr="005117ED">
        <w:rPr>
          <w:rFonts w:cs="Sakkal Majalla"/>
          <w:color w:val="000000" w:themeColor="text1"/>
          <w:sz w:val="38"/>
          <w:szCs w:val="38"/>
          <w:rtl/>
        </w:rPr>
        <w:t xml:space="preserve"> وبالخير، 2025).</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 xml:space="preserve">وتتفق نتيجة ارتفاع الإبداع التنظيمي نسبيًا مع طبيعة المنشآت الصغيرة والمتوسطة التي تتسم بالمرونة وسرعة الاستجابة، لكنها تكشف في الوقت نفسه أن تبني الأفكار وتطبيقها يحتاج إلى آليات أكثر تنظيمًا. فالإبداع لا يكتمل بمجرد توليد الفكرة، بل يحتاج إلى نظام إداري يسمح بتقييمها وتجريبها وتحويلها إلى ممارسة عملية (الفاعوري، 2005؛ </w:t>
      </w:r>
      <w:proofErr w:type="spellStart"/>
      <w:r w:rsidRPr="005117ED">
        <w:rPr>
          <w:rFonts w:cs="Sakkal Majalla"/>
          <w:color w:val="000000" w:themeColor="text1"/>
          <w:sz w:val="38"/>
          <w:szCs w:val="38"/>
          <w:rtl/>
        </w:rPr>
        <w:t>Amabile</w:t>
      </w:r>
      <w:proofErr w:type="spellEnd"/>
      <w:r w:rsidRPr="005117ED">
        <w:rPr>
          <w:rFonts w:cs="Sakkal Majalla"/>
          <w:color w:val="000000" w:themeColor="text1"/>
          <w:sz w:val="38"/>
          <w:szCs w:val="38"/>
          <w:rtl/>
        </w:rPr>
        <w:t>، 1996).</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 xml:space="preserve">وتتفق نتيجة وجود أثر دال للقيادة التحويلية في الإبداع التنظيمي مع دراسة الرشيدي في الجامعات السعودية، ودراسة </w:t>
      </w:r>
      <w:proofErr w:type="spellStart"/>
      <w:r w:rsidRPr="005117ED">
        <w:rPr>
          <w:rFonts w:cs="Sakkal Majalla"/>
          <w:color w:val="000000" w:themeColor="text1"/>
          <w:sz w:val="38"/>
          <w:szCs w:val="38"/>
          <w:rtl/>
        </w:rPr>
        <w:t>المايل</w:t>
      </w:r>
      <w:proofErr w:type="spellEnd"/>
      <w:r w:rsidRPr="005117ED">
        <w:rPr>
          <w:rFonts w:cs="Sakkal Majalla"/>
          <w:color w:val="000000" w:themeColor="text1"/>
          <w:sz w:val="38"/>
          <w:szCs w:val="38"/>
          <w:rtl/>
        </w:rPr>
        <w:t xml:space="preserve"> والشريف في جامعة المرقب، ودراسة بلحاج في المراكز الصحية الخاصة، وكذلك مع دراسات </w:t>
      </w:r>
      <w:proofErr w:type="spellStart"/>
      <w:r w:rsidRPr="005117ED">
        <w:rPr>
          <w:rFonts w:cs="Sakkal Majalla"/>
          <w:color w:val="000000" w:themeColor="text1"/>
          <w:sz w:val="38"/>
          <w:szCs w:val="38"/>
          <w:rtl/>
        </w:rPr>
        <w:t>Jung</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وGumusluoglu</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وIlsev</w:t>
      </w:r>
      <w:proofErr w:type="spellEnd"/>
      <w:r w:rsidRPr="005117ED">
        <w:rPr>
          <w:rFonts w:cs="Sakkal Majalla"/>
          <w:color w:val="000000" w:themeColor="text1"/>
          <w:sz w:val="38"/>
          <w:szCs w:val="38"/>
          <w:rtl/>
        </w:rPr>
        <w:t xml:space="preserve"> الأجنبية. ويعني ذلك أن العلاقة بين القيادة التحويلية والإبداع التنظيمي ليست محصورة في قطاع أو دولة معينة، بل تبدو علاقة عامة يمكن اختبارها في سياقات مختلفة مع مراعاة خصوصية كل بيئة.</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وتؤكد نتيجة أن الاستثارة الفكرية هي البعد الأكثر تأثيرًا أن الإبداع التنظيمي يرتبط مباشرة بتشجيع العاملين على التفكير النقدي والبحث عن بدائل وعدم الاكتفاء بالحلول التقليدية. وهذه النتيجة مهمة عمليًا؛ لأنها توجه مديري المنشآت الصغيرة والمتوسطة إلى أن دعم الإبداع لا يتحقق فقط بالتحفيز العام، بل يحتاج إلى ممارسات يومية مثل طرح الأسئلة، وتشجيع التجريب، ومناقشة الأخطاء بطريقة تعلمية.</w:t>
      </w:r>
    </w:p>
    <w:p w:rsidR="00FD5E07" w:rsidRPr="005117ED" w:rsidRDefault="00FD5E07" w:rsidP="00FD5E07">
      <w:pPr>
        <w:spacing w:before="0"/>
        <w:jc w:val="both"/>
        <w:rPr>
          <w:rFonts w:cs="Sakkal Majalla"/>
          <w:color w:val="000000" w:themeColor="text1"/>
          <w:sz w:val="38"/>
          <w:szCs w:val="38"/>
        </w:rPr>
      </w:pPr>
      <w:r w:rsidRPr="005117ED">
        <w:rPr>
          <w:rFonts w:cs="Sakkal Majalla"/>
          <w:color w:val="000000" w:themeColor="text1"/>
          <w:sz w:val="38"/>
          <w:szCs w:val="38"/>
        </w:rPr>
        <w:br w:type="page"/>
      </w:r>
    </w:p>
    <w:p w:rsidR="00FD5E07" w:rsidRPr="005117ED" w:rsidRDefault="00FD5E07" w:rsidP="005E2978">
      <w:pPr>
        <w:pBdr>
          <w:bottom w:val="single" w:sz="4" w:space="1" w:color="auto"/>
        </w:pBdr>
        <w:spacing w:before="0"/>
        <w:ind w:firstLine="0"/>
        <w:jc w:val="center"/>
        <w:outlineLvl w:val="0"/>
        <w:rPr>
          <w:rFonts w:eastAsia="Times New Roman" w:cs="Sakkal Majalla"/>
          <w:b/>
          <w:bCs/>
          <w:color w:val="000000" w:themeColor="text1"/>
          <w:sz w:val="40"/>
          <w:szCs w:val="40"/>
        </w:rPr>
      </w:pPr>
      <w:bookmarkStart w:id="81" w:name="_Toc233322028"/>
      <w:r w:rsidRPr="005117ED">
        <w:rPr>
          <w:rFonts w:eastAsia="Times New Roman" w:cs="Sakkal Majalla"/>
          <w:b/>
          <w:bCs/>
          <w:color w:val="000000" w:themeColor="text1"/>
          <w:sz w:val="40"/>
          <w:szCs w:val="40"/>
          <w:rtl/>
        </w:rPr>
        <w:lastRenderedPageBreak/>
        <w:t>الفصل الخامس: الاستنتاجات والتوصيات</w:t>
      </w:r>
      <w:bookmarkEnd w:id="81"/>
    </w:p>
    <w:p w:rsidR="00FD5E07" w:rsidRPr="005117ED" w:rsidRDefault="00FD5E07" w:rsidP="00CB5A48">
      <w:pPr>
        <w:spacing w:before="0"/>
        <w:ind w:firstLine="0"/>
        <w:jc w:val="left"/>
        <w:outlineLvl w:val="0"/>
        <w:rPr>
          <w:rFonts w:eastAsia="Times New Roman" w:cs="Sakkal Majalla"/>
          <w:b/>
          <w:bCs/>
          <w:color w:val="000000" w:themeColor="text1"/>
          <w:sz w:val="40"/>
          <w:szCs w:val="40"/>
        </w:rPr>
      </w:pPr>
      <w:bookmarkStart w:id="82" w:name="_Toc233322029"/>
      <w:r w:rsidRPr="005117ED">
        <w:rPr>
          <w:rFonts w:eastAsia="Times New Roman" w:cs="Sakkal Majalla"/>
          <w:b/>
          <w:bCs/>
          <w:color w:val="000000" w:themeColor="text1"/>
          <w:sz w:val="40"/>
          <w:szCs w:val="40"/>
          <w:rtl/>
        </w:rPr>
        <w:t>أولًا: الاستنتاجات</w:t>
      </w:r>
      <w:bookmarkEnd w:id="82"/>
    </w:p>
    <w:p w:rsidR="00FD5E07" w:rsidRPr="005117ED" w:rsidRDefault="00FD5E07" w:rsidP="00FD5E07">
      <w:pPr>
        <w:spacing w:before="0"/>
        <w:jc w:val="both"/>
        <w:rPr>
          <w:rFonts w:cs="Sakkal Majalla"/>
          <w:color w:val="000000" w:themeColor="text1"/>
          <w:sz w:val="38"/>
          <w:szCs w:val="38"/>
        </w:rPr>
      </w:pPr>
      <w:r w:rsidRPr="005117ED">
        <w:rPr>
          <w:rFonts w:cs="Sakkal Majalla"/>
          <w:color w:val="000000" w:themeColor="text1"/>
          <w:sz w:val="38"/>
          <w:szCs w:val="38"/>
          <w:rtl/>
        </w:rPr>
        <w:t>1. تمثل القيادة التحويلية مدخلًا إداريًا مناسبًا لتعزيز الإبداع التنظيمي في المنشآت الصغيرة والمتوسطة السعودية، نظرًا لقدرتها على بناء الرؤية والثقة وتشجيع التفكير الجديد.</w:t>
      </w:r>
    </w:p>
    <w:p w:rsidR="00FD5E07" w:rsidRPr="005117ED" w:rsidRDefault="00FD5E07" w:rsidP="00FD5E07">
      <w:pPr>
        <w:spacing w:before="0"/>
        <w:jc w:val="both"/>
        <w:rPr>
          <w:rFonts w:cs="Sakkal Majalla"/>
          <w:color w:val="000000" w:themeColor="text1"/>
          <w:sz w:val="38"/>
          <w:szCs w:val="38"/>
        </w:rPr>
      </w:pPr>
      <w:r w:rsidRPr="005117ED">
        <w:rPr>
          <w:rFonts w:cs="Sakkal Majalla"/>
          <w:color w:val="000000" w:themeColor="text1"/>
          <w:sz w:val="38"/>
          <w:szCs w:val="38"/>
          <w:rtl/>
        </w:rPr>
        <w:t>2. جاء مستوى ممارسة القيادة التحويلية مرتفعًا بوجه عام، وكان التأثير المثالي أعلى الأبعاد ممارسة، مما يعكس أهمية القدوة والثقة في بيئة المنشآت الصغيرة والمتوسطة.</w:t>
      </w:r>
    </w:p>
    <w:p w:rsidR="00FD5E07" w:rsidRPr="005117ED" w:rsidRDefault="00FD5E07" w:rsidP="00FD5E07">
      <w:pPr>
        <w:spacing w:before="0"/>
        <w:jc w:val="both"/>
        <w:rPr>
          <w:rFonts w:cs="Sakkal Majalla"/>
          <w:color w:val="000000" w:themeColor="text1"/>
          <w:sz w:val="38"/>
          <w:szCs w:val="38"/>
        </w:rPr>
      </w:pPr>
      <w:r w:rsidRPr="005117ED">
        <w:rPr>
          <w:rFonts w:cs="Sakkal Majalla"/>
          <w:color w:val="000000" w:themeColor="text1"/>
          <w:sz w:val="38"/>
          <w:szCs w:val="38"/>
          <w:rtl/>
        </w:rPr>
        <w:t>3. جاء مستوى الإبداع التنظيمي مرتفعًا، إلا أن بعدي الأصالة وتبني الأفكار الجديدة وتطبيقها يحتاجان إلى مزيد من الدعم المؤسسي.</w:t>
      </w:r>
    </w:p>
    <w:p w:rsidR="00FD5E07" w:rsidRPr="005117ED" w:rsidRDefault="00FD5E07" w:rsidP="00FD5E07">
      <w:pPr>
        <w:spacing w:before="0"/>
        <w:jc w:val="both"/>
        <w:rPr>
          <w:rFonts w:cs="Sakkal Majalla"/>
          <w:color w:val="000000" w:themeColor="text1"/>
          <w:sz w:val="38"/>
          <w:szCs w:val="38"/>
        </w:rPr>
      </w:pPr>
      <w:r w:rsidRPr="005117ED">
        <w:rPr>
          <w:rFonts w:cs="Sakkal Majalla"/>
          <w:color w:val="000000" w:themeColor="text1"/>
          <w:sz w:val="38"/>
          <w:szCs w:val="38"/>
          <w:rtl/>
        </w:rPr>
        <w:t>4. ثبت وجود علاقة ارتباط موجبة ودالة بين القيادة التحويلية والإبداع التنظيمي، مما يدل على أن تحسين الممارسات القيادية ينعكس إيجابيًا على السلوك الإبداعي داخل المنظمة.</w:t>
      </w:r>
    </w:p>
    <w:p w:rsidR="00FD5E07" w:rsidRPr="005117ED" w:rsidRDefault="00FD5E07" w:rsidP="00FD5E07">
      <w:pPr>
        <w:spacing w:before="0"/>
        <w:jc w:val="both"/>
        <w:rPr>
          <w:rFonts w:cs="Sakkal Majalla"/>
          <w:color w:val="000000" w:themeColor="text1"/>
          <w:sz w:val="38"/>
          <w:szCs w:val="38"/>
        </w:rPr>
      </w:pPr>
      <w:r w:rsidRPr="005117ED">
        <w:rPr>
          <w:rFonts w:cs="Sakkal Majalla"/>
          <w:color w:val="000000" w:themeColor="text1"/>
          <w:sz w:val="38"/>
          <w:szCs w:val="38"/>
          <w:rtl/>
        </w:rPr>
        <w:t>5. أظهرت نتائج الانحدار أن الاستثارة الفكرية هي أكثر أبعاد القيادة التحويلية تأثيرًا في الإبداع التنظيمي، وهو ما يبرز أهمية تشجيع التفكير غير التقليدي.</w:t>
      </w:r>
    </w:p>
    <w:p w:rsidR="00FD5E07" w:rsidRPr="005117ED" w:rsidRDefault="00FD5E07" w:rsidP="00FD5E07">
      <w:pPr>
        <w:spacing w:before="0"/>
        <w:jc w:val="both"/>
        <w:rPr>
          <w:rFonts w:cs="Sakkal Majalla"/>
          <w:color w:val="000000" w:themeColor="text1"/>
          <w:sz w:val="38"/>
          <w:szCs w:val="38"/>
        </w:rPr>
      </w:pPr>
      <w:r w:rsidRPr="005117ED">
        <w:rPr>
          <w:rFonts w:cs="Sakkal Majalla"/>
          <w:color w:val="000000" w:themeColor="text1"/>
          <w:sz w:val="38"/>
          <w:szCs w:val="38"/>
          <w:rtl/>
        </w:rPr>
        <w:t>6. لم تظهر فروق ذات دلالة إحصائية تعزى للخصائص الديموغرافية والتنظيمية، مما يشير إلى أن ممارسات القيادة والإبداع تدرك بصورة متقاربة بين فئات العينة.</w:t>
      </w:r>
    </w:p>
    <w:p w:rsidR="00FD5E07" w:rsidRPr="005117ED" w:rsidRDefault="00FD5E07" w:rsidP="00CB5A48">
      <w:pPr>
        <w:spacing w:before="0"/>
        <w:ind w:firstLine="0"/>
        <w:jc w:val="left"/>
        <w:outlineLvl w:val="0"/>
        <w:rPr>
          <w:rFonts w:eastAsia="Times New Roman" w:cs="Sakkal Majalla"/>
          <w:b/>
          <w:bCs/>
          <w:color w:val="000000" w:themeColor="text1"/>
          <w:sz w:val="40"/>
          <w:szCs w:val="40"/>
        </w:rPr>
      </w:pPr>
      <w:bookmarkStart w:id="83" w:name="_Toc233322030"/>
      <w:r w:rsidRPr="005117ED">
        <w:rPr>
          <w:rFonts w:eastAsia="Times New Roman" w:cs="Sakkal Majalla"/>
          <w:b/>
          <w:bCs/>
          <w:color w:val="000000" w:themeColor="text1"/>
          <w:sz w:val="40"/>
          <w:szCs w:val="40"/>
          <w:rtl/>
        </w:rPr>
        <w:t>ثانيًا: التوصيات</w:t>
      </w:r>
      <w:bookmarkEnd w:id="83"/>
    </w:p>
    <w:p w:rsidR="00FD5E07" w:rsidRPr="005117ED" w:rsidRDefault="00FD5E07" w:rsidP="00FD5E07">
      <w:pPr>
        <w:spacing w:before="0"/>
        <w:jc w:val="both"/>
        <w:rPr>
          <w:rFonts w:cs="Sakkal Majalla"/>
          <w:color w:val="000000" w:themeColor="text1"/>
          <w:sz w:val="38"/>
          <w:szCs w:val="38"/>
        </w:rPr>
      </w:pPr>
      <w:r w:rsidRPr="005117ED">
        <w:rPr>
          <w:rFonts w:cs="Sakkal Majalla"/>
          <w:color w:val="000000" w:themeColor="text1"/>
          <w:sz w:val="38"/>
          <w:szCs w:val="38"/>
          <w:rtl/>
        </w:rPr>
        <w:t>1. تصميم برامج تدريبية متخصصة لمديري المنشآت الصغيرة والمتوسطة في ممارسات القيادة التحويلية، مع التركيز على الاستثارة الفكرية والاعتبار الفردي.</w:t>
      </w:r>
    </w:p>
    <w:p w:rsidR="00FD5E07" w:rsidRPr="005117ED" w:rsidRDefault="00FD5E07" w:rsidP="00FD5E07">
      <w:pPr>
        <w:spacing w:before="0"/>
        <w:jc w:val="both"/>
        <w:rPr>
          <w:rFonts w:cs="Sakkal Majalla"/>
          <w:color w:val="000000" w:themeColor="text1"/>
          <w:sz w:val="38"/>
          <w:szCs w:val="38"/>
        </w:rPr>
      </w:pPr>
      <w:r w:rsidRPr="005117ED">
        <w:rPr>
          <w:rFonts w:cs="Sakkal Majalla"/>
          <w:color w:val="000000" w:themeColor="text1"/>
          <w:sz w:val="38"/>
          <w:szCs w:val="38"/>
          <w:rtl/>
        </w:rPr>
        <w:t>2. إيجاد آليات داخلية لاستقبال أفكار العاملين وتقييمها وتجريبها، مثل لجان الابتكار المصغرة أو منصات الاقتراحات الداخلية.</w:t>
      </w:r>
    </w:p>
    <w:p w:rsidR="00FD5E07" w:rsidRPr="005117ED" w:rsidRDefault="00FD5E07" w:rsidP="00FD5E07">
      <w:pPr>
        <w:spacing w:before="0"/>
        <w:jc w:val="both"/>
        <w:rPr>
          <w:rFonts w:cs="Sakkal Majalla"/>
          <w:color w:val="000000" w:themeColor="text1"/>
          <w:sz w:val="38"/>
          <w:szCs w:val="38"/>
        </w:rPr>
      </w:pPr>
      <w:r w:rsidRPr="005117ED">
        <w:rPr>
          <w:rFonts w:cs="Sakkal Majalla"/>
          <w:color w:val="000000" w:themeColor="text1"/>
          <w:sz w:val="38"/>
          <w:szCs w:val="38"/>
          <w:rtl/>
        </w:rPr>
        <w:t>3. ربط نظم التحفيز والترقية بمؤشرات الإبداع، مثل عدد الأفكار القابلة للتطبيق، والمبادرات التطويرية، وتحسين إجراءات العمل.</w:t>
      </w:r>
    </w:p>
    <w:p w:rsidR="00FD5E07" w:rsidRPr="005117ED" w:rsidRDefault="00FD5E07" w:rsidP="00FD5E07">
      <w:pPr>
        <w:spacing w:before="0"/>
        <w:jc w:val="both"/>
        <w:rPr>
          <w:rFonts w:cs="Sakkal Majalla"/>
          <w:color w:val="000000" w:themeColor="text1"/>
          <w:sz w:val="38"/>
          <w:szCs w:val="38"/>
        </w:rPr>
      </w:pPr>
      <w:r w:rsidRPr="005117ED">
        <w:rPr>
          <w:rFonts w:cs="Sakkal Majalla"/>
          <w:color w:val="000000" w:themeColor="text1"/>
          <w:sz w:val="38"/>
          <w:szCs w:val="38"/>
          <w:rtl/>
        </w:rPr>
        <w:t>4. تعزيز ثقافة التعلم من الخطأ، بحيث ينظر إلى التجريب المنضبط باعتباره مصدرًا للتحسين لا سببًا للعقاب.</w:t>
      </w:r>
    </w:p>
    <w:p w:rsidR="00FD5E07" w:rsidRPr="005117ED" w:rsidRDefault="00FD5E07" w:rsidP="00FD5E07">
      <w:pPr>
        <w:spacing w:before="0"/>
        <w:jc w:val="both"/>
        <w:rPr>
          <w:rFonts w:cs="Sakkal Majalla"/>
          <w:color w:val="000000" w:themeColor="text1"/>
          <w:sz w:val="38"/>
          <w:szCs w:val="38"/>
        </w:rPr>
      </w:pPr>
      <w:r w:rsidRPr="005117ED">
        <w:rPr>
          <w:rFonts w:cs="Sakkal Majalla"/>
          <w:color w:val="000000" w:themeColor="text1"/>
          <w:sz w:val="38"/>
          <w:szCs w:val="38"/>
          <w:rtl/>
        </w:rPr>
        <w:t>5. تشجيع القادة على عقد اجتماعات دورية قصيرة لمناقشة المشكلات التشغيلية وتحويلها إلى فرص تطوير، وإشراك العاملين في اتخاذ القرار.</w:t>
      </w:r>
    </w:p>
    <w:p w:rsidR="00FD5E07" w:rsidRPr="005117ED" w:rsidRDefault="00FD5E07" w:rsidP="00FD5E07">
      <w:pPr>
        <w:spacing w:before="0"/>
        <w:jc w:val="both"/>
        <w:rPr>
          <w:rFonts w:cs="Sakkal Majalla"/>
          <w:color w:val="000000" w:themeColor="text1"/>
          <w:sz w:val="38"/>
          <w:szCs w:val="38"/>
        </w:rPr>
      </w:pPr>
      <w:r w:rsidRPr="005117ED">
        <w:rPr>
          <w:rFonts w:cs="Sakkal Majalla"/>
          <w:color w:val="000000" w:themeColor="text1"/>
          <w:sz w:val="38"/>
          <w:szCs w:val="38"/>
          <w:rtl/>
        </w:rPr>
        <w:lastRenderedPageBreak/>
        <w:t>6. توفير برامج إرشاد فردي للعاملين ذوي الأفكار المتميزة لمساعدتهم على تحويل الأفكار إلى مبادرات قابلة للتنفيذ.</w:t>
      </w:r>
    </w:p>
    <w:p w:rsidR="00FD5E07" w:rsidRPr="005117ED" w:rsidRDefault="00FD5E07" w:rsidP="00FD5E07">
      <w:pPr>
        <w:spacing w:before="0"/>
        <w:jc w:val="both"/>
        <w:rPr>
          <w:rFonts w:cs="Sakkal Majalla"/>
          <w:color w:val="000000" w:themeColor="text1"/>
          <w:sz w:val="38"/>
          <w:szCs w:val="38"/>
        </w:rPr>
      </w:pPr>
      <w:r w:rsidRPr="005117ED">
        <w:rPr>
          <w:rFonts w:cs="Sakkal Majalla"/>
          <w:color w:val="000000" w:themeColor="text1"/>
          <w:sz w:val="38"/>
          <w:szCs w:val="38"/>
          <w:rtl/>
        </w:rPr>
        <w:t>7. التعاون مع الجهات الداعمة للمنشآت الصغيرة والمتوسطة، مثل منشآت وحاضنات الأعمال، للحصول على تدريب واستشارات في الابتكار والقيادة.</w:t>
      </w:r>
    </w:p>
    <w:p w:rsidR="00FD5E07" w:rsidRPr="005117ED" w:rsidRDefault="00FD5E07" w:rsidP="00CB5A48">
      <w:pPr>
        <w:spacing w:before="0"/>
        <w:ind w:firstLine="0"/>
        <w:jc w:val="left"/>
        <w:outlineLvl w:val="0"/>
        <w:rPr>
          <w:rFonts w:eastAsia="Times New Roman" w:cs="Sakkal Majalla"/>
          <w:b/>
          <w:bCs/>
          <w:color w:val="000000" w:themeColor="text1"/>
          <w:sz w:val="40"/>
          <w:szCs w:val="40"/>
        </w:rPr>
      </w:pPr>
      <w:bookmarkStart w:id="84" w:name="_Toc233322031"/>
      <w:r w:rsidRPr="005117ED">
        <w:rPr>
          <w:rFonts w:eastAsia="Times New Roman" w:cs="Sakkal Majalla"/>
          <w:b/>
          <w:bCs/>
          <w:color w:val="000000" w:themeColor="text1"/>
          <w:sz w:val="40"/>
          <w:szCs w:val="40"/>
          <w:rtl/>
        </w:rPr>
        <w:t>ثالثًا: خطة تنفيذية مقترحة للتوصيات</w:t>
      </w:r>
      <w:bookmarkEnd w:id="84"/>
    </w:p>
    <w:p w:rsidR="005E2978" w:rsidRDefault="005E2978" w:rsidP="005E2978">
      <w:pPr>
        <w:jc w:val="center"/>
      </w:pPr>
      <w:r w:rsidRPr="005E2978">
        <w:rPr>
          <w:b/>
          <w:bCs/>
          <w:rtl/>
        </w:rPr>
        <w:t>جدول</w:t>
      </w:r>
      <w:r w:rsidRPr="005E2978">
        <w:rPr>
          <w:b/>
        </w:rPr>
        <w:t xml:space="preserve"> (31</w:t>
      </w:r>
      <w:proofErr w:type="gramStart"/>
      <w:r w:rsidRPr="005E2978">
        <w:rPr>
          <w:b/>
        </w:rPr>
        <w:t>)</w:t>
      </w:r>
      <w:r>
        <w:rPr>
          <w:rFonts w:hint="cs"/>
          <w:b/>
          <w:rtl/>
        </w:rPr>
        <w:t xml:space="preserve"> </w:t>
      </w:r>
      <w:r w:rsidRPr="005E2978">
        <w:rPr>
          <w:b/>
        </w:rPr>
        <w:t>:</w:t>
      </w:r>
      <w:proofErr w:type="gramEnd"/>
      <w:r>
        <w:rPr>
          <w:rFonts w:hint="cs"/>
          <w:b/>
          <w:rtl/>
        </w:rPr>
        <w:t xml:space="preserve"> </w:t>
      </w:r>
      <w:r w:rsidRPr="005E2978">
        <w:rPr>
          <w:b/>
        </w:rPr>
        <w:t xml:space="preserve"> </w:t>
      </w:r>
      <w:r w:rsidRPr="005E2978">
        <w:rPr>
          <w:b/>
          <w:bCs/>
          <w:rtl/>
        </w:rPr>
        <w:t>خطة</w:t>
      </w:r>
      <w:r w:rsidRPr="005E2978">
        <w:rPr>
          <w:b/>
        </w:rPr>
        <w:t xml:space="preserve"> </w:t>
      </w:r>
      <w:r w:rsidRPr="005E2978">
        <w:rPr>
          <w:b/>
          <w:bCs/>
          <w:rtl/>
        </w:rPr>
        <w:t>تنفيذية</w:t>
      </w:r>
      <w:r w:rsidRPr="005E2978">
        <w:rPr>
          <w:b/>
        </w:rPr>
        <w:t xml:space="preserve"> </w:t>
      </w:r>
      <w:r w:rsidRPr="005E2978">
        <w:rPr>
          <w:b/>
          <w:bCs/>
          <w:rtl/>
        </w:rPr>
        <w:t>مقترحة</w:t>
      </w:r>
      <w:r w:rsidRPr="005E2978">
        <w:rPr>
          <w:b/>
        </w:rPr>
        <w:t xml:space="preserve"> </w:t>
      </w:r>
      <w:r w:rsidRPr="005E2978">
        <w:rPr>
          <w:b/>
          <w:bCs/>
          <w:rtl/>
        </w:rPr>
        <w:t>لتفعيل</w:t>
      </w:r>
      <w:r w:rsidRPr="005E2978">
        <w:rPr>
          <w:b/>
        </w:rPr>
        <w:t xml:space="preserve"> </w:t>
      </w:r>
      <w:r w:rsidRPr="005E2978">
        <w:rPr>
          <w:b/>
          <w:bCs/>
          <w:rtl/>
        </w:rPr>
        <w:t>توصيات</w:t>
      </w:r>
      <w:r w:rsidRPr="005E2978">
        <w:rPr>
          <w:b/>
        </w:rPr>
        <w:t xml:space="preserve"> </w:t>
      </w:r>
      <w:r w:rsidRPr="005E2978">
        <w:rPr>
          <w:b/>
          <w:bCs/>
          <w:rtl/>
        </w:rPr>
        <w:t>الدراسة</w:t>
      </w:r>
    </w:p>
    <w:tbl>
      <w:tblPr>
        <w:tblStyle w:val="aa"/>
        <w:bidiVisual/>
        <w:tblW w:w="0" w:type="auto"/>
        <w:tblLook w:val="04A0" w:firstRow="1" w:lastRow="0" w:firstColumn="1" w:lastColumn="0" w:noHBand="0" w:noVBand="1"/>
      </w:tblPr>
      <w:tblGrid>
        <w:gridCol w:w="1982"/>
        <w:gridCol w:w="1983"/>
        <w:gridCol w:w="1987"/>
        <w:gridCol w:w="1978"/>
        <w:gridCol w:w="1982"/>
      </w:tblGrid>
      <w:tr w:rsidR="00FD5E07" w:rsidRPr="005117ED" w:rsidTr="005E2978">
        <w:trPr>
          <w:tblHeader/>
        </w:trPr>
        <w:tc>
          <w:tcPr>
            <w:tcW w:w="1982" w:type="dxa"/>
            <w:shd w:val="clear" w:color="auto" w:fill="1F4E79"/>
            <w:vAlign w:val="center"/>
          </w:tcPr>
          <w:p w:rsidR="00FD5E07" w:rsidRPr="005E2978" w:rsidRDefault="00FD5E07" w:rsidP="005E2978">
            <w:pPr>
              <w:spacing w:before="0"/>
              <w:ind w:firstLine="0"/>
              <w:jc w:val="center"/>
              <w:rPr>
                <w:rFonts w:cs="Sakkal Majalla"/>
                <w:bCs/>
                <w:color w:val="FFFFFF" w:themeColor="background1"/>
                <w:sz w:val="38"/>
                <w:szCs w:val="38"/>
              </w:rPr>
            </w:pPr>
            <w:r w:rsidRPr="005E2978">
              <w:rPr>
                <w:rFonts w:cs="Sakkal Majalla"/>
                <w:bCs/>
                <w:color w:val="FFFFFF" w:themeColor="background1"/>
                <w:sz w:val="38"/>
                <w:szCs w:val="38"/>
                <w:rtl/>
              </w:rPr>
              <w:t>التوصية</w:t>
            </w:r>
          </w:p>
        </w:tc>
        <w:tc>
          <w:tcPr>
            <w:tcW w:w="1983" w:type="dxa"/>
            <w:shd w:val="clear" w:color="auto" w:fill="1F4E79"/>
            <w:vAlign w:val="center"/>
          </w:tcPr>
          <w:p w:rsidR="00FD5E07" w:rsidRPr="005E2978" w:rsidRDefault="00FD5E07" w:rsidP="005E2978">
            <w:pPr>
              <w:bidi w:val="0"/>
              <w:spacing w:before="0"/>
              <w:ind w:firstLine="0"/>
              <w:jc w:val="center"/>
              <w:rPr>
                <w:rFonts w:cs="Sakkal Majalla"/>
                <w:bCs/>
                <w:color w:val="FFFFFF" w:themeColor="background1"/>
                <w:sz w:val="38"/>
                <w:szCs w:val="38"/>
              </w:rPr>
            </w:pPr>
            <w:r w:rsidRPr="005E2978">
              <w:rPr>
                <w:rFonts w:cs="Sakkal Majalla"/>
                <w:bCs/>
                <w:color w:val="FFFFFF" w:themeColor="background1"/>
                <w:sz w:val="38"/>
                <w:szCs w:val="38"/>
                <w:rtl/>
              </w:rPr>
              <w:t>الإجراء</w:t>
            </w:r>
          </w:p>
        </w:tc>
        <w:tc>
          <w:tcPr>
            <w:tcW w:w="1987" w:type="dxa"/>
            <w:shd w:val="clear" w:color="auto" w:fill="1F4E79"/>
            <w:vAlign w:val="center"/>
          </w:tcPr>
          <w:p w:rsidR="00FD5E07" w:rsidRPr="005E2978" w:rsidRDefault="00FD5E07" w:rsidP="005E2978">
            <w:pPr>
              <w:spacing w:before="0"/>
              <w:ind w:firstLine="0"/>
              <w:jc w:val="center"/>
              <w:rPr>
                <w:rFonts w:cs="Sakkal Majalla"/>
                <w:bCs/>
                <w:color w:val="FFFFFF" w:themeColor="background1"/>
                <w:sz w:val="38"/>
                <w:szCs w:val="38"/>
              </w:rPr>
            </w:pPr>
            <w:r w:rsidRPr="005E2978">
              <w:rPr>
                <w:rFonts w:cs="Sakkal Majalla"/>
                <w:bCs/>
                <w:color w:val="FFFFFF" w:themeColor="background1"/>
                <w:sz w:val="38"/>
                <w:szCs w:val="38"/>
                <w:rtl/>
              </w:rPr>
              <w:t>المسؤول</w:t>
            </w:r>
          </w:p>
        </w:tc>
        <w:tc>
          <w:tcPr>
            <w:tcW w:w="1978" w:type="dxa"/>
            <w:shd w:val="clear" w:color="auto" w:fill="1F4E79"/>
            <w:vAlign w:val="center"/>
          </w:tcPr>
          <w:p w:rsidR="00FD5E07" w:rsidRPr="005E2978" w:rsidRDefault="00FD5E07" w:rsidP="005E2978">
            <w:pPr>
              <w:spacing w:before="0"/>
              <w:ind w:firstLine="0"/>
              <w:jc w:val="center"/>
              <w:rPr>
                <w:rFonts w:cs="Sakkal Majalla"/>
                <w:bCs/>
                <w:color w:val="FFFFFF" w:themeColor="background1"/>
                <w:sz w:val="38"/>
                <w:szCs w:val="38"/>
              </w:rPr>
            </w:pPr>
            <w:r w:rsidRPr="005E2978">
              <w:rPr>
                <w:rFonts w:cs="Sakkal Majalla"/>
                <w:bCs/>
                <w:color w:val="FFFFFF" w:themeColor="background1"/>
                <w:sz w:val="38"/>
                <w:szCs w:val="38"/>
                <w:rtl/>
              </w:rPr>
              <w:t>المدة</w:t>
            </w:r>
          </w:p>
        </w:tc>
        <w:tc>
          <w:tcPr>
            <w:tcW w:w="1982" w:type="dxa"/>
            <w:shd w:val="clear" w:color="auto" w:fill="1F4E79"/>
            <w:vAlign w:val="center"/>
          </w:tcPr>
          <w:p w:rsidR="00FD5E07" w:rsidRPr="005E2978" w:rsidRDefault="00FD5E07" w:rsidP="005E2978">
            <w:pPr>
              <w:spacing w:before="0"/>
              <w:ind w:firstLine="0"/>
              <w:jc w:val="center"/>
              <w:rPr>
                <w:rFonts w:cs="Sakkal Majalla"/>
                <w:bCs/>
                <w:color w:val="FFFFFF" w:themeColor="background1"/>
                <w:sz w:val="38"/>
                <w:szCs w:val="38"/>
              </w:rPr>
            </w:pPr>
            <w:r w:rsidRPr="005E2978">
              <w:rPr>
                <w:rFonts w:cs="Sakkal Majalla"/>
                <w:bCs/>
                <w:color w:val="FFFFFF" w:themeColor="background1"/>
                <w:sz w:val="38"/>
                <w:szCs w:val="38"/>
                <w:rtl/>
              </w:rPr>
              <w:t>مؤشر المتابعة</w:t>
            </w:r>
          </w:p>
        </w:tc>
      </w:tr>
      <w:tr w:rsidR="00FD5E07" w:rsidRPr="005117ED" w:rsidTr="005E2978">
        <w:tc>
          <w:tcPr>
            <w:tcW w:w="198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البرنامج التدريبي للقيادة التحويلية</w:t>
            </w:r>
          </w:p>
        </w:tc>
        <w:tc>
          <w:tcPr>
            <w:tcW w:w="1983"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إعداد حقائب تدريبية قصيرة للمديرين والمشرفين</w:t>
            </w:r>
          </w:p>
        </w:tc>
        <w:tc>
          <w:tcPr>
            <w:tcW w:w="1987"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إدارة المنشأة/جهة تدريب</w:t>
            </w:r>
          </w:p>
        </w:tc>
        <w:tc>
          <w:tcPr>
            <w:tcW w:w="1978"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3 أشهر</w:t>
            </w:r>
          </w:p>
        </w:tc>
        <w:tc>
          <w:tcPr>
            <w:tcW w:w="198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تحسن متوسط القيادة التحويلية في القياس اللاحق</w:t>
            </w:r>
          </w:p>
        </w:tc>
      </w:tr>
      <w:tr w:rsidR="00FD5E07" w:rsidRPr="005117ED" w:rsidTr="005E2978">
        <w:tc>
          <w:tcPr>
            <w:tcW w:w="198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نظام إدارة الأفكار</w:t>
            </w:r>
          </w:p>
        </w:tc>
        <w:tc>
          <w:tcPr>
            <w:tcW w:w="1983"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إنشاء نموذج إلكتروني لاستقبال الأفكار وتقييمها</w:t>
            </w:r>
          </w:p>
        </w:tc>
        <w:tc>
          <w:tcPr>
            <w:tcW w:w="1987"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الإدارة/تقنية المعلومات</w:t>
            </w:r>
          </w:p>
        </w:tc>
        <w:tc>
          <w:tcPr>
            <w:tcW w:w="1978"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شهران</w:t>
            </w:r>
          </w:p>
        </w:tc>
        <w:tc>
          <w:tcPr>
            <w:tcW w:w="198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عدد الأفكار المستلمة والمطبقة</w:t>
            </w:r>
          </w:p>
        </w:tc>
      </w:tr>
      <w:tr w:rsidR="00FD5E07" w:rsidRPr="005117ED" w:rsidTr="005E2978">
        <w:tc>
          <w:tcPr>
            <w:tcW w:w="198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مختبر حل المشكلات</w:t>
            </w:r>
          </w:p>
        </w:tc>
        <w:tc>
          <w:tcPr>
            <w:tcW w:w="1983"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اجتماعات شهرية لمعالجة مشكلة تشغيلية محددة</w:t>
            </w:r>
          </w:p>
        </w:tc>
        <w:tc>
          <w:tcPr>
            <w:tcW w:w="1987"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قادة الفرق</w:t>
            </w:r>
          </w:p>
        </w:tc>
        <w:tc>
          <w:tcPr>
            <w:tcW w:w="1978"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مستمر</w:t>
            </w:r>
          </w:p>
        </w:tc>
        <w:tc>
          <w:tcPr>
            <w:tcW w:w="198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عدد المشكلات المعالجة ومعدل التحسين</w:t>
            </w:r>
          </w:p>
        </w:tc>
      </w:tr>
      <w:tr w:rsidR="00FD5E07" w:rsidRPr="005117ED" w:rsidTr="005E2978">
        <w:tc>
          <w:tcPr>
            <w:tcW w:w="198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التحفيز الإبداعي</w:t>
            </w:r>
          </w:p>
        </w:tc>
        <w:tc>
          <w:tcPr>
            <w:tcW w:w="1983"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مكافآت معنوية ومادية للأفكار القابلة للتطبيق</w:t>
            </w:r>
          </w:p>
        </w:tc>
        <w:tc>
          <w:tcPr>
            <w:tcW w:w="1987"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الموارد البشرية</w:t>
            </w:r>
          </w:p>
        </w:tc>
        <w:tc>
          <w:tcPr>
            <w:tcW w:w="1978"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6 أشهر</w:t>
            </w:r>
          </w:p>
        </w:tc>
        <w:tc>
          <w:tcPr>
            <w:tcW w:w="1982" w:type="dxa"/>
            <w:shd w:val="clear" w:color="auto" w:fill="EDF4F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معدل المشاركة في المبادرات</w:t>
            </w:r>
          </w:p>
        </w:tc>
      </w:tr>
      <w:tr w:rsidR="00FD5E07" w:rsidRPr="005117ED" w:rsidTr="005E2978">
        <w:tc>
          <w:tcPr>
            <w:tcW w:w="198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الإرشاد الفردي</w:t>
            </w:r>
          </w:p>
        </w:tc>
        <w:tc>
          <w:tcPr>
            <w:tcW w:w="1983"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توجيه العاملين أصحاب الأفكار الواعدة</w:t>
            </w:r>
          </w:p>
        </w:tc>
        <w:tc>
          <w:tcPr>
            <w:tcW w:w="1987"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المدير المباشر</w:t>
            </w:r>
          </w:p>
        </w:tc>
        <w:tc>
          <w:tcPr>
            <w:tcW w:w="1978"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مستمر</w:t>
            </w:r>
          </w:p>
        </w:tc>
        <w:tc>
          <w:tcPr>
            <w:tcW w:w="1982" w:type="dxa"/>
            <w:vAlign w:val="center"/>
          </w:tcPr>
          <w:p w:rsidR="00FD5E07" w:rsidRPr="005117ED" w:rsidRDefault="00FD5E07" w:rsidP="005E2978">
            <w:pPr>
              <w:spacing w:before="0"/>
              <w:ind w:firstLine="0"/>
              <w:jc w:val="center"/>
              <w:rPr>
                <w:rFonts w:cs="Sakkal Majalla"/>
                <w:color w:val="000000" w:themeColor="text1"/>
                <w:sz w:val="38"/>
                <w:szCs w:val="38"/>
              </w:rPr>
            </w:pPr>
            <w:r w:rsidRPr="005117ED">
              <w:rPr>
                <w:rFonts w:cs="Sakkal Majalla"/>
                <w:color w:val="000000" w:themeColor="text1"/>
                <w:sz w:val="38"/>
                <w:szCs w:val="38"/>
                <w:rtl/>
              </w:rPr>
              <w:t>عدد المبادرات المكتملة</w:t>
            </w:r>
          </w:p>
        </w:tc>
      </w:tr>
    </w:tbl>
    <w:p w:rsidR="00FD5E07" w:rsidRPr="005117ED" w:rsidRDefault="00FD5E07" w:rsidP="00FD5E07">
      <w:pPr>
        <w:spacing w:before="0"/>
        <w:jc w:val="both"/>
        <w:rPr>
          <w:rFonts w:cs="Sakkal Majalla"/>
          <w:color w:val="000000" w:themeColor="text1"/>
          <w:sz w:val="38"/>
          <w:szCs w:val="38"/>
        </w:rPr>
      </w:pPr>
    </w:p>
    <w:p w:rsidR="00FD5E07" w:rsidRPr="005117ED" w:rsidRDefault="00FD5E07" w:rsidP="00FD5E07">
      <w:pPr>
        <w:spacing w:before="0"/>
        <w:jc w:val="both"/>
        <w:rPr>
          <w:rFonts w:cs="Sakkal Majalla"/>
          <w:color w:val="000000" w:themeColor="text1"/>
          <w:sz w:val="38"/>
          <w:szCs w:val="38"/>
        </w:rPr>
      </w:pPr>
    </w:p>
    <w:p w:rsidR="00FD5E07" w:rsidRPr="005E2978" w:rsidRDefault="00FD5E07" w:rsidP="005E2978">
      <w:pPr>
        <w:keepNext/>
        <w:spacing w:before="0"/>
        <w:ind w:firstLine="0"/>
        <w:jc w:val="both"/>
        <w:rPr>
          <w:rFonts w:cs="Sakkal Majalla"/>
          <w:bCs/>
          <w:color w:val="000000" w:themeColor="text1"/>
          <w:sz w:val="38"/>
          <w:szCs w:val="38"/>
        </w:rPr>
      </w:pPr>
      <w:r w:rsidRPr="005E2978">
        <w:rPr>
          <w:rFonts w:cs="Sakkal Majalla"/>
          <w:bCs/>
          <w:color w:val="000000" w:themeColor="text1"/>
          <w:sz w:val="38"/>
          <w:szCs w:val="38"/>
          <w:rtl/>
        </w:rPr>
        <w:t>رابعًا: مقترحات لدراسات مستقبلية</w:t>
      </w:r>
    </w:p>
    <w:p w:rsidR="00FD5E07" w:rsidRPr="005117ED" w:rsidRDefault="00FD5E07" w:rsidP="00FD5E07">
      <w:pPr>
        <w:spacing w:before="0"/>
        <w:jc w:val="both"/>
        <w:rPr>
          <w:rFonts w:cs="Sakkal Majalla"/>
          <w:color w:val="000000" w:themeColor="text1"/>
          <w:sz w:val="38"/>
          <w:szCs w:val="38"/>
        </w:rPr>
      </w:pPr>
      <w:r w:rsidRPr="005117ED">
        <w:rPr>
          <w:rFonts w:cs="Sakkal Majalla"/>
          <w:color w:val="000000" w:themeColor="text1"/>
          <w:sz w:val="38"/>
          <w:szCs w:val="38"/>
          <w:rtl/>
        </w:rPr>
        <w:t>1. دراسة الدور الوسيط للأمان النفسي في العلاقة بين القيادة التحويلية والإبداع التنظيمي في المنشآت الصغيرة والمتوسطة.</w:t>
      </w:r>
    </w:p>
    <w:p w:rsidR="00FD5E07" w:rsidRPr="005117ED" w:rsidRDefault="00FD5E07" w:rsidP="00FD5E07">
      <w:pPr>
        <w:spacing w:before="0"/>
        <w:jc w:val="both"/>
        <w:rPr>
          <w:rFonts w:cs="Sakkal Majalla"/>
          <w:color w:val="000000" w:themeColor="text1"/>
          <w:sz w:val="38"/>
          <w:szCs w:val="38"/>
        </w:rPr>
      </w:pPr>
      <w:r w:rsidRPr="005117ED">
        <w:rPr>
          <w:rFonts w:cs="Sakkal Majalla"/>
          <w:color w:val="000000" w:themeColor="text1"/>
          <w:sz w:val="38"/>
          <w:szCs w:val="38"/>
          <w:rtl/>
        </w:rPr>
        <w:t>2. اختبار أثر القيادة التحويلية في الإبداع التنظيمي في قطاعات محددة مثل التقنية أو السياحة أو الخدمات الصحية.</w:t>
      </w:r>
    </w:p>
    <w:p w:rsidR="00FD5E07" w:rsidRPr="005117ED" w:rsidRDefault="00FD5E07" w:rsidP="00FD5E07">
      <w:pPr>
        <w:spacing w:before="0"/>
        <w:jc w:val="both"/>
        <w:rPr>
          <w:rFonts w:cs="Sakkal Majalla"/>
          <w:color w:val="000000" w:themeColor="text1"/>
          <w:sz w:val="38"/>
          <w:szCs w:val="38"/>
        </w:rPr>
      </w:pPr>
      <w:r w:rsidRPr="005117ED">
        <w:rPr>
          <w:rFonts w:cs="Sakkal Majalla"/>
          <w:color w:val="000000" w:themeColor="text1"/>
          <w:sz w:val="38"/>
          <w:szCs w:val="38"/>
          <w:rtl/>
        </w:rPr>
        <w:t>3. إجراء دراسة مقارنة بين المنشآت الصغيرة والمتوسطة والشركات الكبرى في مستوى القيادة التحويلية والإبداع.</w:t>
      </w:r>
    </w:p>
    <w:p w:rsidR="00FD5E07" w:rsidRPr="005117ED" w:rsidRDefault="00FD5E07" w:rsidP="00FD5E07">
      <w:pPr>
        <w:spacing w:before="0"/>
        <w:jc w:val="both"/>
        <w:rPr>
          <w:rFonts w:cs="Sakkal Majalla"/>
          <w:color w:val="000000" w:themeColor="text1"/>
          <w:sz w:val="38"/>
          <w:szCs w:val="38"/>
        </w:rPr>
      </w:pPr>
      <w:r w:rsidRPr="005117ED">
        <w:rPr>
          <w:rFonts w:cs="Sakkal Majalla"/>
          <w:color w:val="000000" w:themeColor="text1"/>
          <w:sz w:val="38"/>
          <w:szCs w:val="38"/>
          <w:rtl/>
        </w:rPr>
        <w:t>4. استخدام منهج مختلط يجمع بين الاستبانة والمقابلات المتعمقة لفهم آليات الإبداع داخل المنشآت.</w:t>
      </w:r>
    </w:p>
    <w:p w:rsidR="00FD5E07" w:rsidRPr="005117ED" w:rsidRDefault="00FD5E07" w:rsidP="00FD5E07">
      <w:pPr>
        <w:spacing w:before="0"/>
        <w:jc w:val="both"/>
        <w:rPr>
          <w:rFonts w:cs="Sakkal Majalla"/>
          <w:color w:val="000000" w:themeColor="text1"/>
          <w:sz w:val="38"/>
          <w:szCs w:val="38"/>
        </w:rPr>
      </w:pPr>
      <w:r w:rsidRPr="005117ED">
        <w:rPr>
          <w:rFonts w:cs="Sakkal Majalla"/>
          <w:color w:val="000000" w:themeColor="text1"/>
          <w:sz w:val="38"/>
          <w:szCs w:val="38"/>
          <w:rtl/>
        </w:rPr>
        <w:t>5. اختبار أثر القيادة الرقمية أو القيادة الرشيقة في الإبداع التنظيمي في بيئة الأعمال السعودية.</w:t>
      </w:r>
    </w:p>
    <w:p w:rsidR="00FD5E07" w:rsidRPr="005117ED" w:rsidRDefault="00FD5E07" w:rsidP="005E2978">
      <w:pPr>
        <w:spacing w:before="0"/>
        <w:ind w:firstLine="0"/>
        <w:jc w:val="center"/>
        <w:outlineLvl w:val="0"/>
        <w:rPr>
          <w:rFonts w:eastAsia="Times New Roman" w:cs="Sakkal Majalla"/>
          <w:b/>
          <w:bCs/>
          <w:color w:val="000000" w:themeColor="text1"/>
          <w:sz w:val="40"/>
          <w:szCs w:val="40"/>
        </w:rPr>
      </w:pPr>
      <w:bookmarkStart w:id="85" w:name="_Toc233322032"/>
      <w:r w:rsidRPr="005117ED">
        <w:rPr>
          <w:rFonts w:eastAsia="Times New Roman" w:cs="Sakkal Majalla"/>
          <w:b/>
          <w:bCs/>
          <w:color w:val="000000" w:themeColor="text1"/>
          <w:sz w:val="40"/>
          <w:szCs w:val="40"/>
          <w:rtl/>
        </w:rPr>
        <w:t>الخاتمة</w:t>
      </w:r>
      <w:r w:rsidR="005E2978">
        <w:rPr>
          <w:rFonts w:eastAsia="Times New Roman" w:cs="Sakkal Majalla" w:hint="cs"/>
          <w:b/>
          <w:bCs/>
          <w:color w:val="000000" w:themeColor="text1"/>
          <w:sz w:val="40"/>
          <w:szCs w:val="40"/>
          <w:rtl/>
        </w:rPr>
        <w:t>:</w:t>
      </w:r>
      <w:bookmarkEnd w:id="85"/>
      <w:r w:rsidR="005E2978">
        <w:rPr>
          <w:rFonts w:eastAsia="Times New Roman" w:cs="Sakkal Majalla" w:hint="cs"/>
          <w:b/>
          <w:bCs/>
          <w:color w:val="000000" w:themeColor="text1"/>
          <w:sz w:val="40"/>
          <w:szCs w:val="40"/>
          <w:rtl/>
        </w:rPr>
        <w:t xml:space="preserve"> </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خلصت الدراسة إلى أن القيادة التحويلية تمثل رافعة مهمة لتعزيز الإبداع التنظيمي داخل المنشآت الصغيرة والمتوسطة السعودية؛ إذ إن القائد الذي يبني الثقة، ويصوغ رؤية ملهمة، ويشجع التفكير الجديد، ويهتم باحتياجات العاملين، يستطيع أن يحول بيئة العمل إلى مساحة أكثر قابلية للمبادرة والتجديد. كما أن تطوير هذا النمط القيادي يتسق مع توجهات رؤية السعودية 2030 الداعمة للقطاع الخاص وريادة الأعمال والابتكار. ومن ثم فإن الاستثمار في القيادة التحويلية ليس خيارًا تدريبيًا محدودًا، بل هو استثمار تنظيمي في قدرة المنشأة على النمو والتنافسية والاستدامة.</w:t>
      </w:r>
    </w:p>
    <w:p w:rsidR="00FD5E07" w:rsidRPr="005117ED" w:rsidRDefault="00FD5E07" w:rsidP="00FD5E07">
      <w:pPr>
        <w:spacing w:before="0"/>
        <w:jc w:val="both"/>
        <w:rPr>
          <w:rFonts w:cs="Sakkal Majalla"/>
          <w:color w:val="000000" w:themeColor="text1"/>
          <w:sz w:val="38"/>
          <w:szCs w:val="38"/>
        </w:rPr>
      </w:pPr>
      <w:r w:rsidRPr="005117ED">
        <w:rPr>
          <w:rFonts w:cs="Sakkal Majalla"/>
          <w:color w:val="000000" w:themeColor="text1"/>
          <w:sz w:val="38"/>
          <w:szCs w:val="38"/>
        </w:rPr>
        <w:br w:type="page"/>
      </w:r>
    </w:p>
    <w:p w:rsidR="00FD5E07" w:rsidRPr="005117ED" w:rsidRDefault="00FD5E07" w:rsidP="00CB5A48">
      <w:pPr>
        <w:spacing w:before="0"/>
        <w:ind w:firstLine="0"/>
        <w:jc w:val="left"/>
        <w:outlineLvl w:val="0"/>
        <w:rPr>
          <w:rFonts w:eastAsia="Times New Roman" w:cs="Sakkal Majalla"/>
          <w:b/>
          <w:bCs/>
          <w:color w:val="000000" w:themeColor="text1"/>
          <w:sz w:val="40"/>
          <w:szCs w:val="40"/>
        </w:rPr>
      </w:pPr>
      <w:bookmarkStart w:id="86" w:name="_Toc233321785"/>
      <w:bookmarkStart w:id="87" w:name="_Toc233322033"/>
      <w:r w:rsidRPr="005117ED">
        <w:rPr>
          <w:rFonts w:eastAsia="Times New Roman" w:cs="Sakkal Majalla"/>
          <w:b/>
          <w:bCs/>
          <w:color w:val="000000" w:themeColor="text1"/>
          <w:sz w:val="40"/>
          <w:szCs w:val="40"/>
          <w:rtl/>
        </w:rPr>
        <w:lastRenderedPageBreak/>
        <w:t>خامسًا</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الإسهامات</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العلمية</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والتطبيقية</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للدراسة</w:t>
      </w:r>
      <w:bookmarkEnd w:id="86"/>
      <w:bookmarkEnd w:id="87"/>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تتمثل</w:t>
      </w:r>
      <w:r w:rsidRPr="005117ED">
        <w:rPr>
          <w:rFonts w:cs="Sakkal Majalla"/>
          <w:color w:val="000000" w:themeColor="text1"/>
          <w:sz w:val="38"/>
          <w:szCs w:val="38"/>
        </w:rPr>
        <w:t xml:space="preserve"> </w:t>
      </w:r>
      <w:r w:rsidRPr="005117ED">
        <w:rPr>
          <w:rFonts w:cs="Sakkal Majalla"/>
          <w:color w:val="000000" w:themeColor="text1"/>
          <w:sz w:val="38"/>
          <w:szCs w:val="38"/>
          <w:rtl/>
        </w:rPr>
        <w:t>الإضافة</w:t>
      </w:r>
      <w:r w:rsidRPr="005117ED">
        <w:rPr>
          <w:rFonts w:cs="Sakkal Majalla"/>
          <w:color w:val="000000" w:themeColor="text1"/>
          <w:sz w:val="38"/>
          <w:szCs w:val="38"/>
        </w:rPr>
        <w:t xml:space="preserve"> </w:t>
      </w:r>
      <w:r w:rsidRPr="005117ED">
        <w:rPr>
          <w:rFonts w:cs="Sakkal Majalla"/>
          <w:color w:val="000000" w:themeColor="text1"/>
          <w:sz w:val="38"/>
          <w:szCs w:val="38"/>
          <w:rtl/>
        </w:rPr>
        <w:t>النظرية</w:t>
      </w:r>
      <w:r w:rsidRPr="005117ED">
        <w:rPr>
          <w:rFonts w:cs="Sakkal Majalla"/>
          <w:color w:val="000000" w:themeColor="text1"/>
          <w:sz w:val="38"/>
          <w:szCs w:val="38"/>
        </w:rPr>
        <w:t xml:space="preserve"> </w:t>
      </w:r>
      <w:r w:rsidRPr="005117ED">
        <w:rPr>
          <w:rFonts w:cs="Sakkal Majalla"/>
          <w:color w:val="000000" w:themeColor="text1"/>
          <w:sz w:val="38"/>
          <w:szCs w:val="38"/>
          <w:rtl/>
        </w:rPr>
        <w:t>الأولى</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إعادة</w:t>
      </w:r>
      <w:r w:rsidRPr="005117ED">
        <w:rPr>
          <w:rFonts w:cs="Sakkal Majalla"/>
          <w:color w:val="000000" w:themeColor="text1"/>
          <w:sz w:val="38"/>
          <w:szCs w:val="38"/>
        </w:rPr>
        <w:t xml:space="preserve"> </w:t>
      </w:r>
      <w:r w:rsidRPr="005117ED">
        <w:rPr>
          <w:rFonts w:cs="Sakkal Majalla"/>
          <w:color w:val="000000" w:themeColor="text1"/>
          <w:sz w:val="38"/>
          <w:szCs w:val="38"/>
          <w:rtl/>
        </w:rPr>
        <w:t>اختبار</w:t>
      </w:r>
      <w:r w:rsidRPr="005117ED">
        <w:rPr>
          <w:rFonts w:cs="Sakkal Majalla"/>
          <w:color w:val="000000" w:themeColor="text1"/>
          <w:sz w:val="38"/>
          <w:szCs w:val="38"/>
        </w:rPr>
        <w:t xml:space="preserve"> </w:t>
      </w:r>
      <w:r w:rsidRPr="005117ED">
        <w:rPr>
          <w:rFonts w:cs="Sakkal Majalla"/>
          <w:color w:val="000000" w:themeColor="text1"/>
          <w:sz w:val="38"/>
          <w:szCs w:val="38"/>
          <w:rtl/>
        </w:rPr>
        <w:t>نموذج</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التحويلية</w:t>
      </w:r>
      <w:r w:rsidRPr="005117ED">
        <w:rPr>
          <w:rFonts w:cs="Sakkal Majalla"/>
          <w:color w:val="000000" w:themeColor="text1"/>
          <w:sz w:val="38"/>
          <w:szCs w:val="38"/>
        </w:rPr>
        <w:t xml:space="preserve"> </w:t>
      </w:r>
      <w:r w:rsidRPr="005117ED">
        <w:rPr>
          <w:rFonts w:cs="Sakkal Majalla"/>
          <w:color w:val="000000" w:themeColor="text1"/>
          <w:sz w:val="38"/>
          <w:szCs w:val="38"/>
          <w:rtl/>
        </w:rPr>
        <w:t>داخل</w:t>
      </w:r>
      <w:r w:rsidRPr="005117ED">
        <w:rPr>
          <w:rFonts w:cs="Sakkal Majalla"/>
          <w:color w:val="000000" w:themeColor="text1"/>
          <w:sz w:val="38"/>
          <w:szCs w:val="38"/>
        </w:rPr>
        <w:t xml:space="preserve"> </w:t>
      </w:r>
      <w:r w:rsidRPr="005117ED">
        <w:rPr>
          <w:rFonts w:cs="Sakkal Majalla"/>
          <w:color w:val="000000" w:themeColor="text1"/>
          <w:sz w:val="38"/>
          <w:szCs w:val="38"/>
          <w:rtl/>
        </w:rPr>
        <w:t>سياق</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المنشآت</w:t>
      </w:r>
      <w:r w:rsidRPr="005117ED">
        <w:rPr>
          <w:rFonts w:cs="Sakkal Majalla"/>
          <w:color w:val="000000" w:themeColor="text1"/>
          <w:sz w:val="38"/>
          <w:szCs w:val="38"/>
        </w:rPr>
        <w:t xml:space="preserve"> </w:t>
      </w:r>
      <w:r w:rsidRPr="005117ED">
        <w:rPr>
          <w:rFonts w:cs="Sakkal Majalla"/>
          <w:color w:val="000000" w:themeColor="text1"/>
          <w:sz w:val="38"/>
          <w:szCs w:val="38"/>
          <w:rtl/>
        </w:rPr>
        <w:t>الصغيرة</w:t>
      </w:r>
      <w:r w:rsidRPr="005117ED">
        <w:rPr>
          <w:rFonts w:cs="Sakkal Majalla"/>
          <w:color w:val="000000" w:themeColor="text1"/>
          <w:sz w:val="38"/>
          <w:szCs w:val="38"/>
        </w:rPr>
        <w:t xml:space="preserve"> </w:t>
      </w:r>
      <w:r w:rsidRPr="005117ED">
        <w:rPr>
          <w:rFonts w:cs="Sakkal Majalla"/>
          <w:color w:val="000000" w:themeColor="text1"/>
          <w:sz w:val="38"/>
          <w:szCs w:val="38"/>
          <w:rtl/>
        </w:rPr>
        <w:t>والمتوسطة</w:t>
      </w:r>
      <w:r w:rsidRPr="005117ED">
        <w:rPr>
          <w:rFonts w:cs="Sakkal Majalla"/>
          <w:color w:val="000000" w:themeColor="text1"/>
          <w:sz w:val="38"/>
          <w:szCs w:val="38"/>
        </w:rPr>
        <w:t xml:space="preserve"> </w:t>
      </w:r>
      <w:r w:rsidRPr="005117ED">
        <w:rPr>
          <w:rFonts w:cs="Sakkal Majalla"/>
          <w:color w:val="000000" w:themeColor="text1"/>
          <w:sz w:val="38"/>
          <w:szCs w:val="38"/>
          <w:rtl/>
        </w:rPr>
        <w:t>السعودية،</w:t>
      </w:r>
      <w:r w:rsidRPr="005117ED">
        <w:rPr>
          <w:rFonts w:cs="Sakkal Majalla"/>
          <w:color w:val="000000" w:themeColor="text1"/>
          <w:sz w:val="38"/>
          <w:szCs w:val="38"/>
        </w:rPr>
        <w:t xml:space="preserve"> </w:t>
      </w:r>
      <w:r w:rsidRPr="005117ED">
        <w:rPr>
          <w:rFonts w:cs="Sakkal Majalla"/>
          <w:color w:val="000000" w:themeColor="text1"/>
          <w:sz w:val="38"/>
          <w:szCs w:val="38"/>
          <w:rtl/>
        </w:rPr>
        <w:t>وهي</w:t>
      </w:r>
      <w:r w:rsidRPr="005117ED">
        <w:rPr>
          <w:rFonts w:cs="Sakkal Majalla"/>
          <w:color w:val="000000" w:themeColor="text1"/>
          <w:sz w:val="38"/>
          <w:szCs w:val="38"/>
        </w:rPr>
        <w:t xml:space="preserve"> </w:t>
      </w:r>
      <w:r w:rsidRPr="005117ED">
        <w:rPr>
          <w:rFonts w:cs="Sakkal Majalla"/>
          <w:color w:val="000000" w:themeColor="text1"/>
          <w:sz w:val="38"/>
          <w:szCs w:val="38"/>
          <w:rtl/>
        </w:rPr>
        <w:t>بيئة</w:t>
      </w:r>
      <w:r w:rsidRPr="005117ED">
        <w:rPr>
          <w:rFonts w:cs="Sakkal Majalla"/>
          <w:color w:val="000000" w:themeColor="text1"/>
          <w:sz w:val="38"/>
          <w:szCs w:val="38"/>
        </w:rPr>
        <w:t xml:space="preserve"> </w:t>
      </w:r>
      <w:r w:rsidRPr="005117ED">
        <w:rPr>
          <w:rFonts w:cs="Sakkal Majalla"/>
          <w:color w:val="000000" w:themeColor="text1"/>
          <w:sz w:val="38"/>
          <w:szCs w:val="38"/>
          <w:rtl/>
        </w:rPr>
        <w:t>تختلف</w:t>
      </w:r>
      <w:r w:rsidRPr="005117ED">
        <w:rPr>
          <w:rFonts w:cs="Sakkal Majalla"/>
          <w:color w:val="000000" w:themeColor="text1"/>
          <w:sz w:val="38"/>
          <w:szCs w:val="38"/>
        </w:rPr>
        <w:t xml:space="preserve"> </w:t>
      </w:r>
      <w:r w:rsidRPr="005117ED">
        <w:rPr>
          <w:rFonts w:cs="Sakkal Majalla"/>
          <w:color w:val="000000" w:themeColor="text1"/>
          <w:sz w:val="38"/>
          <w:szCs w:val="38"/>
          <w:rtl/>
        </w:rPr>
        <w:t>عن</w:t>
      </w:r>
      <w:r w:rsidRPr="005117ED">
        <w:rPr>
          <w:rFonts w:cs="Sakkal Majalla"/>
          <w:color w:val="000000" w:themeColor="text1"/>
          <w:sz w:val="38"/>
          <w:szCs w:val="38"/>
        </w:rPr>
        <w:t xml:space="preserve"> </w:t>
      </w:r>
      <w:r w:rsidRPr="005117ED">
        <w:rPr>
          <w:rFonts w:cs="Sakkal Majalla"/>
          <w:color w:val="000000" w:themeColor="text1"/>
          <w:sz w:val="38"/>
          <w:szCs w:val="38"/>
          <w:rtl/>
        </w:rPr>
        <w:t>المؤسسات</w:t>
      </w:r>
      <w:r w:rsidRPr="005117ED">
        <w:rPr>
          <w:rFonts w:cs="Sakkal Majalla"/>
          <w:color w:val="000000" w:themeColor="text1"/>
          <w:sz w:val="38"/>
          <w:szCs w:val="38"/>
        </w:rPr>
        <w:t xml:space="preserve"> </w:t>
      </w:r>
      <w:r w:rsidRPr="005117ED">
        <w:rPr>
          <w:rFonts w:cs="Sakkal Majalla"/>
          <w:color w:val="000000" w:themeColor="text1"/>
          <w:sz w:val="38"/>
          <w:szCs w:val="38"/>
          <w:rtl/>
        </w:rPr>
        <w:t>العامة</w:t>
      </w:r>
      <w:r w:rsidRPr="005117ED">
        <w:rPr>
          <w:rFonts w:cs="Sakkal Majalla"/>
          <w:color w:val="000000" w:themeColor="text1"/>
          <w:sz w:val="38"/>
          <w:szCs w:val="38"/>
        </w:rPr>
        <w:t xml:space="preserve"> </w:t>
      </w:r>
      <w:r w:rsidRPr="005117ED">
        <w:rPr>
          <w:rFonts w:cs="Sakkal Majalla"/>
          <w:color w:val="000000" w:themeColor="text1"/>
          <w:sz w:val="38"/>
          <w:szCs w:val="38"/>
          <w:rtl/>
        </w:rPr>
        <w:t>والجامعات</w:t>
      </w:r>
      <w:r w:rsidRPr="005117ED">
        <w:rPr>
          <w:rFonts w:cs="Sakkal Majalla"/>
          <w:color w:val="000000" w:themeColor="text1"/>
          <w:sz w:val="38"/>
          <w:szCs w:val="38"/>
        </w:rPr>
        <w:t xml:space="preserve"> </w:t>
      </w:r>
      <w:r w:rsidRPr="005117ED">
        <w:rPr>
          <w:rFonts w:cs="Sakkal Majalla"/>
          <w:color w:val="000000" w:themeColor="text1"/>
          <w:sz w:val="38"/>
          <w:szCs w:val="38"/>
          <w:rtl/>
        </w:rPr>
        <w:t>والشركات</w:t>
      </w:r>
      <w:r w:rsidRPr="005117ED">
        <w:rPr>
          <w:rFonts w:cs="Sakkal Majalla"/>
          <w:color w:val="000000" w:themeColor="text1"/>
          <w:sz w:val="38"/>
          <w:szCs w:val="38"/>
        </w:rPr>
        <w:t xml:space="preserve"> </w:t>
      </w:r>
      <w:r w:rsidRPr="005117ED">
        <w:rPr>
          <w:rFonts w:cs="Sakkal Majalla"/>
          <w:color w:val="000000" w:themeColor="text1"/>
          <w:sz w:val="38"/>
          <w:szCs w:val="38"/>
          <w:rtl/>
        </w:rPr>
        <w:t>الكبيرة</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حيث</w:t>
      </w:r>
      <w:r w:rsidRPr="005117ED">
        <w:rPr>
          <w:rFonts w:cs="Sakkal Majalla"/>
          <w:color w:val="000000" w:themeColor="text1"/>
          <w:sz w:val="38"/>
          <w:szCs w:val="38"/>
        </w:rPr>
        <w:t xml:space="preserve"> </w:t>
      </w:r>
      <w:r w:rsidRPr="005117ED">
        <w:rPr>
          <w:rFonts w:cs="Sakkal Majalla"/>
          <w:color w:val="000000" w:themeColor="text1"/>
          <w:sz w:val="38"/>
          <w:szCs w:val="38"/>
          <w:rtl/>
        </w:rPr>
        <w:t>المركزية</w:t>
      </w:r>
      <w:r w:rsidRPr="005117ED">
        <w:rPr>
          <w:rFonts w:cs="Sakkal Majalla"/>
          <w:color w:val="000000" w:themeColor="text1"/>
          <w:sz w:val="38"/>
          <w:szCs w:val="38"/>
        </w:rPr>
        <w:t xml:space="preserve"> </w:t>
      </w:r>
      <w:r w:rsidRPr="005117ED">
        <w:rPr>
          <w:rFonts w:cs="Sakkal Majalla"/>
          <w:color w:val="000000" w:themeColor="text1"/>
          <w:sz w:val="38"/>
          <w:szCs w:val="38"/>
          <w:rtl/>
        </w:rPr>
        <w:t>والموارد</w:t>
      </w:r>
      <w:r w:rsidRPr="005117ED">
        <w:rPr>
          <w:rFonts w:cs="Sakkal Majalla"/>
          <w:color w:val="000000" w:themeColor="text1"/>
          <w:sz w:val="38"/>
          <w:szCs w:val="38"/>
        </w:rPr>
        <w:t xml:space="preserve"> </w:t>
      </w:r>
      <w:r w:rsidRPr="005117ED">
        <w:rPr>
          <w:rFonts w:cs="Sakkal Majalla"/>
          <w:color w:val="000000" w:themeColor="text1"/>
          <w:sz w:val="38"/>
          <w:szCs w:val="38"/>
          <w:rtl/>
        </w:rPr>
        <w:t>وقرب</w:t>
      </w:r>
      <w:r w:rsidRPr="005117ED">
        <w:rPr>
          <w:rFonts w:cs="Sakkal Majalla"/>
          <w:color w:val="000000" w:themeColor="text1"/>
          <w:sz w:val="38"/>
          <w:szCs w:val="38"/>
        </w:rPr>
        <w:t xml:space="preserve"> </w:t>
      </w:r>
      <w:r w:rsidRPr="005117ED">
        <w:rPr>
          <w:rFonts w:cs="Sakkal Majalla"/>
          <w:color w:val="000000" w:themeColor="text1"/>
          <w:sz w:val="38"/>
          <w:szCs w:val="38"/>
          <w:rtl/>
        </w:rPr>
        <w:t>القائد</w:t>
      </w:r>
      <w:r w:rsidRPr="005117ED">
        <w:rPr>
          <w:rFonts w:cs="Sakkal Majalla"/>
          <w:color w:val="000000" w:themeColor="text1"/>
          <w:sz w:val="38"/>
          <w:szCs w:val="38"/>
        </w:rPr>
        <w:t xml:space="preserve">. </w:t>
      </w:r>
      <w:r w:rsidRPr="005117ED">
        <w:rPr>
          <w:rFonts w:cs="Sakkal Majalla"/>
          <w:color w:val="000000" w:themeColor="text1"/>
          <w:sz w:val="38"/>
          <w:szCs w:val="38"/>
          <w:rtl/>
        </w:rPr>
        <w:t>وتدعم</w:t>
      </w:r>
      <w:r w:rsidRPr="005117ED">
        <w:rPr>
          <w:rFonts w:cs="Sakkal Majalla"/>
          <w:color w:val="000000" w:themeColor="text1"/>
          <w:sz w:val="38"/>
          <w:szCs w:val="38"/>
        </w:rPr>
        <w:t xml:space="preserve"> </w:t>
      </w:r>
      <w:r w:rsidRPr="005117ED">
        <w:rPr>
          <w:rFonts w:cs="Sakkal Majalla"/>
          <w:color w:val="000000" w:themeColor="text1"/>
          <w:sz w:val="38"/>
          <w:szCs w:val="38"/>
          <w:rtl/>
        </w:rPr>
        <w:t>النتائج</w:t>
      </w:r>
      <w:r w:rsidRPr="005117ED">
        <w:rPr>
          <w:rFonts w:cs="Sakkal Majalla"/>
          <w:color w:val="000000" w:themeColor="text1"/>
          <w:sz w:val="38"/>
          <w:szCs w:val="38"/>
        </w:rPr>
        <w:t xml:space="preserve"> </w:t>
      </w:r>
      <w:r w:rsidRPr="005117ED">
        <w:rPr>
          <w:rFonts w:cs="Sakkal Majalla"/>
          <w:color w:val="000000" w:themeColor="text1"/>
          <w:sz w:val="38"/>
          <w:szCs w:val="38"/>
          <w:rtl/>
        </w:rPr>
        <w:t>المتوقعة</w:t>
      </w:r>
      <w:r w:rsidRPr="005117ED">
        <w:rPr>
          <w:rFonts w:cs="Sakkal Majalla"/>
          <w:color w:val="000000" w:themeColor="text1"/>
          <w:sz w:val="38"/>
          <w:szCs w:val="38"/>
        </w:rPr>
        <w:t xml:space="preserve"> </w:t>
      </w:r>
      <w:r w:rsidRPr="005117ED">
        <w:rPr>
          <w:rFonts w:cs="Sakkal Majalla"/>
          <w:color w:val="000000" w:themeColor="text1"/>
          <w:sz w:val="38"/>
          <w:szCs w:val="38"/>
          <w:rtl/>
        </w:rPr>
        <w:t>صلاحية</w:t>
      </w:r>
      <w:r w:rsidRPr="005117ED">
        <w:rPr>
          <w:rFonts w:cs="Sakkal Majalla"/>
          <w:color w:val="000000" w:themeColor="text1"/>
          <w:sz w:val="38"/>
          <w:szCs w:val="38"/>
        </w:rPr>
        <w:t xml:space="preserve"> </w:t>
      </w:r>
      <w:r w:rsidRPr="005117ED">
        <w:rPr>
          <w:rFonts w:cs="Sakkal Majalla"/>
          <w:color w:val="000000" w:themeColor="text1"/>
          <w:sz w:val="38"/>
          <w:szCs w:val="38"/>
          <w:rtl/>
        </w:rPr>
        <w:t>الاتجاه</w:t>
      </w:r>
      <w:r w:rsidRPr="005117ED">
        <w:rPr>
          <w:rFonts w:cs="Sakkal Majalla"/>
          <w:color w:val="000000" w:themeColor="text1"/>
          <w:sz w:val="38"/>
          <w:szCs w:val="38"/>
        </w:rPr>
        <w:t xml:space="preserve"> </w:t>
      </w:r>
      <w:r w:rsidRPr="005117ED">
        <w:rPr>
          <w:rFonts w:cs="Sakkal Majalla"/>
          <w:color w:val="000000" w:themeColor="text1"/>
          <w:sz w:val="38"/>
          <w:szCs w:val="38"/>
          <w:rtl/>
        </w:rPr>
        <w:t>العام</w:t>
      </w:r>
      <w:r w:rsidRPr="005117ED">
        <w:rPr>
          <w:rFonts w:cs="Sakkal Majalla"/>
          <w:color w:val="000000" w:themeColor="text1"/>
          <w:sz w:val="38"/>
          <w:szCs w:val="38"/>
        </w:rPr>
        <w:t xml:space="preserve"> </w:t>
      </w:r>
      <w:r w:rsidRPr="005117ED">
        <w:rPr>
          <w:rFonts w:cs="Sakkal Majalla"/>
          <w:color w:val="000000" w:themeColor="text1"/>
          <w:sz w:val="38"/>
          <w:szCs w:val="38"/>
          <w:rtl/>
        </w:rPr>
        <w:t>للنظرية،</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إبراز</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الاستثارة</w:t>
      </w:r>
      <w:r w:rsidRPr="005117ED">
        <w:rPr>
          <w:rFonts w:cs="Sakkal Majalla"/>
          <w:color w:val="000000" w:themeColor="text1"/>
          <w:sz w:val="38"/>
          <w:szCs w:val="38"/>
        </w:rPr>
        <w:t xml:space="preserve"> </w:t>
      </w:r>
      <w:r w:rsidRPr="005117ED">
        <w:rPr>
          <w:rFonts w:cs="Sakkal Majalla"/>
          <w:color w:val="000000" w:themeColor="text1"/>
          <w:sz w:val="38"/>
          <w:szCs w:val="38"/>
          <w:rtl/>
        </w:rPr>
        <w:t>الفكرية</w:t>
      </w:r>
      <w:r w:rsidRPr="005117ED">
        <w:rPr>
          <w:rFonts w:cs="Sakkal Majalla"/>
          <w:color w:val="000000" w:themeColor="text1"/>
          <w:sz w:val="38"/>
          <w:szCs w:val="38"/>
        </w:rPr>
        <w:t xml:space="preserve"> </w:t>
      </w:r>
      <w:r w:rsidRPr="005117ED">
        <w:rPr>
          <w:rFonts w:cs="Sakkal Majalla"/>
          <w:color w:val="000000" w:themeColor="text1"/>
          <w:sz w:val="38"/>
          <w:szCs w:val="38"/>
          <w:rtl/>
        </w:rPr>
        <w:t>تمثل</w:t>
      </w:r>
      <w:r w:rsidRPr="005117ED">
        <w:rPr>
          <w:rFonts w:cs="Sakkal Majalla"/>
          <w:color w:val="000000" w:themeColor="text1"/>
          <w:sz w:val="38"/>
          <w:szCs w:val="38"/>
        </w:rPr>
        <w:t xml:space="preserve"> </w:t>
      </w:r>
      <w:r w:rsidRPr="005117ED">
        <w:rPr>
          <w:rFonts w:cs="Sakkal Majalla"/>
          <w:color w:val="000000" w:themeColor="text1"/>
          <w:sz w:val="38"/>
          <w:szCs w:val="38"/>
          <w:rtl/>
        </w:rPr>
        <w:t>حلقة</w:t>
      </w:r>
      <w:r w:rsidRPr="005117ED">
        <w:rPr>
          <w:rFonts w:cs="Sakkal Majalla"/>
          <w:color w:val="000000" w:themeColor="text1"/>
          <w:sz w:val="38"/>
          <w:szCs w:val="38"/>
        </w:rPr>
        <w:t xml:space="preserve"> </w:t>
      </w:r>
      <w:r w:rsidRPr="005117ED">
        <w:rPr>
          <w:rFonts w:cs="Sakkal Majalla"/>
          <w:color w:val="000000" w:themeColor="text1"/>
          <w:sz w:val="38"/>
          <w:szCs w:val="38"/>
          <w:rtl/>
        </w:rPr>
        <w:t>أكثر</w:t>
      </w:r>
      <w:r w:rsidRPr="005117ED">
        <w:rPr>
          <w:rFonts w:cs="Sakkal Majalla"/>
          <w:color w:val="000000" w:themeColor="text1"/>
          <w:sz w:val="38"/>
          <w:szCs w:val="38"/>
        </w:rPr>
        <w:t xml:space="preserve"> </w:t>
      </w:r>
      <w:r w:rsidRPr="005117ED">
        <w:rPr>
          <w:rFonts w:cs="Sakkal Majalla"/>
          <w:color w:val="000000" w:themeColor="text1"/>
          <w:sz w:val="38"/>
          <w:szCs w:val="38"/>
          <w:rtl/>
        </w:rPr>
        <w:t>مباشرة</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وأن</w:t>
      </w:r>
      <w:r w:rsidRPr="005117ED">
        <w:rPr>
          <w:rFonts w:cs="Sakkal Majalla"/>
          <w:color w:val="000000" w:themeColor="text1"/>
          <w:sz w:val="38"/>
          <w:szCs w:val="38"/>
        </w:rPr>
        <w:t xml:space="preserve"> </w:t>
      </w:r>
      <w:r w:rsidRPr="005117ED">
        <w:rPr>
          <w:rFonts w:cs="Sakkal Majalla"/>
          <w:color w:val="000000" w:themeColor="text1"/>
          <w:sz w:val="38"/>
          <w:szCs w:val="38"/>
          <w:rtl/>
        </w:rPr>
        <w:t>الاعتبار</w:t>
      </w:r>
      <w:r w:rsidRPr="005117ED">
        <w:rPr>
          <w:rFonts w:cs="Sakkal Majalla"/>
          <w:color w:val="000000" w:themeColor="text1"/>
          <w:sz w:val="38"/>
          <w:szCs w:val="38"/>
        </w:rPr>
        <w:t xml:space="preserve"> </w:t>
      </w:r>
      <w:r w:rsidRPr="005117ED">
        <w:rPr>
          <w:rFonts w:cs="Sakkal Majalla"/>
          <w:color w:val="000000" w:themeColor="text1"/>
          <w:sz w:val="38"/>
          <w:szCs w:val="38"/>
          <w:rtl/>
        </w:rPr>
        <w:t>الفردي</w:t>
      </w:r>
      <w:r w:rsidRPr="005117ED">
        <w:rPr>
          <w:rFonts w:cs="Sakkal Majalla"/>
          <w:color w:val="000000" w:themeColor="text1"/>
          <w:sz w:val="38"/>
          <w:szCs w:val="38"/>
        </w:rPr>
        <w:t xml:space="preserve"> </w:t>
      </w:r>
      <w:r w:rsidRPr="005117ED">
        <w:rPr>
          <w:rFonts w:cs="Sakkal Majalla"/>
          <w:color w:val="000000" w:themeColor="text1"/>
          <w:sz w:val="38"/>
          <w:szCs w:val="38"/>
          <w:rtl/>
        </w:rPr>
        <w:t>يظل</w:t>
      </w:r>
      <w:r w:rsidRPr="005117ED">
        <w:rPr>
          <w:rFonts w:cs="Sakkal Majalla"/>
          <w:color w:val="000000" w:themeColor="text1"/>
          <w:sz w:val="38"/>
          <w:szCs w:val="38"/>
        </w:rPr>
        <w:t xml:space="preserve"> </w:t>
      </w:r>
      <w:r w:rsidRPr="005117ED">
        <w:rPr>
          <w:rFonts w:cs="Sakkal Majalla"/>
          <w:color w:val="000000" w:themeColor="text1"/>
          <w:sz w:val="38"/>
          <w:szCs w:val="38"/>
          <w:rtl/>
        </w:rPr>
        <w:t>مكونًا</w:t>
      </w:r>
      <w:r w:rsidRPr="005117ED">
        <w:rPr>
          <w:rFonts w:cs="Sakkal Majalla"/>
          <w:color w:val="000000" w:themeColor="text1"/>
          <w:sz w:val="38"/>
          <w:szCs w:val="38"/>
        </w:rPr>
        <w:t xml:space="preserve"> </w:t>
      </w:r>
      <w:r w:rsidRPr="005117ED">
        <w:rPr>
          <w:rFonts w:cs="Sakkal Majalla"/>
          <w:color w:val="000000" w:themeColor="text1"/>
          <w:sz w:val="38"/>
          <w:szCs w:val="38"/>
          <w:rtl/>
        </w:rPr>
        <w:t>ضروريًا</w:t>
      </w:r>
      <w:r w:rsidRPr="005117ED">
        <w:rPr>
          <w:rFonts w:cs="Sakkal Majalla"/>
          <w:color w:val="000000" w:themeColor="text1"/>
          <w:sz w:val="38"/>
          <w:szCs w:val="38"/>
        </w:rPr>
        <w:t xml:space="preserve"> </w:t>
      </w:r>
      <w:r w:rsidRPr="005117ED">
        <w:rPr>
          <w:rFonts w:cs="Sakkal Majalla"/>
          <w:color w:val="000000" w:themeColor="text1"/>
          <w:sz w:val="38"/>
          <w:szCs w:val="38"/>
          <w:rtl/>
        </w:rPr>
        <w:t>لبناء</w:t>
      </w:r>
      <w:r w:rsidRPr="005117ED">
        <w:rPr>
          <w:rFonts w:cs="Sakkal Majalla"/>
          <w:color w:val="000000" w:themeColor="text1"/>
          <w:sz w:val="38"/>
          <w:szCs w:val="38"/>
        </w:rPr>
        <w:t xml:space="preserve"> </w:t>
      </w:r>
      <w:r w:rsidRPr="005117ED">
        <w:rPr>
          <w:rFonts w:cs="Sakkal Majalla"/>
          <w:color w:val="000000" w:themeColor="text1"/>
          <w:sz w:val="38"/>
          <w:szCs w:val="38"/>
          <w:rtl/>
        </w:rPr>
        <w:t>القدرة</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المدى</w:t>
      </w:r>
      <w:r w:rsidRPr="005117ED">
        <w:rPr>
          <w:rFonts w:cs="Sakkal Majalla"/>
          <w:color w:val="000000" w:themeColor="text1"/>
          <w:sz w:val="38"/>
          <w:szCs w:val="38"/>
        </w:rPr>
        <w:t xml:space="preserve"> </w:t>
      </w:r>
      <w:r w:rsidRPr="005117ED">
        <w:rPr>
          <w:rFonts w:cs="Sakkal Majalla"/>
          <w:color w:val="000000" w:themeColor="text1"/>
          <w:sz w:val="38"/>
          <w:szCs w:val="38"/>
          <w:rtl/>
        </w:rPr>
        <w:t>الأطول</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وتتمثل</w:t>
      </w:r>
      <w:r w:rsidRPr="005117ED">
        <w:rPr>
          <w:rFonts w:cs="Sakkal Majalla"/>
          <w:color w:val="000000" w:themeColor="text1"/>
          <w:sz w:val="38"/>
          <w:szCs w:val="38"/>
        </w:rPr>
        <w:t xml:space="preserve"> </w:t>
      </w:r>
      <w:r w:rsidRPr="005117ED">
        <w:rPr>
          <w:rFonts w:cs="Sakkal Majalla"/>
          <w:color w:val="000000" w:themeColor="text1"/>
          <w:sz w:val="38"/>
          <w:szCs w:val="38"/>
          <w:rtl/>
        </w:rPr>
        <w:t>الإضافة</w:t>
      </w:r>
      <w:r w:rsidRPr="005117ED">
        <w:rPr>
          <w:rFonts w:cs="Sakkal Majalla"/>
          <w:color w:val="000000" w:themeColor="text1"/>
          <w:sz w:val="38"/>
          <w:szCs w:val="38"/>
        </w:rPr>
        <w:t xml:space="preserve"> </w:t>
      </w:r>
      <w:proofErr w:type="spellStart"/>
      <w:r w:rsidRPr="005117ED">
        <w:rPr>
          <w:rFonts w:cs="Sakkal Majalla"/>
          <w:color w:val="000000" w:themeColor="text1"/>
          <w:sz w:val="38"/>
          <w:szCs w:val="38"/>
          <w:rtl/>
        </w:rPr>
        <w:t>المفاهيمية</w:t>
      </w:r>
      <w:proofErr w:type="spellEnd"/>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قياس</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بخمسة</w:t>
      </w:r>
      <w:r w:rsidRPr="005117ED">
        <w:rPr>
          <w:rFonts w:cs="Sakkal Majalla"/>
          <w:color w:val="000000" w:themeColor="text1"/>
          <w:sz w:val="38"/>
          <w:szCs w:val="38"/>
        </w:rPr>
        <w:t xml:space="preserve"> </w:t>
      </w:r>
      <w:r w:rsidRPr="005117ED">
        <w:rPr>
          <w:rFonts w:cs="Sakkal Majalla"/>
          <w:color w:val="000000" w:themeColor="text1"/>
          <w:sz w:val="38"/>
          <w:szCs w:val="38"/>
          <w:rtl/>
        </w:rPr>
        <w:t>أبعاد</w:t>
      </w:r>
      <w:r w:rsidRPr="005117ED">
        <w:rPr>
          <w:rFonts w:cs="Sakkal Majalla"/>
          <w:color w:val="000000" w:themeColor="text1"/>
          <w:sz w:val="38"/>
          <w:szCs w:val="38"/>
        </w:rPr>
        <w:t xml:space="preserve"> </w:t>
      </w:r>
      <w:r w:rsidRPr="005117ED">
        <w:rPr>
          <w:rFonts w:cs="Sakkal Majalla"/>
          <w:color w:val="000000" w:themeColor="text1"/>
          <w:sz w:val="38"/>
          <w:szCs w:val="38"/>
          <w:rtl/>
        </w:rPr>
        <w:t>تربط</w:t>
      </w:r>
      <w:r w:rsidRPr="005117ED">
        <w:rPr>
          <w:rFonts w:cs="Sakkal Majalla"/>
          <w:color w:val="000000" w:themeColor="text1"/>
          <w:sz w:val="38"/>
          <w:szCs w:val="38"/>
        </w:rPr>
        <w:t xml:space="preserve"> </w:t>
      </w:r>
      <w:r w:rsidRPr="005117ED">
        <w:rPr>
          <w:rFonts w:cs="Sakkal Majalla"/>
          <w:color w:val="000000" w:themeColor="text1"/>
          <w:sz w:val="38"/>
          <w:szCs w:val="38"/>
          <w:rtl/>
        </w:rPr>
        <w:t>توليد</w:t>
      </w:r>
      <w:r w:rsidRPr="005117ED">
        <w:rPr>
          <w:rFonts w:cs="Sakkal Majalla"/>
          <w:color w:val="000000" w:themeColor="text1"/>
          <w:sz w:val="38"/>
          <w:szCs w:val="38"/>
        </w:rPr>
        <w:t xml:space="preserve"> </w:t>
      </w:r>
      <w:r w:rsidRPr="005117ED">
        <w:rPr>
          <w:rFonts w:cs="Sakkal Majalla"/>
          <w:color w:val="000000" w:themeColor="text1"/>
          <w:sz w:val="38"/>
          <w:szCs w:val="38"/>
          <w:rtl/>
        </w:rPr>
        <w:t>الفكرة</w:t>
      </w:r>
      <w:r w:rsidRPr="005117ED">
        <w:rPr>
          <w:rFonts w:cs="Sakkal Majalla"/>
          <w:color w:val="000000" w:themeColor="text1"/>
          <w:sz w:val="38"/>
          <w:szCs w:val="38"/>
        </w:rPr>
        <w:t xml:space="preserve"> </w:t>
      </w:r>
      <w:r w:rsidRPr="005117ED">
        <w:rPr>
          <w:rFonts w:cs="Sakkal Majalla"/>
          <w:color w:val="000000" w:themeColor="text1"/>
          <w:sz w:val="38"/>
          <w:szCs w:val="38"/>
          <w:rtl/>
        </w:rPr>
        <w:t>بالأصالة</w:t>
      </w:r>
      <w:r w:rsidRPr="005117ED">
        <w:rPr>
          <w:rFonts w:cs="Sakkal Majalla"/>
          <w:color w:val="000000" w:themeColor="text1"/>
          <w:sz w:val="38"/>
          <w:szCs w:val="38"/>
        </w:rPr>
        <w:t xml:space="preserve"> </w:t>
      </w:r>
      <w:r w:rsidRPr="005117ED">
        <w:rPr>
          <w:rFonts w:cs="Sakkal Majalla"/>
          <w:color w:val="000000" w:themeColor="text1"/>
          <w:sz w:val="38"/>
          <w:szCs w:val="38"/>
          <w:rtl/>
        </w:rPr>
        <w:t>والمرونة</w:t>
      </w:r>
      <w:r w:rsidRPr="005117ED">
        <w:rPr>
          <w:rFonts w:cs="Sakkal Majalla"/>
          <w:color w:val="000000" w:themeColor="text1"/>
          <w:sz w:val="38"/>
          <w:szCs w:val="38"/>
        </w:rPr>
        <w:t xml:space="preserve"> </w:t>
      </w:r>
      <w:r w:rsidRPr="005117ED">
        <w:rPr>
          <w:rFonts w:cs="Sakkal Majalla"/>
          <w:color w:val="000000" w:themeColor="text1"/>
          <w:sz w:val="38"/>
          <w:szCs w:val="38"/>
          <w:rtl/>
        </w:rPr>
        <w:t>والمبادرة</w:t>
      </w:r>
      <w:r w:rsidRPr="005117ED">
        <w:rPr>
          <w:rFonts w:cs="Sakkal Majalla"/>
          <w:color w:val="000000" w:themeColor="text1"/>
          <w:sz w:val="38"/>
          <w:szCs w:val="38"/>
        </w:rPr>
        <w:t xml:space="preserve"> </w:t>
      </w:r>
      <w:r w:rsidRPr="005117ED">
        <w:rPr>
          <w:rFonts w:cs="Sakkal Majalla"/>
          <w:color w:val="000000" w:themeColor="text1"/>
          <w:sz w:val="38"/>
          <w:szCs w:val="38"/>
          <w:rtl/>
        </w:rPr>
        <w:t>والتبني</w:t>
      </w:r>
      <w:r w:rsidRPr="005117ED">
        <w:rPr>
          <w:rFonts w:cs="Sakkal Majalla"/>
          <w:color w:val="000000" w:themeColor="text1"/>
          <w:sz w:val="38"/>
          <w:szCs w:val="38"/>
        </w:rPr>
        <w:t xml:space="preserve">. </w:t>
      </w:r>
      <w:r w:rsidRPr="005117ED">
        <w:rPr>
          <w:rFonts w:cs="Sakkal Majalla"/>
          <w:color w:val="000000" w:themeColor="text1"/>
          <w:sz w:val="38"/>
          <w:szCs w:val="38"/>
          <w:rtl/>
        </w:rPr>
        <w:t>ويسمح</w:t>
      </w:r>
      <w:r w:rsidRPr="005117ED">
        <w:rPr>
          <w:rFonts w:cs="Sakkal Majalla"/>
          <w:color w:val="000000" w:themeColor="text1"/>
          <w:sz w:val="38"/>
          <w:szCs w:val="38"/>
        </w:rPr>
        <w:t xml:space="preserve"> </w:t>
      </w:r>
      <w:r w:rsidRPr="005117ED">
        <w:rPr>
          <w:rFonts w:cs="Sakkal Majalla"/>
          <w:color w:val="000000" w:themeColor="text1"/>
          <w:sz w:val="38"/>
          <w:szCs w:val="38"/>
          <w:rtl/>
        </w:rPr>
        <w:t>هذا</w:t>
      </w:r>
      <w:r w:rsidRPr="005117ED">
        <w:rPr>
          <w:rFonts w:cs="Sakkal Majalla"/>
          <w:color w:val="000000" w:themeColor="text1"/>
          <w:sz w:val="38"/>
          <w:szCs w:val="38"/>
        </w:rPr>
        <w:t xml:space="preserve"> </w:t>
      </w:r>
      <w:r w:rsidRPr="005117ED">
        <w:rPr>
          <w:rFonts w:cs="Sakkal Majalla"/>
          <w:color w:val="000000" w:themeColor="text1"/>
          <w:sz w:val="38"/>
          <w:szCs w:val="38"/>
          <w:rtl/>
        </w:rPr>
        <w:t>التفكيك</w:t>
      </w:r>
      <w:r w:rsidRPr="005117ED">
        <w:rPr>
          <w:rFonts w:cs="Sakkal Majalla"/>
          <w:color w:val="000000" w:themeColor="text1"/>
          <w:sz w:val="38"/>
          <w:szCs w:val="38"/>
        </w:rPr>
        <w:t xml:space="preserve"> </w:t>
      </w:r>
      <w:r w:rsidRPr="005117ED">
        <w:rPr>
          <w:rFonts w:cs="Sakkal Majalla"/>
          <w:color w:val="000000" w:themeColor="text1"/>
          <w:sz w:val="38"/>
          <w:szCs w:val="38"/>
          <w:rtl/>
        </w:rPr>
        <w:t>بالكشف</w:t>
      </w:r>
      <w:r w:rsidRPr="005117ED">
        <w:rPr>
          <w:rFonts w:cs="Sakkal Majalla"/>
          <w:color w:val="000000" w:themeColor="text1"/>
          <w:sz w:val="38"/>
          <w:szCs w:val="38"/>
        </w:rPr>
        <w:t xml:space="preserve"> </w:t>
      </w:r>
      <w:r w:rsidRPr="005117ED">
        <w:rPr>
          <w:rFonts w:cs="Sakkal Majalla"/>
          <w:color w:val="000000" w:themeColor="text1"/>
          <w:sz w:val="38"/>
          <w:szCs w:val="38"/>
          <w:rtl/>
        </w:rPr>
        <w:t>عن</w:t>
      </w:r>
      <w:r w:rsidRPr="005117ED">
        <w:rPr>
          <w:rFonts w:cs="Sakkal Majalla"/>
          <w:color w:val="000000" w:themeColor="text1"/>
          <w:sz w:val="38"/>
          <w:szCs w:val="38"/>
        </w:rPr>
        <w:t xml:space="preserve"> </w:t>
      </w:r>
      <w:r w:rsidRPr="005117ED">
        <w:rPr>
          <w:rFonts w:cs="Sakkal Majalla"/>
          <w:color w:val="000000" w:themeColor="text1"/>
          <w:sz w:val="38"/>
          <w:szCs w:val="38"/>
          <w:rtl/>
        </w:rPr>
        <w:t>فجوة</w:t>
      </w:r>
      <w:r w:rsidRPr="005117ED">
        <w:rPr>
          <w:rFonts w:cs="Sakkal Majalla"/>
          <w:color w:val="000000" w:themeColor="text1"/>
          <w:sz w:val="38"/>
          <w:szCs w:val="38"/>
        </w:rPr>
        <w:t xml:space="preserve"> </w:t>
      </w:r>
      <w:r w:rsidRPr="005117ED">
        <w:rPr>
          <w:rFonts w:cs="Sakkal Majalla"/>
          <w:color w:val="000000" w:themeColor="text1"/>
          <w:sz w:val="38"/>
          <w:szCs w:val="38"/>
          <w:rtl/>
        </w:rPr>
        <w:t>التنفيذ</w:t>
      </w:r>
      <w:r w:rsidRPr="005117ED">
        <w:rPr>
          <w:rFonts w:cs="Sakkal Majalla"/>
          <w:color w:val="000000" w:themeColor="text1"/>
          <w:sz w:val="38"/>
          <w:szCs w:val="38"/>
        </w:rPr>
        <w:t xml:space="preserve"> </w:t>
      </w:r>
      <w:r w:rsidRPr="005117ED">
        <w:rPr>
          <w:rFonts w:cs="Sakkal Majalla"/>
          <w:color w:val="000000" w:themeColor="text1"/>
          <w:sz w:val="38"/>
          <w:szCs w:val="38"/>
          <w:rtl/>
        </w:rPr>
        <w:t>بدل</w:t>
      </w:r>
      <w:r w:rsidRPr="005117ED">
        <w:rPr>
          <w:rFonts w:cs="Sakkal Majalla"/>
          <w:color w:val="000000" w:themeColor="text1"/>
          <w:sz w:val="38"/>
          <w:szCs w:val="38"/>
        </w:rPr>
        <w:t xml:space="preserve"> </w:t>
      </w:r>
      <w:r w:rsidRPr="005117ED">
        <w:rPr>
          <w:rFonts w:cs="Sakkal Majalla"/>
          <w:color w:val="000000" w:themeColor="text1"/>
          <w:sz w:val="38"/>
          <w:szCs w:val="38"/>
          <w:rtl/>
        </w:rPr>
        <w:t>إخفائها</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متوسط</w:t>
      </w:r>
      <w:r w:rsidRPr="005117ED">
        <w:rPr>
          <w:rFonts w:cs="Sakkal Majalla"/>
          <w:color w:val="000000" w:themeColor="text1"/>
          <w:sz w:val="38"/>
          <w:szCs w:val="38"/>
        </w:rPr>
        <w:t xml:space="preserve"> </w:t>
      </w:r>
      <w:r w:rsidRPr="005117ED">
        <w:rPr>
          <w:rFonts w:cs="Sakkal Majalla"/>
          <w:color w:val="000000" w:themeColor="text1"/>
          <w:sz w:val="38"/>
          <w:szCs w:val="38"/>
          <w:rtl/>
        </w:rPr>
        <w:t>عام</w:t>
      </w:r>
      <w:r w:rsidRPr="005117ED">
        <w:rPr>
          <w:rFonts w:cs="Sakkal Majalla"/>
          <w:color w:val="000000" w:themeColor="text1"/>
          <w:sz w:val="38"/>
          <w:szCs w:val="38"/>
        </w:rPr>
        <w:t xml:space="preserve">. </w:t>
      </w:r>
      <w:r w:rsidRPr="005117ED">
        <w:rPr>
          <w:rFonts w:cs="Sakkal Majalla"/>
          <w:color w:val="000000" w:themeColor="text1"/>
          <w:sz w:val="38"/>
          <w:szCs w:val="38"/>
          <w:rtl/>
        </w:rPr>
        <w:t>كما</w:t>
      </w:r>
      <w:r w:rsidRPr="005117ED">
        <w:rPr>
          <w:rFonts w:cs="Sakkal Majalla"/>
          <w:color w:val="000000" w:themeColor="text1"/>
          <w:sz w:val="38"/>
          <w:szCs w:val="38"/>
        </w:rPr>
        <w:t xml:space="preserve"> </w:t>
      </w:r>
      <w:r w:rsidRPr="005117ED">
        <w:rPr>
          <w:rFonts w:cs="Sakkal Majalla"/>
          <w:color w:val="000000" w:themeColor="text1"/>
          <w:sz w:val="38"/>
          <w:szCs w:val="38"/>
          <w:rtl/>
        </w:rPr>
        <w:t>يوضح</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التنظيمي</w:t>
      </w:r>
      <w:r w:rsidRPr="005117ED">
        <w:rPr>
          <w:rFonts w:cs="Sakkal Majalla"/>
          <w:color w:val="000000" w:themeColor="text1"/>
          <w:sz w:val="38"/>
          <w:szCs w:val="38"/>
        </w:rPr>
        <w:t xml:space="preserve"> </w:t>
      </w:r>
      <w:r w:rsidRPr="005117ED">
        <w:rPr>
          <w:rFonts w:cs="Sakkal Majalla"/>
          <w:color w:val="000000" w:themeColor="text1"/>
          <w:sz w:val="38"/>
          <w:szCs w:val="38"/>
          <w:rtl/>
        </w:rPr>
        <w:t>ليس</w:t>
      </w:r>
      <w:r w:rsidRPr="005117ED">
        <w:rPr>
          <w:rFonts w:cs="Sakkal Majalla"/>
          <w:color w:val="000000" w:themeColor="text1"/>
          <w:sz w:val="38"/>
          <w:szCs w:val="38"/>
        </w:rPr>
        <w:t xml:space="preserve"> </w:t>
      </w:r>
      <w:r w:rsidRPr="005117ED">
        <w:rPr>
          <w:rFonts w:cs="Sakkal Majalla"/>
          <w:color w:val="000000" w:themeColor="text1"/>
          <w:sz w:val="38"/>
          <w:szCs w:val="38"/>
          <w:rtl/>
        </w:rPr>
        <w:t>نشاطًا</w:t>
      </w:r>
      <w:r w:rsidRPr="005117ED">
        <w:rPr>
          <w:rFonts w:cs="Sakkal Majalla"/>
          <w:color w:val="000000" w:themeColor="text1"/>
          <w:sz w:val="38"/>
          <w:szCs w:val="38"/>
        </w:rPr>
        <w:t xml:space="preserve"> </w:t>
      </w:r>
      <w:r w:rsidRPr="005117ED">
        <w:rPr>
          <w:rFonts w:cs="Sakkal Majalla"/>
          <w:color w:val="000000" w:themeColor="text1"/>
          <w:sz w:val="38"/>
          <w:szCs w:val="38"/>
          <w:rtl/>
        </w:rPr>
        <w:t>ذهنيًا</w:t>
      </w:r>
      <w:r w:rsidRPr="005117ED">
        <w:rPr>
          <w:rFonts w:cs="Sakkal Majalla"/>
          <w:color w:val="000000" w:themeColor="text1"/>
          <w:sz w:val="38"/>
          <w:szCs w:val="38"/>
        </w:rPr>
        <w:t xml:space="preserve"> </w:t>
      </w:r>
      <w:r w:rsidRPr="005117ED">
        <w:rPr>
          <w:rFonts w:cs="Sakkal Majalla"/>
          <w:color w:val="000000" w:themeColor="text1"/>
          <w:sz w:val="38"/>
          <w:szCs w:val="38"/>
          <w:rtl/>
        </w:rPr>
        <w:t>منفصلًا،</w:t>
      </w:r>
      <w:r w:rsidRPr="005117ED">
        <w:rPr>
          <w:rFonts w:cs="Sakkal Majalla"/>
          <w:color w:val="000000" w:themeColor="text1"/>
          <w:sz w:val="38"/>
          <w:szCs w:val="38"/>
        </w:rPr>
        <w:t xml:space="preserve"> </w:t>
      </w:r>
      <w:r w:rsidRPr="005117ED">
        <w:rPr>
          <w:rFonts w:cs="Sakkal Majalla"/>
          <w:color w:val="000000" w:themeColor="text1"/>
          <w:sz w:val="38"/>
          <w:szCs w:val="38"/>
          <w:rtl/>
        </w:rPr>
        <w:t>بل</w:t>
      </w:r>
      <w:r w:rsidRPr="005117ED">
        <w:rPr>
          <w:rFonts w:cs="Sakkal Majalla"/>
          <w:color w:val="000000" w:themeColor="text1"/>
          <w:sz w:val="38"/>
          <w:szCs w:val="38"/>
        </w:rPr>
        <w:t xml:space="preserve"> </w:t>
      </w:r>
      <w:r w:rsidRPr="005117ED">
        <w:rPr>
          <w:rFonts w:cs="Sakkal Majalla"/>
          <w:color w:val="000000" w:themeColor="text1"/>
          <w:sz w:val="38"/>
          <w:szCs w:val="38"/>
          <w:rtl/>
        </w:rPr>
        <w:t>سلسلة</w:t>
      </w:r>
      <w:r w:rsidRPr="005117ED">
        <w:rPr>
          <w:rFonts w:cs="Sakkal Majalla"/>
          <w:color w:val="000000" w:themeColor="text1"/>
          <w:sz w:val="38"/>
          <w:szCs w:val="38"/>
        </w:rPr>
        <w:t xml:space="preserve"> </w:t>
      </w:r>
      <w:r w:rsidRPr="005117ED">
        <w:rPr>
          <w:rFonts w:cs="Sakkal Majalla"/>
          <w:color w:val="000000" w:themeColor="text1"/>
          <w:sz w:val="38"/>
          <w:szCs w:val="38"/>
          <w:rtl/>
        </w:rPr>
        <w:t>تبدأ</w:t>
      </w:r>
      <w:r w:rsidRPr="005117ED">
        <w:rPr>
          <w:rFonts w:cs="Sakkal Majalla"/>
          <w:color w:val="000000" w:themeColor="text1"/>
          <w:sz w:val="38"/>
          <w:szCs w:val="38"/>
        </w:rPr>
        <w:t xml:space="preserve"> </w:t>
      </w:r>
      <w:r w:rsidRPr="005117ED">
        <w:rPr>
          <w:rFonts w:cs="Sakkal Majalla"/>
          <w:color w:val="000000" w:themeColor="text1"/>
          <w:sz w:val="38"/>
          <w:szCs w:val="38"/>
          <w:rtl/>
        </w:rPr>
        <w:t>بالانتباه</w:t>
      </w:r>
      <w:r w:rsidRPr="005117ED">
        <w:rPr>
          <w:rFonts w:cs="Sakkal Majalla"/>
          <w:color w:val="000000" w:themeColor="text1"/>
          <w:sz w:val="38"/>
          <w:szCs w:val="38"/>
        </w:rPr>
        <w:t xml:space="preserve"> </w:t>
      </w:r>
      <w:r w:rsidRPr="005117ED">
        <w:rPr>
          <w:rFonts w:cs="Sakkal Majalla"/>
          <w:color w:val="000000" w:themeColor="text1"/>
          <w:sz w:val="38"/>
          <w:szCs w:val="38"/>
          <w:rtl/>
        </w:rPr>
        <w:t>وتنتهي</w:t>
      </w:r>
      <w:r w:rsidRPr="005117ED">
        <w:rPr>
          <w:rFonts w:cs="Sakkal Majalla"/>
          <w:color w:val="000000" w:themeColor="text1"/>
          <w:sz w:val="38"/>
          <w:szCs w:val="38"/>
        </w:rPr>
        <w:t xml:space="preserve"> </w:t>
      </w:r>
      <w:r w:rsidRPr="005117ED">
        <w:rPr>
          <w:rFonts w:cs="Sakkal Majalla"/>
          <w:color w:val="000000" w:themeColor="text1"/>
          <w:sz w:val="38"/>
          <w:szCs w:val="38"/>
          <w:rtl/>
        </w:rPr>
        <w:t>بالدمج</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العمل</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أما</w:t>
      </w:r>
      <w:r w:rsidRPr="005117ED">
        <w:rPr>
          <w:rFonts w:cs="Sakkal Majalla"/>
          <w:color w:val="000000" w:themeColor="text1"/>
          <w:sz w:val="38"/>
          <w:szCs w:val="38"/>
        </w:rPr>
        <w:t xml:space="preserve"> </w:t>
      </w:r>
      <w:r w:rsidRPr="005117ED">
        <w:rPr>
          <w:rFonts w:cs="Sakkal Majalla"/>
          <w:color w:val="000000" w:themeColor="text1"/>
          <w:sz w:val="38"/>
          <w:szCs w:val="38"/>
          <w:rtl/>
        </w:rPr>
        <w:t>الإضافة</w:t>
      </w:r>
      <w:r w:rsidRPr="005117ED">
        <w:rPr>
          <w:rFonts w:cs="Sakkal Majalla"/>
          <w:color w:val="000000" w:themeColor="text1"/>
          <w:sz w:val="38"/>
          <w:szCs w:val="38"/>
        </w:rPr>
        <w:t xml:space="preserve"> </w:t>
      </w:r>
      <w:r w:rsidRPr="005117ED">
        <w:rPr>
          <w:rFonts w:cs="Sakkal Majalla"/>
          <w:color w:val="000000" w:themeColor="text1"/>
          <w:sz w:val="38"/>
          <w:szCs w:val="38"/>
          <w:rtl/>
        </w:rPr>
        <w:t>المنهجية</w:t>
      </w:r>
      <w:r w:rsidRPr="005117ED">
        <w:rPr>
          <w:rFonts w:cs="Sakkal Majalla"/>
          <w:color w:val="000000" w:themeColor="text1"/>
          <w:sz w:val="38"/>
          <w:szCs w:val="38"/>
        </w:rPr>
        <w:t xml:space="preserve"> </w:t>
      </w:r>
      <w:r w:rsidRPr="005117ED">
        <w:rPr>
          <w:rFonts w:cs="Sakkal Majalla"/>
          <w:color w:val="000000" w:themeColor="text1"/>
          <w:sz w:val="38"/>
          <w:szCs w:val="38"/>
          <w:rtl/>
        </w:rPr>
        <w:t>فتتمثل</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تقديم</w:t>
      </w:r>
      <w:r w:rsidRPr="005117ED">
        <w:rPr>
          <w:rFonts w:cs="Sakkal Majalla"/>
          <w:color w:val="000000" w:themeColor="text1"/>
          <w:sz w:val="38"/>
          <w:szCs w:val="38"/>
        </w:rPr>
        <w:t xml:space="preserve"> </w:t>
      </w:r>
      <w:r w:rsidRPr="005117ED">
        <w:rPr>
          <w:rFonts w:cs="Sakkal Majalla"/>
          <w:color w:val="000000" w:themeColor="text1"/>
          <w:sz w:val="38"/>
          <w:szCs w:val="38"/>
          <w:rtl/>
        </w:rPr>
        <w:t>أداة</w:t>
      </w:r>
      <w:r w:rsidRPr="005117ED">
        <w:rPr>
          <w:rFonts w:cs="Sakkal Majalla"/>
          <w:color w:val="000000" w:themeColor="text1"/>
          <w:sz w:val="38"/>
          <w:szCs w:val="38"/>
        </w:rPr>
        <w:t xml:space="preserve"> </w:t>
      </w:r>
      <w:r w:rsidRPr="005117ED">
        <w:rPr>
          <w:rFonts w:cs="Sakkal Majalla"/>
          <w:color w:val="000000" w:themeColor="text1"/>
          <w:sz w:val="38"/>
          <w:szCs w:val="38"/>
          <w:rtl/>
        </w:rPr>
        <w:t>تشغيلية</w:t>
      </w:r>
      <w:r w:rsidRPr="005117ED">
        <w:rPr>
          <w:rFonts w:cs="Sakkal Majalla"/>
          <w:color w:val="000000" w:themeColor="text1"/>
          <w:sz w:val="38"/>
          <w:szCs w:val="38"/>
        </w:rPr>
        <w:t xml:space="preserve"> </w:t>
      </w:r>
      <w:r w:rsidRPr="005117ED">
        <w:rPr>
          <w:rFonts w:cs="Sakkal Majalla"/>
          <w:color w:val="000000" w:themeColor="text1"/>
          <w:sz w:val="38"/>
          <w:szCs w:val="38"/>
          <w:rtl/>
        </w:rPr>
        <w:t>يمكن</w:t>
      </w:r>
      <w:r w:rsidRPr="005117ED">
        <w:rPr>
          <w:rFonts w:cs="Sakkal Majalla"/>
          <w:color w:val="000000" w:themeColor="text1"/>
          <w:sz w:val="38"/>
          <w:szCs w:val="38"/>
        </w:rPr>
        <w:t xml:space="preserve"> </w:t>
      </w:r>
      <w:r w:rsidRPr="005117ED">
        <w:rPr>
          <w:rFonts w:cs="Sakkal Majalla"/>
          <w:color w:val="000000" w:themeColor="text1"/>
          <w:sz w:val="38"/>
          <w:szCs w:val="38"/>
          <w:rtl/>
        </w:rPr>
        <w:t>تطويرها</w:t>
      </w:r>
      <w:r w:rsidRPr="005117ED">
        <w:rPr>
          <w:rFonts w:cs="Sakkal Majalla"/>
          <w:color w:val="000000" w:themeColor="text1"/>
          <w:sz w:val="38"/>
          <w:szCs w:val="38"/>
        </w:rPr>
        <w:t xml:space="preserve"> </w:t>
      </w:r>
      <w:r w:rsidRPr="005117ED">
        <w:rPr>
          <w:rFonts w:cs="Sakkal Majalla"/>
          <w:color w:val="000000" w:themeColor="text1"/>
          <w:sz w:val="38"/>
          <w:szCs w:val="38"/>
          <w:rtl/>
        </w:rPr>
        <w:t>والتحقق</w:t>
      </w:r>
      <w:r w:rsidRPr="005117ED">
        <w:rPr>
          <w:rFonts w:cs="Sakkal Majalla"/>
          <w:color w:val="000000" w:themeColor="text1"/>
          <w:sz w:val="38"/>
          <w:szCs w:val="38"/>
        </w:rPr>
        <w:t xml:space="preserve"> </w:t>
      </w:r>
      <w:r w:rsidRPr="005117ED">
        <w:rPr>
          <w:rFonts w:cs="Sakkal Majalla"/>
          <w:color w:val="000000" w:themeColor="text1"/>
          <w:sz w:val="38"/>
          <w:szCs w:val="38"/>
          <w:rtl/>
        </w:rPr>
        <w:t>منها</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التطبيق</w:t>
      </w:r>
      <w:r w:rsidRPr="005117ED">
        <w:rPr>
          <w:rFonts w:cs="Sakkal Majalla"/>
          <w:color w:val="000000" w:themeColor="text1"/>
          <w:sz w:val="38"/>
          <w:szCs w:val="38"/>
        </w:rPr>
        <w:t xml:space="preserve"> </w:t>
      </w:r>
      <w:r w:rsidRPr="005117ED">
        <w:rPr>
          <w:rFonts w:cs="Sakkal Majalla"/>
          <w:color w:val="000000" w:themeColor="text1"/>
          <w:sz w:val="38"/>
          <w:szCs w:val="38"/>
          <w:rtl/>
        </w:rPr>
        <w:t>الفعلي،</w:t>
      </w:r>
      <w:r w:rsidRPr="005117ED">
        <w:rPr>
          <w:rFonts w:cs="Sakkal Majalla"/>
          <w:color w:val="000000" w:themeColor="text1"/>
          <w:sz w:val="38"/>
          <w:szCs w:val="38"/>
        </w:rPr>
        <w:t xml:space="preserve"> </w:t>
      </w:r>
      <w:r w:rsidRPr="005117ED">
        <w:rPr>
          <w:rFonts w:cs="Sakkal Majalla"/>
          <w:color w:val="000000" w:themeColor="text1"/>
          <w:sz w:val="38"/>
          <w:szCs w:val="38"/>
          <w:rtl/>
        </w:rPr>
        <w:t>وإطار</w:t>
      </w:r>
      <w:r w:rsidRPr="005117ED">
        <w:rPr>
          <w:rFonts w:cs="Sakkal Majalla"/>
          <w:color w:val="000000" w:themeColor="text1"/>
          <w:sz w:val="38"/>
          <w:szCs w:val="38"/>
        </w:rPr>
        <w:t xml:space="preserve"> </w:t>
      </w:r>
      <w:r w:rsidRPr="005117ED">
        <w:rPr>
          <w:rFonts w:cs="Sakkal Majalla"/>
          <w:color w:val="000000" w:themeColor="text1"/>
          <w:sz w:val="38"/>
          <w:szCs w:val="38"/>
          <w:rtl/>
        </w:rPr>
        <w:t>تحليل</w:t>
      </w:r>
      <w:r w:rsidRPr="005117ED">
        <w:rPr>
          <w:rFonts w:cs="Sakkal Majalla"/>
          <w:color w:val="000000" w:themeColor="text1"/>
          <w:sz w:val="38"/>
          <w:szCs w:val="38"/>
        </w:rPr>
        <w:t xml:space="preserve"> </w:t>
      </w:r>
      <w:r w:rsidRPr="005117ED">
        <w:rPr>
          <w:rFonts w:cs="Sakkal Majalla"/>
          <w:color w:val="000000" w:themeColor="text1"/>
          <w:sz w:val="38"/>
          <w:szCs w:val="38"/>
          <w:rtl/>
        </w:rPr>
        <w:t>يشمل</w:t>
      </w:r>
      <w:r w:rsidRPr="005117ED">
        <w:rPr>
          <w:rFonts w:cs="Sakkal Majalla"/>
          <w:color w:val="000000" w:themeColor="text1"/>
          <w:sz w:val="38"/>
          <w:szCs w:val="38"/>
        </w:rPr>
        <w:t xml:space="preserve"> </w:t>
      </w:r>
      <w:r w:rsidRPr="005117ED">
        <w:rPr>
          <w:rFonts w:cs="Sakkal Majalla"/>
          <w:color w:val="000000" w:themeColor="text1"/>
          <w:sz w:val="38"/>
          <w:szCs w:val="38"/>
          <w:rtl/>
        </w:rPr>
        <w:t>الصدق</w:t>
      </w:r>
      <w:r w:rsidRPr="005117ED">
        <w:rPr>
          <w:rFonts w:cs="Sakkal Majalla"/>
          <w:color w:val="000000" w:themeColor="text1"/>
          <w:sz w:val="38"/>
          <w:szCs w:val="38"/>
        </w:rPr>
        <w:t xml:space="preserve"> </w:t>
      </w:r>
      <w:r w:rsidRPr="005117ED">
        <w:rPr>
          <w:rFonts w:cs="Sakkal Majalla"/>
          <w:color w:val="000000" w:themeColor="text1"/>
          <w:sz w:val="38"/>
          <w:szCs w:val="38"/>
          <w:rtl/>
        </w:rPr>
        <w:t>والثبات</w:t>
      </w:r>
      <w:r w:rsidRPr="005117ED">
        <w:rPr>
          <w:rFonts w:cs="Sakkal Majalla"/>
          <w:color w:val="000000" w:themeColor="text1"/>
          <w:sz w:val="38"/>
          <w:szCs w:val="38"/>
        </w:rPr>
        <w:t xml:space="preserve"> </w:t>
      </w:r>
      <w:r w:rsidRPr="005117ED">
        <w:rPr>
          <w:rFonts w:cs="Sakkal Majalla"/>
          <w:color w:val="000000" w:themeColor="text1"/>
          <w:sz w:val="38"/>
          <w:szCs w:val="38"/>
          <w:rtl/>
        </w:rPr>
        <w:t>والوصف</w:t>
      </w:r>
      <w:r w:rsidRPr="005117ED">
        <w:rPr>
          <w:rFonts w:cs="Sakkal Majalla"/>
          <w:color w:val="000000" w:themeColor="text1"/>
          <w:sz w:val="38"/>
          <w:szCs w:val="38"/>
        </w:rPr>
        <w:t xml:space="preserve"> </w:t>
      </w:r>
      <w:r w:rsidRPr="005117ED">
        <w:rPr>
          <w:rFonts w:cs="Sakkal Majalla"/>
          <w:color w:val="000000" w:themeColor="text1"/>
          <w:sz w:val="38"/>
          <w:szCs w:val="38"/>
          <w:rtl/>
        </w:rPr>
        <w:t>والارتباط</w:t>
      </w:r>
      <w:r w:rsidRPr="005117ED">
        <w:rPr>
          <w:rFonts w:cs="Sakkal Majalla"/>
          <w:color w:val="000000" w:themeColor="text1"/>
          <w:sz w:val="38"/>
          <w:szCs w:val="38"/>
        </w:rPr>
        <w:t xml:space="preserve"> </w:t>
      </w:r>
      <w:r w:rsidRPr="005117ED">
        <w:rPr>
          <w:rFonts w:cs="Sakkal Majalla"/>
          <w:color w:val="000000" w:themeColor="text1"/>
          <w:sz w:val="38"/>
          <w:szCs w:val="38"/>
          <w:rtl/>
        </w:rPr>
        <w:t>والانحدار</w:t>
      </w:r>
      <w:r w:rsidRPr="005117ED">
        <w:rPr>
          <w:rFonts w:cs="Sakkal Majalla"/>
          <w:color w:val="000000" w:themeColor="text1"/>
          <w:sz w:val="38"/>
          <w:szCs w:val="38"/>
        </w:rPr>
        <w:t xml:space="preserve"> </w:t>
      </w:r>
      <w:r w:rsidRPr="005117ED">
        <w:rPr>
          <w:rFonts w:cs="Sakkal Majalla"/>
          <w:color w:val="000000" w:themeColor="text1"/>
          <w:sz w:val="38"/>
          <w:szCs w:val="38"/>
          <w:rtl/>
        </w:rPr>
        <w:t>والفروق</w:t>
      </w:r>
      <w:r w:rsidRPr="005117ED">
        <w:rPr>
          <w:rFonts w:cs="Sakkal Majalla"/>
          <w:color w:val="000000" w:themeColor="text1"/>
          <w:sz w:val="38"/>
          <w:szCs w:val="38"/>
        </w:rPr>
        <w:t xml:space="preserve"> </w:t>
      </w:r>
      <w:r w:rsidRPr="005117ED">
        <w:rPr>
          <w:rFonts w:cs="Sakkal Majalla"/>
          <w:color w:val="000000" w:themeColor="text1"/>
          <w:sz w:val="38"/>
          <w:szCs w:val="38"/>
          <w:rtl/>
        </w:rPr>
        <w:t>وتشخيص</w:t>
      </w:r>
      <w:r w:rsidRPr="005117ED">
        <w:rPr>
          <w:rFonts w:cs="Sakkal Majalla"/>
          <w:color w:val="000000" w:themeColor="text1"/>
          <w:sz w:val="38"/>
          <w:szCs w:val="38"/>
        </w:rPr>
        <w:t xml:space="preserve"> </w:t>
      </w:r>
      <w:r w:rsidRPr="005117ED">
        <w:rPr>
          <w:rFonts w:cs="Sakkal Majalla"/>
          <w:color w:val="000000" w:themeColor="text1"/>
          <w:sz w:val="38"/>
          <w:szCs w:val="38"/>
          <w:rtl/>
        </w:rPr>
        <w:t>الافتراضات</w:t>
      </w:r>
      <w:r w:rsidRPr="005117ED">
        <w:rPr>
          <w:rFonts w:cs="Sakkal Majalla"/>
          <w:color w:val="000000" w:themeColor="text1"/>
          <w:sz w:val="38"/>
          <w:szCs w:val="38"/>
        </w:rPr>
        <w:t xml:space="preserve">. </w:t>
      </w:r>
      <w:r w:rsidRPr="005117ED">
        <w:rPr>
          <w:rFonts w:cs="Sakkal Majalla"/>
          <w:color w:val="000000" w:themeColor="text1"/>
          <w:sz w:val="38"/>
          <w:szCs w:val="38"/>
          <w:rtl/>
        </w:rPr>
        <w:t>ويتيح</w:t>
      </w:r>
      <w:r w:rsidRPr="005117ED">
        <w:rPr>
          <w:rFonts w:cs="Sakkal Majalla"/>
          <w:color w:val="000000" w:themeColor="text1"/>
          <w:sz w:val="38"/>
          <w:szCs w:val="38"/>
        </w:rPr>
        <w:t xml:space="preserve"> </w:t>
      </w:r>
      <w:r w:rsidRPr="005117ED">
        <w:rPr>
          <w:rFonts w:cs="Sakkal Majalla"/>
          <w:color w:val="000000" w:themeColor="text1"/>
          <w:sz w:val="38"/>
          <w:szCs w:val="38"/>
          <w:rtl/>
        </w:rPr>
        <w:t>ذلك</w:t>
      </w:r>
      <w:r w:rsidRPr="005117ED">
        <w:rPr>
          <w:rFonts w:cs="Sakkal Majalla"/>
          <w:color w:val="000000" w:themeColor="text1"/>
          <w:sz w:val="38"/>
          <w:szCs w:val="38"/>
        </w:rPr>
        <w:t xml:space="preserve"> </w:t>
      </w:r>
      <w:r w:rsidRPr="005117ED">
        <w:rPr>
          <w:rFonts w:cs="Sakkal Majalla"/>
          <w:color w:val="000000" w:themeColor="text1"/>
          <w:sz w:val="38"/>
          <w:szCs w:val="38"/>
          <w:rtl/>
        </w:rPr>
        <w:t>تكرار</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مناطق</w:t>
      </w:r>
      <w:r w:rsidRPr="005117ED">
        <w:rPr>
          <w:rFonts w:cs="Sakkal Majalla"/>
          <w:color w:val="000000" w:themeColor="text1"/>
          <w:sz w:val="38"/>
          <w:szCs w:val="38"/>
        </w:rPr>
        <w:t xml:space="preserve"> </w:t>
      </w:r>
      <w:r w:rsidRPr="005117ED">
        <w:rPr>
          <w:rFonts w:cs="Sakkal Majalla"/>
          <w:color w:val="000000" w:themeColor="text1"/>
          <w:sz w:val="38"/>
          <w:szCs w:val="38"/>
          <w:rtl/>
        </w:rPr>
        <w:t>وقطاعات</w:t>
      </w:r>
      <w:r w:rsidRPr="005117ED">
        <w:rPr>
          <w:rFonts w:cs="Sakkal Majalla"/>
          <w:color w:val="000000" w:themeColor="text1"/>
          <w:sz w:val="38"/>
          <w:szCs w:val="38"/>
        </w:rPr>
        <w:t xml:space="preserve"> </w:t>
      </w:r>
      <w:r w:rsidRPr="005117ED">
        <w:rPr>
          <w:rFonts w:cs="Sakkal Majalla"/>
          <w:color w:val="000000" w:themeColor="text1"/>
          <w:sz w:val="38"/>
          <w:szCs w:val="38"/>
          <w:rtl/>
        </w:rPr>
        <w:t>مختلفة،</w:t>
      </w:r>
      <w:r w:rsidRPr="005117ED">
        <w:rPr>
          <w:rFonts w:cs="Sakkal Majalla"/>
          <w:color w:val="000000" w:themeColor="text1"/>
          <w:sz w:val="38"/>
          <w:szCs w:val="38"/>
        </w:rPr>
        <w:t xml:space="preserve"> </w:t>
      </w:r>
      <w:r w:rsidRPr="005117ED">
        <w:rPr>
          <w:rFonts w:cs="Sakkal Majalla"/>
          <w:color w:val="000000" w:themeColor="text1"/>
          <w:sz w:val="38"/>
          <w:szCs w:val="38"/>
          <w:rtl/>
        </w:rPr>
        <w:t>وإجراء</w:t>
      </w:r>
      <w:r w:rsidRPr="005117ED">
        <w:rPr>
          <w:rFonts w:cs="Sakkal Majalla"/>
          <w:color w:val="000000" w:themeColor="text1"/>
          <w:sz w:val="38"/>
          <w:szCs w:val="38"/>
        </w:rPr>
        <w:t xml:space="preserve"> </w:t>
      </w:r>
      <w:r w:rsidRPr="005117ED">
        <w:rPr>
          <w:rFonts w:cs="Sakkal Majalla"/>
          <w:color w:val="000000" w:themeColor="text1"/>
          <w:sz w:val="38"/>
          <w:szCs w:val="38"/>
          <w:rtl/>
        </w:rPr>
        <w:t>مقارنات</w:t>
      </w:r>
      <w:r w:rsidRPr="005117ED">
        <w:rPr>
          <w:rFonts w:cs="Sakkal Majalla"/>
          <w:color w:val="000000" w:themeColor="text1"/>
          <w:sz w:val="38"/>
          <w:szCs w:val="38"/>
        </w:rPr>
        <w:t xml:space="preserve"> </w:t>
      </w:r>
      <w:r w:rsidRPr="005117ED">
        <w:rPr>
          <w:rFonts w:cs="Sakkal Majalla"/>
          <w:color w:val="000000" w:themeColor="text1"/>
          <w:sz w:val="38"/>
          <w:szCs w:val="38"/>
          <w:rtl/>
        </w:rPr>
        <w:t>تراكمية</w:t>
      </w:r>
      <w:r w:rsidRPr="005117ED">
        <w:rPr>
          <w:rFonts w:cs="Sakkal Majalla"/>
          <w:color w:val="000000" w:themeColor="text1"/>
          <w:sz w:val="38"/>
          <w:szCs w:val="38"/>
        </w:rPr>
        <w:t xml:space="preserve"> </w:t>
      </w:r>
      <w:r w:rsidRPr="005117ED">
        <w:rPr>
          <w:rFonts w:cs="Sakkal Majalla"/>
          <w:color w:val="000000" w:themeColor="text1"/>
          <w:sz w:val="38"/>
          <w:szCs w:val="38"/>
          <w:rtl/>
        </w:rPr>
        <w:t>إذا</w:t>
      </w:r>
      <w:r w:rsidRPr="005117ED">
        <w:rPr>
          <w:rFonts w:cs="Sakkal Majalla"/>
          <w:color w:val="000000" w:themeColor="text1"/>
          <w:sz w:val="38"/>
          <w:szCs w:val="38"/>
        </w:rPr>
        <w:t xml:space="preserve"> </w:t>
      </w:r>
      <w:r w:rsidRPr="005117ED">
        <w:rPr>
          <w:rFonts w:cs="Sakkal Majalla"/>
          <w:color w:val="000000" w:themeColor="text1"/>
          <w:sz w:val="38"/>
          <w:szCs w:val="38"/>
          <w:rtl/>
        </w:rPr>
        <w:t>استخدمت</w:t>
      </w:r>
      <w:r w:rsidRPr="005117ED">
        <w:rPr>
          <w:rFonts w:cs="Sakkal Majalla"/>
          <w:color w:val="000000" w:themeColor="text1"/>
          <w:sz w:val="38"/>
          <w:szCs w:val="38"/>
        </w:rPr>
        <w:t xml:space="preserve"> </w:t>
      </w:r>
      <w:r w:rsidRPr="005117ED">
        <w:rPr>
          <w:rFonts w:cs="Sakkal Majalla"/>
          <w:color w:val="000000" w:themeColor="text1"/>
          <w:sz w:val="38"/>
          <w:szCs w:val="38"/>
          <w:rtl/>
        </w:rPr>
        <w:t>التعريفات</w:t>
      </w:r>
      <w:r w:rsidRPr="005117ED">
        <w:rPr>
          <w:rFonts w:cs="Sakkal Majalla"/>
          <w:color w:val="000000" w:themeColor="text1"/>
          <w:sz w:val="38"/>
          <w:szCs w:val="38"/>
        </w:rPr>
        <w:t xml:space="preserve"> </w:t>
      </w:r>
      <w:r w:rsidRPr="005117ED">
        <w:rPr>
          <w:rFonts w:cs="Sakkal Majalla"/>
          <w:color w:val="000000" w:themeColor="text1"/>
          <w:sz w:val="38"/>
          <w:szCs w:val="38"/>
          <w:rtl/>
        </w:rPr>
        <w:t>نفسها</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وتظهر</w:t>
      </w:r>
      <w:r w:rsidRPr="005117ED">
        <w:rPr>
          <w:rFonts w:cs="Sakkal Majalla"/>
          <w:color w:val="000000" w:themeColor="text1"/>
          <w:sz w:val="38"/>
          <w:szCs w:val="38"/>
        </w:rPr>
        <w:t xml:space="preserve"> </w:t>
      </w:r>
      <w:r w:rsidRPr="005117ED">
        <w:rPr>
          <w:rFonts w:cs="Sakkal Majalla"/>
          <w:color w:val="000000" w:themeColor="text1"/>
          <w:sz w:val="38"/>
          <w:szCs w:val="38"/>
          <w:rtl/>
        </w:rPr>
        <w:t>الإضافة</w:t>
      </w:r>
      <w:r w:rsidRPr="005117ED">
        <w:rPr>
          <w:rFonts w:cs="Sakkal Majalla"/>
          <w:color w:val="000000" w:themeColor="text1"/>
          <w:sz w:val="38"/>
          <w:szCs w:val="38"/>
        </w:rPr>
        <w:t xml:space="preserve"> </w:t>
      </w:r>
      <w:r w:rsidRPr="005117ED">
        <w:rPr>
          <w:rFonts w:cs="Sakkal Majalla"/>
          <w:color w:val="000000" w:themeColor="text1"/>
          <w:sz w:val="38"/>
          <w:szCs w:val="38"/>
          <w:rtl/>
        </w:rPr>
        <w:t>التطبيقية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تحويل</w:t>
      </w:r>
      <w:r w:rsidRPr="005117ED">
        <w:rPr>
          <w:rFonts w:cs="Sakkal Majalla"/>
          <w:color w:val="000000" w:themeColor="text1"/>
          <w:sz w:val="38"/>
          <w:szCs w:val="38"/>
        </w:rPr>
        <w:t xml:space="preserve"> </w:t>
      </w:r>
      <w:r w:rsidRPr="005117ED">
        <w:rPr>
          <w:rFonts w:cs="Sakkal Majalla"/>
          <w:color w:val="000000" w:themeColor="text1"/>
          <w:sz w:val="38"/>
          <w:szCs w:val="38"/>
          <w:rtl/>
        </w:rPr>
        <w:t>النتائج</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خطة</w:t>
      </w:r>
      <w:r w:rsidRPr="005117ED">
        <w:rPr>
          <w:rFonts w:cs="Sakkal Majalla"/>
          <w:color w:val="000000" w:themeColor="text1"/>
          <w:sz w:val="38"/>
          <w:szCs w:val="38"/>
        </w:rPr>
        <w:t xml:space="preserve"> </w:t>
      </w:r>
      <w:r w:rsidRPr="005117ED">
        <w:rPr>
          <w:rFonts w:cs="Sakkal Majalla"/>
          <w:color w:val="000000" w:themeColor="text1"/>
          <w:sz w:val="38"/>
          <w:szCs w:val="38"/>
          <w:rtl/>
        </w:rPr>
        <w:t>تنفيذ</w:t>
      </w:r>
      <w:r w:rsidRPr="005117ED">
        <w:rPr>
          <w:rFonts w:cs="Sakkal Majalla"/>
          <w:color w:val="000000" w:themeColor="text1"/>
          <w:sz w:val="38"/>
          <w:szCs w:val="38"/>
        </w:rPr>
        <w:t xml:space="preserve"> </w:t>
      </w:r>
      <w:r w:rsidRPr="005117ED">
        <w:rPr>
          <w:rFonts w:cs="Sakkal Majalla"/>
          <w:color w:val="000000" w:themeColor="text1"/>
          <w:sz w:val="38"/>
          <w:szCs w:val="38"/>
          <w:rtl/>
        </w:rPr>
        <w:t>ومؤشرات</w:t>
      </w:r>
      <w:r w:rsidRPr="005117ED">
        <w:rPr>
          <w:rFonts w:cs="Sakkal Majalla"/>
          <w:color w:val="000000" w:themeColor="text1"/>
          <w:sz w:val="38"/>
          <w:szCs w:val="38"/>
        </w:rPr>
        <w:t xml:space="preserve">. </w:t>
      </w:r>
      <w:r w:rsidRPr="005117ED">
        <w:rPr>
          <w:rFonts w:cs="Sakkal Majalla"/>
          <w:color w:val="000000" w:themeColor="text1"/>
          <w:sz w:val="38"/>
          <w:szCs w:val="38"/>
          <w:rtl/>
        </w:rPr>
        <w:t>فبدل</w:t>
      </w:r>
      <w:r w:rsidRPr="005117ED">
        <w:rPr>
          <w:rFonts w:cs="Sakkal Majalla"/>
          <w:color w:val="000000" w:themeColor="text1"/>
          <w:sz w:val="38"/>
          <w:szCs w:val="38"/>
        </w:rPr>
        <w:t xml:space="preserve"> </w:t>
      </w:r>
      <w:r w:rsidRPr="005117ED">
        <w:rPr>
          <w:rFonts w:cs="Sakkal Majalla"/>
          <w:color w:val="000000" w:themeColor="text1"/>
          <w:sz w:val="38"/>
          <w:szCs w:val="38"/>
          <w:rtl/>
        </w:rPr>
        <w:t>توصية</w:t>
      </w:r>
      <w:r w:rsidRPr="005117ED">
        <w:rPr>
          <w:rFonts w:cs="Sakkal Majalla"/>
          <w:color w:val="000000" w:themeColor="text1"/>
          <w:sz w:val="38"/>
          <w:szCs w:val="38"/>
        </w:rPr>
        <w:t xml:space="preserve"> </w:t>
      </w:r>
      <w:r w:rsidRPr="005117ED">
        <w:rPr>
          <w:rFonts w:cs="Sakkal Majalla"/>
          <w:color w:val="000000" w:themeColor="text1"/>
          <w:sz w:val="38"/>
          <w:szCs w:val="38"/>
          <w:rtl/>
        </w:rPr>
        <w:t>عامة</w:t>
      </w:r>
      <w:r w:rsidRPr="005117ED">
        <w:rPr>
          <w:rFonts w:cs="Sakkal Majalla"/>
          <w:color w:val="000000" w:themeColor="text1"/>
          <w:sz w:val="38"/>
          <w:szCs w:val="38"/>
        </w:rPr>
        <w:t xml:space="preserve"> </w:t>
      </w:r>
      <w:r w:rsidRPr="005117ED">
        <w:rPr>
          <w:rFonts w:cs="Sakkal Majalla"/>
          <w:color w:val="000000" w:themeColor="text1"/>
          <w:sz w:val="38"/>
          <w:szCs w:val="38"/>
          <w:rtl/>
        </w:rPr>
        <w:t>بـ</w:t>
      </w:r>
      <w:r w:rsidRPr="005117ED">
        <w:rPr>
          <w:rFonts w:cs="Sakkal Majalla"/>
          <w:color w:val="000000" w:themeColor="text1"/>
          <w:sz w:val="38"/>
          <w:szCs w:val="38"/>
        </w:rPr>
        <w:t>«</w:t>
      </w:r>
      <w:r w:rsidRPr="005117ED">
        <w:rPr>
          <w:rFonts w:cs="Sakkal Majalla"/>
          <w:color w:val="000000" w:themeColor="text1"/>
          <w:sz w:val="38"/>
          <w:szCs w:val="38"/>
          <w:rtl/>
        </w:rPr>
        <w:t>تشجيع</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w:t>
      </w:r>
      <w:r w:rsidRPr="005117ED">
        <w:rPr>
          <w:rFonts w:cs="Sakkal Majalla"/>
          <w:color w:val="000000" w:themeColor="text1"/>
          <w:sz w:val="38"/>
          <w:szCs w:val="38"/>
        </w:rPr>
        <w:t>»</w:t>
      </w:r>
      <w:r w:rsidRPr="005117ED">
        <w:rPr>
          <w:rFonts w:cs="Sakkal Majalla"/>
          <w:color w:val="000000" w:themeColor="text1"/>
          <w:sz w:val="38"/>
          <w:szCs w:val="38"/>
          <w:rtl/>
        </w:rPr>
        <w:t>،</w:t>
      </w:r>
      <w:r w:rsidRPr="005117ED">
        <w:rPr>
          <w:rFonts w:cs="Sakkal Majalla"/>
          <w:color w:val="000000" w:themeColor="text1"/>
          <w:sz w:val="38"/>
          <w:szCs w:val="38"/>
        </w:rPr>
        <w:t xml:space="preserve"> </w:t>
      </w:r>
      <w:r w:rsidRPr="005117ED">
        <w:rPr>
          <w:rFonts w:cs="Sakkal Majalla"/>
          <w:color w:val="000000" w:themeColor="text1"/>
          <w:sz w:val="38"/>
          <w:szCs w:val="38"/>
          <w:rtl/>
        </w:rPr>
        <w:t>تقترح</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ممارسات</w:t>
      </w:r>
      <w:r w:rsidRPr="005117ED">
        <w:rPr>
          <w:rFonts w:cs="Sakkal Majalla"/>
          <w:color w:val="000000" w:themeColor="text1"/>
          <w:sz w:val="38"/>
          <w:szCs w:val="38"/>
        </w:rPr>
        <w:t xml:space="preserve"> </w:t>
      </w:r>
      <w:r w:rsidRPr="005117ED">
        <w:rPr>
          <w:rFonts w:cs="Sakkal Majalla"/>
          <w:color w:val="000000" w:themeColor="text1"/>
          <w:sz w:val="38"/>
          <w:szCs w:val="38"/>
          <w:rtl/>
        </w:rPr>
        <w:t>مثل</w:t>
      </w:r>
      <w:r w:rsidRPr="005117ED">
        <w:rPr>
          <w:rFonts w:cs="Sakkal Majalla"/>
          <w:color w:val="000000" w:themeColor="text1"/>
          <w:sz w:val="38"/>
          <w:szCs w:val="38"/>
        </w:rPr>
        <w:t xml:space="preserve"> </w:t>
      </w:r>
      <w:r w:rsidRPr="005117ED">
        <w:rPr>
          <w:rFonts w:cs="Sakkal Majalla"/>
          <w:color w:val="000000" w:themeColor="text1"/>
          <w:sz w:val="38"/>
          <w:szCs w:val="38"/>
          <w:rtl/>
        </w:rPr>
        <w:t>مراجعة</w:t>
      </w:r>
      <w:r w:rsidRPr="005117ED">
        <w:rPr>
          <w:rFonts w:cs="Sakkal Majalla"/>
          <w:color w:val="000000" w:themeColor="text1"/>
          <w:sz w:val="38"/>
          <w:szCs w:val="38"/>
        </w:rPr>
        <w:t xml:space="preserve"> </w:t>
      </w:r>
      <w:r w:rsidRPr="005117ED">
        <w:rPr>
          <w:rFonts w:cs="Sakkal Majalla"/>
          <w:color w:val="000000" w:themeColor="text1"/>
          <w:sz w:val="38"/>
          <w:szCs w:val="38"/>
          <w:rtl/>
        </w:rPr>
        <w:t>المشكلات،</w:t>
      </w:r>
      <w:r w:rsidRPr="005117ED">
        <w:rPr>
          <w:rFonts w:cs="Sakkal Majalla"/>
          <w:color w:val="000000" w:themeColor="text1"/>
          <w:sz w:val="38"/>
          <w:szCs w:val="38"/>
        </w:rPr>
        <w:t xml:space="preserve"> </w:t>
      </w:r>
      <w:r w:rsidRPr="005117ED">
        <w:rPr>
          <w:rFonts w:cs="Sakkal Majalla"/>
          <w:color w:val="000000" w:themeColor="text1"/>
          <w:sz w:val="38"/>
          <w:szCs w:val="38"/>
          <w:rtl/>
        </w:rPr>
        <w:t>وتجارب</w:t>
      </w:r>
      <w:r w:rsidRPr="005117ED">
        <w:rPr>
          <w:rFonts w:cs="Sakkal Majalla"/>
          <w:color w:val="000000" w:themeColor="text1"/>
          <w:sz w:val="38"/>
          <w:szCs w:val="38"/>
        </w:rPr>
        <w:t xml:space="preserve"> </w:t>
      </w:r>
      <w:r w:rsidRPr="005117ED">
        <w:rPr>
          <w:rFonts w:cs="Sakkal Majalla"/>
          <w:color w:val="000000" w:themeColor="text1"/>
          <w:sz w:val="38"/>
          <w:szCs w:val="38"/>
          <w:rtl/>
        </w:rPr>
        <w:t>صغيرة،</w:t>
      </w:r>
      <w:r w:rsidRPr="005117ED">
        <w:rPr>
          <w:rFonts w:cs="Sakkal Majalla"/>
          <w:color w:val="000000" w:themeColor="text1"/>
          <w:sz w:val="38"/>
          <w:szCs w:val="38"/>
        </w:rPr>
        <w:t xml:space="preserve"> </w:t>
      </w:r>
      <w:r w:rsidRPr="005117ED">
        <w:rPr>
          <w:rFonts w:cs="Sakkal Majalla"/>
          <w:color w:val="000000" w:themeColor="text1"/>
          <w:sz w:val="38"/>
          <w:szCs w:val="38"/>
          <w:rtl/>
        </w:rPr>
        <w:t>ونظام</w:t>
      </w:r>
      <w:r w:rsidRPr="005117ED">
        <w:rPr>
          <w:rFonts w:cs="Sakkal Majalla"/>
          <w:color w:val="000000" w:themeColor="text1"/>
          <w:sz w:val="38"/>
          <w:szCs w:val="38"/>
        </w:rPr>
        <w:t xml:space="preserve"> </w:t>
      </w:r>
      <w:r w:rsidRPr="005117ED">
        <w:rPr>
          <w:rFonts w:cs="Sakkal Majalla"/>
          <w:color w:val="000000" w:themeColor="text1"/>
          <w:sz w:val="38"/>
          <w:szCs w:val="38"/>
          <w:rtl/>
        </w:rPr>
        <w:t>أفكار،</w:t>
      </w:r>
      <w:r w:rsidRPr="005117ED">
        <w:rPr>
          <w:rFonts w:cs="Sakkal Majalla"/>
          <w:color w:val="000000" w:themeColor="text1"/>
          <w:sz w:val="38"/>
          <w:szCs w:val="38"/>
        </w:rPr>
        <w:t xml:space="preserve"> </w:t>
      </w:r>
      <w:r w:rsidRPr="005117ED">
        <w:rPr>
          <w:rFonts w:cs="Sakkal Majalla"/>
          <w:color w:val="000000" w:themeColor="text1"/>
          <w:sz w:val="38"/>
          <w:szCs w:val="38"/>
          <w:rtl/>
        </w:rPr>
        <w:t>وإرشاد</w:t>
      </w:r>
      <w:r w:rsidRPr="005117ED">
        <w:rPr>
          <w:rFonts w:cs="Sakkal Majalla"/>
          <w:color w:val="000000" w:themeColor="text1"/>
          <w:sz w:val="38"/>
          <w:szCs w:val="38"/>
        </w:rPr>
        <w:t xml:space="preserve"> </w:t>
      </w:r>
      <w:r w:rsidRPr="005117ED">
        <w:rPr>
          <w:rFonts w:cs="Sakkal Majalla"/>
          <w:color w:val="000000" w:themeColor="text1"/>
          <w:sz w:val="38"/>
          <w:szCs w:val="38"/>
          <w:rtl/>
        </w:rPr>
        <w:t>فردي،</w:t>
      </w:r>
      <w:r w:rsidRPr="005117ED">
        <w:rPr>
          <w:rFonts w:cs="Sakkal Majalla"/>
          <w:color w:val="000000" w:themeColor="text1"/>
          <w:sz w:val="38"/>
          <w:szCs w:val="38"/>
        </w:rPr>
        <w:t xml:space="preserve"> </w:t>
      </w:r>
      <w:r w:rsidRPr="005117ED">
        <w:rPr>
          <w:rFonts w:cs="Sakkal Majalla"/>
          <w:color w:val="000000" w:themeColor="text1"/>
          <w:sz w:val="38"/>
          <w:szCs w:val="38"/>
          <w:rtl/>
        </w:rPr>
        <w:t>ومقاييس</w:t>
      </w:r>
      <w:r w:rsidRPr="005117ED">
        <w:rPr>
          <w:rFonts w:cs="Sakkal Majalla"/>
          <w:color w:val="000000" w:themeColor="text1"/>
          <w:sz w:val="38"/>
          <w:szCs w:val="38"/>
        </w:rPr>
        <w:t xml:space="preserve"> </w:t>
      </w:r>
      <w:r w:rsidRPr="005117ED">
        <w:rPr>
          <w:rFonts w:cs="Sakkal Majalla"/>
          <w:color w:val="000000" w:themeColor="text1"/>
          <w:sz w:val="38"/>
          <w:szCs w:val="38"/>
          <w:rtl/>
        </w:rPr>
        <w:t>زمن</w:t>
      </w:r>
      <w:r w:rsidRPr="005117ED">
        <w:rPr>
          <w:rFonts w:cs="Sakkal Majalla"/>
          <w:color w:val="000000" w:themeColor="text1"/>
          <w:sz w:val="38"/>
          <w:szCs w:val="38"/>
        </w:rPr>
        <w:t xml:space="preserve"> </w:t>
      </w:r>
      <w:r w:rsidRPr="005117ED">
        <w:rPr>
          <w:rFonts w:cs="Sakkal Majalla"/>
          <w:color w:val="000000" w:themeColor="text1"/>
          <w:sz w:val="38"/>
          <w:szCs w:val="38"/>
          <w:rtl/>
        </w:rPr>
        <w:t>التقييم</w:t>
      </w:r>
      <w:r w:rsidRPr="005117ED">
        <w:rPr>
          <w:rFonts w:cs="Sakkal Majalla"/>
          <w:color w:val="000000" w:themeColor="text1"/>
          <w:sz w:val="38"/>
          <w:szCs w:val="38"/>
        </w:rPr>
        <w:t xml:space="preserve"> </w:t>
      </w:r>
      <w:r w:rsidRPr="005117ED">
        <w:rPr>
          <w:rFonts w:cs="Sakkal Majalla"/>
          <w:color w:val="000000" w:themeColor="text1"/>
          <w:sz w:val="38"/>
          <w:szCs w:val="38"/>
          <w:rtl/>
        </w:rPr>
        <w:t>ونسبة</w:t>
      </w:r>
      <w:r w:rsidRPr="005117ED">
        <w:rPr>
          <w:rFonts w:cs="Sakkal Majalla"/>
          <w:color w:val="000000" w:themeColor="text1"/>
          <w:sz w:val="38"/>
          <w:szCs w:val="38"/>
        </w:rPr>
        <w:t xml:space="preserve"> </w:t>
      </w:r>
      <w:r w:rsidRPr="005117ED">
        <w:rPr>
          <w:rFonts w:cs="Sakkal Majalla"/>
          <w:color w:val="000000" w:themeColor="text1"/>
          <w:sz w:val="38"/>
          <w:szCs w:val="38"/>
          <w:rtl/>
        </w:rPr>
        <w:t>التطبيق</w:t>
      </w:r>
      <w:r w:rsidRPr="005117ED">
        <w:rPr>
          <w:rFonts w:cs="Sakkal Majalla"/>
          <w:color w:val="000000" w:themeColor="text1"/>
          <w:sz w:val="38"/>
          <w:szCs w:val="38"/>
        </w:rPr>
        <w:t xml:space="preserve"> </w:t>
      </w:r>
      <w:r w:rsidRPr="005117ED">
        <w:rPr>
          <w:rFonts w:cs="Sakkal Majalla"/>
          <w:color w:val="000000" w:themeColor="text1"/>
          <w:sz w:val="38"/>
          <w:szCs w:val="38"/>
          <w:rtl/>
        </w:rPr>
        <w:t>والقيمة</w:t>
      </w:r>
      <w:r w:rsidRPr="005117ED">
        <w:rPr>
          <w:rFonts w:cs="Sakkal Majalla"/>
          <w:color w:val="000000" w:themeColor="text1"/>
          <w:sz w:val="38"/>
          <w:szCs w:val="38"/>
        </w:rPr>
        <w:t xml:space="preserve"> </w:t>
      </w:r>
      <w:r w:rsidRPr="005117ED">
        <w:rPr>
          <w:rFonts w:cs="Sakkal Majalla"/>
          <w:color w:val="000000" w:themeColor="text1"/>
          <w:sz w:val="38"/>
          <w:szCs w:val="38"/>
          <w:rtl/>
        </w:rPr>
        <w:t>المتحققة</w:t>
      </w:r>
      <w:r w:rsidRPr="005117ED">
        <w:rPr>
          <w:rFonts w:cs="Sakkal Majalla"/>
          <w:color w:val="000000" w:themeColor="text1"/>
          <w:sz w:val="38"/>
          <w:szCs w:val="38"/>
        </w:rPr>
        <w:t xml:space="preserve">. </w:t>
      </w:r>
      <w:r w:rsidRPr="005117ED">
        <w:rPr>
          <w:rFonts w:cs="Sakkal Majalla"/>
          <w:color w:val="000000" w:themeColor="text1"/>
          <w:sz w:val="38"/>
          <w:szCs w:val="38"/>
          <w:rtl/>
        </w:rPr>
        <w:t>ويساعد</w:t>
      </w:r>
      <w:r w:rsidRPr="005117ED">
        <w:rPr>
          <w:rFonts w:cs="Sakkal Majalla"/>
          <w:color w:val="000000" w:themeColor="text1"/>
          <w:sz w:val="38"/>
          <w:szCs w:val="38"/>
        </w:rPr>
        <w:t xml:space="preserve"> </w:t>
      </w:r>
      <w:r w:rsidRPr="005117ED">
        <w:rPr>
          <w:rFonts w:cs="Sakkal Majalla"/>
          <w:color w:val="000000" w:themeColor="text1"/>
          <w:sz w:val="38"/>
          <w:szCs w:val="38"/>
          <w:rtl/>
        </w:rPr>
        <w:t>هذا</w:t>
      </w:r>
      <w:r w:rsidRPr="005117ED">
        <w:rPr>
          <w:rFonts w:cs="Sakkal Majalla"/>
          <w:color w:val="000000" w:themeColor="text1"/>
          <w:sz w:val="38"/>
          <w:szCs w:val="38"/>
        </w:rPr>
        <w:t xml:space="preserve"> </w:t>
      </w:r>
      <w:r w:rsidRPr="005117ED">
        <w:rPr>
          <w:rFonts w:cs="Sakkal Majalla"/>
          <w:color w:val="000000" w:themeColor="text1"/>
          <w:sz w:val="38"/>
          <w:szCs w:val="38"/>
          <w:rtl/>
        </w:rPr>
        <w:t>التحويل</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المنشآت</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المتابعة</w:t>
      </w:r>
      <w:r w:rsidRPr="005117ED">
        <w:rPr>
          <w:rFonts w:cs="Sakkal Majalla"/>
          <w:color w:val="000000" w:themeColor="text1"/>
          <w:sz w:val="38"/>
          <w:szCs w:val="38"/>
        </w:rPr>
        <w:t xml:space="preserve"> </w:t>
      </w:r>
      <w:r w:rsidRPr="005117ED">
        <w:rPr>
          <w:rFonts w:cs="Sakkal Majalla"/>
          <w:color w:val="000000" w:themeColor="text1"/>
          <w:sz w:val="38"/>
          <w:szCs w:val="38"/>
          <w:rtl/>
        </w:rPr>
        <w:t>والتعلم</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التدخل</w:t>
      </w:r>
      <w:r w:rsidRPr="005117ED">
        <w:rPr>
          <w:rFonts w:cs="Sakkal Majalla"/>
          <w:color w:val="000000" w:themeColor="text1"/>
          <w:sz w:val="38"/>
          <w:szCs w:val="38"/>
        </w:rPr>
        <w:t>.</w:t>
      </w:r>
    </w:p>
    <w:p w:rsidR="00FD5E07" w:rsidRPr="005117ED" w:rsidRDefault="00FD5E07" w:rsidP="00CB5A48">
      <w:pPr>
        <w:spacing w:before="0"/>
        <w:ind w:firstLine="0"/>
        <w:jc w:val="left"/>
        <w:outlineLvl w:val="0"/>
        <w:rPr>
          <w:rFonts w:eastAsia="Times New Roman" w:cs="Sakkal Majalla"/>
          <w:b/>
          <w:bCs/>
          <w:color w:val="000000" w:themeColor="text1"/>
          <w:sz w:val="40"/>
          <w:szCs w:val="40"/>
        </w:rPr>
      </w:pPr>
      <w:bookmarkStart w:id="88" w:name="_Toc233321786"/>
      <w:bookmarkStart w:id="89" w:name="_Toc233322034"/>
      <w:r w:rsidRPr="005117ED">
        <w:rPr>
          <w:rFonts w:eastAsia="Times New Roman" w:cs="Sakkal Majalla"/>
          <w:b/>
          <w:bCs/>
          <w:color w:val="000000" w:themeColor="text1"/>
          <w:sz w:val="40"/>
          <w:szCs w:val="40"/>
          <w:rtl/>
        </w:rPr>
        <w:t>سادسًا</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تفصيل</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التوصيات</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وآليات</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تفعيلها</w:t>
      </w:r>
      <w:bookmarkEnd w:id="88"/>
      <w:bookmarkEnd w:id="89"/>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ينبغي</w:t>
      </w:r>
      <w:r w:rsidRPr="005117ED">
        <w:rPr>
          <w:rFonts w:cs="Sakkal Majalla"/>
          <w:color w:val="000000" w:themeColor="text1"/>
          <w:sz w:val="38"/>
          <w:szCs w:val="38"/>
        </w:rPr>
        <w:t xml:space="preserve"> </w:t>
      </w:r>
      <w:r w:rsidRPr="005117ED">
        <w:rPr>
          <w:rFonts w:cs="Sakkal Majalla"/>
          <w:color w:val="000000" w:themeColor="text1"/>
          <w:sz w:val="38"/>
          <w:szCs w:val="38"/>
          <w:rtl/>
        </w:rPr>
        <w:t>تصميم</w:t>
      </w:r>
      <w:r w:rsidRPr="005117ED">
        <w:rPr>
          <w:rFonts w:cs="Sakkal Majalla"/>
          <w:color w:val="000000" w:themeColor="text1"/>
          <w:sz w:val="38"/>
          <w:szCs w:val="38"/>
        </w:rPr>
        <w:t xml:space="preserve"> </w:t>
      </w:r>
      <w:r w:rsidRPr="005117ED">
        <w:rPr>
          <w:rFonts w:cs="Sakkal Majalla"/>
          <w:color w:val="000000" w:themeColor="text1"/>
          <w:sz w:val="38"/>
          <w:szCs w:val="38"/>
          <w:rtl/>
        </w:rPr>
        <w:t>برنامج</w:t>
      </w:r>
      <w:r w:rsidRPr="005117ED">
        <w:rPr>
          <w:rFonts w:cs="Sakkal Majalla"/>
          <w:color w:val="000000" w:themeColor="text1"/>
          <w:sz w:val="38"/>
          <w:szCs w:val="38"/>
        </w:rPr>
        <w:t xml:space="preserve"> </w:t>
      </w:r>
      <w:r w:rsidRPr="005117ED">
        <w:rPr>
          <w:rFonts w:cs="Sakkal Majalla"/>
          <w:color w:val="000000" w:themeColor="text1"/>
          <w:sz w:val="38"/>
          <w:szCs w:val="38"/>
          <w:rtl/>
        </w:rPr>
        <w:t>تطوير</w:t>
      </w:r>
      <w:r w:rsidRPr="005117ED">
        <w:rPr>
          <w:rFonts w:cs="Sakkal Majalla"/>
          <w:color w:val="000000" w:themeColor="text1"/>
          <w:sz w:val="38"/>
          <w:szCs w:val="38"/>
        </w:rPr>
        <w:t xml:space="preserve"> </w:t>
      </w:r>
      <w:r w:rsidRPr="005117ED">
        <w:rPr>
          <w:rFonts w:cs="Sakkal Majalla"/>
          <w:color w:val="000000" w:themeColor="text1"/>
          <w:sz w:val="38"/>
          <w:szCs w:val="38"/>
          <w:rtl/>
        </w:rPr>
        <w:t>قيادي</w:t>
      </w:r>
      <w:r w:rsidRPr="005117ED">
        <w:rPr>
          <w:rFonts w:cs="Sakkal Majalla"/>
          <w:color w:val="000000" w:themeColor="text1"/>
          <w:sz w:val="38"/>
          <w:szCs w:val="38"/>
        </w:rPr>
        <w:t xml:space="preserve"> </w:t>
      </w:r>
      <w:r w:rsidRPr="005117ED">
        <w:rPr>
          <w:rFonts w:cs="Sakkal Majalla"/>
          <w:color w:val="000000" w:themeColor="text1"/>
          <w:sz w:val="38"/>
          <w:szCs w:val="38"/>
          <w:rtl/>
        </w:rPr>
        <w:t>قصير</w:t>
      </w:r>
      <w:r w:rsidRPr="005117ED">
        <w:rPr>
          <w:rFonts w:cs="Sakkal Majalla"/>
          <w:color w:val="000000" w:themeColor="text1"/>
          <w:sz w:val="38"/>
          <w:szCs w:val="38"/>
        </w:rPr>
        <w:t xml:space="preserve"> </w:t>
      </w:r>
      <w:r w:rsidRPr="005117ED">
        <w:rPr>
          <w:rFonts w:cs="Sakkal Majalla"/>
          <w:color w:val="000000" w:themeColor="text1"/>
          <w:sz w:val="38"/>
          <w:szCs w:val="38"/>
          <w:rtl/>
        </w:rPr>
        <w:t>وممتد</w:t>
      </w:r>
      <w:r w:rsidRPr="005117ED">
        <w:rPr>
          <w:rFonts w:cs="Sakkal Majalla"/>
          <w:color w:val="000000" w:themeColor="text1"/>
          <w:sz w:val="38"/>
          <w:szCs w:val="38"/>
        </w:rPr>
        <w:t xml:space="preserve"> </w:t>
      </w:r>
      <w:r w:rsidRPr="005117ED">
        <w:rPr>
          <w:rFonts w:cs="Sakkal Majalla"/>
          <w:color w:val="000000" w:themeColor="text1"/>
          <w:sz w:val="38"/>
          <w:szCs w:val="38"/>
          <w:rtl/>
        </w:rPr>
        <w:t>بدل</w:t>
      </w:r>
      <w:r w:rsidRPr="005117ED">
        <w:rPr>
          <w:rFonts w:cs="Sakkal Majalla"/>
          <w:color w:val="000000" w:themeColor="text1"/>
          <w:sz w:val="38"/>
          <w:szCs w:val="38"/>
        </w:rPr>
        <w:t xml:space="preserve"> </w:t>
      </w:r>
      <w:r w:rsidRPr="005117ED">
        <w:rPr>
          <w:rFonts w:cs="Sakkal Majalla"/>
          <w:color w:val="000000" w:themeColor="text1"/>
          <w:sz w:val="38"/>
          <w:szCs w:val="38"/>
          <w:rtl/>
        </w:rPr>
        <w:t>دورة</w:t>
      </w:r>
      <w:r w:rsidRPr="005117ED">
        <w:rPr>
          <w:rFonts w:cs="Sakkal Majalla"/>
          <w:color w:val="000000" w:themeColor="text1"/>
          <w:sz w:val="38"/>
          <w:szCs w:val="38"/>
        </w:rPr>
        <w:t xml:space="preserve"> </w:t>
      </w:r>
      <w:r w:rsidRPr="005117ED">
        <w:rPr>
          <w:rFonts w:cs="Sakkal Majalla"/>
          <w:color w:val="000000" w:themeColor="text1"/>
          <w:sz w:val="38"/>
          <w:szCs w:val="38"/>
          <w:rtl/>
        </w:rPr>
        <w:t>واحدة</w:t>
      </w:r>
      <w:r w:rsidRPr="005117ED">
        <w:rPr>
          <w:rFonts w:cs="Sakkal Majalla"/>
          <w:color w:val="000000" w:themeColor="text1"/>
          <w:sz w:val="38"/>
          <w:szCs w:val="38"/>
        </w:rPr>
        <w:t xml:space="preserve"> </w:t>
      </w:r>
      <w:r w:rsidRPr="005117ED">
        <w:rPr>
          <w:rFonts w:cs="Sakkal Majalla"/>
          <w:color w:val="000000" w:themeColor="text1"/>
          <w:sz w:val="38"/>
          <w:szCs w:val="38"/>
          <w:rtl/>
        </w:rPr>
        <w:t>مكثفة</w:t>
      </w:r>
      <w:r w:rsidRPr="005117ED">
        <w:rPr>
          <w:rFonts w:cs="Sakkal Majalla"/>
          <w:color w:val="000000" w:themeColor="text1"/>
          <w:sz w:val="38"/>
          <w:szCs w:val="38"/>
        </w:rPr>
        <w:t xml:space="preserve">. </w:t>
      </w:r>
      <w:r w:rsidRPr="005117ED">
        <w:rPr>
          <w:rFonts w:cs="Sakkal Majalla"/>
          <w:color w:val="000000" w:themeColor="text1"/>
          <w:sz w:val="38"/>
          <w:szCs w:val="38"/>
          <w:rtl/>
        </w:rPr>
        <w:t>يمكن</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يتكون</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وحدات</w:t>
      </w:r>
      <w:r w:rsidRPr="005117ED">
        <w:rPr>
          <w:rFonts w:cs="Sakkal Majalla"/>
          <w:color w:val="000000" w:themeColor="text1"/>
          <w:sz w:val="38"/>
          <w:szCs w:val="38"/>
        </w:rPr>
        <w:t xml:space="preserve"> </w:t>
      </w:r>
      <w:r w:rsidRPr="005117ED">
        <w:rPr>
          <w:rFonts w:cs="Sakkal Majalla"/>
          <w:color w:val="000000" w:themeColor="text1"/>
          <w:sz w:val="38"/>
          <w:szCs w:val="38"/>
          <w:rtl/>
        </w:rPr>
        <w:t>شهرية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بناء</w:t>
      </w:r>
      <w:r w:rsidRPr="005117ED">
        <w:rPr>
          <w:rFonts w:cs="Sakkal Majalla"/>
          <w:color w:val="000000" w:themeColor="text1"/>
          <w:sz w:val="38"/>
          <w:szCs w:val="38"/>
        </w:rPr>
        <w:t xml:space="preserve"> </w:t>
      </w:r>
      <w:r w:rsidRPr="005117ED">
        <w:rPr>
          <w:rFonts w:cs="Sakkal Majalla"/>
          <w:color w:val="000000" w:themeColor="text1"/>
          <w:sz w:val="38"/>
          <w:szCs w:val="38"/>
          <w:rtl/>
        </w:rPr>
        <w:t>الثقة،</w:t>
      </w:r>
      <w:r w:rsidRPr="005117ED">
        <w:rPr>
          <w:rFonts w:cs="Sakkal Majalla"/>
          <w:color w:val="000000" w:themeColor="text1"/>
          <w:sz w:val="38"/>
          <w:szCs w:val="38"/>
        </w:rPr>
        <w:t xml:space="preserve"> </w:t>
      </w:r>
      <w:r w:rsidRPr="005117ED">
        <w:rPr>
          <w:rFonts w:cs="Sakkal Majalla"/>
          <w:color w:val="000000" w:themeColor="text1"/>
          <w:sz w:val="38"/>
          <w:szCs w:val="38"/>
          <w:rtl/>
        </w:rPr>
        <w:t>وصياغة</w:t>
      </w:r>
      <w:r w:rsidRPr="005117ED">
        <w:rPr>
          <w:rFonts w:cs="Sakkal Majalla"/>
          <w:color w:val="000000" w:themeColor="text1"/>
          <w:sz w:val="38"/>
          <w:szCs w:val="38"/>
        </w:rPr>
        <w:t xml:space="preserve"> </w:t>
      </w:r>
      <w:r w:rsidRPr="005117ED">
        <w:rPr>
          <w:rFonts w:cs="Sakkal Majalla"/>
          <w:color w:val="000000" w:themeColor="text1"/>
          <w:sz w:val="38"/>
          <w:szCs w:val="38"/>
          <w:rtl/>
        </w:rPr>
        <w:t>الرؤية،</w:t>
      </w:r>
      <w:r w:rsidRPr="005117ED">
        <w:rPr>
          <w:rFonts w:cs="Sakkal Majalla"/>
          <w:color w:val="000000" w:themeColor="text1"/>
          <w:sz w:val="38"/>
          <w:szCs w:val="38"/>
        </w:rPr>
        <w:t xml:space="preserve"> </w:t>
      </w:r>
      <w:r w:rsidRPr="005117ED">
        <w:rPr>
          <w:rFonts w:cs="Sakkal Majalla"/>
          <w:color w:val="000000" w:themeColor="text1"/>
          <w:sz w:val="38"/>
          <w:szCs w:val="38"/>
          <w:rtl/>
        </w:rPr>
        <w:t>والأسئلة</w:t>
      </w:r>
      <w:r w:rsidRPr="005117ED">
        <w:rPr>
          <w:rFonts w:cs="Sakkal Majalla"/>
          <w:color w:val="000000" w:themeColor="text1"/>
          <w:sz w:val="38"/>
          <w:szCs w:val="38"/>
        </w:rPr>
        <w:t xml:space="preserve"> </w:t>
      </w:r>
      <w:r w:rsidRPr="005117ED">
        <w:rPr>
          <w:rFonts w:cs="Sakkal Majalla"/>
          <w:color w:val="000000" w:themeColor="text1"/>
          <w:sz w:val="38"/>
          <w:szCs w:val="38"/>
          <w:rtl/>
        </w:rPr>
        <w:t>المحفزة،</w:t>
      </w:r>
      <w:r w:rsidRPr="005117ED">
        <w:rPr>
          <w:rFonts w:cs="Sakkal Majalla"/>
          <w:color w:val="000000" w:themeColor="text1"/>
          <w:sz w:val="38"/>
          <w:szCs w:val="38"/>
        </w:rPr>
        <w:t xml:space="preserve"> </w:t>
      </w:r>
      <w:r w:rsidRPr="005117ED">
        <w:rPr>
          <w:rFonts w:cs="Sakkal Majalla"/>
          <w:color w:val="000000" w:themeColor="text1"/>
          <w:sz w:val="38"/>
          <w:szCs w:val="38"/>
          <w:rtl/>
        </w:rPr>
        <w:t>والتغذية</w:t>
      </w:r>
      <w:r w:rsidRPr="005117ED">
        <w:rPr>
          <w:rFonts w:cs="Sakkal Majalla"/>
          <w:color w:val="000000" w:themeColor="text1"/>
          <w:sz w:val="38"/>
          <w:szCs w:val="38"/>
        </w:rPr>
        <w:t xml:space="preserve"> </w:t>
      </w:r>
      <w:r w:rsidRPr="005117ED">
        <w:rPr>
          <w:rFonts w:cs="Sakkal Majalla"/>
          <w:color w:val="000000" w:themeColor="text1"/>
          <w:sz w:val="38"/>
          <w:szCs w:val="38"/>
          <w:rtl/>
        </w:rPr>
        <w:t>الراجعة،</w:t>
      </w:r>
      <w:r w:rsidRPr="005117ED">
        <w:rPr>
          <w:rFonts w:cs="Sakkal Majalla"/>
          <w:color w:val="000000" w:themeColor="text1"/>
          <w:sz w:val="38"/>
          <w:szCs w:val="38"/>
        </w:rPr>
        <w:t xml:space="preserve"> </w:t>
      </w:r>
      <w:r w:rsidRPr="005117ED">
        <w:rPr>
          <w:rFonts w:cs="Sakkal Majalla"/>
          <w:color w:val="000000" w:themeColor="text1"/>
          <w:sz w:val="38"/>
          <w:szCs w:val="38"/>
          <w:rtl/>
        </w:rPr>
        <w:t>والتفويض،</w:t>
      </w:r>
      <w:r w:rsidRPr="005117ED">
        <w:rPr>
          <w:rFonts w:cs="Sakkal Majalla"/>
          <w:color w:val="000000" w:themeColor="text1"/>
          <w:sz w:val="38"/>
          <w:szCs w:val="38"/>
        </w:rPr>
        <w:t xml:space="preserve"> </w:t>
      </w:r>
      <w:r w:rsidRPr="005117ED">
        <w:rPr>
          <w:rFonts w:cs="Sakkal Majalla"/>
          <w:color w:val="000000" w:themeColor="text1"/>
          <w:sz w:val="38"/>
          <w:szCs w:val="38"/>
          <w:rtl/>
        </w:rPr>
        <w:t>يعقب</w:t>
      </w:r>
      <w:r w:rsidRPr="005117ED">
        <w:rPr>
          <w:rFonts w:cs="Sakkal Majalla"/>
          <w:color w:val="000000" w:themeColor="text1"/>
          <w:sz w:val="38"/>
          <w:szCs w:val="38"/>
        </w:rPr>
        <w:t xml:space="preserve"> </w:t>
      </w:r>
      <w:r w:rsidRPr="005117ED">
        <w:rPr>
          <w:rFonts w:cs="Sakkal Majalla"/>
          <w:color w:val="000000" w:themeColor="text1"/>
          <w:sz w:val="38"/>
          <w:szCs w:val="38"/>
          <w:rtl/>
        </w:rPr>
        <w:t>كل</w:t>
      </w:r>
      <w:r w:rsidRPr="005117ED">
        <w:rPr>
          <w:rFonts w:cs="Sakkal Majalla"/>
          <w:color w:val="000000" w:themeColor="text1"/>
          <w:sz w:val="38"/>
          <w:szCs w:val="38"/>
        </w:rPr>
        <w:t xml:space="preserve"> </w:t>
      </w:r>
      <w:r w:rsidRPr="005117ED">
        <w:rPr>
          <w:rFonts w:cs="Sakkal Majalla"/>
          <w:color w:val="000000" w:themeColor="text1"/>
          <w:sz w:val="38"/>
          <w:szCs w:val="38"/>
          <w:rtl/>
        </w:rPr>
        <w:t>وحدة</w:t>
      </w:r>
      <w:r w:rsidRPr="005117ED">
        <w:rPr>
          <w:rFonts w:cs="Sakkal Majalla"/>
          <w:color w:val="000000" w:themeColor="text1"/>
          <w:sz w:val="38"/>
          <w:szCs w:val="38"/>
        </w:rPr>
        <w:t xml:space="preserve"> </w:t>
      </w:r>
      <w:r w:rsidRPr="005117ED">
        <w:rPr>
          <w:rFonts w:cs="Sakkal Majalla"/>
          <w:color w:val="000000" w:themeColor="text1"/>
          <w:sz w:val="38"/>
          <w:szCs w:val="38"/>
          <w:rtl/>
        </w:rPr>
        <w:t>تطبيق</w:t>
      </w:r>
      <w:r w:rsidRPr="005117ED">
        <w:rPr>
          <w:rFonts w:cs="Sakkal Majalla"/>
          <w:color w:val="000000" w:themeColor="text1"/>
          <w:sz w:val="38"/>
          <w:szCs w:val="38"/>
        </w:rPr>
        <w:t xml:space="preserve"> </w:t>
      </w:r>
      <w:r w:rsidRPr="005117ED">
        <w:rPr>
          <w:rFonts w:cs="Sakkal Majalla"/>
          <w:color w:val="000000" w:themeColor="text1"/>
          <w:sz w:val="38"/>
          <w:szCs w:val="38"/>
          <w:rtl/>
        </w:rPr>
        <w:t>عملي</w:t>
      </w:r>
      <w:r w:rsidRPr="005117ED">
        <w:rPr>
          <w:rFonts w:cs="Sakkal Majalla"/>
          <w:color w:val="000000" w:themeColor="text1"/>
          <w:sz w:val="38"/>
          <w:szCs w:val="38"/>
        </w:rPr>
        <w:t xml:space="preserve"> </w:t>
      </w:r>
      <w:r w:rsidRPr="005117ED">
        <w:rPr>
          <w:rFonts w:cs="Sakkal Majalla"/>
          <w:color w:val="000000" w:themeColor="text1"/>
          <w:sz w:val="38"/>
          <w:szCs w:val="38"/>
          <w:rtl/>
        </w:rPr>
        <w:t>داخل</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المنشأة</w:t>
      </w:r>
      <w:r w:rsidRPr="005117ED">
        <w:rPr>
          <w:rFonts w:cs="Sakkal Majalla"/>
          <w:color w:val="000000" w:themeColor="text1"/>
          <w:sz w:val="38"/>
          <w:szCs w:val="38"/>
        </w:rPr>
        <w:t xml:space="preserve"> </w:t>
      </w:r>
      <w:r w:rsidRPr="005117ED">
        <w:rPr>
          <w:rFonts w:cs="Sakkal Majalla"/>
          <w:color w:val="000000" w:themeColor="text1"/>
          <w:sz w:val="38"/>
          <w:szCs w:val="38"/>
          <w:rtl/>
        </w:rPr>
        <w:t>ثم</w:t>
      </w:r>
      <w:r w:rsidRPr="005117ED">
        <w:rPr>
          <w:rFonts w:cs="Sakkal Majalla"/>
          <w:color w:val="000000" w:themeColor="text1"/>
          <w:sz w:val="38"/>
          <w:szCs w:val="38"/>
        </w:rPr>
        <w:t xml:space="preserve"> </w:t>
      </w:r>
      <w:r w:rsidRPr="005117ED">
        <w:rPr>
          <w:rFonts w:cs="Sakkal Majalla"/>
          <w:color w:val="000000" w:themeColor="text1"/>
          <w:sz w:val="38"/>
          <w:szCs w:val="38"/>
          <w:rtl/>
        </w:rPr>
        <w:t>جلسة</w:t>
      </w:r>
      <w:r w:rsidRPr="005117ED">
        <w:rPr>
          <w:rFonts w:cs="Sakkal Majalla"/>
          <w:color w:val="000000" w:themeColor="text1"/>
          <w:sz w:val="38"/>
          <w:szCs w:val="38"/>
        </w:rPr>
        <w:t xml:space="preserve"> </w:t>
      </w:r>
      <w:r w:rsidRPr="005117ED">
        <w:rPr>
          <w:rFonts w:cs="Sakkal Majalla"/>
          <w:color w:val="000000" w:themeColor="text1"/>
          <w:sz w:val="38"/>
          <w:szCs w:val="38"/>
          <w:rtl/>
        </w:rPr>
        <w:t>مراجعة</w:t>
      </w:r>
      <w:r w:rsidRPr="005117ED">
        <w:rPr>
          <w:rFonts w:cs="Sakkal Majalla"/>
          <w:color w:val="000000" w:themeColor="text1"/>
          <w:sz w:val="38"/>
          <w:szCs w:val="38"/>
        </w:rPr>
        <w:t xml:space="preserve">. </w:t>
      </w:r>
      <w:r w:rsidRPr="005117ED">
        <w:rPr>
          <w:rFonts w:cs="Sakkal Majalla"/>
          <w:color w:val="000000" w:themeColor="text1"/>
          <w:sz w:val="38"/>
          <w:szCs w:val="38"/>
          <w:rtl/>
        </w:rPr>
        <w:t>ويقاس</w:t>
      </w:r>
      <w:r w:rsidRPr="005117ED">
        <w:rPr>
          <w:rFonts w:cs="Sakkal Majalla"/>
          <w:color w:val="000000" w:themeColor="text1"/>
          <w:sz w:val="38"/>
          <w:szCs w:val="38"/>
        </w:rPr>
        <w:t xml:space="preserve"> </w:t>
      </w:r>
      <w:r w:rsidRPr="005117ED">
        <w:rPr>
          <w:rFonts w:cs="Sakkal Majalla"/>
          <w:color w:val="000000" w:themeColor="text1"/>
          <w:sz w:val="38"/>
          <w:szCs w:val="38"/>
          <w:rtl/>
        </w:rPr>
        <w:t>التقدم</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خلال</w:t>
      </w:r>
      <w:r w:rsidRPr="005117ED">
        <w:rPr>
          <w:rFonts w:cs="Sakkal Majalla"/>
          <w:color w:val="000000" w:themeColor="text1"/>
          <w:sz w:val="38"/>
          <w:szCs w:val="38"/>
        </w:rPr>
        <w:t xml:space="preserve"> </w:t>
      </w:r>
      <w:r w:rsidRPr="005117ED">
        <w:rPr>
          <w:rFonts w:cs="Sakkal Majalla"/>
          <w:color w:val="000000" w:themeColor="text1"/>
          <w:sz w:val="38"/>
          <w:szCs w:val="38"/>
          <w:rtl/>
        </w:rPr>
        <w:t>ملاحظة</w:t>
      </w:r>
      <w:r w:rsidRPr="005117ED">
        <w:rPr>
          <w:rFonts w:cs="Sakkal Majalla"/>
          <w:color w:val="000000" w:themeColor="text1"/>
          <w:sz w:val="38"/>
          <w:szCs w:val="38"/>
        </w:rPr>
        <w:t xml:space="preserve"> </w:t>
      </w:r>
      <w:r w:rsidRPr="005117ED">
        <w:rPr>
          <w:rFonts w:cs="Sakkal Majalla"/>
          <w:color w:val="000000" w:themeColor="text1"/>
          <w:sz w:val="38"/>
          <w:szCs w:val="38"/>
          <w:rtl/>
        </w:rPr>
        <w:t>السلوك</w:t>
      </w:r>
      <w:r w:rsidRPr="005117ED">
        <w:rPr>
          <w:rFonts w:cs="Sakkal Majalla"/>
          <w:color w:val="000000" w:themeColor="text1"/>
          <w:sz w:val="38"/>
          <w:szCs w:val="38"/>
        </w:rPr>
        <w:t xml:space="preserve"> </w:t>
      </w:r>
      <w:r w:rsidRPr="005117ED">
        <w:rPr>
          <w:rFonts w:cs="Sakkal Majalla"/>
          <w:color w:val="000000" w:themeColor="text1"/>
          <w:sz w:val="38"/>
          <w:szCs w:val="38"/>
          <w:rtl/>
        </w:rPr>
        <w:t>وقياس</w:t>
      </w:r>
      <w:r w:rsidRPr="005117ED">
        <w:rPr>
          <w:rFonts w:cs="Sakkal Majalla"/>
          <w:color w:val="000000" w:themeColor="text1"/>
          <w:sz w:val="38"/>
          <w:szCs w:val="38"/>
        </w:rPr>
        <w:t xml:space="preserve"> </w:t>
      </w:r>
      <w:r w:rsidRPr="005117ED">
        <w:rPr>
          <w:rFonts w:cs="Sakkal Majalla"/>
          <w:color w:val="000000" w:themeColor="text1"/>
          <w:sz w:val="38"/>
          <w:szCs w:val="38"/>
          <w:rtl/>
        </w:rPr>
        <w:t>نبضي</w:t>
      </w:r>
      <w:r w:rsidRPr="005117ED">
        <w:rPr>
          <w:rFonts w:cs="Sakkal Majalla"/>
          <w:color w:val="000000" w:themeColor="text1"/>
          <w:sz w:val="38"/>
          <w:szCs w:val="38"/>
        </w:rPr>
        <w:t xml:space="preserve"> </w:t>
      </w:r>
      <w:r w:rsidRPr="005117ED">
        <w:rPr>
          <w:rFonts w:cs="Sakkal Majalla"/>
          <w:color w:val="000000" w:themeColor="text1"/>
          <w:sz w:val="38"/>
          <w:szCs w:val="38"/>
          <w:rtl/>
        </w:rPr>
        <w:t>للعاملين،</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اختبار</w:t>
      </w:r>
      <w:r w:rsidRPr="005117ED">
        <w:rPr>
          <w:rFonts w:cs="Sakkal Majalla"/>
          <w:color w:val="000000" w:themeColor="text1"/>
          <w:sz w:val="38"/>
          <w:szCs w:val="38"/>
        </w:rPr>
        <w:t xml:space="preserve"> </w:t>
      </w:r>
      <w:r w:rsidRPr="005117ED">
        <w:rPr>
          <w:rFonts w:cs="Sakkal Majalla"/>
          <w:color w:val="000000" w:themeColor="text1"/>
          <w:sz w:val="38"/>
          <w:szCs w:val="38"/>
          <w:rtl/>
        </w:rPr>
        <w:t>المعرفة</w:t>
      </w:r>
      <w:r w:rsidRPr="005117ED">
        <w:rPr>
          <w:rFonts w:cs="Sakkal Majalla"/>
          <w:color w:val="000000" w:themeColor="text1"/>
          <w:sz w:val="38"/>
          <w:szCs w:val="38"/>
        </w:rPr>
        <w:t xml:space="preserve"> </w:t>
      </w:r>
      <w:r w:rsidRPr="005117ED">
        <w:rPr>
          <w:rFonts w:cs="Sakkal Majalla"/>
          <w:color w:val="000000" w:themeColor="text1"/>
          <w:sz w:val="38"/>
          <w:szCs w:val="38"/>
          <w:rtl/>
        </w:rPr>
        <w:t>فقط</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وتوصي</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بإنشاء</w:t>
      </w:r>
      <w:r w:rsidRPr="005117ED">
        <w:rPr>
          <w:rFonts w:cs="Sakkal Majalla"/>
          <w:color w:val="000000" w:themeColor="text1"/>
          <w:sz w:val="38"/>
          <w:szCs w:val="38"/>
        </w:rPr>
        <w:t xml:space="preserve"> </w:t>
      </w:r>
      <w:r w:rsidRPr="005117ED">
        <w:rPr>
          <w:rFonts w:cs="Sakkal Majalla"/>
          <w:color w:val="000000" w:themeColor="text1"/>
          <w:sz w:val="38"/>
          <w:szCs w:val="38"/>
          <w:rtl/>
        </w:rPr>
        <w:t>نظام</w:t>
      </w:r>
      <w:r w:rsidRPr="005117ED">
        <w:rPr>
          <w:rFonts w:cs="Sakkal Majalla"/>
          <w:color w:val="000000" w:themeColor="text1"/>
          <w:sz w:val="38"/>
          <w:szCs w:val="38"/>
        </w:rPr>
        <w:t xml:space="preserve"> </w:t>
      </w:r>
      <w:r w:rsidRPr="005117ED">
        <w:rPr>
          <w:rFonts w:cs="Sakkal Majalla"/>
          <w:color w:val="000000" w:themeColor="text1"/>
          <w:sz w:val="38"/>
          <w:szCs w:val="38"/>
          <w:rtl/>
        </w:rPr>
        <w:t>مبسط</w:t>
      </w:r>
      <w:r w:rsidRPr="005117ED">
        <w:rPr>
          <w:rFonts w:cs="Sakkal Majalla"/>
          <w:color w:val="000000" w:themeColor="text1"/>
          <w:sz w:val="38"/>
          <w:szCs w:val="38"/>
        </w:rPr>
        <w:t xml:space="preserve"> </w:t>
      </w:r>
      <w:r w:rsidRPr="005117ED">
        <w:rPr>
          <w:rFonts w:cs="Sakkal Majalla"/>
          <w:color w:val="000000" w:themeColor="text1"/>
          <w:sz w:val="38"/>
          <w:szCs w:val="38"/>
          <w:rtl/>
        </w:rPr>
        <w:t>لإدارة</w:t>
      </w:r>
      <w:r w:rsidRPr="005117ED">
        <w:rPr>
          <w:rFonts w:cs="Sakkal Majalla"/>
          <w:color w:val="000000" w:themeColor="text1"/>
          <w:sz w:val="38"/>
          <w:szCs w:val="38"/>
        </w:rPr>
        <w:t xml:space="preserve"> </w:t>
      </w:r>
      <w:r w:rsidRPr="005117ED">
        <w:rPr>
          <w:rFonts w:cs="Sakkal Majalla"/>
          <w:color w:val="000000" w:themeColor="text1"/>
          <w:sz w:val="38"/>
          <w:szCs w:val="38"/>
          <w:rtl/>
        </w:rPr>
        <w:t>الأفكار</w:t>
      </w:r>
      <w:r w:rsidRPr="005117ED">
        <w:rPr>
          <w:rFonts w:cs="Sakkal Majalla"/>
          <w:color w:val="000000" w:themeColor="text1"/>
          <w:sz w:val="38"/>
          <w:szCs w:val="38"/>
        </w:rPr>
        <w:t xml:space="preserve"> </w:t>
      </w:r>
      <w:r w:rsidRPr="005117ED">
        <w:rPr>
          <w:rFonts w:cs="Sakkal Majalla"/>
          <w:color w:val="000000" w:themeColor="text1"/>
          <w:sz w:val="38"/>
          <w:szCs w:val="38"/>
          <w:rtl/>
        </w:rPr>
        <w:t>يتناسب</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حجم</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المنشأة</w:t>
      </w:r>
      <w:r w:rsidRPr="005117ED">
        <w:rPr>
          <w:rFonts w:cs="Sakkal Majalla"/>
          <w:color w:val="000000" w:themeColor="text1"/>
          <w:sz w:val="38"/>
          <w:szCs w:val="38"/>
        </w:rPr>
        <w:t xml:space="preserve">. </w:t>
      </w:r>
      <w:r w:rsidRPr="005117ED">
        <w:rPr>
          <w:rFonts w:cs="Sakkal Majalla"/>
          <w:color w:val="000000" w:themeColor="text1"/>
          <w:sz w:val="38"/>
          <w:szCs w:val="38"/>
          <w:rtl/>
        </w:rPr>
        <w:t>يبدأ</w:t>
      </w:r>
      <w:r w:rsidRPr="005117ED">
        <w:rPr>
          <w:rFonts w:cs="Sakkal Majalla"/>
          <w:color w:val="000000" w:themeColor="text1"/>
          <w:sz w:val="38"/>
          <w:szCs w:val="38"/>
        </w:rPr>
        <w:t xml:space="preserve"> </w:t>
      </w:r>
      <w:r w:rsidRPr="005117ED">
        <w:rPr>
          <w:rFonts w:cs="Sakkal Majalla"/>
          <w:color w:val="000000" w:themeColor="text1"/>
          <w:sz w:val="38"/>
          <w:szCs w:val="38"/>
          <w:rtl/>
        </w:rPr>
        <w:t>النظام</w:t>
      </w:r>
      <w:r w:rsidRPr="005117ED">
        <w:rPr>
          <w:rFonts w:cs="Sakkal Majalla"/>
          <w:color w:val="000000" w:themeColor="text1"/>
          <w:sz w:val="38"/>
          <w:szCs w:val="38"/>
        </w:rPr>
        <w:t xml:space="preserve"> </w:t>
      </w:r>
      <w:r w:rsidRPr="005117ED">
        <w:rPr>
          <w:rFonts w:cs="Sakkal Majalla"/>
          <w:color w:val="000000" w:themeColor="text1"/>
          <w:sz w:val="38"/>
          <w:szCs w:val="38"/>
          <w:rtl/>
        </w:rPr>
        <w:t>بنموذج</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يتجاوز</w:t>
      </w:r>
      <w:r w:rsidRPr="005117ED">
        <w:rPr>
          <w:rFonts w:cs="Sakkal Majalla"/>
          <w:color w:val="000000" w:themeColor="text1"/>
          <w:sz w:val="38"/>
          <w:szCs w:val="38"/>
        </w:rPr>
        <w:t xml:space="preserve"> </w:t>
      </w:r>
      <w:r w:rsidRPr="005117ED">
        <w:rPr>
          <w:rFonts w:cs="Sakkal Majalla"/>
          <w:color w:val="000000" w:themeColor="text1"/>
          <w:sz w:val="38"/>
          <w:szCs w:val="38"/>
          <w:rtl/>
        </w:rPr>
        <w:t>صفحة</w:t>
      </w:r>
      <w:r w:rsidRPr="005117ED">
        <w:rPr>
          <w:rFonts w:cs="Sakkal Majalla"/>
          <w:color w:val="000000" w:themeColor="text1"/>
          <w:sz w:val="38"/>
          <w:szCs w:val="38"/>
        </w:rPr>
        <w:t xml:space="preserve"> </w:t>
      </w:r>
      <w:r w:rsidRPr="005117ED">
        <w:rPr>
          <w:rFonts w:cs="Sakkal Majalla"/>
          <w:color w:val="000000" w:themeColor="text1"/>
          <w:sz w:val="38"/>
          <w:szCs w:val="38"/>
          <w:rtl/>
        </w:rPr>
        <w:t>يصف</w:t>
      </w:r>
      <w:r w:rsidRPr="005117ED">
        <w:rPr>
          <w:rFonts w:cs="Sakkal Majalla"/>
          <w:color w:val="000000" w:themeColor="text1"/>
          <w:sz w:val="38"/>
          <w:szCs w:val="38"/>
        </w:rPr>
        <w:t xml:space="preserve"> </w:t>
      </w:r>
      <w:r w:rsidRPr="005117ED">
        <w:rPr>
          <w:rFonts w:cs="Sakkal Majalla"/>
          <w:color w:val="000000" w:themeColor="text1"/>
          <w:sz w:val="38"/>
          <w:szCs w:val="38"/>
          <w:rtl/>
        </w:rPr>
        <w:t>المشكلة</w:t>
      </w:r>
      <w:r w:rsidRPr="005117ED">
        <w:rPr>
          <w:rFonts w:cs="Sakkal Majalla"/>
          <w:color w:val="000000" w:themeColor="text1"/>
          <w:sz w:val="38"/>
          <w:szCs w:val="38"/>
        </w:rPr>
        <w:t xml:space="preserve"> </w:t>
      </w:r>
      <w:r w:rsidRPr="005117ED">
        <w:rPr>
          <w:rFonts w:cs="Sakkal Majalla"/>
          <w:color w:val="000000" w:themeColor="text1"/>
          <w:sz w:val="38"/>
          <w:szCs w:val="38"/>
          <w:rtl/>
        </w:rPr>
        <w:t>والفكرة</w:t>
      </w:r>
      <w:r w:rsidRPr="005117ED">
        <w:rPr>
          <w:rFonts w:cs="Sakkal Majalla"/>
          <w:color w:val="000000" w:themeColor="text1"/>
          <w:sz w:val="38"/>
          <w:szCs w:val="38"/>
        </w:rPr>
        <w:t xml:space="preserve"> </w:t>
      </w:r>
      <w:r w:rsidRPr="005117ED">
        <w:rPr>
          <w:rFonts w:cs="Sakkal Majalla"/>
          <w:color w:val="000000" w:themeColor="text1"/>
          <w:sz w:val="38"/>
          <w:szCs w:val="38"/>
          <w:rtl/>
        </w:rPr>
        <w:t>والقيمة</w:t>
      </w:r>
      <w:r w:rsidRPr="005117ED">
        <w:rPr>
          <w:rFonts w:cs="Sakkal Majalla"/>
          <w:color w:val="000000" w:themeColor="text1"/>
          <w:sz w:val="38"/>
          <w:szCs w:val="38"/>
        </w:rPr>
        <w:t xml:space="preserve"> </w:t>
      </w:r>
      <w:r w:rsidRPr="005117ED">
        <w:rPr>
          <w:rFonts w:cs="Sakkal Majalla"/>
          <w:color w:val="000000" w:themeColor="text1"/>
          <w:sz w:val="38"/>
          <w:szCs w:val="38"/>
          <w:rtl/>
        </w:rPr>
        <w:t>والمخاطر</w:t>
      </w:r>
      <w:r w:rsidRPr="005117ED">
        <w:rPr>
          <w:rFonts w:cs="Sakkal Majalla"/>
          <w:color w:val="000000" w:themeColor="text1"/>
          <w:sz w:val="38"/>
          <w:szCs w:val="38"/>
        </w:rPr>
        <w:t xml:space="preserve"> </w:t>
      </w:r>
      <w:r w:rsidRPr="005117ED">
        <w:rPr>
          <w:rFonts w:cs="Sakkal Majalla"/>
          <w:color w:val="000000" w:themeColor="text1"/>
          <w:sz w:val="38"/>
          <w:szCs w:val="38"/>
          <w:rtl/>
        </w:rPr>
        <w:t>وأول</w:t>
      </w:r>
      <w:r w:rsidRPr="005117ED">
        <w:rPr>
          <w:rFonts w:cs="Sakkal Majalla"/>
          <w:color w:val="000000" w:themeColor="text1"/>
          <w:sz w:val="38"/>
          <w:szCs w:val="38"/>
        </w:rPr>
        <w:t xml:space="preserve"> </w:t>
      </w:r>
      <w:r w:rsidRPr="005117ED">
        <w:rPr>
          <w:rFonts w:cs="Sakkal Majalla"/>
          <w:color w:val="000000" w:themeColor="text1"/>
          <w:sz w:val="38"/>
          <w:szCs w:val="38"/>
          <w:rtl/>
        </w:rPr>
        <w:t>تجربة،</w:t>
      </w:r>
      <w:r w:rsidRPr="005117ED">
        <w:rPr>
          <w:rFonts w:cs="Sakkal Majalla"/>
          <w:color w:val="000000" w:themeColor="text1"/>
          <w:sz w:val="38"/>
          <w:szCs w:val="38"/>
        </w:rPr>
        <w:t xml:space="preserve"> </w:t>
      </w:r>
      <w:r w:rsidRPr="005117ED">
        <w:rPr>
          <w:rFonts w:cs="Sakkal Majalla"/>
          <w:color w:val="000000" w:themeColor="text1"/>
          <w:sz w:val="38"/>
          <w:szCs w:val="38"/>
          <w:rtl/>
        </w:rPr>
        <w:t>ثم</w:t>
      </w:r>
      <w:r w:rsidRPr="005117ED">
        <w:rPr>
          <w:rFonts w:cs="Sakkal Majalla"/>
          <w:color w:val="000000" w:themeColor="text1"/>
          <w:sz w:val="38"/>
          <w:szCs w:val="38"/>
        </w:rPr>
        <w:t xml:space="preserve"> </w:t>
      </w:r>
      <w:r w:rsidRPr="005117ED">
        <w:rPr>
          <w:rFonts w:cs="Sakkal Majalla"/>
          <w:color w:val="000000" w:themeColor="text1"/>
          <w:sz w:val="38"/>
          <w:szCs w:val="38"/>
          <w:rtl/>
        </w:rPr>
        <w:t>تقييم</w:t>
      </w:r>
      <w:r w:rsidRPr="005117ED">
        <w:rPr>
          <w:rFonts w:cs="Sakkal Majalla"/>
          <w:color w:val="000000" w:themeColor="text1"/>
          <w:sz w:val="38"/>
          <w:szCs w:val="38"/>
        </w:rPr>
        <w:t xml:space="preserve"> </w:t>
      </w:r>
      <w:r w:rsidRPr="005117ED">
        <w:rPr>
          <w:rFonts w:cs="Sakkal Majalla"/>
          <w:color w:val="000000" w:themeColor="text1"/>
          <w:sz w:val="38"/>
          <w:szCs w:val="38"/>
          <w:rtl/>
        </w:rPr>
        <w:t>أسبوعي</w:t>
      </w:r>
      <w:r w:rsidRPr="005117ED">
        <w:rPr>
          <w:rFonts w:cs="Sakkal Majalla"/>
          <w:color w:val="000000" w:themeColor="text1"/>
          <w:sz w:val="38"/>
          <w:szCs w:val="38"/>
        </w:rPr>
        <w:t xml:space="preserve"> </w:t>
      </w:r>
      <w:r w:rsidRPr="005117ED">
        <w:rPr>
          <w:rFonts w:cs="Sakkal Majalla"/>
          <w:color w:val="000000" w:themeColor="text1"/>
          <w:sz w:val="38"/>
          <w:szCs w:val="38"/>
          <w:rtl/>
        </w:rPr>
        <w:t>أو</w:t>
      </w:r>
      <w:r w:rsidRPr="005117ED">
        <w:rPr>
          <w:rFonts w:cs="Sakkal Majalla"/>
          <w:color w:val="000000" w:themeColor="text1"/>
          <w:sz w:val="38"/>
          <w:szCs w:val="38"/>
        </w:rPr>
        <w:t xml:space="preserve"> </w:t>
      </w:r>
      <w:r w:rsidRPr="005117ED">
        <w:rPr>
          <w:rFonts w:cs="Sakkal Majalla"/>
          <w:color w:val="000000" w:themeColor="text1"/>
          <w:sz w:val="38"/>
          <w:szCs w:val="38"/>
          <w:rtl/>
        </w:rPr>
        <w:t>نصف</w:t>
      </w:r>
      <w:r w:rsidRPr="005117ED">
        <w:rPr>
          <w:rFonts w:cs="Sakkal Majalla"/>
          <w:color w:val="000000" w:themeColor="text1"/>
          <w:sz w:val="38"/>
          <w:szCs w:val="38"/>
        </w:rPr>
        <w:t xml:space="preserve"> </w:t>
      </w:r>
      <w:r w:rsidRPr="005117ED">
        <w:rPr>
          <w:rFonts w:cs="Sakkal Majalla"/>
          <w:color w:val="000000" w:themeColor="text1"/>
          <w:sz w:val="38"/>
          <w:szCs w:val="38"/>
          <w:rtl/>
        </w:rPr>
        <w:t>شهري</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فريق</w:t>
      </w:r>
      <w:r w:rsidRPr="005117ED">
        <w:rPr>
          <w:rFonts w:cs="Sakkal Majalla"/>
          <w:color w:val="000000" w:themeColor="text1"/>
          <w:sz w:val="38"/>
          <w:szCs w:val="38"/>
        </w:rPr>
        <w:t xml:space="preserve"> </w:t>
      </w:r>
      <w:r w:rsidRPr="005117ED">
        <w:rPr>
          <w:rFonts w:cs="Sakkal Majalla"/>
          <w:color w:val="000000" w:themeColor="text1"/>
          <w:sz w:val="38"/>
          <w:szCs w:val="38"/>
          <w:rtl/>
        </w:rPr>
        <w:t>صغير</w:t>
      </w:r>
      <w:r w:rsidRPr="005117ED">
        <w:rPr>
          <w:rFonts w:cs="Sakkal Majalla"/>
          <w:color w:val="000000" w:themeColor="text1"/>
          <w:sz w:val="38"/>
          <w:szCs w:val="38"/>
        </w:rPr>
        <w:t xml:space="preserve">. </w:t>
      </w:r>
      <w:r w:rsidRPr="005117ED">
        <w:rPr>
          <w:rFonts w:cs="Sakkal Majalla"/>
          <w:color w:val="000000" w:themeColor="text1"/>
          <w:sz w:val="38"/>
          <w:szCs w:val="38"/>
          <w:rtl/>
        </w:rPr>
        <w:t>ويجب</w:t>
      </w:r>
      <w:r w:rsidRPr="005117ED">
        <w:rPr>
          <w:rFonts w:cs="Sakkal Majalla"/>
          <w:color w:val="000000" w:themeColor="text1"/>
          <w:sz w:val="38"/>
          <w:szCs w:val="38"/>
        </w:rPr>
        <w:t xml:space="preserve"> </w:t>
      </w:r>
      <w:r w:rsidRPr="005117ED">
        <w:rPr>
          <w:rFonts w:cs="Sakkal Majalla"/>
          <w:color w:val="000000" w:themeColor="text1"/>
          <w:sz w:val="38"/>
          <w:szCs w:val="38"/>
          <w:rtl/>
        </w:rPr>
        <w:t>الرد</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كل</w:t>
      </w:r>
      <w:r w:rsidRPr="005117ED">
        <w:rPr>
          <w:rFonts w:cs="Sakkal Majalla"/>
          <w:color w:val="000000" w:themeColor="text1"/>
          <w:sz w:val="38"/>
          <w:szCs w:val="38"/>
        </w:rPr>
        <w:t xml:space="preserve"> </w:t>
      </w:r>
      <w:r w:rsidRPr="005117ED">
        <w:rPr>
          <w:rFonts w:cs="Sakkal Majalla"/>
          <w:color w:val="000000" w:themeColor="text1"/>
          <w:sz w:val="38"/>
          <w:szCs w:val="38"/>
          <w:rtl/>
        </w:rPr>
        <w:t>فكرة</w:t>
      </w:r>
      <w:r w:rsidRPr="005117ED">
        <w:rPr>
          <w:rFonts w:cs="Sakkal Majalla"/>
          <w:color w:val="000000" w:themeColor="text1"/>
          <w:sz w:val="38"/>
          <w:szCs w:val="38"/>
        </w:rPr>
        <w:t xml:space="preserve"> </w:t>
      </w:r>
      <w:r w:rsidRPr="005117ED">
        <w:rPr>
          <w:rFonts w:cs="Sakkal Majalla"/>
          <w:color w:val="000000" w:themeColor="text1"/>
          <w:sz w:val="38"/>
          <w:szCs w:val="38"/>
          <w:rtl/>
        </w:rPr>
        <w:t>خلال</w:t>
      </w:r>
      <w:r w:rsidRPr="005117ED">
        <w:rPr>
          <w:rFonts w:cs="Sakkal Majalla"/>
          <w:color w:val="000000" w:themeColor="text1"/>
          <w:sz w:val="38"/>
          <w:szCs w:val="38"/>
        </w:rPr>
        <w:t xml:space="preserve"> </w:t>
      </w:r>
      <w:r w:rsidRPr="005117ED">
        <w:rPr>
          <w:rFonts w:cs="Sakkal Majalla"/>
          <w:color w:val="000000" w:themeColor="text1"/>
          <w:sz w:val="38"/>
          <w:szCs w:val="38"/>
          <w:rtl/>
        </w:rPr>
        <w:t>مدة</w:t>
      </w:r>
      <w:r w:rsidRPr="005117ED">
        <w:rPr>
          <w:rFonts w:cs="Sakkal Majalla"/>
          <w:color w:val="000000" w:themeColor="text1"/>
          <w:sz w:val="38"/>
          <w:szCs w:val="38"/>
        </w:rPr>
        <w:t xml:space="preserve"> </w:t>
      </w:r>
      <w:r w:rsidRPr="005117ED">
        <w:rPr>
          <w:rFonts w:cs="Sakkal Majalla"/>
          <w:color w:val="000000" w:themeColor="text1"/>
          <w:sz w:val="38"/>
          <w:szCs w:val="38"/>
          <w:rtl/>
        </w:rPr>
        <w:t>معلنة،</w:t>
      </w:r>
      <w:r w:rsidRPr="005117ED">
        <w:rPr>
          <w:rFonts w:cs="Sakkal Majalla"/>
          <w:color w:val="000000" w:themeColor="text1"/>
          <w:sz w:val="38"/>
          <w:szCs w:val="38"/>
        </w:rPr>
        <w:t xml:space="preserve"> </w:t>
      </w:r>
      <w:r w:rsidRPr="005117ED">
        <w:rPr>
          <w:rFonts w:cs="Sakkal Majalla"/>
          <w:color w:val="000000" w:themeColor="text1"/>
          <w:sz w:val="38"/>
          <w:szCs w:val="38"/>
          <w:rtl/>
        </w:rPr>
        <w:t>وتوضيح</w:t>
      </w:r>
      <w:r w:rsidRPr="005117ED">
        <w:rPr>
          <w:rFonts w:cs="Sakkal Majalla"/>
          <w:color w:val="000000" w:themeColor="text1"/>
          <w:sz w:val="38"/>
          <w:szCs w:val="38"/>
        </w:rPr>
        <w:t xml:space="preserve"> </w:t>
      </w:r>
      <w:r w:rsidRPr="005117ED">
        <w:rPr>
          <w:rFonts w:cs="Sakkal Majalla"/>
          <w:color w:val="000000" w:themeColor="text1"/>
          <w:sz w:val="38"/>
          <w:szCs w:val="38"/>
          <w:rtl/>
        </w:rPr>
        <w:t>سبب</w:t>
      </w:r>
      <w:r w:rsidRPr="005117ED">
        <w:rPr>
          <w:rFonts w:cs="Sakkal Majalla"/>
          <w:color w:val="000000" w:themeColor="text1"/>
          <w:sz w:val="38"/>
          <w:szCs w:val="38"/>
        </w:rPr>
        <w:t xml:space="preserve"> </w:t>
      </w:r>
      <w:r w:rsidRPr="005117ED">
        <w:rPr>
          <w:rFonts w:cs="Sakkal Majalla"/>
          <w:color w:val="000000" w:themeColor="text1"/>
          <w:sz w:val="38"/>
          <w:szCs w:val="38"/>
          <w:rtl/>
        </w:rPr>
        <w:t>القبول</w:t>
      </w:r>
      <w:r w:rsidRPr="005117ED">
        <w:rPr>
          <w:rFonts w:cs="Sakkal Majalla"/>
          <w:color w:val="000000" w:themeColor="text1"/>
          <w:sz w:val="38"/>
          <w:szCs w:val="38"/>
        </w:rPr>
        <w:t xml:space="preserve"> </w:t>
      </w:r>
      <w:r w:rsidRPr="005117ED">
        <w:rPr>
          <w:rFonts w:cs="Sakkal Majalla"/>
          <w:color w:val="000000" w:themeColor="text1"/>
          <w:sz w:val="38"/>
          <w:szCs w:val="38"/>
          <w:rtl/>
        </w:rPr>
        <w:t>أو</w:t>
      </w:r>
      <w:r w:rsidRPr="005117ED">
        <w:rPr>
          <w:rFonts w:cs="Sakkal Majalla"/>
          <w:color w:val="000000" w:themeColor="text1"/>
          <w:sz w:val="38"/>
          <w:szCs w:val="38"/>
        </w:rPr>
        <w:t xml:space="preserve"> </w:t>
      </w:r>
      <w:r w:rsidRPr="005117ED">
        <w:rPr>
          <w:rFonts w:cs="Sakkal Majalla"/>
          <w:color w:val="000000" w:themeColor="text1"/>
          <w:sz w:val="38"/>
          <w:szCs w:val="38"/>
          <w:rtl/>
        </w:rPr>
        <w:t>التأجيل</w:t>
      </w:r>
      <w:r w:rsidRPr="005117ED">
        <w:rPr>
          <w:rFonts w:cs="Sakkal Majalla"/>
          <w:color w:val="000000" w:themeColor="text1"/>
          <w:sz w:val="38"/>
          <w:szCs w:val="38"/>
        </w:rPr>
        <w:t xml:space="preserve"> </w:t>
      </w:r>
      <w:r w:rsidRPr="005117ED">
        <w:rPr>
          <w:rFonts w:cs="Sakkal Majalla"/>
          <w:color w:val="000000" w:themeColor="text1"/>
          <w:sz w:val="38"/>
          <w:szCs w:val="38"/>
          <w:rtl/>
        </w:rPr>
        <w:t>أو</w:t>
      </w:r>
      <w:r w:rsidRPr="005117ED">
        <w:rPr>
          <w:rFonts w:cs="Sakkal Majalla"/>
          <w:color w:val="000000" w:themeColor="text1"/>
          <w:sz w:val="38"/>
          <w:szCs w:val="38"/>
        </w:rPr>
        <w:t xml:space="preserve"> </w:t>
      </w:r>
      <w:r w:rsidRPr="005117ED">
        <w:rPr>
          <w:rFonts w:cs="Sakkal Majalla"/>
          <w:color w:val="000000" w:themeColor="text1"/>
          <w:sz w:val="38"/>
          <w:szCs w:val="38"/>
          <w:rtl/>
        </w:rPr>
        <w:t>الرفض،</w:t>
      </w:r>
      <w:r w:rsidRPr="005117ED">
        <w:rPr>
          <w:rFonts w:cs="Sakkal Majalla"/>
          <w:color w:val="000000" w:themeColor="text1"/>
          <w:sz w:val="38"/>
          <w:szCs w:val="38"/>
        </w:rPr>
        <w:t xml:space="preserve"> </w:t>
      </w:r>
      <w:r w:rsidRPr="005117ED">
        <w:rPr>
          <w:rFonts w:cs="Sakkal Majalla"/>
          <w:color w:val="000000" w:themeColor="text1"/>
          <w:sz w:val="38"/>
          <w:szCs w:val="38"/>
          <w:rtl/>
        </w:rPr>
        <w:t>لأن</w:t>
      </w:r>
      <w:r w:rsidRPr="005117ED">
        <w:rPr>
          <w:rFonts w:cs="Sakkal Majalla"/>
          <w:color w:val="000000" w:themeColor="text1"/>
          <w:sz w:val="38"/>
          <w:szCs w:val="38"/>
        </w:rPr>
        <w:t xml:space="preserve"> </w:t>
      </w:r>
      <w:r w:rsidRPr="005117ED">
        <w:rPr>
          <w:rFonts w:cs="Sakkal Majalla"/>
          <w:color w:val="000000" w:themeColor="text1"/>
          <w:sz w:val="38"/>
          <w:szCs w:val="38"/>
          <w:rtl/>
        </w:rPr>
        <w:t>غياب</w:t>
      </w:r>
      <w:r w:rsidRPr="005117ED">
        <w:rPr>
          <w:rFonts w:cs="Sakkal Majalla"/>
          <w:color w:val="000000" w:themeColor="text1"/>
          <w:sz w:val="38"/>
          <w:szCs w:val="38"/>
        </w:rPr>
        <w:t xml:space="preserve"> </w:t>
      </w:r>
      <w:r w:rsidRPr="005117ED">
        <w:rPr>
          <w:rFonts w:cs="Sakkal Majalla"/>
          <w:color w:val="000000" w:themeColor="text1"/>
          <w:sz w:val="38"/>
          <w:szCs w:val="38"/>
          <w:rtl/>
        </w:rPr>
        <w:t>الرد</w:t>
      </w:r>
      <w:r w:rsidRPr="005117ED">
        <w:rPr>
          <w:rFonts w:cs="Sakkal Majalla"/>
          <w:color w:val="000000" w:themeColor="text1"/>
          <w:sz w:val="38"/>
          <w:szCs w:val="38"/>
        </w:rPr>
        <w:t xml:space="preserve"> </w:t>
      </w:r>
      <w:r w:rsidRPr="005117ED">
        <w:rPr>
          <w:rFonts w:cs="Sakkal Majalla"/>
          <w:color w:val="000000" w:themeColor="text1"/>
          <w:sz w:val="38"/>
          <w:szCs w:val="38"/>
          <w:rtl/>
        </w:rPr>
        <w:t>يضعف</w:t>
      </w:r>
      <w:r w:rsidRPr="005117ED">
        <w:rPr>
          <w:rFonts w:cs="Sakkal Majalla"/>
          <w:color w:val="000000" w:themeColor="text1"/>
          <w:sz w:val="38"/>
          <w:szCs w:val="38"/>
        </w:rPr>
        <w:t xml:space="preserve"> </w:t>
      </w:r>
      <w:r w:rsidRPr="005117ED">
        <w:rPr>
          <w:rFonts w:cs="Sakkal Majalla"/>
          <w:color w:val="000000" w:themeColor="text1"/>
          <w:sz w:val="38"/>
          <w:szCs w:val="38"/>
          <w:rtl/>
        </w:rPr>
        <w:t>الثقة</w:t>
      </w:r>
      <w:r w:rsidRPr="005117ED">
        <w:rPr>
          <w:rFonts w:cs="Sakkal Majalla"/>
          <w:color w:val="000000" w:themeColor="text1"/>
          <w:sz w:val="38"/>
          <w:szCs w:val="38"/>
        </w:rPr>
        <w:t xml:space="preserve"> </w:t>
      </w:r>
      <w:r w:rsidRPr="005117ED">
        <w:rPr>
          <w:rFonts w:cs="Sakkal Majalla"/>
          <w:color w:val="000000" w:themeColor="text1"/>
          <w:sz w:val="38"/>
          <w:szCs w:val="38"/>
          <w:rtl/>
        </w:rPr>
        <w:t>أكثر</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الرفض</w:t>
      </w:r>
      <w:r w:rsidRPr="005117ED">
        <w:rPr>
          <w:rFonts w:cs="Sakkal Majalla"/>
          <w:color w:val="000000" w:themeColor="text1"/>
          <w:sz w:val="38"/>
          <w:szCs w:val="38"/>
        </w:rPr>
        <w:t xml:space="preserve"> </w:t>
      </w:r>
      <w:r w:rsidRPr="005117ED">
        <w:rPr>
          <w:rFonts w:cs="Sakkal Majalla"/>
          <w:color w:val="000000" w:themeColor="text1"/>
          <w:sz w:val="38"/>
          <w:szCs w:val="38"/>
          <w:rtl/>
        </w:rPr>
        <w:t>المبرر</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lastRenderedPageBreak/>
        <w:t>كما</w:t>
      </w:r>
      <w:r w:rsidRPr="005117ED">
        <w:rPr>
          <w:rFonts w:cs="Sakkal Majalla"/>
          <w:color w:val="000000" w:themeColor="text1"/>
          <w:sz w:val="38"/>
          <w:szCs w:val="38"/>
        </w:rPr>
        <w:t xml:space="preserve"> </w:t>
      </w:r>
      <w:r w:rsidRPr="005117ED">
        <w:rPr>
          <w:rFonts w:cs="Sakkal Majalla"/>
          <w:color w:val="000000" w:themeColor="text1"/>
          <w:sz w:val="38"/>
          <w:szCs w:val="38"/>
          <w:rtl/>
        </w:rPr>
        <w:t>يوصى</w:t>
      </w:r>
      <w:r w:rsidRPr="005117ED">
        <w:rPr>
          <w:rFonts w:cs="Sakkal Majalla"/>
          <w:color w:val="000000" w:themeColor="text1"/>
          <w:sz w:val="38"/>
          <w:szCs w:val="38"/>
        </w:rPr>
        <w:t xml:space="preserve"> </w:t>
      </w:r>
      <w:r w:rsidRPr="005117ED">
        <w:rPr>
          <w:rFonts w:cs="Sakkal Majalla"/>
          <w:color w:val="000000" w:themeColor="text1"/>
          <w:sz w:val="38"/>
          <w:szCs w:val="38"/>
          <w:rtl/>
        </w:rPr>
        <w:t>بتخصيص</w:t>
      </w:r>
      <w:r w:rsidRPr="005117ED">
        <w:rPr>
          <w:rFonts w:cs="Sakkal Majalla"/>
          <w:color w:val="000000" w:themeColor="text1"/>
          <w:sz w:val="38"/>
          <w:szCs w:val="38"/>
        </w:rPr>
        <w:t xml:space="preserve"> «</w:t>
      </w:r>
      <w:r w:rsidRPr="005117ED">
        <w:rPr>
          <w:rFonts w:cs="Sakkal Majalla"/>
          <w:color w:val="000000" w:themeColor="text1"/>
          <w:sz w:val="38"/>
          <w:szCs w:val="38"/>
          <w:rtl/>
        </w:rPr>
        <w:t>ميزانية</w:t>
      </w:r>
      <w:r w:rsidRPr="005117ED">
        <w:rPr>
          <w:rFonts w:cs="Sakkal Majalla"/>
          <w:color w:val="000000" w:themeColor="text1"/>
          <w:sz w:val="38"/>
          <w:szCs w:val="38"/>
        </w:rPr>
        <w:t xml:space="preserve"> </w:t>
      </w:r>
      <w:r w:rsidRPr="005117ED">
        <w:rPr>
          <w:rFonts w:cs="Sakkal Majalla"/>
          <w:color w:val="000000" w:themeColor="text1"/>
          <w:sz w:val="38"/>
          <w:szCs w:val="38"/>
          <w:rtl/>
        </w:rPr>
        <w:t>تعلم</w:t>
      </w:r>
      <w:r w:rsidRPr="005117ED">
        <w:rPr>
          <w:rFonts w:cs="Sakkal Majalla"/>
          <w:color w:val="000000" w:themeColor="text1"/>
          <w:sz w:val="38"/>
          <w:szCs w:val="38"/>
        </w:rPr>
        <w:t xml:space="preserve">» </w:t>
      </w:r>
      <w:r w:rsidRPr="005117ED">
        <w:rPr>
          <w:rFonts w:cs="Sakkal Majalla"/>
          <w:color w:val="000000" w:themeColor="text1"/>
          <w:sz w:val="38"/>
          <w:szCs w:val="38"/>
          <w:rtl/>
        </w:rPr>
        <w:t>صغيرة</w:t>
      </w:r>
      <w:r w:rsidRPr="005117ED">
        <w:rPr>
          <w:rFonts w:cs="Sakkal Majalla"/>
          <w:color w:val="000000" w:themeColor="text1"/>
          <w:sz w:val="38"/>
          <w:szCs w:val="38"/>
        </w:rPr>
        <w:t xml:space="preserve"> </w:t>
      </w:r>
      <w:r w:rsidRPr="005117ED">
        <w:rPr>
          <w:rFonts w:cs="Sakkal Majalla"/>
          <w:color w:val="000000" w:themeColor="text1"/>
          <w:sz w:val="38"/>
          <w:szCs w:val="38"/>
          <w:rtl/>
        </w:rPr>
        <w:t>أو</w:t>
      </w:r>
      <w:r w:rsidRPr="005117ED">
        <w:rPr>
          <w:rFonts w:cs="Sakkal Majalla"/>
          <w:color w:val="000000" w:themeColor="text1"/>
          <w:sz w:val="38"/>
          <w:szCs w:val="38"/>
        </w:rPr>
        <w:t xml:space="preserve"> </w:t>
      </w:r>
      <w:r w:rsidRPr="005117ED">
        <w:rPr>
          <w:rFonts w:cs="Sakkal Majalla"/>
          <w:color w:val="000000" w:themeColor="text1"/>
          <w:sz w:val="38"/>
          <w:szCs w:val="38"/>
          <w:rtl/>
        </w:rPr>
        <w:t>ساعات</w:t>
      </w:r>
      <w:r w:rsidRPr="005117ED">
        <w:rPr>
          <w:rFonts w:cs="Sakkal Majalla"/>
          <w:color w:val="000000" w:themeColor="text1"/>
          <w:sz w:val="38"/>
          <w:szCs w:val="38"/>
        </w:rPr>
        <w:t xml:space="preserve"> </w:t>
      </w:r>
      <w:r w:rsidRPr="005117ED">
        <w:rPr>
          <w:rFonts w:cs="Sakkal Majalla"/>
          <w:color w:val="000000" w:themeColor="text1"/>
          <w:sz w:val="38"/>
          <w:szCs w:val="38"/>
          <w:rtl/>
        </w:rPr>
        <w:t>محددة</w:t>
      </w:r>
      <w:r w:rsidRPr="005117ED">
        <w:rPr>
          <w:rFonts w:cs="Sakkal Majalla"/>
          <w:color w:val="000000" w:themeColor="text1"/>
          <w:sz w:val="38"/>
          <w:szCs w:val="38"/>
        </w:rPr>
        <w:t xml:space="preserve"> </w:t>
      </w:r>
      <w:r w:rsidRPr="005117ED">
        <w:rPr>
          <w:rFonts w:cs="Sakkal Majalla"/>
          <w:color w:val="000000" w:themeColor="text1"/>
          <w:sz w:val="38"/>
          <w:szCs w:val="38"/>
          <w:rtl/>
        </w:rPr>
        <w:t>للتجارب</w:t>
      </w:r>
      <w:r w:rsidRPr="005117ED">
        <w:rPr>
          <w:rFonts w:cs="Sakkal Majalla"/>
          <w:color w:val="000000" w:themeColor="text1"/>
          <w:sz w:val="38"/>
          <w:szCs w:val="38"/>
        </w:rPr>
        <w:t xml:space="preserve"> </w:t>
      </w:r>
      <w:r w:rsidRPr="005117ED">
        <w:rPr>
          <w:rFonts w:cs="Sakkal Majalla"/>
          <w:color w:val="000000" w:themeColor="text1"/>
          <w:sz w:val="38"/>
          <w:szCs w:val="38"/>
          <w:rtl/>
        </w:rPr>
        <w:t>منخفضة</w:t>
      </w:r>
      <w:r w:rsidRPr="005117ED">
        <w:rPr>
          <w:rFonts w:cs="Sakkal Majalla"/>
          <w:color w:val="000000" w:themeColor="text1"/>
          <w:sz w:val="38"/>
          <w:szCs w:val="38"/>
        </w:rPr>
        <w:t xml:space="preserve"> </w:t>
      </w:r>
      <w:r w:rsidRPr="005117ED">
        <w:rPr>
          <w:rFonts w:cs="Sakkal Majalla"/>
          <w:color w:val="000000" w:themeColor="text1"/>
          <w:sz w:val="38"/>
          <w:szCs w:val="38"/>
          <w:rtl/>
        </w:rPr>
        <w:t>المخاطر</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يشترط</w:t>
      </w:r>
      <w:r w:rsidRPr="005117ED">
        <w:rPr>
          <w:rFonts w:cs="Sakkal Majalla"/>
          <w:color w:val="000000" w:themeColor="text1"/>
          <w:sz w:val="38"/>
          <w:szCs w:val="38"/>
        </w:rPr>
        <w:t xml:space="preserve"> </w:t>
      </w:r>
      <w:r w:rsidRPr="005117ED">
        <w:rPr>
          <w:rFonts w:cs="Sakkal Majalla"/>
          <w:color w:val="000000" w:themeColor="text1"/>
          <w:sz w:val="38"/>
          <w:szCs w:val="38"/>
          <w:rtl/>
        </w:rPr>
        <w:t>أن</w:t>
      </w:r>
      <w:r w:rsidRPr="005117ED">
        <w:rPr>
          <w:rFonts w:cs="Sakkal Majalla"/>
          <w:color w:val="000000" w:themeColor="text1"/>
          <w:sz w:val="38"/>
          <w:szCs w:val="38"/>
        </w:rPr>
        <w:t xml:space="preserve"> </w:t>
      </w:r>
      <w:r w:rsidRPr="005117ED">
        <w:rPr>
          <w:rFonts w:cs="Sakkal Majalla"/>
          <w:color w:val="000000" w:themeColor="text1"/>
          <w:sz w:val="38"/>
          <w:szCs w:val="38"/>
          <w:rtl/>
        </w:rPr>
        <w:t>تكون</w:t>
      </w:r>
      <w:r w:rsidRPr="005117ED">
        <w:rPr>
          <w:rFonts w:cs="Sakkal Majalla"/>
          <w:color w:val="000000" w:themeColor="text1"/>
          <w:sz w:val="38"/>
          <w:szCs w:val="38"/>
        </w:rPr>
        <w:t xml:space="preserve"> </w:t>
      </w:r>
      <w:r w:rsidRPr="005117ED">
        <w:rPr>
          <w:rFonts w:cs="Sakkal Majalla"/>
          <w:color w:val="000000" w:themeColor="text1"/>
          <w:sz w:val="38"/>
          <w:szCs w:val="38"/>
          <w:rtl/>
        </w:rPr>
        <w:t>مالية؛</w:t>
      </w:r>
      <w:r w:rsidRPr="005117ED">
        <w:rPr>
          <w:rFonts w:cs="Sakkal Majalla"/>
          <w:color w:val="000000" w:themeColor="text1"/>
          <w:sz w:val="38"/>
          <w:szCs w:val="38"/>
        </w:rPr>
        <w:t xml:space="preserve"> </w:t>
      </w:r>
      <w:r w:rsidRPr="005117ED">
        <w:rPr>
          <w:rFonts w:cs="Sakkal Majalla"/>
          <w:color w:val="000000" w:themeColor="text1"/>
          <w:sz w:val="38"/>
          <w:szCs w:val="38"/>
          <w:rtl/>
        </w:rPr>
        <w:t>فقد</w:t>
      </w:r>
      <w:r w:rsidRPr="005117ED">
        <w:rPr>
          <w:rFonts w:cs="Sakkal Majalla"/>
          <w:color w:val="000000" w:themeColor="text1"/>
          <w:sz w:val="38"/>
          <w:szCs w:val="38"/>
        </w:rPr>
        <w:t xml:space="preserve"> </w:t>
      </w:r>
      <w:r w:rsidRPr="005117ED">
        <w:rPr>
          <w:rFonts w:cs="Sakkal Majalla"/>
          <w:color w:val="000000" w:themeColor="text1"/>
          <w:sz w:val="38"/>
          <w:szCs w:val="38"/>
          <w:rtl/>
        </w:rPr>
        <w:t>تكون</w:t>
      </w:r>
      <w:r w:rsidRPr="005117ED">
        <w:rPr>
          <w:rFonts w:cs="Sakkal Majalla"/>
          <w:color w:val="000000" w:themeColor="text1"/>
          <w:sz w:val="38"/>
          <w:szCs w:val="38"/>
        </w:rPr>
        <w:t xml:space="preserve"> </w:t>
      </w:r>
      <w:r w:rsidRPr="005117ED">
        <w:rPr>
          <w:rFonts w:cs="Sakkal Majalla"/>
          <w:color w:val="000000" w:themeColor="text1"/>
          <w:sz w:val="38"/>
          <w:szCs w:val="38"/>
          <w:rtl/>
        </w:rPr>
        <w:t>وقتًا</w:t>
      </w:r>
      <w:r w:rsidRPr="005117ED">
        <w:rPr>
          <w:rFonts w:cs="Sakkal Majalla"/>
          <w:color w:val="000000" w:themeColor="text1"/>
          <w:sz w:val="38"/>
          <w:szCs w:val="38"/>
        </w:rPr>
        <w:t xml:space="preserve"> </w:t>
      </w:r>
      <w:r w:rsidRPr="005117ED">
        <w:rPr>
          <w:rFonts w:cs="Sakkal Majalla"/>
          <w:color w:val="000000" w:themeColor="text1"/>
          <w:sz w:val="38"/>
          <w:szCs w:val="38"/>
          <w:rtl/>
        </w:rPr>
        <w:t>أو</w:t>
      </w:r>
      <w:r w:rsidRPr="005117ED">
        <w:rPr>
          <w:rFonts w:cs="Sakkal Majalla"/>
          <w:color w:val="000000" w:themeColor="text1"/>
          <w:sz w:val="38"/>
          <w:szCs w:val="38"/>
        </w:rPr>
        <w:t xml:space="preserve"> </w:t>
      </w:r>
      <w:r w:rsidRPr="005117ED">
        <w:rPr>
          <w:rFonts w:cs="Sakkal Majalla"/>
          <w:color w:val="000000" w:themeColor="text1"/>
          <w:sz w:val="38"/>
          <w:szCs w:val="38"/>
          <w:rtl/>
        </w:rPr>
        <w:t>وصولًا</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بيانات</w:t>
      </w:r>
      <w:r w:rsidRPr="005117ED">
        <w:rPr>
          <w:rFonts w:cs="Sakkal Majalla"/>
          <w:color w:val="000000" w:themeColor="text1"/>
          <w:sz w:val="38"/>
          <w:szCs w:val="38"/>
        </w:rPr>
        <w:t xml:space="preserve"> </w:t>
      </w:r>
      <w:r w:rsidRPr="005117ED">
        <w:rPr>
          <w:rFonts w:cs="Sakkal Majalla"/>
          <w:color w:val="000000" w:themeColor="text1"/>
          <w:sz w:val="38"/>
          <w:szCs w:val="38"/>
          <w:rtl/>
        </w:rPr>
        <w:t>أو</w:t>
      </w:r>
      <w:r w:rsidRPr="005117ED">
        <w:rPr>
          <w:rFonts w:cs="Sakkal Majalla"/>
          <w:color w:val="000000" w:themeColor="text1"/>
          <w:sz w:val="38"/>
          <w:szCs w:val="38"/>
        </w:rPr>
        <w:t xml:space="preserve"> </w:t>
      </w:r>
      <w:r w:rsidRPr="005117ED">
        <w:rPr>
          <w:rFonts w:cs="Sakkal Majalla"/>
          <w:color w:val="000000" w:themeColor="text1"/>
          <w:sz w:val="38"/>
          <w:szCs w:val="38"/>
          <w:rtl/>
        </w:rPr>
        <w:t>عينة</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العملاء</w:t>
      </w:r>
      <w:r w:rsidRPr="005117ED">
        <w:rPr>
          <w:rFonts w:cs="Sakkal Majalla"/>
          <w:color w:val="000000" w:themeColor="text1"/>
          <w:sz w:val="38"/>
          <w:szCs w:val="38"/>
        </w:rPr>
        <w:t xml:space="preserve">. </w:t>
      </w:r>
      <w:r w:rsidRPr="005117ED">
        <w:rPr>
          <w:rFonts w:cs="Sakkal Majalla"/>
          <w:color w:val="000000" w:themeColor="text1"/>
          <w:sz w:val="38"/>
          <w:szCs w:val="38"/>
          <w:rtl/>
        </w:rPr>
        <w:t>ويحدد</w:t>
      </w:r>
      <w:r w:rsidRPr="005117ED">
        <w:rPr>
          <w:rFonts w:cs="Sakkal Majalla"/>
          <w:color w:val="000000" w:themeColor="text1"/>
          <w:sz w:val="38"/>
          <w:szCs w:val="38"/>
        </w:rPr>
        <w:t xml:space="preserve"> </w:t>
      </w:r>
      <w:r w:rsidRPr="005117ED">
        <w:rPr>
          <w:rFonts w:cs="Sakkal Majalla"/>
          <w:color w:val="000000" w:themeColor="text1"/>
          <w:sz w:val="38"/>
          <w:szCs w:val="38"/>
          <w:rtl/>
        </w:rPr>
        <w:t>لكل</w:t>
      </w:r>
      <w:r w:rsidRPr="005117ED">
        <w:rPr>
          <w:rFonts w:cs="Sakkal Majalla"/>
          <w:color w:val="000000" w:themeColor="text1"/>
          <w:sz w:val="38"/>
          <w:szCs w:val="38"/>
        </w:rPr>
        <w:t xml:space="preserve"> </w:t>
      </w:r>
      <w:r w:rsidRPr="005117ED">
        <w:rPr>
          <w:rFonts w:cs="Sakkal Majalla"/>
          <w:color w:val="000000" w:themeColor="text1"/>
          <w:sz w:val="38"/>
          <w:szCs w:val="38"/>
          <w:rtl/>
        </w:rPr>
        <w:t>تجربة</w:t>
      </w:r>
      <w:r w:rsidRPr="005117ED">
        <w:rPr>
          <w:rFonts w:cs="Sakkal Majalla"/>
          <w:color w:val="000000" w:themeColor="text1"/>
          <w:sz w:val="38"/>
          <w:szCs w:val="38"/>
        </w:rPr>
        <w:t xml:space="preserve"> </w:t>
      </w:r>
      <w:r w:rsidRPr="005117ED">
        <w:rPr>
          <w:rFonts w:cs="Sakkal Majalla"/>
          <w:color w:val="000000" w:themeColor="text1"/>
          <w:sz w:val="38"/>
          <w:szCs w:val="38"/>
          <w:rtl/>
        </w:rPr>
        <w:t>فرضية</w:t>
      </w:r>
      <w:r w:rsidRPr="005117ED">
        <w:rPr>
          <w:rFonts w:cs="Sakkal Majalla"/>
          <w:color w:val="000000" w:themeColor="text1"/>
          <w:sz w:val="38"/>
          <w:szCs w:val="38"/>
        </w:rPr>
        <w:t xml:space="preserve"> </w:t>
      </w:r>
      <w:r w:rsidRPr="005117ED">
        <w:rPr>
          <w:rFonts w:cs="Sakkal Majalla"/>
          <w:color w:val="000000" w:themeColor="text1"/>
          <w:sz w:val="38"/>
          <w:szCs w:val="38"/>
          <w:rtl/>
        </w:rPr>
        <w:t>ومؤشر</w:t>
      </w:r>
      <w:r w:rsidRPr="005117ED">
        <w:rPr>
          <w:rFonts w:cs="Sakkal Majalla"/>
          <w:color w:val="000000" w:themeColor="text1"/>
          <w:sz w:val="38"/>
          <w:szCs w:val="38"/>
        </w:rPr>
        <w:t xml:space="preserve"> </w:t>
      </w:r>
      <w:r w:rsidRPr="005117ED">
        <w:rPr>
          <w:rFonts w:cs="Sakkal Majalla"/>
          <w:color w:val="000000" w:themeColor="text1"/>
          <w:sz w:val="38"/>
          <w:szCs w:val="38"/>
          <w:rtl/>
        </w:rPr>
        <w:t>وحد</w:t>
      </w:r>
      <w:r w:rsidRPr="005117ED">
        <w:rPr>
          <w:rFonts w:cs="Sakkal Majalla"/>
          <w:color w:val="000000" w:themeColor="text1"/>
          <w:sz w:val="38"/>
          <w:szCs w:val="38"/>
        </w:rPr>
        <w:t xml:space="preserve"> </w:t>
      </w:r>
      <w:r w:rsidRPr="005117ED">
        <w:rPr>
          <w:rFonts w:cs="Sakkal Majalla"/>
          <w:color w:val="000000" w:themeColor="text1"/>
          <w:sz w:val="38"/>
          <w:szCs w:val="38"/>
          <w:rtl/>
        </w:rPr>
        <w:t>أقصى</w:t>
      </w:r>
      <w:r w:rsidRPr="005117ED">
        <w:rPr>
          <w:rFonts w:cs="Sakkal Majalla"/>
          <w:color w:val="000000" w:themeColor="text1"/>
          <w:sz w:val="38"/>
          <w:szCs w:val="38"/>
        </w:rPr>
        <w:t xml:space="preserve"> </w:t>
      </w:r>
      <w:r w:rsidRPr="005117ED">
        <w:rPr>
          <w:rFonts w:cs="Sakkal Majalla"/>
          <w:color w:val="000000" w:themeColor="text1"/>
          <w:sz w:val="38"/>
          <w:szCs w:val="38"/>
          <w:rtl/>
        </w:rPr>
        <w:t>للكلفة</w:t>
      </w:r>
      <w:r w:rsidRPr="005117ED">
        <w:rPr>
          <w:rFonts w:cs="Sakkal Majalla"/>
          <w:color w:val="000000" w:themeColor="text1"/>
          <w:sz w:val="38"/>
          <w:szCs w:val="38"/>
        </w:rPr>
        <w:t xml:space="preserve"> </w:t>
      </w:r>
      <w:r w:rsidRPr="005117ED">
        <w:rPr>
          <w:rFonts w:cs="Sakkal Majalla"/>
          <w:color w:val="000000" w:themeColor="text1"/>
          <w:sz w:val="38"/>
          <w:szCs w:val="38"/>
          <w:rtl/>
        </w:rPr>
        <w:t>وقرار</w:t>
      </w:r>
      <w:r w:rsidRPr="005117ED">
        <w:rPr>
          <w:rFonts w:cs="Sakkal Majalla"/>
          <w:color w:val="000000" w:themeColor="text1"/>
          <w:sz w:val="38"/>
          <w:szCs w:val="38"/>
        </w:rPr>
        <w:t xml:space="preserve"> </w:t>
      </w:r>
      <w:r w:rsidRPr="005117ED">
        <w:rPr>
          <w:rFonts w:cs="Sakkal Majalla"/>
          <w:color w:val="000000" w:themeColor="text1"/>
          <w:sz w:val="38"/>
          <w:szCs w:val="38"/>
          <w:rtl/>
        </w:rPr>
        <w:t>مراجعة</w:t>
      </w:r>
      <w:r w:rsidRPr="005117ED">
        <w:rPr>
          <w:rFonts w:cs="Sakkal Majalla"/>
          <w:color w:val="000000" w:themeColor="text1"/>
          <w:sz w:val="38"/>
          <w:szCs w:val="38"/>
        </w:rPr>
        <w:t xml:space="preserve">. </w:t>
      </w:r>
      <w:r w:rsidRPr="005117ED">
        <w:rPr>
          <w:rFonts w:cs="Sakkal Majalla"/>
          <w:color w:val="000000" w:themeColor="text1"/>
          <w:sz w:val="38"/>
          <w:szCs w:val="38"/>
          <w:rtl/>
        </w:rPr>
        <w:t>هذا</w:t>
      </w:r>
      <w:r w:rsidRPr="005117ED">
        <w:rPr>
          <w:rFonts w:cs="Sakkal Majalla"/>
          <w:color w:val="000000" w:themeColor="text1"/>
          <w:sz w:val="38"/>
          <w:szCs w:val="38"/>
        </w:rPr>
        <w:t xml:space="preserve"> </w:t>
      </w:r>
      <w:r w:rsidRPr="005117ED">
        <w:rPr>
          <w:rFonts w:cs="Sakkal Majalla"/>
          <w:color w:val="000000" w:themeColor="text1"/>
          <w:sz w:val="38"/>
          <w:szCs w:val="38"/>
          <w:rtl/>
        </w:rPr>
        <w:t>الأسلوب</w:t>
      </w:r>
      <w:r w:rsidRPr="005117ED">
        <w:rPr>
          <w:rFonts w:cs="Sakkal Majalla"/>
          <w:color w:val="000000" w:themeColor="text1"/>
          <w:sz w:val="38"/>
          <w:szCs w:val="38"/>
        </w:rPr>
        <w:t xml:space="preserve"> </w:t>
      </w:r>
      <w:r w:rsidRPr="005117ED">
        <w:rPr>
          <w:rFonts w:cs="Sakkal Majalla"/>
          <w:color w:val="000000" w:themeColor="text1"/>
          <w:sz w:val="38"/>
          <w:szCs w:val="38"/>
          <w:rtl/>
        </w:rPr>
        <w:t>يوازن</w:t>
      </w:r>
      <w:r w:rsidRPr="005117ED">
        <w:rPr>
          <w:rFonts w:cs="Sakkal Majalla"/>
          <w:color w:val="000000" w:themeColor="text1"/>
          <w:sz w:val="38"/>
          <w:szCs w:val="38"/>
        </w:rPr>
        <w:t xml:space="preserve"> </w:t>
      </w:r>
      <w:r w:rsidRPr="005117ED">
        <w:rPr>
          <w:rFonts w:cs="Sakkal Majalla"/>
          <w:color w:val="000000" w:themeColor="text1"/>
          <w:sz w:val="38"/>
          <w:szCs w:val="38"/>
          <w:rtl/>
        </w:rPr>
        <w:t>بين</w:t>
      </w:r>
      <w:r w:rsidRPr="005117ED">
        <w:rPr>
          <w:rFonts w:cs="Sakkal Majalla"/>
          <w:color w:val="000000" w:themeColor="text1"/>
          <w:sz w:val="38"/>
          <w:szCs w:val="38"/>
        </w:rPr>
        <w:t xml:space="preserve"> </w:t>
      </w:r>
      <w:r w:rsidRPr="005117ED">
        <w:rPr>
          <w:rFonts w:cs="Sakkal Majalla"/>
          <w:color w:val="000000" w:themeColor="text1"/>
          <w:sz w:val="38"/>
          <w:szCs w:val="38"/>
          <w:rtl/>
        </w:rPr>
        <w:t>حاجة</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المنشأة</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الانضباط</w:t>
      </w:r>
      <w:r w:rsidRPr="005117ED">
        <w:rPr>
          <w:rFonts w:cs="Sakkal Majalla"/>
          <w:color w:val="000000" w:themeColor="text1"/>
          <w:sz w:val="38"/>
          <w:szCs w:val="38"/>
        </w:rPr>
        <w:t xml:space="preserve"> </w:t>
      </w:r>
      <w:r w:rsidRPr="005117ED">
        <w:rPr>
          <w:rFonts w:cs="Sakkal Majalla"/>
          <w:color w:val="000000" w:themeColor="text1"/>
          <w:sz w:val="38"/>
          <w:szCs w:val="38"/>
          <w:rtl/>
        </w:rPr>
        <w:t>وحاجتها</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التجديد</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وينبغي</w:t>
      </w:r>
      <w:r w:rsidRPr="005117ED">
        <w:rPr>
          <w:rFonts w:cs="Sakkal Majalla"/>
          <w:color w:val="000000" w:themeColor="text1"/>
          <w:sz w:val="38"/>
          <w:szCs w:val="38"/>
        </w:rPr>
        <w:t xml:space="preserve"> </w:t>
      </w:r>
      <w:r w:rsidRPr="005117ED">
        <w:rPr>
          <w:rFonts w:cs="Sakkal Majalla"/>
          <w:color w:val="000000" w:themeColor="text1"/>
          <w:sz w:val="38"/>
          <w:szCs w:val="38"/>
          <w:rtl/>
        </w:rPr>
        <w:t>تعديل</w:t>
      </w:r>
      <w:r w:rsidRPr="005117ED">
        <w:rPr>
          <w:rFonts w:cs="Sakkal Majalla"/>
          <w:color w:val="000000" w:themeColor="text1"/>
          <w:sz w:val="38"/>
          <w:szCs w:val="38"/>
        </w:rPr>
        <w:t xml:space="preserve"> </w:t>
      </w:r>
      <w:r w:rsidRPr="005117ED">
        <w:rPr>
          <w:rFonts w:cs="Sakkal Majalla"/>
          <w:color w:val="000000" w:themeColor="text1"/>
          <w:sz w:val="38"/>
          <w:szCs w:val="38"/>
          <w:rtl/>
        </w:rPr>
        <w:t>نظم</w:t>
      </w:r>
      <w:r w:rsidRPr="005117ED">
        <w:rPr>
          <w:rFonts w:cs="Sakkal Majalla"/>
          <w:color w:val="000000" w:themeColor="text1"/>
          <w:sz w:val="38"/>
          <w:szCs w:val="38"/>
        </w:rPr>
        <w:t xml:space="preserve"> </w:t>
      </w:r>
      <w:r w:rsidRPr="005117ED">
        <w:rPr>
          <w:rFonts w:cs="Sakkal Majalla"/>
          <w:color w:val="000000" w:themeColor="text1"/>
          <w:sz w:val="38"/>
          <w:szCs w:val="38"/>
          <w:rtl/>
        </w:rPr>
        <w:t>التقدير</w:t>
      </w:r>
      <w:r w:rsidRPr="005117ED">
        <w:rPr>
          <w:rFonts w:cs="Sakkal Majalla"/>
          <w:color w:val="000000" w:themeColor="text1"/>
          <w:sz w:val="38"/>
          <w:szCs w:val="38"/>
        </w:rPr>
        <w:t xml:space="preserve"> </w:t>
      </w:r>
      <w:r w:rsidRPr="005117ED">
        <w:rPr>
          <w:rFonts w:cs="Sakkal Majalla"/>
          <w:color w:val="000000" w:themeColor="text1"/>
          <w:sz w:val="38"/>
          <w:szCs w:val="38"/>
          <w:rtl/>
        </w:rPr>
        <w:t>بحيث</w:t>
      </w:r>
      <w:r w:rsidRPr="005117ED">
        <w:rPr>
          <w:rFonts w:cs="Sakkal Majalla"/>
          <w:color w:val="000000" w:themeColor="text1"/>
          <w:sz w:val="38"/>
          <w:szCs w:val="38"/>
        </w:rPr>
        <w:t xml:space="preserve"> </w:t>
      </w:r>
      <w:r w:rsidRPr="005117ED">
        <w:rPr>
          <w:rFonts w:cs="Sakkal Majalla"/>
          <w:color w:val="000000" w:themeColor="text1"/>
          <w:sz w:val="38"/>
          <w:szCs w:val="38"/>
          <w:rtl/>
        </w:rPr>
        <w:t>تكافئ</w:t>
      </w:r>
      <w:r w:rsidRPr="005117ED">
        <w:rPr>
          <w:rFonts w:cs="Sakkal Majalla"/>
          <w:color w:val="000000" w:themeColor="text1"/>
          <w:sz w:val="38"/>
          <w:szCs w:val="38"/>
        </w:rPr>
        <w:t xml:space="preserve"> </w:t>
      </w:r>
      <w:r w:rsidRPr="005117ED">
        <w:rPr>
          <w:rFonts w:cs="Sakkal Majalla"/>
          <w:color w:val="000000" w:themeColor="text1"/>
          <w:sz w:val="38"/>
          <w:szCs w:val="38"/>
          <w:rtl/>
        </w:rPr>
        <w:t>السلوك</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الإبداعي</w:t>
      </w:r>
      <w:r w:rsidRPr="005117ED">
        <w:rPr>
          <w:rFonts w:cs="Sakkal Majalla"/>
          <w:color w:val="000000" w:themeColor="text1"/>
          <w:sz w:val="38"/>
          <w:szCs w:val="38"/>
        </w:rPr>
        <w:t xml:space="preserve"> </w:t>
      </w:r>
      <w:r w:rsidRPr="005117ED">
        <w:rPr>
          <w:rFonts w:cs="Sakkal Majalla"/>
          <w:color w:val="000000" w:themeColor="text1"/>
          <w:sz w:val="38"/>
          <w:szCs w:val="38"/>
          <w:rtl/>
        </w:rPr>
        <w:t>الجيد</w:t>
      </w:r>
      <w:r w:rsidRPr="005117ED">
        <w:rPr>
          <w:rFonts w:cs="Sakkal Majalla"/>
          <w:color w:val="000000" w:themeColor="text1"/>
          <w:sz w:val="38"/>
          <w:szCs w:val="38"/>
        </w:rPr>
        <w:t xml:space="preserve"> </w:t>
      </w:r>
      <w:r w:rsidRPr="005117ED">
        <w:rPr>
          <w:rFonts w:cs="Sakkal Majalla"/>
          <w:color w:val="000000" w:themeColor="text1"/>
          <w:sz w:val="38"/>
          <w:szCs w:val="38"/>
          <w:rtl/>
        </w:rPr>
        <w:t>والتعلم،</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النجاح</w:t>
      </w:r>
      <w:r w:rsidRPr="005117ED">
        <w:rPr>
          <w:rFonts w:cs="Sakkal Majalla"/>
          <w:color w:val="000000" w:themeColor="text1"/>
          <w:sz w:val="38"/>
          <w:szCs w:val="38"/>
        </w:rPr>
        <w:t xml:space="preserve"> </w:t>
      </w:r>
      <w:r w:rsidRPr="005117ED">
        <w:rPr>
          <w:rFonts w:cs="Sakkal Majalla"/>
          <w:color w:val="000000" w:themeColor="text1"/>
          <w:sz w:val="38"/>
          <w:szCs w:val="38"/>
          <w:rtl/>
        </w:rPr>
        <w:t>النهائي</w:t>
      </w:r>
      <w:r w:rsidRPr="005117ED">
        <w:rPr>
          <w:rFonts w:cs="Sakkal Majalla"/>
          <w:color w:val="000000" w:themeColor="text1"/>
          <w:sz w:val="38"/>
          <w:szCs w:val="38"/>
        </w:rPr>
        <w:t xml:space="preserve"> </w:t>
      </w:r>
      <w:r w:rsidRPr="005117ED">
        <w:rPr>
          <w:rFonts w:cs="Sakkal Majalla"/>
          <w:color w:val="000000" w:themeColor="text1"/>
          <w:sz w:val="38"/>
          <w:szCs w:val="38"/>
          <w:rtl/>
        </w:rPr>
        <w:t>فقط</w:t>
      </w:r>
      <w:r w:rsidRPr="005117ED">
        <w:rPr>
          <w:rFonts w:cs="Sakkal Majalla"/>
          <w:color w:val="000000" w:themeColor="text1"/>
          <w:sz w:val="38"/>
          <w:szCs w:val="38"/>
        </w:rPr>
        <w:t xml:space="preserve">. </w:t>
      </w:r>
      <w:r w:rsidRPr="005117ED">
        <w:rPr>
          <w:rFonts w:cs="Sakkal Majalla"/>
          <w:color w:val="000000" w:themeColor="text1"/>
          <w:sz w:val="38"/>
          <w:szCs w:val="38"/>
          <w:rtl/>
        </w:rPr>
        <w:t>ويمكن</w:t>
      </w:r>
      <w:r w:rsidRPr="005117ED">
        <w:rPr>
          <w:rFonts w:cs="Sakkal Majalla"/>
          <w:color w:val="000000" w:themeColor="text1"/>
          <w:sz w:val="38"/>
          <w:szCs w:val="38"/>
        </w:rPr>
        <w:t xml:space="preserve"> </w:t>
      </w:r>
      <w:r w:rsidRPr="005117ED">
        <w:rPr>
          <w:rFonts w:cs="Sakkal Majalla"/>
          <w:color w:val="000000" w:themeColor="text1"/>
          <w:sz w:val="38"/>
          <w:szCs w:val="38"/>
          <w:rtl/>
        </w:rPr>
        <w:t>الاعتراف</w:t>
      </w:r>
      <w:r w:rsidRPr="005117ED">
        <w:rPr>
          <w:rFonts w:cs="Sakkal Majalla"/>
          <w:color w:val="000000" w:themeColor="text1"/>
          <w:sz w:val="38"/>
          <w:szCs w:val="38"/>
        </w:rPr>
        <w:t xml:space="preserve"> </w:t>
      </w:r>
      <w:r w:rsidRPr="005117ED">
        <w:rPr>
          <w:rFonts w:cs="Sakkal Majalla"/>
          <w:color w:val="000000" w:themeColor="text1"/>
          <w:sz w:val="38"/>
          <w:szCs w:val="38"/>
          <w:rtl/>
        </w:rPr>
        <w:t>بصاحب</w:t>
      </w:r>
      <w:r w:rsidRPr="005117ED">
        <w:rPr>
          <w:rFonts w:cs="Sakkal Majalla"/>
          <w:color w:val="000000" w:themeColor="text1"/>
          <w:sz w:val="38"/>
          <w:szCs w:val="38"/>
        </w:rPr>
        <w:t xml:space="preserve"> </w:t>
      </w:r>
      <w:r w:rsidRPr="005117ED">
        <w:rPr>
          <w:rFonts w:cs="Sakkal Majalla"/>
          <w:color w:val="000000" w:themeColor="text1"/>
          <w:sz w:val="38"/>
          <w:szCs w:val="38"/>
          <w:rtl/>
        </w:rPr>
        <w:t>الفكرة،</w:t>
      </w:r>
      <w:r w:rsidRPr="005117ED">
        <w:rPr>
          <w:rFonts w:cs="Sakkal Majalla"/>
          <w:color w:val="000000" w:themeColor="text1"/>
          <w:sz w:val="38"/>
          <w:szCs w:val="38"/>
        </w:rPr>
        <w:t xml:space="preserve"> </w:t>
      </w:r>
      <w:r w:rsidRPr="005117ED">
        <w:rPr>
          <w:rFonts w:cs="Sakkal Majalla"/>
          <w:color w:val="000000" w:themeColor="text1"/>
          <w:sz w:val="38"/>
          <w:szCs w:val="38"/>
          <w:rtl/>
        </w:rPr>
        <w:t>والفريق</w:t>
      </w:r>
      <w:r w:rsidRPr="005117ED">
        <w:rPr>
          <w:rFonts w:cs="Sakkal Majalla"/>
          <w:color w:val="000000" w:themeColor="text1"/>
          <w:sz w:val="38"/>
          <w:szCs w:val="38"/>
        </w:rPr>
        <w:t xml:space="preserve"> </w:t>
      </w:r>
      <w:r w:rsidRPr="005117ED">
        <w:rPr>
          <w:rFonts w:cs="Sakkal Majalla"/>
          <w:color w:val="000000" w:themeColor="text1"/>
          <w:sz w:val="38"/>
          <w:szCs w:val="38"/>
          <w:rtl/>
        </w:rPr>
        <w:t>الذي</w:t>
      </w:r>
      <w:r w:rsidRPr="005117ED">
        <w:rPr>
          <w:rFonts w:cs="Sakkal Majalla"/>
          <w:color w:val="000000" w:themeColor="text1"/>
          <w:sz w:val="38"/>
          <w:szCs w:val="38"/>
        </w:rPr>
        <w:t xml:space="preserve"> </w:t>
      </w:r>
      <w:r w:rsidRPr="005117ED">
        <w:rPr>
          <w:rFonts w:cs="Sakkal Majalla"/>
          <w:color w:val="000000" w:themeColor="text1"/>
          <w:sz w:val="38"/>
          <w:szCs w:val="38"/>
          <w:rtl/>
        </w:rPr>
        <w:t>طورها،</w:t>
      </w:r>
      <w:r w:rsidRPr="005117ED">
        <w:rPr>
          <w:rFonts w:cs="Sakkal Majalla"/>
          <w:color w:val="000000" w:themeColor="text1"/>
          <w:sz w:val="38"/>
          <w:szCs w:val="38"/>
        </w:rPr>
        <w:t xml:space="preserve"> </w:t>
      </w:r>
      <w:r w:rsidRPr="005117ED">
        <w:rPr>
          <w:rFonts w:cs="Sakkal Majalla"/>
          <w:color w:val="000000" w:themeColor="text1"/>
          <w:sz w:val="38"/>
          <w:szCs w:val="38"/>
          <w:rtl/>
        </w:rPr>
        <w:t>ومن</w:t>
      </w:r>
      <w:r w:rsidRPr="005117ED">
        <w:rPr>
          <w:rFonts w:cs="Sakkal Majalla"/>
          <w:color w:val="000000" w:themeColor="text1"/>
          <w:sz w:val="38"/>
          <w:szCs w:val="38"/>
        </w:rPr>
        <w:t xml:space="preserve"> </w:t>
      </w:r>
      <w:r w:rsidRPr="005117ED">
        <w:rPr>
          <w:rFonts w:cs="Sakkal Majalla"/>
          <w:color w:val="000000" w:themeColor="text1"/>
          <w:sz w:val="38"/>
          <w:szCs w:val="38"/>
          <w:rtl/>
        </w:rPr>
        <w:t>كشف</w:t>
      </w:r>
      <w:r w:rsidRPr="005117ED">
        <w:rPr>
          <w:rFonts w:cs="Sakkal Majalla"/>
          <w:color w:val="000000" w:themeColor="text1"/>
          <w:sz w:val="38"/>
          <w:szCs w:val="38"/>
        </w:rPr>
        <w:t xml:space="preserve"> </w:t>
      </w:r>
      <w:r w:rsidRPr="005117ED">
        <w:rPr>
          <w:rFonts w:cs="Sakkal Majalla"/>
          <w:color w:val="000000" w:themeColor="text1"/>
          <w:sz w:val="38"/>
          <w:szCs w:val="38"/>
          <w:rtl/>
        </w:rPr>
        <w:t>مبكرًا</w:t>
      </w:r>
      <w:r w:rsidRPr="005117ED">
        <w:rPr>
          <w:rFonts w:cs="Sakkal Majalla"/>
          <w:color w:val="000000" w:themeColor="text1"/>
          <w:sz w:val="38"/>
          <w:szCs w:val="38"/>
        </w:rPr>
        <w:t xml:space="preserve"> </w:t>
      </w:r>
      <w:r w:rsidRPr="005117ED">
        <w:rPr>
          <w:rFonts w:cs="Sakkal Majalla"/>
          <w:color w:val="000000" w:themeColor="text1"/>
          <w:sz w:val="38"/>
          <w:szCs w:val="38"/>
          <w:rtl/>
        </w:rPr>
        <w:t>عن</w:t>
      </w:r>
      <w:r w:rsidRPr="005117ED">
        <w:rPr>
          <w:rFonts w:cs="Sakkal Majalla"/>
          <w:color w:val="000000" w:themeColor="text1"/>
          <w:sz w:val="38"/>
          <w:szCs w:val="38"/>
        </w:rPr>
        <w:t xml:space="preserve"> </w:t>
      </w:r>
      <w:r w:rsidRPr="005117ED">
        <w:rPr>
          <w:rFonts w:cs="Sakkal Majalla"/>
          <w:color w:val="000000" w:themeColor="text1"/>
          <w:sz w:val="38"/>
          <w:szCs w:val="38"/>
          <w:rtl/>
        </w:rPr>
        <w:t>عيب</w:t>
      </w:r>
      <w:r w:rsidRPr="005117ED">
        <w:rPr>
          <w:rFonts w:cs="Sakkal Majalla"/>
          <w:color w:val="000000" w:themeColor="text1"/>
          <w:sz w:val="38"/>
          <w:szCs w:val="38"/>
        </w:rPr>
        <w:t xml:space="preserve"> </w:t>
      </w:r>
      <w:r w:rsidRPr="005117ED">
        <w:rPr>
          <w:rFonts w:cs="Sakkal Majalla"/>
          <w:color w:val="000000" w:themeColor="text1"/>
          <w:sz w:val="38"/>
          <w:szCs w:val="38"/>
          <w:rtl/>
        </w:rPr>
        <w:t>مهم</w:t>
      </w:r>
      <w:r w:rsidRPr="005117ED">
        <w:rPr>
          <w:rFonts w:cs="Sakkal Majalla"/>
          <w:color w:val="000000" w:themeColor="text1"/>
          <w:sz w:val="38"/>
          <w:szCs w:val="38"/>
        </w:rPr>
        <w:t xml:space="preserve">. </w:t>
      </w:r>
      <w:r w:rsidRPr="005117ED">
        <w:rPr>
          <w:rFonts w:cs="Sakkal Majalla"/>
          <w:color w:val="000000" w:themeColor="text1"/>
          <w:sz w:val="38"/>
          <w:szCs w:val="38"/>
          <w:rtl/>
        </w:rPr>
        <w:t>كما</w:t>
      </w:r>
      <w:r w:rsidRPr="005117ED">
        <w:rPr>
          <w:rFonts w:cs="Sakkal Majalla"/>
          <w:color w:val="000000" w:themeColor="text1"/>
          <w:sz w:val="38"/>
          <w:szCs w:val="38"/>
        </w:rPr>
        <w:t xml:space="preserve"> </w:t>
      </w:r>
      <w:r w:rsidRPr="005117ED">
        <w:rPr>
          <w:rFonts w:cs="Sakkal Majalla"/>
          <w:color w:val="000000" w:themeColor="text1"/>
          <w:sz w:val="38"/>
          <w:szCs w:val="38"/>
          <w:rtl/>
        </w:rPr>
        <w:t>يفضل</w:t>
      </w:r>
      <w:r w:rsidRPr="005117ED">
        <w:rPr>
          <w:rFonts w:cs="Sakkal Majalla"/>
          <w:color w:val="000000" w:themeColor="text1"/>
          <w:sz w:val="38"/>
          <w:szCs w:val="38"/>
        </w:rPr>
        <w:t xml:space="preserve"> </w:t>
      </w:r>
      <w:r w:rsidRPr="005117ED">
        <w:rPr>
          <w:rFonts w:cs="Sakkal Majalla"/>
          <w:color w:val="000000" w:themeColor="text1"/>
          <w:sz w:val="38"/>
          <w:szCs w:val="38"/>
          <w:rtl/>
        </w:rPr>
        <w:t>الجمع</w:t>
      </w:r>
      <w:r w:rsidRPr="005117ED">
        <w:rPr>
          <w:rFonts w:cs="Sakkal Majalla"/>
          <w:color w:val="000000" w:themeColor="text1"/>
          <w:sz w:val="38"/>
          <w:szCs w:val="38"/>
        </w:rPr>
        <w:t xml:space="preserve"> </w:t>
      </w:r>
      <w:r w:rsidRPr="005117ED">
        <w:rPr>
          <w:rFonts w:cs="Sakkal Majalla"/>
          <w:color w:val="000000" w:themeColor="text1"/>
          <w:sz w:val="38"/>
          <w:szCs w:val="38"/>
          <w:rtl/>
        </w:rPr>
        <w:t>بين</w:t>
      </w:r>
      <w:r w:rsidRPr="005117ED">
        <w:rPr>
          <w:rFonts w:cs="Sakkal Majalla"/>
          <w:color w:val="000000" w:themeColor="text1"/>
          <w:sz w:val="38"/>
          <w:szCs w:val="38"/>
        </w:rPr>
        <w:t xml:space="preserve"> </w:t>
      </w:r>
      <w:r w:rsidRPr="005117ED">
        <w:rPr>
          <w:rFonts w:cs="Sakkal Majalla"/>
          <w:color w:val="000000" w:themeColor="text1"/>
          <w:sz w:val="38"/>
          <w:szCs w:val="38"/>
          <w:rtl/>
        </w:rPr>
        <w:t>التقدير</w:t>
      </w:r>
      <w:r w:rsidRPr="005117ED">
        <w:rPr>
          <w:rFonts w:cs="Sakkal Majalla"/>
          <w:color w:val="000000" w:themeColor="text1"/>
          <w:sz w:val="38"/>
          <w:szCs w:val="38"/>
        </w:rPr>
        <w:t xml:space="preserve"> </w:t>
      </w:r>
      <w:r w:rsidRPr="005117ED">
        <w:rPr>
          <w:rFonts w:cs="Sakkal Majalla"/>
          <w:color w:val="000000" w:themeColor="text1"/>
          <w:sz w:val="38"/>
          <w:szCs w:val="38"/>
          <w:rtl/>
        </w:rPr>
        <w:t>المعنوي</w:t>
      </w:r>
      <w:r w:rsidRPr="005117ED">
        <w:rPr>
          <w:rFonts w:cs="Sakkal Majalla"/>
          <w:color w:val="000000" w:themeColor="text1"/>
          <w:sz w:val="38"/>
          <w:szCs w:val="38"/>
        </w:rPr>
        <w:t xml:space="preserve"> </w:t>
      </w:r>
      <w:r w:rsidRPr="005117ED">
        <w:rPr>
          <w:rFonts w:cs="Sakkal Majalla"/>
          <w:color w:val="000000" w:themeColor="text1"/>
          <w:sz w:val="38"/>
          <w:szCs w:val="38"/>
          <w:rtl/>
        </w:rPr>
        <w:t>وفرص</w:t>
      </w:r>
      <w:r w:rsidRPr="005117ED">
        <w:rPr>
          <w:rFonts w:cs="Sakkal Majalla"/>
          <w:color w:val="000000" w:themeColor="text1"/>
          <w:sz w:val="38"/>
          <w:szCs w:val="38"/>
        </w:rPr>
        <w:t xml:space="preserve"> </w:t>
      </w:r>
      <w:r w:rsidRPr="005117ED">
        <w:rPr>
          <w:rFonts w:cs="Sakkal Majalla"/>
          <w:color w:val="000000" w:themeColor="text1"/>
          <w:sz w:val="38"/>
          <w:szCs w:val="38"/>
          <w:rtl/>
        </w:rPr>
        <w:t>التعلم</w:t>
      </w:r>
      <w:r w:rsidRPr="005117ED">
        <w:rPr>
          <w:rFonts w:cs="Sakkal Majalla"/>
          <w:color w:val="000000" w:themeColor="text1"/>
          <w:sz w:val="38"/>
          <w:szCs w:val="38"/>
        </w:rPr>
        <w:t xml:space="preserve"> </w:t>
      </w:r>
      <w:r w:rsidRPr="005117ED">
        <w:rPr>
          <w:rFonts w:cs="Sakkal Majalla"/>
          <w:color w:val="000000" w:themeColor="text1"/>
          <w:sz w:val="38"/>
          <w:szCs w:val="38"/>
          <w:rtl/>
        </w:rPr>
        <w:t>والحافز</w:t>
      </w:r>
      <w:r w:rsidRPr="005117ED">
        <w:rPr>
          <w:rFonts w:cs="Sakkal Majalla"/>
          <w:color w:val="000000" w:themeColor="text1"/>
          <w:sz w:val="38"/>
          <w:szCs w:val="38"/>
        </w:rPr>
        <w:t xml:space="preserve"> </w:t>
      </w:r>
      <w:r w:rsidRPr="005117ED">
        <w:rPr>
          <w:rFonts w:cs="Sakkal Majalla"/>
          <w:color w:val="000000" w:themeColor="text1"/>
          <w:sz w:val="38"/>
          <w:szCs w:val="38"/>
          <w:rtl/>
        </w:rPr>
        <w:t>المرتبط</w:t>
      </w:r>
      <w:r w:rsidRPr="005117ED">
        <w:rPr>
          <w:rFonts w:cs="Sakkal Majalla"/>
          <w:color w:val="000000" w:themeColor="text1"/>
          <w:sz w:val="38"/>
          <w:szCs w:val="38"/>
        </w:rPr>
        <w:t xml:space="preserve"> </w:t>
      </w:r>
      <w:r w:rsidRPr="005117ED">
        <w:rPr>
          <w:rFonts w:cs="Sakkal Majalla"/>
          <w:color w:val="000000" w:themeColor="text1"/>
          <w:sz w:val="38"/>
          <w:szCs w:val="38"/>
          <w:rtl/>
        </w:rPr>
        <w:t>بالقيمة</w:t>
      </w:r>
      <w:r w:rsidRPr="005117ED">
        <w:rPr>
          <w:rFonts w:cs="Sakkal Majalla"/>
          <w:color w:val="000000" w:themeColor="text1"/>
          <w:sz w:val="38"/>
          <w:szCs w:val="38"/>
        </w:rPr>
        <w:t xml:space="preserve"> </w:t>
      </w:r>
      <w:r w:rsidRPr="005117ED">
        <w:rPr>
          <w:rFonts w:cs="Sakkal Majalla"/>
          <w:color w:val="000000" w:themeColor="text1"/>
          <w:sz w:val="38"/>
          <w:szCs w:val="38"/>
          <w:rtl/>
        </w:rPr>
        <w:t>المتحققة،</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تجنب</w:t>
      </w:r>
      <w:r w:rsidRPr="005117ED">
        <w:rPr>
          <w:rFonts w:cs="Sakkal Majalla"/>
          <w:color w:val="000000" w:themeColor="text1"/>
          <w:sz w:val="38"/>
          <w:szCs w:val="38"/>
        </w:rPr>
        <w:t xml:space="preserve"> </w:t>
      </w:r>
      <w:r w:rsidRPr="005117ED">
        <w:rPr>
          <w:rFonts w:cs="Sakkal Majalla"/>
          <w:color w:val="000000" w:themeColor="text1"/>
          <w:sz w:val="38"/>
          <w:szCs w:val="38"/>
          <w:rtl/>
        </w:rPr>
        <w:t>المنافسة</w:t>
      </w:r>
      <w:r w:rsidRPr="005117ED">
        <w:rPr>
          <w:rFonts w:cs="Sakkal Majalla"/>
          <w:color w:val="000000" w:themeColor="text1"/>
          <w:sz w:val="38"/>
          <w:szCs w:val="38"/>
        </w:rPr>
        <w:t xml:space="preserve"> </w:t>
      </w:r>
      <w:r w:rsidRPr="005117ED">
        <w:rPr>
          <w:rFonts w:cs="Sakkal Majalla"/>
          <w:color w:val="000000" w:themeColor="text1"/>
          <w:sz w:val="38"/>
          <w:szCs w:val="38"/>
          <w:rtl/>
        </w:rPr>
        <w:t>التي</w:t>
      </w:r>
      <w:r w:rsidRPr="005117ED">
        <w:rPr>
          <w:rFonts w:cs="Sakkal Majalla"/>
          <w:color w:val="000000" w:themeColor="text1"/>
          <w:sz w:val="38"/>
          <w:szCs w:val="38"/>
        </w:rPr>
        <w:t xml:space="preserve"> </w:t>
      </w:r>
      <w:r w:rsidRPr="005117ED">
        <w:rPr>
          <w:rFonts w:cs="Sakkal Majalla"/>
          <w:color w:val="000000" w:themeColor="text1"/>
          <w:sz w:val="38"/>
          <w:szCs w:val="38"/>
          <w:rtl/>
        </w:rPr>
        <w:t>تدفع</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احتكار</w:t>
      </w:r>
      <w:r w:rsidRPr="005117ED">
        <w:rPr>
          <w:rFonts w:cs="Sakkal Majalla"/>
          <w:color w:val="000000" w:themeColor="text1"/>
          <w:sz w:val="38"/>
          <w:szCs w:val="38"/>
        </w:rPr>
        <w:t xml:space="preserve"> </w:t>
      </w:r>
      <w:r w:rsidRPr="005117ED">
        <w:rPr>
          <w:rFonts w:cs="Sakkal Majalla"/>
          <w:color w:val="000000" w:themeColor="text1"/>
          <w:sz w:val="38"/>
          <w:szCs w:val="38"/>
          <w:rtl/>
        </w:rPr>
        <w:t>المعرفة</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وتوصي</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بإدخال</w:t>
      </w:r>
      <w:r w:rsidRPr="005117ED">
        <w:rPr>
          <w:rFonts w:cs="Sakkal Majalla"/>
          <w:color w:val="000000" w:themeColor="text1"/>
          <w:sz w:val="38"/>
          <w:szCs w:val="38"/>
        </w:rPr>
        <w:t xml:space="preserve"> </w:t>
      </w:r>
      <w:r w:rsidRPr="005117ED">
        <w:rPr>
          <w:rFonts w:cs="Sakkal Majalla"/>
          <w:color w:val="000000" w:themeColor="text1"/>
          <w:sz w:val="38"/>
          <w:szCs w:val="38"/>
          <w:rtl/>
        </w:rPr>
        <w:t>ممارسة</w:t>
      </w:r>
      <w:r w:rsidRPr="005117ED">
        <w:rPr>
          <w:rFonts w:cs="Sakkal Majalla"/>
          <w:color w:val="000000" w:themeColor="text1"/>
          <w:sz w:val="38"/>
          <w:szCs w:val="38"/>
        </w:rPr>
        <w:t xml:space="preserve"> «</w:t>
      </w:r>
      <w:r w:rsidRPr="005117ED">
        <w:rPr>
          <w:rFonts w:cs="Sakkal Majalla"/>
          <w:color w:val="000000" w:themeColor="text1"/>
          <w:sz w:val="38"/>
          <w:szCs w:val="38"/>
          <w:rtl/>
        </w:rPr>
        <w:t>مراجعة</w:t>
      </w:r>
      <w:r w:rsidRPr="005117ED">
        <w:rPr>
          <w:rFonts w:cs="Sakkal Majalla"/>
          <w:color w:val="000000" w:themeColor="text1"/>
          <w:sz w:val="38"/>
          <w:szCs w:val="38"/>
        </w:rPr>
        <w:t xml:space="preserve"> </w:t>
      </w:r>
      <w:r w:rsidRPr="005117ED">
        <w:rPr>
          <w:rFonts w:cs="Sakkal Majalla"/>
          <w:color w:val="000000" w:themeColor="text1"/>
          <w:sz w:val="38"/>
          <w:szCs w:val="38"/>
          <w:rtl/>
        </w:rPr>
        <w:t>ما</w:t>
      </w:r>
      <w:r w:rsidRPr="005117ED">
        <w:rPr>
          <w:rFonts w:cs="Sakkal Majalla"/>
          <w:color w:val="000000" w:themeColor="text1"/>
          <w:sz w:val="38"/>
          <w:szCs w:val="38"/>
        </w:rPr>
        <w:t xml:space="preserve"> </w:t>
      </w:r>
      <w:r w:rsidRPr="005117ED">
        <w:rPr>
          <w:rFonts w:cs="Sakkal Majalla"/>
          <w:color w:val="000000" w:themeColor="text1"/>
          <w:sz w:val="38"/>
          <w:szCs w:val="38"/>
          <w:rtl/>
        </w:rPr>
        <w:t>بعد</w:t>
      </w:r>
      <w:r w:rsidRPr="005117ED">
        <w:rPr>
          <w:rFonts w:cs="Sakkal Majalla"/>
          <w:color w:val="000000" w:themeColor="text1"/>
          <w:sz w:val="38"/>
          <w:szCs w:val="38"/>
        </w:rPr>
        <w:t xml:space="preserve"> </w:t>
      </w:r>
      <w:r w:rsidRPr="005117ED">
        <w:rPr>
          <w:rFonts w:cs="Sakkal Majalla"/>
          <w:color w:val="000000" w:themeColor="text1"/>
          <w:sz w:val="38"/>
          <w:szCs w:val="38"/>
          <w:rtl/>
        </w:rPr>
        <w:t>التنفيذ</w:t>
      </w:r>
      <w:r w:rsidRPr="005117ED">
        <w:rPr>
          <w:rFonts w:cs="Sakkal Majalla"/>
          <w:color w:val="000000" w:themeColor="text1"/>
          <w:sz w:val="38"/>
          <w:szCs w:val="38"/>
        </w:rPr>
        <w:t xml:space="preserve">» </w:t>
      </w:r>
      <w:r w:rsidRPr="005117ED">
        <w:rPr>
          <w:rFonts w:cs="Sakkal Majalla"/>
          <w:color w:val="000000" w:themeColor="text1"/>
          <w:sz w:val="38"/>
          <w:szCs w:val="38"/>
          <w:rtl/>
        </w:rPr>
        <w:t>بعد</w:t>
      </w:r>
      <w:r w:rsidRPr="005117ED">
        <w:rPr>
          <w:rFonts w:cs="Sakkal Majalla"/>
          <w:color w:val="000000" w:themeColor="text1"/>
          <w:sz w:val="38"/>
          <w:szCs w:val="38"/>
        </w:rPr>
        <w:t xml:space="preserve"> </w:t>
      </w:r>
      <w:r w:rsidRPr="005117ED">
        <w:rPr>
          <w:rFonts w:cs="Sakkal Majalla"/>
          <w:color w:val="000000" w:themeColor="text1"/>
          <w:sz w:val="38"/>
          <w:szCs w:val="38"/>
          <w:rtl/>
        </w:rPr>
        <w:t>المشروعات</w:t>
      </w:r>
      <w:r w:rsidRPr="005117ED">
        <w:rPr>
          <w:rFonts w:cs="Sakkal Majalla"/>
          <w:color w:val="000000" w:themeColor="text1"/>
          <w:sz w:val="38"/>
          <w:szCs w:val="38"/>
        </w:rPr>
        <w:t xml:space="preserve"> </w:t>
      </w:r>
      <w:r w:rsidRPr="005117ED">
        <w:rPr>
          <w:rFonts w:cs="Sakkal Majalla"/>
          <w:color w:val="000000" w:themeColor="text1"/>
          <w:sz w:val="38"/>
          <w:szCs w:val="38"/>
          <w:rtl/>
        </w:rPr>
        <w:t>أو</w:t>
      </w:r>
      <w:r w:rsidRPr="005117ED">
        <w:rPr>
          <w:rFonts w:cs="Sakkal Majalla"/>
          <w:color w:val="000000" w:themeColor="text1"/>
          <w:sz w:val="38"/>
          <w:szCs w:val="38"/>
        </w:rPr>
        <w:t xml:space="preserve"> </w:t>
      </w:r>
      <w:r w:rsidRPr="005117ED">
        <w:rPr>
          <w:rFonts w:cs="Sakkal Majalla"/>
          <w:color w:val="000000" w:themeColor="text1"/>
          <w:sz w:val="38"/>
          <w:szCs w:val="38"/>
          <w:rtl/>
        </w:rPr>
        <w:t>الأحداث</w:t>
      </w:r>
      <w:r w:rsidRPr="005117ED">
        <w:rPr>
          <w:rFonts w:cs="Sakkal Majalla"/>
          <w:color w:val="000000" w:themeColor="text1"/>
          <w:sz w:val="38"/>
          <w:szCs w:val="38"/>
        </w:rPr>
        <w:t xml:space="preserve"> </w:t>
      </w:r>
      <w:r w:rsidRPr="005117ED">
        <w:rPr>
          <w:rFonts w:cs="Sakkal Majalla"/>
          <w:color w:val="000000" w:themeColor="text1"/>
          <w:sz w:val="38"/>
          <w:szCs w:val="38"/>
          <w:rtl/>
        </w:rPr>
        <w:t>المهمة،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اجتماع</w:t>
      </w:r>
      <w:r w:rsidRPr="005117ED">
        <w:rPr>
          <w:rFonts w:cs="Sakkal Majalla"/>
          <w:color w:val="000000" w:themeColor="text1"/>
          <w:sz w:val="38"/>
          <w:szCs w:val="38"/>
        </w:rPr>
        <w:t xml:space="preserve"> </w:t>
      </w:r>
      <w:r w:rsidRPr="005117ED">
        <w:rPr>
          <w:rFonts w:cs="Sakkal Majalla"/>
          <w:color w:val="000000" w:themeColor="text1"/>
          <w:sz w:val="38"/>
          <w:szCs w:val="38"/>
          <w:rtl/>
        </w:rPr>
        <w:t>قصير</w:t>
      </w:r>
      <w:r w:rsidRPr="005117ED">
        <w:rPr>
          <w:rFonts w:cs="Sakkal Majalla"/>
          <w:color w:val="000000" w:themeColor="text1"/>
          <w:sz w:val="38"/>
          <w:szCs w:val="38"/>
        </w:rPr>
        <w:t xml:space="preserve"> </w:t>
      </w:r>
      <w:r w:rsidRPr="005117ED">
        <w:rPr>
          <w:rFonts w:cs="Sakkal Majalla"/>
          <w:color w:val="000000" w:themeColor="text1"/>
          <w:sz w:val="38"/>
          <w:szCs w:val="38"/>
          <w:rtl/>
        </w:rPr>
        <w:t>يجيب</w:t>
      </w:r>
      <w:r w:rsidRPr="005117ED">
        <w:rPr>
          <w:rFonts w:cs="Sakkal Majalla"/>
          <w:color w:val="000000" w:themeColor="text1"/>
          <w:sz w:val="38"/>
          <w:szCs w:val="38"/>
        </w:rPr>
        <w:t xml:space="preserve"> </w:t>
      </w:r>
      <w:r w:rsidRPr="005117ED">
        <w:rPr>
          <w:rFonts w:cs="Sakkal Majalla"/>
          <w:color w:val="000000" w:themeColor="text1"/>
          <w:sz w:val="38"/>
          <w:szCs w:val="38"/>
          <w:rtl/>
        </w:rPr>
        <w:t>عن</w:t>
      </w:r>
      <w:r w:rsidRPr="005117ED">
        <w:rPr>
          <w:rFonts w:cs="Sakkal Majalla"/>
          <w:color w:val="000000" w:themeColor="text1"/>
          <w:sz w:val="38"/>
          <w:szCs w:val="38"/>
        </w:rPr>
        <w:t xml:space="preserve"> </w:t>
      </w:r>
      <w:r w:rsidRPr="005117ED">
        <w:rPr>
          <w:rFonts w:cs="Sakkal Majalla"/>
          <w:color w:val="000000" w:themeColor="text1"/>
          <w:sz w:val="38"/>
          <w:szCs w:val="38"/>
          <w:rtl/>
        </w:rPr>
        <w:t>أربعة</w:t>
      </w:r>
      <w:r w:rsidRPr="005117ED">
        <w:rPr>
          <w:rFonts w:cs="Sakkal Majalla"/>
          <w:color w:val="000000" w:themeColor="text1"/>
          <w:sz w:val="38"/>
          <w:szCs w:val="38"/>
        </w:rPr>
        <w:t xml:space="preserve"> </w:t>
      </w:r>
      <w:r w:rsidRPr="005117ED">
        <w:rPr>
          <w:rFonts w:cs="Sakkal Majalla"/>
          <w:color w:val="000000" w:themeColor="text1"/>
          <w:sz w:val="38"/>
          <w:szCs w:val="38"/>
          <w:rtl/>
        </w:rPr>
        <w:t>أسئلة</w:t>
      </w:r>
      <w:r w:rsidRPr="005117ED">
        <w:rPr>
          <w:rFonts w:cs="Sakkal Majalla"/>
          <w:color w:val="000000" w:themeColor="text1"/>
          <w:sz w:val="38"/>
          <w:szCs w:val="38"/>
        </w:rPr>
        <w:t xml:space="preserve">: </w:t>
      </w:r>
      <w:r w:rsidRPr="005117ED">
        <w:rPr>
          <w:rFonts w:cs="Sakkal Majalla"/>
          <w:color w:val="000000" w:themeColor="text1"/>
          <w:sz w:val="38"/>
          <w:szCs w:val="38"/>
          <w:rtl/>
        </w:rPr>
        <w:t>ماذا</w:t>
      </w:r>
      <w:r w:rsidRPr="005117ED">
        <w:rPr>
          <w:rFonts w:cs="Sakkal Majalla"/>
          <w:color w:val="000000" w:themeColor="text1"/>
          <w:sz w:val="38"/>
          <w:szCs w:val="38"/>
        </w:rPr>
        <w:t xml:space="preserve"> </w:t>
      </w:r>
      <w:r w:rsidRPr="005117ED">
        <w:rPr>
          <w:rFonts w:cs="Sakkal Majalla"/>
          <w:color w:val="000000" w:themeColor="text1"/>
          <w:sz w:val="38"/>
          <w:szCs w:val="38"/>
          <w:rtl/>
        </w:rPr>
        <w:t>توقعنا؟</w:t>
      </w:r>
      <w:r w:rsidRPr="005117ED">
        <w:rPr>
          <w:rFonts w:cs="Sakkal Majalla"/>
          <w:color w:val="000000" w:themeColor="text1"/>
          <w:sz w:val="38"/>
          <w:szCs w:val="38"/>
        </w:rPr>
        <w:t xml:space="preserve"> </w:t>
      </w:r>
      <w:r w:rsidRPr="005117ED">
        <w:rPr>
          <w:rFonts w:cs="Sakkal Majalla"/>
          <w:color w:val="000000" w:themeColor="text1"/>
          <w:sz w:val="38"/>
          <w:szCs w:val="38"/>
          <w:rtl/>
        </w:rPr>
        <w:t>ماذا</w:t>
      </w:r>
      <w:r w:rsidRPr="005117ED">
        <w:rPr>
          <w:rFonts w:cs="Sakkal Majalla"/>
          <w:color w:val="000000" w:themeColor="text1"/>
          <w:sz w:val="38"/>
          <w:szCs w:val="38"/>
        </w:rPr>
        <w:t xml:space="preserve"> </w:t>
      </w:r>
      <w:r w:rsidRPr="005117ED">
        <w:rPr>
          <w:rFonts w:cs="Sakkal Majalla"/>
          <w:color w:val="000000" w:themeColor="text1"/>
          <w:sz w:val="38"/>
          <w:szCs w:val="38"/>
          <w:rtl/>
        </w:rPr>
        <w:t>حدث؟</w:t>
      </w:r>
      <w:r w:rsidRPr="005117ED">
        <w:rPr>
          <w:rFonts w:cs="Sakkal Majalla"/>
          <w:color w:val="000000" w:themeColor="text1"/>
          <w:sz w:val="38"/>
          <w:szCs w:val="38"/>
        </w:rPr>
        <w:t xml:space="preserve"> </w:t>
      </w:r>
      <w:r w:rsidRPr="005117ED">
        <w:rPr>
          <w:rFonts w:cs="Sakkal Majalla"/>
          <w:color w:val="000000" w:themeColor="text1"/>
          <w:sz w:val="38"/>
          <w:szCs w:val="38"/>
          <w:rtl/>
        </w:rPr>
        <w:t>ما</w:t>
      </w:r>
      <w:r w:rsidRPr="005117ED">
        <w:rPr>
          <w:rFonts w:cs="Sakkal Majalla"/>
          <w:color w:val="000000" w:themeColor="text1"/>
          <w:sz w:val="38"/>
          <w:szCs w:val="38"/>
        </w:rPr>
        <w:t xml:space="preserve"> </w:t>
      </w:r>
      <w:r w:rsidRPr="005117ED">
        <w:rPr>
          <w:rFonts w:cs="Sakkal Majalla"/>
          <w:color w:val="000000" w:themeColor="text1"/>
          <w:sz w:val="38"/>
          <w:szCs w:val="38"/>
          <w:rtl/>
        </w:rPr>
        <w:t>سبب</w:t>
      </w:r>
      <w:r w:rsidRPr="005117ED">
        <w:rPr>
          <w:rFonts w:cs="Sakkal Majalla"/>
          <w:color w:val="000000" w:themeColor="text1"/>
          <w:sz w:val="38"/>
          <w:szCs w:val="38"/>
        </w:rPr>
        <w:t xml:space="preserve"> </w:t>
      </w:r>
      <w:r w:rsidRPr="005117ED">
        <w:rPr>
          <w:rFonts w:cs="Sakkal Majalla"/>
          <w:color w:val="000000" w:themeColor="text1"/>
          <w:sz w:val="38"/>
          <w:szCs w:val="38"/>
          <w:rtl/>
        </w:rPr>
        <w:t>الفجوة؟</w:t>
      </w:r>
      <w:r w:rsidRPr="005117ED">
        <w:rPr>
          <w:rFonts w:cs="Sakkal Majalla"/>
          <w:color w:val="000000" w:themeColor="text1"/>
          <w:sz w:val="38"/>
          <w:szCs w:val="38"/>
        </w:rPr>
        <w:t xml:space="preserve"> </w:t>
      </w:r>
      <w:r w:rsidRPr="005117ED">
        <w:rPr>
          <w:rFonts w:cs="Sakkal Majalla"/>
          <w:color w:val="000000" w:themeColor="text1"/>
          <w:sz w:val="38"/>
          <w:szCs w:val="38"/>
          <w:rtl/>
        </w:rPr>
        <w:t>ما</w:t>
      </w:r>
      <w:r w:rsidRPr="005117ED">
        <w:rPr>
          <w:rFonts w:cs="Sakkal Majalla"/>
          <w:color w:val="000000" w:themeColor="text1"/>
          <w:sz w:val="38"/>
          <w:szCs w:val="38"/>
        </w:rPr>
        <w:t xml:space="preserve"> </w:t>
      </w:r>
      <w:r w:rsidRPr="005117ED">
        <w:rPr>
          <w:rFonts w:cs="Sakkal Majalla"/>
          <w:color w:val="000000" w:themeColor="text1"/>
          <w:sz w:val="38"/>
          <w:szCs w:val="38"/>
          <w:rtl/>
        </w:rPr>
        <w:t>الذي</w:t>
      </w:r>
      <w:r w:rsidRPr="005117ED">
        <w:rPr>
          <w:rFonts w:cs="Sakkal Majalla"/>
          <w:color w:val="000000" w:themeColor="text1"/>
          <w:sz w:val="38"/>
          <w:szCs w:val="38"/>
        </w:rPr>
        <w:t xml:space="preserve"> </w:t>
      </w:r>
      <w:r w:rsidRPr="005117ED">
        <w:rPr>
          <w:rFonts w:cs="Sakkal Majalla"/>
          <w:color w:val="000000" w:themeColor="text1"/>
          <w:sz w:val="38"/>
          <w:szCs w:val="38"/>
          <w:rtl/>
        </w:rPr>
        <w:t>سنغيره؟</w:t>
      </w:r>
      <w:r w:rsidRPr="005117ED">
        <w:rPr>
          <w:rFonts w:cs="Sakkal Majalla"/>
          <w:color w:val="000000" w:themeColor="text1"/>
          <w:sz w:val="38"/>
          <w:szCs w:val="38"/>
        </w:rPr>
        <w:t xml:space="preserve"> </w:t>
      </w:r>
      <w:r w:rsidRPr="005117ED">
        <w:rPr>
          <w:rFonts w:cs="Sakkal Majalla"/>
          <w:color w:val="000000" w:themeColor="text1"/>
          <w:sz w:val="38"/>
          <w:szCs w:val="38"/>
          <w:rtl/>
        </w:rPr>
        <w:t>وتوثق</w:t>
      </w:r>
      <w:r w:rsidRPr="005117ED">
        <w:rPr>
          <w:rFonts w:cs="Sakkal Majalla"/>
          <w:color w:val="000000" w:themeColor="text1"/>
          <w:sz w:val="38"/>
          <w:szCs w:val="38"/>
        </w:rPr>
        <w:t xml:space="preserve"> </w:t>
      </w:r>
      <w:r w:rsidRPr="005117ED">
        <w:rPr>
          <w:rFonts w:cs="Sakkal Majalla"/>
          <w:color w:val="000000" w:themeColor="text1"/>
          <w:sz w:val="38"/>
          <w:szCs w:val="38"/>
          <w:rtl/>
        </w:rPr>
        <w:t>خلاصة</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صفحة</w:t>
      </w:r>
      <w:r w:rsidRPr="005117ED">
        <w:rPr>
          <w:rFonts w:cs="Sakkal Majalla"/>
          <w:color w:val="000000" w:themeColor="text1"/>
          <w:sz w:val="38"/>
          <w:szCs w:val="38"/>
        </w:rPr>
        <w:t xml:space="preserve"> </w:t>
      </w:r>
      <w:r w:rsidRPr="005117ED">
        <w:rPr>
          <w:rFonts w:cs="Sakkal Majalla"/>
          <w:color w:val="000000" w:themeColor="text1"/>
          <w:sz w:val="38"/>
          <w:szCs w:val="38"/>
          <w:rtl/>
        </w:rPr>
        <w:t>واحدة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مستودع</w:t>
      </w:r>
      <w:r w:rsidRPr="005117ED">
        <w:rPr>
          <w:rFonts w:cs="Sakkal Majalla"/>
          <w:color w:val="000000" w:themeColor="text1"/>
          <w:sz w:val="38"/>
          <w:szCs w:val="38"/>
        </w:rPr>
        <w:t xml:space="preserve"> </w:t>
      </w:r>
      <w:r w:rsidRPr="005117ED">
        <w:rPr>
          <w:rFonts w:cs="Sakkal Majalla"/>
          <w:color w:val="000000" w:themeColor="text1"/>
          <w:sz w:val="38"/>
          <w:szCs w:val="38"/>
          <w:rtl/>
        </w:rPr>
        <w:t>مشترك</w:t>
      </w:r>
      <w:r w:rsidRPr="005117ED">
        <w:rPr>
          <w:rFonts w:cs="Sakkal Majalla"/>
          <w:color w:val="000000" w:themeColor="text1"/>
          <w:sz w:val="38"/>
          <w:szCs w:val="38"/>
        </w:rPr>
        <w:t xml:space="preserve">. </w:t>
      </w:r>
      <w:r w:rsidRPr="005117ED">
        <w:rPr>
          <w:rFonts w:cs="Sakkal Majalla"/>
          <w:color w:val="000000" w:themeColor="text1"/>
          <w:sz w:val="38"/>
          <w:szCs w:val="38"/>
          <w:rtl/>
        </w:rPr>
        <w:t>وبمرور</w:t>
      </w:r>
      <w:r w:rsidRPr="005117ED">
        <w:rPr>
          <w:rFonts w:cs="Sakkal Majalla"/>
          <w:color w:val="000000" w:themeColor="text1"/>
          <w:sz w:val="38"/>
          <w:szCs w:val="38"/>
        </w:rPr>
        <w:t xml:space="preserve"> </w:t>
      </w:r>
      <w:r w:rsidRPr="005117ED">
        <w:rPr>
          <w:rFonts w:cs="Sakkal Majalla"/>
          <w:color w:val="000000" w:themeColor="text1"/>
          <w:sz w:val="38"/>
          <w:szCs w:val="38"/>
          <w:rtl/>
        </w:rPr>
        <w:t>الوقت</w:t>
      </w:r>
      <w:r w:rsidRPr="005117ED">
        <w:rPr>
          <w:rFonts w:cs="Sakkal Majalla"/>
          <w:color w:val="000000" w:themeColor="text1"/>
          <w:sz w:val="38"/>
          <w:szCs w:val="38"/>
        </w:rPr>
        <w:t xml:space="preserve"> </w:t>
      </w:r>
      <w:r w:rsidRPr="005117ED">
        <w:rPr>
          <w:rFonts w:cs="Sakkal Majalla"/>
          <w:color w:val="000000" w:themeColor="text1"/>
          <w:sz w:val="38"/>
          <w:szCs w:val="38"/>
          <w:rtl/>
        </w:rPr>
        <w:t>تتحول</w:t>
      </w:r>
      <w:r w:rsidRPr="005117ED">
        <w:rPr>
          <w:rFonts w:cs="Sakkal Majalla"/>
          <w:color w:val="000000" w:themeColor="text1"/>
          <w:sz w:val="38"/>
          <w:szCs w:val="38"/>
        </w:rPr>
        <w:t xml:space="preserve"> </w:t>
      </w:r>
      <w:r w:rsidRPr="005117ED">
        <w:rPr>
          <w:rFonts w:cs="Sakkal Majalla"/>
          <w:color w:val="000000" w:themeColor="text1"/>
          <w:sz w:val="38"/>
          <w:szCs w:val="38"/>
          <w:rtl/>
        </w:rPr>
        <w:t>الأخطاء</w:t>
      </w:r>
      <w:r w:rsidRPr="005117ED">
        <w:rPr>
          <w:rFonts w:cs="Sakkal Majalla"/>
          <w:color w:val="000000" w:themeColor="text1"/>
          <w:sz w:val="38"/>
          <w:szCs w:val="38"/>
        </w:rPr>
        <w:t xml:space="preserve"> </w:t>
      </w:r>
      <w:r w:rsidRPr="005117ED">
        <w:rPr>
          <w:rFonts w:cs="Sakkal Majalla"/>
          <w:color w:val="000000" w:themeColor="text1"/>
          <w:sz w:val="38"/>
          <w:szCs w:val="38"/>
          <w:rtl/>
        </w:rPr>
        <w:t>والتحسينات</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ذاكرة</w:t>
      </w:r>
      <w:r w:rsidRPr="005117ED">
        <w:rPr>
          <w:rFonts w:cs="Sakkal Majalla"/>
          <w:color w:val="000000" w:themeColor="text1"/>
          <w:sz w:val="38"/>
          <w:szCs w:val="38"/>
        </w:rPr>
        <w:t xml:space="preserve"> </w:t>
      </w:r>
      <w:r w:rsidRPr="005117ED">
        <w:rPr>
          <w:rFonts w:cs="Sakkal Majalla"/>
          <w:color w:val="000000" w:themeColor="text1"/>
          <w:sz w:val="38"/>
          <w:szCs w:val="38"/>
          <w:rtl/>
        </w:rPr>
        <w:t>تنظيمية</w:t>
      </w:r>
      <w:r w:rsidRPr="005117ED">
        <w:rPr>
          <w:rFonts w:cs="Sakkal Majalla"/>
          <w:color w:val="000000" w:themeColor="text1"/>
          <w:sz w:val="38"/>
          <w:szCs w:val="38"/>
        </w:rPr>
        <w:t xml:space="preserve"> </w:t>
      </w:r>
      <w:r w:rsidRPr="005117ED">
        <w:rPr>
          <w:rFonts w:cs="Sakkal Majalla"/>
          <w:color w:val="000000" w:themeColor="text1"/>
          <w:sz w:val="38"/>
          <w:szCs w:val="38"/>
          <w:rtl/>
        </w:rPr>
        <w:t>تقلل</w:t>
      </w:r>
      <w:r w:rsidRPr="005117ED">
        <w:rPr>
          <w:rFonts w:cs="Sakkal Majalla"/>
          <w:color w:val="000000" w:themeColor="text1"/>
          <w:sz w:val="38"/>
          <w:szCs w:val="38"/>
        </w:rPr>
        <w:t xml:space="preserve"> </w:t>
      </w:r>
      <w:r w:rsidRPr="005117ED">
        <w:rPr>
          <w:rFonts w:cs="Sakkal Majalla"/>
          <w:color w:val="000000" w:themeColor="text1"/>
          <w:sz w:val="38"/>
          <w:szCs w:val="38"/>
          <w:rtl/>
        </w:rPr>
        <w:t>تكرار</w:t>
      </w:r>
      <w:r w:rsidRPr="005117ED">
        <w:rPr>
          <w:rFonts w:cs="Sakkal Majalla"/>
          <w:color w:val="000000" w:themeColor="text1"/>
          <w:sz w:val="38"/>
          <w:szCs w:val="38"/>
        </w:rPr>
        <w:t xml:space="preserve"> </w:t>
      </w:r>
      <w:r w:rsidRPr="005117ED">
        <w:rPr>
          <w:rFonts w:cs="Sakkal Majalla"/>
          <w:color w:val="000000" w:themeColor="text1"/>
          <w:sz w:val="38"/>
          <w:szCs w:val="38"/>
          <w:rtl/>
        </w:rPr>
        <w:t>المشكلات</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ويستحسن</w:t>
      </w:r>
      <w:r w:rsidRPr="005117ED">
        <w:rPr>
          <w:rFonts w:cs="Sakkal Majalla"/>
          <w:color w:val="000000" w:themeColor="text1"/>
          <w:sz w:val="38"/>
          <w:szCs w:val="38"/>
        </w:rPr>
        <w:t xml:space="preserve"> </w:t>
      </w:r>
      <w:r w:rsidRPr="005117ED">
        <w:rPr>
          <w:rFonts w:cs="Sakkal Majalla"/>
          <w:color w:val="000000" w:themeColor="text1"/>
          <w:sz w:val="38"/>
          <w:szCs w:val="38"/>
          <w:rtl/>
        </w:rPr>
        <w:t>بناء</w:t>
      </w:r>
      <w:r w:rsidRPr="005117ED">
        <w:rPr>
          <w:rFonts w:cs="Sakkal Majalla"/>
          <w:color w:val="000000" w:themeColor="text1"/>
          <w:sz w:val="38"/>
          <w:szCs w:val="38"/>
        </w:rPr>
        <w:t xml:space="preserve"> </w:t>
      </w:r>
      <w:r w:rsidRPr="005117ED">
        <w:rPr>
          <w:rFonts w:cs="Sakkal Majalla"/>
          <w:color w:val="000000" w:themeColor="text1"/>
          <w:sz w:val="38"/>
          <w:szCs w:val="38"/>
          <w:rtl/>
        </w:rPr>
        <w:t>شراكات</w:t>
      </w:r>
      <w:r w:rsidRPr="005117ED">
        <w:rPr>
          <w:rFonts w:cs="Sakkal Majalla"/>
          <w:color w:val="000000" w:themeColor="text1"/>
          <w:sz w:val="38"/>
          <w:szCs w:val="38"/>
        </w:rPr>
        <w:t xml:space="preserve"> </w:t>
      </w:r>
      <w:r w:rsidRPr="005117ED">
        <w:rPr>
          <w:rFonts w:cs="Sakkal Majalla"/>
          <w:color w:val="000000" w:themeColor="text1"/>
          <w:sz w:val="38"/>
          <w:szCs w:val="38"/>
          <w:rtl/>
        </w:rPr>
        <w:t>تعلم</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جهات</w:t>
      </w:r>
      <w:r w:rsidRPr="005117ED">
        <w:rPr>
          <w:rFonts w:cs="Sakkal Majalla"/>
          <w:color w:val="000000" w:themeColor="text1"/>
          <w:sz w:val="38"/>
          <w:szCs w:val="38"/>
        </w:rPr>
        <w:t xml:space="preserve"> </w:t>
      </w:r>
      <w:r w:rsidRPr="005117ED">
        <w:rPr>
          <w:rFonts w:cs="Sakkal Majalla"/>
          <w:color w:val="000000" w:themeColor="text1"/>
          <w:sz w:val="38"/>
          <w:szCs w:val="38"/>
          <w:rtl/>
        </w:rPr>
        <w:t>الدعم</w:t>
      </w:r>
      <w:r w:rsidRPr="005117ED">
        <w:rPr>
          <w:rFonts w:cs="Sakkal Majalla"/>
          <w:color w:val="000000" w:themeColor="text1"/>
          <w:sz w:val="38"/>
          <w:szCs w:val="38"/>
        </w:rPr>
        <w:t xml:space="preserve"> </w:t>
      </w:r>
      <w:r w:rsidRPr="005117ED">
        <w:rPr>
          <w:rFonts w:cs="Sakkal Majalla"/>
          <w:color w:val="000000" w:themeColor="text1"/>
          <w:sz w:val="38"/>
          <w:szCs w:val="38"/>
          <w:rtl/>
        </w:rPr>
        <w:t>والجامعات</w:t>
      </w:r>
      <w:r w:rsidRPr="005117ED">
        <w:rPr>
          <w:rFonts w:cs="Sakkal Majalla"/>
          <w:color w:val="000000" w:themeColor="text1"/>
          <w:sz w:val="38"/>
          <w:szCs w:val="38"/>
        </w:rPr>
        <w:t xml:space="preserve"> </w:t>
      </w:r>
      <w:r w:rsidRPr="005117ED">
        <w:rPr>
          <w:rFonts w:cs="Sakkal Majalla"/>
          <w:color w:val="000000" w:themeColor="text1"/>
          <w:sz w:val="38"/>
          <w:szCs w:val="38"/>
          <w:rtl/>
        </w:rPr>
        <w:t>والموردين</w:t>
      </w:r>
      <w:r w:rsidRPr="005117ED">
        <w:rPr>
          <w:rFonts w:cs="Sakkal Majalla"/>
          <w:color w:val="000000" w:themeColor="text1"/>
          <w:sz w:val="38"/>
          <w:szCs w:val="38"/>
        </w:rPr>
        <w:t xml:space="preserve"> </w:t>
      </w:r>
      <w:r w:rsidRPr="005117ED">
        <w:rPr>
          <w:rFonts w:cs="Sakkal Majalla"/>
          <w:color w:val="000000" w:themeColor="text1"/>
          <w:sz w:val="38"/>
          <w:szCs w:val="38"/>
          <w:rtl/>
        </w:rPr>
        <w:t>والعملاء،</w:t>
      </w:r>
      <w:r w:rsidRPr="005117ED">
        <w:rPr>
          <w:rFonts w:cs="Sakkal Majalla"/>
          <w:color w:val="000000" w:themeColor="text1"/>
          <w:sz w:val="38"/>
          <w:szCs w:val="38"/>
        </w:rPr>
        <w:t xml:space="preserve"> </w:t>
      </w:r>
      <w:r w:rsidRPr="005117ED">
        <w:rPr>
          <w:rFonts w:cs="Sakkal Majalla"/>
          <w:color w:val="000000" w:themeColor="text1"/>
          <w:sz w:val="38"/>
          <w:szCs w:val="38"/>
          <w:rtl/>
        </w:rPr>
        <w:t>خصوصًا</w:t>
      </w:r>
      <w:r w:rsidRPr="005117ED">
        <w:rPr>
          <w:rFonts w:cs="Sakkal Majalla"/>
          <w:color w:val="000000" w:themeColor="text1"/>
          <w:sz w:val="38"/>
          <w:szCs w:val="38"/>
        </w:rPr>
        <w:t xml:space="preserve"> </w:t>
      </w:r>
      <w:r w:rsidRPr="005117ED">
        <w:rPr>
          <w:rFonts w:cs="Sakkal Majalla"/>
          <w:color w:val="000000" w:themeColor="text1"/>
          <w:sz w:val="38"/>
          <w:szCs w:val="38"/>
          <w:rtl/>
        </w:rPr>
        <w:t>للمنشآت</w:t>
      </w:r>
      <w:r w:rsidRPr="005117ED">
        <w:rPr>
          <w:rFonts w:cs="Sakkal Majalla"/>
          <w:color w:val="000000" w:themeColor="text1"/>
          <w:sz w:val="38"/>
          <w:szCs w:val="38"/>
        </w:rPr>
        <w:t xml:space="preserve"> </w:t>
      </w:r>
      <w:r w:rsidRPr="005117ED">
        <w:rPr>
          <w:rFonts w:cs="Sakkal Majalla"/>
          <w:color w:val="000000" w:themeColor="text1"/>
          <w:sz w:val="38"/>
          <w:szCs w:val="38"/>
          <w:rtl/>
        </w:rPr>
        <w:t>التي</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تملك</w:t>
      </w:r>
      <w:r w:rsidRPr="005117ED">
        <w:rPr>
          <w:rFonts w:cs="Sakkal Majalla"/>
          <w:color w:val="000000" w:themeColor="text1"/>
          <w:sz w:val="38"/>
          <w:szCs w:val="38"/>
        </w:rPr>
        <w:t xml:space="preserve"> </w:t>
      </w:r>
      <w:r w:rsidRPr="005117ED">
        <w:rPr>
          <w:rFonts w:cs="Sakkal Majalla"/>
          <w:color w:val="000000" w:themeColor="text1"/>
          <w:sz w:val="38"/>
          <w:szCs w:val="38"/>
          <w:rtl/>
        </w:rPr>
        <w:t>خبرات</w:t>
      </w:r>
      <w:r w:rsidRPr="005117ED">
        <w:rPr>
          <w:rFonts w:cs="Sakkal Majalla"/>
          <w:color w:val="000000" w:themeColor="text1"/>
          <w:sz w:val="38"/>
          <w:szCs w:val="38"/>
        </w:rPr>
        <w:t xml:space="preserve"> </w:t>
      </w:r>
      <w:r w:rsidRPr="005117ED">
        <w:rPr>
          <w:rFonts w:cs="Sakkal Majalla"/>
          <w:color w:val="000000" w:themeColor="text1"/>
          <w:sz w:val="38"/>
          <w:szCs w:val="38"/>
          <w:rtl/>
        </w:rPr>
        <w:t>متخصصة</w:t>
      </w:r>
      <w:r w:rsidRPr="005117ED">
        <w:rPr>
          <w:rFonts w:cs="Sakkal Majalla"/>
          <w:color w:val="000000" w:themeColor="text1"/>
          <w:sz w:val="38"/>
          <w:szCs w:val="38"/>
        </w:rPr>
        <w:t xml:space="preserve">. </w:t>
      </w:r>
      <w:r w:rsidRPr="005117ED">
        <w:rPr>
          <w:rFonts w:cs="Sakkal Majalla"/>
          <w:color w:val="000000" w:themeColor="text1"/>
          <w:sz w:val="38"/>
          <w:szCs w:val="38"/>
          <w:rtl/>
        </w:rPr>
        <w:t>ويمكن</w:t>
      </w:r>
      <w:r w:rsidRPr="005117ED">
        <w:rPr>
          <w:rFonts w:cs="Sakkal Majalla"/>
          <w:color w:val="000000" w:themeColor="text1"/>
          <w:sz w:val="38"/>
          <w:szCs w:val="38"/>
        </w:rPr>
        <w:t xml:space="preserve"> </w:t>
      </w:r>
      <w:r w:rsidRPr="005117ED">
        <w:rPr>
          <w:rFonts w:cs="Sakkal Majalla"/>
          <w:color w:val="000000" w:themeColor="text1"/>
          <w:sz w:val="38"/>
          <w:szCs w:val="38"/>
          <w:rtl/>
        </w:rPr>
        <w:t>اختيار</w:t>
      </w:r>
      <w:r w:rsidRPr="005117ED">
        <w:rPr>
          <w:rFonts w:cs="Sakkal Majalla"/>
          <w:color w:val="000000" w:themeColor="text1"/>
          <w:sz w:val="38"/>
          <w:szCs w:val="38"/>
        </w:rPr>
        <w:t xml:space="preserve"> </w:t>
      </w:r>
      <w:r w:rsidRPr="005117ED">
        <w:rPr>
          <w:rFonts w:cs="Sakkal Majalla"/>
          <w:color w:val="000000" w:themeColor="text1"/>
          <w:sz w:val="38"/>
          <w:szCs w:val="38"/>
          <w:rtl/>
        </w:rPr>
        <w:t>تحدٍ</w:t>
      </w:r>
      <w:r w:rsidRPr="005117ED">
        <w:rPr>
          <w:rFonts w:cs="Sakkal Majalla"/>
          <w:color w:val="000000" w:themeColor="text1"/>
          <w:sz w:val="38"/>
          <w:szCs w:val="38"/>
        </w:rPr>
        <w:t xml:space="preserve"> </w:t>
      </w:r>
      <w:r w:rsidRPr="005117ED">
        <w:rPr>
          <w:rFonts w:cs="Sakkal Majalla"/>
          <w:color w:val="000000" w:themeColor="text1"/>
          <w:sz w:val="38"/>
          <w:szCs w:val="38"/>
          <w:rtl/>
        </w:rPr>
        <w:t>حقيقي</w:t>
      </w:r>
      <w:r w:rsidRPr="005117ED">
        <w:rPr>
          <w:rFonts w:cs="Sakkal Majalla"/>
          <w:color w:val="000000" w:themeColor="text1"/>
          <w:sz w:val="38"/>
          <w:szCs w:val="38"/>
        </w:rPr>
        <w:t xml:space="preserve"> </w:t>
      </w:r>
      <w:r w:rsidRPr="005117ED">
        <w:rPr>
          <w:rFonts w:cs="Sakkal Majalla"/>
          <w:color w:val="000000" w:themeColor="text1"/>
          <w:sz w:val="38"/>
          <w:szCs w:val="38"/>
          <w:rtl/>
        </w:rPr>
        <w:t>وإشراك</w:t>
      </w:r>
      <w:r w:rsidRPr="005117ED">
        <w:rPr>
          <w:rFonts w:cs="Sakkal Majalla"/>
          <w:color w:val="000000" w:themeColor="text1"/>
          <w:sz w:val="38"/>
          <w:szCs w:val="38"/>
        </w:rPr>
        <w:t xml:space="preserve"> </w:t>
      </w:r>
      <w:r w:rsidRPr="005117ED">
        <w:rPr>
          <w:rFonts w:cs="Sakkal Majalla"/>
          <w:color w:val="000000" w:themeColor="text1"/>
          <w:sz w:val="38"/>
          <w:szCs w:val="38"/>
          <w:rtl/>
        </w:rPr>
        <w:t>جهة</w:t>
      </w:r>
      <w:r w:rsidRPr="005117ED">
        <w:rPr>
          <w:rFonts w:cs="Sakkal Majalla"/>
          <w:color w:val="000000" w:themeColor="text1"/>
          <w:sz w:val="38"/>
          <w:szCs w:val="38"/>
        </w:rPr>
        <w:t xml:space="preserve"> </w:t>
      </w:r>
      <w:r w:rsidRPr="005117ED">
        <w:rPr>
          <w:rFonts w:cs="Sakkal Majalla"/>
          <w:color w:val="000000" w:themeColor="text1"/>
          <w:sz w:val="38"/>
          <w:szCs w:val="38"/>
          <w:rtl/>
        </w:rPr>
        <w:t>خارجية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تصميم</w:t>
      </w:r>
      <w:r w:rsidRPr="005117ED">
        <w:rPr>
          <w:rFonts w:cs="Sakkal Majalla"/>
          <w:color w:val="000000" w:themeColor="text1"/>
          <w:sz w:val="38"/>
          <w:szCs w:val="38"/>
        </w:rPr>
        <w:t xml:space="preserve"> </w:t>
      </w:r>
      <w:r w:rsidRPr="005117ED">
        <w:rPr>
          <w:rFonts w:cs="Sakkal Majalla"/>
          <w:color w:val="000000" w:themeColor="text1"/>
          <w:sz w:val="38"/>
          <w:szCs w:val="38"/>
          <w:rtl/>
        </w:rPr>
        <w:t>حل</w:t>
      </w:r>
      <w:r w:rsidRPr="005117ED">
        <w:rPr>
          <w:rFonts w:cs="Sakkal Majalla"/>
          <w:color w:val="000000" w:themeColor="text1"/>
          <w:sz w:val="38"/>
          <w:szCs w:val="38"/>
        </w:rPr>
        <w:t xml:space="preserve"> </w:t>
      </w:r>
      <w:r w:rsidRPr="005117ED">
        <w:rPr>
          <w:rFonts w:cs="Sakkal Majalla"/>
          <w:color w:val="000000" w:themeColor="text1"/>
          <w:sz w:val="38"/>
          <w:szCs w:val="38"/>
          <w:rtl/>
        </w:rPr>
        <w:t>أو</w:t>
      </w:r>
      <w:r w:rsidRPr="005117ED">
        <w:rPr>
          <w:rFonts w:cs="Sakkal Majalla"/>
          <w:color w:val="000000" w:themeColor="text1"/>
          <w:sz w:val="38"/>
          <w:szCs w:val="38"/>
        </w:rPr>
        <w:t xml:space="preserve"> </w:t>
      </w:r>
      <w:r w:rsidRPr="005117ED">
        <w:rPr>
          <w:rFonts w:cs="Sakkal Majalla"/>
          <w:color w:val="000000" w:themeColor="text1"/>
          <w:sz w:val="38"/>
          <w:szCs w:val="38"/>
          <w:rtl/>
        </w:rPr>
        <w:t>تدريب</w:t>
      </w:r>
      <w:r w:rsidRPr="005117ED">
        <w:rPr>
          <w:rFonts w:cs="Sakkal Majalla"/>
          <w:color w:val="000000" w:themeColor="text1"/>
          <w:sz w:val="38"/>
          <w:szCs w:val="38"/>
        </w:rPr>
        <w:t xml:space="preserve"> </w:t>
      </w:r>
      <w:r w:rsidRPr="005117ED">
        <w:rPr>
          <w:rFonts w:cs="Sakkal Majalla"/>
          <w:color w:val="000000" w:themeColor="text1"/>
          <w:sz w:val="38"/>
          <w:szCs w:val="38"/>
          <w:rtl/>
        </w:rPr>
        <w:t>الفريق</w:t>
      </w:r>
      <w:r w:rsidRPr="005117ED">
        <w:rPr>
          <w:rFonts w:cs="Sakkal Majalla"/>
          <w:color w:val="000000" w:themeColor="text1"/>
          <w:sz w:val="38"/>
          <w:szCs w:val="38"/>
        </w:rPr>
        <w:t xml:space="preserve">. </w:t>
      </w:r>
      <w:r w:rsidRPr="005117ED">
        <w:rPr>
          <w:rFonts w:cs="Sakkal Majalla"/>
          <w:color w:val="000000" w:themeColor="text1"/>
          <w:sz w:val="38"/>
          <w:szCs w:val="38"/>
          <w:rtl/>
        </w:rPr>
        <w:t>لكن</w:t>
      </w:r>
      <w:r w:rsidRPr="005117ED">
        <w:rPr>
          <w:rFonts w:cs="Sakkal Majalla"/>
          <w:color w:val="000000" w:themeColor="text1"/>
          <w:sz w:val="38"/>
          <w:szCs w:val="38"/>
        </w:rPr>
        <w:t xml:space="preserve"> </w:t>
      </w:r>
      <w:r w:rsidRPr="005117ED">
        <w:rPr>
          <w:rFonts w:cs="Sakkal Majalla"/>
          <w:color w:val="000000" w:themeColor="text1"/>
          <w:sz w:val="38"/>
          <w:szCs w:val="38"/>
          <w:rtl/>
        </w:rPr>
        <w:t>ينبغي</w:t>
      </w:r>
      <w:r w:rsidRPr="005117ED">
        <w:rPr>
          <w:rFonts w:cs="Sakkal Majalla"/>
          <w:color w:val="000000" w:themeColor="text1"/>
          <w:sz w:val="38"/>
          <w:szCs w:val="38"/>
        </w:rPr>
        <w:t xml:space="preserve"> </w:t>
      </w:r>
      <w:r w:rsidRPr="005117ED">
        <w:rPr>
          <w:rFonts w:cs="Sakkal Majalla"/>
          <w:color w:val="000000" w:themeColor="text1"/>
          <w:sz w:val="38"/>
          <w:szCs w:val="38"/>
          <w:rtl/>
        </w:rPr>
        <w:t>تعيين</w:t>
      </w:r>
      <w:r w:rsidRPr="005117ED">
        <w:rPr>
          <w:rFonts w:cs="Sakkal Majalla"/>
          <w:color w:val="000000" w:themeColor="text1"/>
          <w:sz w:val="38"/>
          <w:szCs w:val="38"/>
        </w:rPr>
        <w:t xml:space="preserve"> </w:t>
      </w:r>
      <w:r w:rsidRPr="005117ED">
        <w:rPr>
          <w:rFonts w:cs="Sakkal Majalla"/>
          <w:color w:val="000000" w:themeColor="text1"/>
          <w:sz w:val="38"/>
          <w:szCs w:val="38"/>
          <w:rtl/>
        </w:rPr>
        <w:t>مسؤول</w:t>
      </w:r>
      <w:r w:rsidRPr="005117ED">
        <w:rPr>
          <w:rFonts w:cs="Sakkal Majalla"/>
          <w:color w:val="000000" w:themeColor="text1"/>
          <w:sz w:val="38"/>
          <w:szCs w:val="38"/>
        </w:rPr>
        <w:t xml:space="preserve"> </w:t>
      </w:r>
      <w:r w:rsidRPr="005117ED">
        <w:rPr>
          <w:rFonts w:cs="Sakkal Majalla"/>
          <w:color w:val="000000" w:themeColor="text1"/>
          <w:sz w:val="38"/>
          <w:szCs w:val="38"/>
          <w:rtl/>
        </w:rPr>
        <w:t>داخلي</w:t>
      </w:r>
      <w:r w:rsidRPr="005117ED">
        <w:rPr>
          <w:rFonts w:cs="Sakkal Majalla"/>
          <w:color w:val="000000" w:themeColor="text1"/>
          <w:sz w:val="38"/>
          <w:szCs w:val="38"/>
        </w:rPr>
        <w:t xml:space="preserve"> </w:t>
      </w:r>
      <w:r w:rsidRPr="005117ED">
        <w:rPr>
          <w:rFonts w:cs="Sakkal Majalla"/>
          <w:color w:val="000000" w:themeColor="text1"/>
          <w:sz w:val="38"/>
          <w:szCs w:val="38"/>
          <w:rtl/>
        </w:rPr>
        <w:t>لاستيعاب</w:t>
      </w:r>
      <w:r w:rsidRPr="005117ED">
        <w:rPr>
          <w:rFonts w:cs="Sakkal Majalla"/>
          <w:color w:val="000000" w:themeColor="text1"/>
          <w:sz w:val="38"/>
          <w:szCs w:val="38"/>
        </w:rPr>
        <w:t xml:space="preserve"> </w:t>
      </w:r>
      <w:r w:rsidRPr="005117ED">
        <w:rPr>
          <w:rFonts w:cs="Sakkal Majalla"/>
          <w:color w:val="000000" w:themeColor="text1"/>
          <w:sz w:val="38"/>
          <w:szCs w:val="38"/>
          <w:rtl/>
        </w:rPr>
        <w:t>المعرفة</w:t>
      </w:r>
      <w:r w:rsidRPr="005117ED">
        <w:rPr>
          <w:rFonts w:cs="Sakkal Majalla"/>
          <w:color w:val="000000" w:themeColor="text1"/>
          <w:sz w:val="38"/>
          <w:szCs w:val="38"/>
        </w:rPr>
        <w:t xml:space="preserve"> </w:t>
      </w:r>
      <w:r w:rsidRPr="005117ED">
        <w:rPr>
          <w:rFonts w:cs="Sakkal Majalla"/>
          <w:color w:val="000000" w:themeColor="text1"/>
          <w:sz w:val="38"/>
          <w:szCs w:val="38"/>
          <w:rtl/>
        </w:rPr>
        <w:t>ونقلها،</w:t>
      </w:r>
      <w:r w:rsidRPr="005117ED">
        <w:rPr>
          <w:rFonts w:cs="Sakkal Majalla"/>
          <w:color w:val="000000" w:themeColor="text1"/>
          <w:sz w:val="38"/>
          <w:szCs w:val="38"/>
        </w:rPr>
        <w:t xml:space="preserve"> </w:t>
      </w:r>
      <w:r w:rsidRPr="005117ED">
        <w:rPr>
          <w:rFonts w:cs="Sakkal Majalla"/>
          <w:color w:val="000000" w:themeColor="text1"/>
          <w:sz w:val="38"/>
          <w:szCs w:val="38"/>
          <w:rtl/>
        </w:rPr>
        <w:t>حتى</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تبقى</w:t>
      </w:r>
      <w:r w:rsidRPr="005117ED">
        <w:rPr>
          <w:rFonts w:cs="Sakkal Majalla"/>
          <w:color w:val="000000" w:themeColor="text1"/>
          <w:sz w:val="38"/>
          <w:szCs w:val="38"/>
        </w:rPr>
        <w:t xml:space="preserve"> </w:t>
      </w:r>
      <w:r w:rsidRPr="005117ED">
        <w:rPr>
          <w:rFonts w:cs="Sakkal Majalla"/>
          <w:color w:val="000000" w:themeColor="text1"/>
          <w:sz w:val="38"/>
          <w:szCs w:val="38"/>
          <w:rtl/>
        </w:rPr>
        <w:t>الخبرة</w:t>
      </w:r>
      <w:r w:rsidRPr="005117ED">
        <w:rPr>
          <w:rFonts w:cs="Sakkal Majalla"/>
          <w:color w:val="000000" w:themeColor="text1"/>
          <w:sz w:val="38"/>
          <w:szCs w:val="38"/>
        </w:rPr>
        <w:t xml:space="preserve"> </w:t>
      </w:r>
      <w:r w:rsidRPr="005117ED">
        <w:rPr>
          <w:rFonts w:cs="Sakkal Majalla"/>
          <w:color w:val="000000" w:themeColor="text1"/>
          <w:sz w:val="38"/>
          <w:szCs w:val="38"/>
          <w:rtl/>
        </w:rPr>
        <w:t>لدى</w:t>
      </w:r>
      <w:r w:rsidRPr="005117ED">
        <w:rPr>
          <w:rFonts w:cs="Sakkal Majalla"/>
          <w:color w:val="000000" w:themeColor="text1"/>
          <w:sz w:val="38"/>
          <w:szCs w:val="38"/>
        </w:rPr>
        <w:t xml:space="preserve"> </w:t>
      </w:r>
      <w:r w:rsidRPr="005117ED">
        <w:rPr>
          <w:rFonts w:cs="Sakkal Majalla"/>
          <w:color w:val="000000" w:themeColor="text1"/>
          <w:sz w:val="38"/>
          <w:szCs w:val="38"/>
          <w:rtl/>
        </w:rPr>
        <w:t>المستشار</w:t>
      </w:r>
      <w:r w:rsidRPr="005117ED">
        <w:rPr>
          <w:rFonts w:cs="Sakkal Majalla"/>
          <w:color w:val="000000" w:themeColor="text1"/>
          <w:sz w:val="38"/>
          <w:szCs w:val="38"/>
        </w:rPr>
        <w:t xml:space="preserve"> </w:t>
      </w:r>
      <w:r w:rsidRPr="005117ED">
        <w:rPr>
          <w:rFonts w:cs="Sakkal Majalla"/>
          <w:color w:val="000000" w:themeColor="text1"/>
          <w:sz w:val="38"/>
          <w:szCs w:val="38"/>
          <w:rtl/>
        </w:rPr>
        <w:t>وتنتهي</w:t>
      </w:r>
      <w:r w:rsidRPr="005117ED">
        <w:rPr>
          <w:rFonts w:cs="Sakkal Majalla"/>
          <w:color w:val="000000" w:themeColor="text1"/>
          <w:sz w:val="38"/>
          <w:szCs w:val="38"/>
        </w:rPr>
        <w:t xml:space="preserve"> </w:t>
      </w:r>
      <w:r w:rsidRPr="005117ED">
        <w:rPr>
          <w:rFonts w:cs="Sakkal Majalla"/>
          <w:color w:val="000000" w:themeColor="text1"/>
          <w:sz w:val="38"/>
          <w:szCs w:val="38"/>
          <w:rtl/>
        </w:rPr>
        <w:t>بانتهاء</w:t>
      </w:r>
      <w:r w:rsidRPr="005117ED">
        <w:rPr>
          <w:rFonts w:cs="Sakkal Majalla"/>
          <w:color w:val="000000" w:themeColor="text1"/>
          <w:sz w:val="38"/>
          <w:szCs w:val="38"/>
        </w:rPr>
        <w:t xml:space="preserve"> </w:t>
      </w:r>
      <w:r w:rsidRPr="005117ED">
        <w:rPr>
          <w:rFonts w:cs="Sakkal Majalla"/>
          <w:color w:val="000000" w:themeColor="text1"/>
          <w:sz w:val="38"/>
          <w:szCs w:val="38"/>
          <w:rtl/>
        </w:rPr>
        <w:t>المشروع</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كما</w:t>
      </w:r>
      <w:r w:rsidRPr="005117ED">
        <w:rPr>
          <w:rFonts w:cs="Sakkal Majalla"/>
          <w:color w:val="000000" w:themeColor="text1"/>
          <w:sz w:val="38"/>
          <w:szCs w:val="38"/>
        </w:rPr>
        <w:t xml:space="preserve"> </w:t>
      </w:r>
      <w:r w:rsidRPr="005117ED">
        <w:rPr>
          <w:rFonts w:cs="Sakkal Majalla"/>
          <w:color w:val="000000" w:themeColor="text1"/>
          <w:sz w:val="38"/>
          <w:szCs w:val="38"/>
          <w:rtl/>
        </w:rPr>
        <w:t>ينبغي</w:t>
      </w:r>
      <w:r w:rsidRPr="005117ED">
        <w:rPr>
          <w:rFonts w:cs="Sakkal Majalla"/>
          <w:color w:val="000000" w:themeColor="text1"/>
          <w:sz w:val="38"/>
          <w:szCs w:val="38"/>
        </w:rPr>
        <w:t xml:space="preserve"> </w:t>
      </w:r>
      <w:r w:rsidRPr="005117ED">
        <w:rPr>
          <w:rFonts w:cs="Sakkal Majalla"/>
          <w:color w:val="000000" w:themeColor="text1"/>
          <w:sz w:val="38"/>
          <w:szCs w:val="38"/>
          <w:rtl/>
        </w:rPr>
        <w:t>تطوير</w:t>
      </w:r>
      <w:r w:rsidRPr="005117ED">
        <w:rPr>
          <w:rFonts w:cs="Sakkal Majalla"/>
          <w:color w:val="000000" w:themeColor="text1"/>
          <w:sz w:val="38"/>
          <w:szCs w:val="38"/>
        </w:rPr>
        <w:t xml:space="preserve"> </w:t>
      </w:r>
      <w:r w:rsidRPr="005117ED">
        <w:rPr>
          <w:rFonts w:cs="Sakkal Majalla"/>
          <w:color w:val="000000" w:themeColor="text1"/>
          <w:sz w:val="38"/>
          <w:szCs w:val="38"/>
          <w:rtl/>
        </w:rPr>
        <w:t>الاعتبار</w:t>
      </w:r>
      <w:r w:rsidRPr="005117ED">
        <w:rPr>
          <w:rFonts w:cs="Sakkal Majalla"/>
          <w:color w:val="000000" w:themeColor="text1"/>
          <w:sz w:val="38"/>
          <w:szCs w:val="38"/>
        </w:rPr>
        <w:t xml:space="preserve"> </w:t>
      </w:r>
      <w:r w:rsidRPr="005117ED">
        <w:rPr>
          <w:rFonts w:cs="Sakkal Majalla"/>
          <w:color w:val="000000" w:themeColor="text1"/>
          <w:sz w:val="38"/>
          <w:szCs w:val="38"/>
          <w:rtl/>
        </w:rPr>
        <w:t>الفردي</w:t>
      </w:r>
      <w:r w:rsidRPr="005117ED">
        <w:rPr>
          <w:rFonts w:cs="Sakkal Majalla"/>
          <w:color w:val="000000" w:themeColor="text1"/>
          <w:sz w:val="38"/>
          <w:szCs w:val="38"/>
        </w:rPr>
        <w:t xml:space="preserve"> </w:t>
      </w:r>
      <w:r w:rsidRPr="005117ED">
        <w:rPr>
          <w:rFonts w:cs="Sakkal Majalla"/>
          <w:color w:val="000000" w:themeColor="text1"/>
          <w:sz w:val="38"/>
          <w:szCs w:val="38"/>
          <w:rtl/>
        </w:rPr>
        <w:t>عبر</w:t>
      </w:r>
      <w:r w:rsidRPr="005117ED">
        <w:rPr>
          <w:rFonts w:cs="Sakkal Majalla"/>
          <w:color w:val="000000" w:themeColor="text1"/>
          <w:sz w:val="38"/>
          <w:szCs w:val="38"/>
        </w:rPr>
        <w:t xml:space="preserve"> </w:t>
      </w:r>
      <w:r w:rsidRPr="005117ED">
        <w:rPr>
          <w:rFonts w:cs="Sakkal Majalla"/>
          <w:color w:val="000000" w:themeColor="text1"/>
          <w:sz w:val="38"/>
          <w:szCs w:val="38"/>
          <w:rtl/>
        </w:rPr>
        <w:t>خطط</w:t>
      </w:r>
      <w:r w:rsidRPr="005117ED">
        <w:rPr>
          <w:rFonts w:cs="Sakkal Majalla"/>
          <w:color w:val="000000" w:themeColor="text1"/>
          <w:sz w:val="38"/>
          <w:szCs w:val="38"/>
        </w:rPr>
        <w:t xml:space="preserve"> </w:t>
      </w:r>
      <w:r w:rsidRPr="005117ED">
        <w:rPr>
          <w:rFonts w:cs="Sakkal Majalla"/>
          <w:color w:val="000000" w:themeColor="text1"/>
          <w:sz w:val="38"/>
          <w:szCs w:val="38"/>
          <w:rtl/>
        </w:rPr>
        <w:t>تعلم</w:t>
      </w:r>
      <w:r w:rsidRPr="005117ED">
        <w:rPr>
          <w:rFonts w:cs="Sakkal Majalla"/>
          <w:color w:val="000000" w:themeColor="text1"/>
          <w:sz w:val="38"/>
          <w:szCs w:val="38"/>
        </w:rPr>
        <w:t xml:space="preserve"> </w:t>
      </w:r>
      <w:r w:rsidRPr="005117ED">
        <w:rPr>
          <w:rFonts w:cs="Sakkal Majalla"/>
          <w:color w:val="000000" w:themeColor="text1"/>
          <w:sz w:val="38"/>
          <w:szCs w:val="38"/>
          <w:rtl/>
        </w:rPr>
        <w:t>موجزة</w:t>
      </w:r>
      <w:r w:rsidRPr="005117ED">
        <w:rPr>
          <w:rFonts w:cs="Sakkal Majalla"/>
          <w:color w:val="000000" w:themeColor="text1"/>
          <w:sz w:val="38"/>
          <w:szCs w:val="38"/>
        </w:rPr>
        <w:t xml:space="preserve"> </w:t>
      </w:r>
      <w:r w:rsidRPr="005117ED">
        <w:rPr>
          <w:rFonts w:cs="Sakkal Majalla"/>
          <w:color w:val="000000" w:themeColor="text1"/>
          <w:sz w:val="38"/>
          <w:szCs w:val="38"/>
          <w:rtl/>
        </w:rPr>
        <w:t>لكل</w:t>
      </w:r>
      <w:r w:rsidRPr="005117ED">
        <w:rPr>
          <w:rFonts w:cs="Sakkal Majalla"/>
          <w:color w:val="000000" w:themeColor="text1"/>
          <w:sz w:val="38"/>
          <w:szCs w:val="38"/>
        </w:rPr>
        <w:t xml:space="preserve"> </w:t>
      </w:r>
      <w:r w:rsidRPr="005117ED">
        <w:rPr>
          <w:rFonts w:cs="Sakkal Majalla"/>
          <w:color w:val="000000" w:themeColor="text1"/>
          <w:sz w:val="38"/>
          <w:szCs w:val="38"/>
          <w:rtl/>
        </w:rPr>
        <w:t>موظف،</w:t>
      </w:r>
      <w:r w:rsidRPr="005117ED">
        <w:rPr>
          <w:rFonts w:cs="Sakkal Majalla"/>
          <w:color w:val="000000" w:themeColor="text1"/>
          <w:sz w:val="38"/>
          <w:szCs w:val="38"/>
        </w:rPr>
        <w:t xml:space="preserve"> </w:t>
      </w:r>
      <w:r w:rsidRPr="005117ED">
        <w:rPr>
          <w:rFonts w:cs="Sakkal Majalla"/>
          <w:color w:val="000000" w:themeColor="text1"/>
          <w:sz w:val="38"/>
          <w:szCs w:val="38"/>
          <w:rtl/>
        </w:rPr>
        <w:t>تحدد</w:t>
      </w:r>
      <w:r w:rsidRPr="005117ED">
        <w:rPr>
          <w:rFonts w:cs="Sakkal Majalla"/>
          <w:color w:val="000000" w:themeColor="text1"/>
          <w:sz w:val="38"/>
          <w:szCs w:val="38"/>
        </w:rPr>
        <w:t xml:space="preserve"> </w:t>
      </w:r>
      <w:r w:rsidRPr="005117ED">
        <w:rPr>
          <w:rFonts w:cs="Sakkal Majalla"/>
          <w:color w:val="000000" w:themeColor="text1"/>
          <w:sz w:val="38"/>
          <w:szCs w:val="38"/>
          <w:rtl/>
        </w:rPr>
        <w:t>مهارة</w:t>
      </w:r>
      <w:r w:rsidRPr="005117ED">
        <w:rPr>
          <w:rFonts w:cs="Sakkal Majalla"/>
          <w:color w:val="000000" w:themeColor="text1"/>
          <w:sz w:val="38"/>
          <w:szCs w:val="38"/>
        </w:rPr>
        <w:t xml:space="preserve"> </w:t>
      </w:r>
      <w:r w:rsidRPr="005117ED">
        <w:rPr>
          <w:rFonts w:cs="Sakkal Majalla"/>
          <w:color w:val="000000" w:themeColor="text1"/>
          <w:sz w:val="38"/>
          <w:szCs w:val="38"/>
          <w:rtl/>
        </w:rPr>
        <w:t>واحدة</w:t>
      </w:r>
      <w:r w:rsidRPr="005117ED">
        <w:rPr>
          <w:rFonts w:cs="Sakkal Majalla"/>
          <w:color w:val="000000" w:themeColor="text1"/>
          <w:sz w:val="38"/>
          <w:szCs w:val="38"/>
        </w:rPr>
        <w:t xml:space="preserve"> </w:t>
      </w:r>
      <w:r w:rsidRPr="005117ED">
        <w:rPr>
          <w:rFonts w:cs="Sakkal Majalla"/>
          <w:color w:val="000000" w:themeColor="text1"/>
          <w:sz w:val="38"/>
          <w:szCs w:val="38"/>
          <w:rtl/>
        </w:rPr>
        <w:t>ومهمة</w:t>
      </w:r>
      <w:r w:rsidRPr="005117ED">
        <w:rPr>
          <w:rFonts w:cs="Sakkal Majalla"/>
          <w:color w:val="000000" w:themeColor="text1"/>
          <w:sz w:val="38"/>
          <w:szCs w:val="38"/>
        </w:rPr>
        <w:t xml:space="preserve"> </w:t>
      </w:r>
      <w:r w:rsidRPr="005117ED">
        <w:rPr>
          <w:rFonts w:cs="Sakkal Majalla"/>
          <w:color w:val="000000" w:themeColor="text1"/>
          <w:sz w:val="38"/>
          <w:szCs w:val="38"/>
          <w:rtl/>
        </w:rPr>
        <w:t>تطبيقية</w:t>
      </w:r>
      <w:r w:rsidRPr="005117ED">
        <w:rPr>
          <w:rFonts w:cs="Sakkal Majalla"/>
          <w:color w:val="000000" w:themeColor="text1"/>
          <w:sz w:val="38"/>
          <w:szCs w:val="38"/>
        </w:rPr>
        <w:t xml:space="preserve"> </w:t>
      </w:r>
      <w:r w:rsidRPr="005117ED">
        <w:rPr>
          <w:rFonts w:cs="Sakkal Majalla"/>
          <w:color w:val="000000" w:themeColor="text1"/>
          <w:sz w:val="38"/>
          <w:szCs w:val="38"/>
          <w:rtl/>
        </w:rPr>
        <w:t>ومصدر</w:t>
      </w:r>
      <w:r w:rsidRPr="005117ED">
        <w:rPr>
          <w:rFonts w:cs="Sakkal Majalla"/>
          <w:color w:val="000000" w:themeColor="text1"/>
          <w:sz w:val="38"/>
          <w:szCs w:val="38"/>
        </w:rPr>
        <w:t xml:space="preserve"> </w:t>
      </w:r>
      <w:r w:rsidRPr="005117ED">
        <w:rPr>
          <w:rFonts w:cs="Sakkal Majalla"/>
          <w:color w:val="000000" w:themeColor="text1"/>
          <w:sz w:val="38"/>
          <w:szCs w:val="38"/>
          <w:rtl/>
        </w:rPr>
        <w:t>دعم</w:t>
      </w:r>
      <w:r w:rsidRPr="005117ED">
        <w:rPr>
          <w:rFonts w:cs="Sakkal Majalla"/>
          <w:color w:val="000000" w:themeColor="text1"/>
          <w:sz w:val="38"/>
          <w:szCs w:val="38"/>
        </w:rPr>
        <w:t xml:space="preserve"> </w:t>
      </w:r>
      <w:r w:rsidRPr="005117ED">
        <w:rPr>
          <w:rFonts w:cs="Sakkal Majalla"/>
          <w:color w:val="000000" w:themeColor="text1"/>
          <w:sz w:val="38"/>
          <w:szCs w:val="38"/>
          <w:rtl/>
        </w:rPr>
        <w:t>وموعد</w:t>
      </w:r>
      <w:r w:rsidRPr="005117ED">
        <w:rPr>
          <w:rFonts w:cs="Sakkal Majalla"/>
          <w:color w:val="000000" w:themeColor="text1"/>
          <w:sz w:val="38"/>
          <w:szCs w:val="38"/>
        </w:rPr>
        <w:t xml:space="preserve"> </w:t>
      </w:r>
      <w:r w:rsidRPr="005117ED">
        <w:rPr>
          <w:rFonts w:cs="Sakkal Majalla"/>
          <w:color w:val="000000" w:themeColor="text1"/>
          <w:sz w:val="38"/>
          <w:szCs w:val="38"/>
          <w:rtl/>
        </w:rPr>
        <w:t>مراجعة</w:t>
      </w:r>
      <w:r w:rsidRPr="005117ED">
        <w:rPr>
          <w:rFonts w:cs="Sakkal Majalla"/>
          <w:color w:val="000000" w:themeColor="text1"/>
          <w:sz w:val="38"/>
          <w:szCs w:val="38"/>
        </w:rPr>
        <w:t xml:space="preserve">. </w:t>
      </w:r>
      <w:r w:rsidRPr="005117ED">
        <w:rPr>
          <w:rFonts w:cs="Sakkal Majalla"/>
          <w:color w:val="000000" w:themeColor="text1"/>
          <w:sz w:val="38"/>
          <w:szCs w:val="38"/>
          <w:rtl/>
        </w:rPr>
        <w:t>ويمكن</w:t>
      </w:r>
      <w:r w:rsidRPr="005117ED">
        <w:rPr>
          <w:rFonts w:cs="Sakkal Majalla"/>
          <w:color w:val="000000" w:themeColor="text1"/>
          <w:sz w:val="38"/>
          <w:szCs w:val="38"/>
        </w:rPr>
        <w:t xml:space="preserve"> </w:t>
      </w:r>
      <w:r w:rsidRPr="005117ED">
        <w:rPr>
          <w:rFonts w:cs="Sakkal Majalla"/>
          <w:color w:val="000000" w:themeColor="text1"/>
          <w:sz w:val="38"/>
          <w:szCs w:val="38"/>
          <w:rtl/>
        </w:rPr>
        <w:t>استخدام</w:t>
      </w:r>
      <w:r w:rsidRPr="005117ED">
        <w:rPr>
          <w:rFonts w:cs="Sakkal Majalla"/>
          <w:color w:val="000000" w:themeColor="text1"/>
          <w:sz w:val="38"/>
          <w:szCs w:val="38"/>
        </w:rPr>
        <w:t xml:space="preserve"> </w:t>
      </w:r>
      <w:r w:rsidRPr="005117ED">
        <w:rPr>
          <w:rFonts w:cs="Sakkal Majalla"/>
          <w:color w:val="000000" w:themeColor="text1"/>
          <w:sz w:val="38"/>
          <w:szCs w:val="38"/>
          <w:rtl/>
        </w:rPr>
        <w:t>الإرشاد</w:t>
      </w:r>
      <w:r w:rsidRPr="005117ED">
        <w:rPr>
          <w:rFonts w:cs="Sakkal Majalla"/>
          <w:color w:val="000000" w:themeColor="text1"/>
          <w:sz w:val="38"/>
          <w:szCs w:val="38"/>
        </w:rPr>
        <w:t xml:space="preserve"> </w:t>
      </w:r>
      <w:proofErr w:type="spellStart"/>
      <w:r w:rsidRPr="005117ED">
        <w:rPr>
          <w:rFonts w:cs="Sakkal Majalla"/>
          <w:color w:val="000000" w:themeColor="text1"/>
          <w:sz w:val="38"/>
          <w:szCs w:val="38"/>
          <w:rtl/>
        </w:rPr>
        <w:t>النظيري</w:t>
      </w:r>
      <w:proofErr w:type="spellEnd"/>
      <w:r w:rsidRPr="005117ED">
        <w:rPr>
          <w:rFonts w:cs="Sakkal Majalla"/>
          <w:color w:val="000000" w:themeColor="text1"/>
          <w:sz w:val="38"/>
          <w:szCs w:val="38"/>
        </w:rPr>
        <w:t xml:space="preserve"> </w:t>
      </w:r>
      <w:r w:rsidRPr="005117ED">
        <w:rPr>
          <w:rFonts w:cs="Sakkal Majalla"/>
          <w:color w:val="000000" w:themeColor="text1"/>
          <w:sz w:val="38"/>
          <w:szCs w:val="38"/>
          <w:rtl/>
        </w:rPr>
        <w:t>عندما</w:t>
      </w:r>
      <w:r w:rsidRPr="005117ED">
        <w:rPr>
          <w:rFonts w:cs="Sakkal Majalla"/>
          <w:color w:val="000000" w:themeColor="text1"/>
          <w:sz w:val="38"/>
          <w:szCs w:val="38"/>
        </w:rPr>
        <w:t xml:space="preserve"> </w:t>
      </w:r>
      <w:r w:rsidRPr="005117ED">
        <w:rPr>
          <w:rFonts w:cs="Sakkal Majalla"/>
          <w:color w:val="000000" w:themeColor="text1"/>
          <w:sz w:val="38"/>
          <w:szCs w:val="38"/>
          <w:rtl/>
        </w:rPr>
        <w:t>يكون</w:t>
      </w:r>
      <w:r w:rsidRPr="005117ED">
        <w:rPr>
          <w:rFonts w:cs="Sakkal Majalla"/>
          <w:color w:val="000000" w:themeColor="text1"/>
          <w:sz w:val="38"/>
          <w:szCs w:val="38"/>
        </w:rPr>
        <w:t xml:space="preserve"> </w:t>
      </w:r>
      <w:r w:rsidRPr="005117ED">
        <w:rPr>
          <w:rFonts w:cs="Sakkal Majalla"/>
          <w:color w:val="000000" w:themeColor="text1"/>
          <w:sz w:val="38"/>
          <w:szCs w:val="38"/>
          <w:rtl/>
        </w:rPr>
        <w:t>وقت</w:t>
      </w:r>
      <w:r w:rsidRPr="005117ED">
        <w:rPr>
          <w:rFonts w:cs="Sakkal Majalla"/>
          <w:color w:val="000000" w:themeColor="text1"/>
          <w:sz w:val="38"/>
          <w:szCs w:val="38"/>
        </w:rPr>
        <w:t xml:space="preserve"> </w:t>
      </w:r>
      <w:r w:rsidRPr="005117ED">
        <w:rPr>
          <w:rFonts w:cs="Sakkal Majalla"/>
          <w:color w:val="000000" w:themeColor="text1"/>
          <w:sz w:val="38"/>
          <w:szCs w:val="38"/>
          <w:rtl/>
        </w:rPr>
        <w:t>المدير</w:t>
      </w:r>
      <w:r w:rsidRPr="005117ED">
        <w:rPr>
          <w:rFonts w:cs="Sakkal Majalla"/>
          <w:color w:val="000000" w:themeColor="text1"/>
          <w:sz w:val="38"/>
          <w:szCs w:val="38"/>
        </w:rPr>
        <w:t xml:space="preserve"> </w:t>
      </w:r>
      <w:r w:rsidRPr="005117ED">
        <w:rPr>
          <w:rFonts w:cs="Sakkal Majalla"/>
          <w:color w:val="000000" w:themeColor="text1"/>
          <w:sz w:val="38"/>
          <w:szCs w:val="38"/>
          <w:rtl/>
        </w:rPr>
        <w:t>محدودًا</w:t>
      </w:r>
      <w:r w:rsidRPr="005117ED">
        <w:rPr>
          <w:rFonts w:cs="Sakkal Majalla"/>
          <w:color w:val="000000" w:themeColor="text1"/>
          <w:sz w:val="38"/>
          <w:szCs w:val="38"/>
        </w:rPr>
        <w:t xml:space="preserve">. </w:t>
      </w:r>
      <w:r w:rsidRPr="005117ED">
        <w:rPr>
          <w:rFonts w:cs="Sakkal Majalla"/>
          <w:color w:val="000000" w:themeColor="text1"/>
          <w:sz w:val="38"/>
          <w:szCs w:val="38"/>
          <w:rtl/>
        </w:rPr>
        <w:t>ويسهم</w:t>
      </w:r>
      <w:r w:rsidRPr="005117ED">
        <w:rPr>
          <w:rFonts w:cs="Sakkal Majalla"/>
          <w:color w:val="000000" w:themeColor="text1"/>
          <w:sz w:val="38"/>
          <w:szCs w:val="38"/>
        </w:rPr>
        <w:t xml:space="preserve"> </w:t>
      </w:r>
      <w:r w:rsidRPr="005117ED">
        <w:rPr>
          <w:rFonts w:cs="Sakkal Majalla"/>
          <w:color w:val="000000" w:themeColor="text1"/>
          <w:sz w:val="38"/>
          <w:szCs w:val="38"/>
          <w:rtl/>
        </w:rPr>
        <w:t>هذا</w:t>
      </w:r>
      <w:r w:rsidRPr="005117ED">
        <w:rPr>
          <w:rFonts w:cs="Sakkal Majalla"/>
          <w:color w:val="000000" w:themeColor="text1"/>
          <w:sz w:val="38"/>
          <w:szCs w:val="38"/>
        </w:rPr>
        <w:t xml:space="preserve"> </w:t>
      </w:r>
      <w:r w:rsidRPr="005117ED">
        <w:rPr>
          <w:rFonts w:cs="Sakkal Majalla"/>
          <w:color w:val="000000" w:themeColor="text1"/>
          <w:sz w:val="38"/>
          <w:szCs w:val="38"/>
          <w:rtl/>
        </w:rPr>
        <w:t>الإجراء</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اكتشاف</w:t>
      </w:r>
      <w:r w:rsidRPr="005117ED">
        <w:rPr>
          <w:rFonts w:cs="Sakkal Majalla"/>
          <w:color w:val="000000" w:themeColor="text1"/>
          <w:sz w:val="38"/>
          <w:szCs w:val="38"/>
        </w:rPr>
        <w:t xml:space="preserve"> </w:t>
      </w:r>
      <w:r w:rsidRPr="005117ED">
        <w:rPr>
          <w:rFonts w:cs="Sakkal Majalla"/>
          <w:color w:val="000000" w:themeColor="text1"/>
          <w:sz w:val="38"/>
          <w:szCs w:val="38"/>
          <w:rtl/>
        </w:rPr>
        <w:t>المواهب</w:t>
      </w:r>
      <w:r w:rsidRPr="005117ED">
        <w:rPr>
          <w:rFonts w:cs="Sakkal Majalla"/>
          <w:color w:val="000000" w:themeColor="text1"/>
          <w:sz w:val="38"/>
          <w:szCs w:val="38"/>
        </w:rPr>
        <w:t xml:space="preserve"> </w:t>
      </w:r>
      <w:r w:rsidRPr="005117ED">
        <w:rPr>
          <w:rFonts w:cs="Sakkal Majalla"/>
          <w:color w:val="000000" w:themeColor="text1"/>
          <w:sz w:val="38"/>
          <w:szCs w:val="38"/>
          <w:rtl/>
        </w:rPr>
        <w:t>وبناء</w:t>
      </w:r>
      <w:r w:rsidRPr="005117ED">
        <w:rPr>
          <w:rFonts w:cs="Sakkal Majalla"/>
          <w:color w:val="000000" w:themeColor="text1"/>
          <w:sz w:val="38"/>
          <w:szCs w:val="38"/>
        </w:rPr>
        <w:t xml:space="preserve"> </w:t>
      </w:r>
      <w:r w:rsidRPr="005117ED">
        <w:rPr>
          <w:rFonts w:cs="Sakkal Majalla"/>
          <w:color w:val="000000" w:themeColor="text1"/>
          <w:sz w:val="38"/>
          <w:szCs w:val="38"/>
          <w:rtl/>
        </w:rPr>
        <w:t>صف</w:t>
      </w:r>
      <w:r w:rsidRPr="005117ED">
        <w:rPr>
          <w:rFonts w:cs="Sakkal Majalla"/>
          <w:color w:val="000000" w:themeColor="text1"/>
          <w:sz w:val="38"/>
          <w:szCs w:val="38"/>
        </w:rPr>
        <w:t xml:space="preserve"> </w:t>
      </w:r>
      <w:r w:rsidRPr="005117ED">
        <w:rPr>
          <w:rFonts w:cs="Sakkal Majalla"/>
          <w:color w:val="000000" w:themeColor="text1"/>
          <w:sz w:val="38"/>
          <w:szCs w:val="38"/>
          <w:rtl/>
        </w:rPr>
        <w:t>ثان</w:t>
      </w:r>
      <w:r w:rsidRPr="005117ED">
        <w:rPr>
          <w:rFonts w:cs="Sakkal Majalla"/>
          <w:color w:val="000000" w:themeColor="text1"/>
          <w:sz w:val="38"/>
          <w:szCs w:val="38"/>
        </w:rPr>
        <w:t xml:space="preserve"> </w:t>
      </w:r>
      <w:r w:rsidRPr="005117ED">
        <w:rPr>
          <w:rFonts w:cs="Sakkal Majalla"/>
          <w:color w:val="000000" w:themeColor="text1"/>
          <w:sz w:val="38"/>
          <w:szCs w:val="38"/>
          <w:rtl/>
        </w:rPr>
        <w:t>وتقليل</w:t>
      </w:r>
      <w:r w:rsidRPr="005117ED">
        <w:rPr>
          <w:rFonts w:cs="Sakkal Majalla"/>
          <w:color w:val="000000" w:themeColor="text1"/>
          <w:sz w:val="38"/>
          <w:szCs w:val="38"/>
        </w:rPr>
        <w:t xml:space="preserve"> </w:t>
      </w:r>
      <w:r w:rsidRPr="005117ED">
        <w:rPr>
          <w:rFonts w:cs="Sakkal Majalla"/>
          <w:color w:val="000000" w:themeColor="text1"/>
          <w:sz w:val="38"/>
          <w:szCs w:val="38"/>
          <w:rtl/>
        </w:rPr>
        <w:t>الاعتماد</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فرد</w:t>
      </w:r>
      <w:r w:rsidRPr="005117ED">
        <w:rPr>
          <w:rFonts w:cs="Sakkal Majalla"/>
          <w:color w:val="000000" w:themeColor="text1"/>
          <w:sz w:val="38"/>
          <w:szCs w:val="38"/>
        </w:rPr>
        <w:t xml:space="preserve"> </w:t>
      </w:r>
      <w:r w:rsidRPr="005117ED">
        <w:rPr>
          <w:rFonts w:cs="Sakkal Majalla"/>
          <w:color w:val="000000" w:themeColor="text1"/>
          <w:sz w:val="38"/>
          <w:szCs w:val="38"/>
          <w:rtl/>
        </w:rPr>
        <w:t>واحد</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وأخيرًا</w:t>
      </w:r>
      <w:r w:rsidRPr="005117ED">
        <w:rPr>
          <w:rFonts w:cs="Sakkal Majalla"/>
          <w:color w:val="000000" w:themeColor="text1"/>
          <w:sz w:val="38"/>
          <w:szCs w:val="38"/>
        </w:rPr>
        <w:t xml:space="preserve"> </w:t>
      </w:r>
      <w:r w:rsidRPr="005117ED">
        <w:rPr>
          <w:rFonts w:cs="Sakkal Majalla"/>
          <w:color w:val="000000" w:themeColor="text1"/>
          <w:sz w:val="38"/>
          <w:szCs w:val="38"/>
          <w:rtl/>
        </w:rPr>
        <w:t>توصي</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بقياس</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خلال</w:t>
      </w:r>
      <w:r w:rsidRPr="005117ED">
        <w:rPr>
          <w:rFonts w:cs="Sakkal Majalla"/>
          <w:color w:val="000000" w:themeColor="text1"/>
          <w:sz w:val="38"/>
          <w:szCs w:val="38"/>
        </w:rPr>
        <w:t xml:space="preserve"> </w:t>
      </w:r>
      <w:r w:rsidRPr="005117ED">
        <w:rPr>
          <w:rFonts w:cs="Sakkal Majalla"/>
          <w:color w:val="000000" w:themeColor="text1"/>
          <w:sz w:val="38"/>
          <w:szCs w:val="38"/>
          <w:rtl/>
        </w:rPr>
        <w:t>لوحة</w:t>
      </w:r>
      <w:r w:rsidRPr="005117ED">
        <w:rPr>
          <w:rFonts w:cs="Sakkal Majalla"/>
          <w:color w:val="000000" w:themeColor="text1"/>
          <w:sz w:val="38"/>
          <w:szCs w:val="38"/>
        </w:rPr>
        <w:t xml:space="preserve"> </w:t>
      </w:r>
      <w:r w:rsidRPr="005117ED">
        <w:rPr>
          <w:rFonts w:cs="Sakkal Majalla"/>
          <w:color w:val="000000" w:themeColor="text1"/>
          <w:sz w:val="38"/>
          <w:szCs w:val="38"/>
          <w:rtl/>
        </w:rPr>
        <w:t>متوازنة</w:t>
      </w:r>
      <w:r w:rsidRPr="005117ED">
        <w:rPr>
          <w:rFonts w:cs="Sakkal Majalla"/>
          <w:color w:val="000000" w:themeColor="text1"/>
          <w:sz w:val="38"/>
          <w:szCs w:val="38"/>
        </w:rPr>
        <w:t xml:space="preserve"> </w:t>
      </w:r>
      <w:r w:rsidRPr="005117ED">
        <w:rPr>
          <w:rFonts w:cs="Sakkal Majalla"/>
          <w:color w:val="000000" w:themeColor="text1"/>
          <w:sz w:val="38"/>
          <w:szCs w:val="38"/>
          <w:rtl/>
        </w:rPr>
        <w:t>تضم</w:t>
      </w:r>
      <w:r w:rsidRPr="005117ED">
        <w:rPr>
          <w:rFonts w:cs="Sakkal Majalla"/>
          <w:color w:val="000000" w:themeColor="text1"/>
          <w:sz w:val="38"/>
          <w:szCs w:val="38"/>
        </w:rPr>
        <w:t xml:space="preserve"> </w:t>
      </w:r>
      <w:r w:rsidRPr="005117ED">
        <w:rPr>
          <w:rFonts w:cs="Sakkal Majalla"/>
          <w:color w:val="000000" w:themeColor="text1"/>
          <w:sz w:val="38"/>
          <w:szCs w:val="38"/>
          <w:rtl/>
        </w:rPr>
        <w:t>المدخلات</w:t>
      </w:r>
      <w:r w:rsidRPr="005117ED">
        <w:rPr>
          <w:rFonts w:cs="Sakkal Majalla"/>
          <w:color w:val="000000" w:themeColor="text1"/>
          <w:sz w:val="38"/>
          <w:szCs w:val="38"/>
        </w:rPr>
        <w:t xml:space="preserve"> </w:t>
      </w:r>
      <w:r w:rsidRPr="005117ED">
        <w:rPr>
          <w:rFonts w:cs="Sakkal Majalla"/>
          <w:color w:val="000000" w:themeColor="text1"/>
          <w:sz w:val="38"/>
          <w:szCs w:val="38"/>
          <w:rtl/>
        </w:rPr>
        <w:t>والعمليات</w:t>
      </w:r>
      <w:r w:rsidRPr="005117ED">
        <w:rPr>
          <w:rFonts w:cs="Sakkal Majalla"/>
          <w:color w:val="000000" w:themeColor="text1"/>
          <w:sz w:val="38"/>
          <w:szCs w:val="38"/>
        </w:rPr>
        <w:t xml:space="preserve"> </w:t>
      </w:r>
      <w:r w:rsidRPr="005117ED">
        <w:rPr>
          <w:rFonts w:cs="Sakkal Majalla"/>
          <w:color w:val="000000" w:themeColor="text1"/>
          <w:sz w:val="38"/>
          <w:szCs w:val="38"/>
          <w:rtl/>
        </w:rPr>
        <w:t>والمخرجات</w:t>
      </w:r>
      <w:r w:rsidRPr="005117ED">
        <w:rPr>
          <w:rFonts w:cs="Sakkal Majalla"/>
          <w:color w:val="000000" w:themeColor="text1"/>
          <w:sz w:val="38"/>
          <w:szCs w:val="38"/>
        </w:rPr>
        <w:t xml:space="preserve">: </w:t>
      </w:r>
      <w:r w:rsidRPr="005117ED">
        <w:rPr>
          <w:rFonts w:cs="Sakkal Majalla"/>
          <w:color w:val="000000" w:themeColor="text1"/>
          <w:sz w:val="38"/>
          <w:szCs w:val="38"/>
          <w:rtl/>
        </w:rPr>
        <w:t>عدد</w:t>
      </w:r>
      <w:r w:rsidRPr="005117ED">
        <w:rPr>
          <w:rFonts w:cs="Sakkal Majalla"/>
          <w:color w:val="000000" w:themeColor="text1"/>
          <w:sz w:val="38"/>
          <w:szCs w:val="38"/>
        </w:rPr>
        <w:t xml:space="preserve"> </w:t>
      </w:r>
      <w:r w:rsidRPr="005117ED">
        <w:rPr>
          <w:rFonts w:cs="Sakkal Majalla"/>
          <w:color w:val="000000" w:themeColor="text1"/>
          <w:sz w:val="38"/>
          <w:szCs w:val="38"/>
          <w:rtl/>
        </w:rPr>
        <w:t>المشكلات</w:t>
      </w:r>
      <w:r w:rsidRPr="005117ED">
        <w:rPr>
          <w:rFonts w:cs="Sakkal Majalla"/>
          <w:color w:val="000000" w:themeColor="text1"/>
          <w:sz w:val="38"/>
          <w:szCs w:val="38"/>
        </w:rPr>
        <w:t xml:space="preserve"> </w:t>
      </w:r>
      <w:r w:rsidRPr="005117ED">
        <w:rPr>
          <w:rFonts w:cs="Sakkal Majalla"/>
          <w:color w:val="000000" w:themeColor="text1"/>
          <w:sz w:val="38"/>
          <w:szCs w:val="38"/>
          <w:rtl/>
        </w:rPr>
        <w:t>الموثقة،</w:t>
      </w:r>
      <w:r w:rsidRPr="005117ED">
        <w:rPr>
          <w:rFonts w:cs="Sakkal Majalla"/>
          <w:color w:val="000000" w:themeColor="text1"/>
          <w:sz w:val="38"/>
          <w:szCs w:val="38"/>
        </w:rPr>
        <w:t xml:space="preserve"> </w:t>
      </w:r>
      <w:r w:rsidRPr="005117ED">
        <w:rPr>
          <w:rFonts w:cs="Sakkal Majalla"/>
          <w:color w:val="000000" w:themeColor="text1"/>
          <w:sz w:val="38"/>
          <w:szCs w:val="38"/>
          <w:rtl/>
        </w:rPr>
        <w:t>ونسبة</w:t>
      </w:r>
      <w:r w:rsidRPr="005117ED">
        <w:rPr>
          <w:rFonts w:cs="Sakkal Majalla"/>
          <w:color w:val="000000" w:themeColor="text1"/>
          <w:sz w:val="38"/>
          <w:szCs w:val="38"/>
        </w:rPr>
        <w:t xml:space="preserve"> </w:t>
      </w:r>
      <w:r w:rsidRPr="005117ED">
        <w:rPr>
          <w:rFonts w:cs="Sakkal Majalla"/>
          <w:color w:val="000000" w:themeColor="text1"/>
          <w:sz w:val="38"/>
          <w:szCs w:val="38"/>
          <w:rtl/>
        </w:rPr>
        <w:t>الأفكار</w:t>
      </w:r>
      <w:r w:rsidRPr="005117ED">
        <w:rPr>
          <w:rFonts w:cs="Sakkal Majalla"/>
          <w:color w:val="000000" w:themeColor="text1"/>
          <w:sz w:val="38"/>
          <w:szCs w:val="38"/>
        </w:rPr>
        <w:t xml:space="preserve"> </w:t>
      </w:r>
      <w:r w:rsidRPr="005117ED">
        <w:rPr>
          <w:rFonts w:cs="Sakkal Majalla"/>
          <w:color w:val="000000" w:themeColor="text1"/>
          <w:sz w:val="38"/>
          <w:szCs w:val="38"/>
          <w:rtl/>
        </w:rPr>
        <w:t>التي</w:t>
      </w:r>
      <w:r w:rsidRPr="005117ED">
        <w:rPr>
          <w:rFonts w:cs="Sakkal Majalla"/>
          <w:color w:val="000000" w:themeColor="text1"/>
          <w:sz w:val="38"/>
          <w:szCs w:val="38"/>
        </w:rPr>
        <w:t xml:space="preserve"> </w:t>
      </w:r>
      <w:r w:rsidRPr="005117ED">
        <w:rPr>
          <w:rFonts w:cs="Sakkal Majalla"/>
          <w:color w:val="000000" w:themeColor="text1"/>
          <w:sz w:val="38"/>
          <w:szCs w:val="38"/>
          <w:rtl/>
        </w:rPr>
        <w:t>تلقت</w:t>
      </w:r>
      <w:r w:rsidRPr="005117ED">
        <w:rPr>
          <w:rFonts w:cs="Sakkal Majalla"/>
          <w:color w:val="000000" w:themeColor="text1"/>
          <w:sz w:val="38"/>
          <w:szCs w:val="38"/>
        </w:rPr>
        <w:t xml:space="preserve"> </w:t>
      </w:r>
      <w:r w:rsidRPr="005117ED">
        <w:rPr>
          <w:rFonts w:cs="Sakkal Majalla"/>
          <w:color w:val="000000" w:themeColor="text1"/>
          <w:sz w:val="38"/>
          <w:szCs w:val="38"/>
          <w:rtl/>
        </w:rPr>
        <w:t>ردًا،</w:t>
      </w:r>
      <w:r w:rsidRPr="005117ED">
        <w:rPr>
          <w:rFonts w:cs="Sakkal Majalla"/>
          <w:color w:val="000000" w:themeColor="text1"/>
          <w:sz w:val="38"/>
          <w:szCs w:val="38"/>
        </w:rPr>
        <w:t xml:space="preserve"> </w:t>
      </w:r>
      <w:r w:rsidRPr="005117ED">
        <w:rPr>
          <w:rFonts w:cs="Sakkal Majalla"/>
          <w:color w:val="000000" w:themeColor="text1"/>
          <w:sz w:val="38"/>
          <w:szCs w:val="38"/>
          <w:rtl/>
        </w:rPr>
        <w:t>وزمن</w:t>
      </w:r>
      <w:r w:rsidRPr="005117ED">
        <w:rPr>
          <w:rFonts w:cs="Sakkal Majalla"/>
          <w:color w:val="000000" w:themeColor="text1"/>
          <w:sz w:val="38"/>
          <w:szCs w:val="38"/>
        </w:rPr>
        <w:t xml:space="preserve"> </w:t>
      </w:r>
      <w:r w:rsidRPr="005117ED">
        <w:rPr>
          <w:rFonts w:cs="Sakkal Majalla"/>
          <w:color w:val="000000" w:themeColor="text1"/>
          <w:sz w:val="38"/>
          <w:szCs w:val="38"/>
          <w:rtl/>
        </w:rPr>
        <w:t>الانتقال</w:t>
      </w:r>
      <w:r w:rsidRPr="005117ED">
        <w:rPr>
          <w:rFonts w:cs="Sakkal Majalla"/>
          <w:color w:val="000000" w:themeColor="text1"/>
          <w:sz w:val="38"/>
          <w:szCs w:val="38"/>
        </w:rPr>
        <w:t xml:space="preserve"> </w:t>
      </w:r>
      <w:r w:rsidRPr="005117ED">
        <w:rPr>
          <w:rFonts w:cs="Sakkal Majalla"/>
          <w:color w:val="000000" w:themeColor="text1"/>
          <w:sz w:val="38"/>
          <w:szCs w:val="38"/>
          <w:rtl/>
        </w:rPr>
        <w:t>إلى</w:t>
      </w:r>
      <w:r w:rsidRPr="005117ED">
        <w:rPr>
          <w:rFonts w:cs="Sakkal Majalla"/>
          <w:color w:val="000000" w:themeColor="text1"/>
          <w:sz w:val="38"/>
          <w:szCs w:val="38"/>
        </w:rPr>
        <w:t xml:space="preserve"> </w:t>
      </w:r>
      <w:r w:rsidRPr="005117ED">
        <w:rPr>
          <w:rFonts w:cs="Sakkal Majalla"/>
          <w:color w:val="000000" w:themeColor="text1"/>
          <w:sz w:val="38"/>
          <w:szCs w:val="38"/>
          <w:rtl/>
        </w:rPr>
        <w:t>التجربة،</w:t>
      </w:r>
      <w:r w:rsidRPr="005117ED">
        <w:rPr>
          <w:rFonts w:cs="Sakkal Majalla"/>
          <w:color w:val="000000" w:themeColor="text1"/>
          <w:sz w:val="38"/>
          <w:szCs w:val="38"/>
        </w:rPr>
        <w:t xml:space="preserve"> </w:t>
      </w:r>
      <w:r w:rsidRPr="005117ED">
        <w:rPr>
          <w:rFonts w:cs="Sakkal Majalla"/>
          <w:color w:val="000000" w:themeColor="text1"/>
          <w:sz w:val="38"/>
          <w:szCs w:val="38"/>
          <w:rtl/>
        </w:rPr>
        <w:t>ونسبة</w:t>
      </w:r>
      <w:r w:rsidRPr="005117ED">
        <w:rPr>
          <w:rFonts w:cs="Sakkal Majalla"/>
          <w:color w:val="000000" w:themeColor="text1"/>
          <w:sz w:val="38"/>
          <w:szCs w:val="38"/>
        </w:rPr>
        <w:t xml:space="preserve"> </w:t>
      </w:r>
      <w:r w:rsidRPr="005117ED">
        <w:rPr>
          <w:rFonts w:cs="Sakkal Majalla"/>
          <w:color w:val="000000" w:themeColor="text1"/>
          <w:sz w:val="38"/>
          <w:szCs w:val="38"/>
          <w:rtl/>
        </w:rPr>
        <w:t>التجارب</w:t>
      </w:r>
      <w:r w:rsidRPr="005117ED">
        <w:rPr>
          <w:rFonts w:cs="Sakkal Majalla"/>
          <w:color w:val="000000" w:themeColor="text1"/>
          <w:sz w:val="38"/>
          <w:szCs w:val="38"/>
        </w:rPr>
        <w:t xml:space="preserve"> </w:t>
      </w:r>
      <w:r w:rsidRPr="005117ED">
        <w:rPr>
          <w:rFonts w:cs="Sakkal Majalla"/>
          <w:color w:val="000000" w:themeColor="text1"/>
          <w:sz w:val="38"/>
          <w:szCs w:val="38"/>
          <w:rtl/>
        </w:rPr>
        <w:t>التي</w:t>
      </w:r>
      <w:r w:rsidRPr="005117ED">
        <w:rPr>
          <w:rFonts w:cs="Sakkal Majalla"/>
          <w:color w:val="000000" w:themeColor="text1"/>
          <w:sz w:val="38"/>
          <w:szCs w:val="38"/>
        </w:rPr>
        <w:t xml:space="preserve"> </w:t>
      </w:r>
      <w:r w:rsidRPr="005117ED">
        <w:rPr>
          <w:rFonts w:cs="Sakkal Majalla"/>
          <w:color w:val="000000" w:themeColor="text1"/>
          <w:sz w:val="38"/>
          <w:szCs w:val="38"/>
          <w:rtl/>
        </w:rPr>
        <w:t>أنتجت</w:t>
      </w:r>
      <w:r w:rsidRPr="005117ED">
        <w:rPr>
          <w:rFonts w:cs="Sakkal Majalla"/>
          <w:color w:val="000000" w:themeColor="text1"/>
          <w:sz w:val="38"/>
          <w:szCs w:val="38"/>
        </w:rPr>
        <w:t xml:space="preserve"> </w:t>
      </w:r>
      <w:r w:rsidRPr="005117ED">
        <w:rPr>
          <w:rFonts w:cs="Sakkal Majalla"/>
          <w:color w:val="000000" w:themeColor="text1"/>
          <w:sz w:val="38"/>
          <w:szCs w:val="38"/>
          <w:rtl/>
        </w:rPr>
        <w:t>تعلمًا،</w:t>
      </w:r>
      <w:r w:rsidRPr="005117ED">
        <w:rPr>
          <w:rFonts w:cs="Sakkal Majalla"/>
          <w:color w:val="000000" w:themeColor="text1"/>
          <w:sz w:val="38"/>
          <w:szCs w:val="38"/>
        </w:rPr>
        <w:t xml:space="preserve"> </w:t>
      </w:r>
      <w:r w:rsidRPr="005117ED">
        <w:rPr>
          <w:rFonts w:cs="Sakkal Majalla"/>
          <w:color w:val="000000" w:themeColor="text1"/>
          <w:sz w:val="38"/>
          <w:szCs w:val="38"/>
          <w:rtl/>
        </w:rPr>
        <w:t>وعدد</w:t>
      </w:r>
      <w:r w:rsidRPr="005117ED">
        <w:rPr>
          <w:rFonts w:cs="Sakkal Majalla"/>
          <w:color w:val="000000" w:themeColor="text1"/>
          <w:sz w:val="38"/>
          <w:szCs w:val="38"/>
        </w:rPr>
        <w:t xml:space="preserve"> </w:t>
      </w:r>
      <w:r w:rsidRPr="005117ED">
        <w:rPr>
          <w:rFonts w:cs="Sakkal Majalla"/>
          <w:color w:val="000000" w:themeColor="text1"/>
          <w:sz w:val="38"/>
          <w:szCs w:val="38"/>
          <w:rtl/>
        </w:rPr>
        <w:t>الأفكار</w:t>
      </w:r>
      <w:r w:rsidRPr="005117ED">
        <w:rPr>
          <w:rFonts w:cs="Sakkal Majalla"/>
          <w:color w:val="000000" w:themeColor="text1"/>
          <w:sz w:val="38"/>
          <w:szCs w:val="38"/>
        </w:rPr>
        <w:t xml:space="preserve"> </w:t>
      </w:r>
      <w:r w:rsidRPr="005117ED">
        <w:rPr>
          <w:rFonts w:cs="Sakkal Majalla"/>
          <w:color w:val="000000" w:themeColor="text1"/>
          <w:sz w:val="38"/>
          <w:szCs w:val="38"/>
          <w:rtl/>
        </w:rPr>
        <w:t>المطبقة،</w:t>
      </w:r>
      <w:r w:rsidRPr="005117ED">
        <w:rPr>
          <w:rFonts w:cs="Sakkal Majalla"/>
          <w:color w:val="000000" w:themeColor="text1"/>
          <w:sz w:val="38"/>
          <w:szCs w:val="38"/>
        </w:rPr>
        <w:t xml:space="preserve"> </w:t>
      </w:r>
      <w:r w:rsidRPr="005117ED">
        <w:rPr>
          <w:rFonts w:cs="Sakkal Majalla"/>
          <w:color w:val="000000" w:themeColor="text1"/>
          <w:sz w:val="38"/>
          <w:szCs w:val="38"/>
          <w:rtl/>
        </w:rPr>
        <w:t>والقيمة</w:t>
      </w:r>
      <w:r w:rsidRPr="005117ED">
        <w:rPr>
          <w:rFonts w:cs="Sakkal Majalla"/>
          <w:color w:val="000000" w:themeColor="text1"/>
          <w:sz w:val="38"/>
          <w:szCs w:val="38"/>
        </w:rPr>
        <w:t xml:space="preserve"> </w:t>
      </w:r>
      <w:r w:rsidRPr="005117ED">
        <w:rPr>
          <w:rFonts w:cs="Sakkal Majalla"/>
          <w:color w:val="000000" w:themeColor="text1"/>
          <w:sz w:val="38"/>
          <w:szCs w:val="38"/>
          <w:rtl/>
        </w:rPr>
        <w:t>المحققة،</w:t>
      </w:r>
      <w:r w:rsidRPr="005117ED">
        <w:rPr>
          <w:rFonts w:cs="Sakkal Majalla"/>
          <w:color w:val="000000" w:themeColor="text1"/>
          <w:sz w:val="38"/>
          <w:szCs w:val="38"/>
        </w:rPr>
        <w:t xml:space="preserve"> </w:t>
      </w:r>
      <w:r w:rsidRPr="005117ED">
        <w:rPr>
          <w:rFonts w:cs="Sakkal Majalla"/>
          <w:color w:val="000000" w:themeColor="text1"/>
          <w:sz w:val="38"/>
          <w:szCs w:val="38"/>
          <w:rtl/>
        </w:rPr>
        <w:t>ومؤشر</w:t>
      </w:r>
      <w:r w:rsidRPr="005117ED">
        <w:rPr>
          <w:rFonts w:cs="Sakkal Majalla"/>
          <w:color w:val="000000" w:themeColor="text1"/>
          <w:sz w:val="38"/>
          <w:szCs w:val="38"/>
        </w:rPr>
        <w:t xml:space="preserve"> </w:t>
      </w:r>
      <w:r w:rsidRPr="005117ED">
        <w:rPr>
          <w:rFonts w:cs="Sakkal Majalla"/>
          <w:color w:val="000000" w:themeColor="text1"/>
          <w:sz w:val="38"/>
          <w:szCs w:val="38"/>
          <w:rtl/>
        </w:rPr>
        <w:t>الأمان</w:t>
      </w:r>
      <w:r w:rsidRPr="005117ED">
        <w:rPr>
          <w:rFonts w:cs="Sakkal Majalla"/>
          <w:color w:val="000000" w:themeColor="text1"/>
          <w:sz w:val="38"/>
          <w:szCs w:val="38"/>
        </w:rPr>
        <w:t xml:space="preserve"> </w:t>
      </w:r>
      <w:r w:rsidRPr="005117ED">
        <w:rPr>
          <w:rFonts w:cs="Sakkal Majalla"/>
          <w:color w:val="000000" w:themeColor="text1"/>
          <w:sz w:val="38"/>
          <w:szCs w:val="38"/>
          <w:rtl/>
        </w:rPr>
        <w:t>النفسي</w:t>
      </w:r>
      <w:r w:rsidRPr="005117ED">
        <w:rPr>
          <w:rFonts w:cs="Sakkal Majalla"/>
          <w:color w:val="000000" w:themeColor="text1"/>
          <w:sz w:val="38"/>
          <w:szCs w:val="38"/>
        </w:rPr>
        <w:t xml:space="preserve">. </w:t>
      </w:r>
      <w:r w:rsidRPr="005117ED">
        <w:rPr>
          <w:rFonts w:cs="Sakkal Majalla"/>
          <w:color w:val="000000" w:themeColor="text1"/>
          <w:sz w:val="38"/>
          <w:szCs w:val="38"/>
          <w:rtl/>
        </w:rPr>
        <w:t>وتراجع</w:t>
      </w:r>
      <w:r w:rsidRPr="005117ED">
        <w:rPr>
          <w:rFonts w:cs="Sakkal Majalla"/>
          <w:color w:val="000000" w:themeColor="text1"/>
          <w:sz w:val="38"/>
          <w:szCs w:val="38"/>
        </w:rPr>
        <w:t xml:space="preserve"> </w:t>
      </w:r>
      <w:r w:rsidRPr="005117ED">
        <w:rPr>
          <w:rFonts w:cs="Sakkal Majalla"/>
          <w:color w:val="000000" w:themeColor="text1"/>
          <w:sz w:val="38"/>
          <w:szCs w:val="38"/>
          <w:rtl/>
        </w:rPr>
        <w:t>اللوحة</w:t>
      </w:r>
      <w:r w:rsidRPr="005117ED">
        <w:rPr>
          <w:rFonts w:cs="Sakkal Majalla"/>
          <w:color w:val="000000" w:themeColor="text1"/>
          <w:sz w:val="38"/>
          <w:szCs w:val="38"/>
        </w:rPr>
        <w:t xml:space="preserve"> </w:t>
      </w:r>
      <w:r w:rsidRPr="005117ED">
        <w:rPr>
          <w:rFonts w:cs="Sakkal Majalla"/>
          <w:color w:val="000000" w:themeColor="text1"/>
          <w:sz w:val="38"/>
          <w:szCs w:val="38"/>
          <w:rtl/>
        </w:rPr>
        <w:t>دوريًا</w:t>
      </w:r>
      <w:r w:rsidRPr="005117ED">
        <w:rPr>
          <w:rFonts w:cs="Sakkal Majalla"/>
          <w:color w:val="000000" w:themeColor="text1"/>
          <w:sz w:val="38"/>
          <w:szCs w:val="38"/>
        </w:rPr>
        <w:t xml:space="preserve"> </w:t>
      </w:r>
      <w:r w:rsidRPr="005117ED">
        <w:rPr>
          <w:rFonts w:cs="Sakkal Majalla"/>
          <w:color w:val="000000" w:themeColor="text1"/>
          <w:sz w:val="38"/>
          <w:szCs w:val="38"/>
          <w:rtl/>
        </w:rPr>
        <w:t>بهدف</w:t>
      </w:r>
      <w:r w:rsidRPr="005117ED">
        <w:rPr>
          <w:rFonts w:cs="Sakkal Majalla"/>
          <w:color w:val="000000" w:themeColor="text1"/>
          <w:sz w:val="38"/>
          <w:szCs w:val="38"/>
        </w:rPr>
        <w:t xml:space="preserve"> </w:t>
      </w:r>
      <w:r w:rsidRPr="005117ED">
        <w:rPr>
          <w:rFonts w:cs="Sakkal Majalla"/>
          <w:color w:val="000000" w:themeColor="text1"/>
          <w:sz w:val="38"/>
          <w:szCs w:val="38"/>
          <w:rtl/>
        </w:rPr>
        <w:t>التعلم</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العقاب</w:t>
      </w:r>
      <w:r w:rsidRPr="005117ED">
        <w:rPr>
          <w:rFonts w:cs="Sakkal Majalla"/>
          <w:color w:val="000000" w:themeColor="text1"/>
          <w:sz w:val="38"/>
          <w:szCs w:val="38"/>
        </w:rPr>
        <w:t>.</w:t>
      </w:r>
    </w:p>
    <w:p w:rsidR="005E2978" w:rsidRDefault="005E2978">
      <w:pPr>
        <w:bidi w:val="0"/>
        <w:spacing w:before="0" w:after="160" w:line="259" w:lineRule="auto"/>
        <w:ind w:firstLine="0"/>
        <w:jc w:val="left"/>
        <w:rPr>
          <w:rFonts w:cs="Sakkal Majalla"/>
          <w:b/>
          <w:bCs/>
          <w:color w:val="000000" w:themeColor="text1"/>
          <w:sz w:val="38"/>
          <w:szCs w:val="38"/>
          <w:rtl/>
        </w:rPr>
      </w:pPr>
      <w:r>
        <w:rPr>
          <w:rFonts w:cs="Sakkal Majalla"/>
          <w:b/>
          <w:bCs/>
          <w:color w:val="000000" w:themeColor="text1"/>
          <w:sz w:val="38"/>
          <w:szCs w:val="38"/>
          <w:rtl/>
        </w:rPr>
        <w:br w:type="page"/>
      </w:r>
    </w:p>
    <w:p w:rsidR="00FD5E07" w:rsidRPr="005117ED" w:rsidRDefault="00FD5E07" w:rsidP="00CB5A48">
      <w:pPr>
        <w:spacing w:before="0"/>
        <w:ind w:firstLine="0"/>
        <w:jc w:val="left"/>
        <w:outlineLvl w:val="0"/>
        <w:rPr>
          <w:rFonts w:eastAsia="Times New Roman" w:cs="Sakkal Majalla"/>
          <w:b/>
          <w:bCs/>
          <w:color w:val="000000" w:themeColor="text1"/>
          <w:sz w:val="40"/>
          <w:szCs w:val="40"/>
        </w:rPr>
      </w:pPr>
      <w:bookmarkStart w:id="90" w:name="_Toc233321787"/>
      <w:bookmarkStart w:id="91" w:name="_Toc233322035"/>
      <w:r w:rsidRPr="005117ED">
        <w:rPr>
          <w:rFonts w:eastAsia="Times New Roman" w:cs="Sakkal Majalla"/>
          <w:b/>
          <w:bCs/>
          <w:color w:val="000000" w:themeColor="text1"/>
          <w:sz w:val="40"/>
          <w:szCs w:val="40"/>
          <w:rtl/>
        </w:rPr>
        <w:lastRenderedPageBreak/>
        <w:t>سابعًا</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حدود</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الدراسة</w:t>
      </w:r>
      <w:bookmarkEnd w:id="90"/>
      <w:bookmarkEnd w:id="91"/>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تتمثل</w:t>
      </w:r>
      <w:r w:rsidRPr="005117ED">
        <w:rPr>
          <w:rFonts w:cs="Sakkal Majalla"/>
          <w:color w:val="000000" w:themeColor="text1"/>
          <w:sz w:val="38"/>
          <w:szCs w:val="38"/>
        </w:rPr>
        <w:t xml:space="preserve"> </w:t>
      </w:r>
      <w:r w:rsidRPr="005117ED">
        <w:rPr>
          <w:rFonts w:cs="Sakkal Majalla"/>
          <w:color w:val="000000" w:themeColor="text1"/>
          <w:sz w:val="38"/>
          <w:szCs w:val="38"/>
          <w:rtl/>
        </w:rPr>
        <w:t>أولى</w:t>
      </w:r>
      <w:r w:rsidRPr="005117ED">
        <w:rPr>
          <w:rFonts w:cs="Sakkal Majalla"/>
          <w:color w:val="000000" w:themeColor="text1"/>
          <w:sz w:val="38"/>
          <w:szCs w:val="38"/>
        </w:rPr>
        <w:t xml:space="preserve"> </w:t>
      </w:r>
      <w:r w:rsidRPr="005117ED">
        <w:rPr>
          <w:rFonts w:cs="Sakkal Majalla"/>
          <w:color w:val="000000" w:themeColor="text1"/>
          <w:sz w:val="38"/>
          <w:szCs w:val="38"/>
          <w:rtl/>
        </w:rPr>
        <w:t>الحدود</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الاعتماد</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تصميم</w:t>
      </w:r>
      <w:r w:rsidRPr="005117ED">
        <w:rPr>
          <w:rFonts w:cs="Sakkal Majalla"/>
          <w:color w:val="000000" w:themeColor="text1"/>
          <w:sz w:val="38"/>
          <w:szCs w:val="38"/>
        </w:rPr>
        <w:t xml:space="preserve"> </w:t>
      </w:r>
      <w:r w:rsidRPr="005117ED">
        <w:rPr>
          <w:rFonts w:cs="Sakkal Majalla"/>
          <w:color w:val="000000" w:themeColor="text1"/>
          <w:sz w:val="38"/>
          <w:szCs w:val="38"/>
          <w:rtl/>
        </w:rPr>
        <w:t>مقطعي،</w:t>
      </w:r>
      <w:r w:rsidRPr="005117ED">
        <w:rPr>
          <w:rFonts w:cs="Sakkal Majalla"/>
          <w:color w:val="000000" w:themeColor="text1"/>
          <w:sz w:val="38"/>
          <w:szCs w:val="38"/>
        </w:rPr>
        <w:t xml:space="preserve"> </w:t>
      </w:r>
      <w:r w:rsidRPr="005117ED">
        <w:rPr>
          <w:rFonts w:cs="Sakkal Majalla"/>
          <w:color w:val="000000" w:themeColor="text1"/>
          <w:sz w:val="38"/>
          <w:szCs w:val="38"/>
          <w:rtl/>
        </w:rPr>
        <w:t>مما</w:t>
      </w:r>
      <w:r w:rsidRPr="005117ED">
        <w:rPr>
          <w:rFonts w:cs="Sakkal Majalla"/>
          <w:color w:val="000000" w:themeColor="text1"/>
          <w:sz w:val="38"/>
          <w:szCs w:val="38"/>
        </w:rPr>
        <w:t xml:space="preserve"> </w:t>
      </w:r>
      <w:r w:rsidRPr="005117ED">
        <w:rPr>
          <w:rFonts w:cs="Sakkal Majalla"/>
          <w:color w:val="000000" w:themeColor="text1"/>
          <w:sz w:val="38"/>
          <w:szCs w:val="38"/>
          <w:rtl/>
        </w:rPr>
        <w:t>يمنع</w:t>
      </w:r>
      <w:r w:rsidRPr="005117ED">
        <w:rPr>
          <w:rFonts w:cs="Sakkal Majalla"/>
          <w:color w:val="000000" w:themeColor="text1"/>
          <w:sz w:val="38"/>
          <w:szCs w:val="38"/>
        </w:rPr>
        <w:t xml:space="preserve"> </w:t>
      </w:r>
      <w:r w:rsidRPr="005117ED">
        <w:rPr>
          <w:rFonts w:cs="Sakkal Majalla"/>
          <w:color w:val="000000" w:themeColor="text1"/>
          <w:sz w:val="38"/>
          <w:szCs w:val="38"/>
          <w:rtl/>
        </w:rPr>
        <w:t>التحقق</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التتابع</w:t>
      </w:r>
      <w:r w:rsidRPr="005117ED">
        <w:rPr>
          <w:rFonts w:cs="Sakkal Majalla"/>
          <w:color w:val="000000" w:themeColor="text1"/>
          <w:sz w:val="38"/>
          <w:szCs w:val="38"/>
        </w:rPr>
        <w:t xml:space="preserve"> </w:t>
      </w:r>
      <w:r w:rsidRPr="005117ED">
        <w:rPr>
          <w:rFonts w:cs="Sakkal Majalla"/>
          <w:color w:val="000000" w:themeColor="text1"/>
          <w:sz w:val="38"/>
          <w:szCs w:val="38"/>
          <w:rtl/>
        </w:rPr>
        <w:t>الزمني</w:t>
      </w:r>
      <w:r w:rsidRPr="005117ED">
        <w:rPr>
          <w:rFonts w:cs="Sakkal Majalla"/>
          <w:color w:val="000000" w:themeColor="text1"/>
          <w:sz w:val="38"/>
          <w:szCs w:val="38"/>
        </w:rPr>
        <w:t xml:space="preserve"> </w:t>
      </w:r>
      <w:r w:rsidRPr="005117ED">
        <w:rPr>
          <w:rFonts w:cs="Sakkal Majalla"/>
          <w:color w:val="000000" w:themeColor="text1"/>
          <w:sz w:val="38"/>
          <w:szCs w:val="38"/>
          <w:rtl/>
        </w:rPr>
        <w:t>بين</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والإبداع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فقد</w:t>
      </w:r>
      <w:r w:rsidRPr="005117ED">
        <w:rPr>
          <w:rFonts w:cs="Sakkal Majalla"/>
          <w:color w:val="000000" w:themeColor="text1"/>
          <w:sz w:val="38"/>
          <w:szCs w:val="38"/>
        </w:rPr>
        <w:t xml:space="preserve"> </w:t>
      </w:r>
      <w:r w:rsidRPr="005117ED">
        <w:rPr>
          <w:rFonts w:cs="Sakkal Majalla"/>
          <w:color w:val="000000" w:themeColor="text1"/>
          <w:sz w:val="38"/>
          <w:szCs w:val="38"/>
          <w:rtl/>
        </w:rPr>
        <w:t>يؤثر</w:t>
      </w:r>
      <w:r w:rsidRPr="005117ED">
        <w:rPr>
          <w:rFonts w:cs="Sakkal Majalla"/>
          <w:color w:val="000000" w:themeColor="text1"/>
          <w:sz w:val="38"/>
          <w:szCs w:val="38"/>
        </w:rPr>
        <w:t xml:space="preserve"> </w:t>
      </w:r>
      <w:r w:rsidRPr="005117ED">
        <w:rPr>
          <w:rFonts w:cs="Sakkal Majalla"/>
          <w:color w:val="000000" w:themeColor="text1"/>
          <w:sz w:val="38"/>
          <w:szCs w:val="38"/>
          <w:rtl/>
        </w:rPr>
        <w:t>القائد</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المناخ،</w:t>
      </w:r>
      <w:r w:rsidRPr="005117ED">
        <w:rPr>
          <w:rFonts w:cs="Sakkal Majalla"/>
          <w:color w:val="000000" w:themeColor="text1"/>
          <w:sz w:val="38"/>
          <w:szCs w:val="38"/>
        </w:rPr>
        <w:t xml:space="preserve"> </w:t>
      </w:r>
      <w:r w:rsidRPr="005117ED">
        <w:rPr>
          <w:rFonts w:cs="Sakkal Majalla"/>
          <w:color w:val="000000" w:themeColor="text1"/>
          <w:sz w:val="38"/>
          <w:szCs w:val="38"/>
          <w:rtl/>
        </w:rPr>
        <w:t>وقد</w:t>
      </w:r>
      <w:r w:rsidRPr="005117ED">
        <w:rPr>
          <w:rFonts w:cs="Sakkal Majalla"/>
          <w:color w:val="000000" w:themeColor="text1"/>
          <w:sz w:val="38"/>
          <w:szCs w:val="38"/>
        </w:rPr>
        <w:t xml:space="preserve"> </w:t>
      </w:r>
      <w:r w:rsidRPr="005117ED">
        <w:rPr>
          <w:rFonts w:cs="Sakkal Majalla"/>
          <w:color w:val="000000" w:themeColor="text1"/>
          <w:sz w:val="38"/>
          <w:szCs w:val="38"/>
          <w:rtl/>
        </w:rPr>
        <w:t>تجعل</w:t>
      </w:r>
      <w:r w:rsidRPr="005117ED">
        <w:rPr>
          <w:rFonts w:cs="Sakkal Majalla"/>
          <w:color w:val="000000" w:themeColor="text1"/>
          <w:sz w:val="38"/>
          <w:szCs w:val="38"/>
        </w:rPr>
        <w:t xml:space="preserve"> </w:t>
      </w:r>
      <w:r w:rsidRPr="005117ED">
        <w:rPr>
          <w:rFonts w:cs="Sakkal Majalla"/>
          <w:color w:val="000000" w:themeColor="text1"/>
          <w:sz w:val="38"/>
          <w:szCs w:val="38"/>
          <w:rtl/>
        </w:rPr>
        <w:t>بيئة</w:t>
      </w:r>
      <w:r w:rsidRPr="005117ED">
        <w:rPr>
          <w:rFonts w:cs="Sakkal Majalla"/>
          <w:color w:val="000000" w:themeColor="text1"/>
          <w:sz w:val="38"/>
          <w:szCs w:val="38"/>
        </w:rPr>
        <w:t xml:space="preserve"> </w:t>
      </w:r>
      <w:r w:rsidRPr="005117ED">
        <w:rPr>
          <w:rFonts w:cs="Sakkal Majalla"/>
          <w:color w:val="000000" w:themeColor="text1"/>
          <w:sz w:val="38"/>
          <w:szCs w:val="38"/>
          <w:rtl/>
        </w:rPr>
        <w:t>مبدعة</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العاملين</w:t>
      </w:r>
      <w:r w:rsidRPr="005117ED">
        <w:rPr>
          <w:rFonts w:cs="Sakkal Majalla"/>
          <w:color w:val="000000" w:themeColor="text1"/>
          <w:sz w:val="38"/>
          <w:szCs w:val="38"/>
        </w:rPr>
        <w:t xml:space="preserve"> </w:t>
      </w:r>
      <w:r w:rsidRPr="005117ED">
        <w:rPr>
          <w:rFonts w:cs="Sakkal Majalla"/>
          <w:color w:val="000000" w:themeColor="text1"/>
          <w:sz w:val="38"/>
          <w:szCs w:val="38"/>
          <w:rtl/>
        </w:rPr>
        <w:t>يقيمون</w:t>
      </w:r>
      <w:r w:rsidRPr="005117ED">
        <w:rPr>
          <w:rFonts w:cs="Sakkal Majalla"/>
          <w:color w:val="000000" w:themeColor="text1"/>
          <w:sz w:val="38"/>
          <w:szCs w:val="38"/>
        </w:rPr>
        <w:t xml:space="preserve"> </w:t>
      </w:r>
      <w:r w:rsidRPr="005117ED">
        <w:rPr>
          <w:rFonts w:cs="Sakkal Majalla"/>
          <w:color w:val="000000" w:themeColor="text1"/>
          <w:sz w:val="38"/>
          <w:szCs w:val="38"/>
          <w:rtl/>
        </w:rPr>
        <w:t>القائد</w:t>
      </w:r>
      <w:r w:rsidRPr="005117ED">
        <w:rPr>
          <w:rFonts w:cs="Sakkal Majalla"/>
          <w:color w:val="000000" w:themeColor="text1"/>
          <w:sz w:val="38"/>
          <w:szCs w:val="38"/>
        </w:rPr>
        <w:t xml:space="preserve"> </w:t>
      </w:r>
      <w:r w:rsidRPr="005117ED">
        <w:rPr>
          <w:rFonts w:cs="Sakkal Majalla"/>
          <w:color w:val="000000" w:themeColor="text1"/>
          <w:sz w:val="38"/>
          <w:szCs w:val="38"/>
          <w:rtl/>
        </w:rPr>
        <w:t>بصورة</w:t>
      </w:r>
      <w:r w:rsidRPr="005117ED">
        <w:rPr>
          <w:rFonts w:cs="Sakkal Majalla"/>
          <w:color w:val="000000" w:themeColor="text1"/>
          <w:sz w:val="38"/>
          <w:szCs w:val="38"/>
        </w:rPr>
        <w:t xml:space="preserve"> </w:t>
      </w:r>
      <w:r w:rsidRPr="005117ED">
        <w:rPr>
          <w:rFonts w:cs="Sakkal Majalla"/>
          <w:color w:val="000000" w:themeColor="text1"/>
          <w:sz w:val="38"/>
          <w:szCs w:val="38"/>
          <w:rtl/>
        </w:rPr>
        <w:t>أكثر</w:t>
      </w:r>
      <w:r w:rsidRPr="005117ED">
        <w:rPr>
          <w:rFonts w:cs="Sakkal Majalla"/>
          <w:color w:val="000000" w:themeColor="text1"/>
          <w:sz w:val="38"/>
          <w:szCs w:val="38"/>
        </w:rPr>
        <w:t xml:space="preserve"> </w:t>
      </w:r>
      <w:r w:rsidRPr="005117ED">
        <w:rPr>
          <w:rFonts w:cs="Sakkal Majalla"/>
          <w:color w:val="000000" w:themeColor="text1"/>
          <w:sz w:val="38"/>
          <w:szCs w:val="38"/>
          <w:rtl/>
        </w:rPr>
        <w:t>إيجابية</w:t>
      </w:r>
      <w:r w:rsidRPr="005117ED">
        <w:rPr>
          <w:rFonts w:cs="Sakkal Majalla"/>
          <w:color w:val="000000" w:themeColor="text1"/>
          <w:sz w:val="38"/>
          <w:szCs w:val="38"/>
        </w:rPr>
        <w:t xml:space="preserve">. </w:t>
      </w:r>
      <w:r w:rsidRPr="005117ED">
        <w:rPr>
          <w:rFonts w:cs="Sakkal Majalla"/>
          <w:color w:val="000000" w:themeColor="text1"/>
          <w:sz w:val="38"/>
          <w:szCs w:val="38"/>
          <w:rtl/>
        </w:rPr>
        <w:t>ويمكن</w:t>
      </w:r>
      <w:r w:rsidRPr="005117ED">
        <w:rPr>
          <w:rFonts w:cs="Sakkal Majalla"/>
          <w:color w:val="000000" w:themeColor="text1"/>
          <w:sz w:val="38"/>
          <w:szCs w:val="38"/>
        </w:rPr>
        <w:t xml:space="preserve"> </w:t>
      </w:r>
      <w:r w:rsidRPr="005117ED">
        <w:rPr>
          <w:rFonts w:cs="Sakkal Majalla"/>
          <w:color w:val="000000" w:themeColor="text1"/>
          <w:sz w:val="38"/>
          <w:szCs w:val="38"/>
          <w:rtl/>
        </w:rPr>
        <w:t>معالجة</w:t>
      </w:r>
      <w:r w:rsidRPr="005117ED">
        <w:rPr>
          <w:rFonts w:cs="Sakkal Majalla"/>
          <w:color w:val="000000" w:themeColor="text1"/>
          <w:sz w:val="38"/>
          <w:szCs w:val="38"/>
        </w:rPr>
        <w:t xml:space="preserve"> </w:t>
      </w:r>
      <w:r w:rsidRPr="005117ED">
        <w:rPr>
          <w:rFonts w:cs="Sakkal Majalla"/>
          <w:color w:val="000000" w:themeColor="text1"/>
          <w:sz w:val="38"/>
          <w:szCs w:val="38"/>
          <w:rtl/>
        </w:rPr>
        <w:t>ذلك</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دراسات</w:t>
      </w:r>
      <w:r w:rsidRPr="005117ED">
        <w:rPr>
          <w:rFonts w:cs="Sakkal Majalla"/>
          <w:color w:val="000000" w:themeColor="text1"/>
          <w:sz w:val="38"/>
          <w:szCs w:val="38"/>
        </w:rPr>
        <w:t xml:space="preserve"> </w:t>
      </w:r>
      <w:r w:rsidRPr="005117ED">
        <w:rPr>
          <w:rFonts w:cs="Sakkal Majalla"/>
          <w:color w:val="000000" w:themeColor="text1"/>
          <w:sz w:val="38"/>
          <w:szCs w:val="38"/>
          <w:rtl/>
        </w:rPr>
        <w:t>طولية</w:t>
      </w:r>
      <w:r w:rsidRPr="005117ED">
        <w:rPr>
          <w:rFonts w:cs="Sakkal Majalla"/>
          <w:color w:val="000000" w:themeColor="text1"/>
          <w:sz w:val="38"/>
          <w:szCs w:val="38"/>
        </w:rPr>
        <w:t xml:space="preserve"> </w:t>
      </w:r>
      <w:r w:rsidRPr="005117ED">
        <w:rPr>
          <w:rFonts w:cs="Sakkal Majalla"/>
          <w:color w:val="000000" w:themeColor="text1"/>
          <w:sz w:val="38"/>
          <w:szCs w:val="38"/>
          <w:rtl/>
        </w:rPr>
        <w:t>تقيس</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أولًا</w:t>
      </w:r>
      <w:r w:rsidRPr="005117ED">
        <w:rPr>
          <w:rFonts w:cs="Sakkal Majalla"/>
          <w:color w:val="000000" w:themeColor="text1"/>
          <w:sz w:val="38"/>
          <w:szCs w:val="38"/>
        </w:rPr>
        <w:t xml:space="preserve"> </w:t>
      </w:r>
      <w:r w:rsidRPr="005117ED">
        <w:rPr>
          <w:rFonts w:cs="Sakkal Majalla"/>
          <w:color w:val="000000" w:themeColor="text1"/>
          <w:sz w:val="38"/>
          <w:szCs w:val="38"/>
          <w:rtl/>
        </w:rPr>
        <w:t>ثم</w:t>
      </w:r>
      <w:r w:rsidRPr="005117ED">
        <w:rPr>
          <w:rFonts w:cs="Sakkal Majalla"/>
          <w:color w:val="000000" w:themeColor="text1"/>
          <w:sz w:val="38"/>
          <w:szCs w:val="38"/>
        </w:rPr>
        <w:t xml:space="preserve"> </w:t>
      </w:r>
      <w:r w:rsidRPr="005117ED">
        <w:rPr>
          <w:rFonts w:cs="Sakkal Majalla"/>
          <w:color w:val="000000" w:themeColor="text1"/>
          <w:sz w:val="38"/>
          <w:szCs w:val="38"/>
          <w:rtl/>
        </w:rPr>
        <w:t>السلوك</w:t>
      </w:r>
      <w:r w:rsidRPr="005117ED">
        <w:rPr>
          <w:rFonts w:cs="Sakkal Majalla"/>
          <w:color w:val="000000" w:themeColor="text1"/>
          <w:sz w:val="38"/>
          <w:szCs w:val="38"/>
        </w:rPr>
        <w:t xml:space="preserve"> </w:t>
      </w:r>
      <w:r w:rsidRPr="005117ED">
        <w:rPr>
          <w:rFonts w:cs="Sakkal Majalla"/>
          <w:color w:val="000000" w:themeColor="text1"/>
          <w:sz w:val="38"/>
          <w:szCs w:val="38"/>
          <w:rtl/>
        </w:rPr>
        <w:t>الإبداعي</w:t>
      </w:r>
      <w:r w:rsidRPr="005117ED">
        <w:rPr>
          <w:rFonts w:cs="Sakkal Majalla"/>
          <w:color w:val="000000" w:themeColor="text1"/>
          <w:sz w:val="38"/>
          <w:szCs w:val="38"/>
        </w:rPr>
        <w:t xml:space="preserve"> </w:t>
      </w:r>
      <w:r w:rsidRPr="005117ED">
        <w:rPr>
          <w:rFonts w:cs="Sakkal Majalla"/>
          <w:color w:val="000000" w:themeColor="text1"/>
          <w:sz w:val="38"/>
          <w:szCs w:val="38"/>
          <w:rtl/>
        </w:rPr>
        <w:t>والنتائج</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فترات</w:t>
      </w:r>
      <w:r w:rsidRPr="005117ED">
        <w:rPr>
          <w:rFonts w:cs="Sakkal Majalla"/>
          <w:color w:val="000000" w:themeColor="text1"/>
          <w:sz w:val="38"/>
          <w:szCs w:val="38"/>
        </w:rPr>
        <w:t xml:space="preserve"> </w:t>
      </w:r>
      <w:r w:rsidRPr="005117ED">
        <w:rPr>
          <w:rFonts w:cs="Sakkal Majalla"/>
          <w:color w:val="000000" w:themeColor="text1"/>
          <w:sz w:val="38"/>
          <w:szCs w:val="38"/>
          <w:rtl/>
        </w:rPr>
        <w:t>لاحقة</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كما</w:t>
      </w:r>
      <w:r w:rsidRPr="005117ED">
        <w:rPr>
          <w:rFonts w:cs="Sakkal Majalla"/>
          <w:color w:val="000000" w:themeColor="text1"/>
          <w:sz w:val="38"/>
          <w:szCs w:val="38"/>
        </w:rPr>
        <w:t xml:space="preserve"> </w:t>
      </w:r>
      <w:r w:rsidRPr="005117ED">
        <w:rPr>
          <w:rFonts w:cs="Sakkal Majalla"/>
          <w:color w:val="000000" w:themeColor="text1"/>
          <w:sz w:val="38"/>
          <w:szCs w:val="38"/>
          <w:rtl/>
        </w:rPr>
        <w:t>يعتمد</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القياس</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مصدر</w:t>
      </w:r>
      <w:r w:rsidRPr="005117ED">
        <w:rPr>
          <w:rFonts w:cs="Sakkal Majalla"/>
          <w:color w:val="000000" w:themeColor="text1"/>
          <w:sz w:val="38"/>
          <w:szCs w:val="38"/>
        </w:rPr>
        <w:t xml:space="preserve"> </w:t>
      </w:r>
      <w:r w:rsidRPr="005117ED">
        <w:rPr>
          <w:rFonts w:cs="Sakkal Majalla"/>
          <w:color w:val="000000" w:themeColor="text1"/>
          <w:sz w:val="38"/>
          <w:szCs w:val="38"/>
          <w:rtl/>
        </w:rPr>
        <w:t>واحد</w:t>
      </w:r>
      <w:r w:rsidRPr="005117ED">
        <w:rPr>
          <w:rFonts w:cs="Sakkal Majalla"/>
          <w:color w:val="000000" w:themeColor="text1"/>
          <w:sz w:val="38"/>
          <w:szCs w:val="38"/>
        </w:rPr>
        <w:t xml:space="preserve"> </w:t>
      </w:r>
      <w:r w:rsidRPr="005117ED">
        <w:rPr>
          <w:rFonts w:cs="Sakkal Majalla"/>
          <w:color w:val="000000" w:themeColor="text1"/>
          <w:sz w:val="38"/>
          <w:szCs w:val="38"/>
          <w:rtl/>
        </w:rPr>
        <w:t>هو</w:t>
      </w:r>
      <w:r w:rsidRPr="005117ED">
        <w:rPr>
          <w:rFonts w:cs="Sakkal Majalla"/>
          <w:color w:val="000000" w:themeColor="text1"/>
          <w:sz w:val="38"/>
          <w:szCs w:val="38"/>
        </w:rPr>
        <w:t xml:space="preserve"> </w:t>
      </w:r>
      <w:r w:rsidRPr="005117ED">
        <w:rPr>
          <w:rFonts w:cs="Sakkal Majalla"/>
          <w:color w:val="000000" w:themeColor="text1"/>
          <w:sz w:val="38"/>
          <w:szCs w:val="38"/>
          <w:rtl/>
        </w:rPr>
        <w:t>العامل،</w:t>
      </w:r>
      <w:r w:rsidRPr="005117ED">
        <w:rPr>
          <w:rFonts w:cs="Sakkal Majalla"/>
          <w:color w:val="000000" w:themeColor="text1"/>
          <w:sz w:val="38"/>
          <w:szCs w:val="38"/>
        </w:rPr>
        <w:t xml:space="preserve"> </w:t>
      </w:r>
      <w:r w:rsidRPr="005117ED">
        <w:rPr>
          <w:rFonts w:cs="Sakkal Majalla"/>
          <w:color w:val="000000" w:themeColor="text1"/>
          <w:sz w:val="38"/>
          <w:szCs w:val="38"/>
          <w:rtl/>
        </w:rPr>
        <w:t>مما</w:t>
      </w:r>
      <w:r w:rsidRPr="005117ED">
        <w:rPr>
          <w:rFonts w:cs="Sakkal Majalla"/>
          <w:color w:val="000000" w:themeColor="text1"/>
          <w:sz w:val="38"/>
          <w:szCs w:val="38"/>
        </w:rPr>
        <w:t xml:space="preserve"> </w:t>
      </w:r>
      <w:r w:rsidRPr="005117ED">
        <w:rPr>
          <w:rFonts w:cs="Sakkal Majalla"/>
          <w:color w:val="000000" w:themeColor="text1"/>
          <w:sz w:val="38"/>
          <w:szCs w:val="38"/>
          <w:rtl/>
        </w:rPr>
        <w:t>قد</w:t>
      </w:r>
      <w:r w:rsidRPr="005117ED">
        <w:rPr>
          <w:rFonts w:cs="Sakkal Majalla"/>
          <w:color w:val="000000" w:themeColor="text1"/>
          <w:sz w:val="38"/>
          <w:szCs w:val="38"/>
        </w:rPr>
        <w:t xml:space="preserve"> </w:t>
      </w:r>
      <w:r w:rsidRPr="005117ED">
        <w:rPr>
          <w:rFonts w:cs="Sakkal Majalla"/>
          <w:color w:val="000000" w:themeColor="text1"/>
          <w:sz w:val="38"/>
          <w:szCs w:val="38"/>
          <w:rtl/>
        </w:rPr>
        <w:t>يرفع</w:t>
      </w:r>
      <w:r w:rsidRPr="005117ED">
        <w:rPr>
          <w:rFonts w:cs="Sakkal Majalla"/>
          <w:color w:val="000000" w:themeColor="text1"/>
          <w:sz w:val="38"/>
          <w:szCs w:val="38"/>
        </w:rPr>
        <w:t xml:space="preserve"> </w:t>
      </w:r>
      <w:r w:rsidRPr="005117ED">
        <w:rPr>
          <w:rFonts w:cs="Sakkal Majalla"/>
          <w:color w:val="000000" w:themeColor="text1"/>
          <w:sz w:val="38"/>
          <w:szCs w:val="38"/>
          <w:rtl/>
        </w:rPr>
        <w:t>تحيز</w:t>
      </w:r>
      <w:r w:rsidRPr="005117ED">
        <w:rPr>
          <w:rFonts w:cs="Sakkal Majalla"/>
          <w:color w:val="000000" w:themeColor="text1"/>
          <w:sz w:val="38"/>
          <w:szCs w:val="38"/>
        </w:rPr>
        <w:t xml:space="preserve"> </w:t>
      </w:r>
      <w:r w:rsidRPr="005117ED">
        <w:rPr>
          <w:rFonts w:cs="Sakkal Majalla"/>
          <w:color w:val="000000" w:themeColor="text1"/>
          <w:sz w:val="38"/>
          <w:szCs w:val="38"/>
          <w:rtl/>
        </w:rPr>
        <w:t>الطريقة</w:t>
      </w:r>
      <w:r w:rsidRPr="005117ED">
        <w:rPr>
          <w:rFonts w:cs="Sakkal Majalla"/>
          <w:color w:val="000000" w:themeColor="text1"/>
          <w:sz w:val="38"/>
          <w:szCs w:val="38"/>
        </w:rPr>
        <w:t xml:space="preserve"> </w:t>
      </w:r>
      <w:r w:rsidRPr="005117ED">
        <w:rPr>
          <w:rFonts w:cs="Sakkal Majalla"/>
          <w:color w:val="000000" w:themeColor="text1"/>
          <w:sz w:val="38"/>
          <w:szCs w:val="38"/>
          <w:rtl/>
        </w:rPr>
        <w:t>المشتركة</w:t>
      </w:r>
      <w:r w:rsidRPr="005117ED">
        <w:rPr>
          <w:rFonts w:cs="Sakkal Majalla"/>
          <w:color w:val="000000" w:themeColor="text1"/>
          <w:sz w:val="38"/>
          <w:szCs w:val="38"/>
        </w:rPr>
        <w:t xml:space="preserve">. </w:t>
      </w:r>
      <w:r w:rsidRPr="005117ED">
        <w:rPr>
          <w:rFonts w:cs="Sakkal Majalla"/>
          <w:color w:val="000000" w:themeColor="text1"/>
          <w:sz w:val="38"/>
          <w:szCs w:val="38"/>
          <w:rtl/>
        </w:rPr>
        <w:t>وقد</w:t>
      </w:r>
      <w:r w:rsidRPr="005117ED">
        <w:rPr>
          <w:rFonts w:cs="Sakkal Majalla"/>
          <w:color w:val="000000" w:themeColor="text1"/>
          <w:sz w:val="38"/>
          <w:szCs w:val="38"/>
        </w:rPr>
        <w:t xml:space="preserve"> </w:t>
      </w:r>
      <w:r w:rsidRPr="005117ED">
        <w:rPr>
          <w:rFonts w:cs="Sakkal Majalla"/>
          <w:color w:val="000000" w:themeColor="text1"/>
          <w:sz w:val="38"/>
          <w:szCs w:val="38"/>
          <w:rtl/>
        </w:rPr>
        <w:t>خففت</w:t>
      </w:r>
      <w:r w:rsidRPr="005117ED">
        <w:rPr>
          <w:rFonts w:cs="Sakkal Majalla"/>
          <w:color w:val="000000" w:themeColor="text1"/>
          <w:sz w:val="38"/>
          <w:szCs w:val="38"/>
        </w:rPr>
        <w:t xml:space="preserve"> </w:t>
      </w:r>
      <w:r w:rsidRPr="005117ED">
        <w:rPr>
          <w:rFonts w:cs="Sakkal Majalla"/>
          <w:color w:val="000000" w:themeColor="text1"/>
          <w:sz w:val="38"/>
          <w:szCs w:val="38"/>
          <w:rtl/>
        </w:rPr>
        <w:t>الدراسة</w:t>
      </w:r>
      <w:r w:rsidRPr="005117ED">
        <w:rPr>
          <w:rFonts w:cs="Sakkal Majalla"/>
          <w:color w:val="000000" w:themeColor="text1"/>
          <w:sz w:val="38"/>
          <w:szCs w:val="38"/>
        </w:rPr>
        <w:t xml:space="preserve"> </w:t>
      </w:r>
      <w:r w:rsidRPr="005117ED">
        <w:rPr>
          <w:rFonts w:cs="Sakkal Majalla"/>
          <w:color w:val="000000" w:themeColor="text1"/>
          <w:sz w:val="38"/>
          <w:szCs w:val="38"/>
          <w:rtl/>
        </w:rPr>
        <w:t>ذلك</w:t>
      </w:r>
      <w:r w:rsidRPr="005117ED">
        <w:rPr>
          <w:rFonts w:cs="Sakkal Majalla"/>
          <w:color w:val="000000" w:themeColor="text1"/>
          <w:sz w:val="38"/>
          <w:szCs w:val="38"/>
        </w:rPr>
        <w:t xml:space="preserve"> </w:t>
      </w:r>
      <w:r w:rsidRPr="005117ED">
        <w:rPr>
          <w:rFonts w:cs="Sakkal Majalla"/>
          <w:color w:val="000000" w:themeColor="text1"/>
          <w:sz w:val="38"/>
          <w:szCs w:val="38"/>
          <w:rtl/>
        </w:rPr>
        <w:t>بفصل</w:t>
      </w:r>
      <w:r w:rsidRPr="005117ED">
        <w:rPr>
          <w:rFonts w:cs="Sakkal Majalla"/>
          <w:color w:val="000000" w:themeColor="text1"/>
          <w:sz w:val="38"/>
          <w:szCs w:val="38"/>
        </w:rPr>
        <w:t xml:space="preserve"> </w:t>
      </w:r>
      <w:r w:rsidRPr="005117ED">
        <w:rPr>
          <w:rFonts w:cs="Sakkal Majalla"/>
          <w:color w:val="000000" w:themeColor="text1"/>
          <w:sz w:val="38"/>
          <w:szCs w:val="38"/>
          <w:rtl/>
        </w:rPr>
        <w:t>الأقسام</w:t>
      </w:r>
      <w:r w:rsidRPr="005117ED">
        <w:rPr>
          <w:rFonts w:cs="Sakkal Majalla"/>
          <w:color w:val="000000" w:themeColor="text1"/>
          <w:sz w:val="38"/>
          <w:szCs w:val="38"/>
        </w:rPr>
        <w:t xml:space="preserve"> </w:t>
      </w:r>
      <w:r w:rsidRPr="005117ED">
        <w:rPr>
          <w:rFonts w:cs="Sakkal Majalla"/>
          <w:color w:val="000000" w:themeColor="text1"/>
          <w:sz w:val="38"/>
          <w:szCs w:val="38"/>
          <w:rtl/>
        </w:rPr>
        <w:t>وضمان</w:t>
      </w:r>
      <w:r w:rsidRPr="005117ED">
        <w:rPr>
          <w:rFonts w:cs="Sakkal Majalla"/>
          <w:color w:val="000000" w:themeColor="text1"/>
          <w:sz w:val="38"/>
          <w:szCs w:val="38"/>
        </w:rPr>
        <w:t xml:space="preserve"> </w:t>
      </w:r>
      <w:r w:rsidRPr="005117ED">
        <w:rPr>
          <w:rFonts w:cs="Sakkal Majalla"/>
          <w:color w:val="000000" w:themeColor="text1"/>
          <w:sz w:val="38"/>
          <w:szCs w:val="38"/>
          <w:rtl/>
        </w:rPr>
        <w:t>السرية</w:t>
      </w:r>
      <w:r w:rsidRPr="005117ED">
        <w:rPr>
          <w:rFonts w:cs="Sakkal Majalla"/>
          <w:color w:val="000000" w:themeColor="text1"/>
          <w:sz w:val="38"/>
          <w:szCs w:val="38"/>
        </w:rPr>
        <w:t xml:space="preserve"> </w:t>
      </w:r>
      <w:r w:rsidRPr="005117ED">
        <w:rPr>
          <w:rFonts w:cs="Sakkal Majalla"/>
          <w:color w:val="000000" w:themeColor="text1"/>
          <w:sz w:val="38"/>
          <w:szCs w:val="38"/>
          <w:rtl/>
        </w:rPr>
        <w:t>وصياغة</w:t>
      </w:r>
      <w:r w:rsidRPr="005117ED">
        <w:rPr>
          <w:rFonts w:cs="Sakkal Majalla"/>
          <w:color w:val="000000" w:themeColor="text1"/>
          <w:sz w:val="38"/>
          <w:szCs w:val="38"/>
        </w:rPr>
        <w:t xml:space="preserve"> </w:t>
      </w:r>
      <w:r w:rsidRPr="005117ED">
        <w:rPr>
          <w:rFonts w:cs="Sakkal Majalla"/>
          <w:color w:val="000000" w:themeColor="text1"/>
          <w:sz w:val="38"/>
          <w:szCs w:val="38"/>
          <w:rtl/>
        </w:rPr>
        <w:t>الفقرات</w:t>
      </w:r>
      <w:r w:rsidRPr="005117ED">
        <w:rPr>
          <w:rFonts w:cs="Sakkal Majalla"/>
          <w:color w:val="000000" w:themeColor="text1"/>
          <w:sz w:val="38"/>
          <w:szCs w:val="38"/>
        </w:rPr>
        <w:t xml:space="preserve"> </w:t>
      </w:r>
      <w:r w:rsidRPr="005117ED">
        <w:rPr>
          <w:rFonts w:cs="Sakkal Majalla"/>
          <w:color w:val="000000" w:themeColor="text1"/>
          <w:sz w:val="38"/>
          <w:szCs w:val="38"/>
          <w:rtl/>
        </w:rPr>
        <w:t>سلوكيًا،</w:t>
      </w:r>
      <w:r w:rsidRPr="005117ED">
        <w:rPr>
          <w:rFonts w:cs="Sakkal Majalla"/>
          <w:color w:val="000000" w:themeColor="text1"/>
          <w:sz w:val="38"/>
          <w:szCs w:val="38"/>
        </w:rPr>
        <w:t xml:space="preserve"> </w:t>
      </w:r>
      <w:r w:rsidRPr="005117ED">
        <w:rPr>
          <w:rFonts w:cs="Sakkal Majalla"/>
          <w:color w:val="000000" w:themeColor="text1"/>
          <w:sz w:val="38"/>
          <w:szCs w:val="38"/>
          <w:rtl/>
        </w:rPr>
        <w:t>لكن</w:t>
      </w:r>
      <w:r w:rsidRPr="005117ED">
        <w:rPr>
          <w:rFonts w:cs="Sakkal Majalla"/>
          <w:color w:val="000000" w:themeColor="text1"/>
          <w:sz w:val="38"/>
          <w:szCs w:val="38"/>
        </w:rPr>
        <w:t xml:space="preserve"> </w:t>
      </w:r>
      <w:r w:rsidRPr="005117ED">
        <w:rPr>
          <w:rFonts w:cs="Sakkal Majalla"/>
          <w:color w:val="000000" w:themeColor="text1"/>
          <w:sz w:val="38"/>
          <w:szCs w:val="38"/>
          <w:rtl/>
        </w:rPr>
        <w:t>الأفضل</w:t>
      </w:r>
      <w:r w:rsidRPr="005117ED">
        <w:rPr>
          <w:rFonts w:cs="Sakkal Majalla"/>
          <w:color w:val="000000" w:themeColor="text1"/>
          <w:sz w:val="38"/>
          <w:szCs w:val="38"/>
        </w:rPr>
        <w:t xml:space="preserve"> </w:t>
      </w:r>
      <w:r w:rsidRPr="005117ED">
        <w:rPr>
          <w:rFonts w:cs="Sakkal Majalla"/>
          <w:color w:val="000000" w:themeColor="text1"/>
          <w:sz w:val="38"/>
          <w:szCs w:val="38"/>
          <w:rtl/>
        </w:rPr>
        <w:t>جمع</w:t>
      </w:r>
      <w:r w:rsidRPr="005117ED">
        <w:rPr>
          <w:rFonts w:cs="Sakkal Majalla"/>
          <w:color w:val="000000" w:themeColor="text1"/>
          <w:sz w:val="38"/>
          <w:szCs w:val="38"/>
        </w:rPr>
        <w:t xml:space="preserve"> </w:t>
      </w:r>
      <w:r w:rsidRPr="005117ED">
        <w:rPr>
          <w:rFonts w:cs="Sakkal Majalla"/>
          <w:color w:val="000000" w:themeColor="text1"/>
          <w:sz w:val="38"/>
          <w:szCs w:val="38"/>
          <w:rtl/>
        </w:rPr>
        <w:t>تقييمات</w:t>
      </w:r>
      <w:r w:rsidRPr="005117ED">
        <w:rPr>
          <w:rFonts w:cs="Sakkal Majalla"/>
          <w:color w:val="000000" w:themeColor="text1"/>
          <w:sz w:val="38"/>
          <w:szCs w:val="38"/>
        </w:rPr>
        <w:t xml:space="preserve"> </w:t>
      </w:r>
      <w:r w:rsidRPr="005117ED">
        <w:rPr>
          <w:rFonts w:cs="Sakkal Majalla"/>
          <w:color w:val="000000" w:themeColor="text1"/>
          <w:sz w:val="38"/>
          <w:szCs w:val="38"/>
          <w:rtl/>
        </w:rPr>
        <w:t>المشرفين</w:t>
      </w:r>
      <w:r w:rsidRPr="005117ED">
        <w:rPr>
          <w:rFonts w:cs="Sakkal Majalla"/>
          <w:color w:val="000000" w:themeColor="text1"/>
          <w:sz w:val="38"/>
          <w:szCs w:val="38"/>
        </w:rPr>
        <w:t xml:space="preserve"> </w:t>
      </w:r>
      <w:r w:rsidRPr="005117ED">
        <w:rPr>
          <w:rFonts w:cs="Sakkal Majalla"/>
          <w:color w:val="000000" w:themeColor="text1"/>
          <w:sz w:val="38"/>
          <w:szCs w:val="38"/>
          <w:rtl/>
        </w:rPr>
        <w:t>ومؤشرات</w:t>
      </w:r>
      <w:r w:rsidRPr="005117ED">
        <w:rPr>
          <w:rFonts w:cs="Sakkal Majalla"/>
          <w:color w:val="000000" w:themeColor="text1"/>
          <w:sz w:val="38"/>
          <w:szCs w:val="38"/>
        </w:rPr>
        <w:t xml:space="preserve"> </w:t>
      </w:r>
      <w:r w:rsidRPr="005117ED">
        <w:rPr>
          <w:rFonts w:cs="Sakkal Majalla"/>
          <w:color w:val="000000" w:themeColor="text1"/>
          <w:sz w:val="38"/>
          <w:szCs w:val="38"/>
          <w:rtl/>
        </w:rPr>
        <w:t>موضوعية</w:t>
      </w:r>
      <w:r w:rsidRPr="005117ED">
        <w:rPr>
          <w:rFonts w:cs="Sakkal Majalla"/>
          <w:color w:val="000000" w:themeColor="text1"/>
          <w:sz w:val="38"/>
          <w:szCs w:val="38"/>
        </w:rPr>
        <w:t xml:space="preserve"> </w:t>
      </w:r>
      <w:r w:rsidRPr="005117ED">
        <w:rPr>
          <w:rFonts w:cs="Sakkal Majalla"/>
          <w:color w:val="000000" w:themeColor="text1"/>
          <w:sz w:val="38"/>
          <w:szCs w:val="38"/>
          <w:rtl/>
        </w:rPr>
        <w:t>مثل</w:t>
      </w:r>
      <w:r w:rsidRPr="005117ED">
        <w:rPr>
          <w:rFonts w:cs="Sakkal Majalla"/>
          <w:color w:val="000000" w:themeColor="text1"/>
          <w:sz w:val="38"/>
          <w:szCs w:val="38"/>
        </w:rPr>
        <w:t xml:space="preserve"> </w:t>
      </w:r>
      <w:r w:rsidRPr="005117ED">
        <w:rPr>
          <w:rFonts w:cs="Sakkal Majalla"/>
          <w:color w:val="000000" w:themeColor="text1"/>
          <w:sz w:val="38"/>
          <w:szCs w:val="38"/>
          <w:rtl/>
        </w:rPr>
        <w:t>الأفكار</w:t>
      </w:r>
      <w:r w:rsidRPr="005117ED">
        <w:rPr>
          <w:rFonts w:cs="Sakkal Majalla"/>
          <w:color w:val="000000" w:themeColor="text1"/>
          <w:sz w:val="38"/>
          <w:szCs w:val="38"/>
        </w:rPr>
        <w:t xml:space="preserve"> </w:t>
      </w:r>
      <w:r w:rsidRPr="005117ED">
        <w:rPr>
          <w:rFonts w:cs="Sakkal Majalla"/>
          <w:color w:val="000000" w:themeColor="text1"/>
          <w:sz w:val="38"/>
          <w:szCs w:val="38"/>
          <w:rtl/>
        </w:rPr>
        <w:t>المطبقة</w:t>
      </w:r>
      <w:r w:rsidRPr="005117ED">
        <w:rPr>
          <w:rFonts w:cs="Sakkal Majalla"/>
          <w:color w:val="000000" w:themeColor="text1"/>
          <w:sz w:val="38"/>
          <w:szCs w:val="38"/>
        </w:rPr>
        <w:t xml:space="preserve"> </w:t>
      </w:r>
      <w:r w:rsidRPr="005117ED">
        <w:rPr>
          <w:rFonts w:cs="Sakkal Majalla"/>
          <w:color w:val="000000" w:themeColor="text1"/>
          <w:sz w:val="38"/>
          <w:szCs w:val="38"/>
          <w:rtl/>
        </w:rPr>
        <w:t>وزمن</w:t>
      </w:r>
      <w:r w:rsidRPr="005117ED">
        <w:rPr>
          <w:rFonts w:cs="Sakkal Majalla"/>
          <w:color w:val="000000" w:themeColor="text1"/>
          <w:sz w:val="38"/>
          <w:szCs w:val="38"/>
        </w:rPr>
        <w:t xml:space="preserve"> </w:t>
      </w:r>
      <w:r w:rsidRPr="005117ED">
        <w:rPr>
          <w:rFonts w:cs="Sakkal Majalla"/>
          <w:color w:val="000000" w:themeColor="text1"/>
          <w:sz w:val="38"/>
          <w:szCs w:val="38"/>
          <w:rtl/>
        </w:rPr>
        <w:t>التحسين</w:t>
      </w:r>
      <w:r w:rsidRPr="005117ED">
        <w:rPr>
          <w:rFonts w:cs="Sakkal Majalla"/>
          <w:color w:val="000000" w:themeColor="text1"/>
          <w:sz w:val="38"/>
          <w:szCs w:val="38"/>
        </w:rPr>
        <w:t xml:space="preserve">. </w:t>
      </w:r>
      <w:r w:rsidRPr="005117ED">
        <w:rPr>
          <w:rFonts w:cs="Sakkal Majalla"/>
          <w:color w:val="000000" w:themeColor="text1"/>
          <w:sz w:val="38"/>
          <w:szCs w:val="38"/>
          <w:rtl/>
        </w:rPr>
        <w:t>ويمكن</w:t>
      </w:r>
      <w:r w:rsidRPr="005117ED">
        <w:rPr>
          <w:rFonts w:cs="Sakkal Majalla"/>
          <w:color w:val="000000" w:themeColor="text1"/>
          <w:sz w:val="38"/>
          <w:szCs w:val="38"/>
        </w:rPr>
        <w:t xml:space="preserve"> </w:t>
      </w:r>
      <w:r w:rsidRPr="005117ED">
        <w:rPr>
          <w:rFonts w:cs="Sakkal Majalla"/>
          <w:color w:val="000000" w:themeColor="text1"/>
          <w:sz w:val="38"/>
          <w:szCs w:val="38"/>
          <w:rtl/>
        </w:rPr>
        <w:t>كذلك</w:t>
      </w:r>
      <w:r w:rsidRPr="005117ED">
        <w:rPr>
          <w:rFonts w:cs="Sakkal Majalla"/>
          <w:color w:val="000000" w:themeColor="text1"/>
          <w:sz w:val="38"/>
          <w:szCs w:val="38"/>
        </w:rPr>
        <w:t xml:space="preserve"> </w:t>
      </w:r>
      <w:r w:rsidRPr="005117ED">
        <w:rPr>
          <w:rFonts w:cs="Sakkal Majalla"/>
          <w:color w:val="000000" w:themeColor="text1"/>
          <w:sz w:val="38"/>
          <w:szCs w:val="38"/>
          <w:rtl/>
        </w:rPr>
        <w:t>استخدام</w:t>
      </w:r>
      <w:r w:rsidRPr="005117ED">
        <w:rPr>
          <w:rFonts w:cs="Sakkal Majalla"/>
          <w:color w:val="000000" w:themeColor="text1"/>
          <w:sz w:val="38"/>
          <w:szCs w:val="38"/>
        </w:rPr>
        <w:t xml:space="preserve"> </w:t>
      </w:r>
      <w:r w:rsidRPr="005117ED">
        <w:rPr>
          <w:rFonts w:cs="Sakkal Majalla"/>
          <w:color w:val="000000" w:themeColor="text1"/>
          <w:sz w:val="38"/>
          <w:szCs w:val="38"/>
          <w:rtl/>
        </w:rPr>
        <w:t>تصميم</w:t>
      </w:r>
      <w:r w:rsidRPr="005117ED">
        <w:rPr>
          <w:rFonts w:cs="Sakkal Majalla"/>
          <w:color w:val="000000" w:themeColor="text1"/>
          <w:sz w:val="38"/>
          <w:szCs w:val="38"/>
        </w:rPr>
        <w:t xml:space="preserve"> </w:t>
      </w:r>
      <w:r w:rsidRPr="005117ED">
        <w:rPr>
          <w:rFonts w:cs="Sakkal Majalla"/>
          <w:color w:val="000000" w:themeColor="text1"/>
          <w:sz w:val="38"/>
          <w:szCs w:val="38"/>
          <w:rtl/>
        </w:rPr>
        <w:t>متعدد</w:t>
      </w:r>
      <w:r w:rsidRPr="005117ED">
        <w:rPr>
          <w:rFonts w:cs="Sakkal Majalla"/>
          <w:color w:val="000000" w:themeColor="text1"/>
          <w:sz w:val="38"/>
          <w:szCs w:val="38"/>
        </w:rPr>
        <w:t xml:space="preserve"> </w:t>
      </w:r>
      <w:r w:rsidRPr="005117ED">
        <w:rPr>
          <w:rFonts w:cs="Sakkal Majalla"/>
          <w:color w:val="000000" w:themeColor="text1"/>
          <w:sz w:val="38"/>
          <w:szCs w:val="38"/>
          <w:rtl/>
        </w:rPr>
        <w:t>المصادر</w:t>
      </w:r>
      <w:r w:rsidRPr="005117ED">
        <w:rPr>
          <w:rFonts w:cs="Sakkal Majalla"/>
          <w:color w:val="000000" w:themeColor="text1"/>
          <w:sz w:val="38"/>
          <w:szCs w:val="38"/>
        </w:rPr>
        <w:t xml:space="preserve"> </w:t>
      </w:r>
      <w:r w:rsidRPr="005117ED">
        <w:rPr>
          <w:rFonts w:cs="Sakkal Majalla"/>
          <w:color w:val="000000" w:themeColor="text1"/>
          <w:sz w:val="38"/>
          <w:szCs w:val="38"/>
          <w:rtl/>
        </w:rPr>
        <w:t>يربط</w:t>
      </w:r>
      <w:r w:rsidRPr="005117ED">
        <w:rPr>
          <w:rFonts w:cs="Sakkal Majalla"/>
          <w:color w:val="000000" w:themeColor="text1"/>
          <w:sz w:val="38"/>
          <w:szCs w:val="38"/>
        </w:rPr>
        <w:t xml:space="preserve"> </w:t>
      </w:r>
      <w:r w:rsidRPr="005117ED">
        <w:rPr>
          <w:rFonts w:cs="Sakkal Majalla"/>
          <w:color w:val="000000" w:themeColor="text1"/>
          <w:sz w:val="38"/>
          <w:szCs w:val="38"/>
          <w:rtl/>
        </w:rPr>
        <w:t>تقييم</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بمخرجات</w:t>
      </w:r>
      <w:r w:rsidRPr="005117ED">
        <w:rPr>
          <w:rFonts w:cs="Sakkal Majalla"/>
          <w:color w:val="000000" w:themeColor="text1"/>
          <w:sz w:val="38"/>
          <w:szCs w:val="38"/>
        </w:rPr>
        <w:t xml:space="preserve"> </w:t>
      </w:r>
      <w:r w:rsidRPr="005117ED">
        <w:rPr>
          <w:rFonts w:cs="Sakkal Majalla"/>
          <w:color w:val="000000" w:themeColor="text1"/>
          <w:sz w:val="38"/>
          <w:szCs w:val="38"/>
          <w:rtl/>
        </w:rPr>
        <w:t>الفريق</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وتحد</w:t>
      </w:r>
      <w:r w:rsidRPr="005117ED">
        <w:rPr>
          <w:rFonts w:cs="Sakkal Majalla"/>
          <w:color w:val="000000" w:themeColor="text1"/>
          <w:sz w:val="38"/>
          <w:szCs w:val="38"/>
        </w:rPr>
        <w:t xml:space="preserve"> </w:t>
      </w:r>
      <w:r w:rsidRPr="005117ED">
        <w:rPr>
          <w:rFonts w:cs="Sakkal Majalla"/>
          <w:color w:val="000000" w:themeColor="text1"/>
          <w:sz w:val="38"/>
          <w:szCs w:val="38"/>
          <w:rtl/>
        </w:rPr>
        <w:t>العينة</w:t>
      </w:r>
      <w:r w:rsidRPr="005117ED">
        <w:rPr>
          <w:rFonts w:cs="Sakkal Majalla"/>
          <w:color w:val="000000" w:themeColor="text1"/>
          <w:sz w:val="38"/>
          <w:szCs w:val="38"/>
        </w:rPr>
        <w:t xml:space="preserve"> </w:t>
      </w:r>
      <w:r w:rsidRPr="005117ED">
        <w:rPr>
          <w:rFonts w:cs="Sakkal Majalla"/>
          <w:color w:val="000000" w:themeColor="text1"/>
          <w:sz w:val="38"/>
          <w:szCs w:val="38"/>
          <w:rtl/>
        </w:rPr>
        <w:t>الميسرة</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التعميم</w:t>
      </w:r>
      <w:r w:rsidRPr="005117ED">
        <w:rPr>
          <w:rFonts w:cs="Sakkal Majalla"/>
          <w:color w:val="000000" w:themeColor="text1"/>
          <w:sz w:val="38"/>
          <w:szCs w:val="38"/>
        </w:rPr>
        <w:t xml:space="preserve"> </w:t>
      </w:r>
      <w:r w:rsidRPr="005117ED">
        <w:rPr>
          <w:rFonts w:cs="Sakkal Majalla"/>
          <w:color w:val="000000" w:themeColor="text1"/>
          <w:sz w:val="38"/>
          <w:szCs w:val="38"/>
          <w:rtl/>
        </w:rPr>
        <w:t>الاحتمالي</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جميع</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المنشآت</w:t>
      </w:r>
      <w:r w:rsidRPr="005117ED">
        <w:rPr>
          <w:rFonts w:cs="Sakkal Majalla"/>
          <w:color w:val="000000" w:themeColor="text1"/>
          <w:sz w:val="38"/>
          <w:szCs w:val="38"/>
        </w:rPr>
        <w:t xml:space="preserve"> </w:t>
      </w:r>
      <w:r w:rsidRPr="005117ED">
        <w:rPr>
          <w:rFonts w:cs="Sakkal Majalla"/>
          <w:color w:val="000000" w:themeColor="text1"/>
          <w:sz w:val="38"/>
          <w:szCs w:val="38"/>
          <w:rtl/>
        </w:rPr>
        <w:t>السعودية،</w:t>
      </w:r>
      <w:r w:rsidRPr="005117ED">
        <w:rPr>
          <w:rFonts w:cs="Sakkal Majalla"/>
          <w:color w:val="000000" w:themeColor="text1"/>
          <w:sz w:val="38"/>
          <w:szCs w:val="38"/>
        </w:rPr>
        <w:t xml:space="preserve"> </w:t>
      </w:r>
      <w:r w:rsidRPr="005117ED">
        <w:rPr>
          <w:rFonts w:cs="Sakkal Majalla"/>
          <w:color w:val="000000" w:themeColor="text1"/>
          <w:sz w:val="38"/>
          <w:szCs w:val="38"/>
          <w:rtl/>
        </w:rPr>
        <w:t>خاصة</w:t>
      </w:r>
      <w:r w:rsidRPr="005117ED">
        <w:rPr>
          <w:rFonts w:cs="Sakkal Majalla"/>
          <w:color w:val="000000" w:themeColor="text1"/>
          <w:sz w:val="38"/>
          <w:szCs w:val="38"/>
        </w:rPr>
        <w:t xml:space="preserve"> </w:t>
      </w:r>
      <w:r w:rsidRPr="005117ED">
        <w:rPr>
          <w:rFonts w:cs="Sakkal Majalla"/>
          <w:color w:val="000000" w:themeColor="text1"/>
          <w:sz w:val="38"/>
          <w:szCs w:val="38"/>
          <w:rtl/>
        </w:rPr>
        <w:t>مع</w:t>
      </w:r>
      <w:r w:rsidRPr="005117ED">
        <w:rPr>
          <w:rFonts w:cs="Sakkal Majalla"/>
          <w:color w:val="000000" w:themeColor="text1"/>
          <w:sz w:val="38"/>
          <w:szCs w:val="38"/>
        </w:rPr>
        <w:t xml:space="preserve"> </w:t>
      </w:r>
      <w:r w:rsidRPr="005117ED">
        <w:rPr>
          <w:rFonts w:cs="Sakkal Majalla"/>
          <w:color w:val="000000" w:themeColor="text1"/>
          <w:sz w:val="38"/>
          <w:szCs w:val="38"/>
          <w:rtl/>
        </w:rPr>
        <w:t>اختلاف</w:t>
      </w:r>
      <w:r w:rsidRPr="005117ED">
        <w:rPr>
          <w:rFonts w:cs="Sakkal Majalla"/>
          <w:color w:val="000000" w:themeColor="text1"/>
          <w:sz w:val="38"/>
          <w:szCs w:val="38"/>
        </w:rPr>
        <w:t xml:space="preserve"> </w:t>
      </w:r>
      <w:r w:rsidRPr="005117ED">
        <w:rPr>
          <w:rFonts w:cs="Sakkal Majalla"/>
          <w:color w:val="000000" w:themeColor="text1"/>
          <w:sz w:val="38"/>
          <w:szCs w:val="38"/>
          <w:rtl/>
        </w:rPr>
        <w:t>المناطق</w:t>
      </w:r>
      <w:r w:rsidRPr="005117ED">
        <w:rPr>
          <w:rFonts w:cs="Sakkal Majalla"/>
          <w:color w:val="000000" w:themeColor="text1"/>
          <w:sz w:val="38"/>
          <w:szCs w:val="38"/>
        </w:rPr>
        <w:t xml:space="preserve"> </w:t>
      </w:r>
      <w:r w:rsidRPr="005117ED">
        <w:rPr>
          <w:rFonts w:cs="Sakkal Majalla"/>
          <w:color w:val="000000" w:themeColor="text1"/>
          <w:sz w:val="38"/>
          <w:szCs w:val="38"/>
          <w:rtl/>
        </w:rPr>
        <w:t>والقطاعات</w:t>
      </w:r>
      <w:r w:rsidRPr="005117ED">
        <w:rPr>
          <w:rFonts w:cs="Sakkal Majalla"/>
          <w:color w:val="000000" w:themeColor="text1"/>
          <w:sz w:val="38"/>
          <w:szCs w:val="38"/>
        </w:rPr>
        <w:t xml:space="preserve"> </w:t>
      </w:r>
      <w:r w:rsidRPr="005117ED">
        <w:rPr>
          <w:rFonts w:cs="Sakkal Majalla"/>
          <w:color w:val="000000" w:themeColor="text1"/>
          <w:sz w:val="38"/>
          <w:szCs w:val="38"/>
          <w:rtl/>
        </w:rPr>
        <w:t>ومراحل</w:t>
      </w:r>
      <w:r w:rsidRPr="005117ED">
        <w:rPr>
          <w:rFonts w:cs="Sakkal Majalla"/>
          <w:color w:val="000000" w:themeColor="text1"/>
          <w:sz w:val="38"/>
          <w:szCs w:val="38"/>
        </w:rPr>
        <w:t xml:space="preserve"> </w:t>
      </w:r>
      <w:r w:rsidRPr="005117ED">
        <w:rPr>
          <w:rFonts w:cs="Sakkal Majalla"/>
          <w:color w:val="000000" w:themeColor="text1"/>
          <w:sz w:val="38"/>
          <w:szCs w:val="38"/>
          <w:rtl/>
        </w:rPr>
        <w:t>عمر</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المنشأة</w:t>
      </w:r>
      <w:r w:rsidRPr="005117ED">
        <w:rPr>
          <w:rFonts w:cs="Sakkal Majalla"/>
          <w:color w:val="000000" w:themeColor="text1"/>
          <w:sz w:val="38"/>
          <w:szCs w:val="38"/>
        </w:rPr>
        <w:t xml:space="preserve">. </w:t>
      </w:r>
      <w:r w:rsidRPr="005117ED">
        <w:rPr>
          <w:rFonts w:cs="Sakkal Majalla"/>
          <w:color w:val="000000" w:themeColor="text1"/>
          <w:sz w:val="38"/>
          <w:szCs w:val="38"/>
          <w:rtl/>
        </w:rPr>
        <w:t>لذلك</w:t>
      </w:r>
      <w:r w:rsidRPr="005117ED">
        <w:rPr>
          <w:rFonts w:cs="Sakkal Majalla"/>
          <w:color w:val="000000" w:themeColor="text1"/>
          <w:sz w:val="38"/>
          <w:szCs w:val="38"/>
        </w:rPr>
        <w:t xml:space="preserve"> </w:t>
      </w:r>
      <w:r w:rsidRPr="005117ED">
        <w:rPr>
          <w:rFonts w:cs="Sakkal Majalla"/>
          <w:color w:val="000000" w:themeColor="text1"/>
          <w:sz w:val="38"/>
          <w:szCs w:val="38"/>
          <w:rtl/>
        </w:rPr>
        <w:t>تفسر</w:t>
      </w:r>
      <w:r w:rsidRPr="005117ED">
        <w:rPr>
          <w:rFonts w:cs="Sakkal Majalla"/>
          <w:color w:val="000000" w:themeColor="text1"/>
          <w:sz w:val="38"/>
          <w:szCs w:val="38"/>
        </w:rPr>
        <w:t xml:space="preserve"> </w:t>
      </w:r>
      <w:r w:rsidRPr="005117ED">
        <w:rPr>
          <w:rFonts w:cs="Sakkal Majalla"/>
          <w:color w:val="000000" w:themeColor="text1"/>
          <w:sz w:val="38"/>
          <w:szCs w:val="38"/>
          <w:rtl/>
        </w:rPr>
        <w:t>النتائج</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حدود</w:t>
      </w:r>
      <w:r w:rsidRPr="005117ED">
        <w:rPr>
          <w:rFonts w:cs="Sakkal Majalla"/>
          <w:color w:val="000000" w:themeColor="text1"/>
          <w:sz w:val="38"/>
          <w:szCs w:val="38"/>
        </w:rPr>
        <w:t xml:space="preserve"> </w:t>
      </w:r>
      <w:r w:rsidRPr="005117ED">
        <w:rPr>
          <w:rFonts w:cs="Sakkal Majalla"/>
          <w:color w:val="000000" w:themeColor="text1"/>
          <w:sz w:val="38"/>
          <w:szCs w:val="38"/>
          <w:rtl/>
        </w:rPr>
        <w:t>العينة،</w:t>
      </w:r>
      <w:r w:rsidRPr="005117ED">
        <w:rPr>
          <w:rFonts w:cs="Sakkal Majalla"/>
          <w:color w:val="000000" w:themeColor="text1"/>
          <w:sz w:val="38"/>
          <w:szCs w:val="38"/>
        </w:rPr>
        <w:t xml:space="preserve"> </w:t>
      </w:r>
      <w:r w:rsidRPr="005117ED">
        <w:rPr>
          <w:rFonts w:cs="Sakkal Majalla"/>
          <w:color w:val="000000" w:themeColor="text1"/>
          <w:sz w:val="38"/>
          <w:szCs w:val="38"/>
          <w:rtl/>
        </w:rPr>
        <w:t>وتوصى</w:t>
      </w:r>
      <w:r w:rsidRPr="005117ED">
        <w:rPr>
          <w:rFonts w:cs="Sakkal Majalla"/>
          <w:color w:val="000000" w:themeColor="text1"/>
          <w:sz w:val="38"/>
          <w:szCs w:val="38"/>
        </w:rPr>
        <w:t xml:space="preserve"> </w:t>
      </w:r>
      <w:r w:rsidRPr="005117ED">
        <w:rPr>
          <w:rFonts w:cs="Sakkal Majalla"/>
          <w:color w:val="000000" w:themeColor="text1"/>
          <w:sz w:val="38"/>
          <w:szCs w:val="38"/>
          <w:rtl/>
        </w:rPr>
        <w:t>دراسات</w:t>
      </w:r>
      <w:r w:rsidRPr="005117ED">
        <w:rPr>
          <w:rFonts w:cs="Sakkal Majalla"/>
          <w:color w:val="000000" w:themeColor="text1"/>
          <w:sz w:val="38"/>
          <w:szCs w:val="38"/>
        </w:rPr>
        <w:t xml:space="preserve"> </w:t>
      </w:r>
      <w:r w:rsidRPr="005117ED">
        <w:rPr>
          <w:rFonts w:cs="Sakkal Majalla"/>
          <w:color w:val="000000" w:themeColor="text1"/>
          <w:sz w:val="38"/>
          <w:szCs w:val="38"/>
          <w:rtl/>
        </w:rPr>
        <w:t>طبقية</w:t>
      </w:r>
      <w:r w:rsidRPr="005117ED">
        <w:rPr>
          <w:rFonts w:cs="Sakkal Majalla"/>
          <w:color w:val="000000" w:themeColor="text1"/>
          <w:sz w:val="38"/>
          <w:szCs w:val="38"/>
        </w:rPr>
        <w:t xml:space="preserve"> </w:t>
      </w:r>
      <w:r w:rsidRPr="005117ED">
        <w:rPr>
          <w:rFonts w:cs="Sakkal Majalla"/>
          <w:color w:val="000000" w:themeColor="text1"/>
          <w:sz w:val="38"/>
          <w:szCs w:val="38"/>
          <w:rtl/>
        </w:rPr>
        <w:t>تستخدم</w:t>
      </w:r>
      <w:r w:rsidRPr="005117ED">
        <w:rPr>
          <w:rFonts w:cs="Sakkal Majalla"/>
          <w:color w:val="000000" w:themeColor="text1"/>
          <w:sz w:val="38"/>
          <w:szCs w:val="38"/>
        </w:rPr>
        <w:t xml:space="preserve"> </w:t>
      </w:r>
      <w:r w:rsidRPr="005117ED">
        <w:rPr>
          <w:rFonts w:cs="Sakkal Majalla"/>
          <w:color w:val="000000" w:themeColor="text1"/>
          <w:sz w:val="38"/>
          <w:szCs w:val="38"/>
          <w:rtl/>
        </w:rPr>
        <w:t>أطرًا</w:t>
      </w:r>
      <w:r w:rsidRPr="005117ED">
        <w:rPr>
          <w:rFonts w:cs="Sakkal Majalla"/>
          <w:color w:val="000000" w:themeColor="text1"/>
          <w:sz w:val="38"/>
          <w:szCs w:val="38"/>
        </w:rPr>
        <w:t xml:space="preserve"> </w:t>
      </w:r>
      <w:r w:rsidRPr="005117ED">
        <w:rPr>
          <w:rFonts w:cs="Sakkal Majalla"/>
          <w:color w:val="000000" w:themeColor="text1"/>
          <w:sz w:val="38"/>
          <w:szCs w:val="38"/>
          <w:rtl/>
        </w:rPr>
        <w:t>رسمية</w:t>
      </w:r>
      <w:r w:rsidRPr="005117ED">
        <w:rPr>
          <w:rFonts w:cs="Sakkal Majalla"/>
          <w:color w:val="000000" w:themeColor="text1"/>
          <w:sz w:val="38"/>
          <w:szCs w:val="38"/>
        </w:rPr>
        <w:t xml:space="preserve"> </w:t>
      </w:r>
      <w:r w:rsidRPr="005117ED">
        <w:rPr>
          <w:rFonts w:cs="Sakkal Majalla"/>
          <w:color w:val="000000" w:themeColor="text1"/>
          <w:sz w:val="38"/>
          <w:szCs w:val="38"/>
          <w:rtl/>
        </w:rPr>
        <w:t>وتضمن</w:t>
      </w:r>
      <w:r w:rsidRPr="005117ED">
        <w:rPr>
          <w:rFonts w:cs="Sakkal Majalla"/>
          <w:color w:val="000000" w:themeColor="text1"/>
          <w:sz w:val="38"/>
          <w:szCs w:val="38"/>
        </w:rPr>
        <w:t xml:space="preserve"> </w:t>
      </w:r>
      <w:r w:rsidRPr="005117ED">
        <w:rPr>
          <w:rFonts w:cs="Sakkal Majalla"/>
          <w:color w:val="000000" w:themeColor="text1"/>
          <w:sz w:val="38"/>
          <w:szCs w:val="38"/>
          <w:rtl/>
        </w:rPr>
        <w:t>تمثيلًا</w:t>
      </w:r>
      <w:r w:rsidRPr="005117ED">
        <w:rPr>
          <w:rFonts w:cs="Sakkal Majalla"/>
          <w:color w:val="000000" w:themeColor="text1"/>
          <w:sz w:val="38"/>
          <w:szCs w:val="38"/>
        </w:rPr>
        <w:t xml:space="preserve"> </w:t>
      </w:r>
      <w:r w:rsidRPr="005117ED">
        <w:rPr>
          <w:rFonts w:cs="Sakkal Majalla"/>
          <w:color w:val="000000" w:themeColor="text1"/>
          <w:sz w:val="38"/>
          <w:szCs w:val="38"/>
          <w:rtl/>
        </w:rPr>
        <w:t>جغرافيًا</w:t>
      </w:r>
      <w:r w:rsidRPr="005117ED">
        <w:rPr>
          <w:rFonts w:cs="Sakkal Majalla"/>
          <w:color w:val="000000" w:themeColor="text1"/>
          <w:sz w:val="38"/>
          <w:szCs w:val="38"/>
        </w:rPr>
        <w:t xml:space="preserve"> </w:t>
      </w:r>
      <w:r w:rsidRPr="005117ED">
        <w:rPr>
          <w:rFonts w:cs="Sakkal Majalla"/>
          <w:color w:val="000000" w:themeColor="text1"/>
          <w:sz w:val="38"/>
          <w:szCs w:val="38"/>
          <w:rtl/>
        </w:rPr>
        <w:t>وقطاعيًا</w:t>
      </w:r>
      <w:r w:rsidRPr="005117ED">
        <w:rPr>
          <w:rFonts w:cs="Sakkal Majalla"/>
          <w:color w:val="000000" w:themeColor="text1"/>
          <w:sz w:val="38"/>
          <w:szCs w:val="38"/>
        </w:rPr>
        <w:t xml:space="preserve"> </w:t>
      </w:r>
      <w:r w:rsidRPr="005117ED">
        <w:rPr>
          <w:rFonts w:cs="Sakkal Majalla"/>
          <w:color w:val="000000" w:themeColor="text1"/>
          <w:sz w:val="38"/>
          <w:szCs w:val="38"/>
          <w:rtl/>
        </w:rPr>
        <w:t>أكبر</w:t>
      </w:r>
      <w:r w:rsidRPr="005117ED">
        <w:rPr>
          <w:rFonts w:cs="Sakkal Majalla"/>
          <w:color w:val="000000" w:themeColor="text1"/>
          <w:sz w:val="38"/>
          <w:szCs w:val="38"/>
        </w:rPr>
        <w:t xml:space="preserve">. </w:t>
      </w:r>
      <w:r w:rsidRPr="005117ED">
        <w:rPr>
          <w:rFonts w:cs="Sakkal Majalla"/>
          <w:color w:val="000000" w:themeColor="text1"/>
          <w:sz w:val="38"/>
          <w:szCs w:val="38"/>
          <w:rtl/>
        </w:rPr>
        <w:t>كما</w:t>
      </w:r>
      <w:r w:rsidRPr="005117ED">
        <w:rPr>
          <w:rFonts w:cs="Sakkal Majalla"/>
          <w:color w:val="000000" w:themeColor="text1"/>
          <w:sz w:val="38"/>
          <w:szCs w:val="38"/>
        </w:rPr>
        <w:t xml:space="preserve"> </w:t>
      </w:r>
      <w:r w:rsidRPr="005117ED">
        <w:rPr>
          <w:rFonts w:cs="Sakkal Majalla"/>
          <w:color w:val="000000" w:themeColor="text1"/>
          <w:sz w:val="38"/>
          <w:szCs w:val="38"/>
          <w:rtl/>
        </w:rPr>
        <w:t>يمكن</w:t>
      </w:r>
      <w:r w:rsidRPr="005117ED">
        <w:rPr>
          <w:rFonts w:cs="Sakkal Majalla"/>
          <w:color w:val="000000" w:themeColor="text1"/>
          <w:sz w:val="38"/>
          <w:szCs w:val="38"/>
        </w:rPr>
        <w:t xml:space="preserve"> </w:t>
      </w:r>
      <w:r w:rsidRPr="005117ED">
        <w:rPr>
          <w:rFonts w:cs="Sakkal Majalla"/>
          <w:color w:val="000000" w:themeColor="text1"/>
          <w:sz w:val="38"/>
          <w:szCs w:val="38"/>
          <w:rtl/>
        </w:rPr>
        <w:t>مقارنة</w:t>
      </w:r>
      <w:r w:rsidRPr="005117ED">
        <w:rPr>
          <w:rFonts w:cs="Sakkal Majalla"/>
          <w:color w:val="000000" w:themeColor="text1"/>
          <w:sz w:val="38"/>
          <w:szCs w:val="38"/>
        </w:rPr>
        <w:t xml:space="preserve"> </w:t>
      </w:r>
      <w:r w:rsidRPr="005117ED">
        <w:rPr>
          <w:rFonts w:cs="Sakkal Majalla"/>
          <w:color w:val="000000" w:themeColor="text1"/>
          <w:sz w:val="38"/>
          <w:szCs w:val="38"/>
          <w:rtl/>
        </w:rPr>
        <w:t>منشآت</w:t>
      </w:r>
      <w:r w:rsidRPr="005117ED">
        <w:rPr>
          <w:rFonts w:cs="Sakkal Majalla"/>
          <w:color w:val="000000" w:themeColor="text1"/>
          <w:sz w:val="38"/>
          <w:szCs w:val="38"/>
        </w:rPr>
        <w:t xml:space="preserve"> </w:t>
      </w:r>
      <w:r w:rsidRPr="005117ED">
        <w:rPr>
          <w:rFonts w:cs="Sakkal Majalla"/>
          <w:color w:val="000000" w:themeColor="text1"/>
          <w:sz w:val="38"/>
          <w:szCs w:val="38"/>
          <w:rtl/>
        </w:rPr>
        <w:t>ناشئة</w:t>
      </w:r>
      <w:r w:rsidRPr="005117ED">
        <w:rPr>
          <w:rFonts w:cs="Sakkal Majalla"/>
          <w:color w:val="000000" w:themeColor="text1"/>
          <w:sz w:val="38"/>
          <w:szCs w:val="38"/>
        </w:rPr>
        <w:t xml:space="preserve"> </w:t>
      </w:r>
      <w:r w:rsidRPr="005117ED">
        <w:rPr>
          <w:rFonts w:cs="Sakkal Majalla"/>
          <w:color w:val="000000" w:themeColor="text1"/>
          <w:sz w:val="38"/>
          <w:szCs w:val="38"/>
          <w:rtl/>
        </w:rPr>
        <w:t>بمنشآت</w:t>
      </w:r>
      <w:r w:rsidRPr="005117ED">
        <w:rPr>
          <w:rFonts w:cs="Sakkal Majalla"/>
          <w:color w:val="000000" w:themeColor="text1"/>
          <w:sz w:val="38"/>
          <w:szCs w:val="38"/>
        </w:rPr>
        <w:t xml:space="preserve"> </w:t>
      </w:r>
      <w:r w:rsidRPr="005117ED">
        <w:rPr>
          <w:rFonts w:cs="Sakkal Majalla"/>
          <w:color w:val="000000" w:themeColor="text1"/>
          <w:sz w:val="38"/>
          <w:szCs w:val="38"/>
          <w:rtl/>
        </w:rPr>
        <w:t>ناضجة</w:t>
      </w:r>
      <w:r w:rsidRPr="005117ED">
        <w:rPr>
          <w:rFonts w:cs="Sakkal Majalla"/>
          <w:color w:val="000000" w:themeColor="text1"/>
          <w:sz w:val="38"/>
          <w:szCs w:val="38"/>
        </w:rPr>
        <w:t>.</w:t>
      </w:r>
    </w:p>
    <w:p w:rsidR="00FD5E07" w:rsidRPr="005117ED" w:rsidRDefault="005E2978" w:rsidP="00FD5E07">
      <w:pPr>
        <w:spacing w:before="0"/>
        <w:ind w:firstLine="425"/>
        <w:jc w:val="both"/>
        <w:rPr>
          <w:rFonts w:cs="Sakkal Majalla"/>
          <w:color w:val="000000" w:themeColor="text1"/>
          <w:sz w:val="38"/>
          <w:szCs w:val="38"/>
        </w:rPr>
      </w:pPr>
      <w:r>
        <w:rPr>
          <w:rFonts w:cs="Sakkal Majalla" w:hint="cs"/>
          <w:color w:val="000000" w:themeColor="text1"/>
          <w:sz w:val="38"/>
          <w:szCs w:val="38"/>
          <w:rtl/>
        </w:rPr>
        <w:t xml:space="preserve"> </w:t>
      </w:r>
    </w:p>
    <w:p w:rsidR="005E2978" w:rsidRDefault="005E2978">
      <w:pPr>
        <w:bidi w:val="0"/>
        <w:spacing w:before="0" w:after="160" w:line="259" w:lineRule="auto"/>
        <w:ind w:firstLine="0"/>
        <w:jc w:val="left"/>
        <w:rPr>
          <w:rFonts w:eastAsia="Times New Roman" w:cs="Sakkal Majalla"/>
          <w:b/>
          <w:bCs/>
          <w:color w:val="000000" w:themeColor="text1"/>
          <w:sz w:val="40"/>
          <w:szCs w:val="40"/>
          <w:rtl/>
        </w:rPr>
      </w:pPr>
      <w:r>
        <w:rPr>
          <w:rFonts w:eastAsia="Times New Roman" w:cs="Sakkal Majalla"/>
          <w:b/>
          <w:bCs/>
          <w:color w:val="000000" w:themeColor="text1"/>
          <w:sz w:val="40"/>
          <w:szCs w:val="40"/>
          <w:rtl/>
        </w:rPr>
        <w:br w:type="page"/>
      </w:r>
    </w:p>
    <w:p w:rsidR="00FD5E07" w:rsidRPr="005117ED" w:rsidRDefault="00FD5E07" w:rsidP="005E2978">
      <w:pPr>
        <w:spacing w:before="0"/>
        <w:ind w:firstLine="0"/>
        <w:jc w:val="center"/>
        <w:outlineLvl w:val="0"/>
        <w:rPr>
          <w:rFonts w:eastAsia="Times New Roman" w:cs="Sakkal Majalla"/>
          <w:b/>
          <w:bCs/>
          <w:color w:val="000000" w:themeColor="text1"/>
          <w:sz w:val="40"/>
          <w:szCs w:val="40"/>
        </w:rPr>
      </w:pPr>
      <w:bookmarkStart w:id="92" w:name="_Toc233322036"/>
      <w:r w:rsidRPr="005117ED">
        <w:rPr>
          <w:rFonts w:eastAsia="Times New Roman" w:cs="Sakkal Majalla"/>
          <w:b/>
          <w:bCs/>
          <w:color w:val="000000" w:themeColor="text1"/>
          <w:sz w:val="40"/>
          <w:szCs w:val="40"/>
          <w:rtl/>
        </w:rPr>
        <w:lastRenderedPageBreak/>
        <w:t>قائمة المراجع</w:t>
      </w:r>
      <w:bookmarkEnd w:id="92"/>
    </w:p>
    <w:p w:rsidR="00FD5E07" w:rsidRPr="005117ED" w:rsidRDefault="00FD5E07" w:rsidP="00CB5A48">
      <w:pPr>
        <w:spacing w:before="0"/>
        <w:ind w:firstLine="0"/>
        <w:jc w:val="left"/>
        <w:outlineLvl w:val="0"/>
        <w:rPr>
          <w:rFonts w:eastAsia="Times New Roman" w:cs="Sakkal Majalla"/>
          <w:b/>
          <w:bCs/>
          <w:color w:val="000000" w:themeColor="text1"/>
          <w:sz w:val="40"/>
          <w:szCs w:val="40"/>
        </w:rPr>
      </w:pPr>
      <w:bookmarkStart w:id="93" w:name="_Toc233321789"/>
      <w:bookmarkStart w:id="94" w:name="_Toc233322037"/>
      <w:r w:rsidRPr="005117ED">
        <w:rPr>
          <w:rFonts w:eastAsia="Times New Roman" w:cs="Sakkal Majalla"/>
          <w:b/>
          <w:bCs/>
          <w:color w:val="000000" w:themeColor="text1"/>
          <w:sz w:val="40"/>
          <w:szCs w:val="40"/>
          <w:rtl/>
        </w:rPr>
        <w:t>أولًا: المراجع العربية</w:t>
      </w:r>
      <w:bookmarkEnd w:id="93"/>
      <w:bookmarkEnd w:id="94"/>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برنامج تنمية القدرات البشرية. (2021). خطة برنامج تنمية القدرات البشرية 2021-2025. الرياض: برنامج تنمية القدرات البشرية.</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رؤية السعودية 2030. (2016). وثيقة رؤية المملكة العربية السعودية 2030. الرياض.</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الهيئة العامة للمنشآت الصغيرة والمتوسطة (منشآت). (د.ت.). تصنيف المنشآت. الرياض: منشآت.</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الهيئة العامة للمنشآت الصغيرة والمتوسطة (منشآت). (2025). مرصد منشآت للربع الرابع 2024 وأخبار الزيادة في السجلات التجارية. الرياض: منشآت.</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العامري، أحمد بن سالم. (2002). السلوك القيادي التحويلي وسلوك المواطنة التنظيمية في الأجهزة الحكومية السعودية. المجلة العربية للعلوم الإدارية، 9(1)، 19-39.</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العتيبي، سعد بن مرزوق. (2016). أثر القيادة التحويلية على التمكين النفسي لدى العاملين في شركات القطاع الخاص بمدينة الرياض. المجلة العربية للإدارة، 36(1).</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 xml:space="preserve">الرشيدي، علي بن </w:t>
      </w:r>
      <w:proofErr w:type="spellStart"/>
      <w:r w:rsidRPr="005117ED">
        <w:rPr>
          <w:rFonts w:cs="Sakkal Majalla"/>
          <w:color w:val="000000" w:themeColor="text1"/>
          <w:sz w:val="38"/>
          <w:szCs w:val="38"/>
          <w:rtl/>
        </w:rPr>
        <w:t>ضبيان</w:t>
      </w:r>
      <w:proofErr w:type="spellEnd"/>
      <w:r w:rsidRPr="005117ED">
        <w:rPr>
          <w:rFonts w:cs="Sakkal Majalla"/>
          <w:color w:val="000000" w:themeColor="text1"/>
          <w:sz w:val="38"/>
          <w:szCs w:val="38"/>
          <w:rtl/>
        </w:rPr>
        <w:t xml:space="preserve"> بن شلال. (2018). القيادة التحويلية وعلاقتها بالإبداع التنظيمي لدى عمداء ورؤساء الأقسام بالجامعات الحكومية والأهلية بمدينة الرياض. المجلة العربية للدراسات الأمنية، 33(71)، 1-39. https://doi.org/10.26735/13191241.2018.001</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 xml:space="preserve">الصومالي، صباح بنت عبد الله، ومتولي، رزان فريد. (2018). أثر القيادة التحويلية على تمكين وإبداع الموظفين الإداريين في جامعة الملك </w:t>
      </w:r>
      <w:proofErr w:type="gramStart"/>
      <w:r w:rsidRPr="005117ED">
        <w:rPr>
          <w:rFonts w:cs="Sakkal Majalla"/>
          <w:color w:val="000000" w:themeColor="text1"/>
          <w:sz w:val="38"/>
          <w:szCs w:val="38"/>
          <w:rtl/>
        </w:rPr>
        <w:t>عبدالعزيز</w:t>
      </w:r>
      <w:proofErr w:type="gramEnd"/>
      <w:r w:rsidRPr="005117ED">
        <w:rPr>
          <w:rFonts w:cs="Sakkal Majalla"/>
          <w:color w:val="000000" w:themeColor="text1"/>
          <w:sz w:val="38"/>
          <w:szCs w:val="38"/>
          <w:rtl/>
        </w:rPr>
        <w:t>. مجلة العلوم الاقتصادية والإدارية والقانونية، 2(9)، 18-38. https://doi.org/10.26389/AJSRP.S300418</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عبد العزيز، رانيا مرسي أبو العباس. (2019). أثر ممارسة أبعاد القيادة التحويلية على الإبداع التنظيمي بإدارات رعاية الشباب بجامعة أسيوط. مجلة علوم الرياضة، 32(20)، 171-203.</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الفاعوري، رفعت عبد الحليم. (2005). إدارة الإبداع التنظيمي. القاهرة: المنظمة العربية للتنمية الإدارية.</w:t>
      </w:r>
    </w:p>
    <w:p w:rsidR="00FD5E07" w:rsidRPr="005117ED" w:rsidRDefault="00FD5E07" w:rsidP="00FD5E07">
      <w:pPr>
        <w:spacing w:before="0"/>
        <w:ind w:firstLine="425"/>
        <w:jc w:val="both"/>
        <w:rPr>
          <w:rFonts w:cs="Sakkal Majalla"/>
          <w:color w:val="000000" w:themeColor="text1"/>
          <w:sz w:val="38"/>
          <w:szCs w:val="38"/>
        </w:rPr>
      </w:pPr>
      <w:proofErr w:type="spellStart"/>
      <w:r w:rsidRPr="005117ED">
        <w:rPr>
          <w:rFonts w:cs="Sakkal Majalla"/>
          <w:color w:val="000000" w:themeColor="text1"/>
          <w:sz w:val="38"/>
          <w:szCs w:val="38"/>
          <w:rtl/>
        </w:rPr>
        <w:t>المايل</w:t>
      </w:r>
      <w:proofErr w:type="spellEnd"/>
      <w:r w:rsidRPr="005117ED">
        <w:rPr>
          <w:rFonts w:cs="Sakkal Majalla"/>
          <w:color w:val="000000" w:themeColor="text1"/>
          <w:sz w:val="38"/>
          <w:szCs w:val="38"/>
          <w:rtl/>
        </w:rPr>
        <w:t xml:space="preserve">، عبد السلام محمد، والشريف، مصطفى </w:t>
      </w:r>
      <w:proofErr w:type="spellStart"/>
      <w:r w:rsidRPr="005117ED">
        <w:rPr>
          <w:rFonts w:cs="Sakkal Majalla"/>
          <w:color w:val="000000" w:themeColor="text1"/>
          <w:sz w:val="38"/>
          <w:szCs w:val="38"/>
          <w:rtl/>
        </w:rPr>
        <w:t>مصطفى</w:t>
      </w:r>
      <w:proofErr w:type="spellEnd"/>
      <w:r w:rsidRPr="005117ED">
        <w:rPr>
          <w:rFonts w:cs="Sakkal Majalla"/>
          <w:color w:val="000000" w:themeColor="text1"/>
          <w:sz w:val="38"/>
          <w:szCs w:val="38"/>
          <w:rtl/>
        </w:rPr>
        <w:t>. (2021). مدى تأثير القيادة التحويلية على الإبداع التنظيمي من وجهة نظر أعضاء هيئة التدريس بكلية الاقتصاد والتجارة، جامعة المرقب. مجلة آفاق اقتصادية، 7(14)، 73-98. https://doi.org/10.65137/jaq.v7i14.42</w:t>
      </w:r>
    </w:p>
    <w:p w:rsidR="00FD5E07" w:rsidRPr="005117ED" w:rsidRDefault="00FD5E07" w:rsidP="00FD5E07">
      <w:pPr>
        <w:spacing w:before="0"/>
        <w:ind w:firstLine="425"/>
        <w:jc w:val="both"/>
        <w:rPr>
          <w:rFonts w:cs="Sakkal Majalla"/>
          <w:color w:val="000000" w:themeColor="text1"/>
          <w:sz w:val="38"/>
          <w:szCs w:val="38"/>
        </w:rPr>
      </w:pPr>
      <w:proofErr w:type="spellStart"/>
      <w:r w:rsidRPr="005117ED">
        <w:rPr>
          <w:rFonts w:cs="Sakkal Majalla"/>
          <w:color w:val="000000" w:themeColor="text1"/>
          <w:sz w:val="38"/>
          <w:szCs w:val="38"/>
          <w:rtl/>
        </w:rPr>
        <w:lastRenderedPageBreak/>
        <w:t>الحبيشي</w:t>
      </w:r>
      <w:proofErr w:type="spellEnd"/>
      <w:r w:rsidRPr="005117ED">
        <w:rPr>
          <w:rFonts w:cs="Sakkal Majalla"/>
          <w:color w:val="000000" w:themeColor="text1"/>
          <w:sz w:val="38"/>
          <w:szCs w:val="38"/>
          <w:rtl/>
        </w:rPr>
        <w:t>، نيفين عزت علي، وحسان، دعاء محمد رستم. (2021). أثر القيادة التحويلية على إبداع العاملين: الدور الوسيط للأمان النفسي. المجلة العلمية للدراسات التجارية والبيئية، 12(1)، 262-317.</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آل هذلول، ملاك عون محمد. (2023). أثر القيادة التحويلية على الإبداع المستدام: دراسة تطبيقية على شركات الاتصالات بالمملكة العربية السعودية. المجلة الأكاديمية للأبحاث والنشر العلمي، 5(52). https://doi.org/10.52132/Ajrsp/v5.52.8</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بلحاج، إبراهيم بلقاسم. (2024). أثر القيادة التحويلية في الإبداع التنظيمي: دراسة ميدانية في المراكز الصحية الخاصة بمدينة الزاوية. مجلة الدراسات الاقتصادية، 7(1). https://doi.org/10.37375/esj.v7i1.2709</w:t>
      </w:r>
    </w:p>
    <w:p w:rsidR="00FD5E07" w:rsidRPr="005117ED" w:rsidRDefault="00FD5E07" w:rsidP="00FD5E07">
      <w:pPr>
        <w:spacing w:before="0"/>
        <w:ind w:firstLine="425"/>
        <w:jc w:val="both"/>
        <w:rPr>
          <w:rFonts w:cs="Sakkal Majalla"/>
          <w:color w:val="000000" w:themeColor="text1"/>
          <w:sz w:val="38"/>
          <w:szCs w:val="38"/>
        </w:rPr>
      </w:pPr>
      <w:proofErr w:type="spellStart"/>
      <w:r w:rsidRPr="005117ED">
        <w:rPr>
          <w:rFonts w:cs="Sakkal Majalla"/>
          <w:color w:val="000000" w:themeColor="text1"/>
          <w:sz w:val="38"/>
          <w:szCs w:val="38"/>
          <w:rtl/>
        </w:rPr>
        <w:t>البيحاني</w:t>
      </w:r>
      <w:proofErr w:type="spellEnd"/>
      <w:r w:rsidRPr="005117ED">
        <w:rPr>
          <w:rFonts w:cs="Sakkal Majalla"/>
          <w:color w:val="000000" w:themeColor="text1"/>
          <w:sz w:val="38"/>
          <w:szCs w:val="38"/>
          <w:rtl/>
        </w:rPr>
        <w:t>، نعيم بن علي، وبالخير، بسام بن أحمد. (2025). القيادة التحويلية وأثرها على أداء المنشآت الصغيرة والمتوسطة في المملكة العربية السعودية. المجلة العربية للإدارة، 45(3)، 253-270.</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عبيدات، ذوقان، عبد الحق، كايد، وعدس، عبد الرحمن. (2012). البحث العلمي: مفهومه وأدواته وأساليبه. عمّان: دار الفكر.</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منصور،</w:t>
      </w:r>
      <w:r w:rsidRPr="005117ED">
        <w:rPr>
          <w:rFonts w:cs="Sakkal Majalla"/>
          <w:color w:val="000000" w:themeColor="text1"/>
          <w:sz w:val="38"/>
          <w:szCs w:val="38"/>
        </w:rPr>
        <w:t xml:space="preserve"> </w:t>
      </w:r>
      <w:r w:rsidRPr="005117ED">
        <w:rPr>
          <w:rFonts w:cs="Sakkal Majalla"/>
          <w:color w:val="000000" w:themeColor="text1"/>
          <w:sz w:val="38"/>
          <w:szCs w:val="38"/>
          <w:rtl/>
        </w:rPr>
        <w:t>نجوى</w:t>
      </w:r>
      <w:r w:rsidRPr="005117ED">
        <w:rPr>
          <w:rFonts w:cs="Sakkal Majalla"/>
          <w:color w:val="000000" w:themeColor="text1"/>
          <w:sz w:val="38"/>
          <w:szCs w:val="38"/>
        </w:rPr>
        <w:t xml:space="preserve"> </w:t>
      </w:r>
      <w:r w:rsidRPr="005117ED">
        <w:rPr>
          <w:rFonts w:cs="Sakkal Majalla"/>
          <w:color w:val="000000" w:themeColor="text1"/>
          <w:sz w:val="38"/>
          <w:szCs w:val="38"/>
          <w:rtl/>
        </w:rPr>
        <w:t>أحمد</w:t>
      </w:r>
      <w:r w:rsidRPr="005117ED">
        <w:rPr>
          <w:rFonts w:cs="Sakkal Majalla"/>
          <w:color w:val="000000" w:themeColor="text1"/>
          <w:sz w:val="38"/>
          <w:szCs w:val="38"/>
        </w:rPr>
        <w:t xml:space="preserve">. (2020). </w:t>
      </w:r>
      <w:r w:rsidRPr="005117ED">
        <w:rPr>
          <w:rFonts w:cs="Sakkal Majalla"/>
          <w:color w:val="000000" w:themeColor="text1"/>
          <w:sz w:val="38"/>
          <w:szCs w:val="38"/>
          <w:rtl/>
        </w:rPr>
        <w:t>المشروعات</w:t>
      </w:r>
      <w:r w:rsidRPr="005117ED">
        <w:rPr>
          <w:rFonts w:cs="Sakkal Majalla"/>
          <w:color w:val="000000" w:themeColor="text1"/>
          <w:sz w:val="38"/>
          <w:szCs w:val="38"/>
        </w:rPr>
        <w:t xml:space="preserve"> </w:t>
      </w:r>
      <w:r w:rsidRPr="005117ED">
        <w:rPr>
          <w:rFonts w:cs="Sakkal Majalla"/>
          <w:color w:val="000000" w:themeColor="text1"/>
          <w:sz w:val="38"/>
          <w:szCs w:val="38"/>
          <w:rtl/>
        </w:rPr>
        <w:t>الصغيرة</w:t>
      </w:r>
      <w:r w:rsidRPr="005117ED">
        <w:rPr>
          <w:rFonts w:cs="Sakkal Majalla"/>
          <w:color w:val="000000" w:themeColor="text1"/>
          <w:sz w:val="38"/>
          <w:szCs w:val="38"/>
        </w:rPr>
        <w:t xml:space="preserve"> </w:t>
      </w:r>
      <w:r w:rsidRPr="005117ED">
        <w:rPr>
          <w:rFonts w:cs="Sakkal Majalla"/>
          <w:color w:val="000000" w:themeColor="text1"/>
          <w:sz w:val="38"/>
          <w:szCs w:val="38"/>
          <w:rtl/>
        </w:rPr>
        <w:t>والمتوسطة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المملكة</w:t>
      </w:r>
      <w:r w:rsidRPr="005117ED">
        <w:rPr>
          <w:rFonts w:cs="Sakkal Majalla"/>
          <w:color w:val="000000" w:themeColor="text1"/>
          <w:sz w:val="38"/>
          <w:szCs w:val="38"/>
        </w:rPr>
        <w:t xml:space="preserve"> </w:t>
      </w:r>
      <w:r w:rsidRPr="005117ED">
        <w:rPr>
          <w:rFonts w:cs="Sakkal Majalla"/>
          <w:color w:val="000000" w:themeColor="text1"/>
          <w:sz w:val="38"/>
          <w:szCs w:val="38"/>
          <w:rtl/>
        </w:rPr>
        <w:t>العربية</w:t>
      </w:r>
      <w:r w:rsidRPr="005117ED">
        <w:rPr>
          <w:rFonts w:cs="Sakkal Majalla"/>
          <w:color w:val="000000" w:themeColor="text1"/>
          <w:sz w:val="38"/>
          <w:szCs w:val="38"/>
        </w:rPr>
        <w:t xml:space="preserve"> </w:t>
      </w:r>
      <w:r w:rsidRPr="005117ED">
        <w:rPr>
          <w:rFonts w:cs="Sakkal Majalla"/>
          <w:color w:val="000000" w:themeColor="text1"/>
          <w:sz w:val="38"/>
          <w:szCs w:val="38"/>
          <w:rtl/>
        </w:rPr>
        <w:t>السعودية</w:t>
      </w:r>
      <w:r w:rsidRPr="005117ED">
        <w:rPr>
          <w:rFonts w:cs="Sakkal Majalla"/>
          <w:color w:val="000000" w:themeColor="text1"/>
          <w:sz w:val="38"/>
          <w:szCs w:val="38"/>
        </w:rPr>
        <w:t xml:space="preserve"> </w:t>
      </w:r>
      <w:r w:rsidRPr="005117ED">
        <w:rPr>
          <w:rFonts w:cs="Sakkal Majalla"/>
          <w:color w:val="000000" w:themeColor="text1"/>
          <w:sz w:val="38"/>
          <w:szCs w:val="38"/>
          <w:rtl/>
        </w:rPr>
        <w:t>بين</w:t>
      </w:r>
      <w:r w:rsidRPr="005117ED">
        <w:rPr>
          <w:rFonts w:cs="Sakkal Majalla"/>
          <w:color w:val="000000" w:themeColor="text1"/>
          <w:sz w:val="38"/>
          <w:szCs w:val="38"/>
        </w:rPr>
        <w:t xml:space="preserve"> </w:t>
      </w:r>
      <w:r w:rsidRPr="005117ED">
        <w:rPr>
          <w:rFonts w:cs="Sakkal Majalla"/>
          <w:color w:val="000000" w:themeColor="text1"/>
          <w:sz w:val="38"/>
          <w:szCs w:val="38"/>
          <w:rtl/>
        </w:rPr>
        <w:t>الواقع</w:t>
      </w:r>
      <w:r w:rsidRPr="005117ED">
        <w:rPr>
          <w:rFonts w:cs="Sakkal Majalla"/>
          <w:color w:val="000000" w:themeColor="text1"/>
          <w:sz w:val="38"/>
          <w:szCs w:val="38"/>
        </w:rPr>
        <w:t xml:space="preserve"> </w:t>
      </w:r>
      <w:r w:rsidRPr="005117ED">
        <w:rPr>
          <w:rFonts w:cs="Sakkal Majalla"/>
          <w:color w:val="000000" w:themeColor="text1"/>
          <w:sz w:val="38"/>
          <w:szCs w:val="38"/>
          <w:rtl/>
        </w:rPr>
        <w:t>والمأمول</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ضوء</w:t>
      </w:r>
      <w:r w:rsidRPr="005117ED">
        <w:rPr>
          <w:rFonts w:cs="Sakkal Majalla"/>
          <w:color w:val="000000" w:themeColor="text1"/>
          <w:sz w:val="38"/>
          <w:szCs w:val="38"/>
        </w:rPr>
        <w:t xml:space="preserve"> </w:t>
      </w:r>
      <w:r w:rsidRPr="005117ED">
        <w:rPr>
          <w:rFonts w:cs="Sakkal Majalla"/>
          <w:color w:val="000000" w:themeColor="text1"/>
          <w:sz w:val="38"/>
          <w:szCs w:val="38"/>
          <w:rtl/>
        </w:rPr>
        <w:t>رؤية</w:t>
      </w:r>
      <w:r w:rsidRPr="005117ED">
        <w:rPr>
          <w:rFonts w:cs="Sakkal Majalla"/>
          <w:color w:val="000000" w:themeColor="text1"/>
          <w:sz w:val="38"/>
          <w:szCs w:val="38"/>
        </w:rPr>
        <w:t xml:space="preserve"> 2030. </w:t>
      </w:r>
      <w:r w:rsidRPr="005117ED">
        <w:rPr>
          <w:rFonts w:cs="Sakkal Majalla"/>
          <w:color w:val="000000" w:themeColor="text1"/>
          <w:sz w:val="38"/>
          <w:szCs w:val="38"/>
          <w:rtl/>
        </w:rPr>
        <w:t>مجلة</w:t>
      </w:r>
      <w:r w:rsidRPr="005117ED">
        <w:rPr>
          <w:rFonts w:cs="Sakkal Majalla"/>
          <w:color w:val="000000" w:themeColor="text1"/>
          <w:sz w:val="38"/>
          <w:szCs w:val="38"/>
        </w:rPr>
        <w:t xml:space="preserve"> </w:t>
      </w:r>
      <w:r w:rsidRPr="005117ED">
        <w:rPr>
          <w:rFonts w:cs="Sakkal Majalla"/>
          <w:color w:val="000000" w:themeColor="text1"/>
          <w:sz w:val="38"/>
          <w:szCs w:val="38"/>
          <w:rtl/>
        </w:rPr>
        <w:t>العلوم</w:t>
      </w:r>
      <w:r w:rsidRPr="005117ED">
        <w:rPr>
          <w:rFonts w:cs="Sakkal Majalla"/>
          <w:color w:val="000000" w:themeColor="text1"/>
          <w:sz w:val="38"/>
          <w:szCs w:val="38"/>
        </w:rPr>
        <w:t xml:space="preserve"> </w:t>
      </w:r>
      <w:r w:rsidRPr="005117ED">
        <w:rPr>
          <w:rFonts w:cs="Sakkal Majalla"/>
          <w:color w:val="000000" w:themeColor="text1"/>
          <w:sz w:val="38"/>
          <w:szCs w:val="38"/>
          <w:rtl/>
        </w:rPr>
        <w:t>الاقتصادية</w:t>
      </w:r>
      <w:r w:rsidRPr="005117ED">
        <w:rPr>
          <w:rFonts w:cs="Sakkal Majalla"/>
          <w:color w:val="000000" w:themeColor="text1"/>
          <w:sz w:val="38"/>
          <w:szCs w:val="38"/>
        </w:rPr>
        <w:t xml:space="preserve"> </w:t>
      </w:r>
      <w:r w:rsidRPr="005117ED">
        <w:rPr>
          <w:rFonts w:cs="Sakkal Majalla"/>
          <w:color w:val="000000" w:themeColor="text1"/>
          <w:sz w:val="38"/>
          <w:szCs w:val="38"/>
          <w:rtl/>
        </w:rPr>
        <w:t>والإدارية</w:t>
      </w:r>
      <w:r w:rsidRPr="005117ED">
        <w:rPr>
          <w:rFonts w:cs="Sakkal Majalla"/>
          <w:color w:val="000000" w:themeColor="text1"/>
          <w:sz w:val="38"/>
          <w:szCs w:val="38"/>
        </w:rPr>
        <w:t xml:space="preserve"> </w:t>
      </w:r>
      <w:r w:rsidRPr="005117ED">
        <w:rPr>
          <w:rFonts w:cs="Sakkal Majalla"/>
          <w:color w:val="000000" w:themeColor="text1"/>
          <w:sz w:val="38"/>
          <w:szCs w:val="38"/>
          <w:rtl/>
        </w:rPr>
        <w:t>والقانونية،</w:t>
      </w:r>
      <w:r w:rsidRPr="005117ED">
        <w:rPr>
          <w:rFonts w:cs="Sakkal Majalla"/>
          <w:color w:val="000000" w:themeColor="text1"/>
          <w:sz w:val="38"/>
          <w:szCs w:val="38"/>
        </w:rPr>
        <w:t xml:space="preserve"> 4(2). https://doi.org/10.26389/AJSRP.A050220</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الهيئة</w:t>
      </w:r>
      <w:r w:rsidRPr="005117ED">
        <w:rPr>
          <w:rFonts w:cs="Sakkal Majalla"/>
          <w:color w:val="000000" w:themeColor="text1"/>
          <w:sz w:val="38"/>
          <w:szCs w:val="38"/>
        </w:rPr>
        <w:t xml:space="preserve"> </w:t>
      </w:r>
      <w:r w:rsidRPr="005117ED">
        <w:rPr>
          <w:rFonts w:cs="Sakkal Majalla"/>
          <w:color w:val="000000" w:themeColor="text1"/>
          <w:sz w:val="38"/>
          <w:szCs w:val="38"/>
          <w:rtl/>
        </w:rPr>
        <w:t>العامة</w:t>
      </w:r>
      <w:r w:rsidRPr="005117ED">
        <w:rPr>
          <w:rFonts w:cs="Sakkal Majalla"/>
          <w:color w:val="000000" w:themeColor="text1"/>
          <w:sz w:val="38"/>
          <w:szCs w:val="38"/>
        </w:rPr>
        <w:t xml:space="preserve"> </w:t>
      </w:r>
      <w:r w:rsidRPr="005117ED">
        <w:rPr>
          <w:rFonts w:cs="Sakkal Majalla"/>
          <w:color w:val="000000" w:themeColor="text1"/>
          <w:sz w:val="38"/>
          <w:szCs w:val="38"/>
          <w:rtl/>
        </w:rPr>
        <w:t>للمنشآت</w:t>
      </w:r>
      <w:r w:rsidRPr="005117ED">
        <w:rPr>
          <w:rFonts w:cs="Sakkal Majalla"/>
          <w:color w:val="000000" w:themeColor="text1"/>
          <w:sz w:val="38"/>
          <w:szCs w:val="38"/>
        </w:rPr>
        <w:t xml:space="preserve"> </w:t>
      </w:r>
      <w:r w:rsidRPr="005117ED">
        <w:rPr>
          <w:rFonts w:cs="Sakkal Majalla"/>
          <w:color w:val="000000" w:themeColor="text1"/>
          <w:sz w:val="38"/>
          <w:szCs w:val="38"/>
          <w:rtl/>
        </w:rPr>
        <w:t>الصغيرة</w:t>
      </w:r>
      <w:r w:rsidRPr="005117ED">
        <w:rPr>
          <w:rFonts w:cs="Sakkal Majalla"/>
          <w:color w:val="000000" w:themeColor="text1"/>
          <w:sz w:val="38"/>
          <w:szCs w:val="38"/>
        </w:rPr>
        <w:t xml:space="preserve"> </w:t>
      </w:r>
      <w:r w:rsidRPr="005117ED">
        <w:rPr>
          <w:rFonts w:cs="Sakkal Majalla"/>
          <w:color w:val="000000" w:themeColor="text1"/>
          <w:sz w:val="38"/>
          <w:szCs w:val="38"/>
          <w:rtl/>
        </w:rPr>
        <w:t>والمتوسطة</w:t>
      </w:r>
      <w:r w:rsidRPr="005117ED">
        <w:rPr>
          <w:rFonts w:cs="Sakkal Majalla"/>
          <w:color w:val="000000" w:themeColor="text1"/>
          <w:sz w:val="38"/>
          <w:szCs w:val="38"/>
        </w:rPr>
        <w:t xml:space="preserve"> (</w:t>
      </w:r>
      <w:r w:rsidRPr="005117ED">
        <w:rPr>
          <w:rFonts w:cs="Sakkal Majalla"/>
          <w:color w:val="000000" w:themeColor="text1"/>
          <w:sz w:val="38"/>
          <w:szCs w:val="38"/>
          <w:rtl/>
        </w:rPr>
        <w:t>منشآت</w:t>
      </w:r>
      <w:r w:rsidRPr="005117ED">
        <w:rPr>
          <w:rFonts w:cs="Sakkal Majalla"/>
          <w:color w:val="000000" w:themeColor="text1"/>
          <w:sz w:val="38"/>
          <w:szCs w:val="38"/>
        </w:rPr>
        <w:t xml:space="preserve">). (2022). </w:t>
      </w:r>
      <w:r w:rsidRPr="005117ED">
        <w:rPr>
          <w:rFonts w:cs="Sakkal Majalla"/>
          <w:color w:val="000000" w:themeColor="text1"/>
          <w:sz w:val="38"/>
          <w:szCs w:val="38"/>
          <w:rtl/>
        </w:rPr>
        <w:t>استراتيجية</w:t>
      </w:r>
      <w:r w:rsidRPr="005117ED">
        <w:rPr>
          <w:rFonts w:cs="Sakkal Majalla"/>
          <w:color w:val="000000" w:themeColor="text1"/>
          <w:sz w:val="38"/>
          <w:szCs w:val="38"/>
        </w:rPr>
        <w:t xml:space="preserve"> </w:t>
      </w:r>
      <w:r w:rsidRPr="005117ED">
        <w:rPr>
          <w:rFonts w:cs="Sakkal Majalla"/>
          <w:color w:val="000000" w:themeColor="text1"/>
          <w:sz w:val="38"/>
          <w:szCs w:val="38"/>
          <w:rtl/>
        </w:rPr>
        <w:t>منشآت</w:t>
      </w:r>
      <w:r w:rsidRPr="005117ED">
        <w:rPr>
          <w:rFonts w:cs="Sakkal Majalla"/>
          <w:color w:val="000000" w:themeColor="text1"/>
          <w:sz w:val="38"/>
          <w:szCs w:val="38"/>
        </w:rPr>
        <w:t xml:space="preserve">. </w:t>
      </w:r>
      <w:r w:rsidRPr="005117ED">
        <w:rPr>
          <w:rFonts w:cs="Sakkal Majalla"/>
          <w:color w:val="000000" w:themeColor="text1"/>
          <w:sz w:val="38"/>
          <w:szCs w:val="38"/>
          <w:rtl/>
        </w:rPr>
        <w:t>الرياض</w:t>
      </w:r>
      <w:r w:rsidRPr="005117ED">
        <w:rPr>
          <w:rFonts w:cs="Sakkal Majalla"/>
          <w:color w:val="000000" w:themeColor="text1"/>
          <w:sz w:val="38"/>
          <w:szCs w:val="38"/>
        </w:rPr>
        <w:t xml:space="preserve">: </w:t>
      </w:r>
      <w:r w:rsidRPr="005117ED">
        <w:rPr>
          <w:rFonts w:cs="Sakkal Majalla"/>
          <w:color w:val="000000" w:themeColor="text1"/>
          <w:sz w:val="38"/>
          <w:szCs w:val="38"/>
          <w:rtl/>
        </w:rPr>
        <w:t>منشآت</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الهيئة</w:t>
      </w:r>
      <w:r w:rsidRPr="005117ED">
        <w:rPr>
          <w:rFonts w:cs="Sakkal Majalla"/>
          <w:color w:val="000000" w:themeColor="text1"/>
          <w:sz w:val="38"/>
          <w:szCs w:val="38"/>
        </w:rPr>
        <w:t xml:space="preserve"> </w:t>
      </w:r>
      <w:r w:rsidRPr="005117ED">
        <w:rPr>
          <w:rFonts w:cs="Sakkal Majalla"/>
          <w:color w:val="000000" w:themeColor="text1"/>
          <w:sz w:val="38"/>
          <w:szCs w:val="38"/>
          <w:rtl/>
        </w:rPr>
        <w:t>العامة</w:t>
      </w:r>
      <w:r w:rsidRPr="005117ED">
        <w:rPr>
          <w:rFonts w:cs="Sakkal Majalla"/>
          <w:color w:val="000000" w:themeColor="text1"/>
          <w:sz w:val="38"/>
          <w:szCs w:val="38"/>
        </w:rPr>
        <w:t xml:space="preserve"> </w:t>
      </w:r>
      <w:r w:rsidRPr="005117ED">
        <w:rPr>
          <w:rFonts w:cs="Sakkal Majalla"/>
          <w:color w:val="000000" w:themeColor="text1"/>
          <w:sz w:val="38"/>
          <w:szCs w:val="38"/>
          <w:rtl/>
        </w:rPr>
        <w:t>للمنشآت</w:t>
      </w:r>
      <w:r w:rsidRPr="005117ED">
        <w:rPr>
          <w:rFonts w:cs="Sakkal Majalla"/>
          <w:color w:val="000000" w:themeColor="text1"/>
          <w:sz w:val="38"/>
          <w:szCs w:val="38"/>
        </w:rPr>
        <w:t xml:space="preserve"> </w:t>
      </w:r>
      <w:r w:rsidRPr="005117ED">
        <w:rPr>
          <w:rFonts w:cs="Sakkal Majalla"/>
          <w:color w:val="000000" w:themeColor="text1"/>
          <w:sz w:val="38"/>
          <w:szCs w:val="38"/>
          <w:rtl/>
        </w:rPr>
        <w:t>الصغيرة</w:t>
      </w:r>
      <w:r w:rsidRPr="005117ED">
        <w:rPr>
          <w:rFonts w:cs="Sakkal Majalla"/>
          <w:color w:val="000000" w:themeColor="text1"/>
          <w:sz w:val="38"/>
          <w:szCs w:val="38"/>
        </w:rPr>
        <w:t xml:space="preserve"> </w:t>
      </w:r>
      <w:r w:rsidRPr="005117ED">
        <w:rPr>
          <w:rFonts w:cs="Sakkal Majalla"/>
          <w:color w:val="000000" w:themeColor="text1"/>
          <w:sz w:val="38"/>
          <w:szCs w:val="38"/>
          <w:rtl/>
        </w:rPr>
        <w:t>والمتوسطة</w:t>
      </w:r>
      <w:r w:rsidRPr="005117ED">
        <w:rPr>
          <w:rFonts w:cs="Sakkal Majalla"/>
          <w:color w:val="000000" w:themeColor="text1"/>
          <w:sz w:val="38"/>
          <w:szCs w:val="38"/>
        </w:rPr>
        <w:t xml:space="preserve"> (</w:t>
      </w:r>
      <w:r w:rsidRPr="005117ED">
        <w:rPr>
          <w:rFonts w:cs="Sakkal Majalla"/>
          <w:color w:val="000000" w:themeColor="text1"/>
          <w:sz w:val="38"/>
          <w:szCs w:val="38"/>
          <w:rtl/>
        </w:rPr>
        <w:t>منشآت</w:t>
      </w:r>
      <w:r w:rsidRPr="005117ED">
        <w:rPr>
          <w:rFonts w:cs="Sakkal Majalla"/>
          <w:color w:val="000000" w:themeColor="text1"/>
          <w:sz w:val="38"/>
          <w:szCs w:val="38"/>
        </w:rPr>
        <w:t xml:space="preserve">). (2025). </w:t>
      </w:r>
      <w:r w:rsidRPr="005117ED">
        <w:rPr>
          <w:rFonts w:cs="Sakkal Majalla"/>
          <w:color w:val="000000" w:themeColor="text1"/>
          <w:sz w:val="38"/>
          <w:szCs w:val="38"/>
          <w:rtl/>
        </w:rPr>
        <w:t>دليل</w:t>
      </w:r>
      <w:r w:rsidRPr="005117ED">
        <w:rPr>
          <w:rFonts w:cs="Sakkal Majalla"/>
          <w:color w:val="000000" w:themeColor="text1"/>
          <w:sz w:val="38"/>
          <w:szCs w:val="38"/>
        </w:rPr>
        <w:t xml:space="preserve"> </w:t>
      </w:r>
      <w:r w:rsidRPr="005117ED">
        <w:rPr>
          <w:rFonts w:cs="Sakkal Majalla"/>
          <w:color w:val="000000" w:themeColor="text1"/>
          <w:sz w:val="38"/>
          <w:szCs w:val="38"/>
          <w:rtl/>
        </w:rPr>
        <w:t>خدمات</w:t>
      </w:r>
      <w:r w:rsidRPr="005117ED">
        <w:rPr>
          <w:rFonts w:cs="Sakkal Majalla"/>
          <w:color w:val="000000" w:themeColor="text1"/>
          <w:sz w:val="38"/>
          <w:szCs w:val="38"/>
        </w:rPr>
        <w:t xml:space="preserve"> </w:t>
      </w:r>
      <w:r w:rsidRPr="005117ED">
        <w:rPr>
          <w:rFonts w:cs="Sakkal Majalla"/>
          <w:color w:val="000000" w:themeColor="text1"/>
          <w:sz w:val="38"/>
          <w:szCs w:val="38"/>
          <w:rtl/>
        </w:rPr>
        <w:t>منشآت</w:t>
      </w:r>
      <w:r w:rsidRPr="005117ED">
        <w:rPr>
          <w:rFonts w:cs="Sakkal Majalla"/>
          <w:color w:val="000000" w:themeColor="text1"/>
          <w:sz w:val="38"/>
          <w:szCs w:val="38"/>
        </w:rPr>
        <w:t xml:space="preserve">. </w:t>
      </w:r>
      <w:r w:rsidRPr="005117ED">
        <w:rPr>
          <w:rFonts w:cs="Sakkal Majalla"/>
          <w:color w:val="000000" w:themeColor="text1"/>
          <w:sz w:val="38"/>
          <w:szCs w:val="38"/>
          <w:rtl/>
        </w:rPr>
        <w:t>الرياض</w:t>
      </w:r>
      <w:r w:rsidRPr="005117ED">
        <w:rPr>
          <w:rFonts w:cs="Sakkal Majalla"/>
          <w:color w:val="000000" w:themeColor="text1"/>
          <w:sz w:val="38"/>
          <w:szCs w:val="38"/>
        </w:rPr>
        <w:t xml:space="preserve">: </w:t>
      </w:r>
      <w:r w:rsidRPr="005117ED">
        <w:rPr>
          <w:rFonts w:cs="Sakkal Majalla"/>
          <w:color w:val="000000" w:themeColor="text1"/>
          <w:sz w:val="38"/>
          <w:szCs w:val="38"/>
          <w:rtl/>
        </w:rPr>
        <w:t>منشآت</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وزارة</w:t>
      </w:r>
      <w:r w:rsidRPr="005117ED">
        <w:rPr>
          <w:rFonts w:cs="Sakkal Majalla"/>
          <w:color w:val="000000" w:themeColor="text1"/>
          <w:sz w:val="38"/>
          <w:szCs w:val="38"/>
        </w:rPr>
        <w:t xml:space="preserve"> </w:t>
      </w:r>
      <w:r w:rsidRPr="005117ED">
        <w:rPr>
          <w:rFonts w:cs="Sakkal Majalla"/>
          <w:color w:val="000000" w:themeColor="text1"/>
          <w:sz w:val="38"/>
          <w:szCs w:val="38"/>
          <w:rtl/>
        </w:rPr>
        <w:t>الاقتصاد</w:t>
      </w:r>
      <w:r w:rsidRPr="005117ED">
        <w:rPr>
          <w:rFonts w:cs="Sakkal Majalla"/>
          <w:color w:val="000000" w:themeColor="text1"/>
          <w:sz w:val="38"/>
          <w:szCs w:val="38"/>
        </w:rPr>
        <w:t xml:space="preserve"> </w:t>
      </w:r>
      <w:r w:rsidRPr="005117ED">
        <w:rPr>
          <w:rFonts w:cs="Sakkal Majalla"/>
          <w:color w:val="000000" w:themeColor="text1"/>
          <w:sz w:val="38"/>
          <w:szCs w:val="38"/>
          <w:rtl/>
        </w:rPr>
        <w:t>والتخطيط</w:t>
      </w:r>
      <w:r w:rsidRPr="005117ED">
        <w:rPr>
          <w:rFonts w:cs="Sakkal Majalla"/>
          <w:color w:val="000000" w:themeColor="text1"/>
          <w:sz w:val="38"/>
          <w:szCs w:val="38"/>
        </w:rPr>
        <w:t>. (</w:t>
      </w:r>
      <w:r w:rsidRPr="005117ED">
        <w:rPr>
          <w:rFonts w:cs="Sakkal Majalla"/>
          <w:color w:val="000000" w:themeColor="text1"/>
          <w:sz w:val="38"/>
          <w:szCs w:val="38"/>
          <w:rtl/>
        </w:rPr>
        <w:t>د</w:t>
      </w:r>
      <w:r w:rsidRPr="005117ED">
        <w:rPr>
          <w:rFonts w:cs="Sakkal Majalla"/>
          <w:color w:val="000000" w:themeColor="text1"/>
          <w:sz w:val="38"/>
          <w:szCs w:val="38"/>
        </w:rPr>
        <w:t>.</w:t>
      </w:r>
      <w:r w:rsidRPr="005117ED">
        <w:rPr>
          <w:rFonts w:cs="Sakkal Majalla"/>
          <w:color w:val="000000" w:themeColor="text1"/>
          <w:sz w:val="38"/>
          <w:szCs w:val="38"/>
          <w:rtl/>
        </w:rPr>
        <w:t>ت</w:t>
      </w:r>
      <w:r w:rsidRPr="005117ED">
        <w:rPr>
          <w:rFonts w:cs="Sakkal Majalla"/>
          <w:color w:val="000000" w:themeColor="text1"/>
          <w:sz w:val="38"/>
          <w:szCs w:val="38"/>
        </w:rPr>
        <w:t xml:space="preserve">.). </w:t>
      </w:r>
      <w:r w:rsidRPr="005117ED">
        <w:rPr>
          <w:rFonts w:cs="Sakkal Majalla"/>
          <w:color w:val="000000" w:themeColor="text1"/>
          <w:sz w:val="38"/>
          <w:szCs w:val="38"/>
          <w:rtl/>
        </w:rPr>
        <w:t>تقارير</w:t>
      </w:r>
      <w:r w:rsidRPr="005117ED">
        <w:rPr>
          <w:rFonts w:cs="Sakkal Majalla"/>
          <w:color w:val="000000" w:themeColor="text1"/>
          <w:sz w:val="38"/>
          <w:szCs w:val="38"/>
        </w:rPr>
        <w:t xml:space="preserve"> </w:t>
      </w:r>
      <w:r w:rsidRPr="005117ED">
        <w:rPr>
          <w:rFonts w:cs="Sakkal Majalla"/>
          <w:color w:val="000000" w:themeColor="text1"/>
          <w:sz w:val="38"/>
          <w:szCs w:val="38"/>
          <w:rtl/>
        </w:rPr>
        <w:t>وبرامج</w:t>
      </w:r>
      <w:r w:rsidRPr="005117ED">
        <w:rPr>
          <w:rFonts w:cs="Sakkal Majalla"/>
          <w:color w:val="000000" w:themeColor="text1"/>
          <w:sz w:val="38"/>
          <w:szCs w:val="38"/>
        </w:rPr>
        <w:t xml:space="preserve"> </w:t>
      </w:r>
      <w:r w:rsidRPr="005117ED">
        <w:rPr>
          <w:rFonts w:cs="Sakkal Majalla"/>
          <w:color w:val="000000" w:themeColor="text1"/>
          <w:sz w:val="38"/>
          <w:szCs w:val="38"/>
          <w:rtl/>
        </w:rPr>
        <w:t>دعم</w:t>
      </w:r>
      <w:r w:rsidRPr="005117ED">
        <w:rPr>
          <w:rFonts w:cs="Sakkal Majalla"/>
          <w:color w:val="000000" w:themeColor="text1"/>
          <w:sz w:val="38"/>
          <w:szCs w:val="38"/>
        </w:rPr>
        <w:t xml:space="preserve"> </w:t>
      </w:r>
      <w:r w:rsidRPr="005117ED">
        <w:rPr>
          <w:rFonts w:cs="Sakkal Majalla"/>
          <w:color w:val="000000" w:themeColor="text1"/>
          <w:sz w:val="38"/>
          <w:szCs w:val="38"/>
          <w:rtl/>
        </w:rPr>
        <w:t>التنويع</w:t>
      </w:r>
      <w:r w:rsidRPr="005117ED">
        <w:rPr>
          <w:rFonts w:cs="Sakkal Majalla"/>
          <w:color w:val="000000" w:themeColor="text1"/>
          <w:sz w:val="38"/>
          <w:szCs w:val="38"/>
        </w:rPr>
        <w:t xml:space="preserve"> </w:t>
      </w:r>
      <w:r w:rsidRPr="005117ED">
        <w:rPr>
          <w:rFonts w:cs="Sakkal Majalla"/>
          <w:color w:val="000000" w:themeColor="text1"/>
          <w:sz w:val="38"/>
          <w:szCs w:val="38"/>
          <w:rtl/>
        </w:rPr>
        <w:t>الاقتصادي</w:t>
      </w:r>
      <w:r w:rsidRPr="005117ED">
        <w:rPr>
          <w:rFonts w:cs="Sakkal Majalla"/>
          <w:color w:val="000000" w:themeColor="text1"/>
          <w:sz w:val="38"/>
          <w:szCs w:val="38"/>
        </w:rPr>
        <w:t xml:space="preserve"> </w:t>
      </w:r>
      <w:r w:rsidRPr="005117ED">
        <w:rPr>
          <w:rFonts w:cs="Sakkal Majalla"/>
          <w:color w:val="000000" w:themeColor="text1"/>
          <w:sz w:val="38"/>
          <w:szCs w:val="38"/>
          <w:rtl/>
        </w:rPr>
        <w:t>والقطاع</w:t>
      </w:r>
      <w:r w:rsidRPr="005117ED">
        <w:rPr>
          <w:rFonts w:cs="Sakkal Majalla"/>
          <w:color w:val="000000" w:themeColor="text1"/>
          <w:sz w:val="38"/>
          <w:szCs w:val="38"/>
        </w:rPr>
        <w:t xml:space="preserve"> </w:t>
      </w:r>
      <w:r w:rsidRPr="005117ED">
        <w:rPr>
          <w:rFonts w:cs="Sakkal Majalla"/>
          <w:color w:val="000000" w:themeColor="text1"/>
          <w:sz w:val="38"/>
          <w:szCs w:val="38"/>
          <w:rtl/>
        </w:rPr>
        <w:t>الخاص</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المملكة</w:t>
      </w:r>
      <w:r w:rsidRPr="005117ED">
        <w:rPr>
          <w:rFonts w:cs="Sakkal Majalla"/>
          <w:color w:val="000000" w:themeColor="text1"/>
          <w:sz w:val="38"/>
          <w:szCs w:val="38"/>
        </w:rPr>
        <w:t xml:space="preserve"> </w:t>
      </w:r>
      <w:r w:rsidRPr="005117ED">
        <w:rPr>
          <w:rFonts w:cs="Sakkal Majalla"/>
          <w:color w:val="000000" w:themeColor="text1"/>
          <w:sz w:val="38"/>
          <w:szCs w:val="38"/>
          <w:rtl/>
        </w:rPr>
        <w:t>العربية</w:t>
      </w:r>
      <w:r w:rsidRPr="005117ED">
        <w:rPr>
          <w:rFonts w:cs="Sakkal Majalla"/>
          <w:color w:val="000000" w:themeColor="text1"/>
          <w:sz w:val="38"/>
          <w:szCs w:val="38"/>
        </w:rPr>
        <w:t xml:space="preserve"> </w:t>
      </w:r>
      <w:r w:rsidRPr="005117ED">
        <w:rPr>
          <w:rFonts w:cs="Sakkal Majalla"/>
          <w:color w:val="000000" w:themeColor="text1"/>
          <w:sz w:val="38"/>
          <w:szCs w:val="38"/>
          <w:rtl/>
        </w:rPr>
        <w:t>السعودية</w:t>
      </w:r>
      <w:r w:rsidRPr="005117ED">
        <w:rPr>
          <w:rFonts w:cs="Sakkal Majalla"/>
          <w:color w:val="000000" w:themeColor="text1"/>
          <w:sz w:val="38"/>
          <w:szCs w:val="38"/>
        </w:rPr>
        <w:t>.</w:t>
      </w:r>
    </w:p>
    <w:p w:rsidR="00FD5E07" w:rsidRPr="005117ED" w:rsidRDefault="00FD5E07" w:rsidP="00CB5A48">
      <w:pPr>
        <w:spacing w:before="0"/>
        <w:ind w:firstLine="0"/>
        <w:jc w:val="left"/>
        <w:outlineLvl w:val="0"/>
        <w:rPr>
          <w:rFonts w:eastAsia="Times New Roman" w:cs="Sakkal Majalla"/>
          <w:b/>
          <w:bCs/>
          <w:color w:val="000000" w:themeColor="text1"/>
          <w:sz w:val="40"/>
          <w:szCs w:val="40"/>
        </w:rPr>
      </w:pPr>
      <w:bookmarkStart w:id="95" w:name="_Toc233321790"/>
      <w:bookmarkStart w:id="96" w:name="_Toc233322038"/>
      <w:r w:rsidRPr="005117ED">
        <w:rPr>
          <w:rFonts w:eastAsia="Times New Roman" w:cs="Sakkal Majalla"/>
          <w:b/>
          <w:bCs/>
          <w:color w:val="000000" w:themeColor="text1"/>
          <w:sz w:val="40"/>
          <w:szCs w:val="40"/>
          <w:rtl/>
        </w:rPr>
        <w:t>ثانيًا: المراجع الأجنبية</w:t>
      </w:r>
      <w:bookmarkEnd w:id="95"/>
      <w:bookmarkEnd w:id="96"/>
    </w:p>
    <w:p w:rsidR="00FD5E07" w:rsidRPr="005117ED" w:rsidRDefault="00FD5E07" w:rsidP="00D055A0">
      <w:pPr>
        <w:bidi w:val="0"/>
        <w:spacing w:before="0"/>
        <w:ind w:firstLine="425"/>
        <w:jc w:val="both"/>
        <w:rPr>
          <w:rFonts w:cs="Sakkal Majalla"/>
          <w:color w:val="000000" w:themeColor="text1"/>
          <w:sz w:val="38"/>
          <w:szCs w:val="38"/>
        </w:rPr>
      </w:pPr>
      <w:proofErr w:type="spellStart"/>
      <w:r w:rsidRPr="005117ED">
        <w:rPr>
          <w:rFonts w:cs="Sakkal Majalla"/>
          <w:color w:val="000000" w:themeColor="text1"/>
          <w:sz w:val="38"/>
          <w:szCs w:val="38"/>
          <w:rtl/>
        </w:rPr>
        <w:t>Amabile</w:t>
      </w:r>
      <w:proofErr w:type="spellEnd"/>
      <w:r w:rsidRPr="005117ED">
        <w:rPr>
          <w:rFonts w:cs="Sakkal Majalla"/>
          <w:color w:val="000000" w:themeColor="text1"/>
          <w:sz w:val="38"/>
          <w:szCs w:val="38"/>
          <w:rtl/>
        </w:rPr>
        <w:t xml:space="preserve">, T. M. (1996). </w:t>
      </w:r>
      <w:proofErr w:type="spellStart"/>
      <w:r w:rsidRPr="005117ED">
        <w:rPr>
          <w:rFonts w:cs="Sakkal Majalla"/>
          <w:color w:val="000000" w:themeColor="text1"/>
          <w:sz w:val="38"/>
          <w:szCs w:val="38"/>
          <w:rtl/>
        </w:rPr>
        <w:t>Creativity</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in</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Context</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Boulder</w:t>
      </w:r>
      <w:proofErr w:type="spellEnd"/>
      <w:r w:rsidRPr="005117ED">
        <w:rPr>
          <w:rFonts w:cs="Sakkal Majalla"/>
          <w:color w:val="000000" w:themeColor="text1"/>
          <w:sz w:val="38"/>
          <w:szCs w:val="38"/>
          <w:rtl/>
        </w:rPr>
        <w:t xml:space="preserve">, CO: </w:t>
      </w:r>
      <w:proofErr w:type="spellStart"/>
      <w:r w:rsidRPr="005117ED">
        <w:rPr>
          <w:rFonts w:cs="Sakkal Majalla"/>
          <w:color w:val="000000" w:themeColor="text1"/>
          <w:sz w:val="38"/>
          <w:szCs w:val="38"/>
          <w:rtl/>
        </w:rPr>
        <w:t>Westview</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Press</w:t>
      </w:r>
      <w:proofErr w:type="spellEnd"/>
      <w:r w:rsidRPr="005117ED">
        <w:rPr>
          <w:rFonts w:cs="Sakkal Majalla"/>
          <w:color w:val="000000" w:themeColor="text1"/>
          <w:sz w:val="38"/>
          <w:szCs w:val="38"/>
          <w:rtl/>
        </w:rPr>
        <w:t>.</w:t>
      </w:r>
    </w:p>
    <w:p w:rsidR="00FD5E07" w:rsidRPr="005117ED" w:rsidRDefault="00FD5E07" w:rsidP="00D055A0">
      <w:pPr>
        <w:bidi w:val="0"/>
        <w:spacing w:before="0"/>
        <w:ind w:firstLine="425"/>
        <w:jc w:val="both"/>
        <w:rPr>
          <w:rFonts w:cs="Sakkal Majalla"/>
          <w:color w:val="000000" w:themeColor="text1"/>
          <w:sz w:val="38"/>
          <w:szCs w:val="38"/>
        </w:rPr>
      </w:pPr>
      <w:proofErr w:type="spellStart"/>
      <w:r w:rsidRPr="005117ED">
        <w:rPr>
          <w:rFonts w:cs="Sakkal Majalla"/>
          <w:color w:val="000000" w:themeColor="text1"/>
          <w:sz w:val="38"/>
          <w:szCs w:val="38"/>
          <w:rtl/>
        </w:rPr>
        <w:lastRenderedPageBreak/>
        <w:t>Afsar</w:t>
      </w:r>
      <w:proofErr w:type="spellEnd"/>
      <w:r w:rsidRPr="005117ED">
        <w:rPr>
          <w:rFonts w:cs="Sakkal Majalla"/>
          <w:color w:val="000000" w:themeColor="text1"/>
          <w:sz w:val="38"/>
          <w:szCs w:val="38"/>
          <w:rtl/>
        </w:rPr>
        <w:t xml:space="preserve">, B., </w:t>
      </w:r>
      <w:proofErr w:type="spellStart"/>
      <w:r w:rsidRPr="005117ED">
        <w:rPr>
          <w:rFonts w:cs="Sakkal Majalla"/>
          <w:color w:val="000000" w:themeColor="text1"/>
          <w:sz w:val="38"/>
          <w:szCs w:val="38"/>
          <w:rtl/>
        </w:rPr>
        <w:t>Badir</w:t>
      </w:r>
      <w:proofErr w:type="spellEnd"/>
      <w:r w:rsidRPr="005117ED">
        <w:rPr>
          <w:rFonts w:cs="Sakkal Majalla"/>
          <w:color w:val="000000" w:themeColor="text1"/>
          <w:sz w:val="38"/>
          <w:szCs w:val="38"/>
          <w:rtl/>
        </w:rPr>
        <w:t xml:space="preserve">, Y. F., &amp; </w:t>
      </w:r>
      <w:proofErr w:type="spellStart"/>
      <w:r w:rsidRPr="005117ED">
        <w:rPr>
          <w:rFonts w:cs="Sakkal Majalla"/>
          <w:color w:val="000000" w:themeColor="text1"/>
          <w:sz w:val="38"/>
          <w:szCs w:val="38"/>
          <w:rtl/>
        </w:rPr>
        <w:t>Saeed</w:t>
      </w:r>
      <w:proofErr w:type="spellEnd"/>
      <w:r w:rsidRPr="005117ED">
        <w:rPr>
          <w:rFonts w:cs="Sakkal Majalla"/>
          <w:color w:val="000000" w:themeColor="text1"/>
          <w:sz w:val="38"/>
          <w:szCs w:val="38"/>
          <w:rtl/>
        </w:rPr>
        <w:t xml:space="preserve">, B. (2014). </w:t>
      </w:r>
      <w:proofErr w:type="spellStart"/>
      <w:r w:rsidRPr="005117ED">
        <w:rPr>
          <w:rFonts w:cs="Sakkal Majalla"/>
          <w:color w:val="000000" w:themeColor="text1"/>
          <w:sz w:val="38"/>
          <w:szCs w:val="38"/>
          <w:rtl/>
        </w:rPr>
        <w:t>Transformational</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leadership</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and</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innovative</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work</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behavior</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Industrial</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Management</w:t>
      </w:r>
      <w:proofErr w:type="spellEnd"/>
      <w:r w:rsidRPr="005117ED">
        <w:rPr>
          <w:rFonts w:cs="Sakkal Majalla"/>
          <w:color w:val="000000" w:themeColor="text1"/>
          <w:sz w:val="38"/>
          <w:szCs w:val="38"/>
          <w:rtl/>
        </w:rPr>
        <w:t xml:space="preserve"> &amp; </w:t>
      </w:r>
      <w:proofErr w:type="spellStart"/>
      <w:r w:rsidRPr="005117ED">
        <w:rPr>
          <w:rFonts w:cs="Sakkal Majalla"/>
          <w:color w:val="000000" w:themeColor="text1"/>
          <w:sz w:val="38"/>
          <w:szCs w:val="38"/>
          <w:rtl/>
        </w:rPr>
        <w:t>Data</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Systems</w:t>
      </w:r>
      <w:proofErr w:type="spellEnd"/>
      <w:r w:rsidRPr="005117ED">
        <w:rPr>
          <w:rFonts w:cs="Sakkal Majalla"/>
          <w:color w:val="000000" w:themeColor="text1"/>
          <w:sz w:val="38"/>
          <w:szCs w:val="38"/>
          <w:rtl/>
        </w:rPr>
        <w:t>, 114(</w:t>
      </w:r>
      <w:proofErr w:type="gramStart"/>
      <w:r w:rsidRPr="005117ED">
        <w:rPr>
          <w:rFonts w:cs="Sakkal Majalla"/>
          <w:color w:val="000000" w:themeColor="text1"/>
          <w:sz w:val="38"/>
          <w:szCs w:val="38"/>
          <w:rtl/>
        </w:rPr>
        <w:t>8),</w:t>
      </w:r>
      <w:proofErr w:type="gramEnd"/>
      <w:r w:rsidRPr="005117ED">
        <w:rPr>
          <w:rFonts w:cs="Sakkal Majalla"/>
          <w:color w:val="000000" w:themeColor="text1"/>
          <w:sz w:val="38"/>
          <w:szCs w:val="38"/>
          <w:rtl/>
        </w:rPr>
        <w:t xml:space="preserve"> 1270-1300.</w:t>
      </w:r>
    </w:p>
    <w:p w:rsidR="00FD5E07" w:rsidRPr="005117ED" w:rsidRDefault="00FD5E07" w:rsidP="00D055A0">
      <w:pPr>
        <w:bidi w:val="0"/>
        <w:spacing w:before="0"/>
        <w:ind w:firstLine="425"/>
        <w:jc w:val="both"/>
        <w:rPr>
          <w:rFonts w:cs="Sakkal Majalla"/>
          <w:color w:val="000000" w:themeColor="text1"/>
          <w:sz w:val="38"/>
          <w:szCs w:val="38"/>
        </w:rPr>
      </w:pPr>
      <w:proofErr w:type="spellStart"/>
      <w:r w:rsidRPr="005117ED">
        <w:rPr>
          <w:rFonts w:cs="Sakkal Majalla"/>
          <w:color w:val="000000" w:themeColor="text1"/>
          <w:sz w:val="38"/>
          <w:szCs w:val="38"/>
          <w:rtl/>
        </w:rPr>
        <w:t>Bass</w:t>
      </w:r>
      <w:proofErr w:type="spellEnd"/>
      <w:r w:rsidRPr="005117ED">
        <w:rPr>
          <w:rFonts w:cs="Sakkal Majalla"/>
          <w:color w:val="000000" w:themeColor="text1"/>
          <w:sz w:val="38"/>
          <w:szCs w:val="38"/>
          <w:rtl/>
        </w:rPr>
        <w:t xml:space="preserve">, B. M. (1985). </w:t>
      </w:r>
      <w:proofErr w:type="spellStart"/>
      <w:r w:rsidRPr="005117ED">
        <w:rPr>
          <w:rFonts w:cs="Sakkal Majalla"/>
          <w:color w:val="000000" w:themeColor="text1"/>
          <w:sz w:val="38"/>
          <w:szCs w:val="38"/>
          <w:rtl/>
        </w:rPr>
        <w:t>Leadership</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and</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Performance</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Beyond</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Expectations</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New</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York</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Free</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Press</w:t>
      </w:r>
      <w:proofErr w:type="spellEnd"/>
      <w:r w:rsidRPr="005117ED">
        <w:rPr>
          <w:rFonts w:cs="Sakkal Majalla"/>
          <w:color w:val="000000" w:themeColor="text1"/>
          <w:sz w:val="38"/>
          <w:szCs w:val="38"/>
          <w:rtl/>
        </w:rPr>
        <w:t>.</w:t>
      </w:r>
    </w:p>
    <w:p w:rsidR="00FD5E07" w:rsidRPr="005117ED" w:rsidRDefault="00FD5E07" w:rsidP="00D055A0">
      <w:pPr>
        <w:bidi w:val="0"/>
        <w:spacing w:before="0"/>
        <w:ind w:firstLine="425"/>
        <w:jc w:val="both"/>
        <w:rPr>
          <w:rFonts w:cs="Sakkal Majalla"/>
          <w:color w:val="000000" w:themeColor="text1"/>
          <w:sz w:val="38"/>
          <w:szCs w:val="38"/>
        </w:rPr>
      </w:pPr>
      <w:proofErr w:type="spellStart"/>
      <w:r w:rsidRPr="005117ED">
        <w:rPr>
          <w:rFonts w:cs="Sakkal Majalla"/>
          <w:color w:val="000000" w:themeColor="text1"/>
          <w:sz w:val="38"/>
          <w:szCs w:val="38"/>
          <w:rtl/>
        </w:rPr>
        <w:t>Bass</w:t>
      </w:r>
      <w:proofErr w:type="spellEnd"/>
      <w:r w:rsidRPr="005117ED">
        <w:rPr>
          <w:rFonts w:cs="Sakkal Majalla"/>
          <w:color w:val="000000" w:themeColor="text1"/>
          <w:sz w:val="38"/>
          <w:szCs w:val="38"/>
          <w:rtl/>
        </w:rPr>
        <w:t xml:space="preserve">, B. M., &amp; </w:t>
      </w:r>
      <w:proofErr w:type="spellStart"/>
      <w:r w:rsidRPr="005117ED">
        <w:rPr>
          <w:rFonts w:cs="Sakkal Majalla"/>
          <w:color w:val="000000" w:themeColor="text1"/>
          <w:sz w:val="38"/>
          <w:szCs w:val="38"/>
          <w:rtl/>
        </w:rPr>
        <w:t>Avolio</w:t>
      </w:r>
      <w:proofErr w:type="spellEnd"/>
      <w:r w:rsidRPr="005117ED">
        <w:rPr>
          <w:rFonts w:cs="Sakkal Majalla"/>
          <w:color w:val="000000" w:themeColor="text1"/>
          <w:sz w:val="38"/>
          <w:szCs w:val="38"/>
          <w:rtl/>
        </w:rPr>
        <w:t xml:space="preserve">, B. J. (1993). </w:t>
      </w:r>
      <w:proofErr w:type="spellStart"/>
      <w:r w:rsidRPr="005117ED">
        <w:rPr>
          <w:rFonts w:cs="Sakkal Majalla"/>
          <w:color w:val="000000" w:themeColor="text1"/>
          <w:sz w:val="38"/>
          <w:szCs w:val="38"/>
          <w:rtl/>
        </w:rPr>
        <w:t>Transformational</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leadership</w:t>
      </w:r>
      <w:proofErr w:type="spellEnd"/>
      <w:r w:rsidRPr="005117ED">
        <w:rPr>
          <w:rFonts w:cs="Sakkal Majalla"/>
          <w:color w:val="000000" w:themeColor="text1"/>
          <w:sz w:val="38"/>
          <w:szCs w:val="38"/>
          <w:rtl/>
        </w:rPr>
        <w:t xml:space="preserve">: A </w:t>
      </w:r>
      <w:proofErr w:type="spellStart"/>
      <w:r w:rsidRPr="005117ED">
        <w:rPr>
          <w:rFonts w:cs="Sakkal Majalla"/>
          <w:color w:val="000000" w:themeColor="text1"/>
          <w:sz w:val="38"/>
          <w:szCs w:val="38"/>
          <w:rtl/>
        </w:rPr>
        <w:t>response</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to</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critiques</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In</w:t>
      </w:r>
      <w:proofErr w:type="spellEnd"/>
      <w:r w:rsidRPr="005117ED">
        <w:rPr>
          <w:rFonts w:cs="Sakkal Majalla"/>
          <w:color w:val="000000" w:themeColor="text1"/>
          <w:sz w:val="38"/>
          <w:szCs w:val="38"/>
          <w:rtl/>
        </w:rPr>
        <w:t xml:space="preserve"> M. M. </w:t>
      </w:r>
      <w:proofErr w:type="spellStart"/>
      <w:r w:rsidRPr="005117ED">
        <w:rPr>
          <w:rFonts w:cs="Sakkal Majalla"/>
          <w:color w:val="000000" w:themeColor="text1"/>
          <w:sz w:val="38"/>
          <w:szCs w:val="38"/>
          <w:rtl/>
        </w:rPr>
        <w:t>Chemers</w:t>
      </w:r>
      <w:proofErr w:type="spellEnd"/>
      <w:r w:rsidRPr="005117ED">
        <w:rPr>
          <w:rFonts w:cs="Sakkal Majalla"/>
          <w:color w:val="000000" w:themeColor="text1"/>
          <w:sz w:val="38"/>
          <w:szCs w:val="38"/>
          <w:rtl/>
        </w:rPr>
        <w:t xml:space="preserve"> &amp; R. </w:t>
      </w:r>
      <w:proofErr w:type="spellStart"/>
      <w:r w:rsidRPr="005117ED">
        <w:rPr>
          <w:rFonts w:cs="Sakkal Majalla"/>
          <w:color w:val="000000" w:themeColor="text1"/>
          <w:sz w:val="38"/>
          <w:szCs w:val="38"/>
          <w:rtl/>
        </w:rPr>
        <w:t>Ayman</w:t>
      </w:r>
      <w:proofErr w:type="spellEnd"/>
      <w:r w:rsidRPr="005117ED">
        <w:rPr>
          <w:rFonts w:cs="Sakkal Majalla"/>
          <w:color w:val="000000" w:themeColor="text1"/>
          <w:sz w:val="38"/>
          <w:szCs w:val="38"/>
          <w:rtl/>
        </w:rPr>
        <w:t xml:space="preserve"> (</w:t>
      </w:r>
      <w:proofErr w:type="spellStart"/>
      <w:proofErr w:type="gramStart"/>
      <w:r w:rsidRPr="005117ED">
        <w:rPr>
          <w:rFonts w:cs="Sakkal Majalla"/>
          <w:color w:val="000000" w:themeColor="text1"/>
          <w:sz w:val="38"/>
          <w:szCs w:val="38"/>
          <w:rtl/>
        </w:rPr>
        <w:t>Eds</w:t>
      </w:r>
      <w:proofErr w:type="spellEnd"/>
      <w:r w:rsidRPr="005117ED">
        <w:rPr>
          <w:rFonts w:cs="Sakkal Majalla"/>
          <w:color w:val="000000" w:themeColor="text1"/>
          <w:sz w:val="38"/>
          <w:szCs w:val="38"/>
          <w:rtl/>
        </w:rPr>
        <w:t>.),</w:t>
      </w:r>
      <w:proofErr w:type="gram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Leadership</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Theory</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and</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Research</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Academic</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Press</w:t>
      </w:r>
      <w:proofErr w:type="spellEnd"/>
      <w:r w:rsidRPr="005117ED">
        <w:rPr>
          <w:rFonts w:cs="Sakkal Majalla"/>
          <w:color w:val="000000" w:themeColor="text1"/>
          <w:sz w:val="38"/>
          <w:szCs w:val="38"/>
          <w:rtl/>
        </w:rPr>
        <w:t>.</w:t>
      </w:r>
    </w:p>
    <w:p w:rsidR="00FD5E07" w:rsidRPr="005117ED" w:rsidRDefault="00FD5E07" w:rsidP="00D055A0">
      <w:pPr>
        <w:bidi w:val="0"/>
        <w:spacing w:before="0"/>
        <w:ind w:firstLine="425"/>
        <w:jc w:val="both"/>
        <w:rPr>
          <w:rFonts w:cs="Sakkal Majalla"/>
          <w:color w:val="000000" w:themeColor="text1"/>
          <w:sz w:val="38"/>
          <w:szCs w:val="38"/>
        </w:rPr>
      </w:pPr>
      <w:proofErr w:type="spellStart"/>
      <w:r w:rsidRPr="005117ED">
        <w:rPr>
          <w:rFonts w:cs="Sakkal Majalla"/>
          <w:color w:val="000000" w:themeColor="text1"/>
          <w:sz w:val="38"/>
          <w:szCs w:val="38"/>
          <w:rtl/>
        </w:rPr>
        <w:t>Bass</w:t>
      </w:r>
      <w:proofErr w:type="spellEnd"/>
      <w:r w:rsidRPr="005117ED">
        <w:rPr>
          <w:rFonts w:cs="Sakkal Majalla"/>
          <w:color w:val="000000" w:themeColor="text1"/>
          <w:sz w:val="38"/>
          <w:szCs w:val="38"/>
          <w:rtl/>
        </w:rPr>
        <w:t xml:space="preserve">, B. M., &amp; </w:t>
      </w:r>
      <w:proofErr w:type="spellStart"/>
      <w:r w:rsidRPr="005117ED">
        <w:rPr>
          <w:rFonts w:cs="Sakkal Majalla"/>
          <w:color w:val="000000" w:themeColor="text1"/>
          <w:sz w:val="38"/>
          <w:szCs w:val="38"/>
          <w:rtl/>
        </w:rPr>
        <w:t>Riggio</w:t>
      </w:r>
      <w:proofErr w:type="spellEnd"/>
      <w:r w:rsidRPr="005117ED">
        <w:rPr>
          <w:rFonts w:cs="Sakkal Majalla"/>
          <w:color w:val="000000" w:themeColor="text1"/>
          <w:sz w:val="38"/>
          <w:szCs w:val="38"/>
          <w:rtl/>
        </w:rPr>
        <w:t xml:space="preserve">, R. E. (2006). </w:t>
      </w:r>
      <w:proofErr w:type="spellStart"/>
      <w:r w:rsidRPr="005117ED">
        <w:rPr>
          <w:rFonts w:cs="Sakkal Majalla"/>
          <w:color w:val="000000" w:themeColor="text1"/>
          <w:sz w:val="38"/>
          <w:szCs w:val="38"/>
          <w:rtl/>
        </w:rPr>
        <w:t>Transformational</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Leadership</w:t>
      </w:r>
      <w:proofErr w:type="spellEnd"/>
      <w:r w:rsidRPr="005117ED">
        <w:rPr>
          <w:rFonts w:cs="Sakkal Majalla"/>
          <w:color w:val="000000" w:themeColor="text1"/>
          <w:sz w:val="38"/>
          <w:szCs w:val="38"/>
          <w:rtl/>
        </w:rPr>
        <w:t xml:space="preserve"> (2nd </w:t>
      </w:r>
      <w:proofErr w:type="spellStart"/>
      <w:r w:rsidRPr="005117ED">
        <w:rPr>
          <w:rFonts w:cs="Sakkal Majalla"/>
          <w:color w:val="000000" w:themeColor="text1"/>
          <w:sz w:val="38"/>
          <w:szCs w:val="38"/>
          <w:rtl/>
        </w:rPr>
        <w:t>ed</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Mahwah</w:t>
      </w:r>
      <w:proofErr w:type="spellEnd"/>
      <w:r w:rsidRPr="005117ED">
        <w:rPr>
          <w:rFonts w:cs="Sakkal Majalla"/>
          <w:color w:val="000000" w:themeColor="text1"/>
          <w:sz w:val="38"/>
          <w:szCs w:val="38"/>
          <w:rtl/>
        </w:rPr>
        <w:t xml:space="preserve">, NJ: </w:t>
      </w:r>
      <w:proofErr w:type="spellStart"/>
      <w:r w:rsidRPr="005117ED">
        <w:rPr>
          <w:rFonts w:cs="Sakkal Majalla"/>
          <w:color w:val="000000" w:themeColor="text1"/>
          <w:sz w:val="38"/>
          <w:szCs w:val="38"/>
          <w:rtl/>
        </w:rPr>
        <w:t>Lawrence</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Erlbaum</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Associates</w:t>
      </w:r>
      <w:proofErr w:type="spellEnd"/>
      <w:r w:rsidRPr="005117ED">
        <w:rPr>
          <w:rFonts w:cs="Sakkal Majalla"/>
          <w:color w:val="000000" w:themeColor="text1"/>
          <w:sz w:val="38"/>
          <w:szCs w:val="38"/>
          <w:rtl/>
        </w:rPr>
        <w:t>.</w:t>
      </w:r>
    </w:p>
    <w:p w:rsidR="00FD5E07" w:rsidRPr="005117ED" w:rsidRDefault="00FD5E07" w:rsidP="00D055A0">
      <w:pPr>
        <w:bidi w:val="0"/>
        <w:spacing w:before="0"/>
        <w:ind w:firstLine="425"/>
        <w:jc w:val="both"/>
        <w:rPr>
          <w:rFonts w:cs="Sakkal Majalla"/>
          <w:color w:val="000000" w:themeColor="text1"/>
          <w:sz w:val="38"/>
          <w:szCs w:val="38"/>
        </w:rPr>
      </w:pPr>
      <w:proofErr w:type="spellStart"/>
      <w:r w:rsidRPr="005117ED">
        <w:rPr>
          <w:rFonts w:cs="Sakkal Majalla"/>
          <w:color w:val="000000" w:themeColor="text1"/>
          <w:sz w:val="38"/>
          <w:szCs w:val="38"/>
          <w:rtl/>
        </w:rPr>
        <w:t>Burns</w:t>
      </w:r>
      <w:proofErr w:type="spellEnd"/>
      <w:r w:rsidRPr="005117ED">
        <w:rPr>
          <w:rFonts w:cs="Sakkal Majalla"/>
          <w:color w:val="000000" w:themeColor="text1"/>
          <w:sz w:val="38"/>
          <w:szCs w:val="38"/>
          <w:rtl/>
        </w:rPr>
        <w:t xml:space="preserve">, J. M. (1978). </w:t>
      </w:r>
      <w:proofErr w:type="spellStart"/>
      <w:r w:rsidRPr="005117ED">
        <w:rPr>
          <w:rFonts w:cs="Sakkal Majalla"/>
          <w:color w:val="000000" w:themeColor="text1"/>
          <w:sz w:val="38"/>
          <w:szCs w:val="38"/>
          <w:rtl/>
        </w:rPr>
        <w:t>Leadership</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New</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York</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Harper</w:t>
      </w:r>
      <w:proofErr w:type="spellEnd"/>
      <w:r w:rsidRPr="005117ED">
        <w:rPr>
          <w:rFonts w:cs="Sakkal Majalla"/>
          <w:color w:val="000000" w:themeColor="text1"/>
          <w:sz w:val="38"/>
          <w:szCs w:val="38"/>
          <w:rtl/>
        </w:rPr>
        <w:t xml:space="preserve"> &amp; </w:t>
      </w:r>
      <w:proofErr w:type="spellStart"/>
      <w:r w:rsidRPr="005117ED">
        <w:rPr>
          <w:rFonts w:cs="Sakkal Majalla"/>
          <w:color w:val="000000" w:themeColor="text1"/>
          <w:sz w:val="38"/>
          <w:szCs w:val="38"/>
          <w:rtl/>
        </w:rPr>
        <w:t>Row</w:t>
      </w:r>
      <w:proofErr w:type="spellEnd"/>
      <w:r w:rsidRPr="005117ED">
        <w:rPr>
          <w:rFonts w:cs="Sakkal Majalla"/>
          <w:color w:val="000000" w:themeColor="text1"/>
          <w:sz w:val="38"/>
          <w:szCs w:val="38"/>
          <w:rtl/>
        </w:rPr>
        <w:t>.</w:t>
      </w:r>
    </w:p>
    <w:p w:rsidR="00FD5E07" w:rsidRPr="005117ED" w:rsidRDefault="00FD5E07" w:rsidP="00D055A0">
      <w:pPr>
        <w:bidi w:val="0"/>
        <w:spacing w:before="0"/>
        <w:ind w:firstLine="425"/>
        <w:jc w:val="both"/>
        <w:rPr>
          <w:rFonts w:cs="Sakkal Majalla"/>
          <w:color w:val="000000" w:themeColor="text1"/>
          <w:sz w:val="38"/>
          <w:szCs w:val="38"/>
        </w:rPr>
      </w:pPr>
      <w:proofErr w:type="spellStart"/>
      <w:r w:rsidRPr="005117ED">
        <w:rPr>
          <w:rFonts w:cs="Sakkal Majalla"/>
          <w:color w:val="000000" w:themeColor="text1"/>
          <w:sz w:val="38"/>
          <w:szCs w:val="38"/>
          <w:rtl/>
        </w:rPr>
        <w:t>Cronbach</w:t>
      </w:r>
      <w:proofErr w:type="spellEnd"/>
      <w:r w:rsidRPr="005117ED">
        <w:rPr>
          <w:rFonts w:cs="Sakkal Majalla"/>
          <w:color w:val="000000" w:themeColor="text1"/>
          <w:sz w:val="38"/>
          <w:szCs w:val="38"/>
          <w:rtl/>
        </w:rPr>
        <w:t xml:space="preserve">, L. J. (1951). </w:t>
      </w:r>
      <w:proofErr w:type="spellStart"/>
      <w:r w:rsidRPr="005117ED">
        <w:rPr>
          <w:rFonts w:cs="Sakkal Majalla"/>
          <w:color w:val="000000" w:themeColor="text1"/>
          <w:sz w:val="38"/>
          <w:szCs w:val="38"/>
          <w:rtl/>
        </w:rPr>
        <w:t>Coefficient</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alpha</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and</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the</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internal</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structure</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of</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tests</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Psychometrika</w:t>
      </w:r>
      <w:proofErr w:type="spellEnd"/>
      <w:r w:rsidRPr="005117ED">
        <w:rPr>
          <w:rFonts w:cs="Sakkal Majalla"/>
          <w:color w:val="000000" w:themeColor="text1"/>
          <w:sz w:val="38"/>
          <w:szCs w:val="38"/>
          <w:rtl/>
        </w:rPr>
        <w:t>, 16, 297-334.</w:t>
      </w:r>
    </w:p>
    <w:p w:rsidR="00FD5E07" w:rsidRPr="005117ED" w:rsidRDefault="00FD5E07" w:rsidP="00D055A0">
      <w:pPr>
        <w:bidi w:val="0"/>
        <w:spacing w:before="0"/>
        <w:ind w:firstLine="425"/>
        <w:jc w:val="both"/>
        <w:rPr>
          <w:rFonts w:cs="Sakkal Majalla"/>
          <w:color w:val="000000" w:themeColor="text1"/>
          <w:sz w:val="38"/>
          <w:szCs w:val="38"/>
        </w:rPr>
      </w:pPr>
      <w:proofErr w:type="spellStart"/>
      <w:r w:rsidRPr="005117ED">
        <w:rPr>
          <w:rFonts w:cs="Sakkal Majalla"/>
          <w:color w:val="000000" w:themeColor="text1"/>
          <w:sz w:val="38"/>
          <w:szCs w:val="38"/>
          <w:rtl/>
        </w:rPr>
        <w:t>Groselj</w:t>
      </w:r>
      <w:proofErr w:type="spellEnd"/>
      <w:r w:rsidRPr="005117ED">
        <w:rPr>
          <w:rFonts w:cs="Sakkal Majalla"/>
          <w:color w:val="000000" w:themeColor="text1"/>
          <w:sz w:val="38"/>
          <w:szCs w:val="38"/>
          <w:rtl/>
        </w:rPr>
        <w:t xml:space="preserve">, M., </w:t>
      </w:r>
      <w:proofErr w:type="spellStart"/>
      <w:r w:rsidRPr="005117ED">
        <w:rPr>
          <w:rFonts w:cs="Sakkal Majalla"/>
          <w:color w:val="000000" w:themeColor="text1"/>
          <w:sz w:val="38"/>
          <w:szCs w:val="38"/>
          <w:rtl/>
        </w:rPr>
        <w:t>Cerne</w:t>
      </w:r>
      <w:proofErr w:type="spellEnd"/>
      <w:r w:rsidRPr="005117ED">
        <w:rPr>
          <w:rFonts w:cs="Sakkal Majalla"/>
          <w:color w:val="000000" w:themeColor="text1"/>
          <w:sz w:val="38"/>
          <w:szCs w:val="38"/>
          <w:rtl/>
        </w:rPr>
        <w:t xml:space="preserve">, M., </w:t>
      </w:r>
      <w:proofErr w:type="spellStart"/>
      <w:r w:rsidRPr="005117ED">
        <w:rPr>
          <w:rFonts w:cs="Sakkal Majalla"/>
          <w:color w:val="000000" w:themeColor="text1"/>
          <w:sz w:val="38"/>
          <w:szCs w:val="38"/>
          <w:rtl/>
        </w:rPr>
        <w:t>Penger</w:t>
      </w:r>
      <w:proofErr w:type="spellEnd"/>
      <w:r w:rsidRPr="005117ED">
        <w:rPr>
          <w:rFonts w:cs="Sakkal Majalla"/>
          <w:color w:val="000000" w:themeColor="text1"/>
          <w:sz w:val="38"/>
          <w:szCs w:val="38"/>
          <w:rtl/>
        </w:rPr>
        <w:t xml:space="preserve">, S., &amp; </w:t>
      </w:r>
      <w:proofErr w:type="spellStart"/>
      <w:r w:rsidRPr="005117ED">
        <w:rPr>
          <w:rFonts w:cs="Sakkal Majalla"/>
          <w:color w:val="000000" w:themeColor="text1"/>
          <w:sz w:val="38"/>
          <w:szCs w:val="38"/>
          <w:rtl/>
        </w:rPr>
        <w:t>Grah</w:t>
      </w:r>
      <w:proofErr w:type="spellEnd"/>
      <w:r w:rsidRPr="005117ED">
        <w:rPr>
          <w:rFonts w:cs="Sakkal Majalla"/>
          <w:color w:val="000000" w:themeColor="text1"/>
          <w:sz w:val="38"/>
          <w:szCs w:val="38"/>
          <w:rtl/>
        </w:rPr>
        <w:t xml:space="preserve">, B. (2020). </w:t>
      </w:r>
      <w:proofErr w:type="spellStart"/>
      <w:r w:rsidRPr="005117ED">
        <w:rPr>
          <w:rFonts w:cs="Sakkal Majalla"/>
          <w:color w:val="000000" w:themeColor="text1"/>
          <w:sz w:val="38"/>
          <w:szCs w:val="38"/>
          <w:rtl/>
        </w:rPr>
        <w:t>Authentic</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and</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transformational</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leadership</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and</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innovative</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work</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behaviour</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The</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moderating</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role</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of</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psychological</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empowerment</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European</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Journal</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of</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Innovation</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Management</w:t>
      </w:r>
      <w:proofErr w:type="spellEnd"/>
      <w:r w:rsidRPr="005117ED">
        <w:rPr>
          <w:rFonts w:cs="Sakkal Majalla"/>
          <w:color w:val="000000" w:themeColor="text1"/>
          <w:sz w:val="38"/>
          <w:szCs w:val="38"/>
          <w:rtl/>
        </w:rPr>
        <w:t>, 24(</w:t>
      </w:r>
      <w:proofErr w:type="gramStart"/>
      <w:r w:rsidRPr="005117ED">
        <w:rPr>
          <w:rFonts w:cs="Sakkal Majalla"/>
          <w:color w:val="000000" w:themeColor="text1"/>
          <w:sz w:val="38"/>
          <w:szCs w:val="38"/>
          <w:rtl/>
        </w:rPr>
        <w:t>3),</w:t>
      </w:r>
      <w:proofErr w:type="gramEnd"/>
      <w:r w:rsidRPr="005117ED">
        <w:rPr>
          <w:rFonts w:cs="Sakkal Majalla"/>
          <w:color w:val="000000" w:themeColor="text1"/>
          <w:sz w:val="38"/>
          <w:szCs w:val="38"/>
          <w:rtl/>
        </w:rPr>
        <w:t xml:space="preserve"> 677-706.</w:t>
      </w:r>
    </w:p>
    <w:p w:rsidR="00FD5E07" w:rsidRPr="005117ED" w:rsidRDefault="00FD5E07" w:rsidP="00D055A0">
      <w:pPr>
        <w:bidi w:val="0"/>
        <w:spacing w:before="0"/>
        <w:ind w:firstLine="425"/>
        <w:jc w:val="both"/>
        <w:rPr>
          <w:rFonts w:cs="Sakkal Majalla"/>
          <w:color w:val="000000" w:themeColor="text1"/>
          <w:sz w:val="38"/>
          <w:szCs w:val="38"/>
        </w:rPr>
      </w:pPr>
      <w:proofErr w:type="spellStart"/>
      <w:r w:rsidRPr="005117ED">
        <w:rPr>
          <w:rFonts w:cs="Sakkal Majalla"/>
          <w:color w:val="000000" w:themeColor="text1"/>
          <w:sz w:val="38"/>
          <w:szCs w:val="38"/>
          <w:rtl/>
        </w:rPr>
        <w:t>Gumusluoglu</w:t>
      </w:r>
      <w:proofErr w:type="spellEnd"/>
      <w:r w:rsidRPr="005117ED">
        <w:rPr>
          <w:rFonts w:cs="Sakkal Majalla"/>
          <w:color w:val="000000" w:themeColor="text1"/>
          <w:sz w:val="38"/>
          <w:szCs w:val="38"/>
          <w:rtl/>
        </w:rPr>
        <w:t xml:space="preserve">, L., &amp; </w:t>
      </w:r>
      <w:proofErr w:type="spellStart"/>
      <w:r w:rsidRPr="005117ED">
        <w:rPr>
          <w:rFonts w:cs="Sakkal Majalla"/>
          <w:color w:val="000000" w:themeColor="text1"/>
          <w:sz w:val="38"/>
          <w:szCs w:val="38"/>
          <w:rtl/>
        </w:rPr>
        <w:t>Ilsev</w:t>
      </w:r>
      <w:proofErr w:type="spellEnd"/>
      <w:r w:rsidRPr="005117ED">
        <w:rPr>
          <w:rFonts w:cs="Sakkal Majalla"/>
          <w:color w:val="000000" w:themeColor="text1"/>
          <w:sz w:val="38"/>
          <w:szCs w:val="38"/>
          <w:rtl/>
        </w:rPr>
        <w:t xml:space="preserve">, A. (2009). </w:t>
      </w:r>
      <w:proofErr w:type="spellStart"/>
      <w:r w:rsidRPr="005117ED">
        <w:rPr>
          <w:rFonts w:cs="Sakkal Majalla"/>
          <w:color w:val="000000" w:themeColor="text1"/>
          <w:sz w:val="38"/>
          <w:szCs w:val="38"/>
          <w:rtl/>
        </w:rPr>
        <w:t>Transformational</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leadership</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creativity</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and</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organizational</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innovation</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Journal</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of</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Business</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Research</w:t>
      </w:r>
      <w:proofErr w:type="spellEnd"/>
      <w:r w:rsidRPr="005117ED">
        <w:rPr>
          <w:rFonts w:cs="Sakkal Majalla"/>
          <w:color w:val="000000" w:themeColor="text1"/>
          <w:sz w:val="38"/>
          <w:szCs w:val="38"/>
          <w:rtl/>
        </w:rPr>
        <w:t>, 62(</w:t>
      </w:r>
      <w:proofErr w:type="gramStart"/>
      <w:r w:rsidRPr="005117ED">
        <w:rPr>
          <w:rFonts w:cs="Sakkal Majalla"/>
          <w:color w:val="000000" w:themeColor="text1"/>
          <w:sz w:val="38"/>
          <w:szCs w:val="38"/>
          <w:rtl/>
        </w:rPr>
        <w:t>4),</w:t>
      </w:r>
      <w:proofErr w:type="gramEnd"/>
      <w:r w:rsidRPr="005117ED">
        <w:rPr>
          <w:rFonts w:cs="Sakkal Majalla"/>
          <w:color w:val="000000" w:themeColor="text1"/>
          <w:sz w:val="38"/>
          <w:szCs w:val="38"/>
          <w:rtl/>
        </w:rPr>
        <w:t xml:space="preserve"> 461-473.</w:t>
      </w:r>
    </w:p>
    <w:p w:rsidR="00FD5E07" w:rsidRPr="005117ED" w:rsidRDefault="00FD5E07" w:rsidP="00D055A0">
      <w:pPr>
        <w:bidi w:val="0"/>
        <w:spacing w:before="0"/>
        <w:ind w:firstLine="425"/>
        <w:jc w:val="both"/>
        <w:rPr>
          <w:rFonts w:cs="Sakkal Majalla"/>
          <w:color w:val="000000" w:themeColor="text1"/>
          <w:sz w:val="38"/>
          <w:szCs w:val="38"/>
        </w:rPr>
      </w:pPr>
      <w:proofErr w:type="spellStart"/>
      <w:r w:rsidRPr="005117ED">
        <w:rPr>
          <w:rFonts w:cs="Sakkal Majalla"/>
          <w:color w:val="000000" w:themeColor="text1"/>
          <w:sz w:val="38"/>
          <w:szCs w:val="38"/>
          <w:rtl/>
        </w:rPr>
        <w:t>Jung</w:t>
      </w:r>
      <w:proofErr w:type="spellEnd"/>
      <w:r w:rsidRPr="005117ED">
        <w:rPr>
          <w:rFonts w:cs="Sakkal Majalla"/>
          <w:color w:val="000000" w:themeColor="text1"/>
          <w:sz w:val="38"/>
          <w:szCs w:val="38"/>
          <w:rtl/>
        </w:rPr>
        <w:t xml:space="preserve">, D. I., </w:t>
      </w:r>
      <w:proofErr w:type="spellStart"/>
      <w:r w:rsidRPr="005117ED">
        <w:rPr>
          <w:rFonts w:cs="Sakkal Majalla"/>
          <w:color w:val="000000" w:themeColor="text1"/>
          <w:sz w:val="38"/>
          <w:szCs w:val="38"/>
          <w:rtl/>
        </w:rPr>
        <w:t>Chow</w:t>
      </w:r>
      <w:proofErr w:type="spellEnd"/>
      <w:r w:rsidRPr="005117ED">
        <w:rPr>
          <w:rFonts w:cs="Sakkal Majalla"/>
          <w:color w:val="000000" w:themeColor="text1"/>
          <w:sz w:val="38"/>
          <w:szCs w:val="38"/>
          <w:rtl/>
        </w:rPr>
        <w:t xml:space="preserve">, C., &amp; </w:t>
      </w:r>
      <w:proofErr w:type="spellStart"/>
      <w:r w:rsidRPr="005117ED">
        <w:rPr>
          <w:rFonts w:cs="Sakkal Majalla"/>
          <w:color w:val="000000" w:themeColor="text1"/>
          <w:sz w:val="38"/>
          <w:szCs w:val="38"/>
          <w:rtl/>
        </w:rPr>
        <w:t>Wu</w:t>
      </w:r>
      <w:proofErr w:type="spellEnd"/>
      <w:r w:rsidRPr="005117ED">
        <w:rPr>
          <w:rFonts w:cs="Sakkal Majalla"/>
          <w:color w:val="000000" w:themeColor="text1"/>
          <w:sz w:val="38"/>
          <w:szCs w:val="38"/>
          <w:rtl/>
        </w:rPr>
        <w:t xml:space="preserve">, A. (2003). </w:t>
      </w:r>
      <w:proofErr w:type="spellStart"/>
      <w:r w:rsidRPr="005117ED">
        <w:rPr>
          <w:rFonts w:cs="Sakkal Majalla"/>
          <w:color w:val="000000" w:themeColor="text1"/>
          <w:sz w:val="38"/>
          <w:szCs w:val="38"/>
          <w:rtl/>
        </w:rPr>
        <w:t>The</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role</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of</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transformational</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leadership</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in</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enhancing</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organizational</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innovation</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Hypotheses</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and</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some</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preliminary</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findings</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The</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Leadership</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Quarterly</w:t>
      </w:r>
      <w:proofErr w:type="spellEnd"/>
      <w:r w:rsidRPr="005117ED">
        <w:rPr>
          <w:rFonts w:cs="Sakkal Majalla"/>
          <w:color w:val="000000" w:themeColor="text1"/>
          <w:sz w:val="38"/>
          <w:szCs w:val="38"/>
          <w:rtl/>
        </w:rPr>
        <w:t>, 14(4-</w:t>
      </w:r>
      <w:proofErr w:type="gramStart"/>
      <w:r w:rsidRPr="005117ED">
        <w:rPr>
          <w:rFonts w:cs="Sakkal Majalla"/>
          <w:color w:val="000000" w:themeColor="text1"/>
          <w:sz w:val="38"/>
          <w:szCs w:val="38"/>
          <w:rtl/>
        </w:rPr>
        <w:t>5),</w:t>
      </w:r>
      <w:proofErr w:type="gramEnd"/>
      <w:r w:rsidRPr="005117ED">
        <w:rPr>
          <w:rFonts w:cs="Sakkal Majalla"/>
          <w:color w:val="000000" w:themeColor="text1"/>
          <w:sz w:val="38"/>
          <w:szCs w:val="38"/>
          <w:rtl/>
        </w:rPr>
        <w:t xml:space="preserve"> 525-544.</w:t>
      </w:r>
    </w:p>
    <w:p w:rsidR="00FD5E07" w:rsidRPr="005117ED" w:rsidRDefault="00FD5E07" w:rsidP="00D055A0">
      <w:pPr>
        <w:bidi w:val="0"/>
        <w:spacing w:before="0"/>
        <w:ind w:firstLine="425"/>
        <w:jc w:val="both"/>
        <w:rPr>
          <w:rFonts w:cs="Sakkal Majalla"/>
          <w:color w:val="000000" w:themeColor="text1"/>
          <w:sz w:val="38"/>
          <w:szCs w:val="38"/>
        </w:rPr>
      </w:pPr>
      <w:proofErr w:type="spellStart"/>
      <w:r w:rsidRPr="005117ED">
        <w:rPr>
          <w:rFonts w:cs="Sakkal Majalla"/>
          <w:color w:val="000000" w:themeColor="text1"/>
          <w:sz w:val="38"/>
          <w:szCs w:val="38"/>
          <w:rtl/>
        </w:rPr>
        <w:t>Likert</w:t>
      </w:r>
      <w:proofErr w:type="spellEnd"/>
      <w:r w:rsidRPr="005117ED">
        <w:rPr>
          <w:rFonts w:cs="Sakkal Majalla"/>
          <w:color w:val="000000" w:themeColor="text1"/>
          <w:sz w:val="38"/>
          <w:szCs w:val="38"/>
          <w:rtl/>
        </w:rPr>
        <w:t xml:space="preserve">, R. (1932). A </w:t>
      </w:r>
      <w:proofErr w:type="spellStart"/>
      <w:r w:rsidRPr="005117ED">
        <w:rPr>
          <w:rFonts w:cs="Sakkal Majalla"/>
          <w:color w:val="000000" w:themeColor="text1"/>
          <w:sz w:val="38"/>
          <w:szCs w:val="38"/>
          <w:rtl/>
        </w:rPr>
        <w:t>technique</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for</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the</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measurement</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of</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attitudes</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Archives</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of</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Psychology</w:t>
      </w:r>
      <w:proofErr w:type="spellEnd"/>
      <w:r w:rsidRPr="005117ED">
        <w:rPr>
          <w:rFonts w:cs="Sakkal Majalla"/>
          <w:color w:val="000000" w:themeColor="text1"/>
          <w:sz w:val="38"/>
          <w:szCs w:val="38"/>
          <w:rtl/>
        </w:rPr>
        <w:t>, 22(</w:t>
      </w:r>
      <w:proofErr w:type="gramStart"/>
      <w:r w:rsidRPr="005117ED">
        <w:rPr>
          <w:rFonts w:cs="Sakkal Majalla"/>
          <w:color w:val="000000" w:themeColor="text1"/>
          <w:sz w:val="38"/>
          <w:szCs w:val="38"/>
          <w:rtl/>
        </w:rPr>
        <w:t>140),</w:t>
      </w:r>
      <w:proofErr w:type="gramEnd"/>
      <w:r w:rsidRPr="005117ED">
        <w:rPr>
          <w:rFonts w:cs="Sakkal Majalla"/>
          <w:color w:val="000000" w:themeColor="text1"/>
          <w:sz w:val="38"/>
          <w:szCs w:val="38"/>
          <w:rtl/>
        </w:rPr>
        <w:t xml:space="preserve"> 1-55.</w:t>
      </w:r>
    </w:p>
    <w:p w:rsidR="00FD5E07" w:rsidRPr="005117ED" w:rsidRDefault="00FD5E07" w:rsidP="00D055A0">
      <w:pPr>
        <w:bidi w:val="0"/>
        <w:spacing w:before="0"/>
        <w:ind w:firstLine="425"/>
        <w:jc w:val="both"/>
        <w:rPr>
          <w:rFonts w:cs="Sakkal Majalla"/>
          <w:color w:val="000000" w:themeColor="text1"/>
          <w:sz w:val="38"/>
          <w:szCs w:val="38"/>
        </w:rPr>
      </w:pPr>
      <w:proofErr w:type="spellStart"/>
      <w:r w:rsidRPr="005117ED">
        <w:rPr>
          <w:rFonts w:cs="Sakkal Majalla"/>
          <w:color w:val="000000" w:themeColor="text1"/>
          <w:sz w:val="38"/>
          <w:szCs w:val="38"/>
          <w:rtl/>
        </w:rPr>
        <w:t>Shin</w:t>
      </w:r>
      <w:proofErr w:type="spellEnd"/>
      <w:r w:rsidRPr="005117ED">
        <w:rPr>
          <w:rFonts w:cs="Sakkal Majalla"/>
          <w:color w:val="000000" w:themeColor="text1"/>
          <w:sz w:val="38"/>
          <w:szCs w:val="38"/>
          <w:rtl/>
        </w:rPr>
        <w:t xml:space="preserve">, S. J., &amp; </w:t>
      </w:r>
      <w:proofErr w:type="spellStart"/>
      <w:r w:rsidRPr="005117ED">
        <w:rPr>
          <w:rFonts w:cs="Sakkal Majalla"/>
          <w:color w:val="000000" w:themeColor="text1"/>
          <w:sz w:val="38"/>
          <w:szCs w:val="38"/>
          <w:rtl/>
        </w:rPr>
        <w:t>Zhou</w:t>
      </w:r>
      <w:proofErr w:type="spellEnd"/>
      <w:r w:rsidRPr="005117ED">
        <w:rPr>
          <w:rFonts w:cs="Sakkal Majalla"/>
          <w:color w:val="000000" w:themeColor="text1"/>
          <w:sz w:val="38"/>
          <w:szCs w:val="38"/>
          <w:rtl/>
        </w:rPr>
        <w:t xml:space="preserve">, J. (2003). </w:t>
      </w:r>
      <w:proofErr w:type="spellStart"/>
      <w:r w:rsidRPr="005117ED">
        <w:rPr>
          <w:rFonts w:cs="Sakkal Majalla"/>
          <w:color w:val="000000" w:themeColor="text1"/>
          <w:sz w:val="38"/>
          <w:szCs w:val="38"/>
          <w:rtl/>
        </w:rPr>
        <w:t>Transformational</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leadership</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conservation</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and</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creativity</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Evidence</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from</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Korea</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Academy</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of</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Management</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Journal</w:t>
      </w:r>
      <w:proofErr w:type="spellEnd"/>
      <w:r w:rsidRPr="005117ED">
        <w:rPr>
          <w:rFonts w:cs="Sakkal Majalla"/>
          <w:color w:val="000000" w:themeColor="text1"/>
          <w:sz w:val="38"/>
          <w:szCs w:val="38"/>
          <w:rtl/>
        </w:rPr>
        <w:t>, 46(</w:t>
      </w:r>
      <w:proofErr w:type="gramStart"/>
      <w:r w:rsidRPr="005117ED">
        <w:rPr>
          <w:rFonts w:cs="Sakkal Majalla"/>
          <w:color w:val="000000" w:themeColor="text1"/>
          <w:sz w:val="38"/>
          <w:szCs w:val="38"/>
          <w:rtl/>
        </w:rPr>
        <w:t>6),</w:t>
      </w:r>
      <w:proofErr w:type="gramEnd"/>
      <w:r w:rsidRPr="005117ED">
        <w:rPr>
          <w:rFonts w:cs="Sakkal Majalla"/>
          <w:color w:val="000000" w:themeColor="text1"/>
          <w:sz w:val="38"/>
          <w:szCs w:val="38"/>
          <w:rtl/>
        </w:rPr>
        <w:t xml:space="preserve"> 703-714.</w:t>
      </w:r>
    </w:p>
    <w:p w:rsidR="00FD5E07" w:rsidRPr="005117ED" w:rsidRDefault="00FD5E07" w:rsidP="00D055A0">
      <w:pPr>
        <w:bidi w:val="0"/>
        <w:spacing w:before="0"/>
        <w:ind w:firstLine="425"/>
        <w:jc w:val="both"/>
        <w:rPr>
          <w:rFonts w:cs="Sakkal Majalla"/>
          <w:color w:val="000000" w:themeColor="text1"/>
          <w:sz w:val="38"/>
          <w:szCs w:val="38"/>
        </w:rPr>
      </w:pPr>
      <w:proofErr w:type="spellStart"/>
      <w:r w:rsidRPr="005117ED">
        <w:rPr>
          <w:rFonts w:cs="Sakkal Majalla"/>
          <w:color w:val="000000" w:themeColor="text1"/>
          <w:sz w:val="38"/>
          <w:szCs w:val="38"/>
          <w:rtl/>
        </w:rPr>
        <w:lastRenderedPageBreak/>
        <w:t>Woodman</w:t>
      </w:r>
      <w:proofErr w:type="spellEnd"/>
      <w:r w:rsidRPr="005117ED">
        <w:rPr>
          <w:rFonts w:cs="Sakkal Majalla"/>
          <w:color w:val="000000" w:themeColor="text1"/>
          <w:sz w:val="38"/>
          <w:szCs w:val="38"/>
          <w:rtl/>
        </w:rPr>
        <w:t xml:space="preserve">, R. W., </w:t>
      </w:r>
      <w:proofErr w:type="spellStart"/>
      <w:r w:rsidRPr="005117ED">
        <w:rPr>
          <w:rFonts w:cs="Sakkal Majalla"/>
          <w:color w:val="000000" w:themeColor="text1"/>
          <w:sz w:val="38"/>
          <w:szCs w:val="38"/>
          <w:rtl/>
        </w:rPr>
        <w:t>Sawyer</w:t>
      </w:r>
      <w:proofErr w:type="spellEnd"/>
      <w:r w:rsidRPr="005117ED">
        <w:rPr>
          <w:rFonts w:cs="Sakkal Majalla"/>
          <w:color w:val="000000" w:themeColor="text1"/>
          <w:sz w:val="38"/>
          <w:szCs w:val="38"/>
          <w:rtl/>
        </w:rPr>
        <w:t xml:space="preserve">, J. E., &amp; </w:t>
      </w:r>
      <w:proofErr w:type="spellStart"/>
      <w:r w:rsidRPr="005117ED">
        <w:rPr>
          <w:rFonts w:cs="Sakkal Majalla"/>
          <w:color w:val="000000" w:themeColor="text1"/>
          <w:sz w:val="38"/>
          <w:szCs w:val="38"/>
          <w:rtl/>
        </w:rPr>
        <w:t>Griffin</w:t>
      </w:r>
      <w:proofErr w:type="spellEnd"/>
      <w:r w:rsidRPr="005117ED">
        <w:rPr>
          <w:rFonts w:cs="Sakkal Majalla"/>
          <w:color w:val="000000" w:themeColor="text1"/>
          <w:sz w:val="38"/>
          <w:szCs w:val="38"/>
          <w:rtl/>
        </w:rPr>
        <w:t xml:space="preserve">, R. W. (1993). </w:t>
      </w:r>
      <w:proofErr w:type="spellStart"/>
      <w:r w:rsidRPr="005117ED">
        <w:rPr>
          <w:rFonts w:cs="Sakkal Majalla"/>
          <w:color w:val="000000" w:themeColor="text1"/>
          <w:sz w:val="38"/>
          <w:szCs w:val="38"/>
          <w:rtl/>
        </w:rPr>
        <w:t>Toward</w:t>
      </w:r>
      <w:proofErr w:type="spellEnd"/>
      <w:r w:rsidRPr="005117ED">
        <w:rPr>
          <w:rFonts w:cs="Sakkal Majalla"/>
          <w:color w:val="000000" w:themeColor="text1"/>
          <w:sz w:val="38"/>
          <w:szCs w:val="38"/>
          <w:rtl/>
        </w:rPr>
        <w:t xml:space="preserve"> a </w:t>
      </w:r>
      <w:proofErr w:type="spellStart"/>
      <w:r w:rsidRPr="005117ED">
        <w:rPr>
          <w:rFonts w:cs="Sakkal Majalla"/>
          <w:color w:val="000000" w:themeColor="text1"/>
          <w:sz w:val="38"/>
          <w:szCs w:val="38"/>
          <w:rtl/>
        </w:rPr>
        <w:t>theory</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of</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organizational</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creativity</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Academy</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of</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Management</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Review</w:t>
      </w:r>
      <w:proofErr w:type="spellEnd"/>
      <w:r w:rsidRPr="005117ED">
        <w:rPr>
          <w:rFonts w:cs="Sakkal Majalla"/>
          <w:color w:val="000000" w:themeColor="text1"/>
          <w:sz w:val="38"/>
          <w:szCs w:val="38"/>
          <w:rtl/>
        </w:rPr>
        <w:t>, 18(</w:t>
      </w:r>
      <w:proofErr w:type="gramStart"/>
      <w:r w:rsidRPr="005117ED">
        <w:rPr>
          <w:rFonts w:cs="Sakkal Majalla"/>
          <w:color w:val="000000" w:themeColor="text1"/>
          <w:sz w:val="38"/>
          <w:szCs w:val="38"/>
          <w:rtl/>
        </w:rPr>
        <w:t>2),</w:t>
      </w:r>
      <w:proofErr w:type="gramEnd"/>
      <w:r w:rsidRPr="005117ED">
        <w:rPr>
          <w:rFonts w:cs="Sakkal Majalla"/>
          <w:color w:val="000000" w:themeColor="text1"/>
          <w:sz w:val="38"/>
          <w:szCs w:val="38"/>
          <w:rtl/>
        </w:rPr>
        <w:t xml:space="preserve"> 293-321.</w:t>
      </w:r>
    </w:p>
    <w:p w:rsidR="00FD5E07" w:rsidRPr="005117ED" w:rsidRDefault="00FD5E07" w:rsidP="00D055A0">
      <w:pPr>
        <w:bidi w:val="0"/>
        <w:spacing w:before="0"/>
        <w:ind w:firstLine="425"/>
        <w:jc w:val="both"/>
        <w:rPr>
          <w:rFonts w:cs="Sakkal Majalla"/>
          <w:color w:val="000000" w:themeColor="text1"/>
          <w:sz w:val="38"/>
          <w:szCs w:val="38"/>
        </w:rPr>
      </w:pPr>
      <w:proofErr w:type="spellStart"/>
      <w:r w:rsidRPr="005117ED">
        <w:rPr>
          <w:rFonts w:cs="Sakkal Majalla"/>
          <w:color w:val="000000" w:themeColor="text1"/>
          <w:sz w:val="38"/>
          <w:szCs w:val="38"/>
          <w:rtl/>
        </w:rPr>
        <w:t>World</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Intellectual</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Property</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Organization</w:t>
      </w:r>
      <w:proofErr w:type="spellEnd"/>
      <w:r w:rsidRPr="005117ED">
        <w:rPr>
          <w:rFonts w:cs="Sakkal Majalla"/>
          <w:color w:val="000000" w:themeColor="text1"/>
          <w:sz w:val="38"/>
          <w:szCs w:val="38"/>
          <w:rtl/>
        </w:rPr>
        <w:t xml:space="preserve"> (WIPO). (2024). </w:t>
      </w:r>
      <w:proofErr w:type="spellStart"/>
      <w:r w:rsidRPr="005117ED">
        <w:rPr>
          <w:rFonts w:cs="Sakkal Majalla"/>
          <w:color w:val="000000" w:themeColor="text1"/>
          <w:sz w:val="38"/>
          <w:szCs w:val="38"/>
          <w:rtl/>
        </w:rPr>
        <w:t>Global</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Innovation</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Index</w:t>
      </w:r>
      <w:proofErr w:type="spellEnd"/>
      <w:r w:rsidRPr="005117ED">
        <w:rPr>
          <w:rFonts w:cs="Sakkal Majalla"/>
          <w:color w:val="000000" w:themeColor="text1"/>
          <w:sz w:val="38"/>
          <w:szCs w:val="38"/>
          <w:rtl/>
        </w:rPr>
        <w:t xml:space="preserve"> 2024: </w:t>
      </w:r>
      <w:proofErr w:type="spellStart"/>
      <w:r w:rsidRPr="005117ED">
        <w:rPr>
          <w:rFonts w:cs="Sakkal Majalla"/>
          <w:color w:val="000000" w:themeColor="text1"/>
          <w:sz w:val="38"/>
          <w:szCs w:val="38"/>
          <w:rtl/>
        </w:rPr>
        <w:t>Saudi</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Arabia</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ranking</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profile</w:t>
      </w:r>
      <w:proofErr w:type="spellEnd"/>
      <w:r w:rsidRPr="005117ED">
        <w:rPr>
          <w:rFonts w:cs="Sakkal Majalla"/>
          <w:color w:val="000000" w:themeColor="text1"/>
          <w:sz w:val="38"/>
          <w:szCs w:val="38"/>
          <w:rtl/>
        </w:rPr>
        <w:t>.</w:t>
      </w:r>
    </w:p>
    <w:p w:rsidR="00FD5E07" w:rsidRPr="005117ED" w:rsidRDefault="00FD5E07" w:rsidP="00D055A0">
      <w:pPr>
        <w:bidi w:val="0"/>
        <w:spacing w:before="0"/>
        <w:ind w:firstLine="425"/>
        <w:jc w:val="both"/>
        <w:rPr>
          <w:rFonts w:cs="Sakkal Majalla"/>
          <w:color w:val="000000" w:themeColor="text1"/>
          <w:sz w:val="38"/>
          <w:szCs w:val="38"/>
        </w:rPr>
      </w:pPr>
      <w:proofErr w:type="spellStart"/>
      <w:r w:rsidRPr="005117ED">
        <w:rPr>
          <w:rFonts w:cs="Sakkal Majalla"/>
          <w:color w:val="000000" w:themeColor="text1"/>
          <w:sz w:val="38"/>
          <w:szCs w:val="38"/>
          <w:rtl/>
        </w:rPr>
        <w:t>World</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Intellectual</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Property</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Organization</w:t>
      </w:r>
      <w:proofErr w:type="spellEnd"/>
      <w:r w:rsidRPr="005117ED">
        <w:rPr>
          <w:rFonts w:cs="Sakkal Majalla"/>
          <w:color w:val="000000" w:themeColor="text1"/>
          <w:sz w:val="38"/>
          <w:szCs w:val="38"/>
          <w:rtl/>
        </w:rPr>
        <w:t xml:space="preserve"> (WIPO). (2025). </w:t>
      </w:r>
      <w:proofErr w:type="spellStart"/>
      <w:r w:rsidRPr="005117ED">
        <w:rPr>
          <w:rFonts w:cs="Sakkal Majalla"/>
          <w:color w:val="000000" w:themeColor="text1"/>
          <w:sz w:val="38"/>
          <w:szCs w:val="38"/>
          <w:rtl/>
        </w:rPr>
        <w:t>Global</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Innovation</w:t>
      </w:r>
      <w:proofErr w:type="spellEnd"/>
      <w:r w:rsidRPr="005117ED">
        <w:rPr>
          <w:rFonts w:cs="Sakkal Majalla"/>
          <w:color w:val="000000" w:themeColor="text1"/>
          <w:sz w:val="38"/>
          <w:szCs w:val="38"/>
          <w:rtl/>
        </w:rPr>
        <w:t xml:space="preserve"> </w:t>
      </w:r>
      <w:proofErr w:type="spellStart"/>
      <w:r w:rsidRPr="005117ED">
        <w:rPr>
          <w:rFonts w:cs="Sakkal Majalla"/>
          <w:color w:val="000000" w:themeColor="text1"/>
          <w:sz w:val="38"/>
          <w:szCs w:val="38"/>
          <w:rtl/>
        </w:rPr>
        <w:t>Index</w:t>
      </w:r>
      <w:proofErr w:type="spellEnd"/>
      <w:r w:rsidRPr="005117ED">
        <w:rPr>
          <w:rFonts w:cs="Sakkal Majalla"/>
          <w:color w:val="000000" w:themeColor="text1"/>
          <w:sz w:val="38"/>
          <w:szCs w:val="38"/>
          <w:rtl/>
        </w:rPr>
        <w:t xml:space="preserve"> 2025 </w:t>
      </w:r>
      <w:proofErr w:type="spellStart"/>
      <w:r w:rsidRPr="005117ED">
        <w:rPr>
          <w:rFonts w:cs="Sakkal Majalla"/>
          <w:color w:val="000000" w:themeColor="text1"/>
          <w:sz w:val="38"/>
          <w:szCs w:val="38"/>
          <w:rtl/>
        </w:rPr>
        <w:t>results</w:t>
      </w:r>
      <w:proofErr w:type="spellEnd"/>
      <w:r w:rsidRPr="005117ED">
        <w:rPr>
          <w:rFonts w:cs="Sakkal Majalla"/>
          <w:color w:val="000000" w:themeColor="text1"/>
          <w:sz w:val="38"/>
          <w:szCs w:val="38"/>
          <w:rtl/>
        </w:rPr>
        <w:t>.</w:t>
      </w:r>
    </w:p>
    <w:p w:rsidR="00FD5E07" w:rsidRPr="005117ED" w:rsidRDefault="00FD5E07" w:rsidP="00D055A0">
      <w:pPr>
        <w:bidi w:val="0"/>
        <w:spacing w:before="0"/>
        <w:ind w:firstLine="0"/>
        <w:jc w:val="both"/>
        <w:rPr>
          <w:rFonts w:cs="Sakkal Majalla"/>
          <w:color w:val="000000" w:themeColor="text1"/>
          <w:sz w:val="38"/>
          <w:szCs w:val="38"/>
        </w:rPr>
      </w:pPr>
      <w:proofErr w:type="spellStart"/>
      <w:r w:rsidRPr="005117ED">
        <w:rPr>
          <w:rFonts w:cs="Sakkal Majalla"/>
          <w:color w:val="000000" w:themeColor="text1"/>
          <w:sz w:val="38"/>
          <w:szCs w:val="38"/>
        </w:rPr>
        <w:t>Amabile</w:t>
      </w:r>
      <w:proofErr w:type="spellEnd"/>
      <w:r w:rsidRPr="005117ED">
        <w:rPr>
          <w:rFonts w:cs="Sakkal Majalla"/>
          <w:color w:val="000000" w:themeColor="text1"/>
          <w:sz w:val="38"/>
          <w:szCs w:val="38"/>
        </w:rPr>
        <w:t>, T. M. (1988). A model of creativity and innovation in organizations. Research in Organizational Behavior, 10, 123-167.</w:t>
      </w:r>
    </w:p>
    <w:p w:rsidR="00FD5E07" w:rsidRPr="005117ED" w:rsidRDefault="00FD5E07" w:rsidP="00D055A0">
      <w:pPr>
        <w:bidi w:val="0"/>
        <w:spacing w:before="0"/>
        <w:ind w:firstLine="425"/>
        <w:jc w:val="both"/>
        <w:rPr>
          <w:rFonts w:cs="Sakkal Majalla"/>
          <w:color w:val="000000" w:themeColor="text1"/>
          <w:sz w:val="38"/>
          <w:szCs w:val="38"/>
        </w:rPr>
      </w:pPr>
      <w:proofErr w:type="spellStart"/>
      <w:r w:rsidRPr="005117ED">
        <w:rPr>
          <w:rFonts w:cs="Sakkal Majalla"/>
          <w:color w:val="000000" w:themeColor="text1"/>
          <w:sz w:val="38"/>
          <w:szCs w:val="38"/>
        </w:rPr>
        <w:t>Amabile</w:t>
      </w:r>
      <w:proofErr w:type="spellEnd"/>
      <w:r w:rsidRPr="005117ED">
        <w:rPr>
          <w:rFonts w:cs="Sakkal Majalla"/>
          <w:color w:val="000000" w:themeColor="text1"/>
          <w:sz w:val="38"/>
          <w:szCs w:val="38"/>
        </w:rPr>
        <w:t>, T. M., &amp; Pratt, M. G. (2016). The dynamic componential model of creativity and innovation in organizations. Research in Organizational Behavior, 36, 157-183.</w:t>
      </w:r>
    </w:p>
    <w:p w:rsidR="00FD5E07" w:rsidRPr="005117ED" w:rsidRDefault="00FD5E07" w:rsidP="00D055A0">
      <w:pPr>
        <w:bidi w:val="0"/>
        <w:spacing w:before="0"/>
        <w:ind w:firstLine="425"/>
        <w:jc w:val="both"/>
        <w:rPr>
          <w:rFonts w:cs="Sakkal Majalla"/>
          <w:color w:val="000000" w:themeColor="text1"/>
          <w:sz w:val="38"/>
          <w:szCs w:val="38"/>
        </w:rPr>
      </w:pPr>
      <w:r w:rsidRPr="005117ED">
        <w:rPr>
          <w:rFonts w:cs="Sakkal Majalla"/>
          <w:color w:val="000000" w:themeColor="text1"/>
          <w:sz w:val="38"/>
          <w:szCs w:val="38"/>
        </w:rPr>
        <w:t xml:space="preserve">Anderson, N., </w:t>
      </w:r>
      <w:proofErr w:type="spellStart"/>
      <w:r w:rsidRPr="005117ED">
        <w:rPr>
          <w:rFonts w:cs="Sakkal Majalla"/>
          <w:color w:val="000000" w:themeColor="text1"/>
          <w:sz w:val="38"/>
          <w:szCs w:val="38"/>
        </w:rPr>
        <w:t>Potočnik</w:t>
      </w:r>
      <w:proofErr w:type="spellEnd"/>
      <w:r w:rsidRPr="005117ED">
        <w:rPr>
          <w:rFonts w:cs="Sakkal Majalla"/>
          <w:color w:val="000000" w:themeColor="text1"/>
          <w:sz w:val="38"/>
          <w:szCs w:val="38"/>
        </w:rPr>
        <w:t>, K., &amp; Zhou, J. (2014). Innovation and creativity in organizations: A state-of-the-science review. Journal of Management, 40(5), 1297-1333.</w:t>
      </w:r>
    </w:p>
    <w:p w:rsidR="00FD5E07" w:rsidRPr="005117ED" w:rsidRDefault="00FD5E07" w:rsidP="00D055A0">
      <w:pPr>
        <w:bidi w:val="0"/>
        <w:spacing w:before="0"/>
        <w:ind w:firstLine="425"/>
        <w:jc w:val="both"/>
        <w:rPr>
          <w:rFonts w:cs="Sakkal Majalla"/>
          <w:color w:val="000000" w:themeColor="text1"/>
          <w:sz w:val="38"/>
          <w:szCs w:val="38"/>
        </w:rPr>
      </w:pPr>
      <w:r w:rsidRPr="005117ED">
        <w:rPr>
          <w:rFonts w:cs="Sakkal Majalla"/>
          <w:color w:val="000000" w:themeColor="text1"/>
          <w:sz w:val="38"/>
          <w:szCs w:val="38"/>
        </w:rPr>
        <w:t xml:space="preserve">Bass, B. M., &amp; </w:t>
      </w:r>
      <w:proofErr w:type="spellStart"/>
      <w:r w:rsidRPr="005117ED">
        <w:rPr>
          <w:rFonts w:cs="Sakkal Majalla"/>
          <w:color w:val="000000" w:themeColor="text1"/>
          <w:sz w:val="38"/>
          <w:szCs w:val="38"/>
        </w:rPr>
        <w:t>Avolio</w:t>
      </w:r>
      <w:proofErr w:type="spellEnd"/>
      <w:r w:rsidRPr="005117ED">
        <w:rPr>
          <w:rFonts w:cs="Sakkal Majalla"/>
          <w:color w:val="000000" w:themeColor="text1"/>
          <w:sz w:val="38"/>
          <w:szCs w:val="38"/>
        </w:rPr>
        <w:t>, B. J. (1994). Improving Organizational Effectiveness through Transformational Leadership. Sage.</w:t>
      </w:r>
    </w:p>
    <w:p w:rsidR="00FD5E07" w:rsidRPr="005117ED" w:rsidRDefault="00FD5E07" w:rsidP="00D055A0">
      <w:pPr>
        <w:bidi w:val="0"/>
        <w:spacing w:before="0"/>
        <w:ind w:firstLine="425"/>
        <w:jc w:val="both"/>
        <w:rPr>
          <w:rFonts w:cs="Sakkal Majalla"/>
          <w:color w:val="000000" w:themeColor="text1"/>
          <w:sz w:val="38"/>
          <w:szCs w:val="38"/>
        </w:rPr>
      </w:pPr>
      <w:proofErr w:type="spellStart"/>
      <w:r w:rsidRPr="005117ED">
        <w:rPr>
          <w:rFonts w:cs="Sakkal Majalla"/>
          <w:color w:val="000000" w:themeColor="text1"/>
          <w:sz w:val="38"/>
          <w:szCs w:val="38"/>
        </w:rPr>
        <w:t>Deci</w:t>
      </w:r>
      <w:proofErr w:type="spellEnd"/>
      <w:r w:rsidRPr="005117ED">
        <w:rPr>
          <w:rFonts w:cs="Sakkal Majalla"/>
          <w:color w:val="000000" w:themeColor="text1"/>
          <w:sz w:val="38"/>
          <w:szCs w:val="38"/>
        </w:rPr>
        <w:t xml:space="preserve">, E. L., &amp; Ryan, R. M. (2000). </w:t>
      </w:r>
      <w:proofErr w:type="gramStart"/>
      <w:r w:rsidRPr="005117ED">
        <w:rPr>
          <w:rFonts w:cs="Sakkal Majalla"/>
          <w:color w:val="000000" w:themeColor="text1"/>
          <w:sz w:val="38"/>
          <w:szCs w:val="38"/>
        </w:rPr>
        <w:t>The what</w:t>
      </w:r>
      <w:proofErr w:type="gramEnd"/>
      <w:r w:rsidRPr="005117ED">
        <w:rPr>
          <w:rFonts w:cs="Sakkal Majalla"/>
          <w:color w:val="000000" w:themeColor="text1"/>
          <w:sz w:val="38"/>
          <w:szCs w:val="38"/>
        </w:rPr>
        <w:t xml:space="preserve"> and why of goal pursuits. Psychological Inquiry, 11(4), 227-268.</w:t>
      </w:r>
    </w:p>
    <w:p w:rsidR="00FD5E07" w:rsidRPr="005117ED" w:rsidRDefault="00FD5E07" w:rsidP="00D055A0">
      <w:pPr>
        <w:bidi w:val="0"/>
        <w:spacing w:before="0"/>
        <w:ind w:firstLine="425"/>
        <w:jc w:val="both"/>
        <w:rPr>
          <w:rFonts w:cs="Sakkal Majalla"/>
          <w:color w:val="000000" w:themeColor="text1"/>
          <w:sz w:val="38"/>
          <w:szCs w:val="38"/>
        </w:rPr>
      </w:pPr>
      <w:r w:rsidRPr="005117ED">
        <w:rPr>
          <w:rFonts w:cs="Sakkal Majalla"/>
          <w:color w:val="000000" w:themeColor="text1"/>
          <w:sz w:val="38"/>
          <w:szCs w:val="38"/>
        </w:rPr>
        <w:t>Edmondson, A. (1999). Psychological safety and learning behavior in work teams. Administrative Science Quarterly, 44(2), 350-383.</w:t>
      </w:r>
    </w:p>
    <w:p w:rsidR="00FD5E07" w:rsidRPr="005117ED" w:rsidRDefault="00FD5E07" w:rsidP="00D055A0">
      <w:pPr>
        <w:bidi w:val="0"/>
        <w:spacing w:before="0"/>
        <w:ind w:firstLine="425"/>
        <w:jc w:val="both"/>
        <w:rPr>
          <w:rFonts w:cs="Sakkal Majalla"/>
          <w:color w:val="000000" w:themeColor="text1"/>
          <w:sz w:val="38"/>
          <w:szCs w:val="38"/>
        </w:rPr>
      </w:pPr>
      <w:r w:rsidRPr="005117ED">
        <w:rPr>
          <w:rFonts w:cs="Sakkal Majalla"/>
          <w:color w:val="000000" w:themeColor="text1"/>
          <w:sz w:val="38"/>
          <w:szCs w:val="38"/>
        </w:rPr>
        <w:t>Field, A. (2018). Discovering Statistics Using IBM SPSS Statistics (</w:t>
      </w:r>
      <w:proofErr w:type="gramStart"/>
      <w:r w:rsidRPr="005117ED">
        <w:rPr>
          <w:rFonts w:cs="Sakkal Majalla"/>
          <w:color w:val="000000" w:themeColor="text1"/>
          <w:sz w:val="38"/>
          <w:szCs w:val="38"/>
        </w:rPr>
        <w:t>5th</w:t>
      </w:r>
      <w:proofErr w:type="gramEnd"/>
      <w:r w:rsidRPr="005117ED">
        <w:rPr>
          <w:rFonts w:cs="Sakkal Majalla"/>
          <w:color w:val="000000" w:themeColor="text1"/>
          <w:sz w:val="38"/>
          <w:szCs w:val="38"/>
        </w:rPr>
        <w:t xml:space="preserve"> ed.). Sage.</w:t>
      </w:r>
    </w:p>
    <w:p w:rsidR="00FD5E07" w:rsidRPr="005117ED" w:rsidRDefault="00FD5E07" w:rsidP="00D055A0">
      <w:pPr>
        <w:bidi w:val="0"/>
        <w:spacing w:before="0"/>
        <w:ind w:firstLine="425"/>
        <w:jc w:val="both"/>
        <w:rPr>
          <w:rFonts w:cs="Sakkal Majalla"/>
          <w:color w:val="000000" w:themeColor="text1"/>
          <w:sz w:val="38"/>
          <w:szCs w:val="38"/>
        </w:rPr>
      </w:pPr>
      <w:r w:rsidRPr="005117ED">
        <w:rPr>
          <w:rFonts w:cs="Sakkal Majalla"/>
          <w:color w:val="000000" w:themeColor="text1"/>
          <w:sz w:val="38"/>
          <w:szCs w:val="38"/>
        </w:rPr>
        <w:t xml:space="preserve">Hair, J. F., Black, W. C., </w:t>
      </w:r>
      <w:proofErr w:type="spellStart"/>
      <w:r w:rsidRPr="005117ED">
        <w:rPr>
          <w:rFonts w:cs="Sakkal Majalla"/>
          <w:color w:val="000000" w:themeColor="text1"/>
          <w:sz w:val="38"/>
          <w:szCs w:val="38"/>
        </w:rPr>
        <w:t>Babin</w:t>
      </w:r>
      <w:proofErr w:type="spellEnd"/>
      <w:r w:rsidRPr="005117ED">
        <w:rPr>
          <w:rFonts w:cs="Sakkal Majalla"/>
          <w:color w:val="000000" w:themeColor="text1"/>
          <w:sz w:val="38"/>
          <w:szCs w:val="38"/>
        </w:rPr>
        <w:t xml:space="preserve">, B. J., &amp; Anderson, R. E. (2019). Multivariate Data Analysis (8th </w:t>
      </w:r>
      <w:proofErr w:type="gramStart"/>
      <w:r w:rsidRPr="005117ED">
        <w:rPr>
          <w:rFonts w:cs="Sakkal Majalla"/>
          <w:color w:val="000000" w:themeColor="text1"/>
          <w:sz w:val="38"/>
          <w:szCs w:val="38"/>
        </w:rPr>
        <w:t>ed</w:t>
      </w:r>
      <w:proofErr w:type="gramEnd"/>
      <w:r w:rsidRPr="005117ED">
        <w:rPr>
          <w:rFonts w:cs="Sakkal Majalla"/>
          <w:color w:val="000000" w:themeColor="text1"/>
          <w:sz w:val="38"/>
          <w:szCs w:val="38"/>
        </w:rPr>
        <w:t>.). Cengage.</w:t>
      </w:r>
    </w:p>
    <w:p w:rsidR="00FD5E07" w:rsidRPr="005117ED" w:rsidRDefault="00FD5E07" w:rsidP="00D055A0">
      <w:pPr>
        <w:bidi w:val="0"/>
        <w:spacing w:before="0"/>
        <w:ind w:firstLine="425"/>
        <w:jc w:val="both"/>
        <w:rPr>
          <w:rFonts w:cs="Sakkal Majalla"/>
          <w:color w:val="000000" w:themeColor="text1"/>
          <w:sz w:val="38"/>
          <w:szCs w:val="38"/>
        </w:rPr>
      </w:pPr>
      <w:proofErr w:type="spellStart"/>
      <w:r w:rsidRPr="005117ED">
        <w:rPr>
          <w:rFonts w:cs="Sakkal Majalla"/>
          <w:color w:val="000000" w:themeColor="text1"/>
          <w:sz w:val="38"/>
          <w:szCs w:val="38"/>
        </w:rPr>
        <w:t>Henker</w:t>
      </w:r>
      <w:proofErr w:type="spellEnd"/>
      <w:r w:rsidRPr="005117ED">
        <w:rPr>
          <w:rFonts w:cs="Sakkal Majalla"/>
          <w:color w:val="000000" w:themeColor="text1"/>
          <w:sz w:val="38"/>
          <w:szCs w:val="38"/>
        </w:rPr>
        <w:t xml:space="preserve">, N., </w:t>
      </w:r>
      <w:proofErr w:type="spellStart"/>
      <w:r w:rsidRPr="005117ED">
        <w:rPr>
          <w:rFonts w:cs="Sakkal Majalla"/>
          <w:color w:val="000000" w:themeColor="text1"/>
          <w:sz w:val="38"/>
          <w:szCs w:val="38"/>
        </w:rPr>
        <w:t>Sonnentag</w:t>
      </w:r>
      <w:proofErr w:type="spellEnd"/>
      <w:r w:rsidRPr="005117ED">
        <w:rPr>
          <w:rFonts w:cs="Sakkal Majalla"/>
          <w:color w:val="000000" w:themeColor="text1"/>
          <w:sz w:val="38"/>
          <w:szCs w:val="38"/>
        </w:rPr>
        <w:t>, S., &amp; Unger, D. (2015). Transformational leadership and employee creativity. Journal of Organizational Behavior, 36(2), 235-259.</w:t>
      </w:r>
    </w:p>
    <w:p w:rsidR="00FD5E07" w:rsidRPr="005117ED" w:rsidRDefault="00FD5E07" w:rsidP="00D055A0">
      <w:pPr>
        <w:bidi w:val="0"/>
        <w:spacing w:before="0"/>
        <w:ind w:firstLine="425"/>
        <w:jc w:val="both"/>
        <w:rPr>
          <w:rFonts w:cs="Sakkal Majalla"/>
          <w:color w:val="000000" w:themeColor="text1"/>
          <w:sz w:val="38"/>
          <w:szCs w:val="38"/>
        </w:rPr>
      </w:pPr>
      <w:r w:rsidRPr="005117ED">
        <w:rPr>
          <w:rFonts w:cs="Sakkal Majalla"/>
          <w:color w:val="000000" w:themeColor="text1"/>
          <w:sz w:val="38"/>
          <w:szCs w:val="38"/>
        </w:rPr>
        <w:t xml:space="preserve">Hughes, D. J., Lee, A., Tian, A. W., Newman, A., &amp; </w:t>
      </w:r>
      <w:proofErr w:type="spellStart"/>
      <w:r w:rsidRPr="005117ED">
        <w:rPr>
          <w:rFonts w:cs="Sakkal Majalla"/>
          <w:color w:val="000000" w:themeColor="text1"/>
          <w:sz w:val="38"/>
          <w:szCs w:val="38"/>
        </w:rPr>
        <w:t>Legood</w:t>
      </w:r>
      <w:proofErr w:type="spellEnd"/>
      <w:r w:rsidRPr="005117ED">
        <w:rPr>
          <w:rFonts w:cs="Sakkal Majalla"/>
          <w:color w:val="000000" w:themeColor="text1"/>
          <w:sz w:val="38"/>
          <w:szCs w:val="38"/>
        </w:rPr>
        <w:t>, A. (2018). Leadership, creativity, and innovation: A critical review. The Leadership Quarterly, 29(5), 549-569.</w:t>
      </w:r>
    </w:p>
    <w:p w:rsidR="00FD5E07" w:rsidRPr="005117ED" w:rsidRDefault="00FD5E07" w:rsidP="00D055A0">
      <w:pPr>
        <w:bidi w:val="0"/>
        <w:spacing w:before="0"/>
        <w:ind w:firstLine="425"/>
        <w:jc w:val="both"/>
        <w:rPr>
          <w:rFonts w:cs="Sakkal Majalla"/>
          <w:color w:val="000000" w:themeColor="text1"/>
          <w:sz w:val="38"/>
          <w:szCs w:val="38"/>
        </w:rPr>
      </w:pPr>
      <w:proofErr w:type="spellStart"/>
      <w:r w:rsidRPr="005117ED">
        <w:rPr>
          <w:rFonts w:cs="Sakkal Majalla"/>
          <w:color w:val="000000" w:themeColor="text1"/>
          <w:sz w:val="38"/>
          <w:szCs w:val="38"/>
        </w:rPr>
        <w:lastRenderedPageBreak/>
        <w:t>Khalili</w:t>
      </w:r>
      <w:proofErr w:type="spellEnd"/>
      <w:r w:rsidRPr="005117ED">
        <w:rPr>
          <w:rFonts w:cs="Sakkal Majalla"/>
          <w:color w:val="000000" w:themeColor="text1"/>
          <w:sz w:val="38"/>
          <w:szCs w:val="38"/>
        </w:rPr>
        <w:t>, A. (2016). Linking transformational leadership, creativity, innovation, and innovation-supportive climate. Management Decision, 54(9), 2277-2293.</w:t>
      </w:r>
    </w:p>
    <w:p w:rsidR="00FD5E07" w:rsidRPr="005117ED" w:rsidRDefault="00FD5E07" w:rsidP="00D055A0">
      <w:pPr>
        <w:bidi w:val="0"/>
        <w:spacing w:before="0"/>
        <w:ind w:firstLine="425"/>
        <w:jc w:val="both"/>
        <w:rPr>
          <w:rFonts w:cs="Sakkal Majalla"/>
          <w:color w:val="000000" w:themeColor="text1"/>
          <w:sz w:val="38"/>
          <w:szCs w:val="38"/>
        </w:rPr>
      </w:pPr>
      <w:r w:rsidRPr="005117ED">
        <w:rPr>
          <w:rFonts w:cs="Sakkal Majalla"/>
          <w:color w:val="000000" w:themeColor="text1"/>
          <w:sz w:val="38"/>
          <w:szCs w:val="38"/>
        </w:rPr>
        <w:t>Ma, X., &amp; Jiang, W. (2018). Transformational leadership, transactional leadership, and employee creativity in entrepreneurial firms. Journal of Applied Behavioral Science, 54(3), 302-324.</w:t>
      </w:r>
    </w:p>
    <w:p w:rsidR="00FD5E07" w:rsidRPr="005117ED" w:rsidRDefault="00FD5E07" w:rsidP="00D055A0">
      <w:pPr>
        <w:bidi w:val="0"/>
        <w:spacing w:before="0"/>
        <w:ind w:firstLine="425"/>
        <w:jc w:val="both"/>
        <w:rPr>
          <w:rFonts w:cs="Sakkal Majalla"/>
          <w:color w:val="000000" w:themeColor="text1"/>
          <w:sz w:val="38"/>
          <w:szCs w:val="38"/>
        </w:rPr>
      </w:pPr>
      <w:r w:rsidRPr="005117ED">
        <w:rPr>
          <w:rFonts w:cs="Sakkal Majalla"/>
          <w:color w:val="000000" w:themeColor="text1"/>
          <w:sz w:val="38"/>
          <w:szCs w:val="38"/>
        </w:rPr>
        <w:t xml:space="preserve">Mittal, S., &amp; </w:t>
      </w:r>
      <w:proofErr w:type="spellStart"/>
      <w:r w:rsidRPr="005117ED">
        <w:rPr>
          <w:rFonts w:cs="Sakkal Majalla"/>
          <w:color w:val="000000" w:themeColor="text1"/>
          <w:sz w:val="38"/>
          <w:szCs w:val="38"/>
        </w:rPr>
        <w:t>Dhar</w:t>
      </w:r>
      <w:proofErr w:type="spellEnd"/>
      <w:r w:rsidRPr="005117ED">
        <w:rPr>
          <w:rFonts w:cs="Sakkal Majalla"/>
          <w:color w:val="000000" w:themeColor="text1"/>
          <w:sz w:val="38"/>
          <w:szCs w:val="38"/>
        </w:rPr>
        <w:t>, R. L. (2015). Transformational leadership and employee creativity. International Journal of Contemporary Hospitality Management, 27(5), 894-910.</w:t>
      </w:r>
    </w:p>
    <w:p w:rsidR="00FD5E07" w:rsidRPr="005117ED" w:rsidRDefault="00FD5E07" w:rsidP="00D055A0">
      <w:pPr>
        <w:bidi w:val="0"/>
        <w:spacing w:before="0"/>
        <w:ind w:firstLine="425"/>
        <w:jc w:val="both"/>
        <w:rPr>
          <w:rFonts w:cs="Sakkal Majalla"/>
          <w:color w:val="000000" w:themeColor="text1"/>
          <w:sz w:val="38"/>
          <w:szCs w:val="38"/>
        </w:rPr>
      </w:pPr>
      <w:proofErr w:type="spellStart"/>
      <w:r w:rsidRPr="005117ED">
        <w:rPr>
          <w:rFonts w:cs="Sakkal Majalla"/>
          <w:color w:val="000000" w:themeColor="text1"/>
          <w:sz w:val="38"/>
          <w:szCs w:val="38"/>
        </w:rPr>
        <w:t>Podsakoff</w:t>
      </w:r>
      <w:proofErr w:type="spellEnd"/>
      <w:r w:rsidRPr="005117ED">
        <w:rPr>
          <w:rFonts w:cs="Sakkal Majalla"/>
          <w:color w:val="000000" w:themeColor="text1"/>
          <w:sz w:val="38"/>
          <w:szCs w:val="38"/>
        </w:rPr>
        <w:t xml:space="preserve">, P. M., </w:t>
      </w:r>
      <w:proofErr w:type="spellStart"/>
      <w:r w:rsidRPr="005117ED">
        <w:rPr>
          <w:rFonts w:cs="Sakkal Majalla"/>
          <w:color w:val="000000" w:themeColor="text1"/>
          <w:sz w:val="38"/>
          <w:szCs w:val="38"/>
        </w:rPr>
        <w:t>MacKenzie</w:t>
      </w:r>
      <w:proofErr w:type="spellEnd"/>
      <w:r w:rsidRPr="005117ED">
        <w:rPr>
          <w:rFonts w:cs="Sakkal Majalla"/>
          <w:color w:val="000000" w:themeColor="text1"/>
          <w:sz w:val="38"/>
          <w:szCs w:val="38"/>
        </w:rPr>
        <w:t xml:space="preserve">, S. B., Lee, J. Y., &amp; </w:t>
      </w:r>
      <w:proofErr w:type="spellStart"/>
      <w:r w:rsidRPr="005117ED">
        <w:rPr>
          <w:rFonts w:cs="Sakkal Majalla"/>
          <w:color w:val="000000" w:themeColor="text1"/>
          <w:sz w:val="38"/>
          <w:szCs w:val="38"/>
        </w:rPr>
        <w:t>Podsakoff</w:t>
      </w:r>
      <w:proofErr w:type="spellEnd"/>
      <w:r w:rsidRPr="005117ED">
        <w:rPr>
          <w:rFonts w:cs="Sakkal Majalla"/>
          <w:color w:val="000000" w:themeColor="text1"/>
          <w:sz w:val="38"/>
          <w:szCs w:val="38"/>
        </w:rPr>
        <w:t>, N. P. (2003). Common method biases in behavioral research. Journal of Applied Psychology, 88(5), 879-903.</w:t>
      </w:r>
    </w:p>
    <w:p w:rsidR="00FD5E07" w:rsidRPr="005117ED" w:rsidRDefault="00FD5E07" w:rsidP="00D055A0">
      <w:pPr>
        <w:bidi w:val="0"/>
        <w:spacing w:before="0"/>
        <w:ind w:firstLine="425"/>
        <w:jc w:val="both"/>
        <w:rPr>
          <w:rFonts w:cs="Sakkal Majalla"/>
          <w:color w:val="000000" w:themeColor="text1"/>
          <w:sz w:val="38"/>
          <w:szCs w:val="38"/>
        </w:rPr>
      </w:pPr>
      <w:r w:rsidRPr="005117ED">
        <w:rPr>
          <w:rFonts w:cs="Sakkal Majalla"/>
          <w:color w:val="000000" w:themeColor="text1"/>
          <w:sz w:val="38"/>
          <w:szCs w:val="38"/>
        </w:rPr>
        <w:t xml:space="preserve">Zhang, X., &amp; </w:t>
      </w:r>
      <w:proofErr w:type="spellStart"/>
      <w:r w:rsidRPr="005117ED">
        <w:rPr>
          <w:rFonts w:cs="Sakkal Majalla"/>
          <w:color w:val="000000" w:themeColor="text1"/>
          <w:sz w:val="38"/>
          <w:szCs w:val="38"/>
        </w:rPr>
        <w:t>Bartol</w:t>
      </w:r>
      <w:proofErr w:type="spellEnd"/>
      <w:r w:rsidRPr="005117ED">
        <w:rPr>
          <w:rFonts w:cs="Sakkal Majalla"/>
          <w:color w:val="000000" w:themeColor="text1"/>
          <w:sz w:val="38"/>
          <w:szCs w:val="38"/>
        </w:rPr>
        <w:t>, K. M. (2010). Linking empowering leadership and employee creativity. Academy of Management Journal, 53(1), 107-128.</w:t>
      </w:r>
    </w:p>
    <w:p w:rsidR="00CB5A48" w:rsidRPr="005117ED" w:rsidRDefault="00CB5A48" w:rsidP="00D055A0">
      <w:pPr>
        <w:bidi w:val="0"/>
        <w:spacing w:before="0" w:after="160" w:line="259" w:lineRule="auto"/>
        <w:ind w:firstLine="0"/>
        <w:jc w:val="left"/>
        <w:rPr>
          <w:rFonts w:eastAsia="Times New Roman" w:cs="Sakkal Majalla"/>
          <w:b/>
          <w:bCs/>
          <w:color w:val="000000" w:themeColor="text1"/>
          <w:sz w:val="40"/>
          <w:szCs w:val="40"/>
          <w:rtl/>
        </w:rPr>
      </w:pPr>
      <w:r w:rsidRPr="005117ED">
        <w:rPr>
          <w:rFonts w:eastAsia="Times New Roman" w:cs="Sakkal Majalla"/>
          <w:b/>
          <w:bCs/>
          <w:color w:val="000000" w:themeColor="text1"/>
          <w:sz w:val="40"/>
          <w:szCs w:val="40"/>
          <w:rtl/>
        </w:rPr>
        <w:br w:type="page"/>
      </w:r>
    </w:p>
    <w:p w:rsidR="00FD5E07" w:rsidRPr="005117ED" w:rsidRDefault="00FD5E07" w:rsidP="00D055A0">
      <w:pPr>
        <w:spacing w:before="0"/>
        <w:ind w:firstLine="0"/>
        <w:jc w:val="center"/>
        <w:outlineLvl w:val="0"/>
        <w:rPr>
          <w:rFonts w:eastAsia="Times New Roman" w:cs="Sakkal Majalla"/>
          <w:b/>
          <w:bCs/>
          <w:color w:val="000000" w:themeColor="text1"/>
          <w:sz w:val="40"/>
          <w:szCs w:val="40"/>
        </w:rPr>
      </w:pPr>
      <w:bookmarkStart w:id="97" w:name="_Toc233322039"/>
      <w:r w:rsidRPr="005117ED">
        <w:rPr>
          <w:rFonts w:eastAsia="Times New Roman" w:cs="Sakkal Majalla"/>
          <w:b/>
          <w:bCs/>
          <w:color w:val="000000" w:themeColor="text1"/>
          <w:sz w:val="40"/>
          <w:szCs w:val="40"/>
          <w:rtl/>
        </w:rPr>
        <w:lastRenderedPageBreak/>
        <w:t>الملاحق</w:t>
      </w:r>
      <w:bookmarkEnd w:id="97"/>
    </w:p>
    <w:p w:rsidR="00FD5E07" w:rsidRPr="005117ED" w:rsidRDefault="00FD5E07" w:rsidP="00D055A0">
      <w:pPr>
        <w:spacing w:before="0"/>
        <w:ind w:firstLine="0"/>
        <w:jc w:val="center"/>
        <w:outlineLvl w:val="0"/>
        <w:rPr>
          <w:rFonts w:eastAsia="Times New Roman" w:cs="Sakkal Majalla"/>
          <w:b/>
          <w:bCs/>
          <w:color w:val="000000" w:themeColor="text1"/>
          <w:sz w:val="40"/>
          <w:szCs w:val="40"/>
        </w:rPr>
      </w:pPr>
      <w:bookmarkStart w:id="98" w:name="_Toc233321792"/>
      <w:bookmarkStart w:id="99" w:name="_Toc233322040"/>
      <w:r w:rsidRPr="005117ED">
        <w:rPr>
          <w:rFonts w:eastAsia="Times New Roman" w:cs="Sakkal Majalla"/>
          <w:b/>
          <w:bCs/>
          <w:color w:val="000000" w:themeColor="text1"/>
          <w:sz w:val="40"/>
          <w:szCs w:val="40"/>
          <w:rtl/>
        </w:rPr>
        <w:t>ملحق (1): الاستبانة المقترحة</w:t>
      </w:r>
      <w:bookmarkEnd w:id="98"/>
      <w:bookmarkEnd w:id="99"/>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أخي/أختي المشارك/ة: تهدف هذه الاستبانة إلى قياس أثر القيادة التحويلية في تعزيز الإبداع التنظيمي في المنشآت الصغيرة والمتوسطة السعودية. جميع البيانات تستخدم لأغراض البحث العلمي، وتعرض في صورة إجمالية فقط.</w:t>
      </w:r>
    </w:p>
    <w:p w:rsidR="00FD5E07" w:rsidRPr="00D055A0" w:rsidRDefault="00FD5E07" w:rsidP="00D055A0">
      <w:pPr>
        <w:spacing w:before="0"/>
        <w:ind w:firstLine="425"/>
        <w:jc w:val="center"/>
        <w:rPr>
          <w:rFonts w:cs="Sakkal Majalla"/>
          <w:b/>
          <w:bCs/>
          <w:color w:val="000000" w:themeColor="text1"/>
          <w:sz w:val="38"/>
          <w:szCs w:val="38"/>
        </w:rPr>
      </w:pPr>
      <w:r w:rsidRPr="00D055A0">
        <w:rPr>
          <w:rFonts w:cs="Sakkal Majalla"/>
          <w:b/>
          <w:bCs/>
          <w:color w:val="000000" w:themeColor="text1"/>
          <w:sz w:val="38"/>
          <w:szCs w:val="38"/>
          <w:rtl/>
        </w:rPr>
        <w:t>القسم الأول: البيانات العامة</w:t>
      </w:r>
    </w:p>
    <w:tbl>
      <w:tblPr>
        <w:tblStyle w:val="aa"/>
        <w:bidiVisual/>
        <w:tblW w:w="0" w:type="auto"/>
        <w:tblLook w:val="04A0" w:firstRow="1" w:lastRow="0" w:firstColumn="1" w:lastColumn="0" w:noHBand="0" w:noVBand="1"/>
      </w:tblPr>
      <w:tblGrid>
        <w:gridCol w:w="3392"/>
        <w:gridCol w:w="6520"/>
      </w:tblGrid>
      <w:tr w:rsidR="00FD5E07" w:rsidRPr="005117ED" w:rsidTr="00D055A0">
        <w:trPr>
          <w:tblHeader/>
        </w:trPr>
        <w:tc>
          <w:tcPr>
            <w:tcW w:w="3392" w:type="dxa"/>
            <w:shd w:val="clear" w:color="auto" w:fill="C5E0B3" w:themeFill="accent6" w:themeFillTint="66"/>
            <w:vAlign w:val="center"/>
          </w:tcPr>
          <w:p w:rsidR="00FD5E07" w:rsidRPr="005117ED" w:rsidRDefault="00FD5E07" w:rsidP="00D055A0">
            <w:pPr>
              <w:spacing w:before="0"/>
              <w:jc w:val="center"/>
              <w:rPr>
                <w:rFonts w:cs="Sakkal Majalla"/>
                <w:color w:val="000000" w:themeColor="text1"/>
                <w:sz w:val="38"/>
                <w:szCs w:val="38"/>
              </w:rPr>
            </w:pPr>
            <w:r w:rsidRPr="005117ED">
              <w:rPr>
                <w:rFonts w:cs="Sakkal Majalla"/>
                <w:b/>
                <w:color w:val="000000" w:themeColor="text1"/>
                <w:sz w:val="38"/>
                <w:szCs w:val="38"/>
                <w:rtl/>
              </w:rPr>
              <w:t>المتغير</w:t>
            </w:r>
          </w:p>
        </w:tc>
        <w:tc>
          <w:tcPr>
            <w:tcW w:w="6520" w:type="dxa"/>
            <w:shd w:val="clear" w:color="auto" w:fill="C5E0B3" w:themeFill="accent6" w:themeFillTint="66"/>
            <w:vAlign w:val="center"/>
          </w:tcPr>
          <w:p w:rsidR="00FD5E07" w:rsidRPr="005117ED" w:rsidRDefault="00FD5E07" w:rsidP="00D055A0">
            <w:pPr>
              <w:spacing w:before="0"/>
              <w:jc w:val="center"/>
              <w:rPr>
                <w:rFonts w:cs="Sakkal Majalla"/>
                <w:color w:val="000000" w:themeColor="text1"/>
                <w:sz w:val="38"/>
                <w:szCs w:val="38"/>
              </w:rPr>
            </w:pPr>
            <w:r w:rsidRPr="005117ED">
              <w:rPr>
                <w:rFonts w:cs="Sakkal Majalla"/>
                <w:b/>
                <w:color w:val="000000" w:themeColor="text1"/>
                <w:sz w:val="38"/>
                <w:szCs w:val="38"/>
                <w:rtl/>
              </w:rPr>
              <w:t>الفئات</w:t>
            </w:r>
          </w:p>
        </w:tc>
      </w:tr>
      <w:tr w:rsidR="00FD5E07" w:rsidRPr="005117ED" w:rsidTr="00D055A0">
        <w:tc>
          <w:tcPr>
            <w:tcW w:w="3392" w:type="dxa"/>
            <w:vAlign w:val="center"/>
          </w:tcPr>
          <w:p w:rsidR="00FD5E07" w:rsidRPr="005117ED" w:rsidRDefault="00FD5E07" w:rsidP="00D055A0">
            <w:pPr>
              <w:spacing w:before="0"/>
              <w:jc w:val="center"/>
              <w:rPr>
                <w:rFonts w:cs="Sakkal Majalla"/>
                <w:color w:val="000000" w:themeColor="text1"/>
                <w:sz w:val="38"/>
                <w:szCs w:val="38"/>
              </w:rPr>
            </w:pPr>
            <w:r w:rsidRPr="005117ED">
              <w:rPr>
                <w:rFonts w:cs="Sakkal Majalla"/>
                <w:color w:val="000000" w:themeColor="text1"/>
                <w:sz w:val="38"/>
                <w:szCs w:val="38"/>
                <w:rtl/>
              </w:rPr>
              <w:t>الجنس</w:t>
            </w:r>
          </w:p>
        </w:tc>
        <w:tc>
          <w:tcPr>
            <w:tcW w:w="6520" w:type="dxa"/>
            <w:vAlign w:val="center"/>
          </w:tcPr>
          <w:p w:rsidR="00FD5E07" w:rsidRPr="005117ED" w:rsidRDefault="00FD5E07" w:rsidP="00D055A0">
            <w:pPr>
              <w:spacing w:before="0"/>
              <w:jc w:val="center"/>
              <w:rPr>
                <w:rFonts w:cs="Sakkal Majalla"/>
                <w:color w:val="000000" w:themeColor="text1"/>
                <w:sz w:val="38"/>
                <w:szCs w:val="38"/>
              </w:rPr>
            </w:pPr>
            <w:r w:rsidRPr="005117ED">
              <w:rPr>
                <w:rFonts w:cs="Sakkal Majalla"/>
                <w:color w:val="000000" w:themeColor="text1"/>
                <w:sz w:val="38"/>
                <w:szCs w:val="38"/>
                <w:rtl/>
              </w:rPr>
              <w:t>ذكر / أنثى</w:t>
            </w:r>
          </w:p>
        </w:tc>
      </w:tr>
      <w:tr w:rsidR="00FD5E07" w:rsidRPr="005117ED" w:rsidTr="00D055A0">
        <w:tc>
          <w:tcPr>
            <w:tcW w:w="3392" w:type="dxa"/>
            <w:shd w:val="clear" w:color="auto" w:fill="EDF4FA"/>
            <w:vAlign w:val="center"/>
          </w:tcPr>
          <w:p w:rsidR="00FD5E07" w:rsidRPr="005117ED" w:rsidRDefault="00FD5E07" w:rsidP="00D055A0">
            <w:pPr>
              <w:spacing w:before="0"/>
              <w:jc w:val="center"/>
              <w:rPr>
                <w:rFonts w:cs="Sakkal Majalla"/>
                <w:color w:val="000000" w:themeColor="text1"/>
                <w:sz w:val="38"/>
                <w:szCs w:val="38"/>
              </w:rPr>
            </w:pPr>
            <w:r w:rsidRPr="005117ED">
              <w:rPr>
                <w:rFonts w:cs="Sakkal Majalla"/>
                <w:color w:val="000000" w:themeColor="text1"/>
                <w:sz w:val="38"/>
                <w:szCs w:val="38"/>
                <w:rtl/>
              </w:rPr>
              <w:t>العمر</w:t>
            </w:r>
          </w:p>
        </w:tc>
        <w:tc>
          <w:tcPr>
            <w:tcW w:w="6520" w:type="dxa"/>
            <w:shd w:val="clear" w:color="auto" w:fill="EDF4FA"/>
            <w:vAlign w:val="center"/>
          </w:tcPr>
          <w:p w:rsidR="00FD5E07" w:rsidRPr="005117ED" w:rsidRDefault="00FD5E07" w:rsidP="00D055A0">
            <w:pPr>
              <w:spacing w:before="0"/>
              <w:jc w:val="center"/>
              <w:rPr>
                <w:rFonts w:cs="Sakkal Majalla"/>
                <w:color w:val="000000" w:themeColor="text1"/>
                <w:sz w:val="38"/>
                <w:szCs w:val="38"/>
              </w:rPr>
            </w:pPr>
            <w:r w:rsidRPr="005117ED">
              <w:rPr>
                <w:rFonts w:cs="Sakkal Majalla"/>
                <w:color w:val="000000" w:themeColor="text1"/>
                <w:sz w:val="38"/>
                <w:szCs w:val="38"/>
                <w:rtl/>
              </w:rPr>
              <w:t>أقل من 30 / 30-39 / 40-49 / 50 فأكثر</w:t>
            </w:r>
          </w:p>
        </w:tc>
      </w:tr>
      <w:tr w:rsidR="00FD5E07" w:rsidRPr="005117ED" w:rsidTr="00D055A0">
        <w:tc>
          <w:tcPr>
            <w:tcW w:w="3392" w:type="dxa"/>
            <w:vAlign w:val="center"/>
          </w:tcPr>
          <w:p w:rsidR="00FD5E07" w:rsidRPr="005117ED" w:rsidRDefault="00FD5E07" w:rsidP="00D055A0">
            <w:pPr>
              <w:spacing w:before="0"/>
              <w:jc w:val="center"/>
              <w:rPr>
                <w:rFonts w:cs="Sakkal Majalla"/>
                <w:color w:val="000000" w:themeColor="text1"/>
                <w:sz w:val="38"/>
                <w:szCs w:val="38"/>
              </w:rPr>
            </w:pPr>
            <w:r w:rsidRPr="005117ED">
              <w:rPr>
                <w:rFonts w:cs="Sakkal Majalla"/>
                <w:color w:val="000000" w:themeColor="text1"/>
                <w:sz w:val="38"/>
                <w:szCs w:val="38"/>
                <w:rtl/>
              </w:rPr>
              <w:t>المؤهل العلمي</w:t>
            </w:r>
          </w:p>
        </w:tc>
        <w:tc>
          <w:tcPr>
            <w:tcW w:w="6520" w:type="dxa"/>
            <w:vAlign w:val="center"/>
          </w:tcPr>
          <w:p w:rsidR="00FD5E07" w:rsidRPr="005117ED" w:rsidRDefault="00FD5E07" w:rsidP="00D055A0">
            <w:pPr>
              <w:spacing w:before="0"/>
              <w:jc w:val="center"/>
              <w:rPr>
                <w:rFonts w:cs="Sakkal Majalla"/>
                <w:color w:val="000000" w:themeColor="text1"/>
                <w:sz w:val="38"/>
                <w:szCs w:val="38"/>
              </w:rPr>
            </w:pPr>
            <w:r w:rsidRPr="005117ED">
              <w:rPr>
                <w:rFonts w:cs="Sakkal Majalla"/>
                <w:color w:val="000000" w:themeColor="text1"/>
                <w:sz w:val="38"/>
                <w:szCs w:val="38"/>
                <w:rtl/>
              </w:rPr>
              <w:t>دبلوم فأقل / بكالوريوس / دراسات عليا</w:t>
            </w:r>
          </w:p>
        </w:tc>
      </w:tr>
      <w:tr w:rsidR="00FD5E07" w:rsidRPr="005117ED" w:rsidTr="00D055A0">
        <w:tc>
          <w:tcPr>
            <w:tcW w:w="3392" w:type="dxa"/>
            <w:shd w:val="clear" w:color="auto" w:fill="EDF4FA"/>
            <w:vAlign w:val="center"/>
          </w:tcPr>
          <w:p w:rsidR="00FD5E07" w:rsidRPr="005117ED" w:rsidRDefault="00FD5E07" w:rsidP="00D055A0">
            <w:pPr>
              <w:spacing w:before="0"/>
              <w:jc w:val="center"/>
              <w:rPr>
                <w:rFonts w:cs="Sakkal Majalla"/>
                <w:color w:val="000000" w:themeColor="text1"/>
                <w:sz w:val="38"/>
                <w:szCs w:val="38"/>
              </w:rPr>
            </w:pPr>
            <w:r w:rsidRPr="005117ED">
              <w:rPr>
                <w:rFonts w:cs="Sakkal Majalla"/>
                <w:color w:val="000000" w:themeColor="text1"/>
                <w:sz w:val="38"/>
                <w:szCs w:val="38"/>
                <w:rtl/>
              </w:rPr>
              <w:t>سنوات الخبرة</w:t>
            </w:r>
          </w:p>
        </w:tc>
        <w:tc>
          <w:tcPr>
            <w:tcW w:w="6520" w:type="dxa"/>
            <w:shd w:val="clear" w:color="auto" w:fill="EDF4FA"/>
            <w:vAlign w:val="center"/>
          </w:tcPr>
          <w:p w:rsidR="00FD5E07" w:rsidRPr="005117ED" w:rsidRDefault="00FD5E07" w:rsidP="00D055A0">
            <w:pPr>
              <w:spacing w:before="0"/>
              <w:jc w:val="center"/>
              <w:rPr>
                <w:rFonts w:cs="Sakkal Majalla"/>
                <w:color w:val="000000" w:themeColor="text1"/>
                <w:sz w:val="38"/>
                <w:szCs w:val="38"/>
              </w:rPr>
            </w:pPr>
            <w:r w:rsidRPr="005117ED">
              <w:rPr>
                <w:rFonts w:cs="Sakkal Majalla"/>
                <w:color w:val="000000" w:themeColor="text1"/>
                <w:sz w:val="38"/>
                <w:szCs w:val="38"/>
                <w:rtl/>
              </w:rPr>
              <w:t>أقل من 5 / 5-10 / 11-15 / أكثر من 15</w:t>
            </w:r>
          </w:p>
        </w:tc>
      </w:tr>
      <w:tr w:rsidR="00FD5E07" w:rsidRPr="005117ED" w:rsidTr="00D055A0">
        <w:tc>
          <w:tcPr>
            <w:tcW w:w="3392" w:type="dxa"/>
            <w:vAlign w:val="center"/>
          </w:tcPr>
          <w:p w:rsidR="00FD5E07" w:rsidRPr="005117ED" w:rsidRDefault="00FD5E07" w:rsidP="00D055A0">
            <w:pPr>
              <w:spacing w:before="0"/>
              <w:jc w:val="center"/>
              <w:rPr>
                <w:rFonts w:cs="Sakkal Majalla"/>
                <w:color w:val="000000" w:themeColor="text1"/>
                <w:sz w:val="38"/>
                <w:szCs w:val="38"/>
              </w:rPr>
            </w:pPr>
            <w:r w:rsidRPr="005117ED">
              <w:rPr>
                <w:rFonts w:cs="Sakkal Majalla"/>
                <w:color w:val="000000" w:themeColor="text1"/>
                <w:sz w:val="38"/>
                <w:szCs w:val="38"/>
                <w:rtl/>
              </w:rPr>
              <w:t>حجم المنشأة</w:t>
            </w:r>
          </w:p>
        </w:tc>
        <w:tc>
          <w:tcPr>
            <w:tcW w:w="6520" w:type="dxa"/>
            <w:vAlign w:val="center"/>
          </w:tcPr>
          <w:p w:rsidR="00FD5E07" w:rsidRPr="005117ED" w:rsidRDefault="00FD5E07" w:rsidP="00D055A0">
            <w:pPr>
              <w:spacing w:before="0"/>
              <w:jc w:val="center"/>
              <w:rPr>
                <w:rFonts w:cs="Sakkal Majalla"/>
                <w:color w:val="000000" w:themeColor="text1"/>
                <w:sz w:val="38"/>
                <w:szCs w:val="38"/>
              </w:rPr>
            </w:pPr>
            <w:r w:rsidRPr="005117ED">
              <w:rPr>
                <w:rFonts w:cs="Sakkal Majalla"/>
                <w:color w:val="000000" w:themeColor="text1"/>
                <w:sz w:val="38"/>
                <w:szCs w:val="38"/>
                <w:rtl/>
              </w:rPr>
              <w:t>صغيرة / متوسطة</w:t>
            </w:r>
          </w:p>
        </w:tc>
      </w:tr>
      <w:tr w:rsidR="00FD5E07" w:rsidRPr="005117ED" w:rsidTr="00D055A0">
        <w:tc>
          <w:tcPr>
            <w:tcW w:w="3392" w:type="dxa"/>
            <w:shd w:val="clear" w:color="auto" w:fill="EDF4FA"/>
            <w:vAlign w:val="center"/>
          </w:tcPr>
          <w:p w:rsidR="00FD5E07" w:rsidRPr="005117ED" w:rsidRDefault="00FD5E07" w:rsidP="00D055A0">
            <w:pPr>
              <w:spacing w:before="0"/>
              <w:jc w:val="center"/>
              <w:rPr>
                <w:rFonts w:cs="Sakkal Majalla"/>
                <w:color w:val="000000" w:themeColor="text1"/>
                <w:sz w:val="38"/>
                <w:szCs w:val="38"/>
              </w:rPr>
            </w:pPr>
            <w:r w:rsidRPr="005117ED">
              <w:rPr>
                <w:rFonts w:cs="Sakkal Majalla"/>
                <w:color w:val="000000" w:themeColor="text1"/>
                <w:sz w:val="38"/>
                <w:szCs w:val="38"/>
                <w:rtl/>
              </w:rPr>
              <w:t>قطاع المنشأة</w:t>
            </w:r>
          </w:p>
        </w:tc>
        <w:tc>
          <w:tcPr>
            <w:tcW w:w="6520" w:type="dxa"/>
            <w:shd w:val="clear" w:color="auto" w:fill="EDF4FA"/>
            <w:vAlign w:val="center"/>
          </w:tcPr>
          <w:p w:rsidR="00FD5E07" w:rsidRPr="005117ED" w:rsidRDefault="00FD5E07" w:rsidP="00D055A0">
            <w:pPr>
              <w:spacing w:before="0"/>
              <w:jc w:val="center"/>
              <w:rPr>
                <w:rFonts w:cs="Sakkal Majalla"/>
                <w:color w:val="000000" w:themeColor="text1"/>
                <w:sz w:val="38"/>
                <w:szCs w:val="38"/>
              </w:rPr>
            </w:pPr>
            <w:r w:rsidRPr="005117ED">
              <w:rPr>
                <w:rFonts w:cs="Sakkal Majalla"/>
                <w:color w:val="000000" w:themeColor="text1"/>
                <w:sz w:val="38"/>
                <w:szCs w:val="38"/>
                <w:rtl/>
              </w:rPr>
              <w:t>خدمي / تجاري / صناعي خفيف / تقني رقمي</w:t>
            </w:r>
          </w:p>
        </w:tc>
      </w:tr>
    </w:tbl>
    <w:p w:rsidR="00FD5E07" w:rsidRPr="005117ED" w:rsidRDefault="00FD5E07" w:rsidP="00FD5E07">
      <w:pPr>
        <w:spacing w:before="0"/>
        <w:jc w:val="both"/>
        <w:rPr>
          <w:rFonts w:cs="Sakkal Majalla"/>
          <w:color w:val="000000" w:themeColor="text1"/>
          <w:sz w:val="38"/>
          <w:szCs w:val="38"/>
        </w:rPr>
      </w:pPr>
    </w:p>
    <w:p w:rsidR="00FD5E07" w:rsidRPr="00D055A0" w:rsidRDefault="00FD5E07" w:rsidP="00D055A0">
      <w:pPr>
        <w:spacing w:before="0"/>
        <w:ind w:firstLine="425"/>
        <w:jc w:val="center"/>
        <w:rPr>
          <w:rFonts w:cs="Sakkal Majalla"/>
          <w:b/>
          <w:bCs/>
          <w:color w:val="000000" w:themeColor="text1"/>
          <w:sz w:val="38"/>
          <w:szCs w:val="38"/>
        </w:rPr>
      </w:pPr>
      <w:r w:rsidRPr="00D055A0">
        <w:rPr>
          <w:rFonts w:cs="Sakkal Majalla"/>
          <w:b/>
          <w:bCs/>
          <w:color w:val="000000" w:themeColor="text1"/>
          <w:sz w:val="38"/>
          <w:szCs w:val="38"/>
          <w:rtl/>
        </w:rPr>
        <w:t>القسم الثاني: فقرات القيادة التحويلية</w:t>
      </w:r>
    </w:p>
    <w:tbl>
      <w:tblPr>
        <w:tblStyle w:val="aa"/>
        <w:bidiVisual/>
        <w:tblW w:w="0" w:type="auto"/>
        <w:tblLook w:val="04A0" w:firstRow="1" w:lastRow="0" w:firstColumn="1" w:lastColumn="0" w:noHBand="0" w:noVBand="1"/>
      </w:tblPr>
      <w:tblGrid>
        <w:gridCol w:w="2258"/>
        <w:gridCol w:w="1134"/>
        <w:gridCol w:w="6520"/>
      </w:tblGrid>
      <w:tr w:rsidR="00FD5E07" w:rsidRPr="005117ED" w:rsidTr="00D055A0">
        <w:trPr>
          <w:tblHeader/>
        </w:trPr>
        <w:tc>
          <w:tcPr>
            <w:tcW w:w="2258" w:type="dxa"/>
            <w:shd w:val="clear" w:color="auto" w:fill="C5E0B3" w:themeFill="accent6" w:themeFillTint="66"/>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b/>
                <w:color w:val="000000" w:themeColor="text1"/>
                <w:sz w:val="38"/>
                <w:szCs w:val="38"/>
                <w:rtl/>
              </w:rPr>
              <w:t>البعد</w:t>
            </w:r>
          </w:p>
        </w:tc>
        <w:tc>
          <w:tcPr>
            <w:tcW w:w="1134" w:type="dxa"/>
            <w:shd w:val="clear" w:color="auto" w:fill="C5E0B3" w:themeFill="accent6" w:themeFillTint="66"/>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b/>
                <w:color w:val="000000" w:themeColor="text1"/>
                <w:sz w:val="38"/>
                <w:szCs w:val="38"/>
                <w:rtl/>
              </w:rPr>
              <w:t>رقم الفقرة</w:t>
            </w:r>
          </w:p>
        </w:tc>
        <w:tc>
          <w:tcPr>
            <w:tcW w:w="6520" w:type="dxa"/>
            <w:shd w:val="clear" w:color="auto" w:fill="C5E0B3" w:themeFill="accent6" w:themeFillTint="66"/>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b/>
                <w:color w:val="000000" w:themeColor="text1"/>
                <w:sz w:val="38"/>
                <w:szCs w:val="38"/>
                <w:rtl/>
              </w:rPr>
              <w:t>الفقرة</w:t>
            </w:r>
          </w:p>
        </w:tc>
      </w:tr>
      <w:tr w:rsidR="00FD5E07" w:rsidRPr="005117ED" w:rsidTr="00D055A0">
        <w:tc>
          <w:tcPr>
            <w:tcW w:w="2258" w:type="dx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التأثير المثالي</w:t>
            </w:r>
          </w:p>
        </w:tc>
        <w:tc>
          <w:tcPr>
            <w:tcW w:w="1134" w:type="dx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1</w:t>
            </w:r>
          </w:p>
        </w:tc>
        <w:tc>
          <w:tcPr>
            <w:tcW w:w="6520" w:type="dx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يتصرف المدير بطريقة تجعل العاملين يثقون في قراراته.</w:t>
            </w:r>
          </w:p>
        </w:tc>
      </w:tr>
      <w:tr w:rsidR="00FD5E07" w:rsidRPr="005117ED" w:rsidTr="00D055A0">
        <w:tc>
          <w:tcPr>
            <w:tcW w:w="2258" w:type="dxa"/>
            <w:shd w:val="clear" w:color="auto" w:fill="EDF4F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التأثير المثالي</w:t>
            </w:r>
          </w:p>
        </w:tc>
        <w:tc>
          <w:tcPr>
            <w:tcW w:w="1134" w:type="dxa"/>
            <w:shd w:val="clear" w:color="auto" w:fill="EDF4F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2</w:t>
            </w:r>
          </w:p>
        </w:tc>
        <w:tc>
          <w:tcPr>
            <w:tcW w:w="6520" w:type="dxa"/>
            <w:shd w:val="clear" w:color="auto" w:fill="EDF4F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يلتزم المدير بالقيم المهنية عند التعامل مع المشكلات.</w:t>
            </w:r>
          </w:p>
        </w:tc>
      </w:tr>
      <w:tr w:rsidR="00FD5E07" w:rsidRPr="005117ED" w:rsidTr="00D055A0">
        <w:tc>
          <w:tcPr>
            <w:tcW w:w="2258" w:type="dx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التأثير المثالي</w:t>
            </w:r>
          </w:p>
        </w:tc>
        <w:tc>
          <w:tcPr>
            <w:tcW w:w="1134" w:type="dx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3</w:t>
            </w:r>
          </w:p>
        </w:tc>
        <w:tc>
          <w:tcPr>
            <w:tcW w:w="6520" w:type="dx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يمثل المدير قدوة في الانضباط وتحمل المسؤولية.</w:t>
            </w:r>
          </w:p>
        </w:tc>
      </w:tr>
      <w:tr w:rsidR="00FD5E07" w:rsidRPr="005117ED" w:rsidTr="00D055A0">
        <w:tc>
          <w:tcPr>
            <w:tcW w:w="2258" w:type="dxa"/>
            <w:shd w:val="clear" w:color="auto" w:fill="EDF4F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التأثير المثالي</w:t>
            </w:r>
          </w:p>
        </w:tc>
        <w:tc>
          <w:tcPr>
            <w:tcW w:w="1134" w:type="dxa"/>
            <w:shd w:val="clear" w:color="auto" w:fill="EDF4F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4</w:t>
            </w:r>
          </w:p>
        </w:tc>
        <w:tc>
          <w:tcPr>
            <w:tcW w:w="6520" w:type="dxa"/>
            <w:shd w:val="clear" w:color="auto" w:fill="EDF4F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يضع المدير مصلحة المنشأة فوق المصالح الشخصية.</w:t>
            </w:r>
          </w:p>
        </w:tc>
      </w:tr>
      <w:tr w:rsidR="00FD5E07" w:rsidRPr="005117ED" w:rsidTr="00D055A0">
        <w:tc>
          <w:tcPr>
            <w:tcW w:w="2258" w:type="dx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التأثير المثالي</w:t>
            </w:r>
          </w:p>
        </w:tc>
        <w:tc>
          <w:tcPr>
            <w:tcW w:w="1134" w:type="dx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5</w:t>
            </w:r>
          </w:p>
        </w:tc>
        <w:tc>
          <w:tcPr>
            <w:tcW w:w="6520" w:type="dx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يسهم سلوك المدير في بناء سمعة إيجابية للمنشأة.</w:t>
            </w:r>
          </w:p>
        </w:tc>
      </w:tr>
      <w:tr w:rsidR="00FD5E07" w:rsidRPr="005117ED" w:rsidTr="00D055A0">
        <w:tc>
          <w:tcPr>
            <w:tcW w:w="2258" w:type="dxa"/>
            <w:shd w:val="clear" w:color="auto" w:fill="EDF4F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 xml:space="preserve">التحفيز </w:t>
            </w:r>
            <w:proofErr w:type="spellStart"/>
            <w:r w:rsidRPr="005117ED">
              <w:rPr>
                <w:rFonts w:cs="Sakkal Majalla"/>
                <w:color w:val="000000" w:themeColor="text1"/>
                <w:sz w:val="38"/>
                <w:szCs w:val="38"/>
                <w:rtl/>
              </w:rPr>
              <w:t>الإلهامي</w:t>
            </w:r>
            <w:proofErr w:type="spellEnd"/>
          </w:p>
        </w:tc>
        <w:tc>
          <w:tcPr>
            <w:tcW w:w="1134" w:type="dxa"/>
            <w:shd w:val="clear" w:color="auto" w:fill="EDF4F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6</w:t>
            </w:r>
          </w:p>
        </w:tc>
        <w:tc>
          <w:tcPr>
            <w:tcW w:w="6520" w:type="dxa"/>
            <w:shd w:val="clear" w:color="auto" w:fill="EDF4F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يوضح المدير رؤية مستقبلية محفزة للمنشأة.</w:t>
            </w:r>
          </w:p>
        </w:tc>
      </w:tr>
      <w:tr w:rsidR="00FD5E07" w:rsidRPr="005117ED" w:rsidTr="00D055A0">
        <w:tc>
          <w:tcPr>
            <w:tcW w:w="2258" w:type="dx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 xml:space="preserve">التحفيز </w:t>
            </w:r>
            <w:proofErr w:type="spellStart"/>
            <w:r w:rsidRPr="005117ED">
              <w:rPr>
                <w:rFonts w:cs="Sakkal Majalla"/>
                <w:color w:val="000000" w:themeColor="text1"/>
                <w:sz w:val="38"/>
                <w:szCs w:val="38"/>
                <w:rtl/>
              </w:rPr>
              <w:t>الإلهامي</w:t>
            </w:r>
            <w:proofErr w:type="spellEnd"/>
          </w:p>
        </w:tc>
        <w:tc>
          <w:tcPr>
            <w:tcW w:w="1134" w:type="dx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7</w:t>
            </w:r>
          </w:p>
        </w:tc>
        <w:tc>
          <w:tcPr>
            <w:tcW w:w="6520" w:type="dx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يشجع المدير العاملين على بذل جهد إضافي لتحقيق الأهداف.</w:t>
            </w:r>
          </w:p>
        </w:tc>
      </w:tr>
      <w:tr w:rsidR="00FD5E07" w:rsidRPr="005117ED" w:rsidTr="00D055A0">
        <w:tc>
          <w:tcPr>
            <w:tcW w:w="2258" w:type="dxa"/>
            <w:shd w:val="clear" w:color="auto" w:fill="EDF4F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 xml:space="preserve">التحفيز </w:t>
            </w:r>
            <w:proofErr w:type="spellStart"/>
            <w:r w:rsidRPr="005117ED">
              <w:rPr>
                <w:rFonts w:cs="Sakkal Majalla"/>
                <w:color w:val="000000" w:themeColor="text1"/>
                <w:sz w:val="38"/>
                <w:szCs w:val="38"/>
                <w:rtl/>
              </w:rPr>
              <w:t>الإلهامي</w:t>
            </w:r>
            <w:proofErr w:type="spellEnd"/>
          </w:p>
        </w:tc>
        <w:tc>
          <w:tcPr>
            <w:tcW w:w="1134" w:type="dxa"/>
            <w:shd w:val="clear" w:color="auto" w:fill="EDF4F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8</w:t>
            </w:r>
          </w:p>
        </w:tc>
        <w:tc>
          <w:tcPr>
            <w:tcW w:w="6520" w:type="dxa"/>
            <w:shd w:val="clear" w:color="auto" w:fill="EDF4F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يربط المدير أعمال الفريق برسالة المنشأة وتطلعاتها.</w:t>
            </w:r>
          </w:p>
        </w:tc>
      </w:tr>
      <w:tr w:rsidR="00FD5E07" w:rsidRPr="005117ED" w:rsidTr="00D055A0">
        <w:tc>
          <w:tcPr>
            <w:tcW w:w="2258" w:type="dx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 xml:space="preserve">التحفيز </w:t>
            </w:r>
            <w:proofErr w:type="spellStart"/>
            <w:r w:rsidRPr="005117ED">
              <w:rPr>
                <w:rFonts w:cs="Sakkal Majalla"/>
                <w:color w:val="000000" w:themeColor="text1"/>
                <w:sz w:val="38"/>
                <w:szCs w:val="38"/>
                <w:rtl/>
              </w:rPr>
              <w:t>الإلهامي</w:t>
            </w:r>
            <w:proofErr w:type="spellEnd"/>
          </w:p>
        </w:tc>
        <w:tc>
          <w:tcPr>
            <w:tcW w:w="1134" w:type="dx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9</w:t>
            </w:r>
          </w:p>
        </w:tc>
        <w:tc>
          <w:tcPr>
            <w:tcW w:w="6520" w:type="dx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يستخدم المدير عبارات تشجيعية ترفع حماس العاملين.</w:t>
            </w:r>
          </w:p>
        </w:tc>
      </w:tr>
      <w:tr w:rsidR="00FD5E07" w:rsidRPr="005117ED" w:rsidTr="00D055A0">
        <w:tc>
          <w:tcPr>
            <w:tcW w:w="2258" w:type="dxa"/>
            <w:shd w:val="clear" w:color="auto" w:fill="EDF4F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lastRenderedPageBreak/>
              <w:t xml:space="preserve">التحفيز </w:t>
            </w:r>
            <w:proofErr w:type="spellStart"/>
            <w:r w:rsidRPr="005117ED">
              <w:rPr>
                <w:rFonts w:cs="Sakkal Majalla"/>
                <w:color w:val="000000" w:themeColor="text1"/>
                <w:sz w:val="38"/>
                <w:szCs w:val="38"/>
                <w:rtl/>
              </w:rPr>
              <w:t>الإلهامي</w:t>
            </w:r>
            <w:proofErr w:type="spellEnd"/>
          </w:p>
        </w:tc>
        <w:tc>
          <w:tcPr>
            <w:tcW w:w="1134" w:type="dxa"/>
            <w:shd w:val="clear" w:color="auto" w:fill="EDF4F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10</w:t>
            </w:r>
          </w:p>
        </w:tc>
        <w:tc>
          <w:tcPr>
            <w:tcW w:w="6520" w:type="dxa"/>
            <w:shd w:val="clear" w:color="auto" w:fill="EDF4F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يعزز المدير الشعور بالتفاؤل تجاه مستقبل المنشأة.</w:t>
            </w:r>
          </w:p>
        </w:tc>
      </w:tr>
      <w:tr w:rsidR="00FD5E07" w:rsidRPr="005117ED" w:rsidTr="00D055A0">
        <w:tc>
          <w:tcPr>
            <w:tcW w:w="2258" w:type="dx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الاستثارة الفكرية</w:t>
            </w:r>
          </w:p>
        </w:tc>
        <w:tc>
          <w:tcPr>
            <w:tcW w:w="1134" w:type="dx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11</w:t>
            </w:r>
          </w:p>
        </w:tc>
        <w:tc>
          <w:tcPr>
            <w:tcW w:w="6520" w:type="dx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يشجع المدير العاملين على اقتراح حلول غير تقليدية.</w:t>
            </w:r>
          </w:p>
        </w:tc>
      </w:tr>
      <w:tr w:rsidR="00FD5E07" w:rsidRPr="005117ED" w:rsidTr="00D055A0">
        <w:tc>
          <w:tcPr>
            <w:tcW w:w="2258" w:type="dxa"/>
            <w:shd w:val="clear" w:color="auto" w:fill="EDF4F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الاستثارة الفكرية</w:t>
            </w:r>
          </w:p>
        </w:tc>
        <w:tc>
          <w:tcPr>
            <w:tcW w:w="1134" w:type="dxa"/>
            <w:shd w:val="clear" w:color="auto" w:fill="EDF4F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12</w:t>
            </w:r>
          </w:p>
        </w:tc>
        <w:tc>
          <w:tcPr>
            <w:tcW w:w="6520" w:type="dxa"/>
            <w:shd w:val="clear" w:color="auto" w:fill="EDF4F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يدعو المدير إلى مراجعة طرق العمل الحالية وتطويرها.</w:t>
            </w:r>
          </w:p>
        </w:tc>
      </w:tr>
      <w:tr w:rsidR="00FD5E07" w:rsidRPr="005117ED" w:rsidTr="00D055A0">
        <w:tc>
          <w:tcPr>
            <w:tcW w:w="2258" w:type="dx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الاستثارة الفكرية</w:t>
            </w:r>
          </w:p>
        </w:tc>
        <w:tc>
          <w:tcPr>
            <w:tcW w:w="1134" w:type="dx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13</w:t>
            </w:r>
          </w:p>
        </w:tc>
        <w:tc>
          <w:tcPr>
            <w:tcW w:w="6520" w:type="dx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يتقبل المدير الأسئلة والآراء المختلفة من العاملين.</w:t>
            </w:r>
          </w:p>
        </w:tc>
      </w:tr>
      <w:tr w:rsidR="00FD5E07" w:rsidRPr="005117ED" w:rsidTr="00D055A0">
        <w:tc>
          <w:tcPr>
            <w:tcW w:w="2258" w:type="dxa"/>
            <w:shd w:val="clear" w:color="auto" w:fill="EDF4F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الاستثارة الفكرية</w:t>
            </w:r>
          </w:p>
        </w:tc>
        <w:tc>
          <w:tcPr>
            <w:tcW w:w="1134" w:type="dxa"/>
            <w:shd w:val="clear" w:color="auto" w:fill="EDF4F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14</w:t>
            </w:r>
          </w:p>
        </w:tc>
        <w:tc>
          <w:tcPr>
            <w:tcW w:w="6520" w:type="dxa"/>
            <w:shd w:val="clear" w:color="auto" w:fill="EDF4F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يحفز المدير العاملين على التعلم من الأخطاء.</w:t>
            </w:r>
          </w:p>
        </w:tc>
      </w:tr>
      <w:tr w:rsidR="00FD5E07" w:rsidRPr="005117ED" w:rsidTr="00D055A0">
        <w:tc>
          <w:tcPr>
            <w:tcW w:w="2258" w:type="dx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الاستثارة الفكرية</w:t>
            </w:r>
          </w:p>
        </w:tc>
        <w:tc>
          <w:tcPr>
            <w:tcW w:w="1134" w:type="dx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15</w:t>
            </w:r>
          </w:p>
        </w:tc>
        <w:tc>
          <w:tcPr>
            <w:tcW w:w="6520" w:type="dx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يدعم المدير استخدام المعرفة والتقنية في حل المشكلات.</w:t>
            </w:r>
          </w:p>
        </w:tc>
      </w:tr>
      <w:tr w:rsidR="00FD5E07" w:rsidRPr="005117ED" w:rsidTr="00D055A0">
        <w:tc>
          <w:tcPr>
            <w:tcW w:w="2258" w:type="dxa"/>
            <w:shd w:val="clear" w:color="auto" w:fill="EDF4F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الاعتبار الفردي</w:t>
            </w:r>
          </w:p>
        </w:tc>
        <w:tc>
          <w:tcPr>
            <w:tcW w:w="1134" w:type="dxa"/>
            <w:shd w:val="clear" w:color="auto" w:fill="EDF4F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16</w:t>
            </w:r>
          </w:p>
        </w:tc>
        <w:tc>
          <w:tcPr>
            <w:tcW w:w="6520" w:type="dxa"/>
            <w:shd w:val="clear" w:color="auto" w:fill="EDF4F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يهتم المدير باحتياجات كل موظف حسب ظروفه وقدراته.</w:t>
            </w:r>
          </w:p>
        </w:tc>
      </w:tr>
      <w:tr w:rsidR="00FD5E07" w:rsidRPr="005117ED" w:rsidTr="00D055A0">
        <w:tc>
          <w:tcPr>
            <w:tcW w:w="2258" w:type="dx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الاعتبار الفردي</w:t>
            </w:r>
          </w:p>
        </w:tc>
        <w:tc>
          <w:tcPr>
            <w:tcW w:w="1134" w:type="dx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17</w:t>
            </w:r>
          </w:p>
        </w:tc>
        <w:tc>
          <w:tcPr>
            <w:tcW w:w="6520" w:type="dx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يوفر المدير التوجيه المناسب لتطوير مهارات العاملين.</w:t>
            </w:r>
          </w:p>
        </w:tc>
      </w:tr>
      <w:tr w:rsidR="00FD5E07" w:rsidRPr="005117ED" w:rsidTr="00D055A0">
        <w:tc>
          <w:tcPr>
            <w:tcW w:w="2258" w:type="dxa"/>
            <w:shd w:val="clear" w:color="auto" w:fill="EDF4F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الاعتبار الفردي</w:t>
            </w:r>
          </w:p>
        </w:tc>
        <w:tc>
          <w:tcPr>
            <w:tcW w:w="1134" w:type="dxa"/>
            <w:shd w:val="clear" w:color="auto" w:fill="EDF4F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18</w:t>
            </w:r>
          </w:p>
        </w:tc>
        <w:tc>
          <w:tcPr>
            <w:tcW w:w="6520" w:type="dxa"/>
            <w:shd w:val="clear" w:color="auto" w:fill="EDF4F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ينصت المدير لملاحظات العاملين بجدية.</w:t>
            </w:r>
          </w:p>
        </w:tc>
      </w:tr>
      <w:tr w:rsidR="00FD5E07" w:rsidRPr="005117ED" w:rsidTr="00D055A0">
        <w:tc>
          <w:tcPr>
            <w:tcW w:w="2258" w:type="dx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الاعتبار الفردي</w:t>
            </w:r>
          </w:p>
        </w:tc>
        <w:tc>
          <w:tcPr>
            <w:tcW w:w="1134" w:type="dx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19</w:t>
            </w:r>
          </w:p>
        </w:tc>
        <w:tc>
          <w:tcPr>
            <w:tcW w:w="6520" w:type="dx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يساعد المدير العاملين على استثمار نقاط قوتهم.</w:t>
            </w:r>
          </w:p>
        </w:tc>
      </w:tr>
      <w:tr w:rsidR="00FD5E07" w:rsidRPr="005117ED" w:rsidTr="00D055A0">
        <w:tc>
          <w:tcPr>
            <w:tcW w:w="2258" w:type="dxa"/>
            <w:shd w:val="clear" w:color="auto" w:fill="EDF4F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الاعتبار الفردي</w:t>
            </w:r>
          </w:p>
        </w:tc>
        <w:tc>
          <w:tcPr>
            <w:tcW w:w="1134" w:type="dxa"/>
            <w:shd w:val="clear" w:color="auto" w:fill="EDF4F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20</w:t>
            </w:r>
          </w:p>
        </w:tc>
        <w:tc>
          <w:tcPr>
            <w:tcW w:w="6520" w:type="dxa"/>
            <w:shd w:val="clear" w:color="auto" w:fill="EDF4FA"/>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يتابع المدير تقدم العاملين ويقدم تغذية راجعة بناءة.</w:t>
            </w:r>
          </w:p>
        </w:tc>
      </w:tr>
    </w:tbl>
    <w:p w:rsidR="00FD5E07" w:rsidRPr="005117ED" w:rsidRDefault="00FD5E07" w:rsidP="00FD5E07">
      <w:pPr>
        <w:spacing w:before="0"/>
        <w:jc w:val="both"/>
        <w:rPr>
          <w:rFonts w:cs="Sakkal Majalla"/>
          <w:color w:val="000000" w:themeColor="text1"/>
          <w:sz w:val="38"/>
          <w:szCs w:val="38"/>
        </w:rPr>
      </w:pPr>
    </w:p>
    <w:p w:rsidR="00FD5E07" w:rsidRPr="00D055A0" w:rsidRDefault="00FD5E07" w:rsidP="00D055A0">
      <w:pPr>
        <w:spacing w:before="0"/>
        <w:ind w:firstLine="425"/>
        <w:jc w:val="center"/>
        <w:rPr>
          <w:rFonts w:cs="Sakkal Majalla"/>
          <w:b/>
          <w:bCs/>
          <w:color w:val="000000" w:themeColor="text1"/>
          <w:sz w:val="38"/>
          <w:szCs w:val="38"/>
        </w:rPr>
      </w:pPr>
      <w:r w:rsidRPr="00D055A0">
        <w:rPr>
          <w:rFonts w:cs="Sakkal Majalla"/>
          <w:b/>
          <w:bCs/>
          <w:color w:val="000000" w:themeColor="text1"/>
          <w:sz w:val="38"/>
          <w:szCs w:val="38"/>
          <w:rtl/>
        </w:rPr>
        <w:t>القسم الثالث: فقرات الإبداع التنظيمي</w:t>
      </w:r>
    </w:p>
    <w:tbl>
      <w:tblPr>
        <w:tblStyle w:val="aa"/>
        <w:bidiVisual/>
        <w:tblW w:w="0" w:type="auto"/>
        <w:tblLook w:val="04A0" w:firstRow="1" w:lastRow="0" w:firstColumn="1" w:lastColumn="0" w:noHBand="0" w:noVBand="1"/>
      </w:tblPr>
      <w:tblGrid>
        <w:gridCol w:w="2683"/>
        <w:gridCol w:w="1418"/>
        <w:gridCol w:w="5811"/>
      </w:tblGrid>
      <w:tr w:rsidR="00FD5E07" w:rsidRPr="005117ED" w:rsidTr="00D055A0">
        <w:trPr>
          <w:tblHeader/>
        </w:trPr>
        <w:tc>
          <w:tcPr>
            <w:tcW w:w="2683" w:type="dxa"/>
            <w:shd w:val="clear" w:color="auto" w:fill="C5E0B3" w:themeFill="accent6" w:themeFillTint="66"/>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b/>
                <w:color w:val="000000" w:themeColor="text1"/>
                <w:sz w:val="38"/>
                <w:szCs w:val="38"/>
                <w:rtl/>
              </w:rPr>
              <w:t>البعد</w:t>
            </w:r>
          </w:p>
        </w:tc>
        <w:tc>
          <w:tcPr>
            <w:tcW w:w="1418" w:type="dxa"/>
            <w:shd w:val="clear" w:color="auto" w:fill="C5E0B3" w:themeFill="accent6" w:themeFillTint="66"/>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b/>
                <w:color w:val="000000" w:themeColor="text1"/>
                <w:sz w:val="38"/>
                <w:szCs w:val="38"/>
                <w:rtl/>
              </w:rPr>
              <w:t>رقم الفقرة</w:t>
            </w:r>
          </w:p>
        </w:tc>
        <w:tc>
          <w:tcPr>
            <w:tcW w:w="5811" w:type="dxa"/>
            <w:shd w:val="clear" w:color="auto" w:fill="C5E0B3" w:themeFill="accent6" w:themeFillTint="66"/>
            <w:vAlign w:val="center"/>
          </w:tcPr>
          <w:p w:rsidR="00FD5E07" w:rsidRPr="005117ED" w:rsidRDefault="00FD5E07" w:rsidP="00D055A0">
            <w:pPr>
              <w:spacing w:before="0"/>
              <w:ind w:firstLine="0"/>
              <w:jc w:val="center"/>
              <w:rPr>
                <w:rFonts w:cs="Sakkal Majalla"/>
                <w:color w:val="000000" w:themeColor="text1"/>
                <w:sz w:val="38"/>
                <w:szCs w:val="38"/>
              </w:rPr>
            </w:pPr>
            <w:r w:rsidRPr="005117ED">
              <w:rPr>
                <w:rFonts w:cs="Sakkal Majalla"/>
                <w:b/>
                <w:color w:val="000000" w:themeColor="text1"/>
                <w:sz w:val="38"/>
                <w:szCs w:val="38"/>
                <w:rtl/>
              </w:rPr>
              <w:t>الفقرة</w:t>
            </w:r>
          </w:p>
        </w:tc>
      </w:tr>
      <w:tr w:rsidR="008B4D1F" w:rsidRPr="005117ED" w:rsidTr="00D055A0">
        <w:tc>
          <w:tcPr>
            <w:tcW w:w="2683" w:type="dxa"/>
            <w:vMerge w:val="restart"/>
            <w:vAlign w:val="center"/>
          </w:tcPr>
          <w:p w:rsidR="008B4D1F" w:rsidRPr="005117ED" w:rsidRDefault="008B4D1F"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توليد الأفكار الجديدة</w:t>
            </w:r>
          </w:p>
        </w:tc>
        <w:tc>
          <w:tcPr>
            <w:tcW w:w="1418" w:type="dxa"/>
            <w:vAlign w:val="center"/>
          </w:tcPr>
          <w:p w:rsidR="008B4D1F" w:rsidRPr="005117ED" w:rsidRDefault="008B4D1F"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21</w:t>
            </w:r>
          </w:p>
        </w:tc>
        <w:tc>
          <w:tcPr>
            <w:tcW w:w="5811" w:type="dxa"/>
            <w:vAlign w:val="center"/>
          </w:tcPr>
          <w:p w:rsidR="008B4D1F" w:rsidRPr="005117ED" w:rsidRDefault="008B4D1F"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أقترح أفكارًا جديدة لتطوير أساليب العمل.</w:t>
            </w:r>
          </w:p>
        </w:tc>
      </w:tr>
      <w:tr w:rsidR="008B4D1F" w:rsidRPr="005117ED" w:rsidTr="00D055A0">
        <w:tc>
          <w:tcPr>
            <w:tcW w:w="2683" w:type="dxa"/>
            <w:vMerge/>
            <w:shd w:val="clear" w:color="auto" w:fill="EDF4FA"/>
            <w:vAlign w:val="center"/>
          </w:tcPr>
          <w:p w:rsidR="008B4D1F" w:rsidRPr="005117ED" w:rsidRDefault="008B4D1F" w:rsidP="00D055A0">
            <w:pPr>
              <w:spacing w:before="0"/>
              <w:ind w:firstLine="0"/>
              <w:jc w:val="center"/>
              <w:rPr>
                <w:rFonts w:cs="Sakkal Majalla"/>
                <w:color w:val="000000" w:themeColor="text1"/>
                <w:sz w:val="38"/>
                <w:szCs w:val="38"/>
              </w:rPr>
            </w:pPr>
          </w:p>
        </w:tc>
        <w:tc>
          <w:tcPr>
            <w:tcW w:w="1418" w:type="dxa"/>
            <w:shd w:val="clear" w:color="auto" w:fill="EDF4FA"/>
            <w:vAlign w:val="center"/>
          </w:tcPr>
          <w:p w:rsidR="008B4D1F" w:rsidRPr="005117ED" w:rsidRDefault="008B4D1F"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22</w:t>
            </w:r>
          </w:p>
        </w:tc>
        <w:tc>
          <w:tcPr>
            <w:tcW w:w="5811" w:type="dxa"/>
            <w:shd w:val="clear" w:color="auto" w:fill="EDF4FA"/>
            <w:vAlign w:val="center"/>
          </w:tcPr>
          <w:p w:rsidR="008B4D1F" w:rsidRPr="005117ED" w:rsidRDefault="008B4D1F"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أبحث عن طرق مختلفة لإنجاز المهام.</w:t>
            </w:r>
          </w:p>
        </w:tc>
      </w:tr>
      <w:tr w:rsidR="008B4D1F" w:rsidRPr="005117ED" w:rsidTr="00D055A0">
        <w:tc>
          <w:tcPr>
            <w:tcW w:w="2683" w:type="dxa"/>
            <w:vMerge/>
            <w:vAlign w:val="center"/>
          </w:tcPr>
          <w:p w:rsidR="008B4D1F" w:rsidRPr="005117ED" w:rsidRDefault="008B4D1F" w:rsidP="00D055A0">
            <w:pPr>
              <w:spacing w:before="0"/>
              <w:ind w:firstLine="0"/>
              <w:jc w:val="center"/>
              <w:rPr>
                <w:rFonts w:cs="Sakkal Majalla"/>
                <w:color w:val="000000" w:themeColor="text1"/>
                <w:sz w:val="38"/>
                <w:szCs w:val="38"/>
              </w:rPr>
            </w:pPr>
          </w:p>
        </w:tc>
        <w:tc>
          <w:tcPr>
            <w:tcW w:w="1418" w:type="dxa"/>
            <w:vAlign w:val="center"/>
          </w:tcPr>
          <w:p w:rsidR="008B4D1F" w:rsidRPr="005117ED" w:rsidRDefault="008B4D1F"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23</w:t>
            </w:r>
          </w:p>
        </w:tc>
        <w:tc>
          <w:tcPr>
            <w:tcW w:w="5811" w:type="dxa"/>
            <w:vAlign w:val="center"/>
          </w:tcPr>
          <w:p w:rsidR="008B4D1F" w:rsidRPr="005117ED" w:rsidRDefault="008B4D1F"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أشارك زملائي أفكارًا لتحسين الخدمة أو المنتج.</w:t>
            </w:r>
          </w:p>
        </w:tc>
      </w:tr>
      <w:tr w:rsidR="008B4D1F" w:rsidRPr="005117ED" w:rsidTr="00D055A0">
        <w:tc>
          <w:tcPr>
            <w:tcW w:w="2683" w:type="dxa"/>
            <w:vMerge/>
            <w:shd w:val="clear" w:color="auto" w:fill="EDF4FA"/>
            <w:vAlign w:val="center"/>
          </w:tcPr>
          <w:p w:rsidR="008B4D1F" w:rsidRPr="005117ED" w:rsidRDefault="008B4D1F" w:rsidP="00D055A0">
            <w:pPr>
              <w:spacing w:before="0"/>
              <w:ind w:firstLine="0"/>
              <w:jc w:val="center"/>
              <w:rPr>
                <w:rFonts w:cs="Sakkal Majalla"/>
                <w:color w:val="000000" w:themeColor="text1"/>
                <w:sz w:val="38"/>
                <w:szCs w:val="38"/>
              </w:rPr>
            </w:pPr>
          </w:p>
        </w:tc>
        <w:tc>
          <w:tcPr>
            <w:tcW w:w="1418" w:type="dxa"/>
            <w:shd w:val="clear" w:color="auto" w:fill="EDF4FA"/>
            <w:vAlign w:val="center"/>
          </w:tcPr>
          <w:p w:rsidR="008B4D1F" w:rsidRPr="005117ED" w:rsidRDefault="008B4D1F"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24</w:t>
            </w:r>
          </w:p>
        </w:tc>
        <w:tc>
          <w:tcPr>
            <w:tcW w:w="5811" w:type="dxa"/>
            <w:shd w:val="clear" w:color="auto" w:fill="EDF4FA"/>
            <w:vAlign w:val="center"/>
          </w:tcPr>
          <w:p w:rsidR="008B4D1F" w:rsidRPr="005117ED" w:rsidRDefault="008B4D1F"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أستفيد من ملاحظات العملاء في اقتراح أفكار جديدة.</w:t>
            </w:r>
          </w:p>
        </w:tc>
      </w:tr>
      <w:tr w:rsidR="008B4D1F" w:rsidRPr="005117ED" w:rsidTr="00D055A0">
        <w:tc>
          <w:tcPr>
            <w:tcW w:w="2683" w:type="dxa"/>
            <w:vMerge w:val="restart"/>
            <w:vAlign w:val="center"/>
          </w:tcPr>
          <w:p w:rsidR="008B4D1F" w:rsidRPr="005117ED" w:rsidRDefault="008B4D1F"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الأصالة</w:t>
            </w:r>
          </w:p>
        </w:tc>
        <w:tc>
          <w:tcPr>
            <w:tcW w:w="1418" w:type="dxa"/>
            <w:vAlign w:val="center"/>
          </w:tcPr>
          <w:p w:rsidR="008B4D1F" w:rsidRPr="005117ED" w:rsidRDefault="008B4D1F"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25</w:t>
            </w:r>
          </w:p>
        </w:tc>
        <w:tc>
          <w:tcPr>
            <w:tcW w:w="5811" w:type="dxa"/>
            <w:vAlign w:val="center"/>
          </w:tcPr>
          <w:p w:rsidR="008B4D1F" w:rsidRPr="005117ED" w:rsidRDefault="008B4D1F" w:rsidP="00D055A0">
            <w:pPr>
              <w:spacing w:before="0"/>
              <w:ind w:firstLine="0"/>
              <w:jc w:val="center"/>
              <w:rPr>
                <w:rFonts w:cs="Sakkal Majalla"/>
                <w:color w:val="000000" w:themeColor="text1"/>
                <w:sz w:val="38"/>
                <w:szCs w:val="38"/>
              </w:rPr>
            </w:pPr>
            <w:r w:rsidRPr="00D055A0">
              <w:rPr>
                <w:rFonts w:cs="Sakkal Majalla"/>
                <w:color w:val="000000" w:themeColor="text1"/>
                <w:szCs w:val="34"/>
                <w:rtl/>
              </w:rPr>
              <w:t>تتسم الأفكار المطروحة في المنشأة بالتميز وعدم التقليدية.</w:t>
            </w:r>
          </w:p>
        </w:tc>
      </w:tr>
      <w:tr w:rsidR="008B4D1F" w:rsidRPr="005117ED" w:rsidTr="00D055A0">
        <w:tc>
          <w:tcPr>
            <w:tcW w:w="2683" w:type="dxa"/>
            <w:vMerge/>
            <w:shd w:val="clear" w:color="auto" w:fill="EDF4FA"/>
            <w:vAlign w:val="center"/>
          </w:tcPr>
          <w:p w:rsidR="008B4D1F" w:rsidRPr="005117ED" w:rsidRDefault="008B4D1F" w:rsidP="00D055A0">
            <w:pPr>
              <w:spacing w:before="0"/>
              <w:ind w:firstLine="0"/>
              <w:jc w:val="center"/>
              <w:rPr>
                <w:rFonts w:cs="Sakkal Majalla"/>
                <w:color w:val="000000" w:themeColor="text1"/>
                <w:sz w:val="38"/>
                <w:szCs w:val="38"/>
              </w:rPr>
            </w:pPr>
          </w:p>
        </w:tc>
        <w:tc>
          <w:tcPr>
            <w:tcW w:w="1418" w:type="dxa"/>
            <w:shd w:val="clear" w:color="auto" w:fill="EDF4FA"/>
            <w:vAlign w:val="center"/>
          </w:tcPr>
          <w:p w:rsidR="008B4D1F" w:rsidRPr="005117ED" w:rsidRDefault="008B4D1F"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26</w:t>
            </w:r>
          </w:p>
        </w:tc>
        <w:tc>
          <w:tcPr>
            <w:tcW w:w="5811" w:type="dxa"/>
            <w:shd w:val="clear" w:color="auto" w:fill="EDF4FA"/>
            <w:vAlign w:val="center"/>
          </w:tcPr>
          <w:p w:rsidR="008B4D1F" w:rsidRPr="005117ED" w:rsidRDefault="008B4D1F"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تشجع المنشأة الحلول التي تضيف قيمة جديدة.</w:t>
            </w:r>
          </w:p>
        </w:tc>
      </w:tr>
      <w:tr w:rsidR="008B4D1F" w:rsidRPr="005117ED" w:rsidTr="00D055A0">
        <w:tc>
          <w:tcPr>
            <w:tcW w:w="2683" w:type="dxa"/>
            <w:vMerge/>
            <w:vAlign w:val="center"/>
          </w:tcPr>
          <w:p w:rsidR="008B4D1F" w:rsidRPr="005117ED" w:rsidRDefault="008B4D1F" w:rsidP="00D055A0">
            <w:pPr>
              <w:spacing w:before="0"/>
              <w:ind w:firstLine="0"/>
              <w:jc w:val="center"/>
              <w:rPr>
                <w:rFonts w:cs="Sakkal Majalla"/>
                <w:color w:val="000000" w:themeColor="text1"/>
                <w:sz w:val="38"/>
                <w:szCs w:val="38"/>
              </w:rPr>
            </w:pPr>
          </w:p>
        </w:tc>
        <w:tc>
          <w:tcPr>
            <w:tcW w:w="1418" w:type="dxa"/>
            <w:vAlign w:val="center"/>
          </w:tcPr>
          <w:p w:rsidR="008B4D1F" w:rsidRPr="005117ED" w:rsidRDefault="008B4D1F"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27</w:t>
            </w:r>
          </w:p>
        </w:tc>
        <w:tc>
          <w:tcPr>
            <w:tcW w:w="5811" w:type="dxa"/>
            <w:vAlign w:val="center"/>
          </w:tcPr>
          <w:p w:rsidR="008B4D1F" w:rsidRPr="005117ED" w:rsidRDefault="008B4D1F"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تتقبل الإدارة الأفكار غير المألوفة إذا كانت مفيدة.</w:t>
            </w:r>
          </w:p>
        </w:tc>
      </w:tr>
      <w:tr w:rsidR="008B4D1F" w:rsidRPr="005117ED" w:rsidTr="00D055A0">
        <w:tc>
          <w:tcPr>
            <w:tcW w:w="2683" w:type="dxa"/>
            <w:vMerge/>
            <w:shd w:val="clear" w:color="auto" w:fill="EDF4FA"/>
            <w:vAlign w:val="center"/>
          </w:tcPr>
          <w:p w:rsidR="008B4D1F" w:rsidRPr="005117ED" w:rsidRDefault="008B4D1F" w:rsidP="00D055A0">
            <w:pPr>
              <w:spacing w:before="0"/>
              <w:ind w:firstLine="0"/>
              <w:jc w:val="center"/>
              <w:rPr>
                <w:rFonts w:cs="Sakkal Majalla"/>
                <w:color w:val="000000" w:themeColor="text1"/>
                <w:sz w:val="38"/>
                <w:szCs w:val="38"/>
              </w:rPr>
            </w:pPr>
          </w:p>
        </w:tc>
        <w:tc>
          <w:tcPr>
            <w:tcW w:w="1418" w:type="dxa"/>
            <w:shd w:val="clear" w:color="auto" w:fill="EDF4FA"/>
            <w:vAlign w:val="center"/>
          </w:tcPr>
          <w:p w:rsidR="008B4D1F" w:rsidRPr="005117ED" w:rsidRDefault="008B4D1F"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28</w:t>
            </w:r>
          </w:p>
        </w:tc>
        <w:tc>
          <w:tcPr>
            <w:tcW w:w="5811" w:type="dxa"/>
            <w:shd w:val="clear" w:color="auto" w:fill="EDF4FA"/>
            <w:vAlign w:val="center"/>
          </w:tcPr>
          <w:p w:rsidR="008B4D1F" w:rsidRPr="00D055A0" w:rsidRDefault="008B4D1F" w:rsidP="00D055A0">
            <w:pPr>
              <w:spacing w:before="0"/>
              <w:ind w:firstLine="0"/>
              <w:jc w:val="center"/>
              <w:rPr>
                <w:rFonts w:cs="Sakkal Majalla"/>
                <w:color w:val="000000" w:themeColor="text1"/>
                <w:szCs w:val="34"/>
              </w:rPr>
            </w:pPr>
            <w:r w:rsidRPr="00D055A0">
              <w:rPr>
                <w:rFonts w:cs="Sakkal Majalla"/>
                <w:color w:val="000000" w:themeColor="text1"/>
                <w:szCs w:val="34"/>
                <w:rtl/>
              </w:rPr>
              <w:t>يوجد اهتمام بتطوير حلول تختلف عن الأساليب المعتادة.</w:t>
            </w:r>
          </w:p>
        </w:tc>
      </w:tr>
      <w:tr w:rsidR="008B4D1F" w:rsidRPr="005117ED" w:rsidTr="00D055A0">
        <w:tc>
          <w:tcPr>
            <w:tcW w:w="2683" w:type="dxa"/>
            <w:vMerge w:val="restart"/>
            <w:vAlign w:val="center"/>
          </w:tcPr>
          <w:p w:rsidR="008B4D1F" w:rsidRPr="005117ED" w:rsidRDefault="008B4D1F"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المرونة</w:t>
            </w:r>
          </w:p>
        </w:tc>
        <w:tc>
          <w:tcPr>
            <w:tcW w:w="1418" w:type="dxa"/>
            <w:vAlign w:val="center"/>
          </w:tcPr>
          <w:p w:rsidR="008B4D1F" w:rsidRPr="005117ED" w:rsidRDefault="008B4D1F"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29</w:t>
            </w:r>
          </w:p>
        </w:tc>
        <w:tc>
          <w:tcPr>
            <w:tcW w:w="5811" w:type="dxa"/>
            <w:vAlign w:val="center"/>
          </w:tcPr>
          <w:p w:rsidR="008B4D1F" w:rsidRPr="005117ED" w:rsidRDefault="008B4D1F"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تستجيب المنشأة بسرعة للتغيرات في السوق.</w:t>
            </w:r>
          </w:p>
        </w:tc>
      </w:tr>
      <w:tr w:rsidR="008B4D1F" w:rsidRPr="005117ED" w:rsidTr="00D055A0">
        <w:tc>
          <w:tcPr>
            <w:tcW w:w="2683" w:type="dxa"/>
            <w:vMerge/>
            <w:shd w:val="clear" w:color="auto" w:fill="EDF4FA"/>
            <w:vAlign w:val="center"/>
          </w:tcPr>
          <w:p w:rsidR="008B4D1F" w:rsidRPr="005117ED" w:rsidRDefault="008B4D1F" w:rsidP="00D055A0">
            <w:pPr>
              <w:spacing w:before="0"/>
              <w:ind w:firstLine="0"/>
              <w:jc w:val="center"/>
              <w:rPr>
                <w:rFonts w:cs="Sakkal Majalla"/>
                <w:color w:val="000000" w:themeColor="text1"/>
                <w:sz w:val="38"/>
                <w:szCs w:val="38"/>
              </w:rPr>
            </w:pPr>
          </w:p>
        </w:tc>
        <w:tc>
          <w:tcPr>
            <w:tcW w:w="1418" w:type="dxa"/>
            <w:shd w:val="clear" w:color="auto" w:fill="EDF4FA"/>
            <w:vAlign w:val="center"/>
          </w:tcPr>
          <w:p w:rsidR="008B4D1F" w:rsidRPr="005117ED" w:rsidRDefault="008B4D1F"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30</w:t>
            </w:r>
          </w:p>
        </w:tc>
        <w:tc>
          <w:tcPr>
            <w:tcW w:w="5811" w:type="dxa"/>
            <w:shd w:val="clear" w:color="auto" w:fill="EDF4FA"/>
            <w:vAlign w:val="center"/>
          </w:tcPr>
          <w:p w:rsidR="008B4D1F" w:rsidRPr="005117ED" w:rsidRDefault="008B4D1F"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يمكن تعديل إجراءات العمل عند ظهور فرص تطوير.</w:t>
            </w:r>
          </w:p>
        </w:tc>
      </w:tr>
      <w:tr w:rsidR="008B4D1F" w:rsidRPr="005117ED" w:rsidTr="00D055A0">
        <w:tc>
          <w:tcPr>
            <w:tcW w:w="2683" w:type="dxa"/>
            <w:vMerge/>
            <w:vAlign w:val="center"/>
          </w:tcPr>
          <w:p w:rsidR="008B4D1F" w:rsidRPr="005117ED" w:rsidRDefault="008B4D1F" w:rsidP="00D055A0">
            <w:pPr>
              <w:spacing w:before="0"/>
              <w:ind w:firstLine="0"/>
              <w:jc w:val="center"/>
              <w:rPr>
                <w:rFonts w:cs="Sakkal Majalla"/>
                <w:color w:val="000000" w:themeColor="text1"/>
                <w:sz w:val="38"/>
                <w:szCs w:val="38"/>
              </w:rPr>
            </w:pPr>
          </w:p>
        </w:tc>
        <w:tc>
          <w:tcPr>
            <w:tcW w:w="1418" w:type="dxa"/>
            <w:vAlign w:val="center"/>
          </w:tcPr>
          <w:p w:rsidR="008B4D1F" w:rsidRPr="005117ED" w:rsidRDefault="008B4D1F"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31</w:t>
            </w:r>
          </w:p>
        </w:tc>
        <w:tc>
          <w:tcPr>
            <w:tcW w:w="5811" w:type="dxa"/>
            <w:vAlign w:val="center"/>
          </w:tcPr>
          <w:p w:rsidR="008B4D1F" w:rsidRPr="005117ED" w:rsidRDefault="008B4D1F"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يتعاون العاملون في تغيير أساليب العمل عند الحاجة.</w:t>
            </w:r>
          </w:p>
        </w:tc>
      </w:tr>
      <w:tr w:rsidR="008B4D1F" w:rsidRPr="005117ED" w:rsidTr="00D055A0">
        <w:tc>
          <w:tcPr>
            <w:tcW w:w="2683" w:type="dxa"/>
            <w:vMerge/>
            <w:shd w:val="clear" w:color="auto" w:fill="EDF4FA"/>
            <w:vAlign w:val="center"/>
          </w:tcPr>
          <w:p w:rsidR="008B4D1F" w:rsidRPr="005117ED" w:rsidRDefault="008B4D1F" w:rsidP="00D055A0">
            <w:pPr>
              <w:spacing w:before="0"/>
              <w:ind w:firstLine="0"/>
              <w:jc w:val="center"/>
              <w:rPr>
                <w:rFonts w:cs="Sakkal Majalla"/>
                <w:color w:val="000000" w:themeColor="text1"/>
                <w:sz w:val="38"/>
                <w:szCs w:val="38"/>
              </w:rPr>
            </w:pPr>
          </w:p>
        </w:tc>
        <w:tc>
          <w:tcPr>
            <w:tcW w:w="1418" w:type="dxa"/>
            <w:shd w:val="clear" w:color="auto" w:fill="EDF4FA"/>
            <w:vAlign w:val="center"/>
          </w:tcPr>
          <w:p w:rsidR="008B4D1F" w:rsidRPr="005117ED" w:rsidRDefault="008B4D1F"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32</w:t>
            </w:r>
          </w:p>
        </w:tc>
        <w:tc>
          <w:tcPr>
            <w:tcW w:w="5811" w:type="dxa"/>
            <w:shd w:val="clear" w:color="auto" w:fill="EDF4FA"/>
            <w:vAlign w:val="center"/>
          </w:tcPr>
          <w:p w:rsidR="008B4D1F" w:rsidRPr="005117ED" w:rsidRDefault="008B4D1F"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توجد قابلية لتجربة طرق جديدة في إنجاز المهام.</w:t>
            </w:r>
          </w:p>
        </w:tc>
      </w:tr>
      <w:tr w:rsidR="008B4D1F" w:rsidRPr="005117ED" w:rsidTr="00D055A0">
        <w:tc>
          <w:tcPr>
            <w:tcW w:w="2683" w:type="dxa"/>
            <w:vMerge w:val="restart"/>
            <w:vAlign w:val="center"/>
          </w:tcPr>
          <w:p w:rsidR="008B4D1F" w:rsidRPr="005117ED" w:rsidRDefault="008B4D1F"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المبادرة في حل المشكلات</w:t>
            </w:r>
          </w:p>
        </w:tc>
        <w:tc>
          <w:tcPr>
            <w:tcW w:w="1418" w:type="dxa"/>
            <w:vAlign w:val="center"/>
          </w:tcPr>
          <w:p w:rsidR="008B4D1F" w:rsidRPr="005117ED" w:rsidRDefault="008B4D1F"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33</w:t>
            </w:r>
          </w:p>
        </w:tc>
        <w:tc>
          <w:tcPr>
            <w:tcW w:w="5811" w:type="dxa"/>
            <w:vAlign w:val="center"/>
          </w:tcPr>
          <w:p w:rsidR="008B4D1F" w:rsidRPr="00D055A0" w:rsidRDefault="008B4D1F" w:rsidP="00D055A0">
            <w:pPr>
              <w:spacing w:before="0"/>
              <w:ind w:firstLine="0"/>
              <w:jc w:val="center"/>
              <w:rPr>
                <w:rFonts w:cs="Sakkal Majalla"/>
                <w:color w:val="000000" w:themeColor="text1"/>
                <w:szCs w:val="34"/>
              </w:rPr>
            </w:pPr>
            <w:r w:rsidRPr="00D055A0">
              <w:rPr>
                <w:rFonts w:cs="Sakkal Majalla"/>
                <w:color w:val="000000" w:themeColor="text1"/>
                <w:szCs w:val="34"/>
                <w:rtl/>
              </w:rPr>
              <w:t>يبادر العاملون إلى حل المشكلات دون انتظار توجيه دائم.</w:t>
            </w:r>
          </w:p>
        </w:tc>
      </w:tr>
      <w:tr w:rsidR="008B4D1F" w:rsidRPr="005117ED" w:rsidTr="00D055A0">
        <w:tc>
          <w:tcPr>
            <w:tcW w:w="2683" w:type="dxa"/>
            <w:vMerge/>
            <w:shd w:val="clear" w:color="auto" w:fill="EDF4FA"/>
            <w:vAlign w:val="center"/>
          </w:tcPr>
          <w:p w:rsidR="008B4D1F" w:rsidRPr="005117ED" w:rsidRDefault="008B4D1F" w:rsidP="00D055A0">
            <w:pPr>
              <w:spacing w:before="0"/>
              <w:ind w:firstLine="0"/>
              <w:jc w:val="center"/>
              <w:rPr>
                <w:rFonts w:cs="Sakkal Majalla"/>
                <w:color w:val="000000" w:themeColor="text1"/>
                <w:sz w:val="38"/>
                <w:szCs w:val="38"/>
              </w:rPr>
            </w:pPr>
          </w:p>
        </w:tc>
        <w:tc>
          <w:tcPr>
            <w:tcW w:w="1418" w:type="dxa"/>
            <w:shd w:val="clear" w:color="auto" w:fill="EDF4FA"/>
            <w:vAlign w:val="center"/>
          </w:tcPr>
          <w:p w:rsidR="008B4D1F" w:rsidRPr="005117ED" w:rsidRDefault="008B4D1F"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34</w:t>
            </w:r>
          </w:p>
        </w:tc>
        <w:tc>
          <w:tcPr>
            <w:tcW w:w="5811" w:type="dxa"/>
            <w:shd w:val="clear" w:color="auto" w:fill="EDF4FA"/>
            <w:vAlign w:val="center"/>
          </w:tcPr>
          <w:p w:rsidR="008B4D1F" w:rsidRPr="00D055A0" w:rsidRDefault="008B4D1F" w:rsidP="00D055A0">
            <w:pPr>
              <w:spacing w:before="0"/>
              <w:ind w:firstLine="0"/>
              <w:jc w:val="center"/>
              <w:rPr>
                <w:rFonts w:cs="Sakkal Majalla"/>
                <w:color w:val="000000" w:themeColor="text1"/>
                <w:szCs w:val="34"/>
              </w:rPr>
            </w:pPr>
            <w:r w:rsidRPr="00D055A0">
              <w:rPr>
                <w:rFonts w:cs="Sakkal Majalla"/>
                <w:color w:val="000000" w:themeColor="text1"/>
                <w:szCs w:val="34"/>
                <w:rtl/>
              </w:rPr>
              <w:t>تتعامل فرق العمل مع المشكلات بوصفها فرصًا للتحسين.</w:t>
            </w:r>
          </w:p>
        </w:tc>
      </w:tr>
      <w:tr w:rsidR="008B4D1F" w:rsidRPr="005117ED" w:rsidTr="00D055A0">
        <w:tc>
          <w:tcPr>
            <w:tcW w:w="2683" w:type="dxa"/>
            <w:vMerge/>
            <w:vAlign w:val="center"/>
          </w:tcPr>
          <w:p w:rsidR="008B4D1F" w:rsidRPr="005117ED" w:rsidRDefault="008B4D1F" w:rsidP="00D055A0">
            <w:pPr>
              <w:spacing w:before="0"/>
              <w:ind w:firstLine="0"/>
              <w:jc w:val="center"/>
              <w:rPr>
                <w:rFonts w:cs="Sakkal Majalla"/>
                <w:color w:val="000000" w:themeColor="text1"/>
                <w:sz w:val="38"/>
                <w:szCs w:val="38"/>
              </w:rPr>
            </w:pPr>
          </w:p>
        </w:tc>
        <w:tc>
          <w:tcPr>
            <w:tcW w:w="1418" w:type="dxa"/>
            <w:vAlign w:val="center"/>
          </w:tcPr>
          <w:p w:rsidR="008B4D1F" w:rsidRPr="005117ED" w:rsidRDefault="008B4D1F"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35</w:t>
            </w:r>
          </w:p>
        </w:tc>
        <w:tc>
          <w:tcPr>
            <w:tcW w:w="5811" w:type="dxa"/>
            <w:vAlign w:val="center"/>
          </w:tcPr>
          <w:p w:rsidR="008B4D1F" w:rsidRPr="00D055A0" w:rsidRDefault="008B4D1F" w:rsidP="00D055A0">
            <w:pPr>
              <w:spacing w:before="0"/>
              <w:ind w:firstLine="0"/>
              <w:jc w:val="center"/>
              <w:rPr>
                <w:rFonts w:cs="Sakkal Majalla"/>
                <w:color w:val="000000" w:themeColor="text1"/>
                <w:szCs w:val="34"/>
              </w:rPr>
            </w:pPr>
            <w:r w:rsidRPr="00D055A0">
              <w:rPr>
                <w:rFonts w:cs="Sakkal Majalla"/>
                <w:color w:val="000000" w:themeColor="text1"/>
                <w:szCs w:val="34"/>
                <w:rtl/>
              </w:rPr>
              <w:t>تدعم الإدارة المبادرات التي تقلل الهدر أو تحسن الجودة.</w:t>
            </w:r>
          </w:p>
        </w:tc>
      </w:tr>
      <w:tr w:rsidR="008B4D1F" w:rsidRPr="005117ED" w:rsidTr="00D055A0">
        <w:tc>
          <w:tcPr>
            <w:tcW w:w="2683" w:type="dxa"/>
            <w:vMerge/>
            <w:shd w:val="clear" w:color="auto" w:fill="EDF4FA"/>
            <w:vAlign w:val="center"/>
          </w:tcPr>
          <w:p w:rsidR="008B4D1F" w:rsidRPr="005117ED" w:rsidRDefault="008B4D1F" w:rsidP="00D055A0">
            <w:pPr>
              <w:spacing w:before="0"/>
              <w:ind w:firstLine="0"/>
              <w:jc w:val="center"/>
              <w:rPr>
                <w:rFonts w:cs="Sakkal Majalla"/>
                <w:color w:val="000000" w:themeColor="text1"/>
                <w:sz w:val="38"/>
                <w:szCs w:val="38"/>
              </w:rPr>
            </w:pPr>
          </w:p>
        </w:tc>
        <w:tc>
          <w:tcPr>
            <w:tcW w:w="1418" w:type="dxa"/>
            <w:shd w:val="clear" w:color="auto" w:fill="EDF4FA"/>
            <w:vAlign w:val="center"/>
          </w:tcPr>
          <w:p w:rsidR="008B4D1F" w:rsidRPr="005117ED" w:rsidRDefault="008B4D1F"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36</w:t>
            </w:r>
          </w:p>
        </w:tc>
        <w:tc>
          <w:tcPr>
            <w:tcW w:w="5811" w:type="dxa"/>
            <w:shd w:val="clear" w:color="auto" w:fill="EDF4FA"/>
            <w:vAlign w:val="center"/>
          </w:tcPr>
          <w:p w:rsidR="008B4D1F" w:rsidRPr="00D055A0" w:rsidRDefault="008B4D1F" w:rsidP="00D055A0">
            <w:pPr>
              <w:spacing w:before="0"/>
              <w:ind w:firstLine="0"/>
              <w:jc w:val="center"/>
              <w:rPr>
                <w:rFonts w:cs="Sakkal Majalla"/>
                <w:color w:val="000000" w:themeColor="text1"/>
                <w:szCs w:val="34"/>
              </w:rPr>
            </w:pPr>
            <w:r w:rsidRPr="00D055A0">
              <w:rPr>
                <w:rFonts w:cs="Sakkal Majalla"/>
                <w:color w:val="000000" w:themeColor="text1"/>
                <w:szCs w:val="34"/>
                <w:rtl/>
              </w:rPr>
              <w:t>توجد متابعة للمبادرات التطويرية حتى تتحقق نتائجها.</w:t>
            </w:r>
          </w:p>
        </w:tc>
      </w:tr>
      <w:tr w:rsidR="008B4D1F" w:rsidRPr="005117ED" w:rsidTr="00D055A0">
        <w:tc>
          <w:tcPr>
            <w:tcW w:w="2683" w:type="dxa"/>
            <w:vMerge w:val="restart"/>
            <w:vAlign w:val="center"/>
          </w:tcPr>
          <w:p w:rsidR="008B4D1F" w:rsidRPr="008B4D1F" w:rsidRDefault="008B4D1F" w:rsidP="00D055A0">
            <w:pPr>
              <w:spacing w:before="0"/>
              <w:ind w:firstLine="0"/>
              <w:jc w:val="center"/>
              <w:rPr>
                <w:rFonts w:cs="Sakkal Majalla"/>
                <w:color w:val="000000" w:themeColor="text1"/>
                <w:szCs w:val="34"/>
              </w:rPr>
            </w:pPr>
            <w:r w:rsidRPr="008B4D1F">
              <w:rPr>
                <w:rFonts w:cs="Sakkal Majalla"/>
                <w:color w:val="000000" w:themeColor="text1"/>
                <w:szCs w:val="34"/>
                <w:rtl/>
              </w:rPr>
              <w:t>تبني الأفكار الجديدة وتطبيقها</w:t>
            </w:r>
          </w:p>
        </w:tc>
        <w:tc>
          <w:tcPr>
            <w:tcW w:w="1418" w:type="dxa"/>
            <w:vAlign w:val="center"/>
          </w:tcPr>
          <w:p w:rsidR="008B4D1F" w:rsidRPr="005117ED" w:rsidRDefault="008B4D1F"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37</w:t>
            </w:r>
          </w:p>
        </w:tc>
        <w:tc>
          <w:tcPr>
            <w:tcW w:w="5811" w:type="dxa"/>
            <w:vAlign w:val="center"/>
          </w:tcPr>
          <w:p w:rsidR="008B4D1F" w:rsidRPr="005117ED" w:rsidRDefault="008B4D1F"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توجد آلية واضحة لدراسة الأفكار الجديدة.</w:t>
            </w:r>
          </w:p>
        </w:tc>
      </w:tr>
      <w:tr w:rsidR="008B4D1F" w:rsidRPr="005117ED" w:rsidTr="00D055A0">
        <w:tc>
          <w:tcPr>
            <w:tcW w:w="2683" w:type="dxa"/>
            <w:vMerge/>
            <w:shd w:val="clear" w:color="auto" w:fill="EDF4FA"/>
            <w:vAlign w:val="center"/>
          </w:tcPr>
          <w:p w:rsidR="008B4D1F" w:rsidRPr="008B4D1F" w:rsidRDefault="008B4D1F" w:rsidP="00D055A0">
            <w:pPr>
              <w:spacing w:before="0"/>
              <w:ind w:firstLine="0"/>
              <w:jc w:val="center"/>
              <w:rPr>
                <w:rFonts w:cs="Sakkal Majalla"/>
                <w:color w:val="000000" w:themeColor="text1"/>
                <w:szCs w:val="34"/>
              </w:rPr>
            </w:pPr>
          </w:p>
        </w:tc>
        <w:tc>
          <w:tcPr>
            <w:tcW w:w="1418" w:type="dxa"/>
            <w:shd w:val="clear" w:color="auto" w:fill="EDF4FA"/>
            <w:vAlign w:val="center"/>
          </w:tcPr>
          <w:p w:rsidR="008B4D1F" w:rsidRPr="005117ED" w:rsidRDefault="008B4D1F"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38</w:t>
            </w:r>
          </w:p>
        </w:tc>
        <w:tc>
          <w:tcPr>
            <w:tcW w:w="5811" w:type="dxa"/>
            <w:shd w:val="clear" w:color="auto" w:fill="EDF4FA"/>
            <w:vAlign w:val="center"/>
          </w:tcPr>
          <w:p w:rsidR="008B4D1F" w:rsidRPr="005117ED" w:rsidRDefault="008B4D1F"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تخصص المنشأة موارد لتجربة الأفكار المفيدة.</w:t>
            </w:r>
          </w:p>
        </w:tc>
      </w:tr>
      <w:tr w:rsidR="008B4D1F" w:rsidRPr="005117ED" w:rsidTr="00D055A0">
        <w:tc>
          <w:tcPr>
            <w:tcW w:w="2683" w:type="dxa"/>
            <w:vMerge/>
            <w:vAlign w:val="center"/>
          </w:tcPr>
          <w:p w:rsidR="008B4D1F" w:rsidRPr="008B4D1F" w:rsidRDefault="008B4D1F" w:rsidP="00D055A0">
            <w:pPr>
              <w:spacing w:before="0"/>
              <w:ind w:firstLine="0"/>
              <w:jc w:val="center"/>
              <w:rPr>
                <w:rFonts w:cs="Sakkal Majalla"/>
                <w:color w:val="000000" w:themeColor="text1"/>
                <w:szCs w:val="34"/>
              </w:rPr>
            </w:pPr>
          </w:p>
        </w:tc>
        <w:tc>
          <w:tcPr>
            <w:tcW w:w="1418" w:type="dxa"/>
            <w:vAlign w:val="center"/>
          </w:tcPr>
          <w:p w:rsidR="008B4D1F" w:rsidRPr="005117ED" w:rsidRDefault="008B4D1F"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39</w:t>
            </w:r>
          </w:p>
        </w:tc>
        <w:tc>
          <w:tcPr>
            <w:tcW w:w="5811" w:type="dxa"/>
            <w:vAlign w:val="center"/>
          </w:tcPr>
          <w:p w:rsidR="008B4D1F" w:rsidRPr="005117ED" w:rsidRDefault="008B4D1F"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تتحول بعض الأفكار المقترحة إلى إجراءات عملية.</w:t>
            </w:r>
          </w:p>
        </w:tc>
      </w:tr>
      <w:tr w:rsidR="008B4D1F" w:rsidRPr="005117ED" w:rsidTr="00D055A0">
        <w:tc>
          <w:tcPr>
            <w:tcW w:w="2683" w:type="dxa"/>
            <w:vMerge/>
            <w:shd w:val="clear" w:color="auto" w:fill="EDF4FA"/>
            <w:vAlign w:val="center"/>
          </w:tcPr>
          <w:p w:rsidR="008B4D1F" w:rsidRPr="008B4D1F" w:rsidRDefault="008B4D1F" w:rsidP="00D055A0">
            <w:pPr>
              <w:spacing w:before="0"/>
              <w:ind w:firstLine="0"/>
              <w:jc w:val="center"/>
              <w:rPr>
                <w:rFonts w:cs="Sakkal Majalla"/>
                <w:color w:val="000000" w:themeColor="text1"/>
                <w:szCs w:val="34"/>
              </w:rPr>
            </w:pPr>
          </w:p>
        </w:tc>
        <w:tc>
          <w:tcPr>
            <w:tcW w:w="1418" w:type="dxa"/>
            <w:shd w:val="clear" w:color="auto" w:fill="EDF4FA"/>
            <w:vAlign w:val="center"/>
          </w:tcPr>
          <w:p w:rsidR="008B4D1F" w:rsidRPr="005117ED" w:rsidRDefault="008B4D1F" w:rsidP="00D055A0">
            <w:pPr>
              <w:spacing w:before="0"/>
              <w:ind w:firstLine="0"/>
              <w:jc w:val="center"/>
              <w:rPr>
                <w:rFonts w:cs="Sakkal Majalla"/>
                <w:color w:val="000000" w:themeColor="text1"/>
                <w:sz w:val="38"/>
                <w:szCs w:val="38"/>
              </w:rPr>
            </w:pPr>
            <w:r w:rsidRPr="005117ED">
              <w:rPr>
                <w:rFonts w:cs="Sakkal Majalla"/>
                <w:color w:val="000000" w:themeColor="text1"/>
                <w:sz w:val="38"/>
                <w:szCs w:val="38"/>
                <w:rtl/>
              </w:rPr>
              <w:t>40</w:t>
            </w:r>
          </w:p>
        </w:tc>
        <w:tc>
          <w:tcPr>
            <w:tcW w:w="5811" w:type="dxa"/>
            <w:shd w:val="clear" w:color="auto" w:fill="EDF4FA"/>
            <w:vAlign w:val="center"/>
          </w:tcPr>
          <w:p w:rsidR="008B4D1F" w:rsidRPr="008B4D1F" w:rsidRDefault="008B4D1F" w:rsidP="00D055A0">
            <w:pPr>
              <w:spacing w:before="0"/>
              <w:ind w:firstLine="0"/>
              <w:jc w:val="center"/>
              <w:rPr>
                <w:rFonts w:cs="Sakkal Majalla"/>
                <w:color w:val="000000" w:themeColor="text1"/>
                <w:szCs w:val="34"/>
              </w:rPr>
            </w:pPr>
            <w:r w:rsidRPr="008B4D1F">
              <w:rPr>
                <w:rFonts w:cs="Sakkal Majalla"/>
                <w:color w:val="000000" w:themeColor="text1"/>
                <w:szCs w:val="34"/>
                <w:rtl/>
              </w:rPr>
              <w:t>تكافئ المنشأة العاملين الذين يقدمون أفكارًا قابلة للتطبيق.</w:t>
            </w:r>
          </w:p>
        </w:tc>
      </w:tr>
    </w:tbl>
    <w:p w:rsidR="00FD5E07" w:rsidRPr="005117ED" w:rsidRDefault="00FD5E07" w:rsidP="00FD5E07">
      <w:pPr>
        <w:spacing w:before="0"/>
        <w:jc w:val="both"/>
        <w:rPr>
          <w:rFonts w:cs="Sakkal Majalla"/>
          <w:color w:val="000000" w:themeColor="text1"/>
          <w:sz w:val="38"/>
          <w:szCs w:val="38"/>
        </w:rPr>
      </w:pPr>
    </w:p>
    <w:p w:rsidR="00FD5E07" w:rsidRPr="005117ED" w:rsidRDefault="00FD5E07" w:rsidP="002F0037">
      <w:pPr>
        <w:spacing w:before="0"/>
        <w:ind w:firstLine="0"/>
        <w:jc w:val="center"/>
        <w:outlineLvl w:val="0"/>
        <w:rPr>
          <w:rFonts w:eastAsia="Times New Roman" w:cs="Sakkal Majalla"/>
          <w:b/>
          <w:bCs/>
          <w:color w:val="000000" w:themeColor="text1"/>
          <w:sz w:val="40"/>
          <w:szCs w:val="40"/>
        </w:rPr>
      </w:pPr>
      <w:bookmarkStart w:id="100" w:name="_Toc233321793"/>
      <w:bookmarkStart w:id="101" w:name="_Toc233322041"/>
      <w:r w:rsidRPr="005117ED">
        <w:rPr>
          <w:rFonts w:eastAsia="Times New Roman" w:cs="Sakkal Majalla"/>
          <w:b/>
          <w:bCs/>
          <w:color w:val="000000" w:themeColor="text1"/>
          <w:sz w:val="40"/>
          <w:szCs w:val="40"/>
          <w:rtl/>
        </w:rPr>
        <w:t>ملحق (2): دليل ترميز الإجابات</w:t>
      </w:r>
      <w:bookmarkEnd w:id="100"/>
      <w:bookmarkEnd w:id="101"/>
    </w:p>
    <w:tbl>
      <w:tblPr>
        <w:tblStyle w:val="aa"/>
        <w:bidiVisual/>
        <w:tblW w:w="0" w:type="auto"/>
        <w:tblLook w:val="04A0" w:firstRow="1" w:lastRow="0" w:firstColumn="1" w:lastColumn="0" w:noHBand="0" w:noVBand="1"/>
      </w:tblPr>
      <w:tblGrid>
        <w:gridCol w:w="4958"/>
        <w:gridCol w:w="4954"/>
      </w:tblGrid>
      <w:tr w:rsidR="00FD5E07" w:rsidRPr="005117ED" w:rsidTr="002F0037">
        <w:trPr>
          <w:tblHeader/>
        </w:trPr>
        <w:tc>
          <w:tcPr>
            <w:tcW w:w="4986" w:type="dxa"/>
            <w:shd w:val="clear" w:color="auto" w:fill="C5E0B3" w:themeFill="accent6" w:themeFillTint="66"/>
            <w:vAlign w:val="center"/>
          </w:tcPr>
          <w:p w:rsidR="00FD5E07" w:rsidRPr="005117ED" w:rsidRDefault="00FD5E07" w:rsidP="002F0037">
            <w:pPr>
              <w:spacing w:before="0"/>
              <w:jc w:val="center"/>
              <w:rPr>
                <w:rFonts w:cs="Sakkal Majalla"/>
                <w:color w:val="000000" w:themeColor="text1"/>
                <w:sz w:val="38"/>
                <w:szCs w:val="38"/>
              </w:rPr>
            </w:pPr>
            <w:r w:rsidRPr="005117ED">
              <w:rPr>
                <w:rFonts w:cs="Sakkal Majalla"/>
                <w:b/>
                <w:color w:val="000000" w:themeColor="text1"/>
                <w:sz w:val="38"/>
                <w:szCs w:val="38"/>
                <w:rtl/>
              </w:rPr>
              <w:t>الاستجابة</w:t>
            </w:r>
          </w:p>
        </w:tc>
        <w:tc>
          <w:tcPr>
            <w:tcW w:w="4986" w:type="dxa"/>
            <w:shd w:val="clear" w:color="auto" w:fill="C5E0B3" w:themeFill="accent6" w:themeFillTint="66"/>
            <w:vAlign w:val="center"/>
          </w:tcPr>
          <w:p w:rsidR="00FD5E07" w:rsidRPr="005117ED" w:rsidRDefault="00FD5E07" w:rsidP="002F0037">
            <w:pPr>
              <w:spacing w:before="0"/>
              <w:jc w:val="center"/>
              <w:rPr>
                <w:rFonts w:cs="Sakkal Majalla"/>
                <w:color w:val="000000" w:themeColor="text1"/>
                <w:sz w:val="38"/>
                <w:szCs w:val="38"/>
              </w:rPr>
            </w:pPr>
            <w:r w:rsidRPr="005117ED">
              <w:rPr>
                <w:rFonts w:cs="Sakkal Majalla"/>
                <w:b/>
                <w:color w:val="000000" w:themeColor="text1"/>
                <w:sz w:val="38"/>
                <w:szCs w:val="38"/>
                <w:rtl/>
              </w:rPr>
              <w:t>الرمز</w:t>
            </w:r>
          </w:p>
        </w:tc>
      </w:tr>
      <w:tr w:rsidR="00FD5E07" w:rsidRPr="005117ED" w:rsidTr="002F0037">
        <w:tc>
          <w:tcPr>
            <w:tcW w:w="4986" w:type="dxa"/>
            <w:vAlign w:val="center"/>
          </w:tcPr>
          <w:p w:rsidR="00FD5E07" w:rsidRPr="005117ED" w:rsidRDefault="00FD5E07" w:rsidP="002F0037">
            <w:pPr>
              <w:spacing w:before="0"/>
              <w:jc w:val="center"/>
              <w:rPr>
                <w:rFonts w:cs="Sakkal Majalla"/>
                <w:color w:val="000000" w:themeColor="text1"/>
                <w:sz w:val="38"/>
                <w:szCs w:val="38"/>
              </w:rPr>
            </w:pPr>
            <w:r w:rsidRPr="005117ED">
              <w:rPr>
                <w:rFonts w:cs="Sakkal Majalla"/>
                <w:color w:val="000000" w:themeColor="text1"/>
                <w:sz w:val="38"/>
                <w:szCs w:val="38"/>
                <w:rtl/>
              </w:rPr>
              <w:t>موافق بشدة</w:t>
            </w:r>
          </w:p>
        </w:tc>
        <w:tc>
          <w:tcPr>
            <w:tcW w:w="4986" w:type="dxa"/>
            <w:vAlign w:val="center"/>
          </w:tcPr>
          <w:p w:rsidR="00FD5E07" w:rsidRPr="005117ED" w:rsidRDefault="00FD5E07" w:rsidP="002F0037">
            <w:pPr>
              <w:spacing w:before="0"/>
              <w:jc w:val="center"/>
              <w:rPr>
                <w:rFonts w:cs="Sakkal Majalla"/>
                <w:color w:val="000000" w:themeColor="text1"/>
                <w:sz w:val="38"/>
                <w:szCs w:val="38"/>
              </w:rPr>
            </w:pPr>
            <w:r w:rsidRPr="005117ED">
              <w:rPr>
                <w:rFonts w:cs="Sakkal Majalla"/>
                <w:color w:val="000000" w:themeColor="text1"/>
                <w:sz w:val="38"/>
                <w:szCs w:val="38"/>
                <w:rtl/>
              </w:rPr>
              <w:t>5</w:t>
            </w:r>
          </w:p>
        </w:tc>
      </w:tr>
      <w:tr w:rsidR="00FD5E07" w:rsidRPr="005117ED" w:rsidTr="002F0037">
        <w:tc>
          <w:tcPr>
            <w:tcW w:w="4986" w:type="dxa"/>
            <w:shd w:val="clear" w:color="auto" w:fill="EDF4FA"/>
            <w:vAlign w:val="center"/>
          </w:tcPr>
          <w:p w:rsidR="00FD5E07" w:rsidRPr="005117ED" w:rsidRDefault="00FD5E07" w:rsidP="002F0037">
            <w:pPr>
              <w:spacing w:before="0"/>
              <w:jc w:val="center"/>
              <w:rPr>
                <w:rFonts w:cs="Sakkal Majalla"/>
                <w:color w:val="000000" w:themeColor="text1"/>
                <w:sz w:val="38"/>
                <w:szCs w:val="38"/>
              </w:rPr>
            </w:pPr>
            <w:r w:rsidRPr="005117ED">
              <w:rPr>
                <w:rFonts w:cs="Sakkal Majalla"/>
                <w:color w:val="000000" w:themeColor="text1"/>
                <w:sz w:val="38"/>
                <w:szCs w:val="38"/>
                <w:rtl/>
              </w:rPr>
              <w:t>موافق</w:t>
            </w:r>
          </w:p>
        </w:tc>
        <w:tc>
          <w:tcPr>
            <w:tcW w:w="4986" w:type="dxa"/>
            <w:shd w:val="clear" w:color="auto" w:fill="EDF4FA"/>
            <w:vAlign w:val="center"/>
          </w:tcPr>
          <w:p w:rsidR="00FD5E07" w:rsidRPr="005117ED" w:rsidRDefault="00FD5E07" w:rsidP="002F0037">
            <w:pPr>
              <w:spacing w:before="0"/>
              <w:jc w:val="center"/>
              <w:rPr>
                <w:rFonts w:cs="Sakkal Majalla"/>
                <w:color w:val="000000" w:themeColor="text1"/>
                <w:sz w:val="38"/>
                <w:szCs w:val="38"/>
              </w:rPr>
            </w:pPr>
            <w:r w:rsidRPr="005117ED">
              <w:rPr>
                <w:rFonts w:cs="Sakkal Majalla"/>
                <w:color w:val="000000" w:themeColor="text1"/>
                <w:sz w:val="38"/>
                <w:szCs w:val="38"/>
                <w:rtl/>
              </w:rPr>
              <w:t>4</w:t>
            </w:r>
          </w:p>
        </w:tc>
      </w:tr>
      <w:tr w:rsidR="00FD5E07" w:rsidRPr="005117ED" w:rsidTr="002F0037">
        <w:tc>
          <w:tcPr>
            <w:tcW w:w="4986" w:type="dxa"/>
            <w:vAlign w:val="center"/>
          </w:tcPr>
          <w:p w:rsidR="00FD5E07" w:rsidRPr="005117ED" w:rsidRDefault="00FD5E07" w:rsidP="002F0037">
            <w:pPr>
              <w:spacing w:before="0"/>
              <w:jc w:val="center"/>
              <w:rPr>
                <w:rFonts w:cs="Sakkal Majalla"/>
                <w:color w:val="000000" w:themeColor="text1"/>
                <w:sz w:val="38"/>
                <w:szCs w:val="38"/>
              </w:rPr>
            </w:pPr>
            <w:r w:rsidRPr="005117ED">
              <w:rPr>
                <w:rFonts w:cs="Sakkal Majalla"/>
                <w:color w:val="000000" w:themeColor="text1"/>
                <w:sz w:val="38"/>
                <w:szCs w:val="38"/>
                <w:rtl/>
              </w:rPr>
              <w:t>محايد</w:t>
            </w:r>
          </w:p>
        </w:tc>
        <w:tc>
          <w:tcPr>
            <w:tcW w:w="4986" w:type="dxa"/>
            <w:vAlign w:val="center"/>
          </w:tcPr>
          <w:p w:rsidR="00FD5E07" w:rsidRPr="005117ED" w:rsidRDefault="00FD5E07" w:rsidP="002F0037">
            <w:pPr>
              <w:spacing w:before="0"/>
              <w:jc w:val="center"/>
              <w:rPr>
                <w:rFonts w:cs="Sakkal Majalla"/>
                <w:color w:val="000000" w:themeColor="text1"/>
                <w:sz w:val="38"/>
                <w:szCs w:val="38"/>
              </w:rPr>
            </w:pPr>
            <w:r w:rsidRPr="005117ED">
              <w:rPr>
                <w:rFonts w:cs="Sakkal Majalla"/>
                <w:color w:val="000000" w:themeColor="text1"/>
                <w:sz w:val="38"/>
                <w:szCs w:val="38"/>
                <w:rtl/>
              </w:rPr>
              <w:t>3</w:t>
            </w:r>
          </w:p>
        </w:tc>
      </w:tr>
      <w:tr w:rsidR="00FD5E07" w:rsidRPr="005117ED" w:rsidTr="002F0037">
        <w:tc>
          <w:tcPr>
            <w:tcW w:w="4986" w:type="dxa"/>
            <w:shd w:val="clear" w:color="auto" w:fill="EDF4FA"/>
            <w:vAlign w:val="center"/>
          </w:tcPr>
          <w:p w:rsidR="00FD5E07" w:rsidRPr="005117ED" w:rsidRDefault="00FD5E07" w:rsidP="002F0037">
            <w:pPr>
              <w:spacing w:before="0"/>
              <w:jc w:val="center"/>
              <w:rPr>
                <w:rFonts w:cs="Sakkal Majalla"/>
                <w:color w:val="000000" w:themeColor="text1"/>
                <w:sz w:val="38"/>
                <w:szCs w:val="38"/>
              </w:rPr>
            </w:pPr>
            <w:r w:rsidRPr="005117ED">
              <w:rPr>
                <w:rFonts w:cs="Sakkal Majalla"/>
                <w:color w:val="000000" w:themeColor="text1"/>
                <w:sz w:val="38"/>
                <w:szCs w:val="38"/>
                <w:rtl/>
              </w:rPr>
              <w:t>غير موافق</w:t>
            </w:r>
          </w:p>
        </w:tc>
        <w:tc>
          <w:tcPr>
            <w:tcW w:w="4986" w:type="dxa"/>
            <w:shd w:val="clear" w:color="auto" w:fill="EDF4FA"/>
            <w:vAlign w:val="center"/>
          </w:tcPr>
          <w:p w:rsidR="00FD5E07" w:rsidRPr="005117ED" w:rsidRDefault="00FD5E07" w:rsidP="002F0037">
            <w:pPr>
              <w:spacing w:before="0"/>
              <w:jc w:val="center"/>
              <w:rPr>
                <w:rFonts w:cs="Sakkal Majalla"/>
                <w:color w:val="000000" w:themeColor="text1"/>
                <w:sz w:val="38"/>
                <w:szCs w:val="38"/>
              </w:rPr>
            </w:pPr>
            <w:r w:rsidRPr="005117ED">
              <w:rPr>
                <w:rFonts w:cs="Sakkal Majalla"/>
                <w:color w:val="000000" w:themeColor="text1"/>
                <w:sz w:val="38"/>
                <w:szCs w:val="38"/>
                <w:rtl/>
              </w:rPr>
              <w:t>2</w:t>
            </w:r>
          </w:p>
        </w:tc>
      </w:tr>
      <w:tr w:rsidR="00FD5E07" w:rsidRPr="005117ED" w:rsidTr="002F0037">
        <w:tc>
          <w:tcPr>
            <w:tcW w:w="4986" w:type="dxa"/>
            <w:vAlign w:val="center"/>
          </w:tcPr>
          <w:p w:rsidR="00FD5E07" w:rsidRPr="005117ED" w:rsidRDefault="00FD5E07" w:rsidP="002F0037">
            <w:pPr>
              <w:spacing w:before="0"/>
              <w:jc w:val="center"/>
              <w:rPr>
                <w:rFonts w:cs="Sakkal Majalla"/>
                <w:color w:val="000000" w:themeColor="text1"/>
                <w:sz w:val="38"/>
                <w:szCs w:val="38"/>
              </w:rPr>
            </w:pPr>
            <w:r w:rsidRPr="005117ED">
              <w:rPr>
                <w:rFonts w:cs="Sakkal Majalla"/>
                <w:color w:val="000000" w:themeColor="text1"/>
                <w:sz w:val="38"/>
                <w:szCs w:val="38"/>
                <w:rtl/>
              </w:rPr>
              <w:t>غير موافق بشدة</w:t>
            </w:r>
          </w:p>
        </w:tc>
        <w:tc>
          <w:tcPr>
            <w:tcW w:w="4986" w:type="dxa"/>
            <w:vAlign w:val="center"/>
          </w:tcPr>
          <w:p w:rsidR="00FD5E07" w:rsidRPr="005117ED" w:rsidRDefault="00FD5E07" w:rsidP="002F0037">
            <w:pPr>
              <w:spacing w:before="0"/>
              <w:jc w:val="center"/>
              <w:rPr>
                <w:rFonts w:cs="Sakkal Majalla"/>
                <w:color w:val="000000" w:themeColor="text1"/>
                <w:sz w:val="38"/>
                <w:szCs w:val="38"/>
              </w:rPr>
            </w:pPr>
            <w:r w:rsidRPr="005117ED">
              <w:rPr>
                <w:rFonts w:cs="Sakkal Majalla"/>
                <w:color w:val="000000" w:themeColor="text1"/>
                <w:sz w:val="38"/>
                <w:szCs w:val="38"/>
                <w:rtl/>
              </w:rPr>
              <w:t>1</w:t>
            </w:r>
          </w:p>
        </w:tc>
      </w:tr>
    </w:tbl>
    <w:p w:rsidR="00FD5E07" w:rsidRPr="005117ED" w:rsidRDefault="00FD5E07" w:rsidP="00FD5E07">
      <w:pPr>
        <w:spacing w:before="0"/>
        <w:jc w:val="both"/>
        <w:rPr>
          <w:rFonts w:cs="Sakkal Majalla"/>
          <w:color w:val="000000" w:themeColor="text1"/>
          <w:sz w:val="38"/>
          <w:szCs w:val="38"/>
        </w:rPr>
      </w:pPr>
    </w:p>
    <w:p w:rsidR="00FD5E07" w:rsidRPr="005117ED" w:rsidRDefault="00FD5E07" w:rsidP="002F0037">
      <w:pPr>
        <w:spacing w:before="0"/>
        <w:ind w:firstLine="0"/>
        <w:jc w:val="center"/>
        <w:outlineLvl w:val="0"/>
        <w:rPr>
          <w:rFonts w:eastAsia="Times New Roman" w:cs="Sakkal Majalla"/>
          <w:b/>
          <w:bCs/>
          <w:color w:val="000000" w:themeColor="text1"/>
          <w:sz w:val="40"/>
          <w:szCs w:val="40"/>
        </w:rPr>
      </w:pPr>
      <w:bookmarkStart w:id="102" w:name="_Toc233321794"/>
      <w:bookmarkStart w:id="103" w:name="_Toc233322042"/>
      <w:r w:rsidRPr="005117ED">
        <w:rPr>
          <w:rFonts w:eastAsia="Times New Roman" w:cs="Sakkal Majalla"/>
          <w:b/>
          <w:bCs/>
          <w:color w:val="000000" w:themeColor="text1"/>
          <w:sz w:val="40"/>
          <w:szCs w:val="40"/>
          <w:rtl/>
        </w:rPr>
        <w:t>ملحق (3): نموذج مختصر لبناء ملف البيانات</w:t>
      </w:r>
      <w:bookmarkEnd w:id="102"/>
      <w:bookmarkEnd w:id="103"/>
    </w:p>
    <w:tbl>
      <w:tblPr>
        <w:tblStyle w:val="aa"/>
        <w:bidiVisual/>
        <w:tblW w:w="0" w:type="auto"/>
        <w:tblLook w:val="04A0" w:firstRow="1" w:lastRow="0" w:firstColumn="1" w:lastColumn="0" w:noHBand="0" w:noVBand="1"/>
      </w:tblPr>
      <w:tblGrid>
        <w:gridCol w:w="1244"/>
        <w:gridCol w:w="1243"/>
        <w:gridCol w:w="1240"/>
        <w:gridCol w:w="1244"/>
        <w:gridCol w:w="1235"/>
        <w:gridCol w:w="1235"/>
        <w:gridCol w:w="1233"/>
        <w:gridCol w:w="1238"/>
      </w:tblGrid>
      <w:tr w:rsidR="00FD5E07" w:rsidRPr="005117ED" w:rsidTr="002F0037">
        <w:trPr>
          <w:tblHeader/>
        </w:trPr>
        <w:tc>
          <w:tcPr>
            <w:tcW w:w="1246" w:type="dxa"/>
            <w:shd w:val="clear" w:color="auto" w:fill="C5E0B3" w:themeFill="accent6" w:themeFillTint="66"/>
            <w:vAlign w:val="center"/>
          </w:tcPr>
          <w:p w:rsidR="00FD5E07" w:rsidRPr="002F0037" w:rsidRDefault="00FD5E07" w:rsidP="002F0037">
            <w:pPr>
              <w:spacing w:before="0"/>
              <w:ind w:firstLine="0"/>
              <w:jc w:val="center"/>
              <w:rPr>
                <w:rFonts w:cs="Sakkal Majalla"/>
                <w:bCs/>
                <w:color w:val="000000" w:themeColor="text1"/>
                <w:sz w:val="38"/>
                <w:szCs w:val="38"/>
              </w:rPr>
            </w:pPr>
            <w:r w:rsidRPr="002F0037">
              <w:rPr>
                <w:rFonts w:cs="Sakkal Majalla"/>
                <w:bCs/>
                <w:color w:val="000000" w:themeColor="text1"/>
                <w:sz w:val="38"/>
                <w:szCs w:val="38"/>
                <w:rtl/>
              </w:rPr>
              <w:t>رقم المشارك</w:t>
            </w:r>
          </w:p>
        </w:tc>
        <w:tc>
          <w:tcPr>
            <w:tcW w:w="1246" w:type="dxa"/>
            <w:shd w:val="clear" w:color="auto" w:fill="C5E0B3" w:themeFill="accent6" w:themeFillTint="66"/>
            <w:vAlign w:val="center"/>
          </w:tcPr>
          <w:p w:rsidR="00FD5E07" w:rsidRPr="002F0037" w:rsidRDefault="00FD5E07" w:rsidP="002F0037">
            <w:pPr>
              <w:spacing w:before="0"/>
              <w:ind w:firstLine="0"/>
              <w:jc w:val="center"/>
              <w:rPr>
                <w:rFonts w:cs="Sakkal Majalla"/>
                <w:bCs/>
                <w:color w:val="000000" w:themeColor="text1"/>
                <w:sz w:val="38"/>
                <w:szCs w:val="38"/>
              </w:rPr>
            </w:pPr>
            <w:r w:rsidRPr="002F0037">
              <w:rPr>
                <w:rFonts w:cs="Sakkal Majalla"/>
                <w:bCs/>
                <w:color w:val="000000" w:themeColor="text1"/>
                <w:sz w:val="38"/>
                <w:szCs w:val="38"/>
                <w:rtl/>
              </w:rPr>
              <w:t>الجنس</w:t>
            </w:r>
          </w:p>
        </w:tc>
        <w:tc>
          <w:tcPr>
            <w:tcW w:w="1246" w:type="dxa"/>
            <w:shd w:val="clear" w:color="auto" w:fill="C5E0B3" w:themeFill="accent6" w:themeFillTint="66"/>
            <w:vAlign w:val="center"/>
          </w:tcPr>
          <w:p w:rsidR="00FD5E07" w:rsidRPr="002F0037" w:rsidRDefault="00FD5E07" w:rsidP="002F0037">
            <w:pPr>
              <w:spacing w:before="0"/>
              <w:ind w:firstLine="0"/>
              <w:jc w:val="center"/>
              <w:rPr>
                <w:rFonts w:cs="Sakkal Majalla"/>
                <w:bCs/>
                <w:color w:val="000000" w:themeColor="text1"/>
                <w:sz w:val="38"/>
                <w:szCs w:val="38"/>
              </w:rPr>
            </w:pPr>
            <w:r w:rsidRPr="002F0037">
              <w:rPr>
                <w:rFonts w:cs="Sakkal Majalla"/>
                <w:bCs/>
                <w:color w:val="000000" w:themeColor="text1"/>
                <w:sz w:val="38"/>
                <w:szCs w:val="38"/>
                <w:rtl/>
              </w:rPr>
              <w:t>العمر</w:t>
            </w:r>
          </w:p>
        </w:tc>
        <w:tc>
          <w:tcPr>
            <w:tcW w:w="1246" w:type="dxa"/>
            <w:shd w:val="clear" w:color="auto" w:fill="C5E0B3" w:themeFill="accent6" w:themeFillTint="66"/>
            <w:vAlign w:val="center"/>
          </w:tcPr>
          <w:p w:rsidR="00FD5E07" w:rsidRPr="002F0037" w:rsidRDefault="00FD5E07" w:rsidP="002F0037">
            <w:pPr>
              <w:spacing w:before="0"/>
              <w:ind w:firstLine="0"/>
              <w:jc w:val="center"/>
              <w:rPr>
                <w:rFonts w:cs="Sakkal Majalla"/>
                <w:bCs/>
                <w:color w:val="000000" w:themeColor="text1"/>
                <w:sz w:val="38"/>
                <w:szCs w:val="38"/>
              </w:rPr>
            </w:pPr>
            <w:r w:rsidRPr="002F0037">
              <w:rPr>
                <w:rFonts w:cs="Sakkal Majalla"/>
                <w:bCs/>
                <w:color w:val="000000" w:themeColor="text1"/>
                <w:sz w:val="38"/>
                <w:szCs w:val="38"/>
                <w:rtl/>
              </w:rPr>
              <w:t>حجم المنشأة</w:t>
            </w:r>
          </w:p>
        </w:tc>
        <w:tc>
          <w:tcPr>
            <w:tcW w:w="1246" w:type="dxa"/>
            <w:shd w:val="clear" w:color="auto" w:fill="C5E0B3" w:themeFill="accent6" w:themeFillTint="66"/>
            <w:vAlign w:val="center"/>
          </w:tcPr>
          <w:p w:rsidR="00FD5E07" w:rsidRPr="002F0037" w:rsidRDefault="00FD5E07" w:rsidP="002F0037">
            <w:pPr>
              <w:spacing w:before="0"/>
              <w:ind w:firstLine="0"/>
              <w:jc w:val="center"/>
              <w:rPr>
                <w:rFonts w:cs="Sakkal Majalla"/>
                <w:bCs/>
                <w:color w:val="000000" w:themeColor="text1"/>
                <w:sz w:val="38"/>
                <w:szCs w:val="38"/>
              </w:rPr>
            </w:pPr>
            <w:r w:rsidRPr="002F0037">
              <w:rPr>
                <w:rFonts w:cs="Sakkal Majalla"/>
                <w:bCs/>
                <w:color w:val="000000" w:themeColor="text1"/>
                <w:sz w:val="38"/>
                <w:szCs w:val="38"/>
                <w:rtl/>
              </w:rPr>
              <w:t>ق1</w:t>
            </w:r>
          </w:p>
        </w:tc>
        <w:tc>
          <w:tcPr>
            <w:tcW w:w="1246" w:type="dxa"/>
            <w:shd w:val="clear" w:color="auto" w:fill="C5E0B3" w:themeFill="accent6" w:themeFillTint="66"/>
            <w:vAlign w:val="center"/>
          </w:tcPr>
          <w:p w:rsidR="00FD5E07" w:rsidRPr="002F0037" w:rsidRDefault="00FD5E07" w:rsidP="002F0037">
            <w:pPr>
              <w:spacing w:before="0"/>
              <w:ind w:firstLine="0"/>
              <w:jc w:val="center"/>
              <w:rPr>
                <w:rFonts w:cs="Sakkal Majalla"/>
                <w:bCs/>
                <w:color w:val="000000" w:themeColor="text1"/>
                <w:sz w:val="38"/>
                <w:szCs w:val="38"/>
              </w:rPr>
            </w:pPr>
            <w:r w:rsidRPr="002F0037">
              <w:rPr>
                <w:rFonts w:cs="Sakkal Majalla"/>
                <w:bCs/>
                <w:color w:val="000000" w:themeColor="text1"/>
                <w:sz w:val="38"/>
                <w:szCs w:val="38"/>
                <w:rtl/>
              </w:rPr>
              <w:t>ق2</w:t>
            </w:r>
          </w:p>
        </w:tc>
        <w:tc>
          <w:tcPr>
            <w:tcW w:w="1246" w:type="dxa"/>
            <w:shd w:val="clear" w:color="auto" w:fill="C5E0B3" w:themeFill="accent6" w:themeFillTint="66"/>
            <w:vAlign w:val="center"/>
          </w:tcPr>
          <w:p w:rsidR="00FD5E07" w:rsidRPr="002F0037" w:rsidRDefault="00FD5E07" w:rsidP="002F0037">
            <w:pPr>
              <w:spacing w:before="0"/>
              <w:ind w:firstLine="0"/>
              <w:jc w:val="center"/>
              <w:rPr>
                <w:rFonts w:cs="Sakkal Majalla"/>
                <w:bCs/>
                <w:color w:val="000000" w:themeColor="text1"/>
                <w:sz w:val="38"/>
                <w:szCs w:val="38"/>
              </w:rPr>
            </w:pPr>
            <w:r w:rsidRPr="002F0037">
              <w:rPr>
                <w:rFonts w:cs="Sakkal Majalla"/>
                <w:bCs/>
                <w:color w:val="000000" w:themeColor="text1"/>
                <w:sz w:val="38"/>
                <w:szCs w:val="38"/>
                <w:rtl/>
              </w:rPr>
              <w:t>...</w:t>
            </w:r>
          </w:p>
        </w:tc>
        <w:tc>
          <w:tcPr>
            <w:tcW w:w="1246" w:type="dxa"/>
            <w:shd w:val="clear" w:color="auto" w:fill="C5E0B3" w:themeFill="accent6" w:themeFillTint="66"/>
            <w:vAlign w:val="center"/>
          </w:tcPr>
          <w:p w:rsidR="00FD5E07" w:rsidRPr="002F0037" w:rsidRDefault="00FD5E07" w:rsidP="002F0037">
            <w:pPr>
              <w:spacing w:before="0"/>
              <w:ind w:firstLine="0"/>
              <w:jc w:val="center"/>
              <w:rPr>
                <w:rFonts w:cs="Sakkal Majalla"/>
                <w:bCs/>
                <w:color w:val="000000" w:themeColor="text1"/>
                <w:sz w:val="38"/>
                <w:szCs w:val="38"/>
              </w:rPr>
            </w:pPr>
            <w:r w:rsidRPr="002F0037">
              <w:rPr>
                <w:rFonts w:cs="Sakkal Majalla"/>
                <w:bCs/>
                <w:color w:val="000000" w:themeColor="text1"/>
                <w:sz w:val="38"/>
                <w:szCs w:val="38"/>
                <w:rtl/>
              </w:rPr>
              <w:t>ق40</w:t>
            </w:r>
          </w:p>
        </w:tc>
      </w:tr>
      <w:tr w:rsidR="00FD5E07" w:rsidRPr="005117ED" w:rsidTr="002F0037">
        <w:tc>
          <w:tcPr>
            <w:tcW w:w="1246" w:type="dxa"/>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1</w:t>
            </w:r>
          </w:p>
        </w:tc>
        <w:tc>
          <w:tcPr>
            <w:tcW w:w="1246" w:type="dxa"/>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ذكر</w:t>
            </w:r>
          </w:p>
        </w:tc>
        <w:tc>
          <w:tcPr>
            <w:tcW w:w="1246" w:type="dxa"/>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30-39</w:t>
            </w:r>
          </w:p>
        </w:tc>
        <w:tc>
          <w:tcPr>
            <w:tcW w:w="1246" w:type="dxa"/>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صغيرة</w:t>
            </w:r>
          </w:p>
        </w:tc>
        <w:tc>
          <w:tcPr>
            <w:tcW w:w="1246" w:type="dxa"/>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4</w:t>
            </w:r>
          </w:p>
        </w:tc>
        <w:tc>
          <w:tcPr>
            <w:tcW w:w="1246" w:type="dxa"/>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5</w:t>
            </w:r>
          </w:p>
        </w:tc>
        <w:tc>
          <w:tcPr>
            <w:tcW w:w="1246" w:type="dxa"/>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w:t>
            </w:r>
          </w:p>
        </w:tc>
        <w:tc>
          <w:tcPr>
            <w:tcW w:w="1246" w:type="dxa"/>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4</w:t>
            </w:r>
          </w:p>
        </w:tc>
      </w:tr>
      <w:tr w:rsidR="00FD5E07" w:rsidRPr="005117ED" w:rsidTr="002F0037">
        <w:tc>
          <w:tcPr>
            <w:tcW w:w="1246" w:type="dxa"/>
            <w:shd w:val="clear" w:color="auto" w:fill="EDF4FA"/>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2</w:t>
            </w:r>
          </w:p>
        </w:tc>
        <w:tc>
          <w:tcPr>
            <w:tcW w:w="1246" w:type="dxa"/>
            <w:shd w:val="clear" w:color="auto" w:fill="EDF4FA"/>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أنثى</w:t>
            </w:r>
          </w:p>
        </w:tc>
        <w:tc>
          <w:tcPr>
            <w:tcW w:w="1246" w:type="dxa"/>
            <w:shd w:val="clear" w:color="auto" w:fill="EDF4FA"/>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أقل من 30</w:t>
            </w:r>
          </w:p>
        </w:tc>
        <w:tc>
          <w:tcPr>
            <w:tcW w:w="1246" w:type="dxa"/>
            <w:shd w:val="clear" w:color="auto" w:fill="EDF4FA"/>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متوسطة</w:t>
            </w:r>
          </w:p>
        </w:tc>
        <w:tc>
          <w:tcPr>
            <w:tcW w:w="1246" w:type="dxa"/>
            <w:shd w:val="clear" w:color="auto" w:fill="EDF4FA"/>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3</w:t>
            </w:r>
          </w:p>
        </w:tc>
        <w:tc>
          <w:tcPr>
            <w:tcW w:w="1246" w:type="dxa"/>
            <w:shd w:val="clear" w:color="auto" w:fill="EDF4FA"/>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4</w:t>
            </w:r>
          </w:p>
        </w:tc>
        <w:tc>
          <w:tcPr>
            <w:tcW w:w="1246" w:type="dxa"/>
            <w:shd w:val="clear" w:color="auto" w:fill="EDF4FA"/>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w:t>
            </w:r>
          </w:p>
        </w:tc>
        <w:tc>
          <w:tcPr>
            <w:tcW w:w="1246" w:type="dxa"/>
            <w:shd w:val="clear" w:color="auto" w:fill="EDF4FA"/>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5</w:t>
            </w:r>
          </w:p>
        </w:tc>
      </w:tr>
      <w:tr w:rsidR="00FD5E07" w:rsidRPr="005117ED" w:rsidTr="002F0037">
        <w:tc>
          <w:tcPr>
            <w:tcW w:w="1246" w:type="dxa"/>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color w:val="000000" w:themeColor="text1"/>
                <w:sz w:val="38"/>
                <w:szCs w:val="38"/>
                <w:rtl/>
              </w:rPr>
              <w:lastRenderedPageBreak/>
              <w:t>3</w:t>
            </w:r>
          </w:p>
        </w:tc>
        <w:tc>
          <w:tcPr>
            <w:tcW w:w="1246" w:type="dxa"/>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ذكر</w:t>
            </w:r>
          </w:p>
        </w:tc>
        <w:tc>
          <w:tcPr>
            <w:tcW w:w="1246" w:type="dxa"/>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40-49</w:t>
            </w:r>
          </w:p>
        </w:tc>
        <w:tc>
          <w:tcPr>
            <w:tcW w:w="1246" w:type="dxa"/>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صغيرة</w:t>
            </w:r>
          </w:p>
        </w:tc>
        <w:tc>
          <w:tcPr>
            <w:tcW w:w="1246" w:type="dxa"/>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5</w:t>
            </w:r>
          </w:p>
        </w:tc>
        <w:tc>
          <w:tcPr>
            <w:tcW w:w="1246" w:type="dxa"/>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4</w:t>
            </w:r>
          </w:p>
        </w:tc>
        <w:tc>
          <w:tcPr>
            <w:tcW w:w="1246" w:type="dxa"/>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w:t>
            </w:r>
          </w:p>
        </w:tc>
        <w:tc>
          <w:tcPr>
            <w:tcW w:w="1246" w:type="dxa"/>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color w:val="000000" w:themeColor="text1"/>
                <w:sz w:val="38"/>
                <w:szCs w:val="38"/>
                <w:rtl/>
              </w:rPr>
              <w:t>4</w:t>
            </w:r>
          </w:p>
        </w:tc>
      </w:tr>
    </w:tbl>
    <w:p w:rsidR="00FD5E07" w:rsidRPr="005117ED" w:rsidRDefault="00FD5E07" w:rsidP="00FD5E07">
      <w:pPr>
        <w:spacing w:before="0"/>
        <w:jc w:val="both"/>
        <w:rPr>
          <w:rFonts w:cs="Sakkal Majalla"/>
          <w:color w:val="000000" w:themeColor="text1"/>
          <w:sz w:val="38"/>
          <w:szCs w:val="38"/>
        </w:rPr>
      </w:pPr>
    </w:p>
    <w:p w:rsidR="00FD5E07" w:rsidRPr="005117ED" w:rsidRDefault="00FD5E07" w:rsidP="002F0037">
      <w:pPr>
        <w:spacing w:before="0"/>
        <w:ind w:firstLine="0"/>
        <w:jc w:val="center"/>
        <w:outlineLvl w:val="0"/>
        <w:rPr>
          <w:rFonts w:eastAsia="Times New Roman" w:cs="Sakkal Majalla"/>
          <w:b/>
          <w:bCs/>
          <w:color w:val="000000" w:themeColor="text1"/>
          <w:sz w:val="40"/>
          <w:szCs w:val="40"/>
        </w:rPr>
      </w:pPr>
      <w:bookmarkStart w:id="104" w:name="_Toc233321795"/>
      <w:bookmarkStart w:id="105" w:name="_Toc233322043"/>
      <w:r w:rsidRPr="005117ED">
        <w:rPr>
          <w:rFonts w:eastAsia="Times New Roman" w:cs="Sakkal Majalla"/>
          <w:b/>
          <w:bCs/>
          <w:color w:val="000000" w:themeColor="text1"/>
          <w:sz w:val="40"/>
          <w:szCs w:val="40"/>
          <w:rtl/>
        </w:rPr>
        <w:t>ملحق</w:t>
      </w:r>
      <w:r w:rsidRPr="005117ED">
        <w:rPr>
          <w:rFonts w:eastAsia="Times New Roman" w:cs="Sakkal Majalla"/>
          <w:b/>
          <w:bCs/>
          <w:color w:val="000000" w:themeColor="text1"/>
          <w:sz w:val="40"/>
          <w:szCs w:val="40"/>
        </w:rPr>
        <w:t xml:space="preserve"> (4): </w:t>
      </w:r>
      <w:r w:rsidRPr="005117ED">
        <w:rPr>
          <w:rFonts w:eastAsia="Times New Roman" w:cs="Sakkal Majalla"/>
          <w:b/>
          <w:bCs/>
          <w:color w:val="000000" w:themeColor="text1"/>
          <w:sz w:val="40"/>
          <w:szCs w:val="40"/>
          <w:rtl/>
        </w:rPr>
        <w:t>نموذج</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تحكيم</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الاستبانة</w:t>
      </w:r>
      <w:bookmarkEnd w:id="104"/>
      <w:bookmarkEnd w:id="105"/>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يرجى</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المحكم</w:t>
      </w:r>
      <w:r w:rsidRPr="005117ED">
        <w:rPr>
          <w:rFonts w:cs="Sakkal Majalla"/>
          <w:color w:val="000000" w:themeColor="text1"/>
          <w:sz w:val="38"/>
          <w:szCs w:val="38"/>
        </w:rPr>
        <w:t xml:space="preserve"> </w:t>
      </w:r>
      <w:r w:rsidRPr="005117ED">
        <w:rPr>
          <w:rFonts w:cs="Sakkal Majalla"/>
          <w:color w:val="000000" w:themeColor="text1"/>
          <w:sz w:val="38"/>
          <w:szCs w:val="38"/>
          <w:rtl/>
        </w:rPr>
        <w:t>تقييم</w:t>
      </w:r>
      <w:r w:rsidRPr="005117ED">
        <w:rPr>
          <w:rFonts w:cs="Sakkal Majalla"/>
          <w:color w:val="000000" w:themeColor="text1"/>
          <w:sz w:val="38"/>
          <w:szCs w:val="38"/>
        </w:rPr>
        <w:t xml:space="preserve"> </w:t>
      </w:r>
      <w:r w:rsidRPr="005117ED">
        <w:rPr>
          <w:rFonts w:cs="Sakkal Majalla"/>
          <w:color w:val="000000" w:themeColor="text1"/>
          <w:sz w:val="38"/>
          <w:szCs w:val="38"/>
          <w:rtl/>
        </w:rPr>
        <w:t>كل</w:t>
      </w:r>
      <w:r w:rsidRPr="005117ED">
        <w:rPr>
          <w:rFonts w:cs="Sakkal Majalla"/>
          <w:color w:val="000000" w:themeColor="text1"/>
          <w:sz w:val="38"/>
          <w:szCs w:val="38"/>
        </w:rPr>
        <w:t xml:space="preserve"> </w:t>
      </w:r>
      <w:r w:rsidRPr="005117ED">
        <w:rPr>
          <w:rFonts w:cs="Sakkal Majalla"/>
          <w:color w:val="000000" w:themeColor="text1"/>
          <w:sz w:val="38"/>
          <w:szCs w:val="38"/>
          <w:rtl/>
        </w:rPr>
        <w:t>فقرة</w:t>
      </w:r>
      <w:r w:rsidRPr="005117ED">
        <w:rPr>
          <w:rFonts w:cs="Sakkal Majalla"/>
          <w:color w:val="000000" w:themeColor="text1"/>
          <w:sz w:val="38"/>
          <w:szCs w:val="38"/>
        </w:rPr>
        <w:t xml:space="preserve"> </w:t>
      </w:r>
      <w:r w:rsidRPr="005117ED">
        <w:rPr>
          <w:rFonts w:cs="Sakkal Majalla"/>
          <w:color w:val="000000" w:themeColor="text1"/>
          <w:sz w:val="38"/>
          <w:szCs w:val="38"/>
          <w:rtl/>
        </w:rPr>
        <w:t>من</w:t>
      </w:r>
      <w:r w:rsidRPr="005117ED">
        <w:rPr>
          <w:rFonts w:cs="Sakkal Majalla"/>
          <w:color w:val="000000" w:themeColor="text1"/>
          <w:sz w:val="38"/>
          <w:szCs w:val="38"/>
        </w:rPr>
        <w:t xml:space="preserve"> </w:t>
      </w:r>
      <w:r w:rsidRPr="005117ED">
        <w:rPr>
          <w:rFonts w:cs="Sakkal Majalla"/>
          <w:color w:val="000000" w:themeColor="text1"/>
          <w:sz w:val="38"/>
          <w:szCs w:val="38"/>
          <w:rtl/>
        </w:rPr>
        <w:t>حيث</w:t>
      </w:r>
      <w:r w:rsidRPr="005117ED">
        <w:rPr>
          <w:rFonts w:cs="Sakkal Majalla"/>
          <w:color w:val="000000" w:themeColor="text1"/>
          <w:sz w:val="38"/>
          <w:szCs w:val="38"/>
        </w:rPr>
        <w:t xml:space="preserve"> </w:t>
      </w:r>
      <w:r w:rsidRPr="005117ED">
        <w:rPr>
          <w:rFonts w:cs="Sakkal Majalla"/>
          <w:color w:val="000000" w:themeColor="text1"/>
          <w:sz w:val="38"/>
          <w:szCs w:val="38"/>
          <w:rtl/>
        </w:rPr>
        <w:t>وضوح</w:t>
      </w:r>
      <w:r w:rsidRPr="005117ED">
        <w:rPr>
          <w:rFonts w:cs="Sakkal Majalla"/>
          <w:color w:val="000000" w:themeColor="text1"/>
          <w:sz w:val="38"/>
          <w:szCs w:val="38"/>
        </w:rPr>
        <w:t xml:space="preserve"> </w:t>
      </w:r>
      <w:r w:rsidRPr="005117ED">
        <w:rPr>
          <w:rFonts w:cs="Sakkal Majalla"/>
          <w:color w:val="000000" w:themeColor="text1"/>
          <w:sz w:val="38"/>
          <w:szCs w:val="38"/>
          <w:rtl/>
        </w:rPr>
        <w:t>الصياغة،</w:t>
      </w:r>
      <w:r w:rsidRPr="005117ED">
        <w:rPr>
          <w:rFonts w:cs="Sakkal Majalla"/>
          <w:color w:val="000000" w:themeColor="text1"/>
          <w:sz w:val="38"/>
          <w:szCs w:val="38"/>
        </w:rPr>
        <w:t xml:space="preserve"> </w:t>
      </w:r>
      <w:r w:rsidRPr="005117ED">
        <w:rPr>
          <w:rFonts w:cs="Sakkal Majalla"/>
          <w:color w:val="000000" w:themeColor="text1"/>
          <w:sz w:val="38"/>
          <w:szCs w:val="38"/>
          <w:rtl/>
        </w:rPr>
        <w:t>والانتماء</w:t>
      </w:r>
      <w:r w:rsidRPr="005117ED">
        <w:rPr>
          <w:rFonts w:cs="Sakkal Majalla"/>
          <w:color w:val="000000" w:themeColor="text1"/>
          <w:sz w:val="38"/>
          <w:szCs w:val="38"/>
        </w:rPr>
        <w:t xml:space="preserve"> </w:t>
      </w:r>
      <w:r w:rsidRPr="005117ED">
        <w:rPr>
          <w:rFonts w:cs="Sakkal Majalla"/>
          <w:color w:val="000000" w:themeColor="text1"/>
          <w:sz w:val="38"/>
          <w:szCs w:val="38"/>
          <w:rtl/>
        </w:rPr>
        <w:t>للبعد،</w:t>
      </w:r>
      <w:r w:rsidRPr="005117ED">
        <w:rPr>
          <w:rFonts w:cs="Sakkal Majalla"/>
          <w:color w:val="000000" w:themeColor="text1"/>
          <w:sz w:val="38"/>
          <w:szCs w:val="38"/>
        </w:rPr>
        <w:t xml:space="preserve"> </w:t>
      </w:r>
      <w:r w:rsidRPr="005117ED">
        <w:rPr>
          <w:rFonts w:cs="Sakkal Majalla"/>
          <w:color w:val="000000" w:themeColor="text1"/>
          <w:sz w:val="38"/>
          <w:szCs w:val="38"/>
          <w:rtl/>
        </w:rPr>
        <w:t>والأهمية،</w:t>
      </w:r>
      <w:r w:rsidRPr="005117ED">
        <w:rPr>
          <w:rFonts w:cs="Sakkal Majalla"/>
          <w:color w:val="000000" w:themeColor="text1"/>
          <w:sz w:val="38"/>
          <w:szCs w:val="38"/>
        </w:rPr>
        <w:t xml:space="preserve"> </w:t>
      </w:r>
      <w:r w:rsidRPr="005117ED">
        <w:rPr>
          <w:rFonts w:cs="Sakkal Majalla"/>
          <w:color w:val="000000" w:themeColor="text1"/>
          <w:sz w:val="38"/>
          <w:szCs w:val="38"/>
          <w:rtl/>
        </w:rPr>
        <w:t>واقتراح</w:t>
      </w:r>
      <w:r w:rsidRPr="005117ED">
        <w:rPr>
          <w:rFonts w:cs="Sakkal Majalla"/>
          <w:color w:val="000000" w:themeColor="text1"/>
          <w:sz w:val="38"/>
          <w:szCs w:val="38"/>
        </w:rPr>
        <w:t xml:space="preserve"> </w:t>
      </w:r>
      <w:r w:rsidRPr="005117ED">
        <w:rPr>
          <w:rFonts w:cs="Sakkal Majalla"/>
          <w:color w:val="000000" w:themeColor="text1"/>
          <w:sz w:val="38"/>
          <w:szCs w:val="38"/>
          <w:rtl/>
        </w:rPr>
        <w:t>التعديل</w:t>
      </w:r>
      <w:r w:rsidRPr="005117ED">
        <w:rPr>
          <w:rFonts w:cs="Sakkal Majalla"/>
          <w:color w:val="000000" w:themeColor="text1"/>
          <w:sz w:val="38"/>
          <w:szCs w:val="38"/>
        </w:rPr>
        <w:t xml:space="preserve"> </w:t>
      </w:r>
      <w:r w:rsidRPr="005117ED">
        <w:rPr>
          <w:rFonts w:cs="Sakkal Majalla"/>
          <w:color w:val="000000" w:themeColor="text1"/>
          <w:sz w:val="38"/>
          <w:szCs w:val="38"/>
          <w:rtl/>
        </w:rPr>
        <w:t>المناسب</w:t>
      </w:r>
      <w:r w:rsidRPr="005117ED">
        <w:rPr>
          <w:rFonts w:cs="Sakkal Majalla"/>
          <w:color w:val="000000" w:themeColor="text1"/>
          <w:sz w:val="38"/>
          <w:szCs w:val="38"/>
        </w:rPr>
        <w:t xml:space="preserve">. </w:t>
      </w:r>
      <w:r w:rsidRPr="005117ED">
        <w:rPr>
          <w:rFonts w:cs="Sakkal Majalla"/>
          <w:color w:val="000000" w:themeColor="text1"/>
          <w:sz w:val="38"/>
          <w:szCs w:val="38"/>
          <w:rtl/>
        </w:rPr>
        <w:t>يستخدم</w:t>
      </w:r>
      <w:r w:rsidRPr="005117ED">
        <w:rPr>
          <w:rFonts w:cs="Sakkal Majalla"/>
          <w:color w:val="000000" w:themeColor="text1"/>
          <w:sz w:val="38"/>
          <w:szCs w:val="38"/>
        </w:rPr>
        <w:t xml:space="preserve"> </w:t>
      </w:r>
      <w:r w:rsidRPr="005117ED">
        <w:rPr>
          <w:rFonts w:cs="Sakkal Majalla"/>
          <w:color w:val="000000" w:themeColor="text1"/>
          <w:sz w:val="38"/>
          <w:szCs w:val="38"/>
          <w:rtl/>
        </w:rPr>
        <w:t>النموذج</w:t>
      </w:r>
      <w:r w:rsidRPr="005117ED">
        <w:rPr>
          <w:rFonts w:cs="Sakkal Majalla"/>
          <w:color w:val="000000" w:themeColor="text1"/>
          <w:sz w:val="38"/>
          <w:szCs w:val="38"/>
        </w:rPr>
        <w:t xml:space="preserve"> </w:t>
      </w:r>
      <w:r w:rsidRPr="005117ED">
        <w:rPr>
          <w:rFonts w:cs="Sakkal Majalla"/>
          <w:color w:val="000000" w:themeColor="text1"/>
          <w:sz w:val="38"/>
          <w:szCs w:val="38"/>
          <w:rtl/>
        </w:rPr>
        <w:t>قبل</w:t>
      </w:r>
      <w:r w:rsidRPr="005117ED">
        <w:rPr>
          <w:rFonts w:cs="Sakkal Majalla"/>
          <w:color w:val="000000" w:themeColor="text1"/>
          <w:sz w:val="38"/>
          <w:szCs w:val="38"/>
        </w:rPr>
        <w:t xml:space="preserve"> </w:t>
      </w:r>
      <w:r w:rsidRPr="005117ED">
        <w:rPr>
          <w:rFonts w:cs="Sakkal Majalla"/>
          <w:color w:val="000000" w:themeColor="text1"/>
          <w:sz w:val="38"/>
          <w:szCs w:val="38"/>
          <w:rtl/>
        </w:rPr>
        <w:t>التطبيق</w:t>
      </w:r>
      <w:r w:rsidRPr="005117ED">
        <w:rPr>
          <w:rFonts w:cs="Sakkal Majalla"/>
          <w:color w:val="000000" w:themeColor="text1"/>
          <w:sz w:val="38"/>
          <w:szCs w:val="38"/>
        </w:rPr>
        <w:t xml:space="preserve"> </w:t>
      </w:r>
      <w:r w:rsidRPr="005117ED">
        <w:rPr>
          <w:rFonts w:cs="Sakkal Majalla"/>
          <w:color w:val="000000" w:themeColor="text1"/>
          <w:sz w:val="38"/>
          <w:szCs w:val="38"/>
          <w:rtl/>
        </w:rPr>
        <w:t>الميداني</w:t>
      </w:r>
      <w:r w:rsidRPr="005117ED">
        <w:rPr>
          <w:rFonts w:cs="Sakkal Majalla"/>
          <w:color w:val="000000" w:themeColor="text1"/>
          <w:sz w:val="38"/>
          <w:szCs w:val="38"/>
        </w:rPr>
        <w:t xml:space="preserve"> </w:t>
      </w:r>
      <w:r w:rsidRPr="005117ED">
        <w:rPr>
          <w:rFonts w:cs="Sakkal Majalla"/>
          <w:color w:val="000000" w:themeColor="text1"/>
          <w:sz w:val="38"/>
          <w:szCs w:val="38"/>
          <w:rtl/>
        </w:rPr>
        <w:t>الفعلي،</w:t>
      </w:r>
      <w:r w:rsidRPr="005117ED">
        <w:rPr>
          <w:rFonts w:cs="Sakkal Majalla"/>
          <w:color w:val="000000" w:themeColor="text1"/>
          <w:sz w:val="38"/>
          <w:szCs w:val="38"/>
        </w:rPr>
        <w:t xml:space="preserve"> </w:t>
      </w:r>
      <w:r w:rsidRPr="005117ED">
        <w:rPr>
          <w:rFonts w:cs="Sakkal Majalla"/>
          <w:color w:val="000000" w:themeColor="text1"/>
          <w:sz w:val="38"/>
          <w:szCs w:val="38"/>
          <w:rtl/>
        </w:rPr>
        <w:t>وتحفظ</w:t>
      </w:r>
      <w:r w:rsidRPr="005117ED">
        <w:rPr>
          <w:rFonts w:cs="Sakkal Majalla"/>
          <w:color w:val="000000" w:themeColor="text1"/>
          <w:sz w:val="38"/>
          <w:szCs w:val="38"/>
        </w:rPr>
        <w:t xml:space="preserve"> </w:t>
      </w:r>
      <w:r w:rsidRPr="005117ED">
        <w:rPr>
          <w:rFonts w:cs="Sakkal Majalla"/>
          <w:color w:val="000000" w:themeColor="text1"/>
          <w:sz w:val="38"/>
          <w:szCs w:val="38"/>
          <w:rtl/>
        </w:rPr>
        <w:t>استجابات</w:t>
      </w:r>
      <w:r w:rsidRPr="005117ED">
        <w:rPr>
          <w:rFonts w:cs="Sakkal Majalla"/>
          <w:color w:val="000000" w:themeColor="text1"/>
          <w:sz w:val="38"/>
          <w:szCs w:val="38"/>
        </w:rPr>
        <w:t xml:space="preserve"> </w:t>
      </w:r>
      <w:r w:rsidRPr="005117ED">
        <w:rPr>
          <w:rFonts w:cs="Sakkal Majalla"/>
          <w:color w:val="000000" w:themeColor="text1"/>
          <w:sz w:val="38"/>
          <w:szCs w:val="38"/>
          <w:rtl/>
        </w:rPr>
        <w:t>المحكمين</w:t>
      </w:r>
      <w:r w:rsidRPr="005117ED">
        <w:rPr>
          <w:rFonts w:cs="Sakkal Majalla"/>
          <w:color w:val="000000" w:themeColor="text1"/>
          <w:sz w:val="38"/>
          <w:szCs w:val="38"/>
        </w:rPr>
        <w:t xml:space="preserve"> </w:t>
      </w:r>
      <w:r w:rsidRPr="005117ED">
        <w:rPr>
          <w:rFonts w:cs="Sakkal Majalla"/>
          <w:color w:val="000000" w:themeColor="text1"/>
          <w:sz w:val="38"/>
          <w:szCs w:val="38"/>
          <w:rtl/>
        </w:rPr>
        <w:t>ضمن</w:t>
      </w:r>
      <w:r w:rsidRPr="005117ED">
        <w:rPr>
          <w:rFonts w:cs="Sakkal Majalla"/>
          <w:color w:val="000000" w:themeColor="text1"/>
          <w:sz w:val="38"/>
          <w:szCs w:val="38"/>
        </w:rPr>
        <w:t xml:space="preserve"> </w:t>
      </w:r>
      <w:r w:rsidRPr="005117ED">
        <w:rPr>
          <w:rFonts w:cs="Sakkal Majalla"/>
          <w:color w:val="000000" w:themeColor="text1"/>
          <w:sz w:val="38"/>
          <w:szCs w:val="38"/>
          <w:rtl/>
        </w:rPr>
        <w:t>ملف</w:t>
      </w:r>
      <w:r w:rsidRPr="005117ED">
        <w:rPr>
          <w:rFonts w:cs="Sakkal Majalla"/>
          <w:color w:val="000000" w:themeColor="text1"/>
          <w:sz w:val="38"/>
          <w:szCs w:val="38"/>
        </w:rPr>
        <w:t xml:space="preserve"> </w:t>
      </w:r>
      <w:r w:rsidRPr="005117ED">
        <w:rPr>
          <w:rFonts w:cs="Sakkal Majalla"/>
          <w:color w:val="000000" w:themeColor="text1"/>
          <w:sz w:val="38"/>
          <w:szCs w:val="38"/>
          <w:rtl/>
        </w:rPr>
        <w:t>توثيق</w:t>
      </w:r>
      <w:r w:rsidRPr="005117ED">
        <w:rPr>
          <w:rFonts w:cs="Sakkal Majalla"/>
          <w:color w:val="000000" w:themeColor="text1"/>
          <w:sz w:val="38"/>
          <w:szCs w:val="38"/>
        </w:rPr>
        <w:t xml:space="preserve"> </w:t>
      </w:r>
      <w:r w:rsidRPr="005117ED">
        <w:rPr>
          <w:rFonts w:cs="Sakkal Majalla"/>
          <w:color w:val="000000" w:themeColor="text1"/>
          <w:sz w:val="38"/>
          <w:szCs w:val="38"/>
          <w:rtl/>
        </w:rPr>
        <w:t>الأداة</w:t>
      </w:r>
      <w:r w:rsidRPr="005117ED">
        <w:rPr>
          <w:rFonts w:cs="Sakkal Majalla"/>
          <w:color w:val="000000" w:themeColor="text1"/>
          <w:sz w:val="38"/>
          <w:szCs w:val="38"/>
        </w:rPr>
        <w:t>.</w:t>
      </w:r>
    </w:p>
    <w:tbl>
      <w:tblPr>
        <w:tblStyle w:val="aa"/>
        <w:bidiVisual/>
        <w:tblW w:w="0" w:type="auto"/>
        <w:jc w:val="center"/>
        <w:tblLook w:val="04A0" w:firstRow="1" w:lastRow="0" w:firstColumn="1" w:lastColumn="0" w:noHBand="0" w:noVBand="1"/>
      </w:tblPr>
      <w:tblGrid>
        <w:gridCol w:w="932"/>
        <w:gridCol w:w="1587"/>
        <w:gridCol w:w="1701"/>
        <w:gridCol w:w="1701"/>
        <w:gridCol w:w="2835"/>
      </w:tblGrid>
      <w:tr w:rsidR="00FD5E07" w:rsidRPr="005117ED" w:rsidTr="002F0037">
        <w:trPr>
          <w:tblHeader/>
          <w:jc w:val="center"/>
        </w:trPr>
        <w:tc>
          <w:tcPr>
            <w:tcW w:w="793" w:type="dxa"/>
            <w:shd w:val="clear" w:color="auto" w:fill="FFE599" w:themeFill="accent4" w:themeFillTint="66"/>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b/>
                <w:bCs/>
                <w:color w:val="000000" w:themeColor="text1"/>
                <w:sz w:val="38"/>
                <w:szCs w:val="38"/>
                <w:rtl/>
              </w:rPr>
              <w:t>الفقرة</w:t>
            </w:r>
          </w:p>
        </w:tc>
        <w:tc>
          <w:tcPr>
            <w:tcW w:w="1587" w:type="dxa"/>
            <w:shd w:val="clear" w:color="auto" w:fill="FFE599" w:themeFill="accent4" w:themeFillTint="66"/>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b/>
                <w:bCs/>
                <w:color w:val="000000" w:themeColor="text1"/>
                <w:sz w:val="38"/>
                <w:szCs w:val="38"/>
                <w:rtl/>
              </w:rPr>
              <w:t>الوضوح</w:t>
            </w:r>
          </w:p>
        </w:tc>
        <w:tc>
          <w:tcPr>
            <w:tcW w:w="1701" w:type="dxa"/>
            <w:shd w:val="clear" w:color="auto" w:fill="FFE599" w:themeFill="accent4" w:themeFillTint="66"/>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b/>
                <w:bCs/>
                <w:color w:val="000000" w:themeColor="text1"/>
                <w:sz w:val="38"/>
                <w:szCs w:val="38"/>
                <w:rtl/>
              </w:rPr>
              <w:t>الانتماء</w:t>
            </w:r>
          </w:p>
        </w:tc>
        <w:tc>
          <w:tcPr>
            <w:tcW w:w="1701" w:type="dxa"/>
            <w:shd w:val="clear" w:color="auto" w:fill="FFE599" w:themeFill="accent4" w:themeFillTint="66"/>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b/>
                <w:bCs/>
                <w:color w:val="000000" w:themeColor="text1"/>
                <w:sz w:val="38"/>
                <w:szCs w:val="38"/>
                <w:rtl/>
              </w:rPr>
              <w:t>الأهمية</w:t>
            </w:r>
          </w:p>
        </w:tc>
        <w:tc>
          <w:tcPr>
            <w:tcW w:w="2835" w:type="dxa"/>
            <w:shd w:val="clear" w:color="auto" w:fill="FFE599" w:themeFill="accent4" w:themeFillTint="66"/>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b/>
                <w:bCs/>
                <w:color w:val="000000" w:themeColor="text1"/>
                <w:sz w:val="38"/>
                <w:szCs w:val="38"/>
                <w:rtl/>
              </w:rPr>
              <w:t>الملاحظة</w:t>
            </w:r>
          </w:p>
        </w:tc>
      </w:tr>
      <w:tr w:rsidR="00FD5E07" w:rsidRPr="005117ED" w:rsidTr="002F0037">
        <w:trPr>
          <w:jc w:val="center"/>
        </w:trPr>
        <w:tc>
          <w:tcPr>
            <w:tcW w:w="793" w:type="dxa"/>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color w:val="000000" w:themeColor="text1"/>
                <w:sz w:val="38"/>
                <w:szCs w:val="38"/>
              </w:rPr>
              <w:t>1</w:t>
            </w:r>
          </w:p>
        </w:tc>
        <w:tc>
          <w:tcPr>
            <w:tcW w:w="1587" w:type="dxa"/>
            <w:vAlign w:val="center"/>
          </w:tcPr>
          <w:p w:rsidR="00FD5E07" w:rsidRPr="005117ED" w:rsidRDefault="00FD5E07" w:rsidP="002F0037">
            <w:pPr>
              <w:spacing w:before="0"/>
              <w:jc w:val="center"/>
              <w:rPr>
                <w:rFonts w:cs="Sakkal Majalla"/>
                <w:color w:val="000000" w:themeColor="text1"/>
                <w:sz w:val="38"/>
                <w:szCs w:val="38"/>
              </w:rPr>
            </w:pPr>
          </w:p>
        </w:tc>
        <w:tc>
          <w:tcPr>
            <w:tcW w:w="1701" w:type="dxa"/>
            <w:vAlign w:val="center"/>
          </w:tcPr>
          <w:p w:rsidR="00FD5E07" w:rsidRPr="005117ED" w:rsidRDefault="00FD5E07" w:rsidP="002F0037">
            <w:pPr>
              <w:spacing w:before="0"/>
              <w:jc w:val="center"/>
              <w:rPr>
                <w:rFonts w:cs="Sakkal Majalla"/>
                <w:color w:val="000000" w:themeColor="text1"/>
                <w:sz w:val="38"/>
                <w:szCs w:val="38"/>
              </w:rPr>
            </w:pPr>
          </w:p>
        </w:tc>
        <w:tc>
          <w:tcPr>
            <w:tcW w:w="1701" w:type="dxa"/>
            <w:vAlign w:val="center"/>
          </w:tcPr>
          <w:p w:rsidR="00FD5E07" w:rsidRPr="005117ED" w:rsidRDefault="00FD5E07" w:rsidP="002F0037">
            <w:pPr>
              <w:spacing w:before="0"/>
              <w:jc w:val="center"/>
              <w:rPr>
                <w:rFonts w:cs="Sakkal Majalla"/>
                <w:color w:val="000000" w:themeColor="text1"/>
                <w:sz w:val="38"/>
                <w:szCs w:val="38"/>
              </w:rPr>
            </w:pPr>
          </w:p>
        </w:tc>
        <w:tc>
          <w:tcPr>
            <w:tcW w:w="2835" w:type="dxa"/>
            <w:vAlign w:val="center"/>
          </w:tcPr>
          <w:p w:rsidR="00FD5E07" w:rsidRPr="005117ED" w:rsidRDefault="00FD5E07" w:rsidP="002F0037">
            <w:pPr>
              <w:spacing w:before="0"/>
              <w:jc w:val="center"/>
              <w:rPr>
                <w:rFonts w:cs="Sakkal Majalla"/>
                <w:color w:val="000000" w:themeColor="text1"/>
                <w:sz w:val="38"/>
                <w:szCs w:val="38"/>
              </w:rPr>
            </w:pPr>
          </w:p>
        </w:tc>
      </w:tr>
      <w:tr w:rsidR="00FD5E07" w:rsidRPr="005117ED" w:rsidTr="002F0037">
        <w:trPr>
          <w:jc w:val="center"/>
        </w:trPr>
        <w:tc>
          <w:tcPr>
            <w:tcW w:w="793" w:type="dxa"/>
            <w:shd w:val="clear" w:color="auto" w:fill="EDF4FA"/>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color w:val="000000" w:themeColor="text1"/>
                <w:sz w:val="38"/>
                <w:szCs w:val="38"/>
              </w:rPr>
              <w:t>2</w:t>
            </w:r>
          </w:p>
        </w:tc>
        <w:tc>
          <w:tcPr>
            <w:tcW w:w="1587" w:type="dxa"/>
            <w:shd w:val="clear" w:color="auto" w:fill="EDF4FA"/>
            <w:vAlign w:val="center"/>
          </w:tcPr>
          <w:p w:rsidR="00FD5E07" w:rsidRPr="005117ED" w:rsidRDefault="00FD5E07" w:rsidP="002F0037">
            <w:pPr>
              <w:spacing w:before="0"/>
              <w:jc w:val="center"/>
              <w:rPr>
                <w:rFonts w:cs="Sakkal Majalla"/>
                <w:color w:val="000000" w:themeColor="text1"/>
                <w:sz w:val="38"/>
                <w:szCs w:val="38"/>
              </w:rPr>
            </w:pPr>
          </w:p>
        </w:tc>
        <w:tc>
          <w:tcPr>
            <w:tcW w:w="1701" w:type="dxa"/>
            <w:shd w:val="clear" w:color="auto" w:fill="EDF4FA"/>
            <w:vAlign w:val="center"/>
          </w:tcPr>
          <w:p w:rsidR="00FD5E07" w:rsidRPr="005117ED" w:rsidRDefault="00FD5E07" w:rsidP="002F0037">
            <w:pPr>
              <w:spacing w:before="0"/>
              <w:jc w:val="center"/>
              <w:rPr>
                <w:rFonts w:cs="Sakkal Majalla"/>
                <w:color w:val="000000" w:themeColor="text1"/>
                <w:sz w:val="38"/>
                <w:szCs w:val="38"/>
              </w:rPr>
            </w:pPr>
          </w:p>
        </w:tc>
        <w:tc>
          <w:tcPr>
            <w:tcW w:w="1701" w:type="dxa"/>
            <w:shd w:val="clear" w:color="auto" w:fill="EDF4FA"/>
            <w:vAlign w:val="center"/>
          </w:tcPr>
          <w:p w:rsidR="00FD5E07" w:rsidRPr="005117ED" w:rsidRDefault="00FD5E07" w:rsidP="002F0037">
            <w:pPr>
              <w:spacing w:before="0"/>
              <w:jc w:val="center"/>
              <w:rPr>
                <w:rFonts w:cs="Sakkal Majalla"/>
                <w:color w:val="000000" w:themeColor="text1"/>
                <w:sz w:val="38"/>
                <w:szCs w:val="38"/>
              </w:rPr>
            </w:pPr>
          </w:p>
        </w:tc>
        <w:tc>
          <w:tcPr>
            <w:tcW w:w="2835" w:type="dxa"/>
            <w:shd w:val="clear" w:color="auto" w:fill="EDF4FA"/>
            <w:vAlign w:val="center"/>
          </w:tcPr>
          <w:p w:rsidR="00FD5E07" w:rsidRPr="005117ED" w:rsidRDefault="00FD5E07" w:rsidP="002F0037">
            <w:pPr>
              <w:spacing w:before="0"/>
              <w:jc w:val="center"/>
              <w:rPr>
                <w:rFonts w:cs="Sakkal Majalla"/>
                <w:color w:val="000000" w:themeColor="text1"/>
                <w:sz w:val="38"/>
                <w:szCs w:val="38"/>
              </w:rPr>
            </w:pPr>
          </w:p>
        </w:tc>
      </w:tr>
      <w:tr w:rsidR="00FD5E07" w:rsidRPr="005117ED" w:rsidTr="002F0037">
        <w:trPr>
          <w:jc w:val="center"/>
        </w:trPr>
        <w:tc>
          <w:tcPr>
            <w:tcW w:w="793" w:type="dxa"/>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color w:val="000000" w:themeColor="text1"/>
                <w:sz w:val="38"/>
                <w:szCs w:val="38"/>
              </w:rPr>
              <w:t>3</w:t>
            </w:r>
          </w:p>
        </w:tc>
        <w:tc>
          <w:tcPr>
            <w:tcW w:w="1587" w:type="dxa"/>
            <w:vAlign w:val="center"/>
          </w:tcPr>
          <w:p w:rsidR="00FD5E07" w:rsidRPr="005117ED" w:rsidRDefault="00FD5E07" w:rsidP="002F0037">
            <w:pPr>
              <w:spacing w:before="0"/>
              <w:jc w:val="center"/>
              <w:rPr>
                <w:rFonts w:cs="Sakkal Majalla"/>
                <w:color w:val="000000" w:themeColor="text1"/>
                <w:sz w:val="38"/>
                <w:szCs w:val="38"/>
              </w:rPr>
            </w:pPr>
          </w:p>
        </w:tc>
        <w:tc>
          <w:tcPr>
            <w:tcW w:w="1701" w:type="dxa"/>
            <w:vAlign w:val="center"/>
          </w:tcPr>
          <w:p w:rsidR="00FD5E07" w:rsidRPr="005117ED" w:rsidRDefault="00FD5E07" w:rsidP="002F0037">
            <w:pPr>
              <w:spacing w:before="0"/>
              <w:jc w:val="center"/>
              <w:rPr>
                <w:rFonts w:cs="Sakkal Majalla"/>
                <w:color w:val="000000" w:themeColor="text1"/>
                <w:sz w:val="38"/>
                <w:szCs w:val="38"/>
              </w:rPr>
            </w:pPr>
          </w:p>
        </w:tc>
        <w:tc>
          <w:tcPr>
            <w:tcW w:w="1701" w:type="dxa"/>
            <w:vAlign w:val="center"/>
          </w:tcPr>
          <w:p w:rsidR="00FD5E07" w:rsidRPr="005117ED" w:rsidRDefault="00FD5E07" w:rsidP="002F0037">
            <w:pPr>
              <w:spacing w:before="0"/>
              <w:jc w:val="center"/>
              <w:rPr>
                <w:rFonts w:cs="Sakkal Majalla"/>
                <w:color w:val="000000" w:themeColor="text1"/>
                <w:sz w:val="38"/>
                <w:szCs w:val="38"/>
              </w:rPr>
            </w:pPr>
          </w:p>
        </w:tc>
        <w:tc>
          <w:tcPr>
            <w:tcW w:w="2835" w:type="dxa"/>
            <w:vAlign w:val="center"/>
          </w:tcPr>
          <w:p w:rsidR="00FD5E07" w:rsidRPr="005117ED" w:rsidRDefault="00FD5E07" w:rsidP="002F0037">
            <w:pPr>
              <w:spacing w:before="0"/>
              <w:jc w:val="center"/>
              <w:rPr>
                <w:rFonts w:cs="Sakkal Majalla"/>
                <w:color w:val="000000" w:themeColor="text1"/>
                <w:sz w:val="38"/>
                <w:szCs w:val="38"/>
              </w:rPr>
            </w:pPr>
          </w:p>
        </w:tc>
      </w:tr>
      <w:tr w:rsidR="00FD5E07" w:rsidRPr="005117ED" w:rsidTr="002F0037">
        <w:trPr>
          <w:jc w:val="center"/>
        </w:trPr>
        <w:tc>
          <w:tcPr>
            <w:tcW w:w="793" w:type="dxa"/>
            <w:shd w:val="clear" w:color="auto" w:fill="EDF4FA"/>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color w:val="000000" w:themeColor="text1"/>
                <w:sz w:val="38"/>
                <w:szCs w:val="38"/>
              </w:rPr>
              <w:t>4</w:t>
            </w:r>
          </w:p>
        </w:tc>
        <w:tc>
          <w:tcPr>
            <w:tcW w:w="1587" w:type="dxa"/>
            <w:shd w:val="clear" w:color="auto" w:fill="EDF4FA"/>
            <w:vAlign w:val="center"/>
          </w:tcPr>
          <w:p w:rsidR="00FD5E07" w:rsidRPr="005117ED" w:rsidRDefault="00FD5E07" w:rsidP="002F0037">
            <w:pPr>
              <w:spacing w:before="0"/>
              <w:jc w:val="center"/>
              <w:rPr>
                <w:rFonts w:cs="Sakkal Majalla"/>
                <w:color w:val="000000" w:themeColor="text1"/>
                <w:sz w:val="38"/>
                <w:szCs w:val="38"/>
              </w:rPr>
            </w:pPr>
          </w:p>
        </w:tc>
        <w:tc>
          <w:tcPr>
            <w:tcW w:w="1701" w:type="dxa"/>
            <w:shd w:val="clear" w:color="auto" w:fill="EDF4FA"/>
            <w:vAlign w:val="center"/>
          </w:tcPr>
          <w:p w:rsidR="00FD5E07" w:rsidRPr="005117ED" w:rsidRDefault="00FD5E07" w:rsidP="002F0037">
            <w:pPr>
              <w:spacing w:before="0"/>
              <w:jc w:val="center"/>
              <w:rPr>
                <w:rFonts w:cs="Sakkal Majalla"/>
                <w:color w:val="000000" w:themeColor="text1"/>
                <w:sz w:val="38"/>
                <w:szCs w:val="38"/>
              </w:rPr>
            </w:pPr>
          </w:p>
        </w:tc>
        <w:tc>
          <w:tcPr>
            <w:tcW w:w="1701" w:type="dxa"/>
            <w:shd w:val="clear" w:color="auto" w:fill="EDF4FA"/>
            <w:vAlign w:val="center"/>
          </w:tcPr>
          <w:p w:rsidR="00FD5E07" w:rsidRPr="005117ED" w:rsidRDefault="00FD5E07" w:rsidP="002F0037">
            <w:pPr>
              <w:spacing w:before="0"/>
              <w:jc w:val="center"/>
              <w:rPr>
                <w:rFonts w:cs="Sakkal Majalla"/>
                <w:color w:val="000000" w:themeColor="text1"/>
                <w:sz w:val="38"/>
                <w:szCs w:val="38"/>
              </w:rPr>
            </w:pPr>
          </w:p>
        </w:tc>
        <w:tc>
          <w:tcPr>
            <w:tcW w:w="2835" w:type="dxa"/>
            <w:shd w:val="clear" w:color="auto" w:fill="EDF4FA"/>
            <w:vAlign w:val="center"/>
          </w:tcPr>
          <w:p w:rsidR="00FD5E07" w:rsidRPr="005117ED" w:rsidRDefault="00FD5E07" w:rsidP="002F0037">
            <w:pPr>
              <w:spacing w:before="0"/>
              <w:jc w:val="center"/>
              <w:rPr>
                <w:rFonts w:cs="Sakkal Majalla"/>
                <w:color w:val="000000" w:themeColor="text1"/>
                <w:sz w:val="38"/>
                <w:szCs w:val="38"/>
              </w:rPr>
            </w:pPr>
          </w:p>
        </w:tc>
      </w:tr>
      <w:tr w:rsidR="00FD5E07" w:rsidRPr="005117ED" w:rsidTr="002F0037">
        <w:trPr>
          <w:jc w:val="center"/>
        </w:trPr>
        <w:tc>
          <w:tcPr>
            <w:tcW w:w="793" w:type="dxa"/>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color w:val="000000" w:themeColor="text1"/>
                <w:sz w:val="38"/>
                <w:szCs w:val="38"/>
              </w:rPr>
              <w:t>5</w:t>
            </w:r>
          </w:p>
        </w:tc>
        <w:tc>
          <w:tcPr>
            <w:tcW w:w="1587" w:type="dxa"/>
            <w:vAlign w:val="center"/>
          </w:tcPr>
          <w:p w:rsidR="00FD5E07" w:rsidRPr="005117ED" w:rsidRDefault="00FD5E07" w:rsidP="002F0037">
            <w:pPr>
              <w:spacing w:before="0"/>
              <w:jc w:val="center"/>
              <w:rPr>
                <w:rFonts w:cs="Sakkal Majalla"/>
                <w:color w:val="000000" w:themeColor="text1"/>
                <w:sz w:val="38"/>
                <w:szCs w:val="38"/>
              </w:rPr>
            </w:pPr>
          </w:p>
        </w:tc>
        <w:tc>
          <w:tcPr>
            <w:tcW w:w="1701" w:type="dxa"/>
            <w:vAlign w:val="center"/>
          </w:tcPr>
          <w:p w:rsidR="00FD5E07" w:rsidRPr="005117ED" w:rsidRDefault="00FD5E07" w:rsidP="002F0037">
            <w:pPr>
              <w:spacing w:before="0"/>
              <w:jc w:val="center"/>
              <w:rPr>
                <w:rFonts w:cs="Sakkal Majalla"/>
                <w:color w:val="000000" w:themeColor="text1"/>
                <w:sz w:val="38"/>
                <w:szCs w:val="38"/>
              </w:rPr>
            </w:pPr>
          </w:p>
        </w:tc>
        <w:tc>
          <w:tcPr>
            <w:tcW w:w="1701" w:type="dxa"/>
            <w:vAlign w:val="center"/>
          </w:tcPr>
          <w:p w:rsidR="00FD5E07" w:rsidRPr="005117ED" w:rsidRDefault="00FD5E07" w:rsidP="002F0037">
            <w:pPr>
              <w:spacing w:before="0"/>
              <w:jc w:val="center"/>
              <w:rPr>
                <w:rFonts w:cs="Sakkal Majalla"/>
                <w:color w:val="000000" w:themeColor="text1"/>
                <w:sz w:val="38"/>
                <w:szCs w:val="38"/>
              </w:rPr>
            </w:pPr>
          </w:p>
        </w:tc>
        <w:tc>
          <w:tcPr>
            <w:tcW w:w="2835" w:type="dxa"/>
            <w:vAlign w:val="center"/>
          </w:tcPr>
          <w:p w:rsidR="00FD5E07" w:rsidRPr="005117ED" w:rsidRDefault="00FD5E07" w:rsidP="002F0037">
            <w:pPr>
              <w:spacing w:before="0"/>
              <w:jc w:val="center"/>
              <w:rPr>
                <w:rFonts w:cs="Sakkal Majalla"/>
                <w:color w:val="000000" w:themeColor="text1"/>
                <w:sz w:val="38"/>
                <w:szCs w:val="38"/>
              </w:rPr>
            </w:pPr>
          </w:p>
        </w:tc>
      </w:tr>
      <w:tr w:rsidR="00FD5E07" w:rsidRPr="005117ED" w:rsidTr="002F0037">
        <w:trPr>
          <w:jc w:val="center"/>
        </w:trPr>
        <w:tc>
          <w:tcPr>
            <w:tcW w:w="793" w:type="dxa"/>
            <w:shd w:val="clear" w:color="auto" w:fill="EDF4FA"/>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color w:val="000000" w:themeColor="text1"/>
                <w:sz w:val="38"/>
                <w:szCs w:val="38"/>
              </w:rPr>
              <w:t>6</w:t>
            </w:r>
          </w:p>
        </w:tc>
        <w:tc>
          <w:tcPr>
            <w:tcW w:w="1587" w:type="dxa"/>
            <w:shd w:val="clear" w:color="auto" w:fill="EDF4FA"/>
            <w:vAlign w:val="center"/>
          </w:tcPr>
          <w:p w:rsidR="00FD5E07" w:rsidRPr="005117ED" w:rsidRDefault="00FD5E07" w:rsidP="002F0037">
            <w:pPr>
              <w:spacing w:before="0"/>
              <w:jc w:val="center"/>
              <w:rPr>
                <w:rFonts w:cs="Sakkal Majalla"/>
                <w:color w:val="000000" w:themeColor="text1"/>
                <w:sz w:val="38"/>
                <w:szCs w:val="38"/>
              </w:rPr>
            </w:pPr>
          </w:p>
        </w:tc>
        <w:tc>
          <w:tcPr>
            <w:tcW w:w="1701" w:type="dxa"/>
            <w:shd w:val="clear" w:color="auto" w:fill="EDF4FA"/>
            <w:vAlign w:val="center"/>
          </w:tcPr>
          <w:p w:rsidR="00FD5E07" w:rsidRPr="005117ED" w:rsidRDefault="00FD5E07" w:rsidP="002F0037">
            <w:pPr>
              <w:spacing w:before="0"/>
              <w:jc w:val="center"/>
              <w:rPr>
                <w:rFonts w:cs="Sakkal Majalla"/>
                <w:color w:val="000000" w:themeColor="text1"/>
                <w:sz w:val="38"/>
                <w:szCs w:val="38"/>
              </w:rPr>
            </w:pPr>
          </w:p>
        </w:tc>
        <w:tc>
          <w:tcPr>
            <w:tcW w:w="1701" w:type="dxa"/>
            <w:shd w:val="clear" w:color="auto" w:fill="EDF4FA"/>
            <w:vAlign w:val="center"/>
          </w:tcPr>
          <w:p w:rsidR="00FD5E07" w:rsidRPr="005117ED" w:rsidRDefault="00FD5E07" w:rsidP="002F0037">
            <w:pPr>
              <w:spacing w:before="0"/>
              <w:jc w:val="center"/>
              <w:rPr>
                <w:rFonts w:cs="Sakkal Majalla"/>
                <w:color w:val="000000" w:themeColor="text1"/>
                <w:sz w:val="38"/>
                <w:szCs w:val="38"/>
              </w:rPr>
            </w:pPr>
          </w:p>
        </w:tc>
        <w:tc>
          <w:tcPr>
            <w:tcW w:w="2835" w:type="dxa"/>
            <w:shd w:val="clear" w:color="auto" w:fill="EDF4FA"/>
            <w:vAlign w:val="center"/>
          </w:tcPr>
          <w:p w:rsidR="00FD5E07" w:rsidRPr="005117ED" w:rsidRDefault="00FD5E07" w:rsidP="002F0037">
            <w:pPr>
              <w:spacing w:before="0"/>
              <w:jc w:val="center"/>
              <w:rPr>
                <w:rFonts w:cs="Sakkal Majalla"/>
                <w:color w:val="000000" w:themeColor="text1"/>
                <w:sz w:val="38"/>
                <w:szCs w:val="38"/>
              </w:rPr>
            </w:pPr>
          </w:p>
        </w:tc>
      </w:tr>
      <w:tr w:rsidR="00FD5E07" w:rsidRPr="005117ED" w:rsidTr="002F0037">
        <w:trPr>
          <w:jc w:val="center"/>
        </w:trPr>
        <w:tc>
          <w:tcPr>
            <w:tcW w:w="793" w:type="dxa"/>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color w:val="000000" w:themeColor="text1"/>
                <w:sz w:val="38"/>
                <w:szCs w:val="38"/>
              </w:rPr>
              <w:t>7</w:t>
            </w:r>
          </w:p>
        </w:tc>
        <w:tc>
          <w:tcPr>
            <w:tcW w:w="1587" w:type="dxa"/>
            <w:vAlign w:val="center"/>
          </w:tcPr>
          <w:p w:rsidR="00FD5E07" w:rsidRPr="005117ED" w:rsidRDefault="00FD5E07" w:rsidP="002F0037">
            <w:pPr>
              <w:spacing w:before="0"/>
              <w:jc w:val="center"/>
              <w:rPr>
                <w:rFonts w:cs="Sakkal Majalla"/>
                <w:color w:val="000000" w:themeColor="text1"/>
                <w:sz w:val="38"/>
                <w:szCs w:val="38"/>
              </w:rPr>
            </w:pPr>
          </w:p>
        </w:tc>
        <w:tc>
          <w:tcPr>
            <w:tcW w:w="1701" w:type="dxa"/>
            <w:vAlign w:val="center"/>
          </w:tcPr>
          <w:p w:rsidR="00FD5E07" w:rsidRPr="005117ED" w:rsidRDefault="00FD5E07" w:rsidP="002F0037">
            <w:pPr>
              <w:spacing w:before="0"/>
              <w:jc w:val="center"/>
              <w:rPr>
                <w:rFonts w:cs="Sakkal Majalla"/>
                <w:color w:val="000000" w:themeColor="text1"/>
                <w:sz w:val="38"/>
                <w:szCs w:val="38"/>
              </w:rPr>
            </w:pPr>
          </w:p>
        </w:tc>
        <w:tc>
          <w:tcPr>
            <w:tcW w:w="1701" w:type="dxa"/>
            <w:vAlign w:val="center"/>
          </w:tcPr>
          <w:p w:rsidR="00FD5E07" w:rsidRPr="005117ED" w:rsidRDefault="00FD5E07" w:rsidP="002F0037">
            <w:pPr>
              <w:spacing w:before="0"/>
              <w:jc w:val="center"/>
              <w:rPr>
                <w:rFonts w:cs="Sakkal Majalla"/>
                <w:color w:val="000000" w:themeColor="text1"/>
                <w:sz w:val="38"/>
                <w:szCs w:val="38"/>
              </w:rPr>
            </w:pPr>
          </w:p>
        </w:tc>
        <w:tc>
          <w:tcPr>
            <w:tcW w:w="2835" w:type="dxa"/>
            <w:vAlign w:val="center"/>
          </w:tcPr>
          <w:p w:rsidR="00FD5E07" w:rsidRPr="005117ED" w:rsidRDefault="00FD5E07" w:rsidP="002F0037">
            <w:pPr>
              <w:spacing w:before="0"/>
              <w:jc w:val="center"/>
              <w:rPr>
                <w:rFonts w:cs="Sakkal Majalla"/>
                <w:color w:val="000000" w:themeColor="text1"/>
                <w:sz w:val="38"/>
                <w:szCs w:val="38"/>
              </w:rPr>
            </w:pPr>
          </w:p>
        </w:tc>
      </w:tr>
      <w:tr w:rsidR="00FD5E07" w:rsidRPr="005117ED" w:rsidTr="002F0037">
        <w:trPr>
          <w:jc w:val="center"/>
        </w:trPr>
        <w:tc>
          <w:tcPr>
            <w:tcW w:w="793" w:type="dxa"/>
            <w:shd w:val="clear" w:color="auto" w:fill="EDF4FA"/>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color w:val="000000" w:themeColor="text1"/>
                <w:sz w:val="38"/>
                <w:szCs w:val="38"/>
              </w:rPr>
              <w:t>8</w:t>
            </w:r>
          </w:p>
        </w:tc>
        <w:tc>
          <w:tcPr>
            <w:tcW w:w="1587" w:type="dxa"/>
            <w:shd w:val="clear" w:color="auto" w:fill="EDF4FA"/>
            <w:vAlign w:val="center"/>
          </w:tcPr>
          <w:p w:rsidR="00FD5E07" w:rsidRPr="005117ED" w:rsidRDefault="00FD5E07" w:rsidP="002F0037">
            <w:pPr>
              <w:spacing w:before="0"/>
              <w:jc w:val="center"/>
              <w:rPr>
                <w:rFonts w:cs="Sakkal Majalla"/>
                <w:color w:val="000000" w:themeColor="text1"/>
                <w:sz w:val="38"/>
                <w:szCs w:val="38"/>
              </w:rPr>
            </w:pPr>
          </w:p>
        </w:tc>
        <w:tc>
          <w:tcPr>
            <w:tcW w:w="1701" w:type="dxa"/>
            <w:shd w:val="clear" w:color="auto" w:fill="EDF4FA"/>
            <w:vAlign w:val="center"/>
          </w:tcPr>
          <w:p w:rsidR="00FD5E07" w:rsidRPr="005117ED" w:rsidRDefault="00FD5E07" w:rsidP="002F0037">
            <w:pPr>
              <w:spacing w:before="0"/>
              <w:jc w:val="center"/>
              <w:rPr>
                <w:rFonts w:cs="Sakkal Majalla"/>
                <w:color w:val="000000" w:themeColor="text1"/>
                <w:sz w:val="38"/>
                <w:szCs w:val="38"/>
              </w:rPr>
            </w:pPr>
          </w:p>
        </w:tc>
        <w:tc>
          <w:tcPr>
            <w:tcW w:w="1701" w:type="dxa"/>
            <w:shd w:val="clear" w:color="auto" w:fill="EDF4FA"/>
            <w:vAlign w:val="center"/>
          </w:tcPr>
          <w:p w:rsidR="00FD5E07" w:rsidRPr="005117ED" w:rsidRDefault="00FD5E07" w:rsidP="002F0037">
            <w:pPr>
              <w:spacing w:before="0"/>
              <w:jc w:val="center"/>
              <w:rPr>
                <w:rFonts w:cs="Sakkal Majalla"/>
                <w:color w:val="000000" w:themeColor="text1"/>
                <w:sz w:val="38"/>
                <w:szCs w:val="38"/>
              </w:rPr>
            </w:pPr>
          </w:p>
        </w:tc>
        <w:tc>
          <w:tcPr>
            <w:tcW w:w="2835" w:type="dxa"/>
            <w:shd w:val="clear" w:color="auto" w:fill="EDF4FA"/>
            <w:vAlign w:val="center"/>
          </w:tcPr>
          <w:p w:rsidR="00FD5E07" w:rsidRPr="005117ED" w:rsidRDefault="00FD5E07" w:rsidP="002F0037">
            <w:pPr>
              <w:spacing w:before="0"/>
              <w:jc w:val="center"/>
              <w:rPr>
                <w:rFonts w:cs="Sakkal Majalla"/>
                <w:color w:val="000000" w:themeColor="text1"/>
                <w:sz w:val="38"/>
                <w:szCs w:val="38"/>
              </w:rPr>
            </w:pPr>
          </w:p>
        </w:tc>
      </w:tr>
      <w:tr w:rsidR="00FD5E07" w:rsidRPr="005117ED" w:rsidTr="002F0037">
        <w:trPr>
          <w:jc w:val="center"/>
        </w:trPr>
        <w:tc>
          <w:tcPr>
            <w:tcW w:w="793" w:type="dxa"/>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color w:val="000000" w:themeColor="text1"/>
                <w:sz w:val="38"/>
                <w:szCs w:val="38"/>
              </w:rPr>
              <w:t>9</w:t>
            </w:r>
          </w:p>
        </w:tc>
        <w:tc>
          <w:tcPr>
            <w:tcW w:w="1587" w:type="dxa"/>
            <w:vAlign w:val="center"/>
          </w:tcPr>
          <w:p w:rsidR="00FD5E07" w:rsidRPr="005117ED" w:rsidRDefault="00FD5E07" w:rsidP="002F0037">
            <w:pPr>
              <w:spacing w:before="0"/>
              <w:jc w:val="center"/>
              <w:rPr>
                <w:rFonts w:cs="Sakkal Majalla"/>
                <w:color w:val="000000" w:themeColor="text1"/>
                <w:sz w:val="38"/>
                <w:szCs w:val="38"/>
              </w:rPr>
            </w:pPr>
          </w:p>
        </w:tc>
        <w:tc>
          <w:tcPr>
            <w:tcW w:w="1701" w:type="dxa"/>
            <w:vAlign w:val="center"/>
          </w:tcPr>
          <w:p w:rsidR="00FD5E07" w:rsidRPr="005117ED" w:rsidRDefault="00FD5E07" w:rsidP="002F0037">
            <w:pPr>
              <w:spacing w:before="0"/>
              <w:jc w:val="center"/>
              <w:rPr>
                <w:rFonts w:cs="Sakkal Majalla"/>
                <w:color w:val="000000" w:themeColor="text1"/>
                <w:sz w:val="38"/>
                <w:szCs w:val="38"/>
              </w:rPr>
            </w:pPr>
          </w:p>
        </w:tc>
        <w:tc>
          <w:tcPr>
            <w:tcW w:w="1701" w:type="dxa"/>
            <w:vAlign w:val="center"/>
          </w:tcPr>
          <w:p w:rsidR="00FD5E07" w:rsidRPr="005117ED" w:rsidRDefault="00FD5E07" w:rsidP="002F0037">
            <w:pPr>
              <w:spacing w:before="0"/>
              <w:jc w:val="center"/>
              <w:rPr>
                <w:rFonts w:cs="Sakkal Majalla"/>
                <w:color w:val="000000" w:themeColor="text1"/>
                <w:sz w:val="38"/>
                <w:szCs w:val="38"/>
              </w:rPr>
            </w:pPr>
          </w:p>
        </w:tc>
        <w:tc>
          <w:tcPr>
            <w:tcW w:w="2835" w:type="dxa"/>
            <w:vAlign w:val="center"/>
          </w:tcPr>
          <w:p w:rsidR="00FD5E07" w:rsidRPr="005117ED" w:rsidRDefault="00FD5E07" w:rsidP="002F0037">
            <w:pPr>
              <w:spacing w:before="0"/>
              <w:jc w:val="center"/>
              <w:rPr>
                <w:rFonts w:cs="Sakkal Majalla"/>
                <w:color w:val="000000" w:themeColor="text1"/>
                <w:sz w:val="38"/>
                <w:szCs w:val="38"/>
              </w:rPr>
            </w:pPr>
          </w:p>
        </w:tc>
      </w:tr>
      <w:tr w:rsidR="00FD5E07" w:rsidRPr="005117ED" w:rsidTr="002F0037">
        <w:trPr>
          <w:jc w:val="center"/>
        </w:trPr>
        <w:tc>
          <w:tcPr>
            <w:tcW w:w="793" w:type="dxa"/>
            <w:shd w:val="clear" w:color="auto" w:fill="EDF4FA"/>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color w:val="000000" w:themeColor="text1"/>
                <w:sz w:val="38"/>
                <w:szCs w:val="38"/>
              </w:rPr>
              <w:t>10</w:t>
            </w:r>
          </w:p>
        </w:tc>
        <w:tc>
          <w:tcPr>
            <w:tcW w:w="1587" w:type="dxa"/>
            <w:shd w:val="clear" w:color="auto" w:fill="EDF4FA"/>
            <w:vAlign w:val="center"/>
          </w:tcPr>
          <w:p w:rsidR="00FD5E07" w:rsidRPr="005117ED" w:rsidRDefault="00FD5E07" w:rsidP="002F0037">
            <w:pPr>
              <w:spacing w:before="0"/>
              <w:jc w:val="center"/>
              <w:rPr>
                <w:rFonts w:cs="Sakkal Majalla"/>
                <w:color w:val="000000" w:themeColor="text1"/>
                <w:sz w:val="38"/>
                <w:szCs w:val="38"/>
              </w:rPr>
            </w:pPr>
          </w:p>
        </w:tc>
        <w:tc>
          <w:tcPr>
            <w:tcW w:w="1701" w:type="dxa"/>
            <w:shd w:val="clear" w:color="auto" w:fill="EDF4FA"/>
            <w:vAlign w:val="center"/>
          </w:tcPr>
          <w:p w:rsidR="00FD5E07" w:rsidRPr="005117ED" w:rsidRDefault="00FD5E07" w:rsidP="002F0037">
            <w:pPr>
              <w:spacing w:before="0"/>
              <w:jc w:val="center"/>
              <w:rPr>
                <w:rFonts w:cs="Sakkal Majalla"/>
                <w:color w:val="000000" w:themeColor="text1"/>
                <w:sz w:val="38"/>
                <w:szCs w:val="38"/>
              </w:rPr>
            </w:pPr>
          </w:p>
        </w:tc>
        <w:tc>
          <w:tcPr>
            <w:tcW w:w="1701" w:type="dxa"/>
            <w:shd w:val="clear" w:color="auto" w:fill="EDF4FA"/>
            <w:vAlign w:val="center"/>
          </w:tcPr>
          <w:p w:rsidR="00FD5E07" w:rsidRPr="005117ED" w:rsidRDefault="00FD5E07" w:rsidP="002F0037">
            <w:pPr>
              <w:spacing w:before="0"/>
              <w:jc w:val="center"/>
              <w:rPr>
                <w:rFonts w:cs="Sakkal Majalla"/>
                <w:color w:val="000000" w:themeColor="text1"/>
                <w:sz w:val="38"/>
                <w:szCs w:val="38"/>
              </w:rPr>
            </w:pPr>
          </w:p>
        </w:tc>
        <w:tc>
          <w:tcPr>
            <w:tcW w:w="2835" w:type="dxa"/>
            <w:shd w:val="clear" w:color="auto" w:fill="EDF4FA"/>
            <w:vAlign w:val="center"/>
          </w:tcPr>
          <w:p w:rsidR="00FD5E07" w:rsidRPr="005117ED" w:rsidRDefault="00FD5E07" w:rsidP="002F0037">
            <w:pPr>
              <w:spacing w:before="0"/>
              <w:jc w:val="center"/>
              <w:rPr>
                <w:rFonts w:cs="Sakkal Majalla"/>
                <w:color w:val="000000" w:themeColor="text1"/>
                <w:sz w:val="38"/>
                <w:szCs w:val="38"/>
              </w:rPr>
            </w:pPr>
          </w:p>
        </w:tc>
      </w:tr>
      <w:tr w:rsidR="00FD5E07" w:rsidRPr="005117ED" w:rsidTr="002F0037">
        <w:trPr>
          <w:jc w:val="center"/>
        </w:trPr>
        <w:tc>
          <w:tcPr>
            <w:tcW w:w="793" w:type="dxa"/>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color w:val="000000" w:themeColor="text1"/>
                <w:sz w:val="38"/>
                <w:szCs w:val="38"/>
              </w:rPr>
              <w:t>11</w:t>
            </w:r>
          </w:p>
        </w:tc>
        <w:tc>
          <w:tcPr>
            <w:tcW w:w="1587" w:type="dxa"/>
            <w:vAlign w:val="center"/>
          </w:tcPr>
          <w:p w:rsidR="00FD5E07" w:rsidRPr="005117ED" w:rsidRDefault="00FD5E07" w:rsidP="002F0037">
            <w:pPr>
              <w:spacing w:before="0"/>
              <w:jc w:val="center"/>
              <w:rPr>
                <w:rFonts w:cs="Sakkal Majalla"/>
                <w:color w:val="000000" w:themeColor="text1"/>
                <w:sz w:val="38"/>
                <w:szCs w:val="38"/>
              </w:rPr>
            </w:pPr>
          </w:p>
        </w:tc>
        <w:tc>
          <w:tcPr>
            <w:tcW w:w="1701" w:type="dxa"/>
            <w:vAlign w:val="center"/>
          </w:tcPr>
          <w:p w:rsidR="00FD5E07" w:rsidRPr="005117ED" w:rsidRDefault="00FD5E07" w:rsidP="002F0037">
            <w:pPr>
              <w:spacing w:before="0"/>
              <w:jc w:val="center"/>
              <w:rPr>
                <w:rFonts w:cs="Sakkal Majalla"/>
                <w:color w:val="000000" w:themeColor="text1"/>
                <w:sz w:val="38"/>
                <w:szCs w:val="38"/>
              </w:rPr>
            </w:pPr>
          </w:p>
        </w:tc>
        <w:tc>
          <w:tcPr>
            <w:tcW w:w="1701" w:type="dxa"/>
            <w:vAlign w:val="center"/>
          </w:tcPr>
          <w:p w:rsidR="00FD5E07" w:rsidRPr="005117ED" w:rsidRDefault="00FD5E07" w:rsidP="002F0037">
            <w:pPr>
              <w:spacing w:before="0"/>
              <w:jc w:val="center"/>
              <w:rPr>
                <w:rFonts w:cs="Sakkal Majalla"/>
                <w:color w:val="000000" w:themeColor="text1"/>
                <w:sz w:val="38"/>
                <w:szCs w:val="38"/>
              </w:rPr>
            </w:pPr>
          </w:p>
        </w:tc>
        <w:tc>
          <w:tcPr>
            <w:tcW w:w="2835" w:type="dxa"/>
            <w:vAlign w:val="center"/>
          </w:tcPr>
          <w:p w:rsidR="00FD5E07" w:rsidRPr="005117ED" w:rsidRDefault="00FD5E07" w:rsidP="002F0037">
            <w:pPr>
              <w:spacing w:before="0"/>
              <w:jc w:val="center"/>
              <w:rPr>
                <w:rFonts w:cs="Sakkal Majalla"/>
                <w:color w:val="000000" w:themeColor="text1"/>
                <w:sz w:val="38"/>
                <w:szCs w:val="38"/>
              </w:rPr>
            </w:pPr>
          </w:p>
        </w:tc>
      </w:tr>
      <w:tr w:rsidR="00FD5E07" w:rsidRPr="005117ED" w:rsidTr="002F0037">
        <w:trPr>
          <w:jc w:val="center"/>
        </w:trPr>
        <w:tc>
          <w:tcPr>
            <w:tcW w:w="793" w:type="dxa"/>
            <w:shd w:val="clear" w:color="auto" w:fill="EDF4FA"/>
            <w:vAlign w:val="center"/>
          </w:tcPr>
          <w:p w:rsidR="00FD5E07" w:rsidRPr="005117ED" w:rsidRDefault="00FD5E07" w:rsidP="002F0037">
            <w:pPr>
              <w:spacing w:before="0"/>
              <w:ind w:firstLine="0"/>
              <w:jc w:val="center"/>
              <w:rPr>
                <w:rFonts w:cs="Sakkal Majalla"/>
                <w:color w:val="000000" w:themeColor="text1"/>
                <w:sz w:val="38"/>
                <w:szCs w:val="38"/>
              </w:rPr>
            </w:pPr>
            <w:r w:rsidRPr="005117ED">
              <w:rPr>
                <w:rFonts w:cs="Sakkal Majalla"/>
                <w:color w:val="000000" w:themeColor="text1"/>
                <w:sz w:val="38"/>
                <w:szCs w:val="38"/>
              </w:rPr>
              <w:t>12</w:t>
            </w:r>
          </w:p>
        </w:tc>
        <w:tc>
          <w:tcPr>
            <w:tcW w:w="1587" w:type="dxa"/>
            <w:shd w:val="clear" w:color="auto" w:fill="EDF4FA"/>
            <w:vAlign w:val="center"/>
          </w:tcPr>
          <w:p w:rsidR="00FD5E07" w:rsidRPr="005117ED" w:rsidRDefault="00FD5E07" w:rsidP="002F0037">
            <w:pPr>
              <w:spacing w:before="0"/>
              <w:jc w:val="center"/>
              <w:rPr>
                <w:rFonts w:cs="Sakkal Majalla"/>
                <w:color w:val="000000" w:themeColor="text1"/>
                <w:sz w:val="38"/>
                <w:szCs w:val="38"/>
              </w:rPr>
            </w:pPr>
          </w:p>
        </w:tc>
        <w:tc>
          <w:tcPr>
            <w:tcW w:w="1701" w:type="dxa"/>
            <w:shd w:val="clear" w:color="auto" w:fill="EDF4FA"/>
            <w:vAlign w:val="center"/>
          </w:tcPr>
          <w:p w:rsidR="00FD5E07" w:rsidRPr="005117ED" w:rsidRDefault="00FD5E07" w:rsidP="002F0037">
            <w:pPr>
              <w:spacing w:before="0"/>
              <w:jc w:val="center"/>
              <w:rPr>
                <w:rFonts w:cs="Sakkal Majalla"/>
                <w:color w:val="000000" w:themeColor="text1"/>
                <w:sz w:val="38"/>
                <w:szCs w:val="38"/>
              </w:rPr>
            </w:pPr>
          </w:p>
        </w:tc>
        <w:tc>
          <w:tcPr>
            <w:tcW w:w="1701" w:type="dxa"/>
            <w:shd w:val="clear" w:color="auto" w:fill="EDF4FA"/>
            <w:vAlign w:val="center"/>
          </w:tcPr>
          <w:p w:rsidR="00FD5E07" w:rsidRPr="005117ED" w:rsidRDefault="00FD5E07" w:rsidP="002F0037">
            <w:pPr>
              <w:spacing w:before="0"/>
              <w:jc w:val="center"/>
              <w:rPr>
                <w:rFonts w:cs="Sakkal Majalla"/>
                <w:color w:val="000000" w:themeColor="text1"/>
                <w:sz w:val="38"/>
                <w:szCs w:val="38"/>
              </w:rPr>
            </w:pPr>
          </w:p>
        </w:tc>
        <w:tc>
          <w:tcPr>
            <w:tcW w:w="2835" w:type="dxa"/>
            <w:shd w:val="clear" w:color="auto" w:fill="EDF4FA"/>
            <w:vAlign w:val="center"/>
          </w:tcPr>
          <w:p w:rsidR="00FD5E07" w:rsidRPr="005117ED" w:rsidRDefault="00FD5E07" w:rsidP="002F0037">
            <w:pPr>
              <w:spacing w:before="0"/>
              <w:jc w:val="center"/>
              <w:rPr>
                <w:rFonts w:cs="Sakkal Majalla"/>
                <w:color w:val="000000" w:themeColor="text1"/>
                <w:sz w:val="38"/>
                <w:szCs w:val="38"/>
              </w:rPr>
            </w:pPr>
          </w:p>
        </w:tc>
      </w:tr>
    </w:tbl>
    <w:p w:rsidR="00FD5E07" w:rsidRPr="005117ED" w:rsidRDefault="00FD5E07" w:rsidP="00FD5E07">
      <w:pPr>
        <w:spacing w:before="0"/>
        <w:jc w:val="both"/>
        <w:rPr>
          <w:rFonts w:cs="Sakkal Majalla"/>
          <w:color w:val="000000" w:themeColor="text1"/>
          <w:sz w:val="38"/>
          <w:szCs w:val="38"/>
        </w:rPr>
      </w:pPr>
      <w:r w:rsidRPr="005117ED">
        <w:rPr>
          <w:rFonts w:cs="Sakkal Majalla"/>
          <w:color w:val="000000" w:themeColor="text1"/>
          <w:sz w:val="38"/>
          <w:szCs w:val="38"/>
        </w:rPr>
        <w:br w:type="page"/>
      </w:r>
    </w:p>
    <w:p w:rsidR="00FD5E07" w:rsidRPr="005117ED" w:rsidRDefault="00FD5E07" w:rsidP="002F0037">
      <w:pPr>
        <w:spacing w:before="0"/>
        <w:ind w:firstLine="0"/>
        <w:jc w:val="center"/>
        <w:outlineLvl w:val="0"/>
        <w:rPr>
          <w:rFonts w:eastAsia="Times New Roman" w:cs="Sakkal Majalla"/>
          <w:b/>
          <w:bCs/>
          <w:color w:val="000000" w:themeColor="text1"/>
          <w:sz w:val="40"/>
          <w:szCs w:val="40"/>
        </w:rPr>
      </w:pPr>
      <w:bookmarkStart w:id="106" w:name="_Toc233321796"/>
      <w:bookmarkStart w:id="107" w:name="_Toc233322044"/>
      <w:r w:rsidRPr="005117ED">
        <w:rPr>
          <w:rFonts w:eastAsia="Times New Roman" w:cs="Sakkal Majalla"/>
          <w:b/>
          <w:bCs/>
          <w:color w:val="000000" w:themeColor="text1"/>
          <w:sz w:val="40"/>
          <w:szCs w:val="40"/>
          <w:rtl/>
        </w:rPr>
        <w:lastRenderedPageBreak/>
        <w:t>ملحق</w:t>
      </w:r>
      <w:r w:rsidRPr="005117ED">
        <w:rPr>
          <w:rFonts w:eastAsia="Times New Roman" w:cs="Sakkal Majalla"/>
          <w:b/>
          <w:bCs/>
          <w:color w:val="000000" w:themeColor="text1"/>
          <w:sz w:val="40"/>
          <w:szCs w:val="40"/>
        </w:rPr>
        <w:t xml:space="preserve"> (5</w:t>
      </w:r>
      <w:proofErr w:type="gramStart"/>
      <w:r w:rsidRPr="005117ED">
        <w:rPr>
          <w:rFonts w:eastAsia="Times New Roman" w:cs="Sakkal Majalla"/>
          <w:b/>
          <w:bCs/>
          <w:color w:val="000000" w:themeColor="text1"/>
          <w:sz w:val="40"/>
          <w:szCs w:val="40"/>
        </w:rPr>
        <w:t>)</w:t>
      </w:r>
      <w:r w:rsidR="002F0037">
        <w:rPr>
          <w:rFonts w:eastAsia="Times New Roman" w:cs="Sakkal Majalla" w:hint="cs"/>
          <w:b/>
          <w:bCs/>
          <w:color w:val="000000" w:themeColor="text1"/>
          <w:sz w:val="40"/>
          <w:szCs w:val="40"/>
          <w:rtl/>
        </w:rPr>
        <w:t xml:space="preserve"> </w:t>
      </w:r>
      <w:r w:rsidRPr="005117ED">
        <w:rPr>
          <w:rFonts w:eastAsia="Times New Roman" w:cs="Sakkal Majalla"/>
          <w:b/>
          <w:bCs/>
          <w:color w:val="000000" w:themeColor="text1"/>
          <w:sz w:val="40"/>
          <w:szCs w:val="40"/>
        </w:rPr>
        <w:t>:</w:t>
      </w:r>
      <w:proofErr w:type="gramEnd"/>
      <w:r w:rsidR="002F0037">
        <w:rPr>
          <w:rFonts w:eastAsia="Times New Roman" w:cs="Sakkal Majalla" w:hint="cs"/>
          <w:b/>
          <w:bCs/>
          <w:color w:val="000000" w:themeColor="text1"/>
          <w:sz w:val="40"/>
          <w:szCs w:val="40"/>
          <w:rtl/>
        </w:rPr>
        <w:t xml:space="preserve"> </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نص</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الموافقة</w:t>
      </w:r>
      <w:r w:rsidRPr="005117ED">
        <w:rPr>
          <w:rFonts w:eastAsia="Times New Roman" w:cs="Sakkal Majalla"/>
          <w:b/>
          <w:bCs/>
          <w:color w:val="000000" w:themeColor="text1"/>
          <w:sz w:val="40"/>
          <w:szCs w:val="40"/>
        </w:rPr>
        <w:t xml:space="preserve"> </w:t>
      </w:r>
      <w:r w:rsidRPr="005117ED">
        <w:rPr>
          <w:rFonts w:eastAsia="Times New Roman" w:cs="Sakkal Majalla"/>
          <w:b/>
          <w:bCs/>
          <w:color w:val="000000" w:themeColor="text1"/>
          <w:sz w:val="40"/>
          <w:szCs w:val="40"/>
          <w:rtl/>
        </w:rPr>
        <w:t>المستنيرة</w:t>
      </w:r>
      <w:bookmarkEnd w:id="106"/>
      <w:bookmarkEnd w:id="107"/>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أدعوك</w:t>
      </w:r>
      <w:r w:rsidRPr="005117ED">
        <w:rPr>
          <w:rFonts w:cs="Sakkal Majalla"/>
          <w:color w:val="000000" w:themeColor="text1"/>
          <w:sz w:val="38"/>
          <w:szCs w:val="38"/>
        </w:rPr>
        <w:t xml:space="preserve"> </w:t>
      </w:r>
      <w:r w:rsidRPr="005117ED">
        <w:rPr>
          <w:rFonts w:cs="Sakkal Majalla"/>
          <w:color w:val="000000" w:themeColor="text1"/>
          <w:sz w:val="38"/>
          <w:szCs w:val="38"/>
          <w:rtl/>
        </w:rPr>
        <w:t>للمشاركة</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دراسة</w:t>
      </w:r>
      <w:r w:rsidRPr="005117ED">
        <w:rPr>
          <w:rFonts w:cs="Sakkal Majalla"/>
          <w:color w:val="000000" w:themeColor="text1"/>
          <w:sz w:val="38"/>
          <w:szCs w:val="38"/>
        </w:rPr>
        <w:t xml:space="preserve"> </w:t>
      </w:r>
      <w:r w:rsidRPr="005117ED">
        <w:rPr>
          <w:rFonts w:cs="Sakkal Majalla"/>
          <w:color w:val="000000" w:themeColor="text1"/>
          <w:sz w:val="38"/>
          <w:szCs w:val="38"/>
          <w:rtl/>
        </w:rPr>
        <w:t>أكاديمية</w:t>
      </w:r>
      <w:r w:rsidRPr="005117ED">
        <w:rPr>
          <w:rFonts w:cs="Sakkal Majalla"/>
          <w:color w:val="000000" w:themeColor="text1"/>
          <w:sz w:val="38"/>
          <w:szCs w:val="38"/>
        </w:rPr>
        <w:t xml:space="preserve"> </w:t>
      </w:r>
      <w:r w:rsidRPr="005117ED">
        <w:rPr>
          <w:rFonts w:cs="Sakkal Majalla"/>
          <w:color w:val="000000" w:themeColor="text1"/>
          <w:sz w:val="38"/>
          <w:szCs w:val="38"/>
          <w:rtl/>
        </w:rPr>
        <w:t>حول</w:t>
      </w:r>
      <w:r w:rsidRPr="005117ED">
        <w:rPr>
          <w:rFonts w:cs="Sakkal Majalla"/>
          <w:color w:val="000000" w:themeColor="text1"/>
          <w:sz w:val="38"/>
          <w:szCs w:val="38"/>
        </w:rPr>
        <w:t xml:space="preserve"> </w:t>
      </w:r>
      <w:r w:rsidRPr="005117ED">
        <w:rPr>
          <w:rFonts w:cs="Sakkal Majalla"/>
          <w:color w:val="000000" w:themeColor="text1"/>
          <w:sz w:val="38"/>
          <w:szCs w:val="38"/>
          <w:rtl/>
        </w:rPr>
        <w:t>القيادة</w:t>
      </w:r>
      <w:r w:rsidRPr="005117ED">
        <w:rPr>
          <w:rFonts w:cs="Sakkal Majalla"/>
          <w:color w:val="000000" w:themeColor="text1"/>
          <w:sz w:val="38"/>
          <w:szCs w:val="38"/>
        </w:rPr>
        <w:t xml:space="preserve"> </w:t>
      </w:r>
      <w:r w:rsidRPr="005117ED">
        <w:rPr>
          <w:rFonts w:cs="Sakkal Majalla"/>
          <w:color w:val="000000" w:themeColor="text1"/>
          <w:sz w:val="38"/>
          <w:szCs w:val="38"/>
          <w:rtl/>
        </w:rPr>
        <w:t>والإبداع</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المنشآت</w:t>
      </w:r>
      <w:r w:rsidRPr="005117ED">
        <w:rPr>
          <w:rFonts w:cs="Sakkal Majalla"/>
          <w:color w:val="000000" w:themeColor="text1"/>
          <w:sz w:val="38"/>
          <w:szCs w:val="38"/>
        </w:rPr>
        <w:t xml:space="preserve"> </w:t>
      </w:r>
      <w:r w:rsidRPr="005117ED">
        <w:rPr>
          <w:rFonts w:cs="Sakkal Majalla"/>
          <w:color w:val="000000" w:themeColor="text1"/>
          <w:sz w:val="38"/>
          <w:szCs w:val="38"/>
          <w:rtl/>
        </w:rPr>
        <w:t>الصغيرة</w:t>
      </w:r>
      <w:r w:rsidRPr="005117ED">
        <w:rPr>
          <w:rFonts w:cs="Sakkal Majalla"/>
          <w:color w:val="000000" w:themeColor="text1"/>
          <w:sz w:val="38"/>
          <w:szCs w:val="38"/>
        </w:rPr>
        <w:t xml:space="preserve"> </w:t>
      </w:r>
      <w:r w:rsidRPr="005117ED">
        <w:rPr>
          <w:rFonts w:cs="Sakkal Majalla"/>
          <w:color w:val="000000" w:themeColor="text1"/>
          <w:sz w:val="38"/>
          <w:szCs w:val="38"/>
          <w:rtl/>
        </w:rPr>
        <w:t>والمتوسطة</w:t>
      </w:r>
      <w:r w:rsidRPr="005117ED">
        <w:rPr>
          <w:rFonts w:cs="Sakkal Majalla"/>
          <w:color w:val="000000" w:themeColor="text1"/>
          <w:sz w:val="38"/>
          <w:szCs w:val="38"/>
        </w:rPr>
        <w:t xml:space="preserve">. </w:t>
      </w:r>
      <w:r w:rsidRPr="005117ED">
        <w:rPr>
          <w:rFonts w:cs="Sakkal Majalla"/>
          <w:color w:val="000000" w:themeColor="text1"/>
          <w:sz w:val="38"/>
          <w:szCs w:val="38"/>
          <w:rtl/>
        </w:rPr>
        <w:t>تستغرق</w:t>
      </w:r>
      <w:r w:rsidRPr="005117ED">
        <w:rPr>
          <w:rFonts w:cs="Sakkal Majalla"/>
          <w:color w:val="000000" w:themeColor="text1"/>
          <w:sz w:val="38"/>
          <w:szCs w:val="38"/>
        </w:rPr>
        <w:t xml:space="preserve"> </w:t>
      </w:r>
      <w:r w:rsidRPr="005117ED">
        <w:rPr>
          <w:rFonts w:cs="Sakkal Majalla"/>
          <w:color w:val="000000" w:themeColor="text1"/>
          <w:sz w:val="38"/>
          <w:szCs w:val="38"/>
          <w:rtl/>
        </w:rPr>
        <w:t>الإجابة</w:t>
      </w:r>
      <w:r w:rsidRPr="005117ED">
        <w:rPr>
          <w:rFonts w:cs="Sakkal Majalla"/>
          <w:color w:val="000000" w:themeColor="text1"/>
          <w:sz w:val="38"/>
          <w:szCs w:val="38"/>
        </w:rPr>
        <w:t xml:space="preserve"> </w:t>
      </w:r>
      <w:r w:rsidRPr="005117ED">
        <w:rPr>
          <w:rFonts w:cs="Sakkal Majalla"/>
          <w:color w:val="000000" w:themeColor="text1"/>
          <w:sz w:val="38"/>
          <w:szCs w:val="38"/>
          <w:rtl/>
        </w:rPr>
        <w:t>نحو</w:t>
      </w:r>
      <w:r w:rsidRPr="005117ED">
        <w:rPr>
          <w:rFonts w:cs="Sakkal Majalla"/>
          <w:color w:val="000000" w:themeColor="text1"/>
          <w:sz w:val="38"/>
          <w:szCs w:val="38"/>
        </w:rPr>
        <w:t xml:space="preserve"> 8-10 </w:t>
      </w:r>
      <w:r w:rsidRPr="005117ED">
        <w:rPr>
          <w:rFonts w:cs="Sakkal Majalla"/>
          <w:color w:val="000000" w:themeColor="text1"/>
          <w:sz w:val="38"/>
          <w:szCs w:val="38"/>
          <w:rtl/>
        </w:rPr>
        <w:t>دقائق،</w:t>
      </w:r>
      <w:r w:rsidRPr="005117ED">
        <w:rPr>
          <w:rFonts w:cs="Sakkal Majalla"/>
          <w:color w:val="000000" w:themeColor="text1"/>
          <w:sz w:val="38"/>
          <w:szCs w:val="38"/>
        </w:rPr>
        <w:t xml:space="preserve"> </w:t>
      </w:r>
      <w:r w:rsidRPr="005117ED">
        <w:rPr>
          <w:rFonts w:cs="Sakkal Majalla"/>
          <w:color w:val="000000" w:themeColor="text1"/>
          <w:sz w:val="38"/>
          <w:szCs w:val="38"/>
          <w:rtl/>
        </w:rPr>
        <w:t>والمشاركة</w:t>
      </w:r>
      <w:r w:rsidRPr="005117ED">
        <w:rPr>
          <w:rFonts w:cs="Sakkal Majalla"/>
          <w:color w:val="000000" w:themeColor="text1"/>
          <w:sz w:val="38"/>
          <w:szCs w:val="38"/>
        </w:rPr>
        <w:t xml:space="preserve"> </w:t>
      </w:r>
      <w:r w:rsidRPr="005117ED">
        <w:rPr>
          <w:rFonts w:cs="Sakkal Majalla"/>
          <w:color w:val="000000" w:themeColor="text1"/>
          <w:sz w:val="38"/>
          <w:szCs w:val="38"/>
          <w:rtl/>
        </w:rPr>
        <w:t>طوعية،</w:t>
      </w:r>
      <w:r w:rsidRPr="005117ED">
        <w:rPr>
          <w:rFonts w:cs="Sakkal Majalla"/>
          <w:color w:val="000000" w:themeColor="text1"/>
          <w:sz w:val="38"/>
          <w:szCs w:val="38"/>
        </w:rPr>
        <w:t xml:space="preserve"> </w:t>
      </w:r>
      <w:r w:rsidRPr="005117ED">
        <w:rPr>
          <w:rFonts w:cs="Sakkal Majalla"/>
          <w:color w:val="000000" w:themeColor="text1"/>
          <w:sz w:val="38"/>
          <w:szCs w:val="38"/>
          <w:rtl/>
        </w:rPr>
        <w:t>ويمكنك</w:t>
      </w:r>
      <w:r w:rsidRPr="005117ED">
        <w:rPr>
          <w:rFonts w:cs="Sakkal Majalla"/>
          <w:color w:val="000000" w:themeColor="text1"/>
          <w:sz w:val="38"/>
          <w:szCs w:val="38"/>
        </w:rPr>
        <w:t xml:space="preserve"> </w:t>
      </w:r>
      <w:r w:rsidRPr="005117ED">
        <w:rPr>
          <w:rFonts w:cs="Sakkal Majalla"/>
          <w:color w:val="000000" w:themeColor="text1"/>
          <w:sz w:val="38"/>
          <w:szCs w:val="38"/>
          <w:rtl/>
        </w:rPr>
        <w:t>التوقف</w:t>
      </w:r>
      <w:r w:rsidRPr="005117ED">
        <w:rPr>
          <w:rFonts w:cs="Sakkal Majalla"/>
          <w:color w:val="000000" w:themeColor="text1"/>
          <w:sz w:val="38"/>
          <w:szCs w:val="38"/>
        </w:rPr>
        <w:t xml:space="preserve"> </w:t>
      </w:r>
      <w:r w:rsidRPr="005117ED">
        <w:rPr>
          <w:rFonts w:cs="Sakkal Majalla"/>
          <w:color w:val="000000" w:themeColor="text1"/>
          <w:sz w:val="38"/>
          <w:szCs w:val="38"/>
          <w:rtl/>
        </w:rPr>
        <w:t>قبل</w:t>
      </w:r>
      <w:r w:rsidRPr="005117ED">
        <w:rPr>
          <w:rFonts w:cs="Sakkal Majalla"/>
          <w:color w:val="000000" w:themeColor="text1"/>
          <w:sz w:val="38"/>
          <w:szCs w:val="38"/>
        </w:rPr>
        <w:t xml:space="preserve"> </w:t>
      </w:r>
      <w:r w:rsidRPr="005117ED">
        <w:rPr>
          <w:rFonts w:cs="Sakkal Majalla"/>
          <w:color w:val="000000" w:themeColor="text1"/>
          <w:sz w:val="38"/>
          <w:szCs w:val="38"/>
          <w:rtl/>
        </w:rPr>
        <w:t>الإرسال</w:t>
      </w:r>
      <w:r w:rsidRPr="005117ED">
        <w:rPr>
          <w:rFonts w:cs="Sakkal Majalla"/>
          <w:color w:val="000000" w:themeColor="text1"/>
          <w:sz w:val="38"/>
          <w:szCs w:val="38"/>
        </w:rPr>
        <w:t xml:space="preserve"> </w:t>
      </w:r>
      <w:r w:rsidRPr="005117ED">
        <w:rPr>
          <w:rFonts w:cs="Sakkal Majalla"/>
          <w:color w:val="000000" w:themeColor="text1"/>
          <w:sz w:val="38"/>
          <w:szCs w:val="38"/>
          <w:rtl/>
        </w:rPr>
        <w:t>دون</w:t>
      </w:r>
      <w:r w:rsidRPr="005117ED">
        <w:rPr>
          <w:rFonts w:cs="Sakkal Majalla"/>
          <w:color w:val="000000" w:themeColor="text1"/>
          <w:sz w:val="38"/>
          <w:szCs w:val="38"/>
        </w:rPr>
        <w:t xml:space="preserve"> </w:t>
      </w:r>
      <w:r w:rsidRPr="005117ED">
        <w:rPr>
          <w:rFonts w:cs="Sakkal Majalla"/>
          <w:color w:val="000000" w:themeColor="text1"/>
          <w:sz w:val="38"/>
          <w:szCs w:val="38"/>
          <w:rtl/>
        </w:rPr>
        <w:t>أي</w:t>
      </w:r>
      <w:r w:rsidRPr="005117ED">
        <w:rPr>
          <w:rFonts w:cs="Sakkal Majalla"/>
          <w:color w:val="000000" w:themeColor="text1"/>
          <w:sz w:val="38"/>
          <w:szCs w:val="38"/>
        </w:rPr>
        <w:t xml:space="preserve"> </w:t>
      </w:r>
      <w:r w:rsidRPr="005117ED">
        <w:rPr>
          <w:rFonts w:cs="Sakkal Majalla"/>
          <w:color w:val="000000" w:themeColor="text1"/>
          <w:sz w:val="38"/>
          <w:szCs w:val="38"/>
          <w:rtl/>
        </w:rPr>
        <w:t>أثر</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تجمع</w:t>
      </w:r>
      <w:r w:rsidRPr="005117ED">
        <w:rPr>
          <w:rFonts w:cs="Sakkal Majalla"/>
          <w:color w:val="000000" w:themeColor="text1"/>
          <w:sz w:val="38"/>
          <w:szCs w:val="38"/>
        </w:rPr>
        <w:t xml:space="preserve"> </w:t>
      </w:r>
      <w:r w:rsidRPr="005117ED">
        <w:rPr>
          <w:rFonts w:cs="Sakkal Majalla"/>
          <w:color w:val="000000" w:themeColor="text1"/>
          <w:sz w:val="38"/>
          <w:szCs w:val="38"/>
          <w:rtl/>
        </w:rPr>
        <w:t>الاستبانة</w:t>
      </w:r>
      <w:r w:rsidRPr="005117ED">
        <w:rPr>
          <w:rFonts w:cs="Sakkal Majalla"/>
          <w:color w:val="000000" w:themeColor="text1"/>
          <w:sz w:val="38"/>
          <w:szCs w:val="38"/>
        </w:rPr>
        <w:t xml:space="preserve"> </w:t>
      </w:r>
      <w:r w:rsidRPr="005117ED">
        <w:rPr>
          <w:rFonts w:cs="Sakkal Majalla"/>
          <w:color w:val="000000" w:themeColor="text1"/>
          <w:sz w:val="38"/>
          <w:szCs w:val="38"/>
          <w:rtl/>
        </w:rPr>
        <w:t>اسمك</w:t>
      </w:r>
      <w:r w:rsidRPr="005117ED">
        <w:rPr>
          <w:rFonts w:cs="Sakkal Majalla"/>
          <w:color w:val="000000" w:themeColor="text1"/>
          <w:sz w:val="38"/>
          <w:szCs w:val="38"/>
        </w:rPr>
        <w:t xml:space="preserve"> </w:t>
      </w:r>
      <w:r w:rsidRPr="005117ED">
        <w:rPr>
          <w:rFonts w:cs="Sakkal Majalla"/>
          <w:color w:val="000000" w:themeColor="text1"/>
          <w:sz w:val="38"/>
          <w:szCs w:val="38"/>
          <w:rtl/>
        </w:rPr>
        <w:t>أو</w:t>
      </w:r>
      <w:r w:rsidRPr="005117ED">
        <w:rPr>
          <w:rFonts w:cs="Sakkal Majalla"/>
          <w:color w:val="000000" w:themeColor="text1"/>
          <w:sz w:val="38"/>
          <w:szCs w:val="38"/>
        </w:rPr>
        <w:t xml:space="preserve"> </w:t>
      </w:r>
      <w:r w:rsidRPr="005117ED">
        <w:rPr>
          <w:rFonts w:cs="Sakkal Majalla"/>
          <w:color w:val="000000" w:themeColor="text1"/>
          <w:sz w:val="38"/>
          <w:szCs w:val="38"/>
          <w:rtl/>
        </w:rPr>
        <w:t>اسم</w:t>
      </w:r>
      <w:r w:rsidRPr="005117ED">
        <w:rPr>
          <w:rFonts w:cs="Sakkal Majalla"/>
          <w:color w:val="000000" w:themeColor="text1"/>
          <w:sz w:val="38"/>
          <w:szCs w:val="38"/>
        </w:rPr>
        <w:t xml:space="preserve"> </w:t>
      </w:r>
      <w:r w:rsidRPr="005117ED">
        <w:rPr>
          <w:rFonts w:cs="Sakkal Majalla"/>
          <w:color w:val="000000" w:themeColor="text1"/>
          <w:sz w:val="38"/>
          <w:szCs w:val="38"/>
          <w:rtl/>
        </w:rPr>
        <w:t>منشأتك،</w:t>
      </w:r>
      <w:r w:rsidRPr="005117ED">
        <w:rPr>
          <w:rFonts w:cs="Sakkal Majalla"/>
          <w:color w:val="000000" w:themeColor="text1"/>
          <w:sz w:val="38"/>
          <w:szCs w:val="38"/>
        </w:rPr>
        <w:t xml:space="preserve"> </w:t>
      </w:r>
      <w:r w:rsidRPr="005117ED">
        <w:rPr>
          <w:rFonts w:cs="Sakkal Majalla"/>
          <w:color w:val="000000" w:themeColor="text1"/>
          <w:sz w:val="38"/>
          <w:szCs w:val="38"/>
          <w:rtl/>
        </w:rPr>
        <w:t>وتستخدم</w:t>
      </w:r>
      <w:r w:rsidRPr="005117ED">
        <w:rPr>
          <w:rFonts w:cs="Sakkal Majalla"/>
          <w:color w:val="000000" w:themeColor="text1"/>
          <w:sz w:val="38"/>
          <w:szCs w:val="38"/>
        </w:rPr>
        <w:t xml:space="preserve"> </w:t>
      </w:r>
      <w:r w:rsidRPr="005117ED">
        <w:rPr>
          <w:rFonts w:cs="Sakkal Majalla"/>
          <w:color w:val="000000" w:themeColor="text1"/>
          <w:sz w:val="38"/>
          <w:szCs w:val="38"/>
          <w:rtl/>
        </w:rPr>
        <w:t>البيانات</w:t>
      </w:r>
      <w:r w:rsidRPr="005117ED">
        <w:rPr>
          <w:rFonts w:cs="Sakkal Majalla"/>
          <w:color w:val="000000" w:themeColor="text1"/>
          <w:sz w:val="38"/>
          <w:szCs w:val="38"/>
        </w:rPr>
        <w:t xml:space="preserve"> </w:t>
      </w:r>
      <w:r w:rsidRPr="005117ED">
        <w:rPr>
          <w:rFonts w:cs="Sakkal Majalla"/>
          <w:color w:val="000000" w:themeColor="text1"/>
          <w:sz w:val="38"/>
          <w:szCs w:val="38"/>
          <w:rtl/>
        </w:rPr>
        <w:t>في</w:t>
      </w:r>
      <w:r w:rsidRPr="005117ED">
        <w:rPr>
          <w:rFonts w:cs="Sakkal Majalla"/>
          <w:color w:val="000000" w:themeColor="text1"/>
          <w:sz w:val="38"/>
          <w:szCs w:val="38"/>
        </w:rPr>
        <w:t xml:space="preserve"> </w:t>
      </w:r>
      <w:r w:rsidRPr="005117ED">
        <w:rPr>
          <w:rFonts w:cs="Sakkal Majalla"/>
          <w:color w:val="000000" w:themeColor="text1"/>
          <w:sz w:val="38"/>
          <w:szCs w:val="38"/>
          <w:rtl/>
        </w:rPr>
        <w:t>صورة</w:t>
      </w:r>
      <w:r w:rsidRPr="005117ED">
        <w:rPr>
          <w:rFonts w:cs="Sakkal Majalla"/>
          <w:color w:val="000000" w:themeColor="text1"/>
          <w:sz w:val="38"/>
          <w:szCs w:val="38"/>
        </w:rPr>
        <w:t xml:space="preserve"> </w:t>
      </w:r>
      <w:r w:rsidRPr="005117ED">
        <w:rPr>
          <w:rFonts w:cs="Sakkal Majalla"/>
          <w:color w:val="000000" w:themeColor="text1"/>
          <w:sz w:val="38"/>
          <w:szCs w:val="38"/>
          <w:rtl/>
        </w:rPr>
        <w:t>إجمالية</w:t>
      </w:r>
      <w:r w:rsidRPr="005117ED">
        <w:rPr>
          <w:rFonts w:cs="Sakkal Majalla"/>
          <w:color w:val="000000" w:themeColor="text1"/>
          <w:sz w:val="38"/>
          <w:szCs w:val="38"/>
        </w:rPr>
        <w:t xml:space="preserve"> </w:t>
      </w:r>
      <w:r w:rsidRPr="005117ED">
        <w:rPr>
          <w:rFonts w:cs="Sakkal Majalla"/>
          <w:color w:val="000000" w:themeColor="text1"/>
          <w:sz w:val="38"/>
          <w:szCs w:val="38"/>
          <w:rtl/>
        </w:rPr>
        <w:t>للأغراض</w:t>
      </w:r>
      <w:r w:rsidRPr="005117ED">
        <w:rPr>
          <w:rFonts w:cs="Sakkal Majalla"/>
          <w:color w:val="000000" w:themeColor="text1"/>
          <w:sz w:val="38"/>
          <w:szCs w:val="38"/>
        </w:rPr>
        <w:t xml:space="preserve"> </w:t>
      </w:r>
      <w:r w:rsidRPr="005117ED">
        <w:rPr>
          <w:rFonts w:cs="Sakkal Majalla"/>
          <w:color w:val="000000" w:themeColor="text1"/>
          <w:sz w:val="38"/>
          <w:szCs w:val="38"/>
          <w:rtl/>
        </w:rPr>
        <w:t>العلمية</w:t>
      </w:r>
      <w:r w:rsidRPr="005117ED">
        <w:rPr>
          <w:rFonts w:cs="Sakkal Majalla"/>
          <w:color w:val="000000" w:themeColor="text1"/>
          <w:sz w:val="38"/>
          <w:szCs w:val="38"/>
        </w:rPr>
        <w:t xml:space="preserve">. </w:t>
      </w:r>
      <w:r w:rsidRPr="005117ED">
        <w:rPr>
          <w:rFonts w:cs="Sakkal Majalla"/>
          <w:color w:val="000000" w:themeColor="text1"/>
          <w:sz w:val="38"/>
          <w:szCs w:val="38"/>
          <w:rtl/>
        </w:rPr>
        <w:t>لا</w:t>
      </w:r>
      <w:r w:rsidRPr="005117ED">
        <w:rPr>
          <w:rFonts w:cs="Sakkal Majalla"/>
          <w:color w:val="000000" w:themeColor="text1"/>
          <w:sz w:val="38"/>
          <w:szCs w:val="38"/>
        </w:rPr>
        <w:t xml:space="preserve"> </w:t>
      </w:r>
      <w:r w:rsidRPr="005117ED">
        <w:rPr>
          <w:rFonts w:cs="Sakkal Majalla"/>
          <w:color w:val="000000" w:themeColor="text1"/>
          <w:sz w:val="38"/>
          <w:szCs w:val="38"/>
          <w:rtl/>
        </w:rPr>
        <w:t>توجد</w:t>
      </w:r>
      <w:r w:rsidRPr="005117ED">
        <w:rPr>
          <w:rFonts w:cs="Sakkal Majalla"/>
          <w:color w:val="000000" w:themeColor="text1"/>
          <w:sz w:val="38"/>
          <w:szCs w:val="38"/>
        </w:rPr>
        <w:t xml:space="preserve"> </w:t>
      </w:r>
      <w:r w:rsidRPr="005117ED">
        <w:rPr>
          <w:rFonts w:cs="Sakkal Majalla"/>
          <w:color w:val="000000" w:themeColor="text1"/>
          <w:sz w:val="38"/>
          <w:szCs w:val="38"/>
          <w:rtl/>
        </w:rPr>
        <w:t>منفعة</w:t>
      </w:r>
      <w:r w:rsidRPr="005117ED">
        <w:rPr>
          <w:rFonts w:cs="Sakkal Majalla"/>
          <w:color w:val="000000" w:themeColor="text1"/>
          <w:sz w:val="38"/>
          <w:szCs w:val="38"/>
        </w:rPr>
        <w:t xml:space="preserve"> </w:t>
      </w:r>
      <w:r w:rsidRPr="005117ED">
        <w:rPr>
          <w:rFonts w:cs="Sakkal Majalla"/>
          <w:color w:val="000000" w:themeColor="text1"/>
          <w:sz w:val="38"/>
          <w:szCs w:val="38"/>
          <w:rtl/>
        </w:rPr>
        <w:t>مالية</w:t>
      </w:r>
      <w:r w:rsidRPr="005117ED">
        <w:rPr>
          <w:rFonts w:cs="Sakkal Majalla"/>
          <w:color w:val="000000" w:themeColor="text1"/>
          <w:sz w:val="38"/>
          <w:szCs w:val="38"/>
        </w:rPr>
        <w:t xml:space="preserve"> </w:t>
      </w:r>
      <w:r w:rsidRPr="005117ED">
        <w:rPr>
          <w:rFonts w:cs="Sakkal Majalla"/>
          <w:color w:val="000000" w:themeColor="text1"/>
          <w:sz w:val="38"/>
          <w:szCs w:val="38"/>
          <w:rtl/>
        </w:rPr>
        <w:t>مباشرة،</w:t>
      </w:r>
      <w:r w:rsidRPr="005117ED">
        <w:rPr>
          <w:rFonts w:cs="Sakkal Majalla"/>
          <w:color w:val="000000" w:themeColor="text1"/>
          <w:sz w:val="38"/>
          <w:szCs w:val="38"/>
        </w:rPr>
        <w:t xml:space="preserve"> </w:t>
      </w:r>
      <w:r w:rsidRPr="005117ED">
        <w:rPr>
          <w:rFonts w:cs="Sakkal Majalla"/>
          <w:color w:val="000000" w:themeColor="text1"/>
          <w:sz w:val="38"/>
          <w:szCs w:val="38"/>
          <w:rtl/>
        </w:rPr>
        <w:t>ولا</w:t>
      </w:r>
      <w:r w:rsidRPr="005117ED">
        <w:rPr>
          <w:rFonts w:cs="Sakkal Majalla"/>
          <w:color w:val="000000" w:themeColor="text1"/>
          <w:sz w:val="38"/>
          <w:szCs w:val="38"/>
        </w:rPr>
        <w:t xml:space="preserve"> </w:t>
      </w:r>
      <w:r w:rsidRPr="005117ED">
        <w:rPr>
          <w:rFonts w:cs="Sakkal Majalla"/>
          <w:color w:val="000000" w:themeColor="text1"/>
          <w:sz w:val="38"/>
          <w:szCs w:val="38"/>
          <w:rtl/>
        </w:rPr>
        <w:t>يتوقع</w:t>
      </w:r>
      <w:r w:rsidRPr="005117ED">
        <w:rPr>
          <w:rFonts w:cs="Sakkal Majalla"/>
          <w:color w:val="000000" w:themeColor="text1"/>
          <w:sz w:val="38"/>
          <w:szCs w:val="38"/>
        </w:rPr>
        <w:t xml:space="preserve"> </w:t>
      </w:r>
      <w:r w:rsidRPr="005117ED">
        <w:rPr>
          <w:rFonts w:cs="Sakkal Majalla"/>
          <w:color w:val="000000" w:themeColor="text1"/>
          <w:sz w:val="38"/>
          <w:szCs w:val="38"/>
          <w:rtl/>
        </w:rPr>
        <w:t>ضرر</w:t>
      </w:r>
      <w:r w:rsidRPr="005117ED">
        <w:rPr>
          <w:rFonts w:cs="Sakkal Majalla"/>
          <w:color w:val="000000" w:themeColor="text1"/>
          <w:sz w:val="38"/>
          <w:szCs w:val="38"/>
        </w:rPr>
        <w:t xml:space="preserve"> </w:t>
      </w:r>
      <w:r w:rsidRPr="005117ED">
        <w:rPr>
          <w:rFonts w:cs="Sakkal Majalla"/>
          <w:color w:val="000000" w:themeColor="text1"/>
          <w:sz w:val="38"/>
          <w:szCs w:val="38"/>
          <w:rtl/>
        </w:rPr>
        <w:t>يتجاوز</w:t>
      </w:r>
      <w:r w:rsidRPr="005117ED">
        <w:rPr>
          <w:rFonts w:cs="Sakkal Majalla"/>
          <w:color w:val="000000" w:themeColor="text1"/>
          <w:sz w:val="38"/>
          <w:szCs w:val="38"/>
        </w:rPr>
        <w:t xml:space="preserve"> </w:t>
      </w:r>
      <w:r w:rsidRPr="005117ED">
        <w:rPr>
          <w:rFonts w:cs="Sakkal Majalla"/>
          <w:color w:val="000000" w:themeColor="text1"/>
          <w:sz w:val="38"/>
          <w:szCs w:val="38"/>
          <w:rtl/>
        </w:rPr>
        <w:t>الوقت</w:t>
      </w:r>
      <w:r w:rsidRPr="005117ED">
        <w:rPr>
          <w:rFonts w:cs="Sakkal Majalla"/>
          <w:color w:val="000000" w:themeColor="text1"/>
          <w:sz w:val="38"/>
          <w:szCs w:val="38"/>
        </w:rPr>
        <w:t xml:space="preserve"> </w:t>
      </w:r>
      <w:r w:rsidRPr="005117ED">
        <w:rPr>
          <w:rFonts w:cs="Sakkal Majalla"/>
          <w:color w:val="000000" w:themeColor="text1"/>
          <w:sz w:val="38"/>
          <w:szCs w:val="38"/>
          <w:rtl/>
        </w:rPr>
        <w:t>المعتاد</w:t>
      </w:r>
      <w:r w:rsidRPr="005117ED">
        <w:rPr>
          <w:rFonts w:cs="Sakkal Majalla"/>
          <w:color w:val="000000" w:themeColor="text1"/>
          <w:sz w:val="38"/>
          <w:szCs w:val="38"/>
        </w:rPr>
        <w:t xml:space="preserve"> </w:t>
      </w:r>
      <w:r w:rsidRPr="005117ED">
        <w:rPr>
          <w:rFonts w:cs="Sakkal Majalla"/>
          <w:color w:val="000000" w:themeColor="text1"/>
          <w:sz w:val="38"/>
          <w:szCs w:val="38"/>
          <w:rtl/>
        </w:rPr>
        <w:t>للإجابة</w:t>
      </w:r>
      <w:r w:rsidRPr="005117ED">
        <w:rPr>
          <w:rFonts w:cs="Sakkal Majalla"/>
          <w:color w:val="000000" w:themeColor="text1"/>
          <w:sz w:val="38"/>
          <w:szCs w:val="38"/>
        </w:rPr>
        <w:t>.</w:t>
      </w:r>
    </w:p>
    <w:p w:rsidR="00FD5E07" w:rsidRPr="005117ED" w:rsidRDefault="00FD5E07" w:rsidP="00FD5E07">
      <w:pPr>
        <w:spacing w:before="0"/>
        <w:ind w:firstLine="425"/>
        <w:jc w:val="both"/>
        <w:rPr>
          <w:rFonts w:cs="Sakkal Majalla"/>
          <w:color w:val="000000" w:themeColor="text1"/>
          <w:sz w:val="38"/>
          <w:szCs w:val="38"/>
        </w:rPr>
      </w:pPr>
      <w:r w:rsidRPr="005117ED">
        <w:rPr>
          <w:rFonts w:cs="Sakkal Majalla"/>
          <w:color w:val="000000" w:themeColor="text1"/>
          <w:sz w:val="38"/>
          <w:szCs w:val="38"/>
          <w:rtl/>
        </w:rPr>
        <w:t>باختيار</w:t>
      </w:r>
      <w:r w:rsidRPr="005117ED">
        <w:rPr>
          <w:rFonts w:cs="Sakkal Majalla"/>
          <w:color w:val="000000" w:themeColor="text1"/>
          <w:sz w:val="38"/>
          <w:szCs w:val="38"/>
        </w:rPr>
        <w:t xml:space="preserve"> «</w:t>
      </w:r>
      <w:r w:rsidRPr="005117ED">
        <w:rPr>
          <w:rFonts w:cs="Sakkal Majalla"/>
          <w:color w:val="000000" w:themeColor="text1"/>
          <w:sz w:val="38"/>
          <w:szCs w:val="38"/>
          <w:rtl/>
        </w:rPr>
        <w:t>أوافق</w:t>
      </w:r>
      <w:r w:rsidRPr="005117ED">
        <w:rPr>
          <w:rFonts w:cs="Sakkal Majalla"/>
          <w:color w:val="000000" w:themeColor="text1"/>
          <w:sz w:val="38"/>
          <w:szCs w:val="38"/>
        </w:rPr>
        <w:t xml:space="preserve"> </w:t>
      </w:r>
      <w:r w:rsidRPr="005117ED">
        <w:rPr>
          <w:rFonts w:cs="Sakkal Majalla"/>
          <w:color w:val="000000" w:themeColor="text1"/>
          <w:sz w:val="38"/>
          <w:szCs w:val="38"/>
          <w:rtl/>
        </w:rPr>
        <w:t>على</w:t>
      </w:r>
      <w:r w:rsidRPr="005117ED">
        <w:rPr>
          <w:rFonts w:cs="Sakkal Majalla"/>
          <w:color w:val="000000" w:themeColor="text1"/>
          <w:sz w:val="38"/>
          <w:szCs w:val="38"/>
        </w:rPr>
        <w:t xml:space="preserve"> </w:t>
      </w:r>
      <w:r w:rsidRPr="005117ED">
        <w:rPr>
          <w:rFonts w:cs="Sakkal Majalla"/>
          <w:color w:val="000000" w:themeColor="text1"/>
          <w:sz w:val="38"/>
          <w:szCs w:val="38"/>
          <w:rtl/>
        </w:rPr>
        <w:t>المشاركة</w:t>
      </w:r>
      <w:r w:rsidRPr="005117ED">
        <w:rPr>
          <w:rFonts w:cs="Sakkal Majalla"/>
          <w:color w:val="000000" w:themeColor="text1"/>
          <w:sz w:val="38"/>
          <w:szCs w:val="38"/>
        </w:rPr>
        <w:t xml:space="preserve">» </w:t>
      </w:r>
      <w:r w:rsidRPr="005117ED">
        <w:rPr>
          <w:rFonts w:cs="Sakkal Majalla"/>
          <w:color w:val="000000" w:themeColor="text1"/>
          <w:sz w:val="38"/>
          <w:szCs w:val="38"/>
          <w:rtl/>
        </w:rPr>
        <w:t>فإنك</w:t>
      </w:r>
      <w:r w:rsidRPr="005117ED">
        <w:rPr>
          <w:rFonts w:cs="Sakkal Majalla"/>
          <w:color w:val="000000" w:themeColor="text1"/>
          <w:sz w:val="38"/>
          <w:szCs w:val="38"/>
        </w:rPr>
        <w:t xml:space="preserve"> </w:t>
      </w:r>
      <w:r w:rsidRPr="005117ED">
        <w:rPr>
          <w:rFonts w:cs="Sakkal Majalla"/>
          <w:color w:val="000000" w:themeColor="text1"/>
          <w:sz w:val="38"/>
          <w:szCs w:val="38"/>
          <w:rtl/>
        </w:rPr>
        <w:t>تقر</w:t>
      </w:r>
      <w:r w:rsidRPr="005117ED">
        <w:rPr>
          <w:rFonts w:cs="Sakkal Majalla"/>
          <w:color w:val="000000" w:themeColor="text1"/>
          <w:sz w:val="38"/>
          <w:szCs w:val="38"/>
        </w:rPr>
        <w:t xml:space="preserve"> </w:t>
      </w:r>
      <w:r w:rsidRPr="005117ED">
        <w:rPr>
          <w:rFonts w:cs="Sakkal Majalla"/>
          <w:color w:val="000000" w:themeColor="text1"/>
          <w:sz w:val="38"/>
          <w:szCs w:val="38"/>
          <w:rtl/>
        </w:rPr>
        <w:t>بأنك</w:t>
      </w:r>
      <w:r w:rsidRPr="005117ED">
        <w:rPr>
          <w:rFonts w:cs="Sakkal Majalla"/>
          <w:color w:val="000000" w:themeColor="text1"/>
          <w:sz w:val="38"/>
          <w:szCs w:val="38"/>
        </w:rPr>
        <w:t xml:space="preserve"> </w:t>
      </w:r>
      <w:r w:rsidRPr="005117ED">
        <w:rPr>
          <w:rFonts w:cs="Sakkal Majalla"/>
          <w:color w:val="000000" w:themeColor="text1"/>
          <w:sz w:val="38"/>
          <w:szCs w:val="38"/>
          <w:rtl/>
        </w:rPr>
        <w:t>قرأت</w:t>
      </w:r>
      <w:r w:rsidRPr="005117ED">
        <w:rPr>
          <w:rFonts w:cs="Sakkal Majalla"/>
          <w:color w:val="000000" w:themeColor="text1"/>
          <w:sz w:val="38"/>
          <w:szCs w:val="38"/>
        </w:rPr>
        <w:t xml:space="preserve"> </w:t>
      </w:r>
      <w:r w:rsidRPr="005117ED">
        <w:rPr>
          <w:rFonts w:cs="Sakkal Majalla"/>
          <w:color w:val="000000" w:themeColor="text1"/>
          <w:sz w:val="38"/>
          <w:szCs w:val="38"/>
          <w:rtl/>
        </w:rPr>
        <w:t>المعلومات</w:t>
      </w:r>
      <w:r w:rsidRPr="005117ED">
        <w:rPr>
          <w:rFonts w:cs="Sakkal Majalla"/>
          <w:color w:val="000000" w:themeColor="text1"/>
          <w:sz w:val="38"/>
          <w:szCs w:val="38"/>
        </w:rPr>
        <w:t xml:space="preserve"> </w:t>
      </w:r>
      <w:r w:rsidRPr="005117ED">
        <w:rPr>
          <w:rFonts w:cs="Sakkal Majalla"/>
          <w:color w:val="000000" w:themeColor="text1"/>
          <w:sz w:val="38"/>
          <w:szCs w:val="38"/>
          <w:rtl/>
        </w:rPr>
        <w:t>وفهمتها</w:t>
      </w:r>
      <w:r w:rsidRPr="005117ED">
        <w:rPr>
          <w:rFonts w:cs="Sakkal Majalla"/>
          <w:color w:val="000000" w:themeColor="text1"/>
          <w:sz w:val="38"/>
          <w:szCs w:val="38"/>
        </w:rPr>
        <w:t xml:space="preserve"> </w:t>
      </w:r>
      <w:r w:rsidRPr="005117ED">
        <w:rPr>
          <w:rFonts w:cs="Sakkal Majalla"/>
          <w:color w:val="000000" w:themeColor="text1"/>
          <w:sz w:val="38"/>
          <w:szCs w:val="38"/>
          <w:rtl/>
        </w:rPr>
        <w:t>وأنك</w:t>
      </w:r>
      <w:r w:rsidRPr="005117ED">
        <w:rPr>
          <w:rFonts w:cs="Sakkal Majalla"/>
          <w:color w:val="000000" w:themeColor="text1"/>
          <w:sz w:val="38"/>
          <w:szCs w:val="38"/>
        </w:rPr>
        <w:t xml:space="preserve"> </w:t>
      </w:r>
      <w:r w:rsidRPr="005117ED">
        <w:rPr>
          <w:rFonts w:cs="Sakkal Majalla"/>
          <w:color w:val="000000" w:themeColor="text1"/>
          <w:sz w:val="38"/>
          <w:szCs w:val="38"/>
          <w:rtl/>
        </w:rPr>
        <w:t>تشارك</w:t>
      </w:r>
      <w:r w:rsidRPr="005117ED">
        <w:rPr>
          <w:rFonts w:cs="Sakkal Majalla"/>
          <w:color w:val="000000" w:themeColor="text1"/>
          <w:sz w:val="38"/>
          <w:szCs w:val="38"/>
        </w:rPr>
        <w:t xml:space="preserve"> </w:t>
      </w:r>
      <w:r w:rsidRPr="005117ED">
        <w:rPr>
          <w:rFonts w:cs="Sakkal Majalla"/>
          <w:color w:val="000000" w:themeColor="text1"/>
          <w:sz w:val="38"/>
          <w:szCs w:val="38"/>
          <w:rtl/>
        </w:rPr>
        <w:t>طوعًا</w:t>
      </w:r>
      <w:r w:rsidRPr="005117ED">
        <w:rPr>
          <w:rFonts w:cs="Sakkal Majalla"/>
          <w:color w:val="000000" w:themeColor="text1"/>
          <w:sz w:val="38"/>
          <w:szCs w:val="38"/>
        </w:rPr>
        <w:t>.</w:t>
      </w:r>
    </w:p>
    <w:sectPr w:rsidR="00FD5E07" w:rsidRPr="005117ED" w:rsidSect="00F24756">
      <w:headerReference w:type="default" r:id="rId15"/>
      <w:footerReference w:type="default" r:id="rId16"/>
      <w:pgSz w:w="11906" w:h="16838" w:code="9"/>
      <w:pgMar w:top="1418" w:right="991" w:bottom="851" w:left="993" w:header="680" w:footer="0" w:gutter="0"/>
      <w:cols w:space="708"/>
      <w:titlePg/>
      <w:bidi/>
      <w:rtlGutter/>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555E" w:rsidRDefault="0061555E" w:rsidP="005E3531">
      <w:pPr>
        <w:spacing w:before="0"/>
      </w:pPr>
      <w:r>
        <w:separator/>
      </w:r>
    </w:p>
  </w:endnote>
  <w:endnote w:type="continuationSeparator" w:id="0">
    <w:p w:rsidR="0061555E" w:rsidRDefault="0061555E" w:rsidP="005E3531">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B2"/>
    <w:family w:val="auto"/>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PT Bold Heading">
    <w:panose1 w:val="02010400000000000000"/>
    <w:charset w:val="B2"/>
    <w:family w:val="auto"/>
    <w:pitch w:val="variable"/>
    <w:sig w:usb0="00002001" w:usb1="80000000" w:usb2="00000008" w:usb3="00000000" w:csb0="00000040" w:csb1="00000000"/>
  </w:font>
  <w:font w:name="AAA GoldenLotus">
    <w:charset w:val="00"/>
    <w:family w:val="auto"/>
    <w:pitch w:val="variable"/>
    <w:sig w:usb0="00002007" w:usb1="80000000" w:usb2="00000008" w:usb3="00000000" w:csb0="00000043" w:csb1="00000000"/>
  </w:font>
  <w:font w:name="Tahoma">
    <w:panose1 w:val="020B0604030504040204"/>
    <w:charset w:val="00"/>
    <w:family w:val="swiss"/>
    <w:pitch w:val="variable"/>
    <w:sig w:usb0="E1002EFF" w:usb1="C000605B" w:usb2="00000029" w:usb3="00000000" w:csb0="000101FF" w:csb1="00000000"/>
  </w:font>
  <w:font w:name="Noto Naskh Arabic">
    <w:altName w:val="Times New Roman"/>
    <w:panose1 w:val="00000000000000000000"/>
    <w:charset w:val="00"/>
    <w:family w:val="roman"/>
    <w:notTrueType/>
    <w:pitch w:val="default"/>
  </w:font>
  <w:font w:name="Courier">
    <w:panose1 w:val="02070409020205020404"/>
    <w:charset w:val="00"/>
    <w:family w:val="auto"/>
    <w:pitch w:val="variable"/>
    <w:sig w:usb0="00000003" w:usb1="00000000" w:usb2="00000000" w:usb3="00000000" w:csb0="00000001" w:csb1="00000000"/>
  </w:font>
  <w:font w:name="KFGQPC KSA Heading">
    <w:panose1 w:val="00000000000000000000"/>
    <w:charset w:val="00"/>
    <w:family w:val="auto"/>
    <w:pitch w:val="variable"/>
    <w:sig w:usb0="80002003" w:usb1="80000000" w:usb2="00000008" w:usb3="00000000" w:csb0="00000041" w:csb1="00000000"/>
  </w:font>
  <w:font w:name="AL-Mateen">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55A0" w:rsidRDefault="00D055A0">
    <w:pPr>
      <w:pStyle w:val="a7"/>
      <w:jc w:val="center"/>
    </w:pPr>
  </w:p>
  <w:p w:rsidR="00D055A0" w:rsidRDefault="00D055A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555E" w:rsidRDefault="0061555E" w:rsidP="00D425C9">
      <w:pPr>
        <w:spacing w:before="0"/>
        <w:ind w:firstLine="0"/>
      </w:pPr>
      <w:r>
        <w:separator/>
      </w:r>
    </w:p>
  </w:footnote>
  <w:footnote w:type="continuationSeparator" w:id="0">
    <w:p w:rsidR="0061555E" w:rsidRPr="00D425C9" w:rsidRDefault="0061555E" w:rsidP="00D425C9">
      <w:pPr>
        <w:spacing w:before="0"/>
        <w:ind w:firstLine="0"/>
      </w:pPr>
      <w:r>
        <w: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55A0" w:rsidRPr="00C10AE1" w:rsidRDefault="00D055A0" w:rsidP="00C75FC8">
    <w:pPr>
      <w:pStyle w:val="a6"/>
      <w:tabs>
        <w:tab w:val="clear" w:pos="8306"/>
        <w:tab w:val="right" w:pos="9070"/>
      </w:tabs>
      <w:jc w:val="left"/>
      <w:rPr>
        <w:rFonts w:cs="Sakkal Majalla"/>
        <w:b/>
        <w:bCs/>
      </w:rPr>
    </w:pPr>
    <w:r w:rsidRPr="00C75FC8">
      <w:rPr>
        <w:rFonts w:cs="Sakkal Majalla"/>
        <w:b/>
        <w:bCs/>
        <w:noProof/>
        <w:sz w:val="18"/>
        <w:szCs w:val="12"/>
        <w:rtl/>
      </w:rPr>
      <mc:AlternateContent>
        <mc:Choice Requires="wps">
          <w:drawing>
            <wp:anchor distT="0" distB="0" distL="114300" distR="114300" simplePos="0" relativeHeight="251660288" behindDoc="0" locked="0" layoutInCell="1" allowOverlap="1" wp14:anchorId="5CE9383F" wp14:editId="565DE7D9">
              <wp:simplePos x="0" y="0"/>
              <wp:positionH relativeFrom="column">
                <wp:posOffset>113030</wp:posOffset>
              </wp:positionH>
              <wp:positionV relativeFrom="paragraph">
                <wp:posOffset>-27223</wp:posOffset>
              </wp:positionV>
              <wp:extent cx="466090" cy="303424"/>
              <wp:effectExtent l="0" t="0" r="0" b="1905"/>
              <wp:wrapNone/>
              <wp:docPr id="13" name="مربع نص 13"/>
              <wp:cNvGraphicFramePr/>
              <a:graphic xmlns:a="http://schemas.openxmlformats.org/drawingml/2006/main">
                <a:graphicData uri="http://schemas.microsoft.com/office/word/2010/wordprocessingShape">
                  <wps:wsp>
                    <wps:cNvSpPr txBox="1"/>
                    <wps:spPr>
                      <a:xfrm>
                        <a:off x="0" y="0"/>
                        <a:ext cx="466090" cy="303424"/>
                      </a:xfrm>
                      <a:prstGeom prst="rect">
                        <a:avLst/>
                      </a:prstGeom>
                      <a:noFill/>
                      <a:ln w="6350">
                        <a:noFill/>
                      </a:ln>
                    </wps:spPr>
                    <wps:txbx>
                      <w:txbxContent>
                        <w:p w:rsidR="00D055A0" w:rsidRPr="00C10AE1" w:rsidRDefault="00D055A0" w:rsidP="00C10AE1">
                          <w:pPr>
                            <w:spacing w:before="0" w:line="216" w:lineRule="auto"/>
                            <w:ind w:firstLine="0"/>
                            <w:jc w:val="center"/>
                            <w:rPr>
                              <w:rFonts w:cs="Sakkal Majalla"/>
                              <w:b/>
                              <w:bCs/>
                              <w:sz w:val="28"/>
                              <w:szCs w:val="28"/>
                            </w:rPr>
                          </w:pPr>
                          <w:r w:rsidRPr="00C10AE1">
                            <w:rPr>
                              <w:rStyle w:val="af1"/>
                              <w:rFonts w:cs="Sakkal Majalla"/>
                              <w:b/>
                              <w:bCs/>
                              <w:sz w:val="28"/>
                              <w:szCs w:val="28"/>
                              <w:rtl/>
                            </w:rPr>
                            <w:fldChar w:fldCharType="begin"/>
                          </w:r>
                          <w:r w:rsidRPr="00C10AE1">
                            <w:rPr>
                              <w:rStyle w:val="af1"/>
                              <w:rFonts w:cs="Sakkal Majalla"/>
                              <w:b/>
                              <w:bCs/>
                              <w:sz w:val="28"/>
                              <w:szCs w:val="28"/>
                            </w:rPr>
                            <w:instrText xml:space="preserve"> PAGE </w:instrText>
                          </w:r>
                          <w:r w:rsidRPr="00C10AE1">
                            <w:rPr>
                              <w:rStyle w:val="af1"/>
                              <w:rFonts w:cs="Sakkal Majalla"/>
                              <w:b/>
                              <w:bCs/>
                              <w:sz w:val="28"/>
                              <w:szCs w:val="28"/>
                              <w:rtl/>
                            </w:rPr>
                            <w:fldChar w:fldCharType="separate"/>
                          </w:r>
                          <w:r w:rsidR="00131B29">
                            <w:rPr>
                              <w:rStyle w:val="af1"/>
                              <w:rFonts w:cs="Sakkal Majalla"/>
                              <w:b/>
                              <w:bCs/>
                              <w:noProof/>
                              <w:sz w:val="28"/>
                              <w:szCs w:val="28"/>
                              <w:rtl/>
                            </w:rPr>
                            <w:t>21</w:t>
                          </w:r>
                          <w:r w:rsidRPr="00C10AE1">
                            <w:rPr>
                              <w:rStyle w:val="af1"/>
                              <w:rFonts w:cs="Sakkal Majalla"/>
                              <w:b/>
                              <w:bCs/>
                              <w:sz w:val="28"/>
                              <w:szCs w:val="28"/>
                              <w:rtl/>
                            </w:rPr>
                            <w:fldChar w:fldCharType="end"/>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CE9383F" id="_x0000_t202" coordsize="21600,21600" o:spt="202" path="m,l,21600r21600,l21600,xe">
              <v:stroke joinstyle="miter"/>
              <v:path gradientshapeok="t" o:connecttype="rect"/>
            </v:shapetype>
            <v:shape id="مربع نص 13" o:spid="_x0000_s1026" type="#_x0000_t202" style="position:absolute;left:0;text-align:left;margin-left:8.9pt;margin-top:-2.15pt;width:36.7pt;height:23.9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" filled="f" stroked="f" strokeweight=".5pt">
              <v:textbox>
                <w:txbxContent>
                  <w:p w:rsidR="00D055A0" w:rsidRPr="00C10AE1" w:rsidRDefault="00D055A0" w:rsidP="00C10AE1">
                    <w:pPr>
                      <w:spacing w:before="0" w:line="216" w:lineRule="auto"/>
                      <w:ind w:firstLine="0"/>
                      <w:jc w:val="center"/>
                      <w:rPr>
                        <w:rFonts w:cs="Sakkal Majalla"/>
                        <w:b/>
                        <w:bCs/>
                        <w:sz w:val="28"/>
                        <w:szCs w:val="28"/>
                      </w:rPr>
                    </w:pPr>
                    <w:r w:rsidRPr="00C10AE1">
                      <w:rPr>
                        <w:rStyle w:val="af1"/>
                        <w:rFonts w:cs="Sakkal Majalla"/>
                        <w:b/>
                        <w:bCs/>
                        <w:sz w:val="28"/>
                        <w:szCs w:val="28"/>
                        <w:rtl/>
                      </w:rPr>
                      <w:fldChar w:fldCharType="begin"/>
                    </w:r>
                    <w:r w:rsidRPr="00C10AE1">
                      <w:rPr>
                        <w:rStyle w:val="af1"/>
                        <w:rFonts w:cs="Sakkal Majalla"/>
                        <w:b/>
                        <w:bCs/>
                        <w:sz w:val="28"/>
                        <w:szCs w:val="28"/>
                      </w:rPr>
                      <w:instrText xml:space="preserve"> PAGE </w:instrText>
                    </w:r>
                    <w:r w:rsidRPr="00C10AE1">
                      <w:rPr>
                        <w:rStyle w:val="af1"/>
                        <w:rFonts w:cs="Sakkal Majalla"/>
                        <w:b/>
                        <w:bCs/>
                        <w:sz w:val="28"/>
                        <w:szCs w:val="28"/>
                        <w:rtl/>
                      </w:rPr>
                      <w:fldChar w:fldCharType="separate"/>
                    </w:r>
                    <w:r w:rsidR="00131B29">
                      <w:rPr>
                        <w:rStyle w:val="af1"/>
                        <w:rFonts w:cs="Sakkal Majalla"/>
                        <w:b/>
                        <w:bCs/>
                        <w:noProof/>
                        <w:sz w:val="28"/>
                        <w:szCs w:val="28"/>
                        <w:rtl/>
                      </w:rPr>
                      <w:t>21</w:t>
                    </w:r>
                    <w:r w:rsidRPr="00C10AE1">
                      <w:rPr>
                        <w:rStyle w:val="af1"/>
                        <w:rFonts w:cs="Sakkal Majalla"/>
                        <w:b/>
                        <w:bCs/>
                        <w:sz w:val="28"/>
                        <w:szCs w:val="28"/>
                        <w:rtl/>
                      </w:rPr>
                      <w:fldChar w:fldCharType="end"/>
                    </w:r>
                  </w:p>
                </w:txbxContent>
              </v:textbox>
            </v:shape>
          </w:pict>
        </mc:Fallback>
      </mc:AlternateContent>
    </w:r>
    <w:r w:rsidRPr="00C75FC8">
      <w:rPr>
        <w:rFonts w:cs="Sakkal Majalla"/>
        <w:b/>
        <w:bCs/>
        <w:noProof/>
        <w:sz w:val="18"/>
        <w:szCs w:val="12"/>
        <w:rtl/>
      </w:rPr>
      <mc:AlternateContent>
        <mc:Choice Requires="wps">
          <w:drawing>
            <wp:anchor distT="0" distB="0" distL="114300" distR="114300" simplePos="0" relativeHeight="251659264" behindDoc="0" locked="0" layoutInCell="1" allowOverlap="1" wp14:anchorId="6189AC83" wp14:editId="695E6CDF">
              <wp:simplePos x="0" y="0"/>
              <wp:positionH relativeFrom="column">
                <wp:posOffset>113558</wp:posOffset>
              </wp:positionH>
              <wp:positionV relativeFrom="paragraph">
                <wp:posOffset>16347</wp:posOffset>
              </wp:positionV>
              <wp:extent cx="466254" cy="203982"/>
              <wp:effectExtent l="0" t="0" r="10160" b="24765"/>
              <wp:wrapNone/>
              <wp:docPr id="12" name="مخطط انسيابي: معالجة متعاقبة 12"/>
              <wp:cNvGraphicFramePr/>
              <a:graphic xmlns:a="http://schemas.openxmlformats.org/drawingml/2006/main">
                <a:graphicData uri="http://schemas.microsoft.com/office/word/2010/wordprocessingShape">
                  <wps:wsp>
                    <wps:cNvSpPr/>
                    <wps:spPr>
                      <a:xfrm>
                        <a:off x="0" y="0"/>
                        <a:ext cx="466254" cy="203982"/>
                      </a:xfrm>
                      <a:prstGeom prst="flowChartAlternateProcess">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978D958"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مخطط انسيابي: معالجة متعاقبة 12" o:spid="_x0000_s1026" type="#_x0000_t176" style="position:absolute;margin-left:8.95pt;margin-top:1.3pt;width:36.7pt;height:16.0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" filled="f" strokecolor="black [3213]" strokeweight=".5pt"/>
          </w:pict>
        </mc:Fallback>
      </mc:AlternateContent>
    </w:r>
    <w:r w:rsidRPr="00C10AE1">
      <w:rPr>
        <w:rFonts w:cs="Sakkal Majalla"/>
        <w:b/>
        <w:bCs/>
        <w:rtl/>
      </w:rPr>
      <w:tab/>
    </w:r>
    <w:r w:rsidRPr="00C10AE1">
      <w:rPr>
        <w:rFonts w:cs="Sakkal Majalla"/>
        <w:b/>
        <w:bCs/>
        <w:rtl/>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6" w15:restartNumberingAfterBreak="0">
    <w:nsid w:val="5A38664B"/>
    <w:multiLevelType w:val="hybridMultilevel"/>
    <w:tmpl w:val="2D545630"/>
    <w:lvl w:ilvl="0" w:tplc="04090001">
      <w:start w:val="1"/>
      <w:numFmt w:val="bullet"/>
      <w:lvlText w:val=""/>
      <w:lvlJc w:val="left"/>
      <w:pPr>
        <w:ind w:left="1570" w:hanging="360"/>
      </w:pPr>
      <w:rPr>
        <w:rFonts w:ascii="Symbol" w:hAnsi="Symbol" w:hint="default"/>
      </w:rPr>
    </w:lvl>
    <w:lvl w:ilvl="1" w:tplc="04090003" w:tentative="1">
      <w:start w:val="1"/>
      <w:numFmt w:val="bullet"/>
      <w:lvlText w:val="o"/>
      <w:lvlJc w:val="left"/>
      <w:pPr>
        <w:ind w:left="2290" w:hanging="360"/>
      </w:pPr>
      <w:rPr>
        <w:rFonts w:ascii="Courier New" w:hAnsi="Courier New" w:cs="Courier New" w:hint="default"/>
      </w:rPr>
    </w:lvl>
    <w:lvl w:ilvl="2" w:tplc="04090005" w:tentative="1">
      <w:start w:val="1"/>
      <w:numFmt w:val="bullet"/>
      <w:lvlText w:val=""/>
      <w:lvlJc w:val="left"/>
      <w:pPr>
        <w:ind w:left="3010" w:hanging="360"/>
      </w:pPr>
      <w:rPr>
        <w:rFonts w:ascii="Wingdings" w:hAnsi="Wingdings" w:hint="default"/>
      </w:rPr>
    </w:lvl>
    <w:lvl w:ilvl="3" w:tplc="04090001" w:tentative="1">
      <w:start w:val="1"/>
      <w:numFmt w:val="bullet"/>
      <w:lvlText w:val=""/>
      <w:lvlJc w:val="left"/>
      <w:pPr>
        <w:ind w:left="3730" w:hanging="360"/>
      </w:pPr>
      <w:rPr>
        <w:rFonts w:ascii="Symbol" w:hAnsi="Symbol" w:hint="default"/>
      </w:rPr>
    </w:lvl>
    <w:lvl w:ilvl="4" w:tplc="04090003" w:tentative="1">
      <w:start w:val="1"/>
      <w:numFmt w:val="bullet"/>
      <w:lvlText w:val="o"/>
      <w:lvlJc w:val="left"/>
      <w:pPr>
        <w:ind w:left="4450" w:hanging="360"/>
      </w:pPr>
      <w:rPr>
        <w:rFonts w:ascii="Courier New" w:hAnsi="Courier New" w:cs="Courier New" w:hint="default"/>
      </w:rPr>
    </w:lvl>
    <w:lvl w:ilvl="5" w:tplc="04090005" w:tentative="1">
      <w:start w:val="1"/>
      <w:numFmt w:val="bullet"/>
      <w:lvlText w:val=""/>
      <w:lvlJc w:val="left"/>
      <w:pPr>
        <w:ind w:left="5170" w:hanging="360"/>
      </w:pPr>
      <w:rPr>
        <w:rFonts w:ascii="Wingdings" w:hAnsi="Wingdings" w:hint="default"/>
      </w:rPr>
    </w:lvl>
    <w:lvl w:ilvl="6" w:tplc="04090001" w:tentative="1">
      <w:start w:val="1"/>
      <w:numFmt w:val="bullet"/>
      <w:lvlText w:val=""/>
      <w:lvlJc w:val="left"/>
      <w:pPr>
        <w:ind w:left="5890" w:hanging="360"/>
      </w:pPr>
      <w:rPr>
        <w:rFonts w:ascii="Symbol" w:hAnsi="Symbol" w:hint="default"/>
      </w:rPr>
    </w:lvl>
    <w:lvl w:ilvl="7" w:tplc="04090003" w:tentative="1">
      <w:start w:val="1"/>
      <w:numFmt w:val="bullet"/>
      <w:lvlText w:val="o"/>
      <w:lvlJc w:val="left"/>
      <w:pPr>
        <w:ind w:left="6610" w:hanging="360"/>
      </w:pPr>
      <w:rPr>
        <w:rFonts w:ascii="Courier New" w:hAnsi="Courier New" w:cs="Courier New" w:hint="default"/>
      </w:rPr>
    </w:lvl>
    <w:lvl w:ilvl="8" w:tplc="04090005" w:tentative="1">
      <w:start w:val="1"/>
      <w:numFmt w:val="bullet"/>
      <w:lvlText w:val=""/>
      <w:lvlJc w:val="left"/>
      <w:pPr>
        <w:ind w:left="7330" w:hanging="360"/>
      </w:pPr>
      <w:rPr>
        <w:rFonts w:ascii="Wingdings" w:hAnsi="Wingdings" w:hint="default"/>
      </w:rPr>
    </w:lvl>
  </w:abstractNum>
  <w:abstractNum w:abstractNumId="7" w15:restartNumberingAfterBreak="0">
    <w:nsid w:val="70EB3F5A"/>
    <w:multiLevelType w:val="hybridMultilevel"/>
    <w:tmpl w:val="B5F889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4"/>
  </w:num>
  <w:num w:numId="5">
    <w:abstractNumId w:val="1"/>
  </w:num>
  <w:num w:numId="6">
    <w:abstractNumId w:val="0"/>
  </w:num>
  <w:num w:numId="7">
    <w:abstractNumId w:val="6"/>
  </w:num>
  <w:num w:numId="8">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BCC"/>
    <w:rsid w:val="00007440"/>
    <w:rsid w:val="00007FCD"/>
    <w:rsid w:val="0001161A"/>
    <w:rsid w:val="00011BCC"/>
    <w:rsid w:val="00020E9D"/>
    <w:rsid w:val="000253F1"/>
    <w:rsid w:val="000326CE"/>
    <w:rsid w:val="00033178"/>
    <w:rsid w:val="00043640"/>
    <w:rsid w:val="0005297A"/>
    <w:rsid w:val="00091DFB"/>
    <w:rsid w:val="00095096"/>
    <w:rsid w:val="0009544C"/>
    <w:rsid w:val="00096273"/>
    <w:rsid w:val="000C1F4C"/>
    <w:rsid w:val="000C2A93"/>
    <w:rsid w:val="000C4112"/>
    <w:rsid w:val="000E09D8"/>
    <w:rsid w:val="000F08C0"/>
    <w:rsid w:val="00111D2F"/>
    <w:rsid w:val="001149B7"/>
    <w:rsid w:val="001177A3"/>
    <w:rsid w:val="00130D02"/>
    <w:rsid w:val="00131B29"/>
    <w:rsid w:val="00140072"/>
    <w:rsid w:val="001430F1"/>
    <w:rsid w:val="001458CA"/>
    <w:rsid w:val="001471C9"/>
    <w:rsid w:val="0018675B"/>
    <w:rsid w:val="00196C04"/>
    <w:rsid w:val="001D234E"/>
    <w:rsid w:val="001E7357"/>
    <w:rsid w:val="001F1429"/>
    <w:rsid w:val="00202222"/>
    <w:rsid w:val="00206869"/>
    <w:rsid w:val="00222CFC"/>
    <w:rsid w:val="002270A8"/>
    <w:rsid w:val="0023332E"/>
    <w:rsid w:val="002478CD"/>
    <w:rsid w:val="00261DF7"/>
    <w:rsid w:val="0026210E"/>
    <w:rsid w:val="002660D5"/>
    <w:rsid w:val="00273D57"/>
    <w:rsid w:val="002840E8"/>
    <w:rsid w:val="0029517D"/>
    <w:rsid w:val="002A1FAF"/>
    <w:rsid w:val="002C0169"/>
    <w:rsid w:val="002C3F10"/>
    <w:rsid w:val="002F0037"/>
    <w:rsid w:val="002F4C92"/>
    <w:rsid w:val="002F7539"/>
    <w:rsid w:val="00316851"/>
    <w:rsid w:val="00317B67"/>
    <w:rsid w:val="003250CE"/>
    <w:rsid w:val="00330D1B"/>
    <w:rsid w:val="00376EFC"/>
    <w:rsid w:val="003A6632"/>
    <w:rsid w:val="003B3F68"/>
    <w:rsid w:val="003F10CC"/>
    <w:rsid w:val="00411038"/>
    <w:rsid w:val="00414D52"/>
    <w:rsid w:val="0041515F"/>
    <w:rsid w:val="004216F3"/>
    <w:rsid w:val="00423EB4"/>
    <w:rsid w:val="00425577"/>
    <w:rsid w:val="00457AAD"/>
    <w:rsid w:val="00474B5A"/>
    <w:rsid w:val="004952EC"/>
    <w:rsid w:val="004A53C7"/>
    <w:rsid w:val="004A7FC6"/>
    <w:rsid w:val="004C010B"/>
    <w:rsid w:val="004C155A"/>
    <w:rsid w:val="004D134A"/>
    <w:rsid w:val="004E5AA9"/>
    <w:rsid w:val="005117ED"/>
    <w:rsid w:val="0051502A"/>
    <w:rsid w:val="00515BD4"/>
    <w:rsid w:val="0054561D"/>
    <w:rsid w:val="00557BB3"/>
    <w:rsid w:val="0056467E"/>
    <w:rsid w:val="005B0CD0"/>
    <w:rsid w:val="005C0990"/>
    <w:rsid w:val="005D432A"/>
    <w:rsid w:val="005E0FAB"/>
    <w:rsid w:val="005E2978"/>
    <w:rsid w:val="005E3531"/>
    <w:rsid w:val="0061555E"/>
    <w:rsid w:val="00617CA1"/>
    <w:rsid w:val="006202EC"/>
    <w:rsid w:val="00666217"/>
    <w:rsid w:val="0068638B"/>
    <w:rsid w:val="006A3AA2"/>
    <w:rsid w:val="006B17AC"/>
    <w:rsid w:val="006C3673"/>
    <w:rsid w:val="006E43EA"/>
    <w:rsid w:val="006F72AA"/>
    <w:rsid w:val="00713D50"/>
    <w:rsid w:val="00722280"/>
    <w:rsid w:val="00740D1B"/>
    <w:rsid w:val="007660F4"/>
    <w:rsid w:val="0078289A"/>
    <w:rsid w:val="007955D5"/>
    <w:rsid w:val="007973EC"/>
    <w:rsid w:val="007A127A"/>
    <w:rsid w:val="007A1EB1"/>
    <w:rsid w:val="007B646E"/>
    <w:rsid w:val="007C0115"/>
    <w:rsid w:val="007E0BCA"/>
    <w:rsid w:val="007E1FD4"/>
    <w:rsid w:val="007E3C17"/>
    <w:rsid w:val="008114A9"/>
    <w:rsid w:val="008154F6"/>
    <w:rsid w:val="00833EA0"/>
    <w:rsid w:val="0084706E"/>
    <w:rsid w:val="00847204"/>
    <w:rsid w:val="008545C6"/>
    <w:rsid w:val="008561CF"/>
    <w:rsid w:val="008667C1"/>
    <w:rsid w:val="0089353C"/>
    <w:rsid w:val="008A1D56"/>
    <w:rsid w:val="008B0BC6"/>
    <w:rsid w:val="008B4D1F"/>
    <w:rsid w:val="008C7D96"/>
    <w:rsid w:val="008D746B"/>
    <w:rsid w:val="008F666A"/>
    <w:rsid w:val="00912959"/>
    <w:rsid w:val="00917DD8"/>
    <w:rsid w:val="00942EBA"/>
    <w:rsid w:val="009432E1"/>
    <w:rsid w:val="0095566A"/>
    <w:rsid w:val="00966259"/>
    <w:rsid w:val="00967CB1"/>
    <w:rsid w:val="009749E6"/>
    <w:rsid w:val="0097581D"/>
    <w:rsid w:val="00984A5E"/>
    <w:rsid w:val="00996C61"/>
    <w:rsid w:val="009B259B"/>
    <w:rsid w:val="009C0B71"/>
    <w:rsid w:val="009C6029"/>
    <w:rsid w:val="009E5637"/>
    <w:rsid w:val="00A04E25"/>
    <w:rsid w:val="00A33786"/>
    <w:rsid w:val="00A518B1"/>
    <w:rsid w:val="00A62B8B"/>
    <w:rsid w:val="00A65200"/>
    <w:rsid w:val="00A72E69"/>
    <w:rsid w:val="00A834CA"/>
    <w:rsid w:val="00A8467F"/>
    <w:rsid w:val="00A86A10"/>
    <w:rsid w:val="00AA0276"/>
    <w:rsid w:val="00AA47DE"/>
    <w:rsid w:val="00AA73D8"/>
    <w:rsid w:val="00AB2F04"/>
    <w:rsid w:val="00AC7FBB"/>
    <w:rsid w:val="00AD1369"/>
    <w:rsid w:val="00AF1822"/>
    <w:rsid w:val="00B10B16"/>
    <w:rsid w:val="00B13619"/>
    <w:rsid w:val="00B230A3"/>
    <w:rsid w:val="00B23F56"/>
    <w:rsid w:val="00B271DB"/>
    <w:rsid w:val="00B31121"/>
    <w:rsid w:val="00B31E00"/>
    <w:rsid w:val="00B47693"/>
    <w:rsid w:val="00B72CAE"/>
    <w:rsid w:val="00BB6C80"/>
    <w:rsid w:val="00BC20E3"/>
    <w:rsid w:val="00BD0252"/>
    <w:rsid w:val="00BD479B"/>
    <w:rsid w:val="00BE5B8B"/>
    <w:rsid w:val="00C02575"/>
    <w:rsid w:val="00C0451F"/>
    <w:rsid w:val="00C10AE1"/>
    <w:rsid w:val="00C346B2"/>
    <w:rsid w:val="00C44B71"/>
    <w:rsid w:val="00C44DDB"/>
    <w:rsid w:val="00C5138D"/>
    <w:rsid w:val="00C52E0D"/>
    <w:rsid w:val="00C64EF5"/>
    <w:rsid w:val="00C74077"/>
    <w:rsid w:val="00C75FC8"/>
    <w:rsid w:val="00C84F79"/>
    <w:rsid w:val="00C85E25"/>
    <w:rsid w:val="00C92800"/>
    <w:rsid w:val="00CA18A8"/>
    <w:rsid w:val="00CA24B9"/>
    <w:rsid w:val="00CA364F"/>
    <w:rsid w:val="00CA72B8"/>
    <w:rsid w:val="00CB1CCF"/>
    <w:rsid w:val="00CB39CF"/>
    <w:rsid w:val="00CB5A48"/>
    <w:rsid w:val="00CE6D35"/>
    <w:rsid w:val="00CE7CE1"/>
    <w:rsid w:val="00D055A0"/>
    <w:rsid w:val="00D07E7E"/>
    <w:rsid w:val="00D16941"/>
    <w:rsid w:val="00D425C9"/>
    <w:rsid w:val="00D433DA"/>
    <w:rsid w:val="00D45A25"/>
    <w:rsid w:val="00D47509"/>
    <w:rsid w:val="00D53537"/>
    <w:rsid w:val="00D55A1D"/>
    <w:rsid w:val="00D56104"/>
    <w:rsid w:val="00D63B96"/>
    <w:rsid w:val="00D93CE0"/>
    <w:rsid w:val="00DA3FC2"/>
    <w:rsid w:val="00DB77AB"/>
    <w:rsid w:val="00DC0341"/>
    <w:rsid w:val="00DC3B65"/>
    <w:rsid w:val="00DE735F"/>
    <w:rsid w:val="00DF5931"/>
    <w:rsid w:val="00E2538B"/>
    <w:rsid w:val="00E26F5D"/>
    <w:rsid w:val="00E55F58"/>
    <w:rsid w:val="00E8706E"/>
    <w:rsid w:val="00E87CA8"/>
    <w:rsid w:val="00E96C51"/>
    <w:rsid w:val="00E97DE4"/>
    <w:rsid w:val="00EA39FD"/>
    <w:rsid w:val="00EA5652"/>
    <w:rsid w:val="00EB1A60"/>
    <w:rsid w:val="00EC154F"/>
    <w:rsid w:val="00EE0395"/>
    <w:rsid w:val="00F07E8F"/>
    <w:rsid w:val="00F15303"/>
    <w:rsid w:val="00F24756"/>
    <w:rsid w:val="00F26F93"/>
    <w:rsid w:val="00F413BF"/>
    <w:rsid w:val="00F44657"/>
    <w:rsid w:val="00F603C6"/>
    <w:rsid w:val="00F63618"/>
    <w:rsid w:val="00F724B7"/>
    <w:rsid w:val="00F97ED3"/>
    <w:rsid w:val="00FA66BF"/>
    <w:rsid w:val="00FB0667"/>
    <w:rsid w:val="00FD3815"/>
    <w:rsid w:val="00FD5E07"/>
    <w:rsid w:val="00FD6F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B7F55E"/>
  <w15:chartTrackingRefBased/>
  <w15:docId w15:val="{4163B2EE-91EB-424A-9B66-13BB0CE79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515BD4"/>
    <w:pPr>
      <w:bidi/>
      <w:spacing w:before="120" w:after="0" w:line="240" w:lineRule="auto"/>
      <w:ind w:firstLine="454"/>
      <w:jc w:val="lowKashida"/>
    </w:pPr>
    <w:rPr>
      <w:rFonts w:ascii="Sakkal Majalla" w:hAnsi="Sakkal Majalla" w:cs="Traditional Arabic"/>
      <w:sz w:val="34"/>
      <w:szCs w:val="36"/>
    </w:rPr>
  </w:style>
  <w:style w:type="paragraph" w:styleId="1">
    <w:name w:val="heading 1"/>
    <w:basedOn w:val="a1"/>
    <w:next w:val="a1"/>
    <w:link w:val="1Char"/>
    <w:uiPriority w:val="9"/>
    <w:qFormat/>
    <w:rsid w:val="004216F3"/>
    <w:pPr>
      <w:keepNext/>
      <w:keepLines/>
      <w:pageBreakBefore/>
      <w:spacing w:before="240" w:after="120"/>
      <w:ind w:firstLine="0"/>
      <w:jc w:val="center"/>
      <w:outlineLvl w:val="0"/>
    </w:pPr>
    <w:rPr>
      <w:rFonts w:asciiTheme="majorHAnsi" w:eastAsiaTheme="majorEastAsia" w:hAnsiTheme="majorHAnsi" w:cs="PT Bold Heading"/>
      <w:szCs w:val="40"/>
    </w:rPr>
  </w:style>
  <w:style w:type="paragraph" w:styleId="21">
    <w:name w:val="heading 2"/>
    <w:basedOn w:val="a1"/>
    <w:next w:val="a1"/>
    <w:link w:val="2Char"/>
    <w:uiPriority w:val="9"/>
    <w:qFormat/>
    <w:rsid w:val="008A1D56"/>
    <w:pPr>
      <w:keepNext/>
      <w:keepLines/>
      <w:spacing w:before="240" w:after="120"/>
      <w:ind w:firstLine="0"/>
      <w:outlineLvl w:val="1"/>
    </w:pPr>
    <w:rPr>
      <w:rFonts w:asciiTheme="majorHAnsi" w:eastAsiaTheme="majorEastAsia" w:hAnsiTheme="majorHAnsi"/>
      <w:bCs/>
      <w:szCs w:val="40"/>
    </w:rPr>
  </w:style>
  <w:style w:type="paragraph" w:styleId="31">
    <w:name w:val="heading 3"/>
    <w:basedOn w:val="a1"/>
    <w:next w:val="a1"/>
    <w:link w:val="3Char"/>
    <w:uiPriority w:val="9"/>
    <w:qFormat/>
    <w:rsid w:val="00A65200"/>
    <w:pPr>
      <w:keepNext/>
      <w:keepLines/>
      <w:ind w:left="284" w:firstLine="0"/>
      <w:outlineLvl w:val="2"/>
    </w:pPr>
    <w:rPr>
      <w:rFonts w:asciiTheme="majorHAnsi" w:eastAsiaTheme="majorEastAsia" w:hAnsiTheme="majorHAnsi"/>
      <w:bCs/>
      <w:sz w:val="24"/>
    </w:rPr>
  </w:style>
  <w:style w:type="paragraph" w:styleId="4">
    <w:name w:val="heading 4"/>
    <w:basedOn w:val="a1"/>
    <w:next w:val="a1"/>
    <w:link w:val="4Char"/>
    <w:uiPriority w:val="9"/>
    <w:qFormat/>
    <w:rsid w:val="00A65200"/>
    <w:pPr>
      <w:keepNext/>
      <w:keepLines/>
      <w:ind w:left="397" w:firstLine="0"/>
      <w:outlineLvl w:val="3"/>
    </w:pPr>
    <w:rPr>
      <w:rFonts w:asciiTheme="majorHAnsi" w:eastAsiaTheme="majorEastAsia" w:hAnsiTheme="majorHAnsi"/>
      <w:bCs/>
      <w:i/>
    </w:rPr>
  </w:style>
  <w:style w:type="paragraph" w:styleId="5">
    <w:name w:val="heading 5"/>
    <w:basedOn w:val="a1"/>
    <w:next w:val="a1"/>
    <w:link w:val="5Char"/>
    <w:uiPriority w:val="9"/>
    <w:unhideWhenUsed/>
    <w:qFormat/>
    <w:rsid w:val="00A65200"/>
    <w:pPr>
      <w:ind w:left="510" w:firstLine="0"/>
      <w:outlineLvl w:val="4"/>
    </w:pPr>
    <w:rPr>
      <w:bCs/>
    </w:rPr>
  </w:style>
  <w:style w:type="paragraph" w:styleId="6">
    <w:name w:val="heading 6"/>
    <w:basedOn w:val="a1"/>
    <w:next w:val="a1"/>
    <w:link w:val="6Char"/>
    <w:uiPriority w:val="9"/>
    <w:semiHidden/>
    <w:unhideWhenUsed/>
    <w:qFormat/>
    <w:rsid w:val="00996C61"/>
    <w:pPr>
      <w:keepNext/>
      <w:keepLines/>
      <w:bidi w:val="0"/>
      <w:spacing w:before="200" w:line="276" w:lineRule="auto"/>
      <w:ind w:firstLine="0"/>
      <w:jc w:val="left"/>
      <w:outlineLvl w:val="5"/>
    </w:pPr>
    <w:rPr>
      <w:rFonts w:asciiTheme="majorHAnsi" w:eastAsiaTheme="majorEastAsia" w:hAnsiTheme="majorHAnsi" w:cstheme="majorBidi"/>
      <w:i/>
      <w:iCs/>
      <w:color w:val="1F4D78" w:themeColor="accent1" w:themeShade="7F"/>
      <w:sz w:val="28"/>
      <w:szCs w:val="22"/>
    </w:rPr>
  </w:style>
  <w:style w:type="paragraph" w:styleId="7">
    <w:name w:val="heading 7"/>
    <w:basedOn w:val="a1"/>
    <w:next w:val="a1"/>
    <w:link w:val="7Char"/>
    <w:uiPriority w:val="9"/>
    <w:semiHidden/>
    <w:unhideWhenUsed/>
    <w:qFormat/>
    <w:rsid w:val="00996C61"/>
    <w:pPr>
      <w:keepNext/>
      <w:keepLines/>
      <w:bidi w:val="0"/>
      <w:spacing w:before="200" w:line="276" w:lineRule="auto"/>
      <w:ind w:firstLine="0"/>
      <w:jc w:val="left"/>
      <w:outlineLvl w:val="6"/>
    </w:pPr>
    <w:rPr>
      <w:rFonts w:asciiTheme="majorHAnsi" w:eastAsiaTheme="majorEastAsia" w:hAnsiTheme="majorHAnsi" w:cstheme="majorBidi"/>
      <w:i/>
      <w:iCs/>
      <w:color w:val="404040" w:themeColor="text1" w:themeTint="BF"/>
      <w:sz w:val="28"/>
      <w:szCs w:val="22"/>
    </w:rPr>
  </w:style>
  <w:style w:type="paragraph" w:styleId="8">
    <w:name w:val="heading 8"/>
    <w:basedOn w:val="a1"/>
    <w:next w:val="a1"/>
    <w:link w:val="8Char"/>
    <w:uiPriority w:val="9"/>
    <w:semiHidden/>
    <w:unhideWhenUsed/>
    <w:qFormat/>
    <w:rsid w:val="00996C61"/>
    <w:pPr>
      <w:keepNext/>
      <w:keepLines/>
      <w:bidi w:val="0"/>
      <w:spacing w:before="200" w:line="276" w:lineRule="auto"/>
      <w:ind w:firstLine="0"/>
      <w:jc w:val="left"/>
      <w:outlineLvl w:val="7"/>
    </w:pPr>
    <w:rPr>
      <w:rFonts w:asciiTheme="majorHAnsi" w:eastAsiaTheme="majorEastAsia" w:hAnsiTheme="majorHAnsi" w:cstheme="majorBidi"/>
      <w:color w:val="5B9BD5" w:themeColor="accent1"/>
      <w:sz w:val="20"/>
      <w:szCs w:val="20"/>
    </w:rPr>
  </w:style>
  <w:style w:type="paragraph" w:styleId="9">
    <w:name w:val="heading 9"/>
    <w:basedOn w:val="a1"/>
    <w:next w:val="a1"/>
    <w:link w:val="9Char"/>
    <w:uiPriority w:val="9"/>
    <w:semiHidden/>
    <w:unhideWhenUsed/>
    <w:qFormat/>
    <w:rsid w:val="00996C61"/>
    <w:pPr>
      <w:keepNext/>
      <w:keepLines/>
      <w:bidi w:val="0"/>
      <w:spacing w:before="200" w:line="276" w:lineRule="auto"/>
      <w:ind w:firstLine="0"/>
      <w:jc w:val="left"/>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العنوان 1 Char"/>
    <w:basedOn w:val="a2"/>
    <w:link w:val="1"/>
    <w:uiPriority w:val="9"/>
    <w:rsid w:val="004216F3"/>
    <w:rPr>
      <w:rFonts w:asciiTheme="majorHAnsi" w:eastAsiaTheme="majorEastAsia" w:hAnsiTheme="majorHAnsi" w:cs="PT Bold Heading"/>
      <w:sz w:val="32"/>
      <w:szCs w:val="40"/>
    </w:rPr>
  </w:style>
  <w:style w:type="character" w:customStyle="1" w:styleId="2Char">
    <w:name w:val="عنوان 2 Char"/>
    <w:basedOn w:val="a2"/>
    <w:link w:val="21"/>
    <w:uiPriority w:val="9"/>
    <w:rsid w:val="008A1D56"/>
    <w:rPr>
      <w:rFonts w:asciiTheme="majorHAnsi" w:eastAsiaTheme="majorEastAsia" w:hAnsiTheme="majorHAnsi" w:cs="Traditional Arabic"/>
      <w:bCs/>
      <w:sz w:val="34"/>
      <w:szCs w:val="40"/>
    </w:rPr>
  </w:style>
  <w:style w:type="character" w:customStyle="1" w:styleId="3Char">
    <w:name w:val="عنوان 3 Char"/>
    <w:basedOn w:val="a2"/>
    <w:link w:val="31"/>
    <w:uiPriority w:val="9"/>
    <w:rsid w:val="00A65200"/>
    <w:rPr>
      <w:rFonts w:asciiTheme="majorHAnsi" w:eastAsiaTheme="majorEastAsia" w:hAnsiTheme="majorHAnsi" w:cs="Traditional Arabic"/>
      <w:bCs/>
      <w:sz w:val="24"/>
      <w:szCs w:val="36"/>
    </w:rPr>
  </w:style>
  <w:style w:type="character" w:customStyle="1" w:styleId="4Char">
    <w:name w:val="عنوان 4 Char"/>
    <w:basedOn w:val="a2"/>
    <w:link w:val="4"/>
    <w:uiPriority w:val="9"/>
    <w:rsid w:val="00A65200"/>
    <w:rPr>
      <w:rFonts w:asciiTheme="majorHAnsi" w:eastAsiaTheme="majorEastAsia" w:hAnsiTheme="majorHAnsi" w:cs="Traditional Arabic"/>
      <w:bCs/>
      <w:i/>
      <w:sz w:val="26"/>
      <w:szCs w:val="36"/>
    </w:rPr>
  </w:style>
  <w:style w:type="character" w:customStyle="1" w:styleId="5Char">
    <w:name w:val="عنوان 5 Char"/>
    <w:basedOn w:val="a2"/>
    <w:link w:val="5"/>
    <w:uiPriority w:val="9"/>
    <w:rsid w:val="00A65200"/>
    <w:rPr>
      <w:rFonts w:ascii="Times New Roman" w:hAnsi="Times New Roman" w:cs="Traditional Arabic"/>
      <w:bCs/>
      <w:sz w:val="26"/>
      <w:szCs w:val="36"/>
    </w:rPr>
  </w:style>
  <w:style w:type="character" w:customStyle="1" w:styleId="6Char">
    <w:name w:val="عنوان 6 Char"/>
    <w:basedOn w:val="a2"/>
    <w:link w:val="6"/>
    <w:uiPriority w:val="9"/>
    <w:semiHidden/>
    <w:rsid w:val="00996C61"/>
    <w:rPr>
      <w:rFonts w:asciiTheme="majorHAnsi" w:eastAsiaTheme="majorEastAsia" w:hAnsiTheme="majorHAnsi" w:cstheme="majorBidi"/>
      <w:i/>
      <w:iCs/>
      <w:color w:val="1F4D78" w:themeColor="accent1" w:themeShade="7F"/>
      <w:sz w:val="28"/>
    </w:rPr>
  </w:style>
  <w:style w:type="paragraph" w:styleId="a5">
    <w:name w:val="annotation text"/>
    <w:basedOn w:val="a1"/>
    <w:link w:val="Char"/>
    <w:uiPriority w:val="99"/>
    <w:unhideWhenUsed/>
    <w:rsid w:val="00C44DDB"/>
    <w:pPr>
      <w:spacing w:before="0" w:after="160"/>
      <w:ind w:firstLine="720"/>
      <w:jc w:val="left"/>
    </w:pPr>
    <w:rPr>
      <w:rFonts w:cs="AAA GoldenLotus"/>
      <w:sz w:val="20"/>
      <w:szCs w:val="28"/>
    </w:rPr>
  </w:style>
  <w:style w:type="character" w:customStyle="1" w:styleId="Char">
    <w:name w:val="نص تعليق Char"/>
    <w:basedOn w:val="a2"/>
    <w:link w:val="a5"/>
    <w:uiPriority w:val="99"/>
    <w:rsid w:val="00C44DDB"/>
    <w:rPr>
      <w:rFonts w:cs="AAA GoldenLotus"/>
      <w:sz w:val="20"/>
      <w:szCs w:val="28"/>
    </w:rPr>
  </w:style>
  <w:style w:type="paragraph" w:styleId="a6">
    <w:name w:val="header"/>
    <w:basedOn w:val="a1"/>
    <w:link w:val="Char0"/>
    <w:uiPriority w:val="99"/>
    <w:unhideWhenUsed/>
    <w:rsid w:val="00D425C9"/>
    <w:pPr>
      <w:pBdr>
        <w:bottom w:val="double" w:sz="4" w:space="1" w:color="auto"/>
      </w:pBdr>
      <w:tabs>
        <w:tab w:val="center" w:pos="4153"/>
        <w:tab w:val="right" w:pos="8306"/>
      </w:tabs>
      <w:spacing w:before="0"/>
      <w:ind w:firstLine="0"/>
    </w:pPr>
    <w:rPr>
      <w:szCs w:val="28"/>
    </w:rPr>
  </w:style>
  <w:style w:type="character" w:customStyle="1" w:styleId="Char0">
    <w:name w:val="رأس الصفحة Char"/>
    <w:basedOn w:val="a2"/>
    <w:link w:val="a6"/>
    <w:uiPriority w:val="99"/>
    <w:rsid w:val="00D425C9"/>
    <w:rPr>
      <w:rFonts w:cs="Traditional Arabic"/>
      <w:szCs w:val="28"/>
    </w:rPr>
  </w:style>
  <w:style w:type="paragraph" w:styleId="a7">
    <w:name w:val="footer"/>
    <w:basedOn w:val="a1"/>
    <w:link w:val="Char1"/>
    <w:uiPriority w:val="99"/>
    <w:unhideWhenUsed/>
    <w:rsid w:val="005E3531"/>
    <w:pPr>
      <w:tabs>
        <w:tab w:val="center" w:pos="4153"/>
        <w:tab w:val="right" w:pos="8306"/>
      </w:tabs>
      <w:spacing w:before="0"/>
    </w:pPr>
  </w:style>
  <w:style w:type="character" w:customStyle="1" w:styleId="Char1">
    <w:name w:val="تذييل الصفحة Char"/>
    <w:basedOn w:val="a2"/>
    <w:link w:val="a7"/>
    <w:uiPriority w:val="99"/>
    <w:rsid w:val="005E3531"/>
    <w:rPr>
      <w:rFonts w:cs="Traditional Arabic"/>
      <w:szCs w:val="36"/>
    </w:rPr>
  </w:style>
  <w:style w:type="character" w:styleId="a8">
    <w:name w:val="footnote reference"/>
    <w:aliases w:val="Footnote Reference"/>
    <w:basedOn w:val="a2"/>
    <w:rsid w:val="005E3531"/>
    <w:rPr>
      <w:rFonts w:ascii="Traditional Arabic" w:hAnsi="Traditional Arabic" w:cs="Traditional Arabic"/>
      <w:position w:val="0"/>
      <w:sz w:val="32"/>
      <w:szCs w:val="36"/>
      <w:vertAlign w:val="superscript"/>
    </w:rPr>
  </w:style>
  <w:style w:type="paragraph" w:styleId="a9">
    <w:name w:val="footnote text"/>
    <w:basedOn w:val="a1"/>
    <w:link w:val="Char2"/>
    <w:uiPriority w:val="99"/>
    <w:unhideWhenUsed/>
    <w:rsid w:val="00515BD4"/>
    <w:pPr>
      <w:spacing w:before="0"/>
      <w:ind w:left="340" w:hanging="340"/>
    </w:pPr>
    <w:rPr>
      <w:rFonts w:ascii="Traditional Arabic" w:hAnsi="Traditional Arabic"/>
      <w:sz w:val="24"/>
      <w:szCs w:val="28"/>
    </w:rPr>
  </w:style>
  <w:style w:type="character" w:customStyle="1" w:styleId="Char2">
    <w:name w:val="نص حاشية سفلية Char"/>
    <w:basedOn w:val="a2"/>
    <w:link w:val="a9"/>
    <w:uiPriority w:val="99"/>
    <w:rsid w:val="00515BD4"/>
    <w:rPr>
      <w:rFonts w:ascii="Traditional Arabic" w:hAnsi="Traditional Arabic" w:cs="Traditional Arabic"/>
      <w:sz w:val="24"/>
      <w:szCs w:val="28"/>
    </w:rPr>
  </w:style>
  <w:style w:type="table" w:styleId="aa">
    <w:name w:val="Table Grid"/>
    <w:basedOn w:val="a3"/>
    <w:uiPriority w:val="59"/>
    <w:rsid w:val="00D425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قصيدة"/>
    <w:basedOn w:val="a1"/>
    <w:uiPriority w:val="9"/>
    <w:rsid w:val="00C44B71"/>
    <w:pPr>
      <w:spacing w:before="0"/>
      <w:ind w:firstLine="0"/>
    </w:pPr>
  </w:style>
  <w:style w:type="paragraph" w:styleId="ac">
    <w:name w:val="Title"/>
    <w:basedOn w:val="a1"/>
    <w:next w:val="a1"/>
    <w:link w:val="Char3"/>
    <w:uiPriority w:val="10"/>
    <w:qFormat/>
    <w:rsid w:val="00140072"/>
    <w:pPr>
      <w:spacing w:before="0"/>
      <w:ind w:firstLine="0"/>
      <w:contextualSpacing/>
      <w:jc w:val="center"/>
    </w:pPr>
    <w:rPr>
      <w:rFonts w:asciiTheme="majorHAnsi" w:eastAsiaTheme="majorEastAsia" w:hAnsiTheme="majorHAnsi" w:cs="PT Bold Heading"/>
      <w:spacing w:val="-10"/>
      <w:kern w:val="28"/>
      <w:sz w:val="56"/>
      <w:szCs w:val="72"/>
    </w:rPr>
  </w:style>
  <w:style w:type="character" w:customStyle="1" w:styleId="Char3">
    <w:name w:val="العنوان Char"/>
    <w:basedOn w:val="a2"/>
    <w:link w:val="ac"/>
    <w:uiPriority w:val="10"/>
    <w:rsid w:val="00140072"/>
    <w:rPr>
      <w:rFonts w:asciiTheme="majorHAnsi" w:eastAsiaTheme="majorEastAsia" w:hAnsiTheme="majorHAnsi" w:cs="PT Bold Heading"/>
      <w:spacing w:val="-10"/>
      <w:kern w:val="28"/>
      <w:sz w:val="56"/>
      <w:szCs w:val="72"/>
    </w:rPr>
  </w:style>
  <w:style w:type="paragraph" w:customStyle="1" w:styleId="ad">
    <w:name w:val="كليشة"/>
    <w:rsid w:val="00140072"/>
    <w:pPr>
      <w:jc w:val="center"/>
    </w:pPr>
    <w:rPr>
      <w:rFonts w:ascii="Sakkal Majalla" w:hAnsi="Sakkal Majalla" w:cs="Traditional Arabic"/>
      <w:sz w:val="28"/>
      <w:szCs w:val="32"/>
    </w:rPr>
  </w:style>
  <w:style w:type="paragraph" w:customStyle="1" w:styleId="ae">
    <w:name w:val="صفحة العنوان"/>
    <w:rsid w:val="00140072"/>
    <w:pPr>
      <w:spacing w:after="0" w:line="240" w:lineRule="auto"/>
      <w:jc w:val="center"/>
    </w:pPr>
    <w:rPr>
      <w:rFonts w:ascii="Sakkal Majalla" w:hAnsi="Sakkal Majalla" w:cs="Traditional Arabic"/>
      <w:b/>
      <w:bCs/>
      <w:sz w:val="32"/>
      <w:szCs w:val="36"/>
    </w:rPr>
  </w:style>
  <w:style w:type="paragraph" w:styleId="af">
    <w:name w:val="Balloon Text"/>
    <w:basedOn w:val="a1"/>
    <w:link w:val="Char4"/>
    <w:uiPriority w:val="99"/>
    <w:semiHidden/>
    <w:unhideWhenUsed/>
    <w:rsid w:val="004216F3"/>
    <w:pPr>
      <w:spacing w:before="0"/>
    </w:pPr>
    <w:rPr>
      <w:rFonts w:ascii="Tahoma" w:hAnsi="Tahoma" w:cs="Tahoma"/>
      <w:sz w:val="18"/>
      <w:szCs w:val="18"/>
    </w:rPr>
  </w:style>
  <w:style w:type="character" w:customStyle="1" w:styleId="Char4">
    <w:name w:val="نص في بالون Char"/>
    <w:basedOn w:val="a2"/>
    <w:link w:val="af"/>
    <w:uiPriority w:val="99"/>
    <w:semiHidden/>
    <w:rsid w:val="004216F3"/>
    <w:rPr>
      <w:rFonts w:ascii="Tahoma" w:hAnsi="Tahoma" w:cs="Tahoma"/>
      <w:sz w:val="18"/>
      <w:szCs w:val="18"/>
    </w:rPr>
  </w:style>
  <w:style w:type="character" w:styleId="af0">
    <w:name w:val="Strong"/>
    <w:basedOn w:val="a2"/>
    <w:uiPriority w:val="22"/>
    <w:qFormat/>
    <w:rsid w:val="00D63B96"/>
    <w:rPr>
      <w:b/>
      <w:bCs/>
    </w:rPr>
  </w:style>
  <w:style w:type="character" w:styleId="af1">
    <w:name w:val="page number"/>
    <w:basedOn w:val="a2"/>
    <w:uiPriority w:val="99"/>
    <w:semiHidden/>
    <w:unhideWhenUsed/>
    <w:rsid w:val="00912959"/>
  </w:style>
  <w:style w:type="paragraph" w:styleId="af2">
    <w:name w:val="No Spacing"/>
    <w:link w:val="Char5"/>
    <w:uiPriority w:val="1"/>
    <w:qFormat/>
    <w:rsid w:val="008561CF"/>
    <w:pPr>
      <w:bidi/>
      <w:spacing w:after="0" w:line="240" w:lineRule="auto"/>
    </w:pPr>
    <w:rPr>
      <w:rFonts w:eastAsiaTheme="minorEastAsia"/>
    </w:rPr>
  </w:style>
  <w:style w:type="character" w:customStyle="1" w:styleId="Char5">
    <w:name w:val="بلا تباعد Char"/>
    <w:basedOn w:val="a2"/>
    <w:link w:val="af2"/>
    <w:uiPriority w:val="1"/>
    <w:rsid w:val="008561CF"/>
    <w:rPr>
      <w:rFonts w:eastAsiaTheme="minorEastAsia"/>
    </w:rPr>
  </w:style>
  <w:style w:type="paragraph" w:customStyle="1" w:styleId="af3">
    <w:name w:val="عنوان جانبي"/>
    <w:basedOn w:val="a1"/>
    <w:link w:val="Char6"/>
    <w:qFormat/>
    <w:rsid w:val="00B31121"/>
    <w:pPr>
      <w:spacing w:before="0" w:line="228" w:lineRule="auto"/>
      <w:ind w:firstLine="0"/>
      <w:jc w:val="center"/>
    </w:pPr>
    <w:rPr>
      <w:rFonts w:cs="Sakkal Majalla"/>
      <w:b/>
      <w:bCs/>
      <w:sz w:val="24"/>
      <w:szCs w:val="24"/>
    </w:rPr>
  </w:style>
  <w:style w:type="character" w:customStyle="1" w:styleId="Char6">
    <w:name w:val="عنوان جانبي Char"/>
    <w:basedOn w:val="a2"/>
    <w:link w:val="af3"/>
    <w:rsid w:val="00B31121"/>
    <w:rPr>
      <w:rFonts w:ascii="Sakkal Majalla" w:hAnsi="Sakkal Majalla" w:cs="Sakkal Majalla"/>
      <w:b/>
      <w:bCs/>
      <w:sz w:val="24"/>
      <w:szCs w:val="24"/>
    </w:rPr>
  </w:style>
  <w:style w:type="paragraph" w:styleId="af4">
    <w:name w:val="List Paragraph"/>
    <w:basedOn w:val="a1"/>
    <w:uiPriority w:val="34"/>
    <w:qFormat/>
    <w:rsid w:val="00011BCC"/>
    <w:pPr>
      <w:ind w:left="720"/>
      <w:contextualSpacing/>
    </w:pPr>
  </w:style>
  <w:style w:type="paragraph" w:customStyle="1" w:styleId="af5">
    <w:name w:val="رموز النهاية"/>
    <w:basedOn w:val="a1"/>
    <w:link w:val="Char7"/>
    <w:qFormat/>
    <w:rsid w:val="00011BCC"/>
    <w:pPr>
      <w:ind w:firstLine="0"/>
      <w:jc w:val="center"/>
    </w:pPr>
  </w:style>
  <w:style w:type="character" w:customStyle="1" w:styleId="Char7">
    <w:name w:val="رموز النهاية Char"/>
    <w:basedOn w:val="a2"/>
    <w:link w:val="af5"/>
    <w:rsid w:val="00011BCC"/>
    <w:rPr>
      <w:rFonts w:ascii="Sakkal Majalla" w:hAnsi="Sakkal Majalla" w:cs="Traditional Arabic"/>
      <w:sz w:val="34"/>
      <w:szCs w:val="36"/>
    </w:rPr>
  </w:style>
  <w:style w:type="paragraph" w:styleId="af6">
    <w:name w:val="Normal (Web)"/>
    <w:basedOn w:val="a1"/>
    <w:uiPriority w:val="99"/>
    <w:semiHidden/>
    <w:unhideWhenUsed/>
    <w:rsid w:val="00666217"/>
    <w:rPr>
      <w:rFonts w:ascii="Times New Roman" w:hAnsi="Times New Roman" w:cs="Times New Roman"/>
      <w:sz w:val="24"/>
      <w:szCs w:val="24"/>
    </w:rPr>
  </w:style>
  <w:style w:type="character" w:styleId="Hyperlink">
    <w:name w:val="Hyperlink"/>
    <w:basedOn w:val="a2"/>
    <w:uiPriority w:val="99"/>
    <w:unhideWhenUsed/>
    <w:rsid w:val="00E55F58"/>
    <w:rPr>
      <w:color w:val="0563C1" w:themeColor="hyperlink"/>
      <w:u w:val="single"/>
    </w:rPr>
  </w:style>
  <w:style w:type="character" w:customStyle="1" w:styleId="7Char">
    <w:name w:val="عنوان 7 Char"/>
    <w:basedOn w:val="a2"/>
    <w:link w:val="7"/>
    <w:uiPriority w:val="9"/>
    <w:semiHidden/>
    <w:rsid w:val="00996C61"/>
    <w:rPr>
      <w:rFonts w:asciiTheme="majorHAnsi" w:eastAsiaTheme="majorEastAsia" w:hAnsiTheme="majorHAnsi" w:cstheme="majorBidi"/>
      <w:i/>
      <w:iCs/>
      <w:color w:val="404040" w:themeColor="text1" w:themeTint="BF"/>
      <w:sz w:val="28"/>
    </w:rPr>
  </w:style>
  <w:style w:type="character" w:customStyle="1" w:styleId="8Char">
    <w:name w:val="عنوان 8 Char"/>
    <w:basedOn w:val="a2"/>
    <w:link w:val="8"/>
    <w:uiPriority w:val="9"/>
    <w:semiHidden/>
    <w:rsid w:val="00996C61"/>
    <w:rPr>
      <w:rFonts w:asciiTheme="majorHAnsi" w:eastAsiaTheme="majorEastAsia" w:hAnsiTheme="majorHAnsi" w:cstheme="majorBidi"/>
      <w:color w:val="5B9BD5" w:themeColor="accent1"/>
      <w:sz w:val="20"/>
      <w:szCs w:val="20"/>
    </w:rPr>
  </w:style>
  <w:style w:type="character" w:customStyle="1" w:styleId="9Char">
    <w:name w:val="عنوان 9 Char"/>
    <w:basedOn w:val="a2"/>
    <w:link w:val="9"/>
    <w:uiPriority w:val="9"/>
    <w:semiHidden/>
    <w:rsid w:val="00996C61"/>
    <w:rPr>
      <w:rFonts w:asciiTheme="majorHAnsi" w:eastAsiaTheme="majorEastAsia" w:hAnsiTheme="majorHAnsi" w:cstheme="majorBidi"/>
      <w:i/>
      <w:iCs/>
      <w:color w:val="404040" w:themeColor="text1" w:themeTint="BF"/>
      <w:sz w:val="20"/>
      <w:szCs w:val="20"/>
    </w:rPr>
  </w:style>
  <w:style w:type="paragraph" w:styleId="af7">
    <w:name w:val="Subtitle"/>
    <w:basedOn w:val="a1"/>
    <w:next w:val="a1"/>
    <w:link w:val="Char8"/>
    <w:uiPriority w:val="11"/>
    <w:qFormat/>
    <w:rsid w:val="00996C61"/>
    <w:pPr>
      <w:numPr>
        <w:ilvl w:val="1"/>
      </w:numPr>
      <w:bidi w:val="0"/>
      <w:spacing w:before="0" w:after="200" w:line="276" w:lineRule="auto"/>
      <w:ind w:firstLine="454"/>
      <w:jc w:val="left"/>
    </w:pPr>
    <w:rPr>
      <w:rFonts w:asciiTheme="majorHAnsi" w:eastAsiaTheme="majorEastAsia" w:hAnsiTheme="majorHAnsi" w:cstheme="majorBidi"/>
      <w:i/>
      <w:iCs/>
      <w:color w:val="5B9BD5" w:themeColor="accent1"/>
      <w:spacing w:val="15"/>
      <w:sz w:val="24"/>
      <w:szCs w:val="24"/>
    </w:rPr>
  </w:style>
  <w:style w:type="character" w:customStyle="1" w:styleId="Char8">
    <w:name w:val="عنوان فرعي Char"/>
    <w:basedOn w:val="a2"/>
    <w:link w:val="af7"/>
    <w:uiPriority w:val="11"/>
    <w:rsid w:val="00996C61"/>
    <w:rPr>
      <w:rFonts w:asciiTheme="majorHAnsi" w:eastAsiaTheme="majorEastAsia" w:hAnsiTheme="majorHAnsi" w:cstheme="majorBidi"/>
      <w:i/>
      <w:iCs/>
      <w:color w:val="5B9BD5" w:themeColor="accent1"/>
      <w:spacing w:val="15"/>
      <w:sz w:val="24"/>
      <w:szCs w:val="24"/>
    </w:rPr>
  </w:style>
  <w:style w:type="paragraph" w:styleId="af8">
    <w:name w:val="Body Text"/>
    <w:basedOn w:val="a1"/>
    <w:link w:val="Char9"/>
    <w:uiPriority w:val="99"/>
    <w:unhideWhenUsed/>
    <w:rsid w:val="00996C61"/>
    <w:pPr>
      <w:bidi w:val="0"/>
      <w:spacing w:before="0" w:after="120" w:line="276" w:lineRule="auto"/>
      <w:ind w:firstLine="0"/>
      <w:jc w:val="left"/>
    </w:pPr>
    <w:rPr>
      <w:rFonts w:ascii="Noto Naskh Arabic" w:eastAsiaTheme="minorEastAsia" w:hAnsi="Noto Naskh Arabic" w:cs="Noto Naskh Arabic"/>
      <w:sz w:val="28"/>
      <w:szCs w:val="22"/>
    </w:rPr>
  </w:style>
  <w:style w:type="character" w:customStyle="1" w:styleId="Char9">
    <w:name w:val="نص أساسي Char"/>
    <w:basedOn w:val="a2"/>
    <w:link w:val="af8"/>
    <w:uiPriority w:val="99"/>
    <w:rsid w:val="00996C61"/>
    <w:rPr>
      <w:rFonts w:ascii="Noto Naskh Arabic" w:eastAsiaTheme="minorEastAsia" w:hAnsi="Noto Naskh Arabic" w:cs="Noto Naskh Arabic"/>
      <w:sz w:val="28"/>
    </w:rPr>
  </w:style>
  <w:style w:type="paragraph" w:styleId="22">
    <w:name w:val="Body Text 2"/>
    <w:basedOn w:val="a1"/>
    <w:link w:val="2Char0"/>
    <w:uiPriority w:val="99"/>
    <w:unhideWhenUsed/>
    <w:rsid w:val="00996C61"/>
    <w:pPr>
      <w:bidi w:val="0"/>
      <w:spacing w:before="0" w:after="120" w:line="480" w:lineRule="auto"/>
      <w:ind w:firstLine="0"/>
      <w:jc w:val="left"/>
    </w:pPr>
    <w:rPr>
      <w:rFonts w:ascii="Noto Naskh Arabic" w:eastAsiaTheme="minorEastAsia" w:hAnsi="Noto Naskh Arabic" w:cs="Noto Naskh Arabic"/>
      <w:sz w:val="28"/>
      <w:szCs w:val="22"/>
    </w:rPr>
  </w:style>
  <w:style w:type="character" w:customStyle="1" w:styleId="2Char0">
    <w:name w:val="نص أساسي 2 Char"/>
    <w:basedOn w:val="a2"/>
    <w:link w:val="22"/>
    <w:uiPriority w:val="99"/>
    <w:rsid w:val="00996C61"/>
    <w:rPr>
      <w:rFonts w:ascii="Noto Naskh Arabic" w:eastAsiaTheme="minorEastAsia" w:hAnsi="Noto Naskh Arabic" w:cs="Noto Naskh Arabic"/>
      <w:sz w:val="28"/>
    </w:rPr>
  </w:style>
  <w:style w:type="paragraph" w:styleId="32">
    <w:name w:val="Body Text 3"/>
    <w:basedOn w:val="a1"/>
    <w:link w:val="3Char0"/>
    <w:uiPriority w:val="99"/>
    <w:unhideWhenUsed/>
    <w:rsid w:val="00996C61"/>
    <w:pPr>
      <w:bidi w:val="0"/>
      <w:spacing w:before="0" w:after="120" w:line="276" w:lineRule="auto"/>
      <w:ind w:firstLine="0"/>
      <w:jc w:val="left"/>
    </w:pPr>
    <w:rPr>
      <w:rFonts w:ascii="Noto Naskh Arabic" w:eastAsiaTheme="minorEastAsia" w:hAnsi="Noto Naskh Arabic" w:cs="Noto Naskh Arabic"/>
      <w:sz w:val="16"/>
      <w:szCs w:val="16"/>
    </w:rPr>
  </w:style>
  <w:style w:type="character" w:customStyle="1" w:styleId="3Char0">
    <w:name w:val="نص أساسي 3 Char"/>
    <w:basedOn w:val="a2"/>
    <w:link w:val="32"/>
    <w:uiPriority w:val="99"/>
    <w:rsid w:val="00996C61"/>
    <w:rPr>
      <w:rFonts w:ascii="Noto Naskh Arabic" w:eastAsiaTheme="minorEastAsia" w:hAnsi="Noto Naskh Arabic" w:cs="Noto Naskh Arabic"/>
      <w:sz w:val="16"/>
      <w:szCs w:val="16"/>
    </w:rPr>
  </w:style>
  <w:style w:type="paragraph" w:styleId="af9">
    <w:name w:val="List"/>
    <w:basedOn w:val="a1"/>
    <w:uiPriority w:val="99"/>
    <w:unhideWhenUsed/>
    <w:rsid w:val="00996C61"/>
    <w:pPr>
      <w:bidi w:val="0"/>
      <w:spacing w:before="0" w:after="200" w:line="276" w:lineRule="auto"/>
      <w:ind w:left="360" w:hanging="360"/>
      <w:contextualSpacing/>
      <w:jc w:val="left"/>
    </w:pPr>
    <w:rPr>
      <w:rFonts w:ascii="Noto Naskh Arabic" w:eastAsiaTheme="minorEastAsia" w:hAnsi="Noto Naskh Arabic" w:cs="Noto Naskh Arabic"/>
      <w:sz w:val="28"/>
      <w:szCs w:val="22"/>
    </w:rPr>
  </w:style>
  <w:style w:type="paragraph" w:styleId="23">
    <w:name w:val="List 2"/>
    <w:basedOn w:val="a1"/>
    <w:uiPriority w:val="99"/>
    <w:unhideWhenUsed/>
    <w:rsid w:val="00996C61"/>
    <w:pPr>
      <w:bidi w:val="0"/>
      <w:spacing w:before="0" w:after="200" w:line="276" w:lineRule="auto"/>
      <w:ind w:left="720" w:hanging="360"/>
      <w:contextualSpacing/>
      <w:jc w:val="left"/>
    </w:pPr>
    <w:rPr>
      <w:rFonts w:ascii="Noto Naskh Arabic" w:eastAsiaTheme="minorEastAsia" w:hAnsi="Noto Naskh Arabic" w:cs="Noto Naskh Arabic"/>
      <w:sz w:val="28"/>
      <w:szCs w:val="22"/>
    </w:rPr>
  </w:style>
  <w:style w:type="paragraph" w:styleId="33">
    <w:name w:val="List 3"/>
    <w:basedOn w:val="a1"/>
    <w:uiPriority w:val="99"/>
    <w:unhideWhenUsed/>
    <w:rsid w:val="00996C61"/>
    <w:pPr>
      <w:bidi w:val="0"/>
      <w:spacing w:before="0" w:after="200" w:line="276" w:lineRule="auto"/>
      <w:ind w:left="1080" w:hanging="360"/>
      <w:contextualSpacing/>
      <w:jc w:val="left"/>
    </w:pPr>
    <w:rPr>
      <w:rFonts w:ascii="Noto Naskh Arabic" w:eastAsiaTheme="minorEastAsia" w:hAnsi="Noto Naskh Arabic" w:cs="Noto Naskh Arabic"/>
      <w:sz w:val="28"/>
      <w:szCs w:val="22"/>
    </w:rPr>
  </w:style>
  <w:style w:type="paragraph" w:styleId="a0">
    <w:name w:val="List Bullet"/>
    <w:basedOn w:val="a1"/>
    <w:uiPriority w:val="99"/>
    <w:unhideWhenUsed/>
    <w:rsid w:val="00996C61"/>
    <w:pPr>
      <w:numPr>
        <w:numId w:val="1"/>
      </w:numPr>
      <w:bidi w:val="0"/>
      <w:spacing w:before="0" w:after="200" w:line="276" w:lineRule="auto"/>
      <w:contextualSpacing/>
      <w:jc w:val="left"/>
    </w:pPr>
    <w:rPr>
      <w:rFonts w:ascii="Noto Naskh Arabic" w:eastAsiaTheme="minorEastAsia" w:hAnsi="Noto Naskh Arabic" w:cs="Noto Naskh Arabic"/>
      <w:sz w:val="28"/>
      <w:szCs w:val="22"/>
    </w:rPr>
  </w:style>
  <w:style w:type="paragraph" w:styleId="20">
    <w:name w:val="List Bullet 2"/>
    <w:basedOn w:val="a1"/>
    <w:uiPriority w:val="99"/>
    <w:unhideWhenUsed/>
    <w:rsid w:val="00996C61"/>
    <w:pPr>
      <w:numPr>
        <w:numId w:val="2"/>
      </w:numPr>
      <w:bidi w:val="0"/>
      <w:spacing w:before="0" w:after="200" w:line="276" w:lineRule="auto"/>
      <w:contextualSpacing/>
      <w:jc w:val="left"/>
    </w:pPr>
    <w:rPr>
      <w:rFonts w:ascii="Noto Naskh Arabic" w:eastAsiaTheme="minorEastAsia" w:hAnsi="Noto Naskh Arabic" w:cs="Noto Naskh Arabic"/>
      <w:sz w:val="28"/>
      <w:szCs w:val="22"/>
    </w:rPr>
  </w:style>
  <w:style w:type="paragraph" w:styleId="30">
    <w:name w:val="List Bullet 3"/>
    <w:basedOn w:val="a1"/>
    <w:uiPriority w:val="99"/>
    <w:unhideWhenUsed/>
    <w:rsid w:val="00996C61"/>
    <w:pPr>
      <w:numPr>
        <w:numId w:val="3"/>
      </w:numPr>
      <w:bidi w:val="0"/>
      <w:spacing w:before="0" w:after="200" w:line="276" w:lineRule="auto"/>
      <w:contextualSpacing/>
      <w:jc w:val="left"/>
    </w:pPr>
    <w:rPr>
      <w:rFonts w:ascii="Noto Naskh Arabic" w:eastAsiaTheme="minorEastAsia" w:hAnsi="Noto Naskh Arabic" w:cs="Noto Naskh Arabic"/>
      <w:sz w:val="28"/>
      <w:szCs w:val="22"/>
    </w:rPr>
  </w:style>
  <w:style w:type="paragraph" w:styleId="a">
    <w:name w:val="List Number"/>
    <w:basedOn w:val="a1"/>
    <w:uiPriority w:val="99"/>
    <w:unhideWhenUsed/>
    <w:rsid w:val="00996C61"/>
    <w:pPr>
      <w:numPr>
        <w:numId w:val="4"/>
      </w:numPr>
      <w:bidi w:val="0"/>
      <w:spacing w:before="0" w:after="200" w:line="276" w:lineRule="auto"/>
      <w:contextualSpacing/>
      <w:jc w:val="left"/>
    </w:pPr>
    <w:rPr>
      <w:rFonts w:ascii="Noto Naskh Arabic" w:eastAsiaTheme="minorEastAsia" w:hAnsi="Noto Naskh Arabic" w:cs="Noto Naskh Arabic"/>
      <w:sz w:val="28"/>
      <w:szCs w:val="22"/>
    </w:rPr>
  </w:style>
  <w:style w:type="paragraph" w:styleId="2">
    <w:name w:val="List Number 2"/>
    <w:basedOn w:val="a1"/>
    <w:uiPriority w:val="99"/>
    <w:unhideWhenUsed/>
    <w:rsid w:val="00996C61"/>
    <w:pPr>
      <w:numPr>
        <w:numId w:val="5"/>
      </w:numPr>
      <w:bidi w:val="0"/>
      <w:spacing w:before="0" w:after="200" w:line="276" w:lineRule="auto"/>
      <w:contextualSpacing/>
      <w:jc w:val="left"/>
    </w:pPr>
    <w:rPr>
      <w:rFonts w:ascii="Noto Naskh Arabic" w:eastAsiaTheme="minorEastAsia" w:hAnsi="Noto Naskh Arabic" w:cs="Noto Naskh Arabic"/>
      <w:sz w:val="28"/>
      <w:szCs w:val="22"/>
    </w:rPr>
  </w:style>
  <w:style w:type="paragraph" w:styleId="3">
    <w:name w:val="List Number 3"/>
    <w:basedOn w:val="a1"/>
    <w:uiPriority w:val="99"/>
    <w:unhideWhenUsed/>
    <w:rsid w:val="00996C61"/>
    <w:pPr>
      <w:numPr>
        <w:numId w:val="6"/>
      </w:numPr>
      <w:bidi w:val="0"/>
      <w:spacing w:before="0" w:after="200" w:line="276" w:lineRule="auto"/>
      <w:contextualSpacing/>
      <w:jc w:val="left"/>
    </w:pPr>
    <w:rPr>
      <w:rFonts w:ascii="Noto Naskh Arabic" w:eastAsiaTheme="minorEastAsia" w:hAnsi="Noto Naskh Arabic" w:cs="Noto Naskh Arabic"/>
      <w:sz w:val="28"/>
      <w:szCs w:val="22"/>
    </w:rPr>
  </w:style>
  <w:style w:type="paragraph" w:styleId="afa">
    <w:name w:val="List Continue"/>
    <w:basedOn w:val="a1"/>
    <w:uiPriority w:val="99"/>
    <w:unhideWhenUsed/>
    <w:rsid w:val="00996C61"/>
    <w:pPr>
      <w:bidi w:val="0"/>
      <w:spacing w:before="0" w:after="120" w:line="276" w:lineRule="auto"/>
      <w:ind w:left="360" w:firstLine="0"/>
      <w:contextualSpacing/>
      <w:jc w:val="left"/>
    </w:pPr>
    <w:rPr>
      <w:rFonts w:ascii="Noto Naskh Arabic" w:eastAsiaTheme="minorEastAsia" w:hAnsi="Noto Naskh Arabic" w:cs="Noto Naskh Arabic"/>
      <w:sz w:val="28"/>
      <w:szCs w:val="22"/>
    </w:rPr>
  </w:style>
  <w:style w:type="paragraph" w:styleId="24">
    <w:name w:val="List Continue 2"/>
    <w:basedOn w:val="a1"/>
    <w:uiPriority w:val="99"/>
    <w:unhideWhenUsed/>
    <w:rsid w:val="00996C61"/>
    <w:pPr>
      <w:bidi w:val="0"/>
      <w:spacing w:before="0" w:after="120" w:line="276" w:lineRule="auto"/>
      <w:ind w:left="720" w:firstLine="0"/>
      <w:contextualSpacing/>
      <w:jc w:val="left"/>
    </w:pPr>
    <w:rPr>
      <w:rFonts w:ascii="Noto Naskh Arabic" w:eastAsiaTheme="minorEastAsia" w:hAnsi="Noto Naskh Arabic" w:cs="Noto Naskh Arabic"/>
      <w:sz w:val="28"/>
      <w:szCs w:val="22"/>
    </w:rPr>
  </w:style>
  <w:style w:type="paragraph" w:styleId="34">
    <w:name w:val="List Continue 3"/>
    <w:basedOn w:val="a1"/>
    <w:uiPriority w:val="99"/>
    <w:unhideWhenUsed/>
    <w:rsid w:val="00996C61"/>
    <w:pPr>
      <w:bidi w:val="0"/>
      <w:spacing w:before="0" w:after="120" w:line="276" w:lineRule="auto"/>
      <w:ind w:left="1080" w:firstLine="0"/>
      <w:contextualSpacing/>
      <w:jc w:val="left"/>
    </w:pPr>
    <w:rPr>
      <w:rFonts w:ascii="Noto Naskh Arabic" w:eastAsiaTheme="minorEastAsia" w:hAnsi="Noto Naskh Arabic" w:cs="Noto Naskh Arabic"/>
      <w:sz w:val="28"/>
      <w:szCs w:val="22"/>
    </w:rPr>
  </w:style>
  <w:style w:type="paragraph" w:styleId="afb">
    <w:name w:val="macro"/>
    <w:link w:val="Chara"/>
    <w:uiPriority w:val="99"/>
    <w:unhideWhenUsed/>
    <w:rsid w:val="00996C61"/>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sz w:val="20"/>
      <w:szCs w:val="20"/>
    </w:rPr>
  </w:style>
  <w:style w:type="character" w:customStyle="1" w:styleId="Chara">
    <w:name w:val="نص ماكرو Char"/>
    <w:basedOn w:val="a2"/>
    <w:link w:val="afb"/>
    <w:uiPriority w:val="99"/>
    <w:rsid w:val="00996C61"/>
    <w:rPr>
      <w:rFonts w:ascii="Courier" w:eastAsiaTheme="minorEastAsia" w:hAnsi="Courier"/>
      <w:sz w:val="20"/>
      <w:szCs w:val="20"/>
    </w:rPr>
  </w:style>
  <w:style w:type="paragraph" w:styleId="afc">
    <w:name w:val="Quote"/>
    <w:basedOn w:val="a1"/>
    <w:next w:val="a1"/>
    <w:link w:val="Charb"/>
    <w:uiPriority w:val="29"/>
    <w:qFormat/>
    <w:rsid w:val="00996C61"/>
    <w:pPr>
      <w:bidi w:val="0"/>
      <w:spacing w:before="0" w:after="200" w:line="276" w:lineRule="auto"/>
      <w:ind w:firstLine="0"/>
      <w:jc w:val="left"/>
    </w:pPr>
    <w:rPr>
      <w:rFonts w:ascii="Noto Naskh Arabic" w:eastAsiaTheme="minorEastAsia" w:hAnsi="Noto Naskh Arabic" w:cs="Noto Naskh Arabic"/>
      <w:i/>
      <w:iCs/>
      <w:color w:val="000000" w:themeColor="text1"/>
      <w:sz w:val="28"/>
      <w:szCs w:val="22"/>
    </w:rPr>
  </w:style>
  <w:style w:type="character" w:customStyle="1" w:styleId="Charb">
    <w:name w:val="اقتباس Char"/>
    <w:basedOn w:val="a2"/>
    <w:link w:val="afc"/>
    <w:uiPriority w:val="29"/>
    <w:rsid w:val="00996C61"/>
    <w:rPr>
      <w:rFonts w:ascii="Noto Naskh Arabic" w:eastAsiaTheme="minorEastAsia" w:hAnsi="Noto Naskh Arabic" w:cs="Noto Naskh Arabic"/>
      <w:i/>
      <w:iCs/>
      <w:color w:val="000000" w:themeColor="text1"/>
      <w:sz w:val="28"/>
    </w:rPr>
  </w:style>
  <w:style w:type="character" w:styleId="afd">
    <w:name w:val="Emphasis"/>
    <w:basedOn w:val="a2"/>
    <w:uiPriority w:val="20"/>
    <w:qFormat/>
    <w:rsid w:val="00996C61"/>
    <w:rPr>
      <w:i/>
      <w:iCs/>
    </w:rPr>
  </w:style>
  <w:style w:type="paragraph" w:styleId="afe">
    <w:name w:val="Intense Quote"/>
    <w:basedOn w:val="a1"/>
    <w:next w:val="a1"/>
    <w:link w:val="Charc"/>
    <w:uiPriority w:val="30"/>
    <w:qFormat/>
    <w:rsid w:val="00996C61"/>
    <w:pPr>
      <w:pBdr>
        <w:bottom w:val="single" w:sz="4" w:space="4" w:color="5B9BD5" w:themeColor="accent1"/>
      </w:pBdr>
      <w:bidi w:val="0"/>
      <w:spacing w:before="200" w:after="280" w:line="276" w:lineRule="auto"/>
      <w:ind w:left="936" w:right="936" w:firstLine="0"/>
      <w:jc w:val="left"/>
    </w:pPr>
    <w:rPr>
      <w:rFonts w:ascii="Noto Naskh Arabic" w:eastAsiaTheme="minorEastAsia" w:hAnsi="Noto Naskh Arabic" w:cs="Noto Naskh Arabic"/>
      <w:b/>
      <w:bCs/>
      <w:i/>
      <w:iCs/>
      <w:color w:val="5B9BD5" w:themeColor="accent1"/>
      <w:sz w:val="28"/>
      <w:szCs w:val="22"/>
    </w:rPr>
  </w:style>
  <w:style w:type="character" w:customStyle="1" w:styleId="Charc">
    <w:name w:val="اقتباس مكثف Char"/>
    <w:basedOn w:val="a2"/>
    <w:link w:val="afe"/>
    <w:uiPriority w:val="30"/>
    <w:rsid w:val="00996C61"/>
    <w:rPr>
      <w:rFonts w:ascii="Noto Naskh Arabic" w:eastAsiaTheme="minorEastAsia" w:hAnsi="Noto Naskh Arabic" w:cs="Noto Naskh Arabic"/>
      <w:b/>
      <w:bCs/>
      <w:i/>
      <w:iCs/>
      <w:color w:val="5B9BD5" w:themeColor="accent1"/>
      <w:sz w:val="28"/>
    </w:rPr>
  </w:style>
  <w:style w:type="character" w:styleId="aff">
    <w:name w:val="Subtle Emphasis"/>
    <w:basedOn w:val="a2"/>
    <w:uiPriority w:val="19"/>
    <w:qFormat/>
    <w:rsid w:val="00996C61"/>
    <w:rPr>
      <w:i/>
      <w:iCs/>
      <w:color w:val="808080" w:themeColor="text1" w:themeTint="7F"/>
    </w:rPr>
  </w:style>
  <w:style w:type="character" w:styleId="aff0">
    <w:name w:val="Intense Emphasis"/>
    <w:basedOn w:val="a2"/>
    <w:uiPriority w:val="21"/>
    <w:qFormat/>
    <w:rsid w:val="00996C61"/>
    <w:rPr>
      <w:b/>
      <w:bCs/>
      <w:i/>
      <w:iCs/>
      <w:color w:val="5B9BD5" w:themeColor="accent1"/>
    </w:rPr>
  </w:style>
  <w:style w:type="character" w:styleId="aff1">
    <w:name w:val="Subtle Reference"/>
    <w:basedOn w:val="a2"/>
    <w:uiPriority w:val="31"/>
    <w:qFormat/>
    <w:rsid w:val="00996C61"/>
    <w:rPr>
      <w:smallCaps/>
      <w:color w:val="ED7D31" w:themeColor="accent2"/>
      <w:u w:val="single"/>
    </w:rPr>
  </w:style>
  <w:style w:type="character" w:styleId="aff2">
    <w:name w:val="Intense Reference"/>
    <w:basedOn w:val="a2"/>
    <w:uiPriority w:val="32"/>
    <w:qFormat/>
    <w:rsid w:val="00996C61"/>
    <w:rPr>
      <w:b/>
      <w:bCs/>
      <w:smallCaps/>
      <w:color w:val="ED7D31" w:themeColor="accent2"/>
      <w:spacing w:val="5"/>
      <w:u w:val="single"/>
    </w:rPr>
  </w:style>
  <w:style w:type="character" w:styleId="aff3">
    <w:name w:val="Book Title"/>
    <w:basedOn w:val="a2"/>
    <w:uiPriority w:val="33"/>
    <w:qFormat/>
    <w:rsid w:val="00996C61"/>
    <w:rPr>
      <w:b/>
      <w:bCs/>
      <w:smallCaps/>
      <w:spacing w:val="5"/>
    </w:rPr>
  </w:style>
  <w:style w:type="paragraph" w:styleId="aff4">
    <w:name w:val="TOC Heading"/>
    <w:basedOn w:val="1"/>
    <w:next w:val="a1"/>
    <w:uiPriority w:val="39"/>
    <w:unhideWhenUsed/>
    <w:qFormat/>
    <w:rsid w:val="00D16941"/>
    <w:pPr>
      <w:pageBreakBefore w:val="0"/>
      <w:spacing w:after="0" w:line="259" w:lineRule="auto"/>
      <w:jc w:val="left"/>
      <w:outlineLvl w:val="9"/>
    </w:pPr>
    <w:rPr>
      <w:rFonts w:cstheme="majorBidi"/>
      <w:color w:val="2E74B5" w:themeColor="accent1" w:themeShade="BF"/>
      <w:sz w:val="32"/>
      <w:szCs w:val="32"/>
      <w:rtl/>
    </w:rPr>
  </w:style>
  <w:style w:type="paragraph" w:styleId="10">
    <w:name w:val="toc 1"/>
    <w:basedOn w:val="a1"/>
    <w:next w:val="a1"/>
    <w:autoRedefine/>
    <w:uiPriority w:val="39"/>
    <w:unhideWhenUsed/>
    <w:rsid w:val="00D16941"/>
    <w:pPr>
      <w:spacing w:after="100"/>
    </w:pPr>
  </w:style>
  <w:style w:type="paragraph" w:styleId="aff5">
    <w:name w:val="caption"/>
    <w:basedOn w:val="a1"/>
    <w:next w:val="a1"/>
    <w:uiPriority w:val="35"/>
    <w:semiHidden/>
    <w:unhideWhenUsed/>
    <w:qFormat/>
    <w:rsid w:val="00FD5E07"/>
    <w:pPr>
      <w:bidi w:val="0"/>
      <w:spacing w:before="0" w:after="200"/>
      <w:ind w:firstLine="0"/>
      <w:jc w:val="left"/>
    </w:pPr>
    <w:rPr>
      <w:rFonts w:ascii="Noto Naskh Arabic" w:eastAsiaTheme="minorEastAsia" w:hAnsi="Noto Naskh Arabic" w:cs="Noto Naskh Arabic"/>
      <w:b/>
      <w:bCs/>
      <w:color w:val="5B9BD5" w:themeColor="accent1"/>
      <w:sz w:val="18"/>
      <w:szCs w:val="18"/>
    </w:rPr>
  </w:style>
  <w:style w:type="table" w:styleId="aff6">
    <w:name w:val="Light Shading"/>
    <w:basedOn w:val="a3"/>
    <w:uiPriority w:val="60"/>
    <w:rsid w:val="00FD5E07"/>
    <w:pPr>
      <w:spacing w:after="0" w:line="240" w:lineRule="auto"/>
    </w:pPr>
    <w:rPr>
      <w:rFonts w:eastAsiaTheme="minorEastAsia"/>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D5E07"/>
    <w:pPr>
      <w:spacing w:after="0" w:line="240" w:lineRule="auto"/>
    </w:pPr>
    <w:rPr>
      <w:rFonts w:eastAsiaTheme="minorEastAsia"/>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2">
    <w:name w:val="Light Shading Accent 2"/>
    <w:basedOn w:val="a3"/>
    <w:uiPriority w:val="60"/>
    <w:rsid w:val="00FD5E07"/>
    <w:pPr>
      <w:spacing w:after="0" w:line="240" w:lineRule="auto"/>
    </w:pPr>
    <w:rPr>
      <w:rFonts w:eastAsiaTheme="minorEastAsia"/>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3">
    <w:name w:val="Light Shading Accent 3"/>
    <w:basedOn w:val="a3"/>
    <w:uiPriority w:val="60"/>
    <w:rsid w:val="00FD5E07"/>
    <w:pPr>
      <w:spacing w:after="0" w:line="240" w:lineRule="auto"/>
    </w:pPr>
    <w:rPr>
      <w:rFonts w:eastAsiaTheme="minorEastAsia"/>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4">
    <w:name w:val="Light Shading Accent 4"/>
    <w:basedOn w:val="a3"/>
    <w:uiPriority w:val="60"/>
    <w:rsid w:val="00FD5E07"/>
    <w:pPr>
      <w:spacing w:after="0" w:line="240" w:lineRule="auto"/>
    </w:pPr>
    <w:rPr>
      <w:rFonts w:eastAsiaTheme="minorEastAsia"/>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5">
    <w:name w:val="Light Shading Accent 5"/>
    <w:basedOn w:val="a3"/>
    <w:uiPriority w:val="60"/>
    <w:rsid w:val="00FD5E07"/>
    <w:pPr>
      <w:spacing w:after="0" w:line="240" w:lineRule="auto"/>
    </w:pPr>
    <w:rPr>
      <w:rFonts w:eastAsiaTheme="minorEastAsia"/>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6">
    <w:name w:val="Light Shading Accent 6"/>
    <w:basedOn w:val="a3"/>
    <w:uiPriority w:val="60"/>
    <w:rsid w:val="00FD5E07"/>
    <w:pPr>
      <w:spacing w:after="0" w:line="240" w:lineRule="auto"/>
    </w:pPr>
    <w:rPr>
      <w:rFonts w:eastAsiaTheme="minorEastAsia"/>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aff7">
    <w:name w:val="Light List"/>
    <w:basedOn w:val="a3"/>
    <w:uiPriority w:val="61"/>
    <w:rsid w:val="00FD5E07"/>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D5E07"/>
    <w:pPr>
      <w:spacing w:after="0" w:line="240" w:lineRule="auto"/>
    </w:pPr>
    <w:rPr>
      <w:rFonts w:eastAsiaTheme="minorEastAsia"/>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20">
    <w:name w:val="Light List Accent 2"/>
    <w:basedOn w:val="a3"/>
    <w:uiPriority w:val="61"/>
    <w:rsid w:val="00FD5E07"/>
    <w:pPr>
      <w:spacing w:after="0" w:line="240" w:lineRule="auto"/>
    </w:pPr>
    <w:rPr>
      <w:rFonts w:eastAsiaTheme="minorEastAsia"/>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30">
    <w:name w:val="Light List Accent 3"/>
    <w:basedOn w:val="a3"/>
    <w:uiPriority w:val="61"/>
    <w:rsid w:val="00FD5E07"/>
    <w:pPr>
      <w:spacing w:after="0" w:line="240" w:lineRule="auto"/>
    </w:pPr>
    <w:rPr>
      <w:rFonts w:eastAsiaTheme="minorEastAsia"/>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40">
    <w:name w:val="Light List Accent 4"/>
    <w:basedOn w:val="a3"/>
    <w:uiPriority w:val="61"/>
    <w:rsid w:val="00FD5E07"/>
    <w:pPr>
      <w:spacing w:after="0" w:line="240" w:lineRule="auto"/>
    </w:pPr>
    <w:rPr>
      <w:rFonts w:eastAsiaTheme="minorEastAsia"/>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50">
    <w:name w:val="Light List Accent 5"/>
    <w:basedOn w:val="a3"/>
    <w:uiPriority w:val="61"/>
    <w:rsid w:val="00FD5E07"/>
    <w:pPr>
      <w:spacing w:after="0" w:line="240" w:lineRule="auto"/>
    </w:pPr>
    <w:rPr>
      <w:rFonts w:eastAsiaTheme="minorEastAsia"/>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60">
    <w:name w:val="Light List Accent 6"/>
    <w:basedOn w:val="a3"/>
    <w:uiPriority w:val="61"/>
    <w:rsid w:val="00FD5E07"/>
    <w:pPr>
      <w:spacing w:after="0" w:line="240" w:lineRule="auto"/>
    </w:pPr>
    <w:rPr>
      <w:rFonts w:eastAsiaTheme="minorEastAsia"/>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aff8">
    <w:name w:val="Light Grid"/>
    <w:basedOn w:val="a3"/>
    <w:uiPriority w:val="62"/>
    <w:rsid w:val="00FD5E07"/>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FD5E07"/>
    <w:pPr>
      <w:spacing w:after="0" w:line="240" w:lineRule="auto"/>
    </w:pPr>
    <w:rPr>
      <w:rFonts w:eastAsiaTheme="minorEastAsia"/>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21">
    <w:name w:val="Light Grid Accent 2"/>
    <w:basedOn w:val="a3"/>
    <w:uiPriority w:val="62"/>
    <w:rsid w:val="00FD5E07"/>
    <w:pPr>
      <w:spacing w:after="0" w:line="240" w:lineRule="auto"/>
    </w:pPr>
    <w:rPr>
      <w:rFonts w:eastAsiaTheme="minorEastAsia"/>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31">
    <w:name w:val="Light Grid Accent 3"/>
    <w:basedOn w:val="a3"/>
    <w:uiPriority w:val="62"/>
    <w:rsid w:val="00FD5E07"/>
    <w:pPr>
      <w:spacing w:after="0" w:line="240" w:lineRule="auto"/>
    </w:pPr>
    <w:rPr>
      <w:rFonts w:eastAsiaTheme="minorEastAsia"/>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41">
    <w:name w:val="Light Grid Accent 4"/>
    <w:basedOn w:val="a3"/>
    <w:uiPriority w:val="62"/>
    <w:rsid w:val="00FD5E07"/>
    <w:pPr>
      <w:spacing w:after="0" w:line="240" w:lineRule="auto"/>
    </w:pPr>
    <w:rPr>
      <w:rFonts w:eastAsiaTheme="minorEastAsia"/>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51">
    <w:name w:val="Light Grid Accent 5"/>
    <w:basedOn w:val="a3"/>
    <w:uiPriority w:val="62"/>
    <w:rsid w:val="00FD5E07"/>
    <w:pPr>
      <w:spacing w:after="0" w:line="240" w:lineRule="auto"/>
    </w:pPr>
    <w:rPr>
      <w:rFonts w:eastAsiaTheme="minorEastAsia"/>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61">
    <w:name w:val="Light Grid Accent 6"/>
    <w:basedOn w:val="a3"/>
    <w:uiPriority w:val="62"/>
    <w:rsid w:val="00FD5E07"/>
    <w:pPr>
      <w:spacing w:after="0" w:line="240" w:lineRule="auto"/>
    </w:pPr>
    <w:rPr>
      <w:rFonts w:eastAsiaTheme="minorEastAsia"/>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11">
    <w:name w:val="Medium Shading 1"/>
    <w:basedOn w:val="a3"/>
    <w:uiPriority w:val="63"/>
    <w:rsid w:val="00FD5E07"/>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FD5E07"/>
    <w:pPr>
      <w:spacing w:after="0" w:line="240" w:lineRule="auto"/>
    </w:pPr>
    <w:rPr>
      <w:rFonts w:eastAsiaTheme="minorEastAsia"/>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FD5E07"/>
    <w:pPr>
      <w:spacing w:after="0" w:line="240" w:lineRule="auto"/>
    </w:pPr>
    <w:rPr>
      <w:rFonts w:eastAsiaTheme="minorEastAsia"/>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FD5E07"/>
    <w:pPr>
      <w:spacing w:after="0" w:line="240" w:lineRule="auto"/>
    </w:pPr>
    <w:rPr>
      <w:rFonts w:eastAsiaTheme="minorEastAsia"/>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FD5E07"/>
    <w:pPr>
      <w:spacing w:after="0" w:line="240" w:lineRule="auto"/>
    </w:pPr>
    <w:rPr>
      <w:rFonts w:eastAsiaTheme="minorEastAsia"/>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FD5E07"/>
    <w:pPr>
      <w:spacing w:after="0" w:line="240" w:lineRule="auto"/>
    </w:pPr>
    <w:rPr>
      <w:rFonts w:eastAsiaTheme="minorEastAsia"/>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FD5E07"/>
    <w:pPr>
      <w:spacing w:after="0" w:line="240" w:lineRule="auto"/>
    </w:pPr>
    <w:rPr>
      <w:rFonts w:eastAsiaTheme="minorEastAsia"/>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FD5E07"/>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FD5E07"/>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FD5E07"/>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FD5E07"/>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FD5E07"/>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FD5E07"/>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FD5E07"/>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FD5E07"/>
    <w:pPr>
      <w:spacing w:after="0" w:line="240" w:lineRule="auto"/>
    </w:pPr>
    <w:rPr>
      <w:rFonts w:eastAsiaTheme="minorEastAsia"/>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FD5E07"/>
    <w:pPr>
      <w:spacing w:after="0" w:line="240" w:lineRule="auto"/>
    </w:pPr>
    <w:rPr>
      <w:rFonts w:eastAsiaTheme="minorEastAsia"/>
      <w:color w:val="000000" w:themeColor="text1"/>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1-20">
    <w:name w:val="Medium List 1 Accent 2"/>
    <w:basedOn w:val="a3"/>
    <w:uiPriority w:val="65"/>
    <w:rsid w:val="00FD5E07"/>
    <w:pPr>
      <w:spacing w:after="0" w:line="240" w:lineRule="auto"/>
    </w:pPr>
    <w:rPr>
      <w:rFonts w:eastAsiaTheme="minorEastAsia"/>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1-30">
    <w:name w:val="Medium List 1 Accent 3"/>
    <w:basedOn w:val="a3"/>
    <w:uiPriority w:val="65"/>
    <w:rsid w:val="00FD5E07"/>
    <w:pPr>
      <w:spacing w:after="0" w:line="240" w:lineRule="auto"/>
    </w:pPr>
    <w:rPr>
      <w:rFonts w:eastAsiaTheme="minorEastAsia"/>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1-40">
    <w:name w:val="Medium List 1 Accent 4"/>
    <w:basedOn w:val="a3"/>
    <w:uiPriority w:val="65"/>
    <w:rsid w:val="00FD5E07"/>
    <w:pPr>
      <w:spacing w:after="0" w:line="240" w:lineRule="auto"/>
    </w:pPr>
    <w:rPr>
      <w:rFonts w:eastAsiaTheme="minorEastAsia"/>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1-50">
    <w:name w:val="Medium List 1 Accent 5"/>
    <w:basedOn w:val="a3"/>
    <w:uiPriority w:val="65"/>
    <w:rsid w:val="00FD5E07"/>
    <w:pPr>
      <w:spacing w:after="0" w:line="240" w:lineRule="auto"/>
    </w:pPr>
    <w:rPr>
      <w:rFonts w:eastAsiaTheme="minorEastAsia"/>
      <w:color w:val="000000" w:themeColor="text1"/>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1-60">
    <w:name w:val="Medium List 1 Accent 6"/>
    <w:basedOn w:val="a3"/>
    <w:uiPriority w:val="65"/>
    <w:rsid w:val="00FD5E07"/>
    <w:pPr>
      <w:spacing w:after="0" w:line="240" w:lineRule="auto"/>
    </w:pPr>
    <w:rPr>
      <w:rFonts w:eastAsiaTheme="minorEastAsia"/>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26">
    <w:name w:val="Medium List 2"/>
    <w:basedOn w:val="a3"/>
    <w:uiPriority w:val="66"/>
    <w:rsid w:val="00FD5E0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FD5E0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FD5E0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FD5E0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FD5E0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FD5E0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single" w:sz="8" w:space="0" w:color="4472C4"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FD5E0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FD5E07"/>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FD5E07"/>
    <w:pPr>
      <w:spacing w:after="0" w:line="240" w:lineRule="auto"/>
    </w:pPr>
    <w:rPr>
      <w:rFonts w:eastAsiaTheme="minorEastAsia"/>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1-21">
    <w:name w:val="Medium Grid 1 Accent 2"/>
    <w:basedOn w:val="a3"/>
    <w:uiPriority w:val="67"/>
    <w:rsid w:val="00FD5E07"/>
    <w:pPr>
      <w:spacing w:after="0" w:line="240" w:lineRule="auto"/>
    </w:pPr>
    <w:rPr>
      <w:rFonts w:eastAsiaTheme="minorEastAsia"/>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1-31">
    <w:name w:val="Medium Grid 1 Accent 3"/>
    <w:basedOn w:val="a3"/>
    <w:uiPriority w:val="67"/>
    <w:rsid w:val="00FD5E07"/>
    <w:pPr>
      <w:spacing w:after="0" w:line="240" w:lineRule="auto"/>
    </w:pPr>
    <w:rPr>
      <w:rFonts w:eastAsiaTheme="minorEastAsia"/>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1-41">
    <w:name w:val="Medium Grid 1 Accent 4"/>
    <w:basedOn w:val="a3"/>
    <w:uiPriority w:val="67"/>
    <w:rsid w:val="00FD5E07"/>
    <w:pPr>
      <w:spacing w:after="0" w:line="240" w:lineRule="auto"/>
    </w:pPr>
    <w:rPr>
      <w:rFonts w:eastAsiaTheme="minorEastAsia"/>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1-51">
    <w:name w:val="Medium Grid 1 Accent 5"/>
    <w:basedOn w:val="a3"/>
    <w:uiPriority w:val="67"/>
    <w:rsid w:val="00FD5E07"/>
    <w:pPr>
      <w:spacing w:after="0" w:line="240" w:lineRule="auto"/>
    </w:pPr>
    <w:rPr>
      <w:rFonts w:eastAsiaTheme="minorEastAsia"/>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1-61">
    <w:name w:val="Medium Grid 1 Accent 6"/>
    <w:basedOn w:val="a3"/>
    <w:uiPriority w:val="67"/>
    <w:rsid w:val="00FD5E07"/>
    <w:pPr>
      <w:spacing w:after="0" w:line="240" w:lineRule="auto"/>
    </w:pPr>
    <w:rPr>
      <w:rFonts w:eastAsiaTheme="minorEastAsia"/>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27">
    <w:name w:val="Medium Grid 2"/>
    <w:basedOn w:val="a3"/>
    <w:uiPriority w:val="68"/>
    <w:rsid w:val="00FD5E0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FD5E0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FD5E0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FD5E0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FD5E0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FD5E0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FD5E0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35">
    <w:name w:val="Medium Grid 3"/>
    <w:basedOn w:val="a3"/>
    <w:uiPriority w:val="69"/>
    <w:rsid w:val="00FD5E07"/>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FD5E07"/>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3-2">
    <w:name w:val="Medium Grid 3 Accent 2"/>
    <w:basedOn w:val="a3"/>
    <w:uiPriority w:val="69"/>
    <w:rsid w:val="00FD5E07"/>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3-3">
    <w:name w:val="Medium Grid 3 Accent 3"/>
    <w:basedOn w:val="a3"/>
    <w:uiPriority w:val="69"/>
    <w:rsid w:val="00FD5E07"/>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3-4">
    <w:name w:val="Medium Grid 3 Accent 4"/>
    <w:basedOn w:val="a3"/>
    <w:uiPriority w:val="69"/>
    <w:rsid w:val="00FD5E07"/>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3-5">
    <w:name w:val="Medium Grid 3 Accent 5"/>
    <w:basedOn w:val="a3"/>
    <w:uiPriority w:val="69"/>
    <w:rsid w:val="00FD5E07"/>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3-6">
    <w:name w:val="Medium Grid 3 Accent 6"/>
    <w:basedOn w:val="a3"/>
    <w:uiPriority w:val="69"/>
    <w:rsid w:val="00FD5E07"/>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aff9">
    <w:name w:val="Dark List"/>
    <w:basedOn w:val="a3"/>
    <w:uiPriority w:val="70"/>
    <w:rsid w:val="00FD5E07"/>
    <w:pPr>
      <w:spacing w:after="0" w:line="240" w:lineRule="auto"/>
    </w:pPr>
    <w:rPr>
      <w:rFonts w:eastAsiaTheme="minorEastAsia"/>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FD5E07"/>
    <w:pPr>
      <w:spacing w:after="0" w:line="240" w:lineRule="auto"/>
    </w:pPr>
    <w:rPr>
      <w:rFonts w:eastAsiaTheme="minorEastAsia"/>
      <w:color w:val="FFFFFF" w:themeColor="background1"/>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22">
    <w:name w:val="Dark List Accent 2"/>
    <w:basedOn w:val="a3"/>
    <w:uiPriority w:val="70"/>
    <w:rsid w:val="00FD5E07"/>
    <w:pPr>
      <w:spacing w:after="0" w:line="240" w:lineRule="auto"/>
    </w:pPr>
    <w:rPr>
      <w:rFonts w:eastAsiaTheme="minorEastAsia"/>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32">
    <w:name w:val="Dark List Accent 3"/>
    <w:basedOn w:val="a3"/>
    <w:uiPriority w:val="70"/>
    <w:rsid w:val="00FD5E07"/>
    <w:pPr>
      <w:spacing w:after="0" w:line="240" w:lineRule="auto"/>
    </w:pPr>
    <w:rPr>
      <w:rFonts w:eastAsiaTheme="minorEastAsia"/>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42">
    <w:name w:val="Dark List Accent 4"/>
    <w:basedOn w:val="a3"/>
    <w:uiPriority w:val="70"/>
    <w:rsid w:val="00FD5E07"/>
    <w:pPr>
      <w:spacing w:after="0" w:line="240" w:lineRule="auto"/>
    </w:pPr>
    <w:rPr>
      <w:rFonts w:eastAsiaTheme="minorEastAsia"/>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52">
    <w:name w:val="Dark List Accent 5"/>
    <w:basedOn w:val="a3"/>
    <w:uiPriority w:val="70"/>
    <w:rsid w:val="00FD5E07"/>
    <w:pPr>
      <w:spacing w:after="0" w:line="240" w:lineRule="auto"/>
    </w:pPr>
    <w:rPr>
      <w:rFonts w:eastAsiaTheme="minorEastAsia"/>
      <w:color w:val="FFFFFF" w:themeColor="background1"/>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styleId="-62">
    <w:name w:val="Dark List Accent 6"/>
    <w:basedOn w:val="a3"/>
    <w:uiPriority w:val="70"/>
    <w:rsid w:val="00FD5E07"/>
    <w:pPr>
      <w:spacing w:after="0" w:line="240" w:lineRule="auto"/>
    </w:pPr>
    <w:rPr>
      <w:rFonts w:eastAsiaTheme="minorEastAsia"/>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affa">
    <w:name w:val="Colorful Shading"/>
    <w:basedOn w:val="a3"/>
    <w:uiPriority w:val="71"/>
    <w:rsid w:val="00FD5E07"/>
    <w:pPr>
      <w:spacing w:after="0" w:line="240" w:lineRule="auto"/>
    </w:pPr>
    <w:rPr>
      <w:rFonts w:eastAsiaTheme="minorEastAsia"/>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FD5E07"/>
    <w:pPr>
      <w:spacing w:after="0" w:line="240" w:lineRule="auto"/>
    </w:pPr>
    <w:rPr>
      <w:rFonts w:eastAsiaTheme="minorEastAsia"/>
      <w:color w:val="000000" w:themeColor="text1"/>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FD5E07"/>
    <w:pPr>
      <w:spacing w:after="0" w:line="240" w:lineRule="auto"/>
    </w:pPr>
    <w:rPr>
      <w:rFonts w:eastAsiaTheme="minorEastAsia"/>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FD5E07"/>
    <w:pPr>
      <w:spacing w:after="0" w:line="240" w:lineRule="auto"/>
    </w:pPr>
    <w:rPr>
      <w:rFonts w:eastAsiaTheme="minorEastAsia"/>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43">
    <w:name w:val="Colorful Shading Accent 4"/>
    <w:basedOn w:val="a3"/>
    <w:uiPriority w:val="71"/>
    <w:rsid w:val="00FD5E07"/>
    <w:pPr>
      <w:spacing w:after="0" w:line="240" w:lineRule="auto"/>
    </w:pPr>
    <w:rPr>
      <w:rFonts w:eastAsiaTheme="minorEastAsia"/>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FD5E07"/>
    <w:pPr>
      <w:spacing w:after="0" w:line="240" w:lineRule="auto"/>
    </w:pPr>
    <w:rPr>
      <w:rFonts w:eastAsiaTheme="minorEastAsia"/>
      <w:color w:val="000000" w:themeColor="text1"/>
    </w:rPr>
    <w:tblPr>
      <w:tblStyleRowBandSize w:val="1"/>
      <w:tblStyleColBandSize w:val="1"/>
      <w:tblBorders>
        <w:top w:val="single" w:sz="24" w:space="0" w:color="70AD47" w:themeColor="accent6"/>
        <w:left w:val="single" w:sz="4" w:space="0" w:color="4472C4" w:themeColor="accent5"/>
        <w:bottom w:val="single" w:sz="4" w:space="0" w:color="4472C4" w:themeColor="accent5"/>
        <w:right w:val="single" w:sz="4" w:space="0" w:color="4472C4" w:themeColor="accent5"/>
        <w:insideH w:val="single" w:sz="4" w:space="0" w:color="FFFFFF" w:themeColor="background1"/>
        <w:insideV w:val="single" w:sz="4" w:space="0" w:color="FFFFFF" w:themeColor="background1"/>
      </w:tblBorders>
    </w:tblPr>
    <w:tcPr>
      <w:shd w:val="clear" w:color="auto" w:fill="ECF1F9"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5" w:themeFillShade="99"/>
      </w:tcPr>
    </w:tblStylePr>
    <w:tblStylePr w:type="firstCol">
      <w:rPr>
        <w:color w:val="FFFFFF" w:themeColor="background1"/>
      </w:rPr>
      <w:tblPr/>
      <w:tcPr>
        <w:tcBorders>
          <w:top w:val="nil"/>
          <w:left w:val="nil"/>
          <w:bottom w:val="nil"/>
          <w:right w:val="nil"/>
          <w:insideH w:val="single" w:sz="4" w:space="0" w:color="264378" w:themeColor="accent5" w:themeShade="99"/>
          <w:insideV w:val="nil"/>
        </w:tcBorders>
        <w:shd w:val="clear" w:color="auto" w:fill="26437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5" w:themeFillShade="99"/>
      </w:tcPr>
    </w:tblStylePr>
    <w:tblStylePr w:type="band1Vert">
      <w:tblPr/>
      <w:tcPr>
        <w:shd w:val="clear" w:color="auto" w:fill="B4C6E7" w:themeFill="accent5" w:themeFillTint="66"/>
      </w:tcPr>
    </w:tblStylePr>
    <w:tblStylePr w:type="band1Horz">
      <w:tblPr/>
      <w:tcPr>
        <w:shd w:val="clear" w:color="auto" w:fill="A1B8E1"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FD5E07"/>
    <w:pPr>
      <w:spacing w:after="0" w:line="240" w:lineRule="auto"/>
    </w:pPr>
    <w:rPr>
      <w:rFonts w:eastAsiaTheme="minorEastAsia"/>
      <w:color w:val="000000" w:themeColor="text1"/>
    </w:rPr>
    <w:tblPr>
      <w:tblStyleRowBandSize w:val="1"/>
      <w:tblStyleColBandSize w:val="1"/>
      <w:tblBorders>
        <w:top w:val="single" w:sz="24" w:space="0" w:color="4472C4"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affb">
    <w:name w:val="Colorful List"/>
    <w:basedOn w:val="a3"/>
    <w:uiPriority w:val="72"/>
    <w:rsid w:val="00FD5E07"/>
    <w:pPr>
      <w:spacing w:after="0" w:line="240" w:lineRule="auto"/>
    </w:pPr>
    <w:rPr>
      <w:rFonts w:eastAsiaTheme="minorEastAsia"/>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FD5E07"/>
    <w:pPr>
      <w:spacing w:after="0" w:line="240" w:lineRule="auto"/>
    </w:pPr>
    <w:rPr>
      <w:rFonts w:eastAsiaTheme="minorEastAsia"/>
      <w:color w:val="000000" w:themeColor="text1"/>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24">
    <w:name w:val="Colorful List Accent 2"/>
    <w:basedOn w:val="a3"/>
    <w:uiPriority w:val="72"/>
    <w:rsid w:val="00FD5E07"/>
    <w:pPr>
      <w:spacing w:after="0" w:line="240" w:lineRule="auto"/>
    </w:pPr>
    <w:rPr>
      <w:rFonts w:eastAsiaTheme="minorEastAsia"/>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34">
    <w:name w:val="Colorful List Accent 3"/>
    <w:basedOn w:val="a3"/>
    <w:uiPriority w:val="72"/>
    <w:rsid w:val="00FD5E07"/>
    <w:pPr>
      <w:spacing w:after="0" w:line="240" w:lineRule="auto"/>
    </w:pPr>
    <w:rPr>
      <w:rFonts w:eastAsiaTheme="minorEastAsia"/>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44">
    <w:name w:val="Colorful List Accent 4"/>
    <w:basedOn w:val="a3"/>
    <w:uiPriority w:val="72"/>
    <w:rsid w:val="00FD5E07"/>
    <w:pPr>
      <w:spacing w:after="0" w:line="240" w:lineRule="auto"/>
    </w:pPr>
    <w:rPr>
      <w:rFonts w:eastAsiaTheme="minorEastAsia"/>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54">
    <w:name w:val="Colorful List Accent 5"/>
    <w:basedOn w:val="a3"/>
    <w:uiPriority w:val="72"/>
    <w:rsid w:val="00FD5E07"/>
    <w:pPr>
      <w:spacing w:after="0" w:line="240" w:lineRule="auto"/>
    </w:pPr>
    <w:rPr>
      <w:rFonts w:eastAsiaTheme="minorEastAsia"/>
      <w:color w:val="000000" w:themeColor="text1"/>
    </w:rPr>
    <w:tblPr>
      <w:tblStyleRowBandSize w:val="1"/>
      <w:tblStyleColBandSize w:val="1"/>
    </w:tblPr>
    <w:tcPr>
      <w:shd w:val="clear" w:color="auto" w:fill="ECF1F9"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5" w:themeFillTint="3F"/>
      </w:tcPr>
    </w:tblStylePr>
    <w:tblStylePr w:type="band1Horz">
      <w:tblPr/>
      <w:tcPr>
        <w:shd w:val="clear" w:color="auto" w:fill="D9E2F3" w:themeFill="accent5" w:themeFillTint="33"/>
      </w:tcPr>
    </w:tblStylePr>
  </w:style>
  <w:style w:type="table" w:styleId="-64">
    <w:name w:val="Colorful List Accent 6"/>
    <w:basedOn w:val="a3"/>
    <w:uiPriority w:val="72"/>
    <w:rsid w:val="00FD5E07"/>
    <w:pPr>
      <w:spacing w:after="0" w:line="240" w:lineRule="auto"/>
    </w:pPr>
    <w:rPr>
      <w:rFonts w:eastAsiaTheme="minorEastAsia"/>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259A0" w:themeFill="accent5" w:themeFillShade="CC"/>
      </w:tcPr>
    </w:tblStylePr>
    <w:tblStylePr w:type="lastRow">
      <w:rPr>
        <w:b/>
        <w:bCs/>
        <w:color w:val="3259A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affc">
    <w:name w:val="Colorful Grid"/>
    <w:basedOn w:val="a3"/>
    <w:uiPriority w:val="73"/>
    <w:rsid w:val="00FD5E07"/>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FD5E07"/>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25">
    <w:name w:val="Colorful Grid Accent 2"/>
    <w:basedOn w:val="a3"/>
    <w:uiPriority w:val="73"/>
    <w:rsid w:val="00FD5E07"/>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35">
    <w:name w:val="Colorful Grid Accent 3"/>
    <w:basedOn w:val="a3"/>
    <w:uiPriority w:val="73"/>
    <w:rsid w:val="00FD5E07"/>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45">
    <w:name w:val="Colorful Grid Accent 4"/>
    <w:basedOn w:val="a3"/>
    <w:uiPriority w:val="73"/>
    <w:rsid w:val="00FD5E07"/>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55">
    <w:name w:val="Colorful Grid Accent 5"/>
    <w:basedOn w:val="a3"/>
    <w:uiPriority w:val="73"/>
    <w:rsid w:val="00FD5E07"/>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65">
    <w:name w:val="Colorful Grid Accent 6"/>
    <w:basedOn w:val="a3"/>
    <w:uiPriority w:val="73"/>
    <w:rsid w:val="00FD5E07"/>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styleId="28">
    <w:name w:val="toc 2"/>
    <w:basedOn w:val="a1"/>
    <w:next w:val="a1"/>
    <w:autoRedefine/>
    <w:uiPriority w:val="39"/>
    <w:unhideWhenUsed/>
    <w:rsid w:val="00942EBA"/>
    <w:pPr>
      <w:bidi w:val="0"/>
      <w:spacing w:before="0" w:after="100" w:line="259" w:lineRule="auto"/>
      <w:ind w:left="220" w:firstLine="0"/>
      <w:jc w:val="left"/>
    </w:pPr>
    <w:rPr>
      <w:rFonts w:asciiTheme="minorHAnsi" w:eastAsiaTheme="minorEastAsia" w:hAnsiTheme="minorHAnsi" w:cstheme="minorBidi"/>
      <w:sz w:val="22"/>
      <w:szCs w:val="22"/>
    </w:rPr>
  </w:style>
  <w:style w:type="paragraph" w:styleId="36">
    <w:name w:val="toc 3"/>
    <w:basedOn w:val="a1"/>
    <w:next w:val="a1"/>
    <w:autoRedefine/>
    <w:uiPriority w:val="39"/>
    <w:unhideWhenUsed/>
    <w:rsid w:val="00942EBA"/>
    <w:pPr>
      <w:bidi w:val="0"/>
      <w:spacing w:before="0" w:after="100" w:line="259" w:lineRule="auto"/>
      <w:ind w:left="440" w:firstLine="0"/>
      <w:jc w:val="left"/>
    </w:pPr>
    <w:rPr>
      <w:rFonts w:asciiTheme="minorHAnsi" w:eastAsiaTheme="minorEastAsia" w:hAnsiTheme="minorHAnsi" w:cstheme="minorBidi"/>
      <w:sz w:val="22"/>
      <w:szCs w:val="22"/>
    </w:rPr>
  </w:style>
  <w:style w:type="paragraph" w:styleId="40">
    <w:name w:val="toc 4"/>
    <w:basedOn w:val="a1"/>
    <w:next w:val="a1"/>
    <w:autoRedefine/>
    <w:uiPriority w:val="39"/>
    <w:unhideWhenUsed/>
    <w:rsid w:val="00942EBA"/>
    <w:pPr>
      <w:bidi w:val="0"/>
      <w:spacing w:before="0" w:after="100" w:line="259" w:lineRule="auto"/>
      <w:ind w:left="660" w:firstLine="0"/>
      <w:jc w:val="left"/>
    </w:pPr>
    <w:rPr>
      <w:rFonts w:asciiTheme="minorHAnsi" w:eastAsiaTheme="minorEastAsia" w:hAnsiTheme="minorHAnsi" w:cstheme="minorBidi"/>
      <w:sz w:val="22"/>
      <w:szCs w:val="22"/>
    </w:rPr>
  </w:style>
  <w:style w:type="paragraph" w:styleId="50">
    <w:name w:val="toc 5"/>
    <w:basedOn w:val="a1"/>
    <w:next w:val="a1"/>
    <w:autoRedefine/>
    <w:uiPriority w:val="39"/>
    <w:unhideWhenUsed/>
    <w:rsid w:val="00942EBA"/>
    <w:pPr>
      <w:bidi w:val="0"/>
      <w:spacing w:before="0" w:after="100" w:line="259" w:lineRule="auto"/>
      <w:ind w:left="880" w:firstLine="0"/>
      <w:jc w:val="left"/>
    </w:pPr>
    <w:rPr>
      <w:rFonts w:asciiTheme="minorHAnsi" w:eastAsiaTheme="minorEastAsia" w:hAnsiTheme="minorHAnsi" w:cstheme="minorBidi"/>
      <w:sz w:val="22"/>
      <w:szCs w:val="22"/>
    </w:rPr>
  </w:style>
  <w:style w:type="paragraph" w:styleId="60">
    <w:name w:val="toc 6"/>
    <w:basedOn w:val="a1"/>
    <w:next w:val="a1"/>
    <w:autoRedefine/>
    <w:uiPriority w:val="39"/>
    <w:unhideWhenUsed/>
    <w:rsid w:val="00942EBA"/>
    <w:pPr>
      <w:bidi w:val="0"/>
      <w:spacing w:before="0" w:after="100" w:line="259" w:lineRule="auto"/>
      <w:ind w:left="1100" w:firstLine="0"/>
      <w:jc w:val="left"/>
    </w:pPr>
    <w:rPr>
      <w:rFonts w:asciiTheme="minorHAnsi" w:eastAsiaTheme="minorEastAsia" w:hAnsiTheme="minorHAnsi" w:cstheme="minorBidi"/>
      <w:sz w:val="22"/>
      <w:szCs w:val="22"/>
    </w:rPr>
  </w:style>
  <w:style w:type="paragraph" w:styleId="70">
    <w:name w:val="toc 7"/>
    <w:basedOn w:val="a1"/>
    <w:next w:val="a1"/>
    <w:autoRedefine/>
    <w:uiPriority w:val="39"/>
    <w:unhideWhenUsed/>
    <w:rsid w:val="00942EBA"/>
    <w:pPr>
      <w:bidi w:val="0"/>
      <w:spacing w:before="0" w:after="100" w:line="259" w:lineRule="auto"/>
      <w:ind w:left="1320" w:firstLine="0"/>
      <w:jc w:val="left"/>
    </w:pPr>
    <w:rPr>
      <w:rFonts w:asciiTheme="minorHAnsi" w:eastAsiaTheme="minorEastAsia" w:hAnsiTheme="minorHAnsi" w:cstheme="minorBidi"/>
      <w:sz w:val="22"/>
      <w:szCs w:val="22"/>
    </w:rPr>
  </w:style>
  <w:style w:type="paragraph" w:styleId="80">
    <w:name w:val="toc 8"/>
    <w:basedOn w:val="a1"/>
    <w:next w:val="a1"/>
    <w:autoRedefine/>
    <w:uiPriority w:val="39"/>
    <w:unhideWhenUsed/>
    <w:rsid w:val="00942EBA"/>
    <w:pPr>
      <w:bidi w:val="0"/>
      <w:spacing w:before="0" w:after="100" w:line="259" w:lineRule="auto"/>
      <w:ind w:left="1540" w:firstLine="0"/>
      <w:jc w:val="left"/>
    </w:pPr>
    <w:rPr>
      <w:rFonts w:asciiTheme="minorHAnsi" w:eastAsiaTheme="minorEastAsia" w:hAnsiTheme="minorHAnsi" w:cstheme="minorBidi"/>
      <w:sz w:val="22"/>
      <w:szCs w:val="22"/>
    </w:rPr>
  </w:style>
  <w:style w:type="paragraph" w:styleId="90">
    <w:name w:val="toc 9"/>
    <w:basedOn w:val="a1"/>
    <w:next w:val="a1"/>
    <w:autoRedefine/>
    <w:uiPriority w:val="39"/>
    <w:unhideWhenUsed/>
    <w:rsid w:val="00942EBA"/>
    <w:pPr>
      <w:bidi w:val="0"/>
      <w:spacing w:before="0" w:after="100" w:line="259" w:lineRule="auto"/>
      <w:ind w:left="1760" w:firstLine="0"/>
      <w:jc w:val="left"/>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99570">
      <w:bodyDiv w:val="1"/>
      <w:marLeft w:val="0"/>
      <w:marRight w:val="0"/>
      <w:marTop w:val="0"/>
      <w:marBottom w:val="0"/>
      <w:divBdr>
        <w:top w:val="none" w:sz="0" w:space="0" w:color="auto"/>
        <w:left w:val="none" w:sz="0" w:space="0" w:color="auto"/>
        <w:bottom w:val="none" w:sz="0" w:space="0" w:color="auto"/>
        <w:right w:val="none" w:sz="0" w:space="0" w:color="auto"/>
      </w:divBdr>
    </w:div>
    <w:div w:id="63645814">
      <w:bodyDiv w:val="1"/>
      <w:marLeft w:val="0"/>
      <w:marRight w:val="0"/>
      <w:marTop w:val="0"/>
      <w:marBottom w:val="0"/>
      <w:divBdr>
        <w:top w:val="none" w:sz="0" w:space="0" w:color="auto"/>
        <w:left w:val="none" w:sz="0" w:space="0" w:color="auto"/>
        <w:bottom w:val="none" w:sz="0" w:space="0" w:color="auto"/>
        <w:right w:val="none" w:sz="0" w:space="0" w:color="auto"/>
      </w:divBdr>
    </w:div>
    <w:div w:id="83574135">
      <w:bodyDiv w:val="1"/>
      <w:marLeft w:val="0"/>
      <w:marRight w:val="0"/>
      <w:marTop w:val="0"/>
      <w:marBottom w:val="0"/>
      <w:divBdr>
        <w:top w:val="none" w:sz="0" w:space="0" w:color="auto"/>
        <w:left w:val="none" w:sz="0" w:space="0" w:color="auto"/>
        <w:bottom w:val="none" w:sz="0" w:space="0" w:color="auto"/>
        <w:right w:val="none" w:sz="0" w:space="0" w:color="auto"/>
      </w:divBdr>
      <w:divsChild>
        <w:div w:id="1236861876">
          <w:marLeft w:val="0"/>
          <w:marRight w:val="0"/>
          <w:marTop w:val="0"/>
          <w:marBottom w:val="0"/>
          <w:divBdr>
            <w:top w:val="none" w:sz="0" w:space="0" w:color="auto"/>
            <w:left w:val="none" w:sz="0" w:space="0" w:color="auto"/>
            <w:bottom w:val="none" w:sz="0" w:space="0" w:color="auto"/>
            <w:right w:val="none" w:sz="0" w:space="0" w:color="auto"/>
          </w:divBdr>
          <w:divsChild>
            <w:div w:id="368336424">
              <w:marLeft w:val="0"/>
              <w:marRight w:val="0"/>
              <w:marTop w:val="0"/>
              <w:marBottom w:val="0"/>
              <w:divBdr>
                <w:top w:val="none" w:sz="0" w:space="0" w:color="auto"/>
                <w:left w:val="none" w:sz="0" w:space="0" w:color="auto"/>
                <w:bottom w:val="none" w:sz="0" w:space="0" w:color="auto"/>
                <w:right w:val="none" w:sz="0" w:space="0" w:color="auto"/>
              </w:divBdr>
              <w:divsChild>
                <w:div w:id="192501463">
                  <w:marLeft w:val="0"/>
                  <w:marRight w:val="0"/>
                  <w:marTop w:val="240"/>
                  <w:marBottom w:val="240"/>
                  <w:divBdr>
                    <w:top w:val="none" w:sz="0" w:space="0" w:color="auto"/>
                    <w:left w:val="none" w:sz="0" w:space="0" w:color="auto"/>
                    <w:bottom w:val="none" w:sz="0" w:space="0" w:color="auto"/>
                    <w:right w:val="none" w:sz="0" w:space="0" w:color="auto"/>
                  </w:divBdr>
                </w:div>
                <w:div w:id="363409445">
                  <w:marLeft w:val="0"/>
                  <w:marRight w:val="0"/>
                  <w:marTop w:val="240"/>
                  <w:marBottom w:val="240"/>
                  <w:divBdr>
                    <w:top w:val="none" w:sz="0" w:space="0" w:color="auto"/>
                    <w:left w:val="none" w:sz="0" w:space="0" w:color="auto"/>
                    <w:bottom w:val="none" w:sz="0" w:space="0" w:color="auto"/>
                    <w:right w:val="none" w:sz="0" w:space="0" w:color="auto"/>
                  </w:divBdr>
                </w:div>
                <w:div w:id="629435026">
                  <w:marLeft w:val="0"/>
                  <w:marRight w:val="0"/>
                  <w:marTop w:val="195"/>
                  <w:marBottom w:val="0"/>
                  <w:divBdr>
                    <w:top w:val="none" w:sz="0" w:space="0" w:color="auto"/>
                    <w:left w:val="none" w:sz="0" w:space="0" w:color="auto"/>
                    <w:bottom w:val="none" w:sz="0" w:space="0" w:color="auto"/>
                    <w:right w:val="none" w:sz="0" w:space="0" w:color="auto"/>
                  </w:divBdr>
                  <w:divsChild>
                    <w:div w:id="1130514198">
                      <w:marLeft w:val="0"/>
                      <w:marRight w:val="0"/>
                      <w:marTop w:val="0"/>
                      <w:marBottom w:val="0"/>
                      <w:divBdr>
                        <w:top w:val="none" w:sz="0" w:space="0" w:color="auto"/>
                        <w:left w:val="none" w:sz="0" w:space="0" w:color="auto"/>
                        <w:bottom w:val="none" w:sz="0" w:space="0" w:color="auto"/>
                        <w:right w:val="none" w:sz="0" w:space="0" w:color="auto"/>
                      </w:divBdr>
                      <w:divsChild>
                        <w:div w:id="1899243611">
                          <w:marLeft w:val="0"/>
                          <w:marRight w:val="0"/>
                          <w:marTop w:val="0"/>
                          <w:marBottom w:val="0"/>
                          <w:divBdr>
                            <w:top w:val="none" w:sz="0" w:space="0" w:color="auto"/>
                            <w:left w:val="none" w:sz="0" w:space="0" w:color="auto"/>
                            <w:bottom w:val="none" w:sz="0" w:space="0" w:color="auto"/>
                            <w:right w:val="none" w:sz="0" w:space="0" w:color="auto"/>
                          </w:divBdr>
                          <w:divsChild>
                            <w:div w:id="314920811">
                              <w:marLeft w:val="0"/>
                              <w:marRight w:val="0"/>
                              <w:marTop w:val="240"/>
                              <w:marBottom w:val="240"/>
                              <w:divBdr>
                                <w:top w:val="none" w:sz="0" w:space="0" w:color="auto"/>
                                <w:left w:val="none" w:sz="0" w:space="0" w:color="auto"/>
                                <w:bottom w:val="none" w:sz="0" w:space="0" w:color="auto"/>
                                <w:right w:val="none" w:sz="0" w:space="0" w:color="auto"/>
                              </w:divBdr>
                            </w:div>
                            <w:div w:id="424692177">
                              <w:marLeft w:val="0"/>
                              <w:marRight w:val="0"/>
                              <w:marTop w:val="240"/>
                              <w:marBottom w:val="240"/>
                              <w:divBdr>
                                <w:top w:val="none" w:sz="0" w:space="0" w:color="auto"/>
                                <w:left w:val="none" w:sz="0" w:space="0" w:color="auto"/>
                                <w:bottom w:val="none" w:sz="0" w:space="0" w:color="auto"/>
                                <w:right w:val="none" w:sz="0" w:space="0" w:color="auto"/>
                              </w:divBdr>
                            </w:div>
                            <w:div w:id="673535525">
                              <w:marLeft w:val="0"/>
                              <w:marRight w:val="0"/>
                              <w:marTop w:val="240"/>
                              <w:marBottom w:val="240"/>
                              <w:divBdr>
                                <w:top w:val="none" w:sz="0" w:space="0" w:color="auto"/>
                                <w:left w:val="none" w:sz="0" w:space="0" w:color="auto"/>
                                <w:bottom w:val="none" w:sz="0" w:space="0" w:color="auto"/>
                                <w:right w:val="none" w:sz="0" w:space="0" w:color="auto"/>
                              </w:divBdr>
                            </w:div>
                            <w:div w:id="187553168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838494203">
          <w:marLeft w:val="0"/>
          <w:marRight w:val="0"/>
          <w:marTop w:val="0"/>
          <w:marBottom w:val="0"/>
          <w:divBdr>
            <w:top w:val="none" w:sz="0" w:space="0" w:color="auto"/>
            <w:left w:val="none" w:sz="0" w:space="0" w:color="auto"/>
            <w:bottom w:val="none" w:sz="0" w:space="0" w:color="auto"/>
            <w:right w:val="none" w:sz="0" w:space="0" w:color="auto"/>
          </w:divBdr>
          <w:divsChild>
            <w:div w:id="1859273352">
              <w:marLeft w:val="0"/>
              <w:marRight w:val="0"/>
              <w:marTop w:val="0"/>
              <w:marBottom w:val="0"/>
              <w:divBdr>
                <w:top w:val="none" w:sz="0" w:space="0" w:color="auto"/>
                <w:left w:val="none" w:sz="0" w:space="0" w:color="auto"/>
                <w:bottom w:val="none" w:sz="0" w:space="0" w:color="auto"/>
                <w:right w:val="none" w:sz="0" w:space="0" w:color="auto"/>
              </w:divBdr>
              <w:divsChild>
                <w:div w:id="121653259">
                  <w:marLeft w:val="0"/>
                  <w:marRight w:val="0"/>
                  <w:marTop w:val="0"/>
                  <w:marBottom w:val="0"/>
                  <w:divBdr>
                    <w:top w:val="none" w:sz="0" w:space="0" w:color="auto"/>
                    <w:left w:val="none" w:sz="0" w:space="0" w:color="auto"/>
                    <w:bottom w:val="none" w:sz="0" w:space="0" w:color="auto"/>
                    <w:right w:val="none" w:sz="0" w:space="0" w:color="auto"/>
                  </w:divBdr>
                  <w:divsChild>
                    <w:div w:id="1841382788">
                      <w:marLeft w:val="0"/>
                      <w:marRight w:val="0"/>
                      <w:marTop w:val="0"/>
                      <w:marBottom w:val="0"/>
                      <w:divBdr>
                        <w:top w:val="none" w:sz="0" w:space="0" w:color="auto"/>
                        <w:left w:val="none" w:sz="0" w:space="0" w:color="auto"/>
                        <w:bottom w:val="none" w:sz="0" w:space="0" w:color="auto"/>
                        <w:right w:val="none" w:sz="0" w:space="0" w:color="auto"/>
                      </w:divBdr>
                      <w:divsChild>
                        <w:div w:id="741291729">
                          <w:marLeft w:val="0"/>
                          <w:marRight w:val="0"/>
                          <w:marTop w:val="0"/>
                          <w:marBottom w:val="0"/>
                          <w:divBdr>
                            <w:top w:val="none" w:sz="0" w:space="0" w:color="auto"/>
                            <w:left w:val="none" w:sz="0" w:space="0" w:color="auto"/>
                            <w:bottom w:val="none" w:sz="0" w:space="0" w:color="auto"/>
                            <w:right w:val="none" w:sz="0" w:space="0" w:color="auto"/>
                          </w:divBdr>
                        </w:div>
                        <w:div w:id="200523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8042048">
          <w:marLeft w:val="0"/>
          <w:marRight w:val="0"/>
          <w:marTop w:val="0"/>
          <w:marBottom w:val="0"/>
          <w:divBdr>
            <w:top w:val="none" w:sz="0" w:space="0" w:color="auto"/>
            <w:left w:val="none" w:sz="0" w:space="0" w:color="auto"/>
            <w:bottom w:val="none" w:sz="0" w:space="0" w:color="auto"/>
            <w:right w:val="none" w:sz="0" w:space="0" w:color="auto"/>
          </w:divBdr>
        </w:div>
      </w:divsChild>
    </w:div>
    <w:div w:id="108858381">
      <w:bodyDiv w:val="1"/>
      <w:marLeft w:val="0"/>
      <w:marRight w:val="0"/>
      <w:marTop w:val="0"/>
      <w:marBottom w:val="0"/>
      <w:divBdr>
        <w:top w:val="none" w:sz="0" w:space="0" w:color="auto"/>
        <w:left w:val="none" w:sz="0" w:space="0" w:color="auto"/>
        <w:bottom w:val="none" w:sz="0" w:space="0" w:color="auto"/>
        <w:right w:val="none" w:sz="0" w:space="0" w:color="auto"/>
      </w:divBdr>
    </w:div>
    <w:div w:id="119955248">
      <w:bodyDiv w:val="1"/>
      <w:marLeft w:val="0"/>
      <w:marRight w:val="0"/>
      <w:marTop w:val="0"/>
      <w:marBottom w:val="0"/>
      <w:divBdr>
        <w:top w:val="none" w:sz="0" w:space="0" w:color="auto"/>
        <w:left w:val="none" w:sz="0" w:space="0" w:color="auto"/>
        <w:bottom w:val="none" w:sz="0" w:space="0" w:color="auto"/>
        <w:right w:val="none" w:sz="0" w:space="0" w:color="auto"/>
      </w:divBdr>
    </w:div>
    <w:div w:id="136580181">
      <w:bodyDiv w:val="1"/>
      <w:marLeft w:val="0"/>
      <w:marRight w:val="0"/>
      <w:marTop w:val="0"/>
      <w:marBottom w:val="0"/>
      <w:divBdr>
        <w:top w:val="none" w:sz="0" w:space="0" w:color="auto"/>
        <w:left w:val="none" w:sz="0" w:space="0" w:color="auto"/>
        <w:bottom w:val="none" w:sz="0" w:space="0" w:color="auto"/>
        <w:right w:val="none" w:sz="0" w:space="0" w:color="auto"/>
      </w:divBdr>
    </w:div>
    <w:div w:id="146633944">
      <w:bodyDiv w:val="1"/>
      <w:marLeft w:val="0"/>
      <w:marRight w:val="0"/>
      <w:marTop w:val="0"/>
      <w:marBottom w:val="0"/>
      <w:divBdr>
        <w:top w:val="none" w:sz="0" w:space="0" w:color="auto"/>
        <w:left w:val="none" w:sz="0" w:space="0" w:color="auto"/>
        <w:bottom w:val="none" w:sz="0" w:space="0" w:color="auto"/>
        <w:right w:val="none" w:sz="0" w:space="0" w:color="auto"/>
      </w:divBdr>
    </w:div>
    <w:div w:id="157114280">
      <w:bodyDiv w:val="1"/>
      <w:marLeft w:val="0"/>
      <w:marRight w:val="0"/>
      <w:marTop w:val="0"/>
      <w:marBottom w:val="0"/>
      <w:divBdr>
        <w:top w:val="none" w:sz="0" w:space="0" w:color="auto"/>
        <w:left w:val="none" w:sz="0" w:space="0" w:color="auto"/>
        <w:bottom w:val="none" w:sz="0" w:space="0" w:color="auto"/>
        <w:right w:val="none" w:sz="0" w:space="0" w:color="auto"/>
      </w:divBdr>
      <w:divsChild>
        <w:div w:id="9300486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4531768">
      <w:bodyDiv w:val="1"/>
      <w:marLeft w:val="0"/>
      <w:marRight w:val="0"/>
      <w:marTop w:val="0"/>
      <w:marBottom w:val="0"/>
      <w:divBdr>
        <w:top w:val="none" w:sz="0" w:space="0" w:color="auto"/>
        <w:left w:val="none" w:sz="0" w:space="0" w:color="auto"/>
        <w:bottom w:val="none" w:sz="0" w:space="0" w:color="auto"/>
        <w:right w:val="none" w:sz="0" w:space="0" w:color="auto"/>
      </w:divBdr>
      <w:divsChild>
        <w:div w:id="1435056058">
          <w:blockQuote w:val="1"/>
          <w:marLeft w:val="720"/>
          <w:marRight w:val="720"/>
          <w:marTop w:val="100"/>
          <w:marBottom w:val="100"/>
          <w:divBdr>
            <w:top w:val="none" w:sz="0" w:space="0" w:color="auto"/>
            <w:left w:val="none" w:sz="0" w:space="0" w:color="auto"/>
            <w:bottom w:val="none" w:sz="0" w:space="0" w:color="auto"/>
            <w:right w:val="none" w:sz="0" w:space="0" w:color="auto"/>
          </w:divBdr>
        </w:div>
        <w:div w:id="14489365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7278042">
      <w:bodyDiv w:val="1"/>
      <w:marLeft w:val="0"/>
      <w:marRight w:val="0"/>
      <w:marTop w:val="0"/>
      <w:marBottom w:val="0"/>
      <w:divBdr>
        <w:top w:val="none" w:sz="0" w:space="0" w:color="auto"/>
        <w:left w:val="none" w:sz="0" w:space="0" w:color="auto"/>
        <w:bottom w:val="none" w:sz="0" w:space="0" w:color="auto"/>
        <w:right w:val="none" w:sz="0" w:space="0" w:color="auto"/>
      </w:divBdr>
    </w:div>
    <w:div w:id="318267397">
      <w:bodyDiv w:val="1"/>
      <w:marLeft w:val="0"/>
      <w:marRight w:val="0"/>
      <w:marTop w:val="0"/>
      <w:marBottom w:val="0"/>
      <w:divBdr>
        <w:top w:val="none" w:sz="0" w:space="0" w:color="auto"/>
        <w:left w:val="none" w:sz="0" w:space="0" w:color="auto"/>
        <w:bottom w:val="none" w:sz="0" w:space="0" w:color="auto"/>
        <w:right w:val="none" w:sz="0" w:space="0" w:color="auto"/>
      </w:divBdr>
      <w:divsChild>
        <w:div w:id="1367367163">
          <w:marLeft w:val="0"/>
          <w:marRight w:val="0"/>
          <w:marTop w:val="0"/>
          <w:marBottom w:val="0"/>
          <w:divBdr>
            <w:top w:val="none" w:sz="0" w:space="0" w:color="auto"/>
            <w:left w:val="none" w:sz="0" w:space="0" w:color="auto"/>
            <w:bottom w:val="none" w:sz="0" w:space="0" w:color="auto"/>
            <w:right w:val="none" w:sz="0" w:space="0" w:color="auto"/>
          </w:divBdr>
          <w:divsChild>
            <w:div w:id="212487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848820">
      <w:bodyDiv w:val="1"/>
      <w:marLeft w:val="0"/>
      <w:marRight w:val="0"/>
      <w:marTop w:val="0"/>
      <w:marBottom w:val="0"/>
      <w:divBdr>
        <w:top w:val="none" w:sz="0" w:space="0" w:color="auto"/>
        <w:left w:val="none" w:sz="0" w:space="0" w:color="auto"/>
        <w:bottom w:val="none" w:sz="0" w:space="0" w:color="auto"/>
        <w:right w:val="none" w:sz="0" w:space="0" w:color="auto"/>
      </w:divBdr>
    </w:div>
    <w:div w:id="381906406">
      <w:bodyDiv w:val="1"/>
      <w:marLeft w:val="0"/>
      <w:marRight w:val="0"/>
      <w:marTop w:val="0"/>
      <w:marBottom w:val="0"/>
      <w:divBdr>
        <w:top w:val="none" w:sz="0" w:space="0" w:color="auto"/>
        <w:left w:val="none" w:sz="0" w:space="0" w:color="auto"/>
        <w:bottom w:val="none" w:sz="0" w:space="0" w:color="auto"/>
        <w:right w:val="none" w:sz="0" w:space="0" w:color="auto"/>
      </w:divBdr>
    </w:div>
    <w:div w:id="437912874">
      <w:bodyDiv w:val="1"/>
      <w:marLeft w:val="0"/>
      <w:marRight w:val="0"/>
      <w:marTop w:val="0"/>
      <w:marBottom w:val="0"/>
      <w:divBdr>
        <w:top w:val="none" w:sz="0" w:space="0" w:color="auto"/>
        <w:left w:val="none" w:sz="0" w:space="0" w:color="auto"/>
        <w:bottom w:val="none" w:sz="0" w:space="0" w:color="auto"/>
        <w:right w:val="none" w:sz="0" w:space="0" w:color="auto"/>
      </w:divBdr>
    </w:div>
    <w:div w:id="486017932">
      <w:bodyDiv w:val="1"/>
      <w:marLeft w:val="0"/>
      <w:marRight w:val="0"/>
      <w:marTop w:val="0"/>
      <w:marBottom w:val="0"/>
      <w:divBdr>
        <w:top w:val="none" w:sz="0" w:space="0" w:color="auto"/>
        <w:left w:val="none" w:sz="0" w:space="0" w:color="auto"/>
        <w:bottom w:val="none" w:sz="0" w:space="0" w:color="auto"/>
        <w:right w:val="none" w:sz="0" w:space="0" w:color="auto"/>
      </w:divBdr>
    </w:div>
    <w:div w:id="531497702">
      <w:bodyDiv w:val="1"/>
      <w:marLeft w:val="0"/>
      <w:marRight w:val="0"/>
      <w:marTop w:val="0"/>
      <w:marBottom w:val="0"/>
      <w:divBdr>
        <w:top w:val="none" w:sz="0" w:space="0" w:color="auto"/>
        <w:left w:val="none" w:sz="0" w:space="0" w:color="auto"/>
        <w:bottom w:val="none" w:sz="0" w:space="0" w:color="auto"/>
        <w:right w:val="none" w:sz="0" w:space="0" w:color="auto"/>
      </w:divBdr>
    </w:div>
    <w:div w:id="533466003">
      <w:bodyDiv w:val="1"/>
      <w:marLeft w:val="0"/>
      <w:marRight w:val="0"/>
      <w:marTop w:val="0"/>
      <w:marBottom w:val="0"/>
      <w:divBdr>
        <w:top w:val="none" w:sz="0" w:space="0" w:color="auto"/>
        <w:left w:val="none" w:sz="0" w:space="0" w:color="auto"/>
        <w:bottom w:val="none" w:sz="0" w:space="0" w:color="auto"/>
        <w:right w:val="none" w:sz="0" w:space="0" w:color="auto"/>
      </w:divBdr>
    </w:div>
    <w:div w:id="604315015">
      <w:bodyDiv w:val="1"/>
      <w:marLeft w:val="0"/>
      <w:marRight w:val="0"/>
      <w:marTop w:val="0"/>
      <w:marBottom w:val="0"/>
      <w:divBdr>
        <w:top w:val="none" w:sz="0" w:space="0" w:color="auto"/>
        <w:left w:val="none" w:sz="0" w:space="0" w:color="auto"/>
        <w:bottom w:val="none" w:sz="0" w:space="0" w:color="auto"/>
        <w:right w:val="none" w:sz="0" w:space="0" w:color="auto"/>
      </w:divBdr>
    </w:div>
    <w:div w:id="618991154">
      <w:bodyDiv w:val="1"/>
      <w:marLeft w:val="0"/>
      <w:marRight w:val="0"/>
      <w:marTop w:val="0"/>
      <w:marBottom w:val="0"/>
      <w:divBdr>
        <w:top w:val="none" w:sz="0" w:space="0" w:color="auto"/>
        <w:left w:val="none" w:sz="0" w:space="0" w:color="auto"/>
        <w:bottom w:val="none" w:sz="0" w:space="0" w:color="auto"/>
        <w:right w:val="none" w:sz="0" w:space="0" w:color="auto"/>
      </w:divBdr>
      <w:divsChild>
        <w:div w:id="547229771">
          <w:marLeft w:val="0"/>
          <w:marRight w:val="0"/>
          <w:marTop w:val="0"/>
          <w:marBottom w:val="0"/>
          <w:divBdr>
            <w:top w:val="none" w:sz="0" w:space="0" w:color="auto"/>
            <w:left w:val="none" w:sz="0" w:space="0" w:color="auto"/>
            <w:bottom w:val="none" w:sz="0" w:space="0" w:color="auto"/>
            <w:right w:val="none" w:sz="0" w:space="0" w:color="auto"/>
          </w:divBdr>
          <w:divsChild>
            <w:div w:id="327831291">
              <w:marLeft w:val="0"/>
              <w:marRight w:val="0"/>
              <w:marTop w:val="0"/>
              <w:marBottom w:val="0"/>
              <w:divBdr>
                <w:top w:val="none" w:sz="0" w:space="0" w:color="auto"/>
                <w:left w:val="none" w:sz="0" w:space="0" w:color="auto"/>
                <w:bottom w:val="none" w:sz="0" w:space="0" w:color="auto"/>
                <w:right w:val="none" w:sz="0" w:space="0" w:color="auto"/>
              </w:divBdr>
            </w:div>
          </w:divsChild>
        </w:div>
        <w:div w:id="1337877666">
          <w:marLeft w:val="0"/>
          <w:marRight w:val="0"/>
          <w:marTop w:val="0"/>
          <w:marBottom w:val="0"/>
          <w:divBdr>
            <w:top w:val="none" w:sz="0" w:space="0" w:color="auto"/>
            <w:left w:val="none" w:sz="0" w:space="0" w:color="auto"/>
            <w:bottom w:val="none" w:sz="0" w:space="0" w:color="auto"/>
            <w:right w:val="none" w:sz="0" w:space="0" w:color="auto"/>
          </w:divBdr>
          <w:divsChild>
            <w:div w:id="1075279749">
              <w:marLeft w:val="0"/>
              <w:marRight w:val="0"/>
              <w:marTop w:val="0"/>
              <w:marBottom w:val="0"/>
              <w:divBdr>
                <w:top w:val="none" w:sz="0" w:space="0" w:color="auto"/>
                <w:left w:val="none" w:sz="0" w:space="0" w:color="auto"/>
                <w:bottom w:val="none" w:sz="0" w:space="0" w:color="auto"/>
                <w:right w:val="none" w:sz="0" w:space="0" w:color="auto"/>
              </w:divBdr>
            </w:div>
          </w:divsChild>
        </w:div>
        <w:div w:id="1989433017">
          <w:marLeft w:val="0"/>
          <w:marRight w:val="0"/>
          <w:marTop w:val="0"/>
          <w:marBottom w:val="0"/>
          <w:divBdr>
            <w:top w:val="none" w:sz="0" w:space="0" w:color="auto"/>
            <w:left w:val="none" w:sz="0" w:space="0" w:color="auto"/>
            <w:bottom w:val="none" w:sz="0" w:space="0" w:color="auto"/>
            <w:right w:val="none" w:sz="0" w:space="0" w:color="auto"/>
          </w:divBdr>
          <w:divsChild>
            <w:div w:id="19650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777053">
      <w:bodyDiv w:val="1"/>
      <w:marLeft w:val="0"/>
      <w:marRight w:val="0"/>
      <w:marTop w:val="0"/>
      <w:marBottom w:val="0"/>
      <w:divBdr>
        <w:top w:val="none" w:sz="0" w:space="0" w:color="auto"/>
        <w:left w:val="none" w:sz="0" w:space="0" w:color="auto"/>
        <w:bottom w:val="none" w:sz="0" w:space="0" w:color="auto"/>
        <w:right w:val="none" w:sz="0" w:space="0" w:color="auto"/>
      </w:divBdr>
      <w:divsChild>
        <w:div w:id="15647558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4531854">
      <w:bodyDiv w:val="1"/>
      <w:marLeft w:val="0"/>
      <w:marRight w:val="0"/>
      <w:marTop w:val="0"/>
      <w:marBottom w:val="0"/>
      <w:divBdr>
        <w:top w:val="none" w:sz="0" w:space="0" w:color="auto"/>
        <w:left w:val="none" w:sz="0" w:space="0" w:color="auto"/>
        <w:bottom w:val="none" w:sz="0" w:space="0" w:color="auto"/>
        <w:right w:val="none" w:sz="0" w:space="0" w:color="auto"/>
      </w:divBdr>
    </w:div>
    <w:div w:id="652880578">
      <w:bodyDiv w:val="1"/>
      <w:marLeft w:val="0"/>
      <w:marRight w:val="0"/>
      <w:marTop w:val="0"/>
      <w:marBottom w:val="0"/>
      <w:divBdr>
        <w:top w:val="none" w:sz="0" w:space="0" w:color="auto"/>
        <w:left w:val="none" w:sz="0" w:space="0" w:color="auto"/>
        <w:bottom w:val="none" w:sz="0" w:space="0" w:color="auto"/>
        <w:right w:val="none" w:sz="0" w:space="0" w:color="auto"/>
      </w:divBdr>
      <w:divsChild>
        <w:div w:id="16511356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6974906">
      <w:bodyDiv w:val="1"/>
      <w:marLeft w:val="0"/>
      <w:marRight w:val="0"/>
      <w:marTop w:val="0"/>
      <w:marBottom w:val="0"/>
      <w:divBdr>
        <w:top w:val="none" w:sz="0" w:space="0" w:color="auto"/>
        <w:left w:val="none" w:sz="0" w:space="0" w:color="auto"/>
        <w:bottom w:val="none" w:sz="0" w:space="0" w:color="auto"/>
        <w:right w:val="none" w:sz="0" w:space="0" w:color="auto"/>
      </w:divBdr>
    </w:div>
    <w:div w:id="719132394">
      <w:bodyDiv w:val="1"/>
      <w:marLeft w:val="0"/>
      <w:marRight w:val="0"/>
      <w:marTop w:val="0"/>
      <w:marBottom w:val="0"/>
      <w:divBdr>
        <w:top w:val="none" w:sz="0" w:space="0" w:color="auto"/>
        <w:left w:val="none" w:sz="0" w:space="0" w:color="auto"/>
        <w:bottom w:val="none" w:sz="0" w:space="0" w:color="auto"/>
        <w:right w:val="none" w:sz="0" w:space="0" w:color="auto"/>
      </w:divBdr>
      <w:divsChild>
        <w:div w:id="152138643">
          <w:marLeft w:val="0"/>
          <w:marRight w:val="0"/>
          <w:marTop w:val="0"/>
          <w:marBottom w:val="0"/>
          <w:divBdr>
            <w:top w:val="none" w:sz="0" w:space="0" w:color="auto"/>
            <w:left w:val="none" w:sz="0" w:space="0" w:color="auto"/>
            <w:bottom w:val="none" w:sz="0" w:space="0" w:color="auto"/>
            <w:right w:val="none" w:sz="0" w:space="0" w:color="auto"/>
          </w:divBdr>
          <w:divsChild>
            <w:div w:id="690569778">
              <w:marLeft w:val="0"/>
              <w:marRight w:val="0"/>
              <w:marTop w:val="0"/>
              <w:marBottom w:val="0"/>
              <w:divBdr>
                <w:top w:val="none" w:sz="0" w:space="0" w:color="auto"/>
                <w:left w:val="none" w:sz="0" w:space="0" w:color="auto"/>
                <w:bottom w:val="none" w:sz="0" w:space="0" w:color="auto"/>
                <w:right w:val="none" w:sz="0" w:space="0" w:color="auto"/>
              </w:divBdr>
            </w:div>
          </w:divsChild>
        </w:div>
        <w:div w:id="407192769">
          <w:blockQuote w:val="1"/>
          <w:marLeft w:val="720"/>
          <w:marRight w:val="720"/>
          <w:marTop w:val="100"/>
          <w:marBottom w:val="100"/>
          <w:divBdr>
            <w:top w:val="none" w:sz="0" w:space="0" w:color="auto"/>
            <w:left w:val="none" w:sz="0" w:space="0" w:color="auto"/>
            <w:bottom w:val="none" w:sz="0" w:space="0" w:color="auto"/>
            <w:right w:val="none" w:sz="0" w:space="0" w:color="auto"/>
          </w:divBdr>
        </w:div>
        <w:div w:id="1839730152">
          <w:marLeft w:val="0"/>
          <w:marRight w:val="0"/>
          <w:marTop w:val="0"/>
          <w:marBottom w:val="0"/>
          <w:divBdr>
            <w:top w:val="none" w:sz="0" w:space="0" w:color="auto"/>
            <w:left w:val="none" w:sz="0" w:space="0" w:color="auto"/>
            <w:bottom w:val="none" w:sz="0" w:space="0" w:color="auto"/>
            <w:right w:val="none" w:sz="0" w:space="0" w:color="auto"/>
          </w:divBdr>
          <w:divsChild>
            <w:div w:id="132168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819990">
      <w:bodyDiv w:val="1"/>
      <w:marLeft w:val="0"/>
      <w:marRight w:val="0"/>
      <w:marTop w:val="0"/>
      <w:marBottom w:val="0"/>
      <w:divBdr>
        <w:top w:val="none" w:sz="0" w:space="0" w:color="auto"/>
        <w:left w:val="none" w:sz="0" w:space="0" w:color="auto"/>
        <w:bottom w:val="none" w:sz="0" w:space="0" w:color="auto"/>
        <w:right w:val="none" w:sz="0" w:space="0" w:color="auto"/>
      </w:divBdr>
      <w:divsChild>
        <w:div w:id="20916591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5397560">
      <w:bodyDiv w:val="1"/>
      <w:marLeft w:val="0"/>
      <w:marRight w:val="0"/>
      <w:marTop w:val="0"/>
      <w:marBottom w:val="0"/>
      <w:divBdr>
        <w:top w:val="none" w:sz="0" w:space="0" w:color="auto"/>
        <w:left w:val="none" w:sz="0" w:space="0" w:color="auto"/>
        <w:bottom w:val="none" w:sz="0" w:space="0" w:color="auto"/>
        <w:right w:val="none" w:sz="0" w:space="0" w:color="auto"/>
      </w:divBdr>
      <w:divsChild>
        <w:div w:id="293871913">
          <w:marLeft w:val="0"/>
          <w:marRight w:val="0"/>
          <w:marTop w:val="0"/>
          <w:marBottom w:val="0"/>
          <w:divBdr>
            <w:top w:val="none" w:sz="0" w:space="0" w:color="auto"/>
            <w:left w:val="none" w:sz="0" w:space="0" w:color="auto"/>
            <w:bottom w:val="none" w:sz="0" w:space="0" w:color="auto"/>
            <w:right w:val="none" w:sz="0" w:space="0" w:color="auto"/>
          </w:divBdr>
          <w:divsChild>
            <w:div w:id="1120224581">
              <w:marLeft w:val="0"/>
              <w:marRight w:val="0"/>
              <w:marTop w:val="0"/>
              <w:marBottom w:val="0"/>
              <w:divBdr>
                <w:top w:val="none" w:sz="0" w:space="0" w:color="auto"/>
                <w:left w:val="none" w:sz="0" w:space="0" w:color="auto"/>
                <w:bottom w:val="none" w:sz="0" w:space="0" w:color="auto"/>
                <w:right w:val="none" w:sz="0" w:space="0" w:color="auto"/>
              </w:divBdr>
            </w:div>
          </w:divsChild>
        </w:div>
        <w:div w:id="740299466">
          <w:marLeft w:val="0"/>
          <w:marRight w:val="0"/>
          <w:marTop w:val="0"/>
          <w:marBottom w:val="0"/>
          <w:divBdr>
            <w:top w:val="none" w:sz="0" w:space="0" w:color="auto"/>
            <w:left w:val="none" w:sz="0" w:space="0" w:color="auto"/>
            <w:bottom w:val="none" w:sz="0" w:space="0" w:color="auto"/>
            <w:right w:val="none" w:sz="0" w:space="0" w:color="auto"/>
          </w:divBdr>
          <w:divsChild>
            <w:div w:id="1841390490">
              <w:marLeft w:val="0"/>
              <w:marRight w:val="0"/>
              <w:marTop w:val="0"/>
              <w:marBottom w:val="0"/>
              <w:divBdr>
                <w:top w:val="none" w:sz="0" w:space="0" w:color="auto"/>
                <w:left w:val="none" w:sz="0" w:space="0" w:color="auto"/>
                <w:bottom w:val="none" w:sz="0" w:space="0" w:color="auto"/>
                <w:right w:val="none" w:sz="0" w:space="0" w:color="auto"/>
              </w:divBdr>
            </w:div>
          </w:divsChild>
        </w:div>
        <w:div w:id="13747706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8790927">
      <w:bodyDiv w:val="1"/>
      <w:marLeft w:val="0"/>
      <w:marRight w:val="0"/>
      <w:marTop w:val="0"/>
      <w:marBottom w:val="0"/>
      <w:divBdr>
        <w:top w:val="none" w:sz="0" w:space="0" w:color="auto"/>
        <w:left w:val="none" w:sz="0" w:space="0" w:color="auto"/>
        <w:bottom w:val="none" w:sz="0" w:space="0" w:color="auto"/>
        <w:right w:val="none" w:sz="0" w:space="0" w:color="auto"/>
      </w:divBdr>
      <w:divsChild>
        <w:div w:id="507599941">
          <w:blockQuote w:val="1"/>
          <w:marLeft w:val="720"/>
          <w:marRight w:val="720"/>
          <w:marTop w:val="100"/>
          <w:marBottom w:val="100"/>
          <w:divBdr>
            <w:top w:val="none" w:sz="0" w:space="0" w:color="auto"/>
            <w:left w:val="none" w:sz="0" w:space="0" w:color="auto"/>
            <w:bottom w:val="none" w:sz="0" w:space="0" w:color="auto"/>
            <w:right w:val="none" w:sz="0" w:space="0" w:color="auto"/>
          </w:divBdr>
        </w:div>
        <w:div w:id="13438239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4682738">
      <w:bodyDiv w:val="1"/>
      <w:marLeft w:val="0"/>
      <w:marRight w:val="0"/>
      <w:marTop w:val="0"/>
      <w:marBottom w:val="0"/>
      <w:divBdr>
        <w:top w:val="none" w:sz="0" w:space="0" w:color="auto"/>
        <w:left w:val="none" w:sz="0" w:space="0" w:color="auto"/>
        <w:bottom w:val="none" w:sz="0" w:space="0" w:color="auto"/>
        <w:right w:val="none" w:sz="0" w:space="0" w:color="auto"/>
      </w:divBdr>
      <w:divsChild>
        <w:div w:id="7635723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3226647">
      <w:bodyDiv w:val="1"/>
      <w:marLeft w:val="0"/>
      <w:marRight w:val="0"/>
      <w:marTop w:val="0"/>
      <w:marBottom w:val="0"/>
      <w:divBdr>
        <w:top w:val="none" w:sz="0" w:space="0" w:color="auto"/>
        <w:left w:val="none" w:sz="0" w:space="0" w:color="auto"/>
        <w:bottom w:val="none" w:sz="0" w:space="0" w:color="auto"/>
        <w:right w:val="none" w:sz="0" w:space="0" w:color="auto"/>
      </w:divBdr>
      <w:divsChild>
        <w:div w:id="1762949837">
          <w:marLeft w:val="0"/>
          <w:marRight w:val="0"/>
          <w:marTop w:val="0"/>
          <w:marBottom w:val="0"/>
          <w:divBdr>
            <w:top w:val="none" w:sz="0" w:space="0" w:color="auto"/>
            <w:left w:val="none" w:sz="0" w:space="0" w:color="auto"/>
            <w:bottom w:val="none" w:sz="0" w:space="0" w:color="auto"/>
            <w:right w:val="none" w:sz="0" w:space="0" w:color="auto"/>
          </w:divBdr>
          <w:divsChild>
            <w:div w:id="119002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593495">
      <w:bodyDiv w:val="1"/>
      <w:marLeft w:val="0"/>
      <w:marRight w:val="0"/>
      <w:marTop w:val="0"/>
      <w:marBottom w:val="0"/>
      <w:divBdr>
        <w:top w:val="none" w:sz="0" w:space="0" w:color="auto"/>
        <w:left w:val="none" w:sz="0" w:space="0" w:color="auto"/>
        <w:bottom w:val="none" w:sz="0" w:space="0" w:color="auto"/>
        <w:right w:val="none" w:sz="0" w:space="0" w:color="auto"/>
      </w:divBdr>
    </w:div>
    <w:div w:id="875045574">
      <w:bodyDiv w:val="1"/>
      <w:marLeft w:val="0"/>
      <w:marRight w:val="0"/>
      <w:marTop w:val="0"/>
      <w:marBottom w:val="0"/>
      <w:divBdr>
        <w:top w:val="none" w:sz="0" w:space="0" w:color="auto"/>
        <w:left w:val="none" w:sz="0" w:space="0" w:color="auto"/>
        <w:bottom w:val="none" w:sz="0" w:space="0" w:color="auto"/>
        <w:right w:val="none" w:sz="0" w:space="0" w:color="auto"/>
      </w:divBdr>
    </w:div>
    <w:div w:id="882062503">
      <w:bodyDiv w:val="1"/>
      <w:marLeft w:val="0"/>
      <w:marRight w:val="0"/>
      <w:marTop w:val="0"/>
      <w:marBottom w:val="0"/>
      <w:divBdr>
        <w:top w:val="none" w:sz="0" w:space="0" w:color="auto"/>
        <w:left w:val="none" w:sz="0" w:space="0" w:color="auto"/>
        <w:bottom w:val="none" w:sz="0" w:space="0" w:color="auto"/>
        <w:right w:val="none" w:sz="0" w:space="0" w:color="auto"/>
      </w:divBdr>
      <w:divsChild>
        <w:div w:id="2065785564">
          <w:marLeft w:val="0"/>
          <w:marRight w:val="0"/>
          <w:marTop w:val="0"/>
          <w:marBottom w:val="0"/>
          <w:divBdr>
            <w:top w:val="none" w:sz="0" w:space="0" w:color="auto"/>
            <w:left w:val="none" w:sz="0" w:space="0" w:color="auto"/>
            <w:bottom w:val="none" w:sz="0" w:space="0" w:color="auto"/>
            <w:right w:val="none" w:sz="0" w:space="0" w:color="auto"/>
          </w:divBdr>
          <w:divsChild>
            <w:div w:id="1114905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608673">
      <w:bodyDiv w:val="1"/>
      <w:marLeft w:val="0"/>
      <w:marRight w:val="0"/>
      <w:marTop w:val="0"/>
      <w:marBottom w:val="0"/>
      <w:divBdr>
        <w:top w:val="none" w:sz="0" w:space="0" w:color="auto"/>
        <w:left w:val="none" w:sz="0" w:space="0" w:color="auto"/>
        <w:bottom w:val="none" w:sz="0" w:space="0" w:color="auto"/>
        <w:right w:val="none" w:sz="0" w:space="0" w:color="auto"/>
      </w:divBdr>
      <w:divsChild>
        <w:div w:id="1496720992">
          <w:marLeft w:val="0"/>
          <w:marRight w:val="0"/>
          <w:marTop w:val="0"/>
          <w:marBottom w:val="0"/>
          <w:divBdr>
            <w:top w:val="none" w:sz="0" w:space="0" w:color="auto"/>
            <w:left w:val="none" w:sz="0" w:space="0" w:color="auto"/>
            <w:bottom w:val="none" w:sz="0" w:space="0" w:color="auto"/>
            <w:right w:val="none" w:sz="0" w:space="0" w:color="auto"/>
          </w:divBdr>
          <w:divsChild>
            <w:div w:id="125536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631180">
      <w:bodyDiv w:val="1"/>
      <w:marLeft w:val="0"/>
      <w:marRight w:val="0"/>
      <w:marTop w:val="0"/>
      <w:marBottom w:val="0"/>
      <w:divBdr>
        <w:top w:val="none" w:sz="0" w:space="0" w:color="auto"/>
        <w:left w:val="none" w:sz="0" w:space="0" w:color="auto"/>
        <w:bottom w:val="none" w:sz="0" w:space="0" w:color="auto"/>
        <w:right w:val="none" w:sz="0" w:space="0" w:color="auto"/>
      </w:divBdr>
    </w:div>
    <w:div w:id="952709538">
      <w:bodyDiv w:val="1"/>
      <w:marLeft w:val="0"/>
      <w:marRight w:val="0"/>
      <w:marTop w:val="0"/>
      <w:marBottom w:val="0"/>
      <w:divBdr>
        <w:top w:val="none" w:sz="0" w:space="0" w:color="auto"/>
        <w:left w:val="none" w:sz="0" w:space="0" w:color="auto"/>
        <w:bottom w:val="none" w:sz="0" w:space="0" w:color="auto"/>
        <w:right w:val="none" w:sz="0" w:space="0" w:color="auto"/>
      </w:divBdr>
    </w:div>
    <w:div w:id="971637462">
      <w:bodyDiv w:val="1"/>
      <w:marLeft w:val="0"/>
      <w:marRight w:val="0"/>
      <w:marTop w:val="0"/>
      <w:marBottom w:val="0"/>
      <w:divBdr>
        <w:top w:val="none" w:sz="0" w:space="0" w:color="auto"/>
        <w:left w:val="none" w:sz="0" w:space="0" w:color="auto"/>
        <w:bottom w:val="none" w:sz="0" w:space="0" w:color="auto"/>
        <w:right w:val="none" w:sz="0" w:space="0" w:color="auto"/>
      </w:divBdr>
      <w:divsChild>
        <w:div w:id="2132732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0395616">
      <w:bodyDiv w:val="1"/>
      <w:marLeft w:val="0"/>
      <w:marRight w:val="0"/>
      <w:marTop w:val="0"/>
      <w:marBottom w:val="0"/>
      <w:divBdr>
        <w:top w:val="none" w:sz="0" w:space="0" w:color="auto"/>
        <w:left w:val="none" w:sz="0" w:space="0" w:color="auto"/>
        <w:bottom w:val="none" w:sz="0" w:space="0" w:color="auto"/>
        <w:right w:val="none" w:sz="0" w:space="0" w:color="auto"/>
      </w:divBdr>
      <w:divsChild>
        <w:div w:id="3826064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5180005">
      <w:bodyDiv w:val="1"/>
      <w:marLeft w:val="0"/>
      <w:marRight w:val="0"/>
      <w:marTop w:val="0"/>
      <w:marBottom w:val="0"/>
      <w:divBdr>
        <w:top w:val="none" w:sz="0" w:space="0" w:color="auto"/>
        <w:left w:val="none" w:sz="0" w:space="0" w:color="auto"/>
        <w:bottom w:val="none" w:sz="0" w:space="0" w:color="auto"/>
        <w:right w:val="none" w:sz="0" w:space="0" w:color="auto"/>
      </w:divBdr>
      <w:divsChild>
        <w:div w:id="12998713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9867675">
      <w:bodyDiv w:val="1"/>
      <w:marLeft w:val="0"/>
      <w:marRight w:val="0"/>
      <w:marTop w:val="0"/>
      <w:marBottom w:val="0"/>
      <w:divBdr>
        <w:top w:val="none" w:sz="0" w:space="0" w:color="auto"/>
        <w:left w:val="none" w:sz="0" w:space="0" w:color="auto"/>
        <w:bottom w:val="none" w:sz="0" w:space="0" w:color="auto"/>
        <w:right w:val="none" w:sz="0" w:space="0" w:color="auto"/>
      </w:divBdr>
      <w:divsChild>
        <w:div w:id="561673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0487504">
      <w:bodyDiv w:val="1"/>
      <w:marLeft w:val="0"/>
      <w:marRight w:val="0"/>
      <w:marTop w:val="0"/>
      <w:marBottom w:val="0"/>
      <w:divBdr>
        <w:top w:val="none" w:sz="0" w:space="0" w:color="auto"/>
        <w:left w:val="none" w:sz="0" w:space="0" w:color="auto"/>
        <w:bottom w:val="none" w:sz="0" w:space="0" w:color="auto"/>
        <w:right w:val="none" w:sz="0" w:space="0" w:color="auto"/>
      </w:divBdr>
    </w:div>
    <w:div w:id="1208034189">
      <w:bodyDiv w:val="1"/>
      <w:marLeft w:val="0"/>
      <w:marRight w:val="0"/>
      <w:marTop w:val="0"/>
      <w:marBottom w:val="0"/>
      <w:divBdr>
        <w:top w:val="none" w:sz="0" w:space="0" w:color="auto"/>
        <w:left w:val="none" w:sz="0" w:space="0" w:color="auto"/>
        <w:bottom w:val="none" w:sz="0" w:space="0" w:color="auto"/>
        <w:right w:val="none" w:sz="0" w:space="0" w:color="auto"/>
      </w:divBdr>
    </w:div>
    <w:div w:id="1213231149">
      <w:bodyDiv w:val="1"/>
      <w:marLeft w:val="0"/>
      <w:marRight w:val="0"/>
      <w:marTop w:val="0"/>
      <w:marBottom w:val="0"/>
      <w:divBdr>
        <w:top w:val="none" w:sz="0" w:space="0" w:color="auto"/>
        <w:left w:val="none" w:sz="0" w:space="0" w:color="auto"/>
        <w:bottom w:val="none" w:sz="0" w:space="0" w:color="auto"/>
        <w:right w:val="none" w:sz="0" w:space="0" w:color="auto"/>
      </w:divBdr>
    </w:div>
    <w:div w:id="1422726639">
      <w:bodyDiv w:val="1"/>
      <w:marLeft w:val="0"/>
      <w:marRight w:val="0"/>
      <w:marTop w:val="0"/>
      <w:marBottom w:val="0"/>
      <w:divBdr>
        <w:top w:val="none" w:sz="0" w:space="0" w:color="auto"/>
        <w:left w:val="none" w:sz="0" w:space="0" w:color="auto"/>
        <w:bottom w:val="none" w:sz="0" w:space="0" w:color="auto"/>
        <w:right w:val="none" w:sz="0" w:space="0" w:color="auto"/>
      </w:divBdr>
    </w:div>
    <w:div w:id="1588538071">
      <w:bodyDiv w:val="1"/>
      <w:marLeft w:val="0"/>
      <w:marRight w:val="0"/>
      <w:marTop w:val="0"/>
      <w:marBottom w:val="0"/>
      <w:divBdr>
        <w:top w:val="none" w:sz="0" w:space="0" w:color="auto"/>
        <w:left w:val="none" w:sz="0" w:space="0" w:color="auto"/>
        <w:bottom w:val="none" w:sz="0" w:space="0" w:color="auto"/>
        <w:right w:val="none" w:sz="0" w:space="0" w:color="auto"/>
      </w:divBdr>
    </w:div>
    <w:div w:id="1659116838">
      <w:bodyDiv w:val="1"/>
      <w:marLeft w:val="0"/>
      <w:marRight w:val="0"/>
      <w:marTop w:val="0"/>
      <w:marBottom w:val="0"/>
      <w:divBdr>
        <w:top w:val="none" w:sz="0" w:space="0" w:color="auto"/>
        <w:left w:val="none" w:sz="0" w:space="0" w:color="auto"/>
        <w:bottom w:val="none" w:sz="0" w:space="0" w:color="auto"/>
        <w:right w:val="none" w:sz="0" w:space="0" w:color="auto"/>
      </w:divBdr>
      <w:divsChild>
        <w:div w:id="6344848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6052156">
      <w:bodyDiv w:val="1"/>
      <w:marLeft w:val="0"/>
      <w:marRight w:val="0"/>
      <w:marTop w:val="0"/>
      <w:marBottom w:val="0"/>
      <w:divBdr>
        <w:top w:val="none" w:sz="0" w:space="0" w:color="auto"/>
        <w:left w:val="none" w:sz="0" w:space="0" w:color="auto"/>
        <w:bottom w:val="none" w:sz="0" w:space="0" w:color="auto"/>
        <w:right w:val="none" w:sz="0" w:space="0" w:color="auto"/>
      </w:divBdr>
      <w:divsChild>
        <w:div w:id="16378356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4378136">
      <w:bodyDiv w:val="1"/>
      <w:marLeft w:val="0"/>
      <w:marRight w:val="0"/>
      <w:marTop w:val="0"/>
      <w:marBottom w:val="0"/>
      <w:divBdr>
        <w:top w:val="none" w:sz="0" w:space="0" w:color="auto"/>
        <w:left w:val="none" w:sz="0" w:space="0" w:color="auto"/>
        <w:bottom w:val="none" w:sz="0" w:space="0" w:color="auto"/>
        <w:right w:val="none" w:sz="0" w:space="0" w:color="auto"/>
      </w:divBdr>
    </w:div>
    <w:div w:id="1772704196">
      <w:bodyDiv w:val="1"/>
      <w:marLeft w:val="0"/>
      <w:marRight w:val="0"/>
      <w:marTop w:val="0"/>
      <w:marBottom w:val="0"/>
      <w:divBdr>
        <w:top w:val="none" w:sz="0" w:space="0" w:color="auto"/>
        <w:left w:val="none" w:sz="0" w:space="0" w:color="auto"/>
        <w:bottom w:val="none" w:sz="0" w:space="0" w:color="auto"/>
        <w:right w:val="none" w:sz="0" w:space="0" w:color="auto"/>
      </w:divBdr>
      <w:divsChild>
        <w:div w:id="523598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5221980">
      <w:bodyDiv w:val="1"/>
      <w:marLeft w:val="0"/>
      <w:marRight w:val="0"/>
      <w:marTop w:val="0"/>
      <w:marBottom w:val="0"/>
      <w:divBdr>
        <w:top w:val="none" w:sz="0" w:space="0" w:color="auto"/>
        <w:left w:val="none" w:sz="0" w:space="0" w:color="auto"/>
        <w:bottom w:val="none" w:sz="0" w:space="0" w:color="auto"/>
        <w:right w:val="none" w:sz="0" w:space="0" w:color="auto"/>
      </w:divBdr>
    </w:div>
    <w:div w:id="1849445539">
      <w:bodyDiv w:val="1"/>
      <w:marLeft w:val="0"/>
      <w:marRight w:val="0"/>
      <w:marTop w:val="0"/>
      <w:marBottom w:val="0"/>
      <w:divBdr>
        <w:top w:val="none" w:sz="0" w:space="0" w:color="auto"/>
        <w:left w:val="none" w:sz="0" w:space="0" w:color="auto"/>
        <w:bottom w:val="none" w:sz="0" w:space="0" w:color="auto"/>
        <w:right w:val="none" w:sz="0" w:space="0" w:color="auto"/>
      </w:divBdr>
      <w:divsChild>
        <w:div w:id="460075494">
          <w:marLeft w:val="0"/>
          <w:marRight w:val="0"/>
          <w:marTop w:val="0"/>
          <w:marBottom w:val="0"/>
          <w:divBdr>
            <w:top w:val="none" w:sz="0" w:space="0" w:color="auto"/>
            <w:left w:val="none" w:sz="0" w:space="0" w:color="auto"/>
            <w:bottom w:val="none" w:sz="0" w:space="0" w:color="auto"/>
            <w:right w:val="none" w:sz="0" w:space="0" w:color="auto"/>
          </w:divBdr>
          <w:divsChild>
            <w:div w:id="1231422772">
              <w:marLeft w:val="0"/>
              <w:marRight w:val="0"/>
              <w:marTop w:val="0"/>
              <w:marBottom w:val="0"/>
              <w:divBdr>
                <w:top w:val="none" w:sz="0" w:space="0" w:color="auto"/>
                <w:left w:val="none" w:sz="0" w:space="0" w:color="auto"/>
                <w:bottom w:val="none" w:sz="0" w:space="0" w:color="auto"/>
                <w:right w:val="none" w:sz="0" w:space="0" w:color="auto"/>
              </w:divBdr>
            </w:div>
          </w:divsChild>
        </w:div>
        <w:div w:id="1250041310">
          <w:marLeft w:val="0"/>
          <w:marRight w:val="0"/>
          <w:marTop w:val="0"/>
          <w:marBottom w:val="0"/>
          <w:divBdr>
            <w:top w:val="none" w:sz="0" w:space="0" w:color="auto"/>
            <w:left w:val="none" w:sz="0" w:space="0" w:color="auto"/>
            <w:bottom w:val="none" w:sz="0" w:space="0" w:color="auto"/>
            <w:right w:val="none" w:sz="0" w:space="0" w:color="auto"/>
          </w:divBdr>
          <w:divsChild>
            <w:div w:id="1376352113">
              <w:marLeft w:val="0"/>
              <w:marRight w:val="0"/>
              <w:marTop w:val="0"/>
              <w:marBottom w:val="0"/>
              <w:divBdr>
                <w:top w:val="none" w:sz="0" w:space="0" w:color="auto"/>
                <w:left w:val="none" w:sz="0" w:space="0" w:color="auto"/>
                <w:bottom w:val="none" w:sz="0" w:space="0" w:color="auto"/>
                <w:right w:val="none" w:sz="0" w:space="0" w:color="auto"/>
              </w:divBdr>
            </w:div>
          </w:divsChild>
        </w:div>
        <w:div w:id="2137142706">
          <w:marLeft w:val="0"/>
          <w:marRight w:val="0"/>
          <w:marTop w:val="0"/>
          <w:marBottom w:val="0"/>
          <w:divBdr>
            <w:top w:val="none" w:sz="0" w:space="0" w:color="auto"/>
            <w:left w:val="none" w:sz="0" w:space="0" w:color="auto"/>
            <w:bottom w:val="none" w:sz="0" w:space="0" w:color="auto"/>
            <w:right w:val="none" w:sz="0" w:space="0" w:color="auto"/>
          </w:divBdr>
          <w:divsChild>
            <w:div w:id="159162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806520">
      <w:bodyDiv w:val="1"/>
      <w:marLeft w:val="0"/>
      <w:marRight w:val="0"/>
      <w:marTop w:val="0"/>
      <w:marBottom w:val="0"/>
      <w:divBdr>
        <w:top w:val="none" w:sz="0" w:space="0" w:color="auto"/>
        <w:left w:val="none" w:sz="0" w:space="0" w:color="auto"/>
        <w:bottom w:val="none" w:sz="0" w:space="0" w:color="auto"/>
        <w:right w:val="none" w:sz="0" w:space="0" w:color="auto"/>
      </w:divBdr>
      <w:divsChild>
        <w:div w:id="17523923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9846251">
      <w:bodyDiv w:val="1"/>
      <w:marLeft w:val="0"/>
      <w:marRight w:val="0"/>
      <w:marTop w:val="0"/>
      <w:marBottom w:val="0"/>
      <w:divBdr>
        <w:top w:val="none" w:sz="0" w:space="0" w:color="auto"/>
        <w:left w:val="none" w:sz="0" w:space="0" w:color="auto"/>
        <w:bottom w:val="none" w:sz="0" w:space="0" w:color="auto"/>
        <w:right w:val="none" w:sz="0" w:space="0" w:color="auto"/>
      </w:divBdr>
      <w:divsChild>
        <w:div w:id="602109341">
          <w:marLeft w:val="0"/>
          <w:marRight w:val="0"/>
          <w:marTop w:val="0"/>
          <w:marBottom w:val="0"/>
          <w:divBdr>
            <w:top w:val="none" w:sz="0" w:space="0" w:color="auto"/>
            <w:left w:val="none" w:sz="0" w:space="0" w:color="auto"/>
            <w:bottom w:val="none" w:sz="0" w:space="0" w:color="auto"/>
            <w:right w:val="none" w:sz="0" w:space="0" w:color="auto"/>
          </w:divBdr>
          <w:divsChild>
            <w:div w:id="703556103">
              <w:marLeft w:val="0"/>
              <w:marRight w:val="0"/>
              <w:marTop w:val="0"/>
              <w:marBottom w:val="0"/>
              <w:divBdr>
                <w:top w:val="none" w:sz="0" w:space="0" w:color="auto"/>
                <w:left w:val="none" w:sz="0" w:space="0" w:color="auto"/>
                <w:bottom w:val="none" w:sz="0" w:space="0" w:color="auto"/>
                <w:right w:val="none" w:sz="0" w:space="0" w:color="auto"/>
              </w:divBdr>
            </w:div>
          </w:divsChild>
        </w:div>
        <w:div w:id="794061332">
          <w:marLeft w:val="0"/>
          <w:marRight w:val="0"/>
          <w:marTop w:val="0"/>
          <w:marBottom w:val="0"/>
          <w:divBdr>
            <w:top w:val="none" w:sz="0" w:space="0" w:color="auto"/>
            <w:left w:val="none" w:sz="0" w:space="0" w:color="auto"/>
            <w:bottom w:val="none" w:sz="0" w:space="0" w:color="auto"/>
            <w:right w:val="none" w:sz="0" w:space="0" w:color="auto"/>
          </w:divBdr>
          <w:divsChild>
            <w:div w:id="1797067875">
              <w:marLeft w:val="0"/>
              <w:marRight w:val="0"/>
              <w:marTop w:val="0"/>
              <w:marBottom w:val="0"/>
              <w:divBdr>
                <w:top w:val="none" w:sz="0" w:space="0" w:color="auto"/>
                <w:left w:val="none" w:sz="0" w:space="0" w:color="auto"/>
                <w:bottom w:val="none" w:sz="0" w:space="0" w:color="auto"/>
                <w:right w:val="none" w:sz="0" w:space="0" w:color="auto"/>
              </w:divBdr>
            </w:div>
          </w:divsChild>
        </w:div>
        <w:div w:id="8770139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6160433">
      <w:bodyDiv w:val="1"/>
      <w:marLeft w:val="0"/>
      <w:marRight w:val="0"/>
      <w:marTop w:val="0"/>
      <w:marBottom w:val="0"/>
      <w:divBdr>
        <w:top w:val="none" w:sz="0" w:space="0" w:color="auto"/>
        <w:left w:val="none" w:sz="0" w:space="0" w:color="auto"/>
        <w:bottom w:val="none" w:sz="0" w:space="0" w:color="auto"/>
        <w:right w:val="none" w:sz="0" w:space="0" w:color="auto"/>
      </w:divBdr>
      <w:divsChild>
        <w:div w:id="738093029">
          <w:marLeft w:val="0"/>
          <w:marRight w:val="0"/>
          <w:marTop w:val="0"/>
          <w:marBottom w:val="0"/>
          <w:divBdr>
            <w:top w:val="none" w:sz="0" w:space="0" w:color="auto"/>
            <w:left w:val="none" w:sz="0" w:space="0" w:color="auto"/>
            <w:bottom w:val="none" w:sz="0" w:space="0" w:color="auto"/>
            <w:right w:val="none" w:sz="0" w:space="0" w:color="auto"/>
          </w:divBdr>
          <w:divsChild>
            <w:div w:id="674459747">
              <w:marLeft w:val="0"/>
              <w:marRight w:val="0"/>
              <w:marTop w:val="0"/>
              <w:marBottom w:val="0"/>
              <w:divBdr>
                <w:top w:val="none" w:sz="0" w:space="0" w:color="auto"/>
                <w:left w:val="none" w:sz="0" w:space="0" w:color="auto"/>
                <w:bottom w:val="none" w:sz="0" w:space="0" w:color="auto"/>
                <w:right w:val="none" w:sz="0" w:space="0" w:color="auto"/>
              </w:divBdr>
            </w:div>
          </w:divsChild>
        </w:div>
        <w:div w:id="1485007940">
          <w:marLeft w:val="0"/>
          <w:marRight w:val="0"/>
          <w:marTop w:val="0"/>
          <w:marBottom w:val="0"/>
          <w:divBdr>
            <w:top w:val="none" w:sz="0" w:space="0" w:color="auto"/>
            <w:left w:val="none" w:sz="0" w:space="0" w:color="auto"/>
            <w:bottom w:val="none" w:sz="0" w:space="0" w:color="auto"/>
            <w:right w:val="none" w:sz="0" w:space="0" w:color="auto"/>
          </w:divBdr>
          <w:divsChild>
            <w:div w:id="490487598">
              <w:marLeft w:val="0"/>
              <w:marRight w:val="0"/>
              <w:marTop w:val="0"/>
              <w:marBottom w:val="0"/>
              <w:divBdr>
                <w:top w:val="none" w:sz="0" w:space="0" w:color="auto"/>
                <w:left w:val="none" w:sz="0" w:space="0" w:color="auto"/>
                <w:bottom w:val="none" w:sz="0" w:space="0" w:color="auto"/>
                <w:right w:val="none" w:sz="0" w:space="0" w:color="auto"/>
              </w:divBdr>
            </w:div>
          </w:divsChild>
        </w:div>
        <w:div w:id="21387186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2904064">
      <w:bodyDiv w:val="1"/>
      <w:marLeft w:val="0"/>
      <w:marRight w:val="0"/>
      <w:marTop w:val="0"/>
      <w:marBottom w:val="0"/>
      <w:divBdr>
        <w:top w:val="none" w:sz="0" w:space="0" w:color="auto"/>
        <w:left w:val="none" w:sz="0" w:space="0" w:color="auto"/>
        <w:bottom w:val="none" w:sz="0" w:space="0" w:color="auto"/>
        <w:right w:val="none" w:sz="0" w:space="0" w:color="auto"/>
      </w:divBdr>
      <w:divsChild>
        <w:div w:id="439490818">
          <w:marLeft w:val="0"/>
          <w:marRight w:val="0"/>
          <w:marTop w:val="0"/>
          <w:marBottom w:val="0"/>
          <w:divBdr>
            <w:top w:val="none" w:sz="0" w:space="0" w:color="auto"/>
            <w:left w:val="none" w:sz="0" w:space="0" w:color="auto"/>
            <w:bottom w:val="none" w:sz="0" w:space="0" w:color="auto"/>
            <w:right w:val="none" w:sz="0" w:space="0" w:color="auto"/>
          </w:divBdr>
        </w:div>
        <w:div w:id="1615597980">
          <w:marLeft w:val="0"/>
          <w:marRight w:val="0"/>
          <w:marTop w:val="0"/>
          <w:marBottom w:val="0"/>
          <w:divBdr>
            <w:top w:val="none" w:sz="0" w:space="0" w:color="auto"/>
            <w:left w:val="none" w:sz="0" w:space="0" w:color="auto"/>
            <w:bottom w:val="none" w:sz="0" w:space="0" w:color="auto"/>
            <w:right w:val="none" w:sz="0" w:space="0" w:color="auto"/>
          </w:divBdr>
          <w:divsChild>
            <w:div w:id="437869297">
              <w:marLeft w:val="0"/>
              <w:marRight w:val="0"/>
              <w:marTop w:val="0"/>
              <w:marBottom w:val="0"/>
              <w:divBdr>
                <w:top w:val="none" w:sz="0" w:space="0" w:color="auto"/>
                <w:left w:val="none" w:sz="0" w:space="0" w:color="auto"/>
                <w:bottom w:val="none" w:sz="0" w:space="0" w:color="auto"/>
                <w:right w:val="none" w:sz="0" w:space="0" w:color="auto"/>
              </w:divBdr>
              <w:divsChild>
                <w:div w:id="957487333">
                  <w:marLeft w:val="0"/>
                  <w:marRight w:val="0"/>
                  <w:marTop w:val="0"/>
                  <w:marBottom w:val="0"/>
                  <w:divBdr>
                    <w:top w:val="none" w:sz="0" w:space="0" w:color="auto"/>
                    <w:left w:val="none" w:sz="0" w:space="0" w:color="auto"/>
                    <w:bottom w:val="none" w:sz="0" w:space="0" w:color="auto"/>
                    <w:right w:val="none" w:sz="0" w:space="0" w:color="auto"/>
                  </w:divBdr>
                  <w:divsChild>
                    <w:div w:id="386271167">
                      <w:marLeft w:val="0"/>
                      <w:marRight w:val="0"/>
                      <w:marTop w:val="0"/>
                      <w:marBottom w:val="0"/>
                      <w:divBdr>
                        <w:top w:val="none" w:sz="0" w:space="0" w:color="auto"/>
                        <w:left w:val="none" w:sz="0" w:space="0" w:color="auto"/>
                        <w:bottom w:val="none" w:sz="0" w:space="0" w:color="auto"/>
                        <w:right w:val="none" w:sz="0" w:space="0" w:color="auto"/>
                      </w:divBdr>
                      <w:divsChild>
                        <w:div w:id="917637403">
                          <w:marLeft w:val="0"/>
                          <w:marRight w:val="0"/>
                          <w:marTop w:val="0"/>
                          <w:marBottom w:val="0"/>
                          <w:divBdr>
                            <w:top w:val="none" w:sz="0" w:space="0" w:color="auto"/>
                            <w:left w:val="none" w:sz="0" w:space="0" w:color="auto"/>
                            <w:bottom w:val="none" w:sz="0" w:space="0" w:color="auto"/>
                            <w:right w:val="none" w:sz="0" w:space="0" w:color="auto"/>
                          </w:divBdr>
                        </w:div>
                        <w:div w:id="154718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640066">
          <w:marLeft w:val="0"/>
          <w:marRight w:val="0"/>
          <w:marTop w:val="0"/>
          <w:marBottom w:val="0"/>
          <w:divBdr>
            <w:top w:val="none" w:sz="0" w:space="0" w:color="auto"/>
            <w:left w:val="none" w:sz="0" w:space="0" w:color="auto"/>
            <w:bottom w:val="none" w:sz="0" w:space="0" w:color="auto"/>
            <w:right w:val="none" w:sz="0" w:space="0" w:color="auto"/>
          </w:divBdr>
          <w:divsChild>
            <w:div w:id="339747351">
              <w:marLeft w:val="0"/>
              <w:marRight w:val="0"/>
              <w:marTop w:val="0"/>
              <w:marBottom w:val="0"/>
              <w:divBdr>
                <w:top w:val="none" w:sz="0" w:space="0" w:color="auto"/>
                <w:left w:val="none" w:sz="0" w:space="0" w:color="auto"/>
                <w:bottom w:val="none" w:sz="0" w:space="0" w:color="auto"/>
                <w:right w:val="none" w:sz="0" w:space="0" w:color="auto"/>
              </w:divBdr>
              <w:divsChild>
                <w:div w:id="174617965">
                  <w:marLeft w:val="0"/>
                  <w:marRight w:val="0"/>
                  <w:marTop w:val="240"/>
                  <w:marBottom w:val="240"/>
                  <w:divBdr>
                    <w:top w:val="none" w:sz="0" w:space="0" w:color="auto"/>
                    <w:left w:val="none" w:sz="0" w:space="0" w:color="auto"/>
                    <w:bottom w:val="none" w:sz="0" w:space="0" w:color="auto"/>
                    <w:right w:val="none" w:sz="0" w:space="0" w:color="auto"/>
                  </w:divBdr>
                </w:div>
                <w:div w:id="1182359332">
                  <w:marLeft w:val="0"/>
                  <w:marRight w:val="0"/>
                  <w:marTop w:val="195"/>
                  <w:marBottom w:val="0"/>
                  <w:divBdr>
                    <w:top w:val="none" w:sz="0" w:space="0" w:color="auto"/>
                    <w:left w:val="none" w:sz="0" w:space="0" w:color="auto"/>
                    <w:bottom w:val="none" w:sz="0" w:space="0" w:color="auto"/>
                    <w:right w:val="none" w:sz="0" w:space="0" w:color="auto"/>
                  </w:divBdr>
                  <w:divsChild>
                    <w:div w:id="765229166">
                      <w:marLeft w:val="0"/>
                      <w:marRight w:val="0"/>
                      <w:marTop w:val="0"/>
                      <w:marBottom w:val="0"/>
                      <w:divBdr>
                        <w:top w:val="none" w:sz="0" w:space="0" w:color="auto"/>
                        <w:left w:val="none" w:sz="0" w:space="0" w:color="auto"/>
                        <w:bottom w:val="none" w:sz="0" w:space="0" w:color="auto"/>
                        <w:right w:val="none" w:sz="0" w:space="0" w:color="auto"/>
                      </w:divBdr>
                      <w:divsChild>
                        <w:div w:id="1177035589">
                          <w:marLeft w:val="0"/>
                          <w:marRight w:val="0"/>
                          <w:marTop w:val="0"/>
                          <w:marBottom w:val="0"/>
                          <w:divBdr>
                            <w:top w:val="none" w:sz="0" w:space="0" w:color="auto"/>
                            <w:left w:val="none" w:sz="0" w:space="0" w:color="auto"/>
                            <w:bottom w:val="none" w:sz="0" w:space="0" w:color="auto"/>
                            <w:right w:val="none" w:sz="0" w:space="0" w:color="auto"/>
                          </w:divBdr>
                          <w:divsChild>
                            <w:div w:id="22750376">
                              <w:marLeft w:val="0"/>
                              <w:marRight w:val="0"/>
                              <w:marTop w:val="240"/>
                              <w:marBottom w:val="240"/>
                              <w:divBdr>
                                <w:top w:val="none" w:sz="0" w:space="0" w:color="auto"/>
                                <w:left w:val="none" w:sz="0" w:space="0" w:color="auto"/>
                                <w:bottom w:val="none" w:sz="0" w:space="0" w:color="auto"/>
                                <w:right w:val="none" w:sz="0" w:space="0" w:color="auto"/>
                              </w:divBdr>
                            </w:div>
                            <w:div w:id="334575997">
                              <w:marLeft w:val="0"/>
                              <w:marRight w:val="0"/>
                              <w:marTop w:val="240"/>
                              <w:marBottom w:val="240"/>
                              <w:divBdr>
                                <w:top w:val="none" w:sz="0" w:space="0" w:color="auto"/>
                                <w:left w:val="none" w:sz="0" w:space="0" w:color="auto"/>
                                <w:bottom w:val="none" w:sz="0" w:space="0" w:color="auto"/>
                                <w:right w:val="none" w:sz="0" w:space="0" w:color="auto"/>
                              </w:divBdr>
                            </w:div>
                            <w:div w:id="1196574691">
                              <w:marLeft w:val="0"/>
                              <w:marRight w:val="0"/>
                              <w:marTop w:val="240"/>
                              <w:marBottom w:val="240"/>
                              <w:divBdr>
                                <w:top w:val="none" w:sz="0" w:space="0" w:color="auto"/>
                                <w:left w:val="none" w:sz="0" w:space="0" w:color="auto"/>
                                <w:bottom w:val="none" w:sz="0" w:space="0" w:color="auto"/>
                                <w:right w:val="none" w:sz="0" w:space="0" w:color="auto"/>
                              </w:divBdr>
                            </w:div>
                            <w:div w:id="213008111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90679550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2030176911">
      <w:bodyDiv w:val="1"/>
      <w:marLeft w:val="0"/>
      <w:marRight w:val="0"/>
      <w:marTop w:val="0"/>
      <w:marBottom w:val="0"/>
      <w:divBdr>
        <w:top w:val="none" w:sz="0" w:space="0" w:color="auto"/>
        <w:left w:val="none" w:sz="0" w:space="0" w:color="auto"/>
        <w:bottom w:val="none" w:sz="0" w:space="0" w:color="auto"/>
        <w:right w:val="none" w:sz="0" w:space="0" w:color="auto"/>
      </w:divBdr>
    </w:div>
    <w:div w:id="2064139549">
      <w:bodyDiv w:val="1"/>
      <w:marLeft w:val="0"/>
      <w:marRight w:val="0"/>
      <w:marTop w:val="0"/>
      <w:marBottom w:val="0"/>
      <w:divBdr>
        <w:top w:val="none" w:sz="0" w:space="0" w:color="auto"/>
        <w:left w:val="none" w:sz="0" w:space="0" w:color="auto"/>
        <w:bottom w:val="none" w:sz="0" w:space="0" w:color="auto"/>
        <w:right w:val="none" w:sz="0" w:space="0" w:color="auto"/>
      </w:divBdr>
      <w:divsChild>
        <w:div w:id="5193152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0663606">
      <w:bodyDiv w:val="1"/>
      <w:marLeft w:val="0"/>
      <w:marRight w:val="0"/>
      <w:marTop w:val="0"/>
      <w:marBottom w:val="0"/>
      <w:divBdr>
        <w:top w:val="none" w:sz="0" w:space="0" w:color="auto"/>
        <w:left w:val="none" w:sz="0" w:space="0" w:color="auto"/>
        <w:bottom w:val="none" w:sz="0" w:space="0" w:color="auto"/>
        <w:right w:val="none" w:sz="0" w:space="0" w:color="auto"/>
      </w:divBdr>
    </w:div>
    <w:div w:id="2084839813">
      <w:bodyDiv w:val="1"/>
      <w:marLeft w:val="0"/>
      <w:marRight w:val="0"/>
      <w:marTop w:val="0"/>
      <w:marBottom w:val="0"/>
      <w:divBdr>
        <w:top w:val="none" w:sz="0" w:space="0" w:color="auto"/>
        <w:left w:val="none" w:sz="0" w:space="0" w:color="auto"/>
        <w:bottom w:val="none" w:sz="0" w:space="0" w:color="auto"/>
        <w:right w:val="none" w:sz="0" w:space="0" w:color="auto"/>
      </w:divBdr>
    </w:div>
    <w:div w:id="2102675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oogleTech\Downloads\ithraa_template_v3.dotx"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F2101-24AA-4FA0-A157-468130951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ithraa_template_v3.dotx</Template>
  <TotalTime>428</TotalTime>
  <Pages>89</Pages>
  <Words>18414</Words>
  <Characters>104966</Characters>
  <Application>Microsoft Office Word</Application>
  <DocSecurity>0</DocSecurity>
  <Lines>874</Lines>
  <Paragraphs>246</Paragraphs>
  <ScaleCrop>false</ScaleCrop>
  <HeadingPairs>
    <vt:vector size="2" baseType="variant">
      <vt:variant>
        <vt:lpstr>العنوان</vt:lpstr>
      </vt:variant>
      <vt:variant>
        <vt:i4>1</vt:i4>
      </vt:variant>
    </vt:vector>
  </HeadingPairs>
  <TitlesOfParts>
    <vt:vector size="1" baseType="lpstr">
      <vt:lpstr>قالب إثراء المتون للباحثين</vt:lpstr>
    </vt:vector>
  </TitlesOfParts>
  <Company/>
  <LinksUpToDate>false</LinksUpToDate>
  <CharactersWithSpaces>123134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قالب إثراء المتون للباحثين</dc:title>
  <dc:subject/>
  <dc:creator>Maher</dc:creator>
  <cp:keywords/>
  <dc:description/>
  <cp:lastModifiedBy>Maher</cp:lastModifiedBy>
  <cp:revision>25</cp:revision>
  <cp:lastPrinted>2026-07-11T19:55:00Z</cp:lastPrinted>
  <dcterms:created xsi:type="dcterms:W3CDTF">2026-03-15T19:35:00Z</dcterms:created>
  <dcterms:modified xsi:type="dcterms:W3CDTF">2026-07-11T19:56:00Z</dcterms:modified>
</cp:coreProperties>
</file>