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E9ADB" w14:textId="639427B5" w:rsidR="00DD4907" w:rsidRDefault="00DD4907" w:rsidP="00DD4907">
      <w:pPr>
        <w:spacing w:line="360" w:lineRule="auto"/>
        <w:jc w:val="right"/>
        <w:rPr>
          <w:b/>
          <w:rtl/>
        </w:rPr>
      </w:pPr>
      <w:r>
        <w:rPr>
          <w:rFonts w:hint="cs"/>
          <w:b/>
          <w:rtl/>
        </w:rPr>
        <w:t xml:space="preserve">جامعة </w:t>
      </w:r>
      <w:proofErr w:type="spellStart"/>
      <w:r>
        <w:rPr>
          <w:rFonts w:hint="cs"/>
          <w:b/>
          <w:rtl/>
        </w:rPr>
        <w:t>ميداوشن</w:t>
      </w:r>
      <w:proofErr w:type="spellEnd"/>
      <w:r>
        <w:rPr>
          <w:rFonts w:hint="cs"/>
          <w:b/>
          <w:rtl/>
        </w:rPr>
        <w:t xml:space="preserve"> </w:t>
      </w:r>
    </w:p>
    <w:p w14:paraId="13071283" w14:textId="3344AF5A" w:rsidR="00DD4907" w:rsidRDefault="00DD4907" w:rsidP="00DD4907">
      <w:pPr>
        <w:spacing w:line="360" w:lineRule="auto"/>
        <w:jc w:val="right"/>
        <w:rPr>
          <w:b/>
          <w:rtl/>
        </w:rPr>
      </w:pPr>
      <w:r>
        <w:rPr>
          <w:rFonts w:hint="cs"/>
          <w:b/>
          <w:rtl/>
        </w:rPr>
        <w:t xml:space="preserve">كلية الاعلام والتسويق </w:t>
      </w:r>
    </w:p>
    <w:p w14:paraId="6496D2EE" w14:textId="523D8DE9" w:rsidR="00DD4907" w:rsidRDefault="00DD4907" w:rsidP="00DD4907">
      <w:pPr>
        <w:spacing w:line="360" w:lineRule="auto"/>
        <w:jc w:val="right"/>
        <w:rPr>
          <w:rFonts w:hint="cs"/>
          <w:b/>
          <w:rtl/>
        </w:rPr>
      </w:pPr>
      <w:r>
        <w:rPr>
          <w:rFonts w:hint="cs"/>
          <w:b/>
          <w:rtl/>
        </w:rPr>
        <w:t xml:space="preserve">ماجستير التسويق الرقمي </w:t>
      </w:r>
    </w:p>
    <w:p w14:paraId="6FED45EC" w14:textId="77777777" w:rsidR="00DD4907" w:rsidRDefault="00DD4907">
      <w:pPr>
        <w:spacing w:line="360" w:lineRule="auto"/>
        <w:jc w:val="center"/>
        <w:rPr>
          <w:b/>
        </w:rPr>
      </w:pPr>
    </w:p>
    <w:p w14:paraId="30BBAB26" w14:textId="77777777" w:rsidR="00DD4907" w:rsidRDefault="00DD4907">
      <w:pPr>
        <w:spacing w:line="360" w:lineRule="auto"/>
        <w:jc w:val="center"/>
        <w:rPr>
          <w:b/>
        </w:rPr>
      </w:pPr>
    </w:p>
    <w:p w14:paraId="127C02E6" w14:textId="77777777" w:rsidR="00DD4907" w:rsidRDefault="00DD4907">
      <w:pPr>
        <w:spacing w:line="360" w:lineRule="auto"/>
        <w:jc w:val="center"/>
        <w:rPr>
          <w:b/>
        </w:rPr>
      </w:pPr>
    </w:p>
    <w:p w14:paraId="1E79F505" w14:textId="77777777" w:rsidR="00DD4907" w:rsidRDefault="00DD4907" w:rsidP="00DD4907">
      <w:pPr>
        <w:spacing w:line="360" w:lineRule="auto"/>
        <w:jc w:val="center"/>
        <w:rPr>
          <w:b/>
        </w:rPr>
      </w:pPr>
      <w:proofErr w:type="spellStart"/>
      <w:r>
        <w:rPr>
          <w:b/>
        </w:rPr>
        <w:t>أثر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الذكاء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الاصطناعي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على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سلوك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المستخدم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في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منصات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التواصل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الاجتماعي</w:t>
      </w:r>
      <w:proofErr w:type="spellEnd"/>
    </w:p>
    <w:p w14:paraId="03C283D7" w14:textId="77777777" w:rsidR="00DD4907" w:rsidRDefault="00DD4907" w:rsidP="00DD4907">
      <w:pPr>
        <w:spacing w:line="360" w:lineRule="auto"/>
        <w:jc w:val="center"/>
        <w:rPr>
          <w:b/>
        </w:rPr>
      </w:pPr>
    </w:p>
    <w:p w14:paraId="72336F60" w14:textId="77777777" w:rsidR="00DD4907" w:rsidRDefault="00DD4907" w:rsidP="00DD4907">
      <w:pPr>
        <w:spacing w:line="360" w:lineRule="auto"/>
        <w:jc w:val="center"/>
      </w:pPr>
    </w:p>
    <w:p w14:paraId="47B97E55" w14:textId="77777777" w:rsidR="00DD4907" w:rsidRDefault="00DD4907" w:rsidP="00DD4907">
      <w:pPr>
        <w:spacing w:line="360" w:lineRule="auto"/>
        <w:jc w:val="center"/>
        <w:rPr>
          <w:b/>
        </w:rPr>
      </w:pPr>
      <w:proofErr w:type="spellStart"/>
      <w:r>
        <w:rPr>
          <w:b/>
        </w:rPr>
        <w:t>رسالة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تخرج</w:t>
      </w:r>
      <w:proofErr w:type="spellEnd"/>
    </w:p>
    <w:p w14:paraId="0267B1BB" w14:textId="77777777" w:rsidR="00DD4907" w:rsidRDefault="00DD4907" w:rsidP="00DD4907">
      <w:pPr>
        <w:spacing w:line="360" w:lineRule="auto"/>
        <w:jc w:val="center"/>
      </w:pPr>
    </w:p>
    <w:p w14:paraId="32306197" w14:textId="2333D7EB" w:rsidR="00DD4907" w:rsidRPr="00DD4907" w:rsidRDefault="00DD4907" w:rsidP="00DD4907">
      <w:pPr>
        <w:spacing w:line="360" w:lineRule="auto"/>
        <w:jc w:val="center"/>
        <w:rPr>
          <w:sz w:val="32"/>
          <w:szCs w:val="24"/>
          <w:rtl/>
        </w:rPr>
      </w:pPr>
      <w:r w:rsidRPr="00DD4907">
        <w:rPr>
          <w:rFonts w:hint="cs"/>
          <w:sz w:val="32"/>
          <w:szCs w:val="24"/>
          <w:rtl/>
        </w:rPr>
        <w:t xml:space="preserve">اعداد </w:t>
      </w:r>
      <w:proofErr w:type="gramStart"/>
      <w:r w:rsidRPr="00DD4907">
        <w:rPr>
          <w:rFonts w:hint="cs"/>
          <w:sz w:val="32"/>
          <w:szCs w:val="24"/>
          <w:rtl/>
        </w:rPr>
        <w:t>الطالبة :</w:t>
      </w:r>
      <w:proofErr w:type="gramEnd"/>
    </w:p>
    <w:p w14:paraId="6F5AB27A" w14:textId="1ECB0160" w:rsidR="00DD4907" w:rsidRPr="00DD4907" w:rsidRDefault="00DD4907" w:rsidP="00DD4907">
      <w:pPr>
        <w:spacing w:line="360" w:lineRule="auto"/>
        <w:jc w:val="center"/>
        <w:rPr>
          <w:sz w:val="32"/>
          <w:szCs w:val="24"/>
          <w:rtl/>
        </w:rPr>
      </w:pPr>
      <w:r w:rsidRPr="00DD4907">
        <w:rPr>
          <w:rFonts w:hint="cs"/>
          <w:sz w:val="32"/>
          <w:szCs w:val="24"/>
          <w:rtl/>
        </w:rPr>
        <w:t>حنين رائد عابد</w:t>
      </w:r>
    </w:p>
    <w:p w14:paraId="4A60BB4D" w14:textId="048C87D1" w:rsidR="00DD4907" w:rsidRPr="00DD4907" w:rsidRDefault="00DD4907" w:rsidP="00DD4907">
      <w:pPr>
        <w:spacing w:line="360" w:lineRule="auto"/>
        <w:jc w:val="center"/>
        <w:rPr>
          <w:sz w:val="32"/>
          <w:szCs w:val="24"/>
          <w:rtl/>
        </w:rPr>
      </w:pPr>
      <w:r w:rsidRPr="00DD4907">
        <w:rPr>
          <w:rFonts w:hint="cs"/>
          <w:sz w:val="32"/>
          <w:szCs w:val="24"/>
          <w:rtl/>
        </w:rPr>
        <w:t xml:space="preserve">اشراف </w:t>
      </w:r>
      <w:proofErr w:type="gramStart"/>
      <w:r w:rsidRPr="00DD4907">
        <w:rPr>
          <w:rFonts w:hint="cs"/>
          <w:sz w:val="32"/>
          <w:szCs w:val="24"/>
          <w:rtl/>
        </w:rPr>
        <w:t>الدكتور :</w:t>
      </w:r>
      <w:proofErr w:type="gramEnd"/>
    </w:p>
    <w:p w14:paraId="0EF2C46B" w14:textId="21E1C87C" w:rsidR="00DD4907" w:rsidRPr="00DD4907" w:rsidRDefault="00DD4907" w:rsidP="00DD4907">
      <w:pPr>
        <w:spacing w:line="360" w:lineRule="auto"/>
        <w:jc w:val="center"/>
        <w:rPr>
          <w:sz w:val="32"/>
          <w:szCs w:val="24"/>
        </w:rPr>
      </w:pPr>
      <w:r w:rsidRPr="00DD4907">
        <w:rPr>
          <w:rFonts w:hint="cs"/>
          <w:sz w:val="32"/>
          <w:szCs w:val="24"/>
          <w:rtl/>
        </w:rPr>
        <w:t xml:space="preserve">محمد عويس </w:t>
      </w:r>
    </w:p>
    <w:p w14:paraId="228877E4" w14:textId="77777777" w:rsidR="00DD4907" w:rsidRPr="00DD4907" w:rsidRDefault="00DD4907" w:rsidP="00DD4907">
      <w:pPr>
        <w:spacing w:line="360" w:lineRule="auto"/>
        <w:jc w:val="center"/>
        <w:rPr>
          <w:sz w:val="32"/>
          <w:szCs w:val="24"/>
          <w:rtl/>
        </w:rPr>
      </w:pPr>
    </w:p>
    <w:p w14:paraId="16AED007" w14:textId="329AC72A" w:rsidR="00DD4907" w:rsidRDefault="00DD4907" w:rsidP="00DD4907">
      <w:pPr>
        <w:spacing w:line="360" w:lineRule="auto"/>
        <w:jc w:val="center"/>
        <w:rPr>
          <w:rFonts w:hint="cs"/>
          <w:rtl/>
        </w:rPr>
      </w:pPr>
      <w:r>
        <w:rPr>
          <w:rFonts w:hint="cs"/>
          <w:rtl/>
        </w:rPr>
        <w:t>2026</w:t>
      </w:r>
    </w:p>
    <w:p w14:paraId="051CA81D" w14:textId="24F7AD2A" w:rsidR="00DD4907" w:rsidRDefault="00DD4907" w:rsidP="00DD4907">
      <w:pPr>
        <w:spacing w:line="360" w:lineRule="auto"/>
        <w:jc w:val="center"/>
      </w:pPr>
    </w:p>
    <w:p w14:paraId="0BD46549" w14:textId="77777777" w:rsidR="00DD4907" w:rsidRDefault="00DD4907">
      <w:pPr>
        <w:spacing w:line="360" w:lineRule="auto"/>
        <w:jc w:val="center"/>
        <w:rPr>
          <w:b/>
        </w:rPr>
      </w:pPr>
    </w:p>
    <w:p w14:paraId="6AEA6E4D" w14:textId="77777777" w:rsidR="00DD4907" w:rsidRDefault="00DD4907">
      <w:pPr>
        <w:spacing w:line="360" w:lineRule="auto"/>
        <w:jc w:val="center"/>
        <w:rPr>
          <w:b/>
        </w:rPr>
      </w:pPr>
    </w:p>
    <w:p w14:paraId="2F278B71" w14:textId="77777777" w:rsidR="00DD4907" w:rsidRDefault="00DD4907">
      <w:pPr>
        <w:spacing w:line="360" w:lineRule="auto"/>
        <w:jc w:val="center"/>
        <w:rPr>
          <w:b/>
        </w:rPr>
      </w:pPr>
    </w:p>
    <w:p w14:paraId="495995AB" w14:textId="77777777" w:rsidR="00DD4907" w:rsidRDefault="00DD4907">
      <w:pPr>
        <w:spacing w:line="360" w:lineRule="auto"/>
        <w:jc w:val="center"/>
        <w:rPr>
          <w:b/>
        </w:rPr>
      </w:pPr>
    </w:p>
    <w:p w14:paraId="1569EAAB" w14:textId="77777777" w:rsidR="00DD4907" w:rsidRDefault="00DD4907">
      <w:pPr>
        <w:spacing w:line="360" w:lineRule="auto"/>
        <w:jc w:val="center"/>
        <w:rPr>
          <w:b/>
        </w:rPr>
      </w:pPr>
    </w:p>
    <w:p w14:paraId="429FA57C" w14:textId="77777777" w:rsidR="00DD4907" w:rsidRDefault="00DD4907">
      <w:pPr>
        <w:spacing w:line="360" w:lineRule="auto"/>
        <w:jc w:val="center"/>
        <w:rPr>
          <w:b/>
        </w:rPr>
      </w:pPr>
    </w:p>
    <w:p w14:paraId="65AA498F" w14:textId="77777777" w:rsidR="00DD4907" w:rsidRDefault="00DD4907">
      <w:pPr>
        <w:spacing w:line="360" w:lineRule="auto"/>
        <w:jc w:val="center"/>
        <w:rPr>
          <w:b/>
        </w:rPr>
      </w:pPr>
    </w:p>
    <w:p w14:paraId="1261B4C0" w14:textId="77777777" w:rsidR="00DD4907" w:rsidRDefault="00DD4907">
      <w:pPr>
        <w:spacing w:line="360" w:lineRule="auto"/>
        <w:jc w:val="center"/>
        <w:rPr>
          <w:b/>
        </w:rPr>
      </w:pPr>
    </w:p>
    <w:p w14:paraId="7E2F864F" w14:textId="77777777" w:rsidR="00DD4907" w:rsidRDefault="00DD4907">
      <w:pPr>
        <w:spacing w:line="360" w:lineRule="auto"/>
        <w:jc w:val="center"/>
        <w:rPr>
          <w:b/>
        </w:rPr>
      </w:pPr>
    </w:p>
    <w:p w14:paraId="43350653" w14:textId="77777777" w:rsidR="00DD4907" w:rsidRDefault="00DD4907">
      <w:pPr>
        <w:spacing w:line="360" w:lineRule="auto"/>
        <w:jc w:val="center"/>
        <w:rPr>
          <w:b/>
        </w:rPr>
      </w:pPr>
    </w:p>
    <w:p w14:paraId="180BCE0D" w14:textId="77777777" w:rsidR="00DD4907" w:rsidRDefault="00DD4907">
      <w:pPr>
        <w:spacing w:line="360" w:lineRule="auto"/>
        <w:jc w:val="center"/>
        <w:rPr>
          <w:b/>
        </w:rPr>
      </w:pPr>
    </w:p>
    <w:p w14:paraId="6714DA4F" w14:textId="77777777" w:rsidR="00DD4907" w:rsidRDefault="00DD4907">
      <w:pPr>
        <w:spacing w:line="360" w:lineRule="auto"/>
        <w:jc w:val="center"/>
        <w:rPr>
          <w:b/>
        </w:rPr>
      </w:pPr>
    </w:p>
    <w:p w14:paraId="35FDF063" w14:textId="254562A6" w:rsidR="00D457B9" w:rsidRPr="00DD4907" w:rsidRDefault="008A53E0" w:rsidP="00DD4907">
      <w:pPr>
        <w:spacing w:line="360" w:lineRule="auto"/>
        <w:jc w:val="center"/>
        <w:rPr>
          <w:rFonts w:ascii="Andalus" w:hAnsi="Andalus" w:cs="Andalus"/>
          <w:sz w:val="72"/>
          <w:szCs w:val="52"/>
        </w:rPr>
      </w:pPr>
      <w:proofErr w:type="spellStart"/>
      <w:r w:rsidRPr="00DD4907">
        <w:rPr>
          <w:rFonts w:ascii="Andalus" w:hAnsi="Andalus" w:cs="Andalus"/>
          <w:b/>
          <w:sz w:val="72"/>
          <w:szCs w:val="52"/>
        </w:rPr>
        <w:t>بسم</w:t>
      </w:r>
      <w:proofErr w:type="spellEnd"/>
      <w:r w:rsidRPr="00DD4907">
        <w:rPr>
          <w:rFonts w:ascii="Andalus" w:hAnsi="Andalus" w:cs="Andalus"/>
          <w:b/>
          <w:sz w:val="72"/>
          <w:szCs w:val="52"/>
        </w:rPr>
        <w:t xml:space="preserve"> </w:t>
      </w:r>
      <w:proofErr w:type="spellStart"/>
      <w:r w:rsidRPr="00DD4907">
        <w:rPr>
          <w:rFonts w:ascii="Andalus" w:hAnsi="Andalus" w:cs="Andalus"/>
          <w:b/>
          <w:sz w:val="72"/>
          <w:szCs w:val="52"/>
        </w:rPr>
        <w:t>الله</w:t>
      </w:r>
      <w:proofErr w:type="spellEnd"/>
      <w:r w:rsidRPr="00DD4907">
        <w:rPr>
          <w:rFonts w:ascii="Andalus" w:hAnsi="Andalus" w:cs="Andalus"/>
          <w:b/>
          <w:sz w:val="72"/>
          <w:szCs w:val="52"/>
        </w:rPr>
        <w:t xml:space="preserve"> </w:t>
      </w:r>
      <w:proofErr w:type="spellStart"/>
      <w:r w:rsidRPr="00DD4907">
        <w:rPr>
          <w:rFonts w:ascii="Andalus" w:hAnsi="Andalus" w:cs="Andalus"/>
          <w:b/>
          <w:sz w:val="72"/>
          <w:szCs w:val="52"/>
        </w:rPr>
        <w:t>الرحمن</w:t>
      </w:r>
      <w:proofErr w:type="spellEnd"/>
      <w:r w:rsidRPr="00DD4907">
        <w:rPr>
          <w:rFonts w:ascii="Andalus" w:hAnsi="Andalus" w:cs="Andalus"/>
          <w:b/>
          <w:sz w:val="72"/>
          <w:szCs w:val="52"/>
        </w:rPr>
        <w:t xml:space="preserve"> </w:t>
      </w:r>
      <w:proofErr w:type="spellStart"/>
      <w:r w:rsidRPr="00DD4907">
        <w:rPr>
          <w:rFonts w:ascii="Andalus" w:hAnsi="Andalus" w:cs="Andalus"/>
          <w:b/>
          <w:sz w:val="72"/>
          <w:szCs w:val="52"/>
        </w:rPr>
        <w:t>الرحيم</w:t>
      </w:r>
      <w:proofErr w:type="spellEnd"/>
    </w:p>
    <w:p w14:paraId="757CEFAB" w14:textId="77777777" w:rsidR="00D457B9" w:rsidRDefault="008A53E0">
      <w:r>
        <w:br w:type="page"/>
      </w:r>
    </w:p>
    <w:p w14:paraId="55035799" w14:textId="77777777" w:rsidR="00D457B9" w:rsidRDefault="008A53E0">
      <w:pPr>
        <w:spacing w:line="360" w:lineRule="auto"/>
        <w:jc w:val="center"/>
        <w:rPr>
          <w:rFonts w:ascii="Andalus" w:hAnsi="Andalus" w:cs="Andalus"/>
          <w:b/>
          <w:sz w:val="56"/>
          <w:szCs w:val="48"/>
        </w:rPr>
      </w:pPr>
      <w:proofErr w:type="spellStart"/>
      <w:r w:rsidRPr="00DD4907">
        <w:rPr>
          <w:rFonts w:ascii="Andalus" w:hAnsi="Andalus" w:cs="Andalus"/>
          <w:b/>
          <w:sz w:val="56"/>
          <w:szCs w:val="48"/>
        </w:rPr>
        <w:lastRenderedPageBreak/>
        <w:t>إهداء</w:t>
      </w:r>
      <w:proofErr w:type="spellEnd"/>
    </w:p>
    <w:p w14:paraId="265C4675" w14:textId="77777777" w:rsidR="004A466B" w:rsidRDefault="004A466B">
      <w:pPr>
        <w:spacing w:line="360" w:lineRule="auto"/>
        <w:jc w:val="center"/>
        <w:rPr>
          <w:rFonts w:ascii="Andalus" w:hAnsi="Andalus" w:cs="Andalus"/>
          <w:b/>
          <w:sz w:val="56"/>
          <w:szCs w:val="48"/>
        </w:rPr>
      </w:pPr>
    </w:p>
    <w:p w14:paraId="2ED4A2EE" w14:textId="2E7B5A1B" w:rsidR="004A466B" w:rsidRDefault="00DD4907" w:rsidP="004A466B">
      <w:pPr>
        <w:spacing w:line="360" w:lineRule="auto"/>
        <w:jc w:val="center"/>
        <w:rPr>
          <w:sz w:val="40"/>
          <w:szCs w:val="32"/>
        </w:rPr>
      </w:pPr>
      <w:r w:rsidRPr="004A466B">
        <w:rPr>
          <w:rFonts w:hint="cs"/>
          <w:sz w:val="40"/>
          <w:szCs w:val="32"/>
          <w:rtl/>
        </w:rPr>
        <w:t>اهدي هذا العمل المتواضع راجيه النجاح فيه لنفسي</w:t>
      </w:r>
    </w:p>
    <w:p w14:paraId="334B0957" w14:textId="77777777" w:rsidR="004A466B" w:rsidRPr="004A466B" w:rsidRDefault="004A466B" w:rsidP="004A466B">
      <w:pPr>
        <w:spacing w:line="360" w:lineRule="auto"/>
        <w:jc w:val="center"/>
        <w:rPr>
          <w:sz w:val="40"/>
          <w:szCs w:val="32"/>
        </w:rPr>
      </w:pPr>
    </w:p>
    <w:p w14:paraId="52663808" w14:textId="56482E95" w:rsidR="00DD4907" w:rsidRPr="004A466B" w:rsidRDefault="00DD4907" w:rsidP="004A466B">
      <w:pPr>
        <w:spacing w:line="360" w:lineRule="auto"/>
        <w:jc w:val="center"/>
        <w:rPr>
          <w:sz w:val="40"/>
          <w:szCs w:val="32"/>
          <w:rtl/>
        </w:rPr>
      </w:pPr>
      <w:r w:rsidRPr="004A466B">
        <w:rPr>
          <w:rFonts w:hint="cs"/>
          <w:sz w:val="40"/>
          <w:szCs w:val="32"/>
          <w:rtl/>
        </w:rPr>
        <w:t xml:space="preserve">على صبري واجتهادي في </w:t>
      </w:r>
      <w:proofErr w:type="gramStart"/>
      <w:r w:rsidRPr="004A466B">
        <w:rPr>
          <w:rFonts w:hint="cs"/>
          <w:sz w:val="40"/>
          <w:szCs w:val="32"/>
          <w:rtl/>
        </w:rPr>
        <w:t>الحياه</w:t>
      </w:r>
      <w:proofErr w:type="gramEnd"/>
    </w:p>
    <w:p w14:paraId="1FB5D23C" w14:textId="2A2FF1FB" w:rsidR="00DD4907" w:rsidRPr="004A466B" w:rsidRDefault="00DD4907" w:rsidP="004A466B">
      <w:pPr>
        <w:spacing w:line="360" w:lineRule="auto"/>
        <w:jc w:val="center"/>
        <w:rPr>
          <w:sz w:val="40"/>
          <w:szCs w:val="32"/>
          <w:rtl/>
        </w:rPr>
      </w:pPr>
      <w:r w:rsidRPr="004A466B">
        <w:rPr>
          <w:rFonts w:hint="cs"/>
          <w:sz w:val="40"/>
          <w:szCs w:val="32"/>
          <w:rtl/>
        </w:rPr>
        <w:t xml:space="preserve">رغم كل الصعوبات ولله الحمد أكملت دراستي </w:t>
      </w:r>
      <w:r w:rsidR="004A466B" w:rsidRPr="004A466B">
        <w:rPr>
          <w:rFonts w:hint="cs"/>
          <w:sz w:val="40"/>
          <w:szCs w:val="32"/>
          <w:rtl/>
        </w:rPr>
        <w:t xml:space="preserve">ظل </w:t>
      </w:r>
      <w:proofErr w:type="gramStart"/>
      <w:r w:rsidR="004A466B" w:rsidRPr="004A466B">
        <w:rPr>
          <w:rFonts w:hint="cs"/>
          <w:sz w:val="40"/>
          <w:szCs w:val="32"/>
          <w:rtl/>
        </w:rPr>
        <w:t>اصعب</w:t>
      </w:r>
      <w:proofErr w:type="gramEnd"/>
      <w:r w:rsidR="004A466B" w:rsidRPr="004A466B">
        <w:rPr>
          <w:rFonts w:hint="cs"/>
          <w:sz w:val="40"/>
          <w:szCs w:val="32"/>
          <w:rtl/>
        </w:rPr>
        <w:t xml:space="preserve"> الظروف</w:t>
      </w:r>
    </w:p>
    <w:p w14:paraId="34A4EAA7" w14:textId="0C62FA96" w:rsidR="004A466B" w:rsidRPr="004A466B" w:rsidRDefault="004A466B" w:rsidP="004A466B">
      <w:pPr>
        <w:spacing w:line="360" w:lineRule="auto"/>
        <w:jc w:val="center"/>
        <w:rPr>
          <w:sz w:val="40"/>
          <w:szCs w:val="32"/>
          <w:rtl/>
        </w:rPr>
      </w:pPr>
      <w:r w:rsidRPr="004A466B">
        <w:rPr>
          <w:rFonts w:hint="cs"/>
          <w:sz w:val="40"/>
          <w:szCs w:val="32"/>
          <w:rtl/>
        </w:rPr>
        <w:t xml:space="preserve">اشكر جامعتنا </w:t>
      </w:r>
      <w:proofErr w:type="spellStart"/>
      <w:r w:rsidRPr="004A466B">
        <w:rPr>
          <w:rFonts w:hint="cs"/>
          <w:sz w:val="40"/>
          <w:szCs w:val="32"/>
          <w:rtl/>
        </w:rPr>
        <w:t>الغاليه</w:t>
      </w:r>
      <w:proofErr w:type="spellEnd"/>
      <w:r w:rsidRPr="004A466B">
        <w:rPr>
          <w:rFonts w:hint="cs"/>
          <w:sz w:val="40"/>
          <w:szCs w:val="32"/>
          <w:rtl/>
        </w:rPr>
        <w:t xml:space="preserve"> لكل </w:t>
      </w:r>
      <w:proofErr w:type="spellStart"/>
      <w:r w:rsidRPr="004A466B">
        <w:rPr>
          <w:rFonts w:hint="cs"/>
          <w:sz w:val="40"/>
          <w:szCs w:val="32"/>
          <w:rtl/>
        </w:rPr>
        <w:t>ماقدموه</w:t>
      </w:r>
      <w:proofErr w:type="spellEnd"/>
    </w:p>
    <w:p w14:paraId="6E53610D" w14:textId="4C33FC25" w:rsidR="004A466B" w:rsidRPr="004A466B" w:rsidRDefault="004A466B" w:rsidP="004A466B">
      <w:pPr>
        <w:spacing w:line="360" w:lineRule="auto"/>
        <w:jc w:val="center"/>
        <w:rPr>
          <w:sz w:val="40"/>
          <w:szCs w:val="32"/>
          <w:rtl/>
        </w:rPr>
      </w:pPr>
      <w:r w:rsidRPr="004A466B">
        <w:rPr>
          <w:rFonts w:hint="cs"/>
          <w:sz w:val="40"/>
          <w:szCs w:val="32"/>
          <w:rtl/>
        </w:rPr>
        <w:t>وأتمنى لكل طال او طالبه الاستمرار في التعلم والتطوير وعدم التوقف</w:t>
      </w:r>
    </w:p>
    <w:p w14:paraId="0F280F21" w14:textId="015D055E" w:rsidR="004A466B" w:rsidRPr="004A466B" w:rsidRDefault="004A466B" w:rsidP="004A466B">
      <w:pPr>
        <w:spacing w:line="360" w:lineRule="auto"/>
        <w:jc w:val="center"/>
        <w:rPr>
          <w:sz w:val="40"/>
          <w:szCs w:val="32"/>
          <w:rtl/>
        </w:rPr>
      </w:pPr>
      <w:r w:rsidRPr="004A466B">
        <w:rPr>
          <w:rFonts w:hint="cs"/>
          <w:sz w:val="40"/>
          <w:szCs w:val="32"/>
          <w:rtl/>
        </w:rPr>
        <w:t>لا يوجد أي عذر للتوقف</w:t>
      </w:r>
    </w:p>
    <w:p w14:paraId="6ACA7621" w14:textId="041B4683" w:rsidR="004A466B" w:rsidRPr="004A466B" w:rsidRDefault="004A466B" w:rsidP="004A466B">
      <w:pPr>
        <w:spacing w:line="360" w:lineRule="auto"/>
        <w:jc w:val="center"/>
        <w:rPr>
          <w:rFonts w:hint="cs"/>
          <w:sz w:val="40"/>
          <w:szCs w:val="32"/>
          <w:rtl/>
        </w:rPr>
      </w:pPr>
      <w:proofErr w:type="gramStart"/>
      <w:r w:rsidRPr="004A466B">
        <w:rPr>
          <w:rFonts w:hint="cs"/>
          <w:sz w:val="40"/>
          <w:szCs w:val="32"/>
          <w:rtl/>
        </w:rPr>
        <w:t>اقدم</w:t>
      </w:r>
      <w:proofErr w:type="gramEnd"/>
      <w:r w:rsidRPr="004A466B">
        <w:rPr>
          <w:rFonts w:hint="cs"/>
          <w:sz w:val="40"/>
          <w:szCs w:val="32"/>
          <w:rtl/>
        </w:rPr>
        <w:t xml:space="preserve"> لكم رسالة التخرج اثناء عملي الشاق أتمنى </w:t>
      </w:r>
      <w:proofErr w:type="gramStart"/>
      <w:r w:rsidRPr="004A466B">
        <w:rPr>
          <w:rFonts w:hint="cs"/>
          <w:sz w:val="40"/>
          <w:szCs w:val="32"/>
          <w:rtl/>
        </w:rPr>
        <w:t>قبوله .</w:t>
      </w:r>
      <w:proofErr w:type="gramEnd"/>
    </w:p>
    <w:p w14:paraId="0FB26F87" w14:textId="77777777" w:rsidR="00DD4907" w:rsidRDefault="00DD4907" w:rsidP="00DD4907">
      <w:pPr>
        <w:spacing w:line="360" w:lineRule="auto"/>
        <w:jc w:val="both"/>
        <w:rPr>
          <w:rtl/>
        </w:rPr>
      </w:pPr>
    </w:p>
    <w:p w14:paraId="7C4478BF" w14:textId="3D07AFC0" w:rsidR="00D457B9" w:rsidRDefault="008A53E0" w:rsidP="004A466B">
      <w:pPr>
        <w:spacing w:line="360" w:lineRule="auto"/>
        <w:jc w:val="center"/>
      </w:pPr>
      <w:proofErr w:type="spellStart"/>
      <w:r>
        <w:t>راجيةً</w:t>
      </w:r>
      <w:proofErr w:type="spellEnd"/>
      <w:r>
        <w:t xml:space="preserve"> </w:t>
      </w:r>
      <w:proofErr w:type="spellStart"/>
      <w:r>
        <w:t>أن</w:t>
      </w:r>
      <w:proofErr w:type="spellEnd"/>
      <w:r>
        <w:t xml:space="preserve"> </w:t>
      </w:r>
      <w:proofErr w:type="spellStart"/>
      <w:r>
        <w:t>يكون</w:t>
      </w:r>
      <w:proofErr w:type="spellEnd"/>
      <w:r>
        <w:t xml:space="preserve"> </w:t>
      </w:r>
      <w:proofErr w:type="spellStart"/>
      <w:r>
        <w:t>ثمرةً</w:t>
      </w:r>
      <w:proofErr w:type="spellEnd"/>
      <w:r>
        <w:t xml:space="preserve"> </w:t>
      </w:r>
      <w:proofErr w:type="spellStart"/>
      <w:r>
        <w:t>طيبةً</w:t>
      </w:r>
      <w:proofErr w:type="spellEnd"/>
      <w:r>
        <w:t xml:space="preserve"> </w:t>
      </w:r>
      <w:proofErr w:type="spellStart"/>
      <w:r>
        <w:t>لما</w:t>
      </w:r>
      <w:proofErr w:type="spellEnd"/>
      <w:r>
        <w:t xml:space="preserve"> </w:t>
      </w:r>
      <w:proofErr w:type="spellStart"/>
      <w:r>
        <w:t>بذلته</w:t>
      </w:r>
      <w:proofErr w:type="spellEnd"/>
      <w:r>
        <w:t xml:space="preserve"> </w:t>
      </w:r>
      <w:proofErr w:type="spellStart"/>
      <w:r>
        <w:t>من</w:t>
      </w:r>
      <w:proofErr w:type="spellEnd"/>
      <w:r>
        <w:t xml:space="preserve"> </w:t>
      </w:r>
      <w:proofErr w:type="spellStart"/>
      <w:r>
        <w:t>جهد</w:t>
      </w:r>
      <w:proofErr w:type="spellEnd"/>
      <w:r>
        <w:t xml:space="preserve"> </w:t>
      </w:r>
      <w:proofErr w:type="spellStart"/>
      <w:r>
        <w:t>وعلم</w:t>
      </w:r>
      <w:proofErr w:type="spellEnd"/>
    </w:p>
    <w:p w14:paraId="4DCA2B87" w14:textId="77777777" w:rsidR="004A466B" w:rsidRDefault="004A466B" w:rsidP="004A466B">
      <w:pPr>
        <w:spacing w:line="360" w:lineRule="auto"/>
        <w:jc w:val="center"/>
      </w:pPr>
    </w:p>
    <w:p w14:paraId="4C4098C5" w14:textId="77777777" w:rsidR="004A466B" w:rsidRDefault="004A466B" w:rsidP="004A466B">
      <w:pPr>
        <w:spacing w:line="360" w:lineRule="auto"/>
        <w:jc w:val="center"/>
      </w:pPr>
    </w:p>
    <w:p w14:paraId="3AEBFE0F" w14:textId="77777777" w:rsidR="004A466B" w:rsidRDefault="004A466B" w:rsidP="004A466B">
      <w:pPr>
        <w:spacing w:line="360" w:lineRule="auto"/>
        <w:jc w:val="center"/>
      </w:pPr>
    </w:p>
    <w:p w14:paraId="29491787" w14:textId="77777777" w:rsidR="004A466B" w:rsidRDefault="004A466B" w:rsidP="004A466B">
      <w:pPr>
        <w:spacing w:line="360" w:lineRule="auto"/>
        <w:jc w:val="center"/>
      </w:pPr>
    </w:p>
    <w:p w14:paraId="65BA631A" w14:textId="77777777" w:rsidR="004A466B" w:rsidRDefault="004A466B" w:rsidP="004A466B">
      <w:pPr>
        <w:spacing w:line="360" w:lineRule="auto"/>
        <w:jc w:val="center"/>
      </w:pPr>
    </w:p>
    <w:p w14:paraId="69D9345D" w14:textId="77777777" w:rsidR="00D457B9" w:rsidRDefault="008A53E0">
      <w:pPr>
        <w:spacing w:line="360" w:lineRule="auto"/>
        <w:jc w:val="center"/>
        <w:rPr>
          <w:rFonts w:ascii="Andalus" w:hAnsi="Andalus" w:cs="Andalus"/>
          <w:b/>
          <w:sz w:val="72"/>
          <w:szCs w:val="52"/>
        </w:rPr>
      </w:pPr>
      <w:proofErr w:type="spellStart"/>
      <w:r w:rsidRPr="004A466B">
        <w:rPr>
          <w:rFonts w:ascii="Andalus" w:hAnsi="Andalus" w:cs="Andalus"/>
          <w:b/>
          <w:sz w:val="72"/>
          <w:szCs w:val="52"/>
        </w:rPr>
        <w:t>شكر</w:t>
      </w:r>
      <w:proofErr w:type="spellEnd"/>
      <w:r w:rsidRPr="004A466B">
        <w:rPr>
          <w:rFonts w:ascii="Andalus" w:hAnsi="Andalus" w:cs="Andalus"/>
          <w:b/>
          <w:sz w:val="72"/>
          <w:szCs w:val="52"/>
        </w:rPr>
        <w:t xml:space="preserve"> </w:t>
      </w:r>
      <w:proofErr w:type="spellStart"/>
      <w:r w:rsidRPr="004A466B">
        <w:rPr>
          <w:rFonts w:ascii="Andalus" w:hAnsi="Andalus" w:cs="Andalus"/>
          <w:b/>
          <w:sz w:val="72"/>
          <w:szCs w:val="52"/>
        </w:rPr>
        <w:t>وتقدير</w:t>
      </w:r>
      <w:proofErr w:type="spellEnd"/>
    </w:p>
    <w:p w14:paraId="1C0F789C" w14:textId="77777777" w:rsidR="004A466B" w:rsidRDefault="004A466B">
      <w:pPr>
        <w:spacing w:line="360" w:lineRule="auto"/>
        <w:jc w:val="center"/>
        <w:rPr>
          <w:rFonts w:ascii="Andalus" w:hAnsi="Andalus" w:cs="Andalus"/>
          <w:b/>
          <w:sz w:val="72"/>
          <w:szCs w:val="52"/>
        </w:rPr>
      </w:pPr>
    </w:p>
    <w:p w14:paraId="523B6D6D" w14:textId="77777777" w:rsidR="004A466B" w:rsidRPr="004A466B" w:rsidRDefault="004A466B" w:rsidP="004A466B">
      <w:pPr>
        <w:spacing w:line="360" w:lineRule="auto"/>
        <w:jc w:val="center"/>
        <w:rPr>
          <w:rFonts w:ascii="Andalus" w:hAnsi="Andalus" w:cs="Andalus"/>
          <w:sz w:val="72"/>
          <w:szCs w:val="52"/>
        </w:rPr>
      </w:pPr>
    </w:p>
    <w:p w14:paraId="0F3786D1" w14:textId="77777777" w:rsidR="004A466B" w:rsidRDefault="008A53E0" w:rsidP="004A466B">
      <w:pPr>
        <w:spacing w:line="360" w:lineRule="auto"/>
        <w:jc w:val="center"/>
      </w:pPr>
      <w:r>
        <w:t>أتقدم</w:t>
      </w:r>
      <w:r>
        <w:t xml:space="preserve"> </w:t>
      </w:r>
      <w:r>
        <w:t>بخالص</w:t>
      </w:r>
      <w:r>
        <w:t xml:space="preserve"> </w:t>
      </w:r>
      <w:r>
        <w:t>الشكر</w:t>
      </w:r>
      <w:r>
        <w:t xml:space="preserve"> </w:t>
      </w:r>
      <w:r>
        <w:t>والتقدير</w:t>
      </w:r>
      <w:r>
        <w:t xml:space="preserve"> </w:t>
      </w:r>
      <w:r>
        <w:t>لكل</w:t>
      </w:r>
      <w:r>
        <w:t xml:space="preserve"> </w:t>
      </w:r>
      <w:r>
        <w:t>من</w:t>
      </w:r>
      <w:r>
        <w:t xml:space="preserve"> </w:t>
      </w:r>
      <w:r>
        <w:t>ساهم</w:t>
      </w:r>
      <w:r>
        <w:t xml:space="preserve"> </w:t>
      </w:r>
      <w:r>
        <w:t>في</w:t>
      </w:r>
      <w:r>
        <w:t xml:space="preserve"> </w:t>
      </w:r>
      <w:r>
        <w:t>دعمي</w:t>
      </w:r>
      <w:r>
        <w:t xml:space="preserve"> </w:t>
      </w:r>
      <w:r>
        <w:t>وإرشادي</w:t>
      </w:r>
      <w:r>
        <w:t xml:space="preserve"> </w:t>
      </w:r>
      <w:r>
        <w:t>خلال</w:t>
      </w:r>
      <w:r>
        <w:t xml:space="preserve"> </w:t>
      </w:r>
      <w:r>
        <w:t>إعداد</w:t>
      </w:r>
      <w:r>
        <w:t xml:space="preserve"> </w:t>
      </w:r>
      <w:r>
        <w:t>هذه</w:t>
      </w:r>
      <w:r>
        <w:t xml:space="preserve"> </w:t>
      </w:r>
      <w:r>
        <w:t>الدراسة،</w:t>
      </w:r>
      <w:r>
        <w:t xml:space="preserve"> </w:t>
      </w:r>
      <w:r>
        <w:t>ولكل</w:t>
      </w:r>
      <w:r>
        <w:t xml:space="preserve"> </w:t>
      </w:r>
      <w:r>
        <w:t>من</w:t>
      </w:r>
      <w:r>
        <w:t xml:space="preserve"> </w:t>
      </w:r>
      <w:r>
        <w:t>قدم</w:t>
      </w:r>
      <w:r>
        <w:t xml:space="preserve"> </w:t>
      </w:r>
      <w:r>
        <w:t>لي</w:t>
      </w:r>
      <w:r>
        <w:t xml:space="preserve"> </w:t>
      </w:r>
      <w:r>
        <w:t>توجيهًا</w:t>
      </w:r>
      <w:r>
        <w:t xml:space="preserve"> </w:t>
      </w:r>
      <w:r>
        <w:t>أو</w:t>
      </w:r>
      <w:r>
        <w:t xml:space="preserve"> </w:t>
      </w:r>
      <w:proofErr w:type="spellStart"/>
      <w:r>
        <w:t>مساعدة</w:t>
      </w:r>
      <w:proofErr w:type="spellEnd"/>
      <w:r>
        <w:t xml:space="preserve"> </w:t>
      </w:r>
      <w:proofErr w:type="spellStart"/>
      <w:r>
        <w:t>أسهمت</w:t>
      </w:r>
      <w:proofErr w:type="spellEnd"/>
      <w:r>
        <w:t xml:space="preserve"> </w:t>
      </w:r>
      <w:proofErr w:type="spellStart"/>
      <w:r>
        <w:t>في</w:t>
      </w:r>
      <w:proofErr w:type="spellEnd"/>
      <w:r>
        <w:t xml:space="preserve"> </w:t>
      </w:r>
      <w:proofErr w:type="spellStart"/>
      <w:r>
        <w:t>إنجازها</w:t>
      </w:r>
      <w:proofErr w:type="spellEnd"/>
    </w:p>
    <w:p w14:paraId="6DFC60F9" w14:textId="77777777" w:rsidR="004A466B" w:rsidRDefault="004A466B" w:rsidP="004A466B">
      <w:pPr>
        <w:spacing w:line="360" w:lineRule="auto"/>
        <w:jc w:val="center"/>
      </w:pPr>
    </w:p>
    <w:p w14:paraId="42CA6FC4" w14:textId="77777777" w:rsidR="004A466B" w:rsidRDefault="004A466B" w:rsidP="004A466B">
      <w:pPr>
        <w:spacing w:line="360" w:lineRule="auto"/>
        <w:jc w:val="center"/>
      </w:pPr>
    </w:p>
    <w:p w14:paraId="715B0F36" w14:textId="77777777" w:rsidR="004A466B" w:rsidRDefault="004A466B" w:rsidP="004A466B">
      <w:pPr>
        <w:spacing w:line="360" w:lineRule="auto"/>
        <w:jc w:val="center"/>
      </w:pPr>
    </w:p>
    <w:p w14:paraId="7E13B491" w14:textId="77777777" w:rsidR="004A466B" w:rsidRDefault="004A466B" w:rsidP="004A466B">
      <w:pPr>
        <w:spacing w:line="360" w:lineRule="auto"/>
        <w:jc w:val="center"/>
      </w:pPr>
    </w:p>
    <w:p w14:paraId="7542BE35" w14:textId="77777777" w:rsidR="004A466B" w:rsidRDefault="004A466B" w:rsidP="004A466B">
      <w:pPr>
        <w:spacing w:line="360" w:lineRule="auto"/>
        <w:jc w:val="center"/>
      </w:pPr>
    </w:p>
    <w:p w14:paraId="2575491D" w14:textId="77777777" w:rsidR="004A466B" w:rsidRDefault="004A466B" w:rsidP="004A466B">
      <w:pPr>
        <w:spacing w:line="360" w:lineRule="auto"/>
        <w:jc w:val="center"/>
      </w:pPr>
    </w:p>
    <w:p w14:paraId="73885DA4" w14:textId="77777777" w:rsidR="004A466B" w:rsidRDefault="004A466B" w:rsidP="004A466B">
      <w:pPr>
        <w:spacing w:line="360" w:lineRule="auto"/>
        <w:jc w:val="center"/>
      </w:pPr>
    </w:p>
    <w:p w14:paraId="4F9FAA5F" w14:textId="77777777" w:rsidR="004A466B" w:rsidRDefault="004A466B" w:rsidP="004A466B">
      <w:pPr>
        <w:spacing w:line="360" w:lineRule="auto"/>
        <w:jc w:val="center"/>
      </w:pPr>
    </w:p>
    <w:p w14:paraId="37BFBC14" w14:textId="77777777" w:rsidR="004A466B" w:rsidRDefault="004A466B" w:rsidP="004A466B">
      <w:pPr>
        <w:spacing w:line="360" w:lineRule="auto"/>
        <w:jc w:val="center"/>
      </w:pPr>
    </w:p>
    <w:p w14:paraId="4CBAD316" w14:textId="3B57F0DA" w:rsidR="00D457B9" w:rsidRDefault="008A53E0" w:rsidP="004A466B">
      <w:pPr>
        <w:spacing w:line="360" w:lineRule="auto"/>
        <w:jc w:val="center"/>
      </w:pPr>
      <w:r>
        <w:t>.</w:t>
      </w:r>
    </w:p>
    <w:p w14:paraId="3640E423" w14:textId="77777777" w:rsidR="00D457B9" w:rsidRDefault="008A53E0">
      <w:pPr>
        <w:spacing w:line="360" w:lineRule="auto"/>
        <w:jc w:val="center"/>
      </w:pPr>
      <w:r>
        <w:rPr>
          <w:b/>
        </w:rPr>
        <w:t>المستخلص</w:t>
      </w:r>
    </w:p>
    <w:p w14:paraId="727CD0D4" w14:textId="77777777" w:rsidR="00D457B9" w:rsidRDefault="008A53E0" w:rsidP="004A466B">
      <w:pPr>
        <w:spacing w:line="360" w:lineRule="auto"/>
        <w:jc w:val="center"/>
      </w:pPr>
      <w:r>
        <w:t>تهدف</w:t>
      </w:r>
      <w:r>
        <w:t xml:space="preserve"> </w:t>
      </w:r>
      <w:r>
        <w:t>هذه</w:t>
      </w:r>
      <w:r>
        <w:t xml:space="preserve"> </w:t>
      </w:r>
      <w:r>
        <w:t>الدراسة</w:t>
      </w:r>
      <w:r>
        <w:t xml:space="preserve"> </w:t>
      </w:r>
      <w:r>
        <w:t>إلى</w:t>
      </w:r>
      <w:r>
        <w:t xml:space="preserve"> </w:t>
      </w:r>
      <w:r>
        <w:t>التعرف</w:t>
      </w:r>
      <w:r>
        <w:t xml:space="preserve"> </w:t>
      </w:r>
      <w:r>
        <w:t>على</w:t>
      </w:r>
      <w:r>
        <w:t xml:space="preserve"> </w:t>
      </w:r>
      <w:r>
        <w:t>أثر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على</w:t>
      </w:r>
      <w:r>
        <w:t xml:space="preserve"> </w:t>
      </w:r>
      <w:r>
        <w:t>سلوك</w:t>
      </w:r>
      <w:r>
        <w:t xml:space="preserve"> </w:t>
      </w:r>
      <w:r>
        <w:t>المستخدم</w:t>
      </w:r>
      <w:r>
        <w:t xml:space="preserve"> </w:t>
      </w:r>
      <w:r>
        <w:t>في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الاجتماعي،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دراسة</w:t>
      </w:r>
      <w:r>
        <w:t xml:space="preserve"> </w:t>
      </w:r>
      <w:r>
        <w:t>استخدام</w:t>
      </w:r>
      <w:r>
        <w:t xml:space="preserve"> </w:t>
      </w:r>
      <w:r>
        <w:t>أفراد</w:t>
      </w:r>
      <w:r>
        <w:t xml:space="preserve"> </w:t>
      </w:r>
      <w:r>
        <w:t>العينة</w:t>
      </w:r>
      <w:r>
        <w:t xml:space="preserve"> </w:t>
      </w:r>
      <w:r>
        <w:t>للمنصات،</w:t>
      </w:r>
      <w:r>
        <w:t xml:space="preserve"> </w:t>
      </w:r>
      <w:r>
        <w:t>وأسباب</w:t>
      </w:r>
      <w:r>
        <w:t xml:space="preserve"> </w:t>
      </w:r>
      <w:r>
        <w:t>اعتمادهم</w:t>
      </w:r>
      <w:r>
        <w:t xml:space="preserve"> </w:t>
      </w:r>
      <w:r>
        <w:t>على</w:t>
      </w:r>
      <w:r>
        <w:t xml:space="preserve"> </w:t>
      </w:r>
      <w:r>
        <w:t>خصائص</w:t>
      </w:r>
      <w:r>
        <w:t xml:space="preserve"> </w:t>
      </w:r>
      <w:r>
        <w:t>الذكاء</w:t>
      </w:r>
      <w:r>
        <w:t xml:space="preserve"> </w:t>
      </w:r>
      <w:r>
        <w:t>الاصطناعي،</w:t>
      </w:r>
      <w:r>
        <w:t xml:space="preserve"> </w:t>
      </w:r>
      <w:r>
        <w:t>ومدى</w:t>
      </w:r>
      <w:r>
        <w:t xml:space="preserve"> </w:t>
      </w:r>
      <w:r>
        <w:t>إدراكهم</w:t>
      </w:r>
      <w:r>
        <w:t xml:space="preserve"> </w:t>
      </w:r>
      <w:r>
        <w:t>لجودة</w:t>
      </w:r>
      <w:r>
        <w:t xml:space="preserve"> </w:t>
      </w:r>
      <w:r>
        <w:t>الخدمات</w:t>
      </w:r>
      <w:r>
        <w:t xml:space="preserve"> </w:t>
      </w:r>
      <w:r>
        <w:t>التي</w:t>
      </w:r>
      <w:r>
        <w:t xml:space="preserve"> </w:t>
      </w:r>
      <w:r>
        <w:t>يقدمها،</w:t>
      </w:r>
      <w:r>
        <w:t xml:space="preserve"> </w:t>
      </w:r>
      <w:r>
        <w:t>وانعكاس</w:t>
      </w:r>
      <w:r>
        <w:t xml:space="preserve"> </w:t>
      </w:r>
      <w:r>
        <w:t>ذلك</w:t>
      </w:r>
      <w:r>
        <w:t xml:space="preserve"> </w:t>
      </w:r>
      <w:r>
        <w:t>على</w:t>
      </w:r>
      <w:r>
        <w:t xml:space="preserve"> </w:t>
      </w:r>
      <w:r>
        <w:t>تفاعلهم</w:t>
      </w:r>
      <w:r>
        <w:t xml:space="preserve"> </w:t>
      </w:r>
      <w:r>
        <w:t>واتجاهاتهم</w:t>
      </w:r>
      <w:r>
        <w:t xml:space="preserve">. </w:t>
      </w:r>
      <w:r>
        <w:t>اعتمدت</w:t>
      </w:r>
      <w:r>
        <w:t xml:space="preserve"> </w:t>
      </w:r>
      <w:r>
        <w:t>الدراسة</w:t>
      </w:r>
      <w:r>
        <w:t xml:space="preserve"> </w:t>
      </w:r>
      <w:r>
        <w:t>على</w:t>
      </w:r>
      <w:r>
        <w:t xml:space="preserve"> </w:t>
      </w:r>
      <w:r>
        <w:t>المنهج</w:t>
      </w:r>
      <w:r>
        <w:t xml:space="preserve"> </w:t>
      </w:r>
      <w:r>
        <w:t>الوصفي</w:t>
      </w:r>
      <w:r>
        <w:t xml:space="preserve"> </w:t>
      </w:r>
      <w:r>
        <w:t>التحليلي،</w:t>
      </w:r>
      <w:r>
        <w:t xml:space="preserve"> </w:t>
      </w:r>
      <w:r>
        <w:t>واستخدمت</w:t>
      </w:r>
      <w:r>
        <w:t xml:space="preserve"> </w:t>
      </w:r>
      <w:r>
        <w:t>الاستبانة</w:t>
      </w:r>
      <w:r>
        <w:t xml:space="preserve"> </w:t>
      </w:r>
      <w:r>
        <w:t>أداةً</w:t>
      </w:r>
      <w:r>
        <w:t xml:space="preserve"> </w:t>
      </w:r>
      <w:r>
        <w:t>لجمع</w:t>
      </w:r>
      <w:r>
        <w:t xml:space="preserve"> </w:t>
      </w:r>
      <w:r>
        <w:t>البيانات</w:t>
      </w:r>
      <w:r>
        <w:t xml:space="preserve">. </w:t>
      </w:r>
      <w:r>
        <w:t>بلغ</w:t>
      </w:r>
      <w:r>
        <w:t xml:space="preserve"> </w:t>
      </w:r>
      <w:r>
        <w:t>عدد</w:t>
      </w:r>
      <w:r>
        <w:t xml:space="preserve"> </w:t>
      </w:r>
      <w:r>
        <w:t>الاستجابات</w:t>
      </w:r>
      <w:r>
        <w:t xml:space="preserve"> </w:t>
      </w:r>
      <w:r>
        <w:t>الصالحة</w:t>
      </w:r>
      <w:r>
        <w:t xml:space="preserve"> </w:t>
      </w:r>
      <w:r>
        <w:t>للتحليل</w:t>
      </w:r>
      <w:r>
        <w:t xml:space="preserve"> 79 </w:t>
      </w:r>
      <w:r>
        <w:t>استجابة</w:t>
      </w:r>
      <w:r>
        <w:t xml:space="preserve">. </w:t>
      </w:r>
      <w:r>
        <w:t>وأظهرت</w:t>
      </w:r>
      <w:r>
        <w:t xml:space="preserve"> </w:t>
      </w:r>
      <w:r>
        <w:t>البيانات</w:t>
      </w:r>
      <w:r>
        <w:t xml:space="preserve"> </w:t>
      </w:r>
      <w:r>
        <w:t>أن</w:t>
      </w:r>
      <w:r>
        <w:t xml:space="preserve"> </w:t>
      </w:r>
      <w:r>
        <w:t>جميع</w:t>
      </w:r>
      <w:r>
        <w:t xml:space="preserve"> </w:t>
      </w:r>
      <w:r>
        <w:t>أفراد</w:t>
      </w:r>
      <w:r>
        <w:t xml:space="preserve"> </w:t>
      </w:r>
      <w:r>
        <w:t>العينة</w:t>
      </w:r>
      <w:r>
        <w:t xml:space="preserve"> </w:t>
      </w:r>
      <w:r>
        <w:t>يستخدمون</w:t>
      </w:r>
      <w:r>
        <w:t xml:space="preserve"> </w:t>
      </w:r>
      <w:r>
        <w:t>وسائل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 xml:space="preserve"> </w:t>
      </w:r>
      <w:r>
        <w:t>أكثر</w:t>
      </w:r>
      <w:r>
        <w:t xml:space="preserve"> </w:t>
      </w:r>
      <w:r>
        <w:t>من</w:t>
      </w:r>
      <w:r>
        <w:t xml:space="preserve"> </w:t>
      </w:r>
      <w:r>
        <w:t>ست</w:t>
      </w:r>
      <w:r>
        <w:t xml:space="preserve"> </w:t>
      </w:r>
      <w:r>
        <w:t>ساعات</w:t>
      </w:r>
      <w:r>
        <w:t xml:space="preserve"> </w:t>
      </w:r>
      <w:r>
        <w:t>يوميًا،</w:t>
      </w:r>
      <w:r>
        <w:t xml:space="preserve"> </w:t>
      </w:r>
      <w:r>
        <w:t>وأن</w:t>
      </w:r>
      <w:r>
        <w:t xml:space="preserve"> </w:t>
      </w:r>
      <w:r>
        <w:t>تيك</w:t>
      </w:r>
      <w:r>
        <w:t xml:space="preserve"> </w:t>
      </w:r>
      <w:r>
        <w:t>توك</w:t>
      </w:r>
      <w:r>
        <w:t xml:space="preserve"> </w:t>
      </w:r>
      <w:r>
        <w:t>هو</w:t>
      </w:r>
      <w:r>
        <w:t xml:space="preserve"> </w:t>
      </w:r>
      <w:r>
        <w:t>المنصة</w:t>
      </w:r>
      <w:r>
        <w:t xml:space="preserve"> </w:t>
      </w:r>
      <w:r>
        <w:t>الأكثر</w:t>
      </w:r>
      <w:r>
        <w:t xml:space="preserve"> </w:t>
      </w:r>
      <w:r>
        <w:t>استخدامًا</w:t>
      </w:r>
      <w:r>
        <w:t xml:space="preserve"> </w:t>
      </w:r>
      <w:r>
        <w:t>لدى</w:t>
      </w:r>
      <w:r>
        <w:t xml:space="preserve"> </w:t>
      </w:r>
      <w:r>
        <w:t>الغالبية،</w:t>
      </w:r>
      <w:r>
        <w:t xml:space="preserve"> </w:t>
      </w:r>
      <w:r>
        <w:t>كما</w:t>
      </w:r>
      <w:r>
        <w:t xml:space="preserve"> </w:t>
      </w:r>
      <w:r>
        <w:t>أظهرت</w:t>
      </w:r>
      <w:r>
        <w:t xml:space="preserve"> </w:t>
      </w:r>
      <w:r>
        <w:t>الاستجابات</w:t>
      </w:r>
      <w:r>
        <w:t xml:space="preserve"> </w:t>
      </w:r>
      <w:r>
        <w:t>ارتفاع</w:t>
      </w:r>
      <w:r>
        <w:t xml:space="preserve"> </w:t>
      </w:r>
      <w:r>
        <w:t>إدراك</w:t>
      </w:r>
      <w:r>
        <w:t xml:space="preserve"> </w:t>
      </w:r>
      <w:r>
        <w:t>أفراد</w:t>
      </w:r>
      <w:r>
        <w:t xml:space="preserve"> </w:t>
      </w:r>
      <w:r>
        <w:t>العينة</w:t>
      </w:r>
      <w:r>
        <w:t xml:space="preserve"> </w:t>
      </w:r>
      <w:r>
        <w:t>لدور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في</w:t>
      </w:r>
      <w:r>
        <w:t xml:space="preserve"> </w:t>
      </w:r>
      <w:r>
        <w:t>تخصيص</w:t>
      </w:r>
      <w:r>
        <w:t xml:space="preserve"> </w:t>
      </w:r>
      <w:r>
        <w:t>المحتوى</w:t>
      </w:r>
      <w:r>
        <w:t xml:space="preserve"> </w:t>
      </w:r>
      <w:r>
        <w:t>وتسهيل</w:t>
      </w:r>
      <w:r>
        <w:t xml:space="preserve"> </w:t>
      </w:r>
      <w:r>
        <w:t>الوصول</w:t>
      </w:r>
      <w:r>
        <w:t xml:space="preserve"> </w:t>
      </w:r>
      <w:r>
        <w:t>إلى</w:t>
      </w:r>
      <w:r>
        <w:t xml:space="preserve"> </w:t>
      </w:r>
      <w:r>
        <w:t>المعلومات،</w:t>
      </w:r>
      <w:r>
        <w:t xml:space="preserve"> </w:t>
      </w:r>
      <w:r>
        <w:t>مع</w:t>
      </w:r>
      <w:r>
        <w:t xml:space="preserve"> </w:t>
      </w:r>
      <w:r>
        <w:t>وجود</w:t>
      </w:r>
      <w:r>
        <w:t xml:space="preserve"> </w:t>
      </w:r>
      <w:r>
        <w:t>إدراك</w:t>
      </w:r>
      <w:r>
        <w:t xml:space="preserve"> </w:t>
      </w:r>
      <w:r>
        <w:t>واضح</w:t>
      </w:r>
      <w:r>
        <w:t xml:space="preserve"> </w:t>
      </w:r>
      <w:r>
        <w:t>لتأثيره</w:t>
      </w:r>
      <w:r>
        <w:t xml:space="preserve"> </w:t>
      </w:r>
      <w:r>
        <w:t>في</w:t>
      </w:r>
      <w:r>
        <w:t xml:space="preserve"> </w:t>
      </w:r>
      <w:r>
        <w:t>سلوك</w:t>
      </w:r>
      <w:r>
        <w:t xml:space="preserve"> </w:t>
      </w:r>
      <w:r>
        <w:t>مستخدمي</w:t>
      </w:r>
      <w:r>
        <w:t xml:space="preserve"> </w:t>
      </w:r>
      <w:r>
        <w:t>وسائل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>.</w:t>
      </w:r>
    </w:p>
    <w:p w14:paraId="3964451C" w14:textId="40FAFFA9" w:rsidR="00D457B9" w:rsidRDefault="004A466B" w:rsidP="004A466B">
      <w:pPr>
        <w:jc w:val="center"/>
      </w:pPr>
      <w:r>
        <w:rPr>
          <w:rFonts w:hint="cs"/>
          <w:rtl/>
        </w:rPr>
        <w:t xml:space="preserve">الكلمات </w:t>
      </w:r>
      <w:proofErr w:type="gramStart"/>
      <w:r>
        <w:rPr>
          <w:rFonts w:hint="cs"/>
          <w:rtl/>
        </w:rPr>
        <w:t>المفتاحية :</w:t>
      </w:r>
      <w:proofErr w:type="gramEnd"/>
      <w:r>
        <w:rPr>
          <w:rFonts w:hint="cs"/>
          <w:rtl/>
        </w:rPr>
        <w:t xml:space="preserve"> الذكاء </w:t>
      </w:r>
      <w:proofErr w:type="spellStart"/>
      <w:proofErr w:type="gramStart"/>
      <w:r>
        <w:rPr>
          <w:rFonts w:hint="cs"/>
          <w:rtl/>
        </w:rPr>
        <w:t>الأصطناعي</w:t>
      </w:r>
      <w:proofErr w:type="spellEnd"/>
      <w:r>
        <w:rPr>
          <w:rFonts w:hint="cs"/>
          <w:rtl/>
        </w:rPr>
        <w:t xml:space="preserve"> ,</w:t>
      </w:r>
      <w:proofErr w:type="gramEnd"/>
      <w:r>
        <w:rPr>
          <w:rFonts w:hint="cs"/>
          <w:rtl/>
        </w:rPr>
        <w:t xml:space="preserve">سلوك </w:t>
      </w:r>
      <w:proofErr w:type="gramStart"/>
      <w:r>
        <w:rPr>
          <w:rFonts w:hint="cs"/>
          <w:rtl/>
        </w:rPr>
        <w:t>المستخدم ,</w:t>
      </w:r>
      <w:proofErr w:type="gramEnd"/>
      <w:r>
        <w:rPr>
          <w:rFonts w:hint="cs"/>
          <w:rtl/>
        </w:rPr>
        <w:t xml:space="preserve">منصات التواصل </w:t>
      </w:r>
      <w:proofErr w:type="gramStart"/>
      <w:r>
        <w:rPr>
          <w:rFonts w:hint="cs"/>
          <w:rtl/>
        </w:rPr>
        <w:t>الاجتماعي ,</w:t>
      </w:r>
      <w:proofErr w:type="gramEnd"/>
      <w:r>
        <w:rPr>
          <w:rFonts w:hint="cs"/>
          <w:rtl/>
        </w:rPr>
        <w:t xml:space="preserve">المستخدم الرقمي </w:t>
      </w:r>
      <w:r w:rsidR="008A53E0">
        <w:br w:type="page"/>
      </w:r>
    </w:p>
    <w:p w14:paraId="56BC12D2" w14:textId="77777777" w:rsidR="00D457B9" w:rsidRDefault="008A53E0">
      <w:pPr>
        <w:spacing w:line="360" w:lineRule="auto"/>
        <w:jc w:val="center"/>
      </w:pPr>
      <w:r>
        <w:rPr>
          <w:b/>
        </w:rPr>
        <w:lastRenderedPageBreak/>
        <w:t>قائمة</w:t>
      </w:r>
      <w:r>
        <w:rPr>
          <w:b/>
        </w:rPr>
        <w:t xml:space="preserve"> </w:t>
      </w:r>
      <w:r>
        <w:rPr>
          <w:b/>
        </w:rPr>
        <w:t>المحتويات</w:t>
      </w:r>
    </w:p>
    <w:p w14:paraId="082ADF5B" w14:textId="77777777" w:rsidR="00D457B9" w:rsidRDefault="008A53E0" w:rsidP="004A466B">
      <w:pPr>
        <w:spacing w:line="360" w:lineRule="auto"/>
        <w:jc w:val="right"/>
      </w:pPr>
      <w:r>
        <w:t>الفصل</w:t>
      </w:r>
      <w:r>
        <w:t xml:space="preserve"> </w:t>
      </w:r>
      <w:r>
        <w:t>الأول</w:t>
      </w:r>
      <w:r>
        <w:t xml:space="preserve">: </w:t>
      </w:r>
      <w:r>
        <w:t>الإطار</w:t>
      </w:r>
      <w:r>
        <w:t xml:space="preserve"> </w:t>
      </w:r>
      <w:r>
        <w:t>العام</w:t>
      </w:r>
      <w:r>
        <w:t xml:space="preserve"> </w:t>
      </w:r>
      <w:r>
        <w:t>للدراسة</w:t>
      </w:r>
    </w:p>
    <w:p w14:paraId="6FC74A19" w14:textId="77777777" w:rsidR="00D457B9" w:rsidRDefault="008A53E0" w:rsidP="004A466B">
      <w:pPr>
        <w:spacing w:line="360" w:lineRule="auto"/>
        <w:jc w:val="right"/>
      </w:pPr>
      <w:r>
        <w:t xml:space="preserve">1.1 </w:t>
      </w:r>
      <w:r>
        <w:t>المقدمة</w:t>
      </w:r>
    </w:p>
    <w:p w14:paraId="4B728915" w14:textId="77777777" w:rsidR="00D457B9" w:rsidRDefault="008A53E0" w:rsidP="004A466B">
      <w:pPr>
        <w:spacing w:line="360" w:lineRule="auto"/>
        <w:jc w:val="right"/>
      </w:pPr>
      <w:r>
        <w:t xml:space="preserve">2.1 </w:t>
      </w:r>
      <w:r>
        <w:t>الدراسات</w:t>
      </w:r>
      <w:r>
        <w:t xml:space="preserve"> </w:t>
      </w:r>
      <w:r>
        <w:t>السابقة</w:t>
      </w:r>
    </w:p>
    <w:p w14:paraId="0401C8F8" w14:textId="77777777" w:rsidR="00D457B9" w:rsidRDefault="008A53E0" w:rsidP="004A466B">
      <w:pPr>
        <w:spacing w:line="360" w:lineRule="auto"/>
        <w:jc w:val="right"/>
      </w:pPr>
      <w:r>
        <w:t>التعليق</w:t>
      </w:r>
      <w:r>
        <w:t xml:space="preserve"> </w:t>
      </w:r>
      <w:r>
        <w:t>على</w:t>
      </w:r>
      <w:r>
        <w:t xml:space="preserve"> </w:t>
      </w:r>
      <w:r>
        <w:t>الدراسات</w:t>
      </w:r>
      <w:r>
        <w:t xml:space="preserve"> </w:t>
      </w:r>
      <w:r>
        <w:t>السابقة</w:t>
      </w:r>
    </w:p>
    <w:p w14:paraId="53877981" w14:textId="77777777" w:rsidR="00D457B9" w:rsidRDefault="008A53E0" w:rsidP="004A466B">
      <w:pPr>
        <w:spacing w:line="360" w:lineRule="auto"/>
        <w:jc w:val="right"/>
      </w:pPr>
      <w:r>
        <w:t xml:space="preserve">3.1 </w:t>
      </w:r>
      <w:r>
        <w:t>مشكلة</w:t>
      </w:r>
      <w:r>
        <w:t xml:space="preserve"> </w:t>
      </w:r>
      <w:r>
        <w:t>الدراسة</w:t>
      </w:r>
    </w:p>
    <w:p w14:paraId="0F4D3889" w14:textId="77777777" w:rsidR="00D457B9" w:rsidRDefault="008A53E0" w:rsidP="004A466B">
      <w:pPr>
        <w:spacing w:line="360" w:lineRule="auto"/>
        <w:jc w:val="right"/>
      </w:pPr>
      <w:r>
        <w:t xml:space="preserve">4.1 </w:t>
      </w:r>
      <w:r>
        <w:t>أهمية</w:t>
      </w:r>
      <w:r>
        <w:t xml:space="preserve"> </w:t>
      </w:r>
      <w:r>
        <w:t>الدراسة</w:t>
      </w:r>
    </w:p>
    <w:p w14:paraId="207E9E1D" w14:textId="77777777" w:rsidR="00D457B9" w:rsidRDefault="008A53E0" w:rsidP="004A466B">
      <w:pPr>
        <w:spacing w:line="360" w:lineRule="auto"/>
        <w:jc w:val="right"/>
      </w:pPr>
      <w:r>
        <w:t>الأهمية</w:t>
      </w:r>
      <w:r>
        <w:t xml:space="preserve"> </w:t>
      </w:r>
      <w:r>
        <w:t>العلمية</w:t>
      </w:r>
    </w:p>
    <w:p w14:paraId="348476CF" w14:textId="77777777" w:rsidR="00D457B9" w:rsidRDefault="008A53E0" w:rsidP="004A466B">
      <w:pPr>
        <w:spacing w:line="360" w:lineRule="auto"/>
        <w:jc w:val="right"/>
      </w:pPr>
      <w:r>
        <w:t>الأهمية</w:t>
      </w:r>
      <w:r>
        <w:t xml:space="preserve"> </w:t>
      </w:r>
      <w:r>
        <w:t>العملية</w:t>
      </w:r>
    </w:p>
    <w:p w14:paraId="58CEA67C" w14:textId="77777777" w:rsidR="00D457B9" w:rsidRDefault="008A53E0" w:rsidP="004A466B">
      <w:pPr>
        <w:spacing w:line="360" w:lineRule="auto"/>
        <w:jc w:val="right"/>
      </w:pPr>
      <w:r>
        <w:t xml:space="preserve">5.1 </w:t>
      </w:r>
      <w:r>
        <w:t>أهداف</w:t>
      </w:r>
      <w:r>
        <w:t xml:space="preserve"> </w:t>
      </w:r>
      <w:r>
        <w:t>الدراسة</w:t>
      </w:r>
    </w:p>
    <w:p w14:paraId="0AD5C13C" w14:textId="77777777" w:rsidR="00D457B9" w:rsidRDefault="008A53E0" w:rsidP="004A466B">
      <w:pPr>
        <w:spacing w:line="360" w:lineRule="auto"/>
        <w:jc w:val="right"/>
      </w:pPr>
      <w:r>
        <w:t xml:space="preserve">6.1 </w:t>
      </w:r>
      <w:r>
        <w:t>فرضيات</w:t>
      </w:r>
      <w:r>
        <w:t xml:space="preserve"> </w:t>
      </w:r>
      <w:r>
        <w:t>الدراسة</w:t>
      </w:r>
    </w:p>
    <w:p w14:paraId="4562DAA3" w14:textId="77777777" w:rsidR="00D457B9" w:rsidRDefault="008A53E0" w:rsidP="004A466B">
      <w:pPr>
        <w:spacing w:line="360" w:lineRule="auto"/>
        <w:jc w:val="right"/>
      </w:pPr>
      <w:r>
        <w:t xml:space="preserve">7.1 </w:t>
      </w:r>
      <w:r>
        <w:t>نموذج</w:t>
      </w:r>
      <w:r>
        <w:t xml:space="preserve"> </w:t>
      </w:r>
      <w:r>
        <w:t>الدراسة</w:t>
      </w:r>
    </w:p>
    <w:p w14:paraId="7C6A6FC2" w14:textId="77777777" w:rsidR="00D457B9" w:rsidRDefault="008A53E0" w:rsidP="004A466B">
      <w:pPr>
        <w:spacing w:line="360" w:lineRule="auto"/>
        <w:jc w:val="right"/>
      </w:pPr>
      <w:r>
        <w:t xml:space="preserve">8.1 </w:t>
      </w:r>
      <w:r>
        <w:t>أسباب</w:t>
      </w:r>
      <w:r>
        <w:t xml:space="preserve"> </w:t>
      </w:r>
      <w:r>
        <w:t>اختيار</w:t>
      </w:r>
      <w:r>
        <w:t xml:space="preserve"> </w:t>
      </w:r>
      <w:r>
        <w:t>الموضوع</w:t>
      </w:r>
    </w:p>
    <w:p w14:paraId="1A4E6FCC" w14:textId="77777777" w:rsidR="00D457B9" w:rsidRDefault="008A53E0" w:rsidP="004A466B">
      <w:pPr>
        <w:spacing w:line="360" w:lineRule="auto"/>
        <w:jc w:val="right"/>
      </w:pPr>
      <w:r>
        <w:t xml:space="preserve">9.1 </w:t>
      </w:r>
      <w:r>
        <w:t>المنهجية</w:t>
      </w:r>
    </w:p>
    <w:p w14:paraId="4E23A493" w14:textId="77777777" w:rsidR="00D457B9" w:rsidRDefault="008A53E0" w:rsidP="004A466B">
      <w:pPr>
        <w:spacing w:line="360" w:lineRule="auto"/>
        <w:jc w:val="right"/>
      </w:pPr>
      <w:r>
        <w:t>أدوات</w:t>
      </w:r>
      <w:r>
        <w:t xml:space="preserve"> </w:t>
      </w:r>
      <w:r>
        <w:t>الدراسة</w:t>
      </w:r>
    </w:p>
    <w:p w14:paraId="486D6F79" w14:textId="77777777" w:rsidR="00D457B9" w:rsidRDefault="008A53E0" w:rsidP="004A466B">
      <w:pPr>
        <w:spacing w:line="360" w:lineRule="auto"/>
        <w:jc w:val="right"/>
      </w:pPr>
      <w:r>
        <w:t>مصادر</w:t>
      </w:r>
      <w:r>
        <w:t xml:space="preserve"> </w:t>
      </w:r>
      <w:r>
        <w:t>جمع</w:t>
      </w:r>
      <w:r>
        <w:t xml:space="preserve"> </w:t>
      </w:r>
      <w:r>
        <w:t>البيانات</w:t>
      </w:r>
    </w:p>
    <w:p w14:paraId="295A4728" w14:textId="77777777" w:rsidR="00D457B9" w:rsidRDefault="008A53E0" w:rsidP="004A466B">
      <w:pPr>
        <w:spacing w:line="360" w:lineRule="auto"/>
        <w:jc w:val="right"/>
      </w:pPr>
      <w:r>
        <w:t>الفصل</w:t>
      </w:r>
      <w:r>
        <w:t xml:space="preserve"> </w:t>
      </w:r>
      <w:r>
        <w:t>الثاني</w:t>
      </w:r>
      <w:r>
        <w:t xml:space="preserve">: </w:t>
      </w:r>
      <w:r>
        <w:t>الإطار</w:t>
      </w:r>
      <w:r>
        <w:t xml:space="preserve"> </w:t>
      </w:r>
      <w:r>
        <w:t>النظري</w:t>
      </w:r>
    </w:p>
    <w:p w14:paraId="076886FA" w14:textId="77777777" w:rsidR="00D457B9" w:rsidRDefault="008A53E0" w:rsidP="004A466B">
      <w:pPr>
        <w:spacing w:line="360" w:lineRule="auto"/>
        <w:jc w:val="right"/>
      </w:pPr>
      <w:r>
        <w:t>تمهيد</w:t>
      </w:r>
    </w:p>
    <w:p w14:paraId="500ED633" w14:textId="77777777" w:rsidR="00D457B9" w:rsidRDefault="008A53E0" w:rsidP="004A466B">
      <w:pPr>
        <w:spacing w:line="360" w:lineRule="auto"/>
        <w:jc w:val="right"/>
      </w:pPr>
      <w:r>
        <w:t>المبحث</w:t>
      </w:r>
      <w:r>
        <w:t xml:space="preserve"> </w:t>
      </w:r>
      <w:r>
        <w:t>الأول</w:t>
      </w:r>
      <w:r>
        <w:t xml:space="preserve">: </w:t>
      </w:r>
      <w:r>
        <w:t>الذكاء</w:t>
      </w:r>
      <w:r>
        <w:t xml:space="preserve"> </w:t>
      </w:r>
      <w:r>
        <w:t>الاصطناعي</w:t>
      </w:r>
    </w:p>
    <w:p w14:paraId="643C30E7" w14:textId="77777777" w:rsidR="00D457B9" w:rsidRDefault="008A53E0" w:rsidP="004A466B">
      <w:pPr>
        <w:spacing w:line="360" w:lineRule="auto"/>
        <w:jc w:val="right"/>
      </w:pPr>
      <w:r>
        <w:lastRenderedPageBreak/>
        <w:t>المبحث</w:t>
      </w:r>
      <w:r>
        <w:t xml:space="preserve"> </w:t>
      </w:r>
      <w:r>
        <w:t>الثاني</w:t>
      </w:r>
      <w:r>
        <w:t xml:space="preserve">: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</w:p>
    <w:p w14:paraId="742CE79B" w14:textId="77777777" w:rsidR="00D457B9" w:rsidRDefault="008A53E0" w:rsidP="004A466B">
      <w:pPr>
        <w:spacing w:line="360" w:lineRule="auto"/>
        <w:jc w:val="right"/>
      </w:pPr>
      <w:r>
        <w:t>المبحث</w:t>
      </w:r>
      <w:r>
        <w:t xml:space="preserve"> </w:t>
      </w:r>
      <w:r>
        <w:t>الثالث</w:t>
      </w:r>
      <w:r>
        <w:t xml:space="preserve">: </w:t>
      </w:r>
      <w:r>
        <w:t>سلوك</w:t>
      </w:r>
      <w:r>
        <w:t xml:space="preserve"> </w:t>
      </w:r>
      <w:r>
        <w:t>المستخدم</w:t>
      </w:r>
      <w:r>
        <w:t xml:space="preserve"> </w:t>
      </w:r>
      <w:r>
        <w:t>والعلاقة</w:t>
      </w:r>
      <w:r>
        <w:t xml:space="preserve"> </w:t>
      </w:r>
      <w:r>
        <w:t>بالذكاء</w:t>
      </w:r>
      <w:r>
        <w:t xml:space="preserve"> </w:t>
      </w:r>
      <w:r>
        <w:t>الاصطناعي</w:t>
      </w:r>
    </w:p>
    <w:p w14:paraId="79BE0F67" w14:textId="77777777" w:rsidR="00D457B9" w:rsidRDefault="008A53E0" w:rsidP="004A466B">
      <w:pPr>
        <w:spacing w:line="360" w:lineRule="auto"/>
        <w:jc w:val="right"/>
      </w:pPr>
      <w:r>
        <w:t>الفصل</w:t>
      </w:r>
      <w:r>
        <w:t xml:space="preserve"> </w:t>
      </w:r>
      <w:r>
        <w:t>الثالث</w:t>
      </w:r>
      <w:r>
        <w:t xml:space="preserve">: </w:t>
      </w:r>
      <w:r>
        <w:t>تحليل</w:t>
      </w:r>
      <w:r>
        <w:t xml:space="preserve"> </w:t>
      </w:r>
      <w:r>
        <w:t>البيانات</w:t>
      </w:r>
      <w:r>
        <w:t xml:space="preserve"> </w:t>
      </w:r>
      <w:r>
        <w:t>واختبار</w:t>
      </w:r>
      <w:r>
        <w:t xml:space="preserve"> </w:t>
      </w:r>
      <w:r>
        <w:t>فروض</w:t>
      </w:r>
      <w:r>
        <w:t xml:space="preserve"> </w:t>
      </w:r>
      <w:r>
        <w:t>الدراسة</w:t>
      </w:r>
    </w:p>
    <w:p w14:paraId="0B61EA6B" w14:textId="77777777" w:rsidR="00D457B9" w:rsidRDefault="008A53E0" w:rsidP="004A466B">
      <w:pPr>
        <w:spacing w:line="360" w:lineRule="auto"/>
        <w:jc w:val="right"/>
      </w:pPr>
      <w:r>
        <w:t>مقدمة</w:t>
      </w:r>
    </w:p>
    <w:p w14:paraId="466AB20F" w14:textId="77777777" w:rsidR="00D457B9" w:rsidRDefault="008A53E0" w:rsidP="004A466B">
      <w:pPr>
        <w:spacing w:line="360" w:lineRule="auto"/>
        <w:jc w:val="right"/>
      </w:pPr>
      <w:r>
        <w:t xml:space="preserve">1.3 </w:t>
      </w:r>
      <w:r>
        <w:t>مجتمع</w:t>
      </w:r>
      <w:r>
        <w:t xml:space="preserve"> </w:t>
      </w:r>
      <w:r>
        <w:t>وعينة</w:t>
      </w:r>
      <w:r>
        <w:t xml:space="preserve"> </w:t>
      </w:r>
      <w:r>
        <w:t>الدراسة</w:t>
      </w:r>
    </w:p>
    <w:p w14:paraId="063DC338" w14:textId="77777777" w:rsidR="00D457B9" w:rsidRDefault="008A53E0" w:rsidP="004A466B">
      <w:pPr>
        <w:spacing w:line="360" w:lineRule="auto"/>
        <w:jc w:val="right"/>
      </w:pPr>
      <w:r>
        <w:t xml:space="preserve">2.3 </w:t>
      </w:r>
      <w:r>
        <w:t>صدق</w:t>
      </w:r>
      <w:r>
        <w:t xml:space="preserve"> </w:t>
      </w:r>
      <w:r>
        <w:t>أداة</w:t>
      </w:r>
      <w:r>
        <w:t xml:space="preserve"> </w:t>
      </w:r>
      <w:r>
        <w:t>الدراسة</w:t>
      </w:r>
    </w:p>
    <w:p w14:paraId="0A76DFB0" w14:textId="77777777" w:rsidR="00D457B9" w:rsidRDefault="008A53E0" w:rsidP="004A466B">
      <w:pPr>
        <w:spacing w:line="360" w:lineRule="auto"/>
        <w:jc w:val="right"/>
      </w:pPr>
      <w:r>
        <w:t xml:space="preserve">3.3 </w:t>
      </w:r>
      <w:r>
        <w:t>ثبات</w:t>
      </w:r>
      <w:r>
        <w:t xml:space="preserve"> </w:t>
      </w:r>
      <w:r>
        <w:t>أداة</w:t>
      </w:r>
      <w:r>
        <w:t xml:space="preserve"> </w:t>
      </w:r>
      <w:r>
        <w:t>الدراسة</w:t>
      </w:r>
    </w:p>
    <w:p w14:paraId="0D701A17" w14:textId="77777777" w:rsidR="00D457B9" w:rsidRDefault="008A53E0" w:rsidP="004A466B">
      <w:pPr>
        <w:spacing w:line="360" w:lineRule="auto"/>
        <w:jc w:val="right"/>
      </w:pPr>
      <w:r>
        <w:t xml:space="preserve">4.3 </w:t>
      </w:r>
      <w:r>
        <w:t>خصائص</w:t>
      </w:r>
      <w:r>
        <w:t xml:space="preserve"> </w:t>
      </w:r>
      <w:r>
        <w:t>عينة</w:t>
      </w:r>
      <w:r>
        <w:t xml:space="preserve"> </w:t>
      </w:r>
      <w:r>
        <w:t>الدراسة</w:t>
      </w:r>
    </w:p>
    <w:p w14:paraId="20A58BD8" w14:textId="77777777" w:rsidR="00D457B9" w:rsidRDefault="008A53E0" w:rsidP="004A466B">
      <w:pPr>
        <w:spacing w:line="360" w:lineRule="auto"/>
        <w:jc w:val="right"/>
      </w:pPr>
      <w:r>
        <w:t xml:space="preserve">5.3 </w:t>
      </w:r>
      <w:r>
        <w:t>تحليل</w:t>
      </w:r>
      <w:r>
        <w:t xml:space="preserve"> </w:t>
      </w:r>
      <w:r>
        <w:t>استمارة</w:t>
      </w:r>
      <w:r>
        <w:t xml:space="preserve"> </w:t>
      </w:r>
      <w:r>
        <w:t>الاستبيان</w:t>
      </w:r>
    </w:p>
    <w:p w14:paraId="09F2ACBF" w14:textId="77777777" w:rsidR="00D457B9" w:rsidRDefault="008A53E0" w:rsidP="004A466B">
      <w:pPr>
        <w:spacing w:line="360" w:lineRule="auto"/>
        <w:jc w:val="right"/>
      </w:pPr>
      <w:r>
        <w:t xml:space="preserve">6.3 </w:t>
      </w:r>
      <w:r>
        <w:t>اختبار</w:t>
      </w:r>
      <w:r>
        <w:t xml:space="preserve"> </w:t>
      </w:r>
      <w:r>
        <w:t>فروض</w:t>
      </w:r>
      <w:r>
        <w:t xml:space="preserve"> </w:t>
      </w:r>
      <w:r>
        <w:t>الدراسة</w:t>
      </w:r>
    </w:p>
    <w:p w14:paraId="3DD9D59B" w14:textId="77777777" w:rsidR="00D457B9" w:rsidRDefault="008A53E0" w:rsidP="004A466B">
      <w:pPr>
        <w:spacing w:line="360" w:lineRule="auto"/>
        <w:jc w:val="right"/>
      </w:pPr>
      <w:r>
        <w:t>الفصل</w:t>
      </w:r>
      <w:r>
        <w:t xml:space="preserve"> </w:t>
      </w:r>
      <w:r>
        <w:t>الرابع</w:t>
      </w:r>
      <w:r>
        <w:t xml:space="preserve">: </w:t>
      </w:r>
      <w:r>
        <w:t>النتائج</w:t>
      </w:r>
      <w:r>
        <w:t xml:space="preserve"> </w:t>
      </w:r>
      <w:r>
        <w:t>والتوصيات</w:t>
      </w:r>
      <w:r>
        <w:t xml:space="preserve"> </w:t>
      </w:r>
      <w:r>
        <w:t>والمقترحات</w:t>
      </w:r>
    </w:p>
    <w:p w14:paraId="68E47A51" w14:textId="77777777" w:rsidR="00D457B9" w:rsidRDefault="008A53E0" w:rsidP="004A466B">
      <w:pPr>
        <w:spacing w:line="360" w:lineRule="auto"/>
        <w:jc w:val="right"/>
      </w:pPr>
      <w:r>
        <w:t>مقدمة</w:t>
      </w:r>
    </w:p>
    <w:p w14:paraId="20355B8E" w14:textId="77777777" w:rsidR="00D457B9" w:rsidRDefault="008A53E0" w:rsidP="004A466B">
      <w:pPr>
        <w:spacing w:line="360" w:lineRule="auto"/>
        <w:jc w:val="right"/>
      </w:pPr>
      <w:r>
        <w:t xml:space="preserve">1.4 </w:t>
      </w:r>
      <w:r>
        <w:t>نتائج</w:t>
      </w:r>
      <w:r>
        <w:t xml:space="preserve"> </w:t>
      </w:r>
      <w:r>
        <w:t>الدراسة</w:t>
      </w:r>
    </w:p>
    <w:p w14:paraId="3A06202B" w14:textId="77777777" w:rsidR="00D457B9" w:rsidRDefault="008A53E0" w:rsidP="004A466B">
      <w:pPr>
        <w:spacing w:line="360" w:lineRule="auto"/>
        <w:jc w:val="right"/>
      </w:pPr>
      <w:r>
        <w:t xml:space="preserve">2.4 </w:t>
      </w:r>
      <w:r>
        <w:t>توصيات</w:t>
      </w:r>
      <w:r>
        <w:t xml:space="preserve"> </w:t>
      </w:r>
      <w:r>
        <w:t>الدراسة</w:t>
      </w:r>
    </w:p>
    <w:p w14:paraId="180CD356" w14:textId="77777777" w:rsidR="00D457B9" w:rsidRDefault="008A53E0" w:rsidP="004A466B">
      <w:pPr>
        <w:spacing w:line="360" w:lineRule="auto"/>
        <w:jc w:val="right"/>
      </w:pPr>
      <w:r>
        <w:t xml:space="preserve">3.4 </w:t>
      </w:r>
      <w:r>
        <w:t>مقترحات</w:t>
      </w:r>
      <w:r>
        <w:t xml:space="preserve"> </w:t>
      </w:r>
      <w:r>
        <w:t>لدراسات</w:t>
      </w:r>
      <w:r>
        <w:t xml:space="preserve"> </w:t>
      </w:r>
      <w:r>
        <w:t>مستقبلية</w:t>
      </w:r>
    </w:p>
    <w:p w14:paraId="084859BC" w14:textId="77777777" w:rsidR="00D457B9" w:rsidRDefault="008A53E0" w:rsidP="004A466B">
      <w:pPr>
        <w:spacing w:line="360" w:lineRule="auto"/>
        <w:jc w:val="right"/>
      </w:pPr>
      <w:proofErr w:type="spellStart"/>
      <w:r>
        <w:t>المراجع</w:t>
      </w:r>
      <w:proofErr w:type="spellEnd"/>
    </w:p>
    <w:p w14:paraId="36B49582" w14:textId="77777777" w:rsidR="004A466B" w:rsidRDefault="004A466B" w:rsidP="004A466B">
      <w:pPr>
        <w:jc w:val="right"/>
      </w:pPr>
    </w:p>
    <w:p w14:paraId="349AABD0" w14:textId="77777777" w:rsidR="004A466B" w:rsidRDefault="004A466B" w:rsidP="004A466B">
      <w:pPr>
        <w:jc w:val="right"/>
      </w:pPr>
    </w:p>
    <w:p w14:paraId="139EAB14" w14:textId="77777777" w:rsidR="004A466B" w:rsidRDefault="004A466B" w:rsidP="004A466B">
      <w:pPr>
        <w:jc w:val="right"/>
      </w:pPr>
    </w:p>
    <w:p w14:paraId="668C2724" w14:textId="77777777" w:rsidR="004A466B" w:rsidRDefault="004A466B" w:rsidP="004A466B">
      <w:pPr>
        <w:jc w:val="right"/>
      </w:pPr>
    </w:p>
    <w:p w14:paraId="5B1EE3CA" w14:textId="77777777" w:rsidR="004A466B" w:rsidRDefault="004A466B" w:rsidP="004A466B">
      <w:pPr>
        <w:jc w:val="center"/>
        <w:rPr>
          <w:b/>
          <w:bCs/>
          <w:rtl/>
        </w:rPr>
      </w:pPr>
      <w:r w:rsidRPr="004A466B">
        <w:rPr>
          <w:rFonts w:hint="cs"/>
          <w:b/>
          <w:bCs/>
          <w:rtl/>
        </w:rPr>
        <w:lastRenderedPageBreak/>
        <w:t xml:space="preserve">قائمة الجداول </w:t>
      </w:r>
    </w:p>
    <w:tbl>
      <w:tblPr>
        <w:tblStyle w:val="13"/>
        <w:tblW w:w="0" w:type="auto"/>
        <w:tblInd w:w="1526" w:type="dxa"/>
        <w:tblLook w:val="04A0" w:firstRow="1" w:lastRow="0" w:firstColumn="1" w:lastColumn="0" w:noHBand="0" w:noVBand="1"/>
      </w:tblPr>
      <w:tblGrid>
        <w:gridCol w:w="1644"/>
        <w:gridCol w:w="4958"/>
        <w:gridCol w:w="1268"/>
      </w:tblGrid>
      <w:tr w:rsidR="004A466B" w14:paraId="38D7E715" w14:textId="77777777" w:rsidTr="006D3D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1" w:type="dxa"/>
          </w:tcPr>
          <w:p w14:paraId="595A7B0B" w14:textId="2FEB1B59" w:rsidR="004A466B" w:rsidRDefault="006D3D81" w:rsidP="004A466B">
            <w:pPr>
              <w:jc w:val="center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rtl/>
              </w:rPr>
              <w:t>رقم الصفحة</w:t>
            </w:r>
          </w:p>
        </w:tc>
        <w:tc>
          <w:tcPr>
            <w:tcW w:w="5123" w:type="dxa"/>
          </w:tcPr>
          <w:p w14:paraId="7F2F2EC2" w14:textId="5624B6E8" w:rsidR="004A466B" w:rsidRDefault="006D3D81" w:rsidP="004A466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b w:val="0"/>
                <w:bCs w:val="0"/>
                <w:rtl/>
              </w:rPr>
            </w:pPr>
            <w:r>
              <w:rPr>
                <w:rFonts w:hint="cs"/>
                <w:b w:val="0"/>
                <w:bCs w:val="0"/>
                <w:rtl/>
              </w:rPr>
              <w:t>اسم الجدول</w:t>
            </w:r>
          </w:p>
        </w:tc>
        <w:tc>
          <w:tcPr>
            <w:tcW w:w="1292" w:type="dxa"/>
          </w:tcPr>
          <w:p w14:paraId="5021B98B" w14:textId="16403793" w:rsidR="004A466B" w:rsidRDefault="004A466B" w:rsidP="004A466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b w:val="0"/>
                <w:bCs w:val="0"/>
                <w:rtl/>
              </w:rPr>
            </w:pPr>
            <w:r>
              <w:rPr>
                <w:rFonts w:hint="cs"/>
                <w:b w:val="0"/>
                <w:bCs w:val="0"/>
                <w:rtl/>
              </w:rPr>
              <w:t>رقم الجدول</w:t>
            </w:r>
          </w:p>
        </w:tc>
      </w:tr>
      <w:tr w:rsidR="004A466B" w14:paraId="5636925C" w14:textId="77777777" w:rsidTr="006D3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1" w:type="dxa"/>
          </w:tcPr>
          <w:p w14:paraId="4DC8E572" w14:textId="22C0EA29" w:rsidR="004A466B" w:rsidRDefault="00BF6934" w:rsidP="004A466B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16</w:t>
            </w:r>
          </w:p>
        </w:tc>
        <w:tc>
          <w:tcPr>
            <w:tcW w:w="5123" w:type="dxa"/>
          </w:tcPr>
          <w:p w14:paraId="2F1737EF" w14:textId="1EDABC5E" w:rsidR="004A466B" w:rsidRDefault="006D3D81" w:rsidP="004A46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جدول (1) توزيع عينة الدراسة وفقا ل</w:t>
            </w:r>
            <w:r w:rsidR="003F65EA">
              <w:rPr>
                <w:rFonts w:hint="cs"/>
                <w:b/>
                <w:bCs/>
                <w:rtl/>
              </w:rPr>
              <w:t>لجنس</w:t>
            </w:r>
          </w:p>
        </w:tc>
        <w:tc>
          <w:tcPr>
            <w:tcW w:w="1292" w:type="dxa"/>
          </w:tcPr>
          <w:p w14:paraId="28C9866B" w14:textId="271F836B" w:rsidR="004A466B" w:rsidRDefault="006D3D81" w:rsidP="004A46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(1)</w:t>
            </w:r>
          </w:p>
        </w:tc>
      </w:tr>
      <w:tr w:rsidR="004A466B" w14:paraId="0AAC2F68" w14:textId="77777777" w:rsidTr="006D3D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1" w:type="dxa"/>
          </w:tcPr>
          <w:p w14:paraId="0699A4F3" w14:textId="52B1E241" w:rsidR="004A466B" w:rsidRDefault="00BF6934" w:rsidP="004A466B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16</w:t>
            </w:r>
          </w:p>
        </w:tc>
        <w:tc>
          <w:tcPr>
            <w:tcW w:w="5123" w:type="dxa"/>
          </w:tcPr>
          <w:p w14:paraId="4F59A35E" w14:textId="36FF6C72" w:rsidR="004A466B" w:rsidRDefault="006D3D81" w:rsidP="004A46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جدول(</w:t>
            </w:r>
            <w:proofErr w:type="gramEnd"/>
            <w:r>
              <w:rPr>
                <w:rFonts w:hint="cs"/>
                <w:b/>
                <w:bCs/>
                <w:rtl/>
              </w:rPr>
              <w:t>2)</w:t>
            </w:r>
            <w:r w:rsidR="003F65EA">
              <w:rPr>
                <w:rFonts w:hint="cs"/>
                <w:b/>
                <w:bCs/>
                <w:rtl/>
              </w:rPr>
              <w:t xml:space="preserve"> </w:t>
            </w:r>
            <w:r w:rsidR="003F65EA">
              <w:rPr>
                <w:rFonts w:hint="cs"/>
                <w:b/>
                <w:bCs/>
                <w:rtl/>
              </w:rPr>
              <w:t>توزيع عينة الدراسة وفقا</w:t>
            </w:r>
            <w:r w:rsidR="003F65EA">
              <w:rPr>
                <w:rFonts w:hint="cs"/>
                <w:b/>
                <w:bCs/>
                <w:rtl/>
              </w:rPr>
              <w:t xml:space="preserve"> للفئة العمرية</w:t>
            </w:r>
          </w:p>
        </w:tc>
        <w:tc>
          <w:tcPr>
            <w:tcW w:w="1292" w:type="dxa"/>
          </w:tcPr>
          <w:p w14:paraId="3CDD239E" w14:textId="5BD58015" w:rsidR="004A466B" w:rsidRDefault="006D3D81" w:rsidP="004A46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(2)</w:t>
            </w:r>
          </w:p>
        </w:tc>
      </w:tr>
      <w:tr w:rsidR="004A466B" w14:paraId="21B71671" w14:textId="77777777" w:rsidTr="006D3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1" w:type="dxa"/>
          </w:tcPr>
          <w:p w14:paraId="0AA35571" w14:textId="466B3CCC" w:rsidR="004A466B" w:rsidRDefault="00BF6934" w:rsidP="004A466B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16</w:t>
            </w:r>
          </w:p>
        </w:tc>
        <w:tc>
          <w:tcPr>
            <w:tcW w:w="5123" w:type="dxa"/>
          </w:tcPr>
          <w:p w14:paraId="37118D6B" w14:textId="0973EB3B" w:rsidR="004A466B" w:rsidRDefault="006D3D81" w:rsidP="004A46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جدول (3)</w:t>
            </w:r>
            <w:r w:rsidR="003F65EA">
              <w:rPr>
                <w:rFonts w:hint="cs"/>
                <w:b/>
                <w:bCs/>
                <w:rtl/>
              </w:rPr>
              <w:t xml:space="preserve"> </w:t>
            </w:r>
            <w:r w:rsidR="003F65EA">
              <w:rPr>
                <w:rFonts w:hint="cs"/>
                <w:b/>
                <w:bCs/>
                <w:rtl/>
              </w:rPr>
              <w:t>توزيع عينة الدراسة وفقا</w:t>
            </w:r>
            <w:r w:rsidR="003F65EA">
              <w:rPr>
                <w:rFonts w:hint="cs"/>
                <w:b/>
                <w:bCs/>
                <w:rtl/>
              </w:rPr>
              <w:t xml:space="preserve"> للمؤهل العلمي</w:t>
            </w:r>
          </w:p>
        </w:tc>
        <w:tc>
          <w:tcPr>
            <w:tcW w:w="1292" w:type="dxa"/>
          </w:tcPr>
          <w:p w14:paraId="376B12A5" w14:textId="1DA02F02" w:rsidR="004A466B" w:rsidRDefault="006D3D81" w:rsidP="004A46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(3)</w:t>
            </w:r>
          </w:p>
        </w:tc>
      </w:tr>
      <w:tr w:rsidR="004A466B" w14:paraId="273CA4D2" w14:textId="77777777" w:rsidTr="006D3D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1" w:type="dxa"/>
          </w:tcPr>
          <w:p w14:paraId="07E4A001" w14:textId="31845BD7" w:rsidR="004A466B" w:rsidRDefault="00BF6934" w:rsidP="004A466B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16</w:t>
            </w:r>
          </w:p>
        </w:tc>
        <w:tc>
          <w:tcPr>
            <w:tcW w:w="5123" w:type="dxa"/>
          </w:tcPr>
          <w:p w14:paraId="68DB0D9E" w14:textId="792D8881" w:rsidR="004A466B" w:rsidRDefault="006D3D81" w:rsidP="004A46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جدول (4)</w:t>
            </w:r>
            <w:r w:rsidR="003F65EA">
              <w:rPr>
                <w:rFonts w:hint="cs"/>
                <w:b/>
                <w:bCs/>
                <w:rtl/>
              </w:rPr>
              <w:t xml:space="preserve"> </w:t>
            </w:r>
            <w:r w:rsidR="003F65EA">
              <w:rPr>
                <w:rFonts w:hint="cs"/>
                <w:b/>
                <w:bCs/>
                <w:rtl/>
              </w:rPr>
              <w:t>توزيع عينة الدراسة وفقا</w:t>
            </w:r>
            <w:r w:rsidR="003F65EA">
              <w:rPr>
                <w:rFonts w:hint="cs"/>
                <w:b/>
                <w:bCs/>
                <w:rtl/>
              </w:rPr>
              <w:t xml:space="preserve"> للحالة الاجتماعية </w:t>
            </w:r>
          </w:p>
        </w:tc>
        <w:tc>
          <w:tcPr>
            <w:tcW w:w="1292" w:type="dxa"/>
          </w:tcPr>
          <w:p w14:paraId="36A65CA3" w14:textId="0EE49132" w:rsidR="004A466B" w:rsidRDefault="006D3D81" w:rsidP="004A46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(4)</w:t>
            </w:r>
          </w:p>
        </w:tc>
      </w:tr>
      <w:tr w:rsidR="004A466B" w14:paraId="624D472B" w14:textId="77777777" w:rsidTr="006D3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1" w:type="dxa"/>
          </w:tcPr>
          <w:p w14:paraId="5C8BCA54" w14:textId="0D335AB3" w:rsidR="004A466B" w:rsidRDefault="00BF6934" w:rsidP="004A466B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17</w:t>
            </w:r>
          </w:p>
        </w:tc>
        <w:tc>
          <w:tcPr>
            <w:tcW w:w="5123" w:type="dxa"/>
          </w:tcPr>
          <w:p w14:paraId="79DDE1A3" w14:textId="2D656BDE" w:rsidR="004A466B" w:rsidRDefault="006D3D81" w:rsidP="004A46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cs"/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جدول(</w:t>
            </w:r>
            <w:proofErr w:type="gramEnd"/>
            <w:r>
              <w:rPr>
                <w:rFonts w:hint="cs"/>
                <w:b/>
                <w:bCs/>
                <w:rtl/>
              </w:rPr>
              <w:t>5)</w:t>
            </w:r>
            <w:r w:rsidR="003F65EA">
              <w:rPr>
                <w:rFonts w:hint="cs"/>
                <w:b/>
                <w:bCs/>
                <w:rtl/>
              </w:rPr>
              <w:t xml:space="preserve"> </w:t>
            </w:r>
            <w:r w:rsidR="003F65EA">
              <w:rPr>
                <w:rFonts w:hint="cs"/>
                <w:b/>
                <w:bCs/>
                <w:rtl/>
              </w:rPr>
              <w:t>توزيع عينة الدراسة وفقا</w:t>
            </w:r>
            <w:r w:rsidR="003F65EA">
              <w:rPr>
                <w:rFonts w:hint="cs"/>
                <w:b/>
                <w:bCs/>
                <w:rtl/>
              </w:rPr>
              <w:t xml:space="preserve"> لعدد ساعات استخدام وسائل التواصل الاجتماعي يوميا </w:t>
            </w:r>
          </w:p>
        </w:tc>
        <w:tc>
          <w:tcPr>
            <w:tcW w:w="1292" w:type="dxa"/>
          </w:tcPr>
          <w:p w14:paraId="50262459" w14:textId="79FD436B" w:rsidR="004A466B" w:rsidRDefault="006D3D81" w:rsidP="004A46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(5)</w:t>
            </w:r>
          </w:p>
        </w:tc>
      </w:tr>
      <w:tr w:rsidR="004A466B" w14:paraId="3C785161" w14:textId="77777777" w:rsidTr="006D3D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1" w:type="dxa"/>
          </w:tcPr>
          <w:p w14:paraId="49B0187C" w14:textId="1299672D" w:rsidR="004A466B" w:rsidRDefault="00BF6934" w:rsidP="004A466B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17</w:t>
            </w:r>
          </w:p>
        </w:tc>
        <w:tc>
          <w:tcPr>
            <w:tcW w:w="5123" w:type="dxa"/>
          </w:tcPr>
          <w:p w14:paraId="03A81B0D" w14:textId="54094B4B" w:rsidR="004A466B" w:rsidRDefault="006D3D81" w:rsidP="004A46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جدول(</w:t>
            </w:r>
            <w:proofErr w:type="gramEnd"/>
            <w:r>
              <w:rPr>
                <w:rFonts w:hint="cs"/>
                <w:b/>
                <w:bCs/>
                <w:rtl/>
              </w:rPr>
              <w:t>6)</w:t>
            </w:r>
            <w:r w:rsidR="003F65EA">
              <w:rPr>
                <w:rFonts w:hint="cs"/>
                <w:b/>
                <w:bCs/>
                <w:rtl/>
              </w:rPr>
              <w:t xml:space="preserve"> </w:t>
            </w:r>
            <w:r w:rsidR="003F65EA">
              <w:rPr>
                <w:rFonts w:hint="cs"/>
                <w:b/>
                <w:bCs/>
                <w:rtl/>
              </w:rPr>
              <w:t>توزيع عينة الدراسة وفقا</w:t>
            </w:r>
            <w:r w:rsidR="003F65EA">
              <w:rPr>
                <w:rFonts w:hint="cs"/>
                <w:b/>
                <w:bCs/>
                <w:rtl/>
              </w:rPr>
              <w:t xml:space="preserve"> للسبب الرئيسي لاستخدام الذكاء الاصطناعي</w:t>
            </w:r>
          </w:p>
        </w:tc>
        <w:tc>
          <w:tcPr>
            <w:tcW w:w="1292" w:type="dxa"/>
          </w:tcPr>
          <w:p w14:paraId="63227891" w14:textId="21B9129D" w:rsidR="004A466B" w:rsidRDefault="006D3D81" w:rsidP="004A46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(6)</w:t>
            </w:r>
          </w:p>
        </w:tc>
      </w:tr>
      <w:tr w:rsidR="004A466B" w14:paraId="47FA8BE1" w14:textId="77777777" w:rsidTr="006D3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1" w:type="dxa"/>
          </w:tcPr>
          <w:p w14:paraId="6ED6D5FE" w14:textId="6B93A093" w:rsidR="004A466B" w:rsidRDefault="00BF6934" w:rsidP="004A466B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17</w:t>
            </w:r>
          </w:p>
        </w:tc>
        <w:tc>
          <w:tcPr>
            <w:tcW w:w="5123" w:type="dxa"/>
          </w:tcPr>
          <w:p w14:paraId="42DC76B9" w14:textId="0BA1BA6E" w:rsidR="004A466B" w:rsidRDefault="006D3D81" w:rsidP="004A46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جدول (7)</w:t>
            </w:r>
            <w:r w:rsidR="003F65EA">
              <w:rPr>
                <w:rFonts w:hint="cs"/>
                <w:b/>
                <w:bCs/>
                <w:rtl/>
              </w:rPr>
              <w:t xml:space="preserve"> </w:t>
            </w:r>
            <w:r w:rsidR="003F65EA">
              <w:rPr>
                <w:rFonts w:hint="cs"/>
                <w:b/>
                <w:bCs/>
                <w:rtl/>
              </w:rPr>
              <w:t>توزيع عينة الدراسة وفقا</w:t>
            </w:r>
            <w:r w:rsidR="003F65EA">
              <w:rPr>
                <w:rFonts w:hint="cs"/>
                <w:b/>
                <w:bCs/>
                <w:rtl/>
              </w:rPr>
              <w:t xml:space="preserve"> لتقييم جودة خدمات الذكاء الاصطناعي</w:t>
            </w:r>
          </w:p>
        </w:tc>
        <w:tc>
          <w:tcPr>
            <w:tcW w:w="1292" w:type="dxa"/>
          </w:tcPr>
          <w:p w14:paraId="1EC35E04" w14:textId="46D55C9A" w:rsidR="004A466B" w:rsidRDefault="006D3D81" w:rsidP="004A46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(7)</w:t>
            </w:r>
          </w:p>
        </w:tc>
      </w:tr>
      <w:tr w:rsidR="004A466B" w14:paraId="6C07CA9E" w14:textId="77777777" w:rsidTr="006D3D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1" w:type="dxa"/>
          </w:tcPr>
          <w:p w14:paraId="71D51B11" w14:textId="4ECF866A" w:rsidR="004A466B" w:rsidRDefault="00BF6934" w:rsidP="004A466B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17</w:t>
            </w:r>
          </w:p>
        </w:tc>
        <w:tc>
          <w:tcPr>
            <w:tcW w:w="5123" w:type="dxa"/>
          </w:tcPr>
          <w:p w14:paraId="177C3D56" w14:textId="34A04782" w:rsidR="004A466B" w:rsidRDefault="006D3D81" w:rsidP="004A46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جدول (8)</w:t>
            </w:r>
            <w:r w:rsidR="003F65EA">
              <w:rPr>
                <w:rFonts w:hint="cs"/>
                <w:b/>
                <w:bCs/>
                <w:rtl/>
              </w:rPr>
              <w:t xml:space="preserve"> </w:t>
            </w:r>
            <w:r w:rsidR="003F65EA">
              <w:rPr>
                <w:rFonts w:hint="cs"/>
                <w:b/>
                <w:bCs/>
                <w:rtl/>
              </w:rPr>
              <w:t>توزيع عينة الدراسة وفقا</w:t>
            </w:r>
            <w:r w:rsidR="003F65EA">
              <w:rPr>
                <w:rFonts w:hint="cs"/>
                <w:b/>
                <w:bCs/>
                <w:rtl/>
              </w:rPr>
              <w:t xml:space="preserve"> </w:t>
            </w:r>
            <w:proofErr w:type="spellStart"/>
            <w:r w:rsidR="003F65EA">
              <w:rPr>
                <w:rFonts w:hint="cs"/>
                <w:b/>
                <w:bCs/>
                <w:rtl/>
              </w:rPr>
              <w:t>لاكثر</w:t>
            </w:r>
            <w:proofErr w:type="spellEnd"/>
            <w:r w:rsidR="003F65EA">
              <w:rPr>
                <w:rFonts w:hint="cs"/>
                <w:b/>
                <w:bCs/>
                <w:rtl/>
              </w:rPr>
              <w:t xml:space="preserve"> منصات التواصل الاجتماعي استخداما</w:t>
            </w:r>
          </w:p>
        </w:tc>
        <w:tc>
          <w:tcPr>
            <w:tcW w:w="1292" w:type="dxa"/>
          </w:tcPr>
          <w:p w14:paraId="1449BDEC" w14:textId="3BF7184E" w:rsidR="004A466B" w:rsidRDefault="006D3D81" w:rsidP="004A46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(8)</w:t>
            </w:r>
          </w:p>
        </w:tc>
      </w:tr>
      <w:tr w:rsidR="004A466B" w14:paraId="7A2DCD7C" w14:textId="77777777" w:rsidTr="006D3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1" w:type="dxa"/>
          </w:tcPr>
          <w:p w14:paraId="01F4FEF9" w14:textId="46715799" w:rsidR="004A466B" w:rsidRDefault="00BF6934" w:rsidP="004A466B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18</w:t>
            </w:r>
          </w:p>
        </w:tc>
        <w:tc>
          <w:tcPr>
            <w:tcW w:w="5123" w:type="dxa"/>
          </w:tcPr>
          <w:p w14:paraId="2EE63567" w14:textId="72161618" w:rsidR="004A466B" w:rsidRDefault="006D3D81" w:rsidP="004A46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cs"/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جدول(</w:t>
            </w:r>
            <w:proofErr w:type="gramEnd"/>
            <w:r>
              <w:rPr>
                <w:rFonts w:hint="cs"/>
                <w:b/>
                <w:bCs/>
                <w:rtl/>
              </w:rPr>
              <w:t>9)</w:t>
            </w:r>
            <w:r w:rsidR="003F65EA">
              <w:rPr>
                <w:rFonts w:hint="cs"/>
                <w:b/>
                <w:bCs/>
                <w:rtl/>
              </w:rPr>
              <w:t xml:space="preserve"> </w:t>
            </w:r>
            <w:r w:rsidR="003F65EA">
              <w:rPr>
                <w:rFonts w:hint="cs"/>
                <w:b/>
                <w:bCs/>
                <w:rtl/>
              </w:rPr>
              <w:t>توزيع عينة الدراسة وفقا</w:t>
            </w:r>
            <w:r w:rsidR="003F65EA">
              <w:rPr>
                <w:rFonts w:hint="cs"/>
                <w:b/>
                <w:bCs/>
                <w:rtl/>
              </w:rPr>
              <w:t xml:space="preserve"> </w:t>
            </w:r>
            <w:proofErr w:type="spellStart"/>
            <w:r w:rsidR="003F65EA">
              <w:rPr>
                <w:rFonts w:hint="cs"/>
                <w:b/>
                <w:bCs/>
                <w:rtl/>
              </w:rPr>
              <w:t>لتاثير</w:t>
            </w:r>
            <w:proofErr w:type="spellEnd"/>
            <w:r w:rsidR="003F65EA">
              <w:rPr>
                <w:rFonts w:hint="cs"/>
                <w:b/>
                <w:bCs/>
                <w:rtl/>
              </w:rPr>
              <w:t xml:space="preserve"> الذكاء الاصطناعي على سلوك مستخدمي وسائل التواصل الاجتماعي</w:t>
            </w:r>
          </w:p>
        </w:tc>
        <w:tc>
          <w:tcPr>
            <w:tcW w:w="1292" w:type="dxa"/>
          </w:tcPr>
          <w:p w14:paraId="509B8AEF" w14:textId="7C926D4D" w:rsidR="004A466B" w:rsidRDefault="006D3D81" w:rsidP="004A46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(9)</w:t>
            </w:r>
          </w:p>
        </w:tc>
      </w:tr>
    </w:tbl>
    <w:p w14:paraId="7FD668A6" w14:textId="77777777" w:rsidR="003F65EA" w:rsidRDefault="003F65EA" w:rsidP="004A466B">
      <w:pPr>
        <w:jc w:val="center"/>
        <w:rPr>
          <w:b/>
          <w:bCs/>
        </w:rPr>
      </w:pPr>
    </w:p>
    <w:p w14:paraId="55595C6E" w14:textId="77777777" w:rsidR="003F65EA" w:rsidRDefault="003F65EA" w:rsidP="004A466B">
      <w:pPr>
        <w:jc w:val="center"/>
        <w:rPr>
          <w:b/>
          <w:bCs/>
        </w:rPr>
      </w:pPr>
    </w:p>
    <w:p w14:paraId="1370D0F0" w14:textId="77777777" w:rsidR="003F65EA" w:rsidRDefault="003F65EA" w:rsidP="003F65EA">
      <w:pPr>
        <w:jc w:val="center"/>
        <w:rPr>
          <w:b/>
          <w:bCs/>
        </w:rPr>
      </w:pPr>
      <w:r>
        <w:rPr>
          <w:rFonts w:hint="cs"/>
          <w:b/>
          <w:bCs/>
          <w:rtl/>
        </w:rPr>
        <w:t xml:space="preserve">قائمة الاشكال </w:t>
      </w:r>
    </w:p>
    <w:tbl>
      <w:tblPr>
        <w:tblStyle w:val="13"/>
        <w:tblpPr w:leftFromText="180" w:rightFromText="180" w:vertAnchor="text" w:horzAnchor="margin" w:tblpXSpec="right" w:tblpY="338"/>
        <w:tblW w:w="0" w:type="auto"/>
        <w:tblLook w:val="04A0" w:firstRow="1" w:lastRow="0" w:firstColumn="1" w:lastColumn="0" w:noHBand="0" w:noVBand="1"/>
      </w:tblPr>
      <w:tblGrid>
        <w:gridCol w:w="992"/>
        <w:gridCol w:w="6096"/>
        <w:gridCol w:w="1242"/>
      </w:tblGrid>
      <w:tr w:rsidR="003F65EA" w14:paraId="715A5893" w14:textId="77777777" w:rsidTr="003F65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14:paraId="4E5AF6FA" w14:textId="77777777" w:rsidR="003F65EA" w:rsidRDefault="003F65EA" w:rsidP="003F65EA">
            <w:pPr>
              <w:jc w:val="center"/>
              <w:rPr>
                <w:rFonts w:hint="cs"/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rtl/>
              </w:rPr>
              <w:t>رقم الصفحة</w:t>
            </w:r>
          </w:p>
        </w:tc>
        <w:tc>
          <w:tcPr>
            <w:tcW w:w="6096" w:type="dxa"/>
          </w:tcPr>
          <w:p w14:paraId="12C1C1D8" w14:textId="77777777" w:rsidR="003F65EA" w:rsidRDefault="003F65EA" w:rsidP="003F65E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rtl/>
              </w:rPr>
              <w:t>اسم الشكل</w:t>
            </w:r>
          </w:p>
        </w:tc>
        <w:tc>
          <w:tcPr>
            <w:tcW w:w="1242" w:type="dxa"/>
          </w:tcPr>
          <w:p w14:paraId="2E3639F6" w14:textId="77777777" w:rsidR="003F65EA" w:rsidRDefault="003F65EA" w:rsidP="003F65E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b w:val="0"/>
                <w:bCs w:val="0"/>
                <w:rtl/>
              </w:rPr>
            </w:pPr>
            <w:r>
              <w:rPr>
                <w:rFonts w:hint="cs"/>
                <w:b w:val="0"/>
                <w:bCs w:val="0"/>
                <w:rtl/>
              </w:rPr>
              <w:t>رقم الشكل</w:t>
            </w:r>
          </w:p>
        </w:tc>
      </w:tr>
      <w:tr w:rsidR="003F65EA" w14:paraId="5D338E4A" w14:textId="77777777" w:rsidTr="003F6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14:paraId="3204E0CF" w14:textId="77777777" w:rsidR="003F65EA" w:rsidRDefault="003F65EA" w:rsidP="003F65EA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46</w:t>
            </w:r>
          </w:p>
        </w:tc>
        <w:tc>
          <w:tcPr>
            <w:tcW w:w="6096" w:type="dxa"/>
          </w:tcPr>
          <w:p w14:paraId="00314423" w14:textId="77777777" w:rsidR="003F65EA" w:rsidRDefault="003F65EA" w:rsidP="003F65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الشكل رقم (1) توزيع افراد عينة الدراسة وفقا </w:t>
            </w:r>
            <w:proofErr w:type="spellStart"/>
            <w:r>
              <w:rPr>
                <w:rFonts w:hint="cs"/>
                <w:b/>
                <w:bCs/>
                <w:rtl/>
              </w:rPr>
              <w:t>لاكثر</w:t>
            </w:r>
            <w:proofErr w:type="spellEnd"/>
            <w:r>
              <w:rPr>
                <w:rFonts w:hint="cs"/>
                <w:b/>
                <w:bCs/>
                <w:rtl/>
              </w:rPr>
              <w:t xml:space="preserve"> منصات التواصل الاجتماعي استخداما </w:t>
            </w:r>
          </w:p>
        </w:tc>
        <w:tc>
          <w:tcPr>
            <w:tcW w:w="1242" w:type="dxa"/>
          </w:tcPr>
          <w:p w14:paraId="7D0FAB82" w14:textId="77777777" w:rsidR="003F65EA" w:rsidRDefault="003F65EA" w:rsidP="003F65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(1)</w:t>
            </w:r>
          </w:p>
        </w:tc>
      </w:tr>
    </w:tbl>
    <w:p w14:paraId="7249C754" w14:textId="77777777" w:rsidR="003F65EA" w:rsidRDefault="003F65EA" w:rsidP="004A466B">
      <w:pPr>
        <w:jc w:val="center"/>
        <w:rPr>
          <w:b/>
          <w:bCs/>
        </w:rPr>
      </w:pPr>
    </w:p>
    <w:p w14:paraId="5AA7239D" w14:textId="16A18E19" w:rsidR="00D457B9" w:rsidRDefault="008A53E0" w:rsidP="004A466B">
      <w:pPr>
        <w:jc w:val="center"/>
        <w:rPr>
          <w:b/>
          <w:bCs/>
          <w:rtl/>
        </w:rPr>
      </w:pPr>
      <w:r w:rsidRPr="004A466B">
        <w:rPr>
          <w:b/>
          <w:bCs/>
        </w:rPr>
        <w:br w:type="page"/>
      </w:r>
    </w:p>
    <w:p w14:paraId="2B08C9F6" w14:textId="77777777" w:rsidR="006D3D81" w:rsidRPr="004A466B" w:rsidRDefault="006D3D81" w:rsidP="004A466B">
      <w:pPr>
        <w:jc w:val="center"/>
        <w:rPr>
          <w:b/>
          <w:bCs/>
          <w:rtl/>
        </w:rPr>
      </w:pPr>
    </w:p>
    <w:p w14:paraId="590E1F37" w14:textId="77777777" w:rsidR="00D457B9" w:rsidRDefault="008A53E0">
      <w:pPr>
        <w:spacing w:line="360" w:lineRule="auto"/>
        <w:jc w:val="center"/>
      </w:pPr>
      <w:proofErr w:type="spellStart"/>
      <w:r>
        <w:rPr>
          <w:b/>
        </w:rPr>
        <w:t>الفصل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الأول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الإطار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العام</w:t>
      </w:r>
      <w:proofErr w:type="spellEnd"/>
      <w:r>
        <w:rPr>
          <w:b/>
        </w:rPr>
        <w:t xml:space="preserve"> </w:t>
      </w:r>
      <w:r>
        <w:rPr>
          <w:b/>
        </w:rPr>
        <w:t>للدراسة</w:t>
      </w:r>
    </w:p>
    <w:p w14:paraId="34CC986E" w14:textId="77777777" w:rsidR="004A466B" w:rsidRDefault="004A466B">
      <w:pPr>
        <w:spacing w:before="200"/>
        <w:jc w:val="right"/>
        <w:rPr>
          <w:b/>
          <w:sz w:val="34"/>
        </w:rPr>
      </w:pPr>
    </w:p>
    <w:p w14:paraId="0DD07160" w14:textId="782EC1C5" w:rsidR="00D457B9" w:rsidRDefault="008A53E0" w:rsidP="003F65EA">
      <w:pPr>
        <w:spacing w:before="200"/>
        <w:jc w:val="right"/>
      </w:pPr>
      <w:r>
        <w:rPr>
          <w:b/>
          <w:sz w:val="34"/>
        </w:rPr>
        <w:t xml:space="preserve">1.1 </w:t>
      </w:r>
      <w:proofErr w:type="spellStart"/>
      <w:r>
        <w:rPr>
          <w:b/>
          <w:sz w:val="34"/>
        </w:rPr>
        <w:t>المقدمة</w:t>
      </w:r>
      <w:proofErr w:type="spellEnd"/>
    </w:p>
    <w:p w14:paraId="109A3509" w14:textId="77777777" w:rsidR="00D457B9" w:rsidRDefault="008A53E0" w:rsidP="003F65EA">
      <w:pPr>
        <w:spacing w:line="360" w:lineRule="auto"/>
        <w:jc w:val="right"/>
      </w:pPr>
      <w:r>
        <w:t>أصبح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أحد</w:t>
      </w:r>
      <w:r>
        <w:t xml:space="preserve"> </w:t>
      </w:r>
      <w:r>
        <w:t>التقنيات</w:t>
      </w:r>
      <w:r>
        <w:t xml:space="preserve"> </w:t>
      </w:r>
      <w:r>
        <w:t>المؤثرة</w:t>
      </w:r>
      <w:r>
        <w:t xml:space="preserve"> </w:t>
      </w:r>
      <w:r>
        <w:t>في</w:t>
      </w:r>
      <w:r>
        <w:t xml:space="preserve"> </w:t>
      </w:r>
      <w:r>
        <w:t>البيئة</w:t>
      </w:r>
      <w:r>
        <w:t xml:space="preserve"> </w:t>
      </w:r>
      <w:r>
        <w:t>الرقمية</w:t>
      </w:r>
      <w:r>
        <w:t xml:space="preserve"> </w:t>
      </w:r>
      <w:r>
        <w:t>الحديثة،</w:t>
      </w:r>
      <w:r>
        <w:t xml:space="preserve"> </w:t>
      </w:r>
      <w:r>
        <w:t>وظهر</w:t>
      </w:r>
      <w:r>
        <w:t xml:space="preserve"> </w:t>
      </w:r>
      <w:r>
        <w:t>أثره</w:t>
      </w:r>
      <w:r>
        <w:t xml:space="preserve"> </w:t>
      </w:r>
      <w:r>
        <w:t>بصورة</w:t>
      </w:r>
      <w:r>
        <w:t xml:space="preserve"> </w:t>
      </w:r>
      <w:r>
        <w:t>واضحة</w:t>
      </w:r>
      <w:r>
        <w:t xml:space="preserve"> </w:t>
      </w:r>
      <w:r>
        <w:t>في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خوارزميات</w:t>
      </w:r>
      <w:r>
        <w:t xml:space="preserve"> </w:t>
      </w:r>
      <w:r>
        <w:t>التوصية،</w:t>
      </w:r>
      <w:r>
        <w:t xml:space="preserve"> </w:t>
      </w:r>
      <w:r>
        <w:t>وتخصيص</w:t>
      </w:r>
      <w:r>
        <w:t xml:space="preserve"> </w:t>
      </w:r>
      <w:r>
        <w:t>المحتوى،</w:t>
      </w:r>
      <w:r>
        <w:t xml:space="preserve"> </w:t>
      </w:r>
      <w:r>
        <w:t>وتحليل</w:t>
      </w:r>
      <w:r>
        <w:t xml:space="preserve"> </w:t>
      </w:r>
      <w:r>
        <w:t>تفضيلات</w:t>
      </w:r>
      <w:r>
        <w:t xml:space="preserve"> </w:t>
      </w:r>
      <w:r>
        <w:t>المستخدمين،</w:t>
      </w:r>
      <w:r>
        <w:t xml:space="preserve"> </w:t>
      </w:r>
      <w:r>
        <w:t>وتحسين</w:t>
      </w:r>
      <w:r>
        <w:t xml:space="preserve"> </w:t>
      </w:r>
      <w:r>
        <w:t>الوصول</w:t>
      </w:r>
      <w:r>
        <w:t xml:space="preserve"> </w:t>
      </w:r>
      <w:r>
        <w:t>إلى</w:t>
      </w:r>
      <w:r>
        <w:t xml:space="preserve"> </w:t>
      </w:r>
      <w:r>
        <w:t>المعلومات</w:t>
      </w:r>
      <w:r>
        <w:t xml:space="preserve"> </w:t>
      </w:r>
      <w:r>
        <w:t>والخدمات</w:t>
      </w:r>
      <w:r>
        <w:t xml:space="preserve">. </w:t>
      </w:r>
      <w:r>
        <w:t>وتعمل</w:t>
      </w:r>
      <w:r>
        <w:t xml:space="preserve"> </w:t>
      </w:r>
      <w:r>
        <w:t>هذه</w:t>
      </w:r>
      <w:r>
        <w:t xml:space="preserve"> </w:t>
      </w:r>
      <w:r>
        <w:t>التقنيات</w:t>
      </w:r>
      <w:r>
        <w:t xml:space="preserve"> </w:t>
      </w:r>
      <w:r>
        <w:t>على</w:t>
      </w:r>
      <w:r>
        <w:t xml:space="preserve"> </w:t>
      </w:r>
      <w:r>
        <w:t>اختيار</w:t>
      </w:r>
      <w:r>
        <w:t xml:space="preserve"> </w:t>
      </w:r>
      <w:r>
        <w:t>وعرض</w:t>
      </w:r>
      <w:r>
        <w:t xml:space="preserve"> </w:t>
      </w:r>
      <w:r>
        <w:t>محتوى</w:t>
      </w:r>
      <w:r>
        <w:t xml:space="preserve"> </w:t>
      </w:r>
      <w:r>
        <w:t>يتوافق</w:t>
      </w:r>
      <w:r>
        <w:t xml:space="preserve"> </w:t>
      </w:r>
      <w:r>
        <w:t>مع</w:t>
      </w:r>
      <w:r>
        <w:t xml:space="preserve"> </w:t>
      </w:r>
      <w:r>
        <w:t>أنماط</w:t>
      </w:r>
      <w:r>
        <w:t xml:space="preserve"> </w:t>
      </w:r>
      <w:r>
        <w:t>الاستخدام</w:t>
      </w:r>
      <w:r>
        <w:t xml:space="preserve"> </w:t>
      </w:r>
      <w:r>
        <w:t>السابقة</w:t>
      </w:r>
      <w:r>
        <w:t xml:space="preserve"> </w:t>
      </w:r>
      <w:r>
        <w:t>واهتمامات</w:t>
      </w:r>
      <w:r>
        <w:t xml:space="preserve"> </w:t>
      </w:r>
      <w:r>
        <w:t>المستخدم</w:t>
      </w:r>
      <w:r>
        <w:t xml:space="preserve"> (Pujahari &amp; Sisodia, 2017; Ricci et al., 2022).</w:t>
      </w:r>
    </w:p>
    <w:p w14:paraId="06F166DA" w14:textId="77777777" w:rsidR="00D457B9" w:rsidRDefault="008A53E0" w:rsidP="003F65EA">
      <w:pPr>
        <w:spacing w:line="360" w:lineRule="auto"/>
        <w:jc w:val="right"/>
      </w:pPr>
      <w:r>
        <w:t>وتتزايد</w:t>
      </w:r>
      <w:r>
        <w:t xml:space="preserve"> </w:t>
      </w:r>
      <w:r>
        <w:t>أهمية</w:t>
      </w:r>
      <w:r>
        <w:t xml:space="preserve"> </w:t>
      </w:r>
      <w:r>
        <w:t>دراسة</w:t>
      </w:r>
      <w:r>
        <w:t xml:space="preserve"> </w:t>
      </w:r>
      <w:r>
        <w:t>أثر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على</w:t>
      </w:r>
      <w:r>
        <w:t xml:space="preserve"> </w:t>
      </w:r>
      <w:r>
        <w:t>سلوك</w:t>
      </w:r>
      <w:r>
        <w:t xml:space="preserve"> </w:t>
      </w:r>
      <w:r>
        <w:t>المستخدم</w:t>
      </w:r>
      <w:r>
        <w:t xml:space="preserve"> </w:t>
      </w:r>
      <w:r>
        <w:t>مع</w:t>
      </w:r>
      <w:r>
        <w:t xml:space="preserve"> </w:t>
      </w:r>
      <w:r>
        <w:t>ارتفاع</w:t>
      </w:r>
      <w:r>
        <w:t xml:space="preserve"> </w:t>
      </w:r>
      <w:r>
        <w:t>معدل</w:t>
      </w:r>
      <w:r>
        <w:t xml:space="preserve"> </w:t>
      </w:r>
      <w:r>
        <w:t>استخدام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الاجتماعي،</w:t>
      </w:r>
      <w:r>
        <w:t xml:space="preserve"> </w:t>
      </w:r>
      <w:r>
        <w:t>إذ</w:t>
      </w:r>
      <w:r>
        <w:t xml:space="preserve"> </w:t>
      </w:r>
      <w:r>
        <w:t>قد</w:t>
      </w:r>
      <w:r>
        <w:t xml:space="preserve"> </w:t>
      </w:r>
      <w:r>
        <w:t>يؤثر</w:t>
      </w:r>
      <w:r>
        <w:t xml:space="preserve"> </w:t>
      </w:r>
      <w:r>
        <w:t>المحتوى</w:t>
      </w:r>
      <w:r>
        <w:t xml:space="preserve"> </w:t>
      </w:r>
      <w:r>
        <w:t>الذي</w:t>
      </w:r>
      <w:r>
        <w:t xml:space="preserve"> </w:t>
      </w:r>
      <w:r>
        <w:t>تقترحه</w:t>
      </w:r>
      <w:r>
        <w:t xml:space="preserve"> </w:t>
      </w:r>
      <w:r>
        <w:t>الخوارزميات</w:t>
      </w:r>
      <w:r>
        <w:t xml:space="preserve"> </w:t>
      </w:r>
      <w:r>
        <w:t>في</w:t>
      </w:r>
      <w:r>
        <w:t xml:space="preserve"> </w:t>
      </w:r>
      <w:r>
        <w:t>مستوى</w:t>
      </w:r>
      <w:r>
        <w:t xml:space="preserve"> </w:t>
      </w:r>
      <w:r>
        <w:t>التفاعل،</w:t>
      </w:r>
      <w:r>
        <w:t xml:space="preserve"> </w:t>
      </w:r>
      <w:r>
        <w:t>والوقت</w:t>
      </w:r>
      <w:r>
        <w:t xml:space="preserve"> </w:t>
      </w:r>
      <w:r>
        <w:t>الذي</w:t>
      </w:r>
      <w:r>
        <w:t xml:space="preserve"> </w:t>
      </w:r>
      <w:r>
        <w:t>يقضيه</w:t>
      </w:r>
      <w:r>
        <w:t xml:space="preserve"> </w:t>
      </w:r>
      <w:r>
        <w:t>المستخدم</w:t>
      </w:r>
      <w:r>
        <w:t xml:space="preserve"> </w:t>
      </w:r>
      <w:r>
        <w:t>على</w:t>
      </w:r>
      <w:r>
        <w:t xml:space="preserve"> </w:t>
      </w:r>
      <w:r>
        <w:t>المنصة،</w:t>
      </w:r>
      <w:r>
        <w:t xml:space="preserve"> </w:t>
      </w:r>
      <w:r>
        <w:t>والموضوعات</w:t>
      </w:r>
      <w:r>
        <w:t xml:space="preserve"> </w:t>
      </w:r>
      <w:r>
        <w:t>التي</w:t>
      </w:r>
      <w:r>
        <w:t xml:space="preserve"> </w:t>
      </w:r>
      <w:r>
        <w:t>يتعرض</w:t>
      </w:r>
      <w:r>
        <w:t xml:space="preserve"> </w:t>
      </w:r>
      <w:r>
        <w:t>لها،</w:t>
      </w:r>
      <w:r>
        <w:t xml:space="preserve"> </w:t>
      </w:r>
      <w:r>
        <w:t>بل</w:t>
      </w:r>
      <w:r>
        <w:t xml:space="preserve"> </w:t>
      </w:r>
      <w:r>
        <w:t>وقد</w:t>
      </w:r>
      <w:r>
        <w:t xml:space="preserve"> </w:t>
      </w:r>
      <w:r>
        <w:t>يمتد</w:t>
      </w:r>
      <w:r>
        <w:t xml:space="preserve"> </w:t>
      </w:r>
      <w:r>
        <w:t>أثره</w:t>
      </w:r>
      <w:r>
        <w:t xml:space="preserve"> </w:t>
      </w:r>
      <w:r>
        <w:t>إلى</w:t>
      </w:r>
      <w:r>
        <w:t xml:space="preserve"> </w:t>
      </w:r>
      <w:r>
        <w:t>آرائه</w:t>
      </w:r>
      <w:r>
        <w:t xml:space="preserve"> </w:t>
      </w:r>
      <w:r>
        <w:t>واتجاهاته</w:t>
      </w:r>
      <w:r>
        <w:t xml:space="preserve"> (Pariser, 2011; Wang et al., 2023).</w:t>
      </w:r>
    </w:p>
    <w:p w14:paraId="76035EBB" w14:textId="77777777" w:rsidR="00D457B9" w:rsidRDefault="008A53E0" w:rsidP="003F65EA">
      <w:pPr>
        <w:spacing w:line="360" w:lineRule="auto"/>
        <w:jc w:val="right"/>
      </w:pPr>
      <w:r>
        <w:t>وتتناول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هذا</w:t>
      </w:r>
      <w:r>
        <w:t xml:space="preserve"> </w:t>
      </w:r>
      <w:r>
        <w:t>الموضوع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بيانات</w:t>
      </w:r>
      <w:r>
        <w:t xml:space="preserve"> </w:t>
      </w:r>
      <w:r>
        <w:t>استبانة</w:t>
      </w:r>
      <w:r>
        <w:t xml:space="preserve"> </w:t>
      </w:r>
      <w:r>
        <w:t>شملت</w:t>
      </w:r>
      <w:r>
        <w:t xml:space="preserve"> 79 </w:t>
      </w:r>
      <w:r>
        <w:t>استجابة،</w:t>
      </w:r>
      <w:r>
        <w:t xml:space="preserve"> </w:t>
      </w:r>
      <w:r>
        <w:t>مع</w:t>
      </w:r>
      <w:r>
        <w:t xml:space="preserve"> </w:t>
      </w:r>
      <w:r>
        <w:t>التركيز</w:t>
      </w:r>
      <w:r>
        <w:t xml:space="preserve"> </w:t>
      </w:r>
      <w:r>
        <w:t>على</w:t>
      </w:r>
      <w:r>
        <w:t xml:space="preserve"> </w:t>
      </w:r>
      <w:r>
        <w:t>استخدام</w:t>
      </w:r>
      <w:r>
        <w:t xml:space="preserve"> </w:t>
      </w:r>
      <w:r>
        <w:t>المنصات،</w:t>
      </w:r>
      <w:r>
        <w:t xml:space="preserve"> </w:t>
      </w:r>
      <w:r>
        <w:t>وأسباب</w:t>
      </w:r>
      <w:r>
        <w:t xml:space="preserve"> </w:t>
      </w:r>
      <w:r>
        <w:t>استخدام</w:t>
      </w:r>
      <w:r>
        <w:t xml:space="preserve"> </w:t>
      </w:r>
      <w:r>
        <w:t>خصائص</w:t>
      </w:r>
      <w:r>
        <w:t xml:space="preserve"> </w:t>
      </w:r>
      <w:r>
        <w:t>الذكاء</w:t>
      </w:r>
      <w:r>
        <w:t xml:space="preserve"> </w:t>
      </w:r>
      <w:r>
        <w:t>الاصطناعي،</w:t>
      </w:r>
      <w:r>
        <w:t xml:space="preserve"> </w:t>
      </w:r>
      <w:r>
        <w:t>وجودة</w:t>
      </w:r>
      <w:r>
        <w:t xml:space="preserve"> </w:t>
      </w:r>
      <w:r>
        <w:t>خدماته</w:t>
      </w:r>
      <w:r>
        <w:t xml:space="preserve"> </w:t>
      </w:r>
      <w:r>
        <w:t>كما</w:t>
      </w:r>
      <w:r>
        <w:t xml:space="preserve"> </w:t>
      </w:r>
      <w:r>
        <w:t>يدركها</w:t>
      </w:r>
      <w:r>
        <w:t xml:space="preserve"> </w:t>
      </w:r>
      <w:r>
        <w:t>المستخدم،</w:t>
      </w:r>
      <w:r>
        <w:t xml:space="preserve"> </w:t>
      </w:r>
      <w:r>
        <w:t>وأثره</w:t>
      </w:r>
      <w:r>
        <w:t xml:space="preserve"> </w:t>
      </w:r>
      <w:r>
        <w:t>المدرك</w:t>
      </w:r>
      <w:r>
        <w:t xml:space="preserve"> </w:t>
      </w:r>
      <w:r>
        <w:t>في</w:t>
      </w:r>
      <w:r>
        <w:t xml:space="preserve"> </w:t>
      </w:r>
      <w:r>
        <w:t>السلوك</w:t>
      </w:r>
      <w:r>
        <w:t>.</w:t>
      </w:r>
    </w:p>
    <w:p w14:paraId="7A562C35" w14:textId="77777777" w:rsidR="00D457B9" w:rsidRDefault="008A53E0" w:rsidP="003F65EA">
      <w:pPr>
        <w:spacing w:before="200"/>
        <w:jc w:val="right"/>
      </w:pPr>
      <w:r>
        <w:rPr>
          <w:b/>
          <w:sz w:val="34"/>
        </w:rPr>
        <w:t xml:space="preserve">2.1 </w:t>
      </w:r>
      <w:r>
        <w:rPr>
          <w:b/>
          <w:sz w:val="34"/>
        </w:rPr>
        <w:t>الدراسات</w:t>
      </w:r>
      <w:r>
        <w:rPr>
          <w:b/>
          <w:sz w:val="34"/>
        </w:rPr>
        <w:t xml:space="preserve"> </w:t>
      </w:r>
      <w:r>
        <w:rPr>
          <w:b/>
          <w:sz w:val="34"/>
        </w:rPr>
        <w:t>السابقة</w:t>
      </w:r>
    </w:p>
    <w:p w14:paraId="56EAEC42" w14:textId="77777777" w:rsidR="00D457B9" w:rsidRDefault="008A53E0" w:rsidP="003F65EA">
      <w:pPr>
        <w:spacing w:line="360" w:lineRule="auto"/>
        <w:jc w:val="right"/>
      </w:pPr>
      <w:r>
        <w:t>يتناول</w:t>
      </w:r>
      <w:r>
        <w:t xml:space="preserve"> </w:t>
      </w:r>
      <w:r>
        <w:t>هذا</w:t>
      </w:r>
      <w:r>
        <w:t xml:space="preserve"> </w:t>
      </w:r>
      <w:r>
        <w:t>الجزء</w:t>
      </w:r>
      <w:r>
        <w:t xml:space="preserve"> </w:t>
      </w:r>
      <w:r>
        <w:t>الدراسات</w:t>
      </w:r>
      <w:r>
        <w:t xml:space="preserve"> </w:t>
      </w:r>
      <w:r>
        <w:t>التي</w:t>
      </w:r>
      <w:r>
        <w:t xml:space="preserve"> </w:t>
      </w:r>
      <w:r>
        <w:t>بحثت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في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الاجتماعي،</w:t>
      </w:r>
      <w:r>
        <w:t xml:space="preserve"> </w:t>
      </w:r>
      <w:r>
        <w:t>وخوارزميات</w:t>
      </w:r>
      <w:r>
        <w:t xml:space="preserve"> </w:t>
      </w:r>
      <w:r>
        <w:t>التوصية</w:t>
      </w:r>
      <w:r>
        <w:t xml:space="preserve"> </w:t>
      </w:r>
      <w:r>
        <w:t>وتخصيص</w:t>
      </w:r>
      <w:r>
        <w:t xml:space="preserve"> </w:t>
      </w:r>
      <w:r>
        <w:t>المحتوى،</w:t>
      </w:r>
      <w:r>
        <w:t xml:space="preserve"> </w:t>
      </w:r>
      <w:r>
        <w:t>وتفاعل</w:t>
      </w:r>
      <w:r>
        <w:t xml:space="preserve"> </w:t>
      </w:r>
      <w:r>
        <w:t>المستخدمين،</w:t>
      </w:r>
      <w:r>
        <w:t xml:space="preserve"> </w:t>
      </w:r>
      <w:r>
        <w:t>وتأثير</w:t>
      </w:r>
      <w:r>
        <w:t xml:space="preserve"> </w:t>
      </w:r>
      <w:r>
        <w:t>المحتوى</w:t>
      </w:r>
      <w:r>
        <w:t xml:space="preserve"> </w:t>
      </w:r>
      <w:r>
        <w:t>الرقمي</w:t>
      </w:r>
      <w:r>
        <w:t xml:space="preserve"> </w:t>
      </w:r>
      <w:r>
        <w:t>في</w:t>
      </w:r>
      <w:r>
        <w:t xml:space="preserve"> </w:t>
      </w:r>
      <w:r>
        <w:t>اتجاهاتهم</w:t>
      </w:r>
      <w:r>
        <w:t xml:space="preserve"> </w:t>
      </w:r>
      <w:r>
        <w:t>وسلوكهم</w:t>
      </w:r>
      <w:r>
        <w:t xml:space="preserve">. </w:t>
      </w:r>
      <w:r>
        <w:t>وبما</w:t>
      </w:r>
      <w:r>
        <w:t xml:space="preserve"> </w:t>
      </w:r>
      <w:r>
        <w:t>أن</w:t>
      </w:r>
      <w:r>
        <w:t xml:space="preserve"> </w:t>
      </w:r>
      <w:r>
        <w:t>الملف</w:t>
      </w:r>
      <w:r>
        <w:t xml:space="preserve"> </w:t>
      </w:r>
      <w:r>
        <w:t>المرفق</w:t>
      </w:r>
      <w:r>
        <w:t xml:space="preserve"> </w:t>
      </w:r>
      <w:r>
        <w:t>يحتوي</w:t>
      </w:r>
      <w:r>
        <w:t xml:space="preserve"> </w:t>
      </w:r>
      <w:r>
        <w:t>على</w:t>
      </w:r>
      <w:r>
        <w:t xml:space="preserve"> </w:t>
      </w:r>
      <w:r>
        <w:t>بيانات</w:t>
      </w:r>
      <w:r>
        <w:t xml:space="preserve"> </w:t>
      </w:r>
      <w:r>
        <w:t>الاستبانة</w:t>
      </w:r>
      <w:r>
        <w:t xml:space="preserve"> </w:t>
      </w:r>
      <w:r>
        <w:t>ولا</w:t>
      </w:r>
      <w:r>
        <w:t xml:space="preserve"> </w:t>
      </w:r>
      <w:r>
        <w:t>يتضمن</w:t>
      </w:r>
      <w:r>
        <w:t xml:space="preserve"> </w:t>
      </w:r>
      <w:r>
        <w:t>قائمة</w:t>
      </w:r>
      <w:r>
        <w:t xml:space="preserve"> </w:t>
      </w:r>
      <w:r>
        <w:t>دراسات</w:t>
      </w:r>
      <w:r>
        <w:t xml:space="preserve"> </w:t>
      </w:r>
      <w:r>
        <w:t>سابقة</w:t>
      </w:r>
      <w:r>
        <w:t xml:space="preserve"> </w:t>
      </w:r>
      <w:r>
        <w:t>موثقة،</w:t>
      </w:r>
      <w:r>
        <w:t xml:space="preserve"> </w:t>
      </w:r>
      <w:r>
        <w:t>فإن</w:t>
      </w:r>
      <w:r>
        <w:t xml:space="preserve"> </w:t>
      </w:r>
      <w:r>
        <w:t>أسماء</w:t>
      </w:r>
      <w:r>
        <w:t xml:space="preserve"> </w:t>
      </w:r>
      <w:r>
        <w:t>الدراسات</w:t>
      </w:r>
      <w:r>
        <w:t xml:space="preserve"> </w:t>
      </w:r>
      <w:r>
        <w:t>ومراجعها</w:t>
      </w:r>
      <w:r>
        <w:t xml:space="preserve"> </w:t>
      </w:r>
      <w:r>
        <w:t>لا</w:t>
      </w:r>
      <w:r>
        <w:t xml:space="preserve"> </w:t>
      </w:r>
      <w:r>
        <w:t>ينبغي</w:t>
      </w:r>
      <w:r>
        <w:t xml:space="preserve"> </w:t>
      </w:r>
      <w:r>
        <w:t>اختلاقها؛</w:t>
      </w:r>
      <w:r>
        <w:t xml:space="preserve"> </w:t>
      </w:r>
      <w:r>
        <w:t>وتُضاف</w:t>
      </w:r>
      <w:r>
        <w:t xml:space="preserve"> </w:t>
      </w:r>
      <w:r>
        <w:t>هنا</w:t>
      </w:r>
      <w:r>
        <w:t xml:space="preserve"> </w:t>
      </w:r>
      <w:r>
        <w:t>الدراسات</w:t>
      </w:r>
      <w:r>
        <w:t xml:space="preserve"> </w:t>
      </w:r>
      <w:r>
        <w:t>المعتمدة</w:t>
      </w:r>
      <w:r>
        <w:t xml:space="preserve"> </w:t>
      </w:r>
      <w:r>
        <w:t>في</w:t>
      </w:r>
      <w:r>
        <w:t xml:space="preserve"> </w:t>
      </w:r>
      <w:r>
        <w:t>الخطة</w:t>
      </w:r>
      <w:r>
        <w:t xml:space="preserve"> </w:t>
      </w:r>
      <w:r>
        <w:t>أو</w:t>
      </w:r>
      <w:r>
        <w:t xml:space="preserve"> </w:t>
      </w:r>
      <w:r>
        <w:t>المراجع</w:t>
      </w:r>
      <w:r>
        <w:t xml:space="preserve"> </w:t>
      </w:r>
      <w:r>
        <w:t>التي</w:t>
      </w:r>
      <w:r>
        <w:t xml:space="preserve"> </w:t>
      </w:r>
      <w:r>
        <w:t>تم</w:t>
      </w:r>
      <w:r>
        <w:t xml:space="preserve"> </w:t>
      </w:r>
      <w:r>
        <w:t>جمعها</w:t>
      </w:r>
      <w:r>
        <w:t xml:space="preserve"> </w:t>
      </w:r>
      <w:r>
        <w:t>للدراسة</w:t>
      </w:r>
      <w:r>
        <w:t>.</w:t>
      </w:r>
    </w:p>
    <w:p w14:paraId="2DDD5A3D" w14:textId="77777777" w:rsidR="003F65EA" w:rsidRDefault="003F65EA" w:rsidP="003F65EA">
      <w:pPr>
        <w:spacing w:before="200"/>
        <w:jc w:val="right"/>
        <w:rPr>
          <w:b/>
          <w:sz w:val="34"/>
        </w:rPr>
      </w:pPr>
    </w:p>
    <w:p w14:paraId="462D4D83" w14:textId="77777777" w:rsidR="003F65EA" w:rsidRDefault="003F65EA" w:rsidP="003F65EA">
      <w:pPr>
        <w:spacing w:before="200"/>
        <w:jc w:val="right"/>
        <w:rPr>
          <w:b/>
          <w:sz w:val="34"/>
        </w:rPr>
      </w:pPr>
    </w:p>
    <w:p w14:paraId="0D767553" w14:textId="1FDB969A" w:rsidR="00D457B9" w:rsidRDefault="008A53E0" w:rsidP="003F65EA">
      <w:pPr>
        <w:spacing w:before="200"/>
        <w:jc w:val="right"/>
      </w:pPr>
      <w:proofErr w:type="spellStart"/>
      <w:r>
        <w:rPr>
          <w:b/>
          <w:sz w:val="34"/>
        </w:rPr>
        <w:lastRenderedPageBreak/>
        <w:t>التعليق</w:t>
      </w:r>
      <w:proofErr w:type="spellEnd"/>
      <w:r>
        <w:rPr>
          <w:b/>
          <w:sz w:val="34"/>
        </w:rPr>
        <w:t xml:space="preserve"> </w:t>
      </w:r>
      <w:proofErr w:type="spellStart"/>
      <w:r>
        <w:rPr>
          <w:b/>
          <w:sz w:val="34"/>
        </w:rPr>
        <w:t>على</w:t>
      </w:r>
      <w:proofErr w:type="spellEnd"/>
      <w:r>
        <w:rPr>
          <w:b/>
          <w:sz w:val="34"/>
        </w:rPr>
        <w:t xml:space="preserve"> </w:t>
      </w:r>
      <w:proofErr w:type="spellStart"/>
      <w:r>
        <w:rPr>
          <w:b/>
          <w:sz w:val="34"/>
        </w:rPr>
        <w:t>الدراسات</w:t>
      </w:r>
      <w:proofErr w:type="spellEnd"/>
      <w:r>
        <w:rPr>
          <w:b/>
          <w:sz w:val="34"/>
        </w:rPr>
        <w:t xml:space="preserve"> </w:t>
      </w:r>
      <w:proofErr w:type="spellStart"/>
      <w:r>
        <w:rPr>
          <w:b/>
          <w:sz w:val="34"/>
        </w:rPr>
        <w:t>السابقة</w:t>
      </w:r>
      <w:proofErr w:type="spellEnd"/>
    </w:p>
    <w:p w14:paraId="147FA05C" w14:textId="77777777" w:rsidR="00D457B9" w:rsidRDefault="008A53E0" w:rsidP="003F65EA">
      <w:pPr>
        <w:spacing w:line="360" w:lineRule="auto"/>
        <w:jc w:val="right"/>
      </w:pPr>
      <w:r>
        <w:t>تستفيد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من</w:t>
      </w:r>
      <w:r>
        <w:t xml:space="preserve"> </w:t>
      </w:r>
      <w:r>
        <w:t>الدراسات</w:t>
      </w:r>
      <w:r>
        <w:t xml:space="preserve"> </w:t>
      </w:r>
      <w:r>
        <w:t>السابقة</w:t>
      </w:r>
      <w:r>
        <w:t xml:space="preserve"> </w:t>
      </w:r>
      <w:r>
        <w:t>في</w:t>
      </w:r>
      <w:r>
        <w:t xml:space="preserve"> </w:t>
      </w:r>
      <w:r>
        <w:t>تحديد</w:t>
      </w:r>
      <w:r>
        <w:t xml:space="preserve"> </w:t>
      </w:r>
      <w:r>
        <w:t>المفاهيم</w:t>
      </w:r>
      <w:r>
        <w:t xml:space="preserve"> </w:t>
      </w:r>
      <w:r>
        <w:t>والمتغيرات</w:t>
      </w:r>
      <w:r>
        <w:t xml:space="preserve"> </w:t>
      </w:r>
      <w:r>
        <w:t>وصياغة</w:t>
      </w:r>
      <w:r>
        <w:t xml:space="preserve"> </w:t>
      </w:r>
      <w:r>
        <w:t>المشكلة</w:t>
      </w:r>
      <w:r>
        <w:t xml:space="preserve"> </w:t>
      </w:r>
      <w:r>
        <w:t>والأهداف</w:t>
      </w:r>
      <w:r>
        <w:t xml:space="preserve"> </w:t>
      </w:r>
      <w:r>
        <w:t>والفروض،</w:t>
      </w:r>
      <w:r>
        <w:t xml:space="preserve"> </w:t>
      </w:r>
      <w:r>
        <w:t>إضافة</w:t>
      </w:r>
      <w:r>
        <w:t xml:space="preserve"> </w:t>
      </w:r>
      <w:r>
        <w:t>إلى</w:t>
      </w:r>
      <w:r>
        <w:t xml:space="preserve"> </w:t>
      </w:r>
      <w:r>
        <w:t>بناء</w:t>
      </w:r>
      <w:r>
        <w:t xml:space="preserve"> </w:t>
      </w:r>
      <w:r>
        <w:t>محاور</w:t>
      </w:r>
      <w:r>
        <w:t xml:space="preserve"> </w:t>
      </w:r>
      <w:r>
        <w:t>الاستبانة</w:t>
      </w:r>
      <w:r>
        <w:t xml:space="preserve">. </w:t>
      </w:r>
      <w:r>
        <w:t>وتميز</w:t>
      </w:r>
      <w:r>
        <w:t xml:space="preserve"> </w:t>
      </w:r>
      <w:r>
        <w:t>الدراسة</w:t>
      </w:r>
      <w:r>
        <w:t xml:space="preserve"> </w:t>
      </w:r>
      <w:r>
        <w:t>الحالية</w:t>
      </w:r>
      <w:r>
        <w:t xml:space="preserve"> </w:t>
      </w:r>
      <w:r>
        <w:t>بربطها</w:t>
      </w:r>
      <w:r>
        <w:t xml:space="preserve"> </w:t>
      </w:r>
      <w:r>
        <w:t>بين</w:t>
      </w:r>
      <w:r>
        <w:t xml:space="preserve"> </w:t>
      </w:r>
      <w:r>
        <w:t>إدراك</w:t>
      </w:r>
      <w:r>
        <w:t xml:space="preserve"> </w:t>
      </w:r>
      <w:r>
        <w:t>المستخدم</w:t>
      </w:r>
      <w:r>
        <w:t xml:space="preserve"> </w:t>
      </w:r>
      <w:r>
        <w:t>لجودة</w:t>
      </w:r>
      <w:r>
        <w:t xml:space="preserve"> </w:t>
      </w:r>
      <w:r>
        <w:t>خدمات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وبين</w:t>
      </w:r>
      <w:r>
        <w:t xml:space="preserve"> </w:t>
      </w:r>
      <w:r>
        <w:t>السلوك</w:t>
      </w:r>
      <w:r>
        <w:t xml:space="preserve"> </w:t>
      </w:r>
      <w:r>
        <w:t>المستخدم</w:t>
      </w:r>
      <w:r>
        <w:t xml:space="preserve"> </w:t>
      </w:r>
      <w:r>
        <w:t>في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>.</w:t>
      </w:r>
    </w:p>
    <w:p w14:paraId="7F37AD87" w14:textId="77777777" w:rsidR="00D457B9" w:rsidRDefault="008A53E0" w:rsidP="003F65EA">
      <w:pPr>
        <w:spacing w:before="200"/>
        <w:jc w:val="right"/>
      </w:pPr>
      <w:r>
        <w:rPr>
          <w:b/>
          <w:sz w:val="34"/>
        </w:rPr>
        <w:t xml:space="preserve">3.1 </w:t>
      </w:r>
      <w:r>
        <w:rPr>
          <w:b/>
          <w:sz w:val="34"/>
        </w:rPr>
        <w:t>مشكلة</w:t>
      </w:r>
      <w:r>
        <w:rPr>
          <w:b/>
          <w:sz w:val="34"/>
        </w:rPr>
        <w:t xml:space="preserve"> </w:t>
      </w:r>
      <w:r>
        <w:rPr>
          <w:b/>
          <w:sz w:val="34"/>
        </w:rPr>
        <w:t>الدراسة</w:t>
      </w:r>
    </w:p>
    <w:p w14:paraId="16091885" w14:textId="77777777" w:rsidR="00D457B9" w:rsidRDefault="008A53E0" w:rsidP="003F65EA">
      <w:pPr>
        <w:spacing w:line="360" w:lineRule="auto"/>
        <w:jc w:val="right"/>
      </w:pPr>
      <w:r>
        <w:t>تتمثل</w:t>
      </w:r>
      <w:r>
        <w:t xml:space="preserve"> </w:t>
      </w:r>
      <w:r>
        <w:t>مشكلة</w:t>
      </w:r>
      <w:r>
        <w:t xml:space="preserve"> </w:t>
      </w:r>
      <w:r>
        <w:t>الدراسة</w:t>
      </w:r>
      <w:r>
        <w:t xml:space="preserve"> </w:t>
      </w:r>
      <w:r>
        <w:t>في</w:t>
      </w:r>
      <w:r>
        <w:t xml:space="preserve"> </w:t>
      </w:r>
      <w:r>
        <w:t>الانتشار</w:t>
      </w:r>
      <w:r>
        <w:t xml:space="preserve"> </w:t>
      </w:r>
      <w:r>
        <w:t>الواسع</w:t>
      </w:r>
      <w:r>
        <w:t xml:space="preserve"> </w:t>
      </w:r>
      <w:r>
        <w:t>لاستخدام</w:t>
      </w:r>
      <w:r>
        <w:t xml:space="preserve"> </w:t>
      </w:r>
      <w:r>
        <w:t>تقنيات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داخل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الاجتماعي،</w:t>
      </w:r>
      <w:r>
        <w:t xml:space="preserve"> </w:t>
      </w:r>
      <w:r>
        <w:t>وما</w:t>
      </w:r>
      <w:r>
        <w:t xml:space="preserve"> </w:t>
      </w:r>
      <w:r>
        <w:t>ينتج</w:t>
      </w:r>
      <w:r>
        <w:t xml:space="preserve"> </w:t>
      </w:r>
      <w:r>
        <w:t>عنه</w:t>
      </w:r>
      <w:r>
        <w:t xml:space="preserve"> </w:t>
      </w:r>
      <w:r>
        <w:t>من</w:t>
      </w:r>
      <w:r>
        <w:t xml:space="preserve"> </w:t>
      </w:r>
      <w:r>
        <w:t>تخصيص</w:t>
      </w:r>
      <w:r>
        <w:t xml:space="preserve"> </w:t>
      </w:r>
      <w:r>
        <w:t>للمحتوى</w:t>
      </w:r>
      <w:r>
        <w:t xml:space="preserve"> </w:t>
      </w:r>
      <w:r>
        <w:t>واقتراحات</w:t>
      </w:r>
      <w:r>
        <w:t xml:space="preserve"> </w:t>
      </w:r>
      <w:r>
        <w:t>مستمرة</w:t>
      </w:r>
      <w:r>
        <w:t xml:space="preserve"> </w:t>
      </w:r>
      <w:r>
        <w:t>قد</w:t>
      </w:r>
      <w:r>
        <w:t xml:space="preserve"> </w:t>
      </w:r>
      <w:r>
        <w:t>تؤثر</w:t>
      </w:r>
      <w:r>
        <w:t xml:space="preserve"> </w:t>
      </w:r>
      <w:r>
        <w:t>في</w:t>
      </w:r>
      <w:r>
        <w:t xml:space="preserve"> </w:t>
      </w:r>
      <w:r>
        <w:t>تفاعل</w:t>
      </w:r>
      <w:r>
        <w:t xml:space="preserve"> </w:t>
      </w:r>
      <w:r>
        <w:t>المستخدم</w:t>
      </w:r>
      <w:r>
        <w:t xml:space="preserve"> </w:t>
      </w:r>
      <w:r>
        <w:t>وآرائه</w:t>
      </w:r>
      <w:r>
        <w:t xml:space="preserve"> </w:t>
      </w:r>
      <w:r>
        <w:t>واتجاهاته</w:t>
      </w:r>
      <w:r>
        <w:t xml:space="preserve">. </w:t>
      </w:r>
      <w:r>
        <w:t>ومن</w:t>
      </w:r>
      <w:r>
        <w:t xml:space="preserve"> </w:t>
      </w:r>
      <w:r>
        <w:t>هنا</w:t>
      </w:r>
      <w:r>
        <w:t xml:space="preserve"> </w:t>
      </w:r>
      <w:r>
        <w:t>تتمثل</w:t>
      </w:r>
      <w:r>
        <w:t xml:space="preserve"> </w:t>
      </w:r>
      <w:r>
        <w:t>المشكلة</w:t>
      </w:r>
      <w:r>
        <w:t xml:space="preserve"> </w:t>
      </w:r>
      <w:r>
        <w:t>الرئيسة</w:t>
      </w:r>
      <w:r>
        <w:t xml:space="preserve"> </w:t>
      </w:r>
      <w:r>
        <w:t>في</w:t>
      </w:r>
      <w:r>
        <w:t xml:space="preserve"> </w:t>
      </w:r>
      <w:r>
        <w:t>السؤال</w:t>
      </w:r>
      <w:r>
        <w:t xml:space="preserve"> </w:t>
      </w:r>
      <w:r>
        <w:t>الآتي</w:t>
      </w:r>
      <w:r>
        <w:t xml:space="preserve">: </w:t>
      </w:r>
      <w:r>
        <w:t>ما</w:t>
      </w:r>
      <w:r>
        <w:t xml:space="preserve"> </w:t>
      </w:r>
      <w:r>
        <w:t>أثر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على</w:t>
      </w:r>
      <w:r>
        <w:t xml:space="preserve"> </w:t>
      </w:r>
      <w:r>
        <w:t>سلوك</w:t>
      </w:r>
      <w:r>
        <w:t xml:space="preserve"> </w:t>
      </w:r>
      <w:r>
        <w:t>المستخدم</w:t>
      </w:r>
      <w:r>
        <w:t xml:space="preserve"> </w:t>
      </w:r>
      <w:r>
        <w:t>في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الاجتماعي؟</w:t>
      </w:r>
    </w:p>
    <w:p w14:paraId="75FE5F2F" w14:textId="77777777" w:rsidR="00D457B9" w:rsidRDefault="008A53E0" w:rsidP="003F65EA">
      <w:pPr>
        <w:spacing w:line="360" w:lineRule="auto"/>
        <w:jc w:val="right"/>
      </w:pPr>
      <w:r>
        <w:t>ويتفرع</w:t>
      </w:r>
      <w:r>
        <w:t xml:space="preserve"> </w:t>
      </w:r>
      <w:r>
        <w:t>عن</w:t>
      </w:r>
      <w:r>
        <w:t xml:space="preserve"> </w:t>
      </w:r>
      <w:r>
        <w:t>ذلك</w:t>
      </w:r>
      <w:r>
        <w:t xml:space="preserve">: </w:t>
      </w:r>
      <w:r>
        <w:t>ما</w:t>
      </w:r>
      <w:r>
        <w:t xml:space="preserve"> </w:t>
      </w:r>
      <w:r>
        <w:t>أسباب</w:t>
      </w:r>
      <w:r>
        <w:t xml:space="preserve"> </w:t>
      </w:r>
      <w:r>
        <w:t>اعتماد</w:t>
      </w:r>
      <w:r>
        <w:t xml:space="preserve"> </w:t>
      </w:r>
      <w:r>
        <w:t>المستخدمين</w:t>
      </w:r>
      <w:r>
        <w:t xml:space="preserve"> </w:t>
      </w:r>
      <w:r>
        <w:t>على</w:t>
      </w:r>
      <w:r>
        <w:t xml:space="preserve"> </w:t>
      </w:r>
      <w:r>
        <w:t>خصائص</w:t>
      </w:r>
      <w:r>
        <w:t xml:space="preserve"> </w:t>
      </w:r>
      <w:r>
        <w:t>الذكاء</w:t>
      </w:r>
      <w:r>
        <w:t xml:space="preserve"> </w:t>
      </w:r>
      <w:r>
        <w:t>الاصطناعي؟</w:t>
      </w:r>
      <w:r>
        <w:t xml:space="preserve"> </w:t>
      </w:r>
      <w:r>
        <w:t>وكيف</w:t>
      </w:r>
      <w:r>
        <w:t xml:space="preserve"> </w:t>
      </w:r>
      <w:r>
        <w:t>يدركون</w:t>
      </w:r>
      <w:r>
        <w:t xml:space="preserve"> </w:t>
      </w:r>
      <w:r>
        <w:t>جودة</w:t>
      </w:r>
      <w:r>
        <w:t xml:space="preserve"> </w:t>
      </w:r>
      <w:r>
        <w:t>الخدمات</w:t>
      </w:r>
      <w:r>
        <w:t xml:space="preserve"> </w:t>
      </w:r>
      <w:r>
        <w:t>التي</w:t>
      </w:r>
      <w:r>
        <w:t xml:space="preserve"> </w:t>
      </w:r>
      <w:r>
        <w:t>يقدمها؟</w:t>
      </w:r>
      <w:r>
        <w:t xml:space="preserve"> </w:t>
      </w:r>
      <w:r>
        <w:t>وإلى</w:t>
      </w:r>
      <w:r>
        <w:t xml:space="preserve"> </w:t>
      </w:r>
      <w:r>
        <w:t>أي</w:t>
      </w:r>
      <w:r>
        <w:t xml:space="preserve"> </w:t>
      </w:r>
      <w:r>
        <w:t>مدى</w:t>
      </w:r>
      <w:r>
        <w:t xml:space="preserve"> </w:t>
      </w:r>
      <w:r>
        <w:t>يرون</w:t>
      </w:r>
      <w:r>
        <w:t xml:space="preserve"> </w:t>
      </w:r>
      <w:r>
        <w:t>أن</w:t>
      </w:r>
      <w:r>
        <w:t xml:space="preserve"> </w:t>
      </w:r>
      <w:r>
        <w:t>المحتوى</w:t>
      </w:r>
      <w:r>
        <w:t xml:space="preserve"> </w:t>
      </w:r>
      <w:r>
        <w:t>المقترح</w:t>
      </w:r>
      <w:r>
        <w:t xml:space="preserve"> </w:t>
      </w:r>
      <w:r>
        <w:t>يؤثر</w:t>
      </w:r>
      <w:r>
        <w:t xml:space="preserve"> </w:t>
      </w:r>
      <w:r>
        <w:t>في</w:t>
      </w:r>
      <w:r>
        <w:t xml:space="preserve"> </w:t>
      </w:r>
      <w:r>
        <w:t>تفاعلهم</w:t>
      </w:r>
      <w:r>
        <w:t xml:space="preserve"> </w:t>
      </w:r>
      <w:r>
        <w:t>وآرائهم</w:t>
      </w:r>
      <w:r>
        <w:t xml:space="preserve"> </w:t>
      </w:r>
      <w:r>
        <w:t>واتجاهاتهم؟</w:t>
      </w:r>
    </w:p>
    <w:p w14:paraId="3A96891B" w14:textId="77777777" w:rsidR="00D457B9" w:rsidRDefault="008A53E0" w:rsidP="003F65EA">
      <w:pPr>
        <w:spacing w:before="200"/>
        <w:jc w:val="right"/>
      </w:pPr>
      <w:r>
        <w:rPr>
          <w:b/>
          <w:sz w:val="34"/>
        </w:rPr>
        <w:t xml:space="preserve">4.1 </w:t>
      </w:r>
      <w:r>
        <w:rPr>
          <w:b/>
          <w:sz w:val="34"/>
        </w:rPr>
        <w:t>أهمية</w:t>
      </w:r>
      <w:r>
        <w:rPr>
          <w:b/>
          <w:sz w:val="34"/>
        </w:rPr>
        <w:t xml:space="preserve"> </w:t>
      </w:r>
      <w:r>
        <w:rPr>
          <w:b/>
          <w:sz w:val="34"/>
        </w:rPr>
        <w:t>الدراسة</w:t>
      </w:r>
    </w:p>
    <w:p w14:paraId="3C16B48A" w14:textId="77777777" w:rsidR="00D457B9" w:rsidRDefault="008A53E0" w:rsidP="003F65EA">
      <w:pPr>
        <w:spacing w:before="200"/>
        <w:jc w:val="right"/>
      </w:pPr>
      <w:r>
        <w:rPr>
          <w:b/>
          <w:sz w:val="30"/>
        </w:rPr>
        <w:t>الأهمية</w:t>
      </w:r>
      <w:r>
        <w:rPr>
          <w:b/>
          <w:sz w:val="30"/>
        </w:rPr>
        <w:t xml:space="preserve"> </w:t>
      </w:r>
      <w:r>
        <w:rPr>
          <w:b/>
          <w:sz w:val="30"/>
        </w:rPr>
        <w:t>العلمية</w:t>
      </w:r>
    </w:p>
    <w:p w14:paraId="4E18E2E8" w14:textId="77777777" w:rsidR="00D457B9" w:rsidRDefault="008A53E0" w:rsidP="003F65EA">
      <w:pPr>
        <w:spacing w:line="360" w:lineRule="auto"/>
        <w:jc w:val="right"/>
      </w:pPr>
      <w:r>
        <w:t>تسهم</w:t>
      </w:r>
      <w:r>
        <w:t xml:space="preserve"> </w:t>
      </w:r>
      <w:r>
        <w:t>الدراسة</w:t>
      </w:r>
      <w:r>
        <w:t xml:space="preserve"> </w:t>
      </w:r>
      <w:r>
        <w:t>في</w:t>
      </w:r>
      <w:r>
        <w:t xml:space="preserve"> </w:t>
      </w:r>
      <w:r>
        <w:t>إثراء</w:t>
      </w:r>
      <w:r>
        <w:t xml:space="preserve"> </w:t>
      </w:r>
      <w:r>
        <w:t>المعرفة</w:t>
      </w:r>
      <w:r>
        <w:t xml:space="preserve"> </w:t>
      </w:r>
      <w:r>
        <w:t>المتعلقة</w:t>
      </w:r>
      <w:r>
        <w:t xml:space="preserve"> </w:t>
      </w:r>
      <w:r>
        <w:t>بالعلاقة</w:t>
      </w:r>
      <w:r>
        <w:t xml:space="preserve"> </w:t>
      </w:r>
      <w:r>
        <w:t>بين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وسلوك</w:t>
      </w:r>
      <w:r>
        <w:t xml:space="preserve"> </w:t>
      </w:r>
      <w:r>
        <w:t>المستخدم</w:t>
      </w:r>
      <w:r>
        <w:t xml:space="preserve"> </w:t>
      </w:r>
      <w:r>
        <w:t>في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الاجتماعي،</w:t>
      </w:r>
      <w:r>
        <w:t xml:space="preserve"> </w:t>
      </w:r>
      <w:r>
        <w:t>وتقدم</w:t>
      </w:r>
      <w:r>
        <w:t xml:space="preserve"> </w:t>
      </w:r>
      <w:r>
        <w:t>وصفًا</w:t>
      </w:r>
      <w:r>
        <w:t xml:space="preserve"> </w:t>
      </w:r>
      <w:r>
        <w:t>ميدانيًا</w:t>
      </w:r>
      <w:r>
        <w:t xml:space="preserve"> </w:t>
      </w:r>
      <w:r>
        <w:t>لإدراكات</w:t>
      </w:r>
      <w:r>
        <w:t xml:space="preserve"> </w:t>
      </w:r>
      <w:r>
        <w:t>أفراد</w:t>
      </w:r>
      <w:r>
        <w:t xml:space="preserve"> </w:t>
      </w:r>
      <w:r>
        <w:t>العينة</w:t>
      </w:r>
      <w:r>
        <w:t xml:space="preserve"> </w:t>
      </w:r>
      <w:r>
        <w:t>حول</w:t>
      </w:r>
      <w:r>
        <w:t xml:space="preserve"> </w:t>
      </w:r>
      <w:r>
        <w:t>تخصيص</w:t>
      </w:r>
      <w:r>
        <w:t xml:space="preserve"> </w:t>
      </w:r>
      <w:r>
        <w:t>المحتوى</w:t>
      </w:r>
      <w:r>
        <w:t xml:space="preserve"> </w:t>
      </w:r>
      <w:r>
        <w:t>وجودة</w:t>
      </w:r>
      <w:r>
        <w:t xml:space="preserve"> </w:t>
      </w:r>
      <w:r>
        <w:t>الخدمات</w:t>
      </w:r>
      <w:r>
        <w:t xml:space="preserve"> </w:t>
      </w:r>
      <w:r>
        <w:t>والتأثير</w:t>
      </w:r>
      <w:r>
        <w:t xml:space="preserve"> </w:t>
      </w:r>
      <w:r>
        <w:t>السلوكي</w:t>
      </w:r>
      <w:r>
        <w:t>.</w:t>
      </w:r>
    </w:p>
    <w:p w14:paraId="2BC5B0C7" w14:textId="77777777" w:rsidR="00D457B9" w:rsidRDefault="008A53E0" w:rsidP="003F65EA">
      <w:pPr>
        <w:spacing w:before="200"/>
        <w:jc w:val="right"/>
      </w:pPr>
      <w:r>
        <w:rPr>
          <w:b/>
          <w:sz w:val="30"/>
        </w:rPr>
        <w:t>الأهمية</w:t>
      </w:r>
      <w:r>
        <w:rPr>
          <w:b/>
          <w:sz w:val="30"/>
        </w:rPr>
        <w:t xml:space="preserve"> </w:t>
      </w:r>
      <w:r>
        <w:rPr>
          <w:b/>
          <w:sz w:val="30"/>
        </w:rPr>
        <w:t>العملية</w:t>
      </w:r>
    </w:p>
    <w:p w14:paraId="5A1B9B9B" w14:textId="77777777" w:rsidR="00D457B9" w:rsidRDefault="008A53E0" w:rsidP="003F65EA">
      <w:pPr>
        <w:spacing w:line="360" w:lineRule="auto"/>
        <w:jc w:val="right"/>
      </w:pPr>
      <w:r>
        <w:t>يمكن</w:t>
      </w:r>
      <w:r>
        <w:t xml:space="preserve"> </w:t>
      </w:r>
      <w:r>
        <w:t>أن</w:t>
      </w:r>
      <w:r>
        <w:t xml:space="preserve"> </w:t>
      </w:r>
      <w:r>
        <w:t>تساعد</w:t>
      </w:r>
      <w:r>
        <w:t xml:space="preserve"> </w:t>
      </w:r>
      <w:r>
        <w:t>النتائج</w:t>
      </w:r>
      <w:r>
        <w:t xml:space="preserve"> </w:t>
      </w:r>
      <w:r>
        <w:t>الجهات</w:t>
      </w:r>
      <w:r>
        <w:t xml:space="preserve"> </w:t>
      </w:r>
      <w:r>
        <w:t>العاملة</w:t>
      </w:r>
      <w:r>
        <w:t xml:space="preserve"> </w:t>
      </w:r>
      <w:r>
        <w:t>في</w:t>
      </w:r>
      <w:r>
        <w:t xml:space="preserve"> </w:t>
      </w:r>
      <w:r>
        <w:t>تطوير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 xml:space="preserve"> </w:t>
      </w:r>
      <w:r>
        <w:t>على</w:t>
      </w:r>
      <w:r>
        <w:t xml:space="preserve"> </w:t>
      </w:r>
      <w:r>
        <w:t>فهم</w:t>
      </w:r>
      <w:r>
        <w:t xml:space="preserve"> </w:t>
      </w:r>
      <w:r>
        <w:t>جوانب</w:t>
      </w:r>
      <w:r>
        <w:t xml:space="preserve"> </w:t>
      </w:r>
      <w:r>
        <w:t>تجربة</w:t>
      </w:r>
      <w:r>
        <w:t xml:space="preserve"> </w:t>
      </w:r>
      <w:r>
        <w:t>المستخدم</w:t>
      </w:r>
      <w:r>
        <w:t xml:space="preserve"> </w:t>
      </w:r>
      <w:r>
        <w:t>المرتبطة</w:t>
      </w:r>
      <w:r>
        <w:t xml:space="preserve"> </w:t>
      </w:r>
      <w:r>
        <w:t>بالذكاء</w:t>
      </w:r>
      <w:r>
        <w:t xml:space="preserve"> </w:t>
      </w:r>
      <w:r>
        <w:t>الاصطناعي،</w:t>
      </w:r>
      <w:r>
        <w:t xml:space="preserve"> </w:t>
      </w:r>
      <w:r>
        <w:t>كما</w:t>
      </w:r>
      <w:r>
        <w:t xml:space="preserve"> </w:t>
      </w:r>
      <w:r>
        <w:t>يمكن</w:t>
      </w:r>
      <w:r>
        <w:t xml:space="preserve"> </w:t>
      </w:r>
      <w:r>
        <w:t>أن</w:t>
      </w:r>
      <w:r>
        <w:t xml:space="preserve"> </w:t>
      </w:r>
      <w:r>
        <w:t>تدعم</w:t>
      </w:r>
      <w:r>
        <w:t xml:space="preserve"> </w:t>
      </w:r>
      <w:r>
        <w:t>التوعية</w:t>
      </w:r>
      <w:r>
        <w:t xml:space="preserve"> </w:t>
      </w:r>
      <w:r>
        <w:t>بالاستخدام</w:t>
      </w:r>
      <w:r>
        <w:t xml:space="preserve"> </w:t>
      </w:r>
      <w:r>
        <w:t>الواعي</w:t>
      </w:r>
      <w:r>
        <w:t xml:space="preserve"> </w:t>
      </w:r>
      <w:r>
        <w:t>للمحتوى</w:t>
      </w:r>
      <w:r>
        <w:t xml:space="preserve"> </w:t>
      </w:r>
      <w:r>
        <w:t>المقترح</w:t>
      </w:r>
      <w:r>
        <w:t xml:space="preserve"> </w:t>
      </w:r>
      <w:r>
        <w:t>والخوارزميات</w:t>
      </w:r>
      <w:r>
        <w:t>.</w:t>
      </w:r>
    </w:p>
    <w:p w14:paraId="71934BB8" w14:textId="77777777" w:rsidR="003F65EA" w:rsidRDefault="003F65EA" w:rsidP="003F65EA">
      <w:pPr>
        <w:spacing w:before="200"/>
        <w:jc w:val="right"/>
        <w:rPr>
          <w:b/>
          <w:sz w:val="34"/>
        </w:rPr>
      </w:pPr>
    </w:p>
    <w:p w14:paraId="5C83A09F" w14:textId="77777777" w:rsidR="003F65EA" w:rsidRDefault="003F65EA" w:rsidP="003F65EA">
      <w:pPr>
        <w:spacing w:before="200"/>
        <w:jc w:val="right"/>
        <w:rPr>
          <w:b/>
          <w:sz w:val="34"/>
        </w:rPr>
      </w:pPr>
    </w:p>
    <w:p w14:paraId="702D76ED" w14:textId="3ACCC3E3" w:rsidR="00D457B9" w:rsidRDefault="008A53E0" w:rsidP="003F65EA">
      <w:pPr>
        <w:spacing w:before="200"/>
        <w:jc w:val="right"/>
      </w:pPr>
      <w:r>
        <w:rPr>
          <w:b/>
          <w:sz w:val="34"/>
        </w:rPr>
        <w:lastRenderedPageBreak/>
        <w:t xml:space="preserve">5.1 </w:t>
      </w:r>
      <w:proofErr w:type="spellStart"/>
      <w:r>
        <w:rPr>
          <w:b/>
          <w:sz w:val="34"/>
        </w:rPr>
        <w:t>أهداف</w:t>
      </w:r>
      <w:proofErr w:type="spellEnd"/>
      <w:r>
        <w:rPr>
          <w:b/>
          <w:sz w:val="34"/>
        </w:rPr>
        <w:t xml:space="preserve"> </w:t>
      </w:r>
      <w:proofErr w:type="spellStart"/>
      <w:r>
        <w:rPr>
          <w:b/>
          <w:sz w:val="34"/>
        </w:rPr>
        <w:t>الدراسة</w:t>
      </w:r>
      <w:proofErr w:type="spellEnd"/>
    </w:p>
    <w:p w14:paraId="48E976DD" w14:textId="77777777" w:rsidR="003F65EA" w:rsidRDefault="003F65EA" w:rsidP="003F65EA">
      <w:pPr>
        <w:spacing w:before="200"/>
        <w:jc w:val="right"/>
      </w:pPr>
    </w:p>
    <w:p w14:paraId="1B385856" w14:textId="77777777" w:rsidR="00D457B9" w:rsidRDefault="008A53E0" w:rsidP="003F65EA">
      <w:pPr>
        <w:spacing w:line="360" w:lineRule="auto"/>
        <w:jc w:val="right"/>
      </w:pPr>
      <w:r>
        <w:t xml:space="preserve">• </w:t>
      </w:r>
      <w:r>
        <w:t>التعرف</w:t>
      </w:r>
      <w:r>
        <w:t xml:space="preserve"> </w:t>
      </w:r>
      <w:r>
        <w:t>على</w:t>
      </w:r>
      <w:r>
        <w:t xml:space="preserve"> </w:t>
      </w:r>
      <w:r>
        <w:t>مستوى</w:t>
      </w:r>
      <w:r>
        <w:t xml:space="preserve"> </w:t>
      </w:r>
      <w:r>
        <w:t>استخدام</w:t>
      </w:r>
      <w:r>
        <w:t xml:space="preserve"> </w:t>
      </w:r>
      <w:r>
        <w:t>أفراد</w:t>
      </w:r>
      <w:r>
        <w:t xml:space="preserve"> </w:t>
      </w:r>
      <w:r>
        <w:t>العينة</w:t>
      </w:r>
      <w:r>
        <w:t xml:space="preserve"> </w:t>
      </w:r>
      <w:r>
        <w:t>لمنصات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>.</w:t>
      </w:r>
    </w:p>
    <w:p w14:paraId="5BA1A6FE" w14:textId="77777777" w:rsidR="00D457B9" w:rsidRDefault="008A53E0" w:rsidP="003F65EA">
      <w:pPr>
        <w:spacing w:line="360" w:lineRule="auto"/>
        <w:jc w:val="right"/>
      </w:pPr>
      <w:r>
        <w:t xml:space="preserve">• </w:t>
      </w:r>
      <w:r>
        <w:t>التعرف</w:t>
      </w:r>
      <w:r>
        <w:t xml:space="preserve"> </w:t>
      </w:r>
      <w:r>
        <w:t>على</w:t>
      </w:r>
      <w:r>
        <w:t xml:space="preserve"> </w:t>
      </w:r>
      <w:r>
        <w:t>الأسباب</w:t>
      </w:r>
      <w:r>
        <w:t xml:space="preserve"> </w:t>
      </w:r>
      <w:r>
        <w:t>الرئيسة</w:t>
      </w:r>
      <w:r>
        <w:t xml:space="preserve"> </w:t>
      </w:r>
      <w:r>
        <w:t>لاستخدام</w:t>
      </w:r>
      <w:r>
        <w:t xml:space="preserve"> </w:t>
      </w:r>
      <w:r>
        <w:t>خصائص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>.</w:t>
      </w:r>
    </w:p>
    <w:p w14:paraId="6390509D" w14:textId="77777777" w:rsidR="00D457B9" w:rsidRDefault="008A53E0" w:rsidP="003F65EA">
      <w:pPr>
        <w:spacing w:line="360" w:lineRule="auto"/>
        <w:jc w:val="right"/>
      </w:pPr>
      <w:r>
        <w:t xml:space="preserve">• </w:t>
      </w:r>
      <w:r>
        <w:t>التعرف</w:t>
      </w:r>
      <w:r>
        <w:t xml:space="preserve"> </w:t>
      </w:r>
      <w:r>
        <w:t>على</w:t>
      </w:r>
      <w:r>
        <w:t xml:space="preserve"> </w:t>
      </w:r>
      <w:r>
        <w:t>إدراك</w:t>
      </w:r>
      <w:r>
        <w:t xml:space="preserve"> </w:t>
      </w:r>
      <w:r>
        <w:t>أفراد</w:t>
      </w:r>
      <w:r>
        <w:t xml:space="preserve"> </w:t>
      </w:r>
      <w:r>
        <w:t>العينة</w:t>
      </w:r>
      <w:r>
        <w:t xml:space="preserve"> </w:t>
      </w:r>
      <w:r>
        <w:t>لجودة</w:t>
      </w:r>
      <w:r>
        <w:t xml:space="preserve"> </w:t>
      </w:r>
      <w:r>
        <w:t>خدمات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>.</w:t>
      </w:r>
    </w:p>
    <w:p w14:paraId="327177EB" w14:textId="77777777" w:rsidR="00D457B9" w:rsidRDefault="008A53E0" w:rsidP="003F65EA">
      <w:pPr>
        <w:spacing w:line="360" w:lineRule="auto"/>
        <w:jc w:val="right"/>
      </w:pPr>
      <w:r>
        <w:t xml:space="preserve">• </w:t>
      </w:r>
      <w:r>
        <w:t>التعرف</w:t>
      </w:r>
      <w:r>
        <w:t xml:space="preserve"> </w:t>
      </w:r>
      <w:r>
        <w:t>على</w:t>
      </w:r>
      <w:r>
        <w:t xml:space="preserve"> </w:t>
      </w:r>
      <w:r>
        <w:t>أثر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المدرك</w:t>
      </w:r>
      <w:r>
        <w:t xml:space="preserve"> </w:t>
      </w:r>
      <w:r>
        <w:t>في</w:t>
      </w:r>
      <w:r>
        <w:t xml:space="preserve"> </w:t>
      </w:r>
      <w:r>
        <w:t>سلوك</w:t>
      </w:r>
      <w:r>
        <w:t xml:space="preserve"> </w:t>
      </w:r>
      <w:r>
        <w:t>مستخدمي</w:t>
      </w:r>
      <w:r>
        <w:t xml:space="preserve"> </w:t>
      </w:r>
      <w:r>
        <w:t>وسائل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>.</w:t>
      </w:r>
    </w:p>
    <w:p w14:paraId="461246E4" w14:textId="77777777" w:rsidR="00D457B9" w:rsidRDefault="008A53E0" w:rsidP="003F65EA">
      <w:pPr>
        <w:spacing w:line="360" w:lineRule="auto"/>
        <w:jc w:val="right"/>
      </w:pPr>
      <w:r>
        <w:t xml:space="preserve">• </w:t>
      </w:r>
      <w:r>
        <w:t>التعرف</w:t>
      </w:r>
      <w:r>
        <w:t xml:space="preserve"> </w:t>
      </w:r>
      <w:r>
        <w:t>على</w:t>
      </w:r>
      <w:r>
        <w:t xml:space="preserve"> </w:t>
      </w:r>
      <w:r>
        <w:t>المنصات</w:t>
      </w:r>
      <w:r>
        <w:t xml:space="preserve"> </w:t>
      </w:r>
      <w:r>
        <w:t>الأكثر</w:t>
      </w:r>
      <w:r>
        <w:t xml:space="preserve"> </w:t>
      </w:r>
      <w:r>
        <w:t>استخدامًا</w:t>
      </w:r>
      <w:r>
        <w:t xml:space="preserve"> </w:t>
      </w:r>
      <w:r>
        <w:t>لدى</w:t>
      </w:r>
      <w:r>
        <w:t xml:space="preserve"> </w:t>
      </w:r>
      <w:r>
        <w:t>أفراد</w:t>
      </w:r>
      <w:r>
        <w:t xml:space="preserve"> </w:t>
      </w:r>
      <w:r>
        <w:t>العينة</w:t>
      </w:r>
      <w:r>
        <w:t>.</w:t>
      </w:r>
    </w:p>
    <w:p w14:paraId="46366E79" w14:textId="77777777" w:rsidR="00D457B9" w:rsidRDefault="008A53E0" w:rsidP="003F65EA">
      <w:pPr>
        <w:spacing w:before="200"/>
        <w:jc w:val="right"/>
      </w:pPr>
      <w:r>
        <w:rPr>
          <w:b/>
          <w:sz w:val="34"/>
        </w:rPr>
        <w:t xml:space="preserve">6.1 </w:t>
      </w:r>
      <w:r>
        <w:rPr>
          <w:b/>
          <w:sz w:val="34"/>
        </w:rPr>
        <w:t>فرضيات</w:t>
      </w:r>
      <w:r>
        <w:rPr>
          <w:b/>
          <w:sz w:val="34"/>
        </w:rPr>
        <w:t xml:space="preserve"> </w:t>
      </w:r>
      <w:r>
        <w:rPr>
          <w:b/>
          <w:sz w:val="34"/>
        </w:rPr>
        <w:t>الدراسة</w:t>
      </w:r>
    </w:p>
    <w:p w14:paraId="3138E309" w14:textId="77777777" w:rsidR="00D457B9" w:rsidRDefault="008A53E0" w:rsidP="003F65EA">
      <w:pPr>
        <w:spacing w:line="360" w:lineRule="auto"/>
        <w:jc w:val="right"/>
      </w:pPr>
      <w:r>
        <w:t>الفرض</w:t>
      </w:r>
      <w:r>
        <w:t xml:space="preserve"> </w:t>
      </w:r>
      <w:r>
        <w:t>الرئيس</w:t>
      </w:r>
      <w:r>
        <w:t xml:space="preserve">: </w:t>
      </w:r>
      <w:r>
        <w:t>يوجد</w:t>
      </w:r>
      <w:r>
        <w:t xml:space="preserve"> </w:t>
      </w:r>
      <w:r>
        <w:t>أثر</w:t>
      </w:r>
      <w:r>
        <w:t xml:space="preserve"> </w:t>
      </w:r>
      <w:r>
        <w:t>مدرك</w:t>
      </w:r>
      <w:r>
        <w:t xml:space="preserve"> </w:t>
      </w:r>
      <w:r>
        <w:t>للذكاء</w:t>
      </w:r>
      <w:r>
        <w:t xml:space="preserve"> </w:t>
      </w:r>
      <w:r>
        <w:t>الاصطناعي</w:t>
      </w:r>
      <w:r>
        <w:t xml:space="preserve"> </w:t>
      </w:r>
      <w:r>
        <w:t>في</w:t>
      </w:r>
      <w:r>
        <w:t xml:space="preserve"> </w:t>
      </w:r>
      <w:r>
        <w:t>سلوك</w:t>
      </w:r>
      <w:r>
        <w:t xml:space="preserve"> </w:t>
      </w:r>
      <w:r>
        <w:t>المستخدم</w:t>
      </w:r>
      <w:r>
        <w:t xml:space="preserve"> </w:t>
      </w:r>
      <w:r>
        <w:t>في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>.</w:t>
      </w:r>
    </w:p>
    <w:p w14:paraId="6E6AAA42" w14:textId="77777777" w:rsidR="00D457B9" w:rsidRDefault="008A53E0" w:rsidP="003F65EA">
      <w:pPr>
        <w:spacing w:line="360" w:lineRule="auto"/>
        <w:jc w:val="right"/>
      </w:pPr>
      <w:r>
        <w:t>فرض</w:t>
      </w:r>
      <w:r>
        <w:t xml:space="preserve"> </w:t>
      </w:r>
      <w:r>
        <w:t>فرعي</w:t>
      </w:r>
      <w:r>
        <w:t xml:space="preserve">: </w:t>
      </w:r>
      <w:r>
        <w:t>يرتبط</w:t>
      </w:r>
      <w:r>
        <w:t xml:space="preserve"> </w:t>
      </w:r>
      <w:r>
        <w:t>استخدام</w:t>
      </w:r>
      <w:r>
        <w:t xml:space="preserve"> </w:t>
      </w:r>
      <w:r>
        <w:t>خصائص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بتفاعل</w:t>
      </w:r>
      <w:r>
        <w:t xml:space="preserve"> </w:t>
      </w:r>
      <w:r>
        <w:t>المستخدم</w:t>
      </w:r>
      <w:r>
        <w:t xml:space="preserve"> </w:t>
      </w:r>
      <w:r>
        <w:t>مع</w:t>
      </w:r>
      <w:r>
        <w:t xml:space="preserve"> </w:t>
      </w:r>
      <w:r>
        <w:t>المحتوى</w:t>
      </w:r>
      <w:r>
        <w:t xml:space="preserve"> </w:t>
      </w:r>
      <w:r>
        <w:t>المقترح</w:t>
      </w:r>
      <w:r>
        <w:t>.</w:t>
      </w:r>
    </w:p>
    <w:p w14:paraId="0D128597" w14:textId="77777777" w:rsidR="00D457B9" w:rsidRDefault="008A53E0" w:rsidP="003F65EA">
      <w:pPr>
        <w:spacing w:line="360" w:lineRule="auto"/>
        <w:jc w:val="right"/>
      </w:pPr>
      <w:r>
        <w:t>فرض</w:t>
      </w:r>
      <w:r>
        <w:t xml:space="preserve"> </w:t>
      </w:r>
      <w:r>
        <w:t>فرعي</w:t>
      </w:r>
      <w:r>
        <w:t xml:space="preserve">: </w:t>
      </w:r>
      <w:r>
        <w:t>ترتبط</w:t>
      </w:r>
      <w:r>
        <w:t xml:space="preserve"> </w:t>
      </w:r>
      <w:r>
        <w:t>جودة</w:t>
      </w:r>
      <w:r>
        <w:t xml:space="preserve"> </w:t>
      </w:r>
      <w:r>
        <w:t>خدمات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المدركة</w:t>
      </w:r>
      <w:r>
        <w:t xml:space="preserve"> </w:t>
      </w:r>
      <w:r>
        <w:t>بسلوك</w:t>
      </w:r>
      <w:r>
        <w:t xml:space="preserve"> </w:t>
      </w:r>
      <w:r>
        <w:t>المستخدم</w:t>
      </w:r>
      <w:r>
        <w:t xml:space="preserve"> </w:t>
      </w:r>
      <w:r>
        <w:t>واتجاهاته</w:t>
      </w:r>
      <w:r>
        <w:t>.</w:t>
      </w:r>
    </w:p>
    <w:p w14:paraId="52456664" w14:textId="77777777" w:rsidR="009C25AE" w:rsidRDefault="008A53E0" w:rsidP="003F65EA">
      <w:pPr>
        <w:spacing w:line="360" w:lineRule="auto"/>
        <w:jc w:val="right"/>
      </w:pPr>
      <w:r>
        <w:t>ملاحظة</w:t>
      </w:r>
      <w:r>
        <w:t xml:space="preserve"> </w:t>
      </w:r>
      <w:r>
        <w:t>منهجية</w:t>
      </w:r>
      <w:r>
        <w:t xml:space="preserve">: </w:t>
      </w:r>
      <w:r>
        <w:t>ملف</w:t>
      </w:r>
      <w:r>
        <w:t xml:space="preserve"> </w:t>
      </w:r>
      <w:r>
        <w:t>الاستبانة</w:t>
      </w:r>
      <w:r>
        <w:t xml:space="preserve"> </w:t>
      </w:r>
      <w:r>
        <w:t>الحالي</w:t>
      </w:r>
      <w:r>
        <w:t xml:space="preserve"> </w:t>
      </w:r>
      <w:r>
        <w:t>يقيس</w:t>
      </w:r>
      <w:r>
        <w:t xml:space="preserve"> </w:t>
      </w:r>
      <w:r>
        <w:t>بعض</w:t>
      </w:r>
      <w:r>
        <w:t xml:space="preserve"> </w:t>
      </w:r>
      <w:r>
        <w:t>المتغيرات</w:t>
      </w:r>
      <w:r>
        <w:t xml:space="preserve"> </w:t>
      </w:r>
      <w:r>
        <w:t>بأسئلة</w:t>
      </w:r>
      <w:r>
        <w:t xml:space="preserve"> </w:t>
      </w:r>
      <w:r>
        <w:t>اختيار</w:t>
      </w:r>
      <w:r>
        <w:t xml:space="preserve"> </w:t>
      </w:r>
      <w:r>
        <w:t>من</w:t>
      </w:r>
      <w:r>
        <w:t xml:space="preserve"> </w:t>
      </w:r>
      <w:r>
        <w:t>متعدد</w:t>
      </w:r>
      <w:r>
        <w:t xml:space="preserve"> </w:t>
      </w:r>
      <w:r>
        <w:t>وليس</w:t>
      </w:r>
      <w:r>
        <w:t xml:space="preserve"> </w:t>
      </w:r>
      <w:r>
        <w:t>بمقياس</w:t>
      </w:r>
      <w:r>
        <w:t xml:space="preserve"> </w:t>
      </w:r>
      <w:r>
        <w:t>ليكرت</w:t>
      </w:r>
      <w:r>
        <w:t xml:space="preserve"> </w:t>
      </w:r>
      <w:r>
        <w:t>متعدد</w:t>
      </w:r>
      <w:r>
        <w:t xml:space="preserve"> </w:t>
      </w:r>
      <w:r>
        <w:t>البنود؛</w:t>
      </w:r>
      <w:r>
        <w:t xml:space="preserve"> </w:t>
      </w:r>
      <w:r>
        <w:t>لذلك</w:t>
      </w:r>
      <w:r>
        <w:t xml:space="preserve"> </w:t>
      </w:r>
      <w:r>
        <w:t>لا</w:t>
      </w:r>
      <w:r>
        <w:t xml:space="preserve"> </w:t>
      </w:r>
      <w:r>
        <w:t>يجوز</w:t>
      </w:r>
      <w:r>
        <w:t xml:space="preserve"> </w:t>
      </w:r>
      <w:r>
        <w:t>استخراج</w:t>
      </w:r>
      <w:r>
        <w:t xml:space="preserve"> </w:t>
      </w:r>
      <w:r>
        <w:t>معاملات</w:t>
      </w:r>
      <w:r>
        <w:t xml:space="preserve"> </w:t>
      </w:r>
      <w:r>
        <w:t>ارتباط</w:t>
      </w:r>
      <w:r>
        <w:t xml:space="preserve"> </w:t>
      </w:r>
      <w:r>
        <w:t>أو</w:t>
      </w:r>
      <w:r>
        <w:t xml:space="preserve"> </w:t>
      </w:r>
      <w:r>
        <w:t>انحدار</w:t>
      </w:r>
      <w:r>
        <w:t xml:space="preserve"> </w:t>
      </w:r>
      <w:r>
        <w:t>صحيحة</w:t>
      </w:r>
      <w:r>
        <w:t xml:space="preserve"> </w:t>
      </w:r>
      <w:r>
        <w:t>من</w:t>
      </w:r>
      <w:r>
        <w:t xml:space="preserve"> </w:t>
      </w:r>
      <w:r>
        <w:t>هذه</w:t>
      </w:r>
      <w:r>
        <w:t xml:space="preserve"> </w:t>
      </w:r>
      <w:r>
        <w:t>البيانات</w:t>
      </w:r>
      <w:r>
        <w:t xml:space="preserve"> </w:t>
      </w:r>
      <w:r>
        <w:t>وحدها</w:t>
      </w:r>
      <w:r>
        <w:t xml:space="preserve"> </w:t>
      </w:r>
      <w:r>
        <w:t>دون</w:t>
      </w:r>
      <w:r>
        <w:t xml:space="preserve"> </w:t>
      </w:r>
      <w:r>
        <w:t>إعادة</w:t>
      </w:r>
      <w:r>
        <w:t xml:space="preserve"> </w:t>
      </w:r>
      <w:r>
        <w:t>بناء</w:t>
      </w:r>
      <w:r>
        <w:t>/</w:t>
      </w:r>
      <w:r>
        <w:t>ترميز</w:t>
      </w:r>
      <w:r>
        <w:t xml:space="preserve"> </w:t>
      </w:r>
      <w:r>
        <w:t>أداة</w:t>
      </w:r>
      <w:r>
        <w:t xml:space="preserve"> </w:t>
      </w:r>
      <w:r>
        <w:t>القياس</w:t>
      </w:r>
      <w:r>
        <w:t xml:space="preserve"> </w:t>
      </w:r>
      <w:proofErr w:type="spellStart"/>
      <w:r>
        <w:t>بما</w:t>
      </w:r>
      <w:proofErr w:type="spellEnd"/>
      <w:r>
        <w:t xml:space="preserve"> </w:t>
      </w:r>
      <w:proofErr w:type="spellStart"/>
      <w:r>
        <w:t>يلائم</w:t>
      </w:r>
      <w:proofErr w:type="spellEnd"/>
      <w:r>
        <w:t xml:space="preserve"> </w:t>
      </w:r>
      <w:proofErr w:type="spellStart"/>
      <w:r>
        <w:t>الاختبار</w:t>
      </w:r>
      <w:proofErr w:type="spellEnd"/>
      <w:r>
        <w:t xml:space="preserve"> </w:t>
      </w:r>
      <w:proofErr w:type="spellStart"/>
      <w:r>
        <w:t>الإحصائي</w:t>
      </w:r>
      <w:proofErr w:type="spellEnd"/>
    </w:p>
    <w:p w14:paraId="0315AA70" w14:textId="77777777" w:rsidR="009C25AE" w:rsidRDefault="009C25AE" w:rsidP="003F65EA">
      <w:pPr>
        <w:spacing w:line="360" w:lineRule="auto"/>
        <w:jc w:val="right"/>
      </w:pPr>
    </w:p>
    <w:p w14:paraId="150EEA70" w14:textId="77777777" w:rsidR="009C25AE" w:rsidRDefault="009C25AE" w:rsidP="003F65EA">
      <w:pPr>
        <w:spacing w:line="360" w:lineRule="auto"/>
        <w:jc w:val="right"/>
      </w:pPr>
    </w:p>
    <w:p w14:paraId="75A06ED3" w14:textId="77777777" w:rsidR="009C25AE" w:rsidRDefault="009C25AE" w:rsidP="003F65EA">
      <w:pPr>
        <w:spacing w:line="360" w:lineRule="auto"/>
        <w:jc w:val="right"/>
      </w:pPr>
    </w:p>
    <w:p w14:paraId="774B6F94" w14:textId="77777777" w:rsidR="009C25AE" w:rsidRDefault="009C25AE" w:rsidP="003F65EA">
      <w:pPr>
        <w:spacing w:line="360" w:lineRule="auto"/>
        <w:jc w:val="right"/>
      </w:pPr>
    </w:p>
    <w:p w14:paraId="5C1698F1" w14:textId="77777777" w:rsidR="009C25AE" w:rsidRDefault="009C25AE" w:rsidP="003F65EA">
      <w:pPr>
        <w:spacing w:line="360" w:lineRule="auto"/>
        <w:jc w:val="right"/>
      </w:pPr>
    </w:p>
    <w:p w14:paraId="23D588E4" w14:textId="77777777" w:rsidR="009C25AE" w:rsidRDefault="009C25AE" w:rsidP="003F65EA">
      <w:pPr>
        <w:spacing w:line="360" w:lineRule="auto"/>
        <w:jc w:val="right"/>
      </w:pPr>
    </w:p>
    <w:p w14:paraId="1A9B9CA4" w14:textId="69F62AD1" w:rsidR="00D457B9" w:rsidRDefault="008A53E0" w:rsidP="003F65EA">
      <w:pPr>
        <w:spacing w:line="360" w:lineRule="auto"/>
        <w:jc w:val="right"/>
      </w:pPr>
      <w:r>
        <w:lastRenderedPageBreak/>
        <w:t>.</w:t>
      </w:r>
    </w:p>
    <w:p w14:paraId="5ED50E8D" w14:textId="77777777" w:rsidR="00D457B9" w:rsidRDefault="008A53E0" w:rsidP="003F65EA">
      <w:pPr>
        <w:spacing w:before="200"/>
        <w:jc w:val="right"/>
      </w:pPr>
      <w:r>
        <w:rPr>
          <w:b/>
          <w:sz w:val="34"/>
        </w:rPr>
        <w:t xml:space="preserve">7.1 </w:t>
      </w:r>
      <w:r>
        <w:rPr>
          <w:b/>
          <w:sz w:val="34"/>
        </w:rPr>
        <w:t>نموذج</w:t>
      </w:r>
      <w:r>
        <w:rPr>
          <w:b/>
          <w:sz w:val="34"/>
        </w:rPr>
        <w:t xml:space="preserve"> </w:t>
      </w:r>
      <w:r>
        <w:rPr>
          <w:b/>
          <w:sz w:val="34"/>
        </w:rPr>
        <w:t>الدراسة</w:t>
      </w:r>
    </w:p>
    <w:p w14:paraId="7C6FDF39" w14:textId="51F15B0F" w:rsidR="009C25AE" w:rsidRDefault="008A53E0" w:rsidP="009C25AE">
      <w:pPr>
        <w:spacing w:line="360" w:lineRule="auto"/>
        <w:jc w:val="right"/>
      </w:pPr>
      <w:r>
        <w:t>المتغير</w:t>
      </w:r>
      <w:r>
        <w:t xml:space="preserve"> </w:t>
      </w:r>
      <w:r>
        <w:t>المستقل</w:t>
      </w:r>
      <w:r>
        <w:t xml:space="preserve">: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في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الاجتماعي،</w:t>
      </w:r>
      <w:r>
        <w:t xml:space="preserve"> </w:t>
      </w:r>
      <w:r>
        <w:t>ويظهر</w:t>
      </w:r>
      <w:r>
        <w:t xml:space="preserve"> </w:t>
      </w:r>
      <w:r>
        <w:t>في</w:t>
      </w:r>
      <w:r>
        <w:t xml:space="preserve"> </w:t>
      </w:r>
      <w:r>
        <w:t>الدراسة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استخدام</w:t>
      </w:r>
      <w:r>
        <w:t xml:space="preserve"> </w:t>
      </w:r>
      <w:r>
        <w:t>خصائصه</w:t>
      </w:r>
      <w:r>
        <w:t xml:space="preserve"> </w:t>
      </w:r>
      <w:r>
        <w:t>وإدراك</w:t>
      </w:r>
      <w:r>
        <w:t xml:space="preserve"> </w:t>
      </w:r>
      <w:r>
        <w:t>جودة</w:t>
      </w:r>
      <w:r>
        <w:t xml:space="preserve"> </w:t>
      </w:r>
      <w:r>
        <w:t>خدماته</w:t>
      </w:r>
      <w:r>
        <w:t xml:space="preserve">. </w:t>
      </w:r>
      <w:r>
        <w:t>المتغير</w:t>
      </w:r>
      <w:r>
        <w:t xml:space="preserve"> </w:t>
      </w:r>
      <w:r>
        <w:t>التابع</w:t>
      </w:r>
      <w:r>
        <w:t xml:space="preserve">: </w:t>
      </w:r>
      <w:r>
        <w:t>سلوك</w:t>
      </w:r>
      <w:r>
        <w:t xml:space="preserve"> </w:t>
      </w:r>
      <w:r>
        <w:t>المستخدم،</w:t>
      </w:r>
      <w:r>
        <w:t xml:space="preserve"> </w:t>
      </w:r>
      <w:r>
        <w:t>ويظهر</w:t>
      </w:r>
      <w:r>
        <w:t xml:space="preserve"> </w:t>
      </w:r>
      <w:r>
        <w:t>في</w:t>
      </w:r>
      <w:r>
        <w:t xml:space="preserve"> </w:t>
      </w:r>
      <w:r>
        <w:t>التفاعل</w:t>
      </w:r>
      <w:r>
        <w:t xml:space="preserve"> </w:t>
      </w:r>
      <w:r>
        <w:t>مع</w:t>
      </w:r>
      <w:r>
        <w:t xml:space="preserve"> </w:t>
      </w:r>
      <w:r>
        <w:t>المحتوى</w:t>
      </w:r>
      <w:r>
        <w:t xml:space="preserve"> </w:t>
      </w:r>
      <w:proofErr w:type="spellStart"/>
      <w:r>
        <w:t>المقترح</w:t>
      </w:r>
      <w:proofErr w:type="spellEnd"/>
      <w:r>
        <w:t xml:space="preserve"> </w:t>
      </w:r>
      <w:proofErr w:type="spellStart"/>
      <w:r>
        <w:t>والتأثر</w:t>
      </w:r>
      <w:proofErr w:type="spellEnd"/>
      <w:r>
        <w:t xml:space="preserve"> </w:t>
      </w:r>
      <w:proofErr w:type="spellStart"/>
      <w:r>
        <w:t>بالآراء</w:t>
      </w:r>
      <w:proofErr w:type="spellEnd"/>
      <w:r>
        <w:t xml:space="preserve"> </w:t>
      </w:r>
      <w:proofErr w:type="spellStart"/>
      <w:r>
        <w:t>والاتجاهات</w:t>
      </w:r>
      <w:proofErr w:type="spellEnd"/>
    </w:p>
    <w:p w14:paraId="19D78CBE" w14:textId="59B4B162" w:rsidR="003F65EA" w:rsidRPr="009C25AE" w:rsidRDefault="003F65EA" w:rsidP="009C25AE">
      <w:pPr>
        <w:spacing w:line="360" w:lineRule="auto"/>
        <w:jc w:val="right"/>
        <w:rPr>
          <w:b/>
          <w:bCs/>
          <w:sz w:val="36"/>
          <w:szCs w:val="28"/>
        </w:rPr>
      </w:pPr>
      <w:r w:rsidRPr="009C25AE">
        <w:rPr>
          <w:rFonts w:cs="Arial"/>
          <w:b/>
          <w:bCs/>
          <w:sz w:val="36"/>
          <w:szCs w:val="28"/>
          <w:rtl/>
        </w:rPr>
        <w:t>المتغير المستقل</w:t>
      </w:r>
    </w:p>
    <w:p w14:paraId="79C51F2C" w14:textId="0405D253" w:rsidR="003F65EA" w:rsidRDefault="003F65EA" w:rsidP="009C25AE">
      <w:pPr>
        <w:spacing w:line="360" w:lineRule="auto"/>
        <w:jc w:val="right"/>
      </w:pPr>
      <w:r>
        <w:rPr>
          <w:rFonts w:cs="Arial"/>
          <w:rtl/>
        </w:rPr>
        <w:t>الذكاء الاصطناعي في منصات التواصل الاجتماعي</w:t>
      </w:r>
    </w:p>
    <w:p w14:paraId="1E0E9653" w14:textId="49BC717A" w:rsidR="003F65EA" w:rsidRDefault="003F65EA" w:rsidP="009C25AE">
      <w:pPr>
        <w:spacing w:line="360" w:lineRule="auto"/>
        <w:jc w:val="right"/>
        <w:rPr>
          <w:rFonts w:hint="cs"/>
        </w:rPr>
      </w:pPr>
      <w:r>
        <w:rPr>
          <w:rFonts w:cs="Arial"/>
          <w:rtl/>
        </w:rPr>
        <w:t>ويتضمن في دراستك جوانب مث</w:t>
      </w:r>
      <w:r w:rsidR="009C25AE">
        <w:rPr>
          <w:rFonts w:cs="Arial" w:hint="cs"/>
          <w:rtl/>
        </w:rPr>
        <w:t>ل</w:t>
      </w:r>
    </w:p>
    <w:p w14:paraId="30A9B8EF" w14:textId="77777777" w:rsidR="003F65EA" w:rsidRDefault="003F65EA" w:rsidP="003F65EA">
      <w:pPr>
        <w:spacing w:line="360" w:lineRule="auto"/>
        <w:jc w:val="right"/>
      </w:pPr>
      <w:r>
        <w:t xml:space="preserve">* </w:t>
      </w:r>
      <w:r>
        <w:rPr>
          <w:rFonts w:cs="Arial"/>
          <w:rtl/>
        </w:rPr>
        <w:t>استخدام خصائص الذكاء الاصطناعي</w:t>
      </w:r>
      <w:r>
        <w:t>.</w:t>
      </w:r>
    </w:p>
    <w:p w14:paraId="7A2866F0" w14:textId="77777777" w:rsidR="003F65EA" w:rsidRDefault="003F65EA" w:rsidP="003F65EA">
      <w:pPr>
        <w:spacing w:line="360" w:lineRule="auto"/>
        <w:jc w:val="right"/>
      </w:pPr>
      <w:r>
        <w:t xml:space="preserve">* </w:t>
      </w:r>
      <w:r>
        <w:rPr>
          <w:rFonts w:cs="Arial"/>
          <w:rtl/>
        </w:rPr>
        <w:t>تخصيص المحتوى</w:t>
      </w:r>
      <w:r>
        <w:t>.</w:t>
      </w:r>
    </w:p>
    <w:p w14:paraId="7B01F547" w14:textId="77777777" w:rsidR="003F65EA" w:rsidRDefault="003F65EA" w:rsidP="003F65EA">
      <w:pPr>
        <w:spacing w:line="360" w:lineRule="auto"/>
        <w:jc w:val="right"/>
      </w:pPr>
      <w:r>
        <w:t xml:space="preserve">* </w:t>
      </w:r>
      <w:r>
        <w:rPr>
          <w:rFonts w:cs="Arial"/>
          <w:rtl/>
        </w:rPr>
        <w:t>جودة خدمات الذكاء الاصطناعي</w:t>
      </w:r>
      <w:r>
        <w:t>.</w:t>
      </w:r>
    </w:p>
    <w:p w14:paraId="44DEADF9" w14:textId="5D5A3873" w:rsidR="003F65EA" w:rsidRDefault="003F65EA" w:rsidP="009C25AE">
      <w:pPr>
        <w:spacing w:line="360" w:lineRule="auto"/>
        <w:jc w:val="right"/>
      </w:pPr>
      <w:r>
        <w:t xml:space="preserve">* </w:t>
      </w:r>
      <w:r>
        <w:rPr>
          <w:rFonts w:cs="Arial"/>
          <w:rtl/>
        </w:rPr>
        <w:t>التوصيات والمحتوى المقترح</w:t>
      </w:r>
      <w:r>
        <w:t>.</w:t>
      </w:r>
    </w:p>
    <w:p w14:paraId="78D77AE4" w14:textId="69347987" w:rsidR="003F65EA" w:rsidRPr="009C25AE" w:rsidRDefault="003F65EA" w:rsidP="009C25AE">
      <w:pPr>
        <w:spacing w:line="360" w:lineRule="auto"/>
        <w:jc w:val="right"/>
        <w:rPr>
          <w:rFonts w:hint="cs"/>
          <w:b/>
          <w:bCs/>
          <w:sz w:val="36"/>
          <w:szCs w:val="28"/>
        </w:rPr>
      </w:pPr>
      <w:r w:rsidRPr="009C25AE">
        <w:rPr>
          <w:rFonts w:cs="Arial"/>
          <w:b/>
          <w:bCs/>
          <w:sz w:val="36"/>
          <w:szCs w:val="28"/>
          <w:rtl/>
        </w:rPr>
        <w:t>المتغير التابع</w:t>
      </w:r>
    </w:p>
    <w:p w14:paraId="788E452B" w14:textId="1D272383" w:rsidR="003F65EA" w:rsidRDefault="003F65EA" w:rsidP="009C25AE">
      <w:pPr>
        <w:spacing w:line="360" w:lineRule="auto"/>
        <w:jc w:val="right"/>
      </w:pPr>
      <w:r>
        <w:rPr>
          <w:rFonts w:cs="Arial"/>
          <w:rtl/>
        </w:rPr>
        <w:t>سلوك المستخدم في منصات التواصل الاجتماعي</w:t>
      </w:r>
    </w:p>
    <w:p w14:paraId="7FB329E1" w14:textId="5A4D11E7" w:rsidR="003F65EA" w:rsidRDefault="003F65EA" w:rsidP="009C25AE">
      <w:pPr>
        <w:spacing w:line="360" w:lineRule="auto"/>
        <w:jc w:val="right"/>
      </w:pPr>
      <w:proofErr w:type="gramStart"/>
      <w:r>
        <w:rPr>
          <w:rFonts w:cs="Arial"/>
          <w:rtl/>
        </w:rPr>
        <w:t>ويتضمن</w:t>
      </w:r>
      <w:r w:rsidR="009C25AE">
        <w:rPr>
          <w:rFonts w:hint="cs"/>
          <w:rtl/>
        </w:rPr>
        <w:t xml:space="preserve"> :</w:t>
      </w:r>
      <w:proofErr w:type="gramEnd"/>
    </w:p>
    <w:p w14:paraId="175A92FA" w14:textId="77777777" w:rsidR="003F65EA" w:rsidRDefault="003F65EA" w:rsidP="003F65EA">
      <w:pPr>
        <w:spacing w:line="360" w:lineRule="auto"/>
        <w:jc w:val="right"/>
      </w:pPr>
      <w:r>
        <w:t xml:space="preserve">* </w:t>
      </w:r>
      <w:r>
        <w:rPr>
          <w:rFonts w:cs="Arial"/>
          <w:rtl/>
        </w:rPr>
        <w:t>التفاعل مع المحتوى</w:t>
      </w:r>
      <w:r>
        <w:t>.</w:t>
      </w:r>
    </w:p>
    <w:p w14:paraId="08C54C94" w14:textId="77777777" w:rsidR="003F65EA" w:rsidRDefault="003F65EA" w:rsidP="003F65EA">
      <w:pPr>
        <w:spacing w:line="360" w:lineRule="auto"/>
        <w:jc w:val="right"/>
      </w:pPr>
      <w:r>
        <w:t xml:space="preserve">* </w:t>
      </w:r>
      <w:r>
        <w:rPr>
          <w:rFonts w:cs="Arial"/>
          <w:rtl/>
        </w:rPr>
        <w:t>التأثر بالمحتوى المقترح</w:t>
      </w:r>
      <w:r>
        <w:t>.</w:t>
      </w:r>
    </w:p>
    <w:p w14:paraId="16230438" w14:textId="77777777" w:rsidR="009C25AE" w:rsidRDefault="003F65EA" w:rsidP="009C25AE">
      <w:pPr>
        <w:spacing w:line="360" w:lineRule="auto"/>
        <w:jc w:val="right"/>
      </w:pPr>
      <w:r>
        <w:t xml:space="preserve">* </w:t>
      </w:r>
      <w:r>
        <w:rPr>
          <w:rFonts w:cs="Arial"/>
          <w:rtl/>
        </w:rPr>
        <w:t>التأثر بالآراء والاتجاهات</w:t>
      </w:r>
      <w:r>
        <w:t>.</w:t>
      </w:r>
    </w:p>
    <w:p w14:paraId="21258389" w14:textId="441FCBF0" w:rsidR="003F65EA" w:rsidRDefault="003F65EA" w:rsidP="009C25AE">
      <w:pPr>
        <w:spacing w:line="360" w:lineRule="auto"/>
        <w:jc w:val="right"/>
      </w:pPr>
      <w:r>
        <w:t xml:space="preserve">* </w:t>
      </w:r>
      <w:r>
        <w:rPr>
          <w:rFonts w:cs="Arial"/>
          <w:rtl/>
        </w:rPr>
        <w:t>التغير في سلوك المستخدم نتيجة استخدام الذكاء الاصطناعي</w:t>
      </w:r>
    </w:p>
    <w:p w14:paraId="7A7BFF70" w14:textId="77777777" w:rsidR="009C25AE" w:rsidRDefault="009C25AE" w:rsidP="009C25AE">
      <w:pPr>
        <w:spacing w:line="360" w:lineRule="auto"/>
        <w:jc w:val="right"/>
      </w:pPr>
    </w:p>
    <w:p w14:paraId="4BEDFABC" w14:textId="4908F013" w:rsidR="009C25AE" w:rsidRDefault="009C25AE" w:rsidP="009C25AE">
      <w:pPr>
        <w:spacing w:line="360" w:lineRule="auto"/>
        <w:jc w:val="center"/>
        <w:rPr>
          <w:b/>
          <w:bCs/>
        </w:rPr>
      </w:pPr>
      <w:r w:rsidRPr="009C25AE">
        <w:rPr>
          <w:rFonts w:hint="cs"/>
          <w:b/>
          <w:bCs/>
          <w:rtl/>
        </w:rPr>
        <w:lastRenderedPageBreak/>
        <w:t>الشكل (1) متغيرات الدراسة</w:t>
      </w:r>
    </w:p>
    <w:p w14:paraId="54E08374" w14:textId="76EEE6A2" w:rsidR="009C25AE" w:rsidRDefault="00BF6253" w:rsidP="009C25AE">
      <w:pPr>
        <w:spacing w:line="360" w:lineRule="auto"/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E88F27" wp14:editId="74E14712">
                <wp:simplePos x="0" y="0"/>
                <wp:positionH relativeFrom="column">
                  <wp:posOffset>1302385</wp:posOffset>
                </wp:positionH>
                <wp:positionV relativeFrom="paragraph">
                  <wp:posOffset>5080</wp:posOffset>
                </wp:positionV>
                <wp:extent cx="1203960" cy="2308860"/>
                <wp:effectExtent l="0" t="0" r="0" b="0"/>
                <wp:wrapNone/>
                <wp:docPr id="1346014692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3960" cy="2308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8F19B1" w14:textId="77777777" w:rsidR="00BF6253" w:rsidRDefault="00BF6253" w:rsidP="00BF6253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المتغير التابع </w:t>
                            </w:r>
                          </w:p>
                          <w:p w14:paraId="59D96567" w14:textId="085E7F39" w:rsidR="00BF6253" w:rsidRDefault="00BF6253" w:rsidP="00BF6253">
                            <w:r>
                              <w:rPr>
                                <w:rFonts w:hint="cs"/>
                                <w:rtl/>
                              </w:rPr>
                              <w:t>سلوك المستخدم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في منصات التواصل الاجتماعي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</w:p>
                          <w:p w14:paraId="0DA7C9BF" w14:textId="68D43F59" w:rsidR="00BF6253" w:rsidRPr="00BF6253" w:rsidRDefault="00BF6253" w:rsidP="00BF6253">
                            <w:pPr>
                              <w:spacing w:line="360" w:lineRule="auto"/>
                              <w:jc w:val="center"/>
                              <w:rPr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88F27"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left:0;text-align:left;margin-left:102.55pt;margin-top:.4pt;width:94.8pt;height:181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" filled="f" stroked="f">
                <v:fill o:detectmouseclick="t"/>
                <v:textbox>
                  <w:txbxContent>
                    <w:p w14:paraId="318F19B1" w14:textId="77777777" w:rsidR="00BF6253" w:rsidRDefault="00BF6253" w:rsidP="00BF6253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المتغير التابع </w:t>
                      </w:r>
                    </w:p>
                    <w:p w14:paraId="59D96567" w14:textId="085E7F39" w:rsidR="00BF6253" w:rsidRDefault="00BF6253" w:rsidP="00BF6253">
                      <w:r>
                        <w:rPr>
                          <w:rFonts w:hint="cs"/>
                          <w:rtl/>
                        </w:rPr>
                        <w:t>سلوك المستخدم</w:t>
                      </w:r>
                      <w:r>
                        <w:rPr>
                          <w:rFonts w:hint="cs"/>
                          <w:rtl/>
                        </w:rPr>
                        <w:t xml:space="preserve"> في منصات التواصل الاجتماعي</w:t>
                      </w:r>
                      <w:r>
                        <w:rPr>
                          <w:rFonts w:hint="cs"/>
                          <w:rtl/>
                        </w:rPr>
                        <w:t xml:space="preserve"> </w:t>
                      </w:r>
                    </w:p>
                    <w:p w14:paraId="0DA7C9BF" w14:textId="68D43F59" w:rsidR="00BF6253" w:rsidRPr="00BF6253" w:rsidRDefault="00BF6253" w:rsidP="00BF6253">
                      <w:pPr>
                        <w:spacing w:line="360" w:lineRule="auto"/>
                        <w:jc w:val="center"/>
                        <w:rPr>
                          <w:bCs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4F64A06" wp14:editId="627CAEF0">
                <wp:simplePos x="0" y="0"/>
                <wp:positionH relativeFrom="column">
                  <wp:posOffset>746125</wp:posOffset>
                </wp:positionH>
                <wp:positionV relativeFrom="paragraph">
                  <wp:posOffset>35560</wp:posOffset>
                </wp:positionV>
                <wp:extent cx="2095500" cy="1424940"/>
                <wp:effectExtent l="38100" t="0" r="19050" b="41910"/>
                <wp:wrapNone/>
                <wp:docPr id="142988156" name="سهم: لأسف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142494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F3A67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سهم: لأسفل 2" o:spid="_x0000_s1026" type="#_x0000_t67" style="position:absolute;left:0;text-align:left;margin-left:58.75pt;margin-top:2.8pt;width:165pt;height:112.2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" adj="10800" fillcolor="white [3201]" strokecolor="#c0504d [3205]" strokeweight="2pt"/>
            </w:pict>
          </mc:Fallback>
        </mc:AlternateContent>
      </w:r>
      <w:r w:rsidR="009C25AE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341353" wp14:editId="185C700C">
                <wp:simplePos x="0" y="0"/>
                <wp:positionH relativeFrom="column">
                  <wp:posOffset>3908425</wp:posOffset>
                </wp:positionH>
                <wp:positionV relativeFrom="paragraph">
                  <wp:posOffset>5080</wp:posOffset>
                </wp:positionV>
                <wp:extent cx="1203960" cy="1196340"/>
                <wp:effectExtent l="0" t="0" r="0" b="3810"/>
                <wp:wrapNone/>
                <wp:docPr id="622879428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3960" cy="1196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132DF1" w14:textId="08C1DBA0" w:rsidR="009C25AE" w:rsidRPr="009C25AE" w:rsidRDefault="009C25AE" w:rsidP="009C25AE">
                            <w:pPr>
                              <w:spacing w:line="360" w:lineRule="auto"/>
                              <w:jc w:val="center"/>
                              <w:rPr>
                                <w:bCs/>
                                <w:noProof/>
                                <w:color w:val="000000" w:themeColor="text1"/>
                                <w:sz w:val="20"/>
                                <w:szCs w:val="20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C25AE">
                              <w:rPr>
                                <w:rFonts w:hint="cs"/>
                                <w:bCs/>
                                <w:noProof/>
                                <w:color w:val="000000" w:themeColor="text1"/>
                                <w:sz w:val="20"/>
                                <w:szCs w:val="20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المتغير المستقل</w:t>
                            </w:r>
                          </w:p>
                          <w:p w14:paraId="4AFD8927" w14:textId="794935F1" w:rsidR="009C25AE" w:rsidRPr="009C25AE" w:rsidRDefault="009C25AE" w:rsidP="009C25AE">
                            <w:pPr>
                              <w:spacing w:line="360" w:lineRule="auto"/>
                              <w:jc w:val="center"/>
                              <w:rPr>
                                <w:bCs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C25AE">
                              <w:rPr>
                                <w:rFonts w:hint="cs"/>
                                <w:bCs/>
                                <w:noProof/>
                                <w:color w:val="000000" w:themeColor="text1"/>
                                <w:sz w:val="20"/>
                                <w:szCs w:val="20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الذكاء الاصطناعي في منصات التواصل</w:t>
                            </w:r>
                            <w:r w:rsidRPr="009C25AE">
                              <w:rPr>
                                <w:rFonts w:hint="cs"/>
                                <w:bCs/>
                                <w:noProof/>
                                <w:color w:val="EE0000"/>
                                <w:sz w:val="20"/>
                                <w:szCs w:val="20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الاجتماعي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41353" id="_x0000_s1027" type="#_x0000_t202" style="position:absolute;left:0;text-align:left;margin-left:307.75pt;margin-top:.4pt;width:94.8pt;height:94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" filled="f" stroked="f">
                <v:fill o:detectmouseclick="t"/>
                <v:textbox>
                  <w:txbxContent>
                    <w:p w14:paraId="12132DF1" w14:textId="08C1DBA0" w:rsidR="009C25AE" w:rsidRPr="009C25AE" w:rsidRDefault="009C25AE" w:rsidP="009C25AE">
                      <w:pPr>
                        <w:spacing w:line="360" w:lineRule="auto"/>
                        <w:jc w:val="center"/>
                        <w:rPr>
                          <w:bCs/>
                          <w:noProof/>
                          <w:color w:val="000000" w:themeColor="text1"/>
                          <w:sz w:val="20"/>
                          <w:szCs w:val="20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C25AE">
                        <w:rPr>
                          <w:rFonts w:hint="cs"/>
                          <w:bCs/>
                          <w:noProof/>
                          <w:color w:val="000000" w:themeColor="text1"/>
                          <w:sz w:val="20"/>
                          <w:szCs w:val="20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المتغير المستقل</w:t>
                      </w:r>
                    </w:p>
                    <w:p w14:paraId="4AFD8927" w14:textId="794935F1" w:rsidR="009C25AE" w:rsidRPr="009C25AE" w:rsidRDefault="009C25AE" w:rsidP="009C25AE">
                      <w:pPr>
                        <w:spacing w:line="360" w:lineRule="auto"/>
                        <w:jc w:val="center"/>
                        <w:rPr>
                          <w:bCs/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C25AE">
                        <w:rPr>
                          <w:rFonts w:hint="cs"/>
                          <w:bCs/>
                          <w:noProof/>
                          <w:color w:val="000000" w:themeColor="text1"/>
                          <w:sz w:val="20"/>
                          <w:szCs w:val="20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الذكاء الاصطناعي في منصات التواصل</w:t>
                      </w:r>
                      <w:r w:rsidRPr="009C25AE">
                        <w:rPr>
                          <w:rFonts w:hint="cs"/>
                          <w:bCs/>
                          <w:noProof/>
                          <w:color w:val="EE0000"/>
                          <w:sz w:val="20"/>
                          <w:szCs w:val="20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الاجتماعي</w:t>
                      </w:r>
                    </w:p>
                  </w:txbxContent>
                </v:textbox>
              </v:shape>
            </w:pict>
          </mc:Fallback>
        </mc:AlternateContent>
      </w:r>
      <w:r w:rsidR="009C25AE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D25E41D" wp14:editId="67BD92DE">
                <wp:simplePos x="0" y="0"/>
                <wp:positionH relativeFrom="column">
                  <wp:posOffset>3531235</wp:posOffset>
                </wp:positionH>
                <wp:positionV relativeFrom="paragraph">
                  <wp:posOffset>12700</wp:posOffset>
                </wp:positionV>
                <wp:extent cx="1985010" cy="1516380"/>
                <wp:effectExtent l="19050" t="0" r="34290" b="45720"/>
                <wp:wrapNone/>
                <wp:docPr id="1870420618" name="سهم: لأسف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5010" cy="15163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D8BC8" id="سهم: لأسفل 1" o:spid="_x0000_s1026" type="#_x0000_t67" style="position:absolute;left:0;text-align:left;margin-left:278.05pt;margin-top:1pt;width:156.3pt;height:119.4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" adj="10800" fillcolor="white [3201]" strokecolor="#c0504d [3205]" strokeweight="2pt"/>
            </w:pict>
          </mc:Fallback>
        </mc:AlternateContent>
      </w:r>
    </w:p>
    <w:p w14:paraId="625523AA" w14:textId="2BC882B5" w:rsidR="009C25AE" w:rsidRPr="009C25AE" w:rsidRDefault="009C25AE" w:rsidP="009C25AE">
      <w:pPr>
        <w:spacing w:line="360" w:lineRule="auto"/>
        <w:jc w:val="center"/>
        <w:rPr>
          <w:rFonts w:hint="cs"/>
          <w:b/>
          <w:bCs/>
          <w:rtl/>
        </w:rPr>
      </w:pPr>
    </w:p>
    <w:p w14:paraId="45D5F035" w14:textId="7F1135BD" w:rsidR="009C25AE" w:rsidRDefault="009C25AE" w:rsidP="003F65EA">
      <w:pPr>
        <w:spacing w:before="200"/>
        <w:jc w:val="right"/>
        <w:rPr>
          <w:b/>
          <w:sz w:val="34"/>
        </w:rPr>
      </w:pPr>
    </w:p>
    <w:p w14:paraId="5D544BA0" w14:textId="16C8A0D3" w:rsidR="009C25AE" w:rsidRDefault="00BF6253" w:rsidP="003F65EA">
      <w:pPr>
        <w:spacing w:before="200"/>
        <w:jc w:val="right"/>
        <w:rPr>
          <w:b/>
          <w:sz w:val="34"/>
        </w:rPr>
      </w:pPr>
      <w:r>
        <w:rPr>
          <w:b/>
          <w:noProof/>
          <w:sz w:val="3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5CF660" wp14:editId="60E9FB63">
                <wp:simplePos x="0" y="0"/>
                <wp:positionH relativeFrom="column">
                  <wp:posOffset>814705</wp:posOffset>
                </wp:positionH>
                <wp:positionV relativeFrom="paragraph">
                  <wp:posOffset>299085</wp:posOffset>
                </wp:positionV>
                <wp:extent cx="1714500" cy="2552700"/>
                <wp:effectExtent l="0" t="0" r="19050" b="19050"/>
                <wp:wrapNone/>
                <wp:docPr id="1021662839" name="مخطط انسيابي: معالجة معرّفة مسبقا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2552700"/>
                        </a:xfrm>
                        <a:prstGeom prst="flowChartPredefinedProcess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7141DC" id="_x0000_t112" coordsize="21600,21600" o:spt="112" path="m,l,21600r21600,l21600,xem2610,nfl2610,21600em18990,nfl18990,21600e">
                <v:stroke joinstyle="miter"/>
                <v:path o:extrusionok="f" gradientshapeok="t" o:connecttype="rect" textboxrect="2610,0,18990,21600"/>
              </v:shapetype>
              <v:shape id="مخطط انسيابي: معالجة معرّفة مسبقاً 4" o:spid="_x0000_s1026" type="#_x0000_t112" style="position:absolute;left:0;text-align:left;margin-left:64.15pt;margin-top:23.55pt;width:135pt;height:20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" fillcolor="white [3201]" strokecolor="#4f81bd [3204]" strokeweight="2pt"/>
            </w:pict>
          </mc:Fallback>
        </mc:AlternateContent>
      </w:r>
    </w:p>
    <w:p w14:paraId="6738B67A" w14:textId="2E617490" w:rsidR="009C25AE" w:rsidRDefault="00BF6253" w:rsidP="003F65EA">
      <w:pPr>
        <w:spacing w:before="200"/>
        <w:jc w:val="right"/>
        <w:rPr>
          <w:b/>
          <w:sz w:val="34"/>
        </w:rPr>
      </w:pPr>
      <w:r>
        <w:rPr>
          <w:b/>
          <w:noProof/>
          <w:sz w:val="3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ED8DF53" wp14:editId="00F5B165">
                <wp:simplePos x="0" y="0"/>
                <wp:positionH relativeFrom="column">
                  <wp:posOffset>3740785</wp:posOffset>
                </wp:positionH>
                <wp:positionV relativeFrom="paragraph">
                  <wp:posOffset>8890</wp:posOffset>
                </wp:positionV>
                <wp:extent cx="1562100" cy="2514600"/>
                <wp:effectExtent l="0" t="0" r="19050" b="19050"/>
                <wp:wrapNone/>
                <wp:docPr id="1219730417" name="مخطط انسيابي: معالجة معرّفة مسبقاً 3" descr="hlvjkklk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514600"/>
                        </a:xfrm>
                        <a:prstGeom prst="flowChartPredefinedProcess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C512AE" id="مخطط انسيابي: معالجة معرّفة مسبقاً 3" o:spid="_x0000_s1026" type="#_x0000_t112" alt="hlvjkklk" style="position:absolute;left:0;text-align:left;margin-left:294.55pt;margin-top:.7pt;width:123pt;height:198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" fillcolor="white [3201]" strokecolor="#4f81bd [3204]" strokeweight="2pt"/>
            </w:pict>
          </mc:Fallback>
        </mc:AlternateContent>
      </w:r>
    </w:p>
    <w:p w14:paraId="67BAF037" w14:textId="6BC180C4" w:rsidR="009C25AE" w:rsidRDefault="00BF6253" w:rsidP="003F65EA">
      <w:pPr>
        <w:spacing w:before="200"/>
        <w:jc w:val="right"/>
        <w:rPr>
          <w:b/>
          <w:sz w:val="3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AEF051" wp14:editId="46A07BCA">
                <wp:simplePos x="0" y="0"/>
                <wp:positionH relativeFrom="column">
                  <wp:posOffset>1149985</wp:posOffset>
                </wp:positionH>
                <wp:positionV relativeFrom="paragraph">
                  <wp:posOffset>7620</wp:posOffset>
                </wp:positionV>
                <wp:extent cx="1272540" cy="1150620"/>
                <wp:effectExtent l="0" t="0" r="0" b="0"/>
                <wp:wrapNone/>
                <wp:docPr id="31695836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2540" cy="1150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A50F29" w14:textId="77777777" w:rsidR="00BF6253" w:rsidRDefault="00BF6253" w:rsidP="00BF6253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التفاعل مع المحتوى</w:t>
                            </w:r>
                          </w:p>
                          <w:p w14:paraId="48F317F8" w14:textId="77777777" w:rsidR="00BF6253" w:rsidRDefault="00BF6253" w:rsidP="00BF6253">
                            <w:pPr>
                              <w:rPr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التاثر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 xml:space="preserve"> بالمحتوى المقدم</w:t>
                            </w:r>
                          </w:p>
                          <w:p w14:paraId="60281B08" w14:textId="7DA1F2F8" w:rsidR="00BF6253" w:rsidRDefault="00BF6253" w:rsidP="00BF6253">
                            <w:r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الآراء والاتجاهات</w:t>
                            </w:r>
                          </w:p>
                          <w:p w14:paraId="58439CD1" w14:textId="67130808" w:rsidR="00BF6253" w:rsidRDefault="00BF6253" w:rsidP="00BF6253">
                            <w:r>
                              <w:rPr>
                                <w:rFonts w:hint="cs"/>
                                <w:rtl/>
                              </w:rPr>
                              <w:t xml:space="preserve"> سلوك المستخدم</w:t>
                            </w:r>
                          </w:p>
                          <w:p w14:paraId="0711032B" w14:textId="66D2C994" w:rsidR="00BF6253" w:rsidRPr="00BF6253" w:rsidRDefault="00BF6253" w:rsidP="00BF6253">
                            <w:pPr>
                              <w:spacing w:before="200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EF051" id="_x0000_s1028" type="#_x0000_t202" style="position:absolute;left:0;text-align:left;margin-left:90.55pt;margin-top:.6pt;width:100.2pt;height:90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" filled="f" stroked="f">
                <v:fill o:detectmouseclick="t"/>
                <v:textbox>
                  <w:txbxContent>
                    <w:p w14:paraId="75A50F29" w14:textId="77777777" w:rsidR="00BF6253" w:rsidRDefault="00BF6253" w:rsidP="00BF6253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التفاعل مع المحتوى</w:t>
                      </w:r>
                    </w:p>
                    <w:p w14:paraId="48F317F8" w14:textId="77777777" w:rsidR="00BF6253" w:rsidRDefault="00BF6253" w:rsidP="00BF6253">
                      <w:pPr>
                        <w:rPr>
                          <w:rtl/>
                        </w:rPr>
                      </w:pPr>
                      <w:proofErr w:type="spellStart"/>
                      <w:r>
                        <w:rPr>
                          <w:rFonts w:hint="cs"/>
                          <w:rtl/>
                        </w:rPr>
                        <w:t>التاثر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 xml:space="preserve"> بالمحتوى المقدم</w:t>
                      </w:r>
                    </w:p>
                    <w:p w14:paraId="60281B08" w14:textId="7DA1F2F8" w:rsidR="00BF6253" w:rsidRDefault="00BF6253" w:rsidP="00BF6253">
                      <w:r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 الآراء والاتجاهات</w:t>
                      </w:r>
                    </w:p>
                    <w:p w14:paraId="58439CD1" w14:textId="67130808" w:rsidR="00BF6253" w:rsidRDefault="00BF6253" w:rsidP="00BF6253">
                      <w:r>
                        <w:rPr>
                          <w:rFonts w:hint="cs"/>
                          <w:rtl/>
                        </w:rPr>
                        <w:t xml:space="preserve"> سلوك المستخدم</w:t>
                      </w:r>
                    </w:p>
                    <w:p w14:paraId="0711032B" w14:textId="66D2C994" w:rsidR="00BF6253" w:rsidRPr="00BF6253" w:rsidRDefault="00BF6253" w:rsidP="00BF6253">
                      <w:pPr>
                        <w:spacing w:before="200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320C2A" wp14:editId="79A6D790">
                <wp:simplePos x="0" y="0"/>
                <wp:positionH relativeFrom="column">
                  <wp:posOffset>3878580</wp:posOffset>
                </wp:positionH>
                <wp:positionV relativeFrom="paragraph">
                  <wp:posOffset>7620</wp:posOffset>
                </wp:positionV>
                <wp:extent cx="1828800" cy="1828800"/>
                <wp:effectExtent l="0" t="0" r="0" b="0"/>
                <wp:wrapSquare wrapText="bothSides"/>
                <wp:docPr id="1969360939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E68871" w14:textId="355231BF" w:rsidR="00BF6253" w:rsidRPr="00BF6253" w:rsidRDefault="00BF6253" w:rsidP="00BF6253">
                            <w:pPr>
                              <w:spacing w:before="200"/>
                              <w:jc w:val="center"/>
                              <w:rPr>
                                <w:color w:val="000000" w:themeColor="text1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253">
                              <w:rPr>
                                <w:rFonts w:hint="cs"/>
                                <w:color w:val="000000" w:themeColor="text1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استخدام الخصائص</w:t>
                            </w:r>
                          </w:p>
                          <w:p w14:paraId="37F51D3B" w14:textId="18748EF7" w:rsidR="00BF6253" w:rsidRPr="00BF6253" w:rsidRDefault="00BF6253" w:rsidP="00BF6253">
                            <w:pPr>
                              <w:spacing w:before="200"/>
                              <w:jc w:val="center"/>
                              <w:rPr>
                                <w:color w:val="000000" w:themeColor="text1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253">
                              <w:rPr>
                                <w:rFonts w:hint="cs"/>
                                <w:color w:val="000000" w:themeColor="text1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تخصيص المحتوى</w:t>
                            </w:r>
                          </w:p>
                          <w:p w14:paraId="0F659EE7" w14:textId="23048024" w:rsidR="00BF6253" w:rsidRPr="00BF6253" w:rsidRDefault="00BF6253" w:rsidP="00BF6253">
                            <w:pPr>
                              <w:spacing w:before="200"/>
                              <w:jc w:val="center"/>
                              <w:rPr>
                                <w:color w:val="000000" w:themeColor="text1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253">
                              <w:rPr>
                                <w:rFonts w:hint="cs"/>
                                <w:color w:val="000000" w:themeColor="text1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جودة الخدمات </w:t>
                            </w:r>
                          </w:p>
                          <w:p w14:paraId="7213A855" w14:textId="048A58B2" w:rsidR="00BF6253" w:rsidRPr="00BF6253" w:rsidRDefault="00BF6253" w:rsidP="00BF6253">
                            <w:pPr>
                              <w:spacing w:before="200"/>
                              <w:jc w:val="center"/>
                              <w:rPr>
                                <w:color w:val="000000" w:themeColor="text1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253">
                              <w:rPr>
                                <w:rFonts w:hint="cs"/>
                                <w:color w:val="000000" w:themeColor="text1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التوصيات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320C2A" id="_x0000_s1029" type="#_x0000_t202" style="position:absolute;left:0;text-align:left;margin-left:305.4pt;margin-top:.6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" filled="f" stroked="f">
                <v:fill o:detectmouseclick="t"/>
                <v:textbox style="mso-fit-shape-to-text:t">
                  <w:txbxContent>
                    <w:p w14:paraId="5DE68871" w14:textId="355231BF" w:rsidR="00BF6253" w:rsidRPr="00BF6253" w:rsidRDefault="00BF6253" w:rsidP="00BF6253">
                      <w:pPr>
                        <w:spacing w:before="200"/>
                        <w:jc w:val="center"/>
                        <w:rPr>
                          <w:color w:val="000000" w:themeColor="text1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6253">
                        <w:rPr>
                          <w:rFonts w:hint="cs"/>
                          <w:color w:val="000000" w:themeColor="text1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استخدام الخصائص</w:t>
                      </w:r>
                    </w:p>
                    <w:p w14:paraId="37F51D3B" w14:textId="18748EF7" w:rsidR="00BF6253" w:rsidRPr="00BF6253" w:rsidRDefault="00BF6253" w:rsidP="00BF6253">
                      <w:pPr>
                        <w:spacing w:before="200"/>
                        <w:jc w:val="center"/>
                        <w:rPr>
                          <w:color w:val="000000" w:themeColor="text1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6253">
                        <w:rPr>
                          <w:rFonts w:hint="cs"/>
                          <w:color w:val="000000" w:themeColor="text1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تخصيص المحتوى</w:t>
                      </w:r>
                    </w:p>
                    <w:p w14:paraId="0F659EE7" w14:textId="23048024" w:rsidR="00BF6253" w:rsidRPr="00BF6253" w:rsidRDefault="00BF6253" w:rsidP="00BF6253">
                      <w:pPr>
                        <w:spacing w:before="200"/>
                        <w:jc w:val="center"/>
                        <w:rPr>
                          <w:color w:val="000000" w:themeColor="text1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6253">
                        <w:rPr>
                          <w:rFonts w:hint="cs"/>
                          <w:color w:val="000000" w:themeColor="text1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جودة الخدمات </w:t>
                      </w:r>
                    </w:p>
                    <w:p w14:paraId="7213A855" w14:textId="048A58B2" w:rsidR="00BF6253" w:rsidRPr="00BF6253" w:rsidRDefault="00BF6253" w:rsidP="00BF6253">
                      <w:pPr>
                        <w:spacing w:before="200"/>
                        <w:jc w:val="center"/>
                        <w:rPr>
                          <w:color w:val="000000" w:themeColor="text1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6253">
                        <w:rPr>
                          <w:rFonts w:hint="cs"/>
                          <w:color w:val="000000" w:themeColor="text1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التوصيات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63905D" w14:textId="6ED6D5FC" w:rsidR="009C25AE" w:rsidRDefault="009C25AE" w:rsidP="003F65EA">
      <w:pPr>
        <w:spacing w:before="200"/>
        <w:jc w:val="right"/>
        <w:rPr>
          <w:b/>
          <w:sz w:val="34"/>
        </w:rPr>
      </w:pPr>
      <w:r>
        <w:rPr>
          <w:b/>
          <w:noProof/>
          <w:sz w:val="3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DC116B" wp14:editId="38386443">
                <wp:simplePos x="0" y="0"/>
                <wp:positionH relativeFrom="column">
                  <wp:posOffset>2841625</wp:posOffset>
                </wp:positionH>
                <wp:positionV relativeFrom="paragraph">
                  <wp:posOffset>5715</wp:posOffset>
                </wp:positionV>
                <wp:extent cx="518160" cy="7620"/>
                <wp:effectExtent l="57150" t="76200" r="0" b="125730"/>
                <wp:wrapNone/>
                <wp:docPr id="1281714031" name="رابط كسهم مستقي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816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1AF85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رابط كسهم مستقيم 5" o:spid="_x0000_s1026" type="#_x0000_t32" style="position:absolute;left:0;text-align:left;margin-left:223.75pt;margin-top:.45pt;width:40.8pt;height:.6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5DD35C15" w14:textId="77777777" w:rsidR="009C25AE" w:rsidRDefault="009C25AE" w:rsidP="003F65EA">
      <w:pPr>
        <w:spacing w:before="200"/>
        <w:jc w:val="right"/>
        <w:rPr>
          <w:b/>
          <w:sz w:val="34"/>
        </w:rPr>
      </w:pPr>
    </w:p>
    <w:p w14:paraId="2D6AA0F1" w14:textId="77777777" w:rsidR="009C25AE" w:rsidRDefault="009C25AE" w:rsidP="003F65EA">
      <w:pPr>
        <w:spacing w:before="200"/>
        <w:jc w:val="right"/>
        <w:rPr>
          <w:b/>
          <w:sz w:val="34"/>
        </w:rPr>
      </w:pPr>
    </w:p>
    <w:p w14:paraId="016A08E0" w14:textId="77777777" w:rsidR="009C25AE" w:rsidRDefault="009C25AE" w:rsidP="003F65EA">
      <w:pPr>
        <w:spacing w:before="200"/>
        <w:jc w:val="right"/>
        <w:rPr>
          <w:b/>
          <w:sz w:val="34"/>
        </w:rPr>
      </w:pPr>
    </w:p>
    <w:p w14:paraId="4BDDE776" w14:textId="77777777" w:rsidR="00BF6253" w:rsidRDefault="00BF6253" w:rsidP="00BF6253">
      <w:pPr>
        <w:spacing w:before="200"/>
        <w:jc w:val="right"/>
        <w:rPr>
          <w:b/>
          <w:sz w:val="34"/>
        </w:rPr>
      </w:pPr>
    </w:p>
    <w:p w14:paraId="39A80A46" w14:textId="77777777" w:rsidR="00BF6253" w:rsidRDefault="00BF6253" w:rsidP="00BF6253">
      <w:pPr>
        <w:spacing w:before="200"/>
        <w:jc w:val="right"/>
        <w:rPr>
          <w:b/>
          <w:sz w:val="34"/>
        </w:rPr>
      </w:pPr>
    </w:p>
    <w:p w14:paraId="38002203" w14:textId="77777777" w:rsidR="00BF6253" w:rsidRDefault="00BF6253" w:rsidP="00BF6253">
      <w:pPr>
        <w:spacing w:before="200"/>
        <w:jc w:val="right"/>
        <w:rPr>
          <w:b/>
          <w:sz w:val="34"/>
        </w:rPr>
      </w:pPr>
    </w:p>
    <w:p w14:paraId="5656D795" w14:textId="77777777" w:rsidR="00BF6253" w:rsidRDefault="00BF6253" w:rsidP="00BF6253">
      <w:pPr>
        <w:spacing w:before="200"/>
        <w:jc w:val="right"/>
        <w:rPr>
          <w:b/>
          <w:sz w:val="34"/>
        </w:rPr>
      </w:pPr>
    </w:p>
    <w:p w14:paraId="4BB25A74" w14:textId="77777777" w:rsidR="00BF6253" w:rsidRDefault="00BF6253" w:rsidP="00BF6253">
      <w:pPr>
        <w:spacing w:before="200"/>
        <w:jc w:val="right"/>
        <w:rPr>
          <w:b/>
          <w:sz w:val="34"/>
        </w:rPr>
      </w:pPr>
    </w:p>
    <w:p w14:paraId="32A71C1D" w14:textId="77777777" w:rsidR="00BF6253" w:rsidRDefault="00BF6253" w:rsidP="00BF6253">
      <w:pPr>
        <w:spacing w:before="200"/>
        <w:jc w:val="right"/>
        <w:rPr>
          <w:b/>
          <w:sz w:val="34"/>
        </w:rPr>
      </w:pPr>
    </w:p>
    <w:p w14:paraId="0722F4FD" w14:textId="77777777" w:rsidR="00BF6253" w:rsidRDefault="00BF6253" w:rsidP="00BF6253">
      <w:pPr>
        <w:spacing w:before="200"/>
        <w:jc w:val="right"/>
        <w:rPr>
          <w:b/>
          <w:sz w:val="34"/>
        </w:rPr>
      </w:pPr>
    </w:p>
    <w:p w14:paraId="008298E8" w14:textId="511DF216" w:rsidR="00BF6253" w:rsidRDefault="00BF6253" w:rsidP="00BF6253">
      <w:pPr>
        <w:spacing w:before="200"/>
        <w:jc w:val="center"/>
        <w:rPr>
          <w:b/>
          <w:sz w:val="34"/>
          <w:rtl/>
        </w:rPr>
      </w:pPr>
      <w:proofErr w:type="gramStart"/>
      <w:r>
        <w:rPr>
          <w:rFonts w:hint="cs"/>
          <w:b/>
          <w:sz w:val="34"/>
          <w:rtl/>
        </w:rPr>
        <w:t>المصدر :</w:t>
      </w:r>
      <w:proofErr w:type="gramEnd"/>
      <w:r>
        <w:rPr>
          <w:rFonts w:hint="cs"/>
          <w:b/>
          <w:sz w:val="34"/>
          <w:rtl/>
        </w:rPr>
        <w:t xml:space="preserve"> اعداد الطالبة حنين</w:t>
      </w:r>
    </w:p>
    <w:p w14:paraId="2FBDCFAA" w14:textId="77777777" w:rsidR="00BF6253" w:rsidRDefault="00BF6253" w:rsidP="00BF6253">
      <w:pPr>
        <w:spacing w:before="200"/>
        <w:jc w:val="center"/>
        <w:rPr>
          <w:b/>
          <w:sz w:val="34"/>
          <w:rtl/>
        </w:rPr>
      </w:pPr>
    </w:p>
    <w:p w14:paraId="3550E35F" w14:textId="77777777" w:rsidR="00BF6253" w:rsidRDefault="00BF6253" w:rsidP="00BF6253">
      <w:pPr>
        <w:spacing w:before="200"/>
        <w:jc w:val="center"/>
        <w:rPr>
          <w:b/>
          <w:sz w:val="34"/>
          <w:rtl/>
        </w:rPr>
      </w:pPr>
    </w:p>
    <w:p w14:paraId="669CD1EA" w14:textId="77777777" w:rsidR="00BF6253" w:rsidRDefault="00BF6253" w:rsidP="00BF6253">
      <w:pPr>
        <w:spacing w:before="200"/>
        <w:jc w:val="center"/>
        <w:rPr>
          <w:b/>
          <w:sz w:val="34"/>
          <w:rtl/>
        </w:rPr>
      </w:pPr>
    </w:p>
    <w:p w14:paraId="60A71B84" w14:textId="77777777" w:rsidR="00BF6253" w:rsidRDefault="00BF6253" w:rsidP="00BF6253">
      <w:pPr>
        <w:spacing w:before="200"/>
        <w:jc w:val="center"/>
        <w:rPr>
          <w:b/>
          <w:sz w:val="34"/>
          <w:rtl/>
        </w:rPr>
      </w:pPr>
    </w:p>
    <w:p w14:paraId="393C3D4F" w14:textId="77777777" w:rsidR="00BF6253" w:rsidRDefault="00BF6253" w:rsidP="00BF6253">
      <w:pPr>
        <w:spacing w:before="200"/>
        <w:jc w:val="center"/>
        <w:rPr>
          <w:b/>
          <w:sz w:val="34"/>
          <w:rtl/>
        </w:rPr>
      </w:pPr>
    </w:p>
    <w:p w14:paraId="09B692FF" w14:textId="77777777" w:rsidR="00BF6253" w:rsidRDefault="00BF6253" w:rsidP="00BF6253">
      <w:pPr>
        <w:spacing w:before="200"/>
        <w:jc w:val="center"/>
        <w:rPr>
          <w:b/>
          <w:sz w:val="34"/>
          <w:rtl/>
        </w:rPr>
      </w:pPr>
    </w:p>
    <w:p w14:paraId="6637AE22" w14:textId="77777777" w:rsidR="00BF6253" w:rsidRDefault="00BF6253" w:rsidP="00BF6253">
      <w:pPr>
        <w:spacing w:before="200"/>
        <w:jc w:val="center"/>
        <w:rPr>
          <w:rFonts w:hint="cs"/>
          <w:b/>
          <w:sz w:val="34"/>
          <w:rtl/>
        </w:rPr>
      </w:pPr>
    </w:p>
    <w:p w14:paraId="30E04619" w14:textId="1B05695E" w:rsidR="00BF6253" w:rsidRDefault="008A53E0" w:rsidP="00BF6253">
      <w:pPr>
        <w:spacing w:before="200"/>
        <w:jc w:val="right"/>
      </w:pPr>
      <w:r>
        <w:rPr>
          <w:b/>
          <w:sz w:val="34"/>
        </w:rPr>
        <w:t xml:space="preserve">8.1 </w:t>
      </w:r>
      <w:proofErr w:type="spellStart"/>
      <w:r>
        <w:rPr>
          <w:b/>
          <w:sz w:val="34"/>
        </w:rPr>
        <w:t>أسباب</w:t>
      </w:r>
      <w:proofErr w:type="spellEnd"/>
      <w:r>
        <w:rPr>
          <w:b/>
          <w:sz w:val="34"/>
        </w:rPr>
        <w:t xml:space="preserve"> </w:t>
      </w:r>
      <w:proofErr w:type="spellStart"/>
      <w:r>
        <w:rPr>
          <w:b/>
          <w:sz w:val="34"/>
        </w:rPr>
        <w:t>اختيار</w:t>
      </w:r>
      <w:proofErr w:type="spellEnd"/>
      <w:r>
        <w:rPr>
          <w:b/>
          <w:sz w:val="34"/>
        </w:rPr>
        <w:t xml:space="preserve"> </w:t>
      </w:r>
      <w:proofErr w:type="spellStart"/>
      <w:r>
        <w:rPr>
          <w:b/>
          <w:sz w:val="34"/>
        </w:rPr>
        <w:t>الموضوع</w:t>
      </w:r>
      <w:proofErr w:type="spellEnd"/>
    </w:p>
    <w:p w14:paraId="74775265" w14:textId="77777777" w:rsidR="009C25AE" w:rsidRDefault="009C25AE" w:rsidP="00BF6253">
      <w:pPr>
        <w:spacing w:before="200"/>
        <w:jc w:val="right"/>
      </w:pPr>
    </w:p>
    <w:p w14:paraId="4529E54A" w14:textId="77777777" w:rsidR="00D457B9" w:rsidRDefault="008A53E0" w:rsidP="00BF6253">
      <w:pPr>
        <w:spacing w:line="360" w:lineRule="auto"/>
        <w:jc w:val="right"/>
      </w:pPr>
      <w:r>
        <w:t xml:space="preserve">• </w:t>
      </w:r>
      <w:r>
        <w:t>الانتشار</w:t>
      </w:r>
      <w:r>
        <w:t xml:space="preserve"> </w:t>
      </w:r>
      <w:r>
        <w:t>المتزايد</w:t>
      </w:r>
      <w:r>
        <w:t xml:space="preserve"> </w:t>
      </w:r>
      <w:r>
        <w:t>لتطبيقات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في</w:t>
      </w:r>
      <w:r>
        <w:t xml:space="preserve"> </w:t>
      </w:r>
      <w:r>
        <w:t>المنصات</w:t>
      </w:r>
      <w:r>
        <w:t xml:space="preserve"> </w:t>
      </w:r>
      <w:r>
        <w:t>الرقمية</w:t>
      </w:r>
      <w:r>
        <w:t>.</w:t>
      </w:r>
    </w:p>
    <w:p w14:paraId="734E1F8C" w14:textId="77777777" w:rsidR="00D457B9" w:rsidRDefault="008A53E0" w:rsidP="00BF6253">
      <w:pPr>
        <w:spacing w:line="360" w:lineRule="auto"/>
        <w:jc w:val="right"/>
      </w:pPr>
      <w:r>
        <w:t xml:space="preserve">• </w:t>
      </w:r>
      <w:r>
        <w:t>ارتفاع</w:t>
      </w:r>
      <w:r>
        <w:t xml:space="preserve"> </w:t>
      </w:r>
      <w:r>
        <w:t>استخدام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>.</w:t>
      </w:r>
    </w:p>
    <w:p w14:paraId="171D2BA2" w14:textId="77777777" w:rsidR="00D457B9" w:rsidRDefault="008A53E0" w:rsidP="00BF6253">
      <w:pPr>
        <w:spacing w:line="360" w:lineRule="auto"/>
        <w:jc w:val="right"/>
      </w:pPr>
      <w:r>
        <w:t xml:space="preserve">• </w:t>
      </w:r>
      <w:r>
        <w:t>أهمية</w:t>
      </w:r>
      <w:r>
        <w:t xml:space="preserve"> </w:t>
      </w:r>
      <w:r>
        <w:t>فهم</w:t>
      </w:r>
      <w:r>
        <w:t xml:space="preserve"> </w:t>
      </w:r>
      <w:r>
        <w:t>أثر</w:t>
      </w:r>
      <w:r>
        <w:t xml:space="preserve"> </w:t>
      </w:r>
      <w:r>
        <w:t>التوصيات</w:t>
      </w:r>
      <w:r>
        <w:t xml:space="preserve"> </w:t>
      </w:r>
      <w:r>
        <w:t>والخوارزميات</w:t>
      </w:r>
      <w:r>
        <w:t xml:space="preserve"> </w:t>
      </w:r>
      <w:r>
        <w:t>في</w:t>
      </w:r>
      <w:r>
        <w:t xml:space="preserve"> </w:t>
      </w:r>
      <w:r>
        <w:t>المستخدم</w:t>
      </w:r>
      <w:r>
        <w:t>.</w:t>
      </w:r>
    </w:p>
    <w:p w14:paraId="551F9D5F" w14:textId="77777777" w:rsidR="00D457B9" w:rsidRDefault="008A53E0" w:rsidP="00BF6253">
      <w:pPr>
        <w:spacing w:line="360" w:lineRule="auto"/>
        <w:jc w:val="right"/>
      </w:pPr>
      <w:r>
        <w:t xml:space="preserve">• </w:t>
      </w:r>
      <w:r>
        <w:t>الحاجة</w:t>
      </w:r>
      <w:r>
        <w:t xml:space="preserve"> </w:t>
      </w:r>
      <w:r>
        <w:t>إلى</w:t>
      </w:r>
      <w:r>
        <w:t xml:space="preserve"> </w:t>
      </w:r>
      <w:r>
        <w:t>تعزيز</w:t>
      </w:r>
      <w:r>
        <w:t xml:space="preserve"> </w:t>
      </w:r>
      <w:r>
        <w:t>الاستخدام</w:t>
      </w:r>
      <w:r>
        <w:t xml:space="preserve"> </w:t>
      </w:r>
      <w:r>
        <w:t>الواعي</w:t>
      </w:r>
      <w:r>
        <w:t xml:space="preserve"> </w:t>
      </w:r>
      <w:r>
        <w:t>للذكاء</w:t>
      </w:r>
      <w:r>
        <w:t xml:space="preserve"> </w:t>
      </w:r>
      <w:r>
        <w:t>الاصطناعي</w:t>
      </w:r>
      <w:r>
        <w:t>.</w:t>
      </w:r>
    </w:p>
    <w:p w14:paraId="38E53634" w14:textId="77777777" w:rsidR="00D457B9" w:rsidRDefault="008A53E0" w:rsidP="00BF6253">
      <w:pPr>
        <w:spacing w:before="200"/>
        <w:jc w:val="right"/>
      </w:pPr>
      <w:r>
        <w:rPr>
          <w:b/>
          <w:sz w:val="34"/>
        </w:rPr>
        <w:t xml:space="preserve">9.1 </w:t>
      </w:r>
      <w:r>
        <w:rPr>
          <w:b/>
          <w:sz w:val="34"/>
        </w:rPr>
        <w:t>المنهجية</w:t>
      </w:r>
    </w:p>
    <w:p w14:paraId="4C5D49EC" w14:textId="77777777" w:rsidR="00D457B9" w:rsidRDefault="008A53E0" w:rsidP="00BF6253">
      <w:pPr>
        <w:spacing w:line="360" w:lineRule="auto"/>
        <w:jc w:val="right"/>
      </w:pPr>
      <w:r>
        <w:t>اعتمدت</w:t>
      </w:r>
      <w:r>
        <w:t xml:space="preserve"> </w:t>
      </w:r>
      <w:r>
        <w:t>الدراسة</w:t>
      </w:r>
      <w:r>
        <w:t xml:space="preserve"> </w:t>
      </w:r>
      <w:r>
        <w:t>على</w:t>
      </w:r>
      <w:r>
        <w:t xml:space="preserve"> </w:t>
      </w:r>
      <w:r>
        <w:t>المنهج</w:t>
      </w:r>
      <w:r>
        <w:t xml:space="preserve"> </w:t>
      </w:r>
      <w:r>
        <w:t>الوصفي</w:t>
      </w:r>
      <w:r>
        <w:t xml:space="preserve"> </w:t>
      </w:r>
      <w:r>
        <w:t>التحليلي،</w:t>
      </w:r>
      <w:r>
        <w:t xml:space="preserve"> </w:t>
      </w:r>
      <w:r>
        <w:t>لملاءمته</w:t>
      </w:r>
      <w:r>
        <w:t xml:space="preserve"> </w:t>
      </w:r>
      <w:r>
        <w:t>لوصف</w:t>
      </w:r>
      <w:r>
        <w:t xml:space="preserve"> </w:t>
      </w:r>
      <w:r>
        <w:t>خصائص</w:t>
      </w:r>
      <w:r>
        <w:t xml:space="preserve"> </w:t>
      </w:r>
      <w:r>
        <w:t>أفراد</w:t>
      </w:r>
      <w:r>
        <w:t xml:space="preserve"> </w:t>
      </w:r>
      <w:r>
        <w:t>العينة</w:t>
      </w:r>
      <w:r>
        <w:t xml:space="preserve"> </w:t>
      </w:r>
      <w:r>
        <w:t>وتحليل</w:t>
      </w:r>
      <w:r>
        <w:t xml:space="preserve"> </w:t>
      </w:r>
      <w:r>
        <w:t>استجاباتهم</w:t>
      </w:r>
      <w:r>
        <w:t xml:space="preserve"> </w:t>
      </w:r>
      <w:r>
        <w:t>حول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وسلوك</w:t>
      </w:r>
      <w:r>
        <w:t xml:space="preserve"> </w:t>
      </w:r>
      <w:r>
        <w:t>المستخدم</w:t>
      </w:r>
      <w:r>
        <w:t>.</w:t>
      </w:r>
    </w:p>
    <w:p w14:paraId="31E9C531" w14:textId="77777777" w:rsidR="00D457B9" w:rsidRDefault="008A53E0" w:rsidP="00BF6253">
      <w:pPr>
        <w:spacing w:before="200"/>
        <w:jc w:val="right"/>
      </w:pPr>
      <w:r>
        <w:rPr>
          <w:b/>
          <w:sz w:val="30"/>
        </w:rPr>
        <w:t>أدوات</w:t>
      </w:r>
      <w:r>
        <w:rPr>
          <w:b/>
          <w:sz w:val="30"/>
        </w:rPr>
        <w:t xml:space="preserve"> </w:t>
      </w:r>
      <w:r>
        <w:rPr>
          <w:b/>
          <w:sz w:val="30"/>
        </w:rPr>
        <w:t>الدراسة</w:t>
      </w:r>
    </w:p>
    <w:p w14:paraId="703EB633" w14:textId="77777777" w:rsidR="00D457B9" w:rsidRDefault="008A53E0" w:rsidP="00BF6253">
      <w:pPr>
        <w:spacing w:line="360" w:lineRule="auto"/>
        <w:jc w:val="right"/>
      </w:pPr>
      <w:r>
        <w:t>تم</w:t>
      </w:r>
      <w:r>
        <w:t xml:space="preserve"> </w:t>
      </w:r>
      <w:r>
        <w:t>استخدام</w:t>
      </w:r>
      <w:r>
        <w:t xml:space="preserve"> </w:t>
      </w:r>
      <w:r>
        <w:t>الاستبانة</w:t>
      </w:r>
      <w:r>
        <w:t xml:space="preserve"> </w:t>
      </w:r>
      <w:r>
        <w:t>الإلكترونية</w:t>
      </w:r>
      <w:r>
        <w:t xml:space="preserve"> </w:t>
      </w:r>
      <w:r>
        <w:t>أداةً</w:t>
      </w:r>
      <w:r>
        <w:t xml:space="preserve"> </w:t>
      </w:r>
      <w:r>
        <w:t>لجمع</w:t>
      </w:r>
      <w:r>
        <w:t xml:space="preserve"> </w:t>
      </w:r>
      <w:r>
        <w:t>البيانات،</w:t>
      </w:r>
      <w:r>
        <w:t xml:space="preserve"> </w:t>
      </w:r>
      <w:r>
        <w:t>وبلغ</w:t>
      </w:r>
      <w:r>
        <w:t xml:space="preserve"> </w:t>
      </w:r>
      <w:r>
        <w:t>عدد</w:t>
      </w:r>
      <w:r>
        <w:t xml:space="preserve"> </w:t>
      </w:r>
      <w:r>
        <w:t>الاستجابات</w:t>
      </w:r>
      <w:r>
        <w:t xml:space="preserve"> 79 </w:t>
      </w:r>
      <w:r>
        <w:t>استجابة</w:t>
      </w:r>
      <w:r>
        <w:t>.</w:t>
      </w:r>
    </w:p>
    <w:p w14:paraId="30E0B4B8" w14:textId="77777777" w:rsidR="00D457B9" w:rsidRDefault="008A53E0" w:rsidP="00BF6253">
      <w:pPr>
        <w:spacing w:before="200"/>
        <w:jc w:val="right"/>
      </w:pPr>
      <w:r>
        <w:rPr>
          <w:b/>
          <w:sz w:val="30"/>
        </w:rPr>
        <w:t>مصادر</w:t>
      </w:r>
      <w:r>
        <w:rPr>
          <w:b/>
          <w:sz w:val="30"/>
        </w:rPr>
        <w:t xml:space="preserve"> </w:t>
      </w:r>
      <w:r>
        <w:rPr>
          <w:b/>
          <w:sz w:val="30"/>
        </w:rPr>
        <w:t>جمع</w:t>
      </w:r>
      <w:r>
        <w:rPr>
          <w:b/>
          <w:sz w:val="30"/>
        </w:rPr>
        <w:t xml:space="preserve"> </w:t>
      </w:r>
      <w:r>
        <w:rPr>
          <w:b/>
          <w:sz w:val="30"/>
        </w:rPr>
        <w:t>البيانات</w:t>
      </w:r>
    </w:p>
    <w:p w14:paraId="3781C9CA" w14:textId="77777777" w:rsidR="00D457B9" w:rsidRDefault="008A53E0" w:rsidP="00BF6253">
      <w:pPr>
        <w:spacing w:line="360" w:lineRule="auto"/>
        <w:jc w:val="right"/>
      </w:pPr>
      <w:r>
        <w:t>المصدر</w:t>
      </w:r>
      <w:r>
        <w:t xml:space="preserve"> </w:t>
      </w:r>
      <w:r>
        <w:t>الأولي</w:t>
      </w:r>
      <w:r>
        <w:t xml:space="preserve"> </w:t>
      </w:r>
      <w:r>
        <w:t>هو</w:t>
      </w:r>
      <w:r>
        <w:t xml:space="preserve"> </w:t>
      </w:r>
      <w:r>
        <w:t>الاستبانة</w:t>
      </w:r>
      <w:r>
        <w:t xml:space="preserve"> </w:t>
      </w:r>
      <w:r>
        <w:t>المرفقة</w:t>
      </w:r>
      <w:r>
        <w:t xml:space="preserve"> </w:t>
      </w:r>
      <w:r>
        <w:t>وبيانات</w:t>
      </w:r>
      <w:r>
        <w:t xml:space="preserve"> </w:t>
      </w:r>
      <w:r>
        <w:t>استجابات</w:t>
      </w:r>
      <w:r>
        <w:t xml:space="preserve"> </w:t>
      </w:r>
      <w:r>
        <w:t>أفراد</w:t>
      </w:r>
      <w:r>
        <w:t xml:space="preserve"> </w:t>
      </w:r>
      <w:r>
        <w:t>العينة</w:t>
      </w:r>
      <w:r>
        <w:t xml:space="preserve">. </w:t>
      </w:r>
      <w:r>
        <w:t>أما</w:t>
      </w:r>
      <w:r>
        <w:t xml:space="preserve"> </w:t>
      </w:r>
      <w:r>
        <w:t>المصادر</w:t>
      </w:r>
      <w:r>
        <w:t xml:space="preserve"> </w:t>
      </w:r>
      <w:r>
        <w:t>الثانوية</w:t>
      </w:r>
      <w:r>
        <w:t xml:space="preserve"> </w:t>
      </w:r>
      <w:r>
        <w:t>فتُستكمل</w:t>
      </w:r>
      <w:r>
        <w:t xml:space="preserve"> </w:t>
      </w:r>
      <w:r>
        <w:t>من</w:t>
      </w:r>
      <w:r>
        <w:t xml:space="preserve"> </w:t>
      </w:r>
      <w:r>
        <w:t>الدراسات</w:t>
      </w:r>
      <w:r>
        <w:t xml:space="preserve"> </w:t>
      </w:r>
      <w:r>
        <w:t>والكتب</w:t>
      </w:r>
      <w:r>
        <w:t xml:space="preserve"> </w:t>
      </w:r>
      <w:r>
        <w:t>والمراجع</w:t>
      </w:r>
      <w:r>
        <w:t xml:space="preserve"> </w:t>
      </w:r>
      <w:r>
        <w:t>العلمية</w:t>
      </w:r>
      <w:r>
        <w:t xml:space="preserve"> </w:t>
      </w:r>
      <w:r>
        <w:t>المعتمدة</w:t>
      </w:r>
      <w:r>
        <w:t xml:space="preserve"> </w:t>
      </w:r>
      <w:r>
        <w:t>في</w:t>
      </w:r>
      <w:r>
        <w:t xml:space="preserve"> </w:t>
      </w:r>
      <w:r>
        <w:t>موضوع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ومنصات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>.</w:t>
      </w:r>
    </w:p>
    <w:p w14:paraId="09272726" w14:textId="77777777" w:rsidR="00D457B9" w:rsidRDefault="008A53E0" w:rsidP="00BF6253">
      <w:pPr>
        <w:jc w:val="right"/>
      </w:pPr>
      <w:r>
        <w:br w:type="page"/>
      </w:r>
    </w:p>
    <w:p w14:paraId="3E158B56" w14:textId="77777777" w:rsidR="00D457B9" w:rsidRPr="00BF6253" w:rsidRDefault="008A53E0">
      <w:pPr>
        <w:spacing w:line="360" w:lineRule="auto"/>
        <w:jc w:val="center"/>
        <w:rPr>
          <w:sz w:val="40"/>
          <w:szCs w:val="32"/>
        </w:rPr>
      </w:pPr>
      <w:r w:rsidRPr="00BF6253">
        <w:rPr>
          <w:b/>
          <w:sz w:val="40"/>
          <w:szCs w:val="32"/>
        </w:rPr>
        <w:lastRenderedPageBreak/>
        <w:t>الفصل</w:t>
      </w:r>
      <w:r w:rsidRPr="00BF6253">
        <w:rPr>
          <w:b/>
          <w:sz w:val="40"/>
          <w:szCs w:val="32"/>
        </w:rPr>
        <w:t xml:space="preserve"> </w:t>
      </w:r>
      <w:r w:rsidRPr="00BF6253">
        <w:rPr>
          <w:b/>
          <w:sz w:val="40"/>
          <w:szCs w:val="32"/>
        </w:rPr>
        <w:t>الثاني</w:t>
      </w:r>
      <w:r w:rsidRPr="00BF6253">
        <w:rPr>
          <w:b/>
          <w:sz w:val="40"/>
          <w:szCs w:val="32"/>
        </w:rPr>
        <w:t xml:space="preserve">: </w:t>
      </w:r>
      <w:r w:rsidRPr="00BF6253">
        <w:rPr>
          <w:b/>
          <w:sz w:val="40"/>
          <w:szCs w:val="32"/>
        </w:rPr>
        <w:t>الإطار</w:t>
      </w:r>
      <w:r w:rsidRPr="00BF6253">
        <w:rPr>
          <w:b/>
          <w:sz w:val="40"/>
          <w:szCs w:val="32"/>
        </w:rPr>
        <w:t xml:space="preserve"> </w:t>
      </w:r>
      <w:r w:rsidRPr="00BF6253">
        <w:rPr>
          <w:b/>
          <w:sz w:val="40"/>
          <w:szCs w:val="32"/>
        </w:rPr>
        <w:t>النظري</w:t>
      </w:r>
    </w:p>
    <w:p w14:paraId="5B8F345D" w14:textId="77777777" w:rsidR="00D457B9" w:rsidRDefault="008A53E0">
      <w:pPr>
        <w:spacing w:before="200"/>
        <w:jc w:val="right"/>
        <w:rPr>
          <w:b/>
          <w:sz w:val="34"/>
        </w:rPr>
      </w:pPr>
      <w:proofErr w:type="spellStart"/>
      <w:r>
        <w:rPr>
          <w:b/>
          <w:sz w:val="34"/>
        </w:rPr>
        <w:t>تمهيد</w:t>
      </w:r>
      <w:proofErr w:type="spellEnd"/>
    </w:p>
    <w:p w14:paraId="76818C31" w14:textId="77777777" w:rsidR="00BF6253" w:rsidRDefault="00BF6253" w:rsidP="00BF6253">
      <w:pPr>
        <w:spacing w:before="200"/>
        <w:jc w:val="right"/>
      </w:pPr>
    </w:p>
    <w:p w14:paraId="1FD8B0A0" w14:textId="77777777" w:rsidR="00D457B9" w:rsidRDefault="008A53E0" w:rsidP="00BF6253">
      <w:pPr>
        <w:spacing w:line="360" w:lineRule="auto"/>
        <w:jc w:val="right"/>
      </w:pPr>
      <w:r>
        <w:t>يعرض</w:t>
      </w:r>
      <w:r>
        <w:t xml:space="preserve"> </w:t>
      </w:r>
      <w:r>
        <w:t>هذا</w:t>
      </w:r>
      <w:r>
        <w:t xml:space="preserve"> </w:t>
      </w:r>
      <w:r>
        <w:t>الفصل</w:t>
      </w:r>
      <w:r>
        <w:t xml:space="preserve"> </w:t>
      </w:r>
      <w:r>
        <w:t>المفاهيم</w:t>
      </w:r>
      <w:r>
        <w:t xml:space="preserve"> </w:t>
      </w:r>
      <w:r>
        <w:t>الأساسية</w:t>
      </w:r>
      <w:r>
        <w:t xml:space="preserve"> </w:t>
      </w:r>
      <w:r>
        <w:t>المرتبطة</w:t>
      </w:r>
      <w:r>
        <w:t xml:space="preserve"> </w:t>
      </w:r>
      <w:r>
        <w:t>بالدراسة،</w:t>
      </w:r>
      <w:r>
        <w:t xml:space="preserve"> </w:t>
      </w:r>
      <w:r>
        <w:t>وهي</w:t>
      </w:r>
      <w:r>
        <w:t xml:space="preserve"> </w:t>
      </w:r>
      <w:r>
        <w:t>الذكاء</w:t>
      </w:r>
      <w:r>
        <w:t xml:space="preserve"> </w:t>
      </w:r>
      <w:r>
        <w:t>الاصطناعي،</w:t>
      </w:r>
      <w:r>
        <w:t xml:space="preserve"> </w:t>
      </w:r>
      <w:r>
        <w:t>ومنصات</w:t>
      </w:r>
      <w:r>
        <w:t xml:space="preserve"> </w:t>
      </w:r>
      <w:r>
        <w:t>التواصل</w:t>
      </w:r>
      <w:r>
        <w:t xml:space="preserve"> </w:t>
      </w:r>
      <w:r>
        <w:t>الاجتماعي،</w:t>
      </w:r>
      <w:r>
        <w:t xml:space="preserve"> </w:t>
      </w:r>
      <w:r>
        <w:t>وسلوك</w:t>
      </w:r>
      <w:r>
        <w:t xml:space="preserve"> </w:t>
      </w:r>
      <w:r>
        <w:t>المستخدم،</w:t>
      </w:r>
      <w:r>
        <w:t xml:space="preserve"> </w:t>
      </w:r>
      <w:r>
        <w:t>والعلاقة</w:t>
      </w:r>
      <w:r>
        <w:t xml:space="preserve"> </w:t>
      </w:r>
      <w:r>
        <w:t>بين</w:t>
      </w:r>
      <w:r>
        <w:t xml:space="preserve"> </w:t>
      </w:r>
      <w:r>
        <w:t>خوارزميات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وتجربة</w:t>
      </w:r>
      <w:r>
        <w:t xml:space="preserve"> </w:t>
      </w:r>
      <w:r>
        <w:t>المستخدم</w:t>
      </w:r>
      <w:r>
        <w:t>.</w:t>
      </w:r>
    </w:p>
    <w:p w14:paraId="56FC9F9F" w14:textId="77777777" w:rsidR="00D457B9" w:rsidRDefault="008A53E0" w:rsidP="00BF6253">
      <w:pPr>
        <w:spacing w:before="200"/>
        <w:jc w:val="right"/>
      </w:pPr>
      <w:r>
        <w:rPr>
          <w:b/>
          <w:sz w:val="34"/>
        </w:rPr>
        <w:t>المبحث</w:t>
      </w:r>
      <w:r>
        <w:rPr>
          <w:b/>
          <w:sz w:val="34"/>
        </w:rPr>
        <w:t xml:space="preserve"> </w:t>
      </w:r>
      <w:r>
        <w:rPr>
          <w:b/>
          <w:sz w:val="34"/>
        </w:rPr>
        <w:t>الأول</w:t>
      </w:r>
      <w:r>
        <w:rPr>
          <w:b/>
          <w:sz w:val="34"/>
        </w:rPr>
        <w:t xml:space="preserve">: </w:t>
      </w:r>
      <w:r>
        <w:rPr>
          <w:b/>
          <w:sz w:val="34"/>
        </w:rPr>
        <w:t>الذكاء</w:t>
      </w:r>
      <w:r>
        <w:rPr>
          <w:b/>
          <w:sz w:val="34"/>
        </w:rPr>
        <w:t xml:space="preserve"> </w:t>
      </w:r>
      <w:r>
        <w:rPr>
          <w:b/>
          <w:sz w:val="34"/>
        </w:rPr>
        <w:t>الاصطناعي</w:t>
      </w:r>
    </w:p>
    <w:p w14:paraId="34848B20" w14:textId="77777777" w:rsidR="00D457B9" w:rsidRDefault="008A53E0" w:rsidP="00BF6253">
      <w:pPr>
        <w:spacing w:line="360" w:lineRule="auto"/>
        <w:jc w:val="right"/>
      </w:pPr>
      <w:r>
        <w:t>يشير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إلى</w:t>
      </w:r>
      <w:r>
        <w:t xml:space="preserve"> </w:t>
      </w:r>
      <w:r>
        <w:t>مجموعة</w:t>
      </w:r>
      <w:r>
        <w:t xml:space="preserve"> </w:t>
      </w:r>
      <w:r>
        <w:t>من</w:t>
      </w:r>
      <w:r>
        <w:t xml:space="preserve"> </w:t>
      </w:r>
      <w:r>
        <w:t>الأساليب</w:t>
      </w:r>
      <w:r>
        <w:t xml:space="preserve"> </w:t>
      </w:r>
      <w:r>
        <w:t>والتقنيات</w:t>
      </w:r>
      <w:r>
        <w:t xml:space="preserve"> </w:t>
      </w:r>
      <w:r>
        <w:t>التي</w:t>
      </w:r>
      <w:r>
        <w:t xml:space="preserve"> </w:t>
      </w:r>
      <w:r>
        <w:t>تمكّن</w:t>
      </w:r>
      <w:r>
        <w:t xml:space="preserve"> </w:t>
      </w:r>
      <w:r>
        <w:t>الأنظمة</w:t>
      </w:r>
      <w:r>
        <w:t xml:space="preserve"> </w:t>
      </w:r>
      <w:r>
        <w:t>الحاسوبية</w:t>
      </w:r>
      <w:r>
        <w:t xml:space="preserve"> </w:t>
      </w:r>
      <w:r>
        <w:t>من</w:t>
      </w:r>
      <w:r>
        <w:t xml:space="preserve"> </w:t>
      </w:r>
      <w:r>
        <w:t>تنفيذ</w:t>
      </w:r>
      <w:r>
        <w:t xml:space="preserve"> </w:t>
      </w:r>
      <w:r>
        <w:t>مهام</w:t>
      </w:r>
      <w:r>
        <w:t xml:space="preserve"> </w:t>
      </w:r>
      <w:r>
        <w:t>تتطلب</w:t>
      </w:r>
      <w:r>
        <w:t xml:space="preserve"> </w:t>
      </w:r>
      <w:r>
        <w:t>عادةً</w:t>
      </w:r>
      <w:r>
        <w:t xml:space="preserve"> </w:t>
      </w:r>
      <w:r>
        <w:t>قدرات</w:t>
      </w:r>
      <w:r>
        <w:t xml:space="preserve"> </w:t>
      </w:r>
      <w:r>
        <w:t>بشرية</w:t>
      </w:r>
      <w:r>
        <w:t xml:space="preserve"> </w:t>
      </w:r>
      <w:r>
        <w:t>مثل</w:t>
      </w:r>
      <w:r>
        <w:t xml:space="preserve"> </w:t>
      </w:r>
      <w:r>
        <w:t>التعلم</w:t>
      </w:r>
      <w:r>
        <w:t xml:space="preserve"> </w:t>
      </w:r>
      <w:r>
        <w:t>من</w:t>
      </w:r>
      <w:r>
        <w:t xml:space="preserve"> </w:t>
      </w:r>
      <w:r>
        <w:t>البيانات،</w:t>
      </w:r>
      <w:r>
        <w:t xml:space="preserve"> </w:t>
      </w:r>
      <w:r>
        <w:t>والتنبؤ،</w:t>
      </w:r>
      <w:r>
        <w:t xml:space="preserve"> </w:t>
      </w:r>
      <w:r>
        <w:t>والتصنيف،</w:t>
      </w:r>
      <w:r>
        <w:t xml:space="preserve"> </w:t>
      </w:r>
      <w:r>
        <w:t>والتوصية</w:t>
      </w:r>
      <w:r>
        <w:t xml:space="preserve">. </w:t>
      </w:r>
      <w:r>
        <w:t>وفي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 xml:space="preserve"> </w:t>
      </w:r>
      <w:r>
        <w:t>يستخدم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لتحليل</w:t>
      </w:r>
      <w:r>
        <w:t xml:space="preserve"> </w:t>
      </w:r>
      <w:r>
        <w:t>سلوك</w:t>
      </w:r>
      <w:r>
        <w:t xml:space="preserve"> </w:t>
      </w:r>
      <w:r>
        <w:t>المستخدم</w:t>
      </w:r>
      <w:r>
        <w:t xml:space="preserve"> </w:t>
      </w:r>
      <w:r>
        <w:t>وتقديم</w:t>
      </w:r>
      <w:r>
        <w:t xml:space="preserve"> </w:t>
      </w:r>
      <w:r>
        <w:t>محتوى</w:t>
      </w:r>
      <w:r>
        <w:t xml:space="preserve"> </w:t>
      </w:r>
      <w:r>
        <w:t>أو</w:t>
      </w:r>
      <w:r>
        <w:t xml:space="preserve"> </w:t>
      </w:r>
      <w:r>
        <w:t>إعلانات</w:t>
      </w:r>
      <w:r>
        <w:t xml:space="preserve"> </w:t>
      </w:r>
      <w:r>
        <w:t>أو</w:t>
      </w:r>
      <w:r>
        <w:t xml:space="preserve"> </w:t>
      </w:r>
      <w:r>
        <w:t>نتائج</w:t>
      </w:r>
      <w:r>
        <w:t xml:space="preserve"> </w:t>
      </w:r>
      <w:r>
        <w:t>تتوافق</w:t>
      </w:r>
      <w:r>
        <w:t xml:space="preserve"> </w:t>
      </w:r>
      <w:r>
        <w:t>مع</w:t>
      </w:r>
      <w:r>
        <w:t xml:space="preserve"> </w:t>
      </w:r>
      <w:r>
        <w:t>اهتماماته</w:t>
      </w:r>
      <w:r>
        <w:t xml:space="preserve"> (UNESCO, 2022; Ricci et al., 2022).</w:t>
      </w:r>
    </w:p>
    <w:p w14:paraId="5BDA27D6" w14:textId="77777777" w:rsidR="00D457B9" w:rsidRDefault="008A53E0" w:rsidP="00BF6253">
      <w:pPr>
        <w:spacing w:before="200"/>
        <w:jc w:val="right"/>
      </w:pPr>
      <w:r>
        <w:rPr>
          <w:b/>
          <w:sz w:val="34"/>
        </w:rPr>
        <w:t>المبحث</w:t>
      </w:r>
      <w:r>
        <w:rPr>
          <w:b/>
          <w:sz w:val="34"/>
        </w:rPr>
        <w:t xml:space="preserve"> </w:t>
      </w:r>
      <w:r>
        <w:rPr>
          <w:b/>
          <w:sz w:val="34"/>
        </w:rPr>
        <w:t>الثاني</w:t>
      </w:r>
      <w:r>
        <w:rPr>
          <w:b/>
          <w:sz w:val="34"/>
        </w:rPr>
        <w:t xml:space="preserve">: </w:t>
      </w:r>
      <w:r>
        <w:rPr>
          <w:b/>
          <w:sz w:val="34"/>
        </w:rPr>
        <w:t>منصات</w:t>
      </w:r>
      <w:r>
        <w:rPr>
          <w:b/>
          <w:sz w:val="34"/>
        </w:rPr>
        <w:t xml:space="preserve"> </w:t>
      </w:r>
      <w:r>
        <w:rPr>
          <w:b/>
          <w:sz w:val="34"/>
        </w:rPr>
        <w:t>التواصل</w:t>
      </w:r>
      <w:r>
        <w:rPr>
          <w:b/>
          <w:sz w:val="34"/>
        </w:rPr>
        <w:t xml:space="preserve"> </w:t>
      </w:r>
      <w:r>
        <w:rPr>
          <w:b/>
          <w:sz w:val="34"/>
        </w:rPr>
        <w:t>الاجتماعي</w:t>
      </w:r>
    </w:p>
    <w:p w14:paraId="5B371515" w14:textId="77777777" w:rsidR="00D457B9" w:rsidRDefault="008A53E0" w:rsidP="00BF6253">
      <w:pPr>
        <w:spacing w:line="360" w:lineRule="auto"/>
        <w:jc w:val="right"/>
      </w:pPr>
      <w:r>
        <w:t>تمثل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 xml:space="preserve"> </w:t>
      </w:r>
      <w:r>
        <w:t>بيئة</w:t>
      </w:r>
      <w:r>
        <w:t xml:space="preserve"> </w:t>
      </w:r>
      <w:r>
        <w:t>رقمية</w:t>
      </w:r>
      <w:r>
        <w:t xml:space="preserve"> </w:t>
      </w:r>
      <w:r>
        <w:t>تسمح</w:t>
      </w:r>
      <w:r>
        <w:t xml:space="preserve"> </w:t>
      </w:r>
      <w:r>
        <w:t>للمستخدمين</w:t>
      </w:r>
      <w:r>
        <w:t xml:space="preserve"> </w:t>
      </w:r>
      <w:r>
        <w:t>بإنشاء</w:t>
      </w:r>
      <w:r>
        <w:t xml:space="preserve"> </w:t>
      </w:r>
      <w:r>
        <w:t>المحتوى</w:t>
      </w:r>
      <w:r>
        <w:t xml:space="preserve"> </w:t>
      </w:r>
      <w:r>
        <w:t>ومشاركته</w:t>
      </w:r>
      <w:r>
        <w:t xml:space="preserve"> </w:t>
      </w:r>
      <w:r>
        <w:t>والتفاعل</w:t>
      </w:r>
      <w:r>
        <w:t xml:space="preserve"> </w:t>
      </w:r>
      <w:r>
        <w:t>معه</w:t>
      </w:r>
      <w:r>
        <w:t xml:space="preserve">. </w:t>
      </w:r>
      <w:r>
        <w:t>وتستخدم</w:t>
      </w:r>
      <w:r>
        <w:t xml:space="preserve"> </w:t>
      </w:r>
      <w:r>
        <w:t>هذه</w:t>
      </w:r>
      <w:r>
        <w:t xml:space="preserve"> </w:t>
      </w:r>
      <w:r>
        <w:t>المنصات</w:t>
      </w:r>
      <w:r>
        <w:t xml:space="preserve"> </w:t>
      </w:r>
      <w:r>
        <w:t>خوارزميات</w:t>
      </w:r>
      <w:r>
        <w:t xml:space="preserve"> </w:t>
      </w:r>
      <w:r>
        <w:t>لتحليل</w:t>
      </w:r>
      <w:r>
        <w:t xml:space="preserve"> </w:t>
      </w:r>
      <w:r>
        <w:t>التفاعلات</w:t>
      </w:r>
      <w:r>
        <w:t xml:space="preserve"> </w:t>
      </w:r>
      <w:r>
        <w:t>السابقة</w:t>
      </w:r>
      <w:r>
        <w:t xml:space="preserve"> </w:t>
      </w:r>
      <w:r>
        <w:t>وتحديد</w:t>
      </w:r>
      <w:r>
        <w:t xml:space="preserve"> </w:t>
      </w:r>
      <w:r>
        <w:t>المحتوى</w:t>
      </w:r>
      <w:r>
        <w:t xml:space="preserve"> </w:t>
      </w:r>
      <w:r>
        <w:t>الأكثر</w:t>
      </w:r>
      <w:r>
        <w:t xml:space="preserve"> </w:t>
      </w:r>
      <w:r>
        <w:t>احتمالًا</w:t>
      </w:r>
      <w:r>
        <w:t xml:space="preserve"> </w:t>
      </w:r>
      <w:r>
        <w:t>لجذب</w:t>
      </w:r>
      <w:r>
        <w:t xml:space="preserve"> </w:t>
      </w:r>
      <w:r>
        <w:t>اهتمام</w:t>
      </w:r>
      <w:r>
        <w:t xml:space="preserve"> </w:t>
      </w:r>
      <w:r>
        <w:t>المستخدم</w:t>
      </w:r>
      <w:r>
        <w:t xml:space="preserve"> (Pujahari &amp; Sisodia, 2017; Wang et al., 2023).</w:t>
      </w:r>
    </w:p>
    <w:p w14:paraId="6B30A663" w14:textId="77777777" w:rsidR="00D457B9" w:rsidRDefault="008A53E0" w:rsidP="00BF6253">
      <w:pPr>
        <w:spacing w:before="200"/>
        <w:jc w:val="right"/>
      </w:pPr>
      <w:r>
        <w:rPr>
          <w:b/>
          <w:sz w:val="34"/>
        </w:rPr>
        <w:t>المبحث</w:t>
      </w:r>
      <w:r>
        <w:rPr>
          <w:b/>
          <w:sz w:val="34"/>
        </w:rPr>
        <w:t xml:space="preserve"> </w:t>
      </w:r>
      <w:r>
        <w:rPr>
          <w:b/>
          <w:sz w:val="34"/>
        </w:rPr>
        <w:t>الثالث</w:t>
      </w:r>
      <w:r>
        <w:rPr>
          <w:b/>
          <w:sz w:val="34"/>
        </w:rPr>
        <w:t xml:space="preserve">: </w:t>
      </w:r>
      <w:r>
        <w:rPr>
          <w:b/>
          <w:sz w:val="34"/>
        </w:rPr>
        <w:t>سلوك</w:t>
      </w:r>
      <w:r>
        <w:rPr>
          <w:b/>
          <w:sz w:val="34"/>
        </w:rPr>
        <w:t xml:space="preserve"> </w:t>
      </w:r>
      <w:r>
        <w:rPr>
          <w:b/>
          <w:sz w:val="34"/>
        </w:rPr>
        <w:t>المستخدم</w:t>
      </w:r>
      <w:r>
        <w:rPr>
          <w:b/>
          <w:sz w:val="34"/>
        </w:rPr>
        <w:t xml:space="preserve"> </w:t>
      </w:r>
      <w:r>
        <w:rPr>
          <w:b/>
          <w:sz w:val="34"/>
        </w:rPr>
        <w:t>والعلاقة</w:t>
      </w:r>
      <w:r>
        <w:rPr>
          <w:b/>
          <w:sz w:val="34"/>
        </w:rPr>
        <w:t xml:space="preserve"> </w:t>
      </w:r>
      <w:r>
        <w:rPr>
          <w:b/>
          <w:sz w:val="34"/>
        </w:rPr>
        <w:t>بالذكاء</w:t>
      </w:r>
      <w:r>
        <w:rPr>
          <w:b/>
          <w:sz w:val="34"/>
        </w:rPr>
        <w:t xml:space="preserve"> </w:t>
      </w:r>
      <w:r>
        <w:rPr>
          <w:b/>
          <w:sz w:val="34"/>
        </w:rPr>
        <w:t>الاصطناعي</w:t>
      </w:r>
    </w:p>
    <w:p w14:paraId="446C030D" w14:textId="77777777" w:rsidR="00D457B9" w:rsidRDefault="008A53E0" w:rsidP="00BF6253">
      <w:pPr>
        <w:spacing w:line="360" w:lineRule="auto"/>
        <w:jc w:val="right"/>
      </w:pPr>
      <w:r>
        <w:t>يمكن</w:t>
      </w:r>
      <w:r>
        <w:t xml:space="preserve"> </w:t>
      </w:r>
      <w:r>
        <w:t>أن</w:t>
      </w:r>
      <w:r>
        <w:t xml:space="preserve"> </w:t>
      </w:r>
      <w:r>
        <w:t>يتأثر</w:t>
      </w:r>
      <w:r>
        <w:t xml:space="preserve"> </w:t>
      </w:r>
      <w:r>
        <w:t>سلوك</w:t>
      </w:r>
      <w:r>
        <w:t xml:space="preserve"> </w:t>
      </w:r>
      <w:r>
        <w:t>المستخدم</w:t>
      </w:r>
      <w:r>
        <w:t xml:space="preserve"> </w:t>
      </w:r>
      <w:r>
        <w:t>بطريقة</w:t>
      </w:r>
      <w:r>
        <w:t xml:space="preserve"> </w:t>
      </w:r>
      <w:r>
        <w:t>عرض</w:t>
      </w:r>
      <w:r>
        <w:t xml:space="preserve"> </w:t>
      </w:r>
      <w:r>
        <w:t>المحتوى</w:t>
      </w:r>
      <w:r>
        <w:t xml:space="preserve"> </w:t>
      </w:r>
      <w:r>
        <w:t>وترتيبه</w:t>
      </w:r>
      <w:r>
        <w:t xml:space="preserve"> </w:t>
      </w:r>
      <w:r>
        <w:t>وتخصيصه</w:t>
      </w:r>
      <w:r>
        <w:t xml:space="preserve">. </w:t>
      </w:r>
      <w:r>
        <w:t>فالتوصيات</w:t>
      </w:r>
      <w:r>
        <w:t xml:space="preserve"> </w:t>
      </w:r>
      <w:r>
        <w:t>قد</w:t>
      </w:r>
      <w:r>
        <w:t xml:space="preserve"> </w:t>
      </w:r>
      <w:r>
        <w:t>تزيد</w:t>
      </w:r>
      <w:r>
        <w:t xml:space="preserve"> </w:t>
      </w:r>
      <w:r>
        <w:t>احتمال</w:t>
      </w:r>
      <w:r>
        <w:t xml:space="preserve"> </w:t>
      </w:r>
      <w:r>
        <w:t>مشاهدة</w:t>
      </w:r>
      <w:r>
        <w:t xml:space="preserve"> </w:t>
      </w:r>
      <w:r>
        <w:t>محتوى</w:t>
      </w:r>
      <w:r>
        <w:t xml:space="preserve"> </w:t>
      </w:r>
      <w:r>
        <w:t>معين</w:t>
      </w:r>
      <w:r>
        <w:t xml:space="preserve"> </w:t>
      </w:r>
      <w:r>
        <w:t>أو</w:t>
      </w:r>
      <w:r>
        <w:t xml:space="preserve"> </w:t>
      </w:r>
      <w:r>
        <w:t>التفاعل</w:t>
      </w:r>
      <w:r>
        <w:t xml:space="preserve"> </w:t>
      </w:r>
      <w:r>
        <w:t>معه،</w:t>
      </w:r>
      <w:r>
        <w:t xml:space="preserve"> </w:t>
      </w:r>
      <w:r>
        <w:t>كما</w:t>
      </w:r>
      <w:r>
        <w:t xml:space="preserve"> </w:t>
      </w:r>
      <w:r>
        <w:t>قد</w:t>
      </w:r>
      <w:r>
        <w:t xml:space="preserve"> </w:t>
      </w:r>
      <w:r>
        <w:t>تؤثر</w:t>
      </w:r>
      <w:r>
        <w:t xml:space="preserve"> </w:t>
      </w:r>
      <w:r>
        <w:t>في</w:t>
      </w:r>
      <w:r>
        <w:t xml:space="preserve"> </w:t>
      </w:r>
      <w:r>
        <w:t>الآراء</w:t>
      </w:r>
      <w:r>
        <w:t xml:space="preserve"> </w:t>
      </w:r>
      <w:r>
        <w:t>والاتجاهات</w:t>
      </w:r>
      <w:r>
        <w:t xml:space="preserve"> </w:t>
      </w:r>
      <w:r>
        <w:t>عندما</w:t>
      </w:r>
      <w:r>
        <w:t xml:space="preserve"> </w:t>
      </w:r>
      <w:r>
        <w:t>يتعرض</w:t>
      </w:r>
      <w:r>
        <w:t xml:space="preserve"> </w:t>
      </w:r>
      <w:r>
        <w:t>المستخدم</w:t>
      </w:r>
      <w:r>
        <w:t xml:space="preserve"> </w:t>
      </w:r>
      <w:r>
        <w:t>باستمرار</w:t>
      </w:r>
      <w:r>
        <w:t xml:space="preserve"> </w:t>
      </w:r>
      <w:r>
        <w:t>لمحتوى</w:t>
      </w:r>
      <w:r>
        <w:t xml:space="preserve"> </w:t>
      </w:r>
      <w:r>
        <w:t>متشابه</w:t>
      </w:r>
      <w:r>
        <w:t xml:space="preserve"> (Pariser, 2011; Haque et al., 2025). </w:t>
      </w:r>
      <w:r>
        <w:t>وتتناول</w:t>
      </w:r>
      <w:r>
        <w:t xml:space="preserve"> </w:t>
      </w:r>
      <w:r>
        <w:t>الدراسة</w:t>
      </w:r>
      <w:r>
        <w:t xml:space="preserve"> </w:t>
      </w:r>
      <w:r>
        <w:t>هذه</w:t>
      </w:r>
      <w:r>
        <w:t xml:space="preserve"> </w:t>
      </w:r>
      <w:r>
        <w:t>العلاقة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الإدراك</w:t>
      </w:r>
      <w:r>
        <w:t xml:space="preserve"> </w:t>
      </w:r>
      <w:r>
        <w:t>الذاتي</w:t>
      </w:r>
      <w:r>
        <w:t xml:space="preserve"> </w:t>
      </w:r>
      <w:r>
        <w:t>لأفراد</w:t>
      </w:r>
      <w:r>
        <w:t xml:space="preserve"> </w:t>
      </w:r>
      <w:r>
        <w:t>العينة،</w:t>
      </w:r>
      <w:r>
        <w:t xml:space="preserve"> </w:t>
      </w:r>
      <w:r>
        <w:t>وليس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قياس</w:t>
      </w:r>
      <w:r>
        <w:t xml:space="preserve"> </w:t>
      </w:r>
      <w:r>
        <w:t>سلوكي</w:t>
      </w:r>
      <w:r>
        <w:t xml:space="preserve"> </w:t>
      </w:r>
      <w:r>
        <w:t>تجريبي</w:t>
      </w:r>
      <w:r>
        <w:t>.</w:t>
      </w:r>
    </w:p>
    <w:p w14:paraId="7EBDD087" w14:textId="77777777" w:rsidR="00D457B9" w:rsidRDefault="008A53E0" w:rsidP="00BF6253">
      <w:pPr>
        <w:jc w:val="right"/>
      </w:pPr>
      <w:r>
        <w:br w:type="page"/>
      </w:r>
    </w:p>
    <w:p w14:paraId="52F5BDD5" w14:textId="77777777" w:rsidR="00D457B9" w:rsidRDefault="008A53E0" w:rsidP="00BF6253">
      <w:pPr>
        <w:spacing w:line="360" w:lineRule="auto"/>
        <w:jc w:val="center"/>
      </w:pPr>
      <w:r>
        <w:rPr>
          <w:b/>
        </w:rPr>
        <w:lastRenderedPageBreak/>
        <w:t>الفصل</w:t>
      </w:r>
      <w:r>
        <w:rPr>
          <w:b/>
        </w:rPr>
        <w:t xml:space="preserve"> </w:t>
      </w:r>
      <w:r>
        <w:rPr>
          <w:b/>
        </w:rPr>
        <w:t>الثالث</w:t>
      </w:r>
      <w:r>
        <w:rPr>
          <w:b/>
        </w:rPr>
        <w:t xml:space="preserve">: </w:t>
      </w:r>
      <w:r>
        <w:rPr>
          <w:b/>
        </w:rPr>
        <w:t>تحليل</w:t>
      </w:r>
      <w:r>
        <w:rPr>
          <w:b/>
        </w:rPr>
        <w:t xml:space="preserve"> </w:t>
      </w:r>
      <w:r>
        <w:rPr>
          <w:b/>
        </w:rPr>
        <w:t>البيانات</w:t>
      </w:r>
      <w:r>
        <w:rPr>
          <w:b/>
        </w:rPr>
        <w:t xml:space="preserve"> </w:t>
      </w:r>
      <w:r>
        <w:rPr>
          <w:b/>
        </w:rPr>
        <w:t>واختبار</w:t>
      </w:r>
      <w:r>
        <w:rPr>
          <w:b/>
        </w:rPr>
        <w:t xml:space="preserve"> </w:t>
      </w:r>
      <w:r>
        <w:rPr>
          <w:b/>
        </w:rPr>
        <w:t>فروض</w:t>
      </w:r>
      <w:r>
        <w:rPr>
          <w:b/>
        </w:rPr>
        <w:t xml:space="preserve"> </w:t>
      </w:r>
      <w:r>
        <w:rPr>
          <w:b/>
        </w:rPr>
        <w:t>الدراسة</w:t>
      </w:r>
    </w:p>
    <w:p w14:paraId="388078B5" w14:textId="77777777" w:rsidR="00D457B9" w:rsidRDefault="008A53E0">
      <w:pPr>
        <w:spacing w:before="200"/>
        <w:jc w:val="right"/>
      </w:pPr>
      <w:r>
        <w:rPr>
          <w:b/>
          <w:sz w:val="34"/>
        </w:rPr>
        <w:t>مقدمة</w:t>
      </w:r>
    </w:p>
    <w:p w14:paraId="33A399E9" w14:textId="77777777" w:rsidR="00D457B9" w:rsidRDefault="008A53E0" w:rsidP="00BF6253">
      <w:pPr>
        <w:spacing w:line="360" w:lineRule="auto"/>
        <w:jc w:val="center"/>
      </w:pPr>
      <w:r>
        <w:t>يتناول</w:t>
      </w:r>
      <w:r>
        <w:t xml:space="preserve"> </w:t>
      </w:r>
      <w:r>
        <w:t>هذا</w:t>
      </w:r>
      <w:r>
        <w:t xml:space="preserve"> </w:t>
      </w:r>
      <w:r>
        <w:t>الفصل</w:t>
      </w:r>
      <w:r>
        <w:t xml:space="preserve"> </w:t>
      </w:r>
      <w:r>
        <w:t>البيانات</w:t>
      </w:r>
      <w:r>
        <w:t xml:space="preserve"> </w:t>
      </w:r>
      <w:r>
        <w:t>الفعلية</w:t>
      </w:r>
      <w:r>
        <w:t xml:space="preserve"> </w:t>
      </w:r>
      <w:r>
        <w:t>الواردة</w:t>
      </w:r>
      <w:r>
        <w:t xml:space="preserve"> </w:t>
      </w:r>
      <w:r>
        <w:t>في</w:t>
      </w:r>
      <w:r>
        <w:t xml:space="preserve"> </w:t>
      </w:r>
      <w:r>
        <w:t>ملف</w:t>
      </w:r>
      <w:r>
        <w:t xml:space="preserve"> </w:t>
      </w:r>
      <w:r>
        <w:t>الاستبانة</w:t>
      </w:r>
      <w:r>
        <w:t xml:space="preserve">. </w:t>
      </w:r>
      <w:r>
        <w:t>بلغ</w:t>
      </w:r>
      <w:r>
        <w:t xml:space="preserve"> </w:t>
      </w:r>
      <w:r>
        <w:t>عدد</w:t>
      </w:r>
      <w:r>
        <w:t xml:space="preserve"> </w:t>
      </w:r>
      <w:r>
        <w:t>الاستجابات</w:t>
      </w:r>
      <w:r>
        <w:t xml:space="preserve"> 79 </w:t>
      </w:r>
      <w:r>
        <w:t>استجابة</w:t>
      </w:r>
      <w:r>
        <w:t xml:space="preserve">. </w:t>
      </w:r>
      <w:r>
        <w:t>وتم</w:t>
      </w:r>
      <w:r>
        <w:t xml:space="preserve"> </w:t>
      </w:r>
      <w:r>
        <w:t>استخراج</w:t>
      </w:r>
      <w:r>
        <w:t xml:space="preserve"> </w:t>
      </w:r>
      <w:r>
        <w:t>التكرارات</w:t>
      </w:r>
      <w:r>
        <w:t xml:space="preserve"> </w:t>
      </w:r>
      <w:r>
        <w:t>والنسب</w:t>
      </w:r>
      <w:r>
        <w:t xml:space="preserve"> </w:t>
      </w:r>
      <w:r>
        <w:t>المئوية</w:t>
      </w:r>
      <w:r>
        <w:t xml:space="preserve"> </w:t>
      </w:r>
      <w:r>
        <w:t>للمتغيرات</w:t>
      </w:r>
      <w:r>
        <w:t xml:space="preserve"> </w:t>
      </w:r>
      <w:r>
        <w:t>الواردة</w:t>
      </w:r>
      <w:r>
        <w:t xml:space="preserve"> </w:t>
      </w:r>
      <w:r>
        <w:t>في</w:t>
      </w:r>
      <w:r>
        <w:t xml:space="preserve"> </w:t>
      </w:r>
      <w:r>
        <w:t>الاستبانة</w:t>
      </w:r>
      <w:r>
        <w:t>.</w:t>
      </w:r>
    </w:p>
    <w:p w14:paraId="2654578A" w14:textId="77777777" w:rsidR="00D457B9" w:rsidRDefault="008A53E0">
      <w:pPr>
        <w:spacing w:before="200"/>
        <w:jc w:val="right"/>
      </w:pPr>
      <w:r>
        <w:rPr>
          <w:b/>
          <w:sz w:val="34"/>
        </w:rPr>
        <w:t xml:space="preserve">1.3 </w:t>
      </w:r>
      <w:r>
        <w:rPr>
          <w:b/>
          <w:sz w:val="34"/>
        </w:rPr>
        <w:t>مجتمع</w:t>
      </w:r>
      <w:r>
        <w:rPr>
          <w:b/>
          <w:sz w:val="34"/>
        </w:rPr>
        <w:t xml:space="preserve"> </w:t>
      </w:r>
      <w:r>
        <w:rPr>
          <w:b/>
          <w:sz w:val="34"/>
        </w:rPr>
        <w:t>وعينة</w:t>
      </w:r>
      <w:r>
        <w:rPr>
          <w:b/>
          <w:sz w:val="34"/>
        </w:rPr>
        <w:t xml:space="preserve"> </w:t>
      </w:r>
      <w:r>
        <w:rPr>
          <w:b/>
          <w:sz w:val="34"/>
        </w:rPr>
        <w:t>الدراسة</w:t>
      </w:r>
    </w:p>
    <w:p w14:paraId="0CAEFF16" w14:textId="77777777" w:rsidR="00D457B9" w:rsidRDefault="008A53E0">
      <w:pPr>
        <w:spacing w:line="360" w:lineRule="auto"/>
        <w:jc w:val="both"/>
      </w:pPr>
      <w:r>
        <w:t>تمثلت</w:t>
      </w:r>
      <w:r>
        <w:t xml:space="preserve"> </w:t>
      </w:r>
      <w:r>
        <w:t>عينة</w:t>
      </w:r>
      <w:r>
        <w:t xml:space="preserve"> </w:t>
      </w:r>
      <w:r>
        <w:t>الدراسة</w:t>
      </w:r>
      <w:r>
        <w:t xml:space="preserve"> </w:t>
      </w:r>
      <w:r>
        <w:t>في</w:t>
      </w:r>
      <w:r>
        <w:t xml:space="preserve"> 79 </w:t>
      </w:r>
      <w:r>
        <w:t>مستجيبًا</w:t>
      </w:r>
      <w:r>
        <w:t>/</w:t>
      </w:r>
      <w:r>
        <w:t>مستجيبة</w:t>
      </w:r>
      <w:r>
        <w:t xml:space="preserve"> </w:t>
      </w:r>
      <w:r>
        <w:t>ممن</w:t>
      </w:r>
      <w:r>
        <w:t xml:space="preserve"> </w:t>
      </w:r>
      <w:r>
        <w:t>أجابوا</w:t>
      </w:r>
      <w:r>
        <w:t xml:space="preserve"> </w:t>
      </w:r>
      <w:r>
        <w:t>عن</w:t>
      </w:r>
      <w:r>
        <w:t xml:space="preserve"> </w:t>
      </w:r>
      <w:r>
        <w:t>الاستبانة</w:t>
      </w:r>
      <w:r>
        <w:t xml:space="preserve"> </w:t>
      </w:r>
      <w:r>
        <w:t>الإلكترونية</w:t>
      </w:r>
      <w:r>
        <w:t xml:space="preserve">. </w:t>
      </w:r>
      <w:r>
        <w:t>وتظهر</w:t>
      </w:r>
      <w:r>
        <w:t xml:space="preserve"> </w:t>
      </w:r>
      <w:r>
        <w:t>البيانات</w:t>
      </w:r>
      <w:r>
        <w:t xml:space="preserve"> </w:t>
      </w:r>
      <w:r>
        <w:t>أن</w:t>
      </w:r>
      <w:r>
        <w:t xml:space="preserve"> </w:t>
      </w:r>
      <w:r>
        <w:t>العينة</w:t>
      </w:r>
      <w:r>
        <w:t xml:space="preserve"> </w:t>
      </w:r>
      <w:r>
        <w:t>يغلب</w:t>
      </w:r>
      <w:r>
        <w:t xml:space="preserve"> </w:t>
      </w:r>
      <w:r>
        <w:t>عليها</w:t>
      </w:r>
      <w:r>
        <w:t xml:space="preserve"> </w:t>
      </w:r>
      <w:r>
        <w:t>الإناث،</w:t>
      </w:r>
      <w:r>
        <w:t xml:space="preserve"> </w:t>
      </w:r>
      <w:r>
        <w:t>إذ</w:t>
      </w:r>
      <w:r>
        <w:t xml:space="preserve"> </w:t>
      </w:r>
      <w:r>
        <w:t>بلغ</w:t>
      </w:r>
      <w:r>
        <w:t xml:space="preserve"> </w:t>
      </w:r>
      <w:r>
        <w:t>عددهن</w:t>
      </w:r>
      <w:r>
        <w:t xml:space="preserve"> 74 </w:t>
      </w:r>
      <w:r>
        <w:t>بنسبة</w:t>
      </w:r>
      <w:r>
        <w:t xml:space="preserve"> 93.7%</w:t>
      </w:r>
      <w:r>
        <w:t>،</w:t>
      </w:r>
      <w:r>
        <w:t xml:space="preserve"> </w:t>
      </w:r>
      <w:r>
        <w:t>مقابل</w:t>
      </w:r>
      <w:r>
        <w:t xml:space="preserve"> 5 </w:t>
      </w:r>
      <w:r>
        <w:t>ذكور</w:t>
      </w:r>
      <w:r>
        <w:t xml:space="preserve"> </w:t>
      </w:r>
      <w:r>
        <w:t>بنسبة</w:t>
      </w:r>
      <w:r>
        <w:t xml:space="preserve"> 6.3%.</w:t>
      </w:r>
    </w:p>
    <w:p w14:paraId="307C9A14" w14:textId="77777777" w:rsidR="00D457B9" w:rsidRDefault="008A53E0">
      <w:pPr>
        <w:spacing w:before="200"/>
        <w:jc w:val="right"/>
      </w:pPr>
      <w:r>
        <w:rPr>
          <w:b/>
          <w:sz w:val="30"/>
        </w:rPr>
        <w:t xml:space="preserve">2.3 </w:t>
      </w:r>
      <w:r>
        <w:rPr>
          <w:b/>
          <w:sz w:val="30"/>
        </w:rPr>
        <w:t>توزيع</w:t>
      </w:r>
      <w:r>
        <w:rPr>
          <w:b/>
          <w:sz w:val="30"/>
        </w:rPr>
        <w:t xml:space="preserve"> </w:t>
      </w:r>
      <w:r>
        <w:rPr>
          <w:b/>
          <w:sz w:val="30"/>
        </w:rPr>
        <w:t>العينة</w:t>
      </w:r>
      <w:r>
        <w:rPr>
          <w:b/>
          <w:sz w:val="30"/>
        </w:rPr>
        <w:t xml:space="preserve"> </w:t>
      </w:r>
      <w:r>
        <w:rPr>
          <w:b/>
          <w:sz w:val="30"/>
        </w:rPr>
        <w:t>حسب</w:t>
      </w:r>
      <w:r>
        <w:rPr>
          <w:b/>
          <w:sz w:val="30"/>
        </w:rPr>
        <w:t xml:space="preserve"> </w:t>
      </w:r>
      <w:r>
        <w:rPr>
          <w:b/>
          <w:sz w:val="30"/>
        </w:rPr>
        <w:t>الجنس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3132"/>
        <w:gridCol w:w="3132"/>
        <w:gridCol w:w="3132"/>
      </w:tblGrid>
      <w:tr w:rsidR="00D457B9" w14:paraId="40150157" w14:textId="77777777">
        <w:trPr>
          <w:jc w:val="center"/>
        </w:trPr>
        <w:tc>
          <w:tcPr>
            <w:tcW w:w="3135" w:type="dxa"/>
          </w:tcPr>
          <w:p w14:paraId="372FB5C0" w14:textId="77777777" w:rsidR="00D457B9" w:rsidRDefault="008A53E0">
            <w:r>
              <w:t>الاستجابة</w:t>
            </w:r>
          </w:p>
        </w:tc>
        <w:tc>
          <w:tcPr>
            <w:tcW w:w="3135" w:type="dxa"/>
          </w:tcPr>
          <w:p w14:paraId="3C5C6157" w14:textId="77777777" w:rsidR="00D457B9" w:rsidRDefault="008A53E0">
            <w:r>
              <w:t>التكرار</w:t>
            </w:r>
          </w:p>
        </w:tc>
        <w:tc>
          <w:tcPr>
            <w:tcW w:w="3135" w:type="dxa"/>
          </w:tcPr>
          <w:p w14:paraId="3F0F113C" w14:textId="77777777" w:rsidR="00D457B9" w:rsidRDefault="008A53E0">
            <w:r>
              <w:t>النسبة</w:t>
            </w:r>
            <w:r>
              <w:t xml:space="preserve"> %</w:t>
            </w:r>
          </w:p>
        </w:tc>
      </w:tr>
      <w:tr w:rsidR="00D457B9" w14:paraId="7095B3FF" w14:textId="77777777">
        <w:trPr>
          <w:jc w:val="center"/>
        </w:trPr>
        <w:tc>
          <w:tcPr>
            <w:tcW w:w="3135" w:type="dxa"/>
          </w:tcPr>
          <w:p w14:paraId="00E13895" w14:textId="77777777" w:rsidR="00D457B9" w:rsidRDefault="008A53E0">
            <w:r>
              <w:t>أنثى</w:t>
            </w:r>
          </w:p>
        </w:tc>
        <w:tc>
          <w:tcPr>
            <w:tcW w:w="3135" w:type="dxa"/>
          </w:tcPr>
          <w:p w14:paraId="5B4454AA" w14:textId="77777777" w:rsidR="00D457B9" w:rsidRDefault="008A53E0">
            <w:r>
              <w:t>74</w:t>
            </w:r>
          </w:p>
        </w:tc>
        <w:tc>
          <w:tcPr>
            <w:tcW w:w="3135" w:type="dxa"/>
          </w:tcPr>
          <w:p w14:paraId="6770E1DC" w14:textId="77777777" w:rsidR="00D457B9" w:rsidRDefault="008A53E0">
            <w:r>
              <w:t>93.7</w:t>
            </w:r>
          </w:p>
        </w:tc>
      </w:tr>
      <w:tr w:rsidR="00D457B9" w14:paraId="0546D92F" w14:textId="77777777">
        <w:trPr>
          <w:jc w:val="center"/>
        </w:trPr>
        <w:tc>
          <w:tcPr>
            <w:tcW w:w="3135" w:type="dxa"/>
          </w:tcPr>
          <w:p w14:paraId="3A27403D" w14:textId="77777777" w:rsidR="00D457B9" w:rsidRDefault="008A53E0">
            <w:r>
              <w:t>ذكر</w:t>
            </w:r>
          </w:p>
        </w:tc>
        <w:tc>
          <w:tcPr>
            <w:tcW w:w="3135" w:type="dxa"/>
          </w:tcPr>
          <w:p w14:paraId="0ED82EB8" w14:textId="77777777" w:rsidR="00D457B9" w:rsidRDefault="008A53E0">
            <w:r>
              <w:t>5</w:t>
            </w:r>
          </w:p>
        </w:tc>
        <w:tc>
          <w:tcPr>
            <w:tcW w:w="3135" w:type="dxa"/>
          </w:tcPr>
          <w:p w14:paraId="1684F20F" w14:textId="77777777" w:rsidR="00D457B9" w:rsidRDefault="008A53E0">
            <w:r>
              <w:t>6.3</w:t>
            </w:r>
          </w:p>
        </w:tc>
      </w:tr>
    </w:tbl>
    <w:p w14:paraId="0A06883D" w14:textId="77777777" w:rsidR="00D457B9" w:rsidRDefault="008A53E0">
      <w:pPr>
        <w:spacing w:before="200"/>
        <w:jc w:val="right"/>
      </w:pPr>
      <w:r>
        <w:rPr>
          <w:b/>
          <w:sz w:val="30"/>
        </w:rPr>
        <w:t xml:space="preserve">3.3 </w:t>
      </w:r>
      <w:r>
        <w:rPr>
          <w:b/>
          <w:sz w:val="30"/>
        </w:rPr>
        <w:t>توزيع</w:t>
      </w:r>
      <w:r>
        <w:rPr>
          <w:b/>
          <w:sz w:val="30"/>
        </w:rPr>
        <w:t xml:space="preserve"> </w:t>
      </w:r>
      <w:r>
        <w:rPr>
          <w:b/>
          <w:sz w:val="30"/>
        </w:rPr>
        <w:t>العينة</w:t>
      </w:r>
      <w:r>
        <w:rPr>
          <w:b/>
          <w:sz w:val="30"/>
        </w:rPr>
        <w:t xml:space="preserve"> </w:t>
      </w:r>
      <w:r>
        <w:rPr>
          <w:b/>
          <w:sz w:val="30"/>
        </w:rPr>
        <w:t>حسب</w:t>
      </w:r>
      <w:r>
        <w:rPr>
          <w:b/>
          <w:sz w:val="30"/>
        </w:rPr>
        <w:t xml:space="preserve"> </w:t>
      </w:r>
      <w:r>
        <w:rPr>
          <w:b/>
          <w:sz w:val="30"/>
        </w:rPr>
        <w:t>العمر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3132"/>
        <w:gridCol w:w="3132"/>
        <w:gridCol w:w="3132"/>
      </w:tblGrid>
      <w:tr w:rsidR="00D457B9" w14:paraId="7C517717" w14:textId="77777777">
        <w:trPr>
          <w:jc w:val="center"/>
        </w:trPr>
        <w:tc>
          <w:tcPr>
            <w:tcW w:w="3135" w:type="dxa"/>
          </w:tcPr>
          <w:p w14:paraId="37A54D6C" w14:textId="77777777" w:rsidR="00D457B9" w:rsidRDefault="008A53E0">
            <w:r>
              <w:t>الاستجابة</w:t>
            </w:r>
          </w:p>
        </w:tc>
        <w:tc>
          <w:tcPr>
            <w:tcW w:w="3135" w:type="dxa"/>
          </w:tcPr>
          <w:p w14:paraId="5B980A17" w14:textId="77777777" w:rsidR="00D457B9" w:rsidRDefault="008A53E0">
            <w:r>
              <w:t>التكرار</w:t>
            </w:r>
          </w:p>
        </w:tc>
        <w:tc>
          <w:tcPr>
            <w:tcW w:w="3135" w:type="dxa"/>
          </w:tcPr>
          <w:p w14:paraId="72C7F6BC" w14:textId="77777777" w:rsidR="00D457B9" w:rsidRDefault="008A53E0">
            <w:r>
              <w:t>النسبة</w:t>
            </w:r>
            <w:r>
              <w:t xml:space="preserve"> %</w:t>
            </w:r>
          </w:p>
        </w:tc>
      </w:tr>
      <w:tr w:rsidR="00D457B9" w14:paraId="372C6685" w14:textId="77777777">
        <w:trPr>
          <w:jc w:val="center"/>
        </w:trPr>
        <w:tc>
          <w:tcPr>
            <w:tcW w:w="3135" w:type="dxa"/>
          </w:tcPr>
          <w:p w14:paraId="5C52A3AA" w14:textId="77777777" w:rsidR="00D457B9" w:rsidRDefault="008A53E0">
            <w:r>
              <w:t>أقل</w:t>
            </w:r>
            <w:r>
              <w:t xml:space="preserve"> </w:t>
            </w:r>
            <w:r>
              <w:t>من</w:t>
            </w:r>
            <w:r>
              <w:t xml:space="preserve"> 25 </w:t>
            </w:r>
            <w:r>
              <w:t>سنة</w:t>
            </w:r>
          </w:p>
        </w:tc>
        <w:tc>
          <w:tcPr>
            <w:tcW w:w="3135" w:type="dxa"/>
          </w:tcPr>
          <w:p w14:paraId="695DA9C4" w14:textId="77777777" w:rsidR="00D457B9" w:rsidRDefault="008A53E0">
            <w:r>
              <w:t>30</w:t>
            </w:r>
          </w:p>
        </w:tc>
        <w:tc>
          <w:tcPr>
            <w:tcW w:w="3135" w:type="dxa"/>
          </w:tcPr>
          <w:p w14:paraId="4946AB74" w14:textId="77777777" w:rsidR="00D457B9" w:rsidRDefault="008A53E0">
            <w:r>
              <w:t>38.0</w:t>
            </w:r>
          </w:p>
        </w:tc>
      </w:tr>
      <w:tr w:rsidR="00D457B9" w14:paraId="65C72170" w14:textId="77777777">
        <w:trPr>
          <w:jc w:val="center"/>
        </w:trPr>
        <w:tc>
          <w:tcPr>
            <w:tcW w:w="3135" w:type="dxa"/>
          </w:tcPr>
          <w:p w14:paraId="3D65CCF1" w14:textId="77777777" w:rsidR="00D457B9" w:rsidRDefault="008A53E0">
            <w:r>
              <w:t xml:space="preserve">25-34 </w:t>
            </w:r>
            <w:r>
              <w:t>سنة</w:t>
            </w:r>
          </w:p>
        </w:tc>
        <w:tc>
          <w:tcPr>
            <w:tcW w:w="3135" w:type="dxa"/>
          </w:tcPr>
          <w:p w14:paraId="0573FE1D" w14:textId="77777777" w:rsidR="00D457B9" w:rsidRDefault="008A53E0">
            <w:r>
              <w:t>24</w:t>
            </w:r>
          </w:p>
        </w:tc>
        <w:tc>
          <w:tcPr>
            <w:tcW w:w="3135" w:type="dxa"/>
          </w:tcPr>
          <w:p w14:paraId="4DE859BA" w14:textId="77777777" w:rsidR="00D457B9" w:rsidRDefault="008A53E0">
            <w:r>
              <w:t>30.4</w:t>
            </w:r>
          </w:p>
        </w:tc>
      </w:tr>
      <w:tr w:rsidR="00D457B9" w14:paraId="3BD9014C" w14:textId="77777777">
        <w:trPr>
          <w:jc w:val="center"/>
        </w:trPr>
        <w:tc>
          <w:tcPr>
            <w:tcW w:w="3135" w:type="dxa"/>
          </w:tcPr>
          <w:p w14:paraId="235AC2F8" w14:textId="77777777" w:rsidR="00D457B9" w:rsidRDefault="008A53E0">
            <w:r>
              <w:t>35-44</w:t>
            </w:r>
            <w:r>
              <w:t>سنة</w:t>
            </w:r>
          </w:p>
        </w:tc>
        <w:tc>
          <w:tcPr>
            <w:tcW w:w="3135" w:type="dxa"/>
          </w:tcPr>
          <w:p w14:paraId="6BF6728B" w14:textId="77777777" w:rsidR="00D457B9" w:rsidRDefault="008A53E0">
            <w:r>
              <w:t>9</w:t>
            </w:r>
          </w:p>
        </w:tc>
        <w:tc>
          <w:tcPr>
            <w:tcW w:w="3135" w:type="dxa"/>
          </w:tcPr>
          <w:p w14:paraId="68951F27" w14:textId="77777777" w:rsidR="00D457B9" w:rsidRDefault="008A53E0">
            <w:r>
              <w:t>11.4</w:t>
            </w:r>
          </w:p>
        </w:tc>
      </w:tr>
      <w:tr w:rsidR="00D457B9" w14:paraId="57521BD8" w14:textId="77777777">
        <w:trPr>
          <w:jc w:val="center"/>
        </w:trPr>
        <w:tc>
          <w:tcPr>
            <w:tcW w:w="3135" w:type="dxa"/>
          </w:tcPr>
          <w:p w14:paraId="0F138A31" w14:textId="77777777" w:rsidR="00D457B9" w:rsidRDefault="008A53E0">
            <w:r>
              <w:t xml:space="preserve">45 </w:t>
            </w:r>
            <w:r>
              <w:t>سنة</w:t>
            </w:r>
            <w:r>
              <w:t xml:space="preserve"> </w:t>
            </w:r>
            <w:r>
              <w:t>فأكثر</w:t>
            </w:r>
          </w:p>
        </w:tc>
        <w:tc>
          <w:tcPr>
            <w:tcW w:w="3135" w:type="dxa"/>
          </w:tcPr>
          <w:p w14:paraId="7BA93B82" w14:textId="77777777" w:rsidR="00D457B9" w:rsidRDefault="008A53E0">
            <w:r>
              <w:t>16</w:t>
            </w:r>
          </w:p>
        </w:tc>
        <w:tc>
          <w:tcPr>
            <w:tcW w:w="3135" w:type="dxa"/>
          </w:tcPr>
          <w:p w14:paraId="265CF5E5" w14:textId="77777777" w:rsidR="00D457B9" w:rsidRDefault="008A53E0">
            <w:r>
              <w:t>20.3</w:t>
            </w:r>
          </w:p>
        </w:tc>
      </w:tr>
    </w:tbl>
    <w:p w14:paraId="04031C84" w14:textId="77777777" w:rsidR="00D457B9" w:rsidRDefault="008A53E0">
      <w:pPr>
        <w:spacing w:before="200"/>
        <w:jc w:val="right"/>
      </w:pPr>
      <w:r>
        <w:rPr>
          <w:b/>
          <w:sz w:val="30"/>
        </w:rPr>
        <w:t xml:space="preserve">4.3 </w:t>
      </w:r>
      <w:r>
        <w:rPr>
          <w:b/>
          <w:sz w:val="30"/>
        </w:rPr>
        <w:t>توزيع</w:t>
      </w:r>
      <w:r>
        <w:rPr>
          <w:b/>
          <w:sz w:val="30"/>
        </w:rPr>
        <w:t xml:space="preserve"> </w:t>
      </w:r>
      <w:r>
        <w:rPr>
          <w:b/>
          <w:sz w:val="30"/>
        </w:rPr>
        <w:t>العينة</w:t>
      </w:r>
      <w:r>
        <w:rPr>
          <w:b/>
          <w:sz w:val="30"/>
        </w:rPr>
        <w:t xml:space="preserve"> </w:t>
      </w:r>
      <w:r>
        <w:rPr>
          <w:b/>
          <w:sz w:val="30"/>
        </w:rPr>
        <w:t>حسب</w:t>
      </w:r>
      <w:r>
        <w:rPr>
          <w:b/>
          <w:sz w:val="30"/>
        </w:rPr>
        <w:t xml:space="preserve"> </w:t>
      </w:r>
      <w:r>
        <w:rPr>
          <w:b/>
          <w:sz w:val="30"/>
        </w:rPr>
        <w:t>المؤهل</w:t>
      </w:r>
      <w:r>
        <w:rPr>
          <w:b/>
          <w:sz w:val="30"/>
        </w:rPr>
        <w:t xml:space="preserve"> </w:t>
      </w:r>
      <w:r>
        <w:rPr>
          <w:b/>
          <w:sz w:val="30"/>
        </w:rPr>
        <w:t>العلمي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3132"/>
        <w:gridCol w:w="3132"/>
        <w:gridCol w:w="3132"/>
      </w:tblGrid>
      <w:tr w:rsidR="00D457B9" w14:paraId="6BEC249E" w14:textId="77777777">
        <w:trPr>
          <w:jc w:val="center"/>
        </w:trPr>
        <w:tc>
          <w:tcPr>
            <w:tcW w:w="3135" w:type="dxa"/>
          </w:tcPr>
          <w:p w14:paraId="0669AEC7" w14:textId="77777777" w:rsidR="00D457B9" w:rsidRDefault="008A53E0">
            <w:r>
              <w:t>الاستجابة</w:t>
            </w:r>
          </w:p>
        </w:tc>
        <w:tc>
          <w:tcPr>
            <w:tcW w:w="3135" w:type="dxa"/>
          </w:tcPr>
          <w:p w14:paraId="1F62ABF6" w14:textId="77777777" w:rsidR="00D457B9" w:rsidRDefault="008A53E0">
            <w:r>
              <w:t>التكرار</w:t>
            </w:r>
          </w:p>
        </w:tc>
        <w:tc>
          <w:tcPr>
            <w:tcW w:w="3135" w:type="dxa"/>
          </w:tcPr>
          <w:p w14:paraId="276BC187" w14:textId="77777777" w:rsidR="00D457B9" w:rsidRDefault="008A53E0">
            <w:r>
              <w:t>النسبة</w:t>
            </w:r>
            <w:r>
              <w:t xml:space="preserve"> %</w:t>
            </w:r>
          </w:p>
        </w:tc>
      </w:tr>
      <w:tr w:rsidR="00D457B9" w14:paraId="7A8C77C8" w14:textId="77777777">
        <w:trPr>
          <w:jc w:val="center"/>
        </w:trPr>
        <w:tc>
          <w:tcPr>
            <w:tcW w:w="3135" w:type="dxa"/>
          </w:tcPr>
          <w:p w14:paraId="5D45B3AA" w14:textId="77777777" w:rsidR="00D457B9" w:rsidRDefault="008A53E0">
            <w:r>
              <w:t>ثانوي</w:t>
            </w:r>
          </w:p>
        </w:tc>
        <w:tc>
          <w:tcPr>
            <w:tcW w:w="3135" w:type="dxa"/>
          </w:tcPr>
          <w:p w14:paraId="560A5ABF" w14:textId="77777777" w:rsidR="00D457B9" w:rsidRDefault="008A53E0">
            <w:r>
              <w:t>16</w:t>
            </w:r>
          </w:p>
        </w:tc>
        <w:tc>
          <w:tcPr>
            <w:tcW w:w="3135" w:type="dxa"/>
          </w:tcPr>
          <w:p w14:paraId="664830FE" w14:textId="77777777" w:rsidR="00D457B9" w:rsidRDefault="008A53E0">
            <w:r>
              <w:t>20.3</w:t>
            </w:r>
          </w:p>
        </w:tc>
      </w:tr>
      <w:tr w:rsidR="00D457B9" w14:paraId="4CA86526" w14:textId="77777777">
        <w:trPr>
          <w:jc w:val="center"/>
        </w:trPr>
        <w:tc>
          <w:tcPr>
            <w:tcW w:w="3135" w:type="dxa"/>
          </w:tcPr>
          <w:p w14:paraId="79DC28FE" w14:textId="77777777" w:rsidR="00D457B9" w:rsidRDefault="008A53E0">
            <w:r>
              <w:t>بكالوريوس</w:t>
            </w:r>
          </w:p>
        </w:tc>
        <w:tc>
          <w:tcPr>
            <w:tcW w:w="3135" w:type="dxa"/>
          </w:tcPr>
          <w:p w14:paraId="0E1D8380" w14:textId="77777777" w:rsidR="00D457B9" w:rsidRDefault="008A53E0">
            <w:r>
              <w:t>40</w:t>
            </w:r>
          </w:p>
        </w:tc>
        <w:tc>
          <w:tcPr>
            <w:tcW w:w="3135" w:type="dxa"/>
          </w:tcPr>
          <w:p w14:paraId="1D4A7648" w14:textId="77777777" w:rsidR="00D457B9" w:rsidRDefault="008A53E0">
            <w:r>
              <w:t>50.6</w:t>
            </w:r>
          </w:p>
        </w:tc>
      </w:tr>
      <w:tr w:rsidR="00D457B9" w14:paraId="31B023D2" w14:textId="77777777">
        <w:trPr>
          <w:jc w:val="center"/>
        </w:trPr>
        <w:tc>
          <w:tcPr>
            <w:tcW w:w="3135" w:type="dxa"/>
          </w:tcPr>
          <w:p w14:paraId="733D3719" w14:textId="77777777" w:rsidR="00D457B9" w:rsidRDefault="008A53E0">
            <w:r>
              <w:t>دراسات</w:t>
            </w:r>
            <w:r>
              <w:t xml:space="preserve"> </w:t>
            </w:r>
            <w:r>
              <w:t>عليا</w:t>
            </w:r>
          </w:p>
        </w:tc>
        <w:tc>
          <w:tcPr>
            <w:tcW w:w="3135" w:type="dxa"/>
          </w:tcPr>
          <w:p w14:paraId="0E77A130" w14:textId="77777777" w:rsidR="00D457B9" w:rsidRDefault="008A53E0">
            <w:r>
              <w:t>2</w:t>
            </w:r>
          </w:p>
        </w:tc>
        <w:tc>
          <w:tcPr>
            <w:tcW w:w="3135" w:type="dxa"/>
          </w:tcPr>
          <w:p w14:paraId="1E6F5F85" w14:textId="77777777" w:rsidR="00D457B9" w:rsidRDefault="008A53E0">
            <w:r>
              <w:t>2.5</w:t>
            </w:r>
          </w:p>
        </w:tc>
      </w:tr>
      <w:tr w:rsidR="00D457B9" w14:paraId="40A515A2" w14:textId="77777777">
        <w:trPr>
          <w:jc w:val="center"/>
        </w:trPr>
        <w:tc>
          <w:tcPr>
            <w:tcW w:w="3135" w:type="dxa"/>
          </w:tcPr>
          <w:p w14:paraId="4D5AF319" w14:textId="77777777" w:rsidR="00D457B9" w:rsidRDefault="008A53E0">
            <w:r>
              <w:t>دبلوم</w:t>
            </w:r>
          </w:p>
        </w:tc>
        <w:tc>
          <w:tcPr>
            <w:tcW w:w="3135" w:type="dxa"/>
          </w:tcPr>
          <w:p w14:paraId="352CEEAF" w14:textId="77777777" w:rsidR="00D457B9" w:rsidRDefault="008A53E0">
            <w:r>
              <w:t>21</w:t>
            </w:r>
          </w:p>
        </w:tc>
        <w:tc>
          <w:tcPr>
            <w:tcW w:w="3135" w:type="dxa"/>
          </w:tcPr>
          <w:p w14:paraId="17CD78EF" w14:textId="77777777" w:rsidR="00D457B9" w:rsidRDefault="008A53E0">
            <w:r>
              <w:t>26.6</w:t>
            </w:r>
          </w:p>
        </w:tc>
      </w:tr>
    </w:tbl>
    <w:p w14:paraId="183BB328" w14:textId="77777777" w:rsidR="00D457B9" w:rsidRDefault="008A53E0">
      <w:pPr>
        <w:spacing w:before="200"/>
        <w:jc w:val="right"/>
      </w:pPr>
      <w:r>
        <w:rPr>
          <w:b/>
          <w:sz w:val="30"/>
        </w:rPr>
        <w:t xml:space="preserve">5.3 </w:t>
      </w:r>
      <w:r>
        <w:rPr>
          <w:b/>
          <w:sz w:val="30"/>
        </w:rPr>
        <w:t>توزيع</w:t>
      </w:r>
      <w:r>
        <w:rPr>
          <w:b/>
          <w:sz w:val="30"/>
        </w:rPr>
        <w:t xml:space="preserve"> </w:t>
      </w:r>
      <w:r>
        <w:rPr>
          <w:b/>
          <w:sz w:val="30"/>
        </w:rPr>
        <w:t>العينة</w:t>
      </w:r>
      <w:r>
        <w:rPr>
          <w:b/>
          <w:sz w:val="30"/>
        </w:rPr>
        <w:t xml:space="preserve"> </w:t>
      </w:r>
      <w:r>
        <w:rPr>
          <w:b/>
          <w:sz w:val="30"/>
        </w:rPr>
        <w:t>حسب</w:t>
      </w:r>
      <w:r>
        <w:rPr>
          <w:b/>
          <w:sz w:val="30"/>
        </w:rPr>
        <w:t xml:space="preserve"> </w:t>
      </w:r>
      <w:r>
        <w:rPr>
          <w:b/>
          <w:sz w:val="30"/>
        </w:rPr>
        <w:t>الحالة</w:t>
      </w:r>
      <w:r>
        <w:rPr>
          <w:b/>
          <w:sz w:val="30"/>
        </w:rPr>
        <w:t xml:space="preserve"> </w:t>
      </w:r>
      <w:r>
        <w:rPr>
          <w:b/>
          <w:sz w:val="30"/>
        </w:rPr>
        <w:t>الاجتماعية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3132"/>
        <w:gridCol w:w="3132"/>
        <w:gridCol w:w="3132"/>
      </w:tblGrid>
      <w:tr w:rsidR="00D457B9" w14:paraId="14C8719F" w14:textId="77777777">
        <w:trPr>
          <w:jc w:val="center"/>
        </w:trPr>
        <w:tc>
          <w:tcPr>
            <w:tcW w:w="3135" w:type="dxa"/>
          </w:tcPr>
          <w:p w14:paraId="4554CE10" w14:textId="77777777" w:rsidR="00D457B9" w:rsidRDefault="008A53E0">
            <w:r>
              <w:t>الاستجابة</w:t>
            </w:r>
          </w:p>
        </w:tc>
        <w:tc>
          <w:tcPr>
            <w:tcW w:w="3135" w:type="dxa"/>
          </w:tcPr>
          <w:p w14:paraId="61720F0E" w14:textId="77777777" w:rsidR="00D457B9" w:rsidRDefault="008A53E0">
            <w:r>
              <w:t>التكرار</w:t>
            </w:r>
          </w:p>
        </w:tc>
        <w:tc>
          <w:tcPr>
            <w:tcW w:w="3135" w:type="dxa"/>
          </w:tcPr>
          <w:p w14:paraId="6FB884B8" w14:textId="77777777" w:rsidR="00D457B9" w:rsidRDefault="008A53E0">
            <w:r>
              <w:t>النسبة</w:t>
            </w:r>
            <w:r>
              <w:t xml:space="preserve"> %</w:t>
            </w:r>
          </w:p>
        </w:tc>
      </w:tr>
      <w:tr w:rsidR="00D457B9" w14:paraId="697C183D" w14:textId="77777777">
        <w:trPr>
          <w:jc w:val="center"/>
        </w:trPr>
        <w:tc>
          <w:tcPr>
            <w:tcW w:w="3135" w:type="dxa"/>
          </w:tcPr>
          <w:p w14:paraId="68BB8E17" w14:textId="77777777" w:rsidR="00D457B9" w:rsidRDefault="008A53E0">
            <w:r>
              <w:t>عزباء</w:t>
            </w:r>
          </w:p>
        </w:tc>
        <w:tc>
          <w:tcPr>
            <w:tcW w:w="3135" w:type="dxa"/>
          </w:tcPr>
          <w:p w14:paraId="7E47046F" w14:textId="77777777" w:rsidR="00D457B9" w:rsidRDefault="008A53E0">
            <w:r>
              <w:t>41</w:t>
            </w:r>
          </w:p>
        </w:tc>
        <w:tc>
          <w:tcPr>
            <w:tcW w:w="3135" w:type="dxa"/>
          </w:tcPr>
          <w:p w14:paraId="05820EBD" w14:textId="77777777" w:rsidR="00D457B9" w:rsidRDefault="008A53E0">
            <w:r>
              <w:t>51.9</w:t>
            </w:r>
          </w:p>
        </w:tc>
      </w:tr>
      <w:tr w:rsidR="00D457B9" w14:paraId="332D9D16" w14:textId="77777777">
        <w:trPr>
          <w:jc w:val="center"/>
        </w:trPr>
        <w:tc>
          <w:tcPr>
            <w:tcW w:w="3135" w:type="dxa"/>
          </w:tcPr>
          <w:p w14:paraId="58BAC31C" w14:textId="77777777" w:rsidR="00D457B9" w:rsidRDefault="008A53E0">
            <w:r>
              <w:t>متزوجة</w:t>
            </w:r>
          </w:p>
        </w:tc>
        <w:tc>
          <w:tcPr>
            <w:tcW w:w="3135" w:type="dxa"/>
          </w:tcPr>
          <w:p w14:paraId="0FDBF90B" w14:textId="77777777" w:rsidR="00D457B9" w:rsidRDefault="008A53E0">
            <w:r>
              <w:t>37</w:t>
            </w:r>
          </w:p>
        </w:tc>
        <w:tc>
          <w:tcPr>
            <w:tcW w:w="3135" w:type="dxa"/>
          </w:tcPr>
          <w:p w14:paraId="04EDD5BE" w14:textId="77777777" w:rsidR="00D457B9" w:rsidRDefault="008A53E0">
            <w:r>
              <w:t>46.8</w:t>
            </w:r>
          </w:p>
        </w:tc>
      </w:tr>
    </w:tbl>
    <w:p w14:paraId="77F01E45" w14:textId="77777777" w:rsidR="00D457B9" w:rsidRDefault="008A53E0">
      <w:pPr>
        <w:spacing w:before="200"/>
        <w:jc w:val="right"/>
      </w:pPr>
      <w:r>
        <w:rPr>
          <w:b/>
          <w:sz w:val="30"/>
        </w:rPr>
        <w:lastRenderedPageBreak/>
        <w:t xml:space="preserve">6.3 </w:t>
      </w:r>
      <w:r>
        <w:rPr>
          <w:b/>
          <w:sz w:val="30"/>
        </w:rPr>
        <w:t>عدد</w:t>
      </w:r>
      <w:r>
        <w:rPr>
          <w:b/>
          <w:sz w:val="30"/>
        </w:rPr>
        <w:t xml:space="preserve"> </w:t>
      </w:r>
      <w:r>
        <w:rPr>
          <w:b/>
          <w:sz w:val="30"/>
        </w:rPr>
        <w:t>ساعات</w:t>
      </w:r>
      <w:r>
        <w:rPr>
          <w:b/>
          <w:sz w:val="30"/>
        </w:rPr>
        <w:t xml:space="preserve"> </w:t>
      </w:r>
      <w:r>
        <w:rPr>
          <w:b/>
          <w:sz w:val="30"/>
        </w:rPr>
        <w:t>استخدام</w:t>
      </w:r>
      <w:r>
        <w:rPr>
          <w:b/>
          <w:sz w:val="30"/>
        </w:rPr>
        <w:t xml:space="preserve"> </w:t>
      </w:r>
      <w:r>
        <w:rPr>
          <w:b/>
          <w:sz w:val="30"/>
        </w:rPr>
        <w:t>وسائل</w:t>
      </w:r>
      <w:r>
        <w:rPr>
          <w:b/>
          <w:sz w:val="30"/>
        </w:rPr>
        <w:t xml:space="preserve"> </w:t>
      </w:r>
      <w:r>
        <w:rPr>
          <w:b/>
          <w:sz w:val="30"/>
        </w:rPr>
        <w:t>التواصل</w:t>
      </w:r>
      <w:r>
        <w:rPr>
          <w:b/>
          <w:sz w:val="30"/>
        </w:rPr>
        <w:t xml:space="preserve"> </w:t>
      </w:r>
      <w:r>
        <w:rPr>
          <w:b/>
          <w:sz w:val="30"/>
        </w:rPr>
        <w:t>يوميًا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3132"/>
        <w:gridCol w:w="3132"/>
        <w:gridCol w:w="3132"/>
      </w:tblGrid>
      <w:tr w:rsidR="00D457B9" w14:paraId="20CEBAF0" w14:textId="77777777">
        <w:trPr>
          <w:jc w:val="center"/>
        </w:trPr>
        <w:tc>
          <w:tcPr>
            <w:tcW w:w="3135" w:type="dxa"/>
          </w:tcPr>
          <w:p w14:paraId="51C62FA2" w14:textId="77777777" w:rsidR="00D457B9" w:rsidRDefault="008A53E0">
            <w:r>
              <w:t>الاستجابة</w:t>
            </w:r>
          </w:p>
        </w:tc>
        <w:tc>
          <w:tcPr>
            <w:tcW w:w="3135" w:type="dxa"/>
          </w:tcPr>
          <w:p w14:paraId="3B1E295A" w14:textId="77777777" w:rsidR="00D457B9" w:rsidRDefault="008A53E0">
            <w:r>
              <w:t>التكرار</w:t>
            </w:r>
          </w:p>
        </w:tc>
        <w:tc>
          <w:tcPr>
            <w:tcW w:w="3135" w:type="dxa"/>
          </w:tcPr>
          <w:p w14:paraId="0F2530D3" w14:textId="77777777" w:rsidR="00D457B9" w:rsidRDefault="008A53E0">
            <w:r>
              <w:t>النسبة</w:t>
            </w:r>
            <w:r>
              <w:t xml:space="preserve"> %</w:t>
            </w:r>
          </w:p>
        </w:tc>
      </w:tr>
      <w:tr w:rsidR="00D457B9" w14:paraId="098B4F38" w14:textId="77777777">
        <w:trPr>
          <w:jc w:val="center"/>
        </w:trPr>
        <w:tc>
          <w:tcPr>
            <w:tcW w:w="3135" w:type="dxa"/>
          </w:tcPr>
          <w:p w14:paraId="35E64A14" w14:textId="77777777" w:rsidR="00D457B9" w:rsidRDefault="008A53E0">
            <w:r>
              <w:t>اكثر</w:t>
            </w:r>
            <w:r>
              <w:t xml:space="preserve"> </w:t>
            </w:r>
            <w:r>
              <w:t>من</w:t>
            </w:r>
            <w:r>
              <w:t xml:space="preserve"> 6 </w:t>
            </w:r>
            <w:r>
              <w:t>ساعات</w:t>
            </w:r>
          </w:p>
        </w:tc>
        <w:tc>
          <w:tcPr>
            <w:tcW w:w="3135" w:type="dxa"/>
          </w:tcPr>
          <w:p w14:paraId="5EB4A047" w14:textId="77777777" w:rsidR="00D457B9" w:rsidRDefault="008A53E0">
            <w:r>
              <w:t>79</w:t>
            </w:r>
          </w:p>
        </w:tc>
        <w:tc>
          <w:tcPr>
            <w:tcW w:w="3135" w:type="dxa"/>
          </w:tcPr>
          <w:p w14:paraId="5275BAC7" w14:textId="77777777" w:rsidR="00D457B9" w:rsidRDefault="008A53E0">
            <w:r>
              <w:t>100.0</w:t>
            </w:r>
          </w:p>
        </w:tc>
      </w:tr>
    </w:tbl>
    <w:p w14:paraId="406AD28A" w14:textId="77777777" w:rsidR="00D457B9" w:rsidRDefault="008A53E0">
      <w:pPr>
        <w:spacing w:before="200"/>
        <w:jc w:val="right"/>
      </w:pPr>
      <w:r>
        <w:rPr>
          <w:b/>
          <w:sz w:val="30"/>
        </w:rPr>
        <w:t xml:space="preserve">7.3 </w:t>
      </w:r>
      <w:r>
        <w:rPr>
          <w:b/>
          <w:sz w:val="30"/>
        </w:rPr>
        <w:t>أكثر</w:t>
      </w:r>
      <w:r>
        <w:rPr>
          <w:b/>
          <w:sz w:val="30"/>
        </w:rPr>
        <w:t xml:space="preserve"> </w:t>
      </w:r>
      <w:r>
        <w:rPr>
          <w:b/>
          <w:sz w:val="30"/>
        </w:rPr>
        <w:t>منصة</w:t>
      </w:r>
      <w:r>
        <w:rPr>
          <w:b/>
          <w:sz w:val="30"/>
        </w:rPr>
        <w:t xml:space="preserve"> </w:t>
      </w:r>
      <w:r>
        <w:rPr>
          <w:b/>
          <w:sz w:val="30"/>
        </w:rPr>
        <w:t>استخدامًا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3132"/>
        <w:gridCol w:w="3132"/>
        <w:gridCol w:w="3132"/>
      </w:tblGrid>
      <w:tr w:rsidR="00D457B9" w14:paraId="4D150926" w14:textId="77777777">
        <w:trPr>
          <w:jc w:val="center"/>
        </w:trPr>
        <w:tc>
          <w:tcPr>
            <w:tcW w:w="3135" w:type="dxa"/>
          </w:tcPr>
          <w:p w14:paraId="5D1BBEA4" w14:textId="77777777" w:rsidR="00D457B9" w:rsidRDefault="008A53E0">
            <w:r>
              <w:t>الاستجابة</w:t>
            </w:r>
          </w:p>
        </w:tc>
        <w:tc>
          <w:tcPr>
            <w:tcW w:w="3135" w:type="dxa"/>
          </w:tcPr>
          <w:p w14:paraId="0C6D7080" w14:textId="77777777" w:rsidR="00D457B9" w:rsidRDefault="008A53E0">
            <w:r>
              <w:t>التكرار</w:t>
            </w:r>
          </w:p>
        </w:tc>
        <w:tc>
          <w:tcPr>
            <w:tcW w:w="3135" w:type="dxa"/>
          </w:tcPr>
          <w:p w14:paraId="5D818696" w14:textId="77777777" w:rsidR="00D457B9" w:rsidRDefault="008A53E0">
            <w:r>
              <w:t>النسبة</w:t>
            </w:r>
            <w:r>
              <w:t xml:space="preserve"> %</w:t>
            </w:r>
          </w:p>
        </w:tc>
      </w:tr>
      <w:tr w:rsidR="00D457B9" w14:paraId="4AB7F7BF" w14:textId="77777777">
        <w:trPr>
          <w:jc w:val="center"/>
        </w:trPr>
        <w:tc>
          <w:tcPr>
            <w:tcW w:w="3135" w:type="dxa"/>
          </w:tcPr>
          <w:p w14:paraId="3B0CDCC8" w14:textId="77777777" w:rsidR="00D457B9" w:rsidRDefault="008A53E0">
            <w:r>
              <w:t>تيك</w:t>
            </w:r>
            <w:r>
              <w:t xml:space="preserve"> </w:t>
            </w:r>
            <w:r>
              <w:t>توك</w:t>
            </w:r>
          </w:p>
        </w:tc>
        <w:tc>
          <w:tcPr>
            <w:tcW w:w="3135" w:type="dxa"/>
          </w:tcPr>
          <w:p w14:paraId="777EC6A9" w14:textId="77777777" w:rsidR="00D457B9" w:rsidRDefault="008A53E0">
            <w:r>
              <w:t>76</w:t>
            </w:r>
          </w:p>
        </w:tc>
        <w:tc>
          <w:tcPr>
            <w:tcW w:w="3135" w:type="dxa"/>
          </w:tcPr>
          <w:p w14:paraId="559831B6" w14:textId="77777777" w:rsidR="00D457B9" w:rsidRDefault="008A53E0">
            <w:r>
              <w:t>96.2</w:t>
            </w:r>
          </w:p>
        </w:tc>
      </w:tr>
      <w:tr w:rsidR="00D457B9" w14:paraId="6C6C7ADA" w14:textId="77777777">
        <w:trPr>
          <w:jc w:val="center"/>
        </w:trPr>
        <w:tc>
          <w:tcPr>
            <w:tcW w:w="3135" w:type="dxa"/>
          </w:tcPr>
          <w:p w14:paraId="0EA8320E" w14:textId="77777777" w:rsidR="00D457B9" w:rsidRDefault="008A53E0">
            <w:r>
              <w:t>انستقرام</w:t>
            </w:r>
          </w:p>
        </w:tc>
        <w:tc>
          <w:tcPr>
            <w:tcW w:w="3135" w:type="dxa"/>
          </w:tcPr>
          <w:p w14:paraId="65950A7E" w14:textId="77777777" w:rsidR="00D457B9" w:rsidRDefault="008A53E0">
            <w:r>
              <w:t>2</w:t>
            </w:r>
          </w:p>
        </w:tc>
        <w:tc>
          <w:tcPr>
            <w:tcW w:w="3135" w:type="dxa"/>
          </w:tcPr>
          <w:p w14:paraId="21C06196" w14:textId="77777777" w:rsidR="00D457B9" w:rsidRDefault="008A53E0">
            <w:r>
              <w:t>2.5</w:t>
            </w:r>
          </w:p>
        </w:tc>
      </w:tr>
      <w:tr w:rsidR="00D457B9" w14:paraId="38A09953" w14:textId="77777777">
        <w:trPr>
          <w:jc w:val="center"/>
        </w:trPr>
        <w:tc>
          <w:tcPr>
            <w:tcW w:w="3135" w:type="dxa"/>
          </w:tcPr>
          <w:p w14:paraId="18B1E25A" w14:textId="77777777" w:rsidR="00D457B9" w:rsidRDefault="008A53E0">
            <w:r>
              <w:t>سناب</w:t>
            </w:r>
            <w:r>
              <w:t xml:space="preserve"> </w:t>
            </w:r>
            <w:r>
              <w:t>شات</w:t>
            </w:r>
            <w:r>
              <w:t xml:space="preserve">, </w:t>
            </w:r>
            <w:r>
              <w:t>تيك</w:t>
            </w:r>
            <w:r>
              <w:t xml:space="preserve"> </w:t>
            </w:r>
            <w:r>
              <w:t>توك</w:t>
            </w:r>
          </w:p>
        </w:tc>
        <w:tc>
          <w:tcPr>
            <w:tcW w:w="3135" w:type="dxa"/>
          </w:tcPr>
          <w:p w14:paraId="7B45528F" w14:textId="77777777" w:rsidR="00D457B9" w:rsidRDefault="008A53E0">
            <w:r>
              <w:t>1</w:t>
            </w:r>
          </w:p>
        </w:tc>
        <w:tc>
          <w:tcPr>
            <w:tcW w:w="3135" w:type="dxa"/>
          </w:tcPr>
          <w:p w14:paraId="2D7D3D2C" w14:textId="77777777" w:rsidR="00D457B9" w:rsidRDefault="008A53E0">
            <w:r>
              <w:t>1.3</w:t>
            </w:r>
          </w:p>
        </w:tc>
      </w:tr>
    </w:tbl>
    <w:p w14:paraId="0426E4EA" w14:textId="77777777" w:rsidR="00D457B9" w:rsidRDefault="008A53E0">
      <w:pPr>
        <w:spacing w:before="200"/>
        <w:jc w:val="right"/>
      </w:pPr>
      <w:r>
        <w:rPr>
          <w:b/>
          <w:sz w:val="34"/>
        </w:rPr>
        <w:t xml:space="preserve">8.3 </w:t>
      </w:r>
      <w:r>
        <w:rPr>
          <w:b/>
          <w:sz w:val="34"/>
        </w:rPr>
        <w:t>أسباب</w:t>
      </w:r>
      <w:r>
        <w:rPr>
          <w:b/>
          <w:sz w:val="34"/>
        </w:rPr>
        <w:t xml:space="preserve"> </w:t>
      </w:r>
      <w:r>
        <w:rPr>
          <w:b/>
          <w:sz w:val="34"/>
        </w:rPr>
        <w:t>استخدام</w:t>
      </w:r>
      <w:r>
        <w:rPr>
          <w:b/>
          <w:sz w:val="34"/>
        </w:rPr>
        <w:t xml:space="preserve"> </w:t>
      </w:r>
      <w:r>
        <w:rPr>
          <w:b/>
          <w:sz w:val="34"/>
        </w:rPr>
        <w:t>الذكاء</w:t>
      </w:r>
      <w:r>
        <w:rPr>
          <w:b/>
          <w:sz w:val="34"/>
        </w:rPr>
        <w:t xml:space="preserve"> </w:t>
      </w:r>
      <w:r>
        <w:rPr>
          <w:b/>
          <w:sz w:val="34"/>
        </w:rPr>
        <w:t>الاصطناعي</w:t>
      </w:r>
    </w:p>
    <w:p w14:paraId="63289DBA" w14:textId="77777777" w:rsidR="00D457B9" w:rsidRDefault="008A53E0">
      <w:pPr>
        <w:spacing w:before="200"/>
        <w:jc w:val="right"/>
      </w:pPr>
      <w:r>
        <w:rPr>
          <w:b/>
          <w:sz w:val="30"/>
        </w:rPr>
        <w:t xml:space="preserve">8.3 </w:t>
      </w:r>
      <w:r>
        <w:rPr>
          <w:b/>
          <w:sz w:val="30"/>
        </w:rPr>
        <w:t>توزيع</w:t>
      </w:r>
      <w:r>
        <w:rPr>
          <w:b/>
          <w:sz w:val="30"/>
        </w:rPr>
        <w:t xml:space="preserve"> </w:t>
      </w:r>
      <w:r>
        <w:rPr>
          <w:b/>
          <w:sz w:val="30"/>
        </w:rPr>
        <w:t>الاستجابات</w:t>
      </w:r>
      <w:r>
        <w:rPr>
          <w:b/>
          <w:sz w:val="30"/>
        </w:rPr>
        <w:t xml:space="preserve"> </w:t>
      </w:r>
      <w:r>
        <w:rPr>
          <w:b/>
          <w:sz w:val="30"/>
        </w:rPr>
        <w:t>حسب</w:t>
      </w:r>
      <w:r>
        <w:rPr>
          <w:b/>
          <w:sz w:val="30"/>
        </w:rPr>
        <w:t xml:space="preserve"> </w:t>
      </w:r>
      <w:r>
        <w:rPr>
          <w:b/>
          <w:sz w:val="30"/>
        </w:rPr>
        <w:t>السبب</w:t>
      </w:r>
      <w:r>
        <w:rPr>
          <w:b/>
          <w:sz w:val="30"/>
        </w:rPr>
        <w:t xml:space="preserve"> </w:t>
      </w:r>
      <w:r>
        <w:rPr>
          <w:b/>
          <w:sz w:val="30"/>
        </w:rPr>
        <w:t>الرئيسي</w:t>
      </w:r>
      <w:r>
        <w:rPr>
          <w:b/>
          <w:sz w:val="30"/>
        </w:rPr>
        <w:t xml:space="preserve"> </w:t>
      </w:r>
      <w:r>
        <w:rPr>
          <w:b/>
          <w:sz w:val="30"/>
        </w:rPr>
        <w:t>لاستخدام</w:t>
      </w:r>
      <w:r>
        <w:rPr>
          <w:b/>
          <w:sz w:val="30"/>
        </w:rPr>
        <w:t xml:space="preserve"> </w:t>
      </w:r>
      <w:r>
        <w:rPr>
          <w:b/>
          <w:sz w:val="30"/>
        </w:rPr>
        <w:t>الذكاء</w:t>
      </w:r>
      <w:r>
        <w:rPr>
          <w:b/>
          <w:sz w:val="30"/>
        </w:rPr>
        <w:t xml:space="preserve"> </w:t>
      </w:r>
      <w:r>
        <w:rPr>
          <w:b/>
          <w:sz w:val="30"/>
        </w:rPr>
        <w:t>الاصطناعي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3132"/>
        <w:gridCol w:w="3132"/>
        <w:gridCol w:w="3132"/>
      </w:tblGrid>
      <w:tr w:rsidR="00D457B9" w14:paraId="274D93C4" w14:textId="77777777">
        <w:trPr>
          <w:jc w:val="center"/>
        </w:trPr>
        <w:tc>
          <w:tcPr>
            <w:tcW w:w="3135" w:type="dxa"/>
          </w:tcPr>
          <w:p w14:paraId="2837D5AB" w14:textId="77777777" w:rsidR="00D457B9" w:rsidRDefault="008A53E0">
            <w:r>
              <w:t>الاستجابة</w:t>
            </w:r>
          </w:p>
        </w:tc>
        <w:tc>
          <w:tcPr>
            <w:tcW w:w="3135" w:type="dxa"/>
          </w:tcPr>
          <w:p w14:paraId="010CC695" w14:textId="77777777" w:rsidR="00D457B9" w:rsidRDefault="008A53E0">
            <w:r>
              <w:t>التكرار</w:t>
            </w:r>
          </w:p>
        </w:tc>
        <w:tc>
          <w:tcPr>
            <w:tcW w:w="3135" w:type="dxa"/>
          </w:tcPr>
          <w:p w14:paraId="622B0437" w14:textId="77777777" w:rsidR="00D457B9" w:rsidRDefault="008A53E0">
            <w:r>
              <w:t>النسبة</w:t>
            </w:r>
            <w:r>
              <w:t xml:space="preserve"> %</w:t>
            </w:r>
          </w:p>
        </w:tc>
      </w:tr>
      <w:tr w:rsidR="00D457B9" w14:paraId="345A0F48" w14:textId="77777777">
        <w:trPr>
          <w:jc w:val="center"/>
        </w:trPr>
        <w:tc>
          <w:tcPr>
            <w:tcW w:w="3135" w:type="dxa"/>
          </w:tcPr>
          <w:p w14:paraId="662A86B7" w14:textId="77777777" w:rsidR="00D457B9" w:rsidRDefault="008A53E0">
            <w:r>
              <w:t>أعتمد</w:t>
            </w:r>
            <w:r>
              <w:t xml:space="preserve"> </w:t>
            </w:r>
            <w:r>
              <w:t>على</w:t>
            </w:r>
            <w:r>
              <w:t xml:space="preserve"> </w:t>
            </w:r>
            <w:r>
              <w:t>المحتوى</w:t>
            </w:r>
            <w:r>
              <w:t xml:space="preserve"> </w:t>
            </w:r>
            <w:r>
              <w:t>الذي</w:t>
            </w:r>
            <w:r>
              <w:t xml:space="preserve"> </w:t>
            </w:r>
            <w:r>
              <w:t>تقترحه</w:t>
            </w:r>
            <w:r>
              <w:t xml:space="preserve"> </w:t>
            </w:r>
            <w:r>
              <w:t>المنصة</w:t>
            </w:r>
            <w:r>
              <w:t>.</w:t>
            </w:r>
          </w:p>
        </w:tc>
        <w:tc>
          <w:tcPr>
            <w:tcW w:w="3135" w:type="dxa"/>
          </w:tcPr>
          <w:p w14:paraId="087F0362" w14:textId="77777777" w:rsidR="00D457B9" w:rsidRDefault="008A53E0">
            <w:r>
              <w:t>21</w:t>
            </w:r>
          </w:p>
        </w:tc>
        <w:tc>
          <w:tcPr>
            <w:tcW w:w="3135" w:type="dxa"/>
          </w:tcPr>
          <w:p w14:paraId="0BB18578" w14:textId="77777777" w:rsidR="00D457B9" w:rsidRDefault="008A53E0">
            <w:r>
              <w:t>26.6</w:t>
            </w:r>
          </w:p>
        </w:tc>
      </w:tr>
      <w:tr w:rsidR="00D457B9" w14:paraId="10A0634D" w14:textId="77777777">
        <w:trPr>
          <w:jc w:val="center"/>
        </w:trPr>
        <w:tc>
          <w:tcPr>
            <w:tcW w:w="3135" w:type="dxa"/>
          </w:tcPr>
          <w:p w14:paraId="7E0909F4" w14:textId="77777777" w:rsidR="00D457B9" w:rsidRDefault="008A53E0">
            <w:r>
              <w:t>يساعد</w:t>
            </w:r>
            <w:r>
              <w:t xml:space="preserve"> </w:t>
            </w:r>
            <w:r>
              <w:t>الذكاء</w:t>
            </w:r>
            <w:r>
              <w:t xml:space="preserve"> </w:t>
            </w:r>
            <w:r>
              <w:t>الاصطناعي</w:t>
            </w:r>
            <w:r>
              <w:t xml:space="preserve"> </w:t>
            </w:r>
            <w:r>
              <w:t>في</w:t>
            </w:r>
            <w:r>
              <w:t xml:space="preserve"> </w:t>
            </w:r>
            <w:r>
              <w:t>تخصيص</w:t>
            </w:r>
            <w:r>
              <w:t xml:space="preserve"> </w:t>
            </w:r>
            <w:r>
              <w:t>المحتوى</w:t>
            </w:r>
            <w:r>
              <w:t xml:space="preserve"> </w:t>
            </w:r>
            <w:r>
              <w:t>الذي</w:t>
            </w:r>
            <w:r>
              <w:t xml:space="preserve"> </w:t>
            </w:r>
            <w:r>
              <w:t>أشاهده</w:t>
            </w:r>
            <w:r>
              <w:t>.</w:t>
            </w:r>
          </w:p>
        </w:tc>
        <w:tc>
          <w:tcPr>
            <w:tcW w:w="3135" w:type="dxa"/>
          </w:tcPr>
          <w:p w14:paraId="3BCFDCD0" w14:textId="77777777" w:rsidR="00D457B9" w:rsidRDefault="008A53E0">
            <w:r>
              <w:t>56</w:t>
            </w:r>
          </w:p>
        </w:tc>
        <w:tc>
          <w:tcPr>
            <w:tcW w:w="3135" w:type="dxa"/>
          </w:tcPr>
          <w:p w14:paraId="3056E51D" w14:textId="77777777" w:rsidR="00D457B9" w:rsidRDefault="008A53E0">
            <w:r>
              <w:t>70.9</w:t>
            </w:r>
          </w:p>
        </w:tc>
      </w:tr>
      <w:tr w:rsidR="00D457B9" w14:paraId="50A038B4" w14:textId="77777777">
        <w:trPr>
          <w:jc w:val="center"/>
        </w:trPr>
        <w:tc>
          <w:tcPr>
            <w:tcW w:w="3135" w:type="dxa"/>
          </w:tcPr>
          <w:p w14:paraId="740E4BAC" w14:textId="77777777" w:rsidR="00D457B9" w:rsidRDefault="008A53E0">
            <w:r>
              <w:t>تساعدني</w:t>
            </w:r>
            <w:r>
              <w:t xml:space="preserve"> </w:t>
            </w:r>
            <w:r>
              <w:t>خوارزميات</w:t>
            </w:r>
            <w:r>
              <w:t xml:space="preserve"> </w:t>
            </w:r>
            <w:r>
              <w:t>الذكاء</w:t>
            </w:r>
            <w:r>
              <w:t xml:space="preserve"> </w:t>
            </w:r>
            <w:r>
              <w:t>الاصطناعي</w:t>
            </w:r>
            <w:r>
              <w:t xml:space="preserve"> </w:t>
            </w:r>
            <w:r>
              <w:t>في</w:t>
            </w:r>
            <w:r>
              <w:t xml:space="preserve"> </w:t>
            </w:r>
            <w:r>
              <w:t>الوصول</w:t>
            </w:r>
            <w:r>
              <w:t xml:space="preserve"> </w:t>
            </w:r>
            <w:r>
              <w:t>إلى</w:t>
            </w:r>
            <w:r>
              <w:t xml:space="preserve"> </w:t>
            </w:r>
            <w:r>
              <w:t>المحتوى</w:t>
            </w:r>
            <w:r>
              <w:t xml:space="preserve"> </w:t>
            </w:r>
            <w:r>
              <w:t>الذي</w:t>
            </w:r>
            <w:r>
              <w:t xml:space="preserve"> </w:t>
            </w:r>
            <w:r>
              <w:t>أبحث</w:t>
            </w:r>
            <w:r>
              <w:t xml:space="preserve"> </w:t>
            </w:r>
            <w:r>
              <w:t>عنه</w:t>
            </w:r>
            <w:r>
              <w:t xml:space="preserve"> </w:t>
            </w:r>
            <w:r>
              <w:t>بسرعة</w:t>
            </w:r>
            <w:r>
              <w:t>.</w:t>
            </w:r>
          </w:p>
        </w:tc>
        <w:tc>
          <w:tcPr>
            <w:tcW w:w="3135" w:type="dxa"/>
          </w:tcPr>
          <w:p w14:paraId="637A095B" w14:textId="77777777" w:rsidR="00D457B9" w:rsidRDefault="008A53E0">
            <w:r>
              <w:t>1</w:t>
            </w:r>
          </w:p>
        </w:tc>
        <w:tc>
          <w:tcPr>
            <w:tcW w:w="3135" w:type="dxa"/>
          </w:tcPr>
          <w:p w14:paraId="5BC5DC45" w14:textId="77777777" w:rsidR="00D457B9" w:rsidRDefault="008A53E0">
            <w:r>
              <w:t>1.3</w:t>
            </w:r>
          </w:p>
        </w:tc>
      </w:tr>
      <w:tr w:rsidR="00D457B9" w14:paraId="4AC55E00" w14:textId="77777777">
        <w:trPr>
          <w:jc w:val="center"/>
        </w:trPr>
        <w:tc>
          <w:tcPr>
            <w:tcW w:w="3135" w:type="dxa"/>
          </w:tcPr>
          <w:p w14:paraId="2DAC31FA" w14:textId="77777777" w:rsidR="00D457B9" w:rsidRDefault="008A53E0">
            <w:r>
              <w:t>ألاحظ</w:t>
            </w:r>
            <w:r>
              <w:t xml:space="preserve"> </w:t>
            </w:r>
            <w:r>
              <w:t>أن</w:t>
            </w:r>
            <w:r>
              <w:t xml:space="preserve"> </w:t>
            </w:r>
            <w:r>
              <w:t>منصات</w:t>
            </w:r>
            <w:r>
              <w:t xml:space="preserve"> </w:t>
            </w:r>
            <w:r>
              <w:t>التواصل</w:t>
            </w:r>
            <w:r>
              <w:t xml:space="preserve"> </w:t>
            </w:r>
            <w:r>
              <w:t>تستخدم</w:t>
            </w:r>
            <w:r>
              <w:t xml:space="preserve"> </w:t>
            </w:r>
            <w:r>
              <w:t>الذكاء</w:t>
            </w:r>
            <w:r>
              <w:t xml:space="preserve"> </w:t>
            </w:r>
            <w:r>
              <w:t>الاصطناعي</w:t>
            </w:r>
            <w:r>
              <w:t xml:space="preserve"> </w:t>
            </w:r>
            <w:r>
              <w:t>لاقتراح</w:t>
            </w:r>
            <w:r>
              <w:t xml:space="preserve"> </w:t>
            </w:r>
            <w:r>
              <w:t>محتوى</w:t>
            </w:r>
            <w:r>
              <w:t xml:space="preserve"> </w:t>
            </w:r>
            <w:r>
              <w:t>يناسب</w:t>
            </w:r>
            <w:r>
              <w:t xml:space="preserve"> </w:t>
            </w:r>
            <w:r>
              <w:t>اهتماماتي</w:t>
            </w:r>
            <w:r>
              <w:t>.</w:t>
            </w:r>
          </w:p>
        </w:tc>
        <w:tc>
          <w:tcPr>
            <w:tcW w:w="3135" w:type="dxa"/>
          </w:tcPr>
          <w:p w14:paraId="4205FC77" w14:textId="77777777" w:rsidR="00D457B9" w:rsidRDefault="008A53E0">
            <w:r>
              <w:t>1</w:t>
            </w:r>
          </w:p>
        </w:tc>
        <w:tc>
          <w:tcPr>
            <w:tcW w:w="3135" w:type="dxa"/>
          </w:tcPr>
          <w:p w14:paraId="7AB3475B" w14:textId="77777777" w:rsidR="00D457B9" w:rsidRDefault="008A53E0">
            <w:r>
              <w:t>1.3</w:t>
            </w:r>
          </w:p>
        </w:tc>
      </w:tr>
    </w:tbl>
    <w:p w14:paraId="10B40E3A" w14:textId="77777777" w:rsidR="00D457B9" w:rsidRDefault="008A53E0">
      <w:pPr>
        <w:spacing w:before="200"/>
        <w:jc w:val="right"/>
      </w:pPr>
      <w:r>
        <w:rPr>
          <w:b/>
          <w:sz w:val="34"/>
        </w:rPr>
        <w:t xml:space="preserve">9.3 </w:t>
      </w:r>
      <w:r>
        <w:rPr>
          <w:b/>
          <w:sz w:val="34"/>
        </w:rPr>
        <w:t>جودة</w:t>
      </w:r>
      <w:r>
        <w:rPr>
          <w:b/>
          <w:sz w:val="34"/>
        </w:rPr>
        <w:t xml:space="preserve"> </w:t>
      </w:r>
      <w:r>
        <w:rPr>
          <w:b/>
          <w:sz w:val="34"/>
        </w:rPr>
        <w:t>خدمات</w:t>
      </w:r>
      <w:r>
        <w:rPr>
          <w:b/>
          <w:sz w:val="34"/>
        </w:rPr>
        <w:t xml:space="preserve"> </w:t>
      </w:r>
      <w:r>
        <w:rPr>
          <w:b/>
          <w:sz w:val="34"/>
        </w:rPr>
        <w:t>الذكاء</w:t>
      </w:r>
      <w:r>
        <w:rPr>
          <w:b/>
          <w:sz w:val="34"/>
        </w:rPr>
        <w:t xml:space="preserve"> </w:t>
      </w:r>
      <w:r>
        <w:rPr>
          <w:b/>
          <w:sz w:val="34"/>
        </w:rPr>
        <w:t>الاصطناعي</w:t>
      </w:r>
    </w:p>
    <w:p w14:paraId="669293F2" w14:textId="77777777" w:rsidR="00D457B9" w:rsidRDefault="008A53E0">
      <w:pPr>
        <w:spacing w:before="200"/>
        <w:jc w:val="right"/>
      </w:pPr>
      <w:r>
        <w:rPr>
          <w:b/>
          <w:sz w:val="30"/>
        </w:rPr>
        <w:t xml:space="preserve">9.3 </w:t>
      </w:r>
      <w:r>
        <w:rPr>
          <w:b/>
          <w:sz w:val="30"/>
        </w:rPr>
        <w:t>توزيع</w:t>
      </w:r>
      <w:r>
        <w:rPr>
          <w:b/>
          <w:sz w:val="30"/>
        </w:rPr>
        <w:t xml:space="preserve"> </w:t>
      </w:r>
      <w:r>
        <w:rPr>
          <w:b/>
          <w:sz w:val="30"/>
        </w:rPr>
        <w:t>الاستجابات</w:t>
      </w:r>
      <w:r>
        <w:rPr>
          <w:b/>
          <w:sz w:val="30"/>
        </w:rPr>
        <w:t xml:space="preserve"> </w:t>
      </w:r>
      <w:r>
        <w:rPr>
          <w:b/>
          <w:sz w:val="30"/>
        </w:rPr>
        <w:t>حسب</w:t>
      </w:r>
      <w:r>
        <w:rPr>
          <w:b/>
          <w:sz w:val="30"/>
        </w:rPr>
        <w:t xml:space="preserve"> </w:t>
      </w:r>
      <w:r>
        <w:rPr>
          <w:b/>
          <w:sz w:val="30"/>
        </w:rPr>
        <w:t>جودة</w:t>
      </w:r>
      <w:r>
        <w:rPr>
          <w:b/>
          <w:sz w:val="30"/>
        </w:rPr>
        <w:t xml:space="preserve"> </w:t>
      </w:r>
      <w:r>
        <w:rPr>
          <w:b/>
          <w:sz w:val="30"/>
        </w:rPr>
        <w:t>خدمات</w:t>
      </w:r>
      <w:r>
        <w:rPr>
          <w:b/>
          <w:sz w:val="30"/>
        </w:rPr>
        <w:t xml:space="preserve"> </w:t>
      </w:r>
      <w:r>
        <w:rPr>
          <w:b/>
          <w:sz w:val="30"/>
        </w:rPr>
        <w:t>الذكاء</w:t>
      </w:r>
      <w:r>
        <w:rPr>
          <w:b/>
          <w:sz w:val="30"/>
        </w:rPr>
        <w:t xml:space="preserve"> </w:t>
      </w:r>
      <w:r>
        <w:rPr>
          <w:b/>
          <w:sz w:val="30"/>
        </w:rPr>
        <w:t>الاصطناعي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3132"/>
        <w:gridCol w:w="3132"/>
        <w:gridCol w:w="3132"/>
      </w:tblGrid>
      <w:tr w:rsidR="00D457B9" w14:paraId="4BB5E115" w14:textId="77777777">
        <w:trPr>
          <w:jc w:val="center"/>
        </w:trPr>
        <w:tc>
          <w:tcPr>
            <w:tcW w:w="3135" w:type="dxa"/>
          </w:tcPr>
          <w:p w14:paraId="204292B1" w14:textId="77777777" w:rsidR="00D457B9" w:rsidRDefault="008A53E0">
            <w:r>
              <w:t>الاستجابة</w:t>
            </w:r>
          </w:p>
        </w:tc>
        <w:tc>
          <w:tcPr>
            <w:tcW w:w="3135" w:type="dxa"/>
          </w:tcPr>
          <w:p w14:paraId="350259BB" w14:textId="77777777" w:rsidR="00D457B9" w:rsidRDefault="008A53E0">
            <w:r>
              <w:t>التكرار</w:t>
            </w:r>
          </w:p>
        </w:tc>
        <w:tc>
          <w:tcPr>
            <w:tcW w:w="3135" w:type="dxa"/>
          </w:tcPr>
          <w:p w14:paraId="36393513" w14:textId="77777777" w:rsidR="00D457B9" w:rsidRDefault="008A53E0">
            <w:r>
              <w:t>النسبة</w:t>
            </w:r>
            <w:r>
              <w:t xml:space="preserve"> %</w:t>
            </w:r>
          </w:p>
        </w:tc>
      </w:tr>
      <w:tr w:rsidR="00D457B9" w14:paraId="59404402" w14:textId="77777777">
        <w:trPr>
          <w:jc w:val="center"/>
        </w:trPr>
        <w:tc>
          <w:tcPr>
            <w:tcW w:w="3135" w:type="dxa"/>
          </w:tcPr>
          <w:p w14:paraId="1B88D1E6" w14:textId="77777777" w:rsidR="00D457B9" w:rsidRDefault="008A53E0">
            <w:r>
              <w:t>يسهل</w:t>
            </w:r>
            <w:r>
              <w:t xml:space="preserve"> </w:t>
            </w:r>
            <w:r>
              <w:t>الذكاء</w:t>
            </w:r>
            <w:r>
              <w:t xml:space="preserve"> </w:t>
            </w:r>
            <w:r>
              <w:t>الاصطناعي</w:t>
            </w:r>
            <w:r>
              <w:t xml:space="preserve"> </w:t>
            </w:r>
            <w:r>
              <w:t>العثور</w:t>
            </w:r>
            <w:r>
              <w:t xml:space="preserve"> </w:t>
            </w:r>
            <w:r>
              <w:t>على</w:t>
            </w:r>
            <w:r>
              <w:t xml:space="preserve"> </w:t>
            </w:r>
            <w:r>
              <w:t>المعلومات</w:t>
            </w:r>
            <w:r>
              <w:t xml:space="preserve"> </w:t>
            </w:r>
            <w:r>
              <w:t>المهمة</w:t>
            </w:r>
            <w:r>
              <w:t>.</w:t>
            </w:r>
          </w:p>
        </w:tc>
        <w:tc>
          <w:tcPr>
            <w:tcW w:w="3135" w:type="dxa"/>
          </w:tcPr>
          <w:p w14:paraId="6AE93447" w14:textId="77777777" w:rsidR="00D457B9" w:rsidRDefault="008A53E0">
            <w:r>
              <w:t>77</w:t>
            </w:r>
          </w:p>
        </w:tc>
        <w:tc>
          <w:tcPr>
            <w:tcW w:w="3135" w:type="dxa"/>
          </w:tcPr>
          <w:p w14:paraId="0F876BD3" w14:textId="77777777" w:rsidR="00D457B9" w:rsidRDefault="008A53E0">
            <w:r>
              <w:t>97.5</w:t>
            </w:r>
          </w:p>
        </w:tc>
      </w:tr>
      <w:tr w:rsidR="00D457B9" w14:paraId="2474B2A1" w14:textId="77777777">
        <w:trPr>
          <w:jc w:val="center"/>
        </w:trPr>
        <w:tc>
          <w:tcPr>
            <w:tcW w:w="3135" w:type="dxa"/>
          </w:tcPr>
          <w:p w14:paraId="117DF013" w14:textId="77777777" w:rsidR="00D457B9" w:rsidRDefault="008A53E0">
            <w:r>
              <w:t>الذكاء</w:t>
            </w:r>
            <w:r>
              <w:t xml:space="preserve"> </w:t>
            </w:r>
            <w:r>
              <w:t>الاصطناعي</w:t>
            </w:r>
            <w:r>
              <w:t xml:space="preserve"> </w:t>
            </w:r>
            <w:r>
              <w:t>يجعل</w:t>
            </w:r>
            <w:r>
              <w:t xml:space="preserve"> </w:t>
            </w:r>
            <w:r>
              <w:t>استخدام</w:t>
            </w:r>
            <w:r>
              <w:t xml:space="preserve"> </w:t>
            </w:r>
            <w:r>
              <w:t>المنصة</w:t>
            </w:r>
            <w:r>
              <w:t xml:space="preserve"> </w:t>
            </w:r>
            <w:r>
              <w:t>أكثر</w:t>
            </w:r>
            <w:r>
              <w:t xml:space="preserve"> </w:t>
            </w:r>
            <w:r>
              <w:t>سهولة</w:t>
            </w:r>
            <w:r>
              <w:t>.</w:t>
            </w:r>
          </w:p>
        </w:tc>
        <w:tc>
          <w:tcPr>
            <w:tcW w:w="3135" w:type="dxa"/>
          </w:tcPr>
          <w:p w14:paraId="276FB93C" w14:textId="77777777" w:rsidR="00D457B9" w:rsidRDefault="008A53E0">
            <w:r>
              <w:t>1</w:t>
            </w:r>
          </w:p>
        </w:tc>
        <w:tc>
          <w:tcPr>
            <w:tcW w:w="3135" w:type="dxa"/>
          </w:tcPr>
          <w:p w14:paraId="0421EC59" w14:textId="77777777" w:rsidR="00D457B9" w:rsidRDefault="008A53E0">
            <w:r>
              <w:t>1.3</w:t>
            </w:r>
          </w:p>
        </w:tc>
      </w:tr>
      <w:tr w:rsidR="00D457B9" w14:paraId="47C8B73B" w14:textId="77777777">
        <w:trPr>
          <w:jc w:val="center"/>
        </w:trPr>
        <w:tc>
          <w:tcPr>
            <w:tcW w:w="3135" w:type="dxa"/>
          </w:tcPr>
          <w:p w14:paraId="2BF588FB" w14:textId="77777777" w:rsidR="00D457B9" w:rsidRDefault="008A53E0">
            <w:r>
              <w:t>الإعلانات</w:t>
            </w:r>
            <w:r>
              <w:t xml:space="preserve"> </w:t>
            </w:r>
            <w:r>
              <w:t>المدعومة</w:t>
            </w:r>
            <w:r>
              <w:t xml:space="preserve"> </w:t>
            </w:r>
            <w:r>
              <w:t>بالذكاء</w:t>
            </w:r>
            <w:r>
              <w:t xml:space="preserve"> </w:t>
            </w:r>
            <w:r>
              <w:t>الاصطناعي</w:t>
            </w:r>
            <w:r>
              <w:t xml:space="preserve"> </w:t>
            </w:r>
            <w:r>
              <w:t>تلبي</w:t>
            </w:r>
            <w:r>
              <w:t xml:space="preserve"> </w:t>
            </w:r>
            <w:r>
              <w:t>احتياجاتي</w:t>
            </w:r>
            <w:r>
              <w:t>.</w:t>
            </w:r>
          </w:p>
        </w:tc>
        <w:tc>
          <w:tcPr>
            <w:tcW w:w="3135" w:type="dxa"/>
          </w:tcPr>
          <w:p w14:paraId="0594CB65" w14:textId="77777777" w:rsidR="00D457B9" w:rsidRDefault="008A53E0">
            <w:r>
              <w:t>1</w:t>
            </w:r>
          </w:p>
        </w:tc>
        <w:tc>
          <w:tcPr>
            <w:tcW w:w="3135" w:type="dxa"/>
          </w:tcPr>
          <w:p w14:paraId="384B9CBC" w14:textId="77777777" w:rsidR="00D457B9" w:rsidRDefault="008A53E0">
            <w:r>
              <w:t>1.3</w:t>
            </w:r>
          </w:p>
        </w:tc>
      </w:tr>
    </w:tbl>
    <w:p w14:paraId="7A2A3197" w14:textId="77777777" w:rsidR="00D457B9" w:rsidRDefault="008A53E0">
      <w:pPr>
        <w:spacing w:before="200"/>
        <w:jc w:val="right"/>
      </w:pPr>
      <w:r>
        <w:rPr>
          <w:b/>
          <w:sz w:val="34"/>
        </w:rPr>
        <w:lastRenderedPageBreak/>
        <w:t xml:space="preserve">10.3 </w:t>
      </w:r>
      <w:r>
        <w:rPr>
          <w:b/>
          <w:sz w:val="34"/>
        </w:rPr>
        <w:t>سلوك</w:t>
      </w:r>
      <w:r>
        <w:rPr>
          <w:b/>
          <w:sz w:val="34"/>
        </w:rPr>
        <w:t xml:space="preserve"> </w:t>
      </w:r>
      <w:r>
        <w:rPr>
          <w:b/>
          <w:sz w:val="34"/>
        </w:rPr>
        <w:t>المستخدم</w:t>
      </w:r>
    </w:p>
    <w:p w14:paraId="3FBD61EB" w14:textId="77777777" w:rsidR="00D457B9" w:rsidRDefault="008A53E0">
      <w:pPr>
        <w:spacing w:before="200"/>
        <w:jc w:val="right"/>
      </w:pPr>
      <w:r>
        <w:rPr>
          <w:b/>
          <w:sz w:val="30"/>
        </w:rPr>
        <w:t xml:space="preserve">10.3 </w:t>
      </w:r>
      <w:r>
        <w:rPr>
          <w:b/>
          <w:sz w:val="30"/>
        </w:rPr>
        <w:t>توزيع</w:t>
      </w:r>
      <w:r>
        <w:rPr>
          <w:b/>
          <w:sz w:val="30"/>
        </w:rPr>
        <w:t xml:space="preserve"> </w:t>
      </w:r>
      <w:r>
        <w:rPr>
          <w:b/>
          <w:sz w:val="30"/>
        </w:rPr>
        <w:t>الاستجابات</w:t>
      </w:r>
      <w:r>
        <w:rPr>
          <w:b/>
          <w:sz w:val="30"/>
        </w:rPr>
        <w:t xml:space="preserve"> </w:t>
      </w:r>
      <w:r>
        <w:rPr>
          <w:b/>
          <w:sz w:val="30"/>
        </w:rPr>
        <w:t>حسب</w:t>
      </w:r>
      <w:r>
        <w:rPr>
          <w:b/>
          <w:sz w:val="30"/>
        </w:rPr>
        <w:t xml:space="preserve"> </w:t>
      </w:r>
      <w:r>
        <w:rPr>
          <w:b/>
          <w:sz w:val="30"/>
        </w:rPr>
        <w:t>سلوك</w:t>
      </w:r>
      <w:r>
        <w:rPr>
          <w:b/>
          <w:sz w:val="30"/>
        </w:rPr>
        <w:t xml:space="preserve"> </w:t>
      </w:r>
      <w:r>
        <w:rPr>
          <w:b/>
          <w:sz w:val="30"/>
        </w:rPr>
        <w:t>المستخدم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3132"/>
        <w:gridCol w:w="3132"/>
        <w:gridCol w:w="3132"/>
      </w:tblGrid>
      <w:tr w:rsidR="00D457B9" w14:paraId="6427385E" w14:textId="77777777">
        <w:trPr>
          <w:jc w:val="center"/>
        </w:trPr>
        <w:tc>
          <w:tcPr>
            <w:tcW w:w="3135" w:type="dxa"/>
          </w:tcPr>
          <w:p w14:paraId="5F625C25" w14:textId="77777777" w:rsidR="00D457B9" w:rsidRDefault="008A53E0">
            <w:r>
              <w:t>الاستجابة</w:t>
            </w:r>
          </w:p>
        </w:tc>
        <w:tc>
          <w:tcPr>
            <w:tcW w:w="3135" w:type="dxa"/>
          </w:tcPr>
          <w:p w14:paraId="5B75E73C" w14:textId="77777777" w:rsidR="00D457B9" w:rsidRDefault="008A53E0">
            <w:r>
              <w:t>التكرار</w:t>
            </w:r>
          </w:p>
        </w:tc>
        <w:tc>
          <w:tcPr>
            <w:tcW w:w="3135" w:type="dxa"/>
          </w:tcPr>
          <w:p w14:paraId="5534C2EF" w14:textId="77777777" w:rsidR="00D457B9" w:rsidRDefault="008A53E0">
            <w:r>
              <w:t>النسبة</w:t>
            </w:r>
            <w:r>
              <w:t xml:space="preserve"> %</w:t>
            </w:r>
          </w:p>
        </w:tc>
      </w:tr>
      <w:tr w:rsidR="00D457B9" w14:paraId="4D86E588" w14:textId="77777777">
        <w:trPr>
          <w:jc w:val="center"/>
        </w:trPr>
        <w:tc>
          <w:tcPr>
            <w:tcW w:w="3135" w:type="dxa"/>
          </w:tcPr>
          <w:p w14:paraId="4FAA5D6B" w14:textId="77777777" w:rsidR="00D457B9" w:rsidRDefault="008A53E0">
            <w:r>
              <w:t>أتفاعل</w:t>
            </w:r>
            <w:r>
              <w:t xml:space="preserve"> </w:t>
            </w:r>
            <w:r>
              <w:t>أكثر</w:t>
            </w:r>
            <w:r>
              <w:t xml:space="preserve"> </w:t>
            </w:r>
            <w:r>
              <w:t>مع</w:t>
            </w:r>
            <w:r>
              <w:t xml:space="preserve"> </w:t>
            </w:r>
            <w:r>
              <w:t>المنشورات</w:t>
            </w:r>
            <w:r>
              <w:t xml:space="preserve"> </w:t>
            </w:r>
            <w:r>
              <w:t>التي</w:t>
            </w:r>
            <w:r>
              <w:t xml:space="preserve"> </w:t>
            </w:r>
            <w:r>
              <w:t>يقترحها</w:t>
            </w:r>
            <w:r>
              <w:t xml:space="preserve"> </w:t>
            </w:r>
            <w:r>
              <w:t>الذكاء</w:t>
            </w:r>
            <w:r>
              <w:t xml:space="preserve"> </w:t>
            </w:r>
            <w:r>
              <w:t>الاصطناعي</w:t>
            </w:r>
            <w:r>
              <w:t>.</w:t>
            </w:r>
          </w:p>
        </w:tc>
        <w:tc>
          <w:tcPr>
            <w:tcW w:w="3135" w:type="dxa"/>
          </w:tcPr>
          <w:p w14:paraId="55CEA198" w14:textId="77777777" w:rsidR="00D457B9" w:rsidRDefault="008A53E0">
            <w:r>
              <w:t>17</w:t>
            </w:r>
          </w:p>
        </w:tc>
        <w:tc>
          <w:tcPr>
            <w:tcW w:w="3135" w:type="dxa"/>
          </w:tcPr>
          <w:p w14:paraId="731A283F" w14:textId="77777777" w:rsidR="00D457B9" w:rsidRDefault="008A53E0">
            <w:r>
              <w:t>21.5</w:t>
            </w:r>
          </w:p>
        </w:tc>
      </w:tr>
      <w:tr w:rsidR="00D457B9" w14:paraId="54BAF892" w14:textId="77777777">
        <w:trPr>
          <w:jc w:val="center"/>
        </w:trPr>
        <w:tc>
          <w:tcPr>
            <w:tcW w:w="3135" w:type="dxa"/>
          </w:tcPr>
          <w:p w14:paraId="4B207AEE" w14:textId="77777777" w:rsidR="00D457B9" w:rsidRDefault="008A53E0">
            <w:r>
              <w:t>يؤثر</w:t>
            </w:r>
            <w:r>
              <w:t xml:space="preserve"> </w:t>
            </w:r>
            <w:r>
              <w:t>المحتوى</w:t>
            </w:r>
            <w:r>
              <w:t xml:space="preserve"> </w:t>
            </w:r>
            <w:r>
              <w:t>المقترح</w:t>
            </w:r>
            <w:r>
              <w:t xml:space="preserve"> </w:t>
            </w:r>
            <w:r>
              <w:t>على</w:t>
            </w:r>
            <w:r>
              <w:t xml:space="preserve"> </w:t>
            </w:r>
            <w:r>
              <w:t>آرائي</w:t>
            </w:r>
            <w:r>
              <w:t xml:space="preserve"> </w:t>
            </w:r>
            <w:r>
              <w:t>واتجاهاتي</w:t>
            </w:r>
            <w:r>
              <w:t>.</w:t>
            </w:r>
          </w:p>
        </w:tc>
        <w:tc>
          <w:tcPr>
            <w:tcW w:w="3135" w:type="dxa"/>
          </w:tcPr>
          <w:p w14:paraId="3818E536" w14:textId="77777777" w:rsidR="00D457B9" w:rsidRDefault="008A53E0">
            <w:r>
              <w:t>14</w:t>
            </w:r>
          </w:p>
        </w:tc>
        <w:tc>
          <w:tcPr>
            <w:tcW w:w="3135" w:type="dxa"/>
          </w:tcPr>
          <w:p w14:paraId="2E1E1FE9" w14:textId="77777777" w:rsidR="00D457B9" w:rsidRDefault="008A53E0">
            <w:r>
              <w:t>17.7</w:t>
            </w:r>
          </w:p>
        </w:tc>
      </w:tr>
      <w:tr w:rsidR="00D457B9" w14:paraId="3380E481" w14:textId="77777777">
        <w:trPr>
          <w:jc w:val="center"/>
        </w:trPr>
        <w:tc>
          <w:tcPr>
            <w:tcW w:w="3135" w:type="dxa"/>
          </w:tcPr>
          <w:p w14:paraId="23DEEB75" w14:textId="77777777" w:rsidR="00D457B9" w:rsidRDefault="008A53E0">
            <w:r>
              <w:t>أعتقد</w:t>
            </w:r>
            <w:r>
              <w:t xml:space="preserve"> </w:t>
            </w:r>
            <w:r>
              <w:t>أن</w:t>
            </w:r>
            <w:r>
              <w:t xml:space="preserve"> </w:t>
            </w:r>
            <w:r>
              <w:t>الذكاء</w:t>
            </w:r>
            <w:r>
              <w:t xml:space="preserve"> </w:t>
            </w:r>
            <w:r>
              <w:t>الاصطناعي</w:t>
            </w:r>
            <w:r>
              <w:t xml:space="preserve"> </w:t>
            </w:r>
            <w:r>
              <w:t>يؤثر</w:t>
            </w:r>
            <w:r>
              <w:t xml:space="preserve"> </w:t>
            </w:r>
            <w:r>
              <w:t>بشكل</w:t>
            </w:r>
            <w:r>
              <w:t xml:space="preserve"> </w:t>
            </w:r>
            <w:r>
              <w:t>واضح</w:t>
            </w:r>
            <w:r>
              <w:t xml:space="preserve"> </w:t>
            </w:r>
            <w:r>
              <w:t>على</w:t>
            </w:r>
            <w:r>
              <w:t xml:space="preserve"> </w:t>
            </w:r>
            <w:r>
              <w:t>سلوك</w:t>
            </w:r>
            <w:r>
              <w:t xml:space="preserve"> </w:t>
            </w:r>
            <w:r>
              <w:t>مستخدمي</w:t>
            </w:r>
            <w:r>
              <w:t xml:space="preserve"> </w:t>
            </w:r>
            <w:r>
              <w:t>وسائل</w:t>
            </w:r>
            <w:r>
              <w:t xml:space="preserve"> </w:t>
            </w:r>
            <w:r>
              <w:t>التواصل</w:t>
            </w:r>
            <w:r>
              <w:t xml:space="preserve"> </w:t>
            </w:r>
            <w:r>
              <w:t>الاجتماعي</w:t>
            </w:r>
            <w:r>
              <w:t>.</w:t>
            </w:r>
          </w:p>
        </w:tc>
        <w:tc>
          <w:tcPr>
            <w:tcW w:w="3135" w:type="dxa"/>
          </w:tcPr>
          <w:p w14:paraId="39FBA8FE" w14:textId="77777777" w:rsidR="00D457B9" w:rsidRDefault="008A53E0">
            <w:r>
              <w:t>48</w:t>
            </w:r>
          </w:p>
        </w:tc>
        <w:tc>
          <w:tcPr>
            <w:tcW w:w="3135" w:type="dxa"/>
          </w:tcPr>
          <w:p w14:paraId="068EE8AD" w14:textId="77777777" w:rsidR="00D457B9" w:rsidRDefault="008A53E0">
            <w:r>
              <w:t>60.8</w:t>
            </w:r>
          </w:p>
        </w:tc>
      </w:tr>
    </w:tbl>
    <w:p w14:paraId="72CAF06B" w14:textId="77777777" w:rsidR="00D457B9" w:rsidRDefault="008A53E0">
      <w:pPr>
        <w:spacing w:before="200"/>
        <w:jc w:val="right"/>
      </w:pPr>
      <w:r>
        <w:rPr>
          <w:b/>
          <w:sz w:val="34"/>
        </w:rPr>
        <w:t xml:space="preserve">11.3 </w:t>
      </w:r>
      <w:r>
        <w:rPr>
          <w:b/>
          <w:sz w:val="34"/>
        </w:rPr>
        <w:t>الإجابات</w:t>
      </w:r>
      <w:r>
        <w:rPr>
          <w:b/>
          <w:sz w:val="34"/>
        </w:rPr>
        <w:t xml:space="preserve"> </w:t>
      </w:r>
      <w:r>
        <w:rPr>
          <w:b/>
          <w:sz w:val="34"/>
        </w:rPr>
        <w:t>المفتوحة</w:t>
      </w:r>
    </w:p>
    <w:p w14:paraId="6E76249E" w14:textId="77777777" w:rsidR="00D457B9" w:rsidRDefault="008A53E0">
      <w:pPr>
        <w:spacing w:line="360" w:lineRule="auto"/>
        <w:jc w:val="both"/>
      </w:pPr>
      <w:r>
        <w:t>تضمن</w:t>
      </w:r>
      <w:r>
        <w:t xml:space="preserve"> </w:t>
      </w:r>
      <w:r>
        <w:t>السؤال</w:t>
      </w:r>
      <w:r>
        <w:t xml:space="preserve"> </w:t>
      </w:r>
      <w:r>
        <w:t>المفتوح</w:t>
      </w:r>
      <w:r>
        <w:t xml:space="preserve"> </w:t>
      </w:r>
      <w:r>
        <w:t>إجابتين</w:t>
      </w:r>
      <w:r>
        <w:t xml:space="preserve"> </w:t>
      </w:r>
      <w:r>
        <w:t>فقط،</w:t>
      </w:r>
      <w:r>
        <w:t xml:space="preserve"> </w:t>
      </w:r>
      <w:r>
        <w:t>وهما</w:t>
      </w:r>
      <w:r>
        <w:t>: «</w:t>
      </w:r>
      <w:r>
        <w:t>حبي</w:t>
      </w:r>
      <w:r>
        <w:t xml:space="preserve"> </w:t>
      </w:r>
      <w:r>
        <w:t>نفسك</w:t>
      </w:r>
      <w:r>
        <w:t xml:space="preserve"> ❤</w:t>
      </w:r>
      <w:r>
        <w:t>️</w:t>
      </w:r>
      <w:r>
        <w:t xml:space="preserve">» </w:t>
      </w:r>
      <w:r>
        <w:t>و</w:t>
      </w:r>
      <w:r>
        <w:t>«</w:t>
      </w:r>
      <w:r>
        <w:t>بتوفيق</w:t>
      </w:r>
      <w:r>
        <w:t xml:space="preserve"> </w:t>
      </w:r>
      <w:r>
        <w:t>للجميع</w:t>
      </w:r>
      <w:r>
        <w:t xml:space="preserve">». </w:t>
      </w:r>
      <w:r>
        <w:t>ولا</w:t>
      </w:r>
      <w:r>
        <w:t xml:space="preserve"> </w:t>
      </w:r>
      <w:r>
        <w:t>تمثل</w:t>
      </w:r>
      <w:r>
        <w:t xml:space="preserve"> </w:t>
      </w:r>
      <w:r>
        <w:t>هذه</w:t>
      </w:r>
      <w:r>
        <w:t xml:space="preserve"> </w:t>
      </w:r>
      <w:r>
        <w:t>الإجابات</w:t>
      </w:r>
      <w:r>
        <w:t xml:space="preserve"> </w:t>
      </w:r>
      <w:r>
        <w:t>مادة</w:t>
      </w:r>
      <w:r>
        <w:t xml:space="preserve"> </w:t>
      </w:r>
      <w:r>
        <w:t>كافية</w:t>
      </w:r>
      <w:r>
        <w:t xml:space="preserve"> </w:t>
      </w:r>
      <w:r>
        <w:t>لبناء</w:t>
      </w:r>
      <w:r>
        <w:t xml:space="preserve"> </w:t>
      </w:r>
      <w:r>
        <w:t>تحليل</w:t>
      </w:r>
      <w:r>
        <w:t xml:space="preserve"> </w:t>
      </w:r>
      <w:r>
        <w:t>نوعي</w:t>
      </w:r>
      <w:r>
        <w:t xml:space="preserve"> </w:t>
      </w:r>
      <w:r>
        <w:t>شامل،</w:t>
      </w:r>
      <w:r>
        <w:t xml:space="preserve"> </w:t>
      </w:r>
      <w:r>
        <w:t>ولذلك</w:t>
      </w:r>
      <w:r>
        <w:t xml:space="preserve"> </w:t>
      </w:r>
      <w:r>
        <w:t>تم</w:t>
      </w:r>
      <w:r>
        <w:t xml:space="preserve"> </w:t>
      </w:r>
      <w:r>
        <w:t>الاكتفاء</w:t>
      </w:r>
      <w:r>
        <w:t xml:space="preserve"> </w:t>
      </w:r>
      <w:r>
        <w:t>بعرضها</w:t>
      </w:r>
      <w:r>
        <w:t xml:space="preserve"> </w:t>
      </w:r>
      <w:r>
        <w:t>دون</w:t>
      </w:r>
      <w:r>
        <w:t xml:space="preserve"> </w:t>
      </w:r>
      <w:r>
        <w:t>استنتاجات</w:t>
      </w:r>
      <w:r>
        <w:t xml:space="preserve"> </w:t>
      </w:r>
      <w:r>
        <w:t>إضافية</w:t>
      </w:r>
      <w:r>
        <w:t>.</w:t>
      </w:r>
    </w:p>
    <w:p w14:paraId="4567A308" w14:textId="77777777" w:rsidR="00D457B9" w:rsidRDefault="008A53E0">
      <w:pPr>
        <w:spacing w:before="200"/>
        <w:jc w:val="right"/>
      </w:pPr>
      <w:r>
        <w:rPr>
          <w:b/>
          <w:sz w:val="34"/>
        </w:rPr>
        <w:t xml:space="preserve">12.3 </w:t>
      </w:r>
      <w:r>
        <w:rPr>
          <w:b/>
          <w:sz w:val="34"/>
        </w:rPr>
        <w:t>صدق</w:t>
      </w:r>
      <w:r>
        <w:rPr>
          <w:b/>
          <w:sz w:val="34"/>
        </w:rPr>
        <w:t xml:space="preserve"> </w:t>
      </w:r>
      <w:r>
        <w:rPr>
          <w:b/>
          <w:sz w:val="34"/>
        </w:rPr>
        <w:t>وثبات</w:t>
      </w:r>
      <w:r>
        <w:rPr>
          <w:b/>
          <w:sz w:val="34"/>
        </w:rPr>
        <w:t xml:space="preserve"> </w:t>
      </w:r>
      <w:r>
        <w:rPr>
          <w:b/>
          <w:sz w:val="34"/>
        </w:rPr>
        <w:t>أداة</w:t>
      </w:r>
      <w:r>
        <w:rPr>
          <w:b/>
          <w:sz w:val="34"/>
        </w:rPr>
        <w:t xml:space="preserve"> </w:t>
      </w:r>
      <w:r>
        <w:rPr>
          <w:b/>
          <w:sz w:val="34"/>
        </w:rPr>
        <w:t>الدراسة</w:t>
      </w:r>
    </w:p>
    <w:p w14:paraId="33E63775" w14:textId="77777777" w:rsidR="00D457B9" w:rsidRDefault="008A53E0">
      <w:pPr>
        <w:spacing w:line="360" w:lineRule="auto"/>
        <w:jc w:val="both"/>
      </w:pPr>
      <w:r>
        <w:t>لا</w:t>
      </w:r>
      <w:r>
        <w:t xml:space="preserve"> </w:t>
      </w:r>
      <w:r>
        <w:t>يحتوي</w:t>
      </w:r>
      <w:r>
        <w:t xml:space="preserve"> </w:t>
      </w:r>
      <w:r>
        <w:t>ملف</w:t>
      </w:r>
      <w:r>
        <w:t xml:space="preserve"> </w:t>
      </w:r>
      <w:r>
        <w:t>البيانات</w:t>
      </w:r>
      <w:r>
        <w:t xml:space="preserve"> </w:t>
      </w:r>
      <w:r>
        <w:t>المرفق</w:t>
      </w:r>
      <w:r>
        <w:t xml:space="preserve"> </w:t>
      </w:r>
      <w:r>
        <w:t>على</w:t>
      </w:r>
      <w:r>
        <w:t xml:space="preserve"> </w:t>
      </w:r>
      <w:r>
        <w:t>نتائج</w:t>
      </w:r>
      <w:r>
        <w:t xml:space="preserve"> </w:t>
      </w:r>
      <w:r>
        <w:t>تحكيم</w:t>
      </w:r>
      <w:r>
        <w:t xml:space="preserve"> </w:t>
      </w:r>
      <w:r>
        <w:t>الأداة</w:t>
      </w:r>
      <w:r>
        <w:t xml:space="preserve"> </w:t>
      </w:r>
      <w:r>
        <w:t>أو</w:t>
      </w:r>
      <w:r>
        <w:t xml:space="preserve"> </w:t>
      </w:r>
      <w:r>
        <w:t>معاملات</w:t>
      </w:r>
      <w:r>
        <w:t xml:space="preserve"> </w:t>
      </w:r>
      <w:r>
        <w:t>صدق</w:t>
      </w:r>
      <w:r>
        <w:t xml:space="preserve"> </w:t>
      </w:r>
      <w:r>
        <w:t>وثبات</w:t>
      </w:r>
      <w:r>
        <w:t xml:space="preserve"> </w:t>
      </w:r>
      <w:r>
        <w:t>مثل</w:t>
      </w:r>
      <w:r>
        <w:t xml:space="preserve"> </w:t>
      </w:r>
      <w:r>
        <w:t>معامل</w:t>
      </w:r>
      <w:r>
        <w:t xml:space="preserve"> </w:t>
      </w:r>
      <w:r>
        <w:t>كرونباخ</w:t>
      </w:r>
      <w:r>
        <w:t xml:space="preserve"> </w:t>
      </w:r>
      <w:r>
        <w:t>ألفا</w:t>
      </w:r>
      <w:r>
        <w:t xml:space="preserve">. </w:t>
      </w:r>
      <w:r>
        <w:t>لذلك</w:t>
      </w:r>
      <w:r>
        <w:t xml:space="preserve"> </w:t>
      </w:r>
      <w:r>
        <w:t>لا</w:t>
      </w:r>
      <w:r>
        <w:t xml:space="preserve"> </w:t>
      </w:r>
      <w:r>
        <w:t>يمكن</w:t>
      </w:r>
      <w:r>
        <w:t xml:space="preserve"> </w:t>
      </w:r>
      <w:r>
        <w:t>إثبات</w:t>
      </w:r>
      <w:r>
        <w:t xml:space="preserve"> </w:t>
      </w:r>
      <w:r>
        <w:t>الصدق</w:t>
      </w:r>
      <w:r>
        <w:t xml:space="preserve"> </w:t>
      </w:r>
      <w:r>
        <w:t>والثبات</w:t>
      </w:r>
      <w:r>
        <w:t xml:space="preserve"> </w:t>
      </w:r>
      <w:r>
        <w:t>إحصائيًا</w:t>
      </w:r>
      <w:r>
        <w:t xml:space="preserve"> </w:t>
      </w:r>
      <w:r>
        <w:t>من</w:t>
      </w:r>
      <w:r>
        <w:t xml:space="preserve"> </w:t>
      </w:r>
      <w:r>
        <w:t>ملف</w:t>
      </w:r>
      <w:r>
        <w:t xml:space="preserve"> </w:t>
      </w:r>
      <w:r>
        <w:t>الاستجابات</w:t>
      </w:r>
      <w:r>
        <w:t xml:space="preserve"> </w:t>
      </w:r>
      <w:r>
        <w:t>وحده،</w:t>
      </w:r>
      <w:r>
        <w:t xml:space="preserve"> </w:t>
      </w:r>
      <w:r>
        <w:t>ويجب</w:t>
      </w:r>
      <w:r>
        <w:t xml:space="preserve"> </w:t>
      </w:r>
      <w:r>
        <w:t>إضافة</w:t>
      </w:r>
      <w:r>
        <w:t xml:space="preserve"> </w:t>
      </w:r>
      <w:r>
        <w:t>نتائج</w:t>
      </w:r>
      <w:r>
        <w:t xml:space="preserve"> </w:t>
      </w:r>
      <w:r>
        <w:t>التحكيم</w:t>
      </w:r>
      <w:r>
        <w:t xml:space="preserve"> </w:t>
      </w:r>
      <w:r>
        <w:t>أو</w:t>
      </w:r>
      <w:r>
        <w:t xml:space="preserve"> </w:t>
      </w:r>
      <w:r>
        <w:t>مخرجات</w:t>
      </w:r>
      <w:r>
        <w:t xml:space="preserve"> </w:t>
      </w:r>
      <w:r>
        <w:t>برنامج</w:t>
      </w:r>
      <w:r>
        <w:t xml:space="preserve"> </w:t>
      </w:r>
      <w:r>
        <w:t>إحصائي</w:t>
      </w:r>
      <w:r>
        <w:t xml:space="preserve"> </w:t>
      </w:r>
      <w:r>
        <w:t>إذا</w:t>
      </w:r>
      <w:r>
        <w:t xml:space="preserve"> </w:t>
      </w:r>
      <w:r>
        <w:t>كانت</w:t>
      </w:r>
      <w:r>
        <w:t xml:space="preserve"> </w:t>
      </w:r>
      <w:r>
        <w:t>متوفرة</w:t>
      </w:r>
      <w:r>
        <w:t>.</w:t>
      </w:r>
    </w:p>
    <w:p w14:paraId="311B8A56" w14:textId="77777777" w:rsidR="00BF6934" w:rsidRDefault="00BF6934">
      <w:pPr>
        <w:spacing w:before="200"/>
        <w:jc w:val="right"/>
        <w:rPr>
          <w:b/>
          <w:sz w:val="34"/>
        </w:rPr>
      </w:pPr>
    </w:p>
    <w:p w14:paraId="1E2CE37C" w14:textId="77777777" w:rsidR="00BF6934" w:rsidRDefault="00BF6934">
      <w:pPr>
        <w:spacing w:before="200"/>
        <w:jc w:val="right"/>
        <w:rPr>
          <w:b/>
          <w:sz w:val="34"/>
        </w:rPr>
      </w:pPr>
    </w:p>
    <w:p w14:paraId="4F8CC09D" w14:textId="77777777" w:rsidR="00BF6934" w:rsidRDefault="00BF6934">
      <w:pPr>
        <w:spacing w:before="200"/>
        <w:jc w:val="right"/>
        <w:rPr>
          <w:b/>
          <w:sz w:val="34"/>
        </w:rPr>
      </w:pPr>
    </w:p>
    <w:p w14:paraId="7DC55916" w14:textId="77777777" w:rsidR="00BF6934" w:rsidRDefault="00BF6934">
      <w:pPr>
        <w:spacing w:before="200"/>
        <w:jc w:val="right"/>
        <w:rPr>
          <w:b/>
          <w:sz w:val="34"/>
        </w:rPr>
      </w:pPr>
    </w:p>
    <w:p w14:paraId="334EFFBD" w14:textId="77777777" w:rsidR="00BF6934" w:rsidRDefault="00BF6934">
      <w:pPr>
        <w:spacing w:before="200"/>
        <w:jc w:val="right"/>
        <w:rPr>
          <w:b/>
          <w:sz w:val="34"/>
        </w:rPr>
      </w:pPr>
    </w:p>
    <w:p w14:paraId="717BD7F4" w14:textId="77777777" w:rsidR="00BF6934" w:rsidRDefault="00BF6934">
      <w:pPr>
        <w:spacing w:before="200"/>
        <w:jc w:val="right"/>
        <w:rPr>
          <w:b/>
          <w:sz w:val="34"/>
        </w:rPr>
      </w:pPr>
    </w:p>
    <w:p w14:paraId="4851918B" w14:textId="77777777" w:rsidR="00BF6934" w:rsidRDefault="00BF6934">
      <w:pPr>
        <w:spacing w:before="200"/>
        <w:jc w:val="right"/>
        <w:rPr>
          <w:b/>
          <w:sz w:val="34"/>
        </w:rPr>
      </w:pPr>
    </w:p>
    <w:p w14:paraId="21EA5D45" w14:textId="3718AA7F" w:rsidR="00D457B9" w:rsidRDefault="008A53E0">
      <w:pPr>
        <w:spacing w:before="200"/>
        <w:jc w:val="right"/>
      </w:pPr>
      <w:r>
        <w:rPr>
          <w:b/>
          <w:sz w:val="34"/>
        </w:rPr>
        <w:lastRenderedPageBreak/>
        <w:t xml:space="preserve">13.3 </w:t>
      </w:r>
      <w:proofErr w:type="spellStart"/>
      <w:r>
        <w:rPr>
          <w:b/>
          <w:sz w:val="34"/>
        </w:rPr>
        <w:t>اختبار</w:t>
      </w:r>
      <w:proofErr w:type="spellEnd"/>
      <w:r>
        <w:rPr>
          <w:b/>
          <w:sz w:val="34"/>
        </w:rPr>
        <w:t xml:space="preserve"> </w:t>
      </w:r>
      <w:proofErr w:type="spellStart"/>
      <w:r>
        <w:rPr>
          <w:b/>
          <w:sz w:val="34"/>
        </w:rPr>
        <w:t>فروض</w:t>
      </w:r>
      <w:proofErr w:type="spellEnd"/>
      <w:r>
        <w:rPr>
          <w:b/>
          <w:sz w:val="34"/>
        </w:rPr>
        <w:t xml:space="preserve"> </w:t>
      </w:r>
      <w:proofErr w:type="spellStart"/>
      <w:r>
        <w:rPr>
          <w:b/>
          <w:sz w:val="34"/>
        </w:rPr>
        <w:t>الدراسة</w:t>
      </w:r>
      <w:proofErr w:type="spellEnd"/>
    </w:p>
    <w:p w14:paraId="6BB30EA2" w14:textId="77777777" w:rsidR="00BF6934" w:rsidRDefault="00BF6934">
      <w:pPr>
        <w:spacing w:before="200"/>
        <w:jc w:val="right"/>
      </w:pPr>
    </w:p>
    <w:p w14:paraId="3708EAC5" w14:textId="77777777" w:rsidR="00D457B9" w:rsidRDefault="008A53E0">
      <w:pPr>
        <w:spacing w:line="360" w:lineRule="auto"/>
        <w:jc w:val="both"/>
      </w:pPr>
      <w:r>
        <w:t>توضح</w:t>
      </w:r>
      <w:r>
        <w:t xml:space="preserve"> </w:t>
      </w:r>
      <w:r>
        <w:t>البيانات</w:t>
      </w:r>
      <w:r>
        <w:t xml:space="preserve"> </w:t>
      </w:r>
      <w:r>
        <w:t>الوصفية</w:t>
      </w:r>
      <w:r>
        <w:t xml:space="preserve"> </w:t>
      </w:r>
      <w:r>
        <w:t>وجود</w:t>
      </w:r>
      <w:r>
        <w:t xml:space="preserve"> </w:t>
      </w:r>
      <w:r>
        <w:t>إدراك</w:t>
      </w:r>
      <w:r>
        <w:t xml:space="preserve"> </w:t>
      </w:r>
      <w:r>
        <w:t>مرتفع</w:t>
      </w:r>
      <w:r>
        <w:t xml:space="preserve"> </w:t>
      </w:r>
      <w:r>
        <w:t>لدور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في</w:t>
      </w:r>
      <w:r>
        <w:t xml:space="preserve"> </w:t>
      </w:r>
      <w:r>
        <w:t>تخصيص</w:t>
      </w:r>
      <w:r>
        <w:t xml:space="preserve"> </w:t>
      </w:r>
      <w:r>
        <w:t>المحتوى</w:t>
      </w:r>
      <w:r>
        <w:t xml:space="preserve"> </w:t>
      </w:r>
      <w:r>
        <w:t>وتسهيل</w:t>
      </w:r>
      <w:r>
        <w:t xml:space="preserve"> </w:t>
      </w:r>
      <w:r>
        <w:t>الوصول</w:t>
      </w:r>
      <w:r>
        <w:t xml:space="preserve"> </w:t>
      </w:r>
      <w:r>
        <w:t>إلى</w:t>
      </w:r>
      <w:r>
        <w:t xml:space="preserve"> </w:t>
      </w:r>
      <w:r>
        <w:t>المعلومات؛</w:t>
      </w:r>
      <w:r>
        <w:t xml:space="preserve"> </w:t>
      </w:r>
      <w:r>
        <w:t>فقد</w:t>
      </w:r>
      <w:r>
        <w:t xml:space="preserve"> </w:t>
      </w:r>
      <w:r>
        <w:t>اختار</w:t>
      </w:r>
      <w:r>
        <w:t xml:space="preserve"> 56 </w:t>
      </w:r>
      <w:r>
        <w:t>مستجيبًا</w:t>
      </w:r>
      <w:r>
        <w:t xml:space="preserve"> </w:t>
      </w:r>
      <w:r>
        <w:t>بنسبة</w:t>
      </w:r>
      <w:r>
        <w:t xml:space="preserve"> 70.9% </w:t>
      </w:r>
      <w:r>
        <w:t>أن</w:t>
      </w:r>
      <w:r>
        <w:t xml:space="preserve"> </w:t>
      </w:r>
      <w:r>
        <w:t>السبب</w:t>
      </w:r>
      <w:r>
        <w:t xml:space="preserve"> </w:t>
      </w:r>
      <w:r>
        <w:t>الرئيس</w:t>
      </w:r>
      <w:r>
        <w:t xml:space="preserve"> </w:t>
      </w:r>
      <w:r>
        <w:t>هو</w:t>
      </w:r>
      <w:r>
        <w:t xml:space="preserve"> </w:t>
      </w:r>
      <w:r>
        <w:t>أن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يساعد</w:t>
      </w:r>
      <w:r>
        <w:t xml:space="preserve"> </w:t>
      </w:r>
      <w:r>
        <w:t>في</w:t>
      </w:r>
      <w:r>
        <w:t xml:space="preserve"> </w:t>
      </w:r>
      <w:r>
        <w:t>تخصيص</w:t>
      </w:r>
      <w:r>
        <w:t xml:space="preserve"> </w:t>
      </w:r>
      <w:r>
        <w:t>المحتوى،</w:t>
      </w:r>
      <w:r>
        <w:t xml:space="preserve"> </w:t>
      </w:r>
      <w:r>
        <w:t>واختار</w:t>
      </w:r>
      <w:r>
        <w:t xml:space="preserve"> 77 </w:t>
      </w:r>
      <w:r>
        <w:t>مستجيبًا</w:t>
      </w:r>
      <w:r>
        <w:t xml:space="preserve"> </w:t>
      </w:r>
      <w:r>
        <w:t>بنسبة</w:t>
      </w:r>
      <w:r>
        <w:t xml:space="preserve"> 97.5% </w:t>
      </w:r>
      <w:r>
        <w:t>العبارة</w:t>
      </w:r>
      <w:r>
        <w:t xml:space="preserve"> </w:t>
      </w:r>
      <w:r>
        <w:t>التي</w:t>
      </w:r>
      <w:r>
        <w:t xml:space="preserve"> </w:t>
      </w:r>
      <w:r>
        <w:t>تفيد</w:t>
      </w:r>
      <w:r>
        <w:t xml:space="preserve"> </w:t>
      </w:r>
      <w:r>
        <w:t>بأنه</w:t>
      </w:r>
      <w:r>
        <w:t xml:space="preserve"> </w:t>
      </w:r>
      <w:r>
        <w:t>يسهل</w:t>
      </w:r>
      <w:r>
        <w:t xml:space="preserve"> </w:t>
      </w:r>
      <w:r>
        <w:t>العثور</w:t>
      </w:r>
      <w:r>
        <w:t xml:space="preserve"> </w:t>
      </w:r>
      <w:r>
        <w:t>على</w:t>
      </w:r>
      <w:r>
        <w:t xml:space="preserve"> </w:t>
      </w:r>
      <w:r>
        <w:t>المعلومات</w:t>
      </w:r>
      <w:r>
        <w:t xml:space="preserve"> </w:t>
      </w:r>
      <w:r>
        <w:t>المهمة</w:t>
      </w:r>
      <w:r>
        <w:t xml:space="preserve">. </w:t>
      </w:r>
      <w:r>
        <w:t>وفي</w:t>
      </w:r>
      <w:r>
        <w:t xml:space="preserve"> </w:t>
      </w:r>
      <w:r>
        <w:t>محور</w:t>
      </w:r>
      <w:r>
        <w:t xml:space="preserve"> </w:t>
      </w:r>
      <w:r>
        <w:t>السلوك،</w:t>
      </w:r>
      <w:r>
        <w:t xml:space="preserve"> </w:t>
      </w:r>
      <w:r>
        <w:t>أفاد</w:t>
      </w:r>
      <w:r>
        <w:t xml:space="preserve"> 48 </w:t>
      </w:r>
      <w:r>
        <w:t>مستجيبًا</w:t>
      </w:r>
      <w:r>
        <w:t xml:space="preserve"> </w:t>
      </w:r>
      <w:r>
        <w:t>بنسبة</w:t>
      </w:r>
      <w:r>
        <w:t xml:space="preserve"> 60.8% </w:t>
      </w:r>
      <w:r>
        <w:t>بأنهم</w:t>
      </w:r>
      <w:r>
        <w:t xml:space="preserve"> </w:t>
      </w:r>
      <w:r>
        <w:t>يعتقدون</w:t>
      </w:r>
      <w:r>
        <w:t xml:space="preserve"> </w:t>
      </w:r>
      <w:r>
        <w:t>أن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يؤثر</w:t>
      </w:r>
      <w:r>
        <w:t xml:space="preserve"> </w:t>
      </w:r>
      <w:r>
        <w:t>بشكل</w:t>
      </w:r>
      <w:r>
        <w:t xml:space="preserve"> </w:t>
      </w:r>
      <w:r>
        <w:t>واضح</w:t>
      </w:r>
      <w:r>
        <w:t xml:space="preserve"> </w:t>
      </w:r>
      <w:r>
        <w:t>على</w:t>
      </w:r>
      <w:r>
        <w:t xml:space="preserve"> </w:t>
      </w:r>
      <w:r>
        <w:t>سلوك</w:t>
      </w:r>
      <w:r>
        <w:t xml:space="preserve"> </w:t>
      </w:r>
      <w:r>
        <w:t>مستخدمي</w:t>
      </w:r>
      <w:r>
        <w:t xml:space="preserve"> </w:t>
      </w:r>
      <w:r>
        <w:t>وسائل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>.</w:t>
      </w:r>
    </w:p>
    <w:p w14:paraId="6C236513" w14:textId="77777777" w:rsidR="00D457B9" w:rsidRDefault="008A53E0">
      <w:pPr>
        <w:spacing w:line="360" w:lineRule="auto"/>
        <w:jc w:val="both"/>
      </w:pPr>
      <w:r>
        <w:t>ومع</w:t>
      </w:r>
      <w:r>
        <w:t xml:space="preserve"> </w:t>
      </w:r>
      <w:r>
        <w:t>ذلك،</w:t>
      </w:r>
      <w:r>
        <w:t xml:space="preserve"> </w:t>
      </w:r>
      <w:r>
        <w:t>فإن</w:t>
      </w:r>
      <w:r>
        <w:t xml:space="preserve"> </w:t>
      </w:r>
      <w:r>
        <w:t>هذه</w:t>
      </w:r>
      <w:r>
        <w:t xml:space="preserve"> </w:t>
      </w:r>
      <w:r>
        <w:t>النتائج</w:t>
      </w:r>
      <w:r>
        <w:t xml:space="preserve"> </w:t>
      </w:r>
      <w:r>
        <w:t>الوصفية</w:t>
      </w:r>
      <w:r>
        <w:t xml:space="preserve"> </w:t>
      </w:r>
      <w:r>
        <w:t>لا</w:t>
      </w:r>
      <w:r>
        <w:t xml:space="preserve"> </w:t>
      </w:r>
      <w:r>
        <w:t>تكفي</w:t>
      </w:r>
      <w:r>
        <w:t xml:space="preserve"> </w:t>
      </w:r>
      <w:r>
        <w:t>وحدها</w:t>
      </w:r>
      <w:r>
        <w:t xml:space="preserve"> </w:t>
      </w:r>
      <w:r>
        <w:t>لإثبات</w:t>
      </w:r>
      <w:r>
        <w:t xml:space="preserve"> </w:t>
      </w:r>
      <w:r>
        <w:t>علاقة</w:t>
      </w:r>
      <w:r>
        <w:t xml:space="preserve"> </w:t>
      </w:r>
      <w:r>
        <w:t>سببية</w:t>
      </w:r>
      <w:r>
        <w:t xml:space="preserve"> </w:t>
      </w:r>
      <w:r>
        <w:t>أو</w:t>
      </w:r>
      <w:r>
        <w:t xml:space="preserve"> </w:t>
      </w:r>
      <w:r>
        <w:t>دلالة</w:t>
      </w:r>
      <w:r>
        <w:t xml:space="preserve"> </w:t>
      </w:r>
      <w:r>
        <w:t>إحصائية</w:t>
      </w:r>
      <w:r>
        <w:t xml:space="preserve"> </w:t>
      </w:r>
      <w:r>
        <w:t>بين</w:t>
      </w:r>
      <w:r>
        <w:t xml:space="preserve"> </w:t>
      </w:r>
      <w:r>
        <w:t>متغيرين؛</w:t>
      </w:r>
      <w:r>
        <w:t xml:space="preserve"> </w:t>
      </w:r>
      <w:r>
        <w:t>إذ</w:t>
      </w:r>
      <w:r>
        <w:t xml:space="preserve"> </w:t>
      </w:r>
      <w:r>
        <w:t>إن</w:t>
      </w:r>
      <w:r>
        <w:t xml:space="preserve"> </w:t>
      </w:r>
      <w:r>
        <w:t>معظم</w:t>
      </w:r>
      <w:r>
        <w:t xml:space="preserve"> </w:t>
      </w:r>
      <w:r>
        <w:t>محاور</w:t>
      </w:r>
      <w:r>
        <w:t xml:space="preserve"> </w:t>
      </w:r>
      <w:r>
        <w:t>الأداة</w:t>
      </w:r>
      <w:r>
        <w:t xml:space="preserve"> </w:t>
      </w:r>
      <w:r>
        <w:t>الحالية</w:t>
      </w:r>
      <w:r>
        <w:t xml:space="preserve"> </w:t>
      </w:r>
      <w:r>
        <w:t>صيغت</w:t>
      </w:r>
      <w:r>
        <w:t xml:space="preserve"> </w:t>
      </w:r>
      <w:r>
        <w:t>كسؤال</w:t>
      </w:r>
      <w:r>
        <w:t xml:space="preserve"> </w:t>
      </w:r>
      <w:r>
        <w:t>اختيار</w:t>
      </w:r>
      <w:r>
        <w:t xml:space="preserve"> </w:t>
      </w:r>
      <w:r>
        <w:t>واحد،</w:t>
      </w:r>
      <w:r>
        <w:t xml:space="preserve"> </w:t>
      </w:r>
      <w:r>
        <w:t>كما</w:t>
      </w:r>
      <w:r>
        <w:t xml:space="preserve"> </w:t>
      </w:r>
      <w:r>
        <w:t>أن</w:t>
      </w:r>
      <w:r>
        <w:t xml:space="preserve"> </w:t>
      </w:r>
      <w:r>
        <w:t>عددًا</w:t>
      </w:r>
      <w:r>
        <w:t xml:space="preserve"> </w:t>
      </w:r>
      <w:r>
        <w:t>من</w:t>
      </w:r>
      <w:r>
        <w:t xml:space="preserve"> </w:t>
      </w:r>
      <w:r>
        <w:t>المتغيرات</w:t>
      </w:r>
      <w:r>
        <w:t xml:space="preserve"> </w:t>
      </w:r>
      <w:r>
        <w:t>شديد</w:t>
      </w:r>
      <w:r>
        <w:t xml:space="preserve"> </w:t>
      </w:r>
      <w:r>
        <w:t>التركّز</w:t>
      </w:r>
      <w:r>
        <w:t xml:space="preserve"> </w:t>
      </w:r>
      <w:r>
        <w:t>في</w:t>
      </w:r>
      <w:r>
        <w:t xml:space="preserve"> </w:t>
      </w:r>
      <w:r>
        <w:t>فئة</w:t>
      </w:r>
      <w:r>
        <w:t xml:space="preserve"> </w:t>
      </w:r>
      <w:r>
        <w:t>واحدة</w:t>
      </w:r>
      <w:r>
        <w:t xml:space="preserve">. </w:t>
      </w:r>
      <w:r>
        <w:t>وعليه،</w:t>
      </w:r>
      <w:r>
        <w:t xml:space="preserve"> </w:t>
      </w:r>
      <w:r>
        <w:t>لا</w:t>
      </w:r>
      <w:r>
        <w:t xml:space="preserve"> </w:t>
      </w:r>
      <w:r>
        <w:t>يتم</w:t>
      </w:r>
      <w:r>
        <w:t xml:space="preserve"> </w:t>
      </w:r>
      <w:r>
        <w:t>وضع</w:t>
      </w:r>
      <w:r>
        <w:t xml:space="preserve"> </w:t>
      </w:r>
      <w:r>
        <w:t>قيمة</w:t>
      </w:r>
      <w:r>
        <w:t xml:space="preserve"> </w:t>
      </w:r>
      <w:r>
        <w:t>ارتباط</w:t>
      </w:r>
      <w:r>
        <w:t xml:space="preserve"> </w:t>
      </w:r>
      <w:r>
        <w:t>أو</w:t>
      </w:r>
      <w:r>
        <w:t xml:space="preserve"> </w:t>
      </w:r>
      <w:r>
        <w:t>انحدار</w:t>
      </w:r>
      <w:r>
        <w:t xml:space="preserve"> </w:t>
      </w:r>
      <w:r>
        <w:t>غير</w:t>
      </w:r>
      <w:r>
        <w:t xml:space="preserve"> </w:t>
      </w:r>
      <w:r>
        <w:t>مستندة</w:t>
      </w:r>
      <w:r>
        <w:t xml:space="preserve"> </w:t>
      </w:r>
      <w:r>
        <w:t>إلى</w:t>
      </w:r>
      <w:r>
        <w:t xml:space="preserve"> </w:t>
      </w:r>
      <w:r>
        <w:t>تحليل</w:t>
      </w:r>
      <w:r>
        <w:t xml:space="preserve"> </w:t>
      </w:r>
      <w:r>
        <w:t>إحصائي</w:t>
      </w:r>
      <w:r>
        <w:t xml:space="preserve"> </w:t>
      </w:r>
      <w:r>
        <w:t>فعلي</w:t>
      </w:r>
      <w:r>
        <w:t>.</w:t>
      </w:r>
    </w:p>
    <w:p w14:paraId="24E97E1E" w14:textId="77777777" w:rsidR="00D457B9" w:rsidRDefault="008A53E0">
      <w:r>
        <w:br w:type="page"/>
      </w:r>
    </w:p>
    <w:p w14:paraId="2C981440" w14:textId="77777777" w:rsidR="00D457B9" w:rsidRDefault="008A53E0">
      <w:pPr>
        <w:spacing w:line="360" w:lineRule="auto"/>
        <w:jc w:val="center"/>
        <w:rPr>
          <w:b/>
        </w:rPr>
      </w:pPr>
      <w:r>
        <w:rPr>
          <w:b/>
        </w:rPr>
        <w:lastRenderedPageBreak/>
        <w:t>الفصل</w:t>
      </w:r>
      <w:r>
        <w:rPr>
          <w:b/>
        </w:rPr>
        <w:t xml:space="preserve"> </w:t>
      </w:r>
      <w:proofErr w:type="spellStart"/>
      <w:r>
        <w:rPr>
          <w:b/>
        </w:rPr>
        <w:t>الرابع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النتائج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والتوصيات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والمقترحات</w:t>
      </w:r>
      <w:proofErr w:type="spellEnd"/>
    </w:p>
    <w:p w14:paraId="11A8AEE6" w14:textId="77777777" w:rsidR="00BF6934" w:rsidRDefault="00BF6934">
      <w:pPr>
        <w:spacing w:line="360" w:lineRule="auto"/>
        <w:jc w:val="center"/>
      </w:pPr>
    </w:p>
    <w:p w14:paraId="25DA1D10" w14:textId="77777777" w:rsidR="00BF6934" w:rsidRDefault="00BF6934">
      <w:pPr>
        <w:spacing w:line="360" w:lineRule="auto"/>
        <w:jc w:val="center"/>
      </w:pPr>
    </w:p>
    <w:p w14:paraId="614D9C70" w14:textId="77777777" w:rsidR="00D457B9" w:rsidRDefault="008A53E0">
      <w:pPr>
        <w:spacing w:before="200"/>
        <w:jc w:val="right"/>
      </w:pPr>
      <w:r>
        <w:rPr>
          <w:b/>
          <w:sz w:val="34"/>
        </w:rPr>
        <w:t>مقدمة</w:t>
      </w:r>
    </w:p>
    <w:p w14:paraId="79774F93" w14:textId="77777777" w:rsidR="00D457B9" w:rsidRDefault="008A53E0" w:rsidP="00BF6934">
      <w:pPr>
        <w:spacing w:line="360" w:lineRule="auto"/>
        <w:jc w:val="right"/>
      </w:pPr>
      <w:r>
        <w:t>يعرض</w:t>
      </w:r>
      <w:r>
        <w:t xml:space="preserve"> </w:t>
      </w:r>
      <w:r>
        <w:t>هذا</w:t>
      </w:r>
      <w:r>
        <w:t xml:space="preserve"> </w:t>
      </w:r>
      <w:r>
        <w:t>الفصل</w:t>
      </w:r>
      <w:r>
        <w:t xml:space="preserve"> </w:t>
      </w:r>
      <w:r>
        <w:t>أبرز</w:t>
      </w:r>
      <w:r>
        <w:t xml:space="preserve"> </w:t>
      </w:r>
      <w:r>
        <w:t>النتائج</w:t>
      </w:r>
      <w:r>
        <w:t xml:space="preserve"> </w:t>
      </w:r>
      <w:r>
        <w:t>المستخلصة</w:t>
      </w:r>
      <w:r>
        <w:t xml:space="preserve"> </w:t>
      </w:r>
      <w:r>
        <w:t>من</w:t>
      </w:r>
      <w:r>
        <w:t xml:space="preserve"> </w:t>
      </w:r>
      <w:r>
        <w:t>البيانات</w:t>
      </w:r>
      <w:r>
        <w:t xml:space="preserve"> </w:t>
      </w:r>
      <w:r>
        <w:t>الفعلية</w:t>
      </w:r>
      <w:r>
        <w:t xml:space="preserve"> </w:t>
      </w:r>
      <w:r>
        <w:t>للاستبانة،</w:t>
      </w:r>
      <w:r>
        <w:t xml:space="preserve"> </w:t>
      </w:r>
      <w:r>
        <w:t>ثم</w:t>
      </w:r>
      <w:r>
        <w:t xml:space="preserve"> </w:t>
      </w:r>
      <w:r>
        <w:t>يقدم</w:t>
      </w:r>
      <w:r>
        <w:t xml:space="preserve"> </w:t>
      </w:r>
      <w:r>
        <w:t>توصيات</w:t>
      </w:r>
      <w:r>
        <w:t xml:space="preserve"> </w:t>
      </w:r>
      <w:r>
        <w:t>مرتبطة</w:t>
      </w:r>
      <w:r>
        <w:t xml:space="preserve"> </w:t>
      </w:r>
      <w:r>
        <w:t>بموضوع</w:t>
      </w:r>
      <w:r>
        <w:t xml:space="preserve"> </w:t>
      </w:r>
      <w:r>
        <w:t>الدراسة،</w:t>
      </w:r>
      <w:r>
        <w:t xml:space="preserve"> </w:t>
      </w:r>
      <w:r>
        <w:t>مع</w:t>
      </w:r>
      <w:r>
        <w:t xml:space="preserve"> </w:t>
      </w:r>
      <w:r>
        <w:t>مراعاة</w:t>
      </w:r>
      <w:r>
        <w:t xml:space="preserve"> </w:t>
      </w:r>
      <w:r>
        <w:t>أن</w:t>
      </w:r>
      <w:r>
        <w:t xml:space="preserve"> </w:t>
      </w:r>
      <w:r>
        <w:t>النتائج</w:t>
      </w:r>
      <w:r>
        <w:t xml:space="preserve"> </w:t>
      </w:r>
      <w:r>
        <w:t>الحالية</w:t>
      </w:r>
      <w:r>
        <w:t xml:space="preserve"> </w:t>
      </w:r>
      <w:r>
        <w:t>وصفية</w:t>
      </w:r>
      <w:r>
        <w:t xml:space="preserve"> </w:t>
      </w:r>
      <w:r>
        <w:t>وأن</w:t>
      </w:r>
      <w:r>
        <w:t xml:space="preserve"> </w:t>
      </w:r>
      <w:r>
        <w:t>إثبات</w:t>
      </w:r>
      <w:r>
        <w:t xml:space="preserve"> </w:t>
      </w:r>
      <w:r>
        <w:t>الفرضيات</w:t>
      </w:r>
      <w:r>
        <w:t xml:space="preserve"> </w:t>
      </w:r>
      <w:r>
        <w:t>إحصائيًا</w:t>
      </w:r>
      <w:r>
        <w:t xml:space="preserve"> </w:t>
      </w:r>
      <w:r>
        <w:t>يحتاج</w:t>
      </w:r>
      <w:r>
        <w:t xml:space="preserve"> </w:t>
      </w:r>
      <w:r>
        <w:t>إلى</w:t>
      </w:r>
      <w:r>
        <w:t xml:space="preserve"> </w:t>
      </w:r>
      <w:r>
        <w:t>أداة</w:t>
      </w:r>
      <w:r>
        <w:t xml:space="preserve"> </w:t>
      </w:r>
      <w:r>
        <w:t>قياس</w:t>
      </w:r>
      <w:r>
        <w:t xml:space="preserve"> </w:t>
      </w:r>
      <w:r>
        <w:t>أكثر</w:t>
      </w:r>
      <w:r>
        <w:t xml:space="preserve"> </w:t>
      </w:r>
      <w:r>
        <w:t>تفصيلًا</w:t>
      </w:r>
      <w:r>
        <w:t xml:space="preserve"> </w:t>
      </w:r>
      <w:r>
        <w:t>أو</w:t>
      </w:r>
      <w:r>
        <w:t xml:space="preserve"> </w:t>
      </w:r>
      <w:r>
        <w:t>بيانات</w:t>
      </w:r>
      <w:r>
        <w:t xml:space="preserve"> </w:t>
      </w:r>
      <w:r>
        <w:t>مناسبة</w:t>
      </w:r>
      <w:r>
        <w:t xml:space="preserve"> </w:t>
      </w:r>
      <w:r>
        <w:t>للاختبارات</w:t>
      </w:r>
      <w:r>
        <w:t xml:space="preserve"> </w:t>
      </w:r>
      <w:r>
        <w:t>الاستدلالية</w:t>
      </w:r>
      <w:r>
        <w:t>.</w:t>
      </w:r>
    </w:p>
    <w:p w14:paraId="7134A0E7" w14:textId="77777777" w:rsidR="00D457B9" w:rsidRDefault="008A53E0" w:rsidP="00BF6934">
      <w:pPr>
        <w:spacing w:before="200"/>
        <w:jc w:val="right"/>
      </w:pPr>
      <w:r>
        <w:rPr>
          <w:b/>
          <w:sz w:val="34"/>
        </w:rPr>
        <w:t xml:space="preserve">1.4 </w:t>
      </w:r>
      <w:r>
        <w:rPr>
          <w:b/>
          <w:sz w:val="34"/>
        </w:rPr>
        <w:t>نتائج</w:t>
      </w:r>
      <w:r>
        <w:rPr>
          <w:b/>
          <w:sz w:val="34"/>
        </w:rPr>
        <w:t xml:space="preserve"> </w:t>
      </w:r>
      <w:r>
        <w:rPr>
          <w:b/>
          <w:sz w:val="34"/>
        </w:rPr>
        <w:t>الدراسة</w:t>
      </w:r>
    </w:p>
    <w:p w14:paraId="0B0DAA58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بلغ</w:t>
      </w:r>
      <w:r>
        <w:t xml:space="preserve"> </w:t>
      </w:r>
      <w:r>
        <w:t>عدد</w:t>
      </w:r>
      <w:r>
        <w:t xml:space="preserve"> </w:t>
      </w:r>
      <w:r>
        <w:t>الاستجابات</w:t>
      </w:r>
      <w:r>
        <w:t xml:space="preserve"> </w:t>
      </w:r>
      <w:r>
        <w:t>الصالحة</w:t>
      </w:r>
      <w:r>
        <w:t xml:space="preserve"> </w:t>
      </w:r>
      <w:r>
        <w:t>للتحليل</w:t>
      </w:r>
      <w:r>
        <w:t xml:space="preserve"> 79 </w:t>
      </w:r>
      <w:r>
        <w:t>استجابة</w:t>
      </w:r>
      <w:r>
        <w:t>.</w:t>
      </w:r>
    </w:p>
    <w:p w14:paraId="264C9F27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غلبت</w:t>
      </w:r>
      <w:r>
        <w:t xml:space="preserve"> </w:t>
      </w:r>
      <w:r>
        <w:t>الإناث</w:t>
      </w:r>
      <w:r>
        <w:t xml:space="preserve"> </w:t>
      </w:r>
      <w:r>
        <w:t>على</w:t>
      </w:r>
      <w:r>
        <w:t xml:space="preserve"> </w:t>
      </w:r>
      <w:r>
        <w:t>العينة</w:t>
      </w:r>
      <w:r>
        <w:t xml:space="preserve"> </w:t>
      </w:r>
      <w:r>
        <w:t>بنسبة</w:t>
      </w:r>
      <w:r>
        <w:t xml:space="preserve"> 93.7% </w:t>
      </w:r>
      <w:r>
        <w:t>مقابل</w:t>
      </w:r>
      <w:r>
        <w:t xml:space="preserve"> 6.3% </w:t>
      </w:r>
      <w:r>
        <w:t>للذكور</w:t>
      </w:r>
      <w:r>
        <w:t>.</w:t>
      </w:r>
    </w:p>
    <w:p w14:paraId="648262F3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كانت</w:t>
      </w:r>
      <w:r>
        <w:t xml:space="preserve"> </w:t>
      </w:r>
      <w:r>
        <w:t>الفئة</w:t>
      </w:r>
      <w:r>
        <w:t xml:space="preserve"> </w:t>
      </w:r>
      <w:r>
        <w:t>العمرية</w:t>
      </w:r>
      <w:r>
        <w:t xml:space="preserve"> </w:t>
      </w:r>
      <w:r>
        <w:t>الأقل</w:t>
      </w:r>
      <w:r>
        <w:t xml:space="preserve"> </w:t>
      </w:r>
      <w:r>
        <w:t>من</w:t>
      </w:r>
      <w:r>
        <w:t xml:space="preserve"> 25 </w:t>
      </w:r>
      <w:r>
        <w:t>سنة</w:t>
      </w:r>
      <w:r>
        <w:t xml:space="preserve"> </w:t>
      </w:r>
      <w:r>
        <w:t>هي</w:t>
      </w:r>
      <w:r>
        <w:t xml:space="preserve"> </w:t>
      </w:r>
      <w:r>
        <w:t>الأكبر</w:t>
      </w:r>
      <w:r>
        <w:t xml:space="preserve"> </w:t>
      </w:r>
      <w:r>
        <w:t>بنسبة</w:t>
      </w:r>
      <w:r>
        <w:t xml:space="preserve"> 38.0%</w:t>
      </w:r>
      <w:r>
        <w:t>،</w:t>
      </w:r>
      <w:r>
        <w:t xml:space="preserve"> </w:t>
      </w:r>
      <w:r>
        <w:t>تلتها</w:t>
      </w:r>
      <w:r>
        <w:t xml:space="preserve"> </w:t>
      </w:r>
      <w:r>
        <w:t>فئة</w:t>
      </w:r>
      <w:r>
        <w:t xml:space="preserve"> 25–34 </w:t>
      </w:r>
      <w:r>
        <w:t>سنة</w:t>
      </w:r>
      <w:r>
        <w:t xml:space="preserve"> </w:t>
      </w:r>
      <w:r>
        <w:t>بنسبة</w:t>
      </w:r>
      <w:r>
        <w:t xml:space="preserve"> 30.4%.</w:t>
      </w:r>
    </w:p>
    <w:p w14:paraId="791ADE90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كان</w:t>
      </w:r>
      <w:r>
        <w:t xml:space="preserve"> </w:t>
      </w:r>
      <w:r>
        <w:t>البكالوريوس</w:t>
      </w:r>
      <w:r>
        <w:t xml:space="preserve"> </w:t>
      </w:r>
      <w:r>
        <w:t>أعلى</w:t>
      </w:r>
      <w:r>
        <w:t xml:space="preserve"> </w:t>
      </w:r>
      <w:r>
        <w:t>المؤهلات</w:t>
      </w:r>
      <w:r>
        <w:t xml:space="preserve"> </w:t>
      </w:r>
      <w:r>
        <w:t>العلمية</w:t>
      </w:r>
      <w:r>
        <w:t xml:space="preserve"> </w:t>
      </w:r>
      <w:r>
        <w:t>بنسبة</w:t>
      </w:r>
      <w:r>
        <w:t xml:space="preserve"> 50.6%.</w:t>
      </w:r>
    </w:p>
    <w:p w14:paraId="16D935CC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استخدم</w:t>
      </w:r>
      <w:r>
        <w:t xml:space="preserve"> </w:t>
      </w:r>
      <w:r>
        <w:t>جميع</w:t>
      </w:r>
      <w:r>
        <w:t xml:space="preserve"> </w:t>
      </w:r>
      <w:r>
        <w:t>أفراد</w:t>
      </w:r>
      <w:r>
        <w:t xml:space="preserve"> </w:t>
      </w:r>
      <w:r>
        <w:t>العينة</w:t>
      </w:r>
      <w:r>
        <w:t xml:space="preserve"> </w:t>
      </w:r>
      <w:r>
        <w:t>وسائل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 xml:space="preserve"> </w:t>
      </w:r>
      <w:r>
        <w:t>أكثر</w:t>
      </w:r>
      <w:r>
        <w:t xml:space="preserve"> </w:t>
      </w:r>
      <w:r>
        <w:t>من</w:t>
      </w:r>
      <w:r>
        <w:t xml:space="preserve"> 6 </w:t>
      </w:r>
      <w:r>
        <w:t>ساعات</w:t>
      </w:r>
      <w:r>
        <w:t xml:space="preserve"> </w:t>
      </w:r>
      <w:r>
        <w:t>يوميًا</w:t>
      </w:r>
      <w:r>
        <w:t>.</w:t>
      </w:r>
    </w:p>
    <w:p w14:paraId="25F193C6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كان</w:t>
      </w:r>
      <w:r>
        <w:t xml:space="preserve"> </w:t>
      </w:r>
      <w:r>
        <w:t>تيك</w:t>
      </w:r>
      <w:r>
        <w:t xml:space="preserve"> </w:t>
      </w:r>
      <w:r>
        <w:t>توك</w:t>
      </w:r>
      <w:r>
        <w:t xml:space="preserve"> </w:t>
      </w:r>
      <w:r>
        <w:t>المنصة</w:t>
      </w:r>
      <w:r>
        <w:t xml:space="preserve"> </w:t>
      </w:r>
      <w:r>
        <w:t>الأكثر</w:t>
      </w:r>
      <w:r>
        <w:t xml:space="preserve"> </w:t>
      </w:r>
      <w:r>
        <w:t>استخدامًا،</w:t>
      </w:r>
      <w:r>
        <w:t xml:space="preserve"> </w:t>
      </w:r>
      <w:r>
        <w:t>إذ</w:t>
      </w:r>
      <w:r>
        <w:t xml:space="preserve"> </w:t>
      </w:r>
      <w:r>
        <w:t>ظهر</w:t>
      </w:r>
      <w:r>
        <w:t xml:space="preserve"> </w:t>
      </w:r>
      <w:r>
        <w:t>لدى</w:t>
      </w:r>
      <w:r>
        <w:t xml:space="preserve"> 76 </w:t>
      </w:r>
      <w:r>
        <w:t>استجابة</w:t>
      </w:r>
      <w:r>
        <w:t xml:space="preserve"> </w:t>
      </w:r>
      <w:r>
        <w:t>بنسبة</w:t>
      </w:r>
      <w:r>
        <w:t xml:space="preserve"> 96.2%.</w:t>
      </w:r>
    </w:p>
    <w:p w14:paraId="3FBEE367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كان</w:t>
      </w:r>
      <w:r>
        <w:t xml:space="preserve"> </w:t>
      </w:r>
      <w:r>
        <w:t>تخصيص</w:t>
      </w:r>
      <w:r>
        <w:t xml:space="preserve"> </w:t>
      </w:r>
      <w:r>
        <w:t>المحتوى</w:t>
      </w:r>
      <w:r>
        <w:t xml:space="preserve"> </w:t>
      </w:r>
      <w:r>
        <w:t>أبرز</w:t>
      </w:r>
      <w:r>
        <w:t xml:space="preserve"> </w:t>
      </w:r>
      <w:r>
        <w:t>سبب</w:t>
      </w:r>
      <w:r>
        <w:t xml:space="preserve"> </w:t>
      </w:r>
      <w:r>
        <w:t>لاستخدام</w:t>
      </w:r>
      <w:r>
        <w:t xml:space="preserve"> </w:t>
      </w:r>
      <w:r>
        <w:t>الذكاء</w:t>
      </w:r>
      <w:r>
        <w:t xml:space="preserve"> </w:t>
      </w:r>
      <w:r>
        <w:t>الاصطناعي،</w:t>
      </w:r>
      <w:r>
        <w:t xml:space="preserve"> </w:t>
      </w:r>
      <w:r>
        <w:t>بنسبة</w:t>
      </w:r>
      <w:r>
        <w:t xml:space="preserve"> 70.9%.</w:t>
      </w:r>
    </w:p>
    <w:p w14:paraId="1926C368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أفاد</w:t>
      </w:r>
      <w:r>
        <w:t xml:space="preserve"> 97.5% </w:t>
      </w:r>
      <w:r>
        <w:t>من</w:t>
      </w:r>
      <w:r>
        <w:t xml:space="preserve"> </w:t>
      </w:r>
      <w:r>
        <w:t>أفراد</w:t>
      </w:r>
      <w:r>
        <w:t xml:space="preserve"> </w:t>
      </w:r>
      <w:r>
        <w:t>العينة</w:t>
      </w:r>
      <w:r>
        <w:t xml:space="preserve"> </w:t>
      </w:r>
      <w:r>
        <w:t>بأن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يسهل</w:t>
      </w:r>
      <w:r>
        <w:t xml:space="preserve"> </w:t>
      </w:r>
      <w:r>
        <w:t>العثور</w:t>
      </w:r>
      <w:r>
        <w:t xml:space="preserve"> </w:t>
      </w:r>
      <w:r>
        <w:t>على</w:t>
      </w:r>
      <w:r>
        <w:t xml:space="preserve"> </w:t>
      </w:r>
      <w:r>
        <w:t>المعلومات</w:t>
      </w:r>
      <w:r>
        <w:t xml:space="preserve"> </w:t>
      </w:r>
      <w:r>
        <w:t>المهمة</w:t>
      </w:r>
      <w:r>
        <w:t>.</w:t>
      </w:r>
    </w:p>
    <w:p w14:paraId="7F233037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أفاد</w:t>
      </w:r>
      <w:r>
        <w:t xml:space="preserve"> 60.8% </w:t>
      </w:r>
      <w:r>
        <w:t>من</w:t>
      </w:r>
      <w:r>
        <w:t xml:space="preserve"> </w:t>
      </w:r>
      <w:r>
        <w:t>أفراد</w:t>
      </w:r>
      <w:r>
        <w:t xml:space="preserve"> </w:t>
      </w:r>
      <w:r>
        <w:t>العينة</w:t>
      </w:r>
      <w:r>
        <w:t xml:space="preserve"> </w:t>
      </w:r>
      <w:r>
        <w:t>بأن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يؤثر</w:t>
      </w:r>
      <w:r>
        <w:t xml:space="preserve"> </w:t>
      </w:r>
      <w:r>
        <w:t>بشكل</w:t>
      </w:r>
      <w:r>
        <w:t xml:space="preserve"> </w:t>
      </w:r>
      <w:r>
        <w:t>واضح</w:t>
      </w:r>
      <w:r>
        <w:t xml:space="preserve"> </w:t>
      </w:r>
      <w:r>
        <w:t>على</w:t>
      </w:r>
      <w:r>
        <w:t xml:space="preserve"> </w:t>
      </w:r>
      <w:r>
        <w:t>سلوك</w:t>
      </w:r>
      <w:r>
        <w:t xml:space="preserve"> </w:t>
      </w:r>
      <w:r>
        <w:t>مستخدمي</w:t>
      </w:r>
      <w:r>
        <w:t xml:space="preserve"> </w:t>
      </w:r>
      <w:r>
        <w:t>وسائل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>.</w:t>
      </w:r>
    </w:p>
    <w:p w14:paraId="03FD9A1B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تظهر</w:t>
      </w:r>
      <w:r>
        <w:t xml:space="preserve"> </w:t>
      </w:r>
      <w:r>
        <w:t>البيانات</w:t>
      </w:r>
      <w:r>
        <w:t xml:space="preserve"> </w:t>
      </w:r>
      <w:r>
        <w:t>وجود</w:t>
      </w:r>
      <w:r>
        <w:t xml:space="preserve"> </w:t>
      </w:r>
      <w:r>
        <w:t>إدراك</w:t>
      </w:r>
      <w:r>
        <w:t xml:space="preserve"> </w:t>
      </w:r>
      <w:r>
        <w:t>مرتفع</w:t>
      </w:r>
      <w:r>
        <w:t xml:space="preserve"> </w:t>
      </w:r>
      <w:r>
        <w:t>لفائدة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في</w:t>
      </w:r>
      <w:r>
        <w:t xml:space="preserve"> </w:t>
      </w:r>
      <w:r>
        <w:t>تخصيص</w:t>
      </w:r>
      <w:r>
        <w:t xml:space="preserve"> </w:t>
      </w:r>
      <w:r>
        <w:t>المحتوى</w:t>
      </w:r>
      <w:r>
        <w:t xml:space="preserve"> </w:t>
      </w:r>
      <w:r>
        <w:t>والوصول</w:t>
      </w:r>
      <w:r>
        <w:t xml:space="preserve"> </w:t>
      </w:r>
      <w:r>
        <w:t>إلى</w:t>
      </w:r>
      <w:r>
        <w:t xml:space="preserve"> </w:t>
      </w:r>
      <w:r>
        <w:t>المعلومات،</w:t>
      </w:r>
      <w:r>
        <w:t xml:space="preserve"> </w:t>
      </w:r>
      <w:r>
        <w:t>مع</w:t>
      </w:r>
      <w:r>
        <w:t xml:space="preserve"> </w:t>
      </w:r>
      <w:r>
        <w:t>إدراك</w:t>
      </w:r>
      <w:r>
        <w:t xml:space="preserve"> </w:t>
      </w:r>
      <w:r>
        <w:t>واضح</w:t>
      </w:r>
      <w:r>
        <w:t xml:space="preserve"> </w:t>
      </w:r>
      <w:r>
        <w:t>لتأثيره</w:t>
      </w:r>
      <w:r>
        <w:t xml:space="preserve"> </w:t>
      </w:r>
      <w:r>
        <w:t>السلوكي</w:t>
      </w:r>
      <w:r>
        <w:t>.</w:t>
      </w:r>
    </w:p>
    <w:p w14:paraId="330DB57B" w14:textId="77777777" w:rsidR="00D457B9" w:rsidRDefault="008A53E0">
      <w:pPr>
        <w:spacing w:before="200"/>
        <w:jc w:val="right"/>
      </w:pPr>
      <w:r>
        <w:rPr>
          <w:b/>
          <w:sz w:val="34"/>
        </w:rPr>
        <w:lastRenderedPageBreak/>
        <w:t xml:space="preserve">2.4 </w:t>
      </w:r>
      <w:r>
        <w:rPr>
          <w:b/>
          <w:sz w:val="34"/>
        </w:rPr>
        <w:t>توصيات</w:t>
      </w:r>
      <w:r>
        <w:rPr>
          <w:b/>
          <w:sz w:val="34"/>
        </w:rPr>
        <w:t xml:space="preserve"> </w:t>
      </w:r>
      <w:r>
        <w:rPr>
          <w:b/>
          <w:sz w:val="34"/>
        </w:rPr>
        <w:t>الدراسة</w:t>
      </w:r>
    </w:p>
    <w:p w14:paraId="2FF807F3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تعزيز</w:t>
      </w:r>
      <w:r>
        <w:t xml:space="preserve"> </w:t>
      </w:r>
      <w:r>
        <w:t>الوعي</w:t>
      </w:r>
      <w:r>
        <w:t xml:space="preserve"> </w:t>
      </w:r>
      <w:r>
        <w:t>لدى</w:t>
      </w:r>
      <w:r>
        <w:t xml:space="preserve"> </w:t>
      </w:r>
      <w:r>
        <w:t>المستخدمين</w:t>
      </w:r>
      <w:r>
        <w:t xml:space="preserve"> </w:t>
      </w:r>
      <w:r>
        <w:t>بكيفية</w:t>
      </w:r>
      <w:r>
        <w:t xml:space="preserve"> </w:t>
      </w:r>
      <w:r>
        <w:t>عمل</w:t>
      </w:r>
      <w:r>
        <w:t xml:space="preserve"> </w:t>
      </w:r>
      <w:r>
        <w:t>خوارزميات</w:t>
      </w:r>
      <w:r>
        <w:t xml:space="preserve"> </w:t>
      </w:r>
      <w:r>
        <w:t>التوصية</w:t>
      </w:r>
      <w:r>
        <w:t xml:space="preserve"> </w:t>
      </w:r>
      <w:r>
        <w:t>وتخصيص</w:t>
      </w:r>
      <w:r>
        <w:t xml:space="preserve"> </w:t>
      </w:r>
      <w:r>
        <w:t>المحتوى</w:t>
      </w:r>
      <w:r>
        <w:t>.</w:t>
      </w:r>
    </w:p>
    <w:p w14:paraId="5955CE11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تشجيع</w:t>
      </w:r>
      <w:r>
        <w:t xml:space="preserve"> </w:t>
      </w:r>
      <w:r>
        <w:t>المستخدم</w:t>
      </w:r>
      <w:r>
        <w:t xml:space="preserve"> </w:t>
      </w:r>
      <w:r>
        <w:t>على</w:t>
      </w:r>
      <w:r>
        <w:t xml:space="preserve"> </w:t>
      </w:r>
      <w:r>
        <w:t>تنويع</w:t>
      </w:r>
      <w:r>
        <w:t xml:space="preserve"> </w:t>
      </w:r>
      <w:r>
        <w:t>مصادر</w:t>
      </w:r>
      <w:r>
        <w:t xml:space="preserve"> </w:t>
      </w:r>
      <w:r>
        <w:t>المعلومات</w:t>
      </w:r>
      <w:r>
        <w:t xml:space="preserve"> </w:t>
      </w:r>
      <w:r>
        <w:t>وعدم</w:t>
      </w:r>
      <w:r>
        <w:t xml:space="preserve"> </w:t>
      </w:r>
      <w:r>
        <w:t>الاعتماد</w:t>
      </w:r>
      <w:r>
        <w:t xml:space="preserve"> </w:t>
      </w:r>
      <w:r>
        <w:t>الكامل</w:t>
      </w:r>
      <w:r>
        <w:t xml:space="preserve"> </w:t>
      </w:r>
      <w:r>
        <w:t>على</w:t>
      </w:r>
      <w:r>
        <w:t xml:space="preserve"> </w:t>
      </w:r>
      <w:r>
        <w:t>المحتوى</w:t>
      </w:r>
      <w:r>
        <w:t xml:space="preserve"> </w:t>
      </w:r>
      <w:r>
        <w:t>الذي</w:t>
      </w:r>
      <w:r>
        <w:t xml:space="preserve"> </w:t>
      </w:r>
      <w:r>
        <w:t>تقترحه</w:t>
      </w:r>
      <w:r>
        <w:t xml:space="preserve"> </w:t>
      </w:r>
      <w:r>
        <w:t>الخوارزميات</w:t>
      </w:r>
      <w:r>
        <w:t>.</w:t>
      </w:r>
    </w:p>
    <w:p w14:paraId="4BCF4561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تعزيز</w:t>
      </w:r>
      <w:r>
        <w:t xml:space="preserve"> </w:t>
      </w:r>
      <w:r>
        <w:t>الشفافية</w:t>
      </w:r>
      <w:r>
        <w:t xml:space="preserve"> </w:t>
      </w:r>
      <w:r>
        <w:t>في</w:t>
      </w:r>
      <w:r>
        <w:t xml:space="preserve"> </w:t>
      </w:r>
      <w:r>
        <w:t>استخدام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داخل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>.</w:t>
      </w:r>
    </w:p>
    <w:p w14:paraId="69A586F5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الاهتمام</w:t>
      </w:r>
      <w:r>
        <w:t xml:space="preserve"> </w:t>
      </w:r>
      <w:r>
        <w:t>بجودة</w:t>
      </w:r>
      <w:r>
        <w:t xml:space="preserve"> </w:t>
      </w:r>
      <w:r>
        <w:t>وموثوقية</w:t>
      </w:r>
      <w:r>
        <w:t xml:space="preserve"> </w:t>
      </w:r>
      <w:r>
        <w:t>المعلومات</w:t>
      </w:r>
      <w:r>
        <w:t xml:space="preserve"> </w:t>
      </w:r>
      <w:r>
        <w:t>التي</w:t>
      </w:r>
      <w:r>
        <w:t xml:space="preserve"> </w:t>
      </w:r>
      <w:r>
        <w:t>تصل</w:t>
      </w:r>
      <w:r>
        <w:t xml:space="preserve"> </w:t>
      </w:r>
      <w:r>
        <w:t>إلى</w:t>
      </w:r>
      <w:r>
        <w:t xml:space="preserve"> </w:t>
      </w:r>
      <w:r>
        <w:t>المستخدم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الأنظمة</w:t>
      </w:r>
      <w:r>
        <w:t xml:space="preserve"> </w:t>
      </w:r>
      <w:r>
        <w:t>الذكية</w:t>
      </w:r>
      <w:r>
        <w:t>.</w:t>
      </w:r>
    </w:p>
    <w:p w14:paraId="0E37545A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رفع</w:t>
      </w:r>
      <w:r>
        <w:t xml:space="preserve"> </w:t>
      </w:r>
      <w:r>
        <w:t>الوعي</w:t>
      </w:r>
      <w:r>
        <w:t xml:space="preserve"> </w:t>
      </w:r>
      <w:r>
        <w:t>بالآثار</w:t>
      </w:r>
      <w:r>
        <w:t xml:space="preserve"> </w:t>
      </w:r>
      <w:r>
        <w:t>المحتملة</w:t>
      </w:r>
      <w:r>
        <w:t xml:space="preserve"> </w:t>
      </w:r>
      <w:r>
        <w:t>للمحتوى</w:t>
      </w:r>
      <w:r>
        <w:t xml:space="preserve"> </w:t>
      </w:r>
      <w:r>
        <w:t>المخصص</w:t>
      </w:r>
      <w:r>
        <w:t xml:space="preserve"> </w:t>
      </w:r>
      <w:r>
        <w:t>في</w:t>
      </w:r>
      <w:r>
        <w:t xml:space="preserve"> </w:t>
      </w:r>
      <w:r>
        <w:t>تشكيل</w:t>
      </w:r>
      <w:r>
        <w:t xml:space="preserve"> </w:t>
      </w:r>
      <w:r>
        <w:t>التفاعل</w:t>
      </w:r>
      <w:r>
        <w:t xml:space="preserve"> </w:t>
      </w:r>
      <w:r>
        <w:t>والآراء</w:t>
      </w:r>
      <w:r>
        <w:t xml:space="preserve"> </w:t>
      </w:r>
      <w:r>
        <w:t>والاتجاهات</w:t>
      </w:r>
      <w:r>
        <w:t>.</w:t>
      </w:r>
    </w:p>
    <w:p w14:paraId="7BABB105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إجراء</w:t>
      </w:r>
      <w:r>
        <w:t xml:space="preserve"> </w:t>
      </w:r>
      <w:r>
        <w:t>دراسات</w:t>
      </w:r>
      <w:r>
        <w:t xml:space="preserve"> </w:t>
      </w:r>
      <w:r>
        <w:t>مستقبلية</w:t>
      </w:r>
      <w:r>
        <w:t xml:space="preserve"> </w:t>
      </w:r>
      <w:r>
        <w:t>تستخدم</w:t>
      </w:r>
      <w:r>
        <w:t xml:space="preserve"> </w:t>
      </w:r>
      <w:r>
        <w:t>مقاييس</w:t>
      </w:r>
      <w:r>
        <w:t xml:space="preserve"> </w:t>
      </w:r>
      <w:r>
        <w:t>متعددة</w:t>
      </w:r>
      <w:r>
        <w:t xml:space="preserve"> </w:t>
      </w:r>
      <w:r>
        <w:t>البنود</w:t>
      </w:r>
      <w:r>
        <w:t xml:space="preserve"> </w:t>
      </w:r>
      <w:r>
        <w:t>لقياس</w:t>
      </w:r>
      <w:r>
        <w:t xml:space="preserve"> </w:t>
      </w:r>
      <w:r>
        <w:t>السلوك</w:t>
      </w:r>
      <w:r>
        <w:t xml:space="preserve"> </w:t>
      </w:r>
      <w:r>
        <w:t>والتأثر</w:t>
      </w:r>
      <w:r>
        <w:t xml:space="preserve"> </w:t>
      </w:r>
      <w:r>
        <w:t>بالذكاء</w:t>
      </w:r>
      <w:r>
        <w:t xml:space="preserve"> </w:t>
      </w:r>
      <w:r>
        <w:t>الاصطناعي</w:t>
      </w:r>
      <w:r>
        <w:t xml:space="preserve"> </w:t>
      </w:r>
      <w:r>
        <w:t>بصورة</w:t>
      </w:r>
      <w:r>
        <w:t xml:space="preserve"> </w:t>
      </w:r>
      <w:r>
        <w:t>أدق</w:t>
      </w:r>
      <w:r>
        <w:t>.</w:t>
      </w:r>
    </w:p>
    <w:p w14:paraId="04B31318" w14:textId="77777777" w:rsidR="00D457B9" w:rsidRDefault="008A53E0" w:rsidP="00BF6934">
      <w:pPr>
        <w:spacing w:before="200"/>
        <w:jc w:val="right"/>
      </w:pPr>
      <w:r>
        <w:rPr>
          <w:b/>
          <w:sz w:val="34"/>
        </w:rPr>
        <w:t xml:space="preserve">3.4 </w:t>
      </w:r>
      <w:r>
        <w:rPr>
          <w:b/>
          <w:sz w:val="34"/>
        </w:rPr>
        <w:t>مقترحات</w:t>
      </w:r>
      <w:r>
        <w:rPr>
          <w:b/>
          <w:sz w:val="34"/>
        </w:rPr>
        <w:t xml:space="preserve"> </w:t>
      </w:r>
      <w:r>
        <w:rPr>
          <w:b/>
          <w:sz w:val="34"/>
        </w:rPr>
        <w:t>لدراسات</w:t>
      </w:r>
      <w:r>
        <w:rPr>
          <w:b/>
          <w:sz w:val="34"/>
        </w:rPr>
        <w:t xml:space="preserve"> </w:t>
      </w:r>
      <w:r>
        <w:rPr>
          <w:b/>
          <w:sz w:val="34"/>
        </w:rPr>
        <w:t>مستقبلية</w:t>
      </w:r>
    </w:p>
    <w:p w14:paraId="64F02003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دراسة</w:t>
      </w:r>
      <w:r>
        <w:t xml:space="preserve"> </w:t>
      </w:r>
      <w:r>
        <w:t>تجريبية</w:t>
      </w:r>
      <w:r>
        <w:t xml:space="preserve"> </w:t>
      </w:r>
      <w:r>
        <w:t>لقياس</w:t>
      </w:r>
      <w:r>
        <w:t xml:space="preserve"> </w:t>
      </w:r>
      <w:r>
        <w:t>أثر</w:t>
      </w:r>
      <w:r>
        <w:t xml:space="preserve"> </w:t>
      </w:r>
      <w:r>
        <w:t>خوارزميات</w:t>
      </w:r>
      <w:r>
        <w:t xml:space="preserve"> </w:t>
      </w:r>
      <w:r>
        <w:t>التوصية</w:t>
      </w:r>
      <w:r>
        <w:t xml:space="preserve"> </w:t>
      </w:r>
      <w:r>
        <w:t>في</w:t>
      </w:r>
      <w:r>
        <w:t xml:space="preserve"> </w:t>
      </w:r>
      <w:r>
        <w:t>مدة</w:t>
      </w:r>
      <w:r>
        <w:t xml:space="preserve"> </w:t>
      </w:r>
      <w:r>
        <w:t>استخدام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>.</w:t>
      </w:r>
    </w:p>
    <w:p w14:paraId="6B08F7F1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دراسة</w:t>
      </w:r>
      <w:r>
        <w:t xml:space="preserve"> </w:t>
      </w:r>
      <w:r>
        <w:t>العلاقة</w:t>
      </w:r>
      <w:r>
        <w:t xml:space="preserve"> </w:t>
      </w:r>
      <w:r>
        <w:t>بين</w:t>
      </w:r>
      <w:r>
        <w:t xml:space="preserve"> </w:t>
      </w:r>
      <w:r>
        <w:t>التخصيص</w:t>
      </w:r>
      <w:r>
        <w:t xml:space="preserve"> </w:t>
      </w:r>
      <w:r>
        <w:t>بالذكاء</w:t>
      </w:r>
      <w:r>
        <w:t xml:space="preserve"> </w:t>
      </w:r>
      <w:r>
        <w:t>الاصطناعي</w:t>
      </w:r>
      <w:r>
        <w:t xml:space="preserve"> </w:t>
      </w:r>
      <w:r>
        <w:t>وتشكيل</w:t>
      </w:r>
      <w:r>
        <w:t xml:space="preserve"> </w:t>
      </w:r>
      <w:r>
        <w:t>آراء</w:t>
      </w:r>
      <w:r>
        <w:t xml:space="preserve"> </w:t>
      </w:r>
      <w:r>
        <w:t>المستخدمين</w:t>
      </w:r>
      <w:r>
        <w:t>.</w:t>
      </w:r>
    </w:p>
    <w:p w14:paraId="521CC51F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مقارنة</w:t>
      </w:r>
      <w:r>
        <w:t xml:space="preserve"> </w:t>
      </w:r>
      <w:r>
        <w:t>أثر</w:t>
      </w:r>
      <w:r>
        <w:t xml:space="preserve"> </w:t>
      </w:r>
      <w:r>
        <w:t>الذكاء</w:t>
      </w:r>
      <w:r>
        <w:t xml:space="preserve"> </w:t>
      </w:r>
      <w:r>
        <w:t>الاصطناعي</w:t>
      </w:r>
      <w:r>
        <w:t xml:space="preserve"> </w:t>
      </w:r>
      <w:r>
        <w:t>في</w:t>
      </w:r>
      <w:r>
        <w:t xml:space="preserve"> </w:t>
      </w:r>
      <w:r>
        <w:t>السلوك</w:t>
      </w:r>
      <w:r>
        <w:t xml:space="preserve"> </w:t>
      </w:r>
      <w:r>
        <w:t>بين</w:t>
      </w:r>
      <w:r>
        <w:t xml:space="preserve"> </w:t>
      </w:r>
      <w:r>
        <w:t>مستخدمي</w:t>
      </w:r>
      <w:r>
        <w:t xml:space="preserve"> TikTok </w:t>
      </w:r>
      <w:r>
        <w:t>و</w:t>
      </w:r>
      <w:r>
        <w:t xml:space="preserve">Instagram </w:t>
      </w:r>
      <w:r>
        <w:t>و</w:t>
      </w:r>
      <w:r>
        <w:t>Snapchat.</w:t>
      </w:r>
    </w:p>
    <w:p w14:paraId="34C317BF" w14:textId="77777777" w:rsidR="00D457B9" w:rsidRDefault="008A53E0" w:rsidP="00BF6934">
      <w:pPr>
        <w:spacing w:line="360" w:lineRule="auto"/>
        <w:jc w:val="right"/>
      </w:pPr>
      <w:r>
        <w:t xml:space="preserve">• </w:t>
      </w:r>
      <w:r>
        <w:t>دراسة</w:t>
      </w:r>
      <w:r>
        <w:t xml:space="preserve"> </w:t>
      </w:r>
      <w:r>
        <w:t>أثر</w:t>
      </w:r>
      <w:r>
        <w:t xml:space="preserve"> </w:t>
      </w:r>
      <w:r>
        <w:t>الإعلانات</w:t>
      </w:r>
      <w:r>
        <w:t xml:space="preserve"> </w:t>
      </w:r>
      <w:r>
        <w:t>المدعومة</w:t>
      </w:r>
      <w:r>
        <w:t xml:space="preserve"> </w:t>
      </w:r>
      <w:r>
        <w:t>بالذكاء</w:t>
      </w:r>
      <w:r>
        <w:t xml:space="preserve"> </w:t>
      </w:r>
      <w:r>
        <w:t>الاصطناعي</w:t>
      </w:r>
      <w:r>
        <w:t xml:space="preserve"> </w:t>
      </w:r>
      <w:r>
        <w:t>على</w:t>
      </w:r>
      <w:r>
        <w:t xml:space="preserve"> </w:t>
      </w:r>
      <w:r>
        <w:t>قرارات</w:t>
      </w:r>
      <w:r>
        <w:t xml:space="preserve"> </w:t>
      </w:r>
      <w:r>
        <w:t>الشراء</w:t>
      </w:r>
      <w:r>
        <w:t>.</w:t>
      </w:r>
    </w:p>
    <w:p w14:paraId="3B72B9ED" w14:textId="2E7418F3" w:rsidR="00D457B9" w:rsidRDefault="008A53E0" w:rsidP="00BF6934">
      <w:pPr>
        <w:spacing w:line="360" w:lineRule="auto"/>
        <w:jc w:val="right"/>
      </w:pPr>
      <w:r>
        <w:t xml:space="preserve">• </w:t>
      </w:r>
      <w:proofErr w:type="spellStart"/>
      <w:r>
        <w:t>استخدام</w:t>
      </w:r>
      <w:proofErr w:type="spellEnd"/>
      <w:r>
        <w:t xml:space="preserve"> </w:t>
      </w:r>
      <w:proofErr w:type="spellStart"/>
      <w:r>
        <w:t>عينات</w:t>
      </w:r>
      <w:proofErr w:type="spellEnd"/>
      <w:r>
        <w:t xml:space="preserve"> </w:t>
      </w:r>
      <w:proofErr w:type="spellStart"/>
      <w:r>
        <w:t>أكبر</w:t>
      </w:r>
      <w:proofErr w:type="spellEnd"/>
      <w:r>
        <w:t xml:space="preserve"> </w:t>
      </w:r>
      <w:proofErr w:type="spellStart"/>
      <w:r>
        <w:t>وأكثر</w:t>
      </w:r>
      <w:proofErr w:type="spellEnd"/>
      <w:r>
        <w:t xml:space="preserve"> </w:t>
      </w:r>
      <w:r>
        <w:t>توازنًا</w:t>
      </w:r>
      <w:r>
        <w:t xml:space="preserve"> </w:t>
      </w:r>
      <w:r>
        <w:t>من</w:t>
      </w:r>
      <w:r>
        <w:t xml:space="preserve"> </w:t>
      </w:r>
      <w:r>
        <w:t>حيث</w:t>
      </w:r>
      <w:r>
        <w:t xml:space="preserve"> </w:t>
      </w:r>
      <w:proofErr w:type="spellStart"/>
      <w:r>
        <w:t>الجنس</w:t>
      </w:r>
      <w:proofErr w:type="spellEnd"/>
      <w:r>
        <w:t xml:space="preserve"> </w:t>
      </w:r>
      <w:proofErr w:type="spellStart"/>
      <w:r>
        <w:t>والعمر</w:t>
      </w:r>
      <w:proofErr w:type="spellEnd"/>
      <w:r>
        <w:t xml:space="preserve"> </w:t>
      </w:r>
      <w:proofErr w:type="spellStart"/>
      <w:r>
        <w:t>والمؤهل</w:t>
      </w:r>
      <w:proofErr w:type="spellEnd"/>
      <w:r>
        <w:t xml:space="preserve"> </w:t>
      </w:r>
      <w:proofErr w:type="spellStart"/>
      <w:r>
        <w:t>العلمي</w:t>
      </w:r>
      <w:proofErr w:type="spellEnd"/>
      <w:r>
        <w:t>.</w:t>
      </w:r>
    </w:p>
    <w:p w14:paraId="63F454F6" w14:textId="77777777" w:rsidR="00BF6934" w:rsidRDefault="00BF6934" w:rsidP="00BF6934">
      <w:pPr>
        <w:spacing w:line="360" w:lineRule="auto"/>
        <w:jc w:val="right"/>
      </w:pPr>
    </w:p>
    <w:p w14:paraId="673945A3" w14:textId="77777777" w:rsidR="00BF6934" w:rsidRDefault="00BF6934" w:rsidP="00BF6934">
      <w:pPr>
        <w:spacing w:line="360" w:lineRule="auto"/>
        <w:jc w:val="right"/>
      </w:pPr>
    </w:p>
    <w:p w14:paraId="538C8EE6" w14:textId="77777777" w:rsidR="00BF6934" w:rsidRDefault="00BF6934" w:rsidP="00BF6934">
      <w:pPr>
        <w:spacing w:line="360" w:lineRule="auto"/>
        <w:jc w:val="right"/>
      </w:pPr>
    </w:p>
    <w:p w14:paraId="5102852F" w14:textId="77777777" w:rsidR="00BF6934" w:rsidRDefault="00BF6934" w:rsidP="00BF6934">
      <w:pPr>
        <w:spacing w:line="360" w:lineRule="auto"/>
        <w:jc w:val="right"/>
      </w:pPr>
    </w:p>
    <w:p w14:paraId="16678F73" w14:textId="77777777" w:rsidR="00BF6934" w:rsidRDefault="00BF6934" w:rsidP="00BF6934">
      <w:pPr>
        <w:spacing w:line="360" w:lineRule="auto"/>
        <w:jc w:val="right"/>
      </w:pPr>
    </w:p>
    <w:p w14:paraId="3B539423" w14:textId="77777777" w:rsidR="00D457B9" w:rsidRDefault="008A53E0">
      <w:pPr>
        <w:spacing w:line="360" w:lineRule="auto"/>
        <w:jc w:val="center"/>
        <w:rPr>
          <w:b/>
        </w:rPr>
      </w:pPr>
      <w:proofErr w:type="spellStart"/>
      <w:r>
        <w:rPr>
          <w:b/>
        </w:rPr>
        <w:lastRenderedPageBreak/>
        <w:t>المراجع</w:t>
      </w:r>
      <w:proofErr w:type="spellEnd"/>
    </w:p>
    <w:p w14:paraId="72C9454A" w14:textId="77777777" w:rsidR="00BF6934" w:rsidRDefault="00BF6934">
      <w:pPr>
        <w:spacing w:line="360" w:lineRule="auto"/>
        <w:jc w:val="center"/>
      </w:pPr>
    </w:p>
    <w:p w14:paraId="3744D5DE" w14:textId="77777777" w:rsidR="00BF6934" w:rsidRDefault="00BF6934">
      <w:pPr>
        <w:spacing w:line="360" w:lineRule="auto"/>
        <w:jc w:val="center"/>
      </w:pPr>
    </w:p>
    <w:p w14:paraId="1066D0CB" w14:textId="77777777" w:rsidR="00D457B9" w:rsidRDefault="008A53E0">
      <w:pPr>
        <w:spacing w:line="360" w:lineRule="auto"/>
        <w:jc w:val="both"/>
      </w:pPr>
      <w:r>
        <w:t>Aliberti, L., D’Aniello, G., &amp; Gaeta, M. (2026). Situation-aware recommender systems: A systematic review and framework for trustworthy recommendations. Artificial Intelligence Review, 59, 101. https://doi.org/10.1007/s10462-026-11503-y</w:t>
      </w:r>
      <w:r>
        <w:br/>
      </w:r>
      <w:r>
        <w:br/>
      </w:r>
      <w:r>
        <w:t>Fabbri, M., Jia, J., Jerez Arnau, P., &amp; Wörndl, W. (2026). Feeding the (short-video) feed: A design proposal for user control of social media recommender systems under the Digital Services Act. International Journal of Human-Computer Studies, 214, 103811. https://doi.org/10.1016/j.ijhcs.2026.103811</w:t>
      </w:r>
      <w:r>
        <w:br/>
      </w:r>
      <w:r>
        <w:br/>
      </w:r>
      <w:r>
        <w:t>Geber, S., &amp; Stahel, L. (2026). Recommended to you: An experimental study of normative influences from algorithmic and social recommendations on social media. AI &amp; SOCIETY. https://doi.org/10.1007/s00146-026-02952-8</w:t>
      </w:r>
      <w:r>
        <w:br/>
      </w:r>
      <w:r>
        <w:br/>
        <w:t>Haque, A. K. B., Islam, N., &amp; Mikalef, P. (2025). To explain or not to explain: An empirical investigation of AI-based recommendations on social media platforms. Electronic Markets, 35, 2. https://doi.org/10.1007/s12525-024-00741-z</w:t>
      </w:r>
      <w:r>
        <w:br/>
      </w:r>
      <w:r>
        <w:br/>
      </w:r>
      <w:r>
        <w:t xml:space="preserve">Huang, Y., &amp; Liu, L. (2025). The impact of algorithm awareness on the acceptance of personalized social media content recommendation based </w:t>
      </w:r>
      <w:r>
        <w:lastRenderedPageBreak/>
        <w:t>on the technology acceptance model. Acta Psychologica, 259, 105383. https://doi.org/10.1016/j.actpsy.2025.105383</w:t>
      </w:r>
      <w:r>
        <w:br/>
      </w:r>
      <w:r>
        <w:br/>
        <w:t>Kim, T., &amp; Im, I. (2025). Understanding users’ AI manipulation intention: An empirical investigation of the antecedents in the context of AI recommendation algorithms. Information &amp; Management, 62(1), 104061. https://doi.org/10.1016/j.im.2024.104061</w:t>
      </w:r>
      <w:r>
        <w:br/>
      </w:r>
      <w:r>
        <w:br/>
      </w:r>
      <w:r>
        <w:t>Pariser, E. (2011). The filter bubble: What the Internet is hiding from you. Penguin Press.</w:t>
      </w:r>
      <w:r>
        <w:br/>
      </w:r>
      <w:r>
        <w:br/>
        <w:t>Pujahari, A., &amp; Sisodia, D. S. (2017). Recommender systems for online and mobile social networks: A survey. Online Social Networks and Media, 3–4, 75–97. https://doi.org/10.1016/j.osnem.2017.10.005</w:t>
      </w:r>
      <w:r>
        <w:br/>
      </w:r>
      <w:r>
        <w:br/>
        <w:t>Ricci, F., Rokach, L., &amp; Shapira, B. (Eds.). (2022). Recommender systems handbook (3rd ed.). Springer. https://doi.org/10.1007/978-1-0716-2197-4</w:t>
      </w:r>
      <w:r>
        <w:br/>
      </w:r>
      <w:r>
        <w:br/>
      </w:r>
      <w:r>
        <w:t>Seeger, F., Wessel, M., &amp; Lehrer, C. (2026). AI content labeling and user engagement on social media: The role of AI level, content type, and disclosure timing. Electronic Markets, 36, 31. https://doi.org/10.1007/s12525-026-00883-2</w:t>
      </w:r>
      <w:r>
        <w:br/>
      </w:r>
      <w:r>
        <w:br/>
        <w:t>UNESCO. (2022). Recommendation on the ethics of artificial intelligence. United Nations Educational, Scientific and Cultural Organization.</w:t>
      </w:r>
      <w:r>
        <w:br/>
      </w:r>
      <w:r>
        <w:br/>
      </w:r>
      <w:r>
        <w:t xml:space="preserve">Wang, M. (2025). Personalized recommendation service of social media </w:t>
      </w:r>
      <w:r>
        <w:lastRenderedPageBreak/>
        <w:t>based on collaborative filtering and gene map. DIGITAL HEALTH, 11, 1–12. https://doi.org/10.1177/18724981251346889</w:t>
      </w:r>
      <w:r>
        <w:br/>
      </w:r>
      <w:r>
        <w:br/>
        <w:t>Wang, D., et al. (2023). A scoping review of personalized user experiences on social media: The interplay between algorithms and human factors. Computers in Human Behavior Reports, 9, 100253. https://doi.org/10.1016/j.chbr.2022.100253</w:t>
      </w:r>
    </w:p>
    <w:sectPr w:rsidR="00D457B9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37921055">
    <w:abstractNumId w:val="8"/>
  </w:num>
  <w:num w:numId="2" w16cid:durableId="8677038">
    <w:abstractNumId w:val="6"/>
  </w:num>
  <w:num w:numId="3" w16cid:durableId="142551456">
    <w:abstractNumId w:val="5"/>
  </w:num>
  <w:num w:numId="4" w16cid:durableId="1346053085">
    <w:abstractNumId w:val="4"/>
  </w:num>
  <w:num w:numId="5" w16cid:durableId="1907109043">
    <w:abstractNumId w:val="7"/>
  </w:num>
  <w:num w:numId="6" w16cid:durableId="1318074421">
    <w:abstractNumId w:val="3"/>
  </w:num>
  <w:num w:numId="7" w16cid:durableId="1793283367">
    <w:abstractNumId w:val="2"/>
  </w:num>
  <w:num w:numId="8" w16cid:durableId="105854998">
    <w:abstractNumId w:val="1"/>
  </w:num>
  <w:num w:numId="9" w16cid:durableId="1764572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3DC5"/>
    <w:rsid w:val="0015074B"/>
    <w:rsid w:val="0029639D"/>
    <w:rsid w:val="00326F90"/>
    <w:rsid w:val="003F65EA"/>
    <w:rsid w:val="004A466B"/>
    <w:rsid w:val="006D3D81"/>
    <w:rsid w:val="009C25AE"/>
    <w:rsid w:val="00AA1D8D"/>
    <w:rsid w:val="00B47730"/>
    <w:rsid w:val="00BF6253"/>
    <w:rsid w:val="00BF6934"/>
    <w:rsid w:val="00CB0664"/>
    <w:rsid w:val="00D457B9"/>
    <w:rsid w:val="00DD490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276BB1"/>
  <w14:defaultImageDpi w14:val="300"/>
  <w15:docId w15:val="{3C99B438-0A31-40B4-AF3F-3C6D19F7E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hAnsi="Arial"/>
      <w:sz w:val="28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13">
    <w:name w:val="Plain Table 1"/>
    <w:basedOn w:val="a3"/>
    <w:uiPriority w:val="99"/>
    <w:rsid w:val="004A466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0">
    <w:name w:val="Plain Table 4"/>
    <w:basedOn w:val="a3"/>
    <w:uiPriority w:val="99"/>
    <w:rsid w:val="004A466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24</Pages>
  <Words>2596</Words>
  <Characters>14798</Characters>
  <Application>Microsoft Office Word</Application>
  <DocSecurity>0</DocSecurity>
  <Lines>123</Lines>
  <Paragraphs>34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17360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haneen abed</cp:lastModifiedBy>
  <cp:revision>2</cp:revision>
  <dcterms:created xsi:type="dcterms:W3CDTF">2026-08-15T07:32:00Z</dcterms:created>
  <dcterms:modified xsi:type="dcterms:W3CDTF">2026-08-15T07:32:00Z</dcterms:modified>
  <cp:category/>
</cp:coreProperties>
</file>