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716" w:rsidRPr="00BB2716" w:rsidRDefault="00BB2716" w:rsidP="00BB2716">
      <w:pPr>
        <w:keepNext/>
        <w:keepLines/>
        <w:pageBreakBefore/>
        <w:bidi/>
        <w:spacing w:before="4000" w:after="480" w:line="240" w:lineRule="auto"/>
        <w:jc w:val="center"/>
        <w:outlineLvl w:val="0"/>
        <w:rPr>
          <w:rFonts w:ascii="Simplified Arabic" w:eastAsia="MS Mincho" w:hAnsi="Simplified Arabic" w:cs="Simplified Arabic"/>
          <w:b/>
          <w:bCs/>
          <w:color w:val="365F91"/>
          <w:sz w:val="40"/>
          <w:szCs w:val="40"/>
        </w:rPr>
      </w:pPr>
      <w:bookmarkStart w:id="0" w:name="h_6000"/>
      <w:r w:rsidRPr="00BB2716">
        <w:rPr>
          <w:rFonts w:ascii="Simplified Arabic" w:eastAsia="Simplified Arabic" w:hAnsi="Simplified Arabic" w:cs="Simplified Arabic" w:hint="cs"/>
          <w:b/>
          <w:bCs/>
          <w:color w:val="365F91"/>
          <w:sz w:val="64"/>
          <w:szCs w:val="64"/>
          <w:rtl/>
        </w:rPr>
        <w:t>الفصل الأول: الإطار العام للبحث</w:t>
      </w:r>
      <w:bookmarkEnd w:id="0"/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1" w:name="h_6001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المقدمة</w:t>
      </w:r>
      <w:bookmarkEnd w:id="1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يشهد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المعاصر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تحولات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متسارعة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نتيجة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الصناعية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الرابعة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رافقها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تكنولوجي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مسبوق،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أصبح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ضرورة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خياراً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تنافسياً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بالنسبة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الاستمرار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امتد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مختلف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وظائف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أبرزها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انتقلت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كونها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وظيفة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تقليدية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تركز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الإجراءات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الروتينية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شريك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والذكاء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الاصطناعي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وتحليلات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الضخمة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دعم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اتخاذ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اهتماماً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بالغاً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باعتباره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أحد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الركائز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الأساسية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اقتصاد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متطور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يقوم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المعرفة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والابتكار،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ورفع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والخاص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مختلف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مجالات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ركزت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رأس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وتعزيز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جاهزيته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يمكّن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المنافسة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إقليمياً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وعالمياً،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ينسجم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مستهدفات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برنامج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وبرنامج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الوطني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وتُعدّ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المجالات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استفادت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أسهمت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إعادة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تشكيل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وبرامج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التعويضات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والمزايا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أثبتت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تتبنى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متقدمة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أداءً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مؤسسياً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بنظيراتها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التقليدية،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شريطة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تتوفر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لديها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ملائمة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للعاملين،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الداعمة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للتغيير،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وتتخذ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وشركاتها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حالةً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تضم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أنشطة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التجزئة،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ومصنع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التنظيف،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وتجارة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الملابس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بالجملة،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والمتجر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اختبار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المعدِّل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يقدم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إسهاماً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علمياً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وعملياً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المجال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2" w:name="h_6002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مشكلة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2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الرغم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تزايد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استثمارات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استجابةً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لمتطلبات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هناك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واضحة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امتلاك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الفعلي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فكثير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تستثمر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متقدمة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تنعكس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مباشر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والتشغيلي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ورضا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ونمو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الموظفين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وتبرز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المشكلة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بوضوح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يتفاوت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النضج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الشركات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للمجموعة،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فالمتجر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كبير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بحكم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طبيعة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نشاطه،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شركات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التجزئة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ومصنع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وتجارة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الملابس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بالجملة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متباينة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التطبيق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التفاوت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يخلق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حقيقياً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الفعلي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موحّد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يلاحظ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بمخرجات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وضعف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معدِّلاً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وتزداد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وضوحاً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باستخدام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وبالتحديد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وبناءً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سبق،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يمكن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صياغة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السؤال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الرئيس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النحو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الآتي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>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تعزيز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العلاقة؟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»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3" w:name="h_6003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1.3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أسئلة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3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انبثقت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السؤال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الرئيس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الأسئلة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الفرعية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1.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تطبيق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بالمجموعة؟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المتوازن؟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3.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طبيعة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المؤسسي؟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4.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المباشر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المجموعة؟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5.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تعدل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المؤسسي؟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4" w:name="h_6004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1.4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أهداف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4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يتمثل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تعزيز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الكشف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معدِّل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وينبثق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الهدف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الرئيس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الفرعية،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1.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التعرف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تطبيق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3.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الكشف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طبيعة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4.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المباشر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lastRenderedPageBreak/>
        <w:t xml:space="preserve">5.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اختبار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المعدِّل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5" w:name="h_6005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1.5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أهمية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5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تكتسب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كونها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موضوعاً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حيوياً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يجمع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ويمكن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تقسيم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بعدين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6" w:name="h_6006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1.5.1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الأهمية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bookmarkEnd w:id="6"/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العلمية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)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النظرية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 (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إثراء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إدخال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معدِّل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الملحوظة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–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حدود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–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يفتح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آفاقاً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جديدة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للباحثين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لاستكمال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المجال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7" w:name="h_6007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1.5.2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الأهمية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العملية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) </w:t>
      </w:r>
      <w:bookmarkEnd w:id="7"/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التطبيقية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 (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تتمثل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وتوصيات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يمكن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تستفيد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وشركاتها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وتحسين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الممارسين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ومخرجات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ذلك،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تنسجم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مستهدفات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وتنمية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فإن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يمكن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تدعم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صانعي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والخاص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رسم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المتعلقة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بتحديث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8" w:name="h_6008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lastRenderedPageBreak/>
        <w:t xml:space="preserve">1.6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فرضيات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8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ضوء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مشكلة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وأسئلتها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وأهدافها،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صياغة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الفرضيات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فرضيات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عدم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(Null Hypotheses)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دلالة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Cambria" w:eastAsia="Simplified Arabic" w:hAnsi="Cambria" w:cs="Cambria"/>
          <w:sz w:val="28"/>
          <w:szCs w:val="28"/>
        </w:rPr>
        <w:t>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≤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0.05)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وذلك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النحو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الآتي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الفرضية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الرئيسية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(H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₀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):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>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توجد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دلالة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Cambria" w:eastAsia="Simplified Arabic" w:hAnsi="Cambria" w:cs="Cambria"/>
          <w:sz w:val="28"/>
          <w:szCs w:val="28"/>
        </w:rPr>
        <w:t>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≤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0.05)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وتعزيز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وشركاتها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proofErr w:type="gramStart"/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.»</w:t>
      </w:r>
      <w:proofErr w:type="gramEnd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الفرضيات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الفرعية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>H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₀₁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توجد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دلالة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Cambria" w:eastAsia="Simplified Arabic" w:hAnsi="Cambria" w:cs="Cambria"/>
          <w:sz w:val="28"/>
          <w:szCs w:val="28"/>
        </w:rPr>
        <w:t>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≤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0.05)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proofErr w:type="gramStart"/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.»</w:t>
      </w:r>
      <w:proofErr w:type="gramEnd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>H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₀₂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توجد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دلالة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Cambria" w:eastAsia="Simplified Arabic" w:hAnsi="Cambria" w:cs="Cambria"/>
          <w:sz w:val="28"/>
          <w:szCs w:val="28"/>
        </w:rPr>
        <w:t>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≤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0.05)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برامج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proofErr w:type="gramStart"/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.»</w:t>
      </w:r>
      <w:proofErr w:type="gramEnd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>H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₀₃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توجد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دلالة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Cambria" w:eastAsia="Simplified Arabic" w:hAnsi="Cambria" w:cs="Cambria"/>
          <w:sz w:val="28"/>
          <w:szCs w:val="28"/>
        </w:rPr>
        <w:t>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≤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0.05)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proofErr w:type="gramStart"/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.»</w:t>
      </w:r>
      <w:proofErr w:type="gramEnd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>H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₀₄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توجد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دلالة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Cambria" w:eastAsia="Simplified Arabic" w:hAnsi="Cambria" w:cs="Cambria"/>
          <w:sz w:val="28"/>
          <w:szCs w:val="28"/>
        </w:rPr>
        <w:t>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</w:t>
      </w:r>
      <w:r w:rsidRPr="00BB2716">
        <w:rPr>
          <w:rFonts w:ascii="Times New Roman" w:eastAsia="Simplified Arabic" w:hAnsi="Times New Roman" w:cs="Times New Roman"/>
          <w:sz w:val="28"/>
          <w:szCs w:val="28"/>
        </w:rPr>
        <w:t>≤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0.05)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معدِّل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proofErr w:type="gramStart"/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.»</w:t>
      </w:r>
      <w:proofErr w:type="gramEnd"/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9" w:name="h_6009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1.7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متغيرات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9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تشتمل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أنواع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تحديدها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بناءً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وذلك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النحو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الآتي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0" w:name="h_6010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1.7.1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المتغيرات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المستقلة</w:t>
      </w:r>
      <w:bookmarkEnd w:id="10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تتمثل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المستقلة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فرعية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برامج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1" w:name="h_6011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lastRenderedPageBreak/>
        <w:t xml:space="preserve">1.7.2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المتغير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التابع</w:t>
      </w:r>
      <w:bookmarkEnd w:id="11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يتمثل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يُقاس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2" w:name="h_6012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1.7.3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المتغير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المعدِّل</w:t>
      </w:r>
      <w:bookmarkEnd w:id="12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يتمثل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المعدِّل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13" w:name="h_6013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1.8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حدود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13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تلتزم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الحدود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نطاقها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والمكاني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والزماني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والبشري،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وذلك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النحو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الآتي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4" w:name="h_6014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1.8.1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الحدود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الموضوعية</w:t>
      </w:r>
      <w:bookmarkEnd w:id="14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تقتصر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موضوعياً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بأبعاده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الثلاثة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(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معدِّل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5" w:name="h_6015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1.8.2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الحدود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المكانية</w:t>
      </w:r>
      <w:bookmarkEnd w:id="15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تقتصر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مكانياً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وشركاتها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وتشمل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شركات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التجزئة،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ومصنع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التنظيف،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وتجارة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الملابس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بالجملة،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والمتجر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6" w:name="h_6016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1.8.3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الحدود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الزمانية</w:t>
      </w:r>
      <w:bookmarkEnd w:id="16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تُنفَّذ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الميدانية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عام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وتحليلها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الزمني في شهري يونيو ويوليو من نفس العام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7" w:name="h_6017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lastRenderedPageBreak/>
        <w:t xml:space="preserve">1.8.4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الحدود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البشرية</w:t>
      </w:r>
      <w:bookmarkEnd w:id="17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مجتمع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المديرين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والموظفين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وشركاتها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والبالغ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عددهم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(400)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موظفاً،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توزيع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(160)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استبانة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عينة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عشوائية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مجتمع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استُرد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(128)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استبانة،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وكان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الصالح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الإحصائي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(120)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استبانة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بنسبة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استجابة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صالحة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بلغت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(75%).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18" w:name="h_6018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1.9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مصطلحات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الدراسة</w:t>
      </w:r>
      <w:bookmarkEnd w:id="18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مصطلحات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إجرائياً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النحو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الآتي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19" w:name="h_6019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1.9.1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الرقمي</w:t>
      </w:r>
      <w:bookmarkEnd w:id="19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إجرائياً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بأنه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ومتكاملة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لتوظيف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مثل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الذكاء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الاصطناعي،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وتحليلات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الضخمة،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والحوسبة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السحابية،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المتقدمة،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إعادة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تصميم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ونماذج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بهدف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تحسين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والفاعلية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وخلق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مضافة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20" w:name="h_6020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1.9.2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البشرية</w:t>
      </w:r>
      <w:bookmarkEnd w:id="20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إجرائياً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والإجراءات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الوظيفية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وبرامج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21" w:name="h_6021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1.9.3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المؤسسي</w:t>
      </w:r>
      <w:bookmarkEnd w:id="21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إجرائياً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بأنه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وشركاتها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أهدافها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وفاعلية،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ويُقاس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22" w:name="h_6022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lastRenderedPageBreak/>
        <w:t xml:space="preserve">1.9.4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المتوازن</w:t>
      </w:r>
      <w:bookmarkEnd w:id="22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إجرائياً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طوّرها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كابلان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ونورتون،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وتُستخدم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23" w:name="h_6023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1.9.5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الرقمية</w:t>
      </w:r>
      <w:bookmarkEnd w:id="23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إجرائياً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مدى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استعداد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فوزي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وشركاتها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بفاعلية،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وتُقاس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للعاملين،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الداعمة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pageBreakBefore/>
        <w:bidi/>
        <w:spacing w:before="4000" w:after="480" w:line="240" w:lineRule="auto"/>
        <w:jc w:val="center"/>
        <w:outlineLvl w:val="0"/>
        <w:rPr>
          <w:rFonts w:ascii="Simplified Arabic" w:eastAsia="MS Mincho" w:hAnsi="Simplified Arabic" w:cs="Simplified Arabic"/>
          <w:b/>
          <w:bCs/>
          <w:color w:val="365F91"/>
          <w:sz w:val="40"/>
          <w:szCs w:val="40"/>
        </w:rPr>
      </w:pPr>
      <w:bookmarkStart w:id="24" w:name="h_6024"/>
      <w:r w:rsidRPr="00BB2716">
        <w:rPr>
          <w:rFonts w:ascii="Simplified Arabic" w:eastAsia="Simplified Arabic" w:hAnsi="Simplified Arabic" w:cs="Simplified Arabic" w:hint="cs"/>
          <w:b/>
          <w:bCs/>
          <w:color w:val="365F91"/>
          <w:sz w:val="64"/>
          <w:szCs w:val="64"/>
          <w:rtl/>
        </w:rPr>
        <w:lastRenderedPageBreak/>
        <w:t>الفصل الثاني: الدراسات السابقة والإطار النظري</w:t>
      </w:r>
      <w:bookmarkEnd w:id="24"/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25" w:name="h_6025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2.1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مقدمة</w:t>
      </w:r>
      <w:bookmarkEnd w:id="25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الفصل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الثاني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حجرَ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الأساس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والعلمي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تتكئ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عليه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فرضياتها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ومنهجيتها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ونموذجها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يهدف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استعراض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توصّلت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إليه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ومناقشة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الحاكم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ملئها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ولمّا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موضوع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موضوعًا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النشأة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نسبيًا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والسعودي،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حرص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مراجعة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والأجنبية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حداثةً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وارتباطًا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التطبيقي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سيّما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تناولت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مشابهة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جرى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تنظيم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الفصل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تسلسل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منطقي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يبدأ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باستعراض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والأجنبية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الوثيقة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بمتغيرات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يعقُب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تعليقٌ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تحليليٌ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يوضّح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أوجه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الاتفاق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والاختلاف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يُبرز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تتصدّى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وينتقل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الفصل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مفهوم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وأبعاده،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ومفهوم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ومفهوم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وسيطًا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اعتُمدت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الاختيار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معايير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دقيقة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أبرزها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حداثة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(2016-2026)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الارتباط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وأثره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وأولوية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المُنجَزة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مماثلة،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فضلًا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التأسيسية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وضعت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الأطر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العالمية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للحقل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اعتُمدت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مراجعة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مقاربةٌ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جمعت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قواعد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والدولية،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وتصفح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دوريّاتٍ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محكّمةٍ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متخصّصةٍ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تحرّي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المنشورة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الأخير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تعبيرًا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الواقع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الراهن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للحقل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رُوعي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الاختيار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الميدانية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التجريبية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الأطر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التفسيرية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تُعمّق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26" w:name="h_6026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lastRenderedPageBreak/>
        <w:t xml:space="preserve">2.2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السابقة</w:t>
      </w:r>
      <w:bookmarkEnd w:id="26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تُقدَّم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القسم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مراجعةٌ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نقديةٌ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مقسمةً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رئيسين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أُنجزت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الأجنبية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مرجعية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حقل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رُوعي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التسلسل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الزمني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الأحدث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الأقدم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داخل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الحرص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بصيغة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سرديّة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تشمل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والسنة،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وعنوان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وأهدافها،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ومنهجيتها،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وعينتها،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وأبرز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27" w:name="h_6027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2.2.1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العربية</w:t>
      </w:r>
      <w:bookmarkEnd w:id="27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أولًا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أجرت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تأثير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بوزارة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ميدانية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التجارية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والبيئية،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الخامس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عشر،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الثالث،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2643-2687.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بأبعاده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المختلفة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الحكومي،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التركيز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وزارة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باعتبارها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الجهات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الحكومية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توظيفًا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وأكثرها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استفادةً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الوصفي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التحليلي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وطُبِّقت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الاستبانة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كأداةٍ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لجمع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الميدانية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عيّنة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الإداريين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والفنيين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الوزارة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وأسفرت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جملةٍ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أبرزُها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وجود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ارتباطٍ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إيجابيٍ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قويٍ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ودالٍ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المتمثلة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والتطبيقات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جزءًا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معتبرًا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التباين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الوظيفي،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تأكيد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الباحثيْن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الداعمة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لضمان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استدامة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الإيجابي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 w:hint="cs"/>
          <w:sz w:val="28"/>
          <w:szCs w:val="28"/>
          <w:rtl/>
        </w:rPr>
      </w:pP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ثانيًا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والصبحي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وباجابر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تأثير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الدولية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للعلوم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والإدارية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والاقتصادية،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الثالث،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العاشر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فحص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المصرفي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تقدّمًا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وأتمتة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والخدمية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الميداني،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وصمّموا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استبانةً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(الرقمنة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الذكاء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الاصطناعي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التطبيقي)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(سرعة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الإنجاز،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خفض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التكاليف)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طُبِّقت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عينةٍ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البنوك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كشفت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وجود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ارتباط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إيجابية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قوية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بمعامل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ارتباط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بلغ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(r = 0.726)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ارتباطٌ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دالٌ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إحصائيًا،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التحسينات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جزءًا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كبيرًا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التحسّن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وأوصى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بضرورة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تعزيز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لتعظيم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 w:hint="cs"/>
          <w:sz w:val="28"/>
          <w:szCs w:val="28"/>
          <w:rtl/>
        </w:rPr>
      </w:pP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ثالثًا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(2025)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كمدخل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الأكاديمية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للأبحاث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والنشر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السابع،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الثمانون،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312-332.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اقتراح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وسياسات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انطلاقًا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إشكالية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كثيرًا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تتبنّى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يُضعف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ويقتصر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الجوانب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التشغيلية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تحوّلٍ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جوهريٍ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التحليلي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القائم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مراجعة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والوثائق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الرسمية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والتقارير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المتعلقة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وخلصت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ضرورة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مقاربةٍ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العليا،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وتُدمج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حوكميةٍ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تُغطّي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والحوافز،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مؤكّدًا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وسيلةٌ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التميّز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المستدامة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(الصانع،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2025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رابعًا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المك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(2026)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أجرت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المك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(2026)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حديثةً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بالتطبيق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المراعي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للمنتجات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الغذائية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(2020-2025)»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الإنسانية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والطبيعية،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السابع،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الخامس،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674-688.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(HRIS)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إحدى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كبريات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الشركات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الصناعات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الغذائية،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وذلك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الفترة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الممتدة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عامَي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2020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2025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شهدت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تسارعًا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الحلول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التطبيقي،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وطبّق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استبانةً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عيّنةٍ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المختلفة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بشركة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المراعي،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وتضمّنت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وأظهرت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الإحصائي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يقارب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55%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التباين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نسبةٌ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مرتفعةٌ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تعكس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القوّة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التفسيرية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للنموذج،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وتؤكّد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يُترجَم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مباشرةً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تحسّنٍ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ملموسٍ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وأوصى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بضرورة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باقي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أقصى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(المك،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28" w:name="h_6028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2.2.2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الأجنبية</w:t>
      </w:r>
      <w:bookmarkEnd w:id="28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أولًا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Marler &amp; Parry (2016)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أجرت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Marler &amp; Parry (2016)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«Human resource management, strategic involvement and e-HRM technology»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The International Journal of Human Resource Management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27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2233-2253.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فحص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e-HRM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والمشاركة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اتخاذ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مأخوذة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عدّة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دول،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وطبّقا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نماذج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انحدارٍ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لاختبار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الفرضيات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وأظهرت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e-HRM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يرتبط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ارتباطًا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إيجابيًا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بالمشاركة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وبتحسّن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كفاءتها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التشغيلية،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تفاعلية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بمعنى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يُعزّز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بدوره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يُحفّز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مزيدًا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وخلص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e-HRM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لأتمتة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رافعةٌ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لتحويل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وظيفة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شريكٍ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(Marler &amp; Parry, 2016).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ثانيًا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Vial (2019)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Vial (2019)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مرجعيةً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«Understanding digital transformation: A review and a research agenda»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The Journal of Strategic Information Systems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28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118-144.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استشهادًا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حقل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راجع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282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علميًا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لبناء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تعريفٍ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وإطارٍ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يُوحّد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الاستخدامات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لمفهوم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خلصت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Vial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تستهدف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تحسين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الكيان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إحداث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تغييراتٍ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جوهريةٍ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خصائصه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مزيجٍ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والحوسبة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والاتصالات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والاتصال،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مؤكّدًا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اقتناءٍ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لأدواتٍ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تغييرٌ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تنظيميٌ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يمسّ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والعمليات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واقترح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المحفّزات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والاستجابات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والتغيرات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الهيكلية،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وحدّد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أجندةً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بحثيةً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مستقبلية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الأخلاقية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(Vial, 2019).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ثالثًا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Bondarouk &amp; Brewster (2016)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Bondarouk &amp; Brewster (2016)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«Conceptualising the future of HRM and technology research»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The International Journal of Human Resource Management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27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21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2652-2671.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سعت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أجندةٍ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بحثيةٍ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لمستقبل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الحقل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راجع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المتراكمة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عقدين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الزمن،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وحدّدا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فجواتٍ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متعلقة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بضعف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والفرقية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والتنظيمية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واقترحا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يُدمج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والممارسات،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مؤكّدَيْن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يتوقّف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الاجتماعي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وأوصت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بضرورة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إجراء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بحوثٍ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طوليةٍ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سياقاتٍ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الثقافات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لفهم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الحقيقي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(Bondarouk &amp; Brewster, 2016).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رابعًا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Strohmeier (2020)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Strohmeier (2020)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«Digital human resource management: A conceptual clarification»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German Journal of Human Resource Management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34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3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345-365.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توضيحٍ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دقيقٍ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لمصطلح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» (Digital HRM)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استخدامه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بمعانٍ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متباينة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ميّز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دلالاتٍ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للمصطلح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الجزئية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للعمليات،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تصميم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بكاملها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وخلص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ينبغي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تُفهم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تحوّلًا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تنظيميًا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يتجاوز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الأتمتة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السطحية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إعادة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تشكيلٍ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جوهريٍ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والأدوار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المضافة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لوظيفة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واقترح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يُميّز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النضج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وأوصى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بمزيدٍ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البحوث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وعلاقتها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(Strohmeier, 2020).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 w:hint="cs"/>
          <w:sz w:val="28"/>
          <w:szCs w:val="28"/>
          <w:rtl/>
        </w:rPr>
      </w:pP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 w:hint="cs"/>
          <w:sz w:val="28"/>
          <w:szCs w:val="28"/>
          <w:rtl/>
        </w:rPr>
      </w:pP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خامسًا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Parry &amp; Battista (2019)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Parry &amp; Battista (2019)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«The impact of emerging technologies on work»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Emerald Open Research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الأول،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الخامس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استعراض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الناشئة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(الذكاء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الاصطناعي،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وتحليلات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الضخمة،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والأتمتة،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وإنترنت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الأشياء)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طبيعة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ووظيفة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راجع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وقدّما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تصنيفًا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لأنماط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التأثير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مستويات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الوظائف،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والعلاقات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وخلصت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الناشئة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تشكيل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وظيفة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جذريًا،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استقطابًا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قائمًا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الذكاء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الاصطناعي،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وتدريبًا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شخصنًا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قائمًا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آنية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الباحثَيْن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حذّرا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التحديات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المصاحبة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كالتحيّز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الخوارزمي،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والخصوصية،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والحاجة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جديدةٍ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لدى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مختصي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يُعزّز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شرطًا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(Parry &amp; Battista, 2019).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سادسًا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Ruël, Bondarouk, &amp; Looise (2004)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Ruël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(2004)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استكشافيةً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مبكرةً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وتأسيسيةً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بعنوان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: «E-HRM: Innovation or irritation? An explorative empirical study in five large companies on web-based HRM»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نُشرت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Management Revue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المجلد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15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3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الصفحات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364-380.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هدفت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استكشاف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طبيعة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تطبيقات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القائمة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وأثرها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خمس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شركاتٍ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كبرى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المتعددة،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وأجروا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مقابلاتٍ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معمّقة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مديري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ومسؤولي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ومستخدمي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وكشفت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مهمّة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أوّلُها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e-HRM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أتمتةٍ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تحوّلٌ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طبيعة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وتوزيع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الأدوار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والمديرين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المباشرين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والموظفين،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تحويل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الموظفين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أنفسهم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بوابات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الخدمة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الذاتية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أشار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e-HRM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يتوقّف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وضوح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الثقافي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داخل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مرجعيةً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تأسيسيةً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حقل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(Ruël et al., 2004).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29" w:name="h_6029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t xml:space="preserve">2.3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التعليق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والفجوة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البحثية</w:t>
      </w:r>
      <w:bookmarkEnd w:id="29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استعراض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والأجنبية،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تبرز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الحاجة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تعليقٍ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مقارنٍ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يُوضّح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أوجه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الاتفاق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والاختلاف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ويُحدّد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معالجتها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القسم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قراءةٍ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نقديةٍ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تكتفي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بسرد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وصلت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إليه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حِدَة،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تُقارن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والعينة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والنتائج،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تمهيدًا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لتوضيح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موقع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الخريطة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المعرفية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للحقل،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وبيان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قيمتها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المضافة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المستويَيْن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والتطبيقي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0" w:name="h_6030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2.3.1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أوجه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الاتفاق</w:t>
      </w:r>
      <w:bookmarkEnd w:id="30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تجتمع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والأجنبية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النقاط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الجوهرية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تُشكّل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توافقًا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معرفيًا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واسعًا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نقاط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الاتفاق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يُحدث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إيجابيًا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إحصائيًا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سواءٌ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بالتميّز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(المك،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بالمشاركة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(Marler &amp; Parry, 2016).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وتُؤكّد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جميع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المستعرَضة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ترفًا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ضرورةٌ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نقاط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الاتفاق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منعزلة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منظومةٌ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Vial, 2019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Strohmeier, 2020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2025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لماذا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باهرة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تُخفق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أخرى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رغم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امتلاكها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ثالث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نقاط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الاتفاق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يتطلّب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تكاملًا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مقاومة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التغيير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وضعف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أبرز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التحديات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(Ruël et al., 2004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Bondarouk &amp; Brewster, 2016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Parry &amp; Battista, 2019).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نقاط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الاتفاق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الجوهرية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أيضًا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أشارت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إليه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غالبية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يمرّ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بمراحلَ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متدرّجةٍ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النضج،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يتحقق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دفعةً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تراكمٍ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تدريجيٍ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والقدرات،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الأنجح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تلك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تتبنّى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خطةً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واضحةً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بدلًا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المتفرّق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Bondarouk &amp; Brewster, 2016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2025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العنصر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مهاراته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يُشكّل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شرطًا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مسبقًا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أيّ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مبادرةٍ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يُحوّل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المتقدمة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مقتنياتٍ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باهظةٍ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مضافةٍ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حقيقية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Parry &amp; Battista, 2019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1" w:name="h_6031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2.3.2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أوجه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الاختلاف</w:t>
      </w:r>
      <w:bookmarkEnd w:id="31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الرغم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التوافق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اتجاه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تختلف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جوانب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جوهرية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الاختلافات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تنوّع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المدروسة؛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تناولت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الحكومي،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درست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المصرفي،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وركّزت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المك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(2026)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الصناعات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الغذائية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المراعي،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اعتمدت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Ruël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(2004)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شركاتٍ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صناعيةٍ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وخدميةٍ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أوروبية،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ودرست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Parry &amp; Battista (2019)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مراجعةٍ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عابرة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للقطاعات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الاختلافات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تنوّع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أساليب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القياس؛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فبعض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قاست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التشغيلية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(سرعة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الإنجاز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وخفض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التكاليف)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وأخرى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(رضا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ودقة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وثالثة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بالتميّز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(شاملًا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المالية)،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أيٌ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كإطارٍ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ثالث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الاختلافات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المتّبع؛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يغلب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الطابع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تتنوّع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الأجنبية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Vial, 2019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Bondarouk &amp; Brewster, 2016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Strohmeier, 2020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والاستكشافية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النوعية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Ruël et al., 2004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والتجريبية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(Marler &amp; Parry, 2016).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رابع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الاختلافات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الوسيط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أغلب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فمعظمها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فحص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المباشرة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اختبار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وسيطةٍ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معدّلة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يُقلّل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قدرتها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التفسيرية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للتباين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2" w:name="h_6032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2.3.3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البحثية</w:t>
      </w:r>
      <w:bookmarkEnd w:id="32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المراجعة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النقدية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تتّضح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فجواتٍ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بحثيةٍ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معالجتها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الأولى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يُعثر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—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حدود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اطّلاع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—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سابقةٍ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تناولت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التجزئة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والتصنيع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بالجملة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والتجارة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آنٍ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المتوفرة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إمّا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ركّزت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قطاعٍ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مفردٍ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(تعليم،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مصارف،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غذاء)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مؤسسةٍ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التعقيد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والتشغيلي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بيئاتٍ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متباينة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الثانية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أيٌ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المستعرَضة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(المالي،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علاقته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اقتصرت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أغلبها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جزئيةٍ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كالكفاءة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التميّز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تفكيك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الثالثة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تتعلق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المُعدِّل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تُختبَر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مُعدِّلًا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(Moderator)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فرغم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إشارة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تُفحَص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العوامل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مجتمعةً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جاهزيةً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قابلةً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ومؤثرةً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قوّة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السببية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3" w:name="h_6033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2.3.4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إضافة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الحالية</w:t>
      </w:r>
      <w:bookmarkEnd w:id="33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ملء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الفجوات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المُشار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إليها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إسهاماتٍ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وتطبيقيةٍ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إحدى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بياناتٍ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ميدانيةً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ثريّةً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سياقٍ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معقّدٍ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يُدرس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قبل،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ويُسهم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تعميق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فهمنا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لكيفية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استجابة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المتنوعة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لمتطلبات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ومتوازنًا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يتجاوز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والعمليات،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والتعلّم)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يتوافق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المدرسة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تُدخل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بأبعادها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مُعدِّلًا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تباين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التكنولوجيا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(Davis, 1989)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وإطار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TOE (Tornatzky &amp; Fleischer, 1990).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التطبيقي،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توصياتٍ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موجّهةً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لصنّاع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يتّسق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مستهدفات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تعزيز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والاقتصاد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وتُعزّز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المضافة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مؤطّرةٍ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بدلًا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الاكتفاء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بنظريةٍ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شائع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تفسيرًا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للعلاقات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المُختبَرة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وإطار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TOE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التكنولوجيا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الفردي،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اعتماد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مرجعيةً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المزيج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تسعى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تقديم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مقاربةٍ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منهجيةٍ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ثريّةٍ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تخدم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ومتّخذي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سواء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360" w:after="120" w:line="240" w:lineRule="auto"/>
        <w:outlineLvl w:val="1"/>
        <w:rPr>
          <w:rFonts w:ascii="Simplified Arabic" w:eastAsia="MS Mincho" w:hAnsi="Simplified Arabic" w:cs="Simplified Arabic"/>
          <w:b/>
          <w:bCs/>
          <w:color w:val="4F81BD"/>
          <w:sz w:val="36"/>
          <w:szCs w:val="36"/>
        </w:rPr>
      </w:pPr>
      <w:bookmarkStart w:id="34" w:name="h_6034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6"/>
          <w:szCs w:val="36"/>
        </w:rPr>
        <w:lastRenderedPageBreak/>
        <w:t xml:space="preserve">2.4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6"/>
          <w:szCs w:val="36"/>
          <w:rtl/>
        </w:rPr>
        <w:t>للدراسة</w:t>
      </w:r>
      <w:bookmarkEnd w:id="34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يُبنى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تكاملٍ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الأساسية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والنظريات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يُهيّئ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الأرضية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المعرفية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اللازمة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لصياغة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الفرضيات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وبناء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القسم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بالتفصيل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مفهوم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وأبعاده،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(الاستقطاب،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والتدريب،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ومفهوم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وسيطًا،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المُؤطّرة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وينتهي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بعرض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المُقترح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5" w:name="h_6035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2.4.1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مفهوم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الرقمي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 (Digital Transformation)</w:t>
      </w:r>
      <w:bookmarkEnd w:id="35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مفهوم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(Digital Transformation)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الحيوية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المعاصرة،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شهد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تطوّرًا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متسارعًا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العقدين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الأخيرين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تعاظم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إعادة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تشكيل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نماذج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تُعرّف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Vial (2019)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بأنّه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تستهدف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تحسين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الكيان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إحداث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تغييراتٍ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جوهريةٍ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خصائصه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مزيجٍ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والحوسبة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والاتصالات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والاتصال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»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تعريفٌ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يتجاوز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الضيّق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باعتباره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تبنٍّ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لأدواتٍ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وتؤكّد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يمرّ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بمراحلَ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متتاليةٍ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ومتراكبة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تبدأ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بالرقمنة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(Digitization)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تحويل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صيغتها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الورقية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صيغةٍ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الإجرائية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(Digitalization)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إعادة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تصميم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وتنتهي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Digital Transformation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إعادة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صياغةٍ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جوهريةٍ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المضافة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ويُميّز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Strohmeier (2020)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المراحل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الخلط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يُنتج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تصوّراتٍ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مضلّلةً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حجم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ومتطلباته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أمّا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فتتنوّع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المدارس؛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يتّفق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كثيرٌ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وجود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تشمل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والتطبيقات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الداعمة،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للعاملين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وترى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يكتسب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زخمًا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خاصًا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ضوء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وضعت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ركيزةً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أساسيةً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لبناء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اقتصادٍ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متنوعٍ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وقائمٍ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المعرفة،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جعل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الحكومة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يتسابقان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مبادراتٍ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وتُبيّن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خطّيةً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رحلةً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خطيةٍ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تتضمّن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تجريبًا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وتعلّمًا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وتكيّفًا،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عواملَ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سياقيةٍ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داخلية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(قدرات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وثقافتها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وقيادتها)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وخارجية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(البيئة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والتشريعية)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ولهذا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يُوصف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بأنّه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رحلة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طويلة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تتطلّب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واضحة،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وقيادةً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واعية،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واستثمارًا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مستدامًا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والبشر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Vial, 2019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Bondarouk &amp; Brewster, 2016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العربية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تكتسب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زخمًا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خاصًا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ضوء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الحكومة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وبرنامج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الوطني،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والاستثمارات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الضخمة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الحوسبة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السحابية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والذكاء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الاصطناعي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وإنترنت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الأشياء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مستهدفات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فرض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ضغوطًا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مؤسسيةً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الخاص،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الكبرى،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لتسريع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للتنافسية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وليس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ترفًا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اختياريًا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2025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6" w:name="h_6036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2.4.2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البشرية</w:t>
      </w:r>
      <w:bookmarkEnd w:id="36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الوظائف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تأثّرًا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أعادت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تشكيل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الجوهرية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حتى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التقاعد،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وأتاحت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أدواتٍ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جديدةً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الذكي،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الافتراضي،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اللحظي،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والتحليلات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التنبؤية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لسلوك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الموظفين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وتتناول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مستقلة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2.4.2.1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(Digital Recruitment)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يُقصد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جميع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مراحل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المرشحين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وفرزهم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واختيارهم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وتعيينهم،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ذلك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منصّات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التوظيف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تتبّع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المتقدمين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(ATS)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الذكاء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الاصطناعي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الذاتية،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والمقابلات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بُعد،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واختبارات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المؤتمَتة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يُقلّص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زمن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التعيين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ويوسّع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نطاق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جغرافيًا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ويُحسّن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المطابقة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المرشح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والوظيفة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Marler &amp; Parry, 2016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Parry &amp; Battista, 2019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التنبّؤ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المرشحين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المستقبلي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بناءً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بياناتٍ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سلوكيةٍ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وسِيَريّة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br/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br/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br/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2.4.2.2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(Digital Training)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يُشير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المنصّات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التعلّم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(LMS)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والواقع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الافتراضي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والواقع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المعزّز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والمحاكاة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أبرز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المرونة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الزمانية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والمكانية،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وشخصنة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وحاجاته،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بدقةٍ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وخفض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تكاليف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التقليدي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(Strohmeier, 2020).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المنصّات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تعلّميةً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تكيّفيةً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تستجيب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الوقت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الحقيقي،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شهاداتٍ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معتمدة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تُعزّز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وتُحفّزهم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المستمر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2.4.2.3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(Digital Performance Appraisal)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الانتقال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نماذج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السنوية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الورقية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آنيةٍ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وتغذيةٍ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راجعةٍ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مستمرة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(Continuous Feedback)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وتحليلاتٍ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متقدمةٍ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والفرقي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الإنتاجية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بالمكافآت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والترقيات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بشكلٍ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مؤتمَت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وشفاف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والمك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(2026)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يُسهم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تعزيز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العدالة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ورفع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الرضا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الوظيفي،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يُقلّص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التحيّزات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الشخصية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بمعاييرَ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موضوعية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قاعدة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بياناتٍ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ثريّةً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لصنع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المواهب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ويُلاحظ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مستقلةً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مترابطةً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يُغذّي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ببياناتٍ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فجوات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لدى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المُعيَّنين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الجدد،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يُغذّي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بمخرجاتٍ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قابلةٍ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للقياس،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يُغذّي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بدوره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بمعلوماتٍ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الملامح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الوظيفية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فإنّ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دفعةً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وبتكاملٍ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يُنتج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منفصلةً،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يدعم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الافتراض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بوجود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تراكميٍ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Strohmeier, 2020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المك،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2026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7" w:name="h_6037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2.4.3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 (Organizational Performance)</w:t>
      </w:r>
      <w:bookmarkEnd w:id="37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(Organizational Performance)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المفاهيم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بأنّه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أهدافها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والتشغيلية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بكفاءةٍ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وفاعليةٍ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خلال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الأمثل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المتاحة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وتتعدّد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تعريفات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المدارس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الفكرية؛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فمنها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يُركّز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المخرجات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المعيار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الأوّل،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يُوسّع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المخرجات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كرضا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وتطوّر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شمولًا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يتبنّاها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البحث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وتنبع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كونه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أداةَ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توجيهٍ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للقرارات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والتشغيلية،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ومؤشرًا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مدى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تنفيذ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خططها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ميزتها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تطوّرت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مناهج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نماذجَ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ماليةٍ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(كالربحية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نماذجَ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تدمج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وأبرزها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طرحها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Kaplan &amp; Norton (1992)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وأصبحت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استخدامًا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وترى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المك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(2026)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المعاصر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يجب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يُقاس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بأدواتٍ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تراعي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التوجهات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الوطنية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نحو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التنويع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الاقتصادي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والاستدامة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والتنافسية،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الاعتماد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كافيًا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صحة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المدى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البعيد،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سيّما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ظل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تعريف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مصادر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القيمة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تجدر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الإشارة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يُمثّل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خاصًا،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تتباين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طبيعة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وحداتها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(تجزئة،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وتصنيع،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وجملة،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وتجارة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إلكترونية)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فإنّ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الاعتماد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موحّدٍ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ومتوازنٍ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مقارنةً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معياريةً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الوحدات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ورصد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المجموعة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ميزةً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تشخيصيةً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لتحديد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الوحدات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استفادةً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والوحدات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تحتاج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مزيدٍ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والدعم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8" w:name="h_6038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2.4.4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المتوازن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 (Balanced Scorecard)</w:t>
      </w:r>
      <w:bookmarkEnd w:id="38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طرح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Kaplan &amp; Norton (1992)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(Balanced Scorecard)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يتجاوز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التقليدية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المترابطة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سببيًا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صمّم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الباحثان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استجابةً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لإدراكهما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الاعتماد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صورةً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قاصرةً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صحة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يُعبّر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الماضي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يُعطي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إشاراتٍ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المستقبل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تتألف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تُغطّي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ماليًا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وسوقيًا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وعملياتيًا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وتنمويًا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2.4.4.1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يُعنى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الاقتصادي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المساهمين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والمستثمرين،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ويتضمّن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كالإيرادات،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وهامش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الربح،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(ROI)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الأصول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(ROA)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النقدي،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الاقتصادية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المضافة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ويُعبّر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المتراكمة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الأخرى،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ولهذا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يُوصف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بأنّه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المخرجات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»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يبتغيها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المستثمرون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ويرى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Kaplan &amp; Norton (1992)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ينبغي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تُصاغ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بحسب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مرحلة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الناشئة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تُركّز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والناضجة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الربحية،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والمتراجعة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الحصاد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 w:hint="cs"/>
          <w:sz w:val="28"/>
          <w:szCs w:val="28"/>
          <w:rtl/>
        </w:rPr>
      </w:pPr>
      <w:r w:rsidRPr="00BB2716">
        <w:rPr>
          <w:rFonts w:ascii="Simplified Arabic" w:eastAsia="MS Mincho" w:hAnsi="Simplified Arabic" w:cs="Simplified Arabic" w:hint="cs"/>
          <w:sz w:val="28"/>
          <w:szCs w:val="28"/>
          <w:rtl/>
        </w:rPr>
        <w:br/>
      </w:r>
      <w:r w:rsidRPr="00BB2716">
        <w:rPr>
          <w:rFonts w:ascii="Simplified Arabic" w:eastAsia="MS Mincho" w:hAnsi="Simplified Arabic" w:cs="Simplified Arabic" w:hint="cs"/>
          <w:sz w:val="28"/>
          <w:szCs w:val="28"/>
          <w:rtl/>
        </w:rPr>
        <w:br/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2.4.4.2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يُركّز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تُقدّمها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لعملائها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والأسواق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تخدمها،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ويتضمّن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كرضا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وحصة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السوق،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ومعدل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الاحتفاظ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ومعدل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اكتساب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جدد،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وربحية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العميل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جسرًا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ونتائجها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يتحقق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برضاء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عملاءَ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أوفياء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يعودون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للشراء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ويُوصون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لغيرهم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أدّى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ثورةٍ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تجربة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أدوات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السلوك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وتغذيةٍ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راجعةٍ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آنية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2.4.4.3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يقيس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الحرجة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تُنشئ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للعميل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وتُحقّق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الأهداف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ويتضمّن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كزمن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الدورة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الإنتاجية،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ومعدل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العيوب،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وإنتاجية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ومعدل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الابتكار،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سلسلة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الإمداد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أدواتٍ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متقدمةً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لأتمتة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وتحليلها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الزمن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الحقيقي،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يُعزّز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رشاقة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وقدرتها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الاستجابة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للتغيرات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ويُشدّد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Kaplan &amp; Norton (1992)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ينبغي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تُحدّد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سلسلة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قيمتها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وتُركّز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تأثيرًا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والمساهم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2.4.4.4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يُشكّل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الأساس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تنبني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عليه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الثلاثة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الأخرى،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يُعنى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بتنمية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رأس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ورأس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ورأس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ويتضمّن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ورضاهم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الوظيفي،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ومعدل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دوران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العمالة،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وتوافر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الداعمة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للابتكار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ارتباطًا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جميعها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تُغذّي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مباشرةً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وتُعزّز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Kaplan &amp; Norton, 1992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وعوض،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2024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وتُقدّم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تصوّرًا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سببيًا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مفيدًا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تفسير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كيفية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انتقال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يبدأ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التعلّم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(تحسّن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ورضاهم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المستخدمة)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ينعكس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(سرعة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الإنجاز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وجودة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القرارات)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(تحسّن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الخدمة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والاحتفاظ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بالعملاء)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وأخيرًا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المحور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(نمو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الإيرادات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وربحية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وخفض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التكاليف)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السلسلة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السببية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أساسًا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قويًا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لصياغة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فرضيات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Kaplan &amp; Norton, 1992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39" w:name="h_6039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2.4.5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الرقمية</w:t>
      </w:r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 (Digital Readiness)</w:t>
      </w:r>
      <w:bookmarkEnd w:id="39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تُعرَّف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(Digital Readiness)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بأنّها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مؤهلةً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حيث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عوائده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وتكتسب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خاصةً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مُعدِّلًا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تباين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نتائج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تتبنّى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متقدمةً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تحتيةٍ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ملائمةٍ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كافيةٍ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ثقافةٍ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داعمةٍ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تحصد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محدودة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وتتفق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شرطٌ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مسبقٌ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عمل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الرافعة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»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تُضخّم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Vial, 2019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Strohmeier, 2020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؛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Parry &amp; Battista, 2019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2.4.5.1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الأجهزةَ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والشبكاتِ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والخوادمَ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والحوسبةَ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السحابيةَ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المعلومات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وقواعد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وتطبيقات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الأعمال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المتكاملة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الحجر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الأساس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تحوّلٍ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يمكن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المتقدمة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بكفاءةٍ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بيئةٍ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تفتقر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شبكاتٍ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موثوقةٍ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وأجهزةٍ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حديثةٍ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وحمايةٍ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سيبرانيةٍ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كافية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وتُؤكّد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الشهري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وعوض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ضعف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يُشكّل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عائقًا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أمام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تحقيق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الكاملة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لمبادرات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القطاع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الحكومي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2.4.5.2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بفاعليةٍ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مهامهم،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وتشمل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أساسيةً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(كاستخدام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برامج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المكتب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والبريد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الإلكتروني)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ومهاراتٍ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متقدمةً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(كتحليل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البيانات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والبرمجة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المشاريع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ومهاراتٍ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سلوكيةً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(كالتعلّم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الذاتي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والتفكير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الحاسوبي)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 w:hint="cs"/>
          <w:sz w:val="28"/>
          <w:szCs w:val="28"/>
          <w:rtl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lastRenderedPageBreak/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ويُبرز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Parry &amp; Battista (2019)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ازدهار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الناشئة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يُحدث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فجوةً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سدّها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يتطلّب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استثمارًا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مستدامًا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وإعادة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التأهيل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حسن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ارتباطٍ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إيجابيٍ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قويٍ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للعاملين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وكفاءة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2.4.5.3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الداعمة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الداعمة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والمعتقدات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تُشجّع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الابتكار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وتقبّل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التغيير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داخل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العوامل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تأثيرًا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إخفاقه؛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فحتى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توافر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فإنّ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مقاومة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التغيير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ضعف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الروح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الابتكارية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التمسّك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بالطرق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التقليدية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يُعطّل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مسيرة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أشارت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Ruël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وآخرون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(2004)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دراستهم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التأسيسية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e-HRM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يعتمد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بدرجةٍ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كبيرةٍ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الثقافي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داخل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تغيير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العقليات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يقلّ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2.4.5.4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تُشير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العليا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صياغة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واضحة،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وحشد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لتنفيذها،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التغيير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المصاحب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للمنظمة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ويُبرز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Vial (2019)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جوهره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تحدٍّ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تحديًا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تقنيًا،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غياب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الواعية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سببٌ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إخفاق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كثيرٍ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المبادرات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رغم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الإنفاق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الضخم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وتُشدّد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الصانع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(2025)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تتطلّب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تطويرًا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مستمرًا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للقادة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أنفسهم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والفكر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المستقبلي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ويُلاحظ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بتضافرٍ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تكامليّ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بشكلٍ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منفصل؛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مهاراتٍ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تعمل،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ثقافةٍ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داعمةٍ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تُثمر،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قيادةٍ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رقميةٍ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تدوم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فإنّ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ضعف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بُعدٍ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يُلغي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بقية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الأبعاد،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يُبرّر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مؤشرًا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مركّبًا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وليس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مجموعٍ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لأبعادٍ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مستقلة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يتّضح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ليست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حالةً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ساكنة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ديناميكيةً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متطوّرةً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تستجيب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لتغيرات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البيئة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الخارجية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والتقنية،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يُوجب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تجديدها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باستمرار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40" w:name="h_6040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lastRenderedPageBreak/>
        <w:t xml:space="preserve">2.4.6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النظريات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المؤطرة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للدراسة</w:t>
      </w:r>
      <w:bookmarkEnd w:id="40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تستند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أربع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التفسيري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للعلاقات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متغيراتها،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التكنولوجيا،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وإطار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TOE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أولًا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(Resource-Based View)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طرح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Barney (1991)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(RBV)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بوصفها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لتفسير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الميزة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المستدامة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للمنظمات،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تُفسّر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الاختلاف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باختلاف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مواردها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النادرة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والقيّمة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للتقليد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للاستبدال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وتتصل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اتصالًا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مباشرًا؛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استراتيجية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يُمكن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تُنشئ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ميزةً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تنافسيةً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مستدامةً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اقترنت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بالمهارات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المناسبة،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يُبرّر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افتراض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الاستثمار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يُترجَم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تحسّنٍ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(Barney, 1991).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ثانيًا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التكنولوجيا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(TAM)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Davis (1989)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التكنولوجيا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Technology Acceptance Model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لتفسير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قِبَل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المستخدمين،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ويرتكز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متغيرَيْن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رئيسَيْن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هما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الفائدة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المُدرَكة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(Perceived Usefulness)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وسهولة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المُدرَكة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(Perceived Ease of Use)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اللذَيْن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يُؤثّران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الاتجاه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نحو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الاستخدام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ونيّة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السلوك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الفعلي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ويُعدّ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مرجعيًا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تفسير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نجاح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الموظف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الفرد،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ويُكمّل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بإضاءة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السلوكي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للتبنّي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(Davis, 1989).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ثالثًا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TOE (Technology-Organization-Environment)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طرح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Tornatzky &amp; Fleischer (1990)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TOE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لتفسير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ويُصنّف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المُحدّدات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فئاتٍ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العوامل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(خصائص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ذاتها)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والعوامل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(حجم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وثقافتها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ومواردها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وقيادتها)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والعوامل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البيئية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(الضغوط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والتنظيمية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والحكومية)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عدسةً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تحليليةً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تربط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إذ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يمثّل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تمثّل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تُشكّل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رؤية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المملكة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2030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والضغوط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البُعد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البيئي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(Tornatzky &amp; Fleischer, 1990).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رابعًا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(BSC)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تُشكّل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(Balanced Scorecard)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قدّمها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Kaplan &amp; Norton (1992)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الأساسَ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التابع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وهو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وتُقدّم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الأبعاد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المؤشرات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وغير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منظورًا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شاملًا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محاورها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والتعلّم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ويُتيح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توظيف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الإطار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قياسًا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دقيقًا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لأثر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مختلف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جوانب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يتجاوز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الضيّقة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Kaplan &amp; Norton, 1992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ويُبيّن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تتقاطع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تفسير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موضوع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فبينما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تُوضّح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(Barney, 1991)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لماذا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يُشكّل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مصدرًا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محتملًا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للميزة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التنافسية،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يُبيّن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قبول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التكنولوجيا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(Davis, 1989)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كيف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يستجيب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المستخدمون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الأفراد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التقنيات،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ويُظهر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TOE (Tornatzky &amp; Fleischer, 1990)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العوامل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السياقية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المؤثّرة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التبنّي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المنظمة،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فيما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 (Kaplan &amp; Norton, 1992)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أداةَ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القياس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المتكاملة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للنتائج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وبهذا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التكامل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تُوفّر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تفسيرًا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الطبقات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يُغطّي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المستوى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والتنظيمي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والفردي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آنٍ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واحد،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ويربطها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بمقياسٍ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موضوعيٍ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يتّسق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المدرسة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الإدارة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الاستراتيجية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 w:hint="cs"/>
          <w:sz w:val="28"/>
          <w:szCs w:val="28"/>
          <w:rtl/>
        </w:rPr>
      </w:pP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 w:hint="cs"/>
          <w:sz w:val="28"/>
          <w:szCs w:val="28"/>
          <w:rtl/>
        </w:rPr>
      </w:pP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 w:hint="cs"/>
          <w:sz w:val="28"/>
          <w:szCs w:val="28"/>
          <w:rtl/>
        </w:rPr>
      </w:pPr>
    </w:p>
    <w:p w:rsidR="00BB2716" w:rsidRPr="00BB2716" w:rsidRDefault="00BB2716" w:rsidP="00BB2716">
      <w:pPr>
        <w:keepNext/>
        <w:keepLines/>
        <w:bidi/>
        <w:spacing w:before="240" w:after="120" w:line="240" w:lineRule="auto"/>
        <w:outlineLvl w:val="2"/>
        <w:rPr>
          <w:rFonts w:ascii="Simplified Arabic" w:eastAsia="MS Mincho" w:hAnsi="Simplified Arabic" w:cs="Simplified Arabic"/>
          <w:b/>
          <w:bCs/>
          <w:color w:val="4F81BD"/>
          <w:sz w:val="32"/>
          <w:szCs w:val="32"/>
        </w:rPr>
      </w:pPr>
      <w:bookmarkStart w:id="41" w:name="h_6041"/>
      <w:r w:rsidRPr="00BB2716">
        <w:rPr>
          <w:rFonts w:ascii="Simplified Arabic" w:eastAsia="Simplified Arabic" w:hAnsi="Simplified Arabic" w:cs="Simplified Arabic"/>
          <w:b/>
          <w:bCs/>
          <w:color w:val="4F81BD"/>
          <w:sz w:val="32"/>
          <w:szCs w:val="32"/>
        </w:rPr>
        <w:t xml:space="preserve">2.4.7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المفاهيمي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b/>
          <w:bCs/>
          <w:color w:val="4F81BD"/>
          <w:sz w:val="32"/>
          <w:szCs w:val="32"/>
          <w:rtl/>
        </w:rPr>
        <w:t>للدراسة</w:t>
      </w:r>
      <w:bookmarkEnd w:id="41"/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بناءً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المراجعة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والدراسات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السابقة،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تصوغ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نموذجًا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مفاهيميًا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يجمع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متغيراتها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سببيةٍ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منظّمة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يتألف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فئاتٍ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المتغيرات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: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متغيراتٌ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مستقلة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تتمثّل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الثلاث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الاستقطاب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والتعيين،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التدريب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والتطوير،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تقييم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ومتغيرٌ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تابعٌ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يتمثّل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مقيسًا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بمحاور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بطاقة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المتوازن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(المالي،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والعملاء،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والعمليات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الداخلية،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والتعلّم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والنمو)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ومتغيرٌ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مُعدِّلٌ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يتمثّل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للمنظمة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بأبعادها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الأربعة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(البنية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التحتية،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والمهارات،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والثقافة،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والقيادة)</w:t>
      </w:r>
    </w:p>
    <w:p w:rsidR="00BB2716" w:rsidRPr="00BB2716" w:rsidRDefault="00BB2716" w:rsidP="00BB2716">
      <w:pPr>
        <w:bidi/>
        <w:spacing w:after="120" w:line="240" w:lineRule="auto"/>
        <w:ind w:firstLine="283"/>
        <w:rPr>
          <w:rFonts w:ascii="Simplified Arabic" w:eastAsia="Simplified Arabic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يفترض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علاقةً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مباشرةً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موجبةً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كل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ممارسةٍ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البشرية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والأداء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المؤسسي،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افتراض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أنّ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تُعدّل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قوة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هذه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العلاقة؛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العالية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lastRenderedPageBreak/>
        <w:t>تجني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عوائد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أكبر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التحول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الرقمي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مقارنةً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بالمنظمات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الجاهزية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المنخفضة،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حتى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تطبيقها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للممارسات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ذاتها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 xml:space="preserve">.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ويستند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الافتراض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إلى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نظرية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الموارد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تُبرز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أهمية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المكمّلات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التنظيمية،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</w:p>
    <w:p w:rsidR="00BB2716" w:rsidRPr="00BB2716" w:rsidRDefault="00BB2716" w:rsidP="00BB2716">
      <w:pPr>
        <w:bidi/>
        <w:spacing w:after="120" w:line="240" w:lineRule="auto"/>
        <w:rPr>
          <w:rFonts w:ascii="Simplified Arabic" w:eastAsia="MS Mincho" w:hAnsi="Simplified Arabic" w:cs="Simplified Arabic"/>
          <w:sz w:val="28"/>
          <w:szCs w:val="28"/>
        </w:rPr>
      </w:pP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ويُمثّل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هذا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النموذج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ركيزةً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لصياغة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فرضيات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الدراسة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ستُختبر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في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الفصل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الرابع،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ويُقدّم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إطارًا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متكاملًا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يجمع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بين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النظريات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المؤطّرة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والأدبيات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الحديثة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والسياق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التطبيقي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للمجموعات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القابضة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السعودية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متعددة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</w:rPr>
        <w:t xml:space="preserve"> </w:t>
      </w:r>
      <w:r w:rsidRPr="00BB2716">
        <w:rPr>
          <w:rFonts w:ascii="Simplified Arabic" w:eastAsia="Simplified Arabic" w:hAnsi="Simplified Arabic" w:cs="Simplified Arabic" w:hint="cs"/>
          <w:sz w:val="28"/>
          <w:szCs w:val="28"/>
          <w:rtl/>
        </w:rPr>
        <w:t>الأنشطة</w:t>
      </w:r>
      <w:r w:rsidRPr="00BB2716">
        <w:rPr>
          <w:rFonts w:ascii="Simplified Arabic" w:eastAsia="Simplified Arabic" w:hAnsi="Simplified Arabic" w:cs="Simplified Arabic"/>
          <w:sz w:val="28"/>
          <w:szCs w:val="28"/>
        </w:rPr>
        <w:t>.</w:t>
      </w:r>
    </w:p>
    <w:p w:rsidR="00DE5202" w:rsidRPr="00BB2716" w:rsidRDefault="00BB2716" w:rsidP="00BB2716">
      <w:bookmarkStart w:id="42" w:name="_GoBack"/>
      <w:bookmarkEnd w:id="42"/>
    </w:p>
    <w:sectPr w:rsidR="00DE5202" w:rsidRPr="00BB27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1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ListNumber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1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8"/>
    <w:lvlOverride w:ilvl="0"/>
  </w:num>
  <w:num w:numId="11">
    <w:abstractNumId w:val="7"/>
    <w:lvlOverride w:ilvl="0">
      <w:startOverride w:val="1"/>
    </w:lvlOverride>
  </w:num>
  <w:num w:numId="12">
    <w:abstractNumId w:val="6"/>
    <w:lvlOverride w:ilvl="0"/>
  </w:num>
  <w:num w:numId="13">
    <w:abstractNumId w:val="5"/>
    <w:lvlOverride w:ilvl="0"/>
  </w:num>
  <w:num w:numId="14">
    <w:abstractNumId w:val="3"/>
    <w:lvlOverride w:ilvl="0">
      <w:startOverride w:val="1"/>
    </w:lvlOverride>
  </w:num>
  <w:num w:numId="1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22"/>
    <w:rsid w:val="00135622"/>
    <w:rsid w:val="0023689B"/>
    <w:rsid w:val="00B90D99"/>
    <w:rsid w:val="00BB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79B628-0F75-4488-846F-180638F4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5622"/>
    <w:pPr>
      <w:keepNext/>
      <w:keepLines/>
      <w:spacing w:before="240" w:after="0"/>
      <w:outlineLvl w:val="0"/>
    </w:pPr>
    <w:rPr>
      <w:rFonts w:ascii="Simplified Arabic" w:hAnsi="Simplified Arabic" w:cs="Simplified Arabic"/>
      <w:b/>
      <w:bCs/>
      <w:color w:val="365F9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5622"/>
    <w:pPr>
      <w:keepNext/>
      <w:keepLines/>
      <w:spacing w:before="40" w:after="0"/>
      <w:outlineLvl w:val="1"/>
    </w:pPr>
    <w:rPr>
      <w:rFonts w:ascii="Simplified Arabic" w:hAnsi="Simplified Arabic" w:cs="Simplified Arabic"/>
      <w:b/>
      <w:bCs/>
      <w:color w:val="4F81BD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5622"/>
    <w:pPr>
      <w:keepNext/>
      <w:keepLines/>
      <w:spacing w:before="40" w:after="0"/>
      <w:outlineLvl w:val="2"/>
    </w:pPr>
    <w:rPr>
      <w:rFonts w:ascii="Simplified Arabic" w:hAnsi="Simplified Arabic" w:cs="Simplified Arabic"/>
      <w:b/>
      <w:bCs/>
      <w:color w:val="4F81BD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5622"/>
    <w:pPr>
      <w:keepNext/>
      <w:keepLines/>
      <w:spacing w:before="40" w:after="0"/>
      <w:outlineLvl w:val="3"/>
    </w:pPr>
    <w:rPr>
      <w:rFonts w:ascii="Simplified Arabic" w:hAnsi="Simplified Arabic" w:cs="Simplified Arabic"/>
      <w:b/>
      <w:bCs/>
      <w:i/>
      <w:iCs/>
      <w:color w:val="4F81BD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5622"/>
    <w:pPr>
      <w:keepNext/>
      <w:keepLines/>
      <w:spacing w:before="40" w:after="0"/>
      <w:outlineLvl w:val="4"/>
    </w:pPr>
    <w:rPr>
      <w:rFonts w:ascii="Calibri" w:eastAsia="MS Gothic" w:hAnsi="Calibri" w:cs="Times New Roman"/>
      <w:color w:val="243F60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5622"/>
    <w:pPr>
      <w:keepNext/>
      <w:keepLines/>
      <w:spacing w:before="40" w:after="0"/>
      <w:outlineLvl w:val="5"/>
    </w:pPr>
    <w:rPr>
      <w:rFonts w:ascii="Calibri" w:eastAsia="MS Gothic" w:hAnsi="Calibri" w:cs="Times New Roman"/>
      <w:i/>
      <w:iCs/>
      <w:color w:val="243F60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5622"/>
    <w:pPr>
      <w:keepNext/>
      <w:keepLines/>
      <w:spacing w:before="40" w:after="0"/>
      <w:outlineLvl w:val="6"/>
    </w:pPr>
    <w:rPr>
      <w:rFonts w:ascii="Calibri" w:eastAsia="MS Gothic" w:hAnsi="Calibri" w:cs="Times New Roman"/>
      <w:i/>
      <w:iCs/>
      <w:color w:val="404040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5622"/>
    <w:pPr>
      <w:keepNext/>
      <w:keepLines/>
      <w:spacing w:before="40" w:after="0"/>
      <w:outlineLvl w:val="7"/>
    </w:pPr>
    <w:rPr>
      <w:rFonts w:ascii="Calibri" w:eastAsia="MS Gothic" w:hAnsi="Calibri" w:cs="Times New Roman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5622"/>
    <w:pPr>
      <w:keepNext/>
      <w:keepLines/>
      <w:spacing w:before="40" w:after="0"/>
      <w:outlineLvl w:val="8"/>
    </w:pPr>
    <w:rPr>
      <w:rFonts w:ascii="Calibri" w:eastAsia="MS Gothic" w:hAnsi="Calibri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135622"/>
    <w:pPr>
      <w:keepNext/>
      <w:keepLines/>
      <w:pageBreakBefore/>
      <w:bidi/>
      <w:spacing w:before="480" w:after="360" w:line="240" w:lineRule="auto"/>
      <w:jc w:val="center"/>
      <w:outlineLvl w:val="0"/>
    </w:pPr>
    <w:rPr>
      <w:rFonts w:ascii="Simplified Arabic" w:eastAsia="MS Mincho" w:hAnsi="Simplified Arabic" w:cs="Simplified Arabic"/>
      <w:b/>
      <w:bCs/>
      <w:color w:val="365F91"/>
      <w:sz w:val="40"/>
      <w:szCs w:val="40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135622"/>
    <w:pPr>
      <w:keepNext/>
      <w:keepLines/>
      <w:bidi/>
      <w:spacing w:before="360" w:after="120" w:line="240" w:lineRule="auto"/>
      <w:jc w:val="right"/>
      <w:outlineLvl w:val="1"/>
    </w:pPr>
    <w:rPr>
      <w:rFonts w:ascii="Simplified Arabic" w:eastAsia="MS Mincho" w:hAnsi="Simplified Arabic" w:cs="Simplified Arabic"/>
      <w:b/>
      <w:bCs/>
      <w:color w:val="4F81BD"/>
      <w:sz w:val="36"/>
      <w:szCs w:val="36"/>
    </w:rPr>
  </w:style>
  <w:style w:type="paragraph" w:customStyle="1" w:styleId="Heading31">
    <w:name w:val="Heading 31"/>
    <w:basedOn w:val="Normal"/>
    <w:next w:val="Normal"/>
    <w:uiPriority w:val="9"/>
    <w:unhideWhenUsed/>
    <w:qFormat/>
    <w:rsid w:val="00135622"/>
    <w:pPr>
      <w:keepNext/>
      <w:keepLines/>
      <w:bidi/>
      <w:spacing w:before="240" w:after="120" w:line="240" w:lineRule="auto"/>
      <w:jc w:val="right"/>
      <w:outlineLvl w:val="2"/>
    </w:pPr>
    <w:rPr>
      <w:rFonts w:ascii="Simplified Arabic" w:eastAsia="MS Mincho" w:hAnsi="Simplified Arabic" w:cs="Simplified Arabic"/>
      <w:b/>
      <w:bCs/>
      <w:color w:val="4F81BD"/>
      <w:sz w:val="32"/>
      <w:szCs w:val="32"/>
    </w:rPr>
  </w:style>
  <w:style w:type="paragraph" w:customStyle="1" w:styleId="Heading41">
    <w:name w:val="Heading 41"/>
    <w:basedOn w:val="Normal"/>
    <w:next w:val="Normal"/>
    <w:uiPriority w:val="9"/>
    <w:semiHidden/>
    <w:unhideWhenUsed/>
    <w:qFormat/>
    <w:rsid w:val="00135622"/>
    <w:pPr>
      <w:keepNext/>
      <w:keepLines/>
      <w:bidi/>
      <w:spacing w:before="160" w:after="120" w:line="240" w:lineRule="auto"/>
      <w:jc w:val="right"/>
      <w:outlineLvl w:val="3"/>
    </w:pPr>
    <w:rPr>
      <w:rFonts w:ascii="Simplified Arabic" w:eastAsia="MS Mincho" w:hAnsi="Simplified Arabic" w:cs="Simplified Arabic"/>
      <w:b/>
      <w:bCs/>
      <w:i/>
      <w:iCs/>
      <w:color w:val="4F81BD"/>
      <w:sz w:val="28"/>
      <w:szCs w:val="28"/>
    </w:rPr>
  </w:style>
  <w:style w:type="paragraph" w:customStyle="1" w:styleId="Heading51">
    <w:name w:val="Heading 51"/>
    <w:basedOn w:val="Normal"/>
    <w:next w:val="Normal"/>
    <w:uiPriority w:val="9"/>
    <w:semiHidden/>
    <w:unhideWhenUsed/>
    <w:qFormat/>
    <w:rsid w:val="00135622"/>
    <w:pPr>
      <w:keepNext/>
      <w:keepLines/>
      <w:bidi/>
      <w:spacing w:before="200" w:after="0" w:line="240" w:lineRule="auto"/>
      <w:ind w:firstLine="283"/>
      <w:jc w:val="both"/>
      <w:outlineLvl w:val="4"/>
    </w:pPr>
    <w:rPr>
      <w:rFonts w:ascii="Calibri" w:eastAsia="MS Gothic" w:hAnsi="Calibri" w:cs="Times New Roman"/>
      <w:color w:val="243F60"/>
      <w:sz w:val="28"/>
      <w:szCs w:val="28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135622"/>
    <w:pPr>
      <w:keepNext/>
      <w:keepLines/>
      <w:bidi/>
      <w:spacing w:before="200" w:after="0" w:line="240" w:lineRule="auto"/>
      <w:ind w:firstLine="283"/>
      <w:jc w:val="both"/>
      <w:outlineLvl w:val="5"/>
    </w:pPr>
    <w:rPr>
      <w:rFonts w:ascii="Calibri" w:eastAsia="MS Gothic" w:hAnsi="Calibri" w:cs="Times New Roman"/>
      <w:i/>
      <w:iCs/>
      <w:color w:val="243F60"/>
      <w:sz w:val="28"/>
      <w:szCs w:val="28"/>
    </w:rPr>
  </w:style>
  <w:style w:type="paragraph" w:customStyle="1" w:styleId="Heading71">
    <w:name w:val="Heading 71"/>
    <w:basedOn w:val="Normal"/>
    <w:next w:val="Normal"/>
    <w:uiPriority w:val="9"/>
    <w:semiHidden/>
    <w:unhideWhenUsed/>
    <w:qFormat/>
    <w:rsid w:val="00135622"/>
    <w:pPr>
      <w:keepNext/>
      <w:keepLines/>
      <w:bidi/>
      <w:spacing w:before="200" w:after="0" w:line="240" w:lineRule="auto"/>
      <w:ind w:firstLine="283"/>
      <w:jc w:val="both"/>
      <w:outlineLvl w:val="6"/>
    </w:pPr>
    <w:rPr>
      <w:rFonts w:ascii="Calibri" w:eastAsia="MS Gothic" w:hAnsi="Calibri" w:cs="Times New Roman"/>
      <w:i/>
      <w:iCs/>
      <w:color w:val="404040"/>
      <w:sz w:val="28"/>
      <w:szCs w:val="28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135622"/>
    <w:pPr>
      <w:keepNext/>
      <w:keepLines/>
      <w:bidi/>
      <w:spacing w:before="200" w:after="0" w:line="240" w:lineRule="auto"/>
      <w:ind w:firstLine="283"/>
      <w:jc w:val="both"/>
      <w:outlineLvl w:val="7"/>
    </w:pPr>
    <w:rPr>
      <w:rFonts w:ascii="Calibri" w:eastAsia="MS Gothic" w:hAnsi="Calibri" w:cs="Times New Roman"/>
      <w:color w:val="4F81BD"/>
      <w:sz w:val="20"/>
      <w:szCs w:val="20"/>
    </w:rPr>
  </w:style>
  <w:style w:type="paragraph" w:customStyle="1" w:styleId="Heading91">
    <w:name w:val="Heading 91"/>
    <w:basedOn w:val="Normal"/>
    <w:next w:val="Normal"/>
    <w:uiPriority w:val="9"/>
    <w:semiHidden/>
    <w:unhideWhenUsed/>
    <w:qFormat/>
    <w:rsid w:val="00135622"/>
    <w:pPr>
      <w:keepNext/>
      <w:keepLines/>
      <w:bidi/>
      <w:spacing w:before="200" w:after="0" w:line="240" w:lineRule="auto"/>
      <w:ind w:firstLine="283"/>
      <w:jc w:val="both"/>
      <w:outlineLvl w:val="8"/>
    </w:pPr>
    <w:rPr>
      <w:rFonts w:ascii="Calibri" w:eastAsia="MS Gothic" w:hAnsi="Calibri" w:cs="Times New Roman"/>
      <w:i/>
      <w:iCs/>
      <w:color w:val="404040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135622"/>
  </w:style>
  <w:style w:type="character" w:customStyle="1" w:styleId="Heading1Char">
    <w:name w:val="Heading 1 Char"/>
    <w:basedOn w:val="DefaultParagraphFont"/>
    <w:link w:val="Heading1"/>
    <w:uiPriority w:val="9"/>
    <w:rsid w:val="00135622"/>
    <w:rPr>
      <w:rFonts w:ascii="Simplified Arabic" w:hAnsi="Simplified Arabic" w:cs="Simplified Arabic"/>
      <w:b/>
      <w:bCs/>
      <w:color w:val="365F9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35622"/>
    <w:rPr>
      <w:rFonts w:ascii="Simplified Arabic" w:hAnsi="Simplified Arabic" w:cs="Simplified Arabic"/>
      <w:b/>
      <w:bCs/>
      <w:color w:val="4F81BD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35622"/>
    <w:rPr>
      <w:rFonts w:ascii="Simplified Arabic" w:hAnsi="Simplified Arabic" w:cs="Simplified Arabic"/>
      <w:b/>
      <w:bCs/>
      <w:color w:val="4F81BD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5622"/>
    <w:rPr>
      <w:rFonts w:ascii="Simplified Arabic" w:hAnsi="Simplified Arabic" w:cs="Simplified Arabic"/>
      <w:b/>
      <w:bCs/>
      <w:i/>
      <w:iCs/>
      <w:color w:val="4F81BD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5622"/>
    <w:rPr>
      <w:rFonts w:ascii="Calibri" w:eastAsia="MS Gothic" w:hAnsi="Calibri" w:cs="Times New Roman"/>
      <w:color w:val="243F60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5622"/>
    <w:rPr>
      <w:rFonts w:ascii="Calibri" w:eastAsia="MS Gothic" w:hAnsi="Calibri" w:cs="Times New Roman"/>
      <w:i/>
      <w:iCs/>
      <w:color w:val="243F60"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5622"/>
    <w:rPr>
      <w:rFonts w:ascii="Calibri" w:eastAsia="MS Gothic" w:hAnsi="Calibri" w:cs="Times New Roman"/>
      <w:i/>
      <w:iCs/>
      <w:color w:val="404040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5622"/>
    <w:rPr>
      <w:rFonts w:ascii="Calibri" w:eastAsia="MS Gothic" w:hAnsi="Calibri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5622"/>
    <w:rPr>
      <w:rFonts w:ascii="Calibri" w:eastAsia="MS Gothic" w:hAnsi="Calibri" w:cs="Times New Roman"/>
      <w:i/>
      <w:iCs/>
      <w:color w:val="404040"/>
      <w:sz w:val="20"/>
      <w:szCs w:val="20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135622"/>
    <w:pPr>
      <w:tabs>
        <w:tab w:val="center" w:pos="4680"/>
        <w:tab w:val="right" w:pos="9360"/>
      </w:tabs>
      <w:bidi/>
      <w:spacing w:after="0" w:line="240" w:lineRule="auto"/>
      <w:ind w:firstLine="283"/>
      <w:jc w:val="both"/>
    </w:pPr>
    <w:rPr>
      <w:rFonts w:ascii="Simplified Arabic" w:hAnsi="Simplified Arabic" w:cs="Simplified Arabic"/>
      <w:sz w:val="28"/>
      <w:szCs w:val="28"/>
    </w:rPr>
  </w:style>
  <w:style w:type="character" w:customStyle="1" w:styleId="HeaderChar">
    <w:name w:val="Header Char"/>
    <w:basedOn w:val="DefaultParagraphFont"/>
    <w:link w:val="Header1"/>
    <w:uiPriority w:val="99"/>
    <w:rsid w:val="00135622"/>
    <w:rPr>
      <w:rFonts w:ascii="Simplified Arabic" w:hAnsi="Simplified Arabic" w:cs="Simplified Arabic"/>
      <w:sz w:val="28"/>
      <w:szCs w:val="28"/>
    </w:rPr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135622"/>
    <w:pPr>
      <w:tabs>
        <w:tab w:val="center" w:pos="4680"/>
        <w:tab w:val="right" w:pos="9360"/>
      </w:tabs>
      <w:bidi/>
      <w:spacing w:after="0" w:line="240" w:lineRule="auto"/>
      <w:ind w:firstLine="283"/>
      <w:jc w:val="both"/>
    </w:pPr>
    <w:rPr>
      <w:rFonts w:ascii="Simplified Arabic" w:hAnsi="Simplified Arabic" w:cs="Simplified Arabic"/>
      <w:sz w:val="28"/>
      <w:szCs w:val="28"/>
    </w:rPr>
  </w:style>
  <w:style w:type="character" w:customStyle="1" w:styleId="FooterChar">
    <w:name w:val="Footer Char"/>
    <w:basedOn w:val="DefaultParagraphFont"/>
    <w:link w:val="Footer1"/>
    <w:uiPriority w:val="99"/>
    <w:rsid w:val="00135622"/>
    <w:rPr>
      <w:rFonts w:ascii="Simplified Arabic" w:hAnsi="Simplified Arabic" w:cs="Simplified Arabic"/>
      <w:sz w:val="28"/>
      <w:szCs w:val="28"/>
    </w:rPr>
  </w:style>
  <w:style w:type="paragraph" w:customStyle="1" w:styleId="NoSpacing1">
    <w:name w:val="No Spacing1"/>
    <w:next w:val="NoSpacing"/>
    <w:uiPriority w:val="1"/>
    <w:qFormat/>
    <w:rsid w:val="00135622"/>
    <w:pPr>
      <w:spacing w:after="0" w:line="240" w:lineRule="auto"/>
    </w:pPr>
    <w:rPr>
      <w:rFonts w:eastAsia="MS Mincho"/>
    </w:rPr>
  </w:style>
  <w:style w:type="paragraph" w:customStyle="1" w:styleId="Title1">
    <w:name w:val="Title1"/>
    <w:basedOn w:val="Normal"/>
    <w:next w:val="Normal"/>
    <w:uiPriority w:val="10"/>
    <w:qFormat/>
    <w:rsid w:val="00135622"/>
    <w:pPr>
      <w:pBdr>
        <w:bottom w:val="single" w:sz="8" w:space="4" w:color="4F81BD"/>
      </w:pBdr>
      <w:bidi/>
      <w:spacing w:after="300" w:line="240" w:lineRule="auto"/>
      <w:ind w:firstLine="283"/>
      <w:contextualSpacing/>
      <w:jc w:val="both"/>
    </w:pPr>
    <w:rPr>
      <w:rFonts w:ascii="Calibri" w:eastAsia="MS Gothic" w:hAnsi="Calibri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35622"/>
    <w:rPr>
      <w:rFonts w:ascii="Calibri" w:eastAsia="MS Gothic" w:hAnsi="Calibri" w:cs="Times New Roman"/>
      <w:color w:val="17365D"/>
      <w:spacing w:val="5"/>
      <w:kern w:val="28"/>
      <w:sz w:val="52"/>
      <w:szCs w:val="52"/>
    </w:rPr>
  </w:style>
  <w:style w:type="paragraph" w:customStyle="1" w:styleId="Subtitle1">
    <w:name w:val="Subtitle1"/>
    <w:basedOn w:val="Normal"/>
    <w:next w:val="Normal"/>
    <w:uiPriority w:val="11"/>
    <w:qFormat/>
    <w:rsid w:val="00135622"/>
    <w:pPr>
      <w:numPr>
        <w:ilvl w:val="1"/>
      </w:numPr>
      <w:bidi/>
      <w:spacing w:after="120" w:line="240" w:lineRule="auto"/>
      <w:ind w:firstLine="283"/>
      <w:jc w:val="both"/>
    </w:pPr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35622"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paragraph" w:customStyle="1" w:styleId="ListParagraph1">
    <w:name w:val="List Paragraph1"/>
    <w:basedOn w:val="Normal"/>
    <w:next w:val="ListParagraph"/>
    <w:uiPriority w:val="34"/>
    <w:qFormat/>
    <w:rsid w:val="00135622"/>
    <w:pPr>
      <w:bidi/>
      <w:spacing w:after="120" w:line="240" w:lineRule="auto"/>
      <w:ind w:left="720" w:firstLine="283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BodyText1">
    <w:name w:val="Body Text1"/>
    <w:basedOn w:val="Normal"/>
    <w:next w:val="BodyText"/>
    <w:link w:val="BodyTextChar"/>
    <w:uiPriority w:val="99"/>
    <w:unhideWhenUsed/>
    <w:rsid w:val="00135622"/>
    <w:pPr>
      <w:bidi/>
      <w:spacing w:after="120" w:line="240" w:lineRule="auto"/>
      <w:ind w:firstLine="283"/>
      <w:jc w:val="both"/>
    </w:pPr>
    <w:rPr>
      <w:rFonts w:ascii="Simplified Arabic" w:hAnsi="Simplified Arabic" w:cs="Simplified Arabic"/>
      <w:sz w:val="28"/>
      <w:szCs w:val="28"/>
    </w:rPr>
  </w:style>
  <w:style w:type="character" w:customStyle="1" w:styleId="BodyTextChar">
    <w:name w:val="Body Text Char"/>
    <w:basedOn w:val="DefaultParagraphFont"/>
    <w:link w:val="BodyText1"/>
    <w:uiPriority w:val="99"/>
    <w:rsid w:val="00135622"/>
    <w:rPr>
      <w:rFonts w:ascii="Simplified Arabic" w:hAnsi="Simplified Arabic" w:cs="Simplified Arabic"/>
      <w:sz w:val="28"/>
      <w:szCs w:val="28"/>
    </w:rPr>
  </w:style>
  <w:style w:type="paragraph" w:customStyle="1" w:styleId="BodyText21">
    <w:name w:val="Body Text 21"/>
    <w:basedOn w:val="Normal"/>
    <w:next w:val="BodyText2"/>
    <w:link w:val="BodyText2Char"/>
    <w:uiPriority w:val="99"/>
    <w:unhideWhenUsed/>
    <w:rsid w:val="00135622"/>
    <w:pPr>
      <w:bidi/>
      <w:spacing w:after="120" w:line="480" w:lineRule="auto"/>
      <w:ind w:firstLine="283"/>
      <w:jc w:val="both"/>
    </w:pPr>
    <w:rPr>
      <w:rFonts w:ascii="Simplified Arabic" w:hAnsi="Simplified Arabic" w:cs="Simplified Arabic"/>
      <w:sz w:val="28"/>
      <w:szCs w:val="28"/>
    </w:rPr>
  </w:style>
  <w:style w:type="character" w:customStyle="1" w:styleId="BodyText2Char">
    <w:name w:val="Body Text 2 Char"/>
    <w:basedOn w:val="DefaultParagraphFont"/>
    <w:link w:val="BodyText21"/>
    <w:uiPriority w:val="99"/>
    <w:rsid w:val="00135622"/>
    <w:rPr>
      <w:rFonts w:ascii="Simplified Arabic" w:hAnsi="Simplified Arabic" w:cs="Simplified Arabic"/>
      <w:sz w:val="28"/>
      <w:szCs w:val="28"/>
    </w:rPr>
  </w:style>
  <w:style w:type="paragraph" w:customStyle="1" w:styleId="BodyText31">
    <w:name w:val="Body Text 31"/>
    <w:basedOn w:val="Normal"/>
    <w:next w:val="BodyText3"/>
    <w:link w:val="BodyText3Char"/>
    <w:uiPriority w:val="99"/>
    <w:unhideWhenUsed/>
    <w:rsid w:val="00135622"/>
    <w:pPr>
      <w:bidi/>
      <w:spacing w:after="120" w:line="240" w:lineRule="auto"/>
      <w:ind w:firstLine="283"/>
      <w:jc w:val="both"/>
    </w:pPr>
    <w:rPr>
      <w:rFonts w:ascii="Simplified Arabic" w:hAnsi="Simplified Arabic" w:cs="Simplified Arabic"/>
      <w:sz w:val="16"/>
      <w:szCs w:val="16"/>
    </w:rPr>
  </w:style>
  <w:style w:type="character" w:customStyle="1" w:styleId="BodyText3Char">
    <w:name w:val="Body Text 3 Char"/>
    <w:basedOn w:val="DefaultParagraphFont"/>
    <w:link w:val="BodyText31"/>
    <w:uiPriority w:val="99"/>
    <w:rsid w:val="00135622"/>
    <w:rPr>
      <w:rFonts w:ascii="Simplified Arabic" w:hAnsi="Simplified Arabic" w:cs="Simplified Arabic"/>
      <w:sz w:val="16"/>
      <w:szCs w:val="16"/>
    </w:rPr>
  </w:style>
  <w:style w:type="paragraph" w:customStyle="1" w:styleId="List1">
    <w:name w:val="List1"/>
    <w:basedOn w:val="Normal"/>
    <w:next w:val="List"/>
    <w:uiPriority w:val="99"/>
    <w:unhideWhenUsed/>
    <w:rsid w:val="00135622"/>
    <w:pPr>
      <w:bidi/>
      <w:spacing w:after="120" w:line="240" w:lineRule="auto"/>
      <w:ind w:left="360" w:hanging="360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21">
    <w:name w:val="List 21"/>
    <w:basedOn w:val="Normal"/>
    <w:next w:val="List2"/>
    <w:uiPriority w:val="99"/>
    <w:unhideWhenUsed/>
    <w:rsid w:val="00135622"/>
    <w:pPr>
      <w:bidi/>
      <w:spacing w:after="120" w:line="240" w:lineRule="auto"/>
      <w:ind w:left="720" w:hanging="360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31">
    <w:name w:val="List 31"/>
    <w:basedOn w:val="Normal"/>
    <w:next w:val="List3"/>
    <w:uiPriority w:val="99"/>
    <w:unhideWhenUsed/>
    <w:rsid w:val="00135622"/>
    <w:pPr>
      <w:bidi/>
      <w:spacing w:after="120" w:line="240" w:lineRule="auto"/>
      <w:ind w:left="1080" w:hanging="360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Bullet1">
    <w:name w:val="List Bullet1"/>
    <w:basedOn w:val="Normal"/>
    <w:next w:val="ListBullet"/>
    <w:uiPriority w:val="99"/>
    <w:unhideWhenUsed/>
    <w:rsid w:val="00135622"/>
    <w:pPr>
      <w:numPr>
        <w:numId w:val="1"/>
      </w:numPr>
      <w:bidi/>
      <w:spacing w:after="120" w:line="240" w:lineRule="auto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Bullet21">
    <w:name w:val="List Bullet 21"/>
    <w:basedOn w:val="Normal"/>
    <w:next w:val="ListBullet2"/>
    <w:uiPriority w:val="99"/>
    <w:unhideWhenUsed/>
    <w:rsid w:val="00135622"/>
    <w:pPr>
      <w:numPr>
        <w:numId w:val="2"/>
      </w:numPr>
      <w:bidi/>
      <w:spacing w:after="120" w:line="240" w:lineRule="auto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Bullet31">
    <w:name w:val="List Bullet 31"/>
    <w:basedOn w:val="Normal"/>
    <w:next w:val="ListBullet3"/>
    <w:uiPriority w:val="99"/>
    <w:unhideWhenUsed/>
    <w:rsid w:val="00135622"/>
    <w:pPr>
      <w:numPr>
        <w:numId w:val="3"/>
      </w:numPr>
      <w:bidi/>
      <w:spacing w:after="120" w:line="240" w:lineRule="auto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Number1">
    <w:name w:val="List Number1"/>
    <w:basedOn w:val="Normal"/>
    <w:next w:val="ListNumber"/>
    <w:uiPriority w:val="99"/>
    <w:unhideWhenUsed/>
    <w:rsid w:val="00135622"/>
    <w:pPr>
      <w:numPr>
        <w:numId w:val="5"/>
      </w:numPr>
      <w:bidi/>
      <w:spacing w:after="120" w:line="240" w:lineRule="auto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Number21">
    <w:name w:val="List Number 21"/>
    <w:basedOn w:val="Normal"/>
    <w:next w:val="ListNumber2"/>
    <w:uiPriority w:val="99"/>
    <w:unhideWhenUsed/>
    <w:rsid w:val="00135622"/>
    <w:pPr>
      <w:numPr>
        <w:numId w:val="6"/>
      </w:numPr>
      <w:bidi/>
      <w:spacing w:after="120" w:line="240" w:lineRule="auto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Number31">
    <w:name w:val="List Number 31"/>
    <w:basedOn w:val="Normal"/>
    <w:next w:val="ListNumber3"/>
    <w:uiPriority w:val="99"/>
    <w:unhideWhenUsed/>
    <w:rsid w:val="00135622"/>
    <w:pPr>
      <w:numPr>
        <w:numId w:val="7"/>
      </w:numPr>
      <w:bidi/>
      <w:spacing w:after="120" w:line="240" w:lineRule="auto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Continue1">
    <w:name w:val="List Continue1"/>
    <w:basedOn w:val="Normal"/>
    <w:next w:val="ListContinue"/>
    <w:uiPriority w:val="99"/>
    <w:unhideWhenUsed/>
    <w:rsid w:val="00135622"/>
    <w:pPr>
      <w:bidi/>
      <w:spacing w:after="120" w:line="240" w:lineRule="auto"/>
      <w:ind w:left="360" w:firstLine="283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Continue21">
    <w:name w:val="List Continue 21"/>
    <w:basedOn w:val="Normal"/>
    <w:next w:val="ListContinue2"/>
    <w:uiPriority w:val="99"/>
    <w:unhideWhenUsed/>
    <w:rsid w:val="00135622"/>
    <w:pPr>
      <w:bidi/>
      <w:spacing w:after="120" w:line="240" w:lineRule="auto"/>
      <w:ind w:left="720" w:firstLine="283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ListContinue31">
    <w:name w:val="List Continue 31"/>
    <w:basedOn w:val="Normal"/>
    <w:next w:val="ListContinue3"/>
    <w:uiPriority w:val="99"/>
    <w:unhideWhenUsed/>
    <w:rsid w:val="00135622"/>
    <w:pPr>
      <w:bidi/>
      <w:spacing w:after="120" w:line="240" w:lineRule="auto"/>
      <w:ind w:left="1080" w:firstLine="283"/>
      <w:contextualSpacing/>
      <w:jc w:val="both"/>
    </w:pPr>
    <w:rPr>
      <w:rFonts w:ascii="Simplified Arabic" w:eastAsia="MS Mincho" w:hAnsi="Simplified Arabic" w:cs="Simplified Arabic"/>
      <w:sz w:val="28"/>
      <w:szCs w:val="28"/>
    </w:rPr>
  </w:style>
  <w:style w:type="paragraph" w:customStyle="1" w:styleId="MacroText1">
    <w:name w:val="Macro Text1"/>
    <w:next w:val="MacroText"/>
    <w:link w:val="MacroTextChar"/>
    <w:uiPriority w:val="99"/>
    <w:unhideWhenUsed/>
    <w:rsid w:val="00135622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1"/>
    <w:uiPriority w:val="99"/>
    <w:rsid w:val="00135622"/>
    <w:rPr>
      <w:rFonts w:ascii="Courier" w:hAnsi="Courier"/>
      <w:sz w:val="20"/>
      <w:szCs w:val="20"/>
    </w:rPr>
  </w:style>
  <w:style w:type="paragraph" w:customStyle="1" w:styleId="Quote1">
    <w:name w:val="Quote1"/>
    <w:basedOn w:val="Normal"/>
    <w:next w:val="Normal"/>
    <w:uiPriority w:val="29"/>
    <w:qFormat/>
    <w:rsid w:val="00135622"/>
    <w:pPr>
      <w:bidi/>
      <w:spacing w:after="120" w:line="240" w:lineRule="auto"/>
      <w:ind w:firstLine="283"/>
      <w:jc w:val="both"/>
    </w:pPr>
    <w:rPr>
      <w:rFonts w:ascii="Simplified Arabic" w:eastAsia="MS Mincho" w:hAnsi="Simplified Arabic" w:cs="Simplified Arabic"/>
      <w:i/>
      <w:iCs/>
      <w:color w:val="000000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135622"/>
    <w:rPr>
      <w:rFonts w:ascii="Simplified Arabic" w:hAnsi="Simplified Arabic" w:cs="Simplified Arabic"/>
      <w:i/>
      <w:iCs/>
      <w:color w:val="000000"/>
      <w:sz w:val="28"/>
      <w:szCs w:val="28"/>
    </w:rPr>
  </w:style>
  <w:style w:type="paragraph" w:customStyle="1" w:styleId="Caption1">
    <w:name w:val="Caption1"/>
    <w:basedOn w:val="Normal"/>
    <w:next w:val="Normal"/>
    <w:uiPriority w:val="35"/>
    <w:semiHidden/>
    <w:unhideWhenUsed/>
    <w:qFormat/>
    <w:rsid w:val="00135622"/>
    <w:pPr>
      <w:bidi/>
      <w:spacing w:after="120" w:line="240" w:lineRule="auto"/>
      <w:ind w:firstLine="283"/>
      <w:jc w:val="both"/>
    </w:pPr>
    <w:rPr>
      <w:rFonts w:ascii="Simplified Arabic" w:eastAsia="MS Mincho" w:hAnsi="Simplified Arabic" w:cs="Simplified Arabic"/>
      <w:b/>
      <w:bCs/>
      <w:color w:val="4F81BD"/>
      <w:sz w:val="18"/>
      <w:szCs w:val="18"/>
    </w:rPr>
  </w:style>
  <w:style w:type="character" w:styleId="Strong">
    <w:name w:val="Strong"/>
    <w:basedOn w:val="DefaultParagraphFont"/>
    <w:uiPriority w:val="22"/>
    <w:qFormat/>
    <w:rsid w:val="00135622"/>
    <w:rPr>
      <w:b/>
      <w:bCs/>
    </w:rPr>
  </w:style>
  <w:style w:type="character" w:styleId="Emphasis">
    <w:name w:val="Emphasis"/>
    <w:basedOn w:val="DefaultParagraphFont"/>
    <w:uiPriority w:val="20"/>
    <w:qFormat/>
    <w:rsid w:val="00135622"/>
    <w:rPr>
      <w:i/>
      <w:iCs/>
    </w:rPr>
  </w:style>
  <w:style w:type="paragraph" w:customStyle="1" w:styleId="IntenseQuote1">
    <w:name w:val="Intense Quote1"/>
    <w:basedOn w:val="Normal"/>
    <w:next w:val="Normal"/>
    <w:uiPriority w:val="30"/>
    <w:qFormat/>
    <w:rsid w:val="00135622"/>
    <w:pPr>
      <w:pBdr>
        <w:bottom w:val="single" w:sz="4" w:space="4" w:color="4F81BD"/>
      </w:pBdr>
      <w:bidi/>
      <w:spacing w:before="200" w:after="280" w:line="240" w:lineRule="auto"/>
      <w:ind w:left="936" w:right="936" w:firstLine="283"/>
      <w:jc w:val="both"/>
    </w:pPr>
    <w:rPr>
      <w:rFonts w:ascii="Simplified Arabic" w:eastAsia="MS Mincho" w:hAnsi="Simplified Arabic" w:cs="Simplified Arabic"/>
      <w:b/>
      <w:bCs/>
      <w:i/>
      <w:iCs/>
      <w:color w:val="4F81BD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5622"/>
    <w:rPr>
      <w:rFonts w:ascii="Simplified Arabic" w:hAnsi="Simplified Arabic" w:cs="Simplified Arabic"/>
      <w:b/>
      <w:bCs/>
      <w:i/>
      <w:iCs/>
      <w:color w:val="4F81BD"/>
      <w:sz w:val="28"/>
      <w:szCs w:val="28"/>
    </w:rPr>
  </w:style>
  <w:style w:type="character" w:customStyle="1" w:styleId="SubtleEmphasis1">
    <w:name w:val="Subtle Emphasis1"/>
    <w:basedOn w:val="DefaultParagraphFont"/>
    <w:uiPriority w:val="19"/>
    <w:qFormat/>
    <w:rsid w:val="00135622"/>
    <w:rPr>
      <w:i/>
      <w:iCs/>
      <w:color w:val="808080"/>
    </w:rPr>
  </w:style>
  <w:style w:type="character" w:customStyle="1" w:styleId="IntenseEmphasis1">
    <w:name w:val="Intense Emphasis1"/>
    <w:basedOn w:val="DefaultParagraphFont"/>
    <w:uiPriority w:val="21"/>
    <w:qFormat/>
    <w:rsid w:val="00135622"/>
    <w:rPr>
      <w:b/>
      <w:bCs/>
      <w:i/>
      <w:iCs/>
      <w:color w:val="4F81BD"/>
    </w:rPr>
  </w:style>
  <w:style w:type="character" w:customStyle="1" w:styleId="SubtleReference1">
    <w:name w:val="Subtle Reference1"/>
    <w:basedOn w:val="DefaultParagraphFont"/>
    <w:uiPriority w:val="31"/>
    <w:qFormat/>
    <w:rsid w:val="00135622"/>
    <w:rPr>
      <w:smallCaps/>
      <w:color w:val="C0504D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sid w:val="00135622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35622"/>
    <w:rPr>
      <w:b/>
      <w:bCs/>
      <w:smallCaps/>
      <w:spacing w:val="5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135622"/>
  </w:style>
  <w:style w:type="table" w:customStyle="1" w:styleId="TableGrid1">
    <w:name w:val="Table Grid1"/>
    <w:basedOn w:val="TableNormal"/>
    <w:next w:val="TableGrid"/>
    <w:uiPriority w:val="59"/>
    <w:rsid w:val="00135622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">
    <w:name w:val="Light Shading1"/>
    <w:basedOn w:val="TableNormal"/>
    <w:next w:val="LightShading"/>
    <w:uiPriority w:val="60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eNormal"/>
    <w:next w:val="LightShading-Accent1"/>
    <w:uiPriority w:val="60"/>
    <w:rsid w:val="00135622"/>
    <w:pPr>
      <w:spacing w:after="0" w:line="240" w:lineRule="auto"/>
    </w:pPr>
    <w:rPr>
      <w:rFonts w:eastAsia="MS Mincho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-Accent21">
    <w:name w:val="Light Shading - Accent 21"/>
    <w:basedOn w:val="TableNormal"/>
    <w:next w:val="LightShading-Accent2"/>
    <w:uiPriority w:val="60"/>
    <w:rsid w:val="00135622"/>
    <w:pPr>
      <w:spacing w:after="0" w:line="240" w:lineRule="auto"/>
    </w:pPr>
    <w:rPr>
      <w:rFonts w:eastAsia="MS Mincho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LightShading-Accent31">
    <w:name w:val="Light Shading - Accent 31"/>
    <w:basedOn w:val="TableNormal"/>
    <w:next w:val="LightShading-Accent3"/>
    <w:uiPriority w:val="60"/>
    <w:rsid w:val="00135622"/>
    <w:pPr>
      <w:spacing w:after="0" w:line="240" w:lineRule="auto"/>
    </w:pPr>
    <w:rPr>
      <w:rFonts w:eastAsia="MS Mincho"/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Shading-Accent41">
    <w:name w:val="Light Shading - Accent 41"/>
    <w:basedOn w:val="TableNormal"/>
    <w:next w:val="LightShading-Accent4"/>
    <w:uiPriority w:val="60"/>
    <w:rsid w:val="00135622"/>
    <w:pPr>
      <w:spacing w:after="0" w:line="240" w:lineRule="auto"/>
    </w:pPr>
    <w:rPr>
      <w:rFonts w:eastAsia="MS Mincho"/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-Accent51">
    <w:name w:val="Light Shading - Accent 51"/>
    <w:basedOn w:val="TableNormal"/>
    <w:next w:val="LightShading-Accent5"/>
    <w:uiPriority w:val="60"/>
    <w:rsid w:val="00135622"/>
    <w:pPr>
      <w:spacing w:after="0" w:line="240" w:lineRule="auto"/>
    </w:pPr>
    <w:rPr>
      <w:rFonts w:eastAsia="MS Mincho"/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Shading-Accent61">
    <w:name w:val="Light Shading - Accent 61"/>
    <w:basedOn w:val="TableNormal"/>
    <w:next w:val="LightShading-Accent6"/>
    <w:uiPriority w:val="60"/>
    <w:rsid w:val="00135622"/>
    <w:pPr>
      <w:spacing w:after="0" w:line="240" w:lineRule="auto"/>
    </w:pPr>
    <w:rPr>
      <w:rFonts w:eastAsia="MS Mincho"/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LightList1">
    <w:name w:val="Light List1"/>
    <w:basedOn w:val="TableNormal"/>
    <w:next w:val="LightList"/>
    <w:uiPriority w:val="61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eNormal"/>
    <w:next w:val="LightList-Accent1"/>
    <w:uiPriority w:val="61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List-Accent21">
    <w:name w:val="Light List - Accent 21"/>
    <w:basedOn w:val="TableNormal"/>
    <w:next w:val="LightList-Accent2"/>
    <w:uiPriority w:val="61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List-Accent31">
    <w:name w:val="Light List - Accent 31"/>
    <w:basedOn w:val="TableNormal"/>
    <w:next w:val="LightList-Accent3"/>
    <w:uiPriority w:val="61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41">
    <w:name w:val="Light List - Accent 41"/>
    <w:basedOn w:val="TableNormal"/>
    <w:next w:val="LightList-Accent4"/>
    <w:uiPriority w:val="61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LightList-Accent51">
    <w:name w:val="Light List - Accent 51"/>
    <w:basedOn w:val="TableNormal"/>
    <w:next w:val="LightList-Accent5"/>
    <w:uiPriority w:val="61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61">
    <w:name w:val="Light List - Accent 61"/>
    <w:basedOn w:val="TableNormal"/>
    <w:next w:val="LightList-Accent6"/>
    <w:uiPriority w:val="61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ghtGrid1">
    <w:name w:val="Light Grid1"/>
    <w:basedOn w:val="TableNormal"/>
    <w:next w:val="LightGrid"/>
    <w:uiPriority w:val="62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eNormal"/>
    <w:next w:val="LightGrid-Accent1"/>
    <w:uiPriority w:val="62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-Accent21">
    <w:name w:val="Light Grid - Accent 21"/>
    <w:basedOn w:val="TableNormal"/>
    <w:next w:val="LightGrid-Accent2"/>
    <w:uiPriority w:val="62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LightGrid-Accent31">
    <w:name w:val="Light Grid - Accent 31"/>
    <w:basedOn w:val="TableNormal"/>
    <w:next w:val="LightGrid-Accent3"/>
    <w:uiPriority w:val="62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LightGrid-Accent41">
    <w:name w:val="Light Grid - Accent 41"/>
    <w:basedOn w:val="TableNormal"/>
    <w:next w:val="LightGrid-Accent4"/>
    <w:uiPriority w:val="62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LightGrid-Accent51">
    <w:name w:val="Light Grid - Accent 51"/>
    <w:basedOn w:val="TableNormal"/>
    <w:next w:val="LightGrid-Accent5"/>
    <w:uiPriority w:val="62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LightGrid-Accent61">
    <w:name w:val="Light Grid - Accent 61"/>
    <w:basedOn w:val="TableNormal"/>
    <w:next w:val="LightGrid-Accent6"/>
    <w:uiPriority w:val="62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MediumShading11">
    <w:name w:val="Medium Shading 11"/>
    <w:basedOn w:val="TableNormal"/>
    <w:next w:val="MediumShading1"/>
    <w:uiPriority w:val="63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eNormal"/>
    <w:next w:val="MediumShading1-Accent1"/>
    <w:uiPriority w:val="63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21">
    <w:name w:val="Medium Shading 1 - Accent 21"/>
    <w:basedOn w:val="TableNormal"/>
    <w:next w:val="MediumShading1-Accent2"/>
    <w:uiPriority w:val="63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31">
    <w:name w:val="Medium Shading 1 - Accent 31"/>
    <w:basedOn w:val="TableNormal"/>
    <w:next w:val="MediumShading1-Accent3"/>
    <w:uiPriority w:val="63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41">
    <w:name w:val="Medium Shading 1 - Accent 41"/>
    <w:basedOn w:val="TableNormal"/>
    <w:next w:val="MediumShading1-Accent4"/>
    <w:uiPriority w:val="63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51">
    <w:name w:val="Medium Shading 1 - Accent 51"/>
    <w:basedOn w:val="TableNormal"/>
    <w:next w:val="MediumShading1-Accent5"/>
    <w:uiPriority w:val="63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61">
    <w:name w:val="Medium Shading 1 - Accent 61"/>
    <w:basedOn w:val="TableNormal"/>
    <w:next w:val="MediumShading1-Accent6"/>
    <w:uiPriority w:val="63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next w:val="MediumShading2"/>
    <w:uiPriority w:val="64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next w:val="MediumShading2-Accent1"/>
    <w:uiPriority w:val="64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21">
    <w:name w:val="Medium Shading 2 - Accent 21"/>
    <w:basedOn w:val="TableNormal"/>
    <w:next w:val="MediumShading2-Accent2"/>
    <w:uiPriority w:val="64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31">
    <w:name w:val="Medium Shading 2 - Accent 31"/>
    <w:basedOn w:val="TableNormal"/>
    <w:next w:val="MediumShading2-Accent3"/>
    <w:uiPriority w:val="64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41">
    <w:name w:val="Medium Shading 2 - Accent 41"/>
    <w:basedOn w:val="TableNormal"/>
    <w:next w:val="MediumShading2-Accent4"/>
    <w:uiPriority w:val="64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51">
    <w:name w:val="Medium Shading 2 - Accent 51"/>
    <w:basedOn w:val="TableNormal"/>
    <w:next w:val="MediumShading2-Accent5"/>
    <w:uiPriority w:val="64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61">
    <w:name w:val="Medium Shading 2 - Accent 61"/>
    <w:basedOn w:val="TableNormal"/>
    <w:next w:val="MediumShading2-Accent6"/>
    <w:uiPriority w:val="64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1">
    <w:name w:val="Medium List 11"/>
    <w:basedOn w:val="TableNormal"/>
    <w:next w:val="MediumList1"/>
    <w:uiPriority w:val="65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eNormal"/>
    <w:next w:val="MediumList1-Accent1"/>
    <w:uiPriority w:val="65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MediumList1-Accent21">
    <w:name w:val="Medium List 1 - Accent 21"/>
    <w:basedOn w:val="TableNormal"/>
    <w:next w:val="MediumList1-Accent2"/>
    <w:uiPriority w:val="65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customStyle="1" w:styleId="MediumList1-Accent31">
    <w:name w:val="Medium List 1 - Accent 31"/>
    <w:basedOn w:val="TableNormal"/>
    <w:next w:val="MediumList1-Accent3"/>
    <w:uiPriority w:val="65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customStyle="1" w:styleId="MediumList1-Accent41">
    <w:name w:val="Medium List 1 - Accent 41"/>
    <w:basedOn w:val="TableNormal"/>
    <w:next w:val="MediumList1-Accent4"/>
    <w:uiPriority w:val="65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customStyle="1" w:styleId="MediumList1-Accent51">
    <w:name w:val="Medium List 1 - Accent 51"/>
    <w:basedOn w:val="TableNormal"/>
    <w:next w:val="MediumList1-Accent5"/>
    <w:uiPriority w:val="65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customStyle="1" w:styleId="MediumList1-Accent61">
    <w:name w:val="Medium List 1 - Accent 61"/>
    <w:basedOn w:val="TableNormal"/>
    <w:next w:val="MediumList1-Accent6"/>
    <w:uiPriority w:val="65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MediumList21">
    <w:name w:val="Medium List 21"/>
    <w:basedOn w:val="TableNormal"/>
    <w:next w:val="MediumList2"/>
    <w:uiPriority w:val="66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11">
    <w:name w:val="Medium List 2 - Accent 11"/>
    <w:basedOn w:val="TableNormal"/>
    <w:next w:val="MediumList2-Accent1"/>
    <w:uiPriority w:val="66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21">
    <w:name w:val="Medium List 2 - Accent 21"/>
    <w:basedOn w:val="TableNormal"/>
    <w:next w:val="MediumList2-Accent2"/>
    <w:uiPriority w:val="66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31">
    <w:name w:val="Medium List 2 - Accent 31"/>
    <w:basedOn w:val="TableNormal"/>
    <w:next w:val="MediumList2-Accent3"/>
    <w:uiPriority w:val="66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41">
    <w:name w:val="Medium List 2 - Accent 41"/>
    <w:basedOn w:val="TableNormal"/>
    <w:next w:val="MediumList2-Accent4"/>
    <w:uiPriority w:val="66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51">
    <w:name w:val="Medium List 2 - Accent 51"/>
    <w:basedOn w:val="TableNormal"/>
    <w:next w:val="MediumList2-Accent5"/>
    <w:uiPriority w:val="66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61">
    <w:name w:val="Medium List 2 - Accent 61"/>
    <w:basedOn w:val="TableNormal"/>
    <w:next w:val="MediumList2-Accent6"/>
    <w:uiPriority w:val="66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1">
    <w:name w:val="Medium Grid 11"/>
    <w:basedOn w:val="TableNormal"/>
    <w:next w:val="MediumGrid1"/>
    <w:uiPriority w:val="67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1-Accent11">
    <w:name w:val="Medium Grid 1 - Accent 11"/>
    <w:basedOn w:val="TableNormal"/>
    <w:next w:val="MediumGrid1-Accent1"/>
    <w:uiPriority w:val="67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MediumGrid1-Accent21">
    <w:name w:val="Medium Grid 1 - Accent 21"/>
    <w:basedOn w:val="TableNormal"/>
    <w:next w:val="MediumGrid1-Accent2"/>
    <w:uiPriority w:val="67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MediumGrid1-Accent31">
    <w:name w:val="Medium Grid 1 - Accent 31"/>
    <w:basedOn w:val="TableNormal"/>
    <w:next w:val="MediumGrid1-Accent3"/>
    <w:uiPriority w:val="67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MediumGrid1-Accent41">
    <w:name w:val="Medium Grid 1 - Accent 41"/>
    <w:basedOn w:val="TableNormal"/>
    <w:next w:val="MediumGrid1-Accent4"/>
    <w:uiPriority w:val="67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MediumGrid1-Accent51">
    <w:name w:val="Medium Grid 1 - Accent 51"/>
    <w:basedOn w:val="TableNormal"/>
    <w:next w:val="MediumGrid1-Accent5"/>
    <w:uiPriority w:val="67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MediumGrid1-Accent61">
    <w:name w:val="Medium Grid 1 - Accent 61"/>
    <w:basedOn w:val="TableNormal"/>
    <w:next w:val="MediumGrid1-Accent6"/>
    <w:uiPriority w:val="67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MediumGrid21">
    <w:name w:val="Medium Grid 21"/>
    <w:basedOn w:val="TableNormal"/>
    <w:next w:val="MediumGrid2"/>
    <w:uiPriority w:val="68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2-Accent11">
    <w:name w:val="Medium Grid 2 - Accent 11"/>
    <w:basedOn w:val="TableNormal"/>
    <w:next w:val="MediumGrid2-Accent1"/>
    <w:uiPriority w:val="68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2-Accent21">
    <w:name w:val="Medium Grid 2 - Accent 21"/>
    <w:basedOn w:val="TableNormal"/>
    <w:next w:val="MediumGrid2-Accent2"/>
    <w:uiPriority w:val="68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2-Accent31">
    <w:name w:val="Medium Grid 2 - Accent 31"/>
    <w:basedOn w:val="TableNormal"/>
    <w:next w:val="MediumGrid2-Accent3"/>
    <w:uiPriority w:val="68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2-Accent41">
    <w:name w:val="Medium Grid 2 - Accent 41"/>
    <w:basedOn w:val="TableNormal"/>
    <w:next w:val="MediumGrid2-Accent4"/>
    <w:uiPriority w:val="68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2-Accent51">
    <w:name w:val="Medium Grid 2 - Accent 51"/>
    <w:basedOn w:val="TableNormal"/>
    <w:next w:val="MediumGrid2-Accent5"/>
    <w:uiPriority w:val="68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2-Accent61">
    <w:name w:val="Medium Grid 2 - Accent 61"/>
    <w:basedOn w:val="TableNormal"/>
    <w:next w:val="MediumGrid2-Accent6"/>
    <w:uiPriority w:val="68"/>
    <w:rsid w:val="00135622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eNormal"/>
    <w:next w:val="MediumGrid3"/>
    <w:uiPriority w:val="69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Grid3-Accent11">
    <w:name w:val="Medium Grid 3 - Accent 11"/>
    <w:basedOn w:val="TableNormal"/>
    <w:next w:val="MediumGrid3-Accent1"/>
    <w:uiPriority w:val="69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MediumGrid3-Accent21">
    <w:name w:val="Medium Grid 3 - Accent 21"/>
    <w:basedOn w:val="TableNormal"/>
    <w:next w:val="MediumGrid3-Accent2"/>
    <w:uiPriority w:val="69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customStyle="1" w:styleId="MediumGrid3-Accent31">
    <w:name w:val="Medium Grid 3 - Accent 31"/>
    <w:basedOn w:val="TableNormal"/>
    <w:next w:val="MediumGrid3-Accent3"/>
    <w:uiPriority w:val="69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MediumGrid3-Accent41">
    <w:name w:val="Medium Grid 3 - Accent 41"/>
    <w:basedOn w:val="TableNormal"/>
    <w:next w:val="MediumGrid3-Accent4"/>
    <w:uiPriority w:val="69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customStyle="1" w:styleId="MediumGrid3-Accent51">
    <w:name w:val="Medium Grid 3 - Accent 51"/>
    <w:basedOn w:val="TableNormal"/>
    <w:next w:val="MediumGrid3-Accent5"/>
    <w:uiPriority w:val="69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MediumGrid3-Accent61">
    <w:name w:val="Medium Grid 3 - Accent 61"/>
    <w:basedOn w:val="TableNormal"/>
    <w:next w:val="MediumGrid3-Accent6"/>
    <w:uiPriority w:val="69"/>
    <w:rsid w:val="00135622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DarkList1">
    <w:name w:val="Dark List1"/>
    <w:basedOn w:val="TableNormal"/>
    <w:next w:val="DarkList"/>
    <w:uiPriority w:val="70"/>
    <w:rsid w:val="00135622"/>
    <w:pPr>
      <w:spacing w:after="0" w:line="240" w:lineRule="auto"/>
    </w:pPr>
    <w:rPr>
      <w:rFonts w:eastAsia="MS Mincho"/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DarkList-Accent11">
    <w:name w:val="Dark List - Accent 11"/>
    <w:basedOn w:val="TableNormal"/>
    <w:next w:val="DarkList-Accent1"/>
    <w:uiPriority w:val="70"/>
    <w:rsid w:val="00135622"/>
    <w:pPr>
      <w:spacing w:after="0" w:line="240" w:lineRule="auto"/>
    </w:pPr>
    <w:rPr>
      <w:rFonts w:eastAsia="MS Mincho"/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customStyle="1" w:styleId="DarkList-Accent21">
    <w:name w:val="Dark List - Accent 21"/>
    <w:basedOn w:val="TableNormal"/>
    <w:next w:val="DarkList-Accent2"/>
    <w:uiPriority w:val="70"/>
    <w:rsid w:val="00135622"/>
    <w:pPr>
      <w:spacing w:after="0" w:line="240" w:lineRule="auto"/>
    </w:pPr>
    <w:rPr>
      <w:rFonts w:eastAsia="MS Mincho"/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customStyle="1" w:styleId="DarkList-Accent31">
    <w:name w:val="Dark List - Accent 31"/>
    <w:basedOn w:val="TableNormal"/>
    <w:next w:val="DarkList-Accent3"/>
    <w:uiPriority w:val="70"/>
    <w:rsid w:val="00135622"/>
    <w:pPr>
      <w:spacing w:after="0" w:line="240" w:lineRule="auto"/>
    </w:pPr>
    <w:rPr>
      <w:rFonts w:eastAsia="MS Mincho"/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customStyle="1" w:styleId="DarkList-Accent41">
    <w:name w:val="Dark List - Accent 41"/>
    <w:basedOn w:val="TableNormal"/>
    <w:next w:val="DarkList-Accent4"/>
    <w:uiPriority w:val="70"/>
    <w:rsid w:val="00135622"/>
    <w:pPr>
      <w:spacing w:after="0" w:line="240" w:lineRule="auto"/>
    </w:pPr>
    <w:rPr>
      <w:rFonts w:eastAsia="MS Mincho"/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customStyle="1" w:styleId="DarkList-Accent51">
    <w:name w:val="Dark List - Accent 51"/>
    <w:basedOn w:val="TableNormal"/>
    <w:next w:val="DarkList-Accent5"/>
    <w:uiPriority w:val="70"/>
    <w:rsid w:val="00135622"/>
    <w:pPr>
      <w:spacing w:after="0" w:line="240" w:lineRule="auto"/>
    </w:pPr>
    <w:rPr>
      <w:rFonts w:eastAsia="MS Mincho"/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customStyle="1" w:styleId="DarkList-Accent61">
    <w:name w:val="Dark List - Accent 61"/>
    <w:basedOn w:val="TableNormal"/>
    <w:next w:val="DarkList-Accent6"/>
    <w:uiPriority w:val="70"/>
    <w:rsid w:val="00135622"/>
    <w:pPr>
      <w:spacing w:after="0" w:line="240" w:lineRule="auto"/>
    </w:pPr>
    <w:rPr>
      <w:rFonts w:eastAsia="MS Mincho"/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customStyle="1" w:styleId="ColorfulShading1">
    <w:name w:val="Colorful Shading1"/>
    <w:basedOn w:val="TableNormal"/>
    <w:next w:val="ColorfulShading"/>
    <w:uiPriority w:val="71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11">
    <w:name w:val="Colorful Shading - Accent 11"/>
    <w:basedOn w:val="TableNormal"/>
    <w:next w:val="ColorfulShading-Accent1"/>
    <w:uiPriority w:val="71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21">
    <w:name w:val="Colorful Shading - Accent 21"/>
    <w:basedOn w:val="TableNormal"/>
    <w:next w:val="ColorfulShading-Accent2"/>
    <w:uiPriority w:val="71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31">
    <w:name w:val="Colorful Shading - Accent 31"/>
    <w:basedOn w:val="TableNormal"/>
    <w:next w:val="ColorfulShading-Accent3"/>
    <w:uiPriority w:val="71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customStyle="1" w:styleId="ColorfulShading-Accent41">
    <w:name w:val="Colorful Shading - Accent 41"/>
    <w:basedOn w:val="TableNormal"/>
    <w:next w:val="ColorfulShading-Accent4"/>
    <w:uiPriority w:val="71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51">
    <w:name w:val="Colorful Shading - Accent 51"/>
    <w:basedOn w:val="TableNormal"/>
    <w:next w:val="ColorfulShading-Accent5"/>
    <w:uiPriority w:val="71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61">
    <w:name w:val="Colorful Shading - Accent 61"/>
    <w:basedOn w:val="TableNormal"/>
    <w:next w:val="ColorfulShading-Accent6"/>
    <w:uiPriority w:val="71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List1">
    <w:name w:val="Colorful List1"/>
    <w:basedOn w:val="TableNormal"/>
    <w:next w:val="ColorfulList"/>
    <w:uiPriority w:val="72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List-Accent11">
    <w:name w:val="Colorful List - Accent 11"/>
    <w:basedOn w:val="TableNormal"/>
    <w:next w:val="ColorfulList-Accent1"/>
    <w:uiPriority w:val="72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customStyle="1" w:styleId="ColorfulList-Accent21">
    <w:name w:val="Colorful List - Accent 21"/>
    <w:basedOn w:val="TableNormal"/>
    <w:next w:val="ColorfulList-Accent2"/>
    <w:uiPriority w:val="72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customStyle="1" w:styleId="ColorfulList-Accent31">
    <w:name w:val="Colorful List - Accent 31"/>
    <w:basedOn w:val="TableNormal"/>
    <w:next w:val="ColorfulList-Accent3"/>
    <w:uiPriority w:val="72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customStyle="1" w:styleId="ColorfulList-Accent41">
    <w:name w:val="Colorful List - Accent 41"/>
    <w:basedOn w:val="TableNormal"/>
    <w:next w:val="ColorfulList-Accent4"/>
    <w:uiPriority w:val="72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customStyle="1" w:styleId="ColorfulList-Accent51">
    <w:name w:val="Colorful List - Accent 51"/>
    <w:basedOn w:val="TableNormal"/>
    <w:next w:val="ColorfulList-Accent5"/>
    <w:uiPriority w:val="72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customStyle="1" w:styleId="ColorfulList-Accent61">
    <w:name w:val="Colorful List - Accent 61"/>
    <w:basedOn w:val="TableNormal"/>
    <w:next w:val="ColorfulList-Accent6"/>
    <w:uiPriority w:val="72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ColorfulGrid1">
    <w:name w:val="Colorful Grid1"/>
    <w:basedOn w:val="TableNormal"/>
    <w:next w:val="ColorfulGrid"/>
    <w:uiPriority w:val="73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Grid-Accent11">
    <w:name w:val="Colorful Grid - Accent 11"/>
    <w:basedOn w:val="TableNormal"/>
    <w:next w:val="ColorfulGrid-Accent1"/>
    <w:uiPriority w:val="73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21">
    <w:name w:val="Colorful Grid - Accent 21"/>
    <w:basedOn w:val="TableNormal"/>
    <w:next w:val="ColorfulGrid-Accent2"/>
    <w:uiPriority w:val="73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ColorfulGrid-Accent31">
    <w:name w:val="Colorful Grid - Accent 31"/>
    <w:basedOn w:val="TableNormal"/>
    <w:next w:val="ColorfulGrid-Accent3"/>
    <w:uiPriority w:val="73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ColorfulGrid-Accent41">
    <w:name w:val="Colorful Grid - Accent 41"/>
    <w:basedOn w:val="TableNormal"/>
    <w:next w:val="ColorfulGrid-Accent4"/>
    <w:uiPriority w:val="73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ColorfulGrid-Accent51">
    <w:name w:val="Colorful Grid - Accent 51"/>
    <w:basedOn w:val="TableNormal"/>
    <w:next w:val="ColorfulGrid-Accent5"/>
    <w:uiPriority w:val="73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ColorfulGrid-Accent61">
    <w:name w:val="Colorful Grid - Accent 61"/>
    <w:basedOn w:val="TableNormal"/>
    <w:next w:val="ColorfulGrid-Accent6"/>
    <w:uiPriority w:val="73"/>
    <w:rsid w:val="00135622"/>
    <w:pPr>
      <w:spacing w:after="0" w:line="240" w:lineRule="auto"/>
    </w:pPr>
    <w:rPr>
      <w:rFonts w:eastAsia="MS Mincho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customStyle="1" w:styleId="Heading1Char1">
    <w:name w:val="Heading 1 Char1"/>
    <w:basedOn w:val="DefaultParagraphFont"/>
    <w:uiPriority w:val="9"/>
    <w:rsid w:val="001356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1">
    <w:name w:val="Heading 2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1">
    <w:name w:val="Heading 4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1">
    <w:name w:val="Heading 5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1">
    <w:name w:val="Heading 6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1">
    <w:name w:val="Heading 7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1">
    <w:name w:val="Heading 8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1">
    <w:name w:val="Heading 9 Char1"/>
    <w:basedOn w:val="DefaultParagraphFont"/>
    <w:uiPriority w:val="9"/>
    <w:semiHidden/>
    <w:rsid w:val="0013562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1"/>
    <w:uiPriority w:val="99"/>
    <w:semiHidden/>
    <w:unhideWhenUsed/>
    <w:rsid w:val="00135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135622"/>
  </w:style>
  <w:style w:type="paragraph" w:styleId="Footer">
    <w:name w:val="footer"/>
    <w:basedOn w:val="Normal"/>
    <w:link w:val="FooterChar1"/>
    <w:uiPriority w:val="99"/>
    <w:semiHidden/>
    <w:unhideWhenUsed/>
    <w:rsid w:val="00135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135622"/>
  </w:style>
  <w:style w:type="paragraph" w:styleId="NoSpacing">
    <w:name w:val="No Spacing"/>
    <w:uiPriority w:val="1"/>
    <w:qFormat/>
    <w:rsid w:val="00135622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135622"/>
    <w:pPr>
      <w:spacing w:after="0" w:line="240" w:lineRule="auto"/>
      <w:contextualSpacing/>
    </w:pPr>
    <w:rPr>
      <w:rFonts w:ascii="Calibri" w:eastAsia="MS Gothic" w:hAnsi="Calibri" w:cs="Times New Roman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DefaultParagraphFont"/>
    <w:uiPriority w:val="10"/>
    <w:rsid w:val="00135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5622"/>
    <w:pPr>
      <w:numPr>
        <w:ilvl w:val="1"/>
      </w:numPr>
    </w:pPr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character" w:customStyle="1" w:styleId="SubtitleChar1">
    <w:name w:val="Subtitle Char1"/>
    <w:basedOn w:val="DefaultParagraphFont"/>
    <w:uiPriority w:val="11"/>
    <w:rsid w:val="00135622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135622"/>
    <w:pPr>
      <w:ind w:left="720"/>
      <w:contextualSpacing/>
    </w:pPr>
  </w:style>
  <w:style w:type="paragraph" w:styleId="BodyText">
    <w:name w:val="Body Text"/>
    <w:basedOn w:val="Normal"/>
    <w:link w:val="BodyTextChar1"/>
    <w:uiPriority w:val="99"/>
    <w:semiHidden/>
    <w:unhideWhenUsed/>
    <w:rsid w:val="00135622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135622"/>
  </w:style>
  <w:style w:type="paragraph" w:styleId="BodyText2">
    <w:name w:val="Body Text 2"/>
    <w:basedOn w:val="Normal"/>
    <w:link w:val="BodyText2Char1"/>
    <w:uiPriority w:val="99"/>
    <w:semiHidden/>
    <w:unhideWhenUsed/>
    <w:rsid w:val="00135622"/>
    <w:pPr>
      <w:spacing w:after="120" w:line="480" w:lineRule="auto"/>
    </w:pPr>
  </w:style>
  <w:style w:type="character" w:customStyle="1" w:styleId="BodyText2Char1">
    <w:name w:val="Body Text 2 Char1"/>
    <w:basedOn w:val="DefaultParagraphFont"/>
    <w:link w:val="BodyText2"/>
    <w:uiPriority w:val="99"/>
    <w:semiHidden/>
    <w:rsid w:val="00135622"/>
  </w:style>
  <w:style w:type="paragraph" w:styleId="BodyText3">
    <w:name w:val="Body Text 3"/>
    <w:basedOn w:val="Normal"/>
    <w:link w:val="BodyText3Char1"/>
    <w:uiPriority w:val="99"/>
    <w:semiHidden/>
    <w:unhideWhenUsed/>
    <w:rsid w:val="00135622"/>
    <w:pPr>
      <w:spacing w:after="120"/>
    </w:pPr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rsid w:val="00135622"/>
    <w:rPr>
      <w:sz w:val="16"/>
      <w:szCs w:val="16"/>
    </w:rPr>
  </w:style>
  <w:style w:type="paragraph" w:styleId="List">
    <w:name w:val="List"/>
    <w:basedOn w:val="Normal"/>
    <w:uiPriority w:val="99"/>
    <w:semiHidden/>
    <w:unhideWhenUsed/>
    <w:rsid w:val="0013562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3562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35622"/>
    <w:pPr>
      <w:ind w:left="108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35622"/>
    <w:pPr>
      <w:tabs>
        <w:tab w:val="num" w:pos="360"/>
      </w:tabs>
      <w:ind w:left="36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135622"/>
    <w:pPr>
      <w:tabs>
        <w:tab w:val="num" w:pos="720"/>
      </w:tabs>
      <w:ind w:left="72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135622"/>
    <w:pPr>
      <w:tabs>
        <w:tab w:val="num" w:pos="1080"/>
      </w:tabs>
      <w:ind w:left="1080" w:hanging="360"/>
      <w:contextualSpacing/>
    </w:pPr>
  </w:style>
  <w:style w:type="paragraph" w:styleId="ListNumber">
    <w:name w:val="List Number"/>
    <w:basedOn w:val="Normal"/>
    <w:uiPriority w:val="99"/>
    <w:semiHidden/>
    <w:unhideWhenUsed/>
    <w:rsid w:val="00135622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35622"/>
    <w:pPr>
      <w:tabs>
        <w:tab w:val="num" w:pos="360"/>
      </w:tabs>
      <w:ind w:left="360" w:hanging="360"/>
      <w:contextualSpacing/>
    </w:pPr>
  </w:style>
  <w:style w:type="paragraph" w:styleId="ListNumber3">
    <w:name w:val="List Number 3"/>
    <w:basedOn w:val="Normal"/>
    <w:uiPriority w:val="99"/>
    <w:semiHidden/>
    <w:unhideWhenUsed/>
    <w:rsid w:val="00135622"/>
    <w:pPr>
      <w:tabs>
        <w:tab w:val="num" w:pos="720"/>
      </w:tabs>
      <w:ind w:left="720" w:hanging="360"/>
      <w:contextualSpacing/>
    </w:pPr>
  </w:style>
  <w:style w:type="paragraph" w:styleId="ListContinue">
    <w:name w:val="List Continue"/>
    <w:basedOn w:val="Normal"/>
    <w:uiPriority w:val="99"/>
    <w:semiHidden/>
    <w:unhideWhenUsed/>
    <w:rsid w:val="0013562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3562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35622"/>
    <w:pPr>
      <w:spacing w:after="120"/>
      <w:ind w:left="1080"/>
      <w:contextualSpacing/>
    </w:pPr>
  </w:style>
  <w:style w:type="paragraph" w:styleId="MacroText">
    <w:name w:val="macro"/>
    <w:link w:val="MacroTextChar1"/>
    <w:uiPriority w:val="99"/>
    <w:semiHidden/>
    <w:unhideWhenUsed/>
    <w:rsid w:val="0013562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1">
    <w:name w:val="Macro Text Char1"/>
    <w:basedOn w:val="DefaultParagraphFont"/>
    <w:link w:val="MacroText"/>
    <w:uiPriority w:val="99"/>
    <w:semiHidden/>
    <w:rsid w:val="00135622"/>
    <w:rPr>
      <w:rFonts w:ascii="Consolas" w:hAnsi="Consola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135622"/>
    <w:pPr>
      <w:spacing w:before="200"/>
      <w:ind w:left="864" w:right="864"/>
      <w:jc w:val="center"/>
    </w:pPr>
    <w:rPr>
      <w:rFonts w:ascii="Simplified Arabic" w:hAnsi="Simplified Arabic" w:cs="Simplified Arabic"/>
      <w:i/>
      <w:iCs/>
      <w:color w:val="000000"/>
      <w:sz w:val="28"/>
      <w:szCs w:val="28"/>
    </w:rPr>
  </w:style>
  <w:style w:type="character" w:customStyle="1" w:styleId="QuoteChar1">
    <w:name w:val="Quote Char1"/>
    <w:basedOn w:val="DefaultParagraphFont"/>
    <w:uiPriority w:val="29"/>
    <w:rsid w:val="00135622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562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ascii="Simplified Arabic" w:hAnsi="Simplified Arabic" w:cs="Simplified Arabic"/>
      <w:b/>
      <w:bCs/>
      <w:i/>
      <w:iCs/>
      <w:color w:val="4F81BD"/>
      <w:sz w:val="28"/>
      <w:szCs w:val="28"/>
    </w:rPr>
  </w:style>
  <w:style w:type="character" w:customStyle="1" w:styleId="IntenseQuoteChar1">
    <w:name w:val="Intense Quote Char1"/>
    <w:basedOn w:val="DefaultParagraphFont"/>
    <w:uiPriority w:val="30"/>
    <w:rsid w:val="00135622"/>
    <w:rPr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135622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35622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135622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135622"/>
    <w:rPr>
      <w:b/>
      <w:bCs/>
      <w:smallCaps/>
      <w:color w:val="4472C4" w:themeColor="accent1"/>
      <w:spacing w:val="5"/>
    </w:rPr>
  </w:style>
  <w:style w:type="table" w:styleId="TableGrid">
    <w:name w:val="Table Grid"/>
    <w:basedOn w:val="TableNormal"/>
    <w:uiPriority w:val="39"/>
    <w:rsid w:val="00135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semiHidden/>
    <w:unhideWhenUsed/>
    <w:rsid w:val="0013562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135622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13562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135622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135622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135622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1356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List">
    <w:name w:val="Light List"/>
    <w:basedOn w:val="TableNormal"/>
    <w:uiPriority w:val="61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Grid">
    <w:name w:val="Light Grid"/>
    <w:basedOn w:val="TableNormal"/>
    <w:uiPriority w:val="62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1356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1356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DarkList">
    <w:name w:val="Dark List"/>
    <w:basedOn w:val="TableNormal"/>
    <w:uiPriority w:val="70"/>
    <w:semiHidden/>
    <w:unhideWhenUsed/>
    <w:rsid w:val="001356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1356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1356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1356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1356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1356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1356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1356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numbering" w:customStyle="1" w:styleId="NoList2">
    <w:name w:val="No List2"/>
    <w:next w:val="NoList"/>
    <w:uiPriority w:val="99"/>
    <w:semiHidden/>
    <w:unhideWhenUsed/>
    <w:rsid w:val="00BB2716"/>
  </w:style>
  <w:style w:type="paragraph" w:customStyle="1" w:styleId="msonormal0">
    <w:name w:val="msonormal"/>
    <w:basedOn w:val="Normal"/>
    <w:rsid w:val="00BB2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2">
    <w:name w:val="Caption2"/>
    <w:basedOn w:val="Normal"/>
    <w:next w:val="Normal"/>
    <w:uiPriority w:val="35"/>
    <w:semiHidden/>
    <w:unhideWhenUsed/>
    <w:qFormat/>
    <w:rsid w:val="00BB2716"/>
    <w:pPr>
      <w:bidi/>
      <w:spacing w:after="120" w:line="240" w:lineRule="auto"/>
      <w:ind w:firstLine="283"/>
      <w:jc w:val="both"/>
    </w:pPr>
    <w:rPr>
      <w:rFonts w:ascii="Simplified Arabic" w:eastAsia="MS Mincho" w:hAnsi="Simplified Arabic" w:cs="Simplified Arabic"/>
      <w:b/>
      <w:bCs/>
      <w:color w:val="4F81BD"/>
      <w:sz w:val="18"/>
      <w:szCs w:val="18"/>
    </w:rPr>
  </w:style>
  <w:style w:type="paragraph" w:customStyle="1" w:styleId="TOCHeading2">
    <w:name w:val="TOC Heading2"/>
    <w:basedOn w:val="Heading1"/>
    <w:next w:val="Normal"/>
    <w:uiPriority w:val="39"/>
    <w:semiHidden/>
    <w:unhideWhenUsed/>
    <w:qFormat/>
    <w:rsid w:val="00BB2716"/>
    <w:pPr>
      <w:pageBreakBefore/>
      <w:bidi/>
      <w:spacing w:before="480" w:after="360" w:line="240" w:lineRule="auto"/>
      <w:jc w:val="center"/>
      <w:outlineLvl w:val="9"/>
    </w:pPr>
    <w:rPr>
      <w:rFonts w:eastAsia="MS Mincho"/>
    </w:rPr>
  </w:style>
  <w:style w:type="table" w:customStyle="1" w:styleId="TableGrid2">
    <w:name w:val="Table Grid2"/>
    <w:basedOn w:val="TableNormal"/>
    <w:next w:val="TableGrid"/>
    <w:uiPriority w:val="59"/>
    <w:rsid w:val="00BB2716"/>
    <w:pPr>
      <w:spacing w:after="0" w:line="240" w:lineRule="auto"/>
    </w:pPr>
    <w:rPr>
      <w:rFonts w:ascii="Cambria" w:eastAsia="MS Mincho" w:hAnsi="Cambria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2">
    <w:name w:val="Light Shading2"/>
    <w:basedOn w:val="TableNormal"/>
    <w:next w:val="LightShading"/>
    <w:uiPriority w:val="6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List2">
    <w:name w:val="Light List2"/>
    <w:basedOn w:val="TableNormal"/>
    <w:next w:val="LightList"/>
    <w:uiPriority w:val="61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Grid2">
    <w:name w:val="Light Grid2"/>
    <w:basedOn w:val="TableNormal"/>
    <w:next w:val="LightGrid"/>
    <w:uiPriority w:val="62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Times New Roman" w:hint="default"/>
        <w:b/>
        <w:bCs/>
      </w:rPr>
    </w:tblStylePr>
    <w:tblStylePr w:type="lastCol"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MediumShading12">
    <w:name w:val="Medium Shading 12"/>
    <w:basedOn w:val="TableNormal"/>
    <w:next w:val="MediumShading1"/>
    <w:uiPriority w:val="63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2">
    <w:name w:val="Medium Shading 22"/>
    <w:basedOn w:val="TableNormal"/>
    <w:next w:val="MediumShading2"/>
    <w:uiPriority w:val="64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2">
    <w:name w:val="Medium List 12"/>
    <w:basedOn w:val="TableNormal"/>
    <w:next w:val="MediumList1"/>
    <w:uiPriority w:val="65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 w:hint="default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22">
    <w:name w:val="Medium List 22"/>
    <w:basedOn w:val="TableNormal"/>
    <w:next w:val="MediumList2"/>
    <w:uiPriority w:val="66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2">
    <w:name w:val="Medium Grid 12"/>
    <w:basedOn w:val="TableNormal"/>
    <w:next w:val="MediumGrid1"/>
    <w:uiPriority w:val="67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22">
    <w:name w:val="Medium Grid 22"/>
    <w:basedOn w:val="TableNormal"/>
    <w:next w:val="MediumGrid2"/>
    <w:uiPriority w:val="68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2">
    <w:name w:val="Medium Grid 32"/>
    <w:basedOn w:val="TableNormal"/>
    <w:next w:val="MediumGrid3"/>
    <w:uiPriority w:val="69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DarkList2">
    <w:name w:val="Dark List2"/>
    <w:basedOn w:val="TableNormal"/>
    <w:next w:val="DarkList"/>
    <w:uiPriority w:val="7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FFFFFF"/>
    </w:rPr>
    <w:tblPr>
      <w:tblStyleRowBandSize w:val="1"/>
      <w:tblStyleColBandSize w:val="1"/>
      <w:tblInd w:w="0" w:type="nil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ColorfulShading2">
    <w:name w:val="Colorful Shading2"/>
    <w:basedOn w:val="TableNormal"/>
    <w:next w:val="ColorfulShading"/>
    <w:uiPriority w:val="71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List2">
    <w:name w:val="Colorful List2"/>
    <w:basedOn w:val="TableNormal"/>
    <w:next w:val="ColorfulList"/>
    <w:uiPriority w:val="72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Grid2">
    <w:name w:val="Colorful Grid2"/>
    <w:basedOn w:val="TableNormal"/>
    <w:next w:val="ColorfulGrid"/>
    <w:uiPriority w:val="73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LightShading-Accent12">
    <w:name w:val="Light Shading - Accent 12"/>
    <w:basedOn w:val="TableNormal"/>
    <w:next w:val="LightShading-Accent1"/>
    <w:uiPriority w:val="6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365F91"/>
    </w:rPr>
    <w:tblPr>
      <w:tblStyleRowBandSize w:val="1"/>
      <w:tblStyleColBandSize w:val="1"/>
      <w:tblInd w:w="0" w:type="nil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List-Accent12">
    <w:name w:val="Light List - Accent 12"/>
    <w:basedOn w:val="TableNormal"/>
    <w:next w:val="LightList-Accent1"/>
    <w:uiPriority w:val="61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Grid-Accent12">
    <w:name w:val="Light Grid - Accent 12"/>
    <w:basedOn w:val="TableNormal"/>
    <w:next w:val="LightGrid-Accent1"/>
    <w:uiPriority w:val="62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Times New Roman" w:hint="default"/>
        <w:b/>
        <w:bCs/>
      </w:rPr>
    </w:tblStylePr>
    <w:tblStylePr w:type="lastCol"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MediumShading1-Accent12">
    <w:name w:val="Medium Shading 1 - Accent 12"/>
    <w:basedOn w:val="TableNormal"/>
    <w:next w:val="MediumShading1-Accent1"/>
    <w:uiPriority w:val="63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12">
    <w:name w:val="Medium Shading 2 - Accent 12"/>
    <w:basedOn w:val="TableNormal"/>
    <w:next w:val="MediumShading2-Accent1"/>
    <w:uiPriority w:val="64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12">
    <w:name w:val="Medium List 1 - Accent 12"/>
    <w:basedOn w:val="TableNormal"/>
    <w:next w:val="MediumList1-Accent1"/>
    <w:uiPriority w:val="65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" w:eastAsia="MS Gothic" w:hAnsi="Calibri" w:cs="Times New Roman" w:hint="default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MediumList2-Accent12">
    <w:name w:val="Medium List 2 - Accent 12"/>
    <w:basedOn w:val="TableNormal"/>
    <w:next w:val="MediumList2-Accent1"/>
    <w:uiPriority w:val="66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-Accent12">
    <w:name w:val="Medium Grid 1 - Accent 12"/>
    <w:basedOn w:val="TableNormal"/>
    <w:next w:val="MediumGrid1-Accent1"/>
    <w:uiPriority w:val="67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MediumGrid2-Accent12">
    <w:name w:val="Medium Grid 2 - Accent 12"/>
    <w:basedOn w:val="TableNormal"/>
    <w:next w:val="MediumGrid2-Accent1"/>
    <w:uiPriority w:val="68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12">
    <w:name w:val="Medium Grid 3 - Accent 12"/>
    <w:basedOn w:val="TableNormal"/>
    <w:next w:val="MediumGrid3-Accent1"/>
    <w:uiPriority w:val="69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DarkList-Accent12">
    <w:name w:val="Dark List - Accent 12"/>
    <w:basedOn w:val="TableNormal"/>
    <w:next w:val="DarkList-Accent1"/>
    <w:uiPriority w:val="7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FFFFFF"/>
    </w:rPr>
    <w:tblPr>
      <w:tblStyleRowBandSize w:val="1"/>
      <w:tblStyleColBandSize w:val="1"/>
      <w:tblInd w:w="0" w:type="nil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customStyle="1" w:styleId="ColorfulShading-Accent12">
    <w:name w:val="Colorful Shading - Accent 12"/>
    <w:basedOn w:val="TableNormal"/>
    <w:next w:val="ColorfulShading-Accent1"/>
    <w:uiPriority w:val="71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List-Accent12">
    <w:name w:val="Colorful List - Accent 12"/>
    <w:basedOn w:val="TableNormal"/>
    <w:next w:val="ColorfulList-Accent1"/>
    <w:uiPriority w:val="72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customStyle="1" w:styleId="ColorfulGrid-Accent12">
    <w:name w:val="Colorful Grid - Accent 12"/>
    <w:basedOn w:val="TableNormal"/>
    <w:next w:val="ColorfulGrid-Accent1"/>
    <w:uiPriority w:val="73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LightShading-Accent22">
    <w:name w:val="Light Shading - Accent 22"/>
    <w:basedOn w:val="TableNormal"/>
    <w:next w:val="LightShading-Accent2"/>
    <w:uiPriority w:val="6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943634"/>
    </w:rPr>
    <w:tblPr>
      <w:tblStyleRowBandSize w:val="1"/>
      <w:tblStyleColBandSize w:val="1"/>
      <w:tblInd w:w="0" w:type="nil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LightList-Accent22">
    <w:name w:val="Light List - Accent 22"/>
    <w:basedOn w:val="TableNormal"/>
    <w:next w:val="LightList-Accent2"/>
    <w:uiPriority w:val="61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Grid-Accent22">
    <w:name w:val="Light Grid - Accent 22"/>
    <w:basedOn w:val="TableNormal"/>
    <w:next w:val="LightGrid-Accent2"/>
    <w:uiPriority w:val="62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Times New Roman" w:hint="default"/>
        <w:b/>
        <w:bCs/>
      </w:rPr>
    </w:tblStylePr>
    <w:tblStylePr w:type="lastCol"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MediumShading1-Accent22">
    <w:name w:val="Medium Shading 1 - Accent 22"/>
    <w:basedOn w:val="TableNormal"/>
    <w:next w:val="MediumShading1-Accent2"/>
    <w:uiPriority w:val="63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22">
    <w:name w:val="Medium Shading 2 - Accent 22"/>
    <w:basedOn w:val="TableNormal"/>
    <w:next w:val="MediumShading2-Accent2"/>
    <w:uiPriority w:val="64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22">
    <w:name w:val="Medium List 1 - Accent 22"/>
    <w:basedOn w:val="TableNormal"/>
    <w:next w:val="MediumList1-Accent2"/>
    <w:uiPriority w:val="65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libri" w:eastAsia="MS Gothic" w:hAnsi="Calibri" w:cs="Times New Roman" w:hint="default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customStyle="1" w:styleId="MediumList2-Accent22">
    <w:name w:val="Medium List 2 - Accent 22"/>
    <w:basedOn w:val="TableNormal"/>
    <w:next w:val="MediumList2-Accent2"/>
    <w:uiPriority w:val="66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-Accent22">
    <w:name w:val="Medium Grid 1 - Accent 22"/>
    <w:basedOn w:val="TableNormal"/>
    <w:next w:val="MediumGrid1-Accent2"/>
    <w:uiPriority w:val="67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MediumGrid2-Accent22">
    <w:name w:val="Medium Grid 2 - Accent 22"/>
    <w:basedOn w:val="TableNormal"/>
    <w:next w:val="MediumGrid2-Accent2"/>
    <w:uiPriority w:val="68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22">
    <w:name w:val="Medium Grid 3 - Accent 22"/>
    <w:basedOn w:val="TableNormal"/>
    <w:next w:val="MediumGrid3-Accent2"/>
    <w:uiPriority w:val="69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customStyle="1" w:styleId="DarkList-Accent22">
    <w:name w:val="Dark List - Accent 22"/>
    <w:basedOn w:val="TableNormal"/>
    <w:next w:val="DarkList-Accent2"/>
    <w:uiPriority w:val="7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FFFFFF"/>
    </w:rPr>
    <w:tblPr>
      <w:tblStyleRowBandSize w:val="1"/>
      <w:tblStyleColBandSize w:val="1"/>
      <w:tblInd w:w="0" w:type="nil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customStyle="1" w:styleId="ColorfulShading-Accent22">
    <w:name w:val="Colorful Shading - Accent 22"/>
    <w:basedOn w:val="TableNormal"/>
    <w:next w:val="ColorfulShading-Accent2"/>
    <w:uiPriority w:val="71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List-Accent22">
    <w:name w:val="Colorful List - Accent 22"/>
    <w:basedOn w:val="TableNormal"/>
    <w:next w:val="ColorfulList-Accent2"/>
    <w:uiPriority w:val="72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customStyle="1" w:styleId="ColorfulGrid-Accent22">
    <w:name w:val="Colorful Grid - Accent 22"/>
    <w:basedOn w:val="TableNormal"/>
    <w:next w:val="ColorfulGrid-Accent2"/>
    <w:uiPriority w:val="73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LightShading-Accent32">
    <w:name w:val="Light Shading - Accent 32"/>
    <w:basedOn w:val="TableNormal"/>
    <w:next w:val="LightShading-Accent3"/>
    <w:uiPriority w:val="6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76923C"/>
    </w:rPr>
    <w:tblPr>
      <w:tblStyleRowBandSize w:val="1"/>
      <w:tblStyleColBandSize w:val="1"/>
      <w:tblInd w:w="0" w:type="nil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List-Accent32">
    <w:name w:val="Light List - Accent 32"/>
    <w:basedOn w:val="TableNormal"/>
    <w:next w:val="LightList-Accent3"/>
    <w:uiPriority w:val="61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32">
    <w:name w:val="Light Grid - Accent 32"/>
    <w:basedOn w:val="TableNormal"/>
    <w:next w:val="LightGrid-Accent3"/>
    <w:uiPriority w:val="62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Times New Roman" w:hint="default"/>
        <w:b/>
        <w:bCs/>
      </w:rPr>
    </w:tblStylePr>
    <w:tblStylePr w:type="lastCol"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MediumShading1-Accent32">
    <w:name w:val="Medium Shading 1 - Accent 32"/>
    <w:basedOn w:val="TableNormal"/>
    <w:next w:val="MediumShading1-Accent3"/>
    <w:uiPriority w:val="63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32">
    <w:name w:val="Medium Shading 2 - Accent 32"/>
    <w:basedOn w:val="TableNormal"/>
    <w:next w:val="MediumShading2-Accent3"/>
    <w:uiPriority w:val="64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32">
    <w:name w:val="Medium List 1 - Accent 32"/>
    <w:basedOn w:val="TableNormal"/>
    <w:next w:val="MediumList1-Accent3"/>
    <w:uiPriority w:val="65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" w:eastAsia="MS Gothic" w:hAnsi="Calibri" w:cs="Times New Roman" w:hint="default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customStyle="1" w:styleId="MediumList2-Accent32">
    <w:name w:val="Medium List 2 - Accent 32"/>
    <w:basedOn w:val="TableNormal"/>
    <w:next w:val="MediumList2-Accent3"/>
    <w:uiPriority w:val="66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-Accent32">
    <w:name w:val="Medium Grid 1 - Accent 32"/>
    <w:basedOn w:val="TableNormal"/>
    <w:next w:val="MediumGrid1-Accent3"/>
    <w:uiPriority w:val="67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MediumGrid2-Accent32">
    <w:name w:val="Medium Grid 2 - Accent 32"/>
    <w:basedOn w:val="TableNormal"/>
    <w:next w:val="MediumGrid2-Accent3"/>
    <w:uiPriority w:val="68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32">
    <w:name w:val="Medium Grid 3 - Accent 32"/>
    <w:basedOn w:val="TableNormal"/>
    <w:next w:val="MediumGrid3-Accent3"/>
    <w:uiPriority w:val="69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DarkList-Accent32">
    <w:name w:val="Dark List - Accent 32"/>
    <w:basedOn w:val="TableNormal"/>
    <w:next w:val="DarkList-Accent3"/>
    <w:uiPriority w:val="7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FFFFFF"/>
    </w:rPr>
    <w:tblPr>
      <w:tblStyleRowBandSize w:val="1"/>
      <w:tblStyleColBandSize w:val="1"/>
      <w:tblInd w:w="0" w:type="nil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customStyle="1" w:styleId="ColorfulShading-Accent32">
    <w:name w:val="Colorful Shading - Accent 32"/>
    <w:basedOn w:val="TableNormal"/>
    <w:next w:val="ColorfulShading-Accent3"/>
    <w:uiPriority w:val="71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customStyle="1" w:styleId="ColorfulList-Accent32">
    <w:name w:val="Colorful List - Accent 32"/>
    <w:basedOn w:val="TableNormal"/>
    <w:next w:val="ColorfulList-Accent3"/>
    <w:uiPriority w:val="72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customStyle="1" w:styleId="ColorfulGrid-Accent32">
    <w:name w:val="Colorful Grid - Accent 32"/>
    <w:basedOn w:val="TableNormal"/>
    <w:next w:val="ColorfulGrid-Accent3"/>
    <w:uiPriority w:val="73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LightShading-Accent42">
    <w:name w:val="Light Shading - Accent 42"/>
    <w:basedOn w:val="TableNormal"/>
    <w:next w:val="LightShading-Accent4"/>
    <w:uiPriority w:val="6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5F497A"/>
    </w:rPr>
    <w:tblPr>
      <w:tblStyleRowBandSize w:val="1"/>
      <w:tblStyleColBandSize w:val="1"/>
      <w:tblInd w:w="0" w:type="nil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List-Accent42">
    <w:name w:val="Light List - Accent 42"/>
    <w:basedOn w:val="TableNormal"/>
    <w:next w:val="LightList-Accent4"/>
    <w:uiPriority w:val="61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LightGrid-Accent42">
    <w:name w:val="Light Grid - Accent 42"/>
    <w:basedOn w:val="TableNormal"/>
    <w:next w:val="LightGrid-Accent4"/>
    <w:uiPriority w:val="62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Times New Roman" w:hint="default"/>
        <w:b/>
        <w:bCs/>
      </w:rPr>
    </w:tblStylePr>
    <w:tblStylePr w:type="lastCol"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MediumShading1-Accent42">
    <w:name w:val="Medium Shading 1 - Accent 42"/>
    <w:basedOn w:val="TableNormal"/>
    <w:next w:val="MediumShading1-Accent4"/>
    <w:uiPriority w:val="63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42">
    <w:name w:val="Medium Shading 2 - Accent 42"/>
    <w:basedOn w:val="TableNormal"/>
    <w:next w:val="MediumShading2-Accent4"/>
    <w:uiPriority w:val="64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42">
    <w:name w:val="Medium List 1 - Accent 42"/>
    <w:basedOn w:val="TableNormal"/>
    <w:next w:val="MediumList1-Accent4"/>
    <w:uiPriority w:val="65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libri" w:eastAsia="MS Gothic" w:hAnsi="Calibri" w:cs="Times New Roman" w:hint="default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customStyle="1" w:styleId="MediumList2-Accent42">
    <w:name w:val="Medium List 2 - Accent 42"/>
    <w:basedOn w:val="TableNormal"/>
    <w:next w:val="MediumList2-Accent4"/>
    <w:uiPriority w:val="66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-Accent42">
    <w:name w:val="Medium Grid 1 - Accent 42"/>
    <w:basedOn w:val="TableNormal"/>
    <w:next w:val="MediumGrid1-Accent4"/>
    <w:uiPriority w:val="67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MediumGrid2-Accent42">
    <w:name w:val="Medium Grid 2 - Accent 42"/>
    <w:basedOn w:val="TableNormal"/>
    <w:next w:val="MediumGrid2-Accent4"/>
    <w:uiPriority w:val="68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42">
    <w:name w:val="Medium Grid 3 - Accent 42"/>
    <w:basedOn w:val="TableNormal"/>
    <w:next w:val="MediumGrid3-Accent4"/>
    <w:uiPriority w:val="69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customStyle="1" w:styleId="DarkList-Accent42">
    <w:name w:val="Dark List - Accent 42"/>
    <w:basedOn w:val="TableNormal"/>
    <w:next w:val="DarkList-Accent4"/>
    <w:uiPriority w:val="7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FFFFFF"/>
    </w:rPr>
    <w:tblPr>
      <w:tblStyleRowBandSize w:val="1"/>
      <w:tblStyleColBandSize w:val="1"/>
      <w:tblInd w:w="0" w:type="nil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customStyle="1" w:styleId="ColorfulShading-Accent42">
    <w:name w:val="Colorful Shading - Accent 42"/>
    <w:basedOn w:val="TableNormal"/>
    <w:next w:val="ColorfulShading-Accent4"/>
    <w:uiPriority w:val="71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List-Accent42">
    <w:name w:val="Colorful List - Accent 42"/>
    <w:basedOn w:val="TableNormal"/>
    <w:next w:val="ColorfulList-Accent4"/>
    <w:uiPriority w:val="72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customStyle="1" w:styleId="ColorfulGrid-Accent42">
    <w:name w:val="Colorful Grid - Accent 42"/>
    <w:basedOn w:val="TableNormal"/>
    <w:next w:val="ColorfulGrid-Accent4"/>
    <w:uiPriority w:val="73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LightShading-Accent52">
    <w:name w:val="Light Shading - Accent 52"/>
    <w:basedOn w:val="TableNormal"/>
    <w:next w:val="LightShading-Accent5"/>
    <w:uiPriority w:val="6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31849B"/>
    </w:rPr>
    <w:tblPr>
      <w:tblStyleRowBandSize w:val="1"/>
      <w:tblStyleColBandSize w:val="1"/>
      <w:tblInd w:w="0" w:type="nil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List-Accent52">
    <w:name w:val="Light List - Accent 52"/>
    <w:basedOn w:val="TableNormal"/>
    <w:next w:val="LightList-Accent5"/>
    <w:uiPriority w:val="61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Grid-Accent52">
    <w:name w:val="Light Grid - Accent 52"/>
    <w:basedOn w:val="TableNormal"/>
    <w:next w:val="LightGrid-Accent5"/>
    <w:uiPriority w:val="62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Times New Roman" w:hint="default"/>
        <w:b/>
        <w:bCs/>
      </w:rPr>
    </w:tblStylePr>
    <w:tblStylePr w:type="lastCol"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MediumShading1-Accent52">
    <w:name w:val="Medium Shading 1 - Accent 52"/>
    <w:basedOn w:val="TableNormal"/>
    <w:next w:val="MediumShading1-Accent5"/>
    <w:uiPriority w:val="63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52">
    <w:name w:val="Medium Shading 2 - Accent 52"/>
    <w:basedOn w:val="TableNormal"/>
    <w:next w:val="MediumShading2-Accent5"/>
    <w:uiPriority w:val="64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52">
    <w:name w:val="Medium List 1 - Accent 52"/>
    <w:basedOn w:val="TableNormal"/>
    <w:next w:val="MediumList1-Accent5"/>
    <w:uiPriority w:val="65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" w:eastAsia="MS Gothic" w:hAnsi="Calibri" w:cs="Times New Roman" w:hint="default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customStyle="1" w:styleId="MediumList2-Accent52">
    <w:name w:val="Medium List 2 - Accent 52"/>
    <w:basedOn w:val="TableNormal"/>
    <w:next w:val="MediumList2-Accent5"/>
    <w:uiPriority w:val="66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-Accent52">
    <w:name w:val="Medium Grid 1 - Accent 52"/>
    <w:basedOn w:val="TableNormal"/>
    <w:next w:val="MediumGrid1-Accent5"/>
    <w:uiPriority w:val="67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MediumGrid2-Accent52">
    <w:name w:val="Medium Grid 2 - Accent 52"/>
    <w:basedOn w:val="TableNormal"/>
    <w:next w:val="MediumGrid2-Accent5"/>
    <w:uiPriority w:val="68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52">
    <w:name w:val="Medium Grid 3 - Accent 52"/>
    <w:basedOn w:val="TableNormal"/>
    <w:next w:val="MediumGrid3-Accent5"/>
    <w:uiPriority w:val="69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DarkList-Accent52">
    <w:name w:val="Dark List - Accent 52"/>
    <w:basedOn w:val="TableNormal"/>
    <w:next w:val="DarkList-Accent5"/>
    <w:uiPriority w:val="7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FFFFFF"/>
    </w:rPr>
    <w:tblPr>
      <w:tblStyleRowBandSize w:val="1"/>
      <w:tblStyleColBandSize w:val="1"/>
      <w:tblInd w:w="0" w:type="nil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customStyle="1" w:styleId="ColorfulShading-Accent52">
    <w:name w:val="Colorful Shading - Accent 52"/>
    <w:basedOn w:val="TableNormal"/>
    <w:next w:val="ColorfulShading-Accent5"/>
    <w:uiPriority w:val="71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List-Accent52">
    <w:name w:val="Colorful List - Accent 52"/>
    <w:basedOn w:val="TableNormal"/>
    <w:next w:val="ColorfulList-Accent5"/>
    <w:uiPriority w:val="72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customStyle="1" w:styleId="ColorfulGrid-Accent52">
    <w:name w:val="Colorful Grid - Accent 52"/>
    <w:basedOn w:val="TableNormal"/>
    <w:next w:val="ColorfulGrid-Accent5"/>
    <w:uiPriority w:val="73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LightShading-Accent62">
    <w:name w:val="Light Shading - Accent 62"/>
    <w:basedOn w:val="TableNormal"/>
    <w:next w:val="LightShading-Accent6"/>
    <w:uiPriority w:val="6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E36C0A"/>
    </w:rPr>
    <w:tblPr>
      <w:tblStyleRowBandSize w:val="1"/>
      <w:tblStyleColBandSize w:val="1"/>
      <w:tblInd w:w="0" w:type="nil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LightList-Accent62">
    <w:name w:val="Light List - Accent 62"/>
    <w:basedOn w:val="TableNormal"/>
    <w:next w:val="LightList-Accent6"/>
    <w:uiPriority w:val="61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ghtGrid-Accent62">
    <w:name w:val="Light Grid - Accent 62"/>
    <w:basedOn w:val="TableNormal"/>
    <w:next w:val="LightGrid-Accent6"/>
    <w:uiPriority w:val="62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" w:eastAsia="MS Gothic" w:hAnsi="Calibri" w:cs="Times New Roman" w:hint="default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Times New Roman" w:hint="default"/>
        <w:b/>
        <w:bCs/>
      </w:rPr>
    </w:tblStylePr>
    <w:tblStylePr w:type="lastCol">
      <w:rPr>
        <w:rFonts w:ascii="Calibri" w:eastAsia="MS Gothic" w:hAnsi="Calibri" w:cs="Times New Roman" w:hint="default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MediumShading1-Accent62">
    <w:name w:val="Medium Shading 1 - Accent 62"/>
    <w:basedOn w:val="TableNormal"/>
    <w:next w:val="MediumShading1-Accent6"/>
    <w:uiPriority w:val="63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62">
    <w:name w:val="Medium Shading 2 - Accent 62"/>
    <w:basedOn w:val="TableNormal"/>
    <w:next w:val="MediumShading2-Accent6"/>
    <w:uiPriority w:val="64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-Accent62">
    <w:name w:val="Medium List 1 - Accent 62"/>
    <w:basedOn w:val="TableNormal"/>
    <w:next w:val="MediumList1-Accent6"/>
    <w:uiPriority w:val="65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 w:hint="default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MediumList2-Accent62">
    <w:name w:val="Medium List 2 - Accent 62"/>
    <w:basedOn w:val="TableNormal"/>
    <w:next w:val="MediumList2-Accent6"/>
    <w:uiPriority w:val="66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-Accent62">
    <w:name w:val="Medium Grid 1 - Accent 62"/>
    <w:basedOn w:val="TableNormal"/>
    <w:next w:val="MediumGrid1-Accent6"/>
    <w:uiPriority w:val="67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MediumGrid2-Accent62">
    <w:name w:val="Medium Grid 2 - Accent 62"/>
    <w:basedOn w:val="TableNormal"/>
    <w:next w:val="MediumGrid2-Accent6"/>
    <w:uiPriority w:val="68"/>
    <w:semiHidden/>
    <w:unhideWhenUsed/>
    <w:rsid w:val="00BB2716"/>
    <w:pPr>
      <w:spacing w:after="0" w:line="240" w:lineRule="auto"/>
    </w:pPr>
    <w:rPr>
      <w:rFonts w:ascii="Calibri" w:eastAsia="MS Gothic" w:hAnsi="Calibri" w:cs="Times New Roman"/>
      <w:color w:val="000000"/>
    </w:rPr>
    <w:tblPr>
      <w:tblStyleRowBandSize w:val="1"/>
      <w:tblStyleColBandSize w:val="1"/>
      <w:tblInd w:w="0" w:type="nil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62">
    <w:name w:val="Medium Grid 3 - Accent 62"/>
    <w:basedOn w:val="TableNormal"/>
    <w:next w:val="MediumGrid3-Accent6"/>
    <w:uiPriority w:val="69"/>
    <w:semiHidden/>
    <w:unhideWhenUsed/>
    <w:rsid w:val="00BB2716"/>
    <w:pPr>
      <w:spacing w:after="0" w:line="240" w:lineRule="auto"/>
    </w:pPr>
    <w:rPr>
      <w:rFonts w:ascii="Cambria" w:eastAsia="MS Mincho" w:hAnsi="Cambria" w:cs="Arial"/>
    </w:rPr>
    <w:tblPr>
      <w:tblStyleRowBandSize w:val="1"/>
      <w:tblStyleColBandSize w:val="1"/>
      <w:tblInd w:w="0" w:type="nil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DarkList-Accent62">
    <w:name w:val="Dark List - Accent 62"/>
    <w:basedOn w:val="TableNormal"/>
    <w:next w:val="DarkList-Accent6"/>
    <w:uiPriority w:val="70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FFFFFF"/>
    </w:rPr>
    <w:tblPr>
      <w:tblStyleRowBandSize w:val="1"/>
      <w:tblStyleColBandSize w:val="1"/>
      <w:tblInd w:w="0" w:type="nil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customStyle="1" w:styleId="ColorfulShading-Accent62">
    <w:name w:val="Colorful Shading - Accent 62"/>
    <w:basedOn w:val="TableNormal"/>
    <w:next w:val="ColorfulShading-Accent6"/>
    <w:uiPriority w:val="71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List-Accent62">
    <w:name w:val="Colorful List - Accent 62"/>
    <w:basedOn w:val="TableNormal"/>
    <w:next w:val="ColorfulList-Accent6"/>
    <w:uiPriority w:val="72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ColorfulGrid-Accent62">
    <w:name w:val="Colorful Grid - Accent 62"/>
    <w:basedOn w:val="TableNormal"/>
    <w:next w:val="ColorfulGrid-Accent6"/>
    <w:uiPriority w:val="73"/>
    <w:semiHidden/>
    <w:unhideWhenUsed/>
    <w:rsid w:val="00BB2716"/>
    <w:pPr>
      <w:spacing w:after="0" w:line="240" w:lineRule="auto"/>
    </w:pPr>
    <w:rPr>
      <w:rFonts w:ascii="Cambria" w:eastAsia="MS Mincho" w:hAnsi="Cambria" w:cs="Arial"/>
      <w:color w:val="000000"/>
    </w:rPr>
    <w:tblPr>
      <w:tblStyleRowBandSize w:val="1"/>
      <w:tblStyleColBandSize w:val="1"/>
      <w:tblInd w:w="0" w:type="nil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7132</Words>
  <Characters>40654</Characters>
  <Application>Microsoft Office Word</Application>
  <DocSecurity>0</DocSecurity>
  <Lines>338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Abdulaziz Alsufyani</dc:creator>
  <cp:keywords/>
  <dc:description/>
  <cp:lastModifiedBy>Abdulaziz Alsufyani</cp:lastModifiedBy>
  <cp:revision>3</cp:revision>
  <dcterms:created xsi:type="dcterms:W3CDTF">2026-07-16T20:34:00Z</dcterms:created>
  <dcterms:modified xsi:type="dcterms:W3CDTF">2026-07-17T14:37:00Z</dcterms:modified>
</cp:coreProperties>
</file>