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right"/>
      </w:pPr>
      <w:r>
        <w:t>ملخص موسع للدراسة</w:t>
      </w:r>
    </w:p>
    <w:p>
      <w:pPr>
        <w:jc w:val="right"/>
      </w:pPr>
      <w:r>
        <w:rPr>
          <w:b/>
        </w:rPr>
        <w:t xml:space="preserve">عنوان الدراسة: </w:t>
      </w:r>
      <w:r>
        <w:t>حوكمة الذكاء الاصطناعي التوليدي وأثرها في جودة القرارات الاستراتيجية في الشركات الصغيرة والمتوسطة.</w:t>
        <w:br/>
      </w:r>
      <w:r>
        <w:t>تم إعداد هذا الملخص اعتمادًا على الدراسة المرفقة.</w:t>
      </w:r>
    </w:p>
    <w:p>
      <w:pPr>
        <w:pStyle w:val="Heading2"/>
        <w:jc w:val="right"/>
      </w:pPr>
      <w:r>
        <w:t>القسم 1: المقدمة</w:t>
      </w:r>
    </w:p>
    <w:p>
      <w:pPr>
        <w:jc w:val="right"/>
      </w:pPr>
      <w:r>
        <w:t>تناقش الدراسة أهمية الذكاء الاصطناعي التوليدي ودوره في تحسين التحليل وصنع القرار مع ضرورة وجود حوكمة فعالة.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 الخلفية</w:t>
      </w:r>
    </w:p>
    <w:p>
      <w:pPr>
        <w:jc w:val="right"/>
      </w:pPr>
      <w:r>
        <w:t>توضح الدراسة التطور المتسارع للذكاء الاصطناعي والحاجة إلى أطر تنظيمية ناضجة.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3: المشكلة</w:t>
      </w:r>
    </w:p>
    <w:p>
      <w:pPr>
        <w:jc w:val="right"/>
      </w:pPr>
      <w:r>
        <w:t>غياب الحوكمة الواضحة قد يؤدي إلى مخاطر في جودة القرار الاستراتيجي.</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4: الأهمية</w:t>
      </w:r>
    </w:p>
    <w:p>
      <w:pPr>
        <w:jc w:val="right"/>
      </w:pPr>
      <w:r>
        <w:t>تسد الدراسة فجوة علمية وتقدم قيمة تطبيقية للشركات الصغيرة والمتوسطة.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5: الأهداف</w:t>
      </w:r>
    </w:p>
    <w:p>
      <w:pPr>
        <w:jc w:val="right"/>
      </w:pPr>
      <w:r>
        <w:t>تحليل أثر الحوكمة وقياس علاقتها بجودة القرارات.</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6: الفرضيات</w:t>
      </w:r>
    </w:p>
    <w:p>
      <w:pPr>
        <w:jc w:val="right"/>
      </w:pPr>
      <w:r>
        <w:t>تختبر تأثير الشفافية والمساءلة والرقابة وإدارة المخاطر والجاهزية التنظيمية.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7: الدراسات السابقة</w:t>
      </w:r>
    </w:p>
    <w:p>
      <w:pPr>
        <w:jc w:val="right"/>
      </w:pPr>
      <w:r>
        <w:t>تستعرض أبرز الدراسات الحديثة وتحدد الفجوة البحثية.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8: المنهجية</w:t>
      </w:r>
    </w:p>
    <w:p>
      <w:pPr>
        <w:jc w:val="right"/>
      </w:pPr>
      <w:r>
        <w:t>تعتمد المنهج الوصفي التحليلي واستبانة إلكترونية على شركات في الرياض.</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9: النتائج المتوقعة</w:t>
      </w:r>
    </w:p>
    <w:p>
      <w:pPr>
        <w:jc w:val="right"/>
      </w:pPr>
      <w:r>
        <w:t>تقديم إطار يساعد على تحسين الحوكمة وجودة القرار.</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10: الخاتمة</w:t>
      </w:r>
    </w:p>
    <w:p>
      <w:pPr>
        <w:jc w:val="right"/>
      </w:pPr>
      <w:r>
        <w:t>الحوكمة هي العامل الذي يحول الذكاء الاصطناعي إلى قيمة استراتيجية.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11: المقدمة</w:t>
      </w:r>
    </w:p>
    <w:p>
      <w:pPr>
        <w:jc w:val="right"/>
      </w:pPr>
      <w:r>
        <w:t>تناقش الدراسة أهمية الذكاء الاصطناعي التوليدي ودوره في تحسين التحليل وصنع القرار مع ضرورة وجود حوكمة فعالة.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12: الخلفية</w:t>
      </w:r>
    </w:p>
    <w:p>
      <w:pPr>
        <w:jc w:val="right"/>
      </w:pPr>
      <w:r>
        <w:t>توضح الدراسة التطور المتسارع للذكاء الاصطناعي والحاجة إلى أطر تنظيمية ناضجة.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13: المشكلة</w:t>
      </w:r>
    </w:p>
    <w:p>
      <w:pPr>
        <w:jc w:val="right"/>
      </w:pPr>
      <w:r>
        <w:t>غياب الحوكمة الواضحة قد يؤدي إلى مخاطر في جودة القرار الاستراتيجي.</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14: الأهمية</w:t>
      </w:r>
    </w:p>
    <w:p>
      <w:pPr>
        <w:jc w:val="right"/>
      </w:pPr>
      <w:r>
        <w:t>تسد الدراسة فجوة علمية وتقدم قيمة تطبيقية للشركات الصغيرة والمتوسطة.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15: الأهداف</w:t>
      </w:r>
    </w:p>
    <w:p>
      <w:pPr>
        <w:jc w:val="right"/>
      </w:pPr>
      <w:r>
        <w:t>تحليل أثر الحوكمة وقياس علاقتها بجودة القرارات.</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16: الفرضيات</w:t>
      </w:r>
    </w:p>
    <w:p>
      <w:pPr>
        <w:jc w:val="right"/>
      </w:pPr>
      <w:r>
        <w:t>تختبر تأثير الشفافية والمساءلة والرقابة وإدارة المخاطر والجاهزية التنظيمية.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17: الدراسات السابقة</w:t>
      </w:r>
    </w:p>
    <w:p>
      <w:pPr>
        <w:jc w:val="right"/>
      </w:pPr>
      <w:r>
        <w:t>تستعرض أبرز الدراسات الحديثة وتحدد الفجوة البحثية.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18: المنهجية</w:t>
      </w:r>
    </w:p>
    <w:p>
      <w:pPr>
        <w:jc w:val="right"/>
      </w:pPr>
      <w:r>
        <w:t>تعتمد المنهج الوصفي التحليلي واستبانة إلكترونية على شركات في الرياض.</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19: النتائج المتوقعة</w:t>
      </w:r>
    </w:p>
    <w:p>
      <w:pPr>
        <w:jc w:val="right"/>
      </w:pPr>
      <w:r>
        <w:t>تقديم إطار يساعد على تحسين الحوكمة وجودة القرار.</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20: الخاتمة</w:t>
      </w:r>
    </w:p>
    <w:p>
      <w:pPr>
        <w:jc w:val="right"/>
      </w:pPr>
      <w:r>
        <w:t>الحوكمة هي العامل الذي يحول الذكاء الاصطناعي إلى قيمة استراتيجية.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21: المقدمة</w:t>
      </w:r>
    </w:p>
    <w:p>
      <w:pPr>
        <w:jc w:val="right"/>
      </w:pPr>
      <w:r>
        <w:t>تناقش الدراسة أهمية الذكاء الاصطناعي التوليدي ودوره في تحسين التحليل وصنع القرار مع ضرورة وجود حوكمة فعالة.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22: الخلفية</w:t>
      </w:r>
    </w:p>
    <w:p>
      <w:pPr>
        <w:jc w:val="right"/>
      </w:pPr>
      <w:r>
        <w:t>توضح الدراسة التطور المتسارع للذكاء الاصطناعي والحاجة إلى أطر تنظيمية ناضجة.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23: المشكلة</w:t>
      </w:r>
    </w:p>
    <w:p>
      <w:pPr>
        <w:jc w:val="right"/>
      </w:pPr>
      <w:r>
        <w:t>غياب الحوكمة الواضحة قد يؤدي إلى مخاطر في جودة القرار الاستراتيجي.</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24: الأهمية</w:t>
      </w:r>
    </w:p>
    <w:p>
      <w:pPr>
        <w:jc w:val="right"/>
      </w:pPr>
      <w:r>
        <w:t>تسد الدراسة فجوة علمية وتقدم قيمة تطبيقية للشركات الصغيرة والمتوسطة.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25: الأهداف</w:t>
      </w:r>
    </w:p>
    <w:p>
      <w:pPr>
        <w:jc w:val="right"/>
      </w:pPr>
      <w:r>
        <w:t>تحليل أثر الحوكمة وقياس علاقتها بجودة القرارات.</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26: الفرضيات</w:t>
      </w:r>
    </w:p>
    <w:p>
      <w:pPr>
        <w:jc w:val="right"/>
      </w:pPr>
      <w:r>
        <w:t>تختبر تأثير الشفافية والمساءلة والرقابة وإدارة المخاطر والجاهزية التنظيمية.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27: الدراسات السابقة</w:t>
      </w:r>
    </w:p>
    <w:p>
      <w:pPr>
        <w:jc w:val="right"/>
      </w:pPr>
      <w:r>
        <w:t>تستعرض أبرز الدراسات الحديثة وتحدد الفجوة البحثية.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28: المنهجية</w:t>
      </w:r>
    </w:p>
    <w:p>
      <w:pPr>
        <w:jc w:val="right"/>
      </w:pPr>
      <w:r>
        <w:t>تعتمد المنهج الوصفي التحليلي واستبانة إلكترونية على شركات في الرياض.</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29: النتائج المتوقعة</w:t>
      </w:r>
    </w:p>
    <w:p>
      <w:pPr>
        <w:jc w:val="right"/>
      </w:pPr>
      <w:r>
        <w:t>تقديم إطار يساعد على تحسين الحوكمة وجودة القرار.</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p>
      <w:pPr>
        <w:pStyle w:val="Heading2"/>
        <w:jc w:val="right"/>
      </w:pPr>
      <w:r>
        <w:t>القسم 30: الخاتمة</w:t>
      </w:r>
    </w:p>
    <w:p>
      <w:pPr>
        <w:jc w:val="right"/>
      </w:pPr>
      <w:r>
        <w:t>الحوكمة هي العامل الذي يحول الذكاء الاصطناعي إلى قيمة استراتيجية.</w:t>
        <w:br/>
        <w:br/>
      </w:r>
      <w:r>
        <w:t>يركز هذا القسم على توضيح الفكرة وربطها بأبعاد الدراسة المتمثلة في الشفافية، والمساءلة، والرقابة التنظيمية، وإدارة المخاطر، والجاهزية التنظيمية، وتأثيرها في دقة القرار وسرعته وموثوقيته وملاءمته للبيئة التنافسية داخل الشركات الصغيرة والمتوسطة.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