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استبيان الدراسة</w:t>
      </w:r>
    </w:p>
    <w:p>
      <w:pPr>
        <w:jc w:val="center"/>
      </w:pPr>
      <w:r>
        <w:rPr>
          <w:b/>
        </w:rPr>
        <w:t>أثر تطبيقات الذكاء الاصطناعي في منصات التواصل الاجتماعي على سلوك المستخدمين في المملكة العربية السعودية</w:t>
      </w:r>
    </w:p>
    <w:p>
      <w:pPr>
        <w:pStyle w:val="Heading2"/>
      </w:pPr>
      <w:r>
        <w:t>مقدمة</w:t>
      </w:r>
    </w:p>
    <w:p>
      <w:r>
        <w:t>عزيزي/عزيزتي المشارك،</w:t>
        <w:br/>
        <w:t>يهدف هذا الاستبيان إلى التعرف على أثر تطبيقات الذكاء الاصطناعي في منصات التواصل الاجتماعي على سلوك المستخدمين في المملكة العربية السعودية. تستخدم البيانات لأغراض البحث العلمي فقط، وستعامل جميع الإجابات بسرية تامة.</w:t>
      </w:r>
    </w:p>
    <w:p>
      <w:pPr>
        <w:pStyle w:val="Heading2"/>
      </w:pPr>
      <w:r>
        <w:t>أولاً: البيانات الديموغرافية</w:t>
      </w:r>
    </w:p>
    <w:p>
      <w:r>
        <w:t>1- الجنس: ☐ ذكر   ☐ أنثى</w:t>
      </w:r>
    </w:p>
    <w:p>
      <w:r>
        <w:t>2- العمر: ☐ أقل من 25 سنة ☐ 25–34 سنة ☐ 35–44 سنة ☐ 45 سنة فأكثر</w:t>
      </w:r>
    </w:p>
    <w:p>
      <w:r>
        <w:t>3- المؤهل العلمي: ☐ ثانوي ☐ دبلوم ☐ بكالوريوس ☐ دراسات عليا</w:t>
      </w:r>
    </w:p>
    <w:p>
      <w:r>
        <w:t>4- الحالة الاجتماعية: ☐ أعزب/عزباء ☐ متزوج/متزوجة</w:t>
      </w:r>
    </w:p>
    <w:p>
      <w:r>
        <w:t>5- عدد ساعات استخدام وسائل التواصل يومياً: ☐ أقل من ساعة ☐ 1–3 ساعات ☐ 4–6 ساعات ☐ أكثر من 6 ساعات</w:t>
      </w:r>
    </w:p>
    <w:p>
      <w:r>
        <w:t>6- المنصة الأكثر استخداماً: ☐ تيك توك ☐ إنستقرام ☐ سناب شات ☐ إكس ☐ أخرى</w:t>
      </w:r>
    </w:p>
    <w:p>
      <w:pPr>
        <w:pStyle w:val="Heading2"/>
      </w:pPr>
      <w:r>
        <w:t>ثانياً: عبارات الاستبيان</w:t>
      </w:r>
    </w:p>
    <w:p>
      <w:r>
        <w:t>يرجى اختيار درجة موافقتك على كل عبارة وفق مقياس ليكرت الخماسي:</w:t>
        <w:br/>
        <w:t>1=لا أوافق بشدة، 2=لا أوافق، 3=محايد، 4=أوافق، 5=أوافق بشدة</w:t>
      </w:r>
    </w:p>
    <w:tbl>
      <w:tblPr>
        <w:tblStyle w:val="TableGrid"/>
        <w:tblW w:type="auto" w:w="0"/>
        <w:tblLook w:firstColumn="1" w:firstRow="1" w:lastColumn="0" w:lastRow="0" w:noHBand="0" w:noVBand="1" w:val="04A0"/>
      </w:tblPr>
      <w:tblGrid>
        <w:gridCol w:w="1440"/>
        <w:gridCol w:w="1440"/>
        <w:gridCol w:w="1440"/>
        <w:gridCol w:w="1440"/>
        <w:gridCol w:w="1440"/>
        <w:gridCol w:w="1440"/>
      </w:tblGrid>
      <w:tr>
        <w:tc>
          <w:tcPr>
            <w:tcW w:type="dxa" w:w="1440"/>
          </w:tcPr>
          <w:p>
            <w:r>
              <w:t>العبارة</w:t>
            </w:r>
          </w:p>
        </w:tc>
        <w:tc>
          <w:tcPr>
            <w:tcW w:type="dxa" w:w="1440"/>
          </w:tcPr>
          <w:p>
            <w:r>
              <w:t>1</w:t>
            </w:r>
          </w:p>
        </w:tc>
        <w:tc>
          <w:tcPr>
            <w:tcW w:type="dxa" w:w="1440"/>
          </w:tcPr>
          <w:p>
            <w:r>
              <w:t>2</w:t>
            </w:r>
          </w:p>
        </w:tc>
        <w:tc>
          <w:tcPr>
            <w:tcW w:type="dxa" w:w="1440"/>
          </w:tcPr>
          <w:p>
            <w:r>
              <w:t>3</w:t>
            </w:r>
          </w:p>
        </w:tc>
        <w:tc>
          <w:tcPr>
            <w:tcW w:type="dxa" w:w="1440"/>
          </w:tcPr>
          <w:p>
            <w:r>
              <w:t>4</w:t>
            </w:r>
          </w:p>
        </w:tc>
        <w:tc>
          <w:tcPr>
            <w:tcW w:type="dxa" w:w="1440"/>
          </w:tcPr>
          <w:p>
            <w:r>
              <w:t>5</w:t>
            </w:r>
          </w:p>
        </w:tc>
      </w:tr>
      <w:tr>
        <w:tc>
          <w:tcPr>
            <w:tcW w:type="dxa" w:w="1440"/>
          </w:tcPr>
          <w:p>
            <w:r>
              <w:t>يساعد الذكاء الاصطناعي في تخصيص المحتوى الذي أشاهده.</w:t>
            </w:r>
          </w:p>
        </w:tc>
        <w:tc>
          <w:tcPr>
            <w:tcW w:type="dxa" w:w="1440"/>
          </w:tcPr>
          <w:p>
            <w:r>
              <w:t>☐</w:t>
            </w:r>
          </w:p>
        </w:tc>
        <w:tc>
          <w:tcPr>
            <w:tcW w:type="dxa" w:w="1440"/>
          </w:tcPr>
          <w:p>
            <w:r>
              <w:t>☐</w:t>
            </w:r>
          </w:p>
        </w:tc>
        <w:tc>
          <w:tcPr>
            <w:tcW w:type="dxa" w:w="1440"/>
          </w:tcPr>
          <w:p>
            <w:r>
              <w:t>☐</w:t>
            </w:r>
          </w:p>
        </w:tc>
        <w:tc>
          <w:tcPr>
            <w:tcW w:type="dxa" w:w="1440"/>
          </w:tcPr>
          <w:p>
            <w:r>
              <w:t>☐</w:t>
            </w:r>
          </w:p>
        </w:tc>
        <w:tc>
          <w:tcPr>
            <w:tcW w:type="dxa" w:w="1440"/>
          </w:tcPr>
          <w:p>
            <w:r>
              <w:t>☐</w:t>
            </w:r>
          </w:p>
        </w:tc>
      </w:tr>
      <w:tr>
        <w:tc>
          <w:tcPr>
            <w:tcW w:type="dxa" w:w="1440"/>
          </w:tcPr>
          <w:p>
            <w:r>
              <w:t>أعتمد على المحتوى الذي تقترحه المنصة.</w:t>
            </w:r>
          </w:p>
        </w:tc>
        <w:tc>
          <w:tcPr>
            <w:tcW w:type="dxa" w:w="1440"/>
          </w:tcPr>
          <w:p>
            <w:r>
              <w:t>☐</w:t>
            </w:r>
          </w:p>
        </w:tc>
        <w:tc>
          <w:tcPr>
            <w:tcW w:type="dxa" w:w="1440"/>
          </w:tcPr>
          <w:p>
            <w:r>
              <w:t>☐</w:t>
            </w:r>
          </w:p>
        </w:tc>
        <w:tc>
          <w:tcPr>
            <w:tcW w:type="dxa" w:w="1440"/>
          </w:tcPr>
          <w:p>
            <w:r>
              <w:t>☐</w:t>
            </w:r>
          </w:p>
        </w:tc>
        <w:tc>
          <w:tcPr>
            <w:tcW w:type="dxa" w:w="1440"/>
          </w:tcPr>
          <w:p>
            <w:r>
              <w:t>☐</w:t>
            </w:r>
          </w:p>
        </w:tc>
        <w:tc>
          <w:tcPr>
            <w:tcW w:type="dxa" w:w="1440"/>
          </w:tcPr>
          <w:p>
            <w:r>
              <w:t>☐</w:t>
            </w:r>
          </w:p>
        </w:tc>
      </w:tr>
      <w:tr>
        <w:tc>
          <w:tcPr>
            <w:tcW w:type="dxa" w:w="1440"/>
          </w:tcPr>
          <w:p>
            <w:r>
              <w:t>تساعدني خوارزميات الذكاء الاصطناعي في الوصول للمحتوى بسرعة.</w:t>
            </w:r>
          </w:p>
        </w:tc>
        <w:tc>
          <w:tcPr>
            <w:tcW w:type="dxa" w:w="1440"/>
          </w:tcPr>
          <w:p>
            <w:r>
              <w:t>☐</w:t>
            </w:r>
          </w:p>
        </w:tc>
        <w:tc>
          <w:tcPr>
            <w:tcW w:type="dxa" w:w="1440"/>
          </w:tcPr>
          <w:p>
            <w:r>
              <w:t>☐</w:t>
            </w:r>
          </w:p>
        </w:tc>
        <w:tc>
          <w:tcPr>
            <w:tcW w:type="dxa" w:w="1440"/>
          </w:tcPr>
          <w:p>
            <w:r>
              <w:t>☐</w:t>
            </w:r>
          </w:p>
        </w:tc>
        <w:tc>
          <w:tcPr>
            <w:tcW w:type="dxa" w:w="1440"/>
          </w:tcPr>
          <w:p>
            <w:r>
              <w:t>☐</w:t>
            </w:r>
          </w:p>
        </w:tc>
        <w:tc>
          <w:tcPr>
            <w:tcW w:type="dxa" w:w="1440"/>
          </w:tcPr>
          <w:p>
            <w:r>
              <w:t>☐</w:t>
            </w:r>
          </w:p>
        </w:tc>
      </w:tr>
      <w:tr>
        <w:tc>
          <w:tcPr>
            <w:tcW w:type="dxa" w:w="1440"/>
          </w:tcPr>
          <w:p>
            <w:r>
              <w:t>ألاحظ أن المنصات تستخدم الذكاء الاصطناعي لاقتراح محتوى يناسب اهتماماتي.</w:t>
            </w:r>
          </w:p>
        </w:tc>
        <w:tc>
          <w:tcPr>
            <w:tcW w:type="dxa" w:w="1440"/>
          </w:tcPr>
          <w:p>
            <w:r>
              <w:t>☐</w:t>
            </w:r>
          </w:p>
        </w:tc>
        <w:tc>
          <w:tcPr>
            <w:tcW w:type="dxa" w:w="1440"/>
          </w:tcPr>
          <w:p>
            <w:r>
              <w:t>☐</w:t>
            </w:r>
          </w:p>
        </w:tc>
        <w:tc>
          <w:tcPr>
            <w:tcW w:type="dxa" w:w="1440"/>
          </w:tcPr>
          <w:p>
            <w:r>
              <w:t>☐</w:t>
            </w:r>
          </w:p>
        </w:tc>
        <w:tc>
          <w:tcPr>
            <w:tcW w:type="dxa" w:w="1440"/>
          </w:tcPr>
          <w:p>
            <w:r>
              <w:t>☐</w:t>
            </w:r>
          </w:p>
        </w:tc>
        <w:tc>
          <w:tcPr>
            <w:tcW w:type="dxa" w:w="1440"/>
          </w:tcPr>
          <w:p>
            <w:r>
              <w:t>☐</w:t>
            </w:r>
          </w:p>
        </w:tc>
      </w:tr>
      <w:tr>
        <w:tc>
          <w:tcPr>
            <w:tcW w:type="dxa" w:w="1440"/>
          </w:tcPr>
          <w:p>
            <w:r>
              <w:t>يسهل الذكاء الاصطناعي العثور على المعلومات المهمة.</w:t>
            </w:r>
          </w:p>
        </w:tc>
        <w:tc>
          <w:tcPr>
            <w:tcW w:type="dxa" w:w="1440"/>
          </w:tcPr>
          <w:p>
            <w:r>
              <w:t>☐</w:t>
            </w:r>
          </w:p>
        </w:tc>
        <w:tc>
          <w:tcPr>
            <w:tcW w:type="dxa" w:w="1440"/>
          </w:tcPr>
          <w:p>
            <w:r>
              <w:t>☐</w:t>
            </w:r>
          </w:p>
        </w:tc>
        <w:tc>
          <w:tcPr>
            <w:tcW w:type="dxa" w:w="1440"/>
          </w:tcPr>
          <w:p>
            <w:r>
              <w:t>☐</w:t>
            </w:r>
          </w:p>
        </w:tc>
        <w:tc>
          <w:tcPr>
            <w:tcW w:type="dxa" w:w="1440"/>
          </w:tcPr>
          <w:p>
            <w:r>
              <w:t>☐</w:t>
            </w:r>
          </w:p>
        </w:tc>
        <w:tc>
          <w:tcPr>
            <w:tcW w:type="dxa" w:w="1440"/>
          </w:tcPr>
          <w:p>
            <w:r>
              <w:t>☐</w:t>
            </w:r>
          </w:p>
        </w:tc>
      </w:tr>
      <w:tr>
        <w:tc>
          <w:tcPr>
            <w:tcW w:type="dxa" w:w="1440"/>
          </w:tcPr>
          <w:p>
            <w:r>
              <w:t>يجعل الذكاء الاصطناعي استخدام المنصة أكثر سهولة.</w:t>
            </w:r>
          </w:p>
        </w:tc>
        <w:tc>
          <w:tcPr>
            <w:tcW w:type="dxa" w:w="1440"/>
          </w:tcPr>
          <w:p>
            <w:r>
              <w:t>☐</w:t>
            </w:r>
          </w:p>
        </w:tc>
        <w:tc>
          <w:tcPr>
            <w:tcW w:type="dxa" w:w="1440"/>
          </w:tcPr>
          <w:p>
            <w:r>
              <w:t>☐</w:t>
            </w:r>
          </w:p>
        </w:tc>
        <w:tc>
          <w:tcPr>
            <w:tcW w:type="dxa" w:w="1440"/>
          </w:tcPr>
          <w:p>
            <w:r>
              <w:t>☐</w:t>
            </w:r>
          </w:p>
        </w:tc>
        <w:tc>
          <w:tcPr>
            <w:tcW w:type="dxa" w:w="1440"/>
          </w:tcPr>
          <w:p>
            <w:r>
              <w:t>☐</w:t>
            </w:r>
          </w:p>
        </w:tc>
        <w:tc>
          <w:tcPr>
            <w:tcW w:type="dxa" w:w="1440"/>
          </w:tcPr>
          <w:p>
            <w:r>
              <w:t>☐</w:t>
            </w:r>
          </w:p>
        </w:tc>
      </w:tr>
      <w:tr>
        <w:tc>
          <w:tcPr>
            <w:tcW w:type="dxa" w:w="1440"/>
          </w:tcPr>
          <w:p>
            <w:r>
              <w:t>الإعلانات المدعومة بالذكاء الاصطناعي تلبي احتياجاتي.</w:t>
            </w:r>
          </w:p>
        </w:tc>
        <w:tc>
          <w:tcPr>
            <w:tcW w:type="dxa" w:w="1440"/>
          </w:tcPr>
          <w:p>
            <w:r>
              <w:t>☐</w:t>
            </w:r>
          </w:p>
        </w:tc>
        <w:tc>
          <w:tcPr>
            <w:tcW w:type="dxa" w:w="1440"/>
          </w:tcPr>
          <w:p>
            <w:r>
              <w:t>☐</w:t>
            </w:r>
          </w:p>
        </w:tc>
        <w:tc>
          <w:tcPr>
            <w:tcW w:type="dxa" w:w="1440"/>
          </w:tcPr>
          <w:p>
            <w:r>
              <w:t>☐</w:t>
            </w:r>
          </w:p>
        </w:tc>
        <w:tc>
          <w:tcPr>
            <w:tcW w:type="dxa" w:w="1440"/>
          </w:tcPr>
          <w:p>
            <w:r>
              <w:t>☐</w:t>
            </w:r>
          </w:p>
        </w:tc>
        <w:tc>
          <w:tcPr>
            <w:tcW w:type="dxa" w:w="1440"/>
          </w:tcPr>
          <w:p>
            <w:r>
              <w:t>☐</w:t>
            </w:r>
          </w:p>
        </w:tc>
      </w:tr>
      <w:tr>
        <w:tc>
          <w:tcPr>
            <w:tcW w:type="dxa" w:w="1440"/>
          </w:tcPr>
          <w:p>
            <w:r>
              <w:t>أتفاعل أكثر مع المنشورات التي يقترحها الذكاء الاصطناعي.</w:t>
            </w:r>
          </w:p>
        </w:tc>
        <w:tc>
          <w:tcPr>
            <w:tcW w:type="dxa" w:w="1440"/>
          </w:tcPr>
          <w:p>
            <w:r>
              <w:t>☐</w:t>
            </w:r>
          </w:p>
        </w:tc>
        <w:tc>
          <w:tcPr>
            <w:tcW w:type="dxa" w:w="1440"/>
          </w:tcPr>
          <w:p>
            <w:r>
              <w:t>☐</w:t>
            </w:r>
          </w:p>
        </w:tc>
        <w:tc>
          <w:tcPr>
            <w:tcW w:type="dxa" w:w="1440"/>
          </w:tcPr>
          <w:p>
            <w:r>
              <w:t>☐</w:t>
            </w:r>
          </w:p>
        </w:tc>
        <w:tc>
          <w:tcPr>
            <w:tcW w:type="dxa" w:w="1440"/>
          </w:tcPr>
          <w:p>
            <w:r>
              <w:t>☐</w:t>
            </w:r>
          </w:p>
        </w:tc>
        <w:tc>
          <w:tcPr>
            <w:tcW w:type="dxa" w:w="1440"/>
          </w:tcPr>
          <w:p>
            <w:r>
              <w:t>☐</w:t>
            </w:r>
          </w:p>
        </w:tc>
      </w:tr>
      <w:tr>
        <w:tc>
          <w:tcPr>
            <w:tcW w:type="dxa" w:w="1440"/>
          </w:tcPr>
          <w:p>
            <w:r>
              <w:t>يؤثر المحتوى المقترح على آرائي واتجاهاتي.</w:t>
            </w:r>
          </w:p>
        </w:tc>
        <w:tc>
          <w:tcPr>
            <w:tcW w:type="dxa" w:w="1440"/>
          </w:tcPr>
          <w:p>
            <w:r>
              <w:t>☐</w:t>
            </w:r>
          </w:p>
        </w:tc>
        <w:tc>
          <w:tcPr>
            <w:tcW w:type="dxa" w:w="1440"/>
          </w:tcPr>
          <w:p>
            <w:r>
              <w:t>☐</w:t>
            </w:r>
          </w:p>
        </w:tc>
        <w:tc>
          <w:tcPr>
            <w:tcW w:type="dxa" w:w="1440"/>
          </w:tcPr>
          <w:p>
            <w:r>
              <w:t>☐</w:t>
            </w:r>
          </w:p>
        </w:tc>
        <w:tc>
          <w:tcPr>
            <w:tcW w:type="dxa" w:w="1440"/>
          </w:tcPr>
          <w:p>
            <w:r>
              <w:t>☐</w:t>
            </w:r>
          </w:p>
        </w:tc>
        <w:tc>
          <w:tcPr>
            <w:tcW w:type="dxa" w:w="1440"/>
          </w:tcPr>
          <w:p>
            <w:r>
              <w:t>☐</w:t>
            </w:r>
          </w:p>
        </w:tc>
      </w:tr>
      <w:tr>
        <w:tc>
          <w:tcPr>
            <w:tcW w:type="dxa" w:w="1440"/>
          </w:tcPr>
          <w:p>
            <w:r>
              <w:t>أعتقد أن الذكاء الاصطناعي يؤثر بشكل واضح على سلوك مستخدمي وسائل التواصل الاجتماعي.</w:t>
            </w:r>
          </w:p>
        </w:tc>
        <w:tc>
          <w:tcPr>
            <w:tcW w:type="dxa" w:w="1440"/>
          </w:tcPr>
          <w:p>
            <w:r>
              <w:t>☐</w:t>
            </w:r>
          </w:p>
        </w:tc>
        <w:tc>
          <w:tcPr>
            <w:tcW w:type="dxa" w:w="1440"/>
          </w:tcPr>
          <w:p>
            <w:r>
              <w:t>☐</w:t>
            </w:r>
          </w:p>
        </w:tc>
        <w:tc>
          <w:tcPr>
            <w:tcW w:type="dxa" w:w="1440"/>
          </w:tcPr>
          <w:p>
            <w:r>
              <w:t>☐</w:t>
            </w:r>
          </w:p>
        </w:tc>
        <w:tc>
          <w:tcPr>
            <w:tcW w:type="dxa" w:w="1440"/>
          </w:tcPr>
          <w:p>
            <w:r>
              <w:t>☐</w:t>
            </w:r>
          </w:p>
        </w:tc>
        <w:tc>
          <w:tcPr>
            <w:tcW w:type="dxa" w:w="1440"/>
          </w:tcPr>
          <w:p>
            <w:r>
              <w:t>☐</w:t>
            </w:r>
          </w:p>
        </w:tc>
      </w:tr>
    </w:tbl>
    <w:p>
      <w:pPr>
        <w:pStyle w:val="Heading2"/>
      </w:pPr>
      <w:r>
        <w:t>سؤال مفتوح</w:t>
      </w:r>
    </w:p>
    <w:p>
      <w:r>
        <w:t>برأيك، كيف يمكن تحسين استخدام تطبيقات الذكاء الاصطناعي في منصات التواصل الاجتماعي؟</w:t>
      </w:r>
    </w:p>
    <w:p>
      <w:r>
        <w: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