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B68C9" w14:textId="77777777" w:rsidR="00E543ED" w:rsidRDefault="00E543ED">
      <w:pPr>
        <w:bidi/>
        <w:spacing w:after="40"/>
        <w:jc w:val="center"/>
        <w:rPr>
          <w:rFonts w:ascii="Arial" w:hAnsi="Arial" w:cs="Arial"/>
          <w:b/>
          <w:color w:val="12365B"/>
          <w:sz w:val="26"/>
          <w:rtl/>
        </w:rPr>
      </w:pPr>
    </w:p>
    <w:p w14:paraId="5BF3EA09" w14:textId="77777777" w:rsidR="00E543ED" w:rsidRDefault="00E543ED" w:rsidP="00E543ED">
      <w:pPr>
        <w:bidi/>
        <w:spacing w:after="40"/>
        <w:jc w:val="center"/>
        <w:rPr>
          <w:rFonts w:ascii="Arial" w:hAnsi="Arial" w:cs="Arial"/>
          <w:b/>
          <w:color w:val="12365B"/>
          <w:sz w:val="26"/>
          <w:rtl/>
        </w:rPr>
      </w:pPr>
    </w:p>
    <w:p w14:paraId="6B88515F" w14:textId="385626C7" w:rsidR="00E543ED" w:rsidRDefault="00E543ED" w:rsidP="00E543ED">
      <w:pPr>
        <w:bidi/>
        <w:spacing w:after="40"/>
        <w:jc w:val="center"/>
        <w:rPr>
          <w:rFonts w:ascii="Arial" w:hAnsi="Arial" w:cs="Arial"/>
          <w:b/>
          <w:color w:val="12365B"/>
          <w:sz w:val="26"/>
          <w:rtl/>
        </w:rPr>
      </w:pPr>
      <w:r>
        <w:rPr>
          <w:noProof/>
        </w:rPr>
        <w:drawing>
          <wp:inline distT="0" distB="0" distL="0" distR="0" wp14:anchorId="5C1A77E2" wp14:editId="7D2ADD8F">
            <wp:extent cx="1202267" cy="552098"/>
            <wp:effectExtent l="0" t="0" r="0" b="635"/>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214381" cy="557661"/>
                    </a:xfrm>
                    <a:prstGeom prst="rect">
                      <a:avLst/>
                    </a:prstGeom>
                  </pic:spPr>
                </pic:pic>
              </a:graphicData>
            </a:graphic>
          </wp:inline>
        </w:drawing>
      </w:r>
    </w:p>
    <w:p w14:paraId="7B62D5EB" w14:textId="77777777" w:rsidR="00E543ED" w:rsidRDefault="00E543ED" w:rsidP="00E543ED">
      <w:pPr>
        <w:bidi/>
        <w:spacing w:after="40"/>
        <w:jc w:val="center"/>
        <w:rPr>
          <w:rFonts w:ascii="Arial" w:hAnsi="Arial" w:cs="Arial"/>
          <w:b/>
          <w:color w:val="12365B"/>
          <w:sz w:val="26"/>
          <w:rtl/>
        </w:rPr>
      </w:pPr>
    </w:p>
    <w:p w14:paraId="3EC7564E" w14:textId="67A68C57" w:rsidR="009E3460" w:rsidRDefault="00C27348" w:rsidP="00E543ED">
      <w:pPr>
        <w:bidi/>
        <w:spacing w:after="40"/>
        <w:jc w:val="center"/>
      </w:pPr>
      <w:r>
        <w:rPr>
          <w:rFonts w:ascii="Arial" w:hAnsi="Arial" w:cs="Arial"/>
          <w:b/>
          <w:color w:val="12365B"/>
          <w:sz w:val="26"/>
          <w:rtl/>
        </w:rPr>
        <w:t xml:space="preserve">جامعة </w:t>
      </w:r>
      <w:proofErr w:type="spellStart"/>
      <w:r>
        <w:rPr>
          <w:rFonts w:ascii="Arial" w:hAnsi="Arial" w:cs="Arial"/>
          <w:b/>
          <w:color w:val="12365B"/>
          <w:sz w:val="26"/>
          <w:rtl/>
        </w:rPr>
        <w:t>ميدأوشن</w:t>
      </w:r>
      <w:proofErr w:type="spellEnd"/>
      <w:r>
        <w:rPr>
          <w:rFonts w:ascii="Arial" w:hAnsi="Arial" w:cs="Arial"/>
          <w:b/>
          <w:color w:val="12365B"/>
          <w:sz w:val="26"/>
          <w:rtl/>
        </w:rPr>
        <w:t xml:space="preserve"> — كلية الإدارة</w:t>
      </w:r>
    </w:p>
    <w:p w14:paraId="0046D01F" w14:textId="77777777" w:rsidR="009E3460" w:rsidRDefault="00C27348">
      <w:pPr>
        <w:bidi/>
        <w:spacing w:after="40"/>
        <w:jc w:val="center"/>
      </w:pPr>
      <w:r>
        <w:rPr>
          <w:rFonts w:ascii="Arial" w:hAnsi="Arial" w:cs="Arial"/>
          <w:b/>
          <w:color w:val="12365B"/>
          <w:sz w:val="30"/>
          <w:rtl/>
        </w:rPr>
        <w:t>الرد على ملاحظات لجنة المناقشة على الفصل الثالث (منهجية الدراسة)</w:t>
      </w:r>
    </w:p>
    <w:p w14:paraId="37AAEA50" w14:textId="77777777" w:rsidR="009E3460" w:rsidRDefault="00C27348">
      <w:pPr>
        <w:bidi/>
        <w:spacing w:after="40"/>
        <w:jc w:val="center"/>
      </w:pPr>
      <w:r>
        <w:rPr>
          <w:rFonts w:ascii="Arial" w:hAnsi="Arial" w:cs="Arial"/>
          <w:color w:val="0E8C8C"/>
          <w:rtl/>
        </w:rPr>
        <w:t>نموذج حوكمة ذكي لضمان سلامة أصول البنية التحتية المائية في المملكة العربية السعودية</w:t>
      </w:r>
    </w:p>
    <w:p w14:paraId="32EBC99E" w14:textId="77777777" w:rsidR="009E3460" w:rsidRDefault="00C27348">
      <w:pPr>
        <w:bidi/>
        <w:jc w:val="center"/>
      </w:pPr>
      <w:r>
        <w:rPr>
          <w:rFonts w:ascii="Arial" w:hAnsi="Arial" w:cs="Arial"/>
          <w:b/>
          <w:rtl/>
        </w:rPr>
        <w:t>إعداد الباحث: ماجد علي بن هلال</w:t>
      </w:r>
    </w:p>
    <w:p w14:paraId="1AA2905C" w14:textId="77777777" w:rsidR="009E3460" w:rsidRDefault="00C27348">
      <w:pPr>
        <w:bidi/>
        <w:spacing w:after="80"/>
        <w:jc w:val="both"/>
      </w:pPr>
      <w:r>
        <w:rPr>
          <w:rFonts w:ascii="Arial" w:hAnsi="Arial" w:cs="Arial"/>
          <w:sz w:val="20"/>
          <w:rtl/>
        </w:rPr>
        <w:t xml:space="preserve">يعرض هذا المستند استجابة الباحث </w:t>
      </w:r>
      <w:r>
        <w:rPr>
          <w:rFonts w:ascii="Arial" w:hAnsi="Arial" w:cs="Arial"/>
          <w:sz w:val="20"/>
          <w:rtl/>
        </w:rPr>
        <w:t>لملاحظات لجنة المناقشة على الفصل الثالث، وعددها (103) ملاحظة موزَّعة على ستة محاور. وقد عُولِجت الملاحظات في النسخة المنقّحة من الفصل عبر إضافة أقسام وفقرات وجداول جديدة أو إعادة صياغة ما لزم، ويبيّن الجدول لكل ملاحظة الإجراء المتَّخذ وموضعه وحالته. وتُشير الرموز إلى مواضع المعالجة: (جـ2) قسم منهج البحث، (جـ3) مجتمع الدراسة والعينة، (جـ4) أداة جمع البيانات، (جـ6) إجراءات التنفيذ والتحكيم والاختبار الاستطلاعي، (جـ7) المعالجة الإحصائية، (جـ8) الاعتبارات الأخلاقية.</w:t>
      </w:r>
    </w:p>
    <w:p w14:paraId="6988EAB8" w14:textId="77777777" w:rsidR="009E3460" w:rsidRDefault="00C27348">
      <w:pPr>
        <w:bidi/>
        <w:spacing w:after="160"/>
        <w:jc w:val="both"/>
      </w:pPr>
      <w:r>
        <w:rPr>
          <w:rFonts w:ascii="Arial" w:hAnsi="Arial" w:cs="Arial"/>
          <w:color w:val="12365B"/>
          <w:sz w:val="20"/>
          <w:rtl/>
        </w:rPr>
        <w:t>ملخص الحالة: عولِجت غالبية الملاحظات في النسخة المنقّحة مباشرةً، وأُبقيت البنود المرتبطة بالجمع الميداني (نتائج نسبة صدق المحتوى الفعلية، وثبات الاختبار الاستطلاعي، وأعداد الاستجابات، ورقم الموافقة الأخلاقية) التزاماتٍ صريحة تُستكمَل عند تنفيذ المرحلة الميدانية.</w:t>
      </w:r>
    </w:p>
    <w:p w14:paraId="44A171C1" w14:textId="77777777" w:rsidR="009E3460" w:rsidRDefault="00C27348">
      <w:pPr>
        <w:bidi/>
        <w:spacing w:before="200" w:after="80"/>
        <w:jc w:val="right"/>
      </w:pPr>
      <w:r>
        <w:rPr>
          <w:rFonts w:ascii="Arial" w:hAnsi="Arial" w:cs="Arial"/>
          <w:b/>
          <w:color w:val="12365B"/>
          <w:sz w:val="26"/>
          <w:rtl/>
        </w:rPr>
        <w:t>أولاً: نواقص مجتمع الدراسة والعينة</w:t>
      </w:r>
    </w:p>
    <w:tbl>
      <w:tblPr>
        <w:tblStyle w:val="TableGrid"/>
        <w:bidiVisual/>
        <w:tblW w:w="0" w:type="auto"/>
        <w:tblLook w:val="04A0" w:firstRow="1" w:lastRow="0" w:firstColumn="1" w:lastColumn="0" w:noHBand="0" w:noVBand="1"/>
      </w:tblPr>
      <w:tblGrid>
        <w:gridCol w:w="558"/>
        <w:gridCol w:w="3396"/>
        <w:gridCol w:w="4391"/>
        <w:gridCol w:w="1509"/>
      </w:tblGrid>
      <w:tr w:rsidR="009E3460" w14:paraId="3823E44B" w14:textId="77777777" w:rsidTr="00E543ED">
        <w:tc>
          <w:tcPr>
            <w:tcW w:w="567" w:type="dxa"/>
            <w:shd w:val="clear" w:color="auto" w:fill="12365B"/>
            <w:vAlign w:val="center"/>
          </w:tcPr>
          <w:p w14:paraId="0095DBF3" w14:textId="77777777" w:rsidR="009E3460" w:rsidRDefault="00C27348" w:rsidP="00E543ED">
            <w:pPr>
              <w:bidi/>
              <w:spacing w:before="20" w:after="20"/>
              <w:jc w:val="center"/>
            </w:pPr>
            <w:r>
              <w:rPr>
                <w:rFonts w:ascii="Arial" w:hAnsi="Arial" w:cs="Arial"/>
                <w:b/>
                <w:color w:val="FFFFFF"/>
                <w:sz w:val="20"/>
                <w:rtl/>
              </w:rPr>
              <w:t>م</w:t>
            </w:r>
          </w:p>
        </w:tc>
        <w:tc>
          <w:tcPr>
            <w:tcW w:w="3572" w:type="dxa"/>
            <w:shd w:val="clear" w:color="auto" w:fill="12365B"/>
            <w:vAlign w:val="center"/>
          </w:tcPr>
          <w:p w14:paraId="10239CCC" w14:textId="77777777" w:rsidR="009E3460" w:rsidRDefault="00C27348" w:rsidP="00E543ED">
            <w:pPr>
              <w:bidi/>
              <w:spacing w:before="20" w:after="20"/>
              <w:jc w:val="center"/>
            </w:pPr>
            <w:r>
              <w:rPr>
                <w:rFonts w:ascii="Arial" w:hAnsi="Arial" w:cs="Arial"/>
                <w:b/>
                <w:color w:val="FFFFFF"/>
                <w:sz w:val="20"/>
                <w:rtl/>
              </w:rPr>
              <w:t>ملاحظة اللجنة</w:t>
            </w:r>
          </w:p>
        </w:tc>
        <w:tc>
          <w:tcPr>
            <w:tcW w:w="4649" w:type="dxa"/>
            <w:shd w:val="clear" w:color="auto" w:fill="12365B"/>
            <w:vAlign w:val="center"/>
          </w:tcPr>
          <w:p w14:paraId="4142F555" w14:textId="77777777" w:rsidR="009E3460" w:rsidRDefault="00C27348" w:rsidP="00E543ED">
            <w:pPr>
              <w:bidi/>
              <w:spacing w:before="20" w:after="20"/>
              <w:jc w:val="center"/>
            </w:pPr>
            <w:r>
              <w:rPr>
                <w:rFonts w:ascii="Arial" w:hAnsi="Arial" w:cs="Arial"/>
                <w:b/>
                <w:color w:val="FFFFFF"/>
                <w:sz w:val="20"/>
                <w:rtl/>
              </w:rPr>
              <w:t>الإجراء المتَّخذ في النسخة المنقّحة</w:t>
            </w:r>
          </w:p>
        </w:tc>
        <w:tc>
          <w:tcPr>
            <w:tcW w:w="1531" w:type="dxa"/>
            <w:shd w:val="clear" w:color="auto" w:fill="12365B"/>
            <w:vAlign w:val="center"/>
          </w:tcPr>
          <w:p w14:paraId="40CA9E33" w14:textId="77777777" w:rsidR="009E3460" w:rsidRDefault="00C27348" w:rsidP="00E543ED">
            <w:pPr>
              <w:bidi/>
              <w:spacing w:before="20" w:after="20"/>
              <w:jc w:val="center"/>
            </w:pPr>
            <w:r>
              <w:rPr>
                <w:rFonts w:ascii="Arial" w:hAnsi="Arial" w:cs="Arial"/>
                <w:b/>
                <w:color w:val="FFFFFF"/>
                <w:sz w:val="20"/>
                <w:rtl/>
              </w:rPr>
              <w:t>الموضع/الحالة</w:t>
            </w:r>
          </w:p>
        </w:tc>
      </w:tr>
      <w:tr w:rsidR="009E3460" w14:paraId="7FC9251E" w14:textId="77777777" w:rsidTr="00E543ED">
        <w:tc>
          <w:tcPr>
            <w:tcW w:w="567" w:type="dxa"/>
            <w:vAlign w:val="center"/>
          </w:tcPr>
          <w:p w14:paraId="53F9DBF3" w14:textId="77777777" w:rsidR="009E3460" w:rsidRDefault="00C27348" w:rsidP="00E543ED">
            <w:pPr>
              <w:bidi/>
              <w:spacing w:before="20" w:after="20"/>
              <w:jc w:val="center"/>
            </w:pPr>
            <w:r>
              <w:rPr>
                <w:rFonts w:ascii="Arial" w:hAnsi="Arial" w:cs="Arial"/>
                <w:b/>
                <w:sz w:val="20"/>
                <w:rtl/>
              </w:rPr>
              <w:t>1</w:t>
            </w:r>
          </w:p>
        </w:tc>
        <w:tc>
          <w:tcPr>
            <w:tcW w:w="3572" w:type="dxa"/>
            <w:vAlign w:val="center"/>
          </w:tcPr>
          <w:p w14:paraId="3377D6CA" w14:textId="77777777" w:rsidR="009E3460" w:rsidRDefault="00C27348" w:rsidP="00E543ED">
            <w:pPr>
              <w:bidi/>
              <w:spacing w:before="20" w:after="20"/>
            </w:pPr>
            <w:r>
              <w:rPr>
                <w:rFonts w:ascii="Arial" w:hAnsi="Arial" w:cs="Arial"/>
                <w:sz w:val="18"/>
                <w:rtl/>
              </w:rPr>
              <w:t>عدم توثيق حجم المجتمع (150-250) بمصدر رسمي وطريقة حساب.</w:t>
            </w:r>
          </w:p>
        </w:tc>
        <w:tc>
          <w:tcPr>
            <w:tcW w:w="4649" w:type="dxa"/>
            <w:vAlign w:val="center"/>
          </w:tcPr>
          <w:p w14:paraId="1777D13C" w14:textId="77777777" w:rsidR="009E3460" w:rsidRDefault="00C27348" w:rsidP="00E543ED">
            <w:pPr>
              <w:bidi/>
              <w:spacing w:before="20" w:after="20"/>
              <w:jc w:val="center"/>
            </w:pPr>
            <w:r>
              <w:rPr>
                <w:rFonts w:ascii="Arial" w:hAnsi="Arial" w:cs="Arial"/>
                <w:sz w:val="18"/>
                <w:rtl/>
              </w:rPr>
              <w:t>أُضيف قسم «التوزيع التقديري لمجتمع الدراسة ومصادره» مع التعهّد بتوثيق مصادر التقدير والخطابات المؤسسية في الملحق.</w:t>
            </w:r>
          </w:p>
        </w:tc>
        <w:tc>
          <w:tcPr>
            <w:tcW w:w="1531" w:type="dxa"/>
            <w:shd w:val="clear" w:color="auto" w:fill="E2EFDA"/>
            <w:vAlign w:val="center"/>
          </w:tcPr>
          <w:p w14:paraId="6AA2BA12" w14:textId="77777777" w:rsidR="009E3460" w:rsidRDefault="00C27348" w:rsidP="00E543ED">
            <w:pPr>
              <w:bidi/>
              <w:spacing w:before="20" w:after="20"/>
              <w:jc w:val="center"/>
            </w:pPr>
            <w:r>
              <w:rPr>
                <w:rFonts w:ascii="Arial" w:hAnsi="Arial" w:cs="Arial"/>
                <w:sz w:val="16"/>
                <w:rtl/>
              </w:rPr>
              <w:t>مُعالَجة (جـ3)</w:t>
            </w:r>
          </w:p>
        </w:tc>
      </w:tr>
      <w:tr w:rsidR="009E3460" w14:paraId="17C39621" w14:textId="77777777" w:rsidTr="00E543ED">
        <w:tc>
          <w:tcPr>
            <w:tcW w:w="567" w:type="dxa"/>
            <w:vAlign w:val="center"/>
          </w:tcPr>
          <w:p w14:paraId="62A1F545" w14:textId="77777777" w:rsidR="009E3460" w:rsidRDefault="00C27348" w:rsidP="00E543ED">
            <w:pPr>
              <w:bidi/>
              <w:spacing w:before="20" w:after="20"/>
              <w:jc w:val="center"/>
            </w:pPr>
            <w:r>
              <w:rPr>
                <w:rFonts w:ascii="Arial" w:hAnsi="Arial" w:cs="Arial"/>
                <w:b/>
                <w:sz w:val="20"/>
                <w:rtl/>
              </w:rPr>
              <w:t>2</w:t>
            </w:r>
          </w:p>
        </w:tc>
        <w:tc>
          <w:tcPr>
            <w:tcW w:w="3572" w:type="dxa"/>
            <w:vAlign w:val="center"/>
          </w:tcPr>
          <w:p w14:paraId="7A4B3E31" w14:textId="77777777" w:rsidR="009E3460" w:rsidRDefault="00C27348" w:rsidP="00E543ED">
            <w:pPr>
              <w:bidi/>
              <w:spacing w:before="20" w:after="20"/>
            </w:pPr>
            <w:r>
              <w:rPr>
                <w:rFonts w:ascii="Arial" w:hAnsi="Arial" w:cs="Arial"/>
                <w:sz w:val="18"/>
                <w:rtl/>
              </w:rPr>
              <w:t>اتساع النطاق المؤسسي دون تعريف إجرائي لكل فئة.</w:t>
            </w:r>
          </w:p>
        </w:tc>
        <w:tc>
          <w:tcPr>
            <w:tcW w:w="4649" w:type="dxa"/>
            <w:vAlign w:val="center"/>
          </w:tcPr>
          <w:p w14:paraId="339DCDBF" w14:textId="77777777" w:rsidR="009E3460" w:rsidRDefault="00C27348" w:rsidP="00E543ED">
            <w:pPr>
              <w:bidi/>
              <w:spacing w:before="20" w:after="20"/>
              <w:jc w:val="center"/>
            </w:pPr>
            <w:r>
              <w:rPr>
                <w:rFonts w:ascii="Arial" w:hAnsi="Arial" w:cs="Arial"/>
                <w:sz w:val="18"/>
                <w:rtl/>
              </w:rPr>
              <w:t>أُضيف «التعريف الإجرائي لفئات مجتمع الدراسة» يحدّد كل فئة إجرائياً.</w:t>
            </w:r>
          </w:p>
        </w:tc>
        <w:tc>
          <w:tcPr>
            <w:tcW w:w="1531" w:type="dxa"/>
            <w:shd w:val="clear" w:color="auto" w:fill="E2EFDA"/>
            <w:vAlign w:val="center"/>
          </w:tcPr>
          <w:p w14:paraId="47EADA40" w14:textId="77777777" w:rsidR="009E3460" w:rsidRDefault="00C27348" w:rsidP="00E543ED">
            <w:pPr>
              <w:bidi/>
              <w:spacing w:before="20" w:after="20"/>
              <w:jc w:val="center"/>
            </w:pPr>
            <w:r>
              <w:rPr>
                <w:rFonts w:ascii="Arial" w:hAnsi="Arial" w:cs="Arial"/>
                <w:sz w:val="16"/>
                <w:rtl/>
              </w:rPr>
              <w:t>مُعالَجة (جـ3)</w:t>
            </w:r>
          </w:p>
        </w:tc>
      </w:tr>
      <w:tr w:rsidR="009E3460" w14:paraId="4CC59E7C" w14:textId="77777777" w:rsidTr="00E543ED">
        <w:tc>
          <w:tcPr>
            <w:tcW w:w="567" w:type="dxa"/>
            <w:vAlign w:val="center"/>
          </w:tcPr>
          <w:p w14:paraId="45633167" w14:textId="77777777" w:rsidR="009E3460" w:rsidRDefault="00C27348" w:rsidP="00E543ED">
            <w:pPr>
              <w:bidi/>
              <w:spacing w:before="20" w:after="20"/>
              <w:jc w:val="center"/>
            </w:pPr>
            <w:r>
              <w:rPr>
                <w:rFonts w:ascii="Arial" w:hAnsi="Arial" w:cs="Arial"/>
                <w:b/>
                <w:sz w:val="20"/>
                <w:rtl/>
              </w:rPr>
              <w:t>3</w:t>
            </w:r>
          </w:p>
        </w:tc>
        <w:tc>
          <w:tcPr>
            <w:tcW w:w="3572" w:type="dxa"/>
            <w:vAlign w:val="center"/>
          </w:tcPr>
          <w:p w14:paraId="096B05DA" w14:textId="77777777" w:rsidR="009E3460" w:rsidRDefault="00C27348" w:rsidP="00E543ED">
            <w:pPr>
              <w:bidi/>
              <w:spacing w:before="20" w:after="20"/>
            </w:pPr>
            <w:r>
              <w:rPr>
                <w:rFonts w:ascii="Arial" w:hAnsi="Arial" w:cs="Arial"/>
                <w:sz w:val="18"/>
                <w:rtl/>
              </w:rPr>
              <w:t>عدم عرض توزيع المجتمع على الجهات المستهدفة.</w:t>
            </w:r>
          </w:p>
        </w:tc>
        <w:tc>
          <w:tcPr>
            <w:tcW w:w="4649" w:type="dxa"/>
            <w:vAlign w:val="center"/>
          </w:tcPr>
          <w:p w14:paraId="69CC2FF8" w14:textId="77777777" w:rsidR="009E3460" w:rsidRDefault="00C27348" w:rsidP="00E543ED">
            <w:pPr>
              <w:bidi/>
              <w:spacing w:before="20" w:after="20"/>
              <w:jc w:val="center"/>
            </w:pPr>
            <w:r>
              <w:rPr>
                <w:rFonts w:ascii="Arial" w:hAnsi="Arial" w:cs="Arial"/>
                <w:sz w:val="18"/>
                <w:rtl/>
              </w:rPr>
              <w:t>أُدرِج جدول بالتوزيع التقديري للمجتمع على كل جهة.</w:t>
            </w:r>
          </w:p>
        </w:tc>
        <w:tc>
          <w:tcPr>
            <w:tcW w:w="1531" w:type="dxa"/>
            <w:shd w:val="clear" w:color="auto" w:fill="E2EFDA"/>
            <w:vAlign w:val="center"/>
          </w:tcPr>
          <w:p w14:paraId="59592AA3" w14:textId="77777777" w:rsidR="009E3460" w:rsidRDefault="00C27348" w:rsidP="00E543ED">
            <w:pPr>
              <w:bidi/>
              <w:spacing w:before="20" w:after="20"/>
              <w:jc w:val="center"/>
            </w:pPr>
            <w:r>
              <w:rPr>
                <w:rFonts w:ascii="Arial" w:hAnsi="Arial" w:cs="Arial"/>
                <w:sz w:val="16"/>
                <w:rtl/>
              </w:rPr>
              <w:t>مُعالَجة (جـ3)</w:t>
            </w:r>
          </w:p>
        </w:tc>
      </w:tr>
      <w:tr w:rsidR="009E3460" w14:paraId="18A4DE49" w14:textId="77777777" w:rsidTr="00E543ED">
        <w:tc>
          <w:tcPr>
            <w:tcW w:w="567" w:type="dxa"/>
            <w:vAlign w:val="center"/>
          </w:tcPr>
          <w:p w14:paraId="545DCAC5" w14:textId="77777777" w:rsidR="009E3460" w:rsidRDefault="00C27348" w:rsidP="00E543ED">
            <w:pPr>
              <w:bidi/>
              <w:spacing w:before="20" w:after="20"/>
              <w:jc w:val="center"/>
            </w:pPr>
            <w:r>
              <w:rPr>
                <w:rFonts w:ascii="Arial" w:hAnsi="Arial" w:cs="Arial"/>
                <w:b/>
                <w:sz w:val="20"/>
                <w:rtl/>
              </w:rPr>
              <w:t>4</w:t>
            </w:r>
          </w:p>
        </w:tc>
        <w:tc>
          <w:tcPr>
            <w:tcW w:w="3572" w:type="dxa"/>
            <w:vAlign w:val="center"/>
          </w:tcPr>
          <w:p w14:paraId="2D38CB99" w14:textId="77777777" w:rsidR="009E3460" w:rsidRDefault="00C27348" w:rsidP="00E543ED">
            <w:pPr>
              <w:bidi/>
              <w:spacing w:before="20" w:after="20"/>
            </w:pPr>
            <w:r>
              <w:rPr>
                <w:rFonts w:ascii="Arial" w:hAnsi="Arial" w:cs="Arial"/>
                <w:sz w:val="18"/>
                <w:rtl/>
              </w:rPr>
              <w:t xml:space="preserve">عدم </w:t>
            </w:r>
            <w:r>
              <w:rPr>
                <w:rFonts w:ascii="Arial" w:hAnsi="Arial" w:cs="Arial"/>
                <w:sz w:val="18"/>
                <w:rtl/>
              </w:rPr>
              <w:t>توثيق الهيكلة التنظيمية المستخدمة في التقدير.</w:t>
            </w:r>
          </w:p>
        </w:tc>
        <w:tc>
          <w:tcPr>
            <w:tcW w:w="4649" w:type="dxa"/>
            <w:vAlign w:val="center"/>
          </w:tcPr>
          <w:p w14:paraId="76E772DD" w14:textId="77777777" w:rsidR="009E3460" w:rsidRDefault="00C27348" w:rsidP="00E543ED">
            <w:pPr>
              <w:bidi/>
              <w:spacing w:before="20" w:after="20"/>
              <w:jc w:val="center"/>
            </w:pPr>
            <w:r>
              <w:rPr>
                <w:rFonts w:ascii="Arial" w:hAnsi="Arial" w:cs="Arial"/>
                <w:sz w:val="18"/>
                <w:rtl/>
              </w:rPr>
              <w:t>نُصّ على توثيق أسماء الوثائق التنظيمية وتواريخها وجهاتها في الملحق.</w:t>
            </w:r>
          </w:p>
        </w:tc>
        <w:tc>
          <w:tcPr>
            <w:tcW w:w="1531" w:type="dxa"/>
            <w:shd w:val="clear" w:color="auto" w:fill="E2EFDA"/>
            <w:vAlign w:val="center"/>
          </w:tcPr>
          <w:p w14:paraId="282E70A9" w14:textId="77777777" w:rsidR="009E3460" w:rsidRDefault="00C27348" w:rsidP="00E543ED">
            <w:pPr>
              <w:bidi/>
              <w:spacing w:before="20" w:after="20"/>
              <w:jc w:val="center"/>
            </w:pPr>
            <w:r>
              <w:rPr>
                <w:rFonts w:ascii="Arial" w:hAnsi="Arial" w:cs="Arial"/>
                <w:sz w:val="16"/>
                <w:rtl/>
              </w:rPr>
              <w:t>مُعالَجة (جـ3)</w:t>
            </w:r>
          </w:p>
        </w:tc>
      </w:tr>
      <w:tr w:rsidR="009E3460" w14:paraId="50D47E51" w14:textId="77777777" w:rsidTr="00E543ED">
        <w:tc>
          <w:tcPr>
            <w:tcW w:w="567" w:type="dxa"/>
            <w:vAlign w:val="center"/>
          </w:tcPr>
          <w:p w14:paraId="07F056A9" w14:textId="77777777" w:rsidR="009E3460" w:rsidRDefault="00C27348" w:rsidP="00E543ED">
            <w:pPr>
              <w:bidi/>
              <w:spacing w:before="20" w:after="20"/>
              <w:jc w:val="center"/>
            </w:pPr>
            <w:r>
              <w:rPr>
                <w:rFonts w:ascii="Arial" w:hAnsi="Arial" w:cs="Arial"/>
                <w:b/>
                <w:sz w:val="20"/>
                <w:rtl/>
              </w:rPr>
              <w:t>5</w:t>
            </w:r>
          </w:p>
        </w:tc>
        <w:tc>
          <w:tcPr>
            <w:tcW w:w="3572" w:type="dxa"/>
            <w:vAlign w:val="center"/>
          </w:tcPr>
          <w:p w14:paraId="2A395774" w14:textId="77777777" w:rsidR="009E3460" w:rsidRDefault="00C27348" w:rsidP="00E543ED">
            <w:pPr>
              <w:bidi/>
              <w:spacing w:before="20" w:after="20"/>
            </w:pPr>
            <w:r>
              <w:rPr>
                <w:rFonts w:ascii="Arial" w:hAnsi="Arial" w:cs="Arial"/>
                <w:sz w:val="18"/>
                <w:rtl/>
              </w:rPr>
              <w:t>ضرورة التحقق من عدد القطاعات الستة وتوثيقه.</w:t>
            </w:r>
          </w:p>
        </w:tc>
        <w:tc>
          <w:tcPr>
            <w:tcW w:w="4649" w:type="dxa"/>
            <w:vAlign w:val="center"/>
          </w:tcPr>
          <w:p w14:paraId="74DCD09C" w14:textId="77777777" w:rsidR="009E3460" w:rsidRDefault="00C27348" w:rsidP="00E543ED">
            <w:pPr>
              <w:bidi/>
              <w:spacing w:before="20" w:after="20"/>
              <w:jc w:val="center"/>
            </w:pPr>
            <w:r>
              <w:rPr>
                <w:rFonts w:ascii="Arial" w:hAnsi="Arial" w:cs="Arial"/>
                <w:sz w:val="18"/>
                <w:rtl/>
              </w:rPr>
              <w:t>أُضيف نصّ يوثّق عدد القطاعات الستة من أحدث مصدر رسمي وقت التنفيذ.</w:t>
            </w:r>
          </w:p>
        </w:tc>
        <w:tc>
          <w:tcPr>
            <w:tcW w:w="1531" w:type="dxa"/>
            <w:shd w:val="clear" w:color="auto" w:fill="E2EFDA"/>
            <w:vAlign w:val="center"/>
          </w:tcPr>
          <w:p w14:paraId="563BD7D9" w14:textId="77777777" w:rsidR="009E3460" w:rsidRDefault="00C27348" w:rsidP="00E543ED">
            <w:pPr>
              <w:bidi/>
              <w:spacing w:before="20" w:after="20"/>
              <w:jc w:val="center"/>
            </w:pPr>
            <w:r>
              <w:rPr>
                <w:rFonts w:ascii="Arial" w:hAnsi="Arial" w:cs="Arial"/>
                <w:sz w:val="16"/>
                <w:rtl/>
              </w:rPr>
              <w:t>مُعالَجة (جـ3)</w:t>
            </w:r>
          </w:p>
        </w:tc>
      </w:tr>
      <w:tr w:rsidR="009E3460" w14:paraId="268967C0" w14:textId="77777777" w:rsidTr="00E543ED">
        <w:tc>
          <w:tcPr>
            <w:tcW w:w="567" w:type="dxa"/>
            <w:vAlign w:val="center"/>
          </w:tcPr>
          <w:p w14:paraId="02FEC524" w14:textId="77777777" w:rsidR="009E3460" w:rsidRDefault="00C27348" w:rsidP="00E543ED">
            <w:pPr>
              <w:bidi/>
              <w:spacing w:before="20" w:after="20"/>
              <w:jc w:val="center"/>
            </w:pPr>
            <w:r>
              <w:rPr>
                <w:rFonts w:ascii="Arial" w:hAnsi="Arial" w:cs="Arial"/>
                <w:b/>
                <w:sz w:val="20"/>
                <w:rtl/>
              </w:rPr>
              <w:t>6</w:t>
            </w:r>
          </w:p>
        </w:tc>
        <w:tc>
          <w:tcPr>
            <w:tcW w:w="3572" w:type="dxa"/>
            <w:vAlign w:val="center"/>
          </w:tcPr>
          <w:p w14:paraId="02DDB625" w14:textId="77777777" w:rsidR="009E3460" w:rsidRDefault="00C27348" w:rsidP="00E543ED">
            <w:pPr>
              <w:bidi/>
              <w:spacing w:before="20" w:after="20"/>
            </w:pPr>
            <w:r>
              <w:rPr>
                <w:rFonts w:ascii="Arial" w:hAnsi="Arial" w:cs="Arial"/>
                <w:sz w:val="18"/>
                <w:rtl/>
              </w:rPr>
              <w:t>عدم الاتساق بين وحدة التحليل ووحدة الاستجابة.</w:t>
            </w:r>
          </w:p>
        </w:tc>
        <w:tc>
          <w:tcPr>
            <w:tcW w:w="4649" w:type="dxa"/>
            <w:vAlign w:val="center"/>
          </w:tcPr>
          <w:p w14:paraId="0EA16889" w14:textId="77777777" w:rsidR="009E3460" w:rsidRDefault="00C27348" w:rsidP="00E543ED">
            <w:pPr>
              <w:bidi/>
              <w:spacing w:before="20" w:after="20"/>
              <w:jc w:val="center"/>
            </w:pPr>
            <w:r>
              <w:rPr>
                <w:rFonts w:ascii="Arial" w:hAnsi="Arial" w:cs="Arial"/>
                <w:sz w:val="18"/>
                <w:rtl/>
              </w:rPr>
              <w:t>أُضيف تمييز صريح بين وحدة التحليل المؤسسية ووحدة الملاحظة الفردية.</w:t>
            </w:r>
          </w:p>
        </w:tc>
        <w:tc>
          <w:tcPr>
            <w:tcW w:w="1531" w:type="dxa"/>
            <w:shd w:val="clear" w:color="auto" w:fill="E2EFDA"/>
            <w:vAlign w:val="center"/>
          </w:tcPr>
          <w:p w14:paraId="613417FE" w14:textId="77777777" w:rsidR="009E3460" w:rsidRDefault="00C27348" w:rsidP="00E543ED">
            <w:pPr>
              <w:bidi/>
              <w:spacing w:before="20" w:after="20"/>
              <w:jc w:val="center"/>
            </w:pPr>
            <w:r>
              <w:rPr>
                <w:rFonts w:ascii="Arial" w:hAnsi="Arial" w:cs="Arial"/>
                <w:sz w:val="16"/>
                <w:rtl/>
              </w:rPr>
              <w:t>مُعالَجة (جـ3)</w:t>
            </w:r>
          </w:p>
        </w:tc>
      </w:tr>
      <w:tr w:rsidR="009E3460" w14:paraId="6B0E3DAE" w14:textId="77777777" w:rsidTr="00E543ED">
        <w:tc>
          <w:tcPr>
            <w:tcW w:w="567" w:type="dxa"/>
            <w:vAlign w:val="center"/>
          </w:tcPr>
          <w:p w14:paraId="005DF769" w14:textId="77777777" w:rsidR="009E3460" w:rsidRDefault="00C27348" w:rsidP="00E543ED">
            <w:pPr>
              <w:bidi/>
              <w:spacing w:before="20" w:after="20"/>
              <w:jc w:val="center"/>
            </w:pPr>
            <w:r>
              <w:rPr>
                <w:rFonts w:ascii="Arial" w:hAnsi="Arial" w:cs="Arial"/>
                <w:b/>
                <w:sz w:val="20"/>
                <w:rtl/>
              </w:rPr>
              <w:t>7</w:t>
            </w:r>
          </w:p>
        </w:tc>
        <w:tc>
          <w:tcPr>
            <w:tcW w:w="3572" w:type="dxa"/>
            <w:vAlign w:val="center"/>
          </w:tcPr>
          <w:p w14:paraId="2FE935A3" w14:textId="77777777" w:rsidR="009E3460" w:rsidRDefault="00C27348" w:rsidP="00E543ED">
            <w:pPr>
              <w:bidi/>
              <w:spacing w:before="20" w:after="20"/>
            </w:pPr>
            <w:r>
              <w:rPr>
                <w:rFonts w:ascii="Arial" w:hAnsi="Arial" w:cs="Arial"/>
                <w:sz w:val="18"/>
                <w:rtl/>
              </w:rPr>
              <w:t>بطلان افتراض أن كل مستجيب يمثّل مؤسسة مستقلة.</w:t>
            </w:r>
          </w:p>
        </w:tc>
        <w:tc>
          <w:tcPr>
            <w:tcW w:w="4649" w:type="dxa"/>
            <w:vAlign w:val="center"/>
          </w:tcPr>
          <w:p w14:paraId="20BB746D" w14:textId="77777777" w:rsidR="009E3460" w:rsidRDefault="00C27348" w:rsidP="00E543ED">
            <w:pPr>
              <w:bidi/>
              <w:spacing w:before="20" w:after="20"/>
              <w:jc w:val="center"/>
            </w:pPr>
            <w:r>
              <w:rPr>
                <w:rFonts w:ascii="Arial" w:hAnsi="Arial" w:cs="Arial"/>
                <w:sz w:val="18"/>
                <w:rtl/>
              </w:rPr>
              <w:t xml:space="preserve">عولج بمعاملة كل مستجيب مشاهدةً على مستوى موقعه التنظيمي لا مؤسسةً </w:t>
            </w:r>
            <w:r>
              <w:rPr>
                <w:rFonts w:ascii="Arial" w:hAnsi="Arial" w:cs="Arial"/>
                <w:sz w:val="18"/>
                <w:rtl/>
              </w:rPr>
              <w:t>مستقلة.</w:t>
            </w:r>
          </w:p>
        </w:tc>
        <w:tc>
          <w:tcPr>
            <w:tcW w:w="1531" w:type="dxa"/>
            <w:shd w:val="clear" w:color="auto" w:fill="E2EFDA"/>
            <w:vAlign w:val="center"/>
          </w:tcPr>
          <w:p w14:paraId="526E4307" w14:textId="77777777" w:rsidR="009E3460" w:rsidRDefault="00C27348" w:rsidP="00E543ED">
            <w:pPr>
              <w:bidi/>
              <w:spacing w:before="20" w:after="20"/>
              <w:jc w:val="center"/>
            </w:pPr>
            <w:r>
              <w:rPr>
                <w:rFonts w:ascii="Arial" w:hAnsi="Arial" w:cs="Arial"/>
                <w:sz w:val="16"/>
                <w:rtl/>
              </w:rPr>
              <w:t>مُعالَجة (جـ3)</w:t>
            </w:r>
          </w:p>
        </w:tc>
      </w:tr>
      <w:tr w:rsidR="009E3460" w14:paraId="316C6CC4" w14:textId="77777777" w:rsidTr="00E543ED">
        <w:tc>
          <w:tcPr>
            <w:tcW w:w="567" w:type="dxa"/>
            <w:vAlign w:val="center"/>
          </w:tcPr>
          <w:p w14:paraId="1C6129C2" w14:textId="77777777" w:rsidR="009E3460" w:rsidRDefault="00C27348" w:rsidP="00E543ED">
            <w:pPr>
              <w:bidi/>
              <w:spacing w:before="20" w:after="20"/>
              <w:jc w:val="center"/>
            </w:pPr>
            <w:r>
              <w:rPr>
                <w:rFonts w:ascii="Arial" w:hAnsi="Arial" w:cs="Arial"/>
                <w:b/>
                <w:sz w:val="20"/>
                <w:rtl/>
              </w:rPr>
              <w:t>8</w:t>
            </w:r>
          </w:p>
        </w:tc>
        <w:tc>
          <w:tcPr>
            <w:tcW w:w="3572" w:type="dxa"/>
            <w:vAlign w:val="center"/>
          </w:tcPr>
          <w:p w14:paraId="568BC088" w14:textId="77777777" w:rsidR="009E3460" w:rsidRDefault="00C27348" w:rsidP="00E543ED">
            <w:pPr>
              <w:bidi/>
              <w:spacing w:before="20" w:after="20"/>
            </w:pPr>
            <w:r>
              <w:rPr>
                <w:rFonts w:ascii="Arial" w:hAnsi="Arial" w:cs="Arial"/>
                <w:sz w:val="18"/>
                <w:rtl/>
              </w:rPr>
              <w:t>غياب آلية التعامل مع الاستجابات المتعددة من الجهة الواحدة.</w:t>
            </w:r>
          </w:p>
        </w:tc>
        <w:tc>
          <w:tcPr>
            <w:tcW w:w="4649" w:type="dxa"/>
            <w:vAlign w:val="center"/>
          </w:tcPr>
          <w:p w14:paraId="4A65FF11" w14:textId="77777777" w:rsidR="009E3460" w:rsidRDefault="00C27348" w:rsidP="00E543ED">
            <w:pPr>
              <w:bidi/>
              <w:spacing w:before="20" w:after="20"/>
              <w:jc w:val="center"/>
            </w:pPr>
            <w:r>
              <w:rPr>
                <w:rFonts w:ascii="Arial" w:hAnsi="Arial" w:cs="Arial"/>
                <w:sz w:val="18"/>
                <w:rtl/>
              </w:rPr>
              <w:t>أُضيفت آلية توزيع الاستجابات داخل الجهة على قطاعاتها وإداراتها.</w:t>
            </w:r>
          </w:p>
        </w:tc>
        <w:tc>
          <w:tcPr>
            <w:tcW w:w="1531" w:type="dxa"/>
            <w:shd w:val="clear" w:color="auto" w:fill="E2EFDA"/>
            <w:vAlign w:val="center"/>
          </w:tcPr>
          <w:p w14:paraId="45F70AF7" w14:textId="77777777" w:rsidR="009E3460" w:rsidRDefault="00C27348" w:rsidP="00E543ED">
            <w:pPr>
              <w:bidi/>
              <w:spacing w:before="20" w:after="20"/>
              <w:jc w:val="center"/>
            </w:pPr>
            <w:r>
              <w:rPr>
                <w:rFonts w:ascii="Arial" w:hAnsi="Arial" w:cs="Arial"/>
                <w:sz w:val="16"/>
                <w:rtl/>
              </w:rPr>
              <w:t>مُعالَجة (جـ3)</w:t>
            </w:r>
          </w:p>
        </w:tc>
      </w:tr>
      <w:tr w:rsidR="009E3460" w14:paraId="1775ADA8" w14:textId="77777777" w:rsidTr="00E543ED">
        <w:tc>
          <w:tcPr>
            <w:tcW w:w="567" w:type="dxa"/>
            <w:vAlign w:val="center"/>
          </w:tcPr>
          <w:p w14:paraId="2795562C" w14:textId="77777777" w:rsidR="009E3460" w:rsidRDefault="00C27348" w:rsidP="00E543ED">
            <w:pPr>
              <w:bidi/>
              <w:spacing w:before="20" w:after="20"/>
              <w:jc w:val="center"/>
            </w:pPr>
            <w:r>
              <w:rPr>
                <w:rFonts w:ascii="Arial" w:hAnsi="Arial" w:cs="Arial"/>
                <w:b/>
                <w:sz w:val="20"/>
                <w:rtl/>
              </w:rPr>
              <w:t>9</w:t>
            </w:r>
          </w:p>
        </w:tc>
        <w:tc>
          <w:tcPr>
            <w:tcW w:w="3572" w:type="dxa"/>
            <w:vAlign w:val="center"/>
          </w:tcPr>
          <w:p w14:paraId="2717ADF4" w14:textId="77777777" w:rsidR="009E3460" w:rsidRDefault="00C27348" w:rsidP="00E543ED">
            <w:pPr>
              <w:bidi/>
              <w:spacing w:before="20" w:after="20"/>
            </w:pPr>
            <w:r>
              <w:rPr>
                <w:rFonts w:ascii="Arial" w:hAnsi="Arial" w:cs="Arial"/>
                <w:sz w:val="18"/>
                <w:rtl/>
              </w:rPr>
              <w:t>عدم تحديد حد أقصى للمشاركين من كل جهة.</w:t>
            </w:r>
          </w:p>
        </w:tc>
        <w:tc>
          <w:tcPr>
            <w:tcW w:w="4649" w:type="dxa"/>
            <w:vAlign w:val="center"/>
          </w:tcPr>
          <w:p w14:paraId="5279268E" w14:textId="77777777" w:rsidR="009E3460" w:rsidRDefault="00C27348" w:rsidP="00E543ED">
            <w:pPr>
              <w:bidi/>
              <w:spacing w:before="20" w:after="20"/>
              <w:jc w:val="center"/>
            </w:pPr>
            <w:r>
              <w:rPr>
                <w:rFonts w:ascii="Arial" w:hAnsi="Arial" w:cs="Arial"/>
                <w:sz w:val="18"/>
                <w:rtl/>
              </w:rPr>
              <w:t>حُدِّد سقف استرشادي (~45%) لاستجابات الجهة الواحدة.</w:t>
            </w:r>
          </w:p>
        </w:tc>
        <w:tc>
          <w:tcPr>
            <w:tcW w:w="1531" w:type="dxa"/>
            <w:shd w:val="clear" w:color="auto" w:fill="E2EFDA"/>
            <w:vAlign w:val="center"/>
          </w:tcPr>
          <w:p w14:paraId="0CC90947" w14:textId="77777777" w:rsidR="009E3460" w:rsidRDefault="00C27348" w:rsidP="00E543ED">
            <w:pPr>
              <w:bidi/>
              <w:spacing w:before="20" w:after="20"/>
              <w:jc w:val="center"/>
            </w:pPr>
            <w:r>
              <w:rPr>
                <w:rFonts w:ascii="Arial" w:hAnsi="Arial" w:cs="Arial"/>
                <w:sz w:val="16"/>
                <w:rtl/>
              </w:rPr>
              <w:t>مُعالَجة (جـ3)</w:t>
            </w:r>
          </w:p>
        </w:tc>
      </w:tr>
      <w:tr w:rsidR="009E3460" w14:paraId="4C92EF2D" w14:textId="77777777" w:rsidTr="00E543ED">
        <w:tc>
          <w:tcPr>
            <w:tcW w:w="567" w:type="dxa"/>
            <w:vAlign w:val="center"/>
          </w:tcPr>
          <w:p w14:paraId="1893B6BD" w14:textId="77777777" w:rsidR="009E3460" w:rsidRDefault="00C27348" w:rsidP="00E543ED">
            <w:pPr>
              <w:bidi/>
              <w:spacing w:before="20" w:after="20"/>
              <w:jc w:val="center"/>
            </w:pPr>
            <w:r>
              <w:rPr>
                <w:rFonts w:ascii="Arial" w:hAnsi="Arial" w:cs="Arial"/>
                <w:b/>
                <w:sz w:val="20"/>
                <w:rtl/>
              </w:rPr>
              <w:t>10</w:t>
            </w:r>
          </w:p>
        </w:tc>
        <w:tc>
          <w:tcPr>
            <w:tcW w:w="3572" w:type="dxa"/>
            <w:vAlign w:val="center"/>
          </w:tcPr>
          <w:p w14:paraId="75D626AE" w14:textId="77777777" w:rsidR="009E3460" w:rsidRDefault="00C27348" w:rsidP="00E543ED">
            <w:pPr>
              <w:bidi/>
              <w:spacing w:before="20" w:after="20"/>
            </w:pPr>
            <w:r>
              <w:rPr>
                <w:rFonts w:ascii="Arial" w:hAnsi="Arial" w:cs="Arial"/>
                <w:sz w:val="18"/>
                <w:rtl/>
              </w:rPr>
              <w:t>عدم عرض التوزيع الجغرافي للعينة.</w:t>
            </w:r>
          </w:p>
        </w:tc>
        <w:tc>
          <w:tcPr>
            <w:tcW w:w="4649" w:type="dxa"/>
            <w:vAlign w:val="center"/>
          </w:tcPr>
          <w:p w14:paraId="3396DFFE" w14:textId="77777777" w:rsidR="009E3460" w:rsidRDefault="00C27348" w:rsidP="00E543ED">
            <w:pPr>
              <w:bidi/>
              <w:spacing w:before="20" w:after="20"/>
              <w:jc w:val="center"/>
            </w:pPr>
            <w:r>
              <w:rPr>
                <w:rFonts w:ascii="Arial" w:hAnsi="Arial" w:cs="Arial"/>
                <w:sz w:val="18"/>
                <w:rtl/>
              </w:rPr>
              <w:t>أُضيف جدول التوزيع الجغرافي المستهدف للعينة.</w:t>
            </w:r>
          </w:p>
        </w:tc>
        <w:tc>
          <w:tcPr>
            <w:tcW w:w="1531" w:type="dxa"/>
            <w:shd w:val="clear" w:color="auto" w:fill="E2EFDA"/>
            <w:vAlign w:val="center"/>
          </w:tcPr>
          <w:p w14:paraId="3E1BD3A3" w14:textId="77777777" w:rsidR="009E3460" w:rsidRDefault="00C27348" w:rsidP="00E543ED">
            <w:pPr>
              <w:bidi/>
              <w:spacing w:before="20" w:after="20"/>
              <w:jc w:val="center"/>
            </w:pPr>
            <w:r>
              <w:rPr>
                <w:rFonts w:ascii="Arial" w:hAnsi="Arial" w:cs="Arial"/>
                <w:sz w:val="16"/>
                <w:rtl/>
              </w:rPr>
              <w:t>مُعالَجة (جـ3)</w:t>
            </w:r>
          </w:p>
        </w:tc>
      </w:tr>
      <w:tr w:rsidR="009E3460" w14:paraId="41B68B90" w14:textId="77777777" w:rsidTr="00E543ED">
        <w:tc>
          <w:tcPr>
            <w:tcW w:w="567" w:type="dxa"/>
            <w:vAlign w:val="center"/>
          </w:tcPr>
          <w:p w14:paraId="3BEE7ED2" w14:textId="77777777" w:rsidR="009E3460" w:rsidRDefault="00C27348" w:rsidP="00E543ED">
            <w:pPr>
              <w:bidi/>
              <w:spacing w:before="20" w:after="20"/>
              <w:jc w:val="center"/>
            </w:pPr>
            <w:r>
              <w:rPr>
                <w:rFonts w:ascii="Arial" w:hAnsi="Arial" w:cs="Arial"/>
                <w:b/>
                <w:sz w:val="20"/>
                <w:rtl/>
              </w:rPr>
              <w:t>11</w:t>
            </w:r>
          </w:p>
        </w:tc>
        <w:tc>
          <w:tcPr>
            <w:tcW w:w="3572" w:type="dxa"/>
            <w:vAlign w:val="center"/>
          </w:tcPr>
          <w:p w14:paraId="4784003A" w14:textId="77777777" w:rsidR="009E3460" w:rsidRDefault="00C27348" w:rsidP="00E543ED">
            <w:pPr>
              <w:bidi/>
              <w:spacing w:before="20" w:after="20"/>
            </w:pPr>
            <w:r>
              <w:rPr>
                <w:rFonts w:ascii="Arial" w:hAnsi="Arial" w:cs="Arial"/>
                <w:sz w:val="18"/>
                <w:rtl/>
              </w:rPr>
              <w:t>ادعاء التمثيل الجغرافي الشامل غير مدعوم.</w:t>
            </w:r>
          </w:p>
        </w:tc>
        <w:tc>
          <w:tcPr>
            <w:tcW w:w="4649" w:type="dxa"/>
            <w:vAlign w:val="center"/>
          </w:tcPr>
          <w:p w14:paraId="2E0984EB" w14:textId="77777777" w:rsidR="009E3460" w:rsidRDefault="00C27348" w:rsidP="00E543ED">
            <w:pPr>
              <w:bidi/>
              <w:spacing w:before="20" w:after="20"/>
              <w:jc w:val="center"/>
            </w:pPr>
            <w:r>
              <w:rPr>
                <w:rFonts w:ascii="Arial" w:hAnsi="Arial" w:cs="Arial"/>
                <w:sz w:val="18"/>
                <w:rtl/>
              </w:rPr>
              <w:t>صيغ ادعاء الشمول بصورة تحفظية مرتبطة بالحصص المستهدفة الفعلية.</w:t>
            </w:r>
          </w:p>
        </w:tc>
        <w:tc>
          <w:tcPr>
            <w:tcW w:w="1531" w:type="dxa"/>
            <w:shd w:val="clear" w:color="auto" w:fill="E2EFDA"/>
            <w:vAlign w:val="center"/>
          </w:tcPr>
          <w:p w14:paraId="3E3CE8AA" w14:textId="77777777" w:rsidR="009E3460" w:rsidRDefault="00C27348" w:rsidP="00E543ED">
            <w:pPr>
              <w:bidi/>
              <w:spacing w:before="20" w:after="20"/>
              <w:jc w:val="center"/>
            </w:pPr>
            <w:r>
              <w:rPr>
                <w:rFonts w:ascii="Arial" w:hAnsi="Arial" w:cs="Arial"/>
                <w:sz w:val="16"/>
                <w:rtl/>
              </w:rPr>
              <w:t>مُعالَجة (جـ3)</w:t>
            </w:r>
          </w:p>
        </w:tc>
      </w:tr>
      <w:tr w:rsidR="009E3460" w14:paraId="63306FBE" w14:textId="77777777" w:rsidTr="00E543ED">
        <w:tc>
          <w:tcPr>
            <w:tcW w:w="567" w:type="dxa"/>
            <w:vAlign w:val="center"/>
          </w:tcPr>
          <w:p w14:paraId="1314E9EF" w14:textId="77777777" w:rsidR="009E3460" w:rsidRDefault="00C27348" w:rsidP="00E543ED">
            <w:pPr>
              <w:bidi/>
              <w:spacing w:before="20" w:after="20"/>
              <w:jc w:val="center"/>
            </w:pPr>
            <w:r>
              <w:rPr>
                <w:rFonts w:ascii="Arial" w:hAnsi="Arial" w:cs="Arial"/>
                <w:b/>
                <w:sz w:val="20"/>
                <w:rtl/>
              </w:rPr>
              <w:t>12</w:t>
            </w:r>
          </w:p>
        </w:tc>
        <w:tc>
          <w:tcPr>
            <w:tcW w:w="3572" w:type="dxa"/>
            <w:vAlign w:val="center"/>
          </w:tcPr>
          <w:p w14:paraId="245F2867" w14:textId="77777777" w:rsidR="009E3460" w:rsidRDefault="00C27348" w:rsidP="00E543ED">
            <w:pPr>
              <w:bidi/>
              <w:spacing w:before="20" w:after="20"/>
            </w:pPr>
            <w:r>
              <w:rPr>
                <w:rFonts w:ascii="Arial" w:hAnsi="Arial" w:cs="Arial"/>
                <w:sz w:val="18"/>
                <w:rtl/>
              </w:rPr>
              <w:t xml:space="preserve">عدم عرض </w:t>
            </w:r>
            <w:r>
              <w:rPr>
                <w:rFonts w:ascii="Arial" w:hAnsi="Arial" w:cs="Arial"/>
                <w:sz w:val="18"/>
                <w:rtl/>
              </w:rPr>
              <w:t>التوزيع المهني للعينة.</w:t>
            </w:r>
          </w:p>
        </w:tc>
        <w:tc>
          <w:tcPr>
            <w:tcW w:w="4649" w:type="dxa"/>
            <w:vAlign w:val="center"/>
          </w:tcPr>
          <w:p w14:paraId="719DC232" w14:textId="77777777" w:rsidR="009E3460" w:rsidRDefault="00C27348" w:rsidP="00E543ED">
            <w:pPr>
              <w:bidi/>
              <w:spacing w:before="20" w:after="20"/>
              <w:jc w:val="center"/>
            </w:pPr>
            <w:r>
              <w:rPr>
                <w:rFonts w:ascii="Arial" w:hAnsi="Arial" w:cs="Arial"/>
                <w:sz w:val="18"/>
                <w:rtl/>
              </w:rPr>
              <w:t>أُضيف جدول التوزيع المهني المستهدف للعينة.</w:t>
            </w:r>
          </w:p>
        </w:tc>
        <w:tc>
          <w:tcPr>
            <w:tcW w:w="1531" w:type="dxa"/>
            <w:shd w:val="clear" w:color="auto" w:fill="E2EFDA"/>
            <w:vAlign w:val="center"/>
          </w:tcPr>
          <w:p w14:paraId="4C2FDCA4" w14:textId="77777777" w:rsidR="009E3460" w:rsidRDefault="00C27348" w:rsidP="00E543ED">
            <w:pPr>
              <w:bidi/>
              <w:spacing w:before="20" w:after="20"/>
              <w:jc w:val="center"/>
            </w:pPr>
            <w:r>
              <w:rPr>
                <w:rFonts w:ascii="Arial" w:hAnsi="Arial" w:cs="Arial"/>
                <w:sz w:val="16"/>
                <w:rtl/>
              </w:rPr>
              <w:t>مُعالَجة (جـ3)</w:t>
            </w:r>
          </w:p>
        </w:tc>
      </w:tr>
      <w:tr w:rsidR="009E3460" w14:paraId="6B8D332E" w14:textId="77777777" w:rsidTr="00E543ED">
        <w:tc>
          <w:tcPr>
            <w:tcW w:w="567" w:type="dxa"/>
            <w:vAlign w:val="center"/>
          </w:tcPr>
          <w:p w14:paraId="543BC901" w14:textId="77777777" w:rsidR="009E3460" w:rsidRDefault="00C27348" w:rsidP="00E543ED">
            <w:pPr>
              <w:bidi/>
              <w:spacing w:before="20" w:after="20"/>
              <w:jc w:val="center"/>
            </w:pPr>
            <w:r>
              <w:rPr>
                <w:rFonts w:ascii="Arial" w:hAnsi="Arial" w:cs="Arial"/>
                <w:b/>
                <w:sz w:val="20"/>
                <w:rtl/>
              </w:rPr>
              <w:t>13</w:t>
            </w:r>
          </w:p>
        </w:tc>
        <w:tc>
          <w:tcPr>
            <w:tcW w:w="3572" w:type="dxa"/>
            <w:vAlign w:val="center"/>
          </w:tcPr>
          <w:p w14:paraId="149B044E" w14:textId="77777777" w:rsidR="009E3460" w:rsidRDefault="00C27348" w:rsidP="00E543ED">
            <w:pPr>
              <w:bidi/>
              <w:spacing w:before="20" w:after="20"/>
            </w:pPr>
            <w:r>
              <w:rPr>
                <w:rFonts w:ascii="Arial" w:hAnsi="Arial" w:cs="Arial"/>
                <w:sz w:val="18"/>
                <w:rtl/>
              </w:rPr>
              <w:t>عدم توضيح الوصول إلى الأكاديميين.</w:t>
            </w:r>
          </w:p>
        </w:tc>
        <w:tc>
          <w:tcPr>
            <w:tcW w:w="4649" w:type="dxa"/>
            <w:vAlign w:val="center"/>
          </w:tcPr>
          <w:p w14:paraId="1A00EF1E" w14:textId="77777777" w:rsidR="009E3460" w:rsidRDefault="00C27348" w:rsidP="00E543ED">
            <w:pPr>
              <w:bidi/>
              <w:spacing w:before="20" w:after="20"/>
              <w:jc w:val="center"/>
            </w:pPr>
            <w:r>
              <w:rPr>
                <w:rFonts w:ascii="Arial" w:hAnsi="Arial" w:cs="Arial"/>
                <w:sz w:val="18"/>
                <w:rtl/>
              </w:rPr>
              <w:t>أُضيف بيان الوصول عبر الأقسام الجامعية مع التحقق من ارتباط التخصص.</w:t>
            </w:r>
          </w:p>
        </w:tc>
        <w:tc>
          <w:tcPr>
            <w:tcW w:w="1531" w:type="dxa"/>
            <w:shd w:val="clear" w:color="auto" w:fill="E2EFDA"/>
            <w:vAlign w:val="center"/>
          </w:tcPr>
          <w:p w14:paraId="30E21004" w14:textId="77777777" w:rsidR="009E3460" w:rsidRDefault="00C27348" w:rsidP="00E543ED">
            <w:pPr>
              <w:bidi/>
              <w:spacing w:before="20" w:after="20"/>
              <w:jc w:val="center"/>
            </w:pPr>
            <w:r>
              <w:rPr>
                <w:rFonts w:ascii="Arial" w:hAnsi="Arial" w:cs="Arial"/>
                <w:sz w:val="16"/>
                <w:rtl/>
              </w:rPr>
              <w:t>مُعالَجة (جـ3)</w:t>
            </w:r>
          </w:p>
        </w:tc>
      </w:tr>
      <w:tr w:rsidR="009E3460" w14:paraId="29F274C3" w14:textId="77777777" w:rsidTr="00E543ED">
        <w:tc>
          <w:tcPr>
            <w:tcW w:w="567" w:type="dxa"/>
            <w:vAlign w:val="center"/>
          </w:tcPr>
          <w:p w14:paraId="22F161BA" w14:textId="77777777" w:rsidR="009E3460" w:rsidRDefault="00C27348" w:rsidP="00E543ED">
            <w:pPr>
              <w:bidi/>
              <w:spacing w:before="20" w:after="20"/>
              <w:jc w:val="center"/>
            </w:pPr>
            <w:r>
              <w:rPr>
                <w:rFonts w:ascii="Arial" w:hAnsi="Arial" w:cs="Arial"/>
                <w:b/>
                <w:sz w:val="20"/>
                <w:rtl/>
              </w:rPr>
              <w:t>14</w:t>
            </w:r>
          </w:p>
        </w:tc>
        <w:tc>
          <w:tcPr>
            <w:tcW w:w="3572" w:type="dxa"/>
            <w:vAlign w:val="center"/>
          </w:tcPr>
          <w:p w14:paraId="213ED358" w14:textId="77777777" w:rsidR="009E3460" w:rsidRDefault="00C27348" w:rsidP="00E543ED">
            <w:pPr>
              <w:bidi/>
              <w:spacing w:before="20" w:after="20"/>
            </w:pPr>
            <w:r>
              <w:rPr>
                <w:rFonts w:ascii="Arial" w:hAnsi="Arial" w:cs="Arial"/>
                <w:sz w:val="18"/>
                <w:rtl/>
              </w:rPr>
              <w:t>عدم اتساق شروط الأهلية مع كل الفئات.</w:t>
            </w:r>
          </w:p>
        </w:tc>
        <w:tc>
          <w:tcPr>
            <w:tcW w:w="4649" w:type="dxa"/>
            <w:vAlign w:val="center"/>
          </w:tcPr>
          <w:p w14:paraId="023EA858" w14:textId="77777777" w:rsidR="009E3460" w:rsidRDefault="00C27348" w:rsidP="00E543ED">
            <w:pPr>
              <w:bidi/>
              <w:spacing w:before="20" w:after="20"/>
              <w:jc w:val="center"/>
            </w:pPr>
            <w:r>
              <w:rPr>
                <w:rFonts w:ascii="Arial" w:hAnsi="Arial" w:cs="Arial"/>
                <w:sz w:val="18"/>
                <w:rtl/>
              </w:rPr>
              <w:t xml:space="preserve">كُيِّفت </w:t>
            </w:r>
            <w:r>
              <w:rPr>
                <w:rFonts w:ascii="Arial" w:hAnsi="Arial" w:cs="Arial"/>
                <w:sz w:val="18"/>
                <w:rtl/>
              </w:rPr>
              <w:t>شروط الأهلية لكل فئة (الخبرة للممارسين والارتباط البحثي للأكاديميين).</w:t>
            </w:r>
          </w:p>
        </w:tc>
        <w:tc>
          <w:tcPr>
            <w:tcW w:w="1531" w:type="dxa"/>
            <w:shd w:val="clear" w:color="auto" w:fill="E2EFDA"/>
            <w:vAlign w:val="center"/>
          </w:tcPr>
          <w:p w14:paraId="38CCF57C" w14:textId="77777777" w:rsidR="009E3460" w:rsidRDefault="00C27348" w:rsidP="00E543ED">
            <w:pPr>
              <w:bidi/>
              <w:spacing w:before="20" w:after="20"/>
              <w:jc w:val="center"/>
            </w:pPr>
            <w:r>
              <w:rPr>
                <w:rFonts w:ascii="Arial" w:hAnsi="Arial" w:cs="Arial"/>
                <w:sz w:val="16"/>
                <w:rtl/>
              </w:rPr>
              <w:t>مُعالَجة (جـ3)</w:t>
            </w:r>
          </w:p>
        </w:tc>
      </w:tr>
      <w:tr w:rsidR="009E3460" w14:paraId="411B815C" w14:textId="77777777" w:rsidTr="00E543ED">
        <w:tc>
          <w:tcPr>
            <w:tcW w:w="567" w:type="dxa"/>
            <w:vAlign w:val="center"/>
          </w:tcPr>
          <w:p w14:paraId="557617BC" w14:textId="77777777" w:rsidR="009E3460" w:rsidRDefault="00C27348" w:rsidP="00E543ED">
            <w:pPr>
              <w:bidi/>
              <w:spacing w:before="20" w:after="20"/>
              <w:jc w:val="center"/>
            </w:pPr>
            <w:r>
              <w:rPr>
                <w:rFonts w:ascii="Arial" w:hAnsi="Arial" w:cs="Arial"/>
                <w:b/>
                <w:sz w:val="20"/>
                <w:rtl/>
              </w:rPr>
              <w:t>15</w:t>
            </w:r>
          </w:p>
        </w:tc>
        <w:tc>
          <w:tcPr>
            <w:tcW w:w="3572" w:type="dxa"/>
            <w:vAlign w:val="center"/>
          </w:tcPr>
          <w:p w14:paraId="2E79584C" w14:textId="77777777" w:rsidR="009E3460" w:rsidRDefault="00C27348" w:rsidP="00E543ED">
            <w:pPr>
              <w:bidi/>
              <w:spacing w:before="20" w:after="20"/>
            </w:pPr>
            <w:r>
              <w:rPr>
                <w:rFonts w:ascii="Arial" w:hAnsi="Arial" w:cs="Arial"/>
                <w:sz w:val="18"/>
                <w:rtl/>
              </w:rPr>
              <w:t>غياب معايير الاستبعاد.</w:t>
            </w:r>
          </w:p>
        </w:tc>
        <w:tc>
          <w:tcPr>
            <w:tcW w:w="4649" w:type="dxa"/>
            <w:vAlign w:val="center"/>
          </w:tcPr>
          <w:p w14:paraId="003D1CA7" w14:textId="77777777" w:rsidR="009E3460" w:rsidRDefault="00C27348" w:rsidP="00E543ED">
            <w:pPr>
              <w:bidi/>
              <w:spacing w:before="20" w:after="20"/>
              <w:jc w:val="center"/>
            </w:pPr>
            <w:r>
              <w:rPr>
                <w:rFonts w:ascii="Arial" w:hAnsi="Arial" w:cs="Arial"/>
                <w:sz w:val="18"/>
                <w:rtl/>
              </w:rPr>
              <w:t>أُضيف قسم «معايير الاستبعاد».</w:t>
            </w:r>
          </w:p>
        </w:tc>
        <w:tc>
          <w:tcPr>
            <w:tcW w:w="1531" w:type="dxa"/>
            <w:shd w:val="clear" w:color="auto" w:fill="E2EFDA"/>
            <w:vAlign w:val="center"/>
          </w:tcPr>
          <w:p w14:paraId="4380D942" w14:textId="77777777" w:rsidR="009E3460" w:rsidRDefault="00C27348" w:rsidP="00E543ED">
            <w:pPr>
              <w:bidi/>
              <w:spacing w:before="20" w:after="20"/>
              <w:jc w:val="center"/>
            </w:pPr>
            <w:r>
              <w:rPr>
                <w:rFonts w:ascii="Arial" w:hAnsi="Arial" w:cs="Arial"/>
                <w:sz w:val="16"/>
                <w:rtl/>
              </w:rPr>
              <w:t>مُعالَجة (جـ3)</w:t>
            </w:r>
          </w:p>
        </w:tc>
      </w:tr>
      <w:tr w:rsidR="009E3460" w14:paraId="5250FE23" w14:textId="77777777" w:rsidTr="00E543ED">
        <w:tc>
          <w:tcPr>
            <w:tcW w:w="567" w:type="dxa"/>
            <w:vAlign w:val="center"/>
          </w:tcPr>
          <w:p w14:paraId="573E7A1E" w14:textId="77777777" w:rsidR="009E3460" w:rsidRDefault="00C27348" w:rsidP="00E543ED">
            <w:pPr>
              <w:bidi/>
              <w:spacing w:before="20" w:after="20"/>
              <w:jc w:val="center"/>
            </w:pPr>
            <w:r>
              <w:rPr>
                <w:rFonts w:ascii="Arial" w:hAnsi="Arial" w:cs="Arial"/>
                <w:b/>
                <w:sz w:val="20"/>
                <w:rtl/>
              </w:rPr>
              <w:t>16</w:t>
            </w:r>
          </w:p>
        </w:tc>
        <w:tc>
          <w:tcPr>
            <w:tcW w:w="3572" w:type="dxa"/>
            <w:vAlign w:val="center"/>
          </w:tcPr>
          <w:p w14:paraId="12DFA69F" w14:textId="77777777" w:rsidR="009E3460" w:rsidRDefault="00C27348" w:rsidP="00E543ED">
            <w:pPr>
              <w:bidi/>
              <w:spacing w:before="20" w:after="20"/>
            </w:pPr>
            <w:r>
              <w:rPr>
                <w:rFonts w:ascii="Arial" w:hAnsi="Arial" w:cs="Arial"/>
                <w:sz w:val="18"/>
                <w:rtl/>
              </w:rPr>
              <w:t>عدم توضيح التحقق من سنوات الخبرة.</w:t>
            </w:r>
          </w:p>
        </w:tc>
        <w:tc>
          <w:tcPr>
            <w:tcW w:w="4649" w:type="dxa"/>
            <w:vAlign w:val="center"/>
          </w:tcPr>
          <w:p w14:paraId="2907CD72" w14:textId="77777777" w:rsidR="009E3460" w:rsidRDefault="00C27348" w:rsidP="00E543ED">
            <w:pPr>
              <w:bidi/>
              <w:spacing w:before="20" w:after="20"/>
              <w:jc w:val="center"/>
            </w:pPr>
            <w:r>
              <w:rPr>
                <w:rFonts w:ascii="Arial" w:hAnsi="Arial" w:cs="Arial"/>
                <w:sz w:val="18"/>
                <w:rtl/>
              </w:rPr>
              <w:t>أُضيف قسم «التحقق من الأهلية وأسئلة التصفية».</w:t>
            </w:r>
          </w:p>
        </w:tc>
        <w:tc>
          <w:tcPr>
            <w:tcW w:w="1531" w:type="dxa"/>
            <w:shd w:val="clear" w:color="auto" w:fill="E2EFDA"/>
            <w:vAlign w:val="center"/>
          </w:tcPr>
          <w:p w14:paraId="2B616449" w14:textId="77777777" w:rsidR="009E3460" w:rsidRDefault="00C27348" w:rsidP="00E543ED">
            <w:pPr>
              <w:bidi/>
              <w:spacing w:before="20" w:after="20"/>
              <w:jc w:val="center"/>
            </w:pPr>
            <w:r>
              <w:rPr>
                <w:rFonts w:ascii="Arial" w:hAnsi="Arial" w:cs="Arial"/>
                <w:sz w:val="16"/>
                <w:rtl/>
              </w:rPr>
              <w:t>مُعالَجة (جـ3/جـ4)</w:t>
            </w:r>
          </w:p>
        </w:tc>
      </w:tr>
      <w:tr w:rsidR="009E3460" w14:paraId="07843E69" w14:textId="77777777" w:rsidTr="00E543ED">
        <w:tc>
          <w:tcPr>
            <w:tcW w:w="567" w:type="dxa"/>
            <w:vAlign w:val="center"/>
          </w:tcPr>
          <w:p w14:paraId="083278B5" w14:textId="77777777" w:rsidR="009E3460" w:rsidRDefault="00C27348" w:rsidP="00E543ED">
            <w:pPr>
              <w:bidi/>
              <w:spacing w:before="20" w:after="20"/>
              <w:jc w:val="center"/>
            </w:pPr>
            <w:r>
              <w:rPr>
                <w:rFonts w:ascii="Arial" w:hAnsi="Arial" w:cs="Arial"/>
                <w:b/>
                <w:sz w:val="20"/>
                <w:rtl/>
              </w:rPr>
              <w:t>17</w:t>
            </w:r>
          </w:p>
        </w:tc>
        <w:tc>
          <w:tcPr>
            <w:tcW w:w="3572" w:type="dxa"/>
            <w:vAlign w:val="center"/>
          </w:tcPr>
          <w:p w14:paraId="134D7220" w14:textId="77777777" w:rsidR="009E3460" w:rsidRDefault="00C27348" w:rsidP="00E543ED">
            <w:pPr>
              <w:bidi/>
              <w:spacing w:before="20" w:after="20"/>
            </w:pPr>
            <w:r>
              <w:rPr>
                <w:rFonts w:ascii="Arial" w:hAnsi="Arial" w:cs="Arial"/>
                <w:sz w:val="18"/>
                <w:rtl/>
              </w:rPr>
              <w:t>عدم توضيح آلية تطبيق العينة القصدية.</w:t>
            </w:r>
          </w:p>
        </w:tc>
        <w:tc>
          <w:tcPr>
            <w:tcW w:w="4649" w:type="dxa"/>
            <w:vAlign w:val="center"/>
          </w:tcPr>
          <w:p w14:paraId="1D1FFC36" w14:textId="77777777" w:rsidR="009E3460" w:rsidRDefault="00C27348" w:rsidP="00E543ED">
            <w:pPr>
              <w:bidi/>
              <w:spacing w:before="20" w:after="20"/>
              <w:jc w:val="center"/>
            </w:pPr>
            <w:r>
              <w:rPr>
                <w:rFonts w:ascii="Arial" w:hAnsi="Arial" w:cs="Arial"/>
                <w:sz w:val="18"/>
                <w:rtl/>
              </w:rPr>
              <w:t xml:space="preserve">أُضيف قسم «إجراءات تطبيق العينة القصدية» بخطوات </w:t>
            </w:r>
            <w:r>
              <w:rPr>
                <w:rFonts w:ascii="Arial" w:hAnsi="Arial" w:cs="Arial"/>
                <w:sz w:val="18"/>
                <w:rtl/>
              </w:rPr>
              <w:lastRenderedPageBreak/>
              <w:t>تنفيذية.</w:t>
            </w:r>
          </w:p>
        </w:tc>
        <w:tc>
          <w:tcPr>
            <w:tcW w:w="1531" w:type="dxa"/>
            <w:shd w:val="clear" w:color="auto" w:fill="E2EFDA"/>
            <w:vAlign w:val="center"/>
          </w:tcPr>
          <w:p w14:paraId="6F1B5B23" w14:textId="77777777" w:rsidR="009E3460" w:rsidRDefault="00C27348" w:rsidP="00E543ED">
            <w:pPr>
              <w:bidi/>
              <w:spacing w:before="20" w:after="20"/>
              <w:jc w:val="center"/>
            </w:pPr>
            <w:r>
              <w:rPr>
                <w:rFonts w:ascii="Arial" w:hAnsi="Arial" w:cs="Arial"/>
                <w:sz w:val="16"/>
                <w:rtl/>
              </w:rPr>
              <w:lastRenderedPageBreak/>
              <w:t>مُعالَجة (جـ3)</w:t>
            </w:r>
          </w:p>
        </w:tc>
      </w:tr>
      <w:tr w:rsidR="009E3460" w14:paraId="6EAA4594" w14:textId="77777777" w:rsidTr="00E543ED">
        <w:tc>
          <w:tcPr>
            <w:tcW w:w="567" w:type="dxa"/>
            <w:vAlign w:val="center"/>
          </w:tcPr>
          <w:p w14:paraId="775AFCCF" w14:textId="77777777" w:rsidR="009E3460" w:rsidRDefault="00C27348" w:rsidP="00E543ED">
            <w:pPr>
              <w:bidi/>
              <w:spacing w:before="20" w:after="20"/>
              <w:jc w:val="center"/>
            </w:pPr>
            <w:r>
              <w:rPr>
                <w:rFonts w:ascii="Arial" w:hAnsi="Arial" w:cs="Arial"/>
                <w:b/>
                <w:sz w:val="20"/>
                <w:rtl/>
              </w:rPr>
              <w:t>18</w:t>
            </w:r>
          </w:p>
        </w:tc>
        <w:tc>
          <w:tcPr>
            <w:tcW w:w="3572" w:type="dxa"/>
            <w:vAlign w:val="center"/>
          </w:tcPr>
          <w:p w14:paraId="78A19A04" w14:textId="77777777" w:rsidR="009E3460" w:rsidRDefault="00C27348" w:rsidP="00E543ED">
            <w:pPr>
              <w:bidi/>
              <w:spacing w:before="20" w:after="20"/>
            </w:pPr>
            <w:r>
              <w:rPr>
                <w:rFonts w:ascii="Arial" w:hAnsi="Arial" w:cs="Arial"/>
                <w:sz w:val="18"/>
                <w:rtl/>
              </w:rPr>
              <w:t>تقارب العينة المستهدفة (235) مع المجتمع.</w:t>
            </w:r>
          </w:p>
        </w:tc>
        <w:tc>
          <w:tcPr>
            <w:tcW w:w="4649" w:type="dxa"/>
            <w:vAlign w:val="center"/>
          </w:tcPr>
          <w:p w14:paraId="6A9E7F5D" w14:textId="77777777" w:rsidR="009E3460" w:rsidRDefault="00C27348" w:rsidP="00E543ED">
            <w:pPr>
              <w:bidi/>
              <w:spacing w:before="20" w:after="20"/>
              <w:jc w:val="center"/>
            </w:pPr>
            <w:r>
              <w:rPr>
                <w:rFonts w:ascii="Arial" w:hAnsi="Arial" w:cs="Arial"/>
                <w:sz w:val="18"/>
                <w:rtl/>
              </w:rPr>
              <w:t>أُعيد ضبط منطق حجم العينة وأُدرج التعميم التحليلي لإزالة التقارب.</w:t>
            </w:r>
          </w:p>
        </w:tc>
        <w:tc>
          <w:tcPr>
            <w:tcW w:w="1531" w:type="dxa"/>
            <w:shd w:val="clear" w:color="auto" w:fill="E2EFDA"/>
            <w:vAlign w:val="center"/>
          </w:tcPr>
          <w:p w14:paraId="5D8912FC" w14:textId="77777777" w:rsidR="009E3460" w:rsidRDefault="00C27348" w:rsidP="00E543ED">
            <w:pPr>
              <w:bidi/>
              <w:spacing w:before="20" w:after="20"/>
              <w:jc w:val="center"/>
            </w:pPr>
            <w:r>
              <w:rPr>
                <w:rFonts w:ascii="Arial" w:hAnsi="Arial" w:cs="Arial"/>
                <w:sz w:val="16"/>
                <w:rtl/>
              </w:rPr>
              <w:t>مُعالَجة (جـ3)</w:t>
            </w:r>
          </w:p>
        </w:tc>
      </w:tr>
      <w:tr w:rsidR="009E3460" w14:paraId="2A60C328" w14:textId="77777777" w:rsidTr="00E543ED">
        <w:tc>
          <w:tcPr>
            <w:tcW w:w="567" w:type="dxa"/>
            <w:vAlign w:val="center"/>
          </w:tcPr>
          <w:p w14:paraId="153C3E85" w14:textId="77777777" w:rsidR="009E3460" w:rsidRDefault="00C27348" w:rsidP="00E543ED">
            <w:pPr>
              <w:bidi/>
              <w:spacing w:before="20" w:after="20"/>
              <w:jc w:val="center"/>
            </w:pPr>
            <w:r>
              <w:rPr>
                <w:rFonts w:ascii="Arial" w:hAnsi="Arial" w:cs="Arial"/>
                <w:b/>
                <w:sz w:val="20"/>
                <w:rtl/>
              </w:rPr>
              <w:t>19</w:t>
            </w:r>
          </w:p>
        </w:tc>
        <w:tc>
          <w:tcPr>
            <w:tcW w:w="3572" w:type="dxa"/>
            <w:vAlign w:val="center"/>
          </w:tcPr>
          <w:p w14:paraId="4337429E" w14:textId="77777777" w:rsidR="009E3460" w:rsidRDefault="00C27348" w:rsidP="00E543ED">
            <w:pPr>
              <w:bidi/>
              <w:spacing w:before="20" w:after="20"/>
            </w:pPr>
            <w:r>
              <w:rPr>
                <w:rFonts w:ascii="Arial" w:hAnsi="Arial" w:cs="Arial"/>
                <w:sz w:val="18"/>
                <w:rtl/>
              </w:rPr>
              <w:t xml:space="preserve">عدم </w:t>
            </w:r>
            <w:r>
              <w:rPr>
                <w:rFonts w:ascii="Arial" w:hAnsi="Arial" w:cs="Arial"/>
                <w:sz w:val="18"/>
                <w:rtl/>
              </w:rPr>
              <w:t>الاتساق بين تقدير المجتمع والحد الأدنى.</w:t>
            </w:r>
          </w:p>
        </w:tc>
        <w:tc>
          <w:tcPr>
            <w:tcW w:w="4649" w:type="dxa"/>
            <w:vAlign w:val="center"/>
          </w:tcPr>
          <w:p w14:paraId="3A037A1F" w14:textId="77777777" w:rsidR="009E3460" w:rsidRDefault="00C27348" w:rsidP="00E543ED">
            <w:pPr>
              <w:bidi/>
              <w:spacing w:before="20" w:after="20"/>
              <w:jc w:val="center"/>
            </w:pPr>
            <w:r>
              <w:rPr>
                <w:rFonts w:ascii="Arial" w:hAnsi="Arial" w:cs="Arial"/>
                <w:sz w:val="18"/>
                <w:rtl/>
              </w:rPr>
              <w:t>حُدِّد الحد الأدنى القابل للتحليل بـ(150) متسقاً مع المجتمع.</w:t>
            </w:r>
          </w:p>
        </w:tc>
        <w:tc>
          <w:tcPr>
            <w:tcW w:w="1531" w:type="dxa"/>
            <w:shd w:val="clear" w:color="auto" w:fill="E2EFDA"/>
            <w:vAlign w:val="center"/>
          </w:tcPr>
          <w:p w14:paraId="3270BF1E" w14:textId="77777777" w:rsidR="009E3460" w:rsidRDefault="00C27348" w:rsidP="00E543ED">
            <w:pPr>
              <w:bidi/>
              <w:spacing w:before="20" w:after="20"/>
              <w:jc w:val="center"/>
            </w:pPr>
            <w:r>
              <w:rPr>
                <w:rFonts w:ascii="Arial" w:hAnsi="Arial" w:cs="Arial"/>
                <w:sz w:val="16"/>
                <w:rtl/>
              </w:rPr>
              <w:t>مُعالَجة (جـ3)</w:t>
            </w:r>
          </w:p>
        </w:tc>
      </w:tr>
      <w:tr w:rsidR="009E3460" w14:paraId="39CD4E96" w14:textId="77777777" w:rsidTr="00E543ED">
        <w:tc>
          <w:tcPr>
            <w:tcW w:w="567" w:type="dxa"/>
            <w:vAlign w:val="center"/>
          </w:tcPr>
          <w:p w14:paraId="5D2BA687" w14:textId="77777777" w:rsidR="009E3460" w:rsidRDefault="00C27348" w:rsidP="00E543ED">
            <w:pPr>
              <w:bidi/>
              <w:spacing w:before="20" w:after="20"/>
              <w:jc w:val="center"/>
            </w:pPr>
            <w:r>
              <w:rPr>
                <w:rFonts w:ascii="Arial" w:hAnsi="Arial" w:cs="Arial"/>
                <w:b/>
                <w:sz w:val="20"/>
                <w:rtl/>
              </w:rPr>
              <w:t>20</w:t>
            </w:r>
          </w:p>
        </w:tc>
        <w:tc>
          <w:tcPr>
            <w:tcW w:w="3572" w:type="dxa"/>
            <w:vAlign w:val="center"/>
          </w:tcPr>
          <w:p w14:paraId="6EA07071" w14:textId="77777777" w:rsidR="009E3460" w:rsidRDefault="00C27348" w:rsidP="00E543ED">
            <w:pPr>
              <w:bidi/>
              <w:spacing w:before="20" w:after="20"/>
            </w:pPr>
            <w:r>
              <w:rPr>
                <w:rFonts w:ascii="Arial" w:hAnsi="Arial" w:cs="Arial"/>
                <w:sz w:val="18"/>
                <w:rtl/>
              </w:rPr>
              <w:t>تعدد معايير الحجم دون ترجيح واضح.</w:t>
            </w:r>
          </w:p>
        </w:tc>
        <w:tc>
          <w:tcPr>
            <w:tcW w:w="4649" w:type="dxa"/>
            <w:vAlign w:val="center"/>
          </w:tcPr>
          <w:p w14:paraId="1C06925E" w14:textId="77777777" w:rsidR="009E3460" w:rsidRDefault="00C27348" w:rsidP="00E543ED">
            <w:pPr>
              <w:bidi/>
              <w:spacing w:before="20" w:after="20"/>
              <w:jc w:val="center"/>
            </w:pPr>
            <w:r>
              <w:rPr>
                <w:rFonts w:ascii="Arial" w:hAnsi="Arial" w:cs="Arial"/>
                <w:sz w:val="18"/>
                <w:rtl/>
              </w:rPr>
              <w:t>عُيِّن تحليل القوة معياراً أساسياً مع ترجيح صريح.</w:t>
            </w:r>
          </w:p>
        </w:tc>
        <w:tc>
          <w:tcPr>
            <w:tcW w:w="1531" w:type="dxa"/>
            <w:shd w:val="clear" w:color="auto" w:fill="E2EFDA"/>
            <w:vAlign w:val="center"/>
          </w:tcPr>
          <w:p w14:paraId="4329E89B" w14:textId="77777777" w:rsidR="009E3460" w:rsidRDefault="00C27348" w:rsidP="00E543ED">
            <w:pPr>
              <w:bidi/>
              <w:spacing w:before="20" w:after="20"/>
              <w:jc w:val="center"/>
            </w:pPr>
            <w:r>
              <w:rPr>
                <w:rFonts w:ascii="Arial" w:hAnsi="Arial" w:cs="Arial"/>
                <w:sz w:val="16"/>
                <w:rtl/>
              </w:rPr>
              <w:t>مُعالَجة (جـ3)</w:t>
            </w:r>
          </w:p>
        </w:tc>
      </w:tr>
      <w:tr w:rsidR="009E3460" w14:paraId="47ACDE1E" w14:textId="77777777" w:rsidTr="00E543ED">
        <w:tc>
          <w:tcPr>
            <w:tcW w:w="567" w:type="dxa"/>
            <w:vAlign w:val="center"/>
          </w:tcPr>
          <w:p w14:paraId="144CA6E3" w14:textId="77777777" w:rsidR="009E3460" w:rsidRDefault="00C27348" w:rsidP="00E543ED">
            <w:pPr>
              <w:bidi/>
              <w:spacing w:before="20" w:after="20"/>
              <w:jc w:val="center"/>
            </w:pPr>
            <w:r>
              <w:rPr>
                <w:rFonts w:ascii="Arial" w:hAnsi="Arial" w:cs="Arial"/>
                <w:b/>
                <w:sz w:val="20"/>
                <w:rtl/>
              </w:rPr>
              <w:t>21</w:t>
            </w:r>
          </w:p>
        </w:tc>
        <w:tc>
          <w:tcPr>
            <w:tcW w:w="3572" w:type="dxa"/>
            <w:vAlign w:val="center"/>
          </w:tcPr>
          <w:p w14:paraId="5BAB1680" w14:textId="77777777" w:rsidR="009E3460" w:rsidRDefault="00C27348" w:rsidP="00E543ED">
            <w:pPr>
              <w:bidi/>
              <w:spacing w:before="20" w:after="20"/>
            </w:pPr>
            <w:r>
              <w:rPr>
                <w:rFonts w:ascii="Arial" w:hAnsi="Arial" w:cs="Arial"/>
                <w:sz w:val="18"/>
                <w:rtl/>
              </w:rPr>
              <w:t>قاعدة عشرة أمثال كمبرر رئيس.</w:t>
            </w:r>
          </w:p>
        </w:tc>
        <w:tc>
          <w:tcPr>
            <w:tcW w:w="4649" w:type="dxa"/>
            <w:vAlign w:val="center"/>
          </w:tcPr>
          <w:p w14:paraId="4D8B03A4" w14:textId="77777777" w:rsidR="009E3460" w:rsidRDefault="00C27348" w:rsidP="00E543ED">
            <w:pPr>
              <w:bidi/>
              <w:spacing w:before="20" w:after="20"/>
              <w:jc w:val="center"/>
            </w:pPr>
            <w:r>
              <w:rPr>
                <w:rFonts w:ascii="Arial" w:hAnsi="Arial" w:cs="Arial"/>
                <w:sz w:val="18"/>
                <w:rtl/>
              </w:rPr>
              <w:t>عُرِضت قاعدة العشرة أمثال كمؤشر استرشادي أولي فقط.</w:t>
            </w:r>
          </w:p>
        </w:tc>
        <w:tc>
          <w:tcPr>
            <w:tcW w:w="1531" w:type="dxa"/>
            <w:shd w:val="clear" w:color="auto" w:fill="E2EFDA"/>
            <w:vAlign w:val="center"/>
          </w:tcPr>
          <w:p w14:paraId="69178DEE" w14:textId="77777777" w:rsidR="009E3460" w:rsidRDefault="00C27348" w:rsidP="00E543ED">
            <w:pPr>
              <w:bidi/>
              <w:spacing w:before="20" w:after="20"/>
              <w:jc w:val="center"/>
            </w:pPr>
            <w:r>
              <w:rPr>
                <w:rFonts w:ascii="Arial" w:hAnsi="Arial" w:cs="Arial"/>
                <w:sz w:val="16"/>
                <w:rtl/>
              </w:rPr>
              <w:t>مُعالَجة (جـ3)</w:t>
            </w:r>
          </w:p>
        </w:tc>
      </w:tr>
      <w:tr w:rsidR="009E3460" w14:paraId="29983A63" w14:textId="77777777" w:rsidTr="00E543ED">
        <w:tc>
          <w:tcPr>
            <w:tcW w:w="567" w:type="dxa"/>
            <w:vAlign w:val="center"/>
          </w:tcPr>
          <w:p w14:paraId="4DD20C00" w14:textId="77777777" w:rsidR="009E3460" w:rsidRDefault="00C27348" w:rsidP="00E543ED">
            <w:pPr>
              <w:bidi/>
              <w:spacing w:before="20" w:after="20"/>
              <w:jc w:val="center"/>
            </w:pPr>
            <w:r>
              <w:rPr>
                <w:rFonts w:ascii="Arial" w:hAnsi="Arial" w:cs="Arial"/>
                <w:b/>
                <w:sz w:val="20"/>
                <w:rtl/>
              </w:rPr>
              <w:t>22</w:t>
            </w:r>
          </w:p>
        </w:tc>
        <w:tc>
          <w:tcPr>
            <w:tcW w:w="3572" w:type="dxa"/>
            <w:vAlign w:val="center"/>
          </w:tcPr>
          <w:p w14:paraId="0E233372" w14:textId="77777777" w:rsidR="009E3460" w:rsidRDefault="00C27348" w:rsidP="00E543ED">
            <w:pPr>
              <w:bidi/>
              <w:spacing w:before="20" w:after="20"/>
            </w:pPr>
            <w:r>
              <w:rPr>
                <w:rFonts w:ascii="Arial" w:hAnsi="Arial" w:cs="Arial"/>
                <w:sz w:val="18"/>
                <w:rtl/>
              </w:rPr>
              <w:t>عدم إرفاق مخرجات G*Power.</w:t>
            </w:r>
          </w:p>
        </w:tc>
        <w:tc>
          <w:tcPr>
            <w:tcW w:w="4649" w:type="dxa"/>
            <w:vAlign w:val="center"/>
          </w:tcPr>
          <w:p w14:paraId="77794EEA" w14:textId="77777777" w:rsidR="009E3460" w:rsidRDefault="00C27348" w:rsidP="00E543ED">
            <w:pPr>
              <w:bidi/>
              <w:spacing w:before="20" w:after="20"/>
              <w:jc w:val="center"/>
            </w:pPr>
            <w:r>
              <w:rPr>
                <w:rFonts w:ascii="Arial" w:hAnsi="Arial" w:cs="Arial"/>
                <w:sz w:val="18"/>
                <w:rtl/>
              </w:rPr>
              <w:t>نُصّ على إرفاق لقطة المخرجات والإعدادات في الملحق.</w:t>
            </w:r>
          </w:p>
        </w:tc>
        <w:tc>
          <w:tcPr>
            <w:tcW w:w="1531" w:type="dxa"/>
            <w:shd w:val="clear" w:color="auto" w:fill="E2EFDA"/>
            <w:vAlign w:val="center"/>
          </w:tcPr>
          <w:p w14:paraId="03D5512F" w14:textId="77777777" w:rsidR="009E3460" w:rsidRDefault="00C27348" w:rsidP="00E543ED">
            <w:pPr>
              <w:bidi/>
              <w:spacing w:before="20" w:after="20"/>
              <w:jc w:val="center"/>
            </w:pPr>
            <w:r>
              <w:rPr>
                <w:rFonts w:ascii="Arial" w:hAnsi="Arial" w:cs="Arial"/>
                <w:sz w:val="16"/>
                <w:rtl/>
              </w:rPr>
              <w:t>مُعالَجة (جـ3)</w:t>
            </w:r>
          </w:p>
        </w:tc>
      </w:tr>
      <w:tr w:rsidR="009E3460" w14:paraId="05259205" w14:textId="77777777" w:rsidTr="00E543ED">
        <w:tc>
          <w:tcPr>
            <w:tcW w:w="567" w:type="dxa"/>
            <w:vAlign w:val="center"/>
          </w:tcPr>
          <w:p w14:paraId="5004B84A" w14:textId="77777777" w:rsidR="009E3460" w:rsidRDefault="00C27348" w:rsidP="00E543ED">
            <w:pPr>
              <w:bidi/>
              <w:spacing w:before="20" w:after="20"/>
              <w:jc w:val="center"/>
            </w:pPr>
            <w:r>
              <w:rPr>
                <w:rFonts w:ascii="Arial" w:hAnsi="Arial" w:cs="Arial"/>
                <w:b/>
                <w:sz w:val="20"/>
                <w:rtl/>
              </w:rPr>
              <w:t>23</w:t>
            </w:r>
          </w:p>
        </w:tc>
        <w:tc>
          <w:tcPr>
            <w:tcW w:w="3572" w:type="dxa"/>
            <w:vAlign w:val="center"/>
          </w:tcPr>
          <w:p w14:paraId="601EBDEE" w14:textId="77777777" w:rsidR="009E3460" w:rsidRDefault="00C27348" w:rsidP="00E543ED">
            <w:pPr>
              <w:bidi/>
              <w:spacing w:before="20" w:after="20"/>
            </w:pPr>
            <w:r>
              <w:rPr>
                <w:rFonts w:ascii="Arial" w:hAnsi="Arial" w:cs="Arial"/>
                <w:sz w:val="18"/>
                <w:rtl/>
              </w:rPr>
              <w:t>عدم توضيح سبب متنبئَين فقط.</w:t>
            </w:r>
          </w:p>
        </w:tc>
        <w:tc>
          <w:tcPr>
            <w:tcW w:w="4649" w:type="dxa"/>
            <w:vAlign w:val="center"/>
          </w:tcPr>
          <w:p w14:paraId="16694581" w14:textId="77777777" w:rsidR="009E3460" w:rsidRDefault="00C27348" w:rsidP="00E543ED">
            <w:pPr>
              <w:bidi/>
              <w:spacing w:before="20" w:after="20"/>
              <w:jc w:val="center"/>
            </w:pPr>
            <w:r>
              <w:rPr>
                <w:rFonts w:ascii="Arial" w:hAnsi="Arial" w:cs="Arial"/>
                <w:sz w:val="18"/>
                <w:rtl/>
              </w:rPr>
              <w:t>وُثّق أساس عدد المتنبئات وإعدادات الاختبار كاملةً.</w:t>
            </w:r>
          </w:p>
        </w:tc>
        <w:tc>
          <w:tcPr>
            <w:tcW w:w="1531" w:type="dxa"/>
            <w:shd w:val="clear" w:color="auto" w:fill="E2EFDA"/>
            <w:vAlign w:val="center"/>
          </w:tcPr>
          <w:p w14:paraId="5F9C2ADF" w14:textId="77777777" w:rsidR="009E3460" w:rsidRDefault="00C27348" w:rsidP="00E543ED">
            <w:pPr>
              <w:bidi/>
              <w:spacing w:before="20" w:after="20"/>
              <w:jc w:val="center"/>
            </w:pPr>
            <w:r>
              <w:rPr>
                <w:rFonts w:ascii="Arial" w:hAnsi="Arial" w:cs="Arial"/>
                <w:sz w:val="16"/>
                <w:rtl/>
              </w:rPr>
              <w:t>مُعالَجة (جـ3)</w:t>
            </w:r>
          </w:p>
        </w:tc>
      </w:tr>
      <w:tr w:rsidR="009E3460" w14:paraId="55D2D5E2" w14:textId="77777777" w:rsidTr="00E543ED">
        <w:tc>
          <w:tcPr>
            <w:tcW w:w="567" w:type="dxa"/>
            <w:vAlign w:val="center"/>
          </w:tcPr>
          <w:p w14:paraId="0D5F779A" w14:textId="77777777" w:rsidR="009E3460" w:rsidRDefault="00C27348" w:rsidP="00E543ED">
            <w:pPr>
              <w:bidi/>
              <w:spacing w:before="20" w:after="20"/>
              <w:jc w:val="center"/>
            </w:pPr>
            <w:r>
              <w:rPr>
                <w:rFonts w:ascii="Arial" w:hAnsi="Arial" w:cs="Arial"/>
                <w:b/>
                <w:sz w:val="20"/>
                <w:rtl/>
              </w:rPr>
              <w:t>24</w:t>
            </w:r>
          </w:p>
        </w:tc>
        <w:tc>
          <w:tcPr>
            <w:tcW w:w="3572" w:type="dxa"/>
            <w:vAlign w:val="center"/>
          </w:tcPr>
          <w:p w14:paraId="227C01C0" w14:textId="77777777" w:rsidR="009E3460" w:rsidRDefault="00C27348" w:rsidP="00E543ED">
            <w:pPr>
              <w:bidi/>
              <w:spacing w:before="20" w:after="20"/>
            </w:pPr>
            <w:r>
              <w:rPr>
                <w:rFonts w:ascii="Arial" w:hAnsi="Arial" w:cs="Arial"/>
                <w:sz w:val="18"/>
                <w:rtl/>
              </w:rPr>
              <w:t>عدم توضيح عدد الاستبانات المرسلة.</w:t>
            </w:r>
          </w:p>
        </w:tc>
        <w:tc>
          <w:tcPr>
            <w:tcW w:w="4649" w:type="dxa"/>
            <w:vAlign w:val="center"/>
          </w:tcPr>
          <w:p w14:paraId="0A5BDC13" w14:textId="77777777" w:rsidR="009E3460" w:rsidRDefault="00C27348" w:rsidP="00E543ED">
            <w:pPr>
              <w:bidi/>
              <w:spacing w:before="20" w:after="20"/>
              <w:jc w:val="center"/>
            </w:pPr>
            <w:r>
              <w:rPr>
                <w:rFonts w:ascii="Arial" w:hAnsi="Arial" w:cs="Arial"/>
                <w:sz w:val="18"/>
                <w:rtl/>
              </w:rPr>
              <w:t>وُضّح أن (235) عدد الدعوات لا الاستجابات الصالحة.</w:t>
            </w:r>
          </w:p>
        </w:tc>
        <w:tc>
          <w:tcPr>
            <w:tcW w:w="1531" w:type="dxa"/>
            <w:shd w:val="clear" w:color="auto" w:fill="E2EFDA"/>
            <w:vAlign w:val="center"/>
          </w:tcPr>
          <w:p w14:paraId="011676A9" w14:textId="77777777" w:rsidR="009E3460" w:rsidRDefault="00C27348" w:rsidP="00E543ED">
            <w:pPr>
              <w:bidi/>
              <w:spacing w:before="20" w:after="20"/>
              <w:jc w:val="center"/>
            </w:pPr>
            <w:r>
              <w:rPr>
                <w:rFonts w:ascii="Arial" w:hAnsi="Arial" w:cs="Arial"/>
                <w:sz w:val="16"/>
                <w:rtl/>
              </w:rPr>
              <w:t>مُعالَجة (جـ3)</w:t>
            </w:r>
          </w:p>
        </w:tc>
      </w:tr>
      <w:tr w:rsidR="009E3460" w14:paraId="48F74530" w14:textId="77777777" w:rsidTr="00E543ED">
        <w:tc>
          <w:tcPr>
            <w:tcW w:w="567" w:type="dxa"/>
            <w:vAlign w:val="center"/>
          </w:tcPr>
          <w:p w14:paraId="14642A8E" w14:textId="77777777" w:rsidR="009E3460" w:rsidRDefault="00C27348" w:rsidP="00E543ED">
            <w:pPr>
              <w:bidi/>
              <w:spacing w:before="20" w:after="20"/>
              <w:jc w:val="center"/>
            </w:pPr>
            <w:r>
              <w:rPr>
                <w:rFonts w:ascii="Arial" w:hAnsi="Arial" w:cs="Arial"/>
                <w:b/>
                <w:sz w:val="20"/>
                <w:rtl/>
              </w:rPr>
              <w:t>25</w:t>
            </w:r>
          </w:p>
        </w:tc>
        <w:tc>
          <w:tcPr>
            <w:tcW w:w="3572" w:type="dxa"/>
            <w:vAlign w:val="center"/>
          </w:tcPr>
          <w:p w14:paraId="61C1344B" w14:textId="77777777" w:rsidR="009E3460" w:rsidRDefault="00C27348" w:rsidP="00E543ED">
            <w:pPr>
              <w:bidi/>
              <w:spacing w:before="20" w:after="20"/>
            </w:pPr>
            <w:r>
              <w:rPr>
                <w:rFonts w:ascii="Arial" w:hAnsi="Arial" w:cs="Arial"/>
                <w:sz w:val="18"/>
                <w:rtl/>
              </w:rPr>
              <w:t>عدم تقدير معدل الاستجابة.</w:t>
            </w:r>
          </w:p>
        </w:tc>
        <w:tc>
          <w:tcPr>
            <w:tcW w:w="4649" w:type="dxa"/>
            <w:vAlign w:val="center"/>
          </w:tcPr>
          <w:p w14:paraId="4C000F9D" w14:textId="77777777" w:rsidR="009E3460" w:rsidRDefault="00C27348" w:rsidP="00E543ED">
            <w:pPr>
              <w:bidi/>
              <w:spacing w:before="20" w:after="20"/>
              <w:jc w:val="center"/>
            </w:pPr>
            <w:r>
              <w:rPr>
                <w:rFonts w:ascii="Arial" w:hAnsi="Arial" w:cs="Arial"/>
                <w:sz w:val="18"/>
                <w:rtl/>
              </w:rPr>
              <w:t>أُضيف معدل استجابة متوقع (65%–75%) لاشتقاق عدد الدعوات.</w:t>
            </w:r>
          </w:p>
        </w:tc>
        <w:tc>
          <w:tcPr>
            <w:tcW w:w="1531" w:type="dxa"/>
            <w:shd w:val="clear" w:color="auto" w:fill="E2EFDA"/>
            <w:vAlign w:val="center"/>
          </w:tcPr>
          <w:p w14:paraId="3963E93B" w14:textId="77777777" w:rsidR="009E3460" w:rsidRDefault="00C27348" w:rsidP="00E543ED">
            <w:pPr>
              <w:bidi/>
              <w:spacing w:before="20" w:after="20"/>
              <w:jc w:val="center"/>
            </w:pPr>
            <w:r>
              <w:rPr>
                <w:rFonts w:ascii="Arial" w:hAnsi="Arial" w:cs="Arial"/>
                <w:sz w:val="16"/>
                <w:rtl/>
              </w:rPr>
              <w:t>مُعالَجة (جـ3)</w:t>
            </w:r>
          </w:p>
        </w:tc>
      </w:tr>
      <w:tr w:rsidR="009E3460" w14:paraId="7C32A536" w14:textId="77777777" w:rsidTr="00E543ED">
        <w:tc>
          <w:tcPr>
            <w:tcW w:w="567" w:type="dxa"/>
            <w:vAlign w:val="center"/>
          </w:tcPr>
          <w:p w14:paraId="51262A96" w14:textId="77777777" w:rsidR="009E3460" w:rsidRDefault="00C27348" w:rsidP="00E543ED">
            <w:pPr>
              <w:bidi/>
              <w:spacing w:before="20" w:after="20"/>
              <w:jc w:val="center"/>
            </w:pPr>
            <w:r>
              <w:rPr>
                <w:rFonts w:ascii="Arial" w:hAnsi="Arial" w:cs="Arial"/>
                <w:b/>
                <w:sz w:val="20"/>
                <w:rtl/>
              </w:rPr>
              <w:t>26</w:t>
            </w:r>
          </w:p>
        </w:tc>
        <w:tc>
          <w:tcPr>
            <w:tcW w:w="3572" w:type="dxa"/>
            <w:vAlign w:val="center"/>
          </w:tcPr>
          <w:p w14:paraId="403CA8C4" w14:textId="77777777" w:rsidR="009E3460" w:rsidRDefault="00C27348" w:rsidP="00E543ED">
            <w:pPr>
              <w:bidi/>
              <w:spacing w:before="20" w:after="20"/>
            </w:pPr>
            <w:r>
              <w:rPr>
                <w:rFonts w:ascii="Arial" w:hAnsi="Arial" w:cs="Arial"/>
                <w:sz w:val="18"/>
                <w:rtl/>
              </w:rPr>
              <w:t xml:space="preserve">غياب اختبار تحيز عدم </w:t>
            </w:r>
            <w:r>
              <w:rPr>
                <w:rFonts w:ascii="Arial" w:hAnsi="Arial" w:cs="Arial"/>
                <w:sz w:val="18"/>
                <w:rtl/>
              </w:rPr>
              <w:t>الاستجابة.</w:t>
            </w:r>
          </w:p>
        </w:tc>
        <w:tc>
          <w:tcPr>
            <w:tcW w:w="4649" w:type="dxa"/>
            <w:vAlign w:val="center"/>
          </w:tcPr>
          <w:p w14:paraId="72232CBC" w14:textId="77777777" w:rsidR="009E3460" w:rsidRDefault="00C27348" w:rsidP="00E543ED">
            <w:pPr>
              <w:bidi/>
              <w:spacing w:before="20" w:after="20"/>
              <w:jc w:val="center"/>
            </w:pPr>
            <w:r>
              <w:rPr>
                <w:rFonts w:ascii="Arial" w:hAnsi="Arial" w:cs="Arial"/>
                <w:sz w:val="18"/>
                <w:rtl/>
              </w:rPr>
              <w:t>أُضيف قسم «اختبار تحيز عدم الاستجابة» (مبكر مقابل متأخر).</w:t>
            </w:r>
          </w:p>
        </w:tc>
        <w:tc>
          <w:tcPr>
            <w:tcW w:w="1531" w:type="dxa"/>
            <w:shd w:val="clear" w:color="auto" w:fill="E2EFDA"/>
            <w:vAlign w:val="center"/>
          </w:tcPr>
          <w:p w14:paraId="4A7817B7" w14:textId="77777777" w:rsidR="009E3460" w:rsidRDefault="00C27348" w:rsidP="00E543ED">
            <w:pPr>
              <w:bidi/>
              <w:spacing w:before="20" w:after="20"/>
              <w:jc w:val="center"/>
            </w:pPr>
            <w:r>
              <w:rPr>
                <w:rFonts w:ascii="Arial" w:hAnsi="Arial" w:cs="Arial"/>
                <w:sz w:val="16"/>
                <w:rtl/>
              </w:rPr>
              <w:t>مُعالَجة (جـ3)</w:t>
            </w:r>
          </w:p>
        </w:tc>
      </w:tr>
    </w:tbl>
    <w:p w14:paraId="3DF911BD" w14:textId="77777777" w:rsidR="009E3460" w:rsidRDefault="00C27348" w:rsidP="00E543ED">
      <w:pPr>
        <w:bidi/>
        <w:spacing w:before="200" w:after="80"/>
        <w:jc w:val="center"/>
      </w:pPr>
      <w:r>
        <w:rPr>
          <w:rFonts w:ascii="Arial" w:hAnsi="Arial" w:cs="Arial"/>
          <w:b/>
          <w:color w:val="12365B"/>
          <w:sz w:val="26"/>
          <w:rtl/>
        </w:rPr>
        <w:t>ثانياً: نواقص تصميم الدراسة المختلط</w:t>
      </w:r>
    </w:p>
    <w:tbl>
      <w:tblPr>
        <w:tblStyle w:val="TableGrid"/>
        <w:bidiVisual/>
        <w:tblW w:w="0" w:type="auto"/>
        <w:tblLook w:val="04A0" w:firstRow="1" w:lastRow="0" w:firstColumn="1" w:lastColumn="0" w:noHBand="0" w:noVBand="1"/>
      </w:tblPr>
      <w:tblGrid>
        <w:gridCol w:w="556"/>
        <w:gridCol w:w="3353"/>
        <w:gridCol w:w="4440"/>
        <w:gridCol w:w="1505"/>
      </w:tblGrid>
      <w:tr w:rsidR="009E3460" w14:paraId="24EA2006" w14:textId="77777777">
        <w:tc>
          <w:tcPr>
            <w:tcW w:w="567" w:type="dxa"/>
            <w:shd w:val="clear" w:color="auto" w:fill="12365B"/>
          </w:tcPr>
          <w:p w14:paraId="172A42B9" w14:textId="77777777" w:rsidR="009E3460" w:rsidRDefault="00C27348" w:rsidP="00E543ED">
            <w:pPr>
              <w:bidi/>
              <w:spacing w:before="20" w:after="20"/>
              <w:jc w:val="center"/>
            </w:pPr>
            <w:r>
              <w:rPr>
                <w:rFonts w:ascii="Arial" w:hAnsi="Arial" w:cs="Arial"/>
                <w:b/>
                <w:color w:val="FFFFFF"/>
                <w:sz w:val="20"/>
                <w:rtl/>
              </w:rPr>
              <w:t>م</w:t>
            </w:r>
          </w:p>
        </w:tc>
        <w:tc>
          <w:tcPr>
            <w:tcW w:w="3572" w:type="dxa"/>
            <w:shd w:val="clear" w:color="auto" w:fill="12365B"/>
          </w:tcPr>
          <w:p w14:paraId="4B4E7C7D" w14:textId="77777777" w:rsidR="009E3460" w:rsidRDefault="00C27348" w:rsidP="00E543ED">
            <w:pPr>
              <w:bidi/>
              <w:spacing w:before="20" w:after="20"/>
              <w:jc w:val="center"/>
            </w:pPr>
            <w:r>
              <w:rPr>
                <w:rFonts w:ascii="Arial" w:hAnsi="Arial" w:cs="Arial"/>
                <w:b/>
                <w:color w:val="FFFFFF"/>
                <w:sz w:val="20"/>
                <w:rtl/>
              </w:rPr>
              <w:t>ملاحظة اللجنة</w:t>
            </w:r>
          </w:p>
        </w:tc>
        <w:tc>
          <w:tcPr>
            <w:tcW w:w="4649" w:type="dxa"/>
            <w:shd w:val="clear" w:color="auto" w:fill="12365B"/>
          </w:tcPr>
          <w:p w14:paraId="1D0A939D" w14:textId="77777777" w:rsidR="009E3460" w:rsidRDefault="00C27348" w:rsidP="00E543ED">
            <w:pPr>
              <w:bidi/>
              <w:spacing w:before="20" w:after="20"/>
              <w:jc w:val="center"/>
            </w:pPr>
            <w:r>
              <w:rPr>
                <w:rFonts w:ascii="Arial" w:hAnsi="Arial" w:cs="Arial"/>
                <w:b/>
                <w:color w:val="FFFFFF"/>
                <w:sz w:val="20"/>
                <w:rtl/>
              </w:rPr>
              <w:t>الإجراء المتَّخذ في النسخة المنقّحة</w:t>
            </w:r>
          </w:p>
        </w:tc>
        <w:tc>
          <w:tcPr>
            <w:tcW w:w="1531" w:type="dxa"/>
            <w:shd w:val="clear" w:color="auto" w:fill="12365B"/>
          </w:tcPr>
          <w:p w14:paraId="39CDBD76" w14:textId="77777777" w:rsidR="009E3460" w:rsidRDefault="00C27348" w:rsidP="00E543ED">
            <w:pPr>
              <w:bidi/>
              <w:spacing w:before="20" w:after="20"/>
              <w:jc w:val="center"/>
            </w:pPr>
            <w:r>
              <w:rPr>
                <w:rFonts w:ascii="Arial" w:hAnsi="Arial" w:cs="Arial"/>
                <w:b/>
                <w:color w:val="FFFFFF"/>
                <w:sz w:val="20"/>
                <w:rtl/>
              </w:rPr>
              <w:t>الموضع/الحالة</w:t>
            </w:r>
          </w:p>
        </w:tc>
      </w:tr>
      <w:tr w:rsidR="009E3460" w14:paraId="066D37BB" w14:textId="77777777" w:rsidTr="00FD523C">
        <w:tc>
          <w:tcPr>
            <w:tcW w:w="567" w:type="dxa"/>
            <w:vAlign w:val="center"/>
          </w:tcPr>
          <w:p w14:paraId="44DB5CF2" w14:textId="77777777" w:rsidR="009E3460" w:rsidRDefault="00C27348" w:rsidP="00FD523C">
            <w:pPr>
              <w:bidi/>
              <w:spacing w:before="20" w:after="20"/>
              <w:jc w:val="center"/>
            </w:pPr>
            <w:r>
              <w:rPr>
                <w:rFonts w:ascii="Arial" w:hAnsi="Arial" w:cs="Arial"/>
                <w:b/>
                <w:sz w:val="20"/>
                <w:rtl/>
              </w:rPr>
              <w:t>27</w:t>
            </w:r>
          </w:p>
        </w:tc>
        <w:tc>
          <w:tcPr>
            <w:tcW w:w="3572" w:type="dxa"/>
            <w:vAlign w:val="center"/>
          </w:tcPr>
          <w:p w14:paraId="2E8996CB" w14:textId="77777777" w:rsidR="009E3460" w:rsidRDefault="00C27348" w:rsidP="00E543ED">
            <w:pPr>
              <w:bidi/>
              <w:spacing w:before="20" w:after="20"/>
            </w:pPr>
            <w:r>
              <w:rPr>
                <w:rFonts w:ascii="Arial" w:hAnsi="Arial" w:cs="Arial"/>
                <w:sz w:val="18"/>
                <w:rtl/>
              </w:rPr>
              <w:t>عدم تحديد الأولوية بين الكمي والنوعي.</w:t>
            </w:r>
          </w:p>
        </w:tc>
        <w:tc>
          <w:tcPr>
            <w:tcW w:w="4649" w:type="dxa"/>
          </w:tcPr>
          <w:p w14:paraId="6F6AAC48" w14:textId="77777777" w:rsidR="009E3460" w:rsidRDefault="00C27348" w:rsidP="00E543ED">
            <w:pPr>
              <w:bidi/>
              <w:spacing w:before="20" w:after="20"/>
              <w:jc w:val="center"/>
            </w:pPr>
            <w:r>
              <w:rPr>
                <w:rFonts w:ascii="Arial" w:hAnsi="Arial" w:cs="Arial"/>
                <w:sz w:val="18"/>
                <w:rtl/>
              </w:rPr>
              <w:t xml:space="preserve">حُدِّدت أولوية الشق </w:t>
            </w:r>
            <w:r>
              <w:rPr>
                <w:rFonts w:ascii="Arial" w:hAnsi="Arial" w:cs="Arial"/>
                <w:sz w:val="18"/>
                <w:rtl/>
              </w:rPr>
              <w:t>الكمي (QUAN + qual) صراحةً.</w:t>
            </w:r>
          </w:p>
        </w:tc>
        <w:tc>
          <w:tcPr>
            <w:tcW w:w="1531" w:type="dxa"/>
            <w:shd w:val="clear" w:color="auto" w:fill="E2EFDA"/>
          </w:tcPr>
          <w:p w14:paraId="6A602B62" w14:textId="77777777" w:rsidR="009E3460" w:rsidRDefault="00C27348" w:rsidP="00E543ED">
            <w:pPr>
              <w:bidi/>
              <w:spacing w:before="20" w:after="20"/>
              <w:jc w:val="center"/>
            </w:pPr>
            <w:r>
              <w:rPr>
                <w:rFonts w:ascii="Arial" w:hAnsi="Arial" w:cs="Arial"/>
                <w:sz w:val="16"/>
                <w:rtl/>
              </w:rPr>
              <w:t>مُعالَجة (جـ2)</w:t>
            </w:r>
          </w:p>
        </w:tc>
      </w:tr>
      <w:tr w:rsidR="009E3460" w14:paraId="5968B29B" w14:textId="77777777" w:rsidTr="00FD523C">
        <w:tc>
          <w:tcPr>
            <w:tcW w:w="567" w:type="dxa"/>
            <w:vAlign w:val="center"/>
          </w:tcPr>
          <w:p w14:paraId="26FFAE58" w14:textId="77777777" w:rsidR="009E3460" w:rsidRDefault="00C27348" w:rsidP="00FD523C">
            <w:pPr>
              <w:bidi/>
              <w:spacing w:before="20" w:after="20"/>
              <w:jc w:val="center"/>
            </w:pPr>
            <w:r>
              <w:rPr>
                <w:rFonts w:ascii="Arial" w:hAnsi="Arial" w:cs="Arial"/>
                <w:b/>
                <w:sz w:val="20"/>
                <w:rtl/>
              </w:rPr>
              <w:t>28</w:t>
            </w:r>
          </w:p>
        </w:tc>
        <w:tc>
          <w:tcPr>
            <w:tcW w:w="3572" w:type="dxa"/>
            <w:vAlign w:val="center"/>
          </w:tcPr>
          <w:p w14:paraId="39D01C4B" w14:textId="77777777" w:rsidR="009E3460" w:rsidRDefault="00C27348" w:rsidP="00E543ED">
            <w:pPr>
              <w:bidi/>
              <w:spacing w:before="20" w:after="20"/>
            </w:pPr>
            <w:r>
              <w:rPr>
                <w:rFonts w:ascii="Arial" w:hAnsi="Arial" w:cs="Arial"/>
                <w:sz w:val="18"/>
                <w:rtl/>
              </w:rPr>
              <w:t>عدم توضيح مبرر التصميم المختلط.</w:t>
            </w:r>
          </w:p>
        </w:tc>
        <w:tc>
          <w:tcPr>
            <w:tcW w:w="4649" w:type="dxa"/>
          </w:tcPr>
          <w:p w14:paraId="7FDA372B" w14:textId="77777777" w:rsidR="009E3460" w:rsidRDefault="00C27348" w:rsidP="00E543ED">
            <w:pPr>
              <w:bidi/>
              <w:spacing w:before="20" w:after="20"/>
              <w:jc w:val="center"/>
            </w:pPr>
            <w:r>
              <w:rPr>
                <w:rFonts w:ascii="Arial" w:hAnsi="Arial" w:cs="Arial"/>
                <w:sz w:val="18"/>
                <w:rtl/>
              </w:rPr>
              <w:t>أُضيف مبرر الدمج وما تضيفه المقابلات على الاستبانة.</w:t>
            </w:r>
          </w:p>
        </w:tc>
        <w:tc>
          <w:tcPr>
            <w:tcW w:w="1531" w:type="dxa"/>
            <w:shd w:val="clear" w:color="auto" w:fill="E2EFDA"/>
          </w:tcPr>
          <w:p w14:paraId="71836939" w14:textId="77777777" w:rsidR="009E3460" w:rsidRDefault="00C27348" w:rsidP="00E543ED">
            <w:pPr>
              <w:bidi/>
              <w:spacing w:before="20" w:after="20"/>
              <w:jc w:val="center"/>
            </w:pPr>
            <w:r>
              <w:rPr>
                <w:rFonts w:ascii="Arial" w:hAnsi="Arial" w:cs="Arial"/>
                <w:sz w:val="16"/>
                <w:rtl/>
              </w:rPr>
              <w:t>مُعالَجة (جـ2)</w:t>
            </w:r>
          </w:p>
        </w:tc>
      </w:tr>
      <w:tr w:rsidR="009E3460" w14:paraId="72D62BB6" w14:textId="77777777" w:rsidTr="00FD523C">
        <w:tc>
          <w:tcPr>
            <w:tcW w:w="567" w:type="dxa"/>
            <w:vAlign w:val="center"/>
          </w:tcPr>
          <w:p w14:paraId="2098CABD" w14:textId="77777777" w:rsidR="009E3460" w:rsidRDefault="00C27348" w:rsidP="00FD523C">
            <w:pPr>
              <w:bidi/>
              <w:spacing w:before="20" w:after="20"/>
              <w:jc w:val="center"/>
            </w:pPr>
            <w:r>
              <w:rPr>
                <w:rFonts w:ascii="Arial" w:hAnsi="Arial" w:cs="Arial"/>
                <w:b/>
                <w:sz w:val="20"/>
                <w:rtl/>
              </w:rPr>
              <w:t>29</w:t>
            </w:r>
          </w:p>
        </w:tc>
        <w:tc>
          <w:tcPr>
            <w:tcW w:w="3572" w:type="dxa"/>
            <w:vAlign w:val="center"/>
          </w:tcPr>
          <w:p w14:paraId="20A673C1" w14:textId="77777777" w:rsidR="009E3460" w:rsidRDefault="00C27348" w:rsidP="00E543ED">
            <w:pPr>
              <w:bidi/>
              <w:spacing w:before="20" w:after="20"/>
            </w:pPr>
            <w:r>
              <w:rPr>
                <w:rFonts w:ascii="Arial" w:hAnsi="Arial" w:cs="Arial"/>
                <w:sz w:val="18"/>
                <w:rtl/>
              </w:rPr>
              <w:t>عدم تحديد حجم العينة النوعية.</w:t>
            </w:r>
          </w:p>
        </w:tc>
        <w:tc>
          <w:tcPr>
            <w:tcW w:w="4649" w:type="dxa"/>
          </w:tcPr>
          <w:p w14:paraId="2CB36458" w14:textId="77777777" w:rsidR="009E3460" w:rsidRDefault="00C27348" w:rsidP="00E543ED">
            <w:pPr>
              <w:bidi/>
              <w:spacing w:before="20" w:after="20"/>
              <w:jc w:val="center"/>
            </w:pPr>
            <w:r>
              <w:rPr>
                <w:rFonts w:ascii="Arial" w:hAnsi="Arial" w:cs="Arial"/>
                <w:sz w:val="18"/>
                <w:rtl/>
              </w:rPr>
              <w:t>محدَّد سابقاً بـ(8–10) مقابلات مع قادة تنفيذيين.</w:t>
            </w:r>
          </w:p>
        </w:tc>
        <w:tc>
          <w:tcPr>
            <w:tcW w:w="1531" w:type="dxa"/>
            <w:shd w:val="clear" w:color="auto" w:fill="DAEEF0"/>
          </w:tcPr>
          <w:p w14:paraId="791D4467" w14:textId="77777777" w:rsidR="009E3460" w:rsidRDefault="00C27348" w:rsidP="00E543ED">
            <w:pPr>
              <w:bidi/>
              <w:spacing w:before="20" w:after="20"/>
              <w:jc w:val="center"/>
            </w:pPr>
            <w:r>
              <w:rPr>
                <w:rFonts w:ascii="Arial" w:hAnsi="Arial" w:cs="Arial"/>
                <w:sz w:val="16"/>
                <w:rtl/>
              </w:rPr>
              <w:t>مُعالَجة سابقاً (جـ2)</w:t>
            </w:r>
          </w:p>
        </w:tc>
      </w:tr>
      <w:tr w:rsidR="009E3460" w14:paraId="19E714AD" w14:textId="77777777" w:rsidTr="00FD523C">
        <w:tc>
          <w:tcPr>
            <w:tcW w:w="567" w:type="dxa"/>
            <w:vAlign w:val="center"/>
          </w:tcPr>
          <w:p w14:paraId="1D57CE8B" w14:textId="77777777" w:rsidR="009E3460" w:rsidRDefault="00C27348" w:rsidP="00FD523C">
            <w:pPr>
              <w:bidi/>
              <w:spacing w:before="20" w:after="20"/>
              <w:jc w:val="center"/>
            </w:pPr>
            <w:r>
              <w:rPr>
                <w:rFonts w:ascii="Arial" w:hAnsi="Arial" w:cs="Arial"/>
                <w:b/>
                <w:sz w:val="20"/>
                <w:rtl/>
              </w:rPr>
              <w:t>30</w:t>
            </w:r>
          </w:p>
        </w:tc>
        <w:tc>
          <w:tcPr>
            <w:tcW w:w="3572" w:type="dxa"/>
            <w:vAlign w:val="center"/>
          </w:tcPr>
          <w:p w14:paraId="4C9B73DA" w14:textId="77777777" w:rsidR="009E3460" w:rsidRDefault="00C27348" w:rsidP="00E543ED">
            <w:pPr>
              <w:bidi/>
              <w:spacing w:before="20" w:after="20"/>
            </w:pPr>
            <w:r>
              <w:rPr>
                <w:rFonts w:ascii="Arial" w:hAnsi="Arial" w:cs="Arial"/>
                <w:sz w:val="18"/>
                <w:rtl/>
              </w:rPr>
              <w:t>عدم توضيح طريقة اختيار المشاركين.</w:t>
            </w:r>
          </w:p>
        </w:tc>
        <w:tc>
          <w:tcPr>
            <w:tcW w:w="4649" w:type="dxa"/>
          </w:tcPr>
          <w:p w14:paraId="02B8455F" w14:textId="77777777" w:rsidR="009E3460" w:rsidRDefault="00C27348" w:rsidP="00E543ED">
            <w:pPr>
              <w:bidi/>
              <w:spacing w:before="20" w:after="20"/>
              <w:jc w:val="center"/>
            </w:pPr>
            <w:r>
              <w:rPr>
                <w:rFonts w:ascii="Arial" w:hAnsi="Arial" w:cs="Arial"/>
                <w:sz w:val="18"/>
                <w:rtl/>
              </w:rPr>
              <w:t>نُصّ على اختيارهم من عينة مستقلة مع معايير الاختيار.</w:t>
            </w:r>
          </w:p>
        </w:tc>
        <w:tc>
          <w:tcPr>
            <w:tcW w:w="1531" w:type="dxa"/>
            <w:shd w:val="clear" w:color="auto" w:fill="E2EFDA"/>
          </w:tcPr>
          <w:p w14:paraId="7249F273" w14:textId="77777777" w:rsidR="009E3460" w:rsidRDefault="00C27348" w:rsidP="00E543ED">
            <w:pPr>
              <w:bidi/>
              <w:spacing w:before="20" w:after="20"/>
              <w:jc w:val="center"/>
            </w:pPr>
            <w:r>
              <w:rPr>
                <w:rFonts w:ascii="Arial" w:hAnsi="Arial" w:cs="Arial"/>
                <w:sz w:val="16"/>
                <w:rtl/>
              </w:rPr>
              <w:t>مُعالَجة (جـ2)</w:t>
            </w:r>
          </w:p>
        </w:tc>
      </w:tr>
      <w:tr w:rsidR="009E3460" w14:paraId="491530A3" w14:textId="77777777" w:rsidTr="00FD523C">
        <w:tc>
          <w:tcPr>
            <w:tcW w:w="567" w:type="dxa"/>
            <w:vAlign w:val="center"/>
          </w:tcPr>
          <w:p w14:paraId="5110F4CF" w14:textId="77777777" w:rsidR="009E3460" w:rsidRDefault="00C27348" w:rsidP="00FD523C">
            <w:pPr>
              <w:bidi/>
              <w:spacing w:before="20" w:after="20"/>
              <w:jc w:val="center"/>
            </w:pPr>
            <w:r>
              <w:rPr>
                <w:rFonts w:ascii="Arial" w:hAnsi="Arial" w:cs="Arial"/>
                <w:b/>
                <w:sz w:val="20"/>
                <w:rtl/>
              </w:rPr>
              <w:t>31</w:t>
            </w:r>
          </w:p>
        </w:tc>
        <w:tc>
          <w:tcPr>
            <w:tcW w:w="3572" w:type="dxa"/>
            <w:vAlign w:val="center"/>
          </w:tcPr>
          <w:p w14:paraId="128C7960" w14:textId="77777777" w:rsidR="009E3460" w:rsidRDefault="00C27348" w:rsidP="00E543ED">
            <w:pPr>
              <w:bidi/>
              <w:spacing w:before="20" w:after="20"/>
            </w:pPr>
            <w:r>
              <w:rPr>
                <w:rFonts w:ascii="Arial" w:hAnsi="Arial" w:cs="Arial"/>
                <w:sz w:val="18"/>
                <w:rtl/>
              </w:rPr>
              <w:t>عدم تحديد الجهات الممثَّلة في المقابلات.</w:t>
            </w:r>
          </w:p>
        </w:tc>
        <w:tc>
          <w:tcPr>
            <w:tcW w:w="4649" w:type="dxa"/>
          </w:tcPr>
          <w:p w14:paraId="321918FD" w14:textId="77777777" w:rsidR="009E3460" w:rsidRDefault="00C27348" w:rsidP="00E543ED">
            <w:pPr>
              <w:bidi/>
              <w:spacing w:before="20" w:after="20"/>
              <w:jc w:val="center"/>
            </w:pPr>
            <w:r>
              <w:rPr>
                <w:rFonts w:ascii="Arial" w:hAnsi="Arial" w:cs="Arial"/>
                <w:sz w:val="18"/>
                <w:rtl/>
              </w:rPr>
              <w:t>أُضيفت خطة تنوّع تشمل الحكومية والتشغيلية والاستشارية.</w:t>
            </w:r>
          </w:p>
        </w:tc>
        <w:tc>
          <w:tcPr>
            <w:tcW w:w="1531" w:type="dxa"/>
            <w:shd w:val="clear" w:color="auto" w:fill="E2EFDA"/>
          </w:tcPr>
          <w:p w14:paraId="07E075D5" w14:textId="77777777" w:rsidR="009E3460" w:rsidRDefault="00C27348" w:rsidP="00E543ED">
            <w:pPr>
              <w:bidi/>
              <w:spacing w:before="20" w:after="20"/>
              <w:jc w:val="center"/>
            </w:pPr>
            <w:r>
              <w:rPr>
                <w:rFonts w:ascii="Arial" w:hAnsi="Arial" w:cs="Arial"/>
                <w:sz w:val="16"/>
                <w:rtl/>
              </w:rPr>
              <w:t>مُعالَجة (جـ2)</w:t>
            </w:r>
          </w:p>
        </w:tc>
      </w:tr>
      <w:tr w:rsidR="009E3460" w14:paraId="24A3D1CC" w14:textId="77777777" w:rsidTr="00FD523C">
        <w:tc>
          <w:tcPr>
            <w:tcW w:w="567" w:type="dxa"/>
            <w:vAlign w:val="center"/>
          </w:tcPr>
          <w:p w14:paraId="4CF7C943" w14:textId="77777777" w:rsidR="009E3460" w:rsidRDefault="00C27348" w:rsidP="00FD523C">
            <w:pPr>
              <w:bidi/>
              <w:spacing w:before="20" w:after="20"/>
              <w:jc w:val="center"/>
            </w:pPr>
            <w:r>
              <w:rPr>
                <w:rFonts w:ascii="Arial" w:hAnsi="Arial" w:cs="Arial"/>
                <w:b/>
                <w:sz w:val="20"/>
                <w:rtl/>
              </w:rPr>
              <w:t>32</w:t>
            </w:r>
          </w:p>
        </w:tc>
        <w:tc>
          <w:tcPr>
            <w:tcW w:w="3572" w:type="dxa"/>
            <w:vAlign w:val="center"/>
          </w:tcPr>
          <w:p w14:paraId="58F0E655" w14:textId="77777777" w:rsidR="009E3460" w:rsidRDefault="00C27348" w:rsidP="00E543ED">
            <w:pPr>
              <w:bidi/>
              <w:spacing w:before="20" w:after="20"/>
            </w:pPr>
            <w:r>
              <w:rPr>
                <w:rFonts w:ascii="Arial" w:hAnsi="Arial" w:cs="Arial"/>
                <w:sz w:val="18"/>
                <w:rtl/>
              </w:rPr>
              <w:t xml:space="preserve">غياب دليل المقابلة شبه </w:t>
            </w:r>
            <w:r>
              <w:rPr>
                <w:rFonts w:ascii="Arial" w:hAnsi="Arial" w:cs="Arial"/>
                <w:sz w:val="18"/>
                <w:rtl/>
              </w:rPr>
              <w:t>المنظمة.</w:t>
            </w:r>
          </w:p>
        </w:tc>
        <w:tc>
          <w:tcPr>
            <w:tcW w:w="4649" w:type="dxa"/>
          </w:tcPr>
          <w:p w14:paraId="2CC1204C" w14:textId="77777777" w:rsidR="009E3460" w:rsidRDefault="00C27348" w:rsidP="00E543ED">
            <w:pPr>
              <w:bidi/>
              <w:spacing w:before="20" w:after="20"/>
              <w:jc w:val="center"/>
            </w:pPr>
            <w:r>
              <w:rPr>
                <w:rFonts w:ascii="Arial" w:hAnsi="Arial" w:cs="Arial"/>
                <w:sz w:val="18"/>
                <w:rtl/>
              </w:rPr>
              <w:t>نُصّ على دليل مقابلة يتضمن المحاور وأسئلة المتابعة يُرفَق بالملحق.</w:t>
            </w:r>
          </w:p>
        </w:tc>
        <w:tc>
          <w:tcPr>
            <w:tcW w:w="1531" w:type="dxa"/>
            <w:shd w:val="clear" w:color="auto" w:fill="E2EFDA"/>
          </w:tcPr>
          <w:p w14:paraId="0800E026" w14:textId="77777777" w:rsidR="009E3460" w:rsidRDefault="00C27348" w:rsidP="00E543ED">
            <w:pPr>
              <w:bidi/>
              <w:spacing w:before="20" w:after="20"/>
              <w:jc w:val="center"/>
            </w:pPr>
            <w:r>
              <w:rPr>
                <w:rFonts w:ascii="Arial" w:hAnsi="Arial" w:cs="Arial"/>
                <w:sz w:val="16"/>
                <w:rtl/>
              </w:rPr>
              <w:t>مُعالَجة (جـ2)</w:t>
            </w:r>
          </w:p>
        </w:tc>
      </w:tr>
      <w:tr w:rsidR="009E3460" w14:paraId="27801E0A" w14:textId="77777777" w:rsidTr="00FD523C">
        <w:tc>
          <w:tcPr>
            <w:tcW w:w="567" w:type="dxa"/>
            <w:vAlign w:val="center"/>
          </w:tcPr>
          <w:p w14:paraId="3BB4373B" w14:textId="77777777" w:rsidR="009E3460" w:rsidRDefault="00C27348" w:rsidP="00FD523C">
            <w:pPr>
              <w:bidi/>
              <w:spacing w:before="20" w:after="20"/>
              <w:jc w:val="center"/>
            </w:pPr>
            <w:r>
              <w:rPr>
                <w:rFonts w:ascii="Arial" w:hAnsi="Arial" w:cs="Arial"/>
                <w:b/>
                <w:sz w:val="20"/>
                <w:rtl/>
              </w:rPr>
              <w:t>33</w:t>
            </w:r>
          </w:p>
        </w:tc>
        <w:tc>
          <w:tcPr>
            <w:tcW w:w="3572" w:type="dxa"/>
            <w:vAlign w:val="center"/>
          </w:tcPr>
          <w:p w14:paraId="0BB7AE26" w14:textId="77777777" w:rsidR="009E3460" w:rsidRDefault="00C27348" w:rsidP="00E543ED">
            <w:pPr>
              <w:bidi/>
              <w:spacing w:before="20" w:after="20"/>
            </w:pPr>
            <w:r>
              <w:rPr>
                <w:rFonts w:ascii="Arial" w:hAnsi="Arial" w:cs="Arial"/>
                <w:sz w:val="18"/>
                <w:rtl/>
              </w:rPr>
              <w:t>عدم تحديد مدة المقابلة وأسلوبها.</w:t>
            </w:r>
          </w:p>
        </w:tc>
        <w:tc>
          <w:tcPr>
            <w:tcW w:w="4649" w:type="dxa"/>
          </w:tcPr>
          <w:p w14:paraId="20A0A7DF" w14:textId="77777777" w:rsidR="009E3460" w:rsidRDefault="00C27348" w:rsidP="00E543ED">
            <w:pPr>
              <w:bidi/>
              <w:spacing w:before="20" w:after="20"/>
              <w:jc w:val="center"/>
            </w:pPr>
            <w:r>
              <w:rPr>
                <w:rFonts w:ascii="Arial" w:hAnsi="Arial" w:cs="Arial"/>
                <w:sz w:val="18"/>
                <w:rtl/>
              </w:rPr>
              <w:t>حُدِّد الأسلوب (حضوري/مرئي) والمدة (30–45 د) محددة سابقاً.</w:t>
            </w:r>
          </w:p>
        </w:tc>
        <w:tc>
          <w:tcPr>
            <w:tcW w:w="1531" w:type="dxa"/>
            <w:shd w:val="clear" w:color="auto" w:fill="E2EFDA"/>
          </w:tcPr>
          <w:p w14:paraId="4E54D51A" w14:textId="77777777" w:rsidR="009E3460" w:rsidRDefault="00C27348" w:rsidP="00E543ED">
            <w:pPr>
              <w:bidi/>
              <w:spacing w:before="20" w:after="20"/>
              <w:jc w:val="center"/>
            </w:pPr>
            <w:r>
              <w:rPr>
                <w:rFonts w:ascii="Arial" w:hAnsi="Arial" w:cs="Arial"/>
                <w:sz w:val="16"/>
                <w:rtl/>
              </w:rPr>
              <w:t>مُعالَجة (جـ2)</w:t>
            </w:r>
          </w:p>
        </w:tc>
      </w:tr>
      <w:tr w:rsidR="009E3460" w14:paraId="73980748" w14:textId="77777777" w:rsidTr="00FD523C">
        <w:tc>
          <w:tcPr>
            <w:tcW w:w="567" w:type="dxa"/>
            <w:vAlign w:val="center"/>
          </w:tcPr>
          <w:p w14:paraId="790D2611" w14:textId="77777777" w:rsidR="009E3460" w:rsidRDefault="00C27348" w:rsidP="00FD523C">
            <w:pPr>
              <w:bidi/>
              <w:spacing w:before="20" w:after="20"/>
              <w:jc w:val="center"/>
            </w:pPr>
            <w:r>
              <w:rPr>
                <w:rFonts w:ascii="Arial" w:hAnsi="Arial" w:cs="Arial"/>
                <w:b/>
                <w:sz w:val="20"/>
                <w:rtl/>
              </w:rPr>
              <w:t>34</w:t>
            </w:r>
          </w:p>
        </w:tc>
        <w:tc>
          <w:tcPr>
            <w:tcW w:w="3572" w:type="dxa"/>
            <w:vAlign w:val="center"/>
          </w:tcPr>
          <w:p w14:paraId="087A6279" w14:textId="77777777" w:rsidR="009E3460" w:rsidRDefault="00C27348" w:rsidP="00E543ED">
            <w:pPr>
              <w:bidi/>
              <w:spacing w:before="20" w:after="20"/>
            </w:pPr>
            <w:r>
              <w:rPr>
                <w:rFonts w:ascii="Arial" w:hAnsi="Arial" w:cs="Arial"/>
                <w:sz w:val="18"/>
                <w:rtl/>
              </w:rPr>
              <w:t>عدم توضيح تسجيل المقابلات.</w:t>
            </w:r>
          </w:p>
        </w:tc>
        <w:tc>
          <w:tcPr>
            <w:tcW w:w="4649" w:type="dxa"/>
          </w:tcPr>
          <w:p w14:paraId="5A207F04" w14:textId="77777777" w:rsidR="009E3460" w:rsidRDefault="00C27348" w:rsidP="00E543ED">
            <w:pPr>
              <w:bidi/>
              <w:spacing w:before="20" w:after="20"/>
              <w:jc w:val="center"/>
            </w:pPr>
            <w:r>
              <w:rPr>
                <w:rFonts w:ascii="Arial" w:hAnsi="Arial" w:cs="Arial"/>
                <w:sz w:val="18"/>
                <w:rtl/>
              </w:rPr>
              <w:t xml:space="preserve">اعتُمد سابقاً </w:t>
            </w:r>
            <w:r>
              <w:rPr>
                <w:rFonts w:ascii="Arial" w:hAnsi="Arial" w:cs="Arial"/>
                <w:sz w:val="18"/>
                <w:rtl/>
              </w:rPr>
              <w:t>التدوين المكتوب دون تسجيل صوتي.</w:t>
            </w:r>
          </w:p>
        </w:tc>
        <w:tc>
          <w:tcPr>
            <w:tcW w:w="1531" w:type="dxa"/>
            <w:shd w:val="clear" w:color="auto" w:fill="DAEEF0"/>
          </w:tcPr>
          <w:p w14:paraId="2BB5AC19" w14:textId="77777777" w:rsidR="009E3460" w:rsidRDefault="00C27348" w:rsidP="00E543ED">
            <w:pPr>
              <w:bidi/>
              <w:spacing w:before="20" w:after="20"/>
              <w:jc w:val="center"/>
            </w:pPr>
            <w:r>
              <w:rPr>
                <w:rFonts w:ascii="Arial" w:hAnsi="Arial" w:cs="Arial"/>
                <w:sz w:val="16"/>
                <w:rtl/>
              </w:rPr>
              <w:t>مُعالَجة سابقاً (جـ2)</w:t>
            </w:r>
          </w:p>
        </w:tc>
      </w:tr>
      <w:tr w:rsidR="009E3460" w14:paraId="3C391284" w14:textId="77777777" w:rsidTr="00FD523C">
        <w:tc>
          <w:tcPr>
            <w:tcW w:w="567" w:type="dxa"/>
            <w:vAlign w:val="center"/>
          </w:tcPr>
          <w:p w14:paraId="2A5C4AF2" w14:textId="77777777" w:rsidR="009E3460" w:rsidRDefault="00C27348" w:rsidP="00FD523C">
            <w:pPr>
              <w:bidi/>
              <w:spacing w:before="20" w:after="20"/>
              <w:jc w:val="center"/>
            </w:pPr>
            <w:r>
              <w:rPr>
                <w:rFonts w:ascii="Arial" w:hAnsi="Arial" w:cs="Arial"/>
                <w:b/>
                <w:sz w:val="20"/>
                <w:rtl/>
              </w:rPr>
              <w:t>35</w:t>
            </w:r>
          </w:p>
        </w:tc>
        <w:tc>
          <w:tcPr>
            <w:tcW w:w="3572" w:type="dxa"/>
            <w:vAlign w:val="center"/>
          </w:tcPr>
          <w:p w14:paraId="31B3EE12" w14:textId="77777777" w:rsidR="009E3460" w:rsidRDefault="00C27348" w:rsidP="00E543ED">
            <w:pPr>
              <w:bidi/>
              <w:spacing w:before="20" w:after="20"/>
            </w:pPr>
            <w:r>
              <w:rPr>
                <w:rFonts w:ascii="Arial" w:hAnsi="Arial" w:cs="Arial"/>
                <w:sz w:val="18"/>
                <w:rtl/>
              </w:rPr>
              <w:t>غموض أسلوب التحليل النوعي.</w:t>
            </w:r>
          </w:p>
        </w:tc>
        <w:tc>
          <w:tcPr>
            <w:tcW w:w="4649" w:type="dxa"/>
          </w:tcPr>
          <w:p w14:paraId="5EC0FF4E" w14:textId="77777777" w:rsidR="009E3460" w:rsidRDefault="00C27348" w:rsidP="00E543ED">
            <w:pPr>
              <w:bidi/>
              <w:spacing w:before="20" w:after="20"/>
              <w:jc w:val="center"/>
            </w:pPr>
            <w:r>
              <w:rPr>
                <w:rFonts w:ascii="Arial" w:hAnsi="Arial" w:cs="Arial"/>
                <w:sz w:val="18"/>
                <w:rtl/>
              </w:rPr>
              <w:t>حُسم المصطلح: التحليل الموضوعي (Braun &amp; Clarke, 2006).</w:t>
            </w:r>
          </w:p>
        </w:tc>
        <w:tc>
          <w:tcPr>
            <w:tcW w:w="1531" w:type="dxa"/>
            <w:shd w:val="clear" w:color="auto" w:fill="E2EFDA"/>
          </w:tcPr>
          <w:p w14:paraId="2D0F3A37" w14:textId="77777777" w:rsidR="009E3460" w:rsidRDefault="00C27348" w:rsidP="00E543ED">
            <w:pPr>
              <w:bidi/>
              <w:spacing w:before="20" w:after="20"/>
              <w:jc w:val="center"/>
            </w:pPr>
            <w:r>
              <w:rPr>
                <w:rFonts w:ascii="Arial" w:hAnsi="Arial" w:cs="Arial"/>
                <w:sz w:val="16"/>
                <w:rtl/>
              </w:rPr>
              <w:t>مُعالَجة (جـ2)</w:t>
            </w:r>
          </w:p>
        </w:tc>
      </w:tr>
      <w:tr w:rsidR="009E3460" w14:paraId="400B7072" w14:textId="77777777" w:rsidTr="00FD523C">
        <w:tc>
          <w:tcPr>
            <w:tcW w:w="567" w:type="dxa"/>
            <w:vAlign w:val="center"/>
          </w:tcPr>
          <w:p w14:paraId="7488372E" w14:textId="77777777" w:rsidR="009E3460" w:rsidRDefault="00C27348" w:rsidP="00FD523C">
            <w:pPr>
              <w:bidi/>
              <w:spacing w:before="20" w:after="20"/>
              <w:jc w:val="center"/>
            </w:pPr>
            <w:r>
              <w:rPr>
                <w:rFonts w:ascii="Arial" w:hAnsi="Arial" w:cs="Arial"/>
                <w:b/>
                <w:sz w:val="20"/>
                <w:rtl/>
              </w:rPr>
              <w:t>36</w:t>
            </w:r>
          </w:p>
        </w:tc>
        <w:tc>
          <w:tcPr>
            <w:tcW w:w="3572" w:type="dxa"/>
            <w:vAlign w:val="center"/>
          </w:tcPr>
          <w:p w14:paraId="28B9C8C3" w14:textId="77777777" w:rsidR="009E3460" w:rsidRDefault="00C27348" w:rsidP="00E543ED">
            <w:pPr>
              <w:bidi/>
              <w:spacing w:before="20" w:after="20"/>
            </w:pPr>
            <w:r>
              <w:rPr>
                <w:rFonts w:ascii="Arial" w:hAnsi="Arial" w:cs="Arial"/>
                <w:sz w:val="18"/>
                <w:rtl/>
              </w:rPr>
              <w:t>عدم توضيح مراحل الترميز.</w:t>
            </w:r>
          </w:p>
        </w:tc>
        <w:tc>
          <w:tcPr>
            <w:tcW w:w="4649" w:type="dxa"/>
          </w:tcPr>
          <w:p w14:paraId="7A57ADCA" w14:textId="77777777" w:rsidR="009E3460" w:rsidRDefault="00C27348" w:rsidP="00E543ED">
            <w:pPr>
              <w:bidi/>
              <w:spacing w:before="20" w:after="20"/>
              <w:jc w:val="center"/>
            </w:pPr>
            <w:r>
              <w:rPr>
                <w:rFonts w:ascii="Arial" w:hAnsi="Arial" w:cs="Arial"/>
                <w:sz w:val="18"/>
                <w:rtl/>
              </w:rPr>
              <w:t>أُضيفت مراحل الترميز الست تفصيلاً.</w:t>
            </w:r>
          </w:p>
        </w:tc>
        <w:tc>
          <w:tcPr>
            <w:tcW w:w="1531" w:type="dxa"/>
            <w:shd w:val="clear" w:color="auto" w:fill="E2EFDA"/>
          </w:tcPr>
          <w:p w14:paraId="10B30D21" w14:textId="77777777" w:rsidR="009E3460" w:rsidRDefault="00C27348" w:rsidP="00E543ED">
            <w:pPr>
              <w:bidi/>
              <w:spacing w:before="20" w:after="20"/>
              <w:jc w:val="center"/>
            </w:pPr>
            <w:r>
              <w:rPr>
                <w:rFonts w:ascii="Arial" w:hAnsi="Arial" w:cs="Arial"/>
                <w:sz w:val="16"/>
                <w:rtl/>
              </w:rPr>
              <w:t>مُعالَجة (جـ2)</w:t>
            </w:r>
          </w:p>
        </w:tc>
      </w:tr>
      <w:tr w:rsidR="009E3460" w14:paraId="4D0286CB" w14:textId="77777777" w:rsidTr="00FD523C">
        <w:tc>
          <w:tcPr>
            <w:tcW w:w="567" w:type="dxa"/>
            <w:vAlign w:val="center"/>
          </w:tcPr>
          <w:p w14:paraId="11E5ADDE" w14:textId="77777777" w:rsidR="009E3460" w:rsidRDefault="00C27348" w:rsidP="00FD523C">
            <w:pPr>
              <w:bidi/>
              <w:spacing w:before="20" w:after="20"/>
              <w:jc w:val="center"/>
            </w:pPr>
            <w:r>
              <w:rPr>
                <w:rFonts w:ascii="Arial" w:hAnsi="Arial" w:cs="Arial"/>
                <w:b/>
                <w:sz w:val="20"/>
                <w:rtl/>
              </w:rPr>
              <w:t>37</w:t>
            </w:r>
          </w:p>
        </w:tc>
        <w:tc>
          <w:tcPr>
            <w:tcW w:w="3572" w:type="dxa"/>
            <w:vAlign w:val="center"/>
          </w:tcPr>
          <w:p w14:paraId="334BD911" w14:textId="77777777" w:rsidR="009E3460" w:rsidRDefault="00C27348" w:rsidP="00E543ED">
            <w:pPr>
              <w:bidi/>
              <w:spacing w:before="20" w:after="20"/>
            </w:pPr>
            <w:r>
              <w:rPr>
                <w:rFonts w:ascii="Arial" w:hAnsi="Arial" w:cs="Arial"/>
                <w:sz w:val="18"/>
                <w:rtl/>
              </w:rPr>
              <w:t xml:space="preserve">عدم تحديد </w:t>
            </w:r>
            <w:r>
              <w:rPr>
                <w:rFonts w:ascii="Arial" w:hAnsi="Arial" w:cs="Arial"/>
                <w:sz w:val="18"/>
                <w:rtl/>
              </w:rPr>
              <w:t>برنامج التحليل النوعي.</w:t>
            </w:r>
          </w:p>
        </w:tc>
        <w:tc>
          <w:tcPr>
            <w:tcW w:w="4649" w:type="dxa"/>
          </w:tcPr>
          <w:p w14:paraId="7FD33C96" w14:textId="77777777" w:rsidR="009E3460" w:rsidRDefault="00C27348" w:rsidP="00E543ED">
            <w:pPr>
              <w:bidi/>
              <w:spacing w:before="20" w:after="20"/>
              <w:jc w:val="center"/>
            </w:pPr>
            <w:r>
              <w:rPr>
                <w:rFonts w:ascii="Arial" w:hAnsi="Arial" w:cs="Arial"/>
                <w:sz w:val="18"/>
                <w:rtl/>
              </w:rPr>
              <w:t>حُدِّد الترميز اليدوي بمساعدة جداول تحليلية منظَّمة.</w:t>
            </w:r>
          </w:p>
        </w:tc>
        <w:tc>
          <w:tcPr>
            <w:tcW w:w="1531" w:type="dxa"/>
            <w:shd w:val="clear" w:color="auto" w:fill="E2EFDA"/>
          </w:tcPr>
          <w:p w14:paraId="65C83768" w14:textId="77777777" w:rsidR="009E3460" w:rsidRDefault="00C27348" w:rsidP="00E543ED">
            <w:pPr>
              <w:bidi/>
              <w:spacing w:before="20" w:after="20"/>
              <w:jc w:val="center"/>
            </w:pPr>
            <w:r>
              <w:rPr>
                <w:rFonts w:ascii="Arial" w:hAnsi="Arial" w:cs="Arial"/>
                <w:sz w:val="16"/>
                <w:rtl/>
              </w:rPr>
              <w:t>مُعالَجة (جـ2)</w:t>
            </w:r>
          </w:p>
        </w:tc>
      </w:tr>
      <w:tr w:rsidR="009E3460" w14:paraId="0A701CEB" w14:textId="77777777" w:rsidTr="00FD523C">
        <w:tc>
          <w:tcPr>
            <w:tcW w:w="567" w:type="dxa"/>
            <w:vAlign w:val="center"/>
          </w:tcPr>
          <w:p w14:paraId="74F9F6CE" w14:textId="77777777" w:rsidR="009E3460" w:rsidRDefault="00C27348" w:rsidP="00FD523C">
            <w:pPr>
              <w:bidi/>
              <w:spacing w:before="20" w:after="20"/>
              <w:jc w:val="center"/>
            </w:pPr>
            <w:r>
              <w:rPr>
                <w:rFonts w:ascii="Arial" w:hAnsi="Arial" w:cs="Arial"/>
                <w:b/>
                <w:sz w:val="20"/>
                <w:rtl/>
              </w:rPr>
              <w:t>38</w:t>
            </w:r>
          </w:p>
        </w:tc>
        <w:tc>
          <w:tcPr>
            <w:tcW w:w="3572" w:type="dxa"/>
            <w:vAlign w:val="center"/>
          </w:tcPr>
          <w:p w14:paraId="347E2D9B" w14:textId="77777777" w:rsidR="009E3460" w:rsidRDefault="00C27348" w:rsidP="00E543ED">
            <w:pPr>
              <w:bidi/>
              <w:spacing w:before="20" w:after="20"/>
            </w:pPr>
            <w:r>
              <w:rPr>
                <w:rFonts w:ascii="Arial" w:hAnsi="Arial" w:cs="Arial"/>
                <w:sz w:val="18"/>
                <w:rtl/>
              </w:rPr>
              <w:t>عدم توضيح من يتولى الترميز.</w:t>
            </w:r>
          </w:p>
        </w:tc>
        <w:tc>
          <w:tcPr>
            <w:tcW w:w="4649" w:type="dxa"/>
          </w:tcPr>
          <w:p w14:paraId="67A85505" w14:textId="77777777" w:rsidR="009E3460" w:rsidRDefault="00C27348" w:rsidP="00E543ED">
            <w:pPr>
              <w:bidi/>
              <w:spacing w:before="20" w:after="20"/>
              <w:jc w:val="center"/>
            </w:pPr>
            <w:r>
              <w:rPr>
                <w:rFonts w:ascii="Arial" w:hAnsi="Arial" w:cs="Arial"/>
                <w:sz w:val="18"/>
                <w:rtl/>
              </w:rPr>
              <w:t>محدَّد سابقاً: الباحث مع مراجعة عيّنة من المشرف.</w:t>
            </w:r>
          </w:p>
        </w:tc>
        <w:tc>
          <w:tcPr>
            <w:tcW w:w="1531" w:type="dxa"/>
            <w:shd w:val="clear" w:color="auto" w:fill="DAEEF0"/>
          </w:tcPr>
          <w:p w14:paraId="3FD2861F" w14:textId="77777777" w:rsidR="009E3460" w:rsidRDefault="00C27348" w:rsidP="00E543ED">
            <w:pPr>
              <w:bidi/>
              <w:spacing w:before="20" w:after="20"/>
              <w:jc w:val="center"/>
            </w:pPr>
            <w:r>
              <w:rPr>
                <w:rFonts w:ascii="Arial" w:hAnsi="Arial" w:cs="Arial"/>
                <w:sz w:val="16"/>
                <w:rtl/>
              </w:rPr>
              <w:t>مُعالَجة سابقاً (جـ2)</w:t>
            </w:r>
          </w:p>
        </w:tc>
      </w:tr>
      <w:tr w:rsidR="009E3460" w14:paraId="13B85A49" w14:textId="77777777" w:rsidTr="00FD523C">
        <w:tc>
          <w:tcPr>
            <w:tcW w:w="567" w:type="dxa"/>
            <w:vAlign w:val="center"/>
          </w:tcPr>
          <w:p w14:paraId="0A122C0E" w14:textId="77777777" w:rsidR="009E3460" w:rsidRDefault="00C27348" w:rsidP="00FD523C">
            <w:pPr>
              <w:bidi/>
              <w:spacing w:before="20" w:after="20"/>
              <w:jc w:val="center"/>
            </w:pPr>
            <w:r>
              <w:rPr>
                <w:rFonts w:ascii="Arial" w:hAnsi="Arial" w:cs="Arial"/>
                <w:b/>
                <w:sz w:val="20"/>
                <w:rtl/>
              </w:rPr>
              <w:t>39</w:t>
            </w:r>
          </w:p>
        </w:tc>
        <w:tc>
          <w:tcPr>
            <w:tcW w:w="3572" w:type="dxa"/>
            <w:vAlign w:val="center"/>
          </w:tcPr>
          <w:p w14:paraId="7630CFE7" w14:textId="77777777" w:rsidR="009E3460" w:rsidRDefault="00C27348" w:rsidP="00E543ED">
            <w:pPr>
              <w:bidi/>
              <w:spacing w:before="20" w:after="20"/>
            </w:pPr>
            <w:r>
              <w:rPr>
                <w:rFonts w:ascii="Arial" w:hAnsi="Arial" w:cs="Arial"/>
                <w:sz w:val="18"/>
                <w:rtl/>
              </w:rPr>
              <w:t>غياب معايير جودة البيانات النوعية.</w:t>
            </w:r>
          </w:p>
        </w:tc>
        <w:tc>
          <w:tcPr>
            <w:tcW w:w="4649" w:type="dxa"/>
          </w:tcPr>
          <w:p w14:paraId="49A4C14F" w14:textId="77777777" w:rsidR="009E3460" w:rsidRDefault="00C27348" w:rsidP="00E543ED">
            <w:pPr>
              <w:bidi/>
              <w:spacing w:before="20" w:after="20"/>
              <w:jc w:val="center"/>
            </w:pPr>
            <w:r>
              <w:rPr>
                <w:rFonts w:ascii="Arial" w:hAnsi="Arial" w:cs="Arial"/>
                <w:sz w:val="18"/>
                <w:rtl/>
              </w:rPr>
              <w:t xml:space="preserve">أُضيفت معايير </w:t>
            </w:r>
            <w:r>
              <w:rPr>
                <w:rFonts w:ascii="Arial" w:hAnsi="Arial" w:cs="Arial"/>
                <w:sz w:val="18"/>
                <w:rtl/>
              </w:rPr>
              <w:t>Lincoln &amp; Guba (المصداقية/الاعتماد/التأكيد).</w:t>
            </w:r>
          </w:p>
        </w:tc>
        <w:tc>
          <w:tcPr>
            <w:tcW w:w="1531" w:type="dxa"/>
            <w:shd w:val="clear" w:color="auto" w:fill="E2EFDA"/>
          </w:tcPr>
          <w:p w14:paraId="5098DF38" w14:textId="77777777" w:rsidR="009E3460" w:rsidRDefault="00C27348" w:rsidP="00E543ED">
            <w:pPr>
              <w:bidi/>
              <w:spacing w:before="20" w:after="20"/>
              <w:jc w:val="center"/>
            </w:pPr>
            <w:r>
              <w:rPr>
                <w:rFonts w:ascii="Arial" w:hAnsi="Arial" w:cs="Arial"/>
                <w:sz w:val="16"/>
                <w:rtl/>
              </w:rPr>
              <w:t>مُعالَجة (جـ2)</w:t>
            </w:r>
          </w:p>
        </w:tc>
      </w:tr>
      <w:tr w:rsidR="009E3460" w14:paraId="69925F2C" w14:textId="77777777" w:rsidTr="00FD523C">
        <w:tc>
          <w:tcPr>
            <w:tcW w:w="567" w:type="dxa"/>
            <w:vAlign w:val="center"/>
          </w:tcPr>
          <w:p w14:paraId="226C6E6D" w14:textId="77777777" w:rsidR="009E3460" w:rsidRDefault="00C27348" w:rsidP="00FD523C">
            <w:pPr>
              <w:bidi/>
              <w:spacing w:before="20" w:after="20"/>
              <w:jc w:val="center"/>
            </w:pPr>
            <w:r>
              <w:rPr>
                <w:rFonts w:ascii="Arial" w:hAnsi="Arial" w:cs="Arial"/>
                <w:b/>
                <w:sz w:val="20"/>
                <w:rtl/>
              </w:rPr>
              <w:t>40</w:t>
            </w:r>
          </w:p>
        </w:tc>
        <w:tc>
          <w:tcPr>
            <w:tcW w:w="3572" w:type="dxa"/>
            <w:vAlign w:val="center"/>
          </w:tcPr>
          <w:p w14:paraId="34D4FF26" w14:textId="77777777" w:rsidR="009E3460" w:rsidRDefault="00C27348" w:rsidP="00E543ED">
            <w:pPr>
              <w:bidi/>
              <w:spacing w:before="20" w:after="20"/>
            </w:pPr>
            <w:r>
              <w:rPr>
                <w:rFonts w:ascii="Arial" w:hAnsi="Arial" w:cs="Arial"/>
                <w:sz w:val="18"/>
                <w:rtl/>
              </w:rPr>
              <w:t>عدم توضيح معيار التشبع.</w:t>
            </w:r>
          </w:p>
        </w:tc>
        <w:tc>
          <w:tcPr>
            <w:tcW w:w="4649" w:type="dxa"/>
          </w:tcPr>
          <w:p w14:paraId="6A4D2D71" w14:textId="77777777" w:rsidR="009E3460" w:rsidRDefault="00C27348" w:rsidP="00E543ED">
            <w:pPr>
              <w:bidi/>
              <w:spacing w:before="20" w:after="20"/>
              <w:jc w:val="center"/>
            </w:pPr>
            <w:r>
              <w:rPr>
                <w:rFonts w:ascii="Arial" w:hAnsi="Arial" w:cs="Arial"/>
                <w:sz w:val="18"/>
                <w:rtl/>
              </w:rPr>
              <w:t>محدَّد سابقاً: التشبع النظري عند مقابلتين متتاليتين.</w:t>
            </w:r>
          </w:p>
        </w:tc>
        <w:tc>
          <w:tcPr>
            <w:tcW w:w="1531" w:type="dxa"/>
            <w:shd w:val="clear" w:color="auto" w:fill="DAEEF0"/>
          </w:tcPr>
          <w:p w14:paraId="2DD543AF" w14:textId="77777777" w:rsidR="009E3460" w:rsidRDefault="00C27348" w:rsidP="00E543ED">
            <w:pPr>
              <w:bidi/>
              <w:spacing w:before="20" w:after="20"/>
              <w:jc w:val="center"/>
            </w:pPr>
            <w:r>
              <w:rPr>
                <w:rFonts w:ascii="Arial" w:hAnsi="Arial" w:cs="Arial"/>
                <w:sz w:val="16"/>
                <w:rtl/>
              </w:rPr>
              <w:t>مُعالَجة سابقاً (جـ2)</w:t>
            </w:r>
          </w:p>
        </w:tc>
      </w:tr>
      <w:tr w:rsidR="009E3460" w14:paraId="722F1D2B" w14:textId="77777777" w:rsidTr="00FD523C">
        <w:tc>
          <w:tcPr>
            <w:tcW w:w="567" w:type="dxa"/>
            <w:vAlign w:val="center"/>
          </w:tcPr>
          <w:p w14:paraId="2F5A0994" w14:textId="77777777" w:rsidR="009E3460" w:rsidRDefault="00C27348" w:rsidP="00FD523C">
            <w:pPr>
              <w:bidi/>
              <w:spacing w:before="20" w:after="20"/>
              <w:jc w:val="center"/>
            </w:pPr>
            <w:r>
              <w:rPr>
                <w:rFonts w:ascii="Arial" w:hAnsi="Arial" w:cs="Arial"/>
                <w:b/>
                <w:sz w:val="20"/>
                <w:rtl/>
              </w:rPr>
              <w:t>41</w:t>
            </w:r>
          </w:p>
        </w:tc>
        <w:tc>
          <w:tcPr>
            <w:tcW w:w="3572" w:type="dxa"/>
            <w:vAlign w:val="center"/>
          </w:tcPr>
          <w:p w14:paraId="2C2E5081" w14:textId="77777777" w:rsidR="009E3460" w:rsidRDefault="00C27348" w:rsidP="00E543ED">
            <w:pPr>
              <w:bidi/>
              <w:spacing w:before="20" w:after="20"/>
            </w:pPr>
            <w:r>
              <w:rPr>
                <w:rFonts w:ascii="Arial" w:hAnsi="Arial" w:cs="Arial"/>
                <w:sz w:val="18"/>
                <w:rtl/>
              </w:rPr>
              <w:t>غياب خطة دمج النتائج.</w:t>
            </w:r>
          </w:p>
        </w:tc>
        <w:tc>
          <w:tcPr>
            <w:tcW w:w="4649" w:type="dxa"/>
          </w:tcPr>
          <w:p w14:paraId="07D32142" w14:textId="77777777" w:rsidR="009E3460" w:rsidRDefault="00C27348" w:rsidP="00E543ED">
            <w:pPr>
              <w:bidi/>
              <w:spacing w:before="20" w:after="20"/>
              <w:jc w:val="center"/>
            </w:pPr>
            <w:r>
              <w:rPr>
                <w:rFonts w:ascii="Arial" w:hAnsi="Arial" w:cs="Arial"/>
                <w:sz w:val="18"/>
                <w:rtl/>
              </w:rPr>
              <w:t>أُضيف جدول دمج مشترك (Joint Display) للمقارنة.</w:t>
            </w:r>
          </w:p>
        </w:tc>
        <w:tc>
          <w:tcPr>
            <w:tcW w:w="1531" w:type="dxa"/>
            <w:shd w:val="clear" w:color="auto" w:fill="E2EFDA"/>
          </w:tcPr>
          <w:p w14:paraId="49AFA3E3" w14:textId="77777777" w:rsidR="009E3460" w:rsidRDefault="00C27348" w:rsidP="00E543ED">
            <w:pPr>
              <w:bidi/>
              <w:spacing w:before="20" w:after="20"/>
              <w:jc w:val="center"/>
            </w:pPr>
            <w:r>
              <w:rPr>
                <w:rFonts w:ascii="Arial" w:hAnsi="Arial" w:cs="Arial"/>
                <w:sz w:val="16"/>
                <w:rtl/>
              </w:rPr>
              <w:t>مُعالَجة (جـ2)</w:t>
            </w:r>
          </w:p>
        </w:tc>
      </w:tr>
      <w:tr w:rsidR="009E3460" w14:paraId="24D9B7AC" w14:textId="77777777" w:rsidTr="00FD523C">
        <w:tc>
          <w:tcPr>
            <w:tcW w:w="567" w:type="dxa"/>
            <w:vAlign w:val="center"/>
          </w:tcPr>
          <w:p w14:paraId="147EF56E" w14:textId="77777777" w:rsidR="009E3460" w:rsidRDefault="00C27348" w:rsidP="00FD523C">
            <w:pPr>
              <w:bidi/>
              <w:spacing w:before="20" w:after="20"/>
              <w:jc w:val="center"/>
            </w:pPr>
            <w:r>
              <w:rPr>
                <w:rFonts w:ascii="Arial" w:hAnsi="Arial" w:cs="Arial"/>
                <w:b/>
                <w:sz w:val="20"/>
                <w:rtl/>
              </w:rPr>
              <w:t>42</w:t>
            </w:r>
          </w:p>
        </w:tc>
        <w:tc>
          <w:tcPr>
            <w:tcW w:w="3572" w:type="dxa"/>
            <w:vAlign w:val="center"/>
          </w:tcPr>
          <w:p w14:paraId="659A4BB5" w14:textId="77777777" w:rsidR="009E3460" w:rsidRDefault="00C27348" w:rsidP="00E543ED">
            <w:pPr>
              <w:bidi/>
              <w:spacing w:before="20" w:after="20"/>
            </w:pPr>
            <w:r>
              <w:rPr>
                <w:rFonts w:ascii="Arial" w:hAnsi="Arial" w:cs="Arial"/>
                <w:sz w:val="18"/>
                <w:rtl/>
              </w:rPr>
              <w:t>عدم توضيح معالجة تعارض النتائج.</w:t>
            </w:r>
          </w:p>
        </w:tc>
        <w:tc>
          <w:tcPr>
            <w:tcW w:w="4649" w:type="dxa"/>
          </w:tcPr>
          <w:p w14:paraId="6B575B48" w14:textId="77777777" w:rsidR="009E3460" w:rsidRDefault="00C27348" w:rsidP="00E543ED">
            <w:pPr>
              <w:bidi/>
              <w:spacing w:before="20" w:after="20"/>
              <w:jc w:val="center"/>
            </w:pPr>
            <w:r>
              <w:rPr>
                <w:rFonts w:ascii="Arial" w:hAnsi="Arial" w:cs="Arial"/>
                <w:sz w:val="18"/>
                <w:rtl/>
              </w:rPr>
              <w:t>أُضيفت آلية معاملة التعارض مصدراً لفهم أعمق مع الإفصاح عنه.</w:t>
            </w:r>
          </w:p>
        </w:tc>
        <w:tc>
          <w:tcPr>
            <w:tcW w:w="1531" w:type="dxa"/>
            <w:shd w:val="clear" w:color="auto" w:fill="E2EFDA"/>
          </w:tcPr>
          <w:p w14:paraId="1155D504" w14:textId="77777777" w:rsidR="009E3460" w:rsidRDefault="00C27348" w:rsidP="00E543ED">
            <w:pPr>
              <w:bidi/>
              <w:spacing w:before="20" w:after="20"/>
              <w:jc w:val="center"/>
            </w:pPr>
            <w:r>
              <w:rPr>
                <w:rFonts w:ascii="Arial" w:hAnsi="Arial" w:cs="Arial"/>
                <w:sz w:val="16"/>
                <w:rtl/>
              </w:rPr>
              <w:t>مُعالَجة (جـ2)</w:t>
            </w:r>
          </w:p>
        </w:tc>
      </w:tr>
      <w:tr w:rsidR="009E3460" w14:paraId="404EBC2E" w14:textId="77777777" w:rsidTr="00FD523C">
        <w:tc>
          <w:tcPr>
            <w:tcW w:w="567" w:type="dxa"/>
            <w:vAlign w:val="center"/>
          </w:tcPr>
          <w:p w14:paraId="4F680452" w14:textId="77777777" w:rsidR="009E3460" w:rsidRDefault="00C27348" w:rsidP="00FD523C">
            <w:pPr>
              <w:bidi/>
              <w:spacing w:before="20" w:after="20"/>
              <w:jc w:val="center"/>
            </w:pPr>
            <w:r>
              <w:rPr>
                <w:rFonts w:ascii="Arial" w:hAnsi="Arial" w:cs="Arial"/>
                <w:b/>
                <w:sz w:val="20"/>
                <w:rtl/>
              </w:rPr>
              <w:t>43</w:t>
            </w:r>
          </w:p>
        </w:tc>
        <w:tc>
          <w:tcPr>
            <w:tcW w:w="3572" w:type="dxa"/>
            <w:vAlign w:val="center"/>
          </w:tcPr>
          <w:p w14:paraId="647A9886" w14:textId="77777777" w:rsidR="009E3460" w:rsidRDefault="00C27348" w:rsidP="00E543ED">
            <w:pPr>
              <w:bidi/>
              <w:spacing w:before="20" w:after="20"/>
            </w:pPr>
            <w:r>
              <w:rPr>
                <w:rFonts w:ascii="Arial" w:hAnsi="Arial" w:cs="Arial"/>
                <w:sz w:val="18"/>
                <w:rtl/>
              </w:rPr>
              <w:t>عدم تحديد أسئلة نوعية خاصة.</w:t>
            </w:r>
          </w:p>
        </w:tc>
        <w:tc>
          <w:tcPr>
            <w:tcW w:w="4649" w:type="dxa"/>
          </w:tcPr>
          <w:p w14:paraId="4E3A4B9C" w14:textId="77777777" w:rsidR="009E3460" w:rsidRDefault="00C27348" w:rsidP="00E543ED">
            <w:pPr>
              <w:bidi/>
              <w:spacing w:before="20" w:after="20"/>
              <w:jc w:val="center"/>
            </w:pPr>
            <w:r>
              <w:rPr>
                <w:rFonts w:ascii="Arial" w:hAnsi="Arial" w:cs="Arial"/>
                <w:sz w:val="18"/>
                <w:rtl/>
              </w:rPr>
              <w:t>أُضيفت الأسئلة البحثية النوعية المكمّلة.</w:t>
            </w:r>
          </w:p>
        </w:tc>
        <w:tc>
          <w:tcPr>
            <w:tcW w:w="1531" w:type="dxa"/>
            <w:shd w:val="clear" w:color="auto" w:fill="E2EFDA"/>
          </w:tcPr>
          <w:p w14:paraId="2D736DF9" w14:textId="77777777" w:rsidR="009E3460" w:rsidRDefault="00C27348" w:rsidP="00E543ED">
            <w:pPr>
              <w:bidi/>
              <w:spacing w:before="20" w:after="20"/>
              <w:jc w:val="center"/>
            </w:pPr>
            <w:r>
              <w:rPr>
                <w:rFonts w:ascii="Arial" w:hAnsi="Arial" w:cs="Arial"/>
                <w:sz w:val="16"/>
                <w:rtl/>
              </w:rPr>
              <w:t>مُعالَجة (جـ2)</w:t>
            </w:r>
          </w:p>
        </w:tc>
      </w:tr>
      <w:tr w:rsidR="009E3460" w14:paraId="6967BE40" w14:textId="77777777" w:rsidTr="00FD523C">
        <w:tc>
          <w:tcPr>
            <w:tcW w:w="567" w:type="dxa"/>
            <w:vAlign w:val="center"/>
          </w:tcPr>
          <w:p w14:paraId="2795F892" w14:textId="77777777" w:rsidR="009E3460" w:rsidRDefault="00C27348" w:rsidP="00FD523C">
            <w:pPr>
              <w:bidi/>
              <w:spacing w:before="20" w:after="20"/>
              <w:jc w:val="center"/>
            </w:pPr>
            <w:r>
              <w:rPr>
                <w:rFonts w:ascii="Arial" w:hAnsi="Arial" w:cs="Arial"/>
                <w:b/>
                <w:sz w:val="20"/>
                <w:rtl/>
              </w:rPr>
              <w:t>44</w:t>
            </w:r>
          </w:p>
        </w:tc>
        <w:tc>
          <w:tcPr>
            <w:tcW w:w="3572" w:type="dxa"/>
            <w:vAlign w:val="center"/>
          </w:tcPr>
          <w:p w14:paraId="3F6DB3EF" w14:textId="77777777" w:rsidR="009E3460" w:rsidRDefault="00C27348" w:rsidP="00E543ED">
            <w:pPr>
              <w:bidi/>
              <w:spacing w:before="20" w:after="20"/>
            </w:pPr>
            <w:r>
              <w:rPr>
                <w:rFonts w:ascii="Arial" w:hAnsi="Arial" w:cs="Arial"/>
                <w:sz w:val="18"/>
                <w:rtl/>
              </w:rPr>
              <w:t>استخدام التثليث دون إجراءات.</w:t>
            </w:r>
          </w:p>
        </w:tc>
        <w:tc>
          <w:tcPr>
            <w:tcW w:w="4649" w:type="dxa"/>
          </w:tcPr>
          <w:p w14:paraId="6E9CA8D2" w14:textId="77777777" w:rsidR="009E3460" w:rsidRDefault="00C27348" w:rsidP="00E543ED">
            <w:pPr>
              <w:bidi/>
              <w:spacing w:before="20" w:after="20"/>
              <w:jc w:val="center"/>
            </w:pPr>
            <w:r>
              <w:rPr>
                <w:rFonts w:ascii="Arial" w:hAnsi="Arial" w:cs="Arial"/>
                <w:sz w:val="18"/>
                <w:rtl/>
              </w:rPr>
              <w:t xml:space="preserve">وُضّحت إجراءات </w:t>
            </w:r>
            <w:r>
              <w:rPr>
                <w:rFonts w:ascii="Arial" w:hAnsi="Arial" w:cs="Arial"/>
                <w:sz w:val="18"/>
                <w:rtl/>
              </w:rPr>
              <w:t>التثليث ونقاط التقارب والاختلاف.</w:t>
            </w:r>
          </w:p>
        </w:tc>
        <w:tc>
          <w:tcPr>
            <w:tcW w:w="1531" w:type="dxa"/>
            <w:shd w:val="clear" w:color="auto" w:fill="E2EFDA"/>
          </w:tcPr>
          <w:p w14:paraId="0B0567B2" w14:textId="77777777" w:rsidR="009E3460" w:rsidRDefault="00C27348" w:rsidP="00E543ED">
            <w:pPr>
              <w:bidi/>
              <w:spacing w:before="20" w:after="20"/>
              <w:jc w:val="center"/>
            </w:pPr>
            <w:r>
              <w:rPr>
                <w:rFonts w:ascii="Arial" w:hAnsi="Arial" w:cs="Arial"/>
                <w:sz w:val="16"/>
                <w:rtl/>
              </w:rPr>
              <w:t>مُعالَجة (جـ2)</w:t>
            </w:r>
          </w:p>
        </w:tc>
      </w:tr>
      <w:tr w:rsidR="009E3460" w14:paraId="3D64816D" w14:textId="77777777" w:rsidTr="00FD523C">
        <w:tc>
          <w:tcPr>
            <w:tcW w:w="567" w:type="dxa"/>
            <w:vAlign w:val="center"/>
          </w:tcPr>
          <w:p w14:paraId="4BFA8BFE" w14:textId="77777777" w:rsidR="009E3460" w:rsidRDefault="00C27348" w:rsidP="00FD523C">
            <w:pPr>
              <w:bidi/>
              <w:spacing w:before="20" w:after="20"/>
              <w:jc w:val="center"/>
            </w:pPr>
            <w:r>
              <w:rPr>
                <w:rFonts w:ascii="Arial" w:hAnsi="Arial" w:cs="Arial"/>
                <w:b/>
                <w:sz w:val="20"/>
                <w:rtl/>
              </w:rPr>
              <w:t>45</w:t>
            </w:r>
          </w:p>
        </w:tc>
        <w:tc>
          <w:tcPr>
            <w:tcW w:w="3572" w:type="dxa"/>
            <w:vAlign w:val="center"/>
          </w:tcPr>
          <w:p w14:paraId="65D97AF2" w14:textId="77777777" w:rsidR="009E3460" w:rsidRDefault="00C27348" w:rsidP="00E543ED">
            <w:pPr>
              <w:bidi/>
              <w:spacing w:before="20" w:after="20"/>
            </w:pPr>
            <w:r>
              <w:rPr>
                <w:rFonts w:ascii="Arial" w:hAnsi="Arial" w:cs="Arial"/>
                <w:sz w:val="18"/>
                <w:rtl/>
              </w:rPr>
              <w:t>تناقض زمن الأفعال.</w:t>
            </w:r>
          </w:p>
        </w:tc>
        <w:tc>
          <w:tcPr>
            <w:tcW w:w="4649" w:type="dxa"/>
          </w:tcPr>
          <w:p w14:paraId="634E706D" w14:textId="77777777" w:rsidR="009E3460" w:rsidRDefault="00C27348" w:rsidP="00E543ED">
            <w:pPr>
              <w:bidi/>
              <w:spacing w:before="20" w:after="20"/>
              <w:jc w:val="center"/>
            </w:pPr>
            <w:r>
              <w:rPr>
                <w:rFonts w:ascii="Arial" w:hAnsi="Arial" w:cs="Arial"/>
                <w:sz w:val="18"/>
                <w:rtl/>
              </w:rPr>
              <w:t>ضُبط الفصل بصيغة المستقبل في المواضع المتبقية.</w:t>
            </w:r>
          </w:p>
        </w:tc>
        <w:tc>
          <w:tcPr>
            <w:tcW w:w="1531" w:type="dxa"/>
            <w:shd w:val="clear" w:color="auto" w:fill="E2EFDA"/>
          </w:tcPr>
          <w:p w14:paraId="533BEF9F" w14:textId="77777777" w:rsidR="009E3460" w:rsidRDefault="00C27348" w:rsidP="00E543ED">
            <w:pPr>
              <w:bidi/>
              <w:spacing w:before="20" w:after="20"/>
              <w:jc w:val="center"/>
            </w:pPr>
            <w:r>
              <w:rPr>
                <w:rFonts w:ascii="Arial" w:hAnsi="Arial" w:cs="Arial"/>
                <w:sz w:val="16"/>
                <w:rtl/>
              </w:rPr>
              <w:t>مُعالَجة (جـ2/جـ3)</w:t>
            </w:r>
          </w:p>
        </w:tc>
      </w:tr>
      <w:tr w:rsidR="009E3460" w14:paraId="20EBDB6B" w14:textId="77777777" w:rsidTr="00FD523C">
        <w:tc>
          <w:tcPr>
            <w:tcW w:w="567" w:type="dxa"/>
            <w:vAlign w:val="center"/>
          </w:tcPr>
          <w:p w14:paraId="53C60432" w14:textId="77777777" w:rsidR="009E3460" w:rsidRDefault="00C27348" w:rsidP="00FD523C">
            <w:pPr>
              <w:bidi/>
              <w:spacing w:before="20" w:after="20"/>
              <w:jc w:val="center"/>
            </w:pPr>
            <w:r>
              <w:rPr>
                <w:rFonts w:ascii="Arial" w:hAnsi="Arial" w:cs="Arial"/>
                <w:b/>
                <w:sz w:val="20"/>
                <w:rtl/>
              </w:rPr>
              <w:t>46</w:t>
            </w:r>
          </w:p>
        </w:tc>
        <w:tc>
          <w:tcPr>
            <w:tcW w:w="3572" w:type="dxa"/>
            <w:vAlign w:val="center"/>
          </w:tcPr>
          <w:p w14:paraId="6E9BC495" w14:textId="77777777" w:rsidR="009E3460" w:rsidRDefault="00C27348" w:rsidP="00E543ED">
            <w:pPr>
              <w:bidi/>
              <w:spacing w:before="20" w:after="20"/>
            </w:pPr>
            <w:r>
              <w:rPr>
                <w:rFonts w:ascii="Arial" w:hAnsi="Arial" w:cs="Arial"/>
                <w:sz w:val="18"/>
                <w:rtl/>
              </w:rPr>
              <w:t>لغة سببية رغم التصميم المقطعي.</w:t>
            </w:r>
          </w:p>
        </w:tc>
        <w:tc>
          <w:tcPr>
            <w:tcW w:w="4649" w:type="dxa"/>
          </w:tcPr>
          <w:p w14:paraId="68D180D6" w14:textId="77777777" w:rsidR="009E3460" w:rsidRDefault="00C27348" w:rsidP="00E543ED">
            <w:pPr>
              <w:bidi/>
              <w:spacing w:before="20" w:after="20"/>
              <w:jc w:val="center"/>
            </w:pPr>
            <w:r>
              <w:rPr>
                <w:rFonts w:ascii="Arial" w:hAnsi="Arial" w:cs="Arial"/>
                <w:sz w:val="18"/>
                <w:rtl/>
              </w:rPr>
              <w:t>عُدِّلت اللغة السببية وأُدمج التنويه في قسم المنهج.</w:t>
            </w:r>
          </w:p>
        </w:tc>
        <w:tc>
          <w:tcPr>
            <w:tcW w:w="1531" w:type="dxa"/>
            <w:shd w:val="clear" w:color="auto" w:fill="E2EFDA"/>
          </w:tcPr>
          <w:p w14:paraId="4848838F" w14:textId="77777777" w:rsidR="009E3460" w:rsidRDefault="00C27348" w:rsidP="00E543ED">
            <w:pPr>
              <w:bidi/>
              <w:spacing w:before="20" w:after="20"/>
              <w:jc w:val="center"/>
            </w:pPr>
            <w:r>
              <w:rPr>
                <w:rFonts w:ascii="Arial" w:hAnsi="Arial" w:cs="Arial"/>
                <w:sz w:val="16"/>
                <w:rtl/>
              </w:rPr>
              <w:t>مُعالَجة (جـ2)</w:t>
            </w:r>
          </w:p>
        </w:tc>
      </w:tr>
      <w:tr w:rsidR="009E3460" w14:paraId="0CA7CB3A" w14:textId="77777777" w:rsidTr="00FD523C">
        <w:tc>
          <w:tcPr>
            <w:tcW w:w="567" w:type="dxa"/>
            <w:vAlign w:val="center"/>
          </w:tcPr>
          <w:p w14:paraId="134D62E1" w14:textId="77777777" w:rsidR="009E3460" w:rsidRDefault="00C27348" w:rsidP="00FD523C">
            <w:pPr>
              <w:bidi/>
              <w:spacing w:before="20" w:after="20"/>
              <w:jc w:val="center"/>
            </w:pPr>
            <w:r>
              <w:rPr>
                <w:rFonts w:ascii="Arial" w:hAnsi="Arial" w:cs="Arial"/>
                <w:b/>
                <w:sz w:val="20"/>
                <w:rtl/>
              </w:rPr>
              <w:t>47</w:t>
            </w:r>
          </w:p>
        </w:tc>
        <w:tc>
          <w:tcPr>
            <w:tcW w:w="3572" w:type="dxa"/>
            <w:vAlign w:val="center"/>
          </w:tcPr>
          <w:p w14:paraId="1AD6FE66" w14:textId="77777777" w:rsidR="009E3460" w:rsidRDefault="00C27348" w:rsidP="00E543ED">
            <w:pPr>
              <w:bidi/>
              <w:spacing w:before="20" w:after="20"/>
            </w:pPr>
            <w:r>
              <w:rPr>
                <w:rFonts w:ascii="Arial" w:hAnsi="Arial" w:cs="Arial"/>
                <w:sz w:val="18"/>
                <w:rtl/>
              </w:rPr>
              <w:t>التنويه المنهجي في الختام فقط.</w:t>
            </w:r>
          </w:p>
        </w:tc>
        <w:tc>
          <w:tcPr>
            <w:tcW w:w="4649" w:type="dxa"/>
          </w:tcPr>
          <w:p w14:paraId="44EA4C6C" w14:textId="77777777" w:rsidR="009E3460" w:rsidRDefault="00C27348" w:rsidP="00E543ED">
            <w:pPr>
              <w:bidi/>
              <w:spacing w:before="20" w:after="20"/>
              <w:jc w:val="center"/>
            </w:pPr>
            <w:r>
              <w:rPr>
                <w:rFonts w:ascii="Arial" w:hAnsi="Arial" w:cs="Arial"/>
                <w:sz w:val="18"/>
                <w:rtl/>
              </w:rPr>
              <w:t>نُقل التنويه إلى قسم التصميم لا الختام فحسب.</w:t>
            </w:r>
          </w:p>
        </w:tc>
        <w:tc>
          <w:tcPr>
            <w:tcW w:w="1531" w:type="dxa"/>
            <w:shd w:val="clear" w:color="auto" w:fill="E2EFDA"/>
          </w:tcPr>
          <w:p w14:paraId="6B829C01" w14:textId="77777777" w:rsidR="009E3460" w:rsidRDefault="00C27348" w:rsidP="00E543ED">
            <w:pPr>
              <w:bidi/>
              <w:spacing w:before="20" w:after="20"/>
              <w:jc w:val="center"/>
            </w:pPr>
            <w:r>
              <w:rPr>
                <w:rFonts w:ascii="Arial" w:hAnsi="Arial" w:cs="Arial"/>
                <w:sz w:val="16"/>
                <w:rtl/>
              </w:rPr>
              <w:t>مُعالَجة (جـ2)</w:t>
            </w:r>
          </w:p>
        </w:tc>
      </w:tr>
    </w:tbl>
    <w:p w14:paraId="1C2C2319" w14:textId="77777777" w:rsidR="009E3460" w:rsidRDefault="00C27348" w:rsidP="00E543ED">
      <w:pPr>
        <w:bidi/>
        <w:spacing w:before="200" w:after="80"/>
        <w:jc w:val="center"/>
      </w:pPr>
      <w:r>
        <w:rPr>
          <w:rFonts w:ascii="Arial" w:hAnsi="Arial" w:cs="Arial"/>
          <w:b/>
          <w:color w:val="12365B"/>
          <w:sz w:val="26"/>
          <w:rtl/>
        </w:rPr>
        <w:t>ثالثاً: نواقص أداة الدراسة والاستبانة</w:t>
      </w:r>
    </w:p>
    <w:tbl>
      <w:tblPr>
        <w:tblStyle w:val="TableGrid"/>
        <w:bidiVisual/>
        <w:tblW w:w="10020" w:type="dxa"/>
        <w:tblLook w:val="04A0" w:firstRow="1" w:lastRow="0" w:firstColumn="1" w:lastColumn="0" w:noHBand="0" w:noVBand="1"/>
      </w:tblPr>
      <w:tblGrid>
        <w:gridCol w:w="556"/>
        <w:gridCol w:w="3366"/>
        <w:gridCol w:w="4431"/>
        <w:gridCol w:w="1667"/>
      </w:tblGrid>
      <w:tr w:rsidR="009E3460" w14:paraId="5F161C2C" w14:textId="77777777" w:rsidTr="00C27348">
        <w:tc>
          <w:tcPr>
            <w:tcW w:w="556" w:type="dxa"/>
            <w:shd w:val="clear" w:color="auto" w:fill="12365B"/>
          </w:tcPr>
          <w:p w14:paraId="644B444E" w14:textId="77777777" w:rsidR="009E3460" w:rsidRDefault="00C27348" w:rsidP="00E543ED">
            <w:pPr>
              <w:bidi/>
              <w:spacing w:before="20" w:after="20"/>
              <w:jc w:val="center"/>
            </w:pPr>
            <w:r>
              <w:rPr>
                <w:rFonts w:ascii="Arial" w:hAnsi="Arial" w:cs="Arial"/>
                <w:b/>
                <w:color w:val="FFFFFF"/>
                <w:sz w:val="20"/>
                <w:rtl/>
              </w:rPr>
              <w:t>م</w:t>
            </w:r>
          </w:p>
        </w:tc>
        <w:tc>
          <w:tcPr>
            <w:tcW w:w="3366" w:type="dxa"/>
            <w:shd w:val="clear" w:color="auto" w:fill="12365B"/>
          </w:tcPr>
          <w:p w14:paraId="36885674" w14:textId="77777777" w:rsidR="009E3460" w:rsidRDefault="00C27348" w:rsidP="00E543ED">
            <w:pPr>
              <w:bidi/>
              <w:spacing w:before="20" w:after="20"/>
              <w:jc w:val="center"/>
            </w:pPr>
            <w:r>
              <w:rPr>
                <w:rFonts w:ascii="Arial" w:hAnsi="Arial" w:cs="Arial"/>
                <w:b/>
                <w:color w:val="FFFFFF"/>
                <w:sz w:val="20"/>
                <w:rtl/>
              </w:rPr>
              <w:t>ملاحظة اللجنة</w:t>
            </w:r>
          </w:p>
        </w:tc>
        <w:tc>
          <w:tcPr>
            <w:tcW w:w="4431" w:type="dxa"/>
            <w:shd w:val="clear" w:color="auto" w:fill="12365B"/>
          </w:tcPr>
          <w:p w14:paraId="27696C1F" w14:textId="77777777" w:rsidR="009E3460" w:rsidRDefault="00C27348" w:rsidP="00E543ED">
            <w:pPr>
              <w:bidi/>
              <w:spacing w:before="20" w:after="20"/>
              <w:jc w:val="center"/>
            </w:pPr>
            <w:r>
              <w:rPr>
                <w:rFonts w:ascii="Arial" w:hAnsi="Arial" w:cs="Arial"/>
                <w:b/>
                <w:color w:val="FFFFFF"/>
                <w:sz w:val="20"/>
                <w:rtl/>
              </w:rPr>
              <w:t>الإجراء المتَّخذ في النسخة المنقّحة</w:t>
            </w:r>
          </w:p>
        </w:tc>
        <w:tc>
          <w:tcPr>
            <w:tcW w:w="1667" w:type="dxa"/>
            <w:shd w:val="clear" w:color="auto" w:fill="12365B"/>
          </w:tcPr>
          <w:p w14:paraId="12659BC9" w14:textId="77777777" w:rsidR="009E3460" w:rsidRDefault="00C27348" w:rsidP="00E543ED">
            <w:pPr>
              <w:bidi/>
              <w:spacing w:before="20" w:after="20"/>
              <w:jc w:val="center"/>
            </w:pPr>
            <w:r>
              <w:rPr>
                <w:rFonts w:ascii="Arial" w:hAnsi="Arial" w:cs="Arial"/>
                <w:b/>
                <w:color w:val="FFFFFF"/>
                <w:sz w:val="20"/>
                <w:rtl/>
              </w:rPr>
              <w:t>الموضع/الحالة</w:t>
            </w:r>
          </w:p>
        </w:tc>
      </w:tr>
      <w:tr w:rsidR="009E3460" w14:paraId="70F48100" w14:textId="77777777" w:rsidTr="00C27348">
        <w:tc>
          <w:tcPr>
            <w:tcW w:w="556" w:type="dxa"/>
            <w:vAlign w:val="center"/>
          </w:tcPr>
          <w:p w14:paraId="6E43BFFD" w14:textId="77777777" w:rsidR="009E3460" w:rsidRDefault="00C27348" w:rsidP="00FD523C">
            <w:pPr>
              <w:bidi/>
              <w:spacing w:before="20" w:after="20"/>
              <w:jc w:val="center"/>
            </w:pPr>
            <w:r>
              <w:rPr>
                <w:rFonts w:ascii="Arial" w:hAnsi="Arial" w:cs="Arial"/>
                <w:b/>
                <w:sz w:val="20"/>
                <w:rtl/>
              </w:rPr>
              <w:lastRenderedPageBreak/>
              <w:t>48</w:t>
            </w:r>
          </w:p>
        </w:tc>
        <w:tc>
          <w:tcPr>
            <w:tcW w:w="3366" w:type="dxa"/>
            <w:vAlign w:val="center"/>
          </w:tcPr>
          <w:p w14:paraId="38293E5A" w14:textId="77777777" w:rsidR="009E3460" w:rsidRDefault="00C27348" w:rsidP="00E543ED">
            <w:pPr>
              <w:bidi/>
              <w:spacing w:before="20" w:after="20"/>
            </w:pPr>
            <w:r>
              <w:rPr>
                <w:rFonts w:ascii="Arial" w:hAnsi="Arial" w:cs="Arial"/>
                <w:sz w:val="18"/>
                <w:rtl/>
              </w:rPr>
              <w:t>عدم إرفاق الاستبانة كاملة.</w:t>
            </w:r>
          </w:p>
        </w:tc>
        <w:tc>
          <w:tcPr>
            <w:tcW w:w="4431" w:type="dxa"/>
          </w:tcPr>
          <w:p w14:paraId="2149DCD6" w14:textId="77777777" w:rsidR="009E3460" w:rsidRDefault="00C27348" w:rsidP="00E543ED">
            <w:pPr>
              <w:bidi/>
              <w:spacing w:before="20" w:after="20"/>
              <w:jc w:val="center"/>
            </w:pPr>
            <w:r>
              <w:rPr>
                <w:rFonts w:ascii="Arial" w:hAnsi="Arial" w:cs="Arial"/>
                <w:sz w:val="18"/>
                <w:rtl/>
              </w:rPr>
              <w:t xml:space="preserve">نُصّ على إرفاق النسخة </w:t>
            </w:r>
            <w:r>
              <w:rPr>
                <w:rFonts w:ascii="Arial" w:hAnsi="Arial" w:cs="Arial"/>
                <w:sz w:val="18"/>
                <w:rtl/>
              </w:rPr>
              <w:t>الكاملة بفقراتها وتعليماتها في الملحق.</w:t>
            </w:r>
          </w:p>
        </w:tc>
        <w:tc>
          <w:tcPr>
            <w:tcW w:w="1667" w:type="dxa"/>
            <w:shd w:val="clear" w:color="auto" w:fill="E2EFDA"/>
            <w:vAlign w:val="center"/>
          </w:tcPr>
          <w:p w14:paraId="29A9C4ED" w14:textId="77777777" w:rsidR="009E3460" w:rsidRDefault="00C27348" w:rsidP="00C27348">
            <w:pPr>
              <w:bidi/>
              <w:spacing w:before="20" w:after="20"/>
              <w:jc w:val="center"/>
            </w:pPr>
            <w:r>
              <w:rPr>
                <w:rFonts w:ascii="Arial" w:hAnsi="Arial" w:cs="Arial"/>
                <w:sz w:val="16"/>
                <w:rtl/>
              </w:rPr>
              <w:t>مُعالَجة (جـ4)</w:t>
            </w:r>
          </w:p>
        </w:tc>
      </w:tr>
      <w:tr w:rsidR="009E3460" w14:paraId="3012A93A" w14:textId="77777777" w:rsidTr="00C27348">
        <w:tc>
          <w:tcPr>
            <w:tcW w:w="556" w:type="dxa"/>
            <w:vAlign w:val="center"/>
          </w:tcPr>
          <w:p w14:paraId="6F05D316" w14:textId="77777777" w:rsidR="009E3460" w:rsidRDefault="00C27348" w:rsidP="00FD523C">
            <w:pPr>
              <w:bidi/>
              <w:spacing w:before="20" w:after="20"/>
              <w:jc w:val="center"/>
            </w:pPr>
            <w:r>
              <w:rPr>
                <w:rFonts w:ascii="Arial" w:hAnsi="Arial" w:cs="Arial"/>
                <w:b/>
                <w:sz w:val="20"/>
                <w:rtl/>
              </w:rPr>
              <w:t>49</w:t>
            </w:r>
          </w:p>
        </w:tc>
        <w:tc>
          <w:tcPr>
            <w:tcW w:w="3366" w:type="dxa"/>
            <w:vAlign w:val="center"/>
          </w:tcPr>
          <w:p w14:paraId="4D7FD705" w14:textId="77777777" w:rsidR="009E3460" w:rsidRDefault="00C27348" w:rsidP="00E543ED">
            <w:pPr>
              <w:bidi/>
              <w:spacing w:before="20" w:after="20"/>
            </w:pPr>
            <w:r>
              <w:rPr>
                <w:rFonts w:ascii="Arial" w:hAnsi="Arial" w:cs="Arial"/>
                <w:sz w:val="18"/>
                <w:rtl/>
              </w:rPr>
              <w:t>طول الاستبانة (82 فقرة).</w:t>
            </w:r>
          </w:p>
        </w:tc>
        <w:tc>
          <w:tcPr>
            <w:tcW w:w="4431" w:type="dxa"/>
          </w:tcPr>
          <w:p w14:paraId="3C68C78A" w14:textId="77777777" w:rsidR="009E3460" w:rsidRDefault="00C27348" w:rsidP="00E543ED">
            <w:pPr>
              <w:bidi/>
              <w:spacing w:before="20" w:after="20"/>
              <w:jc w:val="center"/>
            </w:pPr>
            <w:r>
              <w:rPr>
                <w:rFonts w:ascii="Arial" w:hAnsi="Arial" w:cs="Arial"/>
                <w:sz w:val="18"/>
                <w:rtl/>
              </w:rPr>
              <w:t>نُصّ على قياس الزمن في الاستطلاع وفحص الحاجة للاختصار.</w:t>
            </w:r>
          </w:p>
        </w:tc>
        <w:tc>
          <w:tcPr>
            <w:tcW w:w="1667" w:type="dxa"/>
            <w:shd w:val="clear" w:color="auto" w:fill="E2EFDA"/>
            <w:vAlign w:val="center"/>
          </w:tcPr>
          <w:p w14:paraId="1ABBC21E" w14:textId="77777777" w:rsidR="009E3460" w:rsidRDefault="00C27348" w:rsidP="00C27348">
            <w:pPr>
              <w:bidi/>
              <w:spacing w:before="20" w:after="20"/>
              <w:jc w:val="center"/>
            </w:pPr>
            <w:r>
              <w:rPr>
                <w:rFonts w:ascii="Arial" w:hAnsi="Arial" w:cs="Arial"/>
                <w:sz w:val="16"/>
                <w:rtl/>
              </w:rPr>
              <w:t>مُعالَجة (جـ4)</w:t>
            </w:r>
          </w:p>
        </w:tc>
      </w:tr>
      <w:tr w:rsidR="009E3460" w14:paraId="3DB50FCF" w14:textId="77777777" w:rsidTr="00C27348">
        <w:tc>
          <w:tcPr>
            <w:tcW w:w="556" w:type="dxa"/>
            <w:vAlign w:val="center"/>
          </w:tcPr>
          <w:p w14:paraId="56F2F5FA" w14:textId="77777777" w:rsidR="009E3460" w:rsidRDefault="00C27348" w:rsidP="00FD523C">
            <w:pPr>
              <w:bidi/>
              <w:spacing w:before="20" w:after="20"/>
              <w:jc w:val="center"/>
            </w:pPr>
            <w:r>
              <w:rPr>
                <w:rFonts w:ascii="Arial" w:hAnsi="Arial" w:cs="Arial"/>
                <w:b/>
                <w:sz w:val="20"/>
                <w:rtl/>
              </w:rPr>
              <w:t>50</w:t>
            </w:r>
          </w:p>
        </w:tc>
        <w:tc>
          <w:tcPr>
            <w:tcW w:w="3366" w:type="dxa"/>
            <w:vAlign w:val="center"/>
          </w:tcPr>
          <w:p w14:paraId="41D364D7" w14:textId="77777777" w:rsidR="009E3460" w:rsidRDefault="00C27348" w:rsidP="00E543ED">
            <w:pPr>
              <w:bidi/>
              <w:spacing w:before="20" w:after="20"/>
            </w:pPr>
            <w:r>
              <w:rPr>
                <w:rFonts w:ascii="Arial" w:hAnsi="Arial" w:cs="Arial"/>
                <w:sz w:val="18"/>
                <w:rtl/>
              </w:rPr>
              <w:t>عدم ذكر زمن الإكمال المتوقع.</w:t>
            </w:r>
          </w:p>
        </w:tc>
        <w:tc>
          <w:tcPr>
            <w:tcW w:w="4431" w:type="dxa"/>
          </w:tcPr>
          <w:p w14:paraId="65D070F5" w14:textId="77777777" w:rsidR="009E3460" w:rsidRDefault="00C27348" w:rsidP="00E543ED">
            <w:pPr>
              <w:bidi/>
              <w:spacing w:before="20" w:after="20"/>
              <w:jc w:val="center"/>
            </w:pPr>
            <w:r>
              <w:rPr>
                <w:rFonts w:ascii="Arial" w:hAnsi="Arial" w:cs="Arial"/>
                <w:sz w:val="18"/>
                <w:rtl/>
              </w:rPr>
              <w:t>سيُقاس فعلياً في الاستطلاع ويُدرَج في خطاب المشاركة.</w:t>
            </w:r>
          </w:p>
        </w:tc>
        <w:tc>
          <w:tcPr>
            <w:tcW w:w="1667" w:type="dxa"/>
            <w:shd w:val="clear" w:color="auto" w:fill="E2EFDA"/>
            <w:vAlign w:val="center"/>
          </w:tcPr>
          <w:p w14:paraId="088A5394" w14:textId="77777777" w:rsidR="009E3460" w:rsidRDefault="00C27348" w:rsidP="00C27348">
            <w:pPr>
              <w:bidi/>
              <w:spacing w:before="20" w:after="20"/>
              <w:jc w:val="center"/>
            </w:pPr>
            <w:r>
              <w:rPr>
                <w:rFonts w:ascii="Arial" w:hAnsi="Arial" w:cs="Arial"/>
                <w:sz w:val="16"/>
                <w:rtl/>
              </w:rPr>
              <w:t xml:space="preserve">مُعالَجة </w:t>
            </w:r>
            <w:r>
              <w:rPr>
                <w:rFonts w:ascii="Arial" w:hAnsi="Arial" w:cs="Arial"/>
                <w:sz w:val="16"/>
                <w:rtl/>
              </w:rPr>
              <w:t>(جـ4)</w:t>
            </w:r>
          </w:p>
        </w:tc>
      </w:tr>
      <w:tr w:rsidR="009E3460" w14:paraId="587E83F4" w14:textId="77777777" w:rsidTr="00C27348">
        <w:tc>
          <w:tcPr>
            <w:tcW w:w="556" w:type="dxa"/>
            <w:vAlign w:val="center"/>
          </w:tcPr>
          <w:p w14:paraId="662C5722" w14:textId="77777777" w:rsidR="009E3460" w:rsidRDefault="00C27348" w:rsidP="00FD523C">
            <w:pPr>
              <w:bidi/>
              <w:spacing w:before="20" w:after="20"/>
              <w:jc w:val="center"/>
            </w:pPr>
            <w:r>
              <w:rPr>
                <w:rFonts w:ascii="Arial" w:hAnsi="Arial" w:cs="Arial"/>
                <w:b/>
                <w:sz w:val="20"/>
                <w:rtl/>
              </w:rPr>
              <w:t>51</w:t>
            </w:r>
          </w:p>
        </w:tc>
        <w:tc>
          <w:tcPr>
            <w:tcW w:w="3366" w:type="dxa"/>
            <w:vAlign w:val="center"/>
          </w:tcPr>
          <w:p w14:paraId="4E179283" w14:textId="77777777" w:rsidR="009E3460" w:rsidRDefault="00C27348" w:rsidP="00E543ED">
            <w:pPr>
              <w:bidi/>
              <w:spacing w:before="20" w:after="20"/>
            </w:pPr>
            <w:r>
              <w:rPr>
                <w:rFonts w:ascii="Arial" w:hAnsi="Arial" w:cs="Arial"/>
                <w:sz w:val="18"/>
                <w:rtl/>
              </w:rPr>
              <w:t>وصف الأداة بأنها نهائية قبل الاستطلاع.</w:t>
            </w:r>
          </w:p>
        </w:tc>
        <w:tc>
          <w:tcPr>
            <w:tcW w:w="4431" w:type="dxa"/>
          </w:tcPr>
          <w:p w14:paraId="795C794A" w14:textId="77777777" w:rsidR="009E3460" w:rsidRDefault="00C27348" w:rsidP="00E543ED">
            <w:pPr>
              <w:bidi/>
              <w:spacing w:before="20" w:after="20"/>
              <w:jc w:val="center"/>
            </w:pPr>
            <w:r>
              <w:rPr>
                <w:rFonts w:ascii="Arial" w:hAnsi="Arial" w:cs="Arial"/>
                <w:sz w:val="18"/>
                <w:rtl/>
              </w:rPr>
              <w:t>صُحِّح الوصف إلى «الصورة الأولية (قبل الاختبار الاستطلاعي)».</w:t>
            </w:r>
          </w:p>
        </w:tc>
        <w:tc>
          <w:tcPr>
            <w:tcW w:w="1667" w:type="dxa"/>
            <w:shd w:val="clear" w:color="auto" w:fill="E2EFDA"/>
            <w:vAlign w:val="center"/>
          </w:tcPr>
          <w:p w14:paraId="6BA5F395" w14:textId="77777777" w:rsidR="009E3460" w:rsidRDefault="00C27348" w:rsidP="00C27348">
            <w:pPr>
              <w:bidi/>
              <w:spacing w:before="20" w:after="20"/>
              <w:jc w:val="center"/>
            </w:pPr>
            <w:r>
              <w:rPr>
                <w:rFonts w:ascii="Arial" w:hAnsi="Arial" w:cs="Arial"/>
                <w:sz w:val="16"/>
                <w:rtl/>
              </w:rPr>
              <w:t>مُعالَجة (جـ4)</w:t>
            </w:r>
          </w:p>
        </w:tc>
      </w:tr>
      <w:tr w:rsidR="009E3460" w14:paraId="376C5B21" w14:textId="77777777" w:rsidTr="00C27348">
        <w:tc>
          <w:tcPr>
            <w:tcW w:w="556" w:type="dxa"/>
            <w:vAlign w:val="center"/>
          </w:tcPr>
          <w:p w14:paraId="089905FB" w14:textId="77777777" w:rsidR="009E3460" w:rsidRDefault="00C27348" w:rsidP="00FD523C">
            <w:pPr>
              <w:bidi/>
              <w:spacing w:before="20" w:after="20"/>
              <w:jc w:val="center"/>
            </w:pPr>
            <w:r>
              <w:rPr>
                <w:rFonts w:ascii="Arial" w:hAnsi="Arial" w:cs="Arial"/>
                <w:b/>
                <w:sz w:val="20"/>
                <w:rtl/>
              </w:rPr>
              <w:t>52</w:t>
            </w:r>
          </w:p>
        </w:tc>
        <w:tc>
          <w:tcPr>
            <w:tcW w:w="3366" w:type="dxa"/>
            <w:vAlign w:val="center"/>
          </w:tcPr>
          <w:p w14:paraId="71871598" w14:textId="77777777" w:rsidR="009E3460" w:rsidRDefault="00C27348" w:rsidP="00E543ED">
            <w:pPr>
              <w:bidi/>
              <w:spacing w:before="20" w:after="20"/>
            </w:pPr>
            <w:r>
              <w:rPr>
                <w:rFonts w:ascii="Arial" w:hAnsi="Arial" w:cs="Arial"/>
                <w:sz w:val="18"/>
                <w:rtl/>
              </w:rPr>
              <w:t>عدم عرض أعداد الفقرات قبل/بعد التحكيم.</w:t>
            </w:r>
          </w:p>
        </w:tc>
        <w:tc>
          <w:tcPr>
            <w:tcW w:w="4431" w:type="dxa"/>
          </w:tcPr>
          <w:p w14:paraId="665456E3" w14:textId="77777777" w:rsidR="009E3460" w:rsidRDefault="00C27348" w:rsidP="00E543ED">
            <w:pPr>
              <w:bidi/>
              <w:spacing w:before="20" w:after="20"/>
              <w:jc w:val="center"/>
            </w:pPr>
            <w:r>
              <w:rPr>
                <w:rFonts w:ascii="Arial" w:hAnsi="Arial" w:cs="Arial"/>
                <w:sz w:val="18"/>
                <w:rtl/>
              </w:rPr>
              <w:t>نُصّ على عرض أعداد الفقرات المعدَّلة/المحذوفة بعد التحكيم.</w:t>
            </w:r>
          </w:p>
        </w:tc>
        <w:tc>
          <w:tcPr>
            <w:tcW w:w="1667" w:type="dxa"/>
            <w:shd w:val="clear" w:color="auto" w:fill="E2EFDA"/>
            <w:vAlign w:val="center"/>
          </w:tcPr>
          <w:p w14:paraId="4C96273E" w14:textId="77777777" w:rsidR="009E3460" w:rsidRDefault="00C27348" w:rsidP="00C27348">
            <w:pPr>
              <w:bidi/>
              <w:spacing w:before="20" w:after="20"/>
              <w:jc w:val="center"/>
            </w:pPr>
            <w:r>
              <w:rPr>
                <w:rFonts w:ascii="Arial" w:hAnsi="Arial" w:cs="Arial"/>
                <w:sz w:val="16"/>
                <w:rtl/>
              </w:rPr>
              <w:t>مُعالَجة (جـ4/جـ6)</w:t>
            </w:r>
          </w:p>
        </w:tc>
      </w:tr>
      <w:tr w:rsidR="009E3460" w14:paraId="2BD9A249" w14:textId="77777777" w:rsidTr="00C27348">
        <w:tc>
          <w:tcPr>
            <w:tcW w:w="556" w:type="dxa"/>
            <w:vAlign w:val="center"/>
          </w:tcPr>
          <w:p w14:paraId="52F0C027" w14:textId="77777777" w:rsidR="009E3460" w:rsidRDefault="00C27348" w:rsidP="00FD523C">
            <w:pPr>
              <w:bidi/>
              <w:spacing w:before="20" w:after="20"/>
              <w:jc w:val="center"/>
            </w:pPr>
            <w:r>
              <w:rPr>
                <w:rFonts w:ascii="Arial" w:hAnsi="Arial" w:cs="Arial"/>
                <w:b/>
                <w:sz w:val="20"/>
                <w:rtl/>
              </w:rPr>
              <w:t>53</w:t>
            </w:r>
          </w:p>
        </w:tc>
        <w:tc>
          <w:tcPr>
            <w:tcW w:w="3366" w:type="dxa"/>
            <w:vAlign w:val="center"/>
          </w:tcPr>
          <w:p w14:paraId="790876B9" w14:textId="77777777" w:rsidR="009E3460" w:rsidRDefault="00C27348" w:rsidP="00E543ED">
            <w:pPr>
              <w:bidi/>
              <w:spacing w:before="20" w:after="20"/>
            </w:pPr>
            <w:r>
              <w:rPr>
                <w:rFonts w:ascii="Arial" w:hAnsi="Arial" w:cs="Arial"/>
                <w:sz w:val="18"/>
                <w:rtl/>
              </w:rPr>
              <w:t xml:space="preserve">عدم </w:t>
            </w:r>
            <w:r>
              <w:rPr>
                <w:rFonts w:ascii="Arial" w:hAnsi="Arial" w:cs="Arial"/>
                <w:sz w:val="18"/>
                <w:rtl/>
              </w:rPr>
              <w:t>ربط كل فقرة بمصدرها.</w:t>
            </w:r>
          </w:p>
        </w:tc>
        <w:tc>
          <w:tcPr>
            <w:tcW w:w="4431" w:type="dxa"/>
          </w:tcPr>
          <w:p w14:paraId="54BFA040" w14:textId="77777777" w:rsidR="009E3460" w:rsidRDefault="00C27348" w:rsidP="00E543ED">
            <w:pPr>
              <w:bidi/>
              <w:spacing w:before="20" w:after="20"/>
              <w:jc w:val="center"/>
            </w:pPr>
            <w:r>
              <w:rPr>
                <w:rFonts w:ascii="Arial" w:hAnsi="Arial" w:cs="Arial"/>
                <w:sz w:val="18"/>
                <w:rtl/>
              </w:rPr>
              <w:t>أُضيف جدول يربط كل فقرة برقمها ومصدرها وطريقة تطويرها.</w:t>
            </w:r>
          </w:p>
        </w:tc>
        <w:tc>
          <w:tcPr>
            <w:tcW w:w="1667" w:type="dxa"/>
            <w:shd w:val="clear" w:color="auto" w:fill="E2EFDA"/>
            <w:vAlign w:val="center"/>
          </w:tcPr>
          <w:p w14:paraId="567399A1" w14:textId="77777777" w:rsidR="009E3460" w:rsidRDefault="00C27348" w:rsidP="00C27348">
            <w:pPr>
              <w:bidi/>
              <w:spacing w:before="20" w:after="20"/>
              <w:jc w:val="center"/>
            </w:pPr>
            <w:r>
              <w:rPr>
                <w:rFonts w:ascii="Arial" w:hAnsi="Arial" w:cs="Arial"/>
                <w:sz w:val="16"/>
                <w:rtl/>
              </w:rPr>
              <w:t>مُعالَجة (جـ4)</w:t>
            </w:r>
          </w:p>
        </w:tc>
      </w:tr>
      <w:tr w:rsidR="009E3460" w14:paraId="0732550D" w14:textId="77777777" w:rsidTr="00C27348">
        <w:tc>
          <w:tcPr>
            <w:tcW w:w="556" w:type="dxa"/>
            <w:vAlign w:val="center"/>
          </w:tcPr>
          <w:p w14:paraId="57339A78" w14:textId="77777777" w:rsidR="009E3460" w:rsidRDefault="00C27348" w:rsidP="00FD523C">
            <w:pPr>
              <w:bidi/>
              <w:spacing w:before="20" w:after="20"/>
              <w:jc w:val="center"/>
            </w:pPr>
            <w:r>
              <w:rPr>
                <w:rFonts w:ascii="Arial" w:hAnsi="Arial" w:cs="Arial"/>
                <w:b/>
                <w:sz w:val="20"/>
                <w:rtl/>
              </w:rPr>
              <w:t>54</w:t>
            </w:r>
          </w:p>
        </w:tc>
        <w:tc>
          <w:tcPr>
            <w:tcW w:w="3366" w:type="dxa"/>
            <w:vAlign w:val="center"/>
          </w:tcPr>
          <w:p w14:paraId="71B9C029" w14:textId="77777777" w:rsidR="009E3460" w:rsidRDefault="00C27348" w:rsidP="00E543ED">
            <w:pPr>
              <w:bidi/>
              <w:spacing w:before="20" w:after="20"/>
            </w:pPr>
            <w:r>
              <w:rPr>
                <w:rFonts w:ascii="Arial" w:hAnsi="Arial" w:cs="Arial"/>
                <w:sz w:val="18"/>
                <w:rtl/>
              </w:rPr>
              <w:t>وصف الفقرات مستمدة ومستوحاة معاً.</w:t>
            </w:r>
          </w:p>
        </w:tc>
        <w:tc>
          <w:tcPr>
            <w:tcW w:w="4431" w:type="dxa"/>
          </w:tcPr>
          <w:p w14:paraId="7E0DEB8A" w14:textId="77777777" w:rsidR="009E3460" w:rsidRDefault="00C27348" w:rsidP="00E543ED">
            <w:pPr>
              <w:bidi/>
              <w:spacing w:before="20" w:after="20"/>
              <w:jc w:val="center"/>
            </w:pPr>
            <w:r>
              <w:rPr>
                <w:rFonts w:ascii="Arial" w:hAnsi="Arial" w:cs="Arial"/>
                <w:sz w:val="18"/>
                <w:rtl/>
              </w:rPr>
              <w:t>مُيِّز المقتبس والمعدَّل والذي صاغه الباحث.</w:t>
            </w:r>
          </w:p>
        </w:tc>
        <w:tc>
          <w:tcPr>
            <w:tcW w:w="1667" w:type="dxa"/>
            <w:shd w:val="clear" w:color="auto" w:fill="E2EFDA"/>
            <w:vAlign w:val="center"/>
          </w:tcPr>
          <w:p w14:paraId="7711F6B4" w14:textId="77777777" w:rsidR="009E3460" w:rsidRDefault="00C27348" w:rsidP="00C27348">
            <w:pPr>
              <w:bidi/>
              <w:spacing w:before="20" w:after="20"/>
              <w:jc w:val="center"/>
            </w:pPr>
            <w:r>
              <w:rPr>
                <w:rFonts w:ascii="Arial" w:hAnsi="Arial" w:cs="Arial"/>
                <w:sz w:val="16"/>
                <w:rtl/>
              </w:rPr>
              <w:t>مُعالَجة (جـ4)</w:t>
            </w:r>
          </w:p>
        </w:tc>
      </w:tr>
      <w:tr w:rsidR="009E3460" w14:paraId="09A6A147" w14:textId="77777777" w:rsidTr="00C27348">
        <w:tc>
          <w:tcPr>
            <w:tcW w:w="556" w:type="dxa"/>
            <w:vAlign w:val="center"/>
          </w:tcPr>
          <w:p w14:paraId="30F5785D" w14:textId="77777777" w:rsidR="009E3460" w:rsidRDefault="00C27348" w:rsidP="00FD523C">
            <w:pPr>
              <w:bidi/>
              <w:spacing w:before="20" w:after="20"/>
              <w:jc w:val="center"/>
            </w:pPr>
            <w:r>
              <w:rPr>
                <w:rFonts w:ascii="Arial" w:hAnsi="Arial" w:cs="Arial"/>
                <w:b/>
                <w:sz w:val="20"/>
                <w:rtl/>
              </w:rPr>
              <w:t>55</w:t>
            </w:r>
          </w:p>
        </w:tc>
        <w:tc>
          <w:tcPr>
            <w:tcW w:w="3366" w:type="dxa"/>
            <w:vAlign w:val="center"/>
          </w:tcPr>
          <w:p w14:paraId="54175ACE" w14:textId="77777777" w:rsidR="009E3460" w:rsidRDefault="00C27348" w:rsidP="00E543ED">
            <w:pPr>
              <w:bidi/>
              <w:spacing w:before="20" w:after="20"/>
            </w:pPr>
            <w:r>
              <w:rPr>
                <w:rFonts w:ascii="Arial" w:hAnsi="Arial" w:cs="Arial"/>
                <w:sz w:val="18"/>
                <w:rtl/>
              </w:rPr>
              <w:t>استخدام معايير (ISO/OECD) كمصادر.</w:t>
            </w:r>
          </w:p>
        </w:tc>
        <w:tc>
          <w:tcPr>
            <w:tcW w:w="4431" w:type="dxa"/>
          </w:tcPr>
          <w:p w14:paraId="1F037491" w14:textId="77777777" w:rsidR="009E3460" w:rsidRDefault="00C27348" w:rsidP="00E543ED">
            <w:pPr>
              <w:bidi/>
              <w:spacing w:before="20" w:after="20"/>
              <w:jc w:val="center"/>
            </w:pPr>
            <w:r>
              <w:rPr>
                <w:rFonts w:ascii="Arial" w:hAnsi="Arial" w:cs="Arial"/>
                <w:sz w:val="18"/>
                <w:rtl/>
              </w:rPr>
              <w:t xml:space="preserve">وُضّح تحويل مبادئها </w:t>
            </w:r>
            <w:r>
              <w:rPr>
                <w:rFonts w:ascii="Arial" w:hAnsi="Arial" w:cs="Arial"/>
                <w:sz w:val="18"/>
                <w:rtl/>
              </w:rPr>
              <w:t>العامة إلى عبارات قابلة للقياس.</w:t>
            </w:r>
          </w:p>
        </w:tc>
        <w:tc>
          <w:tcPr>
            <w:tcW w:w="1667" w:type="dxa"/>
            <w:shd w:val="clear" w:color="auto" w:fill="E2EFDA"/>
            <w:vAlign w:val="center"/>
          </w:tcPr>
          <w:p w14:paraId="629BAF72" w14:textId="77777777" w:rsidR="009E3460" w:rsidRDefault="00C27348" w:rsidP="00C27348">
            <w:pPr>
              <w:bidi/>
              <w:spacing w:before="20" w:after="20"/>
              <w:jc w:val="center"/>
            </w:pPr>
            <w:r>
              <w:rPr>
                <w:rFonts w:ascii="Arial" w:hAnsi="Arial" w:cs="Arial"/>
                <w:sz w:val="16"/>
                <w:rtl/>
              </w:rPr>
              <w:t>مُعالَجة (جـ4)</w:t>
            </w:r>
          </w:p>
        </w:tc>
      </w:tr>
      <w:tr w:rsidR="009E3460" w14:paraId="32B87A73" w14:textId="77777777" w:rsidTr="00C27348">
        <w:tc>
          <w:tcPr>
            <w:tcW w:w="556" w:type="dxa"/>
            <w:vAlign w:val="center"/>
          </w:tcPr>
          <w:p w14:paraId="5885D3BE" w14:textId="77777777" w:rsidR="009E3460" w:rsidRDefault="00C27348" w:rsidP="00FD523C">
            <w:pPr>
              <w:bidi/>
              <w:spacing w:before="20" w:after="20"/>
              <w:jc w:val="center"/>
            </w:pPr>
            <w:r>
              <w:rPr>
                <w:rFonts w:ascii="Arial" w:hAnsi="Arial" w:cs="Arial"/>
                <w:b/>
                <w:sz w:val="20"/>
                <w:rtl/>
              </w:rPr>
              <w:t>56</w:t>
            </w:r>
          </w:p>
        </w:tc>
        <w:tc>
          <w:tcPr>
            <w:tcW w:w="3366" w:type="dxa"/>
            <w:vAlign w:val="center"/>
          </w:tcPr>
          <w:p w14:paraId="21190DA5" w14:textId="77777777" w:rsidR="009E3460" w:rsidRDefault="00C27348" w:rsidP="00E543ED">
            <w:pPr>
              <w:bidi/>
              <w:spacing w:before="20" w:after="20"/>
            </w:pPr>
            <w:r>
              <w:rPr>
                <w:rFonts w:ascii="Arial" w:hAnsi="Arial" w:cs="Arial"/>
                <w:sz w:val="18"/>
                <w:rtl/>
              </w:rPr>
              <w:t>عدم توضيح حقوق استخدام المقاييس.</w:t>
            </w:r>
          </w:p>
        </w:tc>
        <w:tc>
          <w:tcPr>
            <w:tcW w:w="4431" w:type="dxa"/>
          </w:tcPr>
          <w:p w14:paraId="592D42D0" w14:textId="77777777" w:rsidR="009E3460" w:rsidRDefault="00C27348" w:rsidP="00E543ED">
            <w:pPr>
              <w:bidi/>
              <w:spacing w:before="20" w:after="20"/>
              <w:jc w:val="center"/>
            </w:pPr>
            <w:r>
              <w:rPr>
                <w:rFonts w:ascii="Arial" w:hAnsi="Arial" w:cs="Arial"/>
                <w:sz w:val="18"/>
                <w:rtl/>
              </w:rPr>
              <w:t>نُصّ على مراعاة التراخيص والأذونات عند اللزوم.</w:t>
            </w:r>
          </w:p>
        </w:tc>
        <w:tc>
          <w:tcPr>
            <w:tcW w:w="1667" w:type="dxa"/>
            <w:shd w:val="clear" w:color="auto" w:fill="E2EFDA"/>
            <w:vAlign w:val="center"/>
          </w:tcPr>
          <w:p w14:paraId="38691787" w14:textId="77777777" w:rsidR="009E3460" w:rsidRDefault="00C27348" w:rsidP="00C27348">
            <w:pPr>
              <w:bidi/>
              <w:spacing w:before="20" w:after="20"/>
              <w:jc w:val="center"/>
            </w:pPr>
            <w:r>
              <w:rPr>
                <w:rFonts w:ascii="Arial" w:hAnsi="Arial" w:cs="Arial"/>
                <w:sz w:val="16"/>
                <w:rtl/>
              </w:rPr>
              <w:t>مُعالَجة (جـ4)</w:t>
            </w:r>
          </w:p>
        </w:tc>
      </w:tr>
      <w:tr w:rsidR="009E3460" w14:paraId="12373AEA" w14:textId="77777777" w:rsidTr="00C27348">
        <w:tc>
          <w:tcPr>
            <w:tcW w:w="556" w:type="dxa"/>
            <w:vAlign w:val="center"/>
          </w:tcPr>
          <w:p w14:paraId="6A3E5089" w14:textId="77777777" w:rsidR="009E3460" w:rsidRDefault="00C27348" w:rsidP="00FD523C">
            <w:pPr>
              <w:bidi/>
              <w:spacing w:before="20" w:after="20"/>
              <w:jc w:val="center"/>
            </w:pPr>
            <w:r>
              <w:rPr>
                <w:rFonts w:ascii="Arial" w:hAnsi="Arial" w:cs="Arial"/>
                <w:b/>
                <w:sz w:val="20"/>
                <w:rtl/>
              </w:rPr>
              <w:t>57</w:t>
            </w:r>
          </w:p>
        </w:tc>
        <w:tc>
          <w:tcPr>
            <w:tcW w:w="3366" w:type="dxa"/>
            <w:vAlign w:val="center"/>
          </w:tcPr>
          <w:p w14:paraId="73A491E6" w14:textId="77777777" w:rsidR="009E3460" w:rsidRDefault="00C27348" w:rsidP="00E543ED">
            <w:pPr>
              <w:bidi/>
              <w:spacing w:before="20" w:after="20"/>
            </w:pPr>
            <w:r>
              <w:rPr>
                <w:rFonts w:ascii="Arial" w:hAnsi="Arial" w:cs="Arial"/>
                <w:sz w:val="18"/>
                <w:rtl/>
              </w:rPr>
              <w:t>عدم توضيح خصائص المترجمين.</w:t>
            </w:r>
          </w:p>
        </w:tc>
        <w:tc>
          <w:tcPr>
            <w:tcW w:w="4431" w:type="dxa"/>
          </w:tcPr>
          <w:p w14:paraId="0B7E279C" w14:textId="77777777" w:rsidR="009E3460" w:rsidRDefault="00C27348" w:rsidP="00E543ED">
            <w:pPr>
              <w:bidi/>
              <w:spacing w:before="20" w:after="20"/>
              <w:jc w:val="center"/>
            </w:pPr>
            <w:r>
              <w:rPr>
                <w:rFonts w:ascii="Arial" w:hAnsi="Arial" w:cs="Arial"/>
                <w:sz w:val="18"/>
                <w:rtl/>
              </w:rPr>
              <w:t>أُضيفت مؤهلات المترجمَين المزدوجة (لغة/مجال/مصطلحات المياه).</w:t>
            </w:r>
          </w:p>
        </w:tc>
        <w:tc>
          <w:tcPr>
            <w:tcW w:w="1667" w:type="dxa"/>
            <w:shd w:val="clear" w:color="auto" w:fill="E2EFDA"/>
            <w:vAlign w:val="center"/>
          </w:tcPr>
          <w:p w14:paraId="01C23350" w14:textId="77777777" w:rsidR="009E3460" w:rsidRDefault="00C27348" w:rsidP="00C27348">
            <w:pPr>
              <w:bidi/>
              <w:spacing w:before="20" w:after="20"/>
              <w:jc w:val="center"/>
            </w:pPr>
            <w:r>
              <w:rPr>
                <w:rFonts w:ascii="Arial" w:hAnsi="Arial" w:cs="Arial"/>
                <w:sz w:val="16"/>
                <w:rtl/>
              </w:rPr>
              <w:t>مُعالَجة (جـ4)</w:t>
            </w:r>
          </w:p>
        </w:tc>
      </w:tr>
      <w:tr w:rsidR="009E3460" w14:paraId="2DD6F290" w14:textId="77777777" w:rsidTr="00C27348">
        <w:tc>
          <w:tcPr>
            <w:tcW w:w="556" w:type="dxa"/>
            <w:vAlign w:val="center"/>
          </w:tcPr>
          <w:p w14:paraId="6BDBD4FC" w14:textId="77777777" w:rsidR="009E3460" w:rsidRDefault="00C27348" w:rsidP="00FD523C">
            <w:pPr>
              <w:bidi/>
              <w:spacing w:before="20" w:after="20"/>
              <w:jc w:val="center"/>
            </w:pPr>
            <w:r>
              <w:rPr>
                <w:rFonts w:ascii="Arial" w:hAnsi="Arial" w:cs="Arial"/>
                <w:b/>
                <w:sz w:val="20"/>
                <w:rtl/>
              </w:rPr>
              <w:t>58</w:t>
            </w:r>
          </w:p>
        </w:tc>
        <w:tc>
          <w:tcPr>
            <w:tcW w:w="3366" w:type="dxa"/>
            <w:vAlign w:val="center"/>
          </w:tcPr>
          <w:p w14:paraId="6B86BE4E" w14:textId="77777777" w:rsidR="009E3460" w:rsidRDefault="00C27348" w:rsidP="00E543ED">
            <w:pPr>
              <w:bidi/>
              <w:spacing w:before="20" w:after="20"/>
            </w:pPr>
            <w:r>
              <w:rPr>
                <w:rFonts w:ascii="Arial" w:hAnsi="Arial" w:cs="Arial"/>
                <w:sz w:val="18"/>
                <w:rtl/>
              </w:rPr>
              <w:t>غياب المراجعة الجماعية للترجمة.</w:t>
            </w:r>
          </w:p>
        </w:tc>
        <w:tc>
          <w:tcPr>
            <w:tcW w:w="4431" w:type="dxa"/>
          </w:tcPr>
          <w:p w14:paraId="2B3FB2CB" w14:textId="77777777" w:rsidR="009E3460" w:rsidRDefault="00C27348" w:rsidP="00E543ED">
            <w:pPr>
              <w:bidi/>
              <w:spacing w:before="20" w:after="20"/>
              <w:jc w:val="center"/>
            </w:pPr>
            <w:r>
              <w:rPr>
                <w:rFonts w:ascii="Arial" w:hAnsi="Arial" w:cs="Arial"/>
                <w:sz w:val="18"/>
                <w:rtl/>
              </w:rPr>
              <w:t>أُضيفت مراجعة لجنة تضم متخصصاً لغوياً وآخر في المجال.</w:t>
            </w:r>
          </w:p>
        </w:tc>
        <w:tc>
          <w:tcPr>
            <w:tcW w:w="1667" w:type="dxa"/>
            <w:shd w:val="clear" w:color="auto" w:fill="E2EFDA"/>
            <w:vAlign w:val="center"/>
          </w:tcPr>
          <w:p w14:paraId="45BAE459" w14:textId="77777777" w:rsidR="009E3460" w:rsidRDefault="00C27348" w:rsidP="00C27348">
            <w:pPr>
              <w:bidi/>
              <w:spacing w:before="20" w:after="20"/>
              <w:jc w:val="center"/>
            </w:pPr>
            <w:r>
              <w:rPr>
                <w:rFonts w:ascii="Arial" w:hAnsi="Arial" w:cs="Arial"/>
                <w:sz w:val="16"/>
                <w:rtl/>
              </w:rPr>
              <w:t>مُعالَجة (جـ4)</w:t>
            </w:r>
          </w:p>
        </w:tc>
      </w:tr>
      <w:tr w:rsidR="009E3460" w14:paraId="4083B6BA" w14:textId="77777777" w:rsidTr="00C27348">
        <w:tc>
          <w:tcPr>
            <w:tcW w:w="556" w:type="dxa"/>
            <w:vAlign w:val="center"/>
          </w:tcPr>
          <w:p w14:paraId="2A245C0D" w14:textId="77777777" w:rsidR="009E3460" w:rsidRDefault="00C27348" w:rsidP="00FD523C">
            <w:pPr>
              <w:bidi/>
              <w:spacing w:before="20" w:after="20"/>
              <w:jc w:val="center"/>
            </w:pPr>
            <w:r>
              <w:rPr>
                <w:rFonts w:ascii="Arial" w:hAnsi="Arial" w:cs="Arial"/>
                <w:b/>
                <w:sz w:val="20"/>
                <w:rtl/>
              </w:rPr>
              <w:t>59</w:t>
            </w:r>
          </w:p>
        </w:tc>
        <w:tc>
          <w:tcPr>
            <w:tcW w:w="3366" w:type="dxa"/>
            <w:vAlign w:val="center"/>
          </w:tcPr>
          <w:p w14:paraId="4FEC1B1D" w14:textId="77777777" w:rsidR="009E3460" w:rsidRDefault="00C27348" w:rsidP="00E543ED">
            <w:pPr>
              <w:bidi/>
              <w:spacing w:before="20" w:after="20"/>
            </w:pPr>
            <w:r>
              <w:rPr>
                <w:rFonts w:ascii="Arial" w:hAnsi="Arial" w:cs="Arial"/>
                <w:sz w:val="18"/>
                <w:rtl/>
              </w:rPr>
              <w:t>غياب المقابلات الإدراكية.</w:t>
            </w:r>
          </w:p>
        </w:tc>
        <w:tc>
          <w:tcPr>
            <w:tcW w:w="4431" w:type="dxa"/>
          </w:tcPr>
          <w:p w14:paraId="2FD910D0" w14:textId="77777777" w:rsidR="009E3460" w:rsidRDefault="00C27348" w:rsidP="00E543ED">
            <w:pPr>
              <w:bidi/>
              <w:spacing w:before="20" w:after="20"/>
              <w:jc w:val="center"/>
            </w:pPr>
            <w:r>
              <w:rPr>
                <w:rFonts w:ascii="Arial" w:hAnsi="Arial" w:cs="Arial"/>
                <w:sz w:val="18"/>
                <w:rtl/>
              </w:rPr>
              <w:t>أُضيفت مقابلات إدراكية قبل الاستطلاع للفقرات التقنية.</w:t>
            </w:r>
          </w:p>
        </w:tc>
        <w:tc>
          <w:tcPr>
            <w:tcW w:w="1667" w:type="dxa"/>
            <w:shd w:val="clear" w:color="auto" w:fill="E2EFDA"/>
            <w:vAlign w:val="center"/>
          </w:tcPr>
          <w:p w14:paraId="3566B6E8" w14:textId="77777777" w:rsidR="009E3460" w:rsidRDefault="00C27348" w:rsidP="00C27348">
            <w:pPr>
              <w:bidi/>
              <w:spacing w:before="20" w:after="20"/>
              <w:jc w:val="center"/>
            </w:pPr>
            <w:r>
              <w:rPr>
                <w:rFonts w:ascii="Arial" w:hAnsi="Arial" w:cs="Arial"/>
                <w:sz w:val="16"/>
                <w:rtl/>
              </w:rPr>
              <w:t>مُعالَجة (جـ4)</w:t>
            </w:r>
          </w:p>
        </w:tc>
      </w:tr>
      <w:tr w:rsidR="009E3460" w14:paraId="34C71071" w14:textId="77777777" w:rsidTr="00C27348">
        <w:tc>
          <w:tcPr>
            <w:tcW w:w="556" w:type="dxa"/>
            <w:vAlign w:val="center"/>
          </w:tcPr>
          <w:p w14:paraId="1805CC3F" w14:textId="77777777" w:rsidR="009E3460" w:rsidRDefault="00C27348" w:rsidP="00FD523C">
            <w:pPr>
              <w:bidi/>
              <w:spacing w:before="20" w:after="20"/>
              <w:jc w:val="center"/>
            </w:pPr>
            <w:r>
              <w:rPr>
                <w:rFonts w:ascii="Arial" w:hAnsi="Arial" w:cs="Arial"/>
                <w:b/>
                <w:sz w:val="20"/>
                <w:rtl/>
              </w:rPr>
              <w:t>60</w:t>
            </w:r>
          </w:p>
        </w:tc>
        <w:tc>
          <w:tcPr>
            <w:tcW w:w="3366" w:type="dxa"/>
            <w:vAlign w:val="center"/>
          </w:tcPr>
          <w:p w14:paraId="31795C16" w14:textId="77777777" w:rsidR="009E3460" w:rsidRDefault="00C27348" w:rsidP="00E543ED">
            <w:pPr>
              <w:bidi/>
              <w:spacing w:before="20" w:after="20"/>
            </w:pPr>
            <w:r>
              <w:rPr>
                <w:rFonts w:ascii="Arial" w:hAnsi="Arial" w:cs="Arial"/>
                <w:sz w:val="18"/>
                <w:rtl/>
              </w:rPr>
              <w:t>عدم توضيح الفقرات العكسية.</w:t>
            </w:r>
          </w:p>
        </w:tc>
        <w:tc>
          <w:tcPr>
            <w:tcW w:w="4431" w:type="dxa"/>
          </w:tcPr>
          <w:p w14:paraId="17CE919C" w14:textId="77777777" w:rsidR="009E3460" w:rsidRDefault="00C27348" w:rsidP="00E543ED">
            <w:pPr>
              <w:bidi/>
              <w:spacing w:before="20" w:after="20"/>
              <w:jc w:val="center"/>
            </w:pPr>
            <w:r>
              <w:rPr>
                <w:rFonts w:ascii="Arial" w:hAnsi="Arial" w:cs="Arial"/>
                <w:sz w:val="18"/>
                <w:rtl/>
              </w:rPr>
              <w:t xml:space="preserve">نُصّ على وجودها </w:t>
            </w:r>
            <w:r>
              <w:rPr>
                <w:rFonts w:ascii="Arial" w:hAnsi="Arial" w:cs="Arial"/>
                <w:sz w:val="18"/>
                <w:rtl/>
              </w:rPr>
              <w:t>وإعادة ترميزها عكسياً قبل التحليل.</w:t>
            </w:r>
          </w:p>
        </w:tc>
        <w:tc>
          <w:tcPr>
            <w:tcW w:w="1667" w:type="dxa"/>
            <w:shd w:val="clear" w:color="auto" w:fill="E2EFDA"/>
            <w:vAlign w:val="center"/>
          </w:tcPr>
          <w:p w14:paraId="6AB4CA70" w14:textId="77777777" w:rsidR="009E3460" w:rsidRDefault="00C27348" w:rsidP="00C27348">
            <w:pPr>
              <w:bidi/>
              <w:spacing w:before="20" w:after="20"/>
              <w:jc w:val="center"/>
            </w:pPr>
            <w:r>
              <w:rPr>
                <w:rFonts w:ascii="Arial" w:hAnsi="Arial" w:cs="Arial"/>
                <w:sz w:val="16"/>
                <w:rtl/>
              </w:rPr>
              <w:t>مُعالَجة (جـ4)</w:t>
            </w:r>
          </w:p>
        </w:tc>
      </w:tr>
      <w:tr w:rsidR="009E3460" w14:paraId="3333D843" w14:textId="77777777" w:rsidTr="00C27348">
        <w:tc>
          <w:tcPr>
            <w:tcW w:w="556" w:type="dxa"/>
            <w:vAlign w:val="center"/>
          </w:tcPr>
          <w:p w14:paraId="53CE8C27" w14:textId="77777777" w:rsidR="009E3460" w:rsidRDefault="00C27348" w:rsidP="00FD523C">
            <w:pPr>
              <w:bidi/>
              <w:spacing w:before="20" w:after="20"/>
              <w:jc w:val="center"/>
            </w:pPr>
            <w:r>
              <w:rPr>
                <w:rFonts w:ascii="Arial" w:hAnsi="Arial" w:cs="Arial"/>
                <w:b/>
                <w:sz w:val="20"/>
                <w:rtl/>
              </w:rPr>
              <w:t>61</w:t>
            </w:r>
          </w:p>
        </w:tc>
        <w:tc>
          <w:tcPr>
            <w:tcW w:w="3366" w:type="dxa"/>
            <w:vAlign w:val="center"/>
          </w:tcPr>
          <w:p w14:paraId="35E38A7C" w14:textId="77777777" w:rsidR="009E3460" w:rsidRDefault="00C27348" w:rsidP="00E543ED">
            <w:pPr>
              <w:bidi/>
              <w:spacing w:before="20" w:after="20"/>
            </w:pPr>
            <w:r>
              <w:rPr>
                <w:rFonts w:ascii="Arial" w:hAnsi="Arial" w:cs="Arial"/>
                <w:sz w:val="18"/>
                <w:rtl/>
              </w:rPr>
              <w:t>عدم عرض طريقة احتساب الدرجات.</w:t>
            </w:r>
          </w:p>
        </w:tc>
        <w:tc>
          <w:tcPr>
            <w:tcW w:w="4431" w:type="dxa"/>
          </w:tcPr>
          <w:p w14:paraId="75449A79" w14:textId="77777777" w:rsidR="009E3460" w:rsidRDefault="00C27348" w:rsidP="00E543ED">
            <w:pPr>
              <w:bidi/>
              <w:spacing w:before="20" w:after="20"/>
              <w:jc w:val="center"/>
            </w:pPr>
            <w:r>
              <w:rPr>
                <w:rFonts w:ascii="Arial" w:hAnsi="Arial" w:cs="Arial"/>
                <w:sz w:val="18"/>
                <w:rtl/>
              </w:rPr>
              <w:t>حُدِّد الاحتساب بالمتوسط الحسابي لا المجموع.</w:t>
            </w:r>
          </w:p>
        </w:tc>
        <w:tc>
          <w:tcPr>
            <w:tcW w:w="1667" w:type="dxa"/>
            <w:shd w:val="clear" w:color="auto" w:fill="E2EFDA"/>
            <w:vAlign w:val="center"/>
          </w:tcPr>
          <w:p w14:paraId="63E71595" w14:textId="77777777" w:rsidR="009E3460" w:rsidRDefault="00C27348" w:rsidP="00C27348">
            <w:pPr>
              <w:bidi/>
              <w:spacing w:before="20" w:after="20"/>
              <w:jc w:val="center"/>
            </w:pPr>
            <w:r>
              <w:rPr>
                <w:rFonts w:ascii="Arial" w:hAnsi="Arial" w:cs="Arial"/>
                <w:sz w:val="16"/>
                <w:rtl/>
              </w:rPr>
              <w:t>مُعالَجة (جـ4)</w:t>
            </w:r>
          </w:p>
        </w:tc>
      </w:tr>
      <w:tr w:rsidR="009E3460" w14:paraId="06691900" w14:textId="77777777" w:rsidTr="00C27348">
        <w:tc>
          <w:tcPr>
            <w:tcW w:w="556" w:type="dxa"/>
            <w:vAlign w:val="center"/>
          </w:tcPr>
          <w:p w14:paraId="66FC41BA" w14:textId="77777777" w:rsidR="009E3460" w:rsidRDefault="00C27348" w:rsidP="00FD523C">
            <w:pPr>
              <w:bidi/>
              <w:spacing w:before="20" w:after="20"/>
              <w:jc w:val="center"/>
            </w:pPr>
            <w:r>
              <w:rPr>
                <w:rFonts w:ascii="Arial" w:hAnsi="Arial" w:cs="Arial"/>
                <w:b/>
                <w:sz w:val="20"/>
                <w:rtl/>
              </w:rPr>
              <w:t>62</w:t>
            </w:r>
          </w:p>
        </w:tc>
        <w:tc>
          <w:tcPr>
            <w:tcW w:w="3366" w:type="dxa"/>
            <w:vAlign w:val="center"/>
          </w:tcPr>
          <w:p w14:paraId="76727008" w14:textId="77777777" w:rsidR="009E3460" w:rsidRDefault="00C27348" w:rsidP="00E543ED">
            <w:pPr>
              <w:bidi/>
              <w:spacing w:before="20" w:after="20"/>
            </w:pPr>
            <w:r>
              <w:rPr>
                <w:rFonts w:ascii="Arial" w:hAnsi="Arial" w:cs="Arial"/>
                <w:sz w:val="18"/>
                <w:rtl/>
              </w:rPr>
              <w:t>عدم تحديد حدود تفسير المتوسطات.</w:t>
            </w:r>
          </w:p>
        </w:tc>
        <w:tc>
          <w:tcPr>
            <w:tcW w:w="4431" w:type="dxa"/>
          </w:tcPr>
          <w:p w14:paraId="1F40DF97" w14:textId="77777777" w:rsidR="009E3460" w:rsidRDefault="00C27348" w:rsidP="00E543ED">
            <w:pPr>
              <w:bidi/>
              <w:spacing w:before="20" w:after="20"/>
              <w:jc w:val="center"/>
            </w:pPr>
            <w:r>
              <w:rPr>
                <w:rFonts w:ascii="Arial" w:hAnsi="Arial" w:cs="Arial"/>
                <w:sz w:val="18"/>
                <w:rtl/>
              </w:rPr>
              <w:t>أُضيف جدول نطاقات ليكرت ومستوياتها.</w:t>
            </w:r>
          </w:p>
        </w:tc>
        <w:tc>
          <w:tcPr>
            <w:tcW w:w="1667" w:type="dxa"/>
            <w:shd w:val="clear" w:color="auto" w:fill="E2EFDA"/>
            <w:vAlign w:val="center"/>
          </w:tcPr>
          <w:p w14:paraId="16CE60ED" w14:textId="77777777" w:rsidR="009E3460" w:rsidRDefault="00C27348" w:rsidP="00C27348">
            <w:pPr>
              <w:bidi/>
              <w:spacing w:before="20" w:after="20"/>
              <w:jc w:val="center"/>
            </w:pPr>
            <w:r>
              <w:rPr>
                <w:rFonts w:ascii="Arial" w:hAnsi="Arial" w:cs="Arial"/>
                <w:sz w:val="16"/>
                <w:rtl/>
              </w:rPr>
              <w:t>مُعالَجة (جـ4)</w:t>
            </w:r>
          </w:p>
        </w:tc>
      </w:tr>
      <w:tr w:rsidR="009E3460" w14:paraId="3277B351" w14:textId="77777777" w:rsidTr="00C27348">
        <w:tc>
          <w:tcPr>
            <w:tcW w:w="556" w:type="dxa"/>
            <w:vAlign w:val="center"/>
          </w:tcPr>
          <w:p w14:paraId="08F0D19F" w14:textId="77777777" w:rsidR="009E3460" w:rsidRDefault="00C27348" w:rsidP="00FD523C">
            <w:pPr>
              <w:bidi/>
              <w:spacing w:before="20" w:after="20"/>
              <w:jc w:val="center"/>
            </w:pPr>
            <w:r>
              <w:rPr>
                <w:rFonts w:ascii="Arial" w:hAnsi="Arial" w:cs="Arial"/>
                <w:b/>
                <w:sz w:val="20"/>
                <w:rtl/>
              </w:rPr>
              <w:t>63</w:t>
            </w:r>
          </w:p>
        </w:tc>
        <w:tc>
          <w:tcPr>
            <w:tcW w:w="3366" w:type="dxa"/>
            <w:vAlign w:val="center"/>
          </w:tcPr>
          <w:p w14:paraId="19A67238" w14:textId="77777777" w:rsidR="009E3460" w:rsidRDefault="00C27348" w:rsidP="00E543ED">
            <w:pPr>
              <w:bidi/>
              <w:spacing w:before="20" w:after="20"/>
            </w:pPr>
            <w:r>
              <w:rPr>
                <w:rFonts w:ascii="Arial" w:hAnsi="Arial" w:cs="Arial"/>
                <w:sz w:val="18"/>
                <w:rtl/>
              </w:rPr>
              <w:t xml:space="preserve">عدم توضيح </w:t>
            </w:r>
            <w:r>
              <w:rPr>
                <w:rFonts w:ascii="Arial" w:hAnsi="Arial" w:cs="Arial"/>
                <w:sz w:val="18"/>
                <w:rtl/>
              </w:rPr>
              <w:t>البيانات الشخصية وترميزها.</w:t>
            </w:r>
          </w:p>
        </w:tc>
        <w:tc>
          <w:tcPr>
            <w:tcW w:w="4431" w:type="dxa"/>
          </w:tcPr>
          <w:p w14:paraId="21787D53" w14:textId="77777777" w:rsidR="009E3460" w:rsidRDefault="00C27348" w:rsidP="00E543ED">
            <w:pPr>
              <w:bidi/>
              <w:spacing w:before="20" w:after="20"/>
              <w:jc w:val="center"/>
            </w:pPr>
            <w:r>
              <w:rPr>
                <w:rFonts w:ascii="Arial" w:hAnsi="Arial" w:cs="Arial"/>
                <w:sz w:val="18"/>
                <w:rtl/>
              </w:rPr>
              <w:t>حُدِّدت فئات الإجابة وطريقة الترميز.</w:t>
            </w:r>
          </w:p>
        </w:tc>
        <w:tc>
          <w:tcPr>
            <w:tcW w:w="1667" w:type="dxa"/>
            <w:shd w:val="clear" w:color="auto" w:fill="E2EFDA"/>
            <w:vAlign w:val="center"/>
          </w:tcPr>
          <w:p w14:paraId="266CAEB9" w14:textId="77777777" w:rsidR="009E3460" w:rsidRDefault="00C27348" w:rsidP="00C27348">
            <w:pPr>
              <w:bidi/>
              <w:spacing w:before="20" w:after="20"/>
              <w:jc w:val="center"/>
            </w:pPr>
            <w:r>
              <w:rPr>
                <w:rFonts w:ascii="Arial" w:hAnsi="Arial" w:cs="Arial"/>
                <w:sz w:val="16"/>
                <w:rtl/>
              </w:rPr>
              <w:t>مُعالَجة (جـ4)</w:t>
            </w:r>
          </w:p>
        </w:tc>
      </w:tr>
      <w:tr w:rsidR="009E3460" w14:paraId="3C361A52" w14:textId="77777777" w:rsidTr="00C27348">
        <w:tc>
          <w:tcPr>
            <w:tcW w:w="556" w:type="dxa"/>
            <w:vAlign w:val="center"/>
          </w:tcPr>
          <w:p w14:paraId="35270889" w14:textId="77777777" w:rsidR="009E3460" w:rsidRDefault="00C27348" w:rsidP="00FD523C">
            <w:pPr>
              <w:bidi/>
              <w:spacing w:before="20" w:after="20"/>
              <w:jc w:val="center"/>
            </w:pPr>
            <w:r>
              <w:rPr>
                <w:rFonts w:ascii="Arial" w:hAnsi="Arial" w:cs="Arial"/>
                <w:b/>
                <w:sz w:val="20"/>
                <w:rtl/>
              </w:rPr>
              <w:t>64</w:t>
            </w:r>
          </w:p>
        </w:tc>
        <w:tc>
          <w:tcPr>
            <w:tcW w:w="3366" w:type="dxa"/>
            <w:vAlign w:val="center"/>
          </w:tcPr>
          <w:p w14:paraId="357F4F01" w14:textId="77777777" w:rsidR="009E3460" w:rsidRDefault="00C27348" w:rsidP="00E543ED">
            <w:pPr>
              <w:bidi/>
              <w:spacing w:before="20" w:after="20"/>
            </w:pPr>
            <w:r>
              <w:rPr>
                <w:rFonts w:ascii="Arial" w:hAnsi="Arial" w:cs="Arial"/>
                <w:sz w:val="18"/>
                <w:rtl/>
              </w:rPr>
              <w:t>غياب بيانات المشاركة المؤسسية.</w:t>
            </w:r>
          </w:p>
        </w:tc>
        <w:tc>
          <w:tcPr>
            <w:tcW w:w="4431" w:type="dxa"/>
          </w:tcPr>
          <w:p w14:paraId="7006AE08" w14:textId="77777777" w:rsidR="009E3460" w:rsidRDefault="00C27348" w:rsidP="00E543ED">
            <w:pPr>
              <w:bidi/>
              <w:spacing w:before="20" w:after="20"/>
              <w:jc w:val="center"/>
            </w:pPr>
            <w:r>
              <w:rPr>
                <w:rFonts w:ascii="Arial" w:hAnsi="Arial" w:cs="Arial"/>
                <w:sz w:val="18"/>
                <w:rtl/>
              </w:rPr>
              <w:t>أُضيفت (نوع الجهة/المنطقة/المستوى/المجال) دون كشف الهوية.</w:t>
            </w:r>
          </w:p>
        </w:tc>
        <w:tc>
          <w:tcPr>
            <w:tcW w:w="1667" w:type="dxa"/>
            <w:shd w:val="clear" w:color="auto" w:fill="E2EFDA"/>
            <w:vAlign w:val="center"/>
          </w:tcPr>
          <w:p w14:paraId="4B4F4C7C" w14:textId="77777777" w:rsidR="009E3460" w:rsidRDefault="00C27348" w:rsidP="00C27348">
            <w:pPr>
              <w:bidi/>
              <w:spacing w:before="20" w:after="20"/>
              <w:jc w:val="center"/>
            </w:pPr>
            <w:r>
              <w:rPr>
                <w:rFonts w:ascii="Arial" w:hAnsi="Arial" w:cs="Arial"/>
                <w:sz w:val="16"/>
                <w:rtl/>
              </w:rPr>
              <w:t>مُعالَجة (جـ4)</w:t>
            </w:r>
          </w:p>
        </w:tc>
      </w:tr>
      <w:tr w:rsidR="009E3460" w14:paraId="1A690C2F" w14:textId="77777777" w:rsidTr="00C27348">
        <w:tc>
          <w:tcPr>
            <w:tcW w:w="556" w:type="dxa"/>
            <w:vAlign w:val="center"/>
          </w:tcPr>
          <w:p w14:paraId="029C9D80" w14:textId="77777777" w:rsidR="009E3460" w:rsidRDefault="00C27348" w:rsidP="00FD523C">
            <w:pPr>
              <w:bidi/>
              <w:spacing w:before="20" w:after="20"/>
              <w:jc w:val="center"/>
            </w:pPr>
            <w:r>
              <w:rPr>
                <w:rFonts w:ascii="Arial" w:hAnsi="Arial" w:cs="Arial"/>
                <w:b/>
                <w:sz w:val="20"/>
                <w:rtl/>
              </w:rPr>
              <w:t>65</w:t>
            </w:r>
          </w:p>
        </w:tc>
        <w:tc>
          <w:tcPr>
            <w:tcW w:w="3366" w:type="dxa"/>
            <w:vAlign w:val="center"/>
          </w:tcPr>
          <w:p w14:paraId="4D52E595" w14:textId="77777777" w:rsidR="009E3460" w:rsidRDefault="00C27348" w:rsidP="00E543ED">
            <w:pPr>
              <w:bidi/>
              <w:spacing w:before="20" w:after="20"/>
            </w:pPr>
            <w:r>
              <w:rPr>
                <w:rFonts w:ascii="Arial" w:hAnsi="Arial" w:cs="Arial"/>
                <w:sz w:val="18"/>
                <w:rtl/>
              </w:rPr>
              <w:t>غياب أسئلة التصفية الإلكترونية.</w:t>
            </w:r>
          </w:p>
        </w:tc>
        <w:tc>
          <w:tcPr>
            <w:tcW w:w="4431" w:type="dxa"/>
          </w:tcPr>
          <w:p w14:paraId="003E53CF" w14:textId="77777777" w:rsidR="009E3460" w:rsidRDefault="00C27348" w:rsidP="00E543ED">
            <w:pPr>
              <w:bidi/>
              <w:spacing w:before="20" w:after="20"/>
              <w:jc w:val="center"/>
            </w:pPr>
            <w:r>
              <w:rPr>
                <w:rFonts w:ascii="Arial" w:hAnsi="Arial" w:cs="Arial"/>
                <w:sz w:val="18"/>
                <w:rtl/>
              </w:rPr>
              <w:t xml:space="preserve">أُضيفت أسئلة تصفية إلزامية </w:t>
            </w:r>
            <w:r>
              <w:rPr>
                <w:rFonts w:ascii="Arial" w:hAnsi="Arial" w:cs="Arial"/>
                <w:sz w:val="18"/>
                <w:rtl/>
              </w:rPr>
              <w:t>تمنع غير المؤهلين.</w:t>
            </w:r>
          </w:p>
        </w:tc>
        <w:tc>
          <w:tcPr>
            <w:tcW w:w="1667" w:type="dxa"/>
            <w:shd w:val="clear" w:color="auto" w:fill="E2EFDA"/>
            <w:vAlign w:val="center"/>
          </w:tcPr>
          <w:p w14:paraId="7221EC09" w14:textId="77777777" w:rsidR="009E3460" w:rsidRDefault="00C27348" w:rsidP="00C27348">
            <w:pPr>
              <w:bidi/>
              <w:spacing w:before="20" w:after="20"/>
              <w:jc w:val="center"/>
            </w:pPr>
            <w:r>
              <w:rPr>
                <w:rFonts w:ascii="Arial" w:hAnsi="Arial" w:cs="Arial"/>
                <w:sz w:val="16"/>
                <w:rtl/>
              </w:rPr>
              <w:t>مُعالَجة (جـ4/جـ3)</w:t>
            </w:r>
          </w:p>
        </w:tc>
      </w:tr>
      <w:tr w:rsidR="009E3460" w14:paraId="3B61A7D8" w14:textId="77777777" w:rsidTr="00C27348">
        <w:tc>
          <w:tcPr>
            <w:tcW w:w="556" w:type="dxa"/>
            <w:vAlign w:val="center"/>
          </w:tcPr>
          <w:p w14:paraId="4B053320" w14:textId="77777777" w:rsidR="009E3460" w:rsidRDefault="00C27348" w:rsidP="00FD523C">
            <w:pPr>
              <w:bidi/>
              <w:spacing w:before="20" w:after="20"/>
              <w:jc w:val="center"/>
            </w:pPr>
            <w:r>
              <w:rPr>
                <w:rFonts w:ascii="Arial" w:hAnsi="Arial" w:cs="Arial"/>
                <w:b/>
                <w:sz w:val="20"/>
                <w:rtl/>
              </w:rPr>
              <w:t>66</w:t>
            </w:r>
          </w:p>
        </w:tc>
        <w:tc>
          <w:tcPr>
            <w:tcW w:w="3366" w:type="dxa"/>
            <w:vAlign w:val="center"/>
          </w:tcPr>
          <w:p w14:paraId="21873A7A" w14:textId="77777777" w:rsidR="009E3460" w:rsidRDefault="00C27348" w:rsidP="00E543ED">
            <w:pPr>
              <w:bidi/>
              <w:spacing w:before="20" w:after="20"/>
            </w:pPr>
            <w:r>
              <w:rPr>
                <w:rFonts w:ascii="Arial" w:hAnsi="Arial" w:cs="Arial"/>
                <w:sz w:val="18"/>
                <w:rtl/>
              </w:rPr>
              <w:t>عدم توضيح إعدادات Google Forms.</w:t>
            </w:r>
          </w:p>
        </w:tc>
        <w:tc>
          <w:tcPr>
            <w:tcW w:w="4431" w:type="dxa"/>
          </w:tcPr>
          <w:p w14:paraId="5BDB2AB8" w14:textId="77777777" w:rsidR="009E3460" w:rsidRDefault="00C27348" w:rsidP="00E543ED">
            <w:pPr>
              <w:bidi/>
              <w:spacing w:before="20" w:after="20"/>
              <w:jc w:val="center"/>
            </w:pPr>
            <w:r>
              <w:rPr>
                <w:rFonts w:ascii="Arial" w:hAnsi="Arial" w:cs="Arial"/>
                <w:sz w:val="18"/>
                <w:rtl/>
              </w:rPr>
              <w:t>وُضّح عدم تسجيل البريد/الدخول بما يحفظ السرية.</w:t>
            </w:r>
          </w:p>
        </w:tc>
        <w:tc>
          <w:tcPr>
            <w:tcW w:w="1667" w:type="dxa"/>
            <w:shd w:val="clear" w:color="auto" w:fill="E2EFDA"/>
            <w:vAlign w:val="center"/>
          </w:tcPr>
          <w:p w14:paraId="0202AADE" w14:textId="77777777" w:rsidR="009E3460" w:rsidRDefault="00C27348" w:rsidP="00C27348">
            <w:pPr>
              <w:bidi/>
              <w:spacing w:before="20" w:after="20"/>
              <w:jc w:val="center"/>
            </w:pPr>
            <w:r>
              <w:rPr>
                <w:rFonts w:ascii="Arial" w:hAnsi="Arial" w:cs="Arial"/>
                <w:sz w:val="16"/>
                <w:rtl/>
              </w:rPr>
              <w:t>مُعالَجة (جـ4)</w:t>
            </w:r>
          </w:p>
        </w:tc>
      </w:tr>
    </w:tbl>
    <w:p w14:paraId="2C70CEDB" w14:textId="77777777" w:rsidR="009E3460" w:rsidRDefault="00C27348" w:rsidP="00E543ED">
      <w:pPr>
        <w:bidi/>
        <w:spacing w:before="200" w:after="80"/>
        <w:jc w:val="center"/>
      </w:pPr>
      <w:r>
        <w:rPr>
          <w:rFonts w:ascii="Arial" w:hAnsi="Arial" w:cs="Arial"/>
          <w:b/>
          <w:color w:val="12365B"/>
          <w:sz w:val="26"/>
          <w:rtl/>
        </w:rPr>
        <w:t>رابعاً: نواقص التحكيم والدراسة الاستطلاعية</w:t>
      </w:r>
    </w:p>
    <w:tbl>
      <w:tblPr>
        <w:tblStyle w:val="TableGrid"/>
        <w:bidiVisual/>
        <w:tblW w:w="10200" w:type="dxa"/>
        <w:tblLook w:val="04A0" w:firstRow="1" w:lastRow="0" w:firstColumn="1" w:lastColumn="0" w:noHBand="0" w:noVBand="1"/>
      </w:tblPr>
      <w:tblGrid>
        <w:gridCol w:w="557"/>
        <w:gridCol w:w="3352"/>
        <w:gridCol w:w="4442"/>
        <w:gridCol w:w="1849"/>
      </w:tblGrid>
      <w:tr w:rsidR="009E3460" w14:paraId="2399BFDC" w14:textId="77777777" w:rsidTr="00C27348">
        <w:tc>
          <w:tcPr>
            <w:tcW w:w="557" w:type="dxa"/>
            <w:shd w:val="clear" w:color="auto" w:fill="12365B"/>
          </w:tcPr>
          <w:p w14:paraId="7EBC79AD" w14:textId="77777777" w:rsidR="009E3460" w:rsidRDefault="00C27348" w:rsidP="00E543ED">
            <w:pPr>
              <w:bidi/>
              <w:spacing w:before="20" w:after="20"/>
              <w:jc w:val="center"/>
            </w:pPr>
            <w:r>
              <w:rPr>
                <w:rFonts w:ascii="Arial" w:hAnsi="Arial" w:cs="Arial"/>
                <w:b/>
                <w:color w:val="FFFFFF"/>
                <w:sz w:val="20"/>
                <w:rtl/>
              </w:rPr>
              <w:t>م</w:t>
            </w:r>
          </w:p>
        </w:tc>
        <w:tc>
          <w:tcPr>
            <w:tcW w:w="3352" w:type="dxa"/>
            <w:shd w:val="clear" w:color="auto" w:fill="12365B"/>
          </w:tcPr>
          <w:p w14:paraId="1F94E50D" w14:textId="77777777" w:rsidR="009E3460" w:rsidRDefault="00C27348" w:rsidP="00E543ED">
            <w:pPr>
              <w:bidi/>
              <w:spacing w:before="20" w:after="20"/>
              <w:jc w:val="center"/>
            </w:pPr>
            <w:r>
              <w:rPr>
                <w:rFonts w:ascii="Arial" w:hAnsi="Arial" w:cs="Arial"/>
                <w:b/>
                <w:color w:val="FFFFFF"/>
                <w:sz w:val="20"/>
                <w:rtl/>
              </w:rPr>
              <w:t>ملاحظة اللجنة</w:t>
            </w:r>
          </w:p>
        </w:tc>
        <w:tc>
          <w:tcPr>
            <w:tcW w:w="4442" w:type="dxa"/>
            <w:shd w:val="clear" w:color="auto" w:fill="12365B"/>
          </w:tcPr>
          <w:p w14:paraId="2E23D94C" w14:textId="77777777" w:rsidR="009E3460" w:rsidRDefault="00C27348" w:rsidP="00E543ED">
            <w:pPr>
              <w:bidi/>
              <w:spacing w:before="20" w:after="20"/>
              <w:jc w:val="center"/>
            </w:pPr>
            <w:r>
              <w:rPr>
                <w:rFonts w:ascii="Arial" w:hAnsi="Arial" w:cs="Arial"/>
                <w:b/>
                <w:color w:val="FFFFFF"/>
                <w:sz w:val="20"/>
                <w:rtl/>
              </w:rPr>
              <w:t>الإجراء المتَّخذ في النسخة المنقّحة</w:t>
            </w:r>
          </w:p>
        </w:tc>
        <w:tc>
          <w:tcPr>
            <w:tcW w:w="1849" w:type="dxa"/>
            <w:shd w:val="clear" w:color="auto" w:fill="12365B"/>
          </w:tcPr>
          <w:p w14:paraId="30540D94" w14:textId="77777777" w:rsidR="009E3460" w:rsidRDefault="00C27348" w:rsidP="00E543ED">
            <w:pPr>
              <w:bidi/>
              <w:spacing w:before="20" w:after="20"/>
              <w:jc w:val="center"/>
            </w:pPr>
            <w:r>
              <w:rPr>
                <w:rFonts w:ascii="Arial" w:hAnsi="Arial" w:cs="Arial"/>
                <w:b/>
                <w:color w:val="FFFFFF"/>
                <w:sz w:val="20"/>
                <w:rtl/>
              </w:rPr>
              <w:t>الموضع/الحالة</w:t>
            </w:r>
          </w:p>
        </w:tc>
      </w:tr>
      <w:tr w:rsidR="009E3460" w14:paraId="2C807B70" w14:textId="77777777" w:rsidTr="00C27348">
        <w:tc>
          <w:tcPr>
            <w:tcW w:w="557" w:type="dxa"/>
            <w:vAlign w:val="center"/>
          </w:tcPr>
          <w:p w14:paraId="5C620D46" w14:textId="77777777" w:rsidR="009E3460" w:rsidRDefault="00C27348" w:rsidP="00FD523C">
            <w:pPr>
              <w:bidi/>
              <w:spacing w:before="20" w:after="20"/>
              <w:jc w:val="center"/>
            </w:pPr>
            <w:r>
              <w:rPr>
                <w:rFonts w:ascii="Arial" w:hAnsi="Arial" w:cs="Arial"/>
                <w:b/>
                <w:sz w:val="20"/>
                <w:rtl/>
              </w:rPr>
              <w:t>67</w:t>
            </w:r>
          </w:p>
        </w:tc>
        <w:tc>
          <w:tcPr>
            <w:tcW w:w="3352" w:type="dxa"/>
            <w:vAlign w:val="center"/>
          </w:tcPr>
          <w:p w14:paraId="38A412AB" w14:textId="77777777" w:rsidR="009E3460" w:rsidRDefault="00C27348" w:rsidP="00E543ED">
            <w:pPr>
              <w:bidi/>
              <w:spacing w:before="20" w:after="20"/>
            </w:pPr>
            <w:r>
              <w:rPr>
                <w:rFonts w:ascii="Arial" w:hAnsi="Arial" w:cs="Arial"/>
                <w:sz w:val="18"/>
                <w:rtl/>
              </w:rPr>
              <w:t>عدم إرفاق بيانات المحكمين.</w:t>
            </w:r>
          </w:p>
        </w:tc>
        <w:tc>
          <w:tcPr>
            <w:tcW w:w="4442" w:type="dxa"/>
          </w:tcPr>
          <w:p w14:paraId="096CF49A" w14:textId="77777777" w:rsidR="009E3460" w:rsidRDefault="00C27348" w:rsidP="00E543ED">
            <w:pPr>
              <w:bidi/>
              <w:spacing w:before="20" w:after="20"/>
              <w:jc w:val="center"/>
            </w:pPr>
            <w:r>
              <w:rPr>
                <w:rFonts w:ascii="Arial" w:hAnsi="Arial" w:cs="Arial"/>
                <w:sz w:val="18"/>
                <w:rtl/>
              </w:rPr>
              <w:t>نُصّ على جدول بالرمز/التخصص/الخبرة/الجهة في الملحق.</w:t>
            </w:r>
          </w:p>
        </w:tc>
        <w:tc>
          <w:tcPr>
            <w:tcW w:w="1849" w:type="dxa"/>
            <w:shd w:val="clear" w:color="auto" w:fill="E2EFDA"/>
          </w:tcPr>
          <w:p w14:paraId="33F0808D" w14:textId="77777777" w:rsidR="009E3460" w:rsidRDefault="00C27348" w:rsidP="00E543ED">
            <w:pPr>
              <w:bidi/>
              <w:spacing w:before="20" w:after="20"/>
              <w:jc w:val="center"/>
            </w:pPr>
            <w:r>
              <w:rPr>
                <w:rFonts w:ascii="Arial" w:hAnsi="Arial" w:cs="Arial"/>
                <w:sz w:val="16"/>
                <w:rtl/>
              </w:rPr>
              <w:t>مُعالَجة (جـ6)</w:t>
            </w:r>
          </w:p>
        </w:tc>
      </w:tr>
      <w:tr w:rsidR="009E3460" w14:paraId="098CF15A" w14:textId="77777777" w:rsidTr="00C27348">
        <w:tc>
          <w:tcPr>
            <w:tcW w:w="557" w:type="dxa"/>
            <w:vAlign w:val="center"/>
          </w:tcPr>
          <w:p w14:paraId="580C45D6" w14:textId="77777777" w:rsidR="009E3460" w:rsidRDefault="00C27348" w:rsidP="00FD523C">
            <w:pPr>
              <w:bidi/>
              <w:spacing w:before="20" w:after="20"/>
              <w:jc w:val="center"/>
            </w:pPr>
            <w:r>
              <w:rPr>
                <w:rFonts w:ascii="Arial" w:hAnsi="Arial" w:cs="Arial"/>
                <w:b/>
                <w:sz w:val="20"/>
                <w:rtl/>
              </w:rPr>
              <w:t>68</w:t>
            </w:r>
          </w:p>
        </w:tc>
        <w:tc>
          <w:tcPr>
            <w:tcW w:w="3352" w:type="dxa"/>
            <w:vAlign w:val="center"/>
          </w:tcPr>
          <w:p w14:paraId="69E00DE3" w14:textId="77777777" w:rsidR="009E3460" w:rsidRDefault="00C27348" w:rsidP="00E543ED">
            <w:pPr>
              <w:bidi/>
              <w:spacing w:before="20" w:after="20"/>
            </w:pPr>
            <w:r>
              <w:rPr>
                <w:rFonts w:ascii="Arial" w:hAnsi="Arial" w:cs="Arial"/>
                <w:sz w:val="18"/>
                <w:rtl/>
              </w:rPr>
              <w:t>عدم إرفاق نموذج التحكيم.</w:t>
            </w:r>
          </w:p>
        </w:tc>
        <w:tc>
          <w:tcPr>
            <w:tcW w:w="4442" w:type="dxa"/>
          </w:tcPr>
          <w:p w14:paraId="5381B3ED" w14:textId="77777777" w:rsidR="009E3460" w:rsidRDefault="00C27348" w:rsidP="00E543ED">
            <w:pPr>
              <w:bidi/>
              <w:spacing w:before="20" w:after="20"/>
              <w:jc w:val="center"/>
            </w:pPr>
            <w:r>
              <w:rPr>
                <w:rFonts w:ascii="Arial" w:hAnsi="Arial" w:cs="Arial"/>
                <w:sz w:val="18"/>
                <w:rtl/>
              </w:rPr>
              <w:t>نُصّ على إرفاق نموذج تقييم الفقرات في الملحق.</w:t>
            </w:r>
          </w:p>
        </w:tc>
        <w:tc>
          <w:tcPr>
            <w:tcW w:w="1849" w:type="dxa"/>
            <w:shd w:val="clear" w:color="auto" w:fill="E2EFDA"/>
          </w:tcPr>
          <w:p w14:paraId="31E06B9B" w14:textId="77777777" w:rsidR="009E3460" w:rsidRDefault="00C27348" w:rsidP="00E543ED">
            <w:pPr>
              <w:bidi/>
              <w:spacing w:before="20" w:after="20"/>
              <w:jc w:val="center"/>
            </w:pPr>
            <w:r>
              <w:rPr>
                <w:rFonts w:ascii="Arial" w:hAnsi="Arial" w:cs="Arial"/>
                <w:sz w:val="16"/>
                <w:rtl/>
              </w:rPr>
              <w:t>مُعالَجة (جـ6)</w:t>
            </w:r>
          </w:p>
        </w:tc>
      </w:tr>
      <w:tr w:rsidR="009E3460" w14:paraId="45ED1B52" w14:textId="77777777" w:rsidTr="00C27348">
        <w:tc>
          <w:tcPr>
            <w:tcW w:w="557" w:type="dxa"/>
            <w:vAlign w:val="center"/>
          </w:tcPr>
          <w:p w14:paraId="7F13CD94" w14:textId="77777777" w:rsidR="009E3460" w:rsidRDefault="00C27348" w:rsidP="00FD523C">
            <w:pPr>
              <w:bidi/>
              <w:spacing w:before="20" w:after="20"/>
              <w:jc w:val="center"/>
            </w:pPr>
            <w:r>
              <w:rPr>
                <w:rFonts w:ascii="Arial" w:hAnsi="Arial" w:cs="Arial"/>
                <w:b/>
                <w:sz w:val="20"/>
                <w:rtl/>
              </w:rPr>
              <w:t>69</w:t>
            </w:r>
          </w:p>
        </w:tc>
        <w:tc>
          <w:tcPr>
            <w:tcW w:w="3352" w:type="dxa"/>
            <w:vAlign w:val="center"/>
          </w:tcPr>
          <w:p w14:paraId="35C29656" w14:textId="77777777" w:rsidR="009E3460" w:rsidRDefault="00C27348" w:rsidP="00E543ED">
            <w:pPr>
              <w:bidi/>
              <w:spacing w:before="20" w:after="20"/>
            </w:pPr>
            <w:r>
              <w:rPr>
                <w:rFonts w:ascii="Arial" w:hAnsi="Arial" w:cs="Arial"/>
                <w:sz w:val="18"/>
                <w:rtl/>
              </w:rPr>
              <w:t>معادلة CVR غير ظاهرة سليمة.</w:t>
            </w:r>
          </w:p>
        </w:tc>
        <w:tc>
          <w:tcPr>
            <w:tcW w:w="4442" w:type="dxa"/>
          </w:tcPr>
          <w:p w14:paraId="050E268E" w14:textId="77777777" w:rsidR="009E3460" w:rsidRDefault="00C27348" w:rsidP="00E543ED">
            <w:pPr>
              <w:bidi/>
              <w:spacing w:before="20" w:after="20"/>
              <w:jc w:val="center"/>
            </w:pPr>
            <w:r>
              <w:rPr>
                <w:rFonts w:ascii="Arial" w:hAnsi="Arial" w:cs="Arial"/>
                <w:sz w:val="18"/>
                <w:rtl/>
              </w:rPr>
              <w:t xml:space="preserve">عُرِضت </w:t>
            </w:r>
            <w:r>
              <w:rPr>
                <w:rFonts w:ascii="Arial" w:hAnsi="Arial" w:cs="Arial"/>
                <w:sz w:val="18"/>
                <w:rtl/>
              </w:rPr>
              <w:t>المعادلة بصورة سليمة وضُبطت رموزها.</w:t>
            </w:r>
          </w:p>
        </w:tc>
        <w:tc>
          <w:tcPr>
            <w:tcW w:w="1849" w:type="dxa"/>
            <w:shd w:val="clear" w:color="auto" w:fill="DAEEF0"/>
          </w:tcPr>
          <w:p w14:paraId="0AE9C9BD" w14:textId="77777777" w:rsidR="009E3460" w:rsidRDefault="00C27348" w:rsidP="00E543ED">
            <w:pPr>
              <w:bidi/>
              <w:spacing w:before="20" w:after="20"/>
              <w:jc w:val="center"/>
            </w:pPr>
            <w:r>
              <w:rPr>
                <w:rFonts w:ascii="Arial" w:hAnsi="Arial" w:cs="Arial"/>
                <w:sz w:val="16"/>
                <w:rtl/>
              </w:rPr>
              <w:t>مُعالَجة سابقاً (جـ6)</w:t>
            </w:r>
          </w:p>
        </w:tc>
      </w:tr>
      <w:tr w:rsidR="009E3460" w14:paraId="390F6C46" w14:textId="77777777" w:rsidTr="00C27348">
        <w:tc>
          <w:tcPr>
            <w:tcW w:w="557" w:type="dxa"/>
            <w:vAlign w:val="center"/>
          </w:tcPr>
          <w:p w14:paraId="343DF374" w14:textId="77777777" w:rsidR="009E3460" w:rsidRDefault="00C27348" w:rsidP="00FD523C">
            <w:pPr>
              <w:bidi/>
              <w:spacing w:before="20" w:after="20"/>
              <w:jc w:val="center"/>
            </w:pPr>
            <w:r>
              <w:rPr>
                <w:rFonts w:ascii="Arial" w:hAnsi="Arial" w:cs="Arial"/>
                <w:b/>
                <w:sz w:val="20"/>
                <w:rtl/>
              </w:rPr>
              <w:t>70</w:t>
            </w:r>
          </w:p>
        </w:tc>
        <w:tc>
          <w:tcPr>
            <w:tcW w:w="3352" w:type="dxa"/>
            <w:vAlign w:val="center"/>
          </w:tcPr>
          <w:p w14:paraId="47B17ABD" w14:textId="77777777" w:rsidR="009E3460" w:rsidRDefault="00C27348" w:rsidP="00E543ED">
            <w:pPr>
              <w:bidi/>
              <w:spacing w:before="20" w:after="20"/>
            </w:pPr>
            <w:r>
              <w:rPr>
                <w:rFonts w:ascii="Arial" w:hAnsi="Arial" w:cs="Arial"/>
                <w:sz w:val="18"/>
                <w:rtl/>
              </w:rPr>
              <w:t>عدم عرض نتائج CVR الفعلية.</w:t>
            </w:r>
          </w:p>
        </w:tc>
        <w:tc>
          <w:tcPr>
            <w:tcW w:w="4442" w:type="dxa"/>
          </w:tcPr>
          <w:p w14:paraId="7EBE7714" w14:textId="77777777" w:rsidR="009E3460" w:rsidRDefault="00C27348" w:rsidP="00E543ED">
            <w:pPr>
              <w:bidi/>
              <w:spacing w:before="20" w:after="20"/>
              <w:jc w:val="center"/>
            </w:pPr>
            <w:r>
              <w:rPr>
                <w:rFonts w:ascii="Arial" w:hAnsi="Arial" w:cs="Arial"/>
                <w:sz w:val="18"/>
                <w:rtl/>
              </w:rPr>
              <w:t>سيُعرَض جدول قيم المؤشر لكل فقرة عند اكتمال التحكيم.</w:t>
            </w:r>
          </w:p>
        </w:tc>
        <w:tc>
          <w:tcPr>
            <w:tcW w:w="1849" w:type="dxa"/>
            <w:shd w:val="clear" w:color="auto" w:fill="FCE9D6"/>
          </w:tcPr>
          <w:p w14:paraId="6BEB32F9" w14:textId="77777777" w:rsidR="009E3460" w:rsidRDefault="00C27348" w:rsidP="00E543ED">
            <w:pPr>
              <w:bidi/>
              <w:spacing w:before="20" w:after="20"/>
              <w:jc w:val="center"/>
            </w:pPr>
            <w:r>
              <w:rPr>
                <w:rFonts w:ascii="Arial" w:hAnsi="Arial" w:cs="Arial"/>
                <w:sz w:val="16"/>
                <w:rtl/>
              </w:rPr>
              <w:t>مؤجَّلة تنفيذياً (جـ6)</w:t>
            </w:r>
          </w:p>
        </w:tc>
      </w:tr>
      <w:tr w:rsidR="009E3460" w14:paraId="109148CC" w14:textId="77777777" w:rsidTr="00C27348">
        <w:tc>
          <w:tcPr>
            <w:tcW w:w="557" w:type="dxa"/>
            <w:vAlign w:val="center"/>
          </w:tcPr>
          <w:p w14:paraId="1FB98FF9" w14:textId="77777777" w:rsidR="009E3460" w:rsidRDefault="00C27348" w:rsidP="00FD523C">
            <w:pPr>
              <w:bidi/>
              <w:spacing w:before="20" w:after="20"/>
              <w:jc w:val="center"/>
            </w:pPr>
            <w:r>
              <w:rPr>
                <w:rFonts w:ascii="Arial" w:hAnsi="Arial" w:cs="Arial"/>
                <w:b/>
                <w:sz w:val="20"/>
                <w:rtl/>
              </w:rPr>
              <w:t>71</w:t>
            </w:r>
          </w:p>
        </w:tc>
        <w:tc>
          <w:tcPr>
            <w:tcW w:w="3352" w:type="dxa"/>
            <w:vAlign w:val="center"/>
          </w:tcPr>
          <w:p w14:paraId="2CD5156E" w14:textId="77777777" w:rsidR="009E3460" w:rsidRDefault="00C27348" w:rsidP="00E543ED">
            <w:pPr>
              <w:bidi/>
              <w:spacing w:before="20" w:after="20"/>
            </w:pPr>
            <w:r>
              <w:rPr>
                <w:rFonts w:ascii="Arial" w:hAnsi="Arial" w:cs="Arial"/>
                <w:sz w:val="18"/>
                <w:rtl/>
              </w:rPr>
              <w:t>عدم عرض نسبة اتفاق المحكمين.</w:t>
            </w:r>
          </w:p>
        </w:tc>
        <w:tc>
          <w:tcPr>
            <w:tcW w:w="4442" w:type="dxa"/>
          </w:tcPr>
          <w:p w14:paraId="05A3EBDD" w14:textId="77777777" w:rsidR="009E3460" w:rsidRDefault="00C27348" w:rsidP="00E543ED">
            <w:pPr>
              <w:bidi/>
              <w:spacing w:before="20" w:after="20"/>
              <w:jc w:val="center"/>
            </w:pPr>
            <w:r>
              <w:rPr>
                <w:rFonts w:ascii="Arial" w:hAnsi="Arial" w:cs="Arial"/>
                <w:sz w:val="18"/>
                <w:rtl/>
              </w:rPr>
              <w:t>ستُعرَض النسبة لكل فقرة عند اكتمال التحكيم.</w:t>
            </w:r>
          </w:p>
        </w:tc>
        <w:tc>
          <w:tcPr>
            <w:tcW w:w="1849" w:type="dxa"/>
            <w:shd w:val="clear" w:color="auto" w:fill="FCE9D6"/>
          </w:tcPr>
          <w:p w14:paraId="7C9C3B06" w14:textId="77777777" w:rsidR="009E3460" w:rsidRDefault="00C27348" w:rsidP="00E543ED">
            <w:pPr>
              <w:bidi/>
              <w:spacing w:before="20" w:after="20"/>
              <w:jc w:val="center"/>
            </w:pPr>
            <w:r>
              <w:rPr>
                <w:rFonts w:ascii="Arial" w:hAnsi="Arial" w:cs="Arial"/>
                <w:sz w:val="16"/>
                <w:rtl/>
              </w:rPr>
              <w:t xml:space="preserve">مؤجَّلة </w:t>
            </w:r>
            <w:r>
              <w:rPr>
                <w:rFonts w:ascii="Arial" w:hAnsi="Arial" w:cs="Arial"/>
                <w:sz w:val="16"/>
                <w:rtl/>
              </w:rPr>
              <w:t>تنفيذياً (جـ6)</w:t>
            </w:r>
          </w:p>
        </w:tc>
      </w:tr>
      <w:tr w:rsidR="009E3460" w14:paraId="5CBCE7D1" w14:textId="77777777" w:rsidTr="00C27348">
        <w:tc>
          <w:tcPr>
            <w:tcW w:w="557" w:type="dxa"/>
            <w:vAlign w:val="center"/>
          </w:tcPr>
          <w:p w14:paraId="30A27814" w14:textId="77777777" w:rsidR="009E3460" w:rsidRDefault="00C27348" w:rsidP="00FD523C">
            <w:pPr>
              <w:bidi/>
              <w:spacing w:before="20" w:after="20"/>
              <w:jc w:val="center"/>
            </w:pPr>
            <w:r>
              <w:rPr>
                <w:rFonts w:ascii="Arial" w:hAnsi="Arial" w:cs="Arial"/>
                <w:b/>
                <w:sz w:val="20"/>
                <w:rtl/>
              </w:rPr>
              <w:t>72</w:t>
            </w:r>
          </w:p>
        </w:tc>
        <w:tc>
          <w:tcPr>
            <w:tcW w:w="3352" w:type="dxa"/>
            <w:vAlign w:val="center"/>
          </w:tcPr>
          <w:p w14:paraId="63E5530E" w14:textId="77777777" w:rsidR="009E3460" w:rsidRDefault="00C27348" w:rsidP="00E543ED">
            <w:pPr>
              <w:bidi/>
              <w:spacing w:before="20" w:after="20"/>
            </w:pPr>
            <w:r>
              <w:rPr>
                <w:rFonts w:ascii="Arial" w:hAnsi="Arial" w:cs="Arial"/>
                <w:sz w:val="18"/>
                <w:rtl/>
              </w:rPr>
              <w:t>عدم توضيح الفقرات المعدَّلة بعد التحكيم.</w:t>
            </w:r>
          </w:p>
        </w:tc>
        <w:tc>
          <w:tcPr>
            <w:tcW w:w="4442" w:type="dxa"/>
          </w:tcPr>
          <w:p w14:paraId="6FB03E56" w14:textId="77777777" w:rsidR="009E3460" w:rsidRDefault="00C27348" w:rsidP="00E543ED">
            <w:pPr>
              <w:bidi/>
              <w:spacing w:before="20" w:after="20"/>
              <w:jc w:val="center"/>
            </w:pPr>
            <w:r>
              <w:rPr>
                <w:rFonts w:ascii="Arial" w:hAnsi="Arial" w:cs="Arial"/>
                <w:sz w:val="18"/>
                <w:rtl/>
              </w:rPr>
              <w:t>سيُعرَض ملخص التعديلات ومبرراتها عند اكتمال التحكيم.</w:t>
            </w:r>
          </w:p>
        </w:tc>
        <w:tc>
          <w:tcPr>
            <w:tcW w:w="1849" w:type="dxa"/>
            <w:shd w:val="clear" w:color="auto" w:fill="FCE9D6"/>
          </w:tcPr>
          <w:p w14:paraId="57546BEB" w14:textId="77777777" w:rsidR="009E3460" w:rsidRDefault="00C27348" w:rsidP="00E543ED">
            <w:pPr>
              <w:bidi/>
              <w:spacing w:before="20" w:after="20"/>
              <w:jc w:val="center"/>
            </w:pPr>
            <w:r>
              <w:rPr>
                <w:rFonts w:ascii="Arial" w:hAnsi="Arial" w:cs="Arial"/>
                <w:sz w:val="16"/>
                <w:rtl/>
              </w:rPr>
              <w:t>مؤجَّلة تنفيذياً (جـ6)</w:t>
            </w:r>
          </w:p>
        </w:tc>
      </w:tr>
      <w:tr w:rsidR="009E3460" w14:paraId="46A4B97A" w14:textId="77777777" w:rsidTr="00C27348">
        <w:tc>
          <w:tcPr>
            <w:tcW w:w="557" w:type="dxa"/>
            <w:vAlign w:val="center"/>
          </w:tcPr>
          <w:p w14:paraId="561627C6" w14:textId="77777777" w:rsidR="009E3460" w:rsidRDefault="00C27348" w:rsidP="00FD523C">
            <w:pPr>
              <w:bidi/>
              <w:spacing w:before="20" w:after="20"/>
              <w:jc w:val="center"/>
            </w:pPr>
            <w:r>
              <w:rPr>
                <w:rFonts w:ascii="Arial" w:hAnsi="Arial" w:cs="Arial"/>
                <w:b/>
                <w:sz w:val="20"/>
                <w:rtl/>
              </w:rPr>
              <w:t>73</w:t>
            </w:r>
          </w:p>
        </w:tc>
        <w:tc>
          <w:tcPr>
            <w:tcW w:w="3352" w:type="dxa"/>
            <w:vAlign w:val="center"/>
          </w:tcPr>
          <w:p w14:paraId="2B00B185" w14:textId="77777777" w:rsidR="009E3460" w:rsidRDefault="00C27348" w:rsidP="00E543ED">
            <w:pPr>
              <w:bidi/>
              <w:spacing w:before="20" w:after="20"/>
            </w:pPr>
            <w:r>
              <w:rPr>
                <w:rFonts w:ascii="Arial" w:hAnsi="Arial" w:cs="Arial"/>
                <w:sz w:val="18"/>
                <w:rtl/>
              </w:rPr>
              <w:t>عدم توضيح اختيار العينة الاستطلاعية.</w:t>
            </w:r>
          </w:p>
        </w:tc>
        <w:tc>
          <w:tcPr>
            <w:tcW w:w="4442" w:type="dxa"/>
          </w:tcPr>
          <w:p w14:paraId="54A705F2" w14:textId="77777777" w:rsidR="009E3460" w:rsidRDefault="00C27348" w:rsidP="00E543ED">
            <w:pPr>
              <w:bidi/>
              <w:spacing w:before="20" w:after="20"/>
              <w:jc w:val="center"/>
            </w:pPr>
            <w:r>
              <w:rPr>
                <w:rFonts w:ascii="Arial" w:hAnsi="Arial" w:cs="Arial"/>
                <w:sz w:val="18"/>
                <w:rtl/>
              </w:rPr>
              <w:t>حُدِّد الاختيار القصدي من الفئات نفسها مع استبعادها لاحقاً.</w:t>
            </w:r>
          </w:p>
        </w:tc>
        <w:tc>
          <w:tcPr>
            <w:tcW w:w="1849" w:type="dxa"/>
            <w:shd w:val="clear" w:color="auto" w:fill="E2EFDA"/>
          </w:tcPr>
          <w:p w14:paraId="269BEB75" w14:textId="77777777" w:rsidR="009E3460" w:rsidRDefault="00C27348" w:rsidP="00E543ED">
            <w:pPr>
              <w:bidi/>
              <w:spacing w:before="20" w:after="20"/>
              <w:jc w:val="center"/>
            </w:pPr>
            <w:r>
              <w:rPr>
                <w:rFonts w:ascii="Arial" w:hAnsi="Arial" w:cs="Arial"/>
                <w:sz w:val="16"/>
                <w:rtl/>
              </w:rPr>
              <w:t>مُعالَجة (جـ6)</w:t>
            </w:r>
          </w:p>
        </w:tc>
      </w:tr>
      <w:tr w:rsidR="009E3460" w14:paraId="51BE224C" w14:textId="77777777" w:rsidTr="00C27348">
        <w:tc>
          <w:tcPr>
            <w:tcW w:w="557" w:type="dxa"/>
            <w:vAlign w:val="center"/>
          </w:tcPr>
          <w:p w14:paraId="386C4C38" w14:textId="77777777" w:rsidR="009E3460" w:rsidRDefault="00C27348" w:rsidP="00FD523C">
            <w:pPr>
              <w:bidi/>
              <w:spacing w:before="20" w:after="20"/>
              <w:jc w:val="center"/>
            </w:pPr>
            <w:r>
              <w:rPr>
                <w:rFonts w:ascii="Arial" w:hAnsi="Arial" w:cs="Arial"/>
                <w:b/>
                <w:sz w:val="20"/>
                <w:rtl/>
              </w:rPr>
              <w:t>74</w:t>
            </w:r>
          </w:p>
        </w:tc>
        <w:tc>
          <w:tcPr>
            <w:tcW w:w="3352" w:type="dxa"/>
            <w:vAlign w:val="center"/>
          </w:tcPr>
          <w:p w14:paraId="2DB4E473" w14:textId="77777777" w:rsidR="009E3460" w:rsidRDefault="00C27348" w:rsidP="00E543ED">
            <w:pPr>
              <w:bidi/>
              <w:spacing w:before="20" w:after="20"/>
            </w:pPr>
            <w:r>
              <w:rPr>
                <w:rFonts w:ascii="Arial" w:hAnsi="Arial" w:cs="Arial"/>
                <w:sz w:val="18"/>
                <w:rtl/>
              </w:rPr>
              <w:t>غياب مبرر حجم الاستطلاع (30).</w:t>
            </w:r>
          </w:p>
        </w:tc>
        <w:tc>
          <w:tcPr>
            <w:tcW w:w="4442" w:type="dxa"/>
          </w:tcPr>
          <w:p w14:paraId="0FACDD08" w14:textId="77777777" w:rsidR="009E3460" w:rsidRDefault="00C27348" w:rsidP="00E543ED">
            <w:pPr>
              <w:bidi/>
              <w:spacing w:before="20" w:after="20"/>
              <w:jc w:val="center"/>
            </w:pPr>
            <w:r>
              <w:rPr>
                <w:rFonts w:ascii="Arial" w:hAnsi="Arial" w:cs="Arial"/>
                <w:sz w:val="18"/>
                <w:rtl/>
              </w:rPr>
              <w:t>بُرِّر العدد لأغراض فحص الوضوح مع بيان حدود الاعتماد عليه.</w:t>
            </w:r>
          </w:p>
        </w:tc>
        <w:tc>
          <w:tcPr>
            <w:tcW w:w="1849" w:type="dxa"/>
            <w:shd w:val="clear" w:color="auto" w:fill="E2EFDA"/>
            <w:vAlign w:val="center"/>
          </w:tcPr>
          <w:p w14:paraId="75A839CB" w14:textId="77777777" w:rsidR="009E3460" w:rsidRDefault="00C27348" w:rsidP="00C27348">
            <w:pPr>
              <w:bidi/>
              <w:spacing w:before="20" w:after="20"/>
              <w:jc w:val="center"/>
            </w:pPr>
            <w:r>
              <w:rPr>
                <w:rFonts w:ascii="Arial" w:hAnsi="Arial" w:cs="Arial"/>
                <w:sz w:val="16"/>
                <w:rtl/>
              </w:rPr>
              <w:t>مُعالَجة (جـ6)</w:t>
            </w:r>
          </w:p>
        </w:tc>
      </w:tr>
      <w:tr w:rsidR="009E3460" w14:paraId="60915586" w14:textId="77777777" w:rsidTr="00C27348">
        <w:tc>
          <w:tcPr>
            <w:tcW w:w="557" w:type="dxa"/>
            <w:vAlign w:val="center"/>
          </w:tcPr>
          <w:p w14:paraId="063699B3" w14:textId="77777777" w:rsidR="009E3460" w:rsidRDefault="00C27348" w:rsidP="00FD523C">
            <w:pPr>
              <w:bidi/>
              <w:spacing w:before="20" w:after="20"/>
              <w:jc w:val="center"/>
            </w:pPr>
            <w:r>
              <w:rPr>
                <w:rFonts w:ascii="Arial" w:hAnsi="Arial" w:cs="Arial"/>
                <w:b/>
                <w:sz w:val="20"/>
                <w:rtl/>
              </w:rPr>
              <w:t>75</w:t>
            </w:r>
          </w:p>
        </w:tc>
        <w:tc>
          <w:tcPr>
            <w:tcW w:w="3352" w:type="dxa"/>
            <w:vAlign w:val="center"/>
          </w:tcPr>
          <w:p w14:paraId="77B32491" w14:textId="77777777" w:rsidR="009E3460" w:rsidRDefault="00C27348" w:rsidP="00E543ED">
            <w:pPr>
              <w:bidi/>
              <w:spacing w:before="20" w:after="20"/>
            </w:pPr>
            <w:r>
              <w:rPr>
                <w:rFonts w:ascii="Arial" w:hAnsi="Arial" w:cs="Arial"/>
                <w:sz w:val="18"/>
                <w:rtl/>
              </w:rPr>
              <w:t>غياب نموذج ملاحظات الاستطلاع.</w:t>
            </w:r>
          </w:p>
        </w:tc>
        <w:tc>
          <w:tcPr>
            <w:tcW w:w="4442" w:type="dxa"/>
          </w:tcPr>
          <w:p w14:paraId="2E8EC5E3" w14:textId="77777777" w:rsidR="009E3460" w:rsidRDefault="00C27348" w:rsidP="00E543ED">
            <w:pPr>
              <w:bidi/>
              <w:spacing w:before="20" w:after="20"/>
              <w:jc w:val="center"/>
            </w:pPr>
            <w:r>
              <w:rPr>
                <w:rFonts w:ascii="Arial" w:hAnsi="Arial" w:cs="Arial"/>
                <w:sz w:val="18"/>
                <w:rtl/>
              </w:rPr>
              <w:t>نُصّ على نموذج يغطي الوضوح والطول والزمن والمصطلحات.</w:t>
            </w:r>
          </w:p>
        </w:tc>
        <w:tc>
          <w:tcPr>
            <w:tcW w:w="1849" w:type="dxa"/>
            <w:shd w:val="clear" w:color="auto" w:fill="E2EFDA"/>
            <w:vAlign w:val="center"/>
          </w:tcPr>
          <w:p w14:paraId="364A6F01" w14:textId="77777777" w:rsidR="009E3460" w:rsidRDefault="00C27348" w:rsidP="00C27348">
            <w:pPr>
              <w:bidi/>
              <w:spacing w:before="20" w:after="20"/>
              <w:jc w:val="center"/>
            </w:pPr>
            <w:r>
              <w:rPr>
                <w:rFonts w:ascii="Arial" w:hAnsi="Arial" w:cs="Arial"/>
                <w:sz w:val="16"/>
                <w:rtl/>
              </w:rPr>
              <w:t>مُعالَجة (جـ6)</w:t>
            </w:r>
          </w:p>
        </w:tc>
      </w:tr>
      <w:tr w:rsidR="009E3460" w14:paraId="02BA4640" w14:textId="77777777" w:rsidTr="00C27348">
        <w:tc>
          <w:tcPr>
            <w:tcW w:w="557" w:type="dxa"/>
          </w:tcPr>
          <w:p w14:paraId="428ADF8E" w14:textId="77777777" w:rsidR="009E3460" w:rsidRDefault="00C27348" w:rsidP="00E543ED">
            <w:pPr>
              <w:bidi/>
              <w:spacing w:before="20" w:after="20"/>
              <w:jc w:val="center"/>
            </w:pPr>
            <w:r>
              <w:rPr>
                <w:rFonts w:ascii="Arial" w:hAnsi="Arial" w:cs="Arial"/>
                <w:b/>
                <w:sz w:val="20"/>
                <w:rtl/>
              </w:rPr>
              <w:t>76</w:t>
            </w:r>
          </w:p>
        </w:tc>
        <w:tc>
          <w:tcPr>
            <w:tcW w:w="3352" w:type="dxa"/>
            <w:vAlign w:val="center"/>
          </w:tcPr>
          <w:p w14:paraId="64AF1750" w14:textId="77777777" w:rsidR="009E3460" w:rsidRDefault="00C27348" w:rsidP="00E543ED">
            <w:pPr>
              <w:bidi/>
              <w:spacing w:before="20" w:after="20"/>
            </w:pPr>
            <w:r>
              <w:rPr>
                <w:rFonts w:ascii="Arial" w:hAnsi="Arial" w:cs="Arial"/>
                <w:sz w:val="18"/>
                <w:rtl/>
              </w:rPr>
              <w:t>عدم تحديد معايير التعديل بعد الاستطلاع.</w:t>
            </w:r>
          </w:p>
        </w:tc>
        <w:tc>
          <w:tcPr>
            <w:tcW w:w="4442" w:type="dxa"/>
          </w:tcPr>
          <w:p w14:paraId="2C1E31E7" w14:textId="77777777" w:rsidR="009E3460" w:rsidRDefault="00C27348" w:rsidP="00E543ED">
            <w:pPr>
              <w:bidi/>
              <w:spacing w:before="20" w:after="20"/>
              <w:jc w:val="center"/>
            </w:pPr>
            <w:r>
              <w:rPr>
                <w:rFonts w:ascii="Arial" w:hAnsi="Arial" w:cs="Arial"/>
                <w:sz w:val="18"/>
                <w:rtl/>
              </w:rPr>
              <w:t>أُضيفت معايير (ارتباط الفقرة/أثر الحذف) لا ألفا وحدها.</w:t>
            </w:r>
          </w:p>
        </w:tc>
        <w:tc>
          <w:tcPr>
            <w:tcW w:w="1849" w:type="dxa"/>
            <w:shd w:val="clear" w:color="auto" w:fill="E2EFDA"/>
          </w:tcPr>
          <w:p w14:paraId="1D6D3C98" w14:textId="77777777" w:rsidR="009E3460" w:rsidRDefault="00C27348" w:rsidP="00E543ED">
            <w:pPr>
              <w:bidi/>
              <w:spacing w:before="20" w:after="20"/>
              <w:jc w:val="center"/>
            </w:pPr>
            <w:r>
              <w:rPr>
                <w:rFonts w:ascii="Arial" w:hAnsi="Arial" w:cs="Arial"/>
                <w:sz w:val="16"/>
                <w:rtl/>
              </w:rPr>
              <w:t>مُعالَجة (جـ6)</w:t>
            </w:r>
          </w:p>
        </w:tc>
      </w:tr>
      <w:tr w:rsidR="009E3460" w14:paraId="7AC18AC9" w14:textId="77777777" w:rsidTr="00C27348">
        <w:tc>
          <w:tcPr>
            <w:tcW w:w="557" w:type="dxa"/>
          </w:tcPr>
          <w:p w14:paraId="3F25AD1D" w14:textId="77777777" w:rsidR="009E3460" w:rsidRDefault="00C27348" w:rsidP="00E543ED">
            <w:pPr>
              <w:bidi/>
              <w:spacing w:before="20" w:after="20"/>
              <w:jc w:val="center"/>
            </w:pPr>
            <w:r>
              <w:rPr>
                <w:rFonts w:ascii="Arial" w:hAnsi="Arial" w:cs="Arial"/>
                <w:b/>
                <w:sz w:val="20"/>
                <w:rtl/>
              </w:rPr>
              <w:t>77</w:t>
            </w:r>
          </w:p>
        </w:tc>
        <w:tc>
          <w:tcPr>
            <w:tcW w:w="3352" w:type="dxa"/>
            <w:vAlign w:val="center"/>
          </w:tcPr>
          <w:p w14:paraId="236EFD4B" w14:textId="77777777" w:rsidR="009E3460" w:rsidRDefault="00C27348" w:rsidP="00E543ED">
            <w:pPr>
              <w:bidi/>
              <w:spacing w:before="20" w:after="20"/>
            </w:pPr>
            <w:r>
              <w:rPr>
                <w:rFonts w:ascii="Arial" w:hAnsi="Arial" w:cs="Arial"/>
                <w:sz w:val="18"/>
                <w:rtl/>
              </w:rPr>
              <w:t>عدم عرض ارتباط الفقرة بالدرجة الكلية.</w:t>
            </w:r>
          </w:p>
        </w:tc>
        <w:tc>
          <w:tcPr>
            <w:tcW w:w="4442" w:type="dxa"/>
          </w:tcPr>
          <w:p w14:paraId="73F7E2DC" w14:textId="77777777" w:rsidR="009E3460" w:rsidRDefault="00C27348" w:rsidP="00E543ED">
            <w:pPr>
              <w:bidi/>
              <w:spacing w:before="20" w:after="20"/>
              <w:jc w:val="center"/>
            </w:pPr>
            <w:r>
              <w:rPr>
                <w:rFonts w:ascii="Arial" w:hAnsi="Arial" w:cs="Arial"/>
                <w:sz w:val="18"/>
                <w:rtl/>
              </w:rPr>
              <w:t>نُصّ على حساب الارتباط المصحَّح (≥0.30).</w:t>
            </w:r>
          </w:p>
        </w:tc>
        <w:tc>
          <w:tcPr>
            <w:tcW w:w="1849" w:type="dxa"/>
            <w:shd w:val="clear" w:color="auto" w:fill="E2EFDA"/>
          </w:tcPr>
          <w:p w14:paraId="07C7101B" w14:textId="77777777" w:rsidR="009E3460" w:rsidRDefault="00C27348" w:rsidP="00E543ED">
            <w:pPr>
              <w:bidi/>
              <w:spacing w:before="20" w:after="20"/>
              <w:jc w:val="center"/>
            </w:pPr>
            <w:r>
              <w:rPr>
                <w:rFonts w:ascii="Arial" w:hAnsi="Arial" w:cs="Arial"/>
                <w:sz w:val="16"/>
                <w:rtl/>
              </w:rPr>
              <w:t>مُعالَجة (جـ6)</w:t>
            </w:r>
          </w:p>
        </w:tc>
      </w:tr>
      <w:tr w:rsidR="009E3460" w14:paraId="114C9380" w14:textId="77777777" w:rsidTr="00C27348">
        <w:tc>
          <w:tcPr>
            <w:tcW w:w="557" w:type="dxa"/>
          </w:tcPr>
          <w:p w14:paraId="6DF63CF3" w14:textId="77777777" w:rsidR="009E3460" w:rsidRDefault="00C27348" w:rsidP="00E543ED">
            <w:pPr>
              <w:bidi/>
              <w:spacing w:before="20" w:after="20"/>
              <w:jc w:val="center"/>
            </w:pPr>
            <w:r>
              <w:rPr>
                <w:rFonts w:ascii="Arial" w:hAnsi="Arial" w:cs="Arial"/>
                <w:b/>
                <w:sz w:val="20"/>
                <w:rtl/>
              </w:rPr>
              <w:t>78</w:t>
            </w:r>
          </w:p>
        </w:tc>
        <w:tc>
          <w:tcPr>
            <w:tcW w:w="3352" w:type="dxa"/>
            <w:vAlign w:val="center"/>
          </w:tcPr>
          <w:p w14:paraId="1A8D20E7" w14:textId="77777777" w:rsidR="009E3460" w:rsidRDefault="00C27348" w:rsidP="00E543ED">
            <w:pPr>
              <w:bidi/>
              <w:spacing w:before="20" w:after="20"/>
            </w:pPr>
            <w:r>
              <w:rPr>
                <w:rFonts w:ascii="Arial" w:hAnsi="Arial" w:cs="Arial"/>
                <w:sz w:val="18"/>
                <w:rtl/>
              </w:rPr>
              <w:t>عدم توضيح مصدر النتائج السيكومترية.</w:t>
            </w:r>
          </w:p>
        </w:tc>
        <w:tc>
          <w:tcPr>
            <w:tcW w:w="4442" w:type="dxa"/>
          </w:tcPr>
          <w:p w14:paraId="333403AD" w14:textId="77777777" w:rsidR="009E3460" w:rsidRDefault="00C27348" w:rsidP="00E543ED">
            <w:pPr>
              <w:bidi/>
              <w:spacing w:before="20" w:after="20"/>
              <w:jc w:val="center"/>
            </w:pPr>
            <w:r>
              <w:rPr>
                <w:rFonts w:ascii="Arial" w:hAnsi="Arial" w:cs="Arial"/>
                <w:sz w:val="18"/>
                <w:rtl/>
              </w:rPr>
              <w:t xml:space="preserve">فُصِل صراحةً بين نتائج العينة </w:t>
            </w:r>
            <w:r>
              <w:rPr>
                <w:rFonts w:ascii="Arial" w:hAnsi="Arial" w:cs="Arial"/>
                <w:sz w:val="18"/>
                <w:rtl/>
              </w:rPr>
              <w:t>الاستطلاعية والأساسية.</w:t>
            </w:r>
          </w:p>
        </w:tc>
        <w:tc>
          <w:tcPr>
            <w:tcW w:w="1849" w:type="dxa"/>
            <w:shd w:val="clear" w:color="auto" w:fill="E2EFDA"/>
          </w:tcPr>
          <w:p w14:paraId="6D7DE1CE" w14:textId="77777777" w:rsidR="009E3460" w:rsidRDefault="00C27348" w:rsidP="00E543ED">
            <w:pPr>
              <w:bidi/>
              <w:spacing w:before="20" w:after="20"/>
              <w:jc w:val="center"/>
            </w:pPr>
            <w:r>
              <w:rPr>
                <w:rFonts w:ascii="Arial" w:hAnsi="Arial" w:cs="Arial"/>
                <w:sz w:val="16"/>
                <w:rtl/>
              </w:rPr>
              <w:t>مُعالَجة (جـ6)</w:t>
            </w:r>
          </w:p>
        </w:tc>
      </w:tr>
    </w:tbl>
    <w:p w14:paraId="41C34C1F" w14:textId="77777777" w:rsidR="009E3460" w:rsidRDefault="00C27348" w:rsidP="00E543ED">
      <w:pPr>
        <w:bidi/>
        <w:spacing w:before="200" w:after="80"/>
        <w:jc w:val="center"/>
      </w:pPr>
      <w:r>
        <w:rPr>
          <w:rFonts w:ascii="Arial" w:hAnsi="Arial" w:cs="Arial"/>
          <w:b/>
          <w:color w:val="12365B"/>
          <w:sz w:val="26"/>
          <w:rtl/>
        </w:rPr>
        <w:t>خامساً: نواقص تنظيف البيانات والمعالجة الإحصائية</w:t>
      </w:r>
    </w:p>
    <w:tbl>
      <w:tblPr>
        <w:tblStyle w:val="TableGrid"/>
        <w:bidiVisual/>
        <w:tblW w:w="10800" w:type="dxa"/>
        <w:tblInd w:w="-690" w:type="dxa"/>
        <w:tblLook w:val="04A0" w:firstRow="1" w:lastRow="0" w:firstColumn="1" w:lastColumn="0" w:noHBand="0" w:noVBand="1"/>
      </w:tblPr>
      <w:tblGrid>
        <w:gridCol w:w="717"/>
        <w:gridCol w:w="3917"/>
        <w:gridCol w:w="4407"/>
        <w:gridCol w:w="1759"/>
      </w:tblGrid>
      <w:tr w:rsidR="009E3460" w14:paraId="0BB7806A" w14:textId="77777777" w:rsidTr="00E543ED">
        <w:tc>
          <w:tcPr>
            <w:tcW w:w="717" w:type="dxa"/>
            <w:shd w:val="clear" w:color="auto" w:fill="12365B"/>
          </w:tcPr>
          <w:p w14:paraId="7C4C2B0F" w14:textId="77777777" w:rsidR="009E3460" w:rsidRDefault="00C27348" w:rsidP="00E543ED">
            <w:pPr>
              <w:bidi/>
              <w:spacing w:before="20" w:after="20"/>
              <w:jc w:val="center"/>
            </w:pPr>
            <w:r>
              <w:rPr>
                <w:rFonts w:ascii="Arial" w:hAnsi="Arial" w:cs="Arial"/>
                <w:b/>
                <w:color w:val="FFFFFF"/>
                <w:sz w:val="20"/>
                <w:rtl/>
              </w:rPr>
              <w:t>م</w:t>
            </w:r>
          </w:p>
        </w:tc>
        <w:tc>
          <w:tcPr>
            <w:tcW w:w="3917" w:type="dxa"/>
            <w:shd w:val="clear" w:color="auto" w:fill="12365B"/>
          </w:tcPr>
          <w:p w14:paraId="111CCA93" w14:textId="77777777" w:rsidR="009E3460" w:rsidRDefault="00C27348" w:rsidP="00E543ED">
            <w:pPr>
              <w:bidi/>
              <w:spacing w:before="20" w:after="20"/>
              <w:jc w:val="center"/>
            </w:pPr>
            <w:r>
              <w:rPr>
                <w:rFonts w:ascii="Arial" w:hAnsi="Arial" w:cs="Arial"/>
                <w:b/>
                <w:color w:val="FFFFFF"/>
                <w:sz w:val="20"/>
                <w:rtl/>
              </w:rPr>
              <w:t>ملاحظة اللجنة</w:t>
            </w:r>
          </w:p>
        </w:tc>
        <w:tc>
          <w:tcPr>
            <w:tcW w:w="4407" w:type="dxa"/>
            <w:shd w:val="clear" w:color="auto" w:fill="12365B"/>
          </w:tcPr>
          <w:p w14:paraId="18942114" w14:textId="77777777" w:rsidR="009E3460" w:rsidRDefault="00C27348" w:rsidP="00E543ED">
            <w:pPr>
              <w:bidi/>
              <w:spacing w:before="20" w:after="20"/>
              <w:jc w:val="center"/>
            </w:pPr>
            <w:r>
              <w:rPr>
                <w:rFonts w:ascii="Arial" w:hAnsi="Arial" w:cs="Arial"/>
                <w:b/>
                <w:color w:val="FFFFFF"/>
                <w:sz w:val="20"/>
                <w:rtl/>
              </w:rPr>
              <w:t>الإجراء المتَّخذ في النسخة المنقّحة</w:t>
            </w:r>
          </w:p>
        </w:tc>
        <w:tc>
          <w:tcPr>
            <w:tcW w:w="1759" w:type="dxa"/>
            <w:shd w:val="clear" w:color="auto" w:fill="12365B"/>
          </w:tcPr>
          <w:p w14:paraId="05C5AE2C" w14:textId="77777777" w:rsidR="009E3460" w:rsidRDefault="00C27348" w:rsidP="00E543ED">
            <w:pPr>
              <w:bidi/>
              <w:spacing w:before="20" w:after="20"/>
              <w:jc w:val="center"/>
            </w:pPr>
            <w:r>
              <w:rPr>
                <w:rFonts w:ascii="Arial" w:hAnsi="Arial" w:cs="Arial"/>
                <w:b/>
                <w:color w:val="FFFFFF"/>
                <w:sz w:val="20"/>
                <w:rtl/>
              </w:rPr>
              <w:t>الموضع/الحالة</w:t>
            </w:r>
          </w:p>
        </w:tc>
      </w:tr>
      <w:tr w:rsidR="009E3460" w14:paraId="77EDCEA1" w14:textId="77777777" w:rsidTr="00C27348">
        <w:tc>
          <w:tcPr>
            <w:tcW w:w="717" w:type="dxa"/>
            <w:vAlign w:val="center"/>
          </w:tcPr>
          <w:p w14:paraId="19C61F5A" w14:textId="77777777" w:rsidR="009E3460" w:rsidRDefault="00C27348" w:rsidP="00FD523C">
            <w:pPr>
              <w:bidi/>
              <w:spacing w:before="20" w:after="20"/>
              <w:jc w:val="center"/>
            </w:pPr>
            <w:r>
              <w:rPr>
                <w:rFonts w:ascii="Arial" w:hAnsi="Arial" w:cs="Arial"/>
                <w:b/>
                <w:sz w:val="20"/>
                <w:rtl/>
              </w:rPr>
              <w:t>79</w:t>
            </w:r>
          </w:p>
        </w:tc>
        <w:tc>
          <w:tcPr>
            <w:tcW w:w="3917" w:type="dxa"/>
            <w:vAlign w:val="center"/>
          </w:tcPr>
          <w:p w14:paraId="60AD860D" w14:textId="77777777" w:rsidR="009E3460" w:rsidRDefault="00C27348" w:rsidP="00E543ED">
            <w:pPr>
              <w:bidi/>
              <w:spacing w:before="20" w:after="20"/>
            </w:pPr>
            <w:r>
              <w:rPr>
                <w:rFonts w:ascii="Arial" w:hAnsi="Arial" w:cs="Arial"/>
                <w:sz w:val="18"/>
                <w:rtl/>
              </w:rPr>
              <w:t>عدم تحديد برنامج التحليل الوصفي.</w:t>
            </w:r>
          </w:p>
        </w:tc>
        <w:tc>
          <w:tcPr>
            <w:tcW w:w="4407" w:type="dxa"/>
          </w:tcPr>
          <w:p w14:paraId="7BFC9010" w14:textId="77777777" w:rsidR="009E3460" w:rsidRDefault="00C27348" w:rsidP="00E543ED">
            <w:pPr>
              <w:bidi/>
              <w:spacing w:before="20" w:after="20"/>
              <w:jc w:val="center"/>
            </w:pPr>
            <w:r>
              <w:rPr>
                <w:rFonts w:ascii="Arial" w:hAnsi="Arial" w:cs="Arial"/>
                <w:sz w:val="18"/>
                <w:rtl/>
              </w:rPr>
              <w:t xml:space="preserve">حُدِّد IBM SPSS للتحليل الوصفي والتنقية مع SmartPLS </w:t>
            </w:r>
            <w:r>
              <w:rPr>
                <w:rFonts w:ascii="Arial" w:hAnsi="Arial" w:cs="Arial"/>
                <w:sz w:val="18"/>
                <w:rtl/>
              </w:rPr>
              <w:t>للنمذجة.</w:t>
            </w:r>
          </w:p>
        </w:tc>
        <w:tc>
          <w:tcPr>
            <w:tcW w:w="1759" w:type="dxa"/>
            <w:shd w:val="clear" w:color="auto" w:fill="E2EFDA"/>
            <w:vAlign w:val="center"/>
          </w:tcPr>
          <w:p w14:paraId="232FB2DF" w14:textId="77777777" w:rsidR="009E3460" w:rsidRDefault="00C27348" w:rsidP="00C27348">
            <w:pPr>
              <w:bidi/>
              <w:spacing w:before="20" w:after="20"/>
              <w:jc w:val="center"/>
            </w:pPr>
            <w:r>
              <w:rPr>
                <w:rFonts w:ascii="Arial" w:hAnsi="Arial" w:cs="Arial"/>
                <w:sz w:val="16"/>
                <w:rtl/>
              </w:rPr>
              <w:t>مُعالَجة (جـ7)</w:t>
            </w:r>
          </w:p>
        </w:tc>
      </w:tr>
      <w:tr w:rsidR="009E3460" w14:paraId="24B834F3" w14:textId="77777777" w:rsidTr="00E543ED">
        <w:tc>
          <w:tcPr>
            <w:tcW w:w="717" w:type="dxa"/>
          </w:tcPr>
          <w:p w14:paraId="791CEA79" w14:textId="77777777" w:rsidR="009E3460" w:rsidRDefault="00C27348" w:rsidP="00E543ED">
            <w:pPr>
              <w:bidi/>
              <w:spacing w:before="20" w:after="20"/>
              <w:jc w:val="center"/>
            </w:pPr>
            <w:r>
              <w:rPr>
                <w:rFonts w:ascii="Arial" w:hAnsi="Arial" w:cs="Arial"/>
                <w:b/>
                <w:sz w:val="20"/>
                <w:rtl/>
              </w:rPr>
              <w:t>80</w:t>
            </w:r>
          </w:p>
        </w:tc>
        <w:tc>
          <w:tcPr>
            <w:tcW w:w="3917" w:type="dxa"/>
            <w:vAlign w:val="center"/>
          </w:tcPr>
          <w:p w14:paraId="655C2B0D" w14:textId="77777777" w:rsidR="009E3460" w:rsidRDefault="00C27348" w:rsidP="00E543ED">
            <w:pPr>
              <w:bidi/>
              <w:spacing w:before="20" w:after="20"/>
            </w:pPr>
            <w:r>
              <w:rPr>
                <w:rFonts w:ascii="Arial" w:hAnsi="Arial" w:cs="Arial"/>
                <w:sz w:val="18"/>
                <w:rtl/>
              </w:rPr>
              <w:t>استبدال المتوسط يحتاج تبريراً.</w:t>
            </w:r>
          </w:p>
        </w:tc>
        <w:tc>
          <w:tcPr>
            <w:tcW w:w="4407" w:type="dxa"/>
          </w:tcPr>
          <w:p w14:paraId="1BEC7EBF" w14:textId="77777777" w:rsidR="009E3460" w:rsidRDefault="00C27348" w:rsidP="00E543ED">
            <w:pPr>
              <w:bidi/>
              <w:spacing w:before="20" w:after="20"/>
              <w:jc w:val="center"/>
            </w:pPr>
            <w:r>
              <w:rPr>
                <w:rFonts w:ascii="Arial" w:hAnsi="Arial" w:cs="Arial"/>
                <w:sz w:val="18"/>
                <w:rtl/>
              </w:rPr>
              <w:t>بُرِّر بعد فحص حجم الفقد ونمطه.</w:t>
            </w:r>
          </w:p>
        </w:tc>
        <w:tc>
          <w:tcPr>
            <w:tcW w:w="1759" w:type="dxa"/>
            <w:shd w:val="clear" w:color="auto" w:fill="E2EFDA"/>
          </w:tcPr>
          <w:p w14:paraId="5AC723E0" w14:textId="77777777" w:rsidR="009E3460" w:rsidRDefault="00C27348" w:rsidP="00E543ED">
            <w:pPr>
              <w:bidi/>
              <w:spacing w:before="20" w:after="20"/>
              <w:jc w:val="center"/>
            </w:pPr>
            <w:r>
              <w:rPr>
                <w:rFonts w:ascii="Arial" w:hAnsi="Arial" w:cs="Arial"/>
                <w:sz w:val="16"/>
                <w:rtl/>
              </w:rPr>
              <w:t>مُعالَجة (جـ7)</w:t>
            </w:r>
          </w:p>
        </w:tc>
      </w:tr>
      <w:tr w:rsidR="009E3460" w14:paraId="01335C89" w14:textId="77777777" w:rsidTr="00E543ED">
        <w:tc>
          <w:tcPr>
            <w:tcW w:w="717" w:type="dxa"/>
          </w:tcPr>
          <w:p w14:paraId="49D40952" w14:textId="77777777" w:rsidR="009E3460" w:rsidRDefault="00C27348" w:rsidP="00E543ED">
            <w:pPr>
              <w:bidi/>
              <w:spacing w:before="20" w:after="20"/>
              <w:jc w:val="center"/>
            </w:pPr>
            <w:r>
              <w:rPr>
                <w:rFonts w:ascii="Arial" w:hAnsi="Arial" w:cs="Arial"/>
                <w:b/>
                <w:sz w:val="20"/>
                <w:rtl/>
              </w:rPr>
              <w:lastRenderedPageBreak/>
              <w:t>81</w:t>
            </w:r>
          </w:p>
        </w:tc>
        <w:tc>
          <w:tcPr>
            <w:tcW w:w="3917" w:type="dxa"/>
            <w:vAlign w:val="center"/>
          </w:tcPr>
          <w:p w14:paraId="66766DB9" w14:textId="77777777" w:rsidR="009E3460" w:rsidRDefault="00C27348" w:rsidP="00E543ED">
            <w:pPr>
              <w:bidi/>
              <w:spacing w:before="20" w:after="20"/>
            </w:pPr>
            <w:r>
              <w:rPr>
                <w:rFonts w:ascii="Arial" w:hAnsi="Arial" w:cs="Arial"/>
                <w:sz w:val="18"/>
                <w:rtl/>
              </w:rPr>
              <w:t>عدم فحص نمط القيم المفقودة.</w:t>
            </w:r>
          </w:p>
        </w:tc>
        <w:tc>
          <w:tcPr>
            <w:tcW w:w="4407" w:type="dxa"/>
          </w:tcPr>
          <w:p w14:paraId="685C315D" w14:textId="77777777" w:rsidR="009E3460" w:rsidRDefault="00C27348" w:rsidP="00E543ED">
            <w:pPr>
              <w:bidi/>
              <w:spacing w:before="20" w:after="20"/>
              <w:jc w:val="center"/>
            </w:pPr>
            <w:r>
              <w:rPr>
                <w:rFonts w:ascii="Arial" w:hAnsi="Arial" w:cs="Arial"/>
                <w:sz w:val="18"/>
                <w:rtl/>
              </w:rPr>
              <w:t>أُضيف فحص عشوائية الفقد (اختبار Little's MCAR).</w:t>
            </w:r>
          </w:p>
        </w:tc>
        <w:tc>
          <w:tcPr>
            <w:tcW w:w="1759" w:type="dxa"/>
            <w:shd w:val="clear" w:color="auto" w:fill="E2EFDA"/>
          </w:tcPr>
          <w:p w14:paraId="33DEB0DA" w14:textId="77777777" w:rsidR="009E3460" w:rsidRDefault="00C27348" w:rsidP="00E543ED">
            <w:pPr>
              <w:bidi/>
              <w:spacing w:before="20" w:after="20"/>
              <w:jc w:val="center"/>
            </w:pPr>
            <w:r>
              <w:rPr>
                <w:rFonts w:ascii="Arial" w:hAnsi="Arial" w:cs="Arial"/>
                <w:sz w:val="16"/>
                <w:rtl/>
              </w:rPr>
              <w:t>مُعالَجة (جـ7)</w:t>
            </w:r>
          </w:p>
        </w:tc>
      </w:tr>
      <w:tr w:rsidR="009E3460" w14:paraId="3DAA6215" w14:textId="77777777" w:rsidTr="00E543ED">
        <w:tc>
          <w:tcPr>
            <w:tcW w:w="717" w:type="dxa"/>
          </w:tcPr>
          <w:p w14:paraId="2A71B63C" w14:textId="77777777" w:rsidR="009E3460" w:rsidRDefault="00C27348" w:rsidP="00E543ED">
            <w:pPr>
              <w:bidi/>
              <w:spacing w:before="20" w:after="20"/>
              <w:jc w:val="center"/>
            </w:pPr>
            <w:r>
              <w:rPr>
                <w:rFonts w:ascii="Arial" w:hAnsi="Arial" w:cs="Arial"/>
                <w:b/>
                <w:sz w:val="20"/>
                <w:rtl/>
              </w:rPr>
              <w:t>82</w:t>
            </w:r>
          </w:p>
        </w:tc>
        <w:tc>
          <w:tcPr>
            <w:tcW w:w="3917" w:type="dxa"/>
            <w:vAlign w:val="center"/>
          </w:tcPr>
          <w:p w14:paraId="6768D3B1" w14:textId="77777777" w:rsidR="009E3460" w:rsidRDefault="00C27348" w:rsidP="00E543ED">
            <w:pPr>
              <w:bidi/>
              <w:spacing w:before="20" w:after="20"/>
            </w:pPr>
            <w:r>
              <w:rPr>
                <w:rFonts w:ascii="Arial" w:hAnsi="Arial" w:cs="Arial"/>
                <w:sz w:val="18"/>
                <w:rtl/>
              </w:rPr>
              <w:t>استبعاد 5% يحتاج توضيحاً.</w:t>
            </w:r>
          </w:p>
        </w:tc>
        <w:tc>
          <w:tcPr>
            <w:tcW w:w="4407" w:type="dxa"/>
          </w:tcPr>
          <w:p w14:paraId="3B8E25F9" w14:textId="77777777" w:rsidR="009E3460" w:rsidRDefault="00C27348" w:rsidP="00E543ED">
            <w:pPr>
              <w:bidi/>
              <w:spacing w:before="20" w:after="20"/>
              <w:jc w:val="center"/>
            </w:pPr>
            <w:r>
              <w:rPr>
                <w:rFonts w:ascii="Arial" w:hAnsi="Arial" w:cs="Arial"/>
                <w:sz w:val="18"/>
                <w:rtl/>
              </w:rPr>
              <w:t xml:space="preserve">وُضّح أن النسبة </w:t>
            </w:r>
            <w:r>
              <w:rPr>
                <w:rFonts w:ascii="Arial" w:hAnsi="Arial" w:cs="Arial"/>
                <w:sz w:val="18"/>
                <w:rtl/>
              </w:rPr>
              <w:t>تُحسب على مستوى فقرات القياس.</w:t>
            </w:r>
          </w:p>
        </w:tc>
        <w:tc>
          <w:tcPr>
            <w:tcW w:w="1759" w:type="dxa"/>
            <w:shd w:val="clear" w:color="auto" w:fill="E2EFDA"/>
          </w:tcPr>
          <w:p w14:paraId="57539C92" w14:textId="77777777" w:rsidR="009E3460" w:rsidRDefault="00C27348" w:rsidP="00E543ED">
            <w:pPr>
              <w:bidi/>
              <w:spacing w:before="20" w:after="20"/>
              <w:jc w:val="center"/>
            </w:pPr>
            <w:r>
              <w:rPr>
                <w:rFonts w:ascii="Arial" w:hAnsi="Arial" w:cs="Arial"/>
                <w:sz w:val="16"/>
                <w:rtl/>
              </w:rPr>
              <w:t>مُعالَجة (جـ7)</w:t>
            </w:r>
          </w:p>
        </w:tc>
      </w:tr>
      <w:tr w:rsidR="009E3460" w14:paraId="0C07B54C" w14:textId="77777777" w:rsidTr="00E543ED">
        <w:tc>
          <w:tcPr>
            <w:tcW w:w="717" w:type="dxa"/>
          </w:tcPr>
          <w:p w14:paraId="4C819FB0" w14:textId="77777777" w:rsidR="009E3460" w:rsidRDefault="00C27348" w:rsidP="00E543ED">
            <w:pPr>
              <w:bidi/>
              <w:spacing w:before="20" w:after="20"/>
              <w:jc w:val="center"/>
            </w:pPr>
            <w:r>
              <w:rPr>
                <w:rFonts w:ascii="Arial" w:hAnsi="Arial" w:cs="Arial"/>
                <w:b/>
                <w:sz w:val="20"/>
                <w:rtl/>
              </w:rPr>
              <w:t>83</w:t>
            </w:r>
          </w:p>
        </w:tc>
        <w:tc>
          <w:tcPr>
            <w:tcW w:w="3917" w:type="dxa"/>
            <w:vAlign w:val="center"/>
          </w:tcPr>
          <w:p w14:paraId="23D7F789" w14:textId="77777777" w:rsidR="009E3460" w:rsidRDefault="00C27348" w:rsidP="00E543ED">
            <w:pPr>
              <w:bidi/>
              <w:spacing w:before="20" w:after="20"/>
            </w:pPr>
            <w:r>
              <w:rPr>
                <w:rFonts w:ascii="Arial" w:hAnsi="Arial" w:cs="Arial"/>
                <w:sz w:val="18"/>
                <w:rtl/>
              </w:rPr>
              <w:t>استبعاد النمط الواحد غير كافٍ.</w:t>
            </w:r>
          </w:p>
        </w:tc>
        <w:tc>
          <w:tcPr>
            <w:tcW w:w="4407" w:type="dxa"/>
          </w:tcPr>
          <w:p w14:paraId="2F3FF905" w14:textId="77777777" w:rsidR="009E3460" w:rsidRDefault="00C27348" w:rsidP="00E543ED">
            <w:pPr>
              <w:bidi/>
              <w:spacing w:before="20" w:after="20"/>
              <w:jc w:val="center"/>
            </w:pPr>
            <w:r>
              <w:rPr>
                <w:rFonts w:ascii="Arial" w:hAnsi="Arial" w:cs="Arial"/>
                <w:sz w:val="18"/>
                <w:rtl/>
              </w:rPr>
              <w:t>اعتُمدت مؤشرات متعددة (نمط/زمن/تباين/تناقض).</w:t>
            </w:r>
          </w:p>
        </w:tc>
        <w:tc>
          <w:tcPr>
            <w:tcW w:w="1759" w:type="dxa"/>
            <w:shd w:val="clear" w:color="auto" w:fill="E2EFDA"/>
          </w:tcPr>
          <w:p w14:paraId="4440FBC6" w14:textId="77777777" w:rsidR="009E3460" w:rsidRDefault="00C27348" w:rsidP="00E543ED">
            <w:pPr>
              <w:bidi/>
              <w:spacing w:before="20" w:after="20"/>
              <w:jc w:val="center"/>
            </w:pPr>
            <w:r>
              <w:rPr>
                <w:rFonts w:ascii="Arial" w:hAnsi="Arial" w:cs="Arial"/>
                <w:sz w:val="16"/>
                <w:rtl/>
              </w:rPr>
              <w:t>مُعالَجة (جـ7)</w:t>
            </w:r>
          </w:p>
        </w:tc>
      </w:tr>
      <w:tr w:rsidR="009E3460" w14:paraId="06F0CFBC" w14:textId="77777777" w:rsidTr="00E543ED">
        <w:tc>
          <w:tcPr>
            <w:tcW w:w="717" w:type="dxa"/>
          </w:tcPr>
          <w:p w14:paraId="1EC2DA56" w14:textId="77777777" w:rsidR="009E3460" w:rsidRDefault="00C27348" w:rsidP="00E543ED">
            <w:pPr>
              <w:bidi/>
              <w:spacing w:before="20" w:after="20"/>
              <w:jc w:val="center"/>
            </w:pPr>
            <w:r>
              <w:rPr>
                <w:rFonts w:ascii="Arial" w:hAnsi="Arial" w:cs="Arial"/>
                <w:b/>
                <w:sz w:val="20"/>
                <w:rtl/>
              </w:rPr>
              <w:t>84</w:t>
            </w:r>
          </w:p>
        </w:tc>
        <w:tc>
          <w:tcPr>
            <w:tcW w:w="3917" w:type="dxa"/>
            <w:vAlign w:val="center"/>
          </w:tcPr>
          <w:p w14:paraId="343ED1C9" w14:textId="77777777" w:rsidR="009E3460" w:rsidRDefault="00C27348" w:rsidP="00E543ED">
            <w:pPr>
              <w:bidi/>
              <w:spacing w:before="20" w:after="20"/>
            </w:pPr>
            <w:r>
              <w:rPr>
                <w:rFonts w:ascii="Arial" w:hAnsi="Arial" w:cs="Arial"/>
                <w:sz w:val="18"/>
                <w:rtl/>
              </w:rPr>
              <w:t>معيار زمن الإجابة غير محدد مسبقاً.</w:t>
            </w:r>
          </w:p>
        </w:tc>
        <w:tc>
          <w:tcPr>
            <w:tcW w:w="4407" w:type="dxa"/>
          </w:tcPr>
          <w:p w14:paraId="6902DCDD" w14:textId="77777777" w:rsidR="009E3460" w:rsidRDefault="00C27348" w:rsidP="00E543ED">
            <w:pPr>
              <w:bidi/>
              <w:spacing w:before="20" w:after="20"/>
              <w:jc w:val="center"/>
            </w:pPr>
            <w:r>
              <w:rPr>
                <w:rFonts w:ascii="Arial" w:hAnsi="Arial" w:cs="Arial"/>
                <w:sz w:val="18"/>
                <w:rtl/>
              </w:rPr>
              <w:t>حُدِّد الحد مسبقاً من بيانات الاختبار الاستطلاعي.</w:t>
            </w:r>
          </w:p>
        </w:tc>
        <w:tc>
          <w:tcPr>
            <w:tcW w:w="1759" w:type="dxa"/>
            <w:shd w:val="clear" w:color="auto" w:fill="E2EFDA"/>
          </w:tcPr>
          <w:p w14:paraId="2DE00A1D" w14:textId="77777777" w:rsidR="009E3460" w:rsidRDefault="00C27348" w:rsidP="00E543ED">
            <w:pPr>
              <w:bidi/>
              <w:spacing w:before="20" w:after="20"/>
              <w:jc w:val="center"/>
            </w:pPr>
            <w:r>
              <w:rPr>
                <w:rFonts w:ascii="Arial" w:hAnsi="Arial" w:cs="Arial"/>
                <w:sz w:val="16"/>
                <w:rtl/>
              </w:rPr>
              <w:t>مُعالَجة (جـ7)</w:t>
            </w:r>
          </w:p>
        </w:tc>
      </w:tr>
      <w:tr w:rsidR="009E3460" w14:paraId="56C2DDAE" w14:textId="77777777" w:rsidTr="00E543ED">
        <w:tc>
          <w:tcPr>
            <w:tcW w:w="717" w:type="dxa"/>
          </w:tcPr>
          <w:p w14:paraId="5F5E0090" w14:textId="77777777" w:rsidR="009E3460" w:rsidRDefault="00C27348" w:rsidP="00E543ED">
            <w:pPr>
              <w:bidi/>
              <w:spacing w:before="20" w:after="20"/>
              <w:jc w:val="center"/>
            </w:pPr>
            <w:r>
              <w:rPr>
                <w:rFonts w:ascii="Arial" w:hAnsi="Arial" w:cs="Arial"/>
                <w:b/>
                <w:sz w:val="20"/>
                <w:rtl/>
              </w:rPr>
              <w:t>85</w:t>
            </w:r>
          </w:p>
        </w:tc>
        <w:tc>
          <w:tcPr>
            <w:tcW w:w="3917" w:type="dxa"/>
            <w:vAlign w:val="center"/>
          </w:tcPr>
          <w:p w14:paraId="34488707" w14:textId="77777777" w:rsidR="009E3460" w:rsidRDefault="00C27348" w:rsidP="00E543ED">
            <w:pPr>
              <w:bidi/>
              <w:spacing w:before="20" w:after="20"/>
            </w:pPr>
            <w:r>
              <w:rPr>
                <w:rFonts w:ascii="Arial" w:hAnsi="Arial" w:cs="Arial"/>
                <w:sz w:val="18"/>
                <w:rtl/>
              </w:rPr>
              <w:t>استخدام البريد/IP يتعارض مع السرية.</w:t>
            </w:r>
          </w:p>
        </w:tc>
        <w:tc>
          <w:tcPr>
            <w:tcW w:w="4407" w:type="dxa"/>
          </w:tcPr>
          <w:p w14:paraId="5D70F4E7" w14:textId="77777777" w:rsidR="009E3460" w:rsidRDefault="00C27348" w:rsidP="00E543ED">
            <w:pPr>
              <w:bidi/>
              <w:spacing w:before="20" w:after="20"/>
              <w:jc w:val="center"/>
            </w:pPr>
            <w:r>
              <w:rPr>
                <w:rFonts w:ascii="Arial" w:hAnsi="Arial" w:cs="Arial"/>
                <w:sz w:val="18"/>
                <w:rtl/>
              </w:rPr>
              <w:t>أُزيل استخدام البريد/IP لصالح آلية تحفظ السرية.</w:t>
            </w:r>
          </w:p>
        </w:tc>
        <w:tc>
          <w:tcPr>
            <w:tcW w:w="1759" w:type="dxa"/>
            <w:shd w:val="clear" w:color="auto" w:fill="E2EFDA"/>
          </w:tcPr>
          <w:p w14:paraId="51702832" w14:textId="77777777" w:rsidR="009E3460" w:rsidRDefault="00C27348" w:rsidP="00E543ED">
            <w:pPr>
              <w:bidi/>
              <w:spacing w:before="20" w:after="20"/>
              <w:jc w:val="center"/>
            </w:pPr>
            <w:r>
              <w:rPr>
                <w:rFonts w:ascii="Arial" w:hAnsi="Arial" w:cs="Arial"/>
                <w:sz w:val="16"/>
                <w:rtl/>
              </w:rPr>
              <w:t>مُعالَجة (جـ7)</w:t>
            </w:r>
          </w:p>
        </w:tc>
      </w:tr>
      <w:tr w:rsidR="009E3460" w14:paraId="0991F7D6" w14:textId="77777777" w:rsidTr="00E543ED">
        <w:tc>
          <w:tcPr>
            <w:tcW w:w="717" w:type="dxa"/>
          </w:tcPr>
          <w:p w14:paraId="0CBF3C0C" w14:textId="77777777" w:rsidR="009E3460" w:rsidRDefault="00C27348" w:rsidP="00E543ED">
            <w:pPr>
              <w:bidi/>
              <w:spacing w:before="20" w:after="20"/>
              <w:jc w:val="center"/>
            </w:pPr>
            <w:r>
              <w:rPr>
                <w:rFonts w:ascii="Arial" w:hAnsi="Arial" w:cs="Arial"/>
                <w:b/>
                <w:sz w:val="20"/>
                <w:rtl/>
              </w:rPr>
              <w:t>86</w:t>
            </w:r>
          </w:p>
        </w:tc>
        <w:tc>
          <w:tcPr>
            <w:tcW w:w="3917" w:type="dxa"/>
            <w:vAlign w:val="center"/>
          </w:tcPr>
          <w:p w14:paraId="1F6F580D" w14:textId="77777777" w:rsidR="009E3460" w:rsidRDefault="00C27348" w:rsidP="00E543ED">
            <w:pPr>
              <w:bidi/>
              <w:spacing w:before="20" w:after="20"/>
            </w:pPr>
            <w:r>
              <w:rPr>
                <w:rFonts w:ascii="Arial" w:hAnsi="Arial" w:cs="Arial"/>
                <w:sz w:val="18"/>
                <w:rtl/>
              </w:rPr>
              <w:t>عدم توضيح حماية IP/البريد.</w:t>
            </w:r>
          </w:p>
        </w:tc>
        <w:tc>
          <w:tcPr>
            <w:tcW w:w="4407" w:type="dxa"/>
          </w:tcPr>
          <w:p w14:paraId="0D91AD56" w14:textId="77777777" w:rsidR="009E3460" w:rsidRDefault="00C27348" w:rsidP="00E543ED">
            <w:pPr>
              <w:bidi/>
              <w:spacing w:before="20" w:after="20"/>
              <w:jc w:val="center"/>
            </w:pPr>
            <w:r>
              <w:rPr>
                <w:rFonts w:ascii="Arial" w:hAnsi="Arial" w:cs="Arial"/>
                <w:sz w:val="18"/>
                <w:rtl/>
              </w:rPr>
              <w:t>نُصّ على عدم جمع بيانات تعريفية أصلاً.</w:t>
            </w:r>
          </w:p>
        </w:tc>
        <w:tc>
          <w:tcPr>
            <w:tcW w:w="1759" w:type="dxa"/>
            <w:shd w:val="clear" w:color="auto" w:fill="E2EFDA"/>
          </w:tcPr>
          <w:p w14:paraId="28B38214" w14:textId="77777777" w:rsidR="009E3460" w:rsidRDefault="00C27348" w:rsidP="00E543ED">
            <w:pPr>
              <w:bidi/>
              <w:spacing w:before="20" w:after="20"/>
              <w:jc w:val="center"/>
            </w:pPr>
            <w:r>
              <w:rPr>
                <w:rFonts w:ascii="Arial" w:hAnsi="Arial" w:cs="Arial"/>
                <w:sz w:val="16"/>
                <w:rtl/>
              </w:rPr>
              <w:t>مُعالَجة (جـ7)</w:t>
            </w:r>
          </w:p>
        </w:tc>
      </w:tr>
      <w:tr w:rsidR="009E3460" w14:paraId="65925721" w14:textId="77777777" w:rsidTr="00E543ED">
        <w:tc>
          <w:tcPr>
            <w:tcW w:w="717" w:type="dxa"/>
          </w:tcPr>
          <w:p w14:paraId="3FDD738E" w14:textId="77777777" w:rsidR="009E3460" w:rsidRDefault="00C27348" w:rsidP="00E543ED">
            <w:pPr>
              <w:bidi/>
              <w:spacing w:before="20" w:after="20"/>
              <w:jc w:val="center"/>
            </w:pPr>
            <w:r>
              <w:rPr>
                <w:rFonts w:ascii="Arial" w:hAnsi="Arial" w:cs="Arial"/>
                <w:b/>
                <w:sz w:val="20"/>
                <w:rtl/>
              </w:rPr>
              <w:t>87</w:t>
            </w:r>
          </w:p>
        </w:tc>
        <w:tc>
          <w:tcPr>
            <w:tcW w:w="3917" w:type="dxa"/>
            <w:vAlign w:val="center"/>
          </w:tcPr>
          <w:p w14:paraId="2DA6EBE0" w14:textId="77777777" w:rsidR="009E3460" w:rsidRDefault="00C27348" w:rsidP="00E543ED">
            <w:pPr>
              <w:bidi/>
              <w:spacing w:before="20" w:after="20"/>
            </w:pPr>
            <w:r>
              <w:rPr>
                <w:rFonts w:ascii="Arial" w:hAnsi="Arial" w:cs="Arial"/>
                <w:sz w:val="18"/>
                <w:rtl/>
              </w:rPr>
              <w:t>معيار القيم المتطرفة غير دقيق.</w:t>
            </w:r>
          </w:p>
        </w:tc>
        <w:tc>
          <w:tcPr>
            <w:tcW w:w="4407" w:type="dxa"/>
          </w:tcPr>
          <w:p w14:paraId="77B3A951" w14:textId="77777777" w:rsidR="009E3460" w:rsidRDefault="00C27348" w:rsidP="00E543ED">
            <w:pPr>
              <w:bidi/>
              <w:spacing w:before="20" w:after="20"/>
              <w:jc w:val="center"/>
            </w:pPr>
            <w:r>
              <w:rPr>
                <w:rFonts w:ascii="Arial" w:hAnsi="Arial" w:cs="Arial"/>
                <w:sz w:val="18"/>
                <w:rtl/>
              </w:rPr>
              <w:t>صيغ بدقة (|Z|&gt;3.29 عند 0.001).</w:t>
            </w:r>
          </w:p>
        </w:tc>
        <w:tc>
          <w:tcPr>
            <w:tcW w:w="1759" w:type="dxa"/>
            <w:shd w:val="clear" w:color="auto" w:fill="E2EFDA"/>
          </w:tcPr>
          <w:p w14:paraId="42738A6D" w14:textId="77777777" w:rsidR="009E3460" w:rsidRDefault="00C27348" w:rsidP="00E543ED">
            <w:pPr>
              <w:bidi/>
              <w:spacing w:before="20" w:after="20"/>
              <w:jc w:val="center"/>
            </w:pPr>
            <w:r>
              <w:rPr>
                <w:rFonts w:ascii="Arial" w:hAnsi="Arial" w:cs="Arial"/>
                <w:sz w:val="16"/>
                <w:rtl/>
              </w:rPr>
              <w:t>مُعالَجة (جـ7)</w:t>
            </w:r>
          </w:p>
        </w:tc>
      </w:tr>
      <w:tr w:rsidR="009E3460" w14:paraId="221B76A9" w14:textId="77777777" w:rsidTr="00E543ED">
        <w:tc>
          <w:tcPr>
            <w:tcW w:w="717" w:type="dxa"/>
          </w:tcPr>
          <w:p w14:paraId="3A257D88" w14:textId="77777777" w:rsidR="009E3460" w:rsidRDefault="00C27348" w:rsidP="00E543ED">
            <w:pPr>
              <w:bidi/>
              <w:spacing w:before="20" w:after="20"/>
              <w:jc w:val="center"/>
            </w:pPr>
            <w:r>
              <w:rPr>
                <w:rFonts w:ascii="Arial" w:hAnsi="Arial" w:cs="Arial"/>
                <w:b/>
                <w:sz w:val="20"/>
                <w:rtl/>
              </w:rPr>
              <w:t>88</w:t>
            </w:r>
          </w:p>
        </w:tc>
        <w:tc>
          <w:tcPr>
            <w:tcW w:w="3917" w:type="dxa"/>
            <w:vAlign w:val="center"/>
          </w:tcPr>
          <w:p w14:paraId="4B4D9D80" w14:textId="77777777" w:rsidR="009E3460" w:rsidRDefault="00C27348" w:rsidP="00E543ED">
            <w:pPr>
              <w:bidi/>
              <w:spacing w:before="20" w:after="20"/>
            </w:pPr>
            <w:r>
              <w:rPr>
                <w:rFonts w:ascii="Arial" w:hAnsi="Arial" w:cs="Arial"/>
                <w:sz w:val="18"/>
                <w:rtl/>
              </w:rPr>
              <w:t>عدم توضيح درجات حرية Mahalanobis.</w:t>
            </w:r>
          </w:p>
        </w:tc>
        <w:tc>
          <w:tcPr>
            <w:tcW w:w="4407" w:type="dxa"/>
          </w:tcPr>
          <w:p w14:paraId="7BA02232" w14:textId="77777777" w:rsidR="009E3460" w:rsidRDefault="00C27348" w:rsidP="00E543ED">
            <w:pPr>
              <w:bidi/>
              <w:spacing w:before="20" w:after="20"/>
              <w:jc w:val="center"/>
            </w:pPr>
            <w:r>
              <w:rPr>
                <w:rFonts w:ascii="Arial" w:hAnsi="Arial" w:cs="Arial"/>
                <w:sz w:val="18"/>
                <w:rtl/>
              </w:rPr>
              <w:t>حُدِّدت بعدد المؤشرات مقارنةً بقيمة كاي تربيع الحرجة.</w:t>
            </w:r>
          </w:p>
        </w:tc>
        <w:tc>
          <w:tcPr>
            <w:tcW w:w="1759" w:type="dxa"/>
            <w:shd w:val="clear" w:color="auto" w:fill="E2EFDA"/>
          </w:tcPr>
          <w:p w14:paraId="494CCB2E" w14:textId="77777777" w:rsidR="009E3460" w:rsidRDefault="00C27348" w:rsidP="00E543ED">
            <w:pPr>
              <w:bidi/>
              <w:spacing w:before="20" w:after="20"/>
              <w:jc w:val="center"/>
            </w:pPr>
            <w:r>
              <w:rPr>
                <w:rFonts w:ascii="Arial" w:hAnsi="Arial" w:cs="Arial"/>
                <w:sz w:val="16"/>
                <w:rtl/>
              </w:rPr>
              <w:t>مُعالَجة (جـ7)</w:t>
            </w:r>
          </w:p>
        </w:tc>
      </w:tr>
      <w:tr w:rsidR="009E3460" w14:paraId="3F18B126" w14:textId="77777777" w:rsidTr="00E543ED">
        <w:tc>
          <w:tcPr>
            <w:tcW w:w="717" w:type="dxa"/>
          </w:tcPr>
          <w:p w14:paraId="12A3E7CC" w14:textId="77777777" w:rsidR="009E3460" w:rsidRDefault="00C27348" w:rsidP="00E543ED">
            <w:pPr>
              <w:bidi/>
              <w:spacing w:before="20" w:after="20"/>
              <w:jc w:val="center"/>
            </w:pPr>
            <w:r>
              <w:rPr>
                <w:rFonts w:ascii="Arial" w:hAnsi="Arial" w:cs="Arial"/>
                <w:b/>
                <w:sz w:val="20"/>
                <w:rtl/>
              </w:rPr>
              <w:t>89</w:t>
            </w:r>
          </w:p>
        </w:tc>
        <w:tc>
          <w:tcPr>
            <w:tcW w:w="3917" w:type="dxa"/>
            <w:vAlign w:val="center"/>
          </w:tcPr>
          <w:p w14:paraId="35002BA4" w14:textId="77777777" w:rsidR="009E3460" w:rsidRDefault="00C27348" w:rsidP="00E543ED">
            <w:pPr>
              <w:bidi/>
              <w:spacing w:before="20" w:after="20"/>
            </w:pPr>
            <w:r>
              <w:rPr>
                <w:rFonts w:ascii="Arial" w:hAnsi="Arial" w:cs="Arial"/>
                <w:sz w:val="18"/>
                <w:rtl/>
              </w:rPr>
              <w:t>غياب مخطط تدفق البيانات.</w:t>
            </w:r>
          </w:p>
        </w:tc>
        <w:tc>
          <w:tcPr>
            <w:tcW w:w="4407" w:type="dxa"/>
          </w:tcPr>
          <w:p w14:paraId="629704B3" w14:textId="77777777" w:rsidR="009E3460" w:rsidRDefault="00C27348" w:rsidP="00E543ED">
            <w:pPr>
              <w:bidi/>
              <w:spacing w:before="20" w:after="20"/>
              <w:jc w:val="center"/>
            </w:pPr>
            <w:r>
              <w:rPr>
                <w:rFonts w:ascii="Arial" w:hAnsi="Arial" w:cs="Arial"/>
                <w:sz w:val="18"/>
                <w:rtl/>
              </w:rPr>
              <w:t>أُضيف قسم «مخطط تدفق البيانات».</w:t>
            </w:r>
          </w:p>
        </w:tc>
        <w:tc>
          <w:tcPr>
            <w:tcW w:w="1759" w:type="dxa"/>
            <w:shd w:val="clear" w:color="auto" w:fill="E2EFDA"/>
          </w:tcPr>
          <w:p w14:paraId="569C23DD" w14:textId="77777777" w:rsidR="009E3460" w:rsidRDefault="00C27348" w:rsidP="00E543ED">
            <w:pPr>
              <w:bidi/>
              <w:spacing w:before="20" w:after="20"/>
              <w:jc w:val="center"/>
            </w:pPr>
            <w:r>
              <w:rPr>
                <w:rFonts w:ascii="Arial" w:hAnsi="Arial" w:cs="Arial"/>
                <w:sz w:val="16"/>
                <w:rtl/>
              </w:rPr>
              <w:t>مُعالَجة (جـ7)</w:t>
            </w:r>
          </w:p>
        </w:tc>
      </w:tr>
      <w:tr w:rsidR="009E3460" w14:paraId="325AA41B" w14:textId="77777777" w:rsidTr="00E543ED">
        <w:tc>
          <w:tcPr>
            <w:tcW w:w="717" w:type="dxa"/>
          </w:tcPr>
          <w:p w14:paraId="3150CCCE" w14:textId="77777777" w:rsidR="009E3460" w:rsidRDefault="00C27348" w:rsidP="00E543ED">
            <w:pPr>
              <w:bidi/>
              <w:spacing w:before="20" w:after="20"/>
              <w:jc w:val="center"/>
            </w:pPr>
            <w:r>
              <w:rPr>
                <w:rFonts w:ascii="Arial" w:hAnsi="Arial" w:cs="Arial"/>
                <w:b/>
                <w:sz w:val="20"/>
                <w:rtl/>
              </w:rPr>
              <w:t>90</w:t>
            </w:r>
          </w:p>
        </w:tc>
        <w:tc>
          <w:tcPr>
            <w:tcW w:w="3917" w:type="dxa"/>
            <w:vAlign w:val="center"/>
          </w:tcPr>
          <w:p w14:paraId="03CDD80D" w14:textId="77777777" w:rsidR="009E3460" w:rsidRDefault="00C27348" w:rsidP="00E543ED">
            <w:pPr>
              <w:bidi/>
              <w:spacing w:before="20" w:after="20"/>
            </w:pPr>
            <w:r>
              <w:rPr>
                <w:rFonts w:ascii="Arial" w:hAnsi="Arial" w:cs="Arial"/>
                <w:sz w:val="18"/>
                <w:rtl/>
              </w:rPr>
              <w:t>عدم توحيد عدد عينات Bootstrap.</w:t>
            </w:r>
          </w:p>
        </w:tc>
        <w:tc>
          <w:tcPr>
            <w:tcW w:w="4407" w:type="dxa"/>
          </w:tcPr>
          <w:p w14:paraId="0AE61CB4" w14:textId="77777777" w:rsidR="009E3460" w:rsidRDefault="00C27348" w:rsidP="00E543ED">
            <w:pPr>
              <w:bidi/>
              <w:spacing w:before="20" w:after="20"/>
              <w:jc w:val="center"/>
            </w:pPr>
            <w:r>
              <w:rPr>
                <w:rFonts w:ascii="Arial" w:hAnsi="Arial" w:cs="Arial"/>
                <w:sz w:val="18"/>
                <w:rtl/>
              </w:rPr>
              <w:t xml:space="preserve">وُحِّد على (5000) في </w:t>
            </w:r>
            <w:r>
              <w:rPr>
                <w:rFonts w:ascii="Arial" w:hAnsi="Arial" w:cs="Arial"/>
                <w:sz w:val="18"/>
                <w:rtl/>
              </w:rPr>
              <w:t>جميع الاختبارات.</w:t>
            </w:r>
          </w:p>
        </w:tc>
        <w:tc>
          <w:tcPr>
            <w:tcW w:w="1759" w:type="dxa"/>
            <w:shd w:val="clear" w:color="auto" w:fill="E2EFDA"/>
          </w:tcPr>
          <w:p w14:paraId="38E7DEC9" w14:textId="77777777" w:rsidR="009E3460" w:rsidRDefault="00C27348" w:rsidP="00E543ED">
            <w:pPr>
              <w:bidi/>
              <w:spacing w:before="20" w:after="20"/>
              <w:jc w:val="center"/>
            </w:pPr>
            <w:r>
              <w:rPr>
                <w:rFonts w:ascii="Arial" w:hAnsi="Arial" w:cs="Arial"/>
                <w:sz w:val="16"/>
                <w:rtl/>
              </w:rPr>
              <w:t>مُعالَجة (جـ7)</w:t>
            </w:r>
          </w:p>
        </w:tc>
      </w:tr>
      <w:tr w:rsidR="009E3460" w14:paraId="2968E221" w14:textId="77777777" w:rsidTr="00E543ED">
        <w:tc>
          <w:tcPr>
            <w:tcW w:w="717" w:type="dxa"/>
          </w:tcPr>
          <w:p w14:paraId="5A56668A" w14:textId="77777777" w:rsidR="009E3460" w:rsidRDefault="00C27348" w:rsidP="00E543ED">
            <w:pPr>
              <w:bidi/>
              <w:spacing w:before="20" w:after="20"/>
              <w:jc w:val="center"/>
            </w:pPr>
            <w:r>
              <w:rPr>
                <w:rFonts w:ascii="Arial" w:hAnsi="Arial" w:cs="Arial"/>
                <w:b/>
                <w:sz w:val="20"/>
                <w:rtl/>
              </w:rPr>
              <w:t>91</w:t>
            </w:r>
          </w:p>
        </w:tc>
        <w:tc>
          <w:tcPr>
            <w:tcW w:w="3917" w:type="dxa"/>
            <w:vAlign w:val="center"/>
          </w:tcPr>
          <w:p w14:paraId="3FA8A7F4" w14:textId="77777777" w:rsidR="009E3460" w:rsidRDefault="00C27348" w:rsidP="00E543ED">
            <w:pPr>
              <w:bidi/>
              <w:spacing w:before="20" w:after="20"/>
            </w:pPr>
            <w:r>
              <w:rPr>
                <w:rFonts w:ascii="Arial" w:hAnsi="Arial" w:cs="Arial"/>
                <w:sz w:val="18"/>
                <w:rtl/>
              </w:rPr>
              <w:t>عدم تحديد نوع فترات الثقة.</w:t>
            </w:r>
          </w:p>
        </w:tc>
        <w:tc>
          <w:tcPr>
            <w:tcW w:w="4407" w:type="dxa"/>
          </w:tcPr>
          <w:p w14:paraId="44402417" w14:textId="77777777" w:rsidR="009E3460" w:rsidRDefault="00C27348" w:rsidP="00E543ED">
            <w:pPr>
              <w:bidi/>
              <w:spacing w:before="20" w:after="20"/>
              <w:jc w:val="center"/>
            </w:pPr>
            <w:r>
              <w:rPr>
                <w:rFonts w:ascii="Arial" w:hAnsi="Arial" w:cs="Arial"/>
                <w:sz w:val="18"/>
                <w:rtl/>
              </w:rPr>
              <w:t>حُدِّد النوع المصحَّح للتحيز والمُعجَّل (BCa 95%).</w:t>
            </w:r>
          </w:p>
        </w:tc>
        <w:tc>
          <w:tcPr>
            <w:tcW w:w="1759" w:type="dxa"/>
            <w:shd w:val="clear" w:color="auto" w:fill="E2EFDA"/>
          </w:tcPr>
          <w:p w14:paraId="6BB56822" w14:textId="77777777" w:rsidR="009E3460" w:rsidRDefault="00C27348" w:rsidP="00E543ED">
            <w:pPr>
              <w:bidi/>
              <w:spacing w:before="20" w:after="20"/>
              <w:jc w:val="center"/>
            </w:pPr>
            <w:r>
              <w:rPr>
                <w:rFonts w:ascii="Arial" w:hAnsi="Arial" w:cs="Arial"/>
                <w:sz w:val="16"/>
                <w:rtl/>
              </w:rPr>
              <w:t>مُعالَجة (جـ7)</w:t>
            </w:r>
          </w:p>
        </w:tc>
      </w:tr>
      <w:tr w:rsidR="009E3460" w14:paraId="57439D80" w14:textId="77777777" w:rsidTr="00E543ED">
        <w:tc>
          <w:tcPr>
            <w:tcW w:w="717" w:type="dxa"/>
          </w:tcPr>
          <w:p w14:paraId="37B7D68B" w14:textId="77777777" w:rsidR="009E3460" w:rsidRDefault="00C27348" w:rsidP="00E543ED">
            <w:pPr>
              <w:bidi/>
              <w:spacing w:before="20" w:after="20"/>
              <w:jc w:val="center"/>
            </w:pPr>
            <w:r>
              <w:rPr>
                <w:rFonts w:ascii="Arial" w:hAnsi="Arial" w:cs="Arial"/>
                <w:b/>
                <w:sz w:val="20"/>
                <w:rtl/>
              </w:rPr>
              <w:t>92</w:t>
            </w:r>
          </w:p>
        </w:tc>
        <w:tc>
          <w:tcPr>
            <w:tcW w:w="3917" w:type="dxa"/>
            <w:vAlign w:val="center"/>
          </w:tcPr>
          <w:p w14:paraId="22AE6212" w14:textId="77777777" w:rsidR="009E3460" w:rsidRDefault="00C27348" w:rsidP="00E543ED">
            <w:pPr>
              <w:bidi/>
              <w:spacing w:before="20" w:after="20"/>
            </w:pPr>
            <w:r>
              <w:rPr>
                <w:rFonts w:ascii="Arial" w:hAnsi="Arial" w:cs="Arial"/>
                <w:sz w:val="18"/>
                <w:rtl/>
              </w:rPr>
              <w:t>عدم توضيح إعدادات Blindfolding.</w:t>
            </w:r>
          </w:p>
        </w:tc>
        <w:tc>
          <w:tcPr>
            <w:tcW w:w="4407" w:type="dxa"/>
          </w:tcPr>
          <w:p w14:paraId="16F522A2" w14:textId="77777777" w:rsidR="009E3460" w:rsidRDefault="00C27348" w:rsidP="00E543ED">
            <w:pPr>
              <w:bidi/>
              <w:spacing w:before="20" w:after="20"/>
              <w:jc w:val="center"/>
            </w:pPr>
            <w:r>
              <w:rPr>
                <w:rFonts w:ascii="Arial" w:hAnsi="Arial" w:cs="Arial"/>
                <w:sz w:val="18"/>
                <w:rtl/>
              </w:rPr>
              <w:t>بُرِّرت مسافة الإزاحة (D=7).</w:t>
            </w:r>
          </w:p>
        </w:tc>
        <w:tc>
          <w:tcPr>
            <w:tcW w:w="1759" w:type="dxa"/>
            <w:shd w:val="clear" w:color="auto" w:fill="E2EFDA"/>
          </w:tcPr>
          <w:p w14:paraId="553E6F60" w14:textId="77777777" w:rsidR="009E3460" w:rsidRDefault="00C27348" w:rsidP="00E543ED">
            <w:pPr>
              <w:bidi/>
              <w:spacing w:before="20" w:after="20"/>
              <w:jc w:val="center"/>
            </w:pPr>
            <w:r>
              <w:rPr>
                <w:rFonts w:ascii="Arial" w:hAnsi="Arial" w:cs="Arial"/>
                <w:sz w:val="16"/>
                <w:rtl/>
              </w:rPr>
              <w:t>مُعالَجة (جـ7)</w:t>
            </w:r>
          </w:p>
        </w:tc>
      </w:tr>
      <w:tr w:rsidR="009E3460" w14:paraId="73547C34" w14:textId="77777777" w:rsidTr="00E543ED">
        <w:tc>
          <w:tcPr>
            <w:tcW w:w="717" w:type="dxa"/>
          </w:tcPr>
          <w:p w14:paraId="57FE195B" w14:textId="77777777" w:rsidR="009E3460" w:rsidRDefault="00C27348" w:rsidP="00E543ED">
            <w:pPr>
              <w:bidi/>
              <w:spacing w:before="20" w:after="20"/>
              <w:jc w:val="center"/>
            </w:pPr>
            <w:r>
              <w:rPr>
                <w:rFonts w:ascii="Arial" w:hAnsi="Arial" w:cs="Arial"/>
                <w:b/>
                <w:sz w:val="20"/>
                <w:rtl/>
              </w:rPr>
              <w:t>93</w:t>
            </w:r>
          </w:p>
        </w:tc>
        <w:tc>
          <w:tcPr>
            <w:tcW w:w="3917" w:type="dxa"/>
            <w:vAlign w:val="center"/>
          </w:tcPr>
          <w:p w14:paraId="4A1F9A70" w14:textId="77777777" w:rsidR="009E3460" w:rsidRDefault="00C27348" w:rsidP="00E543ED">
            <w:pPr>
              <w:bidi/>
              <w:spacing w:before="20" w:after="20"/>
            </w:pPr>
            <w:r>
              <w:rPr>
                <w:rFonts w:ascii="Arial" w:hAnsi="Arial" w:cs="Arial"/>
                <w:sz w:val="18"/>
                <w:rtl/>
              </w:rPr>
              <w:t>عدم توضيح إعدادات PLSpredict.</w:t>
            </w:r>
          </w:p>
        </w:tc>
        <w:tc>
          <w:tcPr>
            <w:tcW w:w="4407" w:type="dxa"/>
          </w:tcPr>
          <w:p w14:paraId="3974A77C" w14:textId="77777777" w:rsidR="009E3460" w:rsidRDefault="00C27348" w:rsidP="00E543ED">
            <w:pPr>
              <w:bidi/>
              <w:spacing w:before="20" w:after="20"/>
              <w:jc w:val="center"/>
            </w:pPr>
            <w:r>
              <w:rPr>
                <w:rFonts w:ascii="Arial" w:hAnsi="Arial" w:cs="Arial"/>
                <w:sz w:val="18"/>
                <w:rtl/>
              </w:rPr>
              <w:t>حُدِّدت الطيات (k=10) والتكرارات ومعيار RMSE.</w:t>
            </w:r>
          </w:p>
        </w:tc>
        <w:tc>
          <w:tcPr>
            <w:tcW w:w="1759" w:type="dxa"/>
            <w:shd w:val="clear" w:color="auto" w:fill="E2EFDA"/>
          </w:tcPr>
          <w:p w14:paraId="4B4A0FFF" w14:textId="77777777" w:rsidR="009E3460" w:rsidRDefault="00C27348" w:rsidP="00E543ED">
            <w:pPr>
              <w:bidi/>
              <w:spacing w:before="20" w:after="20"/>
              <w:jc w:val="center"/>
            </w:pPr>
            <w:r>
              <w:rPr>
                <w:rFonts w:ascii="Arial" w:hAnsi="Arial" w:cs="Arial"/>
                <w:sz w:val="16"/>
                <w:rtl/>
              </w:rPr>
              <w:t>مُعالَجة (جـ7)</w:t>
            </w:r>
          </w:p>
        </w:tc>
      </w:tr>
      <w:tr w:rsidR="009E3460" w14:paraId="1EA03B4E" w14:textId="77777777" w:rsidTr="00E543ED">
        <w:tc>
          <w:tcPr>
            <w:tcW w:w="717" w:type="dxa"/>
          </w:tcPr>
          <w:p w14:paraId="0B2DDD8A" w14:textId="77777777" w:rsidR="009E3460" w:rsidRDefault="00C27348" w:rsidP="00E543ED">
            <w:pPr>
              <w:bidi/>
              <w:spacing w:before="20" w:after="20"/>
              <w:jc w:val="center"/>
            </w:pPr>
            <w:r>
              <w:rPr>
                <w:rFonts w:ascii="Arial" w:hAnsi="Arial" w:cs="Arial"/>
                <w:b/>
                <w:sz w:val="20"/>
                <w:rtl/>
              </w:rPr>
              <w:t>94</w:t>
            </w:r>
          </w:p>
        </w:tc>
        <w:tc>
          <w:tcPr>
            <w:tcW w:w="3917" w:type="dxa"/>
            <w:vAlign w:val="center"/>
          </w:tcPr>
          <w:p w14:paraId="7998BA57" w14:textId="77777777" w:rsidR="009E3460" w:rsidRDefault="00C27348" w:rsidP="00E543ED">
            <w:pPr>
              <w:bidi/>
              <w:spacing w:before="20" w:after="20"/>
            </w:pPr>
            <w:r>
              <w:rPr>
                <w:rFonts w:ascii="Arial" w:hAnsi="Arial" w:cs="Arial"/>
                <w:sz w:val="18"/>
                <w:rtl/>
              </w:rPr>
              <w:t>عدم معالجة تجمّع المشاركين.</w:t>
            </w:r>
          </w:p>
        </w:tc>
        <w:tc>
          <w:tcPr>
            <w:tcW w:w="4407" w:type="dxa"/>
          </w:tcPr>
          <w:p w14:paraId="7331992F" w14:textId="77777777" w:rsidR="009E3460" w:rsidRDefault="00C27348" w:rsidP="00E543ED">
            <w:pPr>
              <w:bidi/>
              <w:spacing w:before="20" w:after="20"/>
              <w:jc w:val="center"/>
            </w:pPr>
            <w:r>
              <w:rPr>
                <w:rFonts w:ascii="Arial" w:hAnsi="Arial" w:cs="Arial"/>
                <w:sz w:val="18"/>
                <w:rtl/>
              </w:rPr>
              <w:t>أُضيف فحص حساسية بضبط أثر الجهة.</w:t>
            </w:r>
          </w:p>
        </w:tc>
        <w:tc>
          <w:tcPr>
            <w:tcW w:w="1759" w:type="dxa"/>
            <w:shd w:val="clear" w:color="auto" w:fill="E2EFDA"/>
          </w:tcPr>
          <w:p w14:paraId="50CE8A66" w14:textId="77777777" w:rsidR="009E3460" w:rsidRDefault="00C27348" w:rsidP="00E543ED">
            <w:pPr>
              <w:bidi/>
              <w:spacing w:before="20" w:after="20"/>
              <w:jc w:val="center"/>
            </w:pPr>
            <w:r>
              <w:rPr>
                <w:rFonts w:ascii="Arial" w:hAnsi="Arial" w:cs="Arial"/>
                <w:sz w:val="16"/>
                <w:rtl/>
              </w:rPr>
              <w:t>مُعالَجة (جـ3/جـ7)</w:t>
            </w:r>
          </w:p>
        </w:tc>
      </w:tr>
      <w:tr w:rsidR="009E3460" w14:paraId="2FD874FC" w14:textId="77777777" w:rsidTr="00E543ED">
        <w:tc>
          <w:tcPr>
            <w:tcW w:w="717" w:type="dxa"/>
          </w:tcPr>
          <w:p w14:paraId="040FE76C" w14:textId="77777777" w:rsidR="009E3460" w:rsidRDefault="00C27348" w:rsidP="00E543ED">
            <w:pPr>
              <w:bidi/>
              <w:spacing w:before="20" w:after="20"/>
              <w:jc w:val="center"/>
            </w:pPr>
            <w:r>
              <w:rPr>
                <w:rFonts w:ascii="Arial" w:hAnsi="Arial" w:cs="Arial"/>
                <w:b/>
                <w:sz w:val="20"/>
                <w:rtl/>
              </w:rPr>
              <w:t>95</w:t>
            </w:r>
          </w:p>
        </w:tc>
        <w:tc>
          <w:tcPr>
            <w:tcW w:w="3917" w:type="dxa"/>
            <w:vAlign w:val="center"/>
          </w:tcPr>
          <w:p w14:paraId="712DC3AB" w14:textId="77777777" w:rsidR="009E3460" w:rsidRDefault="00C27348" w:rsidP="00E543ED">
            <w:pPr>
              <w:bidi/>
              <w:spacing w:before="20" w:after="20"/>
            </w:pPr>
            <w:r>
              <w:rPr>
                <w:rFonts w:ascii="Arial" w:hAnsi="Arial" w:cs="Arial"/>
                <w:sz w:val="18"/>
                <w:rtl/>
              </w:rPr>
              <w:t>غياب دليل ترميز كامل.</w:t>
            </w:r>
          </w:p>
        </w:tc>
        <w:tc>
          <w:tcPr>
            <w:tcW w:w="4407" w:type="dxa"/>
          </w:tcPr>
          <w:p w14:paraId="03B8621F" w14:textId="77777777" w:rsidR="009E3460" w:rsidRDefault="00C27348" w:rsidP="00E543ED">
            <w:pPr>
              <w:bidi/>
              <w:spacing w:before="20" w:after="20"/>
              <w:jc w:val="center"/>
            </w:pPr>
            <w:r>
              <w:rPr>
                <w:rFonts w:ascii="Arial" w:hAnsi="Arial" w:cs="Arial"/>
                <w:sz w:val="18"/>
                <w:rtl/>
              </w:rPr>
              <w:t>نُصّ على إعداد دليل ترميز (Codebook) كامل.</w:t>
            </w:r>
          </w:p>
        </w:tc>
        <w:tc>
          <w:tcPr>
            <w:tcW w:w="1759" w:type="dxa"/>
            <w:shd w:val="clear" w:color="auto" w:fill="E2EFDA"/>
          </w:tcPr>
          <w:p w14:paraId="5399016C" w14:textId="77777777" w:rsidR="009E3460" w:rsidRDefault="00C27348" w:rsidP="00E543ED">
            <w:pPr>
              <w:bidi/>
              <w:spacing w:before="20" w:after="20"/>
              <w:jc w:val="center"/>
            </w:pPr>
            <w:r>
              <w:rPr>
                <w:rFonts w:ascii="Arial" w:hAnsi="Arial" w:cs="Arial"/>
                <w:sz w:val="16"/>
                <w:rtl/>
              </w:rPr>
              <w:t>مُعالَجة (جـ7)</w:t>
            </w:r>
          </w:p>
        </w:tc>
      </w:tr>
      <w:tr w:rsidR="009E3460" w14:paraId="0F106B21" w14:textId="77777777" w:rsidTr="00E543ED">
        <w:tc>
          <w:tcPr>
            <w:tcW w:w="717" w:type="dxa"/>
          </w:tcPr>
          <w:p w14:paraId="1E0CBED7" w14:textId="77777777" w:rsidR="009E3460" w:rsidRDefault="00C27348" w:rsidP="00E543ED">
            <w:pPr>
              <w:bidi/>
              <w:spacing w:before="20" w:after="20"/>
              <w:jc w:val="center"/>
            </w:pPr>
            <w:r>
              <w:rPr>
                <w:rFonts w:ascii="Arial" w:hAnsi="Arial" w:cs="Arial"/>
                <w:b/>
                <w:sz w:val="20"/>
                <w:rtl/>
              </w:rPr>
              <w:t>96</w:t>
            </w:r>
          </w:p>
        </w:tc>
        <w:tc>
          <w:tcPr>
            <w:tcW w:w="3917" w:type="dxa"/>
            <w:vAlign w:val="center"/>
          </w:tcPr>
          <w:p w14:paraId="6A020908" w14:textId="77777777" w:rsidR="009E3460" w:rsidRDefault="00C27348" w:rsidP="00E543ED">
            <w:pPr>
              <w:bidi/>
              <w:spacing w:before="20" w:after="20"/>
            </w:pPr>
            <w:r>
              <w:rPr>
                <w:rFonts w:ascii="Arial" w:hAnsi="Arial" w:cs="Arial"/>
                <w:sz w:val="18"/>
                <w:rtl/>
              </w:rPr>
              <w:t xml:space="preserve">عدم حفظ النسخة </w:t>
            </w:r>
            <w:r>
              <w:rPr>
                <w:rFonts w:ascii="Arial" w:hAnsi="Arial" w:cs="Arial"/>
                <w:sz w:val="18"/>
                <w:rtl/>
              </w:rPr>
              <w:t>الأصلية.</w:t>
            </w:r>
          </w:p>
        </w:tc>
        <w:tc>
          <w:tcPr>
            <w:tcW w:w="4407" w:type="dxa"/>
          </w:tcPr>
          <w:p w14:paraId="6B216A52" w14:textId="77777777" w:rsidR="009E3460" w:rsidRDefault="00C27348" w:rsidP="00E543ED">
            <w:pPr>
              <w:bidi/>
              <w:spacing w:before="20" w:after="20"/>
              <w:jc w:val="center"/>
            </w:pPr>
            <w:r>
              <w:rPr>
                <w:rFonts w:ascii="Arial" w:hAnsi="Arial" w:cs="Arial"/>
                <w:sz w:val="18"/>
                <w:rtl/>
              </w:rPr>
              <w:t>نُصّ على حفظ نسخة خام منفصلة مع سجل تدقيق.</w:t>
            </w:r>
          </w:p>
        </w:tc>
        <w:tc>
          <w:tcPr>
            <w:tcW w:w="1759" w:type="dxa"/>
            <w:shd w:val="clear" w:color="auto" w:fill="E2EFDA"/>
          </w:tcPr>
          <w:p w14:paraId="7BF8B3A3" w14:textId="77777777" w:rsidR="009E3460" w:rsidRDefault="00C27348" w:rsidP="00E543ED">
            <w:pPr>
              <w:bidi/>
              <w:spacing w:before="20" w:after="20"/>
              <w:jc w:val="center"/>
            </w:pPr>
            <w:r>
              <w:rPr>
                <w:rFonts w:ascii="Arial" w:hAnsi="Arial" w:cs="Arial"/>
                <w:sz w:val="16"/>
                <w:rtl/>
              </w:rPr>
              <w:t>مُعالَجة (جـ7)</w:t>
            </w:r>
          </w:p>
        </w:tc>
      </w:tr>
    </w:tbl>
    <w:p w14:paraId="03EA8EA9" w14:textId="77777777" w:rsidR="009E3460" w:rsidRDefault="00C27348" w:rsidP="00E543ED">
      <w:pPr>
        <w:bidi/>
        <w:spacing w:before="200" w:after="80"/>
        <w:jc w:val="center"/>
      </w:pPr>
      <w:r>
        <w:rPr>
          <w:rFonts w:ascii="Arial" w:hAnsi="Arial" w:cs="Arial"/>
          <w:b/>
          <w:color w:val="12365B"/>
          <w:sz w:val="26"/>
          <w:rtl/>
        </w:rPr>
        <w:t>سادساً: نواقص الاعتبارات الأخلاقية</w:t>
      </w:r>
    </w:p>
    <w:tbl>
      <w:tblPr>
        <w:tblStyle w:val="TableGrid"/>
        <w:bidiVisual/>
        <w:tblW w:w="10797" w:type="dxa"/>
        <w:tblInd w:w="-690" w:type="dxa"/>
        <w:tblLook w:val="04A0" w:firstRow="1" w:lastRow="0" w:firstColumn="1" w:lastColumn="0" w:noHBand="0" w:noVBand="1"/>
      </w:tblPr>
      <w:tblGrid>
        <w:gridCol w:w="717"/>
        <w:gridCol w:w="3783"/>
        <w:gridCol w:w="4534"/>
        <w:gridCol w:w="1763"/>
      </w:tblGrid>
      <w:tr w:rsidR="009E3460" w14:paraId="6CF58672" w14:textId="77777777" w:rsidTr="00C27348">
        <w:tc>
          <w:tcPr>
            <w:tcW w:w="717" w:type="dxa"/>
            <w:shd w:val="clear" w:color="auto" w:fill="12365B"/>
          </w:tcPr>
          <w:p w14:paraId="586F8950" w14:textId="77777777" w:rsidR="009E3460" w:rsidRDefault="00C27348" w:rsidP="00E543ED">
            <w:pPr>
              <w:bidi/>
              <w:spacing w:before="20" w:after="20"/>
              <w:jc w:val="center"/>
            </w:pPr>
            <w:r>
              <w:rPr>
                <w:rFonts w:ascii="Arial" w:hAnsi="Arial" w:cs="Arial"/>
                <w:b/>
                <w:color w:val="FFFFFF"/>
                <w:sz w:val="20"/>
                <w:rtl/>
              </w:rPr>
              <w:t>م</w:t>
            </w:r>
          </w:p>
        </w:tc>
        <w:tc>
          <w:tcPr>
            <w:tcW w:w="3783" w:type="dxa"/>
            <w:shd w:val="clear" w:color="auto" w:fill="12365B"/>
          </w:tcPr>
          <w:p w14:paraId="49F3AA70" w14:textId="77777777" w:rsidR="009E3460" w:rsidRDefault="00C27348" w:rsidP="00E543ED">
            <w:pPr>
              <w:bidi/>
              <w:spacing w:before="20" w:after="20"/>
              <w:jc w:val="center"/>
            </w:pPr>
            <w:r>
              <w:rPr>
                <w:rFonts w:ascii="Arial" w:hAnsi="Arial" w:cs="Arial"/>
                <w:b/>
                <w:color w:val="FFFFFF"/>
                <w:sz w:val="20"/>
                <w:rtl/>
              </w:rPr>
              <w:t>ملاحظة اللجنة</w:t>
            </w:r>
          </w:p>
        </w:tc>
        <w:tc>
          <w:tcPr>
            <w:tcW w:w="4534" w:type="dxa"/>
            <w:shd w:val="clear" w:color="auto" w:fill="12365B"/>
          </w:tcPr>
          <w:p w14:paraId="23DE6581" w14:textId="77777777" w:rsidR="009E3460" w:rsidRDefault="00C27348" w:rsidP="00E543ED">
            <w:pPr>
              <w:bidi/>
              <w:spacing w:before="20" w:after="20"/>
              <w:jc w:val="center"/>
            </w:pPr>
            <w:r>
              <w:rPr>
                <w:rFonts w:ascii="Arial" w:hAnsi="Arial" w:cs="Arial"/>
                <w:b/>
                <w:color w:val="FFFFFF"/>
                <w:sz w:val="20"/>
                <w:rtl/>
              </w:rPr>
              <w:t>الإجراء المتَّخذ في النسخة المنقّحة</w:t>
            </w:r>
          </w:p>
        </w:tc>
        <w:tc>
          <w:tcPr>
            <w:tcW w:w="1763" w:type="dxa"/>
            <w:shd w:val="clear" w:color="auto" w:fill="12365B"/>
          </w:tcPr>
          <w:p w14:paraId="25E8BF09" w14:textId="77777777" w:rsidR="009E3460" w:rsidRDefault="00C27348" w:rsidP="00E543ED">
            <w:pPr>
              <w:bidi/>
              <w:spacing w:before="20" w:after="20"/>
              <w:jc w:val="center"/>
            </w:pPr>
            <w:r>
              <w:rPr>
                <w:rFonts w:ascii="Arial" w:hAnsi="Arial" w:cs="Arial"/>
                <w:b/>
                <w:color w:val="FFFFFF"/>
                <w:sz w:val="20"/>
                <w:rtl/>
              </w:rPr>
              <w:t>الموضع/الحالة</w:t>
            </w:r>
          </w:p>
        </w:tc>
      </w:tr>
      <w:tr w:rsidR="009E3460" w14:paraId="21CC2DAF" w14:textId="77777777" w:rsidTr="00C27348">
        <w:tc>
          <w:tcPr>
            <w:tcW w:w="717" w:type="dxa"/>
            <w:vAlign w:val="center"/>
          </w:tcPr>
          <w:p w14:paraId="2233BCE0" w14:textId="77777777" w:rsidR="009E3460" w:rsidRDefault="00C27348" w:rsidP="00FD523C">
            <w:pPr>
              <w:bidi/>
              <w:spacing w:before="20" w:after="20"/>
              <w:jc w:val="center"/>
            </w:pPr>
            <w:r>
              <w:rPr>
                <w:rFonts w:ascii="Arial" w:hAnsi="Arial" w:cs="Arial"/>
                <w:b/>
                <w:sz w:val="20"/>
                <w:rtl/>
              </w:rPr>
              <w:t>97</w:t>
            </w:r>
          </w:p>
        </w:tc>
        <w:tc>
          <w:tcPr>
            <w:tcW w:w="3783" w:type="dxa"/>
            <w:vAlign w:val="center"/>
          </w:tcPr>
          <w:p w14:paraId="35E1A1C9" w14:textId="77777777" w:rsidR="009E3460" w:rsidRDefault="00C27348" w:rsidP="00E543ED">
            <w:pPr>
              <w:bidi/>
              <w:spacing w:before="20" w:after="20"/>
            </w:pPr>
            <w:r>
              <w:rPr>
                <w:rFonts w:ascii="Arial" w:hAnsi="Arial" w:cs="Arial"/>
                <w:sz w:val="18"/>
                <w:rtl/>
              </w:rPr>
              <w:t>رقم الموافقة الأخلاقية غير مدرج.</w:t>
            </w:r>
          </w:p>
        </w:tc>
        <w:tc>
          <w:tcPr>
            <w:tcW w:w="4534" w:type="dxa"/>
          </w:tcPr>
          <w:p w14:paraId="2C086FA4" w14:textId="77777777" w:rsidR="009E3460" w:rsidRDefault="00C27348" w:rsidP="00E543ED">
            <w:pPr>
              <w:bidi/>
              <w:spacing w:before="20" w:after="20"/>
              <w:jc w:val="center"/>
            </w:pPr>
            <w:r>
              <w:rPr>
                <w:rFonts w:ascii="Arial" w:hAnsi="Arial" w:cs="Arial"/>
                <w:sz w:val="18"/>
                <w:rtl/>
              </w:rPr>
              <w:t xml:space="preserve">نُصّ على عدم بدء الجمع قبل صدورها وإدراج </w:t>
            </w:r>
            <w:r>
              <w:rPr>
                <w:rFonts w:ascii="Arial" w:hAnsi="Arial" w:cs="Arial"/>
                <w:sz w:val="18"/>
                <w:rtl/>
              </w:rPr>
              <w:t>رقمها فور صدوره.</w:t>
            </w:r>
          </w:p>
        </w:tc>
        <w:tc>
          <w:tcPr>
            <w:tcW w:w="1763" w:type="dxa"/>
            <w:shd w:val="clear" w:color="auto" w:fill="FCE9D6"/>
            <w:vAlign w:val="center"/>
          </w:tcPr>
          <w:p w14:paraId="5AAFB554" w14:textId="77777777" w:rsidR="009E3460" w:rsidRDefault="00C27348" w:rsidP="00C27348">
            <w:pPr>
              <w:bidi/>
              <w:spacing w:before="20" w:after="20"/>
              <w:jc w:val="center"/>
            </w:pPr>
            <w:r>
              <w:rPr>
                <w:rFonts w:ascii="Arial" w:hAnsi="Arial" w:cs="Arial"/>
                <w:sz w:val="16"/>
                <w:rtl/>
              </w:rPr>
              <w:t>مؤجَّلة تنفيذياً (جـ8)</w:t>
            </w:r>
          </w:p>
        </w:tc>
      </w:tr>
      <w:tr w:rsidR="009E3460" w14:paraId="66EBABD5" w14:textId="77777777" w:rsidTr="00C27348">
        <w:tc>
          <w:tcPr>
            <w:tcW w:w="717" w:type="dxa"/>
          </w:tcPr>
          <w:p w14:paraId="31016812" w14:textId="77777777" w:rsidR="009E3460" w:rsidRDefault="00C27348" w:rsidP="00E543ED">
            <w:pPr>
              <w:bidi/>
              <w:spacing w:before="20" w:after="20"/>
              <w:jc w:val="center"/>
            </w:pPr>
            <w:r>
              <w:rPr>
                <w:rFonts w:ascii="Arial" w:hAnsi="Arial" w:cs="Arial"/>
                <w:b/>
                <w:sz w:val="20"/>
                <w:rtl/>
              </w:rPr>
              <w:t>98</w:t>
            </w:r>
          </w:p>
        </w:tc>
        <w:tc>
          <w:tcPr>
            <w:tcW w:w="3783" w:type="dxa"/>
            <w:vAlign w:val="center"/>
          </w:tcPr>
          <w:p w14:paraId="1E0237AF" w14:textId="77777777" w:rsidR="009E3460" w:rsidRDefault="00C27348" w:rsidP="00E543ED">
            <w:pPr>
              <w:bidi/>
              <w:spacing w:before="20" w:after="20"/>
            </w:pPr>
            <w:r>
              <w:rPr>
                <w:rFonts w:ascii="Arial" w:hAnsi="Arial" w:cs="Arial"/>
                <w:sz w:val="18"/>
                <w:rtl/>
              </w:rPr>
              <w:t>عدم ذكر الموافقات الميدانية.</w:t>
            </w:r>
          </w:p>
        </w:tc>
        <w:tc>
          <w:tcPr>
            <w:tcW w:w="4534" w:type="dxa"/>
          </w:tcPr>
          <w:p w14:paraId="561EF071" w14:textId="77777777" w:rsidR="009E3460" w:rsidRDefault="00C27348" w:rsidP="00E543ED">
            <w:pPr>
              <w:bidi/>
              <w:spacing w:before="20" w:after="20"/>
              <w:jc w:val="center"/>
            </w:pPr>
            <w:r>
              <w:rPr>
                <w:rFonts w:ascii="Arial" w:hAnsi="Arial" w:cs="Arial"/>
                <w:sz w:val="18"/>
                <w:rtl/>
              </w:rPr>
              <w:t>أُضيف بند الحصول على موافقات الجهات المشارِكة وإرفاقها.</w:t>
            </w:r>
          </w:p>
        </w:tc>
        <w:tc>
          <w:tcPr>
            <w:tcW w:w="1763" w:type="dxa"/>
            <w:shd w:val="clear" w:color="auto" w:fill="E2EFDA"/>
          </w:tcPr>
          <w:p w14:paraId="7BFAFDE8" w14:textId="77777777" w:rsidR="009E3460" w:rsidRDefault="00C27348" w:rsidP="00E543ED">
            <w:pPr>
              <w:bidi/>
              <w:spacing w:before="20" w:after="20"/>
              <w:jc w:val="center"/>
            </w:pPr>
            <w:r>
              <w:rPr>
                <w:rFonts w:ascii="Arial" w:hAnsi="Arial" w:cs="Arial"/>
                <w:sz w:val="16"/>
                <w:rtl/>
              </w:rPr>
              <w:t>مُعالَجة (جـ8)</w:t>
            </w:r>
          </w:p>
        </w:tc>
      </w:tr>
      <w:tr w:rsidR="009E3460" w14:paraId="6D11B860" w14:textId="77777777" w:rsidTr="00C27348">
        <w:tc>
          <w:tcPr>
            <w:tcW w:w="717" w:type="dxa"/>
          </w:tcPr>
          <w:p w14:paraId="7A2C02A3" w14:textId="77777777" w:rsidR="009E3460" w:rsidRDefault="00C27348" w:rsidP="00E543ED">
            <w:pPr>
              <w:bidi/>
              <w:spacing w:before="20" w:after="20"/>
              <w:jc w:val="center"/>
            </w:pPr>
            <w:r>
              <w:rPr>
                <w:rFonts w:ascii="Arial" w:hAnsi="Arial" w:cs="Arial"/>
                <w:b/>
                <w:sz w:val="20"/>
                <w:rtl/>
              </w:rPr>
              <w:t>99</w:t>
            </w:r>
          </w:p>
        </w:tc>
        <w:tc>
          <w:tcPr>
            <w:tcW w:w="3783" w:type="dxa"/>
            <w:vAlign w:val="center"/>
          </w:tcPr>
          <w:p w14:paraId="056E1583" w14:textId="77777777" w:rsidR="009E3460" w:rsidRDefault="00C27348" w:rsidP="00E543ED">
            <w:pPr>
              <w:bidi/>
              <w:spacing w:before="20" w:after="20"/>
            </w:pPr>
            <w:r>
              <w:rPr>
                <w:rFonts w:ascii="Arial" w:hAnsi="Arial" w:cs="Arial"/>
                <w:sz w:val="18"/>
                <w:rtl/>
              </w:rPr>
              <w:t>موافقة تسجيل المقابلات غير مذكورة.</w:t>
            </w:r>
          </w:p>
        </w:tc>
        <w:tc>
          <w:tcPr>
            <w:tcW w:w="4534" w:type="dxa"/>
          </w:tcPr>
          <w:p w14:paraId="6B3C0473" w14:textId="77777777" w:rsidR="009E3460" w:rsidRDefault="00C27348" w:rsidP="00E543ED">
            <w:pPr>
              <w:bidi/>
              <w:spacing w:before="20" w:after="20"/>
              <w:jc w:val="center"/>
            </w:pPr>
            <w:r>
              <w:rPr>
                <w:rFonts w:ascii="Arial" w:hAnsi="Arial" w:cs="Arial"/>
                <w:sz w:val="18"/>
                <w:rtl/>
              </w:rPr>
              <w:t>نُصّ على انتفاء الحاجة إليها بقرار التدوين دون تسجيل.</w:t>
            </w:r>
          </w:p>
        </w:tc>
        <w:tc>
          <w:tcPr>
            <w:tcW w:w="1763" w:type="dxa"/>
            <w:shd w:val="clear" w:color="auto" w:fill="E2EFDA"/>
          </w:tcPr>
          <w:p w14:paraId="7883A304" w14:textId="77777777" w:rsidR="009E3460" w:rsidRDefault="00C27348" w:rsidP="00E543ED">
            <w:pPr>
              <w:bidi/>
              <w:spacing w:before="20" w:after="20"/>
              <w:jc w:val="center"/>
            </w:pPr>
            <w:r>
              <w:rPr>
                <w:rFonts w:ascii="Arial" w:hAnsi="Arial" w:cs="Arial"/>
                <w:sz w:val="16"/>
                <w:rtl/>
              </w:rPr>
              <w:t>مُعالَجة (جـ8)</w:t>
            </w:r>
          </w:p>
        </w:tc>
      </w:tr>
      <w:tr w:rsidR="009E3460" w14:paraId="4EC5FA7F" w14:textId="77777777" w:rsidTr="00C27348">
        <w:tc>
          <w:tcPr>
            <w:tcW w:w="717" w:type="dxa"/>
          </w:tcPr>
          <w:p w14:paraId="5BDB38AE" w14:textId="77777777" w:rsidR="009E3460" w:rsidRDefault="00C27348" w:rsidP="00E543ED">
            <w:pPr>
              <w:bidi/>
              <w:spacing w:before="20" w:after="20"/>
              <w:jc w:val="center"/>
            </w:pPr>
            <w:r>
              <w:rPr>
                <w:rFonts w:ascii="Arial" w:hAnsi="Arial" w:cs="Arial"/>
                <w:b/>
                <w:sz w:val="20"/>
                <w:rtl/>
              </w:rPr>
              <w:t>100</w:t>
            </w:r>
          </w:p>
        </w:tc>
        <w:tc>
          <w:tcPr>
            <w:tcW w:w="3783" w:type="dxa"/>
            <w:vAlign w:val="center"/>
          </w:tcPr>
          <w:p w14:paraId="041A4428" w14:textId="77777777" w:rsidR="009E3460" w:rsidRDefault="00C27348" w:rsidP="00E543ED">
            <w:pPr>
              <w:bidi/>
              <w:spacing w:before="20" w:after="20"/>
            </w:pPr>
            <w:r>
              <w:rPr>
                <w:rFonts w:ascii="Arial" w:hAnsi="Arial" w:cs="Arial"/>
                <w:sz w:val="18"/>
                <w:rtl/>
              </w:rPr>
              <w:t>عدم توضيح حق رفض التسجيل.</w:t>
            </w:r>
          </w:p>
        </w:tc>
        <w:tc>
          <w:tcPr>
            <w:tcW w:w="4534" w:type="dxa"/>
          </w:tcPr>
          <w:p w14:paraId="7EB556F1" w14:textId="77777777" w:rsidR="009E3460" w:rsidRDefault="00C27348" w:rsidP="00E543ED">
            <w:pPr>
              <w:bidi/>
              <w:spacing w:before="20" w:after="20"/>
              <w:jc w:val="center"/>
            </w:pPr>
            <w:r>
              <w:rPr>
                <w:rFonts w:ascii="Arial" w:hAnsi="Arial" w:cs="Arial"/>
                <w:sz w:val="18"/>
                <w:rtl/>
              </w:rPr>
              <w:t>نُصّ على حق المشارك في إدارة المقابلة بالتدوين فقط.</w:t>
            </w:r>
          </w:p>
        </w:tc>
        <w:tc>
          <w:tcPr>
            <w:tcW w:w="1763" w:type="dxa"/>
            <w:shd w:val="clear" w:color="auto" w:fill="E2EFDA"/>
          </w:tcPr>
          <w:p w14:paraId="0DD56665" w14:textId="77777777" w:rsidR="009E3460" w:rsidRDefault="00C27348" w:rsidP="00E543ED">
            <w:pPr>
              <w:bidi/>
              <w:spacing w:before="20" w:after="20"/>
              <w:jc w:val="center"/>
            </w:pPr>
            <w:r>
              <w:rPr>
                <w:rFonts w:ascii="Arial" w:hAnsi="Arial" w:cs="Arial"/>
                <w:sz w:val="16"/>
                <w:rtl/>
              </w:rPr>
              <w:t>مُعالَجة (جـ8)</w:t>
            </w:r>
          </w:p>
        </w:tc>
      </w:tr>
      <w:tr w:rsidR="009E3460" w14:paraId="6563A6EE" w14:textId="77777777" w:rsidTr="00C27348">
        <w:tc>
          <w:tcPr>
            <w:tcW w:w="717" w:type="dxa"/>
          </w:tcPr>
          <w:p w14:paraId="1C27B0C2" w14:textId="77777777" w:rsidR="009E3460" w:rsidRDefault="00C27348" w:rsidP="00E543ED">
            <w:pPr>
              <w:bidi/>
              <w:spacing w:before="20" w:after="20"/>
              <w:jc w:val="center"/>
            </w:pPr>
            <w:r>
              <w:rPr>
                <w:rFonts w:ascii="Arial" w:hAnsi="Arial" w:cs="Arial"/>
                <w:b/>
                <w:sz w:val="20"/>
                <w:rtl/>
              </w:rPr>
              <w:t>101</w:t>
            </w:r>
          </w:p>
        </w:tc>
        <w:tc>
          <w:tcPr>
            <w:tcW w:w="3783" w:type="dxa"/>
            <w:vAlign w:val="center"/>
          </w:tcPr>
          <w:p w14:paraId="39B4B50E" w14:textId="77777777" w:rsidR="009E3460" w:rsidRDefault="00C27348" w:rsidP="00E543ED">
            <w:pPr>
              <w:bidi/>
              <w:spacing w:before="20" w:after="20"/>
            </w:pPr>
            <w:r>
              <w:rPr>
                <w:rFonts w:ascii="Arial" w:hAnsi="Arial" w:cs="Arial"/>
                <w:sz w:val="18"/>
                <w:rtl/>
              </w:rPr>
              <w:t>مدة حفظ البيانات تحتاج توثيقاً.</w:t>
            </w:r>
          </w:p>
        </w:tc>
        <w:tc>
          <w:tcPr>
            <w:tcW w:w="4534" w:type="dxa"/>
          </w:tcPr>
          <w:p w14:paraId="6492A4DD" w14:textId="77777777" w:rsidR="009E3460" w:rsidRDefault="00C27348" w:rsidP="00E543ED">
            <w:pPr>
              <w:bidi/>
              <w:spacing w:before="20" w:after="20"/>
              <w:jc w:val="center"/>
            </w:pPr>
            <w:r>
              <w:rPr>
                <w:rFonts w:ascii="Arial" w:hAnsi="Arial" w:cs="Arial"/>
                <w:sz w:val="18"/>
                <w:rtl/>
              </w:rPr>
              <w:t>وُثّقت سياسة الاحتفاظ (خمس سنوات) وفق الجامعة.</w:t>
            </w:r>
          </w:p>
        </w:tc>
        <w:tc>
          <w:tcPr>
            <w:tcW w:w="1763" w:type="dxa"/>
            <w:shd w:val="clear" w:color="auto" w:fill="E2EFDA"/>
          </w:tcPr>
          <w:p w14:paraId="68CB96C3" w14:textId="77777777" w:rsidR="009E3460" w:rsidRDefault="00C27348" w:rsidP="00E543ED">
            <w:pPr>
              <w:bidi/>
              <w:spacing w:before="20" w:after="20"/>
              <w:jc w:val="center"/>
            </w:pPr>
            <w:r>
              <w:rPr>
                <w:rFonts w:ascii="Arial" w:hAnsi="Arial" w:cs="Arial"/>
                <w:sz w:val="16"/>
                <w:rtl/>
              </w:rPr>
              <w:t>مُعالَجة (جـ8)</w:t>
            </w:r>
          </w:p>
        </w:tc>
      </w:tr>
      <w:tr w:rsidR="009E3460" w14:paraId="5BB04D4D" w14:textId="77777777" w:rsidTr="00C27348">
        <w:tc>
          <w:tcPr>
            <w:tcW w:w="717" w:type="dxa"/>
          </w:tcPr>
          <w:p w14:paraId="3B07EE79" w14:textId="77777777" w:rsidR="009E3460" w:rsidRDefault="00C27348" w:rsidP="00E543ED">
            <w:pPr>
              <w:bidi/>
              <w:spacing w:before="20" w:after="20"/>
              <w:jc w:val="center"/>
            </w:pPr>
            <w:r>
              <w:rPr>
                <w:rFonts w:ascii="Arial" w:hAnsi="Arial" w:cs="Arial"/>
                <w:b/>
                <w:sz w:val="20"/>
                <w:rtl/>
              </w:rPr>
              <w:t>102</w:t>
            </w:r>
          </w:p>
        </w:tc>
        <w:tc>
          <w:tcPr>
            <w:tcW w:w="3783" w:type="dxa"/>
            <w:vAlign w:val="center"/>
          </w:tcPr>
          <w:p w14:paraId="3A547505" w14:textId="77777777" w:rsidR="009E3460" w:rsidRDefault="00C27348" w:rsidP="00E543ED">
            <w:pPr>
              <w:bidi/>
              <w:spacing w:before="20" w:after="20"/>
            </w:pPr>
            <w:r>
              <w:rPr>
                <w:rFonts w:ascii="Arial" w:hAnsi="Arial" w:cs="Arial"/>
                <w:sz w:val="18"/>
                <w:rtl/>
              </w:rPr>
              <w:t>عدم تحديد طريقة الإتلاف.</w:t>
            </w:r>
          </w:p>
        </w:tc>
        <w:tc>
          <w:tcPr>
            <w:tcW w:w="4534" w:type="dxa"/>
          </w:tcPr>
          <w:p w14:paraId="551A0B38" w14:textId="77777777" w:rsidR="009E3460" w:rsidRDefault="00C27348" w:rsidP="00E543ED">
            <w:pPr>
              <w:bidi/>
              <w:spacing w:before="20" w:after="20"/>
              <w:jc w:val="center"/>
            </w:pPr>
            <w:r>
              <w:rPr>
                <w:rFonts w:ascii="Arial" w:hAnsi="Arial" w:cs="Arial"/>
                <w:sz w:val="18"/>
                <w:rtl/>
              </w:rPr>
              <w:t xml:space="preserve">حُدِّد الحذف الآمن </w:t>
            </w:r>
            <w:r>
              <w:rPr>
                <w:rFonts w:ascii="Arial" w:hAnsi="Arial" w:cs="Arial"/>
                <w:sz w:val="18"/>
                <w:rtl/>
              </w:rPr>
              <w:t>للملفات والنسخ الاحتياطية.</w:t>
            </w:r>
          </w:p>
        </w:tc>
        <w:tc>
          <w:tcPr>
            <w:tcW w:w="1763" w:type="dxa"/>
            <w:shd w:val="clear" w:color="auto" w:fill="E2EFDA"/>
          </w:tcPr>
          <w:p w14:paraId="632D4B58" w14:textId="77777777" w:rsidR="009E3460" w:rsidRDefault="00C27348" w:rsidP="00E543ED">
            <w:pPr>
              <w:bidi/>
              <w:spacing w:before="20" w:after="20"/>
              <w:jc w:val="center"/>
            </w:pPr>
            <w:r>
              <w:rPr>
                <w:rFonts w:ascii="Arial" w:hAnsi="Arial" w:cs="Arial"/>
                <w:sz w:val="16"/>
                <w:rtl/>
              </w:rPr>
              <w:t>مُعالَجة (جـ8)</w:t>
            </w:r>
          </w:p>
        </w:tc>
      </w:tr>
      <w:tr w:rsidR="009E3460" w14:paraId="38B10F07" w14:textId="77777777" w:rsidTr="00C27348">
        <w:tc>
          <w:tcPr>
            <w:tcW w:w="717" w:type="dxa"/>
          </w:tcPr>
          <w:p w14:paraId="1592771D" w14:textId="77777777" w:rsidR="009E3460" w:rsidRDefault="00C27348" w:rsidP="00E543ED">
            <w:pPr>
              <w:bidi/>
              <w:spacing w:before="20" w:after="20"/>
              <w:jc w:val="center"/>
            </w:pPr>
            <w:r>
              <w:rPr>
                <w:rFonts w:ascii="Arial" w:hAnsi="Arial" w:cs="Arial"/>
                <w:b/>
                <w:sz w:val="20"/>
                <w:rtl/>
              </w:rPr>
              <w:t>103</w:t>
            </w:r>
          </w:p>
        </w:tc>
        <w:tc>
          <w:tcPr>
            <w:tcW w:w="3783" w:type="dxa"/>
            <w:vAlign w:val="center"/>
          </w:tcPr>
          <w:p w14:paraId="2EF05BD8" w14:textId="77777777" w:rsidR="009E3460" w:rsidRDefault="00C27348" w:rsidP="00E543ED">
            <w:pPr>
              <w:bidi/>
              <w:spacing w:before="20" w:after="20"/>
            </w:pPr>
            <w:r>
              <w:rPr>
                <w:rFonts w:ascii="Arial" w:hAnsi="Arial" w:cs="Arial"/>
                <w:sz w:val="18"/>
                <w:rtl/>
              </w:rPr>
              <w:t>عدم توضيح مكان التخزين.</w:t>
            </w:r>
          </w:p>
        </w:tc>
        <w:tc>
          <w:tcPr>
            <w:tcW w:w="4534" w:type="dxa"/>
          </w:tcPr>
          <w:p w14:paraId="56002BCF" w14:textId="77777777" w:rsidR="009E3460" w:rsidRDefault="00C27348" w:rsidP="00E543ED">
            <w:pPr>
              <w:bidi/>
              <w:spacing w:before="20" w:after="20"/>
              <w:jc w:val="center"/>
            </w:pPr>
            <w:r>
              <w:rPr>
                <w:rFonts w:ascii="Arial" w:hAnsi="Arial" w:cs="Arial"/>
                <w:sz w:val="18"/>
                <w:rtl/>
              </w:rPr>
              <w:t>حُدِّد التخزين المشفَّر وفصل بيانات التواصل عن الإجابات.</w:t>
            </w:r>
          </w:p>
        </w:tc>
        <w:tc>
          <w:tcPr>
            <w:tcW w:w="1763" w:type="dxa"/>
            <w:shd w:val="clear" w:color="auto" w:fill="E2EFDA"/>
          </w:tcPr>
          <w:p w14:paraId="5F9D82D5" w14:textId="77777777" w:rsidR="009E3460" w:rsidRDefault="00C27348" w:rsidP="00E543ED">
            <w:pPr>
              <w:bidi/>
              <w:spacing w:before="20" w:after="20"/>
              <w:jc w:val="center"/>
            </w:pPr>
            <w:r>
              <w:rPr>
                <w:rFonts w:ascii="Arial" w:hAnsi="Arial" w:cs="Arial"/>
                <w:sz w:val="16"/>
                <w:rtl/>
              </w:rPr>
              <w:t>مُعالَجة (جـ8)</w:t>
            </w:r>
          </w:p>
        </w:tc>
      </w:tr>
    </w:tbl>
    <w:p w14:paraId="7B9A5DB9" w14:textId="77777777" w:rsidR="009E3460" w:rsidRDefault="00C27348" w:rsidP="00E543ED">
      <w:pPr>
        <w:bidi/>
        <w:spacing w:before="200" w:after="120"/>
        <w:jc w:val="center"/>
      </w:pPr>
      <w:r>
        <w:rPr>
          <w:rFonts w:ascii="Arial" w:hAnsi="Arial" w:cs="Arial"/>
          <w:color w:val="12365B"/>
          <w:sz w:val="20"/>
          <w:rtl/>
        </w:rPr>
        <w:t>خلاصة: عُولِجت (98) ملاحظة من إجمالي (103) مباشرةً في النسخة المنقّحة من الفصل الثالث، بينما بقيت (5) بنود التزاماتٍ صريحة تُستكمَل عند تنفيذ المرحلة الميدانية لطبيعتها المرتبطة بجمع البيانات. ويُرفَق بهذا الرد النسخة المنقّحة من الفصل الثالث متضمِّنةً جميع الإضافات والجداول والأقسام المشار إليها أعلاه.</w:t>
      </w:r>
    </w:p>
    <w:sectPr w:rsidR="009E3460" w:rsidSect="00034616">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20" w:footer="720"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9158F" w14:textId="77777777" w:rsidR="00E543ED" w:rsidRDefault="00E543ED" w:rsidP="00E543ED">
      <w:pPr>
        <w:spacing w:after="0" w:line="240" w:lineRule="auto"/>
      </w:pPr>
      <w:r>
        <w:separator/>
      </w:r>
    </w:p>
  </w:endnote>
  <w:endnote w:type="continuationSeparator" w:id="0">
    <w:p w14:paraId="438B972A" w14:textId="77777777" w:rsidR="00E543ED" w:rsidRDefault="00E543ED" w:rsidP="00E54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B1F14" w14:textId="77777777" w:rsidR="00E543ED" w:rsidRDefault="00E543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FE97C" w14:textId="77777777" w:rsidR="00E543ED" w:rsidRDefault="00E543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762B" w14:textId="77777777" w:rsidR="00E543ED" w:rsidRDefault="00E543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5B659" w14:textId="77777777" w:rsidR="00E543ED" w:rsidRDefault="00E543ED" w:rsidP="00E543ED">
      <w:pPr>
        <w:spacing w:after="0" w:line="240" w:lineRule="auto"/>
      </w:pPr>
      <w:r>
        <w:separator/>
      </w:r>
    </w:p>
  </w:footnote>
  <w:footnote w:type="continuationSeparator" w:id="0">
    <w:p w14:paraId="1CF51F12" w14:textId="77777777" w:rsidR="00E543ED" w:rsidRDefault="00E543ED" w:rsidP="00E543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A6013" w14:textId="06B6F916" w:rsidR="00E543ED" w:rsidRDefault="00E543ED" w:rsidP="00E543ED">
    <w:pPr>
      <w:pStyle w:val="Header"/>
      <w:jc w:val="center"/>
    </w:pPr>
    <w:fldSimple w:instr=" DOCPROPERTY SecloreClassificationHeaderTextValue \* MERGEFORMAT ">
      <w:r w:rsidRPr="00E543ED">
        <w:rPr>
          <w:color w:val="91C47D"/>
          <w:sz w:val="24"/>
        </w:rPr>
        <w:t xml:space="preserve">Public / </w:t>
      </w:r>
      <w:r w:rsidRPr="00E543ED">
        <w:rPr>
          <w:rFonts w:hint="cs"/>
          <w:color w:val="91C47D"/>
          <w:sz w:val="24"/>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F2E3E" w14:textId="3C157E25" w:rsidR="00E543ED" w:rsidRDefault="00E543ED" w:rsidP="00E543ED">
    <w:pPr>
      <w:pStyle w:val="Header"/>
      <w:jc w:val="center"/>
    </w:pPr>
    <w:fldSimple w:instr=" DOCPROPERTY SecloreClassificationHeaderTextValue \* MERGEFORMAT ">
      <w:r w:rsidRPr="00E543ED">
        <w:rPr>
          <w:color w:val="91C47D"/>
          <w:sz w:val="24"/>
        </w:rPr>
        <w:t xml:space="preserve">Public / </w:t>
      </w:r>
      <w:r w:rsidRPr="00E543ED">
        <w:rPr>
          <w:rFonts w:hint="cs"/>
          <w:color w:val="91C47D"/>
          <w:sz w:val="24"/>
          <w:rtl/>
        </w:rPr>
        <w:t>عام</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BFC4E" w14:textId="360C58C9" w:rsidR="00E543ED" w:rsidRDefault="00E543ED" w:rsidP="00E543ED">
    <w:pPr>
      <w:pStyle w:val="Header"/>
      <w:jc w:val="center"/>
    </w:pPr>
    <w:fldSimple w:instr=" DOCPROPERTY SecloreClassificationHeaderTextValue \* MERGEFORMAT ">
      <w:r w:rsidRPr="00E543ED">
        <w:rPr>
          <w:color w:val="91C47D"/>
          <w:sz w:val="24"/>
        </w:rPr>
        <w:t xml:space="preserve">Public / </w:t>
      </w:r>
      <w:r w:rsidRPr="00E543ED">
        <w:rPr>
          <w:rFonts w:hint="cs"/>
          <w:color w:val="91C47D"/>
          <w:sz w:val="24"/>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30925069">
    <w:abstractNumId w:val="8"/>
  </w:num>
  <w:num w:numId="2" w16cid:durableId="277108881">
    <w:abstractNumId w:val="6"/>
  </w:num>
  <w:num w:numId="3" w16cid:durableId="1103234154">
    <w:abstractNumId w:val="5"/>
  </w:num>
  <w:num w:numId="4" w16cid:durableId="150995936">
    <w:abstractNumId w:val="4"/>
  </w:num>
  <w:num w:numId="5" w16cid:durableId="1580409309">
    <w:abstractNumId w:val="7"/>
  </w:num>
  <w:num w:numId="6" w16cid:durableId="1256134701">
    <w:abstractNumId w:val="3"/>
  </w:num>
  <w:num w:numId="7" w16cid:durableId="1844584872">
    <w:abstractNumId w:val="2"/>
  </w:num>
  <w:num w:numId="8" w16cid:durableId="427778798">
    <w:abstractNumId w:val="1"/>
  </w:num>
  <w:num w:numId="9" w16cid:durableId="237401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F07E9"/>
    <w:rsid w:val="009E3460"/>
    <w:rsid w:val="00AA1D8D"/>
    <w:rsid w:val="00B47730"/>
    <w:rsid w:val="00C27348"/>
    <w:rsid w:val="00CB0664"/>
    <w:rsid w:val="00E543ED"/>
    <w:rsid w:val="00FC693F"/>
    <w:rsid w:val="00FD523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7278E9"/>
  <w14:defaultImageDpi w14:val="300"/>
  <w15:docId w15:val="{048A2829-5DAC-4B58-B1CA-F516E4F6F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2079</Words>
  <Characters>10565</Characters>
  <Application>Microsoft Office Word</Application>
  <DocSecurity>0</DocSecurity>
  <Lines>320</Lines>
  <Paragraphs>119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Majed A. Hilal</cp:lastModifiedBy>
  <cp:revision>4</cp:revision>
  <dcterms:created xsi:type="dcterms:W3CDTF">2013-12-23T23:15:00Z</dcterms:created>
  <dcterms:modified xsi:type="dcterms:W3CDTF">2026-08-01T19:27:00Z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