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1C3999" w14:textId="77777777" w:rsidR="006A7EC5" w:rsidRDefault="00000000" w:rsidP="00B90C9A">
      <w:pPr>
        <w:pStyle w:val="1"/>
        <w:jc w:val="right"/>
      </w:pPr>
      <w:r>
        <w:t>استبيان بحث التخرج</w:t>
      </w:r>
    </w:p>
    <w:p w14:paraId="14DA9094" w14:textId="77777777" w:rsidR="006A7EC5" w:rsidRDefault="00000000" w:rsidP="00B90C9A">
      <w:pPr>
        <w:jc w:val="right"/>
      </w:pPr>
      <w:r>
        <w:t>فاعلية عدسات الواقع المعزّز في سناب شات على سلوك الشراء في تجارة التجزئة الخليجية</w:t>
      </w:r>
    </w:p>
    <w:p w14:paraId="1FE94A1F" w14:textId="77777777" w:rsidR="006A7EC5" w:rsidRDefault="00000000" w:rsidP="00B90C9A">
      <w:pPr>
        <w:pStyle w:val="21"/>
        <w:jc w:val="right"/>
      </w:pPr>
      <w:r>
        <w:t>الموافقة على المشاركة</w:t>
      </w:r>
    </w:p>
    <w:p w14:paraId="53CD3E42" w14:textId="77777777" w:rsidR="006A7EC5" w:rsidRDefault="00000000" w:rsidP="00B90C9A">
      <w:pPr>
        <w:jc w:val="right"/>
      </w:pPr>
      <w:r>
        <w:t>أوافق على المشاركة في هذا الاستبيان، وأفهم أن جميع البيانات سرية وتستخدم لأغراض البحث العلمي فقط.</w:t>
      </w:r>
    </w:p>
    <w:p w14:paraId="03DA5042" w14:textId="77777777" w:rsidR="006A7EC5" w:rsidRDefault="00000000" w:rsidP="00B90C9A">
      <w:pPr>
        <w:pStyle w:val="21"/>
        <w:jc w:val="right"/>
      </w:pPr>
      <w:r>
        <w:t>القسم الأول: البيانات العامة</w:t>
      </w:r>
    </w:p>
    <w:p w14:paraId="6945A521" w14:textId="77777777" w:rsidR="006A7EC5" w:rsidRDefault="00000000" w:rsidP="00B90C9A">
      <w:pPr>
        <w:jc w:val="right"/>
      </w:pPr>
      <w:r>
        <w:t>- العمر: أقل من 18 / 18–24 / 25–34 / 35–44 / 45 فأكثر</w:t>
      </w:r>
    </w:p>
    <w:p w14:paraId="2FDCC2D3" w14:textId="77777777" w:rsidR="006A7EC5" w:rsidRDefault="00000000" w:rsidP="00B90C9A">
      <w:pPr>
        <w:jc w:val="right"/>
      </w:pPr>
      <w:r>
        <w:t>- الجنس: ذكر / أنثى</w:t>
      </w:r>
    </w:p>
    <w:p w14:paraId="432AD857" w14:textId="77777777" w:rsidR="006A7EC5" w:rsidRDefault="00000000" w:rsidP="00B90C9A">
      <w:pPr>
        <w:jc w:val="right"/>
      </w:pPr>
      <w:r>
        <w:t>- الدولة: السعودية / الإمارات / أخرى</w:t>
      </w:r>
    </w:p>
    <w:p w14:paraId="5DBA6A94" w14:textId="77777777" w:rsidR="006A7EC5" w:rsidRDefault="00000000" w:rsidP="00B90C9A">
      <w:pPr>
        <w:jc w:val="right"/>
      </w:pPr>
      <w:r>
        <w:t>- هل سبق أن اشتريت عبر الإنترنت خلال آخر 6 أشهر؟ نعم / لا</w:t>
      </w:r>
    </w:p>
    <w:p w14:paraId="53979BF6" w14:textId="77777777" w:rsidR="006A7EC5" w:rsidRDefault="00000000" w:rsidP="00B90C9A">
      <w:pPr>
        <w:jc w:val="right"/>
      </w:pPr>
      <w:r>
        <w:t>- عدد مرات استخدام سناب شات أسبوعياً</w:t>
      </w:r>
    </w:p>
    <w:p w14:paraId="7A47114B" w14:textId="77777777" w:rsidR="006A7EC5" w:rsidRDefault="00000000" w:rsidP="00B90C9A">
      <w:pPr>
        <w:pStyle w:val="21"/>
        <w:jc w:val="right"/>
      </w:pPr>
      <w:r>
        <w:t>القسم الثاني: الألفة بالمنصّة</w:t>
      </w:r>
    </w:p>
    <w:p w14:paraId="136F5DCA" w14:textId="77777777" w:rsidR="006A7EC5" w:rsidRDefault="00000000" w:rsidP="00B90C9A">
      <w:pPr>
        <w:jc w:val="right"/>
      </w:pPr>
      <w:r>
        <w:t>- أشعر أنني متمكن من استخدام سناب شات.</w:t>
      </w:r>
    </w:p>
    <w:p w14:paraId="326DC575" w14:textId="77777777" w:rsidR="006A7EC5" w:rsidRDefault="00000000" w:rsidP="00B90C9A">
      <w:pPr>
        <w:jc w:val="right"/>
      </w:pPr>
      <w:r>
        <w:t>- أستخدم العدسات بشكل متكرر.</w:t>
      </w:r>
    </w:p>
    <w:p w14:paraId="383CE063" w14:textId="77777777" w:rsidR="006A7EC5" w:rsidRDefault="00000000" w:rsidP="00B90C9A">
      <w:pPr>
        <w:jc w:val="right"/>
      </w:pPr>
      <w:r>
        <w:t>- أعرف كيفية التفاعل مع المؤثرات.</w:t>
      </w:r>
    </w:p>
    <w:p w14:paraId="1279095D" w14:textId="77777777" w:rsidR="006A7EC5" w:rsidRDefault="00000000" w:rsidP="00B90C9A">
      <w:pPr>
        <w:jc w:val="right"/>
      </w:pPr>
      <w:r>
        <w:t>- لدي خبرة مع عدسات الواقع المعزز.</w:t>
      </w:r>
    </w:p>
    <w:p w14:paraId="4868EEA1" w14:textId="77777777" w:rsidR="006A7EC5" w:rsidRDefault="00000000" w:rsidP="00B90C9A">
      <w:pPr>
        <w:pStyle w:val="21"/>
        <w:jc w:val="right"/>
      </w:pPr>
      <w:r>
        <w:t>القسم الثالث: التعرّض لعدسات AR</w:t>
      </w:r>
    </w:p>
    <w:p w14:paraId="7C977904" w14:textId="77777777" w:rsidR="006A7EC5" w:rsidRDefault="00000000" w:rsidP="00B90C9A">
      <w:pPr>
        <w:jc w:val="right"/>
      </w:pPr>
      <w:r>
        <w:t>- كانت تجربة استخدام العدسة واضحة.</w:t>
      </w:r>
    </w:p>
    <w:p w14:paraId="5A0A892F" w14:textId="77777777" w:rsidR="006A7EC5" w:rsidRDefault="00000000" w:rsidP="00B90C9A">
      <w:pPr>
        <w:jc w:val="right"/>
      </w:pPr>
      <w:r>
        <w:t>- التفاعل مع العدسة ممتع.</w:t>
      </w:r>
    </w:p>
    <w:p w14:paraId="613DBE4B" w14:textId="77777777" w:rsidR="006A7EC5" w:rsidRDefault="00000000" w:rsidP="00B90C9A">
      <w:pPr>
        <w:jc w:val="right"/>
      </w:pPr>
      <w:r>
        <w:t>- العدسة تساعدني على فهم المنتج.</w:t>
      </w:r>
    </w:p>
    <w:p w14:paraId="18BA2481" w14:textId="77777777" w:rsidR="006A7EC5" w:rsidRDefault="00000000" w:rsidP="00B90C9A">
      <w:pPr>
        <w:jc w:val="right"/>
      </w:pPr>
      <w:r>
        <w:t>- العدسة تقدم تجربة واقعية.</w:t>
      </w:r>
    </w:p>
    <w:p w14:paraId="381739DD" w14:textId="77777777" w:rsidR="006A7EC5" w:rsidRDefault="00000000" w:rsidP="00B90C9A">
      <w:pPr>
        <w:pStyle w:val="21"/>
        <w:jc w:val="right"/>
      </w:pPr>
      <w:r>
        <w:t>القسم الرابع: الانتباه المقاس</w:t>
      </w:r>
    </w:p>
    <w:p w14:paraId="6E139452" w14:textId="77777777" w:rsidR="006A7EC5" w:rsidRDefault="00000000" w:rsidP="00B90C9A">
      <w:pPr>
        <w:jc w:val="right"/>
      </w:pPr>
      <w:r>
        <w:t>- كنت مركزًا أثناء التفاعل.</w:t>
      </w:r>
    </w:p>
    <w:p w14:paraId="002E011C" w14:textId="77777777" w:rsidR="006A7EC5" w:rsidRDefault="00000000" w:rsidP="00B90C9A">
      <w:pPr>
        <w:jc w:val="right"/>
      </w:pPr>
      <w:r>
        <w:t>- العدسة لفتت انتباهي.</w:t>
      </w:r>
    </w:p>
    <w:p w14:paraId="7FED3143" w14:textId="77777777" w:rsidR="006A7EC5" w:rsidRDefault="00000000" w:rsidP="00B90C9A">
      <w:pPr>
        <w:jc w:val="right"/>
      </w:pPr>
      <w:r>
        <w:t>- ركزت على تفاصيل المنتج.</w:t>
      </w:r>
    </w:p>
    <w:p w14:paraId="4987C9FB" w14:textId="77777777" w:rsidR="006A7EC5" w:rsidRDefault="00000000" w:rsidP="00B90C9A">
      <w:pPr>
        <w:jc w:val="right"/>
      </w:pPr>
      <w:r>
        <w:t>- سهولة ملاحظة العناصر المهمة.</w:t>
      </w:r>
    </w:p>
    <w:p w14:paraId="795C86F5" w14:textId="77777777" w:rsidR="006A7EC5" w:rsidRDefault="00000000" w:rsidP="00B90C9A">
      <w:pPr>
        <w:pStyle w:val="21"/>
        <w:jc w:val="right"/>
      </w:pPr>
      <w:r>
        <w:t>القسم الخامس: سهولة الاستخدام</w:t>
      </w:r>
    </w:p>
    <w:p w14:paraId="6DB270F8" w14:textId="77777777" w:rsidR="006A7EC5" w:rsidRDefault="00000000" w:rsidP="00B90C9A">
      <w:pPr>
        <w:jc w:val="right"/>
      </w:pPr>
      <w:r>
        <w:t>- التفاعل كان سهلاً.</w:t>
      </w:r>
    </w:p>
    <w:p w14:paraId="71A4BF9E" w14:textId="77777777" w:rsidR="006A7EC5" w:rsidRDefault="00000000" w:rsidP="00B90C9A">
      <w:pPr>
        <w:jc w:val="right"/>
      </w:pPr>
      <w:r>
        <w:lastRenderedPageBreak/>
        <w:t>- لم أواجه صعوبة في الاستخدام.</w:t>
      </w:r>
    </w:p>
    <w:p w14:paraId="58581565" w14:textId="77777777" w:rsidR="006A7EC5" w:rsidRDefault="00000000" w:rsidP="00B90C9A">
      <w:pPr>
        <w:jc w:val="right"/>
      </w:pPr>
      <w:r>
        <w:t>- الواجهة كانت واضحة.</w:t>
      </w:r>
    </w:p>
    <w:p w14:paraId="4639AD6A" w14:textId="77777777" w:rsidR="006A7EC5" w:rsidRDefault="00000000" w:rsidP="00B90C9A">
      <w:pPr>
        <w:jc w:val="right"/>
      </w:pPr>
      <w:r>
        <w:t>- يمكنني استخدام عدسات مشابهة بسهولة.</w:t>
      </w:r>
    </w:p>
    <w:p w14:paraId="2DBEA0AA" w14:textId="77777777" w:rsidR="006A7EC5" w:rsidRDefault="00000000" w:rsidP="00B90C9A">
      <w:pPr>
        <w:pStyle w:val="21"/>
        <w:jc w:val="right"/>
      </w:pPr>
      <w:r>
        <w:t>القسم السادس: ملاءمة فئة المنتج</w:t>
      </w:r>
    </w:p>
    <w:p w14:paraId="0526557B" w14:textId="77777777" w:rsidR="006A7EC5" w:rsidRDefault="00000000" w:rsidP="00B90C9A">
      <w:pPr>
        <w:jc w:val="right"/>
      </w:pPr>
      <w:r>
        <w:t>- AR يساعد في تقييم هذا النوع.</w:t>
      </w:r>
    </w:p>
    <w:p w14:paraId="2AA9FA3F" w14:textId="77777777" w:rsidR="006A7EC5" w:rsidRDefault="00000000" w:rsidP="00B90C9A">
      <w:pPr>
        <w:jc w:val="right"/>
      </w:pPr>
      <w:r>
        <w:t>- المعاينة الافتراضية مفيدة.</w:t>
      </w:r>
    </w:p>
    <w:p w14:paraId="55F1FCF5" w14:textId="77777777" w:rsidR="006A7EC5" w:rsidRDefault="00000000" w:rsidP="00B90C9A">
      <w:pPr>
        <w:jc w:val="right"/>
      </w:pPr>
      <w:r>
        <w:t>- الفئة مناسبة لاستخدام AR.</w:t>
      </w:r>
    </w:p>
    <w:p w14:paraId="3F821414" w14:textId="77777777" w:rsidR="006A7EC5" w:rsidRDefault="00000000" w:rsidP="00B90C9A">
      <w:pPr>
        <w:pStyle w:val="21"/>
        <w:jc w:val="right"/>
      </w:pPr>
      <w:r>
        <w:t>القسم السابع: النية الشرائية</w:t>
      </w:r>
    </w:p>
    <w:p w14:paraId="7C490B45" w14:textId="77777777" w:rsidR="006A7EC5" w:rsidRDefault="00000000" w:rsidP="00B90C9A">
      <w:pPr>
        <w:jc w:val="right"/>
      </w:pPr>
      <w:r>
        <w:t>- أشعر بالرغبة في الشراء بعد تجربة العدسة.</w:t>
      </w:r>
    </w:p>
    <w:p w14:paraId="19424543" w14:textId="77777777" w:rsidR="006A7EC5" w:rsidRDefault="00000000" w:rsidP="00B90C9A">
      <w:pPr>
        <w:jc w:val="right"/>
      </w:pPr>
      <w:r>
        <w:t>- العدسة زادت ثقتي بالمنتج.</w:t>
      </w:r>
    </w:p>
    <w:p w14:paraId="1E67E419" w14:textId="77777777" w:rsidR="006A7EC5" w:rsidRDefault="00000000" w:rsidP="00B90C9A">
      <w:pPr>
        <w:jc w:val="right"/>
      </w:pPr>
      <w:r>
        <w:t>- أفكر في شراء المنتج.</w:t>
      </w:r>
    </w:p>
    <w:p w14:paraId="12A654DF" w14:textId="77777777" w:rsidR="006A7EC5" w:rsidRDefault="00000000" w:rsidP="00B90C9A">
      <w:pPr>
        <w:jc w:val="right"/>
      </w:pPr>
      <w:r>
        <w:t>- قد أوصي الآخرين بالعدسة.</w:t>
      </w:r>
    </w:p>
    <w:p w14:paraId="1212B4EC" w14:textId="77777777" w:rsidR="006A7EC5" w:rsidRDefault="00000000" w:rsidP="00B90C9A">
      <w:pPr>
        <w:pStyle w:val="21"/>
        <w:jc w:val="right"/>
      </w:pPr>
      <w:r>
        <w:t>القسم الثامن: السلوك الفعلي</w:t>
      </w:r>
    </w:p>
    <w:p w14:paraId="72B38744" w14:textId="77777777" w:rsidR="006A7EC5" w:rsidRDefault="00000000" w:rsidP="00B90C9A">
      <w:pPr>
        <w:jc w:val="right"/>
      </w:pPr>
      <w:r>
        <w:t>- نقرت على رابط المنتج.</w:t>
      </w:r>
    </w:p>
    <w:p w14:paraId="6C592B1E" w14:textId="77777777" w:rsidR="006A7EC5" w:rsidRDefault="00000000" w:rsidP="00B90C9A">
      <w:pPr>
        <w:jc w:val="right"/>
      </w:pPr>
      <w:r>
        <w:t>- أضفت المنتج للسلة.</w:t>
      </w:r>
    </w:p>
    <w:p w14:paraId="33D82200" w14:textId="77777777" w:rsidR="006A7EC5" w:rsidRDefault="00000000" w:rsidP="00B90C9A">
      <w:pPr>
        <w:jc w:val="right"/>
      </w:pPr>
      <w:r>
        <w:t>- اشتريت المنتج فعلياً.</w:t>
      </w:r>
    </w:p>
    <w:p w14:paraId="059D1679" w14:textId="77777777" w:rsidR="006A7EC5" w:rsidRDefault="00000000" w:rsidP="00B90C9A">
      <w:pPr>
        <w:jc w:val="right"/>
      </w:pPr>
      <w:r>
        <w:t>- سأعود للبحث عن المنتج لاحقاً.</w:t>
      </w:r>
    </w:p>
    <w:p w14:paraId="7673C378" w14:textId="77777777" w:rsidR="006A7EC5" w:rsidRDefault="00000000" w:rsidP="00B90C9A">
      <w:pPr>
        <w:pStyle w:val="21"/>
        <w:jc w:val="right"/>
      </w:pPr>
      <w:r>
        <w:t>القسم التاسع: أسئلة مفتوحة</w:t>
      </w:r>
    </w:p>
    <w:p w14:paraId="521ED68B" w14:textId="77777777" w:rsidR="006A7EC5" w:rsidRDefault="00000000" w:rsidP="00B90C9A">
      <w:pPr>
        <w:jc w:val="right"/>
      </w:pPr>
      <w:r>
        <w:t>- ما الذي أعجبك في تجربة العدسة؟</w:t>
      </w:r>
    </w:p>
    <w:p w14:paraId="04196765" w14:textId="77777777" w:rsidR="006A7EC5" w:rsidRDefault="00000000" w:rsidP="00B90C9A">
      <w:pPr>
        <w:jc w:val="right"/>
      </w:pPr>
      <w:r>
        <w:t>- ما الذي يمكن تحسينه؟</w:t>
      </w:r>
    </w:p>
    <w:p w14:paraId="5DA03973" w14:textId="77777777" w:rsidR="006A7EC5" w:rsidRDefault="00000000" w:rsidP="00B90C9A">
      <w:pPr>
        <w:jc w:val="right"/>
      </w:pPr>
      <w:r>
        <w:t>- ملاحظات إضافية:</w:t>
      </w:r>
    </w:p>
    <w:sectPr w:rsidR="006A7EC5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393885508">
    <w:abstractNumId w:val="8"/>
  </w:num>
  <w:num w:numId="2" w16cid:durableId="163471771">
    <w:abstractNumId w:val="6"/>
  </w:num>
  <w:num w:numId="3" w16cid:durableId="1202938864">
    <w:abstractNumId w:val="5"/>
  </w:num>
  <w:num w:numId="4" w16cid:durableId="1852641072">
    <w:abstractNumId w:val="4"/>
  </w:num>
  <w:num w:numId="5" w16cid:durableId="491870799">
    <w:abstractNumId w:val="7"/>
  </w:num>
  <w:num w:numId="6" w16cid:durableId="35586894">
    <w:abstractNumId w:val="3"/>
  </w:num>
  <w:num w:numId="7" w16cid:durableId="935139582">
    <w:abstractNumId w:val="2"/>
  </w:num>
  <w:num w:numId="8" w16cid:durableId="198590702">
    <w:abstractNumId w:val="1"/>
  </w:num>
  <w:num w:numId="9" w16cid:durableId="14104238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43454"/>
    <w:rsid w:val="0015074B"/>
    <w:rsid w:val="0029639D"/>
    <w:rsid w:val="00326F90"/>
    <w:rsid w:val="006A7EC5"/>
    <w:rsid w:val="00AA1D8D"/>
    <w:rsid w:val="00B47730"/>
    <w:rsid w:val="00B90C9A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  <w14:docId w14:val="228B28CD"/>
  <w14:defaultImageDpi w14:val="300"/>
  <w15:docId w15:val="{555CE1BA-E1C5-4706-9701-C85F21B751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FC693F"/>
  </w:style>
  <w:style w:type="paragraph" w:styleId="1">
    <w:name w:val="heading 1"/>
    <w:basedOn w:val="a1"/>
    <w:next w:val="a1"/>
    <w:link w:val="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">
    <w:name w:val="رأس الصفحة Char"/>
    <w:basedOn w:val="a2"/>
    <w:link w:val="a5"/>
    <w:uiPriority w:val="99"/>
    <w:rsid w:val="00E618BF"/>
  </w:style>
  <w:style w:type="paragraph" w:styleId="a6">
    <w:name w:val="footer"/>
    <w:basedOn w:val="a1"/>
    <w:link w:val="Char0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0">
    <w:name w:val="تذييل الصفحة Char"/>
    <w:basedOn w:val="a2"/>
    <w:link w:val="a6"/>
    <w:uiPriority w:val="99"/>
    <w:rsid w:val="00E618BF"/>
  </w:style>
  <w:style w:type="paragraph" w:styleId="a7">
    <w:name w:val="No Spacing"/>
    <w:uiPriority w:val="1"/>
    <w:qFormat/>
    <w:rsid w:val="00FC693F"/>
    <w:pPr>
      <w:spacing w:after="0" w:line="240" w:lineRule="auto"/>
    </w:pPr>
  </w:style>
  <w:style w:type="character" w:customStyle="1" w:styleId="1Char">
    <w:name w:val="العنوان 1 Char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Char">
    <w:name w:val="عنوان 2 Char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Char">
    <w:name w:val="عنوان 3 Char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8">
    <w:name w:val="Title"/>
    <w:basedOn w:val="a1"/>
    <w:next w:val="a1"/>
    <w:link w:val="Char1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Char1">
    <w:name w:val="العنوان Char"/>
    <w:basedOn w:val="a2"/>
    <w:link w:val="a8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9">
    <w:name w:val="Subtitle"/>
    <w:basedOn w:val="a1"/>
    <w:next w:val="a1"/>
    <w:link w:val="Char2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Char2">
    <w:name w:val="عنوان فرعي Char"/>
    <w:basedOn w:val="a2"/>
    <w:link w:val="a9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a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b">
    <w:name w:val="Body Text"/>
    <w:basedOn w:val="a1"/>
    <w:link w:val="Char3"/>
    <w:uiPriority w:val="99"/>
    <w:unhideWhenUsed/>
    <w:rsid w:val="00AA1D8D"/>
    <w:pPr>
      <w:spacing w:after="120"/>
    </w:pPr>
  </w:style>
  <w:style w:type="character" w:customStyle="1" w:styleId="Char3">
    <w:name w:val="نص أساسي Char"/>
    <w:basedOn w:val="a2"/>
    <w:link w:val="ab"/>
    <w:uiPriority w:val="99"/>
    <w:rsid w:val="00AA1D8D"/>
  </w:style>
  <w:style w:type="paragraph" w:styleId="22">
    <w:name w:val="Body Text 2"/>
    <w:basedOn w:val="a1"/>
    <w:link w:val="2Char0"/>
    <w:uiPriority w:val="99"/>
    <w:unhideWhenUsed/>
    <w:rsid w:val="00AA1D8D"/>
    <w:pPr>
      <w:spacing w:after="120" w:line="480" w:lineRule="auto"/>
    </w:pPr>
  </w:style>
  <w:style w:type="character" w:customStyle="1" w:styleId="2Char0">
    <w:name w:val="نص أساسي 2 Char"/>
    <w:basedOn w:val="a2"/>
    <w:link w:val="22"/>
    <w:uiPriority w:val="99"/>
    <w:rsid w:val="00AA1D8D"/>
  </w:style>
  <w:style w:type="paragraph" w:styleId="32">
    <w:name w:val="Body Text 3"/>
    <w:basedOn w:val="a1"/>
    <w:link w:val="3Char0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Char0">
    <w:name w:val="نص أساسي 3 Char"/>
    <w:basedOn w:val="a2"/>
    <w:link w:val="32"/>
    <w:uiPriority w:val="99"/>
    <w:rsid w:val="00AA1D8D"/>
    <w:rPr>
      <w:sz w:val="16"/>
      <w:szCs w:val="16"/>
    </w:rPr>
  </w:style>
  <w:style w:type="paragraph" w:styleId="ac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3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3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d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4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4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e">
    <w:name w:val="macro"/>
    <w:link w:val="Char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Char4">
    <w:name w:val="نص ماكرو Char"/>
    <w:basedOn w:val="a2"/>
    <w:link w:val="ae"/>
    <w:uiPriority w:val="99"/>
    <w:rsid w:val="0029639D"/>
    <w:rPr>
      <w:rFonts w:ascii="Courier" w:hAnsi="Courier"/>
      <w:sz w:val="20"/>
      <w:szCs w:val="20"/>
    </w:rPr>
  </w:style>
  <w:style w:type="paragraph" w:styleId="af">
    <w:name w:val="Quote"/>
    <w:basedOn w:val="a1"/>
    <w:next w:val="a1"/>
    <w:link w:val="Char5"/>
    <w:uiPriority w:val="29"/>
    <w:qFormat/>
    <w:rsid w:val="00FC693F"/>
    <w:rPr>
      <w:i/>
      <w:iCs/>
      <w:color w:val="000000" w:themeColor="text1"/>
    </w:rPr>
  </w:style>
  <w:style w:type="character" w:customStyle="1" w:styleId="Char5">
    <w:name w:val="اقتباس Char"/>
    <w:basedOn w:val="a2"/>
    <w:link w:val="af"/>
    <w:uiPriority w:val="29"/>
    <w:rsid w:val="00FC693F"/>
    <w:rPr>
      <w:i/>
      <w:iCs/>
      <w:color w:val="000000" w:themeColor="text1"/>
    </w:rPr>
  </w:style>
  <w:style w:type="character" w:customStyle="1" w:styleId="4Char">
    <w:name w:val="عنوان 4 Char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Char">
    <w:name w:val="عنوان 5 Char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Char">
    <w:name w:val="عنوان 6 Char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Char">
    <w:name w:val="عنوان 7 Char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Char">
    <w:name w:val="عنوان 8 Char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Char">
    <w:name w:val="عنوان 9 Char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0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1">
    <w:name w:val="Strong"/>
    <w:basedOn w:val="a2"/>
    <w:uiPriority w:val="22"/>
    <w:qFormat/>
    <w:rsid w:val="00FC693F"/>
    <w:rPr>
      <w:b/>
      <w:bCs/>
    </w:rPr>
  </w:style>
  <w:style w:type="character" w:styleId="af2">
    <w:name w:val="Emphasis"/>
    <w:basedOn w:val="a2"/>
    <w:uiPriority w:val="20"/>
    <w:qFormat/>
    <w:rsid w:val="00FC693F"/>
    <w:rPr>
      <w:i/>
      <w:iCs/>
    </w:rPr>
  </w:style>
  <w:style w:type="paragraph" w:styleId="af3">
    <w:name w:val="Intense Quote"/>
    <w:basedOn w:val="a1"/>
    <w:next w:val="a1"/>
    <w:link w:val="Char6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har6">
    <w:name w:val="اقتباس مكثف Char"/>
    <w:basedOn w:val="a2"/>
    <w:link w:val="af3"/>
    <w:uiPriority w:val="30"/>
    <w:rsid w:val="00FC693F"/>
    <w:rPr>
      <w:b/>
      <w:bCs/>
      <w:i/>
      <w:iCs/>
      <w:color w:val="4F81BD" w:themeColor="accent1"/>
    </w:rPr>
  </w:style>
  <w:style w:type="character" w:styleId="af4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5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6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7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8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a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b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c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d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0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5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1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6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2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7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5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e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0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1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232</Words>
  <Characters>1325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1554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محمد -</cp:lastModifiedBy>
  <cp:revision>2</cp:revision>
  <cp:lastPrinted>2025-11-26T22:24:00Z</cp:lastPrinted>
  <dcterms:created xsi:type="dcterms:W3CDTF">2025-11-26T22:28:00Z</dcterms:created>
  <dcterms:modified xsi:type="dcterms:W3CDTF">2025-11-26T22:28:00Z</dcterms:modified>
  <cp:category/>
</cp:coreProperties>
</file>