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E8B9B" w14:textId="77777777" w:rsidR="006948D2" w:rsidRDefault="00000000">
      <w:pPr>
        <w:pStyle w:val="Title"/>
      </w:pPr>
      <w:r>
        <w:t>Research Methodology in Computer Science (AI800)</w:t>
      </w:r>
    </w:p>
    <w:p w14:paraId="294E9339" w14:textId="77777777" w:rsidR="006948D2" w:rsidRDefault="00000000">
      <w:pPr>
        <w:pStyle w:val="Heading1"/>
      </w:pPr>
      <w:r>
        <w:t>Assignment 2</w:t>
      </w:r>
    </w:p>
    <w:p w14:paraId="4672CA59" w14:textId="77777777" w:rsidR="006948D2" w:rsidRDefault="00000000">
      <w:pPr>
        <w:pStyle w:val="Heading2"/>
      </w:pPr>
      <w:r>
        <w:t>Research Title</w:t>
      </w:r>
    </w:p>
    <w:p w14:paraId="3CC98D9A" w14:textId="77777777" w:rsidR="006948D2" w:rsidRDefault="00000000">
      <w:pPr>
        <w:pStyle w:val="Heading3"/>
      </w:pPr>
      <w:r>
        <w:t>A Literature Review on Security Challenges and Solutions in Internet of Things (IoT) Networks</w:t>
      </w:r>
    </w:p>
    <w:p w14:paraId="1B4A1B8C" w14:textId="77777777" w:rsidR="006948D2" w:rsidRDefault="00000000">
      <w:r>
        <w:rPr>
          <w:b/>
        </w:rPr>
        <w:t xml:space="preserve">Student Name: </w:t>
      </w:r>
      <w:r>
        <w:t>Mohammed Alsunaidi</w:t>
      </w:r>
    </w:p>
    <w:p w14:paraId="050F9218" w14:textId="77777777" w:rsidR="006948D2" w:rsidRDefault="00000000">
      <w:r>
        <w:rPr>
          <w:b/>
        </w:rPr>
        <w:t xml:space="preserve">Course Code: </w:t>
      </w:r>
      <w:r>
        <w:t>AI800</w:t>
      </w:r>
    </w:p>
    <w:p w14:paraId="41645A17" w14:textId="77777777" w:rsidR="006948D2" w:rsidRDefault="00000000">
      <w:r>
        <w:rPr>
          <w:b/>
        </w:rPr>
        <w:t xml:space="preserve">Course Title: </w:t>
      </w:r>
      <w:r>
        <w:t>Research Methodology in Computer Science</w:t>
      </w:r>
    </w:p>
    <w:p w14:paraId="41E1071C" w14:textId="77777777" w:rsidR="006948D2" w:rsidRDefault="00000000">
      <w:r>
        <w:rPr>
          <w:b/>
        </w:rPr>
        <w:t xml:space="preserve">Lecturer: </w:t>
      </w:r>
      <w:r>
        <w:t>Dr. Mohammed Anbar</w:t>
      </w:r>
    </w:p>
    <w:p w14:paraId="70DAA672" w14:textId="77777777" w:rsidR="006948D2" w:rsidRDefault="00000000">
      <w:r>
        <w:rPr>
          <w:b/>
        </w:rPr>
        <w:t xml:space="preserve">Submission Date: </w:t>
      </w:r>
      <w:r>
        <w:t>11 July 2026</w:t>
      </w:r>
    </w:p>
    <w:p w14:paraId="0B965932" w14:textId="77777777" w:rsidR="00911B11" w:rsidRPr="00911B11" w:rsidRDefault="00911B11" w:rsidP="00911B11">
      <w:pPr>
        <w:rPr>
          <w:b/>
          <w:bCs/>
          <w:color w:val="365F91" w:themeColor="accent1" w:themeShade="BF"/>
        </w:rPr>
      </w:pPr>
      <w:r w:rsidRPr="00911B11">
        <w:rPr>
          <w:b/>
          <w:bCs/>
          <w:color w:val="365F91" w:themeColor="accent1" w:themeShade="BF"/>
        </w:rPr>
        <w:t>Problem Statement</w:t>
      </w:r>
    </w:p>
    <w:p w14:paraId="21E8946E" w14:textId="77777777" w:rsidR="00911B11" w:rsidRPr="00911B11" w:rsidRDefault="00911B11" w:rsidP="00911B11">
      <w:r w:rsidRPr="00911B11">
        <w:t>The Internet of Things (IoT) has become one of the fastest-growing technologies in recent years and is now widely used in healthcare, smart homes, transportation, industrial automation, and many other sectors. By allowing physical devices to communicate and exchange information through the Internet, IoT has improved efficiency, reduced operational costs, and supported the development of smart applications. Despite these advantages, the rapid expansion of IoT networks has introduced significant cybersecurity challenges that continue to concern researchers and organizations worldwide.</w:t>
      </w:r>
    </w:p>
    <w:p w14:paraId="7292FB74" w14:textId="77777777" w:rsidR="00911B11" w:rsidRPr="00911B11" w:rsidRDefault="00911B11" w:rsidP="00911B11">
      <w:r w:rsidRPr="00911B11">
        <w:t>One of the major problems facing IoT networks is that many connected devices have limited memory, processing power, and battery capacity. These hardware limitations make it difficult to implement conventional cybersecurity mechanisms that are commonly used in traditional computer systems. In addition, the large number of heterogeneous devices connected to IoT networks creates multiple entry points for attackers. As a result, IoT environments are vulnerable to various cyber threats, including malware, denial-of-service (DoS) attacks, unauthorized access, spoofing attacks, and data breaches (</w:t>
      </w:r>
      <w:proofErr w:type="spellStart"/>
      <w:r w:rsidRPr="00911B11">
        <w:t>Jurcut</w:t>
      </w:r>
      <w:proofErr w:type="spellEnd"/>
      <w:r w:rsidRPr="00911B11">
        <w:t xml:space="preserve"> et al., 2020; Haque &amp; Tasmin, 2020).</w:t>
      </w:r>
    </w:p>
    <w:p w14:paraId="0BC57386" w14:textId="77777777" w:rsidR="00911B11" w:rsidRPr="00911B11" w:rsidRDefault="00911B11" w:rsidP="00911B11">
      <w:r w:rsidRPr="00911B11">
        <w:t xml:space="preserve">The significance of this problem continues to increase as IoT devices become integrated into critical sectors such as healthcare, transportation, manufacturing, and smart cities. Security breaches in these environments may result in financial losses, service </w:t>
      </w:r>
      <w:r w:rsidRPr="00911B11">
        <w:lastRenderedPageBreak/>
        <w:t>interruptions, privacy violations, and risks to public safety. For this reason, ensuring secure communication between IoT devices has become an important research topic within the field of cybersecurity.</w:t>
      </w:r>
    </w:p>
    <w:p w14:paraId="30EDA230" w14:textId="77777777" w:rsidR="00911B11" w:rsidRPr="00911B11" w:rsidRDefault="00911B11" w:rsidP="00911B11">
      <w:r w:rsidRPr="00911B11">
        <w:t>Researchers have proposed several security mechanisms to reduce these risks. Existing solutions include authentication protocols, lightweight encryption algorithms, access control mechanisms, intrusion detection systems, and adaptive security frameworks designed specifically for resource-constrained IoT devices (Abdullah et al., 2021; Trnka et al., 2022). Although these approaches have improved IoT security, many of them focus on specific threats rather than providing comprehensive protection. Some security mechanisms also require computational resources that exceed the capabilities of many IoT devices, limiting their practical implementation (Goli &amp; Kim, 2021).</w:t>
      </w:r>
    </w:p>
    <w:p w14:paraId="2773E25B" w14:textId="77777777" w:rsidR="00911B11" w:rsidRPr="00911B11" w:rsidRDefault="00911B11" w:rsidP="00911B11">
      <w:r w:rsidRPr="00911B11">
        <w:t>Based on the existing literature, there is still no universal security framework capable of protecting different IoT environments while maintaining high performance and low computational overhead. Furthermore, the continuous evolution of cyber threats requires security solutions that are scalable, adaptive, and suitable for diverse IoT applications (</w:t>
      </w:r>
      <w:proofErr w:type="spellStart"/>
      <w:r w:rsidRPr="00911B11">
        <w:t>Almadhor</w:t>
      </w:r>
      <w:proofErr w:type="spellEnd"/>
      <w:r w:rsidRPr="00911B11">
        <w:t xml:space="preserve"> et al., 2022).</w:t>
      </w:r>
    </w:p>
    <w:p w14:paraId="23BF8B83" w14:textId="77777777" w:rsidR="00911B11" w:rsidRPr="00911B11" w:rsidRDefault="00911B11" w:rsidP="00911B11">
      <w:r w:rsidRPr="00911B11">
        <w:t>Therefore, this research aims to examine the major security challenges affecting Internet of Things networks, evaluate existing security solutions discussed in the literature, and identify research gaps that may contribute to the development of more effective and practical security mechanisms for future IoT environments.</w:t>
      </w:r>
    </w:p>
    <w:p w14:paraId="3A6BB7AC" w14:textId="54D26E80" w:rsidR="00911B11" w:rsidRPr="00911B11" w:rsidRDefault="00911B11" w:rsidP="00911B11">
      <w:pPr>
        <w:rPr>
          <w:b/>
          <w:bCs/>
          <w:color w:val="365F91" w:themeColor="accent1" w:themeShade="BF"/>
        </w:rPr>
      </w:pPr>
      <w:r w:rsidRPr="00911B11">
        <w:rPr>
          <w:b/>
          <w:bCs/>
          <w:color w:val="365F91" w:themeColor="accent1" w:themeShade="BF"/>
        </w:rPr>
        <w:t>Research Objectives</w:t>
      </w:r>
      <w:r>
        <w:rPr>
          <w:b/>
          <w:bCs/>
          <w:color w:val="365F91" w:themeColor="accent1" w:themeShade="BF"/>
        </w:rPr>
        <w:t>:</w:t>
      </w:r>
    </w:p>
    <w:p w14:paraId="517206B8" w14:textId="77777777" w:rsidR="00911B11" w:rsidRPr="00911B11" w:rsidRDefault="00911B11" w:rsidP="00911B11">
      <w:pPr>
        <w:rPr>
          <w:b/>
          <w:bCs/>
          <w:color w:val="365F91" w:themeColor="accent1" w:themeShade="BF"/>
        </w:rPr>
      </w:pPr>
      <w:r w:rsidRPr="00911B11">
        <w:rPr>
          <w:b/>
          <w:bCs/>
          <w:color w:val="365F91" w:themeColor="accent1" w:themeShade="BF"/>
        </w:rPr>
        <w:t>Primary Objective</w:t>
      </w:r>
    </w:p>
    <w:p w14:paraId="1E789464" w14:textId="77777777" w:rsidR="00911B11" w:rsidRPr="00911B11" w:rsidRDefault="00911B11" w:rsidP="00911B11">
      <w:r w:rsidRPr="00911B11">
        <w:t>The primary objective of this research is to examine the security challenges affecting Internet of Things (IoT) networks and evaluate the existing security solutions proposed in recent studies to identify possible improvements for securing resource-constrained IoT environments.</w:t>
      </w:r>
    </w:p>
    <w:p w14:paraId="12E1881D" w14:textId="77777777" w:rsidR="00911B11" w:rsidRPr="00911B11" w:rsidRDefault="00911B11" w:rsidP="00911B11">
      <w:pPr>
        <w:rPr>
          <w:b/>
          <w:bCs/>
        </w:rPr>
      </w:pPr>
      <w:r w:rsidRPr="00911B11">
        <w:rPr>
          <w:b/>
          <w:bCs/>
        </w:rPr>
        <w:t>Specific Objectives</w:t>
      </w:r>
    </w:p>
    <w:p w14:paraId="712F7475" w14:textId="77777777" w:rsidR="00911B11" w:rsidRPr="00911B11" w:rsidRDefault="00911B11" w:rsidP="00911B11">
      <w:pPr>
        <w:numPr>
          <w:ilvl w:val="0"/>
          <w:numId w:val="10"/>
        </w:numPr>
      </w:pPr>
      <w:r w:rsidRPr="00911B11">
        <w:rPr>
          <w:b/>
          <w:bCs/>
        </w:rPr>
        <w:t>To identify</w:t>
      </w:r>
      <w:r w:rsidRPr="00911B11">
        <w:t xml:space="preserve"> the major cybersecurity challenges affecting Internet of Things (IoT) networks. </w:t>
      </w:r>
    </w:p>
    <w:p w14:paraId="4493A7FC" w14:textId="77777777" w:rsidR="00911B11" w:rsidRPr="00911B11" w:rsidRDefault="00911B11" w:rsidP="00911B11">
      <w:pPr>
        <w:numPr>
          <w:ilvl w:val="0"/>
          <w:numId w:val="10"/>
        </w:numPr>
      </w:pPr>
      <w:r w:rsidRPr="00911B11">
        <w:rPr>
          <w:b/>
          <w:bCs/>
        </w:rPr>
        <w:t>To examine</w:t>
      </w:r>
      <w:r w:rsidRPr="00911B11">
        <w:t xml:space="preserve"> the most common cyber threats targeting IoT devices, including malware, denial-of-service attacks, unauthorized access, and data breaches. </w:t>
      </w:r>
    </w:p>
    <w:p w14:paraId="6FA05592" w14:textId="77777777" w:rsidR="00911B11" w:rsidRPr="00911B11" w:rsidRDefault="00911B11" w:rsidP="00911B11">
      <w:pPr>
        <w:numPr>
          <w:ilvl w:val="0"/>
          <w:numId w:val="10"/>
        </w:numPr>
      </w:pPr>
      <w:r w:rsidRPr="00911B11">
        <w:rPr>
          <w:b/>
          <w:bCs/>
        </w:rPr>
        <w:t>To evaluate</w:t>
      </w:r>
      <w:r w:rsidRPr="00911B11">
        <w:t xml:space="preserve"> the effectiveness of existing security solutions, including authentication mechanisms, access control techniques, lightweight cryptography, and intrusion detection systems. </w:t>
      </w:r>
    </w:p>
    <w:p w14:paraId="74FFB8DF" w14:textId="77777777" w:rsidR="00911B11" w:rsidRPr="00911B11" w:rsidRDefault="00911B11" w:rsidP="00911B11">
      <w:pPr>
        <w:numPr>
          <w:ilvl w:val="0"/>
          <w:numId w:val="10"/>
        </w:numPr>
      </w:pPr>
      <w:r w:rsidRPr="00911B11">
        <w:rPr>
          <w:b/>
          <w:bCs/>
        </w:rPr>
        <w:lastRenderedPageBreak/>
        <w:t>To compare</w:t>
      </w:r>
      <w:r w:rsidRPr="00911B11">
        <w:t xml:space="preserve"> the strengths and limitations of current IoT security approaches discussed in the literature. </w:t>
      </w:r>
    </w:p>
    <w:p w14:paraId="11644684" w14:textId="77777777" w:rsidR="00911B11" w:rsidRPr="00911B11" w:rsidRDefault="00911B11" w:rsidP="00911B11">
      <w:pPr>
        <w:numPr>
          <w:ilvl w:val="0"/>
          <w:numId w:val="10"/>
        </w:numPr>
      </w:pPr>
      <w:r w:rsidRPr="00911B11">
        <w:rPr>
          <w:b/>
          <w:bCs/>
        </w:rPr>
        <w:t>To identify</w:t>
      </w:r>
      <w:r w:rsidRPr="00911B11">
        <w:t xml:space="preserve"> research gaps in existing IoT security studies and suggest areas for future research. </w:t>
      </w:r>
    </w:p>
    <w:p w14:paraId="58906F39" w14:textId="77777777" w:rsidR="00911B11" w:rsidRDefault="00911B11" w:rsidP="00911B11">
      <w:pPr>
        <w:pStyle w:val="Heading1"/>
        <w:rPr>
          <w:sz w:val="48"/>
        </w:rPr>
      </w:pPr>
      <w:r>
        <w:rPr>
          <w:rStyle w:val="Strong"/>
          <w:b/>
          <w:bCs/>
        </w:rPr>
        <w:t>Literature Review</w:t>
      </w:r>
    </w:p>
    <w:p w14:paraId="3807C496" w14:textId="77777777" w:rsidR="00911B11" w:rsidRDefault="00911B11" w:rsidP="00911B11">
      <w:pPr>
        <w:pStyle w:val="Heading2"/>
      </w:pPr>
      <w:r>
        <w:rPr>
          <w:rStyle w:val="Strong"/>
          <w:b/>
          <w:bCs/>
        </w:rPr>
        <w:t>Security Challenges in Internet of Things (IoT) Networks</w:t>
      </w:r>
    </w:p>
    <w:p w14:paraId="1D0D7108" w14:textId="77777777" w:rsidR="00911B11" w:rsidRDefault="00911B11" w:rsidP="00911B11">
      <w:pPr>
        <w:pStyle w:val="NormalWeb"/>
      </w:pPr>
      <w:r>
        <w:t>The Internet of Things has experienced rapid growth over the last decade due to the increasing demand for smart technologies in both personal and industrial environments. Today, IoT devices are widely used in healthcare, smart homes, transportation systems, manufacturing, agriculture, and smart city applications. Although these technologies provide significant benefits by improving automation, communication, and operational efficiency, they have also introduced a wide range of cybersecurity challenges that continue to attract the attention of researchers.</w:t>
      </w:r>
    </w:p>
    <w:p w14:paraId="27B5FEC6" w14:textId="77777777" w:rsidR="00911B11" w:rsidRDefault="00911B11" w:rsidP="00911B11">
      <w:pPr>
        <w:pStyle w:val="NormalWeb"/>
      </w:pPr>
      <w:r>
        <w:t xml:space="preserve">One of the </w:t>
      </w:r>
      <w:proofErr w:type="gramStart"/>
      <w:r>
        <w:t>most commonly discussed</w:t>
      </w:r>
      <w:proofErr w:type="gramEnd"/>
      <w:r>
        <w:t xml:space="preserve"> challenges in </w:t>
      </w:r>
      <w:proofErr w:type="gramStart"/>
      <w:r>
        <w:t>the literature</w:t>
      </w:r>
      <w:proofErr w:type="gramEnd"/>
      <w:r>
        <w:t xml:space="preserve"> is the limited capability of IoT devices. Unlike traditional computers, many IoT devices are designed with limited processing power, memory, and battery capacity. These limitations make it difficult to implement conventional security mechanisms without affecting system performance. Researchers have consistently argued that this issue represents one of the main reasons why IoT devices remain vulnerable to cyberattacks (</w:t>
      </w:r>
      <w:proofErr w:type="spellStart"/>
      <w:r>
        <w:t>Jurcut</w:t>
      </w:r>
      <w:proofErr w:type="spellEnd"/>
      <w:r>
        <w:t xml:space="preserve"> et al., 2020; Haque &amp; Tasmin, 2020).</w:t>
      </w:r>
    </w:p>
    <w:p w14:paraId="0BFBB49F" w14:textId="77777777" w:rsidR="00911B11" w:rsidRDefault="00911B11" w:rsidP="00911B11">
      <w:pPr>
        <w:pStyle w:val="NormalWeb"/>
      </w:pPr>
      <w:r>
        <w:t>Another challenge highlighted in previous studies is the heterogeneous nature of IoT networks. A single IoT environment may include devices from different manufacturers that use different operating systems, communication protocols, and hardware architectures. This diversity makes it difficult to develop standardized security mechanisms that can protect every device effectively. As a result, maintaining consistent security across an IoT network becomes increasingly complex as the number of connected devices grows (Abdullah et al., 2021).</w:t>
      </w:r>
    </w:p>
    <w:p w14:paraId="524CDE33" w14:textId="77777777" w:rsidR="00911B11" w:rsidRDefault="00911B11" w:rsidP="00911B11">
      <w:pPr>
        <w:pStyle w:val="NormalWeb"/>
      </w:pPr>
      <w:r>
        <w:t>Researchers have also pointed out that many IoT devices are deployed with default configurations or weak security settings. In some cases, manufacturers prioritize affordability, ease of installation, and low power consumption over cybersecurity. Consequently, devices may be released with weak authentication mechanisms, outdated firmware, or insufficient encryption, making them attractive targets for attackers. These weaknesses create opportunities for cybercriminals to compromise individual devices and use them to launch larger attacks against entire networks (</w:t>
      </w:r>
      <w:proofErr w:type="spellStart"/>
      <w:r>
        <w:t>Jurcut</w:t>
      </w:r>
      <w:proofErr w:type="spellEnd"/>
      <w:r>
        <w:t xml:space="preserve"> et al., 2020).</w:t>
      </w:r>
    </w:p>
    <w:p w14:paraId="69F52B55" w14:textId="77777777" w:rsidR="00911B11" w:rsidRDefault="00911B11" w:rsidP="00911B11">
      <w:pPr>
        <w:pStyle w:val="NormalWeb"/>
      </w:pPr>
      <w:r>
        <w:t xml:space="preserve">Scalability is another challenge frequently discussed in </w:t>
      </w:r>
      <w:proofErr w:type="gramStart"/>
      <w:r>
        <w:t>the literature</w:t>
      </w:r>
      <w:proofErr w:type="gramEnd"/>
      <w:r>
        <w:t xml:space="preserve">. As organizations continue to expand their IoT infrastructure, the number of connected devices increases significantly. Security solutions that perform well in small environments may become </w:t>
      </w:r>
      <w:r>
        <w:lastRenderedPageBreak/>
        <w:t>less effective when applied to large-scale IoT deployments. Researchers therefore suggest that future security mechanisms should be scalable, lightweight, and capable of adapting to changes in network size and device diversity (Goli &amp; Kim, 2021).</w:t>
      </w:r>
    </w:p>
    <w:p w14:paraId="7D8C4FCA" w14:textId="77777777" w:rsidR="00911B11" w:rsidRDefault="00911B11" w:rsidP="00911B11">
      <w:pPr>
        <w:pStyle w:val="NormalWeb"/>
      </w:pPr>
      <w:r>
        <w:t>Overall, the reviewed studies agree that IoT security cannot rely on a single protection mechanism. Instead, effective security requires multiple layers of defense that work together to protect devices, communication channels, and stored information. While considerable progress has been made in developing security solutions, the literature indicates that many challenges remain unresolved, particularly in balancing strong security with the limited resources available in IoT devices.</w:t>
      </w:r>
    </w:p>
    <w:p w14:paraId="258DE189" w14:textId="77777777" w:rsidR="00911B11" w:rsidRPr="00911B11" w:rsidRDefault="00911B11" w:rsidP="00911B11">
      <w:pPr>
        <w:rPr>
          <w:b/>
          <w:bCs/>
          <w:color w:val="365F91" w:themeColor="accent1" w:themeShade="BF"/>
        </w:rPr>
      </w:pPr>
      <w:r w:rsidRPr="00911B11">
        <w:rPr>
          <w:b/>
          <w:bCs/>
          <w:color w:val="365F91" w:themeColor="accent1" w:themeShade="BF"/>
        </w:rPr>
        <w:t>Common Security Threats in Internet of Things (IoT) Networks</w:t>
      </w:r>
    </w:p>
    <w:p w14:paraId="4F120BBA" w14:textId="77777777" w:rsidR="00911B11" w:rsidRPr="00911B11" w:rsidRDefault="00911B11" w:rsidP="00911B11">
      <w:r w:rsidRPr="00911B11">
        <w:t>As the number of connected IoT devices continues to increase, cyber threats have also become more sophisticated. Many researchers agree that IoT networks present a larger attack surface than traditional computer networks because they consist of numerous interconnected devices with different capabilities and security levels. Consequently, attackers often target IoT environments to steal sensitive information, interrupt services, or gain unauthorized access to connected systems.</w:t>
      </w:r>
    </w:p>
    <w:p w14:paraId="0258B8F0" w14:textId="77777777" w:rsidR="00911B11" w:rsidRPr="00911B11" w:rsidRDefault="00911B11" w:rsidP="00911B11">
      <w:r w:rsidRPr="00911B11">
        <w:t>One of the most frequently reported threats in the literature is the Denial-of-Service (DoS) and Distributed Denial-of-Service (DDoS) attack. These attacks attempt to overload IoT devices or network resources, making them unavailable to legitimate users. Because many IoT devices have limited processing power and memory, they are particularly vulnerable to these attacks. Previous studies have shown that compromised IoT devices are often used to create botnets capable of launching large-scale DDoS attacks against organizations and critical infrastructure (</w:t>
      </w:r>
      <w:proofErr w:type="spellStart"/>
      <w:r w:rsidRPr="00911B11">
        <w:t>Jurcut</w:t>
      </w:r>
      <w:proofErr w:type="spellEnd"/>
      <w:r w:rsidRPr="00911B11">
        <w:t xml:space="preserve"> et al., 2020).</w:t>
      </w:r>
    </w:p>
    <w:p w14:paraId="20BB84EA" w14:textId="77777777" w:rsidR="00911B11" w:rsidRPr="00911B11" w:rsidRDefault="00911B11" w:rsidP="00911B11">
      <w:r w:rsidRPr="00911B11">
        <w:t xml:space="preserve">Unauthorized access is another major concern discussed in </w:t>
      </w:r>
      <w:proofErr w:type="gramStart"/>
      <w:r w:rsidRPr="00911B11">
        <w:t>the literature</w:t>
      </w:r>
      <w:proofErr w:type="gramEnd"/>
      <w:r w:rsidRPr="00911B11">
        <w:t>. Weak passwords, default credentials, and poor authentication mechanisms allow attackers to gain control of IoT devices without permission. Once an attacker gains access to one device, they may be able to move laterally across the network and compromise additional systems. Researchers emphasize that stronger authentication methods are necessary to reduce this risk (Abdullah et al., 2021).</w:t>
      </w:r>
    </w:p>
    <w:p w14:paraId="54E6C18D" w14:textId="77777777" w:rsidR="00911B11" w:rsidRPr="00911B11" w:rsidRDefault="00911B11" w:rsidP="00911B11">
      <w:r w:rsidRPr="00911B11">
        <w:t>Privacy is also considered one of the most important security concerns in IoT environments. Many IoT devices continuously collect personal or sensitive information, including health records, location data, environmental measurements, and user behavior. If these data are intercepted or accessed without authorization, they may result in serious privacy violations. For this reason, researchers recommend implementing encryption and secure communication protocols to protect transmitted and stored information (Haque &amp; Tasmin, 2020).</w:t>
      </w:r>
    </w:p>
    <w:p w14:paraId="339C2613" w14:textId="77777777" w:rsidR="00911B11" w:rsidRPr="00911B11" w:rsidRDefault="00911B11" w:rsidP="00911B11">
      <w:r w:rsidRPr="00911B11">
        <w:lastRenderedPageBreak/>
        <w:t>Another threat identified in the literature is malware infection. Attackers may install malicious software on vulnerable IoT devices to steal information, monitor user activities, or recruit devices into botnets. Due to limited security updates and insufficient monitoring, infected devices may remain compromised for long periods without being detected (</w:t>
      </w:r>
      <w:proofErr w:type="spellStart"/>
      <w:r w:rsidRPr="00911B11">
        <w:t>Jurcut</w:t>
      </w:r>
      <w:proofErr w:type="spellEnd"/>
      <w:r w:rsidRPr="00911B11">
        <w:t xml:space="preserve"> et al., 2020).</w:t>
      </w:r>
    </w:p>
    <w:p w14:paraId="086D774E" w14:textId="77777777" w:rsidR="00911B11" w:rsidRPr="00911B11" w:rsidRDefault="00911B11" w:rsidP="00911B11">
      <w:r w:rsidRPr="00911B11">
        <w:t xml:space="preserve">Overall, the reviewed studies demonstrate that IoT networks face multiple cybersecurity threats that require different protection mechanisms. No single security solution </w:t>
      </w:r>
      <w:proofErr w:type="gramStart"/>
      <w:r w:rsidRPr="00911B11">
        <w:t>is capable of addressing</w:t>
      </w:r>
      <w:proofErr w:type="gramEnd"/>
      <w:r w:rsidRPr="00911B11">
        <w:t xml:space="preserve"> every type of attack, highlighting the need for a layered security strategy.</w:t>
      </w:r>
    </w:p>
    <w:p w14:paraId="6A869AFD" w14:textId="534E51BE" w:rsidR="00911B11" w:rsidRPr="00911B11" w:rsidRDefault="00911B11" w:rsidP="00911B11"/>
    <w:p w14:paraId="48F4C9D4" w14:textId="77777777" w:rsidR="00911B11" w:rsidRPr="00911B11" w:rsidRDefault="00911B11" w:rsidP="00911B11">
      <w:pPr>
        <w:rPr>
          <w:b/>
          <w:bCs/>
          <w:color w:val="365F91" w:themeColor="accent1" w:themeShade="BF"/>
        </w:rPr>
      </w:pPr>
      <w:r w:rsidRPr="00911B11">
        <w:rPr>
          <w:b/>
          <w:bCs/>
          <w:color w:val="365F91" w:themeColor="accent1" w:themeShade="BF"/>
        </w:rPr>
        <w:t>Authentication and Access Control</w:t>
      </w:r>
    </w:p>
    <w:p w14:paraId="71EFB5C3" w14:textId="77777777" w:rsidR="00911B11" w:rsidRPr="00911B11" w:rsidRDefault="00911B11" w:rsidP="00911B11">
      <w:r w:rsidRPr="00911B11">
        <w:t>Authentication and access control are widely recognized as essential components of IoT security. Authentication ensures that only legitimate users and devices can join the network, while access control determines what resources each user or device is permitted to access. Together, these mechanisms reduce the likelihood of unauthorized access and protect sensitive information.</w:t>
      </w:r>
    </w:p>
    <w:p w14:paraId="141CDB53" w14:textId="77777777" w:rsidR="00911B11" w:rsidRPr="00911B11" w:rsidRDefault="00911B11" w:rsidP="00911B11">
      <w:r w:rsidRPr="00911B11">
        <w:t>Researchers have proposed several authentication techniques specifically designed for resource-constrained IoT devices. Unlike traditional authentication systems, lightweight authentication protocols reduce computational overhead while maintaining an acceptable level of security. According to Abdullah et al. (2021), these methods are particularly suitable for IoT devices because they balance security with performance requirements.</w:t>
      </w:r>
    </w:p>
    <w:p w14:paraId="3216BEC5" w14:textId="77777777" w:rsidR="00911B11" w:rsidRPr="00911B11" w:rsidRDefault="00911B11" w:rsidP="00911B11">
      <w:r w:rsidRPr="00911B11">
        <w:t>Access control has also received significant attention in recent research. Instead of granting unrestricted access after authentication, modern access control systems assign permissions according to predefined policies. This approach limits the actions that users or devices can perform and reduces the impact of compromised accounts. However, researchers note that implementing effective access control becomes increasingly difficult as IoT networks grow larger and more heterogeneous (Trnka et al., 2022).</w:t>
      </w:r>
    </w:p>
    <w:p w14:paraId="2DA14736" w14:textId="77777777" w:rsidR="00911B11" w:rsidRPr="00911B11" w:rsidRDefault="00911B11" w:rsidP="00911B11">
      <w:r w:rsidRPr="00911B11">
        <w:t>Although authentication and access control significantly improve network security, they cannot eliminate every cyber threat. Researchers therefore recommend integrating these mechanisms with encryption, intrusion detection systems, and continuous monitoring to achieve stronger protection.</w:t>
      </w:r>
    </w:p>
    <w:p w14:paraId="51B1C34C" w14:textId="77777777" w:rsidR="00911B11" w:rsidRPr="00911B11" w:rsidRDefault="00911B11" w:rsidP="00911B11">
      <w:pPr>
        <w:rPr>
          <w:b/>
          <w:bCs/>
          <w:color w:val="365F91" w:themeColor="accent1" w:themeShade="BF"/>
        </w:rPr>
      </w:pPr>
      <w:r w:rsidRPr="00911B11">
        <w:rPr>
          <w:b/>
          <w:bCs/>
          <w:color w:val="365F91" w:themeColor="accent1" w:themeShade="BF"/>
        </w:rPr>
        <w:t>Intrusion Detection Systems</w:t>
      </w:r>
    </w:p>
    <w:p w14:paraId="2B9E193F" w14:textId="77777777" w:rsidR="00911B11" w:rsidRPr="00911B11" w:rsidRDefault="00911B11" w:rsidP="00911B11">
      <w:r w:rsidRPr="00911B11">
        <w:t xml:space="preserve">Intrusion Detection Systems (IDS) have become an important area of research because traditional preventive security mechanisms cannot detect every cyberattack. IDS continuously monitor network activity and identify abnormal behavior that may indicate </w:t>
      </w:r>
      <w:r w:rsidRPr="00911B11">
        <w:lastRenderedPageBreak/>
        <w:t>malicious activity. Once suspicious traffic is detected, administrators can investigate the incident and respond before significant damage occurs.</w:t>
      </w:r>
    </w:p>
    <w:p w14:paraId="6B3B492C" w14:textId="77777777" w:rsidR="00911B11" w:rsidRPr="00911B11" w:rsidRDefault="00911B11" w:rsidP="00911B11">
      <w:r w:rsidRPr="00911B11">
        <w:t>Several studies suggest that IDS provide an additional layer of security by detecting attacks that bypass authentication or encryption mechanisms (Abdullah et al., 2021). Recent research has also explored intelligent intrusion detection systems that use machine learning techniques to improve detection accuracy and reduce false alarms.</w:t>
      </w:r>
    </w:p>
    <w:p w14:paraId="5C72FB2B" w14:textId="77777777" w:rsidR="00911B11" w:rsidRPr="00911B11" w:rsidRDefault="00911B11" w:rsidP="00911B11">
      <w:r w:rsidRPr="00911B11">
        <w:t>Despite these advantages, IDS still face several limitations in IoT environments. Resource-constrained devices often lack sufficient processing power to support complex detection algorithms. In addition, maintaining high detection accuracy while minimizing false positives remains a significant challenge. Researchers therefore recommend developing lightweight intrusion detection methods specifically designed for IoT applications (Goli &amp; Kim, 2021).</w:t>
      </w:r>
    </w:p>
    <w:p w14:paraId="0175C680" w14:textId="77777777" w:rsidR="00911B11" w:rsidRPr="00911B11" w:rsidRDefault="00911B11" w:rsidP="00911B11">
      <w:pPr>
        <w:rPr>
          <w:b/>
          <w:bCs/>
          <w:color w:val="365F91" w:themeColor="accent1" w:themeShade="BF"/>
        </w:rPr>
      </w:pPr>
      <w:r w:rsidRPr="00911B11">
        <w:rPr>
          <w:b/>
          <w:bCs/>
          <w:color w:val="365F91" w:themeColor="accent1" w:themeShade="BF"/>
        </w:rPr>
        <w:t>Lightweight Security Mechanisms</w:t>
      </w:r>
    </w:p>
    <w:p w14:paraId="1E4CDDB1" w14:textId="77777777" w:rsidR="00911B11" w:rsidRPr="00911B11" w:rsidRDefault="00911B11" w:rsidP="00911B11">
      <w:r w:rsidRPr="00911B11">
        <w:t>Traditional cybersecurity techniques are often unsuitable for IoT devices because they require significant computational resources. As a result, researchers have focused on developing lightweight security mechanisms that provide protection while consuming minimal memory, processing power, and energy.</w:t>
      </w:r>
    </w:p>
    <w:p w14:paraId="05E183D5" w14:textId="77777777" w:rsidR="00911B11" w:rsidRPr="00911B11" w:rsidRDefault="00911B11" w:rsidP="00911B11">
      <w:r w:rsidRPr="00911B11">
        <w:t xml:space="preserve">Lightweight cryptography is one of the most widely discussed solutions in </w:t>
      </w:r>
      <w:proofErr w:type="gramStart"/>
      <w:r w:rsidRPr="00911B11">
        <w:t>the literature</w:t>
      </w:r>
      <w:proofErr w:type="gramEnd"/>
      <w:r w:rsidRPr="00911B11">
        <w:t>. These algorithms are designed specifically for devices with limited resources and allow secure communication without significantly reducing device performance. Researchers believe that lightweight encryption will continue to play an important role in future IoT deployments because of its ability to balance security and efficiency (Trnka et al., 2022).</w:t>
      </w:r>
    </w:p>
    <w:p w14:paraId="378B27A8" w14:textId="77777777" w:rsidR="00911B11" w:rsidRPr="00911B11" w:rsidRDefault="00911B11" w:rsidP="00911B11">
      <w:r w:rsidRPr="00911B11">
        <w:t>Adaptive security frameworks have also attracted increasing attention. Unlike static security mechanisms, adaptive approaches continuously monitor network conditions and automatically adjust security policies when suspicious activity is detected. Such systems improve flexibility and allow IoT networks to respond more effectively to evolving cyber threats (Goli &amp; Kim, 2021).</w:t>
      </w:r>
    </w:p>
    <w:p w14:paraId="707D2CBC" w14:textId="77777777" w:rsidR="00911B11" w:rsidRPr="00911B11" w:rsidRDefault="00911B11" w:rsidP="00911B11">
      <w:r w:rsidRPr="00911B11">
        <w:t>Although these approaches have shown promising results, researchers agree that further work is required to improve scalability, compatibility, and real-world implementation.</w:t>
      </w:r>
    </w:p>
    <w:p w14:paraId="5DCAA650" w14:textId="77777777" w:rsidR="00911B11" w:rsidRPr="00911B11" w:rsidRDefault="00911B11" w:rsidP="00911B11">
      <w:pPr>
        <w:rPr>
          <w:b/>
          <w:bCs/>
          <w:color w:val="365F91" w:themeColor="accent1" w:themeShade="BF"/>
        </w:rPr>
      </w:pPr>
      <w:r w:rsidRPr="00911B11">
        <w:rPr>
          <w:b/>
          <w:bCs/>
          <w:color w:val="365F91" w:themeColor="accent1" w:themeShade="BF"/>
        </w:rPr>
        <w:t>Research Gaps</w:t>
      </w:r>
    </w:p>
    <w:p w14:paraId="425B2E0B" w14:textId="77777777" w:rsidR="00911B11" w:rsidRPr="00911B11" w:rsidRDefault="00911B11" w:rsidP="00911B11">
      <w:r w:rsidRPr="00911B11">
        <w:t>The reviewed literature demonstrates that researchers have proposed numerous solutions to improve IoT security. However, several important research gaps remain.</w:t>
      </w:r>
    </w:p>
    <w:p w14:paraId="3F0233D0" w14:textId="77777777" w:rsidR="00911B11" w:rsidRPr="00911B11" w:rsidRDefault="00911B11" w:rsidP="00911B11">
      <w:r w:rsidRPr="00911B11">
        <w:lastRenderedPageBreak/>
        <w:t>First, many studies evaluate security mechanisms in simulated environments rather than real-world IoT deployments. This makes it difficult to determine whether the proposed solutions can perform effectively under practical operating conditions.</w:t>
      </w:r>
    </w:p>
    <w:p w14:paraId="528A87E8" w14:textId="77777777" w:rsidR="00911B11" w:rsidRPr="00911B11" w:rsidRDefault="00911B11" w:rsidP="00911B11">
      <w:r w:rsidRPr="00911B11">
        <w:t>Second, existing studies often focus on a single aspect of security, such as authentication or intrusion detection, instead of developing integrated security frameworks capable of addressing multiple cyber threats simultaneously.</w:t>
      </w:r>
    </w:p>
    <w:p w14:paraId="278CA4DA" w14:textId="77777777" w:rsidR="00911B11" w:rsidRPr="00911B11" w:rsidRDefault="00911B11" w:rsidP="00911B11">
      <w:r w:rsidRPr="00911B11">
        <w:t>Finally, there is still limited research examining how security mechanisms can maintain strong protection while minimizing computational overhead for resource-constrained devices. Addressing these limitations may contribute to more secure and practical IoT environments in the future.</w:t>
      </w:r>
    </w:p>
    <w:p w14:paraId="75DC6B9A" w14:textId="77777777" w:rsidR="00911B11" w:rsidRPr="00911B11" w:rsidRDefault="00911B11" w:rsidP="00911B11">
      <w:pPr>
        <w:rPr>
          <w:b/>
          <w:bCs/>
          <w:color w:val="365F91" w:themeColor="accent1" w:themeShade="BF"/>
        </w:rPr>
      </w:pPr>
      <w:r w:rsidRPr="00911B11">
        <w:rPr>
          <w:b/>
          <w:bCs/>
          <w:color w:val="365F91" w:themeColor="accent1" w:themeShade="BF"/>
        </w:rPr>
        <w:t>Conclusion</w:t>
      </w:r>
    </w:p>
    <w:p w14:paraId="2418EDAE" w14:textId="77777777" w:rsidR="00911B11" w:rsidRPr="00911B11" w:rsidRDefault="00911B11" w:rsidP="00911B11">
      <w:r w:rsidRPr="00911B11">
        <w:t>The literature reviewed in this report demonstrates that securing Internet of Things networks remains one of the most important challenges in modern cybersecurity. As IoT technology continues to expand into healthcare, transportation, manufacturing, and smart city applications, protecting connected devices against cyber threats has become increasingly important.</w:t>
      </w:r>
    </w:p>
    <w:p w14:paraId="6B62F411" w14:textId="77777777" w:rsidR="00911B11" w:rsidRPr="00911B11" w:rsidRDefault="00911B11" w:rsidP="00911B11">
      <w:r w:rsidRPr="00911B11">
        <w:t>The reviewed studies identify several common security challenges, including limited device resources, heterogeneous network architectures, weak authentication mechanisms, malware, denial-of-service attacks, and privacy concerns. Researchers have proposed a variety of solutions, including authentication protocols, access control mechanisms, intrusion detection systems, lightweight cryptography, and adaptive security frameworks. Although these approaches improve network security, no single solution currently provides complete protection for all IoT environments.</w:t>
      </w:r>
    </w:p>
    <w:p w14:paraId="2C4CD85D" w14:textId="77777777" w:rsidR="00911B11" w:rsidRDefault="00911B11" w:rsidP="00911B11">
      <w:pPr>
        <w:rPr>
          <w:color w:val="365F91" w:themeColor="accent1" w:themeShade="BF"/>
          <w:sz w:val="32"/>
          <w:szCs w:val="28"/>
        </w:rPr>
      </w:pPr>
      <w:r w:rsidRPr="00911B11">
        <w:t>Overall, the literature indicates that future research should focus on developing integrated, lightweight, and scalable security frameworks that can effectively protect diverse IoT networks while maintaining acceptable system performance.</w:t>
      </w:r>
      <w:r w:rsidRPr="00911B11">
        <w:rPr>
          <w:color w:val="365F91" w:themeColor="accent1" w:themeShade="BF"/>
          <w:sz w:val="32"/>
          <w:szCs w:val="28"/>
        </w:rPr>
        <w:t xml:space="preserve"> </w:t>
      </w:r>
    </w:p>
    <w:p w14:paraId="1478C2DE" w14:textId="77777777" w:rsidR="00911B11" w:rsidRDefault="00911B11" w:rsidP="00911B11">
      <w:pPr>
        <w:rPr>
          <w:color w:val="365F91" w:themeColor="accent1" w:themeShade="BF"/>
          <w:sz w:val="32"/>
          <w:szCs w:val="28"/>
        </w:rPr>
      </w:pPr>
    </w:p>
    <w:p w14:paraId="46E3D8AF" w14:textId="77777777" w:rsidR="00911B11" w:rsidRDefault="00911B11" w:rsidP="00911B11">
      <w:pPr>
        <w:rPr>
          <w:color w:val="365F91" w:themeColor="accent1" w:themeShade="BF"/>
          <w:sz w:val="32"/>
          <w:szCs w:val="28"/>
        </w:rPr>
      </w:pPr>
    </w:p>
    <w:p w14:paraId="4BA2BD02" w14:textId="77777777" w:rsidR="00911B11" w:rsidRDefault="00911B11" w:rsidP="00911B11">
      <w:pPr>
        <w:rPr>
          <w:color w:val="365F91" w:themeColor="accent1" w:themeShade="BF"/>
          <w:sz w:val="32"/>
          <w:szCs w:val="28"/>
        </w:rPr>
      </w:pPr>
    </w:p>
    <w:p w14:paraId="6EBCF542" w14:textId="77777777" w:rsidR="00911B11" w:rsidRDefault="00911B11" w:rsidP="00911B11">
      <w:pPr>
        <w:rPr>
          <w:color w:val="365F91" w:themeColor="accent1" w:themeShade="BF"/>
          <w:sz w:val="32"/>
          <w:szCs w:val="28"/>
        </w:rPr>
      </w:pPr>
    </w:p>
    <w:p w14:paraId="143B0153" w14:textId="77777777" w:rsidR="00911B11" w:rsidRDefault="00911B11" w:rsidP="00911B11">
      <w:pPr>
        <w:rPr>
          <w:color w:val="365F91" w:themeColor="accent1" w:themeShade="BF"/>
          <w:sz w:val="32"/>
          <w:szCs w:val="28"/>
        </w:rPr>
      </w:pPr>
    </w:p>
    <w:p w14:paraId="3A47BF54" w14:textId="6219D631" w:rsidR="00911B11" w:rsidRDefault="00911B11" w:rsidP="00911B11">
      <w:pPr>
        <w:rPr>
          <w:color w:val="365F91" w:themeColor="accent1" w:themeShade="BF"/>
          <w:sz w:val="32"/>
          <w:szCs w:val="28"/>
        </w:rPr>
      </w:pPr>
      <w:r w:rsidRPr="00911B11">
        <w:rPr>
          <w:color w:val="365F91" w:themeColor="accent1" w:themeShade="BF"/>
          <w:sz w:val="32"/>
          <w:szCs w:val="28"/>
        </w:rPr>
        <w:lastRenderedPageBreak/>
        <w:t>References</w:t>
      </w:r>
    </w:p>
    <w:p w14:paraId="4E3A116F" w14:textId="6D83CEEE" w:rsidR="00911B11" w:rsidRDefault="00911B11" w:rsidP="00911B11"/>
    <w:p w14:paraId="7A1F279E" w14:textId="77777777" w:rsidR="00911B11" w:rsidRPr="00911B11" w:rsidRDefault="00911B11" w:rsidP="00911B11">
      <w:r w:rsidRPr="00911B11">
        <w:t xml:space="preserve">Abdullah, N., et al. (2021). </w:t>
      </w:r>
      <w:r w:rsidRPr="00911B11">
        <w:rPr>
          <w:i/>
          <w:iCs/>
        </w:rPr>
        <w:t>Internet of Things (IoT) security challenges and solutions: A systematic literature review.</w:t>
      </w:r>
    </w:p>
    <w:p w14:paraId="183FC9D8" w14:textId="77777777" w:rsidR="00911B11" w:rsidRPr="00911B11" w:rsidRDefault="00911B11" w:rsidP="00911B11">
      <w:proofErr w:type="spellStart"/>
      <w:r w:rsidRPr="00911B11">
        <w:t>Almadhor</w:t>
      </w:r>
      <w:proofErr w:type="spellEnd"/>
      <w:r w:rsidRPr="00911B11">
        <w:t xml:space="preserve">, A., et al. (2022). </w:t>
      </w:r>
      <w:r w:rsidRPr="00911B11">
        <w:rPr>
          <w:i/>
          <w:iCs/>
        </w:rPr>
        <w:t xml:space="preserve">A comprehensive survey of authentication methods </w:t>
      </w:r>
      <w:proofErr w:type="gramStart"/>
      <w:r w:rsidRPr="00911B11">
        <w:rPr>
          <w:i/>
          <w:iCs/>
        </w:rPr>
        <w:t>in</w:t>
      </w:r>
      <w:proofErr w:type="gramEnd"/>
      <w:r w:rsidRPr="00911B11">
        <w:rPr>
          <w:i/>
          <w:iCs/>
        </w:rPr>
        <w:t xml:space="preserve"> Internet of Things.</w:t>
      </w:r>
    </w:p>
    <w:p w14:paraId="622F173E" w14:textId="77777777" w:rsidR="00911B11" w:rsidRPr="00911B11" w:rsidRDefault="00911B11" w:rsidP="00911B11">
      <w:r w:rsidRPr="00911B11">
        <w:t xml:space="preserve">Goli, T., &amp; Kim, Y. (2021). </w:t>
      </w:r>
      <w:r w:rsidRPr="00911B11">
        <w:rPr>
          <w:i/>
          <w:iCs/>
        </w:rPr>
        <w:t>A survey on securing IoT ecosystems and adaptive network security.</w:t>
      </w:r>
    </w:p>
    <w:p w14:paraId="439B9312" w14:textId="77777777" w:rsidR="00911B11" w:rsidRPr="00911B11" w:rsidRDefault="00911B11" w:rsidP="00911B11">
      <w:r w:rsidRPr="00911B11">
        <w:t xml:space="preserve">Haque, A. K. M. B., &amp; Tasmin, S. (2020). </w:t>
      </w:r>
      <w:r w:rsidRPr="00911B11">
        <w:rPr>
          <w:i/>
          <w:iCs/>
        </w:rPr>
        <w:t>Security threats and research challenges of the Internet of Things: A review.</w:t>
      </w:r>
    </w:p>
    <w:p w14:paraId="4265E272" w14:textId="77777777" w:rsidR="00911B11" w:rsidRPr="00911B11" w:rsidRDefault="00911B11" w:rsidP="00911B11">
      <w:proofErr w:type="spellStart"/>
      <w:r w:rsidRPr="00911B11">
        <w:t>Jurcut</w:t>
      </w:r>
      <w:proofErr w:type="spellEnd"/>
      <w:r w:rsidRPr="00911B11">
        <w:t xml:space="preserve">, A., et al. (2020). </w:t>
      </w:r>
      <w:r w:rsidRPr="00911B11">
        <w:rPr>
          <w:i/>
          <w:iCs/>
        </w:rPr>
        <w:t>Security considerations for Internet of Things: A survey.</w:t>
      </w:r>
    </w:p>
    <w:p w14:paraId="59ACFF23" w14:textId="77777777" w:rsidR="00911B11" w:rsidRPr="00911B11" w:rsidRDefault="00911B11" w:rsidP="00911B11">
      <w:r w:rsidRPr="00911B11">
        <w:t xml:space="preserve">Trnka, M., et al. (2022). </w:t>
      </w:r>
      <w:r w:rsidRPr="00911B11">
        <w:rPr>
          <w:i/>
          <w:iCs/>
        </w:rPr>
        <w:t>Systematic review of authentication and authorization advancements for the Internet of Things.</w:t>
      </w:r>
    </w:p>
    <w:p w14:paraId="6AE77594" w14:textId="77777777" w:rsidR="00911B11" w:rsidRPr="00911B11" w:rsidRDefault="00911B11" w:rsidP="00911B11"/>
    <w:p w14:paraId="2ABAB3F2" w14:textId="77777777" w:rsidR="00911B11" w:rsidRDefault="00911B11" w:rsidP="00911B11">
      <w:pPr>
        <w:rPr>
          <w:color w:val="365F91" w:themeColor="accent1" w:themeShade="BF"/>
          <w:sz w:val="32"/>
          <w:szCs w:val="28"/>
        </w:rPr>
      </w:pPr>
    </w:p>
    <w:p w14:paraId="331E938A" w14:textId="77777777" w:rsidR="00911B11" w:rsidRPr="00911B11" w:rsidRDefault="00911B11" w:rsidP="00911B11">
      <w:pPr>
        <w:rPr>
          <w:color w:val="365F91" w:themeColor="accent1" w:themeShade="BF"/>
          <w:sz w:val="32"/>
          <w:szCs w:val="28"/>
        </w:rPr>
      </w:pPr>
    </w:p>
    <w:sectPr w:rsidR="00911B11" w:rsidRPr="00911B1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FF4DD4"/>
    <w:multiLevelType w:val="multilevel"/>
    <w:tmpl w:val="FF54B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2965257">
    <w:abstractNumId w:val="8"/>
  </w:num>
  <w:num w:numId="2" w16cid:durableId="668485956">
    <w:abstractNumId w:val="6"/>
  </w:num>
  <w:num w:numId="3" w16cid:durableId="1207330008">
    <w:abstractNumId w:val="5"/>
  </w:num>
  <w:num w:numId="4" w16cid:durableId="113447645">
    <w:abstractNumId w:val="4"/>
  </w:num>
  <w:num w:numId="5" w16cid:durableId="1738043069">
    <w:abstractNumId w:val="7"/>
  </w:num>
  <w:num w:numId="6" w16cid:durableId="1330524071">
    <w:abstractNumId w:val="3"/>
  </w:num>
  <w:num w:numId="7" w16cid:durableId="101657911">
    <w:abstractNumId w:val="2"/>
  </w:num>
  <w:num w:numId="8" w16cid:durableId="513543193">
    <w:abstractNumId w:val="1"/>
  </w:num>
  <w:num w:numId="9" w16cid:durableId="677579269">
    <w:abstractNumId w:val="0"/>
  </w:num>
  <w:num w:numId="10" w16cid:durableId="9106509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948D2"/>
    <w:rsid w:val="00911B11"/>
    <w:rsid w:val="00AA1D8D"/>
    <w:rsid w:val="00B47730"/>
    <w:rsid w:val="00B870C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BF9333"/>
  <w14:defaultImageDpi w14:val="300"/>
  <w15:docId w15:val="{075513D8-419A-4181-AF8A-96D7913A8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911B11"/>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2601</Words>
  <Characters>14830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17397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شادن الشيبان ID 442202031</cp:lastModifiedBy>
  <cp:revision>2</cp:revision>
  <dcterms:created xsi:type="dcterms:W3CDTF">2026-07-11T12:33:00Z</dcterms:created>
  <dcterms:modified xsi:type="dcterms:W3CDTF">2026-07-11T12:33:00Z</dcterms:modified>
  <cp:category/>
</cp:coreProperties>
</file>