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CFB63B" w14:textId="77777777" w:rsidR="008F0124" w:rsidRDefault="008F0124" w:rsidP="008F0124">
      <w:pPr>
        <w:spacing w:before="100" w:beforeAutospacing="1" w:after="100" w:afterAutospacing="1" w:line="240" w:lineRule="auto"/>
        <w:outlineLvl w:val="2"/>
        <w:rPr>
          <w:rFonts w:ascii="Times New Roman" w:eastAsia="Times New Roman" w:hAnsi="Times New Roman" w:cs="Times New Roman"/>
          <w:b/>
          <w:bCs/>
          <w:sz w:val="27"/>
          <w:szCs w:val="27"/>
          <w:lang w:val="en-CA" w:eastAsia="en-CA"/>
        </w:rPr>
      </w:pPr>
      <w:r>
        <w:rPr>
          <w:rFonts w:ascii="Times New Roman" w:eastAsia="Times New Roman" w:hAnsi="Times New Roman" w:cs="Times New Roman"/>
          <w:b/>
          <w:bCs/>
          <w:sz w:val="27"/>
          <w:szCs w:val="27"/>
          <w:lang w:val="en-CA" w:eastAsia="en-CA"/>
        </w:rPr>
        <w:t>Project Proposal</w:t>
      </w:r>
    </w:p>
    <w:p w14:paraId="1A8EE2E8" w14:textId="77777777" w:rsidR="008F0124" w:rsidRPr="008F0124" w:rsidRDefault="008F0124" w:rsidP="008F0124">
      <w:pPr>
        <w:spacing w:before="100" w:beforeAutospacing="1" w:after="100" w:afterAutospacing="1" w:line="240" w:lineRule="auto"/>
        <w:outlineLvl w:val="2"/>
        <w:rPr>
          <w:rFonts w:ascii="Times New Roman" w:eastAsia="Times New Roman" w:hAnsi="Times New Roman" w:cs="Times New Roman"/>
          <w:b/>
          <w:bCs/>
          <w:sz w:val="27"/>
          <w:szCs w:val="27"/>
          <w:lang w:val="en-CA" w:eastAsia="en-CA"/>
        </w:rPr>
      </w:pPr>
      <w:r w:rsidRPr="008F0124">
        <w:rPr>
          <w:rFonts w:ascii="Times New Roman" w:eastAsia="Times New Roman" w:hAnsi="Times New Roman" w:cs="Times New Roman"/>
          <w:b/>
          <w:bCs/>
          <w:sz w:val="27"/>
          <w:szCs w:val="27"/>
          <w:lang w:val="en-CA" w:eastAsia="en-CA"/>
        </w:rPr>
        <w:t>Project Title</w:t>
      </w:r>
    </w:p>
    <w:p w14:paraId="76A3A04A" w14:textId="77777777" w:rsidR="008F0124" w:rsidRPr="008F0124" w:rsidRDefault="008F0124" w:rsidP="008F0124">
      <w:pPr>
        <w:spacing w:before="100" w:beforeAutospacing="1" w:after="100" w:afterAutospacing="1" w:line="240" w:lineRule="auto"/>
        <w:outlineLvl w:val="2"/>
        <w:rPr>
          <w:rFonts w:ascii="Times New Roman" w:eastAsia="Times New Roman" w:hAnsi="Times New Roman" w:cs="Times New Roman"/>
          <w:sz w:val="27"/>
          <w:szCs w:val="27"/>
          <w:lang w:val="en-CA" w:eastAsia="en-CA"/>
        </w:rPr>
      </w:pPr>
      <w:r w:rsidRPr="008F0124">
        <w:rPr>
          <w:rFonts w:ascii="Times New Roman" w:eastAsia="Times New Roman" w:hAnsi="Times New Roman" w:cs="Times New Roman"/>
          <w:sz w:val="27"/>
          <w:szCs w:val="27"/>
          <w:lang w:val="en-CA" w:eastAsia="en-CA"/>
        </w:rPr>
        <w:t>Face Mask Detection Using Deep Learning</w:t>
      </w:r>
    </w:p>
    <w:p w14:paraId="7E49380E" w14:textId="77777777" w:rsidR="008D76A8" w:rsidRDefault="008D76A8" w:rsidP="008F0124">
      <w:pPr>
        <w:spacing w:before="100" w:beforeAutospacing="1" w:after="100" w:afterAutospacing="1" w:line="240" w:lineRule="auto"/>
        <w:outlineLvl w:val="2"/>
        <w:rPr>
          <w:rFonts w:ascii="Times New Roman" w:eastAsia="Times New Roman" w:hAnsi="Times New Roman" w:cs="Times New Roman"/>
          <w:sz w:val="27"/>
          <w:szCs w:val="27"/>
          <w:rtl/>
          <w:lang w:val="en-CA" w:eastAsia="en-CA"/>
        </w:rPr>
      </w:pPr>
      <w:r w:rsidRPr="008F0124">
        <w:rPr>
          <w:rFonts w:ascii="Times New Roman" w:eastAsia="Times New Roman" w:hAnsi="Times New Roman" w:cs="Times New Roman"/>
          <w:sz w:val="27"/>
          <w:szCs w:val="27"/>
          <w:lang w:val="en-CA" w:eastAsia="en-CA"/>
        </w:rPr>
        <w:t xml:space="preserve">Ahood Faisal </w:t>
      </w:r>
      <w:r w:rsidR="008F0124" w:rsidRPr="008F0124">
        <w:rPr>
          <w:rFonts w:ascii="Times New Roman" w:eastAsia="Times New Roman" w:hAnsi="Times New Roman" w:cs="Times New Roman"/>
          <w:sz w:val="27"/>
          <w:szCs w:val="27"/>
          <w:lang w:val="en-CA" w:eastAsia="en-CA"/>
        </w:rPr>
        <w:t>Al-Shahrani</w:t>
      </w:r>
      <w:r w:rsidRPr="008F0124">
        <w:rPr>
          <w:rFonts w:ascii="Times New Roman" w:eastAsia="Times New Roman" w:hAnsi="Times New Roman" w:cs="Times New Roman"/>
          <w:sz w:val="27"/>
          <w:szCs w:val="27"/>
          <w:lang w:val="en-CA" w:eastAsia="en-CA"/>
        </w:rPr>
        <w:br/>
        <w:t>Master’s Student, Department of Artificial Intelligence</w:t>
      </w:r>
      <w:r w:rsidRPr="008F0124">
        <w:rPr>
          <w:rFonts w:ascii="Times New Roman" w:eastAsia="Times New Roman" w:hAnsi="Times New Roman" w:cs="Times New Roman"/>
          <w:sz w:val="27"/>
          <w:szCs w:val="27"/>
          <w:lang w:val="en-CA" w:eastAsia="en-CA"/>
        </w:rPr>
        <w:br/>
        <w:t>Midocean University</w:t>
      </w:r>
    </w:p>
    <w:p w14:paraId="59F876FB" w14:textId="77777777" w:rsidR="002A49A8" w:rsidRPr="008F0124" w:rsidRDefault="002A49A8" w:rsidP="008F0124">
      <w:pPr>
        <w:spacing w:before="100" w:beforeAutospacing="1" w:after="100" w:afterAutospacing="1" w:line="240" w:lineRule="auto"/>
        <w:outlineLvl w:val="2"/>
        <w:rPr>
          <w:rFonts w:ascii="Times New Roman" w:eastAsia="Times New Roman" w:hAnsi="Times New Roman" w:cs="Times New Roman"/>
          <w:sz w:val="27"/>
          <w:szCs w:val="27"/>
          <w:lang w:val="en-CA" w:eastAsia="en-CA"/>
        </w:rPr>
      </w:pPr>
      <w:bookmarkStart w:id="0" w:name="_GoBack"/>
      <w:bookmarkEnd w:id="0"/>
      <w:r>
        <w:rPr>
          <w:rFonts w:ascii="Times New Roman" w:eastAsia="Times New Roman" w:hAnsi="Times New Roman" w:cs="Times New Roman"/>
          <w:sz w:val="24"/>
          <w:szCs w:val="24"/>
          <w:lang w:eastAsia="en-CA"/>
        </w:rPr>
        <w:pict w14:anchorId="4AFD382A">
          <v:rect id="_x0000_i1025" style="width:0;height:1.5pt" o:hralign="center" o:hrstd="t" o:hr="t" fillcolor="#a0a0a0" stroked="f"/>
        </w:pict>
      </w:r>
    </w:p>
    <w:p w14:paraId="2BF96BCD" w14:textId="77777777" w:rsidR="002C34C7" w:rsidRPr="008F0124" w:rsidRDefault="008F0124" w:rsidP="008F0124">
      <w:pPr>
        <w:spacing w:before="100" w:beforeAutospacing="1" w:after="100" w:afterAutospacing="1" w:line="240" w:lineRule="auto"/>
        <w:outlineLvl w:val="2"/>
        <w:rPr>
          <w:rFonts w:ascii="Times New Roman" w:eastAsia="Times New Roman" w:hAnsi="Times New Roman" w:cs="Times New Roman"/>
          <w:b/>
          <w:bCs/>
          <w:sz w:val="27"/>
          <w:szCs w:val="27"/>
          <w:lang w:val="en-CA" w:eastAsia="en-CA"/>
        </w:rPr>
      </w:pPr>
      <w:r>
        <w:rPr>
          <w:rFonts w:ascii="Times New Roman" w:eastAsia="Times New Roman" w:hAnsi="Times New Roman" w:cs="Times New Roman"/>
          <w:b/>
          <w:bCs/>
          <w:sz w:val="27"/>
          <w:szCs w:val="27"/>
          <w:lang w:val="en-CA" w:eastAsia="en-CA"/>
        </w:rPr>
        <w:t>1</w:t>
      </w:r>
      <w:r w:rsidR="00261409" w:rsidRPr="008F0124">
        <w:rPr>
          <w:rFonts w:ascii="Times New Roman" w:eastAsia="Times New Roman" w:hAnsi="Times New Roman" w:cs="Times New Roman"/>
          <w:b/>
          <w:bCs/>
          <w:sz w:val="27"/>
          <w:szCs w:val="27"/>
          <w:lang w:val="en-CA" w:eastAsia="en-CA"/>
        </w:rPr>
        <w:t>. Project Overview</w:t>
      </w:r>
    </w:p>
    <w:p w14:paraId="1AA9718A" w14:textId="77777777" w:rsidR="002C34C7" w:rsidRPr="008F0124" w:rsidRDefault="00261409" w:rsidP="008F0124">
      <w:pPr>
        <w:spacing w:before="100" w:beforeAutospacing="1" w:after="100" w:afterAutospacing="1" w:line="240" w:lineRule="auto"/>
        <w:outlineLvl w:val="2"/>
        <w:rPr>
          <w:rFonts w:ascii="Times New Roman" w:eastAsia="Times New Roman" w:hAnsi="Times New Roman" w:cs="Times New Roman"/>
          <w:sz w:val="27"/>
          <w:szCs w:val="27"/>
          <w:lang w:val="en-CA" w:eastAsia="en-CA"/>
        </w:rPr>
      </w:pPr>
      <w:r w:rsidRPr="008F0124">
        <w:rPr>
          <w:rFonts w:ascii="Times New Roman" w:eastAsia="Times New Roman" w:hAnsi="Times New Roman" w:cs="Times New Roman"/>
          <w:sz w:val="27"/>
          <w:szCs w:val="27"/>
          <w:lang w:val="en-CA" w:eastAsia="en-CA"/>
        </w:rPr>
        <w:t>This project focuses on developing a deep learning-based model to automatically detect whether individuals in images are wearing face masks or not. With the rise of global health concerns and pandemics, enforcing mask compliance is essential in public areas to prevent the spread of infectious diseases. Manual monitoring of large crowds is time-consuming and prone to human error. This project will contribute by providing an automated, accurate, and efficient computer vision solution that assists in real-time mask detection and supports public safety measures.</w:t>
      </w:r>
    </w:p>
    <w:p w14:paraId="71757B58" w14:textId="77777777" w:rsidR="002C34C7" w:rsidRPr="008F0124" w:rsidRDefault="00261409" w:rsidP="008F0124">
      <w:pPr>
        <w:spacing w:before="100" w:beforeAutospacing="1" w:after="100" w:afterAutospacing="1" w:line="240" w:lineRule="auto"/>
        <w:outlineLvl w:val="2"/>
        <w:rPr>
          <w:rFonts w:ascii="Times New Roman" w:eastAsia="Times New Roman" w:hAnsi="Times New Roman" w:cs="Times New Roman"/>
          <w:b/>
          <w:bCs/>
          <w:sz w:val="27"/>
          <w:szCs w:val="27"/>
          <w:lang w:val="en-CA" w:eastAsia="en-CA"/>
        </w:rPr>
      </w:pPr>
      <w:r w:rsidRPr="008F0124">
        <w:rPr>
          <w:rFonts w:ascii="Times New Roman" w:eastAsia="Times New Roman" w:hAnsi="Times New Roman" w:cs="Times New Roman"/>
          <w:b/>
          <w:bCs/>
          <w:sz w:val="27"/>
          <w:szCs w:val="27"/>
          <w:lang w:val="en-CA" w:eastAsia="en-CA"/>
        </w:rPr>
        <w:t>2. Project Goal</w:t>
      </w:r>
    </w:p>
    <w:p w14:paraId="4309D25C" w14:textId="77777777" w:rsidR="002C34C7" w:rsidRPr="008F0124" w:rsidRDefault="00261409" w:rsidP="008F0124">
      <w:pPr>
        <w:spacing w:before="100" w:beforeAutospacing="1" w:after="100" w:afterAutospacing="1" w:line="240" w:lineRule="auto"/>
        <w:outlineLvl w:val="2"/>
        <w:rPr>
          <w:rFonts w:ascii="Times New Roman" w:eastAsia="Times New Roman" w:hAnsi="Times New Roman" w:cs="Times New Roman"/>
          <w:sz w:val="27"/>
          <w:szCs w:val="27"/>
          <w:lang w:val="en-CA" w:eastAsia="en-CA"/>
        </w:rPr>
      </w:pPr>
      <w:r w:rsidRPr="008F0124">
        <w:rPr>
          <w:rFonts w:ascii="Times New Roman" w:eastAsia="Times New Roman" w:hAnsi="Times New Roman" w:cs="Times New Roman"/>
          <w:sz w:val="27"/>
          <w:szCs w:val="27"/>
          <w:lang w:val="en-CA" w:eastAsia="en-CA"/>
        </w:rPr>
        <w:t>The goal of this project is to build a deep learning model using Convolutional Neural Networks (CNN) capable of accurately detecting face masks in real-time images or video streams. The system aims to achieve a detection accuracy of over 90% and provide a foundation for intelligent surveillance applications in healthcare and public safety environments.</w:t>
      </w:r>
    </w:p>
    <w:p w14:paraId="6AD7E2C5" w14:textId="77777777" w:rsidR="002C34C7" w:rsidRPr="008F0124" w:rsidRDefault="00261409" w:rsidP="008F0124">
      <w:pPr>
        <w:spacing w:before="100" w:beforeAutospacing="1" w:after="100" w:afterAutospacing="1" w:line="240" w:lineRule="auto"/>
        <w:outlineLvl w:val="2"/>
        <w:rPr>
          <w:rFonts w:ascii="Times New Roman" w:eastAsia="Times New Roman" w:hAnsi="Times New Roman" w:cs="Times New Roman"/>
          <w:b/>
          <w:bCs/>
          <w:sz w:val="27"/>
          <w:szCs w:val="27"/>
          <w:lang w:val="en-CA" w:eastAsia="en-CA"/>
        </w:rPr>
      </w:pPr>
      <w:r w:rsidRPr="008F0124">
        <w:rPr>
          <w:rFonts w:ascii="Times New Roman" w:eastAsia="Times New Roman" w:hAnsi="Times New Roman" w:cs="Times New Roman"/>
          <w:b/>
          <w:bCs/>
          <w:sz w:val="27"/>
          <w:szCs w:val="27"/>
          <w:lang w:val="en-CA" w:eastAsia="en-CA"/>
        </w:rPr>
        <w:t>3. Approach</w:t>
      </w:r>
    </w:p>
    <w:p w14:paraId="7723871D" w14:textId="77777777" w:rsidR="002C34C7" w:rsidRPr="008F0124" w:rsidRDefault="00261409" w:rsidP="008F0124">
      <w:pPr>
        <w:spacing w:before="100" w:beforeAutospacing="1" w:after="100" w:afterAutospacing="1" w:line="240" w:lineRule="auto"/>
        <w:outlineLvl w:val="2"/>
        <w:rPr>
          <w:rFonts w:ascii="Times New Roman" w:eastAsia="Times New Roman" w:hAnsi="Times New Roman" w:cs="Times New Roman"/>
          <w:sz w:val="27"/>
          <w:szCs w:val="27"/>
          <w:lang w:val="en-CA" w:eastAsia="en-CA"/>
        </w:rPr>
      </w:pPr>
      <w:r w:rsidRPr="008F0124">
        <w:rPr>
          <w:rFonts w:ascii="Times New Roman" w:eastAsia="Times New Roman" w:hAnsi="Times New Roman" w:cs="Times New Roman"/>
          <w:sz w:val="27"/>
          <w:szCs w:val="27"/>
          <w:lang w:val="en-CA" w:eastAsia="en-CA"/>
        </w:rPr>
        <w:t>The project will follow the following main steps:</w:t>
      </w:r>
    </w:p>
    <w:p w14:paraId="290364F0" w14:textId="77777777" w:rsidR="002C34C7" w:rsidRPr="008F0124" w:rsidRDefault="00261409" w:rsidP="008F0124">
      <w:pPr>
        <w:spacing w:before="100" w:beforeAutospacing="1" w:after="100" w:afterAutospacing="1" w:line="240" w:lineRule="auto"/>
        <w:outlineLvl w:val="2"/>
        <w:rPr>
          <w:rFonts w:ascii="Times New Roman" w:eastAsia="Times New Roman" w:hAnsi="Times New Roman" w:cs="Times New Roman"/>
          <w:sz w:val="27"/>
          <w:szCs w:val="27"/>
          <w:lang w:val="en-CA" w:eastAsia="en-CA"/>
        </w:rPr>
      </w:pPr>
      <w:r w:rsidRPr="008F0124">
        <w:rPr>
          <w:rFonts w:ascii="Times New Roman" w:eastAsia="Times New Roman" w:hAnsi="Times New Roman" w:cs="Times New Roman"/>
          <w:sz w:val="27"/>
          <w:szCs w:val="27"/>
          <w:lang w:val="en-CA" w:eastAsia="en-CA"/>
        </w:rPr>
        <w:t>• Data Collection: The project will use the Face Mask Detection Dataset from Kaggle, which includes thousands of labeled images of people with and without masks.</w:t>
      </w:r>
      <w:r w:rsidRPr="008F0124">
        <w:rPr>
          <w:rFonts w:ascii="Times New Roman" w:eastAsia="Times New Roman" w:hAnsi="Times New Roman" w:cs="Times New Roman"/>
          <w:sz w:val="27"/>
          <w:szCs w:val="27"/>
          <w:lang w:val="en-CA" w:eastAsia="en-CA"/>
        </w:rPr>
        <w:br/>
        <w:t>• Data Processing: Images will be resized and normalized to prepare for model training.</w:t>
      </w:r>
      <w:r w:rsidRPr="008F0124">
        <w:rPr>
          <w:rFonts w:ascii="Times New Roman" w:eastAsia="Times New Roman" w:hAnsi="Times New Roman" w:cs="Times New Roman"/>
          <w:sz w:val="27"/>
          <w:szCs w:val="27"/>
          <w:lang w:val="en-CA" w:eastAsia="en-CA"/>
        </w:rPr>
        <w:br/>
        <w:t xml:space="preserve">• Model/Method Selection: A Convolutional Neural Network (CNN) will be developed using TensorFlow and Keras. Transfer learning techniques (e.g., </w:t>
      </w:r>
      <w:r w:rsidRPr="008F0124">
        <w:rPr>
          <w:rFonts w:ascii="Times New Roman" w:eastAsia="Times New Roman" w:hAnsi="Times New Roman" w:cs="Times New Roman"/>
          <w:sz w:val="27"/>
          <w:szCs w:val="27"/>
          <w:lang w:val="en-CA" w:eastAsia="en-CA"/>
        </w:rPr>
        <w:lastRenderedPageBreak/>
        <w:t>MobileNetV2) may also be explored to enhance accuracy.</w:t>
      </w:r>
      <w:r w:rsidRPr="008F0124">
        <w:rPr>
          <w:rFonts w:ascii="Times New Roman" w:eastAsia="Times New Roman" w:hAnsi="Times New Roman" w:cs="Times New Roman"/>
          <w:sz w:val="27"/>
          <w:szCs w:val="27"/>
          <w:lang w:val="en-CA" w:eastAsia="en-CA"/>
        </w:rPr>
        <w:br/>
        <w:t>• Testing and Evaluation: Model performance will be evaluated using metrics such as accuracy, precision, recall, and F1-score. Confusion matrices will be generated to assess classification quality.</w:t>
      </w:r>
    </w:p>
    <w:p w14:paraId="02441958" w14:textId="77777777" w:rsidR="002C34C7" w:rsidRPr="008F0124" w:rsidRDefault="00261409" w:rsidP="008F0124">
      <w:pPr>
        <w:spacing w:before="100" w:beforeAutospacing="1" w:after="100" w:afterAutospacing="1" w:line="240" w:lineRule="auto"/>
        <w:outlineLvl w:val="2"/>
        <w:rPr>
          <w:rFonts w:ascii="Times New Roman" w:eastAsia="Times New Roman" w:hAnsi="Times New Roman" w:cs="Times New Roman"/>
          <w:sz w:val="27"/>
          <w:szCs w:val="27"/>
          <w:lang w:val="en-CA" w:eastAsia="en-CA"/>
        </w:rPr>
      </w:pPr>
      <w:r w:rsidRPr="008F0124">
        <w:rPr>
          <w:rFonts w:ascii="Times New Roman" w:eastAsia="Times New Roman" w:hAnsi="Times New Roman" w:cs="Times New Roman"/>
          <w:b/>
          <w:bCs/>
          <w:sz w:val="27"/>
          <w:szCs w:val="27"/>
          <w:lang w:val="en-CA" w:eastAsia="en-CA"/>
        </w:rPr>
        <w:t>4.</w:t>
      </w:r>
      <w:r w:rsidRPr="008F0124">
        <w:rPr>
          <w:rFonts w:ascii="Times New Roman" w:eastAsia="Times New Roman" w:hAnsi="Times New Roman" w:cs="Times New Roman"/>
          <w:sz w:val="27"/>
          <w:szCs w:val="27"/>
          <w:lang w:val="en-CA" w:eastAsia="en-CA"/>
        </w:rPr>
        <w:t xml:space="preserve"> </w:t>
      </w:r>
      <w:r w:rsidRPr="008F0124">
        <w:rPr>
          <w:rFonts w:ascii="Times New Roman" w:eastAsia="Times New Roman" w:hAnsi="Times New Roman" w:cs="Times New Roman"/>
          <w:b/>
          <w:bCs/>
          <w:sz w:val="27"/>
          <w:szCs w:val="27"/>
          <w:lang w:val="en-CA" w:eastAsia="en-CA"/>
        </w:rPr>
        <w:t>Project Steps and Timeline</w:t>
      </w:r>
    </w:p>
    <w:p w14:paraId="098CE365" w14:textId="77777777" w:rsidR="002C34C7" w:rsidRPr="008F0124" w:rsidRDefault="00261409" w:rsidP="008F0124">
      <w:pPr>
        <w:spacing w:before="100" w:beforeAutospacing="1" w:after="100" w:afterAutospacing="1" w:line="240" w:lineRule="auto"/>
        <w:outlineLvl w:val="2"/>
        <w:rPr>
          <w:rFonts w:ascii="Times New Roman" w:eastAsia="Times New Roman" w:hAnsi="Times New Roman" w:cs="Times New Roman"/>
          <w:sz w:val="27"/>
          <w:szCs w:val="27"/>
          <w:lang w:val="en-CA" w:eastAsia="en-CA"/>
        </w:rPr>
      </w:pPr>
      <w:r w:rsidRPr="008F0124">
        <w:rPr>
          <w:rFonts w:ascii="Times New Roman" w:eastAsia="Times New Roman" w:hAnsi="Times New Roman" w:cs="Times New Roman"/>
          <w:sz w:val="27"/>
          <w:szCs w:val="27"/>
          <w:lang w:val="en-CA" w:eastAsia="en-CA"/>
        </w:rPr>
        <w:t>• Week 1–2: Data collection, exploration, and preprocessing</w:t>
      </w:r>
      <w:r w:rsidRPr="008F0124">
        <w:rPr>
          <w:rFonts w:ascii="Times New Roman" w:eastAsia="Times New Roman" w:hAnsi="Times New Roman" w:cs="Times New Roman"/>
          <w:sz w:val="27"/>
          <w:szCs w:val="27"/>
          <w:lang w:val="en-CA" w:eastAsia="en-CA"/>
        </w:rPr>
        <w:br/>
        <w:t>• Week 3–4: CNN model design and training</w:t>
      </w:r>
      <w:r w:rsidRPr="008F0124">
        <w:rPr>
          <w:rFonts w:ascii="Times New Roman" w:eastAsia="Times New Roman" w:hAnsi="Times New Roman" w:cs="Times New Roman"/>
          <w:sz w:val="27"/>
          <w:szCs w:val="27"/>
          <w:lang w:val="en-CA" w:eastAsia="en-CA"/>
        </w:rPr>
        <w:br/>
        <w:t>• Week 5: Model evaluation and parameter tuning</w:t>
      </w:r>
      <w:r w:rsidRPr="008F0124">
        <w:rPr>
          <w:rFonts w:ascii="Times New Roman" w:eastAsia="Times New Roman" w:hAnsi="Times New Roman" w:cs="Times New Roman"/>
          <w:sz w:val="27"/>
          <w:szCs w:val="27"/>
          <w:lang w:val="en-CA" w:eastAsia="en-CA"/>
        </w:rPr>
        <w:br/>
        <w:t>• Week 6: Final adjustments, report preparation, and documentation</w:t>
      </w:r>
    </w:p>
    <w:p w14:paraId="7CFC436D" w14:textId="77777777" w:rsidR="002C34C7" w:rsidRPr="008F0124" w:rsidRDefault="00261409" w:rsidP="008F0124">
      <w:pPr>
        <w:spacing w:before="100" w:beforeAutospacing="1" w:after="100" w:afterAutospacing="1" w:line="240" w:lineRule="auto"/>
        <w:outlineLvl w:val="2"/>
        <w:rPr>
          <w:rFonts w:ascii="Times New Roman" w:eastAsia="Times New Roman" w:hAnsi="Times New Roman" w:cs="Times New Roman"/>
          <w:b/>
          <w:bCs/>
          <w:sz w:val="27"/>
          <w:szCs w:val="27"/>
          <w:lang w:val="en-CA" w:eastAsia="en-CA"/>
        </w:rPr>
      </w:pPr>
      <w:r w:rsidRPr="008F0124">
        <w:rPr>
          <w:rFonts w:ascii="Times New Roman" w:eastAsia="Times New Roman" w:hAnsi="Times New Roman" w:cs="Times New Roman"/>
          <w:b/>
          <w:bCs/>
          <w:sz w:val="27"/>
          <w:szCs w:val="27"/>
          <w:lang w:val="en-CA" w:eastAsia="en-CA"/>
        </w:rPr>
        <w:t>5. Expected Results</w:t>
      </w:r>
    </w:p>
    <w:p w14:paraId="74B3A419" w14:textId="77777777" w:rsidR="002C34C7" w:rsidRPr="008F0124" w:rsidRDefault="00261409" w:rsidP="008F0124">
      <w:pPr>
        <w:spacing w:before="100" w:beforeAutospacing="1" w:after="100" w:afterAutospacing="1" w:line="240" w:lineRule="auto"/>
        <w:outlineLvl w:val="2"/>
        <w:rPr>
          <w:rFonts w:ascii="Times New Roman" w:eastAsia="Times New Roman" w:hAnsi="Times New Roman" w:cs="Times New Roman"/>
          <w:sz w:val="27"/>
          <w:szCs w:val="27"/>
          <w:lang w:val="en-CA" w:eastAsia="en-CA"/>
        </w:rPr>
      </w:pPr>
      <w:r w:rsidRPr="008F0124">
        <w:rPr>
          <w:rFonts w:ascii="Times New Roman" w:eastAsia="Times New Roman" w:hAnsi="Times New Roman" w:cs="Times New Roman"/>
          <w:sz w:val="27"/>
          <w:szCs w:val="27"/>
          <w:lang w:val="en-CA" w:eastAsia="en-CA"/>
        </w:rPr>
        <w:t>The expected outcome is a fully functional deep learning model that can detect whether a person is wearing a mask with high accuracy. The system will demonstrate the potential of AI in supporting public health initiatives and could be integrated into real-time monitoring systems in hospitals, offices, and public spaces.</w:t>
      </w:r>
    </w:p>
    <w:p w14:paraId="2AAB3936" w14:textId="77777777" w:rsidR="002C34C7" w:rsidRPr="008F0124" w:rsidRDefault="00261409" w:rsidP="008F0124">
      <w:pPr>
        <w:spacing w:before="100" w:beforeAutospacing="1" w:after="100" w:afterAutospacing="1" w:line="240" w:lineRule="auto"/>
        <w:outlineLvl w:val="2"/>
        <w:rPr>
          <w:rFonts w:ascii="Times New Roman" w:eastAsia="Times New Roman" w:hAnsi="Times New Roman" w:cs="Times New Roman"/>
          <w:b/>
          <w:bCs/>
          <w:sz w:val="27"/>
          <w:szCs w:val="27"/>
          <w:lang w:val="en-CA" w:eastAsia="en-CA"/>
        </w:rPr>
      </w:pPr>
      <w:r w:rsidRPr="008F0124">
        <w:rPr>
          <w:rFonts w:ascii="Times New Roman" w:eastAsia="Times New Roman" w:hAnsi="Times New Roman" w:cs="Times New Roman"/>
          <w:b/>
          <w:bCs/>
          <w:sz w:val="27"/>
          <w:szCs w:val="27"/>
          <w:lang w:val="en-CA" w:eastAsia="en-CA"/>
        </w:rPr>
        <w:t>6. Resources Needed</w:t>
      </w:r>
    </w:p>
    <w:p w14:paraId="05BE9647" w14:textId="77777777" w:rsidR="002C34C7" w:rsidRPr="008F0124" w:rsidRDefault="00261409" w:rsidP="008F0124">
      <w:pPr>
        <w:spacing w:before="100" w:beforeAutospacing="1" w:after="100" w:afterAutospacing="1" w:line="240" w:lineRule="auto"/>
        <w:outlineLvl w:val="2"/>
        <w:rPr>
          <w:rFonts w:ascii="Times New Roman" w:eastAsia="Times New Roman" w:hAnsi="Times New Roman" w:cs="Times New Roman"/>
          <w:sz w:val="27"/>
          <w:szCs w:val="27"/>
          <w:lang w:val="en-CA" w:eastAsia="en-CA"/>
        </w:rPr>
      </w:pPr>
      <w:r w:rsidRPr="008F0124">
        <w:rPr>
          <w:rFonts w:ascii="Times New Roman" w:eastAsia="Times New Roman" w:hAnsi="Times New Roman" w:cs="Times New Roman"/>
          <w:sz w:val="27"/>
          <w:szCs w:val="27"/>
          <w:lang w:val="en-CA" w:eastAsia="en-CA"/>
        </w:rPr>
        <w:t>• Software: Python, TensorFlow, Keras, OpenCV</w:t>
      </w:r>
      <w:r w:rsidRPr="008F0124">
        <w:rPr>
          <w:rFonts w:ascii="Times New Roman" w:eastAsia="Times New Roman" w:hAnsi="Times New Roman" w:cs="Times New Roman"/>
          <w:sz w:val="27"/>
          <w:szCs w:val="27"/>
          <w:lang w:val="en-CA" w:eastAsia="en-CA"/>
        </w:rPr>
        <w:br/>
        <w:t>• Hardware: GPU-enabled computing environment for model training</w:t>
      </w:r>
      <w:r w:rsidRPr="008F0124">
        <w:rPr>
          <w:rFonts w:ascii="Times New Roman" w:eastAsia="Times New Roman" w:hAnsi="Times New Roman" w:cs="Times New Roman"/>
          <w:sz w:val="27"/>
          <w:szCs w:val="27"/>
          <w:lang w:val="en-CA" w:eastAsia="en-CA"/>
        </w:rPr>
        <w:br/>
        <w:t>• Dataset: Face Mask Detection Dataset from Kaggle</w:t>
      </w:r>
      <w:r w:rsidRPr="008F0124">
        <w:rPr>
          <w:rFonts w:ascii="Times New Roman" w:eastAsia="Times New Roman" w:hAnsi="Times New Roman" w:cs="Times New Roman"/>
          <w:sz w:val="27"/>
          <w:szCs w:val="27"/>
          <w:lang w:val="en-CA" w:eastAsia="en-CA"/>
        </w:rPr>
        <w:br/>
        <w:t>• Additional Resources: Research articles on deep learning and image classification</w:t>
      </w:r>
    </w:p>
    <w:p w14:paraId="7B97C41B" w14:textId="77777777" w:rsidR="002C34C7" w:rsidRPr="008F0124" w:rsidRDefault="00261409" w:rsidP="008F0124">
      <w:pPr>
        <w:spacing w:before="100" w:beforeAutospacing="1" w:after="100" w:afterAutospacing="1" w:line="240" w:lineRule="auto"/>
        <w:outlineLvl w:val="2"/>
        <w:rPr>
          <w:rFonts w:ascii="Times New Roman" w:eastAsia="Times New Roman" w:hAnsi="Times New Roman" w:cs="Times New Roman"/>
          <w:b/>
          <w:bCs/>
          <w:sz w:val="27"/>
          <w:szCs w:val="27"/>
          <w:lang w:val="en-CA" w:eastAsia="en-CA"/>
        </w:rPr>
      </w:pPr>
      <w:r w:rsidRPr="008F0124">
        <w:rPr>
          <w:rFonts w:ascii="Times New Roman" w:eastAsia="Times New Roman" w:hAnsi="Times New Roman" w:cs="Times New Roman"/>
          <w:b/>
          <w:bCs/>
          <w:sz w:val="27"/>
          <w:szCs w:val="27"/>
          <w:lang w:val="en-CA" w:eastAsia="en-CA"/>
        </w:rPr>
        <w:t>7. References</w:t>
      </w:r>
    </w:p>
    <w:p w14:paraId="084B475C" w14:textId="77777777" w:rsidR="002C34C7" w:rsidRPr="008F0124" w:rsidRDefault="00261409" w:rsidP="008F0124">
      <w:pPr>
        <w:spacing w:before="100" w:beforeAutospacing="1" w:after="100" w:afterAutospacing="1" w:line="240" w:lineRule="auto"/>
        <w:outlineLvl w:val="2"/>
        <w:rPr>
          <w:rFonts w:ascii="Times New Roman" w:eastAsia="Times New Roman" w:hAnsi="Times New Roman" w:cs="Times New Roman"/>
          <w:sz w:val="27"/>
          <w:szCs w:val="27"/>
          <w:lang w:val="en-CA" w:eastAsia="en-CA"/>
        </w:rPr>
      </w:pPr>
      <w:r w:rsidRPr="008F0124">
        <w:rPr>
          <w:rFonts w:ascii="Times New Roman" w:eastAsia="Times New Roman" w:hAnsi="Times New Roman" w:cs="Times New Roman"/>
          <w:sz w:val="27"/>
          <w:szCs w:val="27"/>
          <w:lang w:val="en-CA" w:eastAsia="en-CA"/>
        </w:rPr>
        <w:t>1. Andrew Mvd (2021). Face Mask Detection Dataset, Kaggle. https://www.kaggle.com/datasets/andrewmvd/face-mask-detection</w:t>
      </w:r>
      <w:r w:rsidRPr="008F0124">
        <w:rPr>
          <w:rFonts w:ascii="Times New Roman" w:eastAsia="Times New Roman" w:hAnsi="Times New Roman" w:cs="Times New Roman"/>
          <w:sz w:val="27"/>
          <w:szCs w:val="27"/>
          <w:lang w:val="en-CA" w:eastAsia="en-CA"/>
        </w:rPr>
        <w:br/>
        <w:t>2. Chollet, F. (2018). Deep Learning with Python. Manning Publications.</w:t>
      </w:r>
      <w:r w:rsidRPr="008F0124">
        <w:rPr>
          <w:rFonts w:ascii="Times New Roman" w:eastAsia="Times New Roman" w:hAnsi="Times New Roman" w:cs="Times New Roman"/>
          <w:sz w:val="27"/>
          <w:szCs w:val="27"/>
          <w:lang w:val="en-CA" w:eastAsia="en-CA"/>
        </w:rPr>
        <w:br/>
        <w:t>3. Raj, S., &amp; Saini, M. (2020). Face Mask Detection using CNN. International Journal of Computer Applications.</w:t>
      </w:r>
    </w:p>
    <w:sectPr w:rsidR="002C34C7" w:rsidRPr="008F012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61409"/>
    <w:rsid w:val="0029639D"/>
    <w:rsid w:val="002A49A8"/>
    <w:rsid w:val="002C34C7"/>
    <w:rsid w:val="00326F90"/>
    <w:rsid w:val="008D76A8"/>
    <w:rsid w:val="008F0124"/>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DBBFDA"/>
  <w14:defaultImageDpi w14:val="300"/>
  <w15:docId w15:val="{E7BE7694-4B27-446A-8E91-7B70B274D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BCFD7-70DE-4E9B-832A-EDE5F583F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449</Words>
  <Characters>2564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Ahood Al-Shahrani</cp:lastModifiedBy>
  <cp:revision>3</cp:revision>
  <cp:lastPrinted>2025-11-09T07:29:00Z</cp:lastPrinted>
  <dcterms:created xsi:type="dcterms:W3CDTF">2025-11-03T11:01:00Z</dcterms:created>
  <dcterms:modified xsi:type="dcterms:W3CDTF">2025-11-09T07:29:00Z</dcterms:modified>
  <cp:category/>
</cp:coreProperties>
</file>