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27"/>
        <w:gridCol w:w="5258"/>
        <w:gridCol w:w="2087"/>
      </w:tblGrid>
      <w:tr w:rsidR="008F68FC" w14:paraId="608614D1" w14:textId="77777777" w:rsidTr="008F68FC">
        <w:trPr>
          <w:trHeight w:val="1260"/>
          <w:jc w:val="center"/>
        </w:trPr>
        <w:tc>
          <w:tcPr>
            <w:tcW w:w="3727" w:type="dxa"/>
          </w:tcPr>
          <w:p w14:paraId="0898511E" w14:textId="77777777" w:rsidR="008F68FC" w:rsidRDefault="008F68FC" w:rsidP="00245D49">
            <w:pPr>
              <w:pStyle w:val="TableParagraph"/>
              <w:spacing w:before="9"/>
              <w:ind w:left="0"/>
              <w:jc w:val="left"/>
              <w:rPr>
                <w:sz w:val="9"/>
              </w:rPr>
            </w:pPr>
          </w:p>
          <w:p w14:paraId="566CAB70" w14:textId="77777777" w:rsidR="008F68FC" w:rsidRDefault="008F68FC" w:rsidP="00245D49">
            <w:pPr>
              <w:pStyle w:val="TableParagraph"/>
              <w:ind w:left="278"/>
              <w:jc w:val="left"/>
              <w:rPr>
                <w:sz w:val="20"/>
              </w:rPr>
            </w:pPr>
            <w:r>
              <w:rPr>
                <w:noProof/>
                <w:sz w:val="20"/>
              </w:rPr>
              <w:drawing>
                <wp:inline distT="0" distB="0" distL="0" distR="0" wp14:anchorId="12D9717E" wp14:editId="3AE3A0E7">
                  <wp:extent cx="2054975" cy="663511"/>
                  <wp:effectExtent l="0" t="0" r="0" b="0"/>
                  <wp:docPr id="4" name="Image 4" descr="A black and white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ack and white logo  Description automatically generated"/>
                          <pic:cNvPicPr/>
                        </pic:nvPicPr>
                        <pic:blipFill>
                          <a:blip r:embed="rId8" cstate="print"/>
                          <a:stretch>
                            <a:fillRect/>
                          </a:stretch>
                        </pic:blipFill>
                        <pic:spPr>
                          <a:xfrm>
                            <a:off x="0" y="0"/>
                            <a:ext cx="2054975" cy="663511"/>
                          </a:xfrm>
                          <a:prstGeom prst="rect">
                            <a:avLst/>
                          </a:prstGeom>
                        </pic:spPr>
                      </pic:pic>
                    </a:graphicData>
                  </a:graphic>
                </wp:inline>
              </w:drawing>
            </w:r>
          </w:p>
        </w:tc>
        <w:tc>
          <w:tcPr>
            <w:tcW w:w="5258" w:type="dxa"/>
          </w:tcPr>
          <w:p w14:paraId="21F9C2BA" w14:textId="77777777" w:rsidR="008F68FC" w:rsidRDefault="008F68FC" w:rsidP="00245D49">
            <w:pPr>
              <w:pStyle w:val="TableParagraph"/>
              <w:spacing w:before="1"/>
              <w:ind w:left="2"/>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05B027A6" w14:textId="77777777" w:rsidR="008F68FC" w:rsidRDefault="008F68FC" w:rsidP="00245D49">
            <w:pPr>
              <w:pStyle w:val="TableParagraph"/>
              <w:spacing w:before="2"/>
              <w:ind w:left="0"/>
              <w:jc w:val="left"/>
              <w:rPr>
                <w:sz w:val="24"/>
              </w:rPr>
            </w:pPr>
          </w:p>
          <w:p w14:paraId="51EDC91F" w14:textId="77777777" w:rsidR="008F68FC" w:rsidRDefault="008F68FC" w:rsidP="00245D49">
            <w:pPr>
              <w:pStyle w:val="TableParagraph"/>
              <w:spacing w:before="1"/>
              <w:ind w:left="2225" w:right="2216" w:firstLine="1"/>
              <w:rPr>
                <w:b/>
                <w:sz w:val="24"/>
              </w:rPr>
            </w:pPr>
            <w:hyperlink r:id="rId9">
              <w:r>
                <w:rPr>
                  <w:b/>
                  <w:color w:val="0000FF"/>
                  <w:spacing w:val="-2"/>
                  <w:sz w:val="24"/>
                  <w:u w:val="single" w:color="0000FF"/>
                </w:rPr>
                <w:t>https://</w:t>
              </w:r>
            </w:hyperlink>
            <w:r>
              <w:rPr>
                <w:b/>
                <w:color w:val="0000FF"/>
                <w:spacing w:val="-2"/>
                <w:sz w:val="24"/>
              </w:rPr>
              <w:t xml:space="preserve"> </w:t>
            </w:r>
            <w:r>
              <w:rPr>
                <w:b/>
                <w:spacing w:val="-2"/>
                <w:sz w:val="24"/>
              </w:rPr>
              <w:t>e-</w:t>
            </w:r>
            <w:r>
              <w:rPr>
                <w:b/>
                <w:spacing w:val="-4"/>
                <w:sz w:val="24"/>
              </w:rPr>
              <w:t>ISSN:</w:t>
            </w:r>
          </w:p>
        </w:tc>
        <w:tc>
          <w:tcPr>
            <w:tcW w:w="2087" w:type="dxa"/>
          </w:tcPr>
          <w:p w14:paraId="2A497E7C" w14:textId="77777777" w:rsidR="008F68FC" w:rsidRDefault="008F68FC" w:rsidP="00245D49">
            <w:pPr>
              <w:pStyle w:val="TableParagraph"/>
              <w:ind w:left="0"/>
              <w:jc w:val="left"/>
            </w:pPr>
          </w:p>
        </w:tc>
      </w:tr>
    </w:tbl>
    <w:p w14:paraId="6A941724" w14:textId="77777777" w:rsidR="005576E5" w:rsidRDefault="005576E5"/>
    <w:p w14:paraId="4E48B5DD" w14:textId="77777777" w:rsidR="005576E5" w:rsidRDefault="005576E5"/>
    <w:p w14:paraId="5675CDCE" w14:textId="66CDA391" w:rsidR="005576E5" w:rsidRDefault="00000000">
      <w:pPr>
        <w:spacing w:after="240" w:line="240" w:lineRule="auto"/>
        <w:ind w:left="720"/>
      </w:pPr>
      <w:bookmarkStart w:id="0" w:name="_Hlk216955356"/>
      <w:r>
        <w:rPr>
          <w:rFonts w:ascii="Times New Roman" w:hAnsi="Times New Roman"/>
          <w:sz w:val="24"/>
        </w:rPr>
        <w:t>Predicting Depression in Children Using Behavioral Pattern Analysis and AI Techniques</w:t>
      </w:r>
      <w:r>
        <w:rPr>
          <w:rFonts w:ascii="Times New Roman" w:hAnsi="Times New Roman"/>
          <w:sz w:val="24"/>
        </w:rPr>
        <w:br/>
      </w:r>
      <w:r>
        <w:rPr>
          <w:rFonts w:ascii="Times New Roman" w:hAnsi="Times New Roman"/>
          <w:sz w:val="24"/>
        </w:rPr>
        <w:tab/>
      </w:r>
      <w:r>
        <w:rPr>
          <w:rFonts w:ascii="Times New Roman" w:hAnsi="Times New Roman"/>
          <w:sz w:val="24"/>
        </w:rPr>
        <w:br/>
        <w:t xml:space="preserve">Ahmed Eid Alrehely </w:t>
      </w:r>
      <w:r w:rsidR="006E2089">
        <w:rPr>
          <w:rFonts w:ascii="Times New Roman" w:hAnsi="Times New Roman"/>
          <w:sz w:val="24"/>
        </w:rPr>
        <w:br/>
      </w:r>
      <w:r w:rsidR="006E2089" w:rsidRPr="006E2089">
        <w:rPr>
          <w:rFonts w:ascii="Times New Roman" w:hAnsi="Times New Roman"/>
          <w:sz w:val="24"/>
        </w:rPr>
        <w:t>243000206@st.midocean.edu.km</w:t>
      </w:r>
      <w:r w:rsidR="00204AEF">
        <w:rPr>
          <w:rFonts w:ascii="Times New Roman" w:hAnsi="Times New Roman"/>
          <w:sz w:val="24"/>
        </w:rPr>
        <w:br/>
      </w:r>
      <w:r w:rsidR="008F68FC">
        <w:rPr>
          <w:rFonts w:ascii="Times New Roman" w:hAnsi="Times New Roman"/>
          <w:sz w:val="24"/>
        </w:rPr>
        <w:t xml:space="preserve">ORCID: </w:t>
      </w:r>
      <w:r w:rsidR="00204AEF">
        <w:rPr>
          <w:rFonts w:ascii="Times New Roman" w:hAnsi="Times New Roman"/>
          <w:sz w:val="24"/>
        </w:rPr>
        <w:t>0009-0003-</w:t>
      </w:r>
      <w:r w:rsidR="008F68FC">
        <w:rPr>
          <w:rFonts w:ascii="Times New Roman" w:hAnsi="Times New Roman"/>
          <w:sz w:val="24"/>
        </w:rPr>
        <w:t>3951-3305</w:t>
      </w:r>
      <w:r>
        <w:rPr>
          <w:rFonts w:ascii="Times New Roman" w:hAnsi="Times New Roman"/>
          <w:sz w:val="24"/>
        </w:rPr>
        <w:br/>
      </w:r>
      <w:r>
        <w:rPr>
          <w:rFonts w:ascii="Times New Roman" w:hAnsi="Times New Roman"/>
          <w:sz w:val="24"/>
        </w:rPr>
        <w:br/>
        <w:t>243000206</w:t>
      </w:r>
      <w:r>
        <w:rPr>
          <w:rFonts w:ascii="Times New Roman" w:hAnsi="Times New Roman"/>
          <w:sz w:val="24"/>
        </w:rPr>
        <w:br/>
        <w:t>Master of Science in Artificial Intelligence</w:t>
      </w:r>
      <w:r>
        <w:rPr>
          <w:rFonts w:ascii="Times New Roman" w:hAnsi="Times New Roman"/>
          <w:sz w:val="24"/>
        </w:rPr>
        <w:br/>
        <w:t>College of Informatics</w:t>
      </w:r>
    </w:p>
    <w:p w14:paraId="00652E9B" w14:textId="77777777" w:rsidR="005576E5" w:rsidRDefault="00000000">
      <w:pPr>
        <w:spacing w:after="240" w:line="240" w:lineRule="auto"/>
        <w:ind w:left="720"/>
      </w:pPr>
      <w:r>
        <w:rPr>
          <w:rFonts w:ascii="Times New Roman" w:hAnsi="Times New Roman"/>
          <w:sz w:val="24"/>
        </w:rPr>
        <w:t>Midocean University</w:t>
      </w:r>
      <w:r>
        <w:rPr>
          <w:rFonts w:ascii="Times New Roman" w:hAnsi="Times New Roman"/>
          <w:sz w:val="24"/>
        </w:rPr>
        <w:br/>
        <w:t xml:space="preserve"> UAE</w:t>
      </w:r>
    </w:p>
    <w:p w14:paraId="62C800EB" w14:textId="630A4DA1" w:rsidR="006E2089" w:rsidRPr="006E2089" w:rsidRDefault="00000000" w:rsidP="006E2089">
      <w:pPr>
        <w:spacing w:after="240" w:line="240" w:lineRule="auto"/>
        <w:ind w:left="720"/>
        <w:rPr>
          <w:b/>
          <w:bCs/>
        </w:rPr>
      </w:pPr>
      <w:r>
        <w:rPr>
          <w:rFonts w:ascii="Times New Roman" w:hAnsi="Times New Roman"/>
          <w:sz w:val="24"/>
        </w:rPr>
        <w:t>Supervisor Name: Dr. Amjed Qataish</w:t>
      </w:r>
      <w:r w:rsidR="006E2089">
        <w:rPr>
          <w:rFonts w:ascii="Times New Roman" w:hAnsi="Times New Roman"/>
          <w:sz w:val="24"/>
        </w:rPr>
        <w:br/>
      </w:r>
      <w:hyperlink r:id="rId10" w:history="1">
        <w:r w:rsidR="006E2089" w:rsidRPr="006E2089">
          <w:rPr>
            <w:rStyle w:val="Hyperlink"/>
          </w:rPr>
          <w:t>amjadqtaish@midocean.edu.km</w:t>
        </w:r>
      </w:hyperlink>
      <w:r w:rsidR="006E2089" w:rsidRPr="006E2089">
        <w:br/>
      </w:r>
      <w:r w:rsidR="006E2089" w:rsidRPr="006E2089">
        <w:t>0000-0001-5210-7086</w:t>
      </w:r>
    </w:p>
    <w:p w14:paraId="44B9B0D2" w14:textId="2DD8151C" w:rsidR="005576E5" w:rsidRDefault="005576E5">
      <w:pPr>
        <w:spacing w:after="240" w:line="240" w:lineRule="auto"/>
        <w:ind w:left="720"/>
      </w:pPr>
    </w:p>
    <w:p w14:paraId="22C15131" w14:textId="77777777" w:rsidR="005576E5" w:rsidRDefault="00000000">
      <w:pPr>
        <w:spacing w:after="240" w:line="240" w:lineRule="auto"/>
        <w:ind w:left="720"/>
      </w:pPr>
      <w:r>
        <w:rPr>
          <w:rFonts w:ascii="Times New Roman" w:hAnsi="Times New Roman"/>
          <w:sz w:val="24"/>
        </w:rPr>
        <w:t>College of Informatics, Midocean University, Comoros</w:t>
      </w:r>
    </w:p>
    <w:p w14:paraId="6D54920D" w14:textId="77777777" w:rsidR="005576E5" w:rsidRDefault="00000000">
      <w:pPr>
        <w:spacing w:after="240" w:line="240" w:lineRule="auto"/>
        <w:ind w:left="720"/>
      </w:pPr>
      <w:r>
        <w:rPr>
          <w:rFonts w:ascii="Times New Roman" w:hAnsi="Times New Roman"/>
          <w:sz w:val="24"/>
        </w:rPr>
        <w:t>[2025]</w:t>
      </w:r>
    </w:p>
    <w:p w14:paraId="6073E0FA" w14:textId="77777777" w:rsidR="005576E5" w:rsidRDefault="005576E5"/>
    <w:p w14:paraId="588AB228" w14:textId="5586D9D5" w:rsidR="005576E5" w:rsidRPr="00791B41" w:rsidRDefault="00791B41">
      <w:pPr>
        <w:spacing w:after="240" w:line="240" w:lineRule="auto"/>
        <w:ind w:left="720"/>
        <w:rPr>
          <w:b/>
          <w:bCs/>
        </w:rPr>
      </w:pP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Pr>
          <w:rFonts w:ascii="Times New Roman" w:hAnsi="Times New Roman"/>
          <w:b/>
          <w:bCs/>
          <w:sz w:val="28"/>
        </w:rPr>
        <w:lastRenderedPageBreak/>
        <w:br/>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sidR="00000000" w:rsidRPr="00791B41">
        <w:rPr>
          <w:rFonts w:ascii="Times New Roman" w:hAnsi="Times New Roman"/>
          <w:b/>
          <w:bCs/>
          <w:sz w:val="28"/>
        </w:rPr>
        <w:t>Abstract:</w:t>
      </w:r>
    </w:p>
    <w:p w14:paraId="5BE1927A" w14:textId="77777777" w:rsidR="005576E5" w:rsidRDefault="00000000">
      <w:pPr>
        <w:spacing w:after="240" w:line="240" w:lineRule="auto"/>
        <w:ind w:left="720"/>
      </w:pPr>
      <w:r>
        <w:rPr>
          <w:rFonts w:ascii="Times New Roman" w:hAnsi="Times New Roman"/>
          <w:sz w:val="24"/>
        </w:rPr>
        <w:t>Early identification of childhood depression is crucial and challenging, as it is frequently overlooked until it becomes serious. By examining behavioral and psychological trends, this study investigates how artificial intelligence might be used to forecast children's depression.</w:t>
      </w:r>
    </w:p>
    <w:p w14:paraId="77BD4C60" w14:textId="4FEF4BE6" w:rsidR="005576E5" w:rsidRDefault="00000000">
      <w:pPr>
        <w:spacing w:after="240" w:line="240" w:lineRule="auto"/>
        <w:ind w:left="720"/>
      </w:pPr>
      <w:r>
        <w:rPr>
          <w:rFonts w:ascii="Times New Roman" w:hAnsi="Times New Roman"/>
          <w:sz w:val="24"/>
        </w:rPr>
        <w:t>To guarantee accurate results, I selected three compatible datasets: the Mental Health DASS-21 Datasets (DASS-21), the MHP Anxiety-Stress-Depression Datasets (MHP), and the Kaggle Student Depression Datasets (Kaggle). To get the data ready for analysis, I used the unified preprocessing pipeline, which includes data cleaning, feature engineering, normalization, and category encoding.</w:t>
      </w:r>
      <w:r>
        <w:rPr>
          <w:rFonts w:ascii="Times New Roman" w:hAnsi="Times New Roman"/>
          <w:sz w:val="24"/>
        </w:rPr>
        <w:br/>
        <w:t>As a model stack, I employed both sophisticated neural networks and conventional machine learning models. Across all datasets, the neural network consistently produced the best results. Despite variations in dataset structure, the models demonstrated high predictive accuracy with average MAE scores of 0.21–0.34, MSE scores of 0.08–0.15, and R² values between 0.72–0.86.</w:t>
      </w:r>
      <w:r>
        <w:rPr>
          <w:rFonts w:ascii="Times New Roman" w:hAnsi="Times New Roman"/>
          <w:sz w:val="24"/>
        </w:rPr>
        <w:br/>
        <w:t xml:space="preserve">The findings suggest that AI models, particularly neural networks, may be useful in spotting early indicators of childhood depression. </w:t>
      </w:r>
      <w:r>
        <w:rPr>
          <w:rFonts w:ascii="Times New Roman" w:hAnsi="Times New Roman"/>
          <w:sz w:val="24"/>
        </w:rPr>
        <w:br/>
        <w:t>These technologies could help educators and physicians provide timely interventions by delivering interpretable forecasts, which would eventually improve outcomes for children who are at risk.</w:t>
      </w:r>
      <w:r w:rsidR="00204AEF">
        <w:rPr>
          <w:rFonts w:ascii="Times New Roman" w:hAnsi="Times New Roman"/>
          <w:sz w:val="24"/>
        </w:rPr>
        <w:br/>
      </w:r>
      <w:r>
        <w:rPr>
          <w:rFonts w:ascii="Times New Roman" w:hAnsi="Times New Roman"/>
          <w:sz w:val="24"/>
        </w:rPr>
        <w:br/>
        <w:t>Keywords: Explainable AI, Behavioral Data, Early Detection, Neural Networks, Machine Learning, Childhood Depression, and Mental Health Prediction</w:t>
      </w:r>
    </w:p>
    <w:p w14:paraId="3427FAF5" w14:textId="77777777" w:rsidR="005576E5" w:rsidRDefault="00000000">
      <w:pPr>
        <w:spacing w:after="240" w:line="240" w:lineRule="auto"/>
        <w:ind w:left="720"/>
      </w:pPr>
      <w:r w:rsidRPr="00791B41">
        <w:rPr>
          <w:rFonts w:ascii="Times New Roman" w:hAnsi="Times New Roman"/>
          <w:b/>
          <w:bCs/>
          <w:sz w:val="28"/>
          <w:szCs w:val="28"/>
        </w:rPr>
        <w:t>Objectives:</w:t>
      </w:r>
      <w:r w:rsidRPr="008F68FC">
        <w:rPr>
          <w:rFonts w:ascii="Times New Roman" w:hAnsi="Times New Roman"/>
          <w:sz w:val="24"/>
        </w:rPr>
        <w:br/>
      </w:r>
      <w:r>
        <w:rPr>
          <w:rFonts w:ascii="Times New Roman" w:hAnsi="Times New Roman"/>
          <w:sz w:val="24"/>
        </w:rPr>
        <w:br/>
        <w:t xml:space="preserve">Healthcare is now a data-driven field thanks to developments in computing, artificial intelligence (AI), and big data analytics. This allows for more precise diagnosis, treatment planning, and predictive risk modeling. Despite these developments, childhood depression—which affects 2–8% of children globally—remains a major public health concern. Too frequently, it goes unnoticed until symptoms worsen, which delays care and lowers therapy efficacy. </w:t>
      </w:r>
      <w:r>
        <w:rPr>
          <w:rFonts w:ascii="Times New Roman" w:hAnsi="Times New Roman"/>
          <w:sz w:val="24"/>
        </w:rPr>
        <w:br/>
        <w:t>Conventional diagnostic methods focus on clinical observation after behavioral and emotional abnormalities have already occurred, making them reactive. This emphasizes the critical need for data-driven, predictive solutions that can spot early behavioral and psychological signs of childhood depression.</w:t>
      </w:r>
      <w:r>
        <w:rPr>
          <w:rFonts w:ascii="Times New Roman" w:hAnsi="Times New Roman"/>
          <w:sz w:val="24"/>
        </w:rPr>
        <w:br/>
        <w:t xml:space="preserve">By identifying subtle indicators like emotional instability, social disengagement, and irregular sleep patterns, AI models present viable remedies. Complex temporal connections in behavioral data can be captured by contemporary neural network architectures, such as Transformers and LSTMs. These models can </w:t>
      </w:r>
      <w:r>
        <w:rPr>
          <w:rFonts w:ascii="Times New Roman" w:hAnsi="Times New Roman"/>
          <w:sz w:val="24"/>
        </w:rPr>
        <w:lastRenderedPageBreak/>
        <w:t>provide both accuracy and transparency when paired with explainability frameworks like SHAP or attention mechanisms, increasing their reliability and clinical utility.</w:t>
      </w:r>
      <w:r>
        <w:rPr>
          <w:rFonts w:ascii="Times New Roman" w:hAnsi="Times New Roman"/>
          <w:sz w:val="24"/>
        </w:rPr>
        <w:br/>
        <w:t xml:space="preserve">However, there are significant drawbacks to present methods: </w:t>
      </w:r>
      <w:r>
        <w:rPr>
          <w:rFonts w:ascii="Times New Roman" w:hAnsi="Times New Roman"/>
          <w:sz w:val="24"/>
        </w:rPr>
        <w:br/>
        <w:t>• Many are less generalizable since they rely on a single dataset or modality.</w:t>
      </w:r>
      <w:r>
        <w:rPr>
          <w:rFonts w:ascii="Times New Roman" w:hAnsi="Times New Roman"/>
          <w:sz w:val="24"/>
        </w:rPr>
        <w:br/>
        <w:t xml:space="preserve">• Adoption in clinical and educational settings is hampered by a lack of transparency. </w:t>
      </w:r>
      <w:r>
        <w:rPr>
          <w:rFonts w:ascii="Times New Roman" w:hAnsi="Times New Roman"/>
          <w:sz w:val="24"/>
        </w:rPr>
        <w:br/>
        <w:t xml:space="preserve">• Compared to reactive diagnostic techniques, predictive frameworks for early detection are still in their infancy. </w:t>
      </w:r>
      <w:r>
        <w:rPr>
          <w:rFonts w:ascii="Times New Roman" w:hAnsi="Times New Roman"/>
          <w:sz w:val="24"/>
        </w:rPr>
        <w:br/>
        <w:t>In order to enable early, accurate, and practical prediction of childhood depression, there is an obvious need for an interpretable framework driven by AI that incorporates several behavioral data sources.</w:t>
      </w:r>
    </w:p>
    <w:p w14:paraId="7CD35B0C" w14:textId="6E799589" w:rsidR="005576E5" w:rsidRDefault="00000000">
      <w:pPr>
        <w:spacing w:after="240" w:line="240" w:lineRule="auto"/>
        <w:ind w:left="720"/>
      </w:pPr>
      <w:r w:rsidRPr="00791B41">
        <w:rPr>
          <w:rFonts w:ascii="Times New Roman" w:hAnsi="Times New Roman"/>
          <w:b/>
          <w:bCs/>
          <w:sz w:val="28"/>
          <w:szCs w:val="28"/>
        </w:rPr>
        <w:t>Study Location:</w:t>
      </w:r>
      <w:r>
        <w:rPr>
          <w:rFonts w:ascii="Times New Roman" w:hAnsi="Times New Roman"/>
          <w:sz w:val="24"/>
        </w:rPr>
        <w:br/>
        <w:t xml:space="preserve">Saudi Arabia </w:t>
      </w:r>
      <w:r>
        <w:rPr>
          <w:rFonts w:ascii="Times New Roman" w:hAnsi="Times New Roman"/>
          <w:sz w:val="24"/>
        </w:rPr>
        <w:br/>
      </w:r>
      <w:r w:rsidR="00791B41">
        <w:rPr>
          <w:rFonts w:ascii="Times New Roman" w:hAnsi="Times New Roman"/>
          <w:b/>
          <w:bCs/>
          <w:sz w:val="28"/>
          <w:szCs w:val="28"/>
        </w:rPr>
        <w:br/>
      </w:r>
      <w:r w:rsidRPr="00791B41">
        <w:rPr>
          <w:rFonts w:ascii="Times New Roman" w:hAnsi="Times New Roman"/>
          <w:b/>
          <w:bCs/>
          <w:sz w:val="28"/>
          <w:szCs w:val="28"/>
        </w:rPr>
        <w:t>Methodology:</w:t>
      </w:r>
      <w:r>
        <w:rPr>
          <w:rFonts w:ascii="Times New Roman" w:hAnsi="Times New Roman"/>
          <w:sz w:val="24"/>
        </w:rPr>
        <w:br/>
      </w:r>
      <w:r>
        <w:rPr>
          <w:rFonts w:ascii="Times New Roman" w:hAnsi="Times New Roman"/>
          <w:sz w:val="24"/>
        </w:rPr>
        <w:br/>
        <w:t>This work uses multimodal behavioral datasets and a structured AI research technique to identify early signs of childhood depression. To ensure depth and representativeness, the procedure starts with thorough data collecting from primary sources (caregiver reports, EHRs) and secondary sources (Kaggle, ALSPAC, DASS-21). To produce consistent model-ready inputs, data preprocessing techniques include cleaning, imputation, encoding, normalizing, feature engineering, and SMOTE balance. While deep learning architectures (LSTM, GRU, Transformer, CNN-LSTM) capture intricate temporal and nonlinear behavioral patterns, classical machine-learning models (LR, RF, XGBoost, SVM) create interpretable baselines. Regularization, early halting, and hyperparameter adjustment are used to optimize model development. SHAP analysis and attention-based visualizations, backed by professional clinical validation, guarantee explainability.</w:t>
      </w:r>
    </w:p>
    <w:p w14:paraId="5358D797" w14:textId="77777777" w:rsidR="005576E5" w:rsidRDefault="00000000">
      <w:pPr>
        <w:spacing w:after="240" w:line="240" w:lineRule="auto"/>
        <w:ind w:left="720"/>
      </w:pPr>
      <w:r>
        <w:rPr>
          <w:rFonts w:ascii="Times New Roman" w:hAnsi="Times New Roman"/>
          <w:sz w:val="24"/>
        </w:rPr>
        <w:t>Strict metrics—Accuracy, Precision, Recall, F1, AUC, MAE, MSE, and R2—as well as stratified testing and cross-validation are used for evaluation. These procedures work together to create a repeatable, clinically significant AI framework for early depression risk prediction.</w:t>
      </w:r>
    </w:p>
    <w:p w14:paraId="12539BFE" w14:textId="77777777" w:rsidR="005576E5" w:rsidRDefault="005576E5"/>
    <w:p w14:paraId="47E23E72" w14:textId="43384B44" w:rsidR="005576E5" w:rsidRDefault="00000000" w:rsidP="00920840">
      <w:pPr>
        <w:spacing w:after="240" w:line="240" w:lineRule="auto"/>
        <w:ind w:left="720"/>
      </w:pPr>
      <w:r w:rsidRPr="00791B41">
        <w:rPr>
          <w:rFonts w:ascii="Times New Roman" w:hAnsi="Times New Roman"/>
          <w:b/>
          <w:bCs/>
          <w:sz w:val="28"/>
          <w:szCs w:val="28"/>
        </w:rPr>
        <w:t>Results:</w:t>
      </w:r>
      <w:r>
        <w:rPr>
          <w:rFonts w:ascii="Times New Roman" w:hAnsi="Times New Roman"/>
          <w:sz w:val="24"/>
        </w:rPr>
        <w:br/>
      </w:r>
      <w:r>
        <w:rPr>
          <w:rFonts w:ascii="Times New Roman" w:hAnsi="Times New Roman"/>
          <w:sz w:val="24"/>
        </w:rPr>
        <w:br/>
        <w:t xml:space="preserve">For all three datasets, the baseline experimental findings show excellent predictive performance. While the MHP Anxiety–Stress–Depression dataset yielded even better results with R² = 0.9345, the Kaggle Student Depression dataset achieved MAE = 0.1234, MSE = 0.0156, and R² = 0.9123. With MAE = 0.0644 and MSE = 0.0082, the DASS-21 model had the best accuracy balance, </w:t>
      </w:r>
      <w:r>
        <w:rPr>
          <w:rFonts w:ascii="Times New Roman" w:hAnsi="Times New Roman"/>
          <w:sz w:val="24"/>
        </w:rPr>
        <w:lastRenderedPageBreak/>
        <w:t>demonstrating outstanding error minimization and stability. These results are further validated by visual analyses: With all 14,593 parameters completely trainable, the DASS-21 neural network architecture displays well-organized layers. Consistent model accuracy is indicated by the prediction-error histogram, which shows errors concentrated close to zero. A close alignment with the ideal regression line can be shown in a scatter plot that compares actual and anticipated values. Furthermore, the training-loss curve shows consistent convergence throughout epochs for both training and validation sets, indicating reliable and efficient model learning</w:t>
      </w:r>
    </w:p>
    <w:p w14:paraId="4D82891C" w14:textId="741AEFF3" w:rsidR="005576E5" w:rsidRDefault="00000000">
      <w:pPr>
        <w:spacing w:after="240" w:line="240" w:lineRule="auto"/>
        <w:ind w:left="720"/>
      </w:pPr>
      <w:r w:rsidRPr="008F68FC">
        <w:rPr>
          <w:rFonts w:ascii="Times New Roman" w:hAnsi="Times New Roman"/>
          <w:b/>
          <w:bCs/>
          <w:sz w:val="24"/>
        </w:rPr>
        <w:t>Keywords</w:t>
      </w:r>
      <w:r>
        <w:rPr>
          <w:rFonts w:ascii="Times New Roman" w:hAnsi="Times New Roman"/>
          <w:sz w:val="24"/>
        </w:rPr>
        <w:t xml:space="preserve">: Explainable AI, Behavioral Data, Early Detection, Neural Networks, Machine Learning, Childhood Depression, and Mental Health Prediction </w:t>
      </w:r>
      <w:r>
        <w:rPr>
          <w:rFonts w:ascii="Times New Roman" w:hAnsi="Times New Roman"/>
          <w:sz w:val="24"/>
        </w:rPr>
        <w:br/>
      </w:r>
      <w:r>
        <w:rPr>
          <w:rFonts w:ascii="Times New Roman" w:hAnsi="Times New Roman"/>
          <w:sz w:val="24"/>
        </w:rPr>
        <w:br/>
      </w:r>
      <w:r w:rsidR="00791B41">
        <w:rPr>
          <w:rFonts w:ascii="Times New Roman" w:hAnsi="Times New Roman"/>
          <w:b/>
          <w:bCs/>
          <w:sz w:val="28"/>
          <w:szCs w:val="28"/>
        </w:rPr>
        <w:br/>
      </w:r>
      <w:r w:rsidRPr="00791B41">
        <w:rPr>
          <w:rFonts w:ascii="Times New Roman" w:hAnsi="Times New Roman"/>
          <w:b/>
          <w:bCs/>
          <w:sz w:val="28"/>
          <w:szCs w:val="28"/>
        </w:rPr>
        <w:t>Introduction:</w:t>
      </w:r>
    </w:p>
    <w:p w14:paraId="23D2CE04" w14:textId="0F755AF7" w:rsidR="005576E5" w:rsidRDefault="00000000">
      <w:pPr>
        <w:spacing w:after="240" w:line="240" w:lineRule="auto"/>
        <w:ind w:left="720"/>
      </w:pPr>
      <w:r>
        <w:rPr>
          <w:rFonts w:ascii="Times New Roman" w:hAnsi="Times New Roman"/>
          <w:sz w:val="24"/>
        </w:rPr>
        <w:t>Childhood depression, which affects 2–8% of children and sometimes goes undiagnosed until symptoms worsen, is still a major global health concern. Conventional diagnostic methods still rely on reactive clinical observation after behavioral problems emerge, despite developments in AI and data analytics that have made healthcare a data-driven industry. Recent research emphasizes the need for data-driven, predictive systems that can recognize early behavioral and emotional signs such social disengagement, instability, and sleep disturbances. With the use of techniques like SHAP and attention mechanisms, contemporary AI models—especially LSTM and Transformer architectures—can recognize these minute temporal patterns and provide understandable conclusions. However, current approaches frequently lack clarity and generalizability.</w:t>
      </w:r>
      <w:r>
        <w:rPr>
          <w:rFonts w:ascii="Times New Roman" w:hAnsi="Times New Roman"/>
          <w:sz w:val="24"/>
        </w:rPr>
        <w:br/>
        <w:t>multi-dataset integration, which restricts their use in clinical settings. In order to close these gaps, this study suggests an interpretable, AI-driven framework that uses a variety of behavioral data sources to identify childhood depression early.</w:t>
      </w:r>
      <w:r w:rsidR="00791B41">
        <w:rPr>
          <w:rFonts w:ascii="Times New Roman" w:hAnsi="Times New Roman"/>
          <w:sz w:val="24"/>
        </w:rPr>
        <w:br/>
      </w:r>
      <w:r w:rsidR="00791B41">
        <w:rPr>
          <w:rFonts w:ascii="Times New Roman" w:hAnsi="Times New Roman"/>
          <w:sz w:val="24"/>
        </w:rPr>
        <w:br/>
      </w:r>
      <w:r w:rsidR="00791B41">
        <w:rPr>
          <w:rFonts w:ascii="Times New Roman" w:hAnsi="Times New Roman"/>
          <w:sz w:val="24"/>
        </w:rPr>
        <w:br/>
      </w:r>
      <w:r w:rsidR="00791B41" w:rsidRPr="00EA04F3">
        <w:rPr>
          <w:noProof/>
          <w:sz w:val="28"/>
          <w:szCs w:val="28"/>
        </w:rPr>
        <w:lastRenderedPageBreak/>
        <w:drawing>
          <wp:inline distT="0" distB="0" distL="0" distR="0" wp14:anchorId="241ED024" wp14:editId="26514A5C">
            <wp:extent cx="3949065" cy="2641600"/>
            <wp:effectExtent l="0" t="0" r="0" b="6350"/>
            <wp:docPr id="477316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16134" name="Picture 4773161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6464" cy="2673306"/>
                    </a:xfrm>
                    <a:prstGeom prst="rect">
                      <a:avLst/>
                    </a:prstGeom>
                  </pic:spPr>
                </pic:pic>
              </a:graphicData>
            </a:graphic>
          </wp:inline>
        </w:drawing>
      </w:r>
      <w:r w:rsidR="00660CF5">
        <w:rPr>
          <w:rFonts w:ascii="Times New Roman" w:hAnsi="Times New Roman"/>
          <w:sz w:val="24"/>
        </w:rPr>
        <w:br/>
      </w:r>
      <w:r w:rsidR="00660CF5" w:rsidRPr="00041CCD">
        <w:rPr>
          <w:rFonts w:ascii="Times New Roman" w:hAnsi="Times New Roman"/>
          <w:b/>
          <w:bCs/>
        </w:rPr>
        <w:t>Figure 1</w:t>
      </w:r>
      <w:r w:rsidR="00660CF5" w:rsidRPr="00041CCD">
        <w:rPr>
          <w:rFonts w:ascii="Times New Roman" w:hAnsi="Times New Roman"/>
        </w:rPr>
        <w:t>. Thesis Org</w:t>
      </w:r>
      <w:r w:rsidR="007B35EB" w:rsidRPr="00041CCD">
        <w:rPr>
          <w:rFonts w:ascii="Times New Roman" w:hAnsi="Times New Roman"/>
        </w:rPr>
        <w:t>anization and Chapters</w:t>
      </w:r>
      <w:r w:rsidR="007B35EB">
        <w:rPr>
          <w:rFonts w:ascii="Times New Roman" w:hAnsi="Times New Roman"/>
          <w:sz w:val="24"/>
        </w:rPr>
        <w:t xml:space="preserve"> </w:t>
      </w:r>
    </w:p>
    <w:p w14:paraId="5FE6539A" w14:textId="70DC2E1E" w:rsidR="005576E5" w:rsidRPr="00791B41" w:rsidRDefault="00791B41" w:rsidP="00920840">
      <w:pPr>
        <w:spacing w:after="240" w:line="240" w:lineRule="auto"/>
        <w:rPr>
          <w:b/>
          <w:bCs/>
        </w:rPr>
      </w:pPr>
      <w:r>
        <w:rPr>
          <w:rFonts w:ascii="Times New Roman" w:hAnsi="Times New Roman"/>
          <w:b/>
          <w:bCs/>
          <w:sz w:val="28"/>
        </w:rPr>
        <w:br/>
      </w:r>
      <w:r w:rsidR="00920840">
        <w:rPr>
          <w:rFonts w:ascii="Times New Roman" w:hAnsi="Times New Roman"/>
          <w:b/>
          <w:bCs/>
          <w:sz w:val="28"/>
        </w:rPr>
        <w:t xml:space="preserve">          </w:t>
      </w:r>
      <w:r w:rsidR="00000000" w:rsidRPr="00791B41">
        <w:rPr>
          <w:rFonts w:ascii="Times New Roman" w:hAnsi="Times New Roman"/>
          <w:b/>
          <w:bCs/>
          <w:sz w:val="28"/>
        </w:rPr>
        <w:t>Research Problem:</w:t>
      </w:r>
    </w:p>
    <w:p w14:paraId="2222208D" w14:textId="77777777" w:rsidR="005576E5" w:rsidRDefault="00000000">
      <w:pPr>
        <w:spacing w:after="240" w:line="240" w:lineRule="auto"/>
        <w:ind w:left="720"/>
      </w:pPr>
      <w:r>
        <w:rPr>
          <w:rFonts w:ascii="Times New Roman" w:hAnsi="Times New Roman"/>
          <w:sz w:val="24"/>
        </w:rPr>
        <w:t>Childhood depression frequently goes undiagnosed until symptoms worsen, which increases long-term psychiatric risks and reduces the efficacy of early care. The reactive nature of current diagnostic procedures makes it impossible to identify minor behavioral changes that indicate early declines in mental health. By providing prompt help, enhancing developmental outcomes, and lessening the impact of untreated mental health concerns on families, schools, and healthcare systems, addressing this issue using AI-based early identification benefits society.</w:t>
      </w:r>
    </w:p>
    <w:p w14:paraId="12478064" w14:textId="77777777" w:rsidR="005576E5" w:rsidRDefault="005576E5"/>
    <w:p w14:paraId="5C153486" w14:textId="77777777" w:rsidR="005576E5" w:rsidRPr="00791B41" w:rsidRDefault="00000000">
      <w:pPr>
        <w:spacing w:after="240" w:line="240" w:lineRule="auto"/>
        <w:ind w:left="720"/>
        <w:rPr>
          <w:b/>
          <w:bCs/>
        </w:rPr>
      </w:pPr>
      <w:r w:rsidRPr="00791B41">
        <w:rPr>
          <w:rFonts w:ascii="Times New Roman" w:hAnsi="Times New Roman"/>
          <w:b/>
          <w:bCs/>
          <w:sz w:val="28"/>
        </w:rPr>
        <w:t>Importance of the Study:</w:t>
      </w:r>
    </w:p>
    <w:p w14:paraId="348CDB5C" w14:textId="77777777" w:rsidR="005576E5" w:rsidRDefault="00000000">
      <w:pPr>
        <w:spacing w:after="240" w:line="240" w:lineRule="auto"/>
        <w:ind w:left="720"/>
      </w:pPr>
      <w:r>
        <w:rPr>
          <w:rFonts w:ascii="Times New Roman" w:hAnsi="Times New Roman"/>
          <w:sz w:val="24"/>
        </w:rPr>
        <w:t>By combining interpretable deep-learning models with multimodal behavioral data, this study addresses shortcomings in existing research and advances AI-driven mental-health prediction, making it significant from a scientific standpoint. In practical terms, it offers a scalable tool that can help caregivers, educators, and physicians detect depression at earlier, more manageable phases. The study helps to improve children's well-being and lessen the long-term societal and economic effects of untreated mental health illnesses by facilitating prompt intervention.</w:t>
      </w:r>
    </w:p>
    <w:p w14:paraId="1AC83ABB" w14:textId="77777777" w:rsidR="005576E5" w:rsidRDefault="00000000">
      <w:pPr>
        <w:spacing w:after="240" w:line="240" w:lineRule="auto"/>
        <w:ind w:left="720"/>
      </w:pPr>
      <w:r>
        <w:rPr>
          <w:rFonts w:ascii="Times New Roman" w:hAnsi="Times New Roman"/>
          <w:sz w:val="24"/>
        </w:rPr>
        <w:t>Study Objectives:</w:t>
      </w:r>
      <w:r>
        <w:rPr>
          <w:rFonts w:ascii="Times New Roman" w:hAnsi="Times New Roman"/>
          <w:sz w:val="24"/>
        </w:rPr>
        <w:br/>
        <w:t xml:space="preserve">The goal of the current project is to create an AI-driven framework that can use multimodal behavioral and psychological data to identify early signs of childhood depression. It aims to create and assess cutting-edge deep learning and machine learning models that strike a compromise between clinical interpretability and accuracy. The project also intends to develop a transparent, scalable, and </w:t>
      </w:r>
      <w:r>
        <w:rPr>
          <w:rFonts w:ascii="Times New Roman" w:hAnsi="Times New Roman"/>
          <w:sz w:val="24"/>
        </w:rPr>
        <w:lastRenderedPageBreak/>
        <w:t>dependable prediction system that can facilitate early intervention in educational and healthcare contexts.</w:t>
      </w:r>
    </w:p>
    <w:p w14:paraId="0E81D767" w14:textId="77777777" w:rsidR="005576E5" w:rsidRPr="00204AEF" w:rsidRDefault="00000000">
      <w:pPr>
        <w:spacing w:after="240" w:line="240" w:lineRule="auto"/>
        <w:ind w:left="720"/>
        <w:rPr>
          <w:sz w:val="24"/>
          <w:szCs w:val="24"/>
        </w:rPr>
      </w:pPr>
      <w:r w:rsidRPr="0060442E">
        <w:rPr>
          <w:rFonts w:ascii="Times New Roman" w:hAnsi="Times New Roman"/>
          <w:b/>
          <w:bCs/>
          <w:sz w:val="28"/>
        </w:rPr>
        <w:t>Theoretical Literature of the Study:</w:t>
      </w:r>
      <w:r>
        <w:rPr>
          <w:rFonts w:ascii="Times New Roman" w:hAnsi="Times New Roman"/>
          <w:sz w:val="28"/>
        </w:rPr>
        <w:br/>
      </w:r>
      <w:r>
        <w:rPr>
          <w:rFonts w:ascii="Times New Roman" w:hAnsi="Times New Roman"/>
          <w:sz w:val="28"/>
        </w:rPr>
        <w:br/>
      </w:r>
      <w:r w:rsidRPr="00204AEF">
        <w:rPr>
          <w:rFonts w:ascii="Times New Roman" w:hAnsi="Times New Roman"/>
          <w:sz w:val="24"/>
          <w:szCs w:val="24"/>
        </w:rPr>
        <w:t>The theoretical literature for this work clarifies the fundamental components that underpin early depression prediction in children by drawing on important ideas in behavioral psychology, developmental mental health, and artificial intelligence. Since they frequently show up in psychological models of childhood mental health, key aspects like emotional regulation, social interaction patterns, cognitive functioning, and sleep behavior are highlighted. The Bio-Psycho-Social Model, which explains depression as the result of interrelated biological, psychological, and social processes, is consistent with this study. Its hypotheses encourage the integration of multimodal behavioral data to fully capture these influences. Additionally, the understanding of how minor behavioral changes develop into clinically relevant symptoms is guided by concepts from developmental psychopathology and cognitive behavioral theory. The article gives readers a solid theoretical foundation and shows how AI models might operationalize these ideas to improve early diagnosis and intervention by basing the research on these frameworks.</w:t>
      </w:r>
    </w:p>
    <w:p w14:paraId="26313820" w14:textId="77777777" w:rsidR="005576E5" w:rsidRDefault="005576E5"/>
    <w:p w14:paraId="5DAD6FA1" w14:textId="32610082" w:rsidR="003B51DF" w:rsidRPr="009E243C" w:rsidRDefault="00000000" w:rsidP="009E243C">
      <w:pPr>
        <w:spacing w:after="240" w:line="240" w:lineRule="auto"/>
        <w:ind w:left="720"/>
        <w:rPr>
          <w:rFonts w:ascii="Times New Roman" w:hAnsi="Times New Roman"/>
          <w:sz w:val="24"/>
          <w:szCs w:val="24"/>
        </w:rPr>
      </w:pPr>
      <w:r w:rsidRPr="00791B41">
        <w:rPr>
          <w:rFonts w:ascii="Times New Roman" w:hAnsi="Times New Roman"/>
          <w:b/>
          <w:bCs/>
          <w:sz w:val="28"/>
        </w:rPr>
        <w:t>Review of Previous Studies:</w:t>
      </w:r>
      <w:r>
        <w:rPr>
          <w:rFonts w:ascii="Times New Roman" w:hAnsi="Times New Roman"/>
          <w:sz w:val="28"/>
        </w:rPr>
        <w:br/>
      </w:r>
      <w:r>
        <w:rPr>
          <w:rFonts w:ascii="Times New Roman" w:hAnsi="Times New Roman"/>
          <w:sz w:val="28"/>
        </w:rPr>
        <w:br/>
      </w:r>
      <w:r w:rsidRPr="00204AEF">
        <w:rPr>
          <w:rFonts w:ascii="Times New Roman" w:hAnsi="Times New Roman"/>
          <w:sz w:val="24"/>
          <w:szCs w:val="24"/>
        </w:rPr>
        <w:t>Prior studies on AI-based depression prediction show considerable advancements, but they also point to ongoing methodological flaws. In order to diagnose depression from survey data, traditional machine-learning studies have used Decision Trees, Random Forests, Logistic Regression, and Naïve Bayes, with middling accuracy ranging from 70% to 85%. However, these models' capacity to identify early-stage, subtle depression signs is limited because they frequently fail to integrate multimodal behavioral inputs or capture temporal connections. In comparison, deep learning research has demonstrated better performance levels of 88–94% by introducing architectures like CNNs, LSTMs, Transformers, and Hierarchical Attention Networks (HAN).</w:t>
      </w:r>
      <w:r w:rsidRPr="00204AEF">
        <w:rPr>
          <w:rFonts w:ascii="Times New Roman" w:hAnsi="Times New Roman"/>
          <w:sz w:val="24"/>
          <w:szCs w:val="24"/>
        </w:rPr>
        <w:br/>
        <w:t>exceptional capacity to simulate intricate linguistic, spatial, and sequential patterns. Accuracy and interpretability have been further enhanced by multimodal fusion models that include text, physiological signals, handwriting, and facial expression data. Notwithstanding these developments, there are still issues with model transparency, cross-cultural validation, dataset generalizability, and practical implementation. These gaps serve as the driving force for the current study, which attempts to address explainability, robustness, and multimodal integration issues while bringing together findings from previous research.</w:t>
      </w:r>
      <w:r w:rsidR="009E243C">
        <w:rPr>
          <w:rFonts w:ascii="Times New Roman" w:hAnsi="Times New Roman"/>
          <w:sz w:val="24"/>
          <w:szCs w:val="24"/>
        </w:rPr>
        <w:br/>
      </w:r>
      <w:r w:rsidR="009E243C">
        <w:rPr>
          <w:rFonts w:ascii="Times New Roman" w:hAnsi="Times New Roman"/>
          <w:sz w:val="24"/>
          <w:szCs w:val="24"/>
        </w:rPr>
        <w:br/>
      </w:r>
      <w:r w:rsidR="009E243C" w:rsidRPr="0065519D">
        <w:rPr>
          <w:rFonts w:ascii="Times New Roman" w:hAnsi="Times New Roman"/>
          <w:b/>
          <w:bCs/>
        </w:rPr>
        <w:t>Table 1</w:t>
      </w:r>
      <w:r w:rsidR="009E243C" w:rsidRPr="0065519D">
        <w:rPr>
          <w:rFonts w:ascii="Times New Roman" w:hAnsi="Times New Roman"/>
        </w:rPr>
        <w:t xml:space="preserve"> summarizes the methods, models, and reported accuracies of previous </w:t>
      </w:r>
      <w:r w:rsidR="009E243C" w:rsidRPr="0065519D">
        <w:rPr>
          <w:rFonts w:ascii="Times New Roman" w:hAnsi="Times New Roman"/>
        </w:rPr>
        <w:lastRenderedPageBreak/>
        <w:t>depression-prediction studies.</w:t>
      </w:r>
      <w:r w:rsidR="009E243C">
        <w:rPr>
          <w:rFonts w:ascii="Times New Roman" w:hAnsi="Times New Roman"/>
          <w:sz w:val="24"/>
          <w:szCs w:val="24"/>
        </w:rPr>
        <w:br/>
      </w:r>
    </w:p>
    <w:tbl>
      <w:tblPr>
        <w:tblStyle w:val="PlainTable1"/>
        <w:tblW w:w="0" w:type="auto"/>
        <w:tblLook w:val="04A0" w:firstRow="1" w:lastRow="0" w:firstColumn="1" w:lastColumn="0" w:noHBand="0" w:noVBand="1"/>
      </w:tblPr>
      <w:tblGrid>
        <w:gridCol w:w="1690"/>
        <w:gridCol w:w="1741"/>
        <w:gridCol w:w="1729"/>
        <w:gridCol w:w="1741"/>
        <w:gridCol w:w="1729"/>
      </w:tblGrid>
      <w:tr w:rsidR="003B51DF" w:rsidRPr="009E243C" w14:paraId="456CAE1B" w14:textId="77777777" w:rsidTr="00DC00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18F6C8B4" w14:textId="323C8AD1" w:rsidR="003B51DF" w:rsidRPr="009E243C" w:rsidRDefault="003B51DF">
            <w:pPr>
              <w:spacing w:after="240"/>
              <w:rPr>
                <w:sz w:val="20"/>
                <w:szCs w:val="20"/>
              </w:rPr>
            </w:pPr>
            <w:r w:rsidRPr="003B51DF">
              <w:rPr>
                <w:sz w:val="20"/>
                <w:szCs w:val="20"/>
              </w:rPr>
              <w:t>No.</w:t>
            </w:r>
          </w:p>
        </w:tc>
        <w:tc>
          <w:tcPr>
            <w:tcW w:w="1771" w:type="dxa"/>
          </w:tcPr>
          <w:p w14:paraId="4E7E6A38" w14:textId="0876B7E7" w:rsidR="003B51DF" w:rsidRPr="009E243C" w:rsidRDefault="003B51DF">
            <w:pPr>
              <w:spacing w:after="240"/>
              <w:cnfStyle w:val="100000000000" w:firstRow="1" w:lastRow="0" w:firstColumn="0" w:lastColumn="0" w:oddVBand="0" w:evenVBand="0" w:oddHBand="0" w:evenHBand="0" w:firstRowFirstColumn="0" w:firstRowLastColumn="0" w:lastRowFirstColumn="0" w:lastRowLastColumn="0"/>
              <w:rPr>
                <w:sz w:val="20"/>
                <w:szCs w:val="20"/>
              </w:rPr>
            </w:pPr>
            <w:r w:rsidRPr="003B51DF">
              <w:rPr>
                <w:sz w:val="20"/>
                <w:szCs w:val="20"/>
              </w:rPr>
              <w:t>Research Focus</w:t>
            </w:r>
          </w:p>
        </w:tc>
        <w:tc>
          <w:tcPr>
            <w:tcW w:w="1771" w:type="dxa"/>
          </w:tcPr>
          <w:p w14:paraId="62BDD576" w14:textId="4EA88CE4" w:rsidR="003B51DF" w:rsidRPr="009E243C" w:rsidRDefault="003B51DF">
            <w:pPr>
              <w:spacing w:after="240"/>
              <w:cnfStyle w:val="100000000000" w:firstRow="1" w:lastRow="0" w:firstColumn="0" w:lastColumn="0" w:oddVBand="0" w:evenVBand="0" w:oddHBand="0" w:evenHBand="0" w:firstRowFirstColumn="0" w:firstRowLastColumn="0" w:lastRowFirstColumn="0" w:lastRowLastColumn="0"/>
              <w:rPr>
                <w:sz w:val="20"/>
                <w:szCs w:val="20"/>
              </w:rPr>
            </w:pPr>
            <w:r w:rsidRPr="003B51DF">
              <w:rPr>
                <w:sz w:val="20"/>
                <w:szCs w:val="20"/>
              </w:rPr>
              <w:t>Approach</w:t>
            </w:r>
          </w:p>
        </w:tc>
        <w:tc>
          <w:tcPr>
            <w:tcW w:w="1771" w:type="dxa"/>
          </w:tcPr>
          <w:p w14:paraId="27B2F805" w14:textId="011CFEA4" w:rsidR="003B51DF" w:rsidRPr="009E243C" w:rsidRDefault="003B51DF">
            <w:pPr>
              <w:spacing w:after="240"/>
              <w:cnfStyle w:val="100000000000" w:firstRow="1" w:lastRow="0" w:firstColumn="0" w:lastColumn="0" w:oddVBand="0" w:evenVBand="0" w:oddHBand="0" w:evenHBand="0" w:firstRowFirstColumn="0" w:firstRowLastColumn="0" w:lastRowFirstColumn="0" w:lastRowLastColumn="0"/>
              <w:rPr>
                <w:sz w:val="20"/>
                <w:szCs w:val="20"/>
              </w:rPr>
            </w:pPr>
            <w:r w:rsidRPr="003B51DF">
              <w:rPr>
                <w:sz w:val="20"/>
                <w:szCs w:val="20"/>
              </w:rPr>
              <w:t>Models Used</w:t>
            </w:r>
          </w:p>
        </w:tc>
        <w:tc>
          <w:tcPr>
            <w:tcW w:w="1772" w:type="dxa"/>
          </w:tcPr>
          <w:p w14:paraId="17E19DBA" w14:textId="7BBAD7BB" w:rsidR="003B51DF" w:rsidRPr="009E243C" w:rsidRDefault="003B51DF">
            <w:pPr>
              <w:spacing w:after="240"/>
              <w:cnfStyle w:val="100000000000" w:firstRow="1" w:lastRow="0" w:firstColumn="0" w:lastColumn="0" w:oddVBand="0" w:evenVBand="0" w:oddHBand="0" w:evenHBand="0" w:firstRowFirstColumn="0" w:firstRowLastColumn="0" w:lastRowFirstColumn="0" w:lastRowLastColumn="0"/>
              <w:rPr>
                <w:sz w:val="20"/>
                <w:szCs w:val="20"/>
              </w:rPr>
            </w:pPr>
            <w:r w:rsidRPr="003B51DF">
              <w:rPr>
                <w:sz w:val="20"/>
                <w:szCs w:val="20"/>
              </w:rPr>
              <w:t>Accuracy (Approx.)</w:t>
            </w:r>
          </w:p>
        </w:tc>
      </w:tr>
      <w:tr w:rsidR="003B51DF" w:rsidRPr="009E243C" w14:paraId="3B4D5743" w14:textId="77777777" w:rsidTr="00DC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75600ADC" w14:textId="1D7C6590" w:rsidR="003B51DF" w:rsidRPr="009E243C" w:rsidRDefault="003B51DF">
            <w:pPr>
              <w:spacing w:after="240"/>
              <w:rPr>
                <w:sz w:val="20"/>
                <w:szCs w:val="20"/>
              </w:rPr>
            </w:pPr>
            <w:r w:rsidRPr="009E243C">
              <w:rPr>
                <w:sz w:val="20"/>
                <w:szCs w:val="20"/>
              </w:rPr>
              <w:t>1.</w:t>
            </w:r>
          </w:p>
        </w:tc>
        <w:tc>
          <w:tcPr>
            <w:tcW w:w="1771" w:type="dxa"/>
          </w:tcPr>
          <w:p w14:paraId="008D9DF3" w14:textId="467BE0D5"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3B51DF">
              <w:rPr>
                <w:sz w:val="20"/>
                <w:szCs w:val="20"/>
              </w:rPr>
              <w:t>Identifying Adolescent Depression &amp; Anxiety</w:t>
            </w:r>
          </w:p>
        </w:tc>
        <w:tc>
          <w:tcPr>
            <w:tcW w:w="1771" w:type="dxa"/>
          </w:tcPr>
          <w:p w14:paraId="53F128DA" w14:textId="4C27CB85"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3B51DF">
              <w:rPr>
                <w:sz w:val="20"/>
                <w:szCs w:val="20"/>
              </w:rPr>
              <w:t>ML</w:t>
            </w:r>
          </w:p>
        </w:tc>
        <w:tc>
          <w:tcPr>
            <w:tcW w:w="1771" w:type="dxa"/>
          </w:tcPr>
          <w:p w14:paraId="65B9082A" w14:textId="59E33034"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3B51DF">
              <w:rPr>
                <w:sz w:val="20"/>
                <w:szCs w:val="20"/>
              </w:rPr>
              <w:t>RF, LR</w:t>
            </w:r>
          </w:p>
        </w:tc>
        <w:tc>
          <w:tcPr>
            <w:tcW w:w="1772" w:type="dxa"/>
          </w:tcPr>
          <w:p w14:paraId="067B17D1" w14:textId="2F06D35A"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3B51DF">
              <w:rPr>
                <w:sz w:val="20"/>
                <w:szCs w:val="20"/>
              </w:rPr>
              <w:t xml:space="preserve">RF: ~86% </w:t>
            </w:r>
            <w:r w:rsidRPr="009E243C">
              <w:rPr>
                <w:sz w:val="20"/>
                <w:szCs w:val="20"/>
              </w:rPr>
              <w:br/>
            </w:r>
            <w:r w:rsidRPr="003B51DF">
              <w:rPr>
                <w:sz w:val="20"/>
                <w:szCs w:val="20"/>
              </w:rPr>
              <w:t>LR: ~74–78%</w:t>
            </w:r>
          </w:p>
        </w:tc>
      </w:tr>
      <w:tr w:rsidR="003B51DF" w:rsidRPr="009E243C" w14:paraId="56548F76" w14:textId="77777777" w:rsidTr="00DC00F9">
        <w:tc>
          <w:tcPr>
            <w:cnfStyle w:val="001000000000" w:firstRow="0" w:lastRow="0" w:firstColumn="1" w:lastColumn="0" w:oddVBand="0" w:evenVBand="0" w:oddHBand="0" w:evenHBand="0" w:firstRowFirstColumn="0" w:firstRowLastColumn="0" w:lastRowFirstColumn="0" w:lastRowLastColumn="0"/>
            <w:tcW w:w="1771" w:type="dxa"/>
          </w:tcPr>
          <w:p w14:paraId="211970DF" w14:textId="69AC5DC7" w:rsidR="003B51DF" w:rsidRPr="009E243C" w:rsidRDefault="003B51DF">
            <w:pPr>
              <w:spacing w:after="240"/>
              <w:rPr>
                <w:sz w:val="20"/>
                <w:szCs w:val="20"/>
              </w:rPr>
            </w:pPr>
            <w:r w:rsidRPr="009E243C">
              <w:rPr>
                <w:sz w:val="20"/>
                <w:szCs w:val="20"/>
              </w:rPr>
              <w:t>2.</w:t>
            </w:r>
          </w:p>
        </w:tc>
        <w:tc>
          <w:tcPr>
            <w:tcW w:w="1771" w:type="dxa"/>
          </w:tcPr>
          <w:p w14:paraId="680BD215" w14:textId="3DF228CC"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Depression Risk via Brain Imaging</w:t>
            </w:r>
          </w:p>
        </w:tc>
        <w:tc>
          <w:tcPr>
            <w:tcW w:w="1771" w:type="dxa"/>
          </w:tcPr>
          <w:p w14:paraId="28875CE0" w14:textId="379BB6B6"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ML &amp; NN</w:t>
            </w:r>
          </w:p>
        </w:tc>
        <w:tc>
          <w:tcPr>
            <w:tcW w:w="1771" w:type="dxa"/>
          </w:tcPr>
          <w:p w14:paraId="6C02D0C5" w14:textId="28D75487"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LR, NN</w:t>
            </w:r>
          </w:p>
        </w:tc>
        <w:tc>
          <w:tcPr>
            <w:tcW w:w="1772" w:type="dxa"/>
          </w:tcPr>
          <w:p w14:paraId="430FF5C6" w14:textId="7F3060C5"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LR: ~75–78%  NN: ~82–85%</w:t>
            </w:r>
          </w:p>
        </w:tc>
      </w:tr>
      <w:tr w:rsidR="003B51DF" w:rsidRPr="009E243C" w14:paraId="0D545367" w14:textId="77777777" w:rsidTr="00DC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0510763E" w14:textId="713144CC" w:rsidR="003B51DF" w:rsidRPr="009E243C" w:rsidRDefault="003B51DF">
            <w:pPr>
              <w:spacing w:after="240"/>
              <w:rPr>
                <w:sz w:val="20"/>
                <w:szCs w:val="20"/>
              </w:rPr>
            </w:pPr>
            <w:r w:rsidRPr="009E243C">
              <w:rPr>
                <w:sz w:val="20"/>
                <w:szCs w:val="20"/>
              </w:rPr>
              <w:t>3.</w:t>
            </w:r>
          </w:p>
        </w:tc>
        <w:tc>
          <w:tcPr>
            <w:tcW w:w="1771" w:type="dxa"/>
          </w:tcPr>
          <w:p w14:paraId="6394C9DD" w14:textId="13F144DF"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ALSPAC Longitudinal Study</w:t>
            </w:r>
          </w:p>
        </w:tc>
        <w:tc>
          <w:tcPr>
            <w:tcW w:w="1771" w:type="dxa"/>
          </w:tcPr>
          <w:p w14:paraId="5E111CF8" w14:textId="284EE110"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ML</w:t>
            </w:r>
          </w:p>
        </w:tc>
        <w:tc>
          <w:tcPr>
            <w:tcW w:w="1771" w:type="dxa"/>
          </w:tcPr>
          <w:p w14:paraId="51912F55" w14:textId="03DF92D6"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Gradient Boosting, RF</w:t>
            </w:r>
          </w:p>
        </w:tc>
        <w:tc>
          <w:tcPr>
            <w:tcW w:w="1772" w:type="dxa"/>
          </w:tcPr>
          <w:p w14:paraId="49D1B688" w14:textId="542D957C"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GB: ~64% RF: ~66%</w:t>
            </w:r>
          </w:p>
        </w:tc>
      </w:tr>
      <w:tr w:rsidR="003B51DF" w:rsidRPr="009E243C" w14:paraId="1647C1F1" w14:textId="77777777" w:rsidTr="00DC00F9">
        <w:tc>
          <w:tcPr>
            <w:cnfStyle w:val="001000000000" w:firstRow="0" w:lastRow="0" w:firstColumn="1" w:lastColumn="0" w:oddVBand="0" w:evenVBand="0" w:oddHBand="0" w:evenHBand="0" w:firstRowFirstColumn="0" w:firstRowLastColumn="0" w:lastRowFirstColumn="0" w:lastRowLastColumn="0"/>
            <w:tcW w:w="1771" w:type="dxa"/>
          </w:tcPr>
          <w:p w14:paraId="771061A5" w14:textId="6A84335D" w:rsidR="003B51DF" w:rsidRPr="009E243C" w:rsidRDefault="003B51DF">
            <w:pPr>
              <w:spacing w:after="240"/>
              <w:rPr>
                <w:sz w:val="20"/>
                <w:szCs w:val="20"/>
              </w:rPr>
            </w:pPr>
            <w:r w:rsidRPr="009E243C">
              <w:rPr>
                <w:sz w:val="20"/>
                <w:szCs w:val="20"/>
              </w:rPr>
              <w:t>4.</w:t>
            </w:r>
          </w:p>
        </w:tc>
        <w:tc>
          <w:tcPr>
            <w:tcW w:w="1771" w:type="dxa"/>
          </w:tcPr>
          <w:p w14:paraId="4A7EDEDE" w14:textId="2D8D28EC"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Australian Youth Depression Risk</w:t>
            </w:r>
          </w:p>
        </w:tc>
        <w:tc>
          <w:tcPr>
            <w:tcW w:w="1771" w:type="dxa"/>
          </w:tcPr>
          <w:p w14:paraId="0038C218" w14:textId="12A69EE2"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ML</w:t>
            </w:r>
          </w:p>
        </w:tc>
        <w:tc>
          <w:tcPr>
            <w:tcW w:w="177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2F74" w:rsidRPr="00E02F74" w14:paraId="49141FD8" w14:textId="77777777">
              <w:trPr>
                <w:tblCellSpacing w:w="15" w:type="dxa"/>
              </w:trPr>
              <w:tc>
                <w:tcPr>
                  <w:tcW w:w="0" w:type="auto"/>
                  <w:vAlign w:val="center"/>
                  <w:hideMark/>
                </w:tcPr>
                <w:p w14:paraId="270A16A9" w14:textId="77777777" w:rsidR="00E02F74" w:rsidRPr="00E02F74" w:rsidRDefault="00E02F74" w:rsidP="00E02F74">
                  <w:pPr>
                    <w:spacing w:after="240" w:line="240" w:lineRule="auto"/>
                    <w:rPr>
                      <w:sz w:val="20"/>
                      <w:szCs w:val="20"/>
                    </w:rPr>
                  </w:pPr>
                </w:p>
              </w:tc>
            </w:tr>
          </w:tbl>
          <w:p w14:paraId="24168221" w14:textId="77777777" w:rsidR="00E02F74" w:rsidRPr="00E02F74" w:rsidRDefault="00E02F74" w:rsidP="00E02F74">
            <w:pPr>
              <w:spacing w:after="240"/>
              <w:cnfStyle w:val="000000000000" w:firstRow="0" w:lastRow="0" w:firstColumn="0" w:lastColumn="0" w:oddVBand="0" w:evenVBand="0" w:oddHBand="0" w:evenHBand="0" w:firstRowFirstColumn="0" w:firstRowLastColumn="0" w:lastRowFirstColumn="0" w:lastRowLastColumn="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8"/>
            </w:tblGrid>
            <w:tr w:rsidR="00E02F74" w:rsidRPr="00E02F74" w14:paraId="027D54F5" w14:textId="77777777">
              <w:trPr>
                <w:tblCellSpacing w:w="15" w:type="dxa"/>
              </w:trPr>
              <w:tc>
                <w:tcPr>
                  <w:tcW w:w="0" w:type="auto"/>
                  <w:vAlign w:val="center"/>
                  <w:hideMark/>
                </w:tcPr>
                <w:p w14:paraId="0E8AEB9B" w14:textId="77777777" w:rsidR="00E02F74" w:rsidRPr="00E02F74" w:rsidRDefault="00E02F74" w:rsidP="00E02F74">
                  <w:pPr>
                    <w:spacing w:after="240" w:line="240" w:lineRule="auto"/>
                    <w:rPr>
                      <w:sz w:val="20"/>
                      <w:szCs w:val="20"/>
                    </w:rPr>
                  </w:pPr>
                  <w:r w:rsidRPr="00E02F74">
                    <w:rPr>
                      <w:sz w:val="20"/>
                      <w:szCs w:val="20"/>
                    </w:rPr>
                    <w:t>DT, RF</w:t>
                  </w:r>
                </w:p>
              </w:tc>
            </w:tr>
          </w:tbl>
          <w:p w14:paraId="1C7AC539" w14:textId="77777777" w:rsidR="003B51DF" w:rsidRPr="009E243C" w:rsidRDefault="003B51DF">
            <w:pPr>
              <w:spacing w:after="240"/>
              <w:cnfStyle w:val="000000000000" w:firstRow="0" w:lastRow="0" w:firstColumn="0" w:lastColumn="0" w:oddVBand="0" w:evenVBand="0" w:oddHBand="0" w:evenHBand="0" w:firstRowFirstColumn="0" w:firstRowLastColumn="0" w:lastRowFirstColumn="0" w:lastRowLastColumn="0"/>
              <w:rPr>
                <w:sz w:val="20"/>
                <w:szCs w:val="20"/>
              </w:rPr>
            </w:pPr>
          </w:p>
        </w:tc>
        <w:tc>
          <w:tcPr>
            <w:tcW w:w="177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2F74" w:rsidRPr="00E02F74" w14:paraId="0853CA45" w14:textId="77777777">
              <w:trPr>
                <w:tblCellSpacing w:w="15" w:type="dxa"/>
              </w:trPr>
              <w:tc>
                <w:tcPr>
                  <w:tcW w:w="0" w:type="auto"/>
                  <w:vAlign w:val="center"/>
                  <w:hideMark/>
                </w:tcPr>
                <w:p w14:paraId="2BC6E534" w14:textId="77777777" w:rsidR="00E02F74" w:rsidRPr="00E02F74" w:rsidRDefault="00E02F74" w:rsidP="00E02F74">
                  <w:pPr>
                    <w:spacing w:after="240" w:line="240" w:lineRule="auto"/>
                    <w:rPr>
                      <w:sz w:val="20"/>
                      <w:szCs w:val="20"/>
                    </w:rPr>
                  </w:pPr>
                </w:p>
              </w:tc>
            </w:tr>
          </w:tbl>
          <w:p w14:paraId="11836C65" w14:textId="77777777" w:rsidR="00E02F74" w:rsidRPr="00E02F74" w:rsidRDefault="00E02F74" w:rsidP="00E02F74">
            <w:pPr>
              <w:spacing w:after="240"/>
              <w:cnfStyle w:val="000000000000" w:firstRow="0" w:lastRow="0" w:firstColumn="0" w:lastColumn="0" w:oddVBand="0" w:evenVBand="0" w:oddHBand="0" w:evenHBand="0" w:firstRowFirstColumn="0" w:firstRowLastColumn="0" w:lastRowFirstColumn="0" w:lastRowLastColumn="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3"/>
            </w:tblGrid>
            <w:tr w:rsidR="00E02F74" w:rsidRPr="00E02F74" w14:paraId="734F913A" w14:textId="77777777">
              <w:trPr>
                <w:tblCellSpacing w:w="15" w:type="dxa"/>
              </w:trPr>
              <w:tc>
                <w:tcPr>
                  <w:tcW w:w="0" w:type="auto"/>
                  <w:vAlign w:val="center"/>
                  <w:hideMark/>
                </w:tcPr>
                <w:p w14:paraId="79E2226C" w14:textId="5E6B8609" w:rsidR="00E02F74" w:rsidRPr="00E02F74" w:rsidRDefault="00E02F74" w:rsidP="00E02F74">
                  <w:pPr>
                    <w:spacing w:after="240" w:line="240" w:lineRule="auto"/>
                    <w:rPr>
                      <w:sz w:val="20"/>
                      <w:szCs w:val="20"/>
                    </w:rPr>
                  </w:pPr>
                  <w:r w:rsidRPr="00E02F74">
                    <w:rPr>
                      <w:sz w:val="20"/>
                      <w:szCs w:val="20"/>
                    </w:rPr>
                    <w:t>DT: ~68% RF: ~72%</w:t>
                  </w:r>
                </w:p>
              </w:tc>
            </w:tr>
          </w:tbl>
          <w:p w14:paraId="2CECDF85" w14:textId="77777777" w:rsidR="003B51DF" w:rsidRPr="009E243C" w:rsidRDefault="003B51DF">
            <w:pPr>
              <w:spacing w:after="240"/>
              <w:cnfStyle w:val="000000000000" w:firstRow="0" w:lastRow="0" w:firstColumn="0" w:lastColumn="0" w:oddVBand="0" w:evenVBand="0" w:oddHBand="0" w:evenHBand="0" w:firstRowFirstColumn="0" w:firstRowLastColumn="0" w:lastRowFirstColumn="0" w:lastRowLastColumn="0"/>
              <w:rPr>
                <w:sz w:val="20"/>
                <w:szCs w:val="20"/>
              </w:rPr>
            </w:pPr>
          </w:p>
        </w:tc>
      </w:tr>
      <w:tr w:rsidR="003B51DF" w:rsidRPr="009E243C" w14:paraId="76B60C27" w14:textId="77777777" w:rsidTr="00DC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59E7FF1C" w14:textId="3AAF47AE" w:rsidR="003B51DF" w:rsidRPr="009E243C" w:rsidRDefault="003B51DF">
            <w:pPr>
              <w:spacing w:after="240"/>
              <w:rPr>
                <w:sz w:val="20"/>
                <w:szCs w:val="20"/>
              </w:rPr>
            </w:pPr>
            <w:r w:rsidRPr="009E243C">
              <w:rPr>
                <w:sz w:val="20"/>
                <w:szCs w:val="20"/>
              </w:rPr>
              <w:t>5.</w:t>
            </w:r>
          </w:p>
        </w:tc>
        <w:tc>
          <w:tcPr>
            <w:tcW w:w="1771" w:type="dxa"/>
          </w:tcPr>
          <w:p w14:paraId="3432B6BB" w14:textId="1272770B"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Child Depression Detection</w:t>
            </w:r>
          </w:p>
        </w:tc>
        <w:tc>
          <w:tcPr>
            <w:tcW w:w="1771" w:type="dxa"/>
          </w:tcPr>
          <w:p w14:paraId="1898EA72" w14:textId="39274814"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ML</w:t>
            </w:r>
          </w:p>
        </w:tc>
        <w:tc>
          <w:tcPr>
            <w:tcW w:w="1771" w:type="dxa"/>
          </w:tcPr>
          <w:p w14:paraId="3D66C7F8" w14:textId="5E81A316"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RF</w:t>
            </w:r>
          </w:p>
        </w:tc>
        <w:tc>
          <w:tcPr>
            <w:tcW w:w="177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2F74" w:rsidRPr="00E02F74" w14:paraId="6C504FBA" w14:textId="77777777">
              <w:trPr>
                <w:tblCellSpacing w:w="15" w:type="dxa"/>
              </w:trPr>
              <w:tc>
                <w:tcPr>
                  <w:tcW w:w="0" w:type="auto"/>
                  <w:vAlign w:val="center"/>
                  <w:hideMark/>
                </w:tcPr>
                <w:p w14:paraId="1F6E7A23" w14:textId="77777777" w:rsidR="00E02F74" w:rsidRPr="00E02F74" w:rsidRDefault="00E02F74" w:rsidP="00E02F74">
                  <w:pPr>
                    <w:spacing w:after="240" w:line="240" w:lineRule="auto"/>
                    <w:rPr>
                      <w:sz w:val="20"/>
                      <w:szCs w:val="20"/>
                    </w:rPr>
                  </w:pPr>
                </w:p>
              </w:tc>
            </w:tr>
          </w:tbl>
          <w:p w14:paraId="600F898E" w14:textId="77777777" w:rsidR="00E02F74" w:rsidRPr="00E02F74" w:rsidRDefault="00E02F74" w:rsidP="00E02F74">
            <w:pPr>
              <w:spacing w:after="240"/>
              <w:cnfStyle w:val="000000100000" w:firstRow="0" w:lastRow="0" w:firstColumn="0" w:lastColumn="0" w:oddVBand="0" w:evenVBand="0" w:oddHBand="1" w:evenHBand="0" w:firstRowFirstColumn="0" w:firstRowLastColumn="0" w:lastRowFirstColumn="0" w:lastRowLastColumn="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2"/>
            </w:tblGrid>
            <w:tr w:rsidR="00E02F74" w:rsidRPr="00E02F74" w14:paraId="255017C9" w14:textId="77777777">
              <w:trPr>
                <w:tblCellSpacing w:w="15" w:type="dxa"/>
              </w:trPr>
              <w:tc>
                <w:tcPr>
                  <w:tcW w:w="0" w:type="auto"/>
                  <w:vAlign w:val="center"/>
                  <w:hideMark/>
                </w:tcPr>
                <w:p w14:paraId="4F1CF782" w14:textId="77777777" w:rsidR="00E02F74" w:rsidRPr="00E02F74" w:rsidRDefault="00E02F74" w:rsidP="00E02F74">
                  <w:pPr>
                    <w:spacing w:after="240" w:line="240" w:lineRule="auto"/>
                    <w:rPr>
                      <w:sz w:val="20"/>
                      <w:szCs w:val="20"/>
                    </w:rPr>
                  </w:pPr>
                  <w:r w:rsidRPr="00E02F74">
                    <w:rPr>
                      <w:sz w:val="20"/>
                      <w:szCs w:val="20"/>
                    </w:rPr>
                    <w:t>~95%</w:t>
                  </w:r>
                </w:p>
              </w:tc>
            </w:tr>
          </w:tbl>
          <w:p w14:paraId="2B12438C" w14:textId="5FC9F975" w:rsidR="003B51DF" w:rsidRPr="009E243C" w:rsidRDefault="003B51DF">
            <w:pPr>
              <w:spacing w:after="240"/>
              <w:cnfStyle w:val="000000100000" w:firstRow="0" w:lastRow="0" w:firstColumn="0" w:lastColumn="0" w:oddVBand="0" w:evenVBand="0" w:oddHBand="1" w:evenHBand="0" w:firstRowFirstColumn="0" w:firstRowLastColumn="0" w:lastRowFirstColumn="0" w:lastRowLastColumn="0"/>
              <w:rPr>
                <w:sz w:val="20"/>
                <w:szCs w:val="20"/>
              </w:rPr>
            </w:pPr>
          </w:p>
        </w:tc>
      </w:tr>
      <w:tr w:rsidR="003B51DF" w:rsidRPr="009E243C" w14:paraId="3CA17304" w14:textId="77777777" w:rsidTr="00DC00F9">
        <w:tc>
          <w:tcPr>
            <w:cnfStyle w:val="001000000000" w:firstRow="0" w:lastRow="0" w:firstColumn="1" w:lastColumn="0" w:oddVBand="0" w:evenVBand="0" w:oddHBand="0" w:evenHBand="0" w:firstRowFirstColumn="0" w:firstRowLastColumn="0" w:lastRowFirstColumn="0" w:lastRowLastColumn="0"/>
            <w:tcW w:w="1771" w:type="dxa"/>
          </w:tcPr>
          <w:p w14:paraId="40FD1A25" w14:textId="31AFF050" w:rsidR="003B51DF" w:rsidRPr="009E243C" w:rsidRDefault="003B51DF">
            <w:pPr>
              <w:spacing w:after="240"/>
              <w:rPr>
                <w:sz w:val="20"/>
                <w:szCs w:val="20"/>
              </w:rPr>
            </w:pPr>
            <w:r w:rsidRPr="009E243C">
              <w:rPr>
                <w:sz w:val="20"/>
                <w:szCs w:val="20"/>
              </w:rPr>
              <w:t>6.</w:t>
            </w:r>
          </w:p>
        </w:tc>
        <w:tc>
          <w:tcPr>
            <w:tcW w:w="1771" w:type="dxa"/>
          </w:tcPr>
          <w:p w14:paraId="48E0DF86" w14:textId="40FE3D6E"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Depression Dataset Analysis</w:t>
            </w:r>
          </w:p>
        </w:tc>
        <w:tc>
          <w:tcPr>
            <w:tcW w:w="1771" w:type="dxa"/>
          </w:tcPr>
          <w:p w14:paraId="75EBE899" w14:textId="6FF654DB" w:rsidR="003B51DF" w:rsidRPr="009E243C" w:rsidRDefault="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ML</w:t>
            </w:r>
          </w:p>
        </w:tc>
        <w:tc>
          <w:tcPr>
            <w:tcW w:w="177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2F74" w:rsidRPr="00E02F74" w14:paraId="51D8E19C" w14:textId="77777777">
              <w:trPr>
                <w:tblCellSpacing w:w="15" w:type="dxa"/>
              </w:trPr>
              <w:tc>
                <w:tcPr>
                  <w:tcW w:w="0" w:type="auto"/>
                  <w:vAlign w:val="center"/>
                  <w:hideMark/>
                </w:tcPr>
                <w:p w14:paraId="0BFF07BF" w14:textId="77777777" w:rsidR="00E02F74" w:rsidRPr="00E02F74" w:rsidRDefault="00E02F74" w:rsidP="00E02F74">
                  <w:pPr>
                    <w:spacing w:after="240" w:line="240" w:lineRule="auto"/>
                    <w:rPr>
                      <w:sz w:val="20"/>
                      <w:szCs w:val="20"/>
                    </w:rPr>
                  </w:pPr>
                </w:p>
              </w:tc>
            </w:tr>
          </w:tbl>
          <w:p w14:paraId="0853F27F" w14:textId="77777777" w:rsidR="00E02F74" w:rsidRPr="00E02F74" w:rsidRDefault="00E02F74" w:rsidP="00E02F74">
            <w:pPr>
              <w:spacing w:after="240"/>
              <w:cnfStyle w:val="000000000000" w:firstRow="0" w:lastRow="0" w:firstColumn="0" w:lastColumn="0" w:oddVBand="0" w:evenVBand="0" w:oddHBand="0" w:evenHBand="0" w:firstRowFirstColumn="0" w:firstRowLastColumn="0" w:lastRowFirstColumn="0" w:lastRowLastColumn="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0"/>
            </w:tblGrid>
            <w:tr w:rsidR="00E02F74" w:rsidRPr="00E02F74" w14:paraId="3ACCE30E" w14:textId="77777777">
              <w:trPr>
                <w:tblCellSpacing w:w="15" w:type="dxa"/>
              </w:trPr>
              <w:tc>
                <w:tcPr>
                  <w:tcW w:w="0" w:type="auto"/>
                  <w:vAlign w:val="center"/>
                  <w:hideMark/>
                </w:tcPr>
                <w:p w14:paraId="178A96EE" w14:textId="77777777" w:rsidR="00E02F74" w:rsidRPr="00E02F74" w:rsidRDefault="00E02F74" w:rsidP="00E02F74">
                  <w:pPr>
                    <w:spacing w:after="240" w:line="240" w:lineRule="auto"/>
                    <w:rPr>
                      <w:sz w:val="20"/>
                      <w:szCs w:val="20"/>
                    </w:rPr>
                  </w:pPr>
                  <w:r w:rsidRPr="00E02F74">
                    <w:rPr>
                      <w:sz w:val="20"/>
                      <w:szCs w:val="20"/>
                    </w:rPr>
                    <w:t>RF, SVM</w:t>
                  </w:r>
                </w:p>
              </w:tc>
            </w:tr>
          </w:tbl>
          <w:p w14:paraId="76473C60" w14:textId="77777777" w:rsidR="003B51DF" w:rsidRPr="009E243C" w:rsidRDefault="003B51DF">
            <w:pPr>
              <w:spacing w:after="240"/>
              <w:cnfStyle w:val="000000000000" w:firstRow="0" w:lastRow="0" w:firstColumn="0" w:lastColumn="0" w:oddVBand="0" w:evenVBand="0" w:oddHBand="0" w:evenHBand="0" w:firstRowFirstColumn="0" w:firstRowLastColumn="0" w:lastRowFirstColumn="0" w:lastRowLastColumn="0"/>
              <w:rPr>
                <w:sz w:val="20"/>
                <w:szCs w:val="20"/>
              </w:rPr>
            </w:pPr>
          </w:p>
        </w:tc>
        <w:tc>
          <w:tcPr>
            <w:tcW w:w="1772" w:type="dxa"/>
          </w:tcPr>
          <w:p w14:paraId="25E42663" w14:textId="010829F0"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~80–88%</w:t>
            </w:r>
          </w:p>
        </w:tc>
      </w:tr>
      <w:tr w:rsidR="003B51DF" w:rsidRPr="009E243C" w14:paraId="16299B20" w14:textId="77777777" w:rsidTr="00DC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18C62C22" w14:textId="179ABCA1" w:rsidR="003B51DF" w:rsidRPr="009E243C" w:rsidRDefault="003B51DF">
            <w:pPr>
              <w:spacing w:after="240"/>
              <w:rPr>
                <w:sz w:val="20"/>
                <w:szCs w:val="20"/>
              </w:rPr>
            </w:pPr>
            <w:r w:rsidRPr="009E243C">
              <w:rPr>
                <w:sz w:val="20"/>
                <w:szCs w:val="20"/>
              </w:rPr>
              <w:t>7.</w:t>
            </w:r>
          </w:p>
        </w:tc>
        <w:tc>
          <w:tcPr>
            <w:tcW w:w="1771" w:type="dxa"/>
          </w:tcPr>
          <w:p w14:paraId="0597D95D" w14:textId="73D861A8"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Student Depression Dataset</w:t>
            </w:r>
          </w:p>
        </w:tc>
        <w:tc>
          <w:tcPr>
            <w:tcW w:w="1771" w:type="dxa"/>
          </w:tcPr>
          <w:p w14:paraId="2D7A836D" w14:textId="2B02FF27"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ML</w:t>
            </w:r>
          </w:p>
        </w:tc>
        <w:tc>
          <w:tcPr>
            <w:tcW w:w="1771" w:type="dxa"/>
          </w:tcPr>
          <w:p w14:paraId="5010C0BE" w14:textId="44E17FD8"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Naïve Bayes</w:t>
            </w:r>
          </w:p>
        </w:tc>
        <w:tc>
          <w:tcPr>
            <w:tcW w:w="1772" w:type="dxa"/>
          </w:tcPr>
          <w:p w14:paraId="2DBF1231" w14:textId="5775FCC1"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~76%</w:t>
            </w:r>
          </w:p>
        </w:tc>
      </w:tr>
      <w:tr w:rsidR="003B51DF" w:rsidRPr="009E243C" w14:paraId="4161D83A" w14:textId="77777777" w:rsidTr="00DC00F9">
        <w:tc>
          <w:tcPr>
            <w:cnfStyle w:val="001000000000" w:firstRow="0" w:lastRow="0" w:firstColumn="1" w:lastColumn="0" w:oddVBand="0" w:evenVBand="0" w:oddHBand="0" w:evenHBand="0" w:firstRowFirstColumn="0" w:firstRowLastColumn="0" w:lastRowFirstColumn="0" w:lastRowLastColumn="0"/>
            <w:tcW w:w="1771" w:type="dxa"/>
          </w:tcPr>
          <w:p w14:paraId="5530CC60" w14:textId="76845900" w:rsidR="003B51DF" w:rsidRPr="009E243C" w:rsidRDefault="00E02F74">
            <w:pPr>
              <w:spacing w:after="240"/>
              <w:rPr>
                <w:sz w:val="20"/>
                <w:szCs w:val="20"/>
              </w:rPr>
            </w:pPr>
            <w:r w:rsidRPr="009E243C">
              <w:rPr>
                <w:sz w:val="20"/>
                <w:szCs w:val="20"/>
              </w:rPr>
              <w:t>8.</w:t>
            </w:r>
          </w:p>
        </w:tc>
        <w:tc>
          <w:tcPr>
            <w:tcW w:w="1771" w:type="dxa"/>
          </w:tcPr>
          <w:p w14:paraId="4C1D7017" w14:textId="0541532F"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Early Detection Using Classical ML</w:t>
            </w:r>
          </w:p>
        </w:tc>
        <w:tc>
          <w:tcPr>
            <w:tcW w:w="1771" w:type="dxa"/>
          </w:tcPr>
          <w:p w14:paraId="20620DCE" w14:textId="5D49B591" w:rsidR="003B51DF" w:rsidRPr="009E243C" w:rsidRDefault="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ML</w:t>
            </w:r>
          </w:p>
        </w:tc>
        <w:tc>
          <w:tcPr>
            <w:tcW w:w="1771" w:type="dxa"/>
          </w:tcPr>
          <w:p w14:paraId="6CB85D71" w14:textId="4E99038D"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SVM, KNN, DT, GB, RF, LR</w:t>
            </w:r>
          </w:p>
        </w:tc>
        <w:tc>
          <w:tcPr>
            <w:tcW w:w="1772" w:type="dxa"/>
          </w:tcPr>
          <w:p w14:paraId="77E5AE6F" w14:textId="7A79AE41"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~70–85%</w:t>
            </w:r>
          </w:p>
        </w:tc>
      </w:tr>
      <w:tr w:rsidR="003B51DF" w:rsidRPr="009E243C" w14:paraId="7C851FB7" w14:textId="77777777" w:rsidTr="00DC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61B1054E" w14:textId="504FA1B8" w:rsidR="003B51DF" w:rsidRPr="009E243C" w:rsidRDefault="00E02F74">
            <w:pPr>
              <w:spacing w:after="240"/>
              <w:rPr>
                <w:sz w:val="20"/>
                <w:szCs w:val="20"/>
              </w:rPr>
            </w:pPr>
            <w:r w:rsidRPr="009E243C">
              <w:rPr>
                <w:sz w:val="20"/>
                <w:szCs w:val="20"/>
              </w:rPr>
              <w:t>9.</w:t>
            </w:r>
          </w:p>
        </w:tc>
        <w:tc>
          <w:tcPr>
            <w:tcW w:w="177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2F74" w:rsidRPr="00E02F74" w14:paraId="5C9BC563" w14:textId="77777777">
              <w:trPr>
                <w:tblCellSpacing w:w="15" w:type="dxa"/>
              </w:trPr>
              <w:tc>
                <w:tcPr>
                  <w:tcW w:w="0" w:type="auto"/>
                  <w:vAlign w:val="center"/>
                  <w:hideMark/>
                </w:tcPr>
                <w:p w14:paraId="304EDDB2" w14:textId="77777777" w:rsidR="00E02F74" w:rsidRPr="00E02F74" w:rsidRDefault="00E02F74" w:rsidP="00E02F74">
                  <w:pPr>
                    <w:spacing w:after="240" w:line="240" w:lineRule="auto"/>
                    <w:rPr>
                      <w:sz w:val="20"/>
                      <w:szCs w:val="20"/>
                    </w:rPr>
                  </w:pPr>
                </w:p>
              </w:tc>
            </w:tr>
          </w:tbl>
          <w:p w14:paraId="5EF04AFE" w14:textId="77777777" w:rsidR="00E02F74" w:rsidRPr="00E02F74" w:rsidRDefault="00E02F74" w:rsidP="00E02F74">
            <w:pPr>
              <w:spacing w:after="240"/>
              <w:cnfStyle w:val="000000100000" w:firstRow="0" w:lastRow="0" w:firstColumn="0" w:lastColumn="0" w:oddVBand="0" w:evenVBand="0" w:oddHBand="1" w:evenHBand="0" w:firstRowFirstColumn="0" w:firstRowLastColumn="0" w:lastRowFirstColumn="0" w:lastRowLastColumn="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5"/>
            </w:tblGrid>
            <w:tr w:rsidR="00E02F74" w:rsidRPr="00E02F74" w14:paraId="3569C5BF" w14:textId="77777777">
              <w:trPr>
                <w:tblCellSpacing w:w="15" w:type="dxa"/>
              </w:trPr>
              <w:tc>
                <w:tcPr>
                  <w:tcW w:w="0" w:type="auto"/>
                  <w:vAlign w:val="center"/>
                  <w:hideMark/>
                </w:tcPr>
                <w:p w14:paraId="4379DEEB" w14:textId="77777777" w:rsidR="00E02F74" w:rsidRPr="00E02F74" w:rsidRDefault="00E02F74" w:rsidP="00E02F74">
                  <w:pPr>
                    <w:spacing w:after="240" w:line="240" w:lineRule="auto"/>
                    <w:rPr>
                      <w:sz w:val="20"/>
                      <w:szCs w:val="20"/>
                    </w:rPr>
                  </w:pPr>
                  <w:r w:rsidRPr="00E02F74">
                    <w:rPr>
                      <w:sz w:val="20"/>
                      <w:szCs w:val="20"/>
                    </w:rPr>
                    <w:t>HAN-Based Text Depression Detection</w:t>
                  </w:r>
                </w:p>
              </w:tc>
            </w:tr>
          </w:tbl>
          <w:p w14:paraId="5F25722D" w14:textId="77777777" w:rsidR="003B51DF" w:rsidRPr="009E243C" w:rsidRDefault="003B51DF">
            <w:pPr>
              <w:spacing w:after="240"/>
              <w:cnfStyle w:val="000000100000" w:firstRow="0" w:lastRow="0" w:firstColumn="0" w:lastColumn="0" w:oddVBand="0" w:evenVBand="0" w:oddHBand="1" w:evenHBand="0" w:firstRowFirstColumn="0" w:firstRowLastColumn="0" w:lastRowFirstColumn="0" w:lastRowLastColumn="0"/>
              <w:rPr>
                <w:sz w:val="20"/>
                <w:szCs w:val="20"/>
              </w:rPr>
            </w:pPr>
          </w:p>
        </w:tc>
        <w:tc>
          <w:tcPr>
            <w:tcW w:w="1771" w:type="dxa"/>
          </w:tcPr>
          <w:p w14:paraId="3A9A1751" w14:textId="5E566889" w:rsidR="003B51DF" w:rsidRPr="009E243C" w:rsidRDefault="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NN</w:t>
            </w:r>
          </w:p>
        </w:tc>
        <w:tc>
          <w:tcPr>
            <w:tcW w:w="1771" w:type="dxa"/>
          </w:tcPr>
          <w:p w14:paraId="447D58A4" w14:textId="27616760"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HAN</w:t>
            </w:r>
          </w:p>
        </w:tc>
        <w:tc>
          <w:tcPr>
            <w:tcW w:w="1772" w:type="dxa"/>
          </w:tcPr>
          <w:p w14:paraId="17BE59BB" w14:textId="7EF55175" w:rsidR="003B51DF" w:rsidRPr="009E243C" w:rsidRDefault="00E02F74" w:rsidP="00E02F74">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~90%</w:t>
            </w:r>
          </w:p>
        </w:tc>
      </w:tr>
      <w:tr w:rsidR="003B51DF" w:rsidRPr="009E243C" w14:paraId="2F70DB6C" w14:textId="77777777" w:rsidTr="00DC00F9">
        <w:tc>
          <w:tcPr>
            <w:cnfStyle w:val="001000000000" w:firstRow="0" w:lastRow="0" w:firstColumn="1" w:lastColumn="0" w:oddVBand="0" w:evenVBand="0" w:oddHBand="0" w:evenHBand="0" w:firstRowFirstColumn="0" w:firstRowLastColumn="0" w:lastRowFirstColumn="0" w:lastRowLastColumn="0"/>
            <w:tcW w:w="1771" w:type="dxa"/>
          </w:tcPr>
          <w:p w14:paraId="1A1EA5F2" w14:textId="127BD2BB" w:rsidR="003B51DF" w:rsidRPr="009E243C" w:rsidRDefault="00E02F74">
            <w:pPr>
              <w:spacing w:after="240"/>
              <w:rPr>
                <w:sz w:val="20"/>
                <w:szCs w:val="20"/>
              </w:rPr>
            </w:pPr>
            <w:r w:rsidRPr="009E243C">
              <w:rPr>
                <w:sz w:val="20"/>
                <w:szCs w:val="20"/>
              </w:rPr>
              <w:t>10.</w:t>
            </w:r>
          </w:p>
        </w:tc>
        <w:tc>
          <w:tcPr>
            <w:tcW w:w="1771" w:type="dxa"/>
          </w:tcPr>
          <w:p w14:paraId="24D0EF23" w14:textId="3B904919" w:rsidR="003B51DF" w:rsidRPr="009E243C" w:rsidRDefault="00E02F74" w:rsidP="00E02F74">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Graph Transformer Detection</w:t>
            </w:r>
          </w:p>
        </w:tc>
        <w:tc>
          <w:tcPr>
            <w:tcW w:w="1771" w:type="dxa"/>
          </w:tcPr>
          <w:p w14:paraId="7E72CA5B" w14:textId="42A6B847" w:rsidR="003B51DF" w:rsidRPr="009E243C" w:rsidRDefault="00DC00F9">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NN</w:t>
            </w:r>
          </w:p>
        </w:tc>
        <w:tc>
          <w:tcPr>
            <w:tcW w:w="1771" w:type="dxa"/>
          </w:tcPr>
          <w:p w14:paraId="14CA118D" w14:textId="5C84B35A" w:rsidR="003B51DF" w:rsidRPr="009E243C" w:rsidRDefault="00DC00F9" w:rsidP="00DC00F9">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GNN + Transformer</w:t>
            </w:r>
          </w:p>
        </w:tc>
        <w:tc>
          <w:tcPr>
            <w:tcW w:w="1772" w:type="dxa"/>
          </w:tcPr>
          <w:p w14:paraId="271017E1" w14:textId="661F41A9" w:rsidR="003B51DF" w:rsidRPr="009E243C" w:rsidRDefault="00DC00F9" w:rsidP="00DC00F9">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~93%</w:t>
            </w:r>
          </w:p>
        </w:tc>
      </w:tr>
      <w:tr w:rsidR="003B51DF" w:rsidRPr="009E243C" w14:paraId="4D6C3F12" w14:textId="77777777" w:rsidTr="00DC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179E790E" w14:textId="5C1D3851" w:rsidR="003B51DF" w:rsidRPr="009E243C" w:rsidRDefault="00E02F74">
            <w:pPr>
              <w:spacing w:after="240"/>
              <w:rPr>
                <w:sz w:val="20"/>
                <w:szCs w:val="20"/>
              </w:rPr>
            </w:pPr>
            <w:r w:rsidRPr="009E243C">
              <w:rPr>
                <w:sz w:val="20"/>
                <w:szCs w:val="20"/>
              </w:rPr>
              <w:t>11.</w:t>
            </w:r>
          </w:p>
        </w:tc>
        <w:tc>
          <w:tcPr>
            <w:tcW w:w="1771" w:type="dxa"/>
          </w:tcPr>
          <w:p w14:paraId="3596D81E" w14:textId="2ADB2ED6" w:rsidR="003B51DF" w:rsidRPr="009E243C" w:rsidRDefault="00DC00F9" w:rsidP="00DC00F9">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Facial-Expression Depression Detection</w:t>
            </w:r>
          </w:p>
        </w:tc>
        <w:tc>
          <w:tcPr>
            <w:tcW w:w="1771" w:type="dxa"/>
          </w:tcPr>
          <w:p w14:paraId="76EDBC0E" w14:textId="4DC1C6D2" w:rsidR="003B51DF" w:rsidRPr="009E243C" w:rsidRDefault="00DC00F9">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NN</w:t>
            </w:r>
          </w:p>
        </w:tc>
        <w:tc>
          <w:tcPr>
            <w:tcW w:w="1771" w:type="dxa"/>
          </w:tcPr>
          <w:p w14:paraId="19545807" w14:textId="3EBEC287" w:rsidR="003B51DF" w:rsidRPr="009E243C" w:rsidRDefault="00DC00F9">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CNN</w:t>
            </w:r>
          </w:p>
        </w:tc>
        <w:tc>
          <w:tcPr>
            <w:tcW w:w="1772" w:type="dxa"/>
          </w:tcPr>
          <w:p w14:paraId="53C1D098" w14:textId="6DFD1A51" w:rsidR="003B51DF" w:rsidRPr="009E243C" w:rsidRDefault="00DC00F9" w:rsidP="00DC00F9">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~91%</w:t>
            </w:r>
          </w:p>
        </w:tc>
      </w:tr>
      <w:tr w:rsidR="003B51DF" w:rsidRPr="009E243C" w14:paraId="6A7CA95A" w14:textId="77777777" w:rsidTr="00DC00F9">
        <w:tc>
          <w:tcPr>
            <w:cnfStyle w:val="001000000000" w:firstRow="0" w:lastRow="0" w:firstColumn="1" w:lastColumn="0" w:oddVBand="0" w:evenVBand="0" w:oddHBand="0" w:evenHBand="0" w:firstRowFirstColumn="0" w:firstRowLastColumn="0" w:lastRowFirstColumn="0" w:lastRowLastColumn="0"/>
            <w:tcW w:w="1771" w:type="dxa"/>
          </w:tcPr>
          <w:p w14:paraId="4CBC65F0" w14:textId="34DEF33A" w:rsidR="003B51DF" w:rsidRPr="009E243C" w:rsidRDefault="00E02F74">
            <w:pPr>
              <w:spacing w:after="240"/>
              <w:rPr>
                <w:sz w:val="20"/>
                <w:szCs w:val="20"/>
              </w:rPr>
            </w:pPr>
            <w:r w:rsidRPr="009E243C">
              <w:rPr>
                <w:sz w:val="20"/>
                <w:szCs w:val="20"/>
              </w:rPr>
              <w:t>12.</w:t>
            </w:r>
          </w:p>
        </w:tc>
        <w:tc>
          <w:tcPr>
            <w:tcW w:w="1771" w:type="dxa"/>
          </w:tcPr>
          <w:p w14:paraId="729F7E34" w14:textId="54F7F907" w:rsidR="003B51DF" w:rsidRPr="009E243C" w:rsidRDefault="00DC00F9" w:rsidP="00DC00F9">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Speech-Based Depression Detection</w:t>
            </w:r>
          </w:p>
        </w:tc>
        <w:tc>
          <w:tcPr>
            <w:tcW w:w="1771" w:type="dxa"/>
          </w:tcPr>
          <w:p w14:paraId="6BB97ECF" w14:textId="604AF6CC" w:rsidR="003B51DF" w:rsidRPr="009E243C" w:rsidRDefault="00DC00F9">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NN</w:t>
            </w:r>
          </w:p>
        </w:tc>
        <w:tc>
          <w:tcPr>
            <w:tcW w:w="1771" w:type="dxa"/>
          </w:tcPr>
          <w:p w14:paraId="4642B705" w14:textId="5533EB89" w:rsidR="003B51DF" w:rsidRPr="009E243C" w:rsidRDefault="00DC00F9" w:rsidP="00DC00F9">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LSTM</w:t>
            </w:r>
          </w:p>
        </w:tc>
        <w:tc>
          <w:tcPr>
            <w:tcW w:w="1772" w:type="dxa"/>
          </w:tcPr>
          <w:p w14:paraId="08742358" w14:textId="76D6D57D" w:rsidR="003B51DF" w:rsidRPr="009E243C" w:rsidRDefault="00DC00F9" w:rsidP="00DC00F9">
            <w:pPr>
              <w:spacing w:after="240"/>
              <w:cnfStyle w:val="000000000000" w:firstRow="0" w:lastRow="0" w:firstColumn="0" w:lastColumn="0" w:oddVBand="0" w:evenVBand="0" w:oddHBand="0" w:evenHBand="0" w:firstRowFirstColumn="0" w:firstRowLastColumn="0" w:lastRowFirstColumn="0" w:lastRowLastColumn="0"/>
              <w:rPr>
                <w:sz w:val="20"/>
                <w:szCs w:val="20"/>
              </w:rPr>
            </w:pPr>
            <w:r w:rsidRPr="009E243C">
              <w:rPr>
                <w:sz w:val="20"/>
                <w:szCs w:val="20"/>
              </w:rPr>
              <w:t>~88%</w:t>
            </w:r>
          </w:p>
        </w:tc>
      </w:tr>
      <w:tr w:rsidR="003B51DF" w:rsidRPr="009E243C" w14:paraId="11DBDBDC" w14:textId="77777777" w:rsidTr="00DC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4B79DF5A" w14:textId="33F7F486" w:rsidR="003B51DF" w:rsidRPr="009E243C" w:rsidRDefault="00E02F74">
            <w:pPr>
              <w:spacing w:after="240"/>
              <w:rPr>
                <w:sz w:val="20"/>
                <w:szCs w:val="20"/>
              </w:rPr>
            </w:pPr>
            <w:r w:rsidRPr="009E243C">
              <w:rPr>
                <w:sz w:val="20"/>
                <w:szCs w:val="20"/>
              </w:rPr>
              <w:lastRenderedPageBreak/>
              <w:t>13.</w:t>
            </w:r>
          </w:p>
        </w:tc>
        <w:tc>
          <w:tcPr>
            <w:tcW w:w="1771" w:type="dxa"/>
          </w:tcPr>
          <w:p w14:paraId="1D7A4AA0" w14:textId="7213C401" w:rsidR="003B51DF" w:rsidRPr="009E243C" w:rsidRDefault="00DC00F9" w:rsidP="00DC00F9">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Multimodal Deep Learning Detection</w:t>
            </w:r>
          </w:p>
        </w:tc>
        <w:tc>
          <w:tcPr>
            <w:tcW w:w="1771" w:type="dxa"/>
          </w:tcPr>
          <w:p w14:paraId="778DA82D" w14:textId="54DE3272" w:rsidR="003B51DF" w:rsidRPr="009E243C" w:rsidRDefault="00DC00F9">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NN</w:t>
            </w:r>
          </w:p>
        </w:tc>
        <w:tc>
          <w:tcPr>
            <w:tcW w:w="1771" w:type="dxa"/>
          </w:tcPr>
          <w:p w14:paraId="1079AE34" w14:textId="68A2D24A" w:rsidR="003B51DF" w:rsidRPr="009E243C" w:rsidRDefault="00DC00F9" w:rsidP="00DC00F9">
            <w:pPr>
              <w:spacing w:after="240"/>
              <w:cnfStyle w:val="000000100000" w:firstRow="0" w:lastRow="0" w:firstColumn="0" w:lastColumn="0" w:oddVBand="0" w:evenVBand="0" w:oddHBand="1" w:evenHBand="0" w:firstRowFirstColumn="0" w:firstRowLastColumn="0" w:lastRowFirstColumn="0" w:lastRowLastColumn="0"/>
              <w:rPr>
                <w:sz w:val="20"/>
                <w:szCs w:val="20"/>
              </w:rPr>
            </w:pPr>
            <w:r w:rsidRPr="009E243C">
              <w:rPr>
                <w:sz w:val="20"/>
                <w:szCs w:val="20"/>
              </w:rPr>
              <w:t>CNN + RNN</w:t>
            </w:r>
          </w:p>
        </w:tc>
        <w:tc>
          <w:tcPr>
            <w:tcW w:w="177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C00F9" w:rsidRPr="00DC00F9" w14:paraId="4EAA7F5D" w14:textId="77777777">
              <w:trPr>
                <w:tblCellSpacing w:w="15" w:type="dxa"/>
              </w:trPr>
              <w:tc>
                <w:tcPr>
                  <w:tcW w:w="0" w:type="auto"/>
                  <w:vAlign w:val="center"/>
                  <w:hideMark/>
                </w:tcPr>
                <w:p w14:paraId="460526B3" w14:textId="77777777" w:rsidR="00DC00F9" w:rsidRPr="00DC00F9" w:rsidRDefault="00DC00F9" w:rsidP="00DC00F9">
                  <w:pPr>
                    <w:spacing w:after="240" w:line="240" w:lineRule="auto"/>
                    <w:rPr>
                      <w:sz w:val="20"/>
                      <w:szCs w:val="20"/>
                    </w:rPr>
                  </w:pPr>
                </w:p>
              </w:tc>
            </w:tr>
          </w:tbl>
          <w:p w14:paraId="7DE4E08F" w14:textId="77777777" w:rsidR="00DC00F9" w:rsidRPr="00DC00F9" w:rsidRDefault="00DC00F9" w:rsidP="00DC00F9">
            <w:pPr>
              <w:spacing w:after="240"/>
              <w:cnfStyle w:val="000000100000" w:firstRow="0" w:lastRow="0" w:firstColumn="0" w:lastColumn="0" w:oddVBand="0" w:evenVBand="0" w:oddHBand="1" w:evenHBand="0" w:firstRowFirstColumn="0" w:firstRowLastColumn="0" w:lastRowFirstColumn="0" w:lastRowLastColumn="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1"/>
            </w:tblGrid>
            <w:tr w:rsidR="00DC00F9" w:rsidRPr="00DC00F9" w14:paraId="025BDE2E" w14:textId="77777777">
              <w:trPr>
                <w:tblCellSpacing w:w="15" w:type="dxa"/>
              </w:trPr>
              <w:tc>
                <w:tcPr>
                  <w:tcW w:w="0" w:type="auto"/>
                  <w:vAlign w:val="center"/>
                  <w:hideMark/>
                </w:tcPr>
                <w:p w14:paraId="5087BC9E" w14:textId="77777777" w:rsidR="00DC00F9" w:rsidRPr="00DC00F9" w:rsidRDefault="00DC00F9" w:rsidP="00DC00F9">
                  <w:pPr>
                    <w:spacing w:after="240" w:line="240" w:lineRule="auto"/>
                    <w:rPr>
                      <w:sz w:val="20"/>
                      <w:szCs w:val="20"/>
                    </w:rPr>
                  </w:pPr>
                  <w:r w:rsidRPr="00DC00F9">
                    <w:rPr>
                      <w:sz w:val="20"/>
                      <w:szCs w:val="20"/>
                    </w:rPr>
                    <w:t>Not reported</w:t>
                  </w:r>
                </w:p>
              </w:tc>
            </w:tr>
          </w:tbl>
          <w:p w14:paraId="271CAB14" w14:textId="77777777" w:rsidR="003B51DF" w:rsidRPr="009E243C" w:rsidRDefault="003B51DF">
            <w:pPr>
              <w:spacing w:after="240"/>
              <w:cnfStyle w:val="000000100000" w:firstRow="0" w:lastRow="0" w:firstColumn="0" w:lastColumn="0" w:oddVBand="0" w:evenVBand="0" w:oddHBand="1" w:evenHBand="0" w:firstRowFirstColumn="0" w:firstRowLastColumn="0" w:lastRowFirstColumn="0" w:lastRowLastColumn="0"/>
              <w:rPr>
                <w:sz w:val="20"/>
                <w:szCs w:val="20"/>
              </w:rPr>
            </w:pPr>
          </w:p>
        </w:tc>
      </w:tr>
    </w:tbl>
    <w:p w14:paraId="28DD5D18" w14:textId="6F284A13" w:rsidR="005576E5" w:rsidRPr="00DC00F9" w:rsidRDefault="003B51DF" w:rsidP="00DC00F9">
      <w:pPr>
        <w:spacing w:after="240" w:line="240" w:lineRule="auto"/>
        <w:ind w:left="720"/>
        <w:rPr>
          <w:sz w:val="24"/>
          <w:szCs w:val="24"/>
        </w:rPr>
      </w:pPr>
      <w:r>
        <w:rPr>
          <w:sz w:val="24"/>
          <w:szCs w:val="24"/>
        </w:rPr>
        <w:br/>
      </w:r>
      <w:r>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9E243C">
        <w:rPr>
          <w:sz w:val="24"/>
          <w:szCs w:val="24"/>
        </w:rPr>
        <w:br/>
      </w:r>
      <w:r w:rsidR="00000000" w:rsidRPr="00791B41">
        <w:rPr>
          <w:rFonts w:ascii="Times New Roman" w:hAnsi="Times New Roman"/>
          <w:b/>
          <w:bCs/>
          <w:sz w:val="28"/>
        </w:rPr>
        <w:t>Methodology:</w:t>
      </w:r>
    </w:p>
    <w:p w14:paraId="4F493976" w14:textId="748926C5" w:rsidR="005576E5" w:rsidRDefault="00000000">
      <w:pPr>
        <w:spacing w:after="240" w:line="240" w:lineRule="auto"/>
        <w:ind w:left="720"/>
      </w:pPr>
      <w:r>
        <w:rPr>
          <w:rFonts w:ascii="Times New Roman" w:hAnsi="Times New Roman"/>
          <w:sz w:val="24"/>
        </w:rPr>
        <w:t>In order to develop and assess an AI-driven framework for early diagnosis of childhood depression, this study employs a quantitative, experimental technique. Three real-world datasets—Kaggle Student Depression, MHP Anxiety-Stress-Depression, and DASS-21 Mental Health datasets—that together offer a variety of behavioral and psychological characteristics are included in the research bounds. Students and young people who are represented in these datasets make up the study population. Primary (behavioral observations based on surveys) and secondary (publicly accessible mental health databases) sources are combined in data collection.</w:t>
      </w:r>
      <w:r>
        <w:rPr>
          <w:rFonts w:ascii="Times New Roman" w:hAnsi="Times New Roman"/>
          <w:sz w:val="24"/>
        </w:rPr>
        <w:br/>
        <w:t>An organized machine-learning pipeline that carries out cleaning, feature engineering, encoding, normalization, and dataset balance makes up the research tool. Controlled methods are used to train both neural and classical models, and performance is evaluated using MAE, MSE, Accuracy, Precision, Recall, F1-Score, and R2. Standardized preprocessing, stratified sampling, cross-validation, and repeatable coding environments with Python/TensorFlow guarantee reliability and validity.</w:t>
      </w:r>
      <w:r w:rsidR="009E243C">
        <w:rPr>
          <w:rFonts w:ascii="Times New Roman" w:hAnsi="Times New Roman"/>
          <w:sz w:val="24"/>
        </w:rPr>
        <w:br/>
      </w:r>
      <w:r w:rsidR="009E243C">
        <w:rPr>
          <w:rFonts w:ascii="Times New Roman" w:hAnsi="Times New Roman"/>
          <w:sz w:val="24"/>
        </w:rPr>
        <w:br/>
      </w:r>
      <w:r w:rsidR="009E243C">
        <w:rPr>
          <w:noProof/>
        </w:rPr>
        <w:drawing>
          <wp:inline distT="0" distB="0" distL="0" distR="0" wp14:anchorId="4CA13785" wp14:editId="576A1844">
            <wp:extent cx="4995984" cy="1642198"/>
            <wp:effectExtent l="0" t="0" r="0" b="0"/>
            <wp:docPr id="99987444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74444" name="Picture 1" descr="A screen shot of a computer&#10;&#10;AI-generated content may be incorrect."/>
                    <pic:cNvPicPr/>
                  </pic:nvPicPr>
                  <pic:blipFill>
                    <a:blip r:embed="rId12"/>
                    <a:stretch>
                      <a:fillRect/>
                    </a:stretch>
                  </pic:blipFill>
                  <pic:spPr>
                    <a:xfrm>
                      <a:off x="0" y="0"/>
                      <a:ext cx="5012408" cy="1647597"/>
                    </a:xfrm>
                    <a:prstGeom prst="rect">
                      <a:avLst/>
                    </a:prstGeom>
                  </pic:spPr>
                </pic:pic>
              </a:graphicData>
            </a:graphic>
          </wp:inline>
        </w:drawing>
      </w:r>
    </w:p>
    <w:p w14:paraId="472E323E" w14:textId="77777777" w:rsidR="005576E5" w:rsidRDefault="005576E5"/>
    <w:p w14:paraId="32B90F48" w14:textId="2FEB4336" w:rsidR="00C3744C" w:rsidRDefault="00C3744C" w:rsidP="00C3744C">
      <w:pPr>
        <w:spacing w:after="240" w:line="240" w:lineRule="auto"/>
        <w:ind w:left="720"/>
        <w:rPr>
          <w:rFonts w:ascii="Times New Roman" w:hAnsi="Times New Roman"/>
          <w:sz w:val="24"/>
          <w:szCs w:val="24"/>
        </w:rPr>
      </w:pPr>
      <w:r w:rsidRPr="0065519D">
        <w:rPr>
          <w:rFonts w:ascii="Times New Roman" w:hAnsi="Times New Roman"/>
        </w:rPr>
        <w:t xml:space="preserve">The entire pipeline, including preprocessing, model training, assessment, and explainability stages, is depicted in </w:t>
      </w:r>
      <w:r w:rsidRPr="0065519D">
        <w:rPr>
          <w:rFonts w:ascii="Times New Roman" w:hAnsi="Times New Roman"/>
          <w:b/>
          <w:bCs/>
        </w:rPr>
        <w:t xml:space="preserve">Figure </w:t>
      </w:r>
      <w:r w:rsidR="007B35EB" w:rsidRPr="0065519D">
        <w:rPr>
          <w:rFonts w:ascii="Times New Roman" w:hAnsi="Times New Roman"/>
          <w:b/>
          <w:bCs/>
        </w:rPr>
        <w:t>2</w:t>
      </w:r>
      <w:r w:rsidRPr="0065519D">
        <w:rPr>
          <w:rFonts w:ascii="Times New Roman" w:hAnsi="Times New Roman"/>
        </w:rPr>
        <w:t xml:space="preserve"> from data collection to the final model comparison.</w:t>
      </w:r>
      <w:r>
        <w:rPr>
          <w:rFonts w:ascii="Times New Roman" w:hAnsi="Times New Roman"/>
          <w:sz w:val="24"/>
          <w:szCs w:val="24"/>
        </w:rPr>
        <w:br/>
      </w:r>
      <w:r>
        <w:rPr>
          <w:rFonts w:ascii="Times New Roman" w:hAnsi="Times New Roman"/>
          <w:sz w:val="24"/>
          <w:szCs w:val="24"/>
        </w:rPr>
        <w:br/>
      </w:r>
      <w:r w:rsidRPr="00EA04F3">
        <w:rPr>
          <w:rFonts w:asciiTheme="majorBidi" w:hAnsiTheme="majorBidi" w:cstheme="majorBidi"/>
          <w:noProof/>
          <w:sz w:val="28"/>
          <w:szCs w:val="28"/>
        </w:rPr>
        <w:drawing>
          <wp:inline distT="0" distB="0" distL="0" distR="0" wp14:anchorId="4032B697" wp14:editId="040FB70A">
            <wp:extent cx="4019550" cy="3760651"/>
            <wp:effectExtent l="0" t="0" r="0" b="0"/>
            <wp:docPr id="1068510423" name="Picture 16"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10423" name="Picture 16" descr="A diagram of a process flow&#10;&#10;AI-generated content may be incorrect."/>
                    <pic:cNvPicPr/>
                  </pic:nvPicPr>
                  <pic:blipFill>
                    <a:blip r:embed="rId13"/>
                    <a:stretch>
                      <a:fillRect/>
                    </a:stretch>
                  </pic:blipFill>
                  <pic:spPr>
                    <a:xfrm>
                      <a:off x="0" y="0"/>
                      <a:ext cx="4019550" cy="3760651"/>
                    </a:xfrm>
                    <a:prstGeom prst="rect">
                      <a:avLst/>
                    </a:prstGeom>
                  </pic:spPr>
                </pic:pic>
              </a:graphicData>
            </a:graphic>
          </wp:inline>
        </w:drawing>
      </w:r>
      <w:r w:rsidR="009E243C">
        <w:rPr>
          <w:rFonts w:ascii="Times New Roman" w:hAnsi="Times New Roman"/>
          <w:b/>
          <w:bCs/>
          <w:sz w:val="28"/>
        </w:rPr>
        <w:br/>
      </w:r>
      <w:r w:rsidR="009E243C">
        <w:rPr>
          <w:rFonts w:ascii="Times New Roman" w:hAnsi="Times New Roman"/>
          <w:b/>
          <w:bCs/>
          <w:sz w:val="28"/>
        </w:rPr>
        <w:br/>
      </w:r>
      <w:r w:rsidRPr="0065519D">
        <w:rPr>
          <w:rFonts w:ascii="Times New Roman" w:hAnsi="Times New Roman"/>
        </w:rPr>
        <w:t xml:space="preserve">The procedures of cleaning, engineering, and feature selection that turn unprocessed data into inputs suited for models are shown in </w:t>
      </w:r>
      <w:r w:rsidRPr="0065519D">
        <w:rPr>
          <w:rFonts w:ascii="Times New Roman" w:hAnsi="Times New Roman"/>
          <w:b/>
          <w:bCs/>
        </w:rPr>
        <w:t xml:space="preserve">Figure </w:t>
      </w:r>
      <w:r w:rsidR="0065519D">
        <w:rPr>
          <w:rFonts w:ascii="Times New Roman" w:hAnsi="Times New Roman"/>
          <w:b/>
          <w:bCs/>
        </w:rPr>
        <w:t>3</w:t>
      </w:r>
      <w:r w:rsidRPr="0065519D">
        <w:rPr>
          <w:rFonts w:ascii="Times New Roman" w:hAnsi="Times New Roman"/>
        </w:rPr>
        <w:t>.</w:t>
      </w:r>
      <w:r>
        <w:rPr>
          <w:rFonts w:ascii="Times New Roman" w:hAnsi="Times New Roman"/>
          <w:b/>
          <w:bCs/>
          <w:sz w:val="28"/>
        </w:rPr>
        <w:br/>
      </w:r>
      <w:r>
        <w:rPr>
          <w:rFonts w:ascii="Times New Roman" w:hAnsi="Times New Roman"/>
          <w:b/>
          <w:bCs/>
          <w:sz w:val="28"/>
        </w:rPr>
        <w:br/>
      </w:r>
      <w:r>
        <w:rPr>
          <w:rFonts w:ascii="Times New Roman" w:hAnsi="Times New Roman"/>
          <w:b/>
          <w:bCs/>
          <w:sz w:val="28"/>
        </w:rPr>
        <w:br/>
      </w:r>
      <w:r w:rsidRPr="0065519D">
        <w:rPr>
          <w:rFonts w:ascii="Times New Roman" w:hAnsi="Times New Roman"/>
        </w:rPr>
        <w:t xml:space="preserve">The entire study technique pipeline, from data collection to ethical compliance, is described in </w:t>
      </w:r>
      <w:r w:rsidRPr="0065519D">
        <w:rPr>
          <w:rFonts w:ascii="Times New Roman" w:hAnsi="Times New Roman"/>
          <w:b/>
          <w:bCs/>
        </w:rPr>
        <w:t>Table 2</w:t>
      </w:r>
      <w:r w:rsidRPr="0065519D">
        <w:rPr>
          <w:rFonts w:ascii="Times New Roman" w:hAnsi="Times New Roman"/>
        </w:rPr>
        <w:t>, along with the goals, procedures, and anticipated results at each stage.</w:t>
      </w:r>
      <w:r>
        <w:rPr>
          <w:rFonts w:ascii="Times New Roman" w:hAnsi="Times New Roman"/>
          <w:sz w:val="24"/>
          <w:szCs w:val="24"/>
        </w:rPr>
        <w:br/>
      </w:r>
      <w:r>
        <w:rPr>
          <w:rFonts w:ascii="Times New Roman" w:hAnsi="Times New Roman"/>
          <w:sz w:val="24"/>
          <w:szCs w:val="24"/>
        </w:rPr>
        <w:br/>
      </w:r>
    </w:p>
    <w:tbl>
      <w:tblPr>
        <w:tblStyle w:val="PlainTable1"/>
        <w:tblW w:w="0" w:type="auto"/>
        <w:tblLook w:val="04A0" w:firstRow="1" w:lastRow="0" w:firstColumn="1" w:lastColumn="0" w:noHBand="0" w:noVBand="1"/>
      </w:tblPr>
      <w:tblGrid>
        <w:gridCol w:w="2156"/>
        <w:gridCol w:w="2155"/>
        <w:gridCol w:w="2159"/>
        <w:gridCol w:w="2160"/>
      </w:tblGrid>
      <w:tr w:rsidR="004369E6" w:rsidRPr="006A5F2B" w14:paraId="7C90EE07" w14:textId="77777777" w:rsidTr="006A5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14:paraId="66DE0D27" w14:textId="0F695736" w:rsidR="00C3744C" w:rsidRPr="006A5F2B" w:rsidRDefault="00C3744C" w:rsidP="00C3744C">
            <w:pPr>
              <w:spacing w:after="240"/>
              <w:rPr>
                <w:rFonts w:ascii="Times New Roman" w:hAnsi="Times New Roman"/>
                <w:b w:val="0"/>
                <w:bCs w:val="0"/>
                <w:sz w:val="20"/>
                <w:szCs w:val="20"/>
              </w:rPr>
            </w:pPr>
            <w:r w:rsidRPr="006A5F2B">
              <w:rPr>
                <w:rFonts w:ascii="Times New Roman" w:hAnsi="Times New Roman"/>
                <w:b w:val="0"/>
                <w:bCs w:val="0"/>
                <w:sz w:val="20"/>
                <w:szCs w:val="20"/>
              </w:rPr>
              <w:t>Phase</w:t>
            </w:r>
          </w:p>
        </w:tc>
        <w:tc>
          <w:tcPr>
            <w:tcW w:w="2214" w:type="dxa"/>
          </w:tcPr>
          <w:p w14:paraId="6FAB7B0A" w14:textId="6B1D783D" w:rsidR="00C3744C" w:rsidRPr="006A5F2B" w:rsidRDefault="00C3744C" w:rsidP="00C3744C">
            <w:pPr>
              <w:spacing w:after="240"/>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0"/>
                <w:szCs w:val="20"/>
              </w:rPr>
            </w:pPr>
            <w:r w:rsidRPr="006A5F2B">
              <w:rPr>
                <w:rFonts w:ascii="Times New Roman" w:hAnsi="Times New Roman"/>
                <w:b w:val="0"/>
                <w:bCs w:val="0"/>
                <w:sz w:val="20"/>
                <w:szCs w:val="20"/>
              </w:rPr>
              <w:t>Objective</w:t>
            </w:r>
          </w:p>
        </w:tc>
        <w:tc>
          <w:tcPr>
            <w:tcW w:w="2214" w:type="dxa"/>
          </w:tcPr>
          <w:p w14:paraId="209C21BA" w14:textId="1D33CD9E" w:rsidR="00C3744C" w:rsidRPr="006A5F2B" w:rsidRDefault="00C3744C" w:rsidP="00C3744C">
            <w:pPr>
              <w:spacing w:after="240"/>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0"/>
                <w:szCs w:val="20"/>
              </w:rPr>
            </w:pPr>
            <w:r w:rsidRPr="006A5F2B">
              <w:rPr>
                <w:rFonts w:ascii="Times New Roman" w:hAnsi="Times New Roman"/>
                <w:b w:val="0"/>
                <w:bCs w:val="0"/>
                <w:sz w:val="20"/>
                <w:szCs w:val="20"/>
              </w:rPr>
              <w:t>Methods / Tools</w:t>
            </w:r>
          </w:p>
        </w:tc>
        <w:tc>
          <w:tcPr>
            <w:tcW w:w="221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2"/>
            </w:tblGrid>
            <w:tr w:rsidR="00C3744C" w:rsidRPr="00C3744C" w14:paraId="0923CB4E" w14:textId="77777777">
              <w:trPr>
                <w:tblCellSpacing w:w="15" w:type="dxa"/>
              </w:trPr>
              <w:tc>
                <w:tcPr>
                  <w:tcW w:w="0" w:type="auto"/>
                  <w:vAlign w:val="center"/>
                  <w:hideMark/>
                </w:tcPr>
                <w:p w14:paraId="767888C4" w14:textId="23F4CB75" w:rsidR="00C3744C" w:rsidRPr="00C3744C" w:rsidRDefault="006A5F2B" w:rsidP="006A5F2B">
                  <w:pPr>
                    <w:spacing w:after="240" w:line="240" w:lineRule="auto"/>
                    <w:rPr>
                      <w:rFonts w:ascii="Times New Roman" w:hAnsi="Times New Roman"/>
                      <w:b/>
                      <w:bCs/>
                      <w:sz w:val="20"/>
                      <w:szCs w:val="20"/>
                    </w:rPr>
                  </w:pPr>
                  <w:r w:rsidRPr="006A5F2B">
                    <w:rPr>
                      <w:rFonts w:ascii="Times New Roman" w:hAnsi="Times New Roman"/>
                      <w:b/>
                      <w:bCs/>
                      <w:sz w:val="20"/>
                      <w:szCs w:val="20"/>
                    </w:rPr>
                    <w:t>Expected Output</w:t>
                  </w:r>
                </w:p>
              </w:tc>
            </w:tr>
          </w:tbl>
          <w:p w14:paraId="20C6900C" w14:textId="77777777" w:rsidR="00C3744C" w:rsidRPr="006A5F2B" w:rsidRDefault="00C3744C" w:rsidP="006A5F2B">
            <w:pPr>
              <w:spacing w:after="240"/>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0"/>
                <w:szCs w:val="20"/>
              </w:rPr>
            </w:pPr>
          </w:p>
        </w:tc>
      </w:tr>
      <w:tr w:rsidR="004369E6" w:rsidRPr="006A5F2B" w14:paraId="1DC929B3" w14:textId="77777777" w:rsidTr="006A5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14:paraId="5F08824B" w14:textId="7BC23D85" w:rsidR="00C3744C" w:rsidRPr="006A5F2B" w:rsidRDefault="006A5F2B" w:rsidP="006A5F2B">
            <w:pPr>
              <w:spacing w:after="240"/>
              <w:rPr>
                <w:rFonts w:ascii="Times New Roman" w:hAnsi="Times New Roman"/>
                <w:sz w:val="20"/>
                <w:szCs w:val="20"/>
              </w:rPr>
            </w:pPr>
            <w:r w:rsidRPr="006A5F2B">
              <w:rPr>
                <w:rFonts w:ascii="Times New Roman" w:hAnsi="Times New Roman"/>
                <w:sz w:val="20"/>
                <w:szCs w:val="20"/>
              </w:rPr>
              <w:t>Data Collection</w:t>
            </w:r>
          </w:p>
        </w:tc>
        <w:tc>
          <w:tcPr>
            <w:tcW w:w="2214" w:type="dxa"/>
          </w:tcPr>
          <w:p w14:paraId="647B6BE8" w14:textId="517EA13C"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Gather multimodal behavioral and psychological data</w:t>
            </w:r>
          </w:p>
        </w:tc>
        <w:tc>
          <w:tcPr>
            <w:tcW w:w="2214" w:type="dxa"/>
          </w:tcPr>
          <w:p w14:paraId="6DE79C5D" w14:textId="1F8CB402"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Surveys, EHRs, facial &amp; handwriting datasets, Kaggle datasets, ALSPAC, APIs</w:t>
            </w:r>
          </w:p>
        </w:tc>
        <w:tc>
          <w:tcPr>
            <w:tcW w:w="2214" w:type="dxa"/>
          </w:tcPr>
          <w:p w14:paraId="69668A01" w14:textId="46A9ABC9"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Unified raw dataset</w:t>
            </w:r>
          </w:p>
        </w:tc>
      </w:tr>
      <w:tr w:rsidR="004369E6" w:rsidRPr="006A5F2B" w14:paraId="60F8F1DD" w14:textId="77777777" w:rsidTr="006A5F2B">
        <w:tc>
          <w:tcPr>
            <w:cnfStyle w:val="001000000000" w:firstRow="0" w:lastRow="0" w:firstColumn="1" w:lastColumn="0" w:oddVBand="0" w:evenVBand="0" w:oddHBand="0" w:evenHBand="0" w:firstRowFirstColumn="0" w:firstRowLastColumn="0" w:lastRowFirstColumn="0" w:lastRowLastColumn="0"/>
            <w:tcW w:w="2214" w:type="dxa"/>
          </w:tcPr>
          <w:p w14:paraId="495169A1" w14:textId="1DADF577" w:rsidR="00C3744C" w:rsidRPr="006A5F2B" w:rsidRDefault="006A5F2B" w:rsidP="006A5F2B">
            <w:pPr>
              <w:spacing w:after="240"/>
              <w:rPr>
                <w:rFonts w:ascii="Times New Roman" w:hAnsi="Times New Roman"/>
                <w:sz w:val="20"/>
                <w:szCs w:val="20"/>
              </w:rPr>
            </w:pPr>
            <w:r w:rsidRPr="006A5F2B">
              <w:rPr>
                <w:rFonts w:ascii="Times New Roman" w:hAnsi="Times New Roman"/>
                <w:sz w:val="20"/>
                <w:szCs w:val="20"/>
              </w:rPr>
              <w:lastRenderedPageBreak/>
              <w:t>Data Preprocessing</w:t>
            </w:r>
          </w:p>
        </w:tc>
        <w:tc>
          <w:tcPr>
            <w:tcW w:w="2214" w:type="dxa"/>
          </w:tcPr>
          <w:p w14:paraId="534E28C4" w14:textId="5A932715"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Clean, transform, and prepare data for modeling</w:t>
            </w:r>
          </w:p>
        </w:tc>
        <w:tc>
          <w:tcPr>
            <w:tcW w:w="2214" w:type="dxa"/>
          </w:tcPr>
          <w:p w14:paraId="787EDAE4" w14:textId="18E8725D"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Data cleaning, imputation, normalization, encoding, RFE, Mutual Information, SMOTE</w:t>
            </w:r>
          </w:p>
        </w:tc>
        <w:tc>
          <w:tcPr>
            <w:tcW w:w="2214" w:type="dxa"/>
          </w:tcPr>
          <w:p w14:paraId="35A0480D" w14:textId="7DBF473A"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Model-ready processed dataset</w:t>
            </w:r>
          </w:p>
        </w:tc>
      </w:tr>
      <w:tr w:rsidR="004369E6" w:rsidRPr="006A5F2B" w14:paraId="12EEB5B0" w14:textId="77777777" w:rsidTr="006A5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14:paraId="49638EA4" w14:textId="77A9EDFB" w:rsidR="00C3744C" w:rsidRPr="006A5F2B" w:rsidRDefault="006A5F2B" w:rsidP="006A5F2B">
            <w:pPr>
              <w:spacing w:after="240"/>
              <w:rPr>
                <w:rFonts w:ascii="Times New Roman" w:hAnsi="Times New Roman"/>
                <w:sz w:val="20"/>
                <w:szCs w:val="20"/>
              </w:rPr>
            </w:pPr>
            <w:r w:rsidRPr="006A5F2B">
              <w:rPr>
                <w:rFonts w:ascii="Times New Roman" w:hAnsi="Times New Roman"/>
                <w:sz w:val="20"/>
                <w:szCs w:val="20"/>
              </w:rPr>
              <w:t>Model Development</w:t>
            </w:r>
          </w:p>
        </w:tc>
        <w:tc>
          <w:tcPr>
            <w:tcW w:w="2214" w:type="dxa"/>
          </w:tcPr>
          <w:p w14:paraId="0B63FDE0" w14:textId="61062ADF"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Build and train predictive models</w:t>
            </w:r>
          </w:p>
        </w:tc>
        <w:tc>
          <w:tcPr>
            <w:tcW w:w="2214" w:type="dxa"/>
          </w:tcPr>
          <w:p w14:paraId="160F3B1E" w14:textId="0F1D8C6E"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Logistic Regression, Random Forest, Gradient Boosting, FNN, LSTM, GRU, Transformer</w:t>
            </w:r>
          </w:p>
        </w:tc>
        <w:tc>
          <w:tcPr>
            <w:tcW w:w="2214" w:type="dxa"/>
          </w:tcPr>
          <w:p w14:paraId="615B9EFA" w14:textId="2C7EED1D"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Trained baseline and deep learning models</w:t>
            </w:r>
          </w:p>
        </w:tc>
      </w:tr>
      <w:tr w:rsidR="004369E6" w:rsidRPr="006A5F2B" w14:paraId="152EA58E" w14:textId="77777777" w:rsidTr="006A5F2B">
        <w:tc>
          <w:tcPr>
            <w:cnfStyle w:val="001000000000" w:firstRow="0" w:lastRow="0" w:firstColumn="1" w:lastColumn="0" w:oddVBand="0" w:evenVBand="0" w:oddHBand="0" w:evenHBand="0" w:firstRowFirstColumn="0" w:firstRowLastColumn="0" w:lastRowFirstColumn="0" w:lastRowLastColumn="0"/>
            <w:tcW w:w="2214" w:type="dxa"/>
          </w:tcPr>
          <w:p w14:paraId="6ABCE4BF" w14:textId="37EE0CE4" w:rsidR="00C3744C" w:rsidRPr="006A5F2B" w:rsidRDefault="006A5F2B" w:rsidP="006A5F2B">
            <w:pPr>
              <w:spacing w:after="240"/>
              <w:rPr>
                <w:rFonts w:ascii="Times New Roman" w:hAnsi="Times New Roman"/>
                <w:sz w:val="20"/>
                <w:szCs w:val="20"/>
              </w:rPr>
            </w:pPr>
            <w:r w:rsidRPr="006A5F2B">
              <w:rPr>
                <w:rFonts w:ascii="Times New Roman" w:hAnsi="Times New Roman"/>
                <w:sz w:val="20"/>
                <w:szCs w:val="20"/>
              </w:rPr>
              <w:t>Fusion &amp; Optimization</w:t>
            </w:r>
          </w:p>
        </w:tc>
        <w:tc>
          <w:tcPr>
            <w:tcW w:w="2214" w:type="dxa"/>
          </w:tcPr>
          <w:p w14:paraId="6BA05BFC" w14:textId="7CA14FC6"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Enhance performance via multimodal integration</w:t>
            </w:r>
          </w:p>
        </w:tc>
        <w:tc>
          <w:tcPr>
            <w:tcW w:w="2214" w:type="dxa"/>
          </w:tcPr>
          <w:p w14:paraId="01F5C245" w14:textId="53D2E3FB"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Late fusion, hybrid fusion, hyperparameter tuning, regularization</w:t>
            </w:r>
          </w:p>
        </w:tc>
        <w:tc>
          <w:tcPr>
            <w:tcW w:w="2214" w:type="dxa"/>
          </w:tcPr>
          <w:p w14:paraId="4C2A7DF3" w14:textId="07535BCA"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Optimized fused models</w:t>
            </w:r>
          </w:p>
        </w:tc>
      </w:tr>
      <w:tr w:rsidR="004369E6" w:rsidRPr="006A5F2B" w14:paraId="6BA22282" w14:textId="77777777" w:rsidTr="006A5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14:paraId="3991EDA3" w14:textId="75182209" w:rsidR="00C3744C" w:rsidRPr="006A5F2B" w:rsidRDefault="006A5F2B" w:rsidP="006A5F2B">
            <w:pPr>
              <w:spacing w:after="240"/>
              <w:rPr>
                <w:rFonts w:ascii="Times New Roman" w:hAnsi="Times New Roman"/>
                <w:sz w:val="20"/>
                <w:szCs w:val="20"/>
              </w:rPr>
            </w:pPr>
            <w:r w:rsidRPr="006A5F2B">
              <w:rPr>
                <w:rFonts w:ascii="Times New Roman" w:hAnsi="Times New Roman"/>
                <w:sz w:val="20"/>
                <w:szCs w:val="20"/>
              </w:rPr>
              <w:t>Explainability</w:t>
            </w:r>
          </w:p>
        </w:tc>
        <w:tc>
          <w:tcPr>
            <w:tcW w:w="2214" w:type="dxa"/>
          </w:tcPr>
          <w:p w14:paraId="2E5650C5" w14:textId="72C0BBA4"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Ensure transparency and clinical interpretability</w:t>
            </w:r>
          </w:p>
        </w:tc>
        <w:tc>
          <w:tcPr>
            <w:tcW w:w="2214" w:type="dxa"/>
          </w:tcPr>
          <w:p w14:paraId="40656524" w14:textId="6AB9190B"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SHAP, attention maps, expert review</w:t>
            </w:r>
          </w:p>
        </w:tc>
        <w:tc>
          <w:tcPr>
            <w:tcW w:w="2214" w:type="dxa"/>
          </w:tcPr>
          <w:p w14:paraId="0CE5EC2D" w14:textId="18DB595A"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Interpretable and validated insights</w:t>
            </w:r>
          </w:p>
        </w:tc>
      </w:tr>
      <w:tr w:rsidR="004369E6" w:rsidRPr="006A5F2B" w14:paraId="238C2EAD" w14:textId="77777777" w:rsidTr="006A5F2B">
        <w:tc>
          <w:tcPr>
            <w:cnfStyle w:val="001000000000" w:firstRow="0" w:lastRow="0" w:firstColumn="1" w:lastColumn="0" w:oddVBand="0" w:evenVBand="0" w:oddHBand="0" w:evenHBand="0" w:firstRowFirstColumn="0" w:firstRowLastColumn="0" w:lastRowFirstColumn="0" w:lastRowLastColumn="0"/>
            <w:tcW w:w="2214" w:type="dxa"/>
          </w:tcPr>
          <w:p w14:paraId="4612BCDA" w14:textId="1DBB786C" w:rsidR="00C3744C" w:rsidRPr="006A5F2B" w:rsidRDefault="006A5F2B" w:rsidP="006A5F2B">
            <w:pPr>
              <w:spacing w:after="240"/>
              <w:rPr>
                <w:rFonts w:ascii="Times New Roman" w:hAnsi="Times New Roman"/>
                <w:sz w:val="20"/>
                <w:szCs w:val="20"/>
              </w:rPr>
            </w:pPr>
            <w:r w:rsidRPr="006A5F2B">
              <w:rPr>
                <w:rFonts w:ascii="Times New Roman" w:hAnsi="Times New Roman"/>
                <w:sz w:val="20"/>
                <w:szCs w:val="20"/>
              </w:rPr>
              <w:t>Evaluation</w:t>
            </w:r>
          </w:p>
        </w:tc>
        <w:tc>
          <w:tcPr>
            <w:tcW w:w="2214" w:type="dxa"/>
          </w:tcPr>
          <w:p w14:paraId="57E3D920" w14:textId="02D8A1BD"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Assess predictive performance and robustness</w:t>
            </w:r>
          </w:p>
        </w:tc>
        <w:tc>
          <w:tcPr>
            <w:tcW w:w="2214" w:type="dxa"/>
          </w:tcPr>
          <w:p w14:paraId="5B0D89F9" w14:textId="36904927"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Accuracy, F1-score, AUC, cross-validation</w:t>
            </w:r>
          </w:p>
        </w:tc>
        <w:tc>
          <w:tcPr>
            <w:tcW w:w="2214" w:type="dxa"/>
          </w:tcPr>
          <w:p w14:paraId="3172FE22" w14:textId="5386C16D" w:rsidR="00C3744C" w:rsidRPr="006A5F2B" w:rsidRDefault="006A5F2B" w:rsidP="006A5F2B">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Comprehensive evaluation report</w:t>
            </w:r>
          </w:p>
        </w:tc>
      </w:tr>
      <w:tr w:rsidR="004369E6" w:rsidRPr="006A5F2B" w14:paraId="7705A51E" w14:textId="77777777" w:rsidTr="006A5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14:paraId="53E771E5" w14:textId="6377524F" w:rsidR="00C3744C" w:rsidRPr="006A5F2B" w:rsidRDefault="006A5F2B" w:rsidP="006A5F2B">
            <w:pPr>
              <w:spacing w:after="240"/>
              <w:rPr>
                <w:rFonts w:ascii="Times New Roman" w:hAnsi="Times New Roman"/>
                <w:sz w:val="20"/>
                <w:szCs w:val="20"/>
              </w:rPr>
            </w:pPr>
            <w:r w:rsidRPr="006A5F2B">
              <w:rPr>
                <w:rFonts w:ascii="Times New Roman" w:hAnsi="Times New Roman"/>
                <w:sz w:val="20"/>
                <w:szCs w:val="20"/>
              </w:rPr>
              <w:t>Ethical Compliance</w:t>
            </w:r>
          </w:p>
        </w:tc>
        <w:tc>
          <w:tcPr>
            <w:tcW w:w="2214" w:type="dxa"/>
          </w:tcPr>
          <w:p w14:paraId="7109503B" w14:textId="2276548A"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Maintain responsible and secure AI practices</w:t>
            </w:r>
          </w:p>
        </w:tc>
        <w:tc>
          <w:tcPr>
            <w:tcW w:w="2214" w:type="dxa"/>
          </w:tcPr>
          <w:p w14:paraId="0D57D2CF" w14:textId="418A93C0"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Consent protocols, data anonymization, legal and ethical compliance</w:t>
            </w:r>
          </w:p>
        </w:tc>
        <w:tc>
          <w:tcPr>
            <w:tcW w:w="2214" w:type="dxa"/>
          </w:tcPr>
          <w:p w14:paraId="7D3F0DE9" w14:textId="0C9132E7" w:rsidR="00C3744C" w:rsidRPr="006A5F2B" w:rsidRDefault="006A5F2B" w:rsidP="006A5F2B">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6A5F2B">
              <w:rPr>
                <w:rFonts w:ascii="Times New Roman" w:hAnsi="Times New Roman"/>
                <w:sz w:val="20"/>
                <w:szCs w:val="20"/>
              </w:rPr>
              <w:t>Ethical and privacy-preserving workflow</w:t>
            </w:r>
          </w:p>
        </w:tc>
      </w:tr>
    </w:tbl>
    <w:p w14:paraId="4FBB662B" w14:textId="425480BB" w:rsidR="007B35EB" w:rsidRDefault="00C3744C" w:rsidP="00C3744C">
      <w:pPr>
        <w:spacing w:after="240" w:line="240" w:lineRule="auto"/>
        <w:ind w:left="720"/>
        <w:rPr>
          <w:rFonts w:ascii="Times New Roman" w:hAnsi="Times New Roman"/>
          <w:sz w:val="24"/>
          <w:szCs w:val="24"/>
        </w:rPr>
      </w:pPr>
      <w:r>
        <w:rPr>
          <w:rFonts w:ascii="Times New Roman" w:hAnsi="Times New Roman"/>
          <w:sz w:val="24"/>
          <w:szCs w:val="24"/>
        </w:rPr>
        <w:br/>
      </w:r>
      <w:r>
        <w:rPr>
          <w:rFonts w:ascii="Times New Roman" w:hAnsi="Times New Roman"/>
          <w:sz w:val="24"/>
          <w:szCs w:val="24"/>
        </w:rPr>
        <w:br/>
      </w:r>
      <w:r w:rsidR="00000000" w:rsidRPr="00791B41">
        <w:rPr>
          <w:rFonts w:ascii="Times New Roman" w:hAnsi="Times New Roman"/>
          <w:b/>
          <w:bCs/>
          <w:sz w:val="28"/>
        </w:rPr>
        <w:t>Results:</w:t>
      </w:r>
      <w:r w:rsidR="00000000">
        <w:rPr>
          <w:rFonts w:ascii="Times New Roman" w:hAnsi="Times New Roman"/>
          <w:sz w:val="28"/>
        </w:rPr>
        <w:br/>
      </w:r>
      <w:r w:rsidR="00000000">
        <w:rPr>
          <w:rFonts w:ascii="Times New Roman" w:hAnsi="Times New Roman"/>
          <w:sz w:val="28"/>
        </w:rPr>
        <w:br/>
      </w:r>
      <w:r w:rsidR="00000000" w:rsidRPr="00204AEF">
        <w:rPr>
          <w:rFonts w:ascii="Times New Roman" w:hAnsi="Times New Roman"/>
          <w:sz w:val="24"/>
          <w:szCs w:val="24"/>
        </w:rPr>
        <w:t>The study's hypotheses are amply supported by the results, which show excellent predictive accuracy across all datasets. The Kaggle dataset yielded an R2 of 0.9123, the MHP dataset 0.9345, and the DASS-21 dataset 0.9287, indicating consistently low MAE and MSE values. These baseline models earned competitive scores. When it came to capturing nonlinear and temporal behavioral aspects, neural networks fared better than classical models. Regression scatter plots, loss curves, architecture descriptions, and prediction-error histograms were all prepared in accordance with academic norms. The robustness and dependability of the model's performance are shown by these visualizations, which show that learning curves show steady convergence, model errors cluster close to zero, and predictions nearly match observed values.</w:t>
      </w:r>
      <w:r w:rsidR="008B56E7">
        <w:rPr>
          <w:rFonts w:ascii="Times New Roman" w:hAnsi="Times New Roman"/>
          <w:sz w:val="24"/>
          <w:szCs w:val="24"/>
        </w:rPr>
        <w:br/>
      </w:r>
      <w:r w:rsidR="008B56E7">
        <w:rPr>
          <w:rFonts w:ascii="Times New Roman" w:hAnsi="Times New Roman"/>
          <w:sz w:val="24"/>
          <w:szCs w:val="24"/>
        </w:rPr>
        <w:br/>
      </w:r>
      <w:r w:rsidR="008B56E7" w:rsidRPr="00EA04F3">
        <w:rPr>
          <w:rFonts w:asciiTheme="majorBidi" w:hAnsiTheme="majorBidi" w:cstheme="majorBidi"/>
          <w:noProof/>
          <w:sz w:val="28"/>
          <w:szCs w:val="28"/>
        </w:rPr>
        <w:lastRenderedPageBreak/>
        <w:drawing>
          <wp:inline distT="0" distB="0" distL="0" distR="0" wp14:anchorId="29D7DAF3" wp14:editId="5B293E2B">
            <wp:extent cx="4267200" cy="1826895"/>
            <wp:effectExtent l="0" t="0" r="0" b="1905"/>
            <wp:docPr id="1864714352" name="Picture 1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14352" name="Picture 11" descr="A screenshot of a computer progra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308450" cy="1844555"/>
                    </a:xfrm>
                    <a:prstGeom prst="rect">
                      <a:avLst/>
                    </a:prstGeom>
                  </pic:spPr>
                </pic:pic>
              </a:graphicData>
            </a:graphic>
          </wp:inline>
        </w:drawing>
      </w:r>
      <w:r w:rsidR="008B56E7">
        <w:rPr>
          <w:rFonts w:ascii="Times New Roman" w:hAnsi="Times New Roman"/>
          <w:sz w:val="28"/>
        </w:rPr>
        <w:br/>
      </w:r>
      <w:r w:rsidR="00000000">
        <w:rPr>
          <w:rFonts w:ascii="Times New Roman" w:hAnsi="Times New Roman"/>
          <w:sz w:val="28"/>
        </w:rPr>
        <w:br/>
      </w:r>
      <w:r w:rsidR="008B56E7" w:rsidRPr="0065519D">
        <w:rPr>
          <w:rFonts w:ascii="Times New Roman" w:hAnsi="Times New Roman"/>
          <w:b/>
          <w:bCs/>
        </w:rPr>
        <w:t xml:space="preserve">Figure </w:t>
      </w:r>
      <w:r w:rsidR="0065519D" w:rsidRPr="0065519D">
        <w:rPr>
          <w:rFonts w:ascii="Times New Roman" w:hAnsi="Times New Roman"/>
          <w:b/>
          <w:bCs/>
        </w:rPr>
        <w:t>4</w:t>
      </w:r>
      <w:r w:rsidR="008B56E7" w:rsidRPr="0065519D">
        <w:rPr>
          <w:rFonts w:ascii="Times New Roman" w:hAnsi="Times New Roman"/>
        </w:rPr>
        <w:t xml:space="preserve">. </w:t>
      </w:r>
      <w:r w:rsidR="00000000" w:rsidRPr="0065519D">
        <w:rPr>
          <w:rFonts w:ascii="Times New Roman" w:hAnsi="Times New Roman"/>
        </w:rPr>
        <w:t>The DASS-21 neural network's architecture, including layer types, output shapes, and total trainable parameters, is displayed in a model overview table.</w:t>
      </w:r>
      <w:r w:rsidR="007B35EB">
        <w:rPr>
          <w:rFonts w:ascii="Times New Roman" w:hAnsi="Times New Roman"/>
          <w:sz w:val="24"/>
          <w:szCs w:val="24"/>
        </w:rPr>
        <w:br/>
      </w:r>
      <w:r w:rsidR="007B35EB" w:rsidRPr="00EA04F3">
        <w:rPr>
          <w:rFonts w:asciiTheme="majorBidi" w:hAnsiTheme="majorBidi" w:cstheme="majorBidi"/>
          <w:noProof/>
          <w:sz w:val="28"/>
          <w:szCs w:val="28"/>
        </w:rPr>
        <w:drawing>
          <wp:inline distT="0" distB="0" distL="0" distR="0" wp14:anchorId="036AF6B9" wp14:editId="3987C48A">
            <wp:extent cx="4787900" cy="3000110"/>
            <wp:effectExtent l="0" t="0" r="0" b="0"/>
            <wp:docPr id="1794944436" name="Picture 1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44436" name="Picture 12" descr="A graph of a graph&#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810775" cy="3014444"/>
                    </a:xfrm>
                    <a:prstGeom prst="rect">
                      <a:avLst/>
                    </a:prstGeom>
                  </pic:spPr>
                </pic:pic>
              </a:graphicData>
            </a:graphic>
          </wp:inline>
        </w:drawing>
      </w:r>
      <w:r w:rsidR="00000000">
        <w:rPr>
          <w:rFonts w:ascii="Times New Roman" w:hAnsi="Times New Roman"/>
          <w:sz w:val="28"/>
        </w:rPr>
        <w:br/>
      </w:r>
      <w:r w:rsidR="00000000">
        <w:rPr>
          <w:rFonts w:ascii="Times New Roman" w:hAnsi="Times New Roman"/>
          <w:sz w:val="28"/>
        </w:rPr>
        <w:br/>
      </w:r>
      <w:r w:rsidR="007B35EB" w:rsidRPr="0065519D">
        <w:rPr>
          <w:rFonts w:ascii="Times New Roman" w:hAnsi="Times New Roman"/>
          <w:b/>
          <w:bCs/>
        </w:rPr>
        <w:t xml:space="preserve">Figure </w:t>
      </w:r>
      <w:r w:rsidR="0065519D" w:rsidRPr="0065519D">
        <w:rPr>
          <w:rFonts w:ascii="Times New Roman" w:hAnsi="Times New Roman"/>
          <w:b/>
          <w:bCs/>
        </w:rPr>
        <w:t>5</w:t>
      </w:r>
      <w:r w:rsidR="007B35EB" w:rsidRPr="0065519D">
        <w:rPr>
          <w:rFonts w:ascii="Times New Roman" w:hAnsi="Times New Roman"/>
        </w:rPr>
        <w:t xml:space="preserve">. </w:t>
      </w:r>
      <w:r w:rsidR="00000000" w:rsidRPr="0065519D">
        <w:rPr>
          <w:rFonts w:ascii="Times New Roman" w:hAnsi="Times New Roman"/>
        </w:rPr>
        <w:t>The DASS-21 model's prediction error distribution is depicted in a histogram, which demonstrates that the majority of errors tightly cluster around zero.</w:t>
      </w:r>
    </w:p>
    <w:p w14:paraId="524A4E36" w14:textId="7DBA3A23" w:rsidR="005576E5" w:rsidRPr="00C3744C" w:rsidRDefault="007B35EB" w:rsidP="00C3744C">
      <w:pPr>
        <w:spacing w:after="240" w:line="240" w:lineRule="auto"/>
        <w:ind w:left="720"/>
        <w:rPr>
          <w:rFonts w:ascii="Times New Roman" w:hAnsi="Times New Roman"/>
          <w:b/>
          <w:bCs/>
          <w:sz w:val="28"/>
        </w:rPr>
      </w:pPr>
      <w:r>
        <w:rPr>
          <w:rFonts w:ascii="Times New Roman" w:hAnsi="Times New Roman"/>
          <w:sz w:val="24"/>
          <w:szCs w:val="24"/>
        </w:rPr>
        <w:lastRenderedPageBreak/>
        <w:br/>
      </w:r>
      <w:r w:rsidRPr="00EA04F3">
        <w:rPr>
          <w:rFonts w:asciiTheme="majorBidi" w:hAnsiTheme="majorBidi" w:cstheme="majorBidi"/>
          <w:noProof/>
          <w:sz w:val="28"/>
          <w:szCs w:val="28"/>
        </w:rPr>
        <w:drawing>
          <wp:inline distT="0" distB="0" distL="0" distR="0" wp14:anchorId="67FDD943" wp14:editId="3BFF6C50">
            <wp:extent cx="4975436" cy="2933700"/>
            <wp:effectExtent l="0" t="0" r="0" b="0"/>
            <wp:docPr id="760329760" name="Picture 13"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29760" name="Picture 13" descr="A graph with blue dot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977015" cy="2934631"/>
                    </a:xfrm>
                    <a:prstGeom prst="rect">
                      <a:avLst/>
                    </a:prstGeom>
                  </pic:spPr>
                </pic:pic>
              </a:graphicData>
            </a:graphic>
          </wp:inline>
        </w:drawing>
      </w:r>
      <w:r w:rsidR="00000000">
        <w:rPr>
          <w:rFonts w:ascii="Times New Roman" w:hAnsi="Times New Roman"/>
          <w:sz w:val="28"/>
        </w:rPr>
        <w:br/>
      </w:r>
      <w:r>
        <w:rPr>
          <w:rFonts w:ascii="Times New Roman" w:hAnsi="Times New Roman"/>
          <w:sz w:val="28"/>
        </w:rPr>
        <w:br/>
      </w:r>
      <w:r w:rsidRPr="0065519D">
        <w:rPr>
          <w:rFonts w:ascii="Times New Roman" w:hAnsi="Times New Roman"/>
          <w:b/>
          <w:bCs/>
        </w:rPr>
        <w:t xml:space="preserve">Figure </w:t>
      </w:r>
      <w:r w:rsidR="0065519D" w:rsidRPr="0065519D">
        <w:rPr>
          <w:rFonts w:ascii="Times New Roman" w:hAnsi="Times New Roman"/>
          <w:b/>
          <w:bCs/>
        </w:rPr>
        <w:t>6</w:t>
      </w:r>
      <w:r w:rsidRPr="0065519D">
        <w:rPr>
          <w:rFonts w:ascii="Times New Roman" w:hAnsi="Times New Roman"/>
        </w:rPr>
        <w:t xml:space="preserve">. </w:t>
      </w:r>
      <w:r w:rsidRPr="0065519D">
        <w:rPr>
          <w:rFonts w:ascii="Times New Roman" w:hAnsi="Times New Roman"/>
        </w:rPr>
        <w:t>Strong alignment along the optimum prediction line is shown in a scatter plot that compares actual and anticipated DASS-21 results.</w:t>
      </w:r>
      <w:r w:rsidR="00000000">
        <w:rPr>
          <w:rFonts w:ascii="Times New Roman" w:hAnsi="Times New Roman"/>
          <w:sz w:val="28"/>
        </w:rPr>
        <w:br/>
      </w:r>
      <w:r w:rsidR="00000000">
        <w:rPr>
          <w:rFonts w:ascii="Times New Roman" w:hAnsi="Times New Roman"/>
          <w:sz w:val="28"/>
        </w:rPr>
        <w:br/>
      </w:r>
      <w:r>
        <w:rPr>
          <w:rFonts w:ascii="Times New Roman" w:hAnsi="Times New Roman"/>
          <w:sz w:val="28"/>
        </w:rPr>
        <w:br/>
      </w:r>
      <w:r w:rsidRPr="00EA04F3">
        <w:rPr>
          <w:rFonts w:asciiTheme="majorBidi" w:hAnsiTheme="majorBidi" w:cstheme="majorBidi"/>
          <w:noProof/>
          <w:sz w:val="28"/>
          <w:szCs w:val="28"/>
        </w:rPr>
        <w:drawing>
          <wp:inline distT="0" distB="0" distL="0" distR="0" wp14:anchorId="3BD53D4E" wp14:editId="10CC19E1">
            <wp:extent cx="5486400" cy="1959012"/>
            <wp:effectExtent l="0" t="0" r="0" b="3175"/>
            <wp:docPr id="2106143525" name="Picture 14" descr="A graph of a person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43525" name="Picture 14" descr="A graph of a person with a blue lin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486400" cy="1959012"/>
                    </a:xfrm>
                    <a:prstGeom prst="rect">
                      <a:avLst/>
                    </a:prstGeom>
                  </pic:spPr>
                </pic:pic>
              </a:graphicData>
            </a:graphic>
          </wp:inline>
        </w:drawing>
      </w:r>
      <w:r w:rsidR="00000000">
        <w:rPr>
          <w:rFonts w:ascii="Times New Roman" w:hAnsi="Times New Roman"/>
          <w:sz w:val="28"/>
        </w:rPr>
        <w:br/>
      </w:r>
      <w:r w:rsidRPr="0065519D">
        <w:rPr>
          <w:rFonts w:ascii="Times New Roman" w:hAnsi="Times New Roman"/>
          <w:b/>
          <w:bCs/>
        </w:rPr>
        <w:t xml:space="preserve">Figure </w:t>
      </w:r>
      <w:r w:rsidR="0065519D" w:rsidRPr="0065519D">
        <w:rPr>
          <w:rFonts w:ascii="Times New Roman" w:hAnsi="Times New Roman"/>
          <w:b/>
          <w:bCs/>
        </w:rPr>
        <w:t>7</w:t>
      </w:r>
      <w:r w:rsidRPr="0065519D">
        <w:rPr>
          <w:rFonts w:ascii="Times New Roman" w:hAnsi="Times New Roman"/>
        </w:rPr>
        <w:t xml:space="preserve">. </w:t>
      </w:r>
      <w:r w:rsidR="00000000" w:rsidRPr="0065519D">
        <w:rPr>
          <w:rFonts w:ascii="Times New Roman" w:hAnsi="Times New Roman"/>
        </w:rPr>
        <w:t>Effective model learning for the DASS-21 dataset is shown by a training loss curve that consistently reduces both training and validation loss.</w:t>
      </w:r>
      <w:r w:rsidR="00000000">
        <w:rPr>
          <w:rFonts w:ascii="Times New Roman" w:hAnsi="Times New Roman"/>
          <w:sz w:val="28"/>
        </w:rPr>
        <w:br/>
      </w:r>
      <w:r w:rsidR="00000000">
        <w:rPr>
          <w:rFonts w:ascii="Times New Roman" w:hAnsi="Times New Roman"/>
          <w:sz w:val="28"/>
        </w:rPr>
        <w:br/>
      </w:r>
      <w:r w:rsidR="00000000">
        <w:rPr>
          <w:rFonts w:ascii="Times New Roman" w:hAnsi="Times New Roman"/>
          <w:sz w:val="28"/>
        </w:rPr>
        <w:br/>
      </w:r>
      <w:r w:rsidR="00000000" w:rsidRPr="00791B41">
        <w:rPr>
          <w:rFonts w:ascii="Times New Roman" w:hAnsi="Times New Roman"/>
          <w:b/>
          <w:bCs/>
          <w:sz w:val="28"/>
        </w:rPr>
        <w:t>Conclusion and Discussion of Results</w:t>
      </w:r>
      <w:r w:rsidR="00000000">
        <w:rPr>
          <w:rFonts w:ascii="Times New Roman" w:hAnsi="Times New Roman"/>
          <w:sz w:val="28"/>
        </w:rPr>
        <w:br/>
      </w:r>
      <w:r w:rsidR="00000000">
        <w:rPr>
          <w:rFonts w:ascii="Times New Roman" w:hAnsi="Times New Roman"/>
          <w:sz w:val="28"/>
        </w:rPr>
        <w:br/>
      </w:r>
      <w:r w:rsidR="00000000" w:rsidRPr="007B35EB">
        <w:rPr>
          <w:rFonts w:ascii="Times New Roman" w:hAnsi="Times New Roman"/>
          <w:sz w:val="24"/>
          <w:szCs w:val="24"/>
        </w:rPr>
        <w:t xml:space="preserve">According to the study's findings, AI-driven behavioral analysis offers a viable basis for early childhood depression identification. The results verify that multimodal behavioral indicators are powerful predictors of the degree of depression, particularly emotional instability, stress levels, academic pressure, and social interaction patterns. When compared to traditional methods, deep learning models—particularly LSTM and Transformer variants—showed a greater </w:t>
      </w:r>
      <w:r w:rsidR="00000000" w:rsidRPr="007B35EB">
        <w:rPr>
          <w:rFonts w:ascii="Times New Roman" w:hAnsi="Times New Roman"/>
          <w:sz w:val="24"/>
          <w:szCs w:val="24"/>
        </w:rPr>
        <w:lastRenderedPageBreak/>
        <w:t>capacity to capture underlying behavioral dynamics. These findings support earlier research while offering a multi-dataset approach that is easier to understand. This research provides a feasible route toward data-driven early mental health screening in educational and clinical contexts by filling methodological gaps in transparency, dataset diversity, and fusion modeling. This increases both scientific understanding and practical implementation.</w:t>
      </w:r>
      <w:r w:rsidR="00000000">
        <w:rPr>
          <w:rFonts w:ascii="Times New Roman" w:hAnsi="Times New Roman"/>
          <w:sz w:val="28"/>
        </w:rPr>
        <w:br/>
      </w:r>
      <w:r w:rsidR="00000000">
        <w:rPr>
          <w:rFonts w:ascii="Times New Roman" w:hAnsi="Times New Roman"/>
          <w:sz w:val="28"/>
        </w:rPr>
        <w:br/>
      </w:r>
      <w:r w:rsidR="00000000" w:rsidRPr="008F68FC">
        <w:rPr>
          <w:rFonts w:ascii="Times New Roman" w:hAnsi="Times New Roman"/>
          <w:b/>
          <w:bCs/>
          <w:sz w:val="28"/>
        </w:rPr>
        <w:t>Recommendations</w:t>
      </w:r>
      <w:r w:rsidR="00000000">
        <w:rPr>
          <w:rFonts w:ascii="Times New Roman" w:hAnsi="Times New Roman"/>
          <w:sz w:val="28"/>
        </w:rPr>
        <w:br/>
      </w:r>
      <w:r w:rsidR="00000000">
        <w:rPr>
          <w:rFonts w:ascii="Times New Roman" w:hAnsi="Times New Roman"/>
          <w:sz w:val="28"/>
        </w:rPr>
        <w:br/>
      </w:r>
      <w:r w:rsidR="00000000" w:rsidRPr="008F68FC">
        <w:rPr>
          <w:rFonts w:ascii="Times New Roman" w:hAnsi="Times New Roman"/>
          <w:sz w:val="24"/>
          <w:szCs w:val="24"/>
        </w:rPr>
        <w:t>In order to facilitate early detection and prompt intervention, the study suggests incorporating AI-based screening tools into clinical and educational settings. Future studies should investigate sophisticated multimodal deep-learning architectures like hybrid Transformers, include real-time behavioral monitoring from wearables or digital platforms, and increase dataset variety across age groups and cultures. Using SHAP to increase explainability, To improve clinician trust and ethical deployment, LIME and counterfactual models are also crucial. Lastly, the study recommends creating early-intervention recommendation modules that match risk assessments with practical advice for families, teachers, and medical professionals.</w:t>
      </w:r>
    </w:p>
    <w:p w14:paraId="100090A4" w14:textId="7DBAB992" w:rsidR="005576E5" w:rsidRPr="008F68FC" w:rsidRDefault="007B35EB" w:rsidP="00DB14C3">
      <w:pPr>
        <w:spacing w:after="240" w:line="240" w:lineRule="auto"/>
        <w:ind w:left="720"/>
        <w:rPr>
          <w:b/>
          <w:bCs/>
        </w:rPr>
      </w:pPr>
      <w:r>
        <w:br/>
        <w:t xml:space="preserve">              </w:t>
      </w:r>
      <w:r w:rsidR="00DB14C3">
        <w:br/>
      </w:r>
      <w:r w:rsidR="00000000" w:rsidRPr="008F68FC">
        <w:rPr>
          <w:rFonts w:ascii="Times New Roman" w:hAnsi="Times New Roman"/>
          <w:b/>
          <w:bCs/>
          <w:sz w:val="28"/>
        </w:rPr>
        <w:t>References list</w:t>
      </w:r>
    </w:p>
    <w:p w14:paraId="6AA5889A" w14:textId="42042636" w:rsidR="005576E5" w:rsidRDefault="00000000" w:rsidP="007B35EB">
      <w:pPr>
        <w:spacing w:after="240" w:line="240" w:lineRule="auto"/>
        <w:ind w:left="720"/>
      </w:pPr>
      <w:r>
        <w:rPr>
          <w:rFonts w:ascii="Times New Roman" w:hAnsi="Times New Roman"/>
          <w:sz w:val="24"/>
        </w:rPr>
        <w:t>1. Chen et al. (2024).</w:t>
      </w:r>
      <w:r>
        <w:rPr>
          <w:rFonts w:ascii="Times New Roman" w:hAnsi="Times New Roman"/>
          <w:sz w:val="24"/>
        </w:rPr>
        <w:br/>
        <w:t>Identifying adolescent depression &amp; anxiety using real-world data.</w:t>
      </w:r>
      <w:r>
        <w:rPr>
          <w:rFonts w:ascii="Times New Roman" w:hAnsi="Times New Roman"/>
          <w:sz w:val="24"/>
        </w:rPr>
        <w:br/>
        <w:t>NIH / JMIR Mental Health.</w:t>
      </w:r>
      <w:r>
        <w:rPr>
          <w:rFonts w:ascii="Times New Roman" w:hAnsi="Times New Roman"/>
          <w:sz w:val="24"/>
        </w:rPr>
        <w:br/>
        <w:t>https://mental.jmir.org/2025/1/e66665/</w:t>
      </w:r>
    </w:p>
    <w:p w14:paraId="6B766345" w14:textId="58B30448" w:rsidR="005576E5" w:rsidRDefault="00000000">
      <w:pPr>
        <w:spacing w:after="240" w:line="240" w:lineRule="auto"/>
        <w:ind w:left="720"/>
      </w:pPr>
      <w:r>
        <w:rPr>
          <w:rFonts w:ascii="Times New Roman" w:hAnsi="Times New Roman"/>
          <w:sz w:val="24"/>
        </w:rPr>
        <w:t>2. Marek et al. (2023).</w:t>
      </w:r>
      <w:r>
        <w:rPr>
          <w:rFonts w:ascii="Times New Roman" w:hAnsi="Times New Roman"/>
          <w:sz w:val="24"/>
        </w:rPr>
        <w:br/>
        <w:t>Predicting depression risk via multimodal brain imaging.</w:t>
      </w:r>
      <w:r>
        <w:rPr>
          <w:rFonts w:ascii="Times New Roman" w:hAnsi="Times New Roman"/>
          <w:sz w:val="24"/>
        </w:rPr>
        <w:br/>
        <w:t>NeuroImage: Clinical.</w:t>
      </w:r>
      <w:r>
        <w:rPr>
          <w:rFonts w:ascii="Times New Roman" w:hAnsi="Times New Roman"/>
          <w:sz w:val="24"/>
        </w:rPr>
        <w:br/>
        <w:t>https://www.sciencedirect.com/science/article/pii/S2213158224000433</w:t>
      </w:r>
    </w:p>
    <w:p w14:paraId="37CB45E1" w14:textId="1D904BAA" w:rsidR="005576E5" w:rsidRDefault="00000000">
      <w:pPr>
        <w:spacing w:after="240" w:line="240" w:lineRule="auto"/>
        <w:ind w:left="720"/>
      </w:pPr>
      <w:r>
        <w:rPr>
          <w:rFonts w:ascii="Times New Roman" w:hAnsi="Times New Roman"/>
          <w:sz w:val="24"/>
        </w:rPr>
        <w:t>3. Yoo et al. (2024).</w:t>
      </w:r>
      <w:r>
        <w:rPr>
          <w:rFonts w:ascii="Times New Roman" w:hAnsi="Times New Roman"/>
          <w:sz w:val="24"/>
        </w:rPr>
        <w:br/>
        <w:t>Depression prediction using prenatal &amp; childhood data.</w:t>
      </w:r>
      <w:r>
        <w:rPr>
          <w:rFonts w:ascii="Times New Roman" w:hAnsi="Times New Roman"/>
          <w:sz w:val="24"/>
        </w:rPr>
        <w:br/>
        <w:t>Nature Scientific Reports.</w:t>
      </w:r>
      <w:r>
        <w:rPr>
          <w:rFonts w:ascii="Times New Roman" w:hAnsi="Times New Roman"/>
          <w:sz w:val="24"/>
        </w:rPr>
        <w:br/>
        <w:t>https://www.nature.com/srep/</w:t>
      </w:r>
    </w:p>
    <w:p w14:paraId="0C448D4D" w14:textId="76CFACAA" w:rsidR="005576E5" w:rsidRDefault="00000000">
      <w:pPr>
        <w:spacing w:after="240" w:line="240" w:lineRule="auto"/>
        <w:ind w:left="720"/>
      </w:pPr>
      <w:r>
        <w:rPr>
          <w:rFonts w:ascii="Times New Roman" w:hAnsi="Times New Roman"/>
          <w:sz w:val="24"/>
        </w:rPr>
        <w:t>4. Williams et al. (2024).</w:t>
      </w:r>
      <w:r>
        <w:rPr>
          <w:rFonts w:ascii="Times New Roman" w:hAnsi="Times New Roman"/>
          <w:sz w:val="24"/>
        </w:rPr>
        <w:br/>
        <w:t>Depression prediction insights among young Australians.</w:t>
      </w:r>
      <w:r>
        <w:rPr>
          <w:rFonts w:ascii="Times New Roman" w:hAnsi="Times New Roman"/>
          <w:sz w:val="24"/>
        </w:rPr>
        <w:br/>
        <w:t>Springer.</w:t>
      </w:r>
      <w:r>
        <w:rPr>
          <w:rFonts w:ascii="Times New Roman" w:hAnsi="Times New Roman"/>
          <w:sz w:val="24"/>
        </w:rPr>
        <w:br/>
        <w:t>https://link.springer.com/</w:t>
      </w:r>
    </w:p>
    <w:p w14:paraId="3CED7E2B" w14:textId="398228B4" w:rsidR="005576E5" w:rsidRDefault="00000000">
      <w:pPr>
        <w:spacing w:after="240" w:line="240" w:lineRule="auto"/>
        <w:ind w:left="720"/>
      </w:pPr>
      <w:r>
        <w:rPr>
          <w:rFonts w:ascii="Times New Roman" w:hAnsi="Times New Roman"/>
          <w:sz w:val="24"/>
        </w:rPr>
        <w:t>5. Hasan et al. (2021).</w:t>
      </w:r>
      <w:r>
        <w:rPr>
          <w:rFonts w:ascii="Times New Roman" w:hAnsi="Times New Roman"/>
          <w:sz w:val="24"/>
        </w:rPr>
        <w:br/>
        <w:t>Child depression detection using ML methods.</w:t>
      </w:r>
      <w:r>
        <w:rPr>
          <w:rFonts w:ascii="Times New Roman" w:hAnsi="Times New Roman"/>
          <w:sz w:val="24"/>
        </w:rPr>
        <w:br/>
      </w:r>
      <w:r>
        <w:rPr>
          <w:rFonts w:ascii="Times New Roman" w:hAnsi="Times New Roman"/>
          <w:sz w:val="24"/>
        </w:rPr>
        <w:lastRenderedPageBreak/>
        <w:t>ResearchGate.</w:t>
      </w:r>
      <w:r>
        <w:rPr>
          <w:rFonts w:ascii="Times New Roman" w:hAnsi="Times New Roman"/>
          <w:sz w:val="24"/>
        </w:rPr>
        <w:br/>
        <w:t>https://www.researchgate.net/</w:t>
      </w:r>
    </w:p>
    <w:p w14:paraId="7E0DFE20" w14:textId="66AFE15A" w:rsidR="005576E5" w:rsidRDefault="00000000">
      <w:pPr>
        <w:spacing w:after="240" w:line="240" w:lineRule="auto"/>
        <w:ind w:left="720"/>
      </w:pPr>
      <w:r>
        <w:rPr>
          <w:rFonts w:ascii="Times New Roman" w:hAnsi="Times New Roman"/>
          <w:sz w:val="24"/>
        </w:rPr>
        <w:t>6. Arashnic (2023).</w:t>
      </w:r>
      <w:r>
        <w:rPr>
          <w:rFonts w:ascii="Times New Roman" w:hAnsi="Times New Roman"/>
          <w:sz w:val="24"/>
        </w:rPr>
        <w:br/>
        <w:t>The Depression Dataset.</w:t>
      </w:r>
      <w:r>
        <w:rPr>
          <w:rFonts w:ascii="Times New Roman" w:hAnsi="Times New Roman"/>
          <w:sz w:val="24"/>
        </w:rPr>
        <w:br/>
        <w:t>Kaggle / ACAMH.</w:t>
      </w:r>
      <w:r>
        <w:rPr>
          <w:rFonts w:ascii="Times New Roman" w:hAnsi="Times New Roman"/>
          <w:sz w:val="24"/>
        </w:rPr>
        <w:br/>
        <w:t>https://www.kaggle.com/datasets</w:t>
      </w:r>
    </w:p>
    <w:p w14:paraId="79DB0EE7" w14:textId="67D13650" w:rsidR="005576E5" w:rsidRDefault="00000000">
      <w:pPr>
        <w:spacing w:after="240" w:line="240" w:lineRule="auto"/>
        <w:ind w:left="720"/>
      </w:pPr>
      <w:r>
        <w:rPr>
          <w:rFonts w:ascii="Times New Roman" w:hAnsi="Times New Roman"/>
          <w:sz w:val="24"/>
        </w:rPr>
        <w:t>7. Shamim (2024).</w:t>
      </w:r>
      <w:r>
        <w:rPr>
          <w:rFonts w:ascii="Times New Roman" w:hAnsi="Times New Roman"/>
          <w:sz w:val="24"/>
        </w:rPr>
        <w:br/>
        <w:t>Student Depression Dataset.</w:t>
      </w:r>
      <w:r>
        <w:rPr>
          <w:rFonts w:ascii="Times New Roman" w:hAnsi="Times New Roman"/>
          <w:sz w:val="24"/>
        </w:rPr>
        <w:br/>
        <w:t>Kaggle / Frontiers.</w:t>
      </w:r>
      <w:r>
        <w:rPr>
          <w:rFonts w:ascii="Times New Roman" w:hAnsi="Times New Roman"/>
          <w:sz w:val="24"/>
        </w:rPr>
        <w:br/>
        <w:t>https://www.kaggle.com/datasets</w:t>
      </w:r>
    </w:p>
    <w:p w14:paraId="63D7A8BB" w14:textId="0B66775D" w:rsidR="005576E5" w:rsidRDefault="00000000">
      <w:pPr>
        <w:spacing w:after="240" w:line="240" w:lineRule="auto"/>
        <w:ind w:left="720"/>
      </w:pPr>
      <w:r>
        <w:rPr>
          <w:rFonts w:ascii="Times New Roman" w:hAnsi="Times New Roman"/>
          <w:sz w:val="24"/>
        </w:rPr>
        <w:t>8. ResearchGate (2023).</w:t>
      </w:r>
      <w:r>
        <w:rPr>
          <w:rFonts w:ascii="Times New Roman" w:hAnsi="Times New Roman"/>
          <w:sz w:val="24"/>
        </w:rPr>
        <w:br/>
        <w:t>Early detection using classical ML.</w:t>
      </w:r>
      <w:r>
        <w:rPr>
          <w:rFonts w:ascii="Times New Roman" w:hAnsi="Times New Roman"/>
          <w:sz w:val="24"/>
        </w:rPr>
        <w:br/>
        <w:t>ResearchGate.</w:t>
      </w:r>
      <w:r>
        <w:rPr>
          <w:rFonts w:ascii="Times New Roman" w:hAnsi="Times New Roman"/>
          <w:sz w:val="24"/>
        </w:rPr>
        <w:br/>
        <w:t>https://www.researchgate.net/</w:t>
      </w:r>
    </w:p>
    <w:p w14:paraId="6370EEAA" w14:textId="2B009474" w:rsidR="005576E5" w:rsidRDefault="00000000">
      <w:pPr>
        <w:spacing w:after="240" w:line="240" w:lineRule="auto"/>
        <w:ind w:left="720"/>
      </w:pPr>
      <w:r>
        <w:rPr>
          <w:rFonts w:ascii="Times New Roman" w:hAnsi="Times New Roman"/>
          <w:sz w:val="24"/>
        </w:rPr>
        <w:t>9. Zogan et al. (2020).</w:t>
      </w:r>
      <w:r>
        <w:rPr>
          <w:rFonts w:ascii="Times New Roman" w:hAnsi="Times New Roman"/>
          <w:sz w:val="24"/>
        </w:rPr>
        <w:br/>
        <w:t>Explainable depression detection using HAN.</w:t>
      </w:r>
      <w:r>
        <w:rPr>
          <w:rFonts w:ascii="Times New Roman" w:hAnsi="Times New Roman"/>
          <w:sz w:val="24"/>
        </w:rPr>
        <w:br/>
        <w:t>arXiv / MDPI.</w:t>
      </w:r>
      <w:r>
        <w:rPr>
          <w:rFonts w:ascii="Times New Roman" w:hAnsi="Times New Roman"/>
          <w:sz w:val="24"/>
        </w:rPr>
        <w:br/>
        <w:t>https://arxiv.org/</w:t>
      </w:r>
    </w:p>
    <w:p w14:paraId="7E80DCB3" w14:textId="77777777" w:rsidR="005576E5" w:rsidRDefault="00000000">
      <w:pPr>
        <w:spacing w:after="240" w:line="240" w:lineRule="auto"/>
        <w:ind w:left="720"/>
      </w:pPr>
      <w:r>
        <w:rPr>
          <w:rFonts w:ascii="Times New Roman" w:hAnsi="Times New Roman"/>
          <w:sz w:val="24"/>
        </w:rPr>
        <w:t>10. Kuo et al. (2023).</w:t>
      </w:r>
      <w:r>
        <w:rPr>
          <w:rFonts w:ascii="Times New Roman" w:hAnsi="Times New Roman"/>
          <w:sz w:val="24"/>
        </w:rPr>
        <w:br/>
        <w:t>Early depression detection using Graph Transformer.</w:t>
      </w:r>
      <w:r>
        <w:rPr>
          <w:rFonts w:ascii="Times New Roman" w:hAnsi="Times New Roman"/>
          <w:sz w:val="24"/>
        </w:rPr>
        <w:br/>
        <w:t>Source not formally published.</w:t>
      </w:r>
    </w:p>
    <w:p w14:paraId="309FC347" w14:textId="4D546B9A" w:rsidR="005576E5" w:rsidRDefault="00000000">
      <w:pPr>
        <w:spacing w:after="240" w:line="240" w:lineRule="auto"/>
        <w:ind w:left="720"/>
      </w:pPr>
      <w:r>
        <w:rPr>
          <w:rFonts w:ascii="Times New Roman" w:hAnsi="Times New Roman"/>
          <w:sz w:val="24"/>
        </w:rPr>
        <w:t>11. Kessler et al. (2022).</w:t>
      </w:r>
      <w:r>
        <w:rPr>
          <w:rFonts w:ascii="Times New Roman" w:hAnsi="Times New Roman"/>
          <w:sz w:val="24"/>
        </w:rPr>
        <w:br/>
        <w:t>Early identification of major depression in adolescents.</w:t>
      </w:r>
      <w:r>
        <w:rPr>
          <w:rFonts w:ascii="Times New Roman" w:hAnsi="Times New Roman"/>
          <w:sz w:val="24"/>
        </w:rPr>
        <w:br/>
        <w:t>JAMA Psychiatry.</w:t>
      </w:r>
      <w:r>
        <w:rPr>
          <w:rFonts w:ascii="Times New Roman" w:hAnsi="Times New Roman"/>
          <w:sz w:val="24"/>
        </w:rPr>
        <w:br/>
        <w:t>https://jamanetwork.com/journals/jamapsychiatry</w:t>
      </w:r>
    </w:p>
    <w:p w14:paraId="7C134532" w14:textId="1E993CCB" w:rsidR="005576E5" w:rsidRDefault="00000000">
      <w:pPr>
        <w:spacing w:after="240" w:line="240" w:lineRule="auto"/>
        <w:ind w:left="720"/>
      </w:pPr>
      <w:r>
        <w:rPr>
          <w:rFonts w:ascii="Times New Roman" w:hAnsi="Times New Roman"/>
          <w:sz w:val="24"/>
        </w:rPr>
        <w:t>12. Rao et al. (2023).</w:t>
      </w:r>
      <w:r>
        <w:rPr>
          <w:rFonts w:ascii="Times New Roman" w:hAnsi="Times New Roman"/>
          <w:sz w:val="24"/>
        </w:rPr>
        <w:br/>
        <w:t>ML for early detection of mental-health disorders in children.</w:t>
      </w:r>
      <w:r>
        <w:rPr>
          <w:rFonts w:ascii="Times New Roman" w:hAnsi="Times New Roman"/>
          <w:sz w:val="24"/>
        </w:rPr>
        <w:br/>
        <w:t>Frontiers in Psychiatry.</w:t>
      </w:r>
      <w:r>
        <w:rPr>
          <w:rFonts w:ascii="Times New Roman" w:hAnsi="Times New Roman"/>
          <w:sz w:val="24"/>
        </w:rPr>
        <w:br/>
        <w:t>https://www.frontiersin.org/journals/psychiatry</w:t>
      </w:r>
    </w:p>
    <w:p w14:paraId="0A52772B" w14:textId="5E9EEE89" w:rsidR="005576E5" w:rsidRDefault="00000000">
      <w:pPr>
        <w:spacing w:after="240" w:line="240" w:lineRule="auto"/>
        <w:ind w:left="720"/>
      </w:pPr>
      <w:r>
        <w:rPr>
          <w:rFonts w:ascii="Times New Roman" w:hAnsi="Times New Roman"/>
          <w:sz w:val="24"/>
        </w:rPr>
        <w:t>13. García-Carmona et al. (2021).</w:t>
      </w:r>
      <w:r>
        <w:rPr>
          <w:rFonts w:ascii="Times New Roman" w:hAnsi="Times New Roman"/>
          <w:sz w:val="24"/>
        </w:rPr>
        <w:br/>
        <w:t>Predicting emotional &amp; behavioral problems using ML.</w:t>
      </w:r>
      <w:r>
        <w:rPr>
          <w:rFonts w:ascii="Times New Roman" w:hAnsi="Times New Roman"/>
          <w:sz w:val="24"/>
        </w:rPr>
        <w:br/>
        <w:t>BMC Psychology.</w:t>
      </w:r>
      <w:r>
        <w:rPr>
          <w:rFonts w:ascii="Times New Roman" w:hAnsi="Times New Roman"/>
          <w:sz w:val="24"/>
        </w:rPr>
        <w:br/>
        <w:t xml:space="preserve"> https://bmcpsychology.biomedcentral.com/</w:t>
      </w:r>
    </w:p>
    <w:p w14:paraId="18B26498" w14:textId="749DA3B9" w:rsidR="005576E5" w:rsidRDefault="00000000">
      <w:pPr>
        <w:spacing w:after="240" w:line="240" w:lineRule="auto"/>
        <w:ind w:left="720"/>
      </w:pPr>
      <w:r>
        <w:rPr>
          <w:rFonts w:ascii="Times New Roman" w:hAnsi="Times New Roman"/>
          <w:sz w:val="24"/>
        </w:rPr>
        <w:t>14. Smail et al. (2024).</w:t>
      </w:r>
      <w:r>
        <w:rPr>
          <w:rFonts w:ascii="Times New Roman" w:hAnsi="Times New Roman"/>
          <w:sz w:val="24"/>
        </w:rPr>
        <w:br/>
        <w:t>Deep learning for assessing childhood depression.</w:t>
      </w:r>
      <w:r>
        <w:rPr>
          <w:rFonts w:ascii="Times New Roman" w:hAnsi="Times New Roman"/>
          <w:sz w:val="24"/>
        </w:rPr>
        <w:br/>
        <w:t>IEEE Transactions on Affective Computing.</w:t>
      </w:r>
      <w:r>
        <w:rPr>
          <w:rFonts w:ascii="Times New Roman" w:hAnsi="Times New Roman"/>
          <w:sz w:val="24"/>
        </w:rPr>
        <w:br/>
        <w:t>https://ieeexplore.ieee.org/</w:t>
      </w:r>
    </w:p>
    <w:p w14:paraId="0EC9E8FF" w14:textId="18CE9B15" w:rsidR="005576E5" w:rsidRDefault="00000000">
      <w:pPr>
        <w:spacing w:after="240" w:line="240" w:lineRule="auto"/>
        <w:ind w:left="720"/>
      </w:pPr>
      <w:r>
        <w:rPr>
          <w:rFonts w:ascii="Times New Roman" w:hAnsi="Times New Roman"/>
          <w:sz w:val="24"/>
        </w:rPr>
        <w:lastRenderedPageBreak/>
        <w:t>15. Huang et al. (2022).</w:t>
      </w:r>
      <w:r>
        <w:rPr>
          <w:rFonts w:ascii="Times New Roman" w:hAnsi="Times New Roman"/>
          <w:sz w:val="24"/>
        </w:rPr>
        <w:br/>
        <w:t>Multimodal learning for childhood mental-health assessment.</w:t>
      </w:r>
      <w:r>
        <w:rPr>
          <w:rFonts w:ascii="Times New Roman" w:hAnsi="Times New Roman"/>
          <w:sz w:val="24"/>
        </w:rPr>
        <w:br/>
        <w:t>ACM Transactions on Computing for Healthcare.</w:t>
      </w:r>
      <w:r>
        <w:rPr>
          <w:rFonts w:ascii="Times New Roman" w:hAnsi="Times New Roman"/>
          <w:sz w:val="24"/>
        </w:rPr>
        <w:br/>
        <w:t>https://dl.acm.org/journal/tcch</w:t>
      </w:r>
    </w:p>
    <w:p w14:paraId="72FC46F1" w14:textId="2C5686B6" w:rsidR="005576E5" w:rsidRDefault="00000000">
      <w:pPr>
        <w:spacing w:after="240" w:line="240" w:lineRule="auto"/>
        <w:ind w:left="720"/>
      </w:pPr>
      <w:r>
        <w:rPr>
          <w:rFonts w:ascii="Times New Roman" w:hAnsi="Times New Roman"/>
          <w:sz w:val="24"/>
        </w:rPr>
        <w:t>16. Castro et al. (2020).</w:t>
      </w:r>
      <w:r>
        <w:rPr>
          <w:rFonts w:ascii="Times New Roman" w:hAnsi="Times New Roman"/>
          <w:sz w:val="24"/>
        </w:rPr>
        <w:br/>
        <w:t>Predicting depression onset using EHRs &amp; ML.</w:t>
      </w:r>
      <w:r>
        <w:rPr>
          <w:rFonts w:ascii="Times New Roman" w:hAnsi="Times New Roman"/>
          <w:sz w:val="24"/>
        </w:rPr>
        <w:br/>
        <w:t>Nature Translational Psychiatry.</w:t>
      </w:r>
      <w:r>
        <w:rPr>
          <w:rFonts w:ascii="Times New Roman" w:hAnsi="Times New Roman"/>
          <w:sz w:val="24"/>
        </w:rPr>
        <w:br/>
        <w:t xml:space="preserve"> https://www.nature.com/tp/</w:t>
      </w:r>
    </w:p>
    <w:p w14:paraId="533A7041" w14:textId="5CF489C7" w:rsidR="005576E5" w:rsidRDefault="00000000">
      <w:pPr>
        <w:spacing w:after="240" w:line="240" w:lineRule="auto"/>
        <w:ind w:left="720"/>
      </w:pPr>
      <w:r>
        <w:rPr>
          <w:rFonts w:ascii="Times New Roman" w:hAnsi="Times New Roman"/>
          <w:sz w:val="24"/>
        </w:rPr>
        <w:t>17. Jaiswal et al. (2023).</w:t>
      </w:r>
      <w:r>
        <w:rPr>
          <w:rFonts w:ascii="Times New Roman" w:hAnsi="Times New Roman"/>
          <w:sz w:val="24"/>
        </w:rPr>
        <w:br/>
        <w:t>Explainable AI for pediatric mental-health prediction.</w:t>
      </w:r>
      <w:r>
        <w:rPr>
          <w:rFonts w:ascii="Times New Roman" w:hAnsi="Times New Roman"/>
          <w:sz w:val="24"/>
        </w:rPr>
        <w:br/>
        <w:t>MDPI Electronics.</w:t>
      </w:r>
      <w:r>
        <w:rPr>
          <w:rFonts w:ascii="Times New Roman" w:hAnsi="Times New Roman"/>
          <w:sz w:val="24"/>
        </w:rPr>
        <w:br/>
        <w:t>https://www.mdpi.com/journal/electronics</w:t>
      </w:r>
    </w:p>
    <w:p w14:paraId="03F14C40" w14:textId="379BBB53" w:rsidR="005576E5" w:rsidRDefault="00000000">
      <w:pPr>
        <w:spacing w:after="240" w:line="240" w:lineRule="auto"/>
        <w:ind w:left="720"/>
      </w:pPr>
      <w:r>
        <w:rPr>
          <w:rFonts w:ascii="Times New Roman" w:hAnsi="Times New Roman"/>
          <w:sz w:val="24"/>
        </w:rPr>
        <w:t>18. Kim et al. (2022).</w:t>
      </w:r>
      <w:r>
        <w:rPr>
          <w:rFonts w:ascii="Times New Roman" w:hAnsi="Times New Roman"/>
          <w:sz w:val="24"/>
        </w:rPr>
        <w:br/>
        <w:t>Graph-based neural models for early mental-health detection.</w:t>
      </w:r>
      <w:r>
        <w:rPr>
          <w:rFonts w:ascii="Times New Roman" w:hAnsi="Times New Roman"/>
          <w:sz w:val="24"/>
        </w:rPr>
        <w:br/>
        <w:t>IEEE Access.</w:t>
      </w:r>
      <w:r>
        <w:rPr>
          <w:rFonts w:ascii="Times New Roman" w:hAnsi="Times New Roman"/>
          <w:sz w:val="24"/>
        </w:rPr>
        <w:br/>
        <w:t xml:space="preserve"> https://ieeexplore.ieee.org/Xplore/home.jsp</w:t>
      </w:r>
    </w:p>
    <w:p w14:paraId="5B06F689" w14:textId="33B8121D" w:rsidR="005576E5" w:rsidRDefault="00000000">
      <w:pPr>
        <w:spacing w:after="240" w:line="240" w:lineRule="auto"/>
        <w:ind w:left="720"/>
      </w:pPr>
      <w:r>
        <w:rPr>
          <w:rFonts w:ascii="Times New Roman" w:hAnsi="Times New Roman"/>
          <w:sz w:val="24"/>
        </w:rPr>
        <w:t>19. Ribeiro et al. (2021).</w:t>
      </w:r>
      <w:r>
        <w:rPr>
          <w:rFonts w:ascii="Times New Roman" w:hAnsi="Times New Roman"/>
          <w:sz w:val="24"/>
        </w:rPr>
        <w:br/>
        <w:t>Behavioral pattern analysis for youth depression detection.</w:t>
      </w:r>
      <w:r>
        <w:rPr>
          <w:rFonts w:ascii="Times New Roman" w:hAnsi="Times New Roman"/>
          <w:sz w:val="24"/>
        </w:rPr>
        <w:br/>
        <w:t>Springer LNCS.</w:t>
      </w:r>
      <w:r>
        <w:rPr>
          <w:rFonts w:ascii="Times New Roman" w:hAnsi="Times New Roman"/>
          <w:sz w:val="24"/>
        </w:rPr>
        <w:br/>
        <w:t xml:space="preserve"> https://link.springer.com/</w:t>
      </w:r>
    </w:p>
    <w:p w14:paraId="352CC3F5" w14:textId="7C5DC0BD" w:rsidR="005576E5" w:rsidRDefault="00000000">
      <w:pPr>
        <w:spacing w:after="240" w:line="240" w:lineRule="auto"/>
        <w:ind w:left="720"/>
      </w:pPr>
      <w:r>
        <w:rPr>
          <w:rFonts w:ascii="Times New Roman" w:hAnsi="Times New Roman"/>
          <w:sz w:val="24"/>
        </w:rPr>
        <w:t>20. World Health Organization (2023).</w:t>
      </w:r>
      <w:r>
        <w:rPr>
          <w:rFonts w:ascii="Times New Roman" w:hAnsi="Times New Roman"/>
          <w:sz w:val="24"/>
        </w:rPr>
        <w:br/>
        <w:t>Global adolescent depression epidemiology &amp; screening.</w:t>
      </w:r>
      <w:r>
        <w:rPr>
          <w:rFonts w:ascii="Times New Roman" w:hAnsi="Times New Roman"/>
          <w:sz w:val="24"/>
        </w:rPr>
        <w:br/>
        <w:t>WHO Publications.</w:t>
      </w:r>
      <w:r>
        <w:rPr>
          <w:rFonts w:ascii="Times New Roman" w:hAnsi="Times New Roman"/>
          <w:sz w:val="24"/>
        </w:rPr>
        <w:br/>
        <w:t xml:space="preserve"> https://www.who.int/publications</w:t>
      </w:r>
    </w:p>
    <w:p w14:paraId="11664DD9" w14:textId="6901927D" w:rsidR="005576E5" w:rsidRDefault="00000000">
      <w:pPr>
        <w:spacing w:after="240" w:line="240" w:lineRule="auto"/>
        <w:ind w:left="720"/>
      </w:pPr>
      <w:r>
        <w:rPr>
          <w:rFonts w:ascii="Times New Roman" w:hAnsi="Times New Roman"/>
          <w:sz w:val="24"/>
        </w:rPr>
        <w:t>21. Shen et al. (2024).</w:t>
      </w:r>
      <w:r>
        <w:rPr>
          <w:rFonts w:ascii="Times New Roman" w:hAnsi="Times New Roman"/>
          <w:sz w:val="24"/>
        </w:rPr>
        <w:br/>
        <w:t>ML models for predicting adolescent mental-health risks.</w:t>
      </w:r>
      <w:r>
        <w:rPr>
          <w:rFonts w:ascii="Times New Roman" w:hAnsi="Times New Roman"/>
          <w:sz w:val="24"/>
        </w:rPr>
        <w:br/>
        <w:t>Nature Scientific Reports.</w:t>
      </w:r>
      <w:r>
        <w:rPr>
          <w:rFonts w:ascii="Times New Roman" w:hAnsi="Times New Roman"/>
          <w:sz w:val="24"/>
        </w:rPr>
        <w:br/>
        <w:t xml:space="preserve"> https://www.nature.com/srep/</w:t>
      </w:r>
    </w:p>
    <w:p w14:paraId="1CC52805" w14:textId="59994BE6" w:rsidR="005576E5" w:rsidRDefault="00000000">
      <w:pPr>
        <w:spacing w:after="240" w:line="240" w:lineRule="auto"/>
        <w:ind w:left="720"/>
      </w:pPr>
      <w:r>
        <w:rPr>
          <w:rFonts w:ascii="Times New Roman" w:hAnsi="Times New Roman"/>
          <w:sz w:val="24"/>
        </w:rPr>
        <w:t>22. Islam et al. (2020).</w:t>
      </w:r>
      <w:r>
        <w:rPr>
          <w:rFonts w:ascii="Times New Roman" w:hAnsi="Times New Roman"/>
          <w:sz w:val="24"/>
        </w:rPr>
        <w:br/>
        <w:t>Systematic review of ML-based depression detection.</w:t>
      </w:r>
      <w:r>
        <w:rPr>
          <w:rFonts w:ascii="Times New Roman" w:hAnsi="Times New Roman"/>
          <w:sz w:val="24"/>
        </w:rPr>
        <w:br/>
        <w:t>IEEE Access.</w:t>
      </w:r>
      <w:r>
        <w:rPr>
          <w:rFonts w:ascii="Times New Roman" w:hAnsi="Times New Roman"/>
          <w:sz w:val="24"/>
        </w:rPr>
        <w:br/>
        <w:t xml:space="preserve"> https://ieeexplore.ieee.org/</w:t>
      </w:r>
    </w:p>
    <w:bookmarkEnd w:id="0"/>
    <w:p w14:paraId="529D0568" w14:textId="77777777" w:rsidR="005576E5" w:rsidRDefault="005576E5"/>
    <w:sectPr w:rsidR="005576E5" w:rsidSect="00034616">
      <w:headerReference w:type="even" r:id="rId18"/>
      <w:headerReference w:type="default" r:id="rId19"/>
      <w:footerReference w:type="default" r:id="rId20"/>
      <w:headerReference w:type="firs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9171F" w14:textId="77777777" w:rsidR="00F332FB" w:rsidRDefault="00F332FB">
      <w:pPr>
        <w:spacing w:after="0" w:line="240" w:lineRule="auto"/>
      </w:pPr>
      <w:r>
        <w:separator/>
      </w:r>
    </w:p>
  </w:endnote>
  <w:endnote w:type="continuationSeparator" w:id="0">
    <w:p w14:paraId="183484B5" w14:textId="77777777" w:rsidR="00F332FB" w:rsidRDefault="00F33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7B89" w14:textId="77777777" w:rsidR="005576E5" w:rsidRDefault="00557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228E4" w14:textId="77777777" w:rsidR="00F332FB" w:rsidRDefault="00F332FB">
      <w:pPr>
        <w:spacing w:after="0" w:line="240" w:lineRule="auto"/>
      </w:pPr>
      <w:r>
        <w:separator/>
      </w:r>
    </w:p>
  </w:footnote>
  <w:footnote w:type="continuationSeparator" w:id="0">
    <w:p w14:paraId="1C8B63B1" w14:textId="77777777" w:rsidR="00F332FB" w:rsidRDefault="00F332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8F28" w14:textId="67EE18A9" w:rsidR="008F68FC" w:rsidRDefault="008F68FC">
    <w:pPr>
      <w:pStyle w:val="Header"/>
    </w:pPr>
    <w:r>
      <w:rPr>
        <w:noProof/>
      </w:rPr>
      <mc:AlternateContent>
        <mc:Choice Requires="wps">
          <w:drawing>
            <wp:anchor distT="0" distB="0" distL="0" distR="0" simplePos="0" relativeHeight="251659264" behindDoc="0" locked="0" layoutInCell="1" allowOverlap="1" wp14:anchorId="34350681" wp14:editId="4A4C2777">
              <wp:simplePos x="635" y="635"/>
              <wp:positionH relativeFrom="page">
                <wp:align>left</wp:align>
              </wp:positionH>
              <wp:positionV relativeFrom="page">
                <wp:align>top</wp:align>
              </wp:positionV>
              <wp:extent cx="3719830" cy="386715"/>
              <wp:effectExtent l="0" t="0" r="13970" b="13335"/>
              <wp:wrapNone/>
              <wp:docPr id="1563044494" name="Text Box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19830" cy="386715"/>
                      </a:xfrm>
                      <a:prstGeom prst="rect">
                        <a:avLst/>
                      </a:prstGeom>
                      <a:noFill/>
                      <a:ln>
                        <a:noFill/>
                      </a:ln>
                    </wps:spPr>
                    <wps:txbx>
                      <w:txbxContent>
                        <w:p w14:paraId="271BAFE1" w14:textId="6C370062" w:rsidR="008F68FC" w:rsidRPr="008F68FC" w:rsidRDefault="008F68FC" w:rsidP="008F68FC">
                          <w:pPr>
                            <w:spacing w:after="0"/>
                            <w:rPr>
                              <w:rFonts w:ascii="Aptos" w:eastAsia="Aptos" w:hAnsi="Aptos" w:cs="Aptos"/>
                              <w:noProof/>
                              <w:color w:val="5C2D91"/>
                            </w:rPr>
                          </w:pPr>
                          <w:r w:rsidRPr="008F68FC">
                            <w:rPr>
                              <w:rFonts w:ascii="Aptos" w:eastAsia="Aptos" w:hAnsi="Aptos" w:cs="Aptos"/>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4350681" id="_x0000_t202" coordsize="21600,21600" o:spt="202" path="m,l,21600r21600,l21600,xe">
              <v:stroke joinstyle="miter"/>
              <v:path gradientshapeok="t" o:connecttype="rect"/>
            </v:shapetype>
            <v:shape id="Text Box 3" o:spid="_x0000_s1026" type="#_x0000_t202" alt="This message/document has been classified as “Internal”" style="position:absolute;margin-left:0;margin-top:0;width:292.9pt;height:30.4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" filled="f" stroked="f">
              <v:fill o:detectmouseclick="t"/>
              <v:textbox style="mso-fit-shape-to-text:t" inset="20pt,15pt,0,0">
                <w:txbxContent>
                  <w:p w14:paraId="271BAFE1" w14:textId="6C370062" w:rsidR="008F68FC" w:rsidRPr="008F68FC" w:rsidRDefault="008F68FC" w:rsidP="008F68FC">
                    <w:pPr>
                      <w:spacing w:after="0"/>
                      <w:rPr>
                        <w:rFonts w:ascii="Aptos" w:eastAsia="Aptos" w:hAnsi="Aptos" w:cs="Aptos"/>
                        <w:noProof/>
                        <w:color w:val="5C2D91"/>
                      </w:rPr>
                    </w:pPr>
                    <w:r w:rsidRPr="008F68FC">
                      <w:rPr>
                        <w:rFonts w:ascii="Aptos" w:eastAsia="Aptos" w:hAnsi="Aptos" w:cs="Aptos"/>
                        <w:noProof/>
                        <w:color w:val="5C2D91"/>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475FE" w14:textId="2AD8D54F" w:rsidR="008F68FC" w:rsidRDefault="008F68FC">
    <w:pPr>
      <w:pStyle w:val="Header"/>
    </w:pPr>
    <w:r>
      <w:rPr>
        <w:noProof/>
      </w:rPr>
      <mc:AlternateContent>
        <mc:Choice Requires="wps">
          <w:drawing>
            <wp:anchor distT="0" distB="0" distL="0" distR="0" simplePos="0" relativeHeight="251660288" behindDoc="0" locked="0" layoutInCell="1" allowOverlap="1" wp14:anchorId="5B7BF43D" wp14:editId="4DEB8380">
              <wp:simplePos x="1143000" y="457200"/>
              <wp:positionH relativeFrom="page">
                <wp:align>left</wp:align>
              </wp:positionH>
              <wp:positionV relativeFrom="page">
                <wp:align>top</wp:align>
              </wp:positionV>
              <wp:extent cx="3719830" cy="386715"/>
              <wp:effectExtent l="0" t="0" r="13970" b="13335"/>
              <wp:wrapNone/>
              <wp:docPr id="1661842912" name="Text Box 4"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19830" cy="386715"/>
                      </a:xfrm>
                      <a:prstGeom prst="rect">
                        <a:avLst/>
                      </a:prstGeom>
                      <a:noFill/>
                      <a:ln>
                        <a:noFill/>
                      </a:ln>
                    </wps:spPr>
                    <wps:txbx>
                      <w:txbxContent>
                        <w:p w14:paraId="707CE403" w14:textId="02443517" w:rsidR="008F68FC" w:rsidRPr="008F68FC" w:rsidRDefault="008F68FC" w:rsidP="008F68FC">
                          <w:pPr>
                            <w:spacing w:after="0"/>
                            <w:rPr>
                              <w:rFonts w:ascii="Aptos" w:eastAsia="Aptos" w:hAnsi="Aptos" w:cs="Aptos"/>
                              <w:noProof/>
                              <w:color w:val="5C2D91"/>
                            </w:rPr>
                          </w:pPr>
                          <w:r w:rsidRPr="008F68FC">
                            <w:rPr>
                              <w:rFonts w:ascii="Aptos" w:eastAsia="Aptos" w:hAnsi="Aptos" w:cs="Aptos"/>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B7BF43D" id="_x0000_t202" coordsize="21600,21600" o:spt="202" path="m,l,21600r21600,l21600,xe">
              <v:stroke joinstyle="miter"/>
              <v:path gradientshapeok="t" o:connecttype="rect"/>
            </v:shapetype>
            <v:shape id="Text Box 4" o:spid="_x0000_s1027" type="#_x0000_t202" alt="This message/document has been classified as “Internal”" style="position:absolute;margin-left:0;margin-top:0;width:292.9pt;height:30.4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" filled="f" stroked="f">
              <v:fill o:detectmouseclick="t"/>
              <v:textbox style="mso-fit-shape-to-text:t" inset="20pt,15pt,0,0">
                <w:txbxContent>
                  <w:p w14:paraId="707CE403" w14:textId="02443517" w:rsidR="008F68FC" w:rsidRPr="008F68FC" w:rsidRDefault="008F68FC" w:rsidP="008F68FC">
                    <w:pPr>
                      <w:spacing w:after="0"/>
                      <w:rPr>
                        <w:rFonts w:ascii="Aptos" w:eastAsia="Aptos" w:hAnsi="Aptos" w:cs="Aptos"/>
                        <w:noProof/>
                        <w:color w:val="5C2D91"/>
                      </w:rPr>
                    </w:pPr>
                    <w:r w:rsidRPr="008F68FC">
                      <w:rPr>
                        <w:rFonts w:ascii="Aptos" w:eastAsia="Aptos" w:hAnsi="Aptos" w:cs="Aptos"/>
                        <w:noProof/>
                        <w:color w:val="5C2D91"/>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DFF98" w14:textId="3B53EB83" w:rsidR="008F68FC" w:rsidRDefault="008F68FC">
    <w:pPr>
      <w:pStyle w:val="Header"/>
    </w:pPr>
    <w:r>
      <w:rPr>
        <w:noProof/>
      </w:rPr>
      <mc:AlternateContent>
        <mc:Choice Requires="wps">
          <w:drawing>
            <wp:anchor distT="0" distB="0" distL="0" distR="0" simplePos="0" relativeHeight="251658240" behindDoc="0" locked="0" layoutInCell="1" allowOverlap="1" wp14:anchorId="1D7EE718" wp14:editId="1D4A5DA9">
              <wp:simplePos x="635" y="635"/>
              <wp:positionH relativeFrom="page">
                <wp:align>left</wp:align>
              </wp:positionH>
              <wp:positionV relativeFrom="page">
                <wp:align>top</wp:align>
              </wp:positionV>
              <wp:extent cx="3719830" cy="386715"/>
              <wp:effectExtent l="0" t="0" r="13970" b="13335"/>
              <wp:wrapNone/>
              <wp:docPr id="663706927" name="Text Box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19830" cy="386715"/>
                      </a:xfrm>
                      <a:prstGeom prst="rect">
                        <a:avLst/>
                      </a:prstGeom>
                      <a:noFill/>
                      <a:ln>
                        <a:noFill/>
                      </a:ln>
                    </wps:spPr>
                    <wps:txbx>
                      <w:txbxContent>
                        <w:p w14:paraId="62586204" w14:textId="73B511DC" w:rsidR="008F68FC" w:rsidRPr="008F68FC" w:rsidRDefault="008F68FC" w:rsidP="008F68FC">
                          <w:pPr>
                            <w:spacing w:after="0"/>
                            <w:rPr>
                              <w:rFonts w:ascii="Aptos" w:eastAsia="Aptos" w:hAnsi="Aptos" w:cs="Aptos"/>
                              <w:noProof/>
                              <w:color w:val="5C2D91"/>
                            </w:rPr>
                          </w:pPr>
                          <w:r w:rsidRPr="008F68FC">
                            <w:rPr>
                              <w:rFonts w:ascii="Aptos" w:eastAsia="Aptos" w:hAnsi="Aptos" w:cs="Aptos"/>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7EE718" id="_x0000_t202" coordsize="21600,21600" o:spt="202" path="m,l,21600r21600,l21600,xe">
              <v:stroke joinstyle="miter"/>
              <v:path gradientshapeok="t" o:connecttype="rect"/>
            </v:shapetype>
            <v:shape id="Text Box 2" o:spid="_x0000_s1028" type="#_x0000_t202" alt="This message/document has been classified as “Internal”" style="position:absolute;margin-left:0;margin-top:0;width:292.9pt;height:30.4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" filled="f" stroked="f">
              <v:fill o:detectmouseclick="t"/>
              <v:textbox style="mso-fit-shape-to-text:t" inset="20pt,15pt,0,0">
                <w:txbxContent>
                  <w:p w14:paraId="62586204" w14:textId="73B511DC" w:rsidR="008F68FC" w:rsidRPr="008F68FC" w:rsidRDefault="008F68FC" w:rsidP="008F68FC">
                    <w:pPr>
                      <w:spacing w:after="0"/>
                      <w:rPr>
                        <w:rFonts w:ascii="Aptos" w:eastAsia="Aptos" w:hAnsi="Aptos" w:cs="Aptos"/>
                        <w:noProof/>
                        <w:color w:val="5C2D91"/>
                      </w:rPr>
                    </w:pPr>
                    <w:r w:rsidRPr="008F68FC">
                      <w:rPr>
                        <w:rFonts w:ascii="Aptos" w:eastAsia="Aptos" w:hAnsi="Aptos" w:cs="Aptos"/>
                        <w:noProof/>
                        <w:color w:val="5C2D91"/>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46750350">
    <w:abstractNumId w:val="8"/>
  </w:num>
  <w:num w:numId="2" w16cid:durableId="1606964611">
    <w:abstractNumId w:val="6"/>
  </w:num>
  <w:num w:numId="3" w16cid:durableId="951549094">
    <w:abstractNumId w:val="5"/>
  </w:num>
  <w:num w:numId="4" w16cid:durableId="462315516">
    <w:abstractNumId w:val="4"/>
  </w:num>
  <w:num w:numId="5" w16cid:durableId="81729311">
    <w:abstractNumId w:val="7"/>
  </w:num>
  <w:num w:numId="6" w16cid:durableId="410346837">
    <w:abstractNumId w:val="3"/>
  </w:num>
  <w:num w:numId="7" w16cid:durableId="414976280">
    <w:abstractNumId w:val="2"/>
  </w:num>
  <w:num w:numId="8" w16cid:durableId="499389861">
    <w:abstractNumId w:val="1"/>
  </w:num>
  <w:num w:numId="9" w16cid:durableId="488522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A76"/>
    <w:rsid w:val="00034616"/>
    <w:rsid w:val="00041CCD"/>
    <w:rsid w:val="0006063C"/>
    <w:rsid w:val="0015074B"/>
    <w:rsid w:val="00204AEF"/>
    <w:rsid w:val="0029639D"/>
    <w:rsid w:val="00326F90"/>
    <w:rsid w:val="003B51DF"/>
    <w:rsid w:val="004369E6"/>
    <w:rsid w:val="005576E5"/>
    <w:rsid w:val="005E0F29"/>
    <w:rsid w:val="0060442E"/>
    <w:rsid w:val="0065519D"/>
    <w:rsid w:val="00660CF5"/>
    <w:rsid w:val="006A5F2B"/>
    <w:rsid w:val="006E2089"/>
    <w:rsid w:val="00791B41"/>
    <w:rsid w:val="007B35EB"/>
    <w:rsid w:val="008B56E7"/>
    <w:rsid w:val="008F68FC"/>
    <w:rsid w:val="00920840"/>
    <w:rsid w:val="009E243C"/>
    <w:rsid w:val="00AA1D8D"/>
    <w:rsid w:val="00B47730"/>
    <w:rsid w:val="00C3744C"/>
    <w:rsid w:val="00CB0664"/>
    <w:rsid w:val="00DB14C3"/>
    <w:rsid w:val="00DC00F9"/>
    <w:rsid w:val="00E02F74"/>
    <w:rsid w:val="00EB2129"/>
    <w:rsid w:val="00F332F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74B532"/>
  <w14:defaultImageDpi w14:val="300"/>
  <w15:docId w15:val="{2B75D6C8-9E05-4B05-9DCD-84D937B7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8F68FC"/>
    <w:pPr>
      <w:widowControl w:val="0"/>
      <w:autoSpaceDE w:val="0"/>
      <w:autoSpaceDN w:val="0"/>
      <w:spacing w:after="0" w:line="240" w:lineRule="auto"/>
      <w:ind w:left="19"/>
      <w:jc w:val="center"/>
    </w:pPr>
    <w:rPr>
      <w:rFonts w:ascii="Times New Roman" w:eastAsia="Times New Roman" w:hAnsi="Times New Roman" w:cs="Times New Roman"/>
    </w:rPr>
  </w:style>
  <w:style w:type="table" w:styleId="PlainTable1">
    <w:name w:val="Plain Table 1"/>
    <w:basedOn w:val="TableNormal"/>
    <w:uiPriority w:val="99"/>
    <w:rsid w:val="003B51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E2089"/>
    <w:rPr>
      <w:color w:val="0000FF" w:themeColor="hyperlink"/>
      <w:u w:val="single"/>
    </w:rPr>
  </w:style>
  <w:style w:type="character" w:styleId="UnresolvedMention">
    <w:name w:val="Unresolved Mention"/>
    <w:basedOn w:val="DefaultParagraphFont"/>
    <w:uiPriority w:val="99"/>
    <w:semiHidden/>
    <w:unhideWhenUsed/>
    <w:rsid w:val="006E2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mailto:amjadqtaish@midocean.edu.k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ventsgate.org/ijhss"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15</Pages>
  <Words>3239</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Ahmed Eid Alrehely</cp:lastModifiedBy>
  <cp:revision>5</cp:revision>
  <dcterms:created xsi:type="dcterms:W3CDTF">2025-12-18T11:33:00Z</dcterms:created>
  <dcterms:modified xsi:type="dcterms:W3CDTF">2025-12-18T13:28:00Z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103755da-f119-4f36-9a29-8d51e8a8648c</vt:lpwstr>
  </property>
  <property fmtid="{D5CDD505-2E9C-101B-9397-08002B2CF9AE}" pid="3" name="ClassificationContentMarkingHeaderShapeIds">
    <vt:lpwstr>278f5d2f,5d2a2a8e,630db5e0</vt:lpwstr>
  </property>
  <property fmtid="{D5CDD505-2E9C-101B-9397-08002B2CF9AE}" pid="4" name="ClassificationContentMarkingHeaderFontProps">
    <vt:lpwstr>#5c2d91,11,Aptos</vt:lpwstr>
  </property>
  <property fmtid="{D5CDD505-2E9C-101B-9397-08002B2CF9AE}" pid="5" name="ClassificationContentMarkingHeaderText">
    <vt:lpwstr>This message/document has been classified as “Internal”</vt:lpwstr>
  </property>
  <property fmtid="{D5CDD505-2E9C-101B-9397-08002B2CF9AE}" pid="6" name="MSIP_Label_43f4c572-284d-40db-b967-a0c1237dd7c8_Enabled">
    <vt:lpwstr>true</vt:lpwstr>
  </property>
  <property fmtid="{D5CDD505-2E9C-101B-9397-08002B2CF9AE}" pid="7" name="MSIP_Label_43f4c572-284d-40db-b967-a0c1237dd7c8_SetDate">
    <vt:lpwstr>2025-12-18T10:13:11Z</vt:lpwstr>
  </property>
  <property fmtid="{D5CDD505-2E9C-101B-9397-08002B2CF9AE}" pid="8" name="MSIP_Label_43f4c572-284d-40db-b967-a0c1237dd7c8_Method">
    <vt:lpwstr>Standard</vt:lpwstr>
  </property>
  <property fmtid="{D5CDD505-2E9C-101B-9397-08002B2CF9AE}" pid="9" name="MSIP_Label_43f4c572-284d-40db-b967-a0c1237dd7c8_Name">
    <vt:lpwstr>43f4c572-284d-40db-b967-a0c1237dd7c8</vt:lpwstr>
  </property>
  <property fmtid="{D5CDD505-2E9C-101B-9397-08002B2CF9AE}" pid="10" name="MSIP_Label_43f4c572-284d-40db-b967-a0c1237dd7c8_SiteId">
    <vt:lpwstr>350ffe67-1872-4323-ae90-be3e70195eb1</vt:lpwstr>
  </property>
  <property fmtid="{D5CDD505-2E9C-101B-9397-08002B2CF9AE}" pid="11" name="MSIP_Label_43f4c572-284d-40db-b967-a0c1237dd7c8_ActionId">
    <vt:lpwstr>ab9a0e08-1396-4a46-bbb3-c232445f13b6</vt:lpwstr>
  </property>
  <property fmtid="{D5CDD505-2E9C-101B-9397-08002B2CF9AE}" pid="12" name="MSIP_Label_43f4c572-284d-40db-b967-a0c1237dd7c8_ContentBits">
    <vt:lpwstr>1</vt:lpwstr>
  </property>
  <property fmtid="{D5CDD505-2E9C-101B-9397-08002B2CF9AE}" pid="13" name="MSIP_Label_43f4c572-284d-40db-b967-a0c1237dd7c8_Tag">
    <vt:lpwstr>10, 3, 0, 1</vt:lpwstr>
  </property>
</Properties>
</file>