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تحدي 7 - الساعة الثنائية</w:t>
      </w:r>
    </w:p>
    <w:p>
      <w:r>
        <w:t>الحل لهذا التحدي هو أني فكرت في طريقة أبسط بحيث أجرب كل الساعات (0 إلى 11) وكل الدقائق (0 إلى 59)،</w:t>
      </w:r>
    </w:p>
    <w:p>
      <w:r>
        <w:t>وأحسب كم عدد المصابيح المضيئة في كل واحدة باستخدام bin().count('1')،</w:t>
      </w:r>
    </w:p>
    <w:p>
      <w:r>
        <w:t>وأشوف إذا كان عددهم يساوي القيمة المعطاة turnedOn.</w:t>
      </w:r>
    </w:p>
    <w:p>
      <w:r>
        <w:t>إذا كان العدد مضبوط، أضيف الوقت إلى القائمة بالشكل المطلوب.</w:t>
      </w:r>
    </w:p>
    <w:p>
      <w:r>
        <w:t>مثلًا لازم ننتبه إن الساعة ما تكون مثل 01:00 لازم تكون 1:00، والمينيت تكون بصفر لو كانت أقل من 10.</w:t>
      </w:r>
    </w:p>
    <w:p>
      <w:pPr>
        <w:pStyle w:val="Heading1"/>
      </w:pPr>
      <w:r>
        <w:t>الكود اللي كتبته:</w:t>
      </w:r>
    </w:p>
    <w:p>
      <w:r>
        <w:br/>
        <w:t>def readBinaryWatch(turnedOn):</w:t>
        <w:br/>
        <w:t xml:space="preserve">    result = []</w:t>
        <w:br/>
        <w:t xml:space="preserve">    for h in range(12):</w:t>
        <w:br/>
        <w:t xml:space="preserve">        for m in range(60):</w:t>
        <w:br/>
        <w:t xml:space="preserve">            if bin(h).count('1') + bin(m).count('1') == turnedOn:</w:t>
        <w:br/>
        <w:t xml:space="preserve">                result.append(f"{h}:{m:02d}")</w:t>
        <w:br/>
        <w:t xml:space="preserve">    return result</w:t>
        <w:br/>
      </w:r>
    </w:p>
    <w:p>
      <w:r>
        <w:t>جربت الكود وطلع مضبوط، إذا كانت turnedOn = 1 يعطي:</w:t>
      </w:r>
    </w:p>
    <w:p>
      <w:r>
        <w:t>["0:01","0:02","0:04","0:08","0:16","0:32","1:00","2:00","4:00","8:00"]</w:t>
      </w:r>
    </w:p>
    <w:p>
      <w:r>
        <w:t>وإذا كانت 9 يعطي [] لأنه ما فيه وقت يكون فيه 9 مصابيح مضيئة.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