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D4FDE8A" w14:textId="77777777" w:rsidR="001549D1" w:rsidRPr="00AE7A62" w:rsidRDefault="001549D1" w:rsidP="001549D1">
      <w:pPr>
        <w:spacing w:before="0" w:after="160" w:line="259" w:lineRule="auto"/>
        <w:ind w:firstLine="0"/>
        <w:jc w:val="center"/>
        <w:rPr>
          <w:rFonts w:cs="Sakkal Majalla"/>
          <w:b/>
          <w:bCs/>
          <w:sz w:val="36"/>
          <w:szCs w:val="38"/>
          <w:rtl/>
        </w:rPr>
      </w:pPr>
      <w:r w:rsidRPr="00AE7A62">
        <w:rPr>
          <w:rFonts w:cs="Sakkal Majalla"/>
          <w:b/>
          <w:bCs/>
          <w:sz w:val="36"/>
          <w:szCs w:val="38"/>
          <w:rtl/>
        </w:rPr>
        <w:t>بسم الله الرحمن الرحيم</w:t>
      </w:r>
    </w:p>
    <w:tbl>
      <w:tblPr>
        <w:bidiVisual/>
        <w:tblW w:w="0" w:type="auto"/>
        <w:tblInd w:w="-288" w:type="dxa"/>
        <w:tblLook w:val="04A0" w:firstRow="1" w:lastRow="0" w:firstColumn="1" w:lastColumn="0" w:noHBand="0" w:noVBand="1"/>
      </w:tblPr>
      <w:tblGrid>
        <w:gridCol w:w="3973"/>
        <w:gridCol w:w="2432"/>
        <w:gridCol w:w="2953"/>
      </w:tblGrid>
      <w:tr w:rsidR="001549D1" w:rsidRPr="00AE7A62" w14:paraId="44D5F976" w14:textId="77777777" w:rsidTr="001549D1">
        <w:trPr>
          <w:trHeight w:val="2558"/>
        </w:trPr>
        <w:tc>
          <w:tcPr>
            <w:tcW w:w="3973" w:type="dxa"/>
          </w:tcPr>
          <w:p w14:paraId="2C1956A9" w14:textId="77777777" w:rsidR="001549D1" w:rsidRPr="00AE7A62" w:rsidRDefault="00AC1A0D" w:rsidP="001549D1">
            <w:pPr>
              <w:spacing w:before="0" w:after="160" w:line="259" w:lineRule="auto"/>
              <w:ind w:firstLine="0"/>
              <w:jc w:val="center"/>
              <w:rPr>
                <w:rFonts w:cs="Sakkal Majalla"/>
                <w:sz w:val="36"/>
                <w:szCs w:val="38"/>
                <w:rtl/>
              </w:rPr>
            </w:pPr>
            <w:r w:rsidRPr="00AE7A62">
              <w:rPr>
                <w:rFonts w:cs="Sakkal Majalla" w:hint="cs"/>
                <w:b/>
                <w:bCs/>
                <w:sz w:val="36"/>
                <w:szCs w:val="38"/>
                <w:rtl/>
              </w:rPr>
              <w:t xml:space="preserve">جامعة </w:t>
            </w:r>
            <w:proofErr w:type="spellStart"/>
            <w:r w:rsidRPr="00AE7A62">
              <w:rPr>
                <w:rFonts w:cs="Sakkal Majalla" w:hint="cs"/>
                <w:b/>
                <w:bCs/>
                <w:sz w:val="36"/>
                <w:szCs w:val="38"/>
                <w:rtl/>
              </w:rPr>
              <w:t>ميداوشن</w:t>
            </w:r>
            <w:proofErr w:type="spellEnd"/>
          </w:p>
          <w:p w14:paraId="631E550E" w14:textId="77777777" w:rsidR="001549D1" w:rsidRPr="00AE7A62" w:rsidRDefault="00AC1A0D" w:rsidP="001549D1">
            <w:pPr>
              <w:spacing w:before="0" w:after="160" w:line="259" w:lineRule="auto"/>
              <w:ind w:firstLine="0"/>
              <w:jc w:val="center"/>
              <w:rPr>
                <w:rFonts w:cs="Sakkal Majalla"/>
                <w:b/>
                <w:bCs/>
                <w:sz w:val="36"/>
                <w:szCs w:val="38"/>
              </w:rPr>
            </w:pPr>
            <w:r w:rsidRPr="00AE7A62">
              <w:rPr>
                <w:rFonts w:cs="Sakkal Majalla" w:hint="cs"/>
                <w:b/>
                <w:bCs/>
                <w:sz w:val="36"/>
                <w:szCs w:val="38"/>
                <w:rtl/>
              </w:rPr>
              <w:t xml:space="preserve">كلية الإدارة </w:t>
            </w:r>
          </w:p>
          <w:p w14:paraId="1DB1D4C0" w14:textId="77777777" w:rsidR="001549D1" w:rsidRPr="00AE7A62" w:rsidRDefault="00AC1A0D" w:rsidP="00AC1A0D">
            <w:pPr>
              <w:spacing w:before="0" w:after="160" w:line="259" w:lineRule="auto"/>
              <w:ind w:firstLine="0"/>
              <w:jc w:val="center"/>
              <w:rPr>
                <w:rFonts w:cs="Sakkal Majalla"/>
                <w:sz w:val="36"/>
                <w:szCs w:val="38"/>
                <w:rtl/>
              </w:rPr>
            </w:pPr>
            <w:r w:rsidRPr="00AE7A62">
              <w:rPr>
                <w:rFonts w:cs="Sakkal Majalla"/>
                <w:b/>
                <w:bCs/>
                <w:sz w:val="36"/>
                <w:szCs w:val="38"/>
                <w:rtl/>
              </w:rPr>
              <w:t>برنامج ماجستير إدارة المشاريع</w:t>
            </w:r>
          </w:p>
        </w:tc>
        <w:tc>
          <w:tcPr>
            <w:tcW w:w="2432" w:type="dxa"/>
          </w:tcPr>
          <w:p w14:paraId="4A3B9B59" w14:textId="77777777" w:rsidR="001549D1" w:rsidRPr="00AE7A62" w:rsidRDefault="001549D1" w:rsidP="001549D1">
            <w:pPr>
              <w:spacing w:before="0" w:after="160" w:line="259" w:lineRule="auto"/>
              <w:ind w:firstLine="0"/>
              <w:jc w:val="left"/>
              <w:rPr>
                <w:rFonts w:cs="Sakkal Majalla"/>
                <w:sz w:val="36"/>
                <w:szCs w:val="38"/>
                <w:rtl/>
              </w:rPr>
            </w:pPr>
          </w:p>
        </w:tc>
        <w:tc>
          <w:tcPr>
            <w:tcW w:w="2953" w:type="dxa"/>
          </w:tcPr>
          <w:p w14:paraId="6BC377C0" w14:textId="77777777" w:rsidR="001549D1" w:rsidRPr="00AE7A62" w:rsidRDefault="00AC1A0D" w:rsidP="001549D1">
            <w:pPr>
              <w:spacing w:before="0" w:after="160" w:line="259" w:lineRule="auto"/>
              <w:ind w:firstLine="0"/>
              <w:jc w:val="left"/>
              <w:rPr>
                <w:rFonts w:cs="Sakkal Majalla"/>
                <w:sz w:val="36"/>
                <w:szCs w:val="38"/>
                <w:rtl/>
              </w:rPr>
            </w:pPr>
            <w:r w:rsidRPr="00AE7A62">
              <w:rPr>
                <w:rFonts w:ascii="Simplified Arabic" w:hAnsi="Simplified Arabic" w:cs="Simplified Arabic"/>
                <w:noProof/>
                <w:color w:val="000000" w:themeColor="text1"/>
                <w:sz w:val="42"/>
                <w:szCs w:val="42"/>
                <w:rtl/>
              </w:rPr>
              <w:drawing>
                <wp:anchor distT="0" distB="0" distL="114300" distR="114300" simplePos="0" relativeHeight="251659264" behindDoc="0" locked="0" layoutInCell="1" allowOverlap="1" wp14:anchorId="6D6D638A" wp14:editId="1890A57D">
                  <wp:simplePos x="0" y="0"/>
                  <wp:positionH relativeFrom="column">
                    <wp:posOffset>-66675</wp:posOffset>
                  </wp:positionH>
                  <wp:positionV relativeFrom="paragraph">
                    <wp:posOffset>106582</wp:posOffset>
                  </wp:positionV>
                  <wp:extent cx="2398395" cy="1002030"/>
                  <wp:effectExtent l="0" t="0" r="1905" b="7620"/>
                  <wp:wrapNone/>
                  <wp:docPr id="1" name="صورة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8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398395" cy="100203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</w:tr>
    </w:tbl>
    <w:p w14:paraId="5FCFEF52" w14:textId="77777777" w:rsidR="00595627" w:rsidRPr="00AE7A62" w:rsidRDefault="00AC1A0D" w:rsidP="00AC1A0D">
      <w:pPr>
        <w:spacing w:before="0" w:after="160" w:line="259" w:lineRule="auto"/>
        <w:ind w:firstLine="0"/>
        <w:jc w:val="center"/>
        <w:rPr>
          <w:rFonts w:cs="Sakkal Majalla"/>
          <w:sz w:val="42"/>
          <w:szCs w:val="44"/>
          <w:rtl/>
        </w:rPr>
      </w:pPr>
      <w:r w:rsidRPr="00AE7A62">
        <w:rPr>
          <w:rFonts w:cs="Sakkal Majalla"/>
          <w:b/>
          <w:bCs/>
          <w:sz w:val="46"/>
          <w:szCs w:val="48"/>
          <w:rtl/>
        </w:rPr>
        <w:t>أثر أبعاد التحول الرقمي في إدارة المشاريع على نجاح المشاريع في الجهات الحكومية السعودية: دراسة ميدانية</w:t>
      </w:r>
    </w:p>
    <w:p w14:paraId="471CF342" w14:textId="77777777" w:rsidR="007F4A55" w:rsidRPr="00AE7A62" w:rsidRDefault="007F4A55" w:rsidP="003C447D">
      <w:pPr>
        <w:spacing w:before="0"/>
        <w:ind w:firstLine="0"/>
        <w:jc w:val="center"/>
        <w:rPr>
          <w:rFonts w:cs="Sakkal Majalla"/>
          <w:sz w:val="40"/>
          <w:szCs w:val="42"/>
          <w:rtl/>
        </w:rPr>
      </w:pPr>
      <w:r w:rsidRPr="00AE7A62">
        <w:rPr>
          <w:rFonts w:cs="Sakkal Majalla" w:hint="cs"/>
          <w:sz w:val="40"/>
          <w:szCs w:val="42"/>
          <w:rtl/>
        </w:rPr>
        <w:t>إعداد الطالب</w:t>
      </w:r>
      <w:r w:rsidR="00AE7A62" w:rsidRPr="00AE7A62">
        <w:rPr>
          <w:rFonts w:cs="Sakkal Majalla" w:hint="cs"/>
          <w:sz w:val="40"/>
          <w:szCs w:val="42"/>
          <w:rtl/>
        </w:rPr>
        <w:t>ة</w:t>
      </w:r>
      <w:r w:rsidRPr="00AE7A62">
        <w:rPr>
          <w:rFonts w:cs="Sakkal Majalla" w:hint="cs"/>
          <w:sz w:val="40"/>
          <w:szCs w:val="42"/>
          <w:rtl/>
        </w:rPr>
        <w:t xml:space="preserve"> /</w:t>
      </w:r>
    </w:p>
    <w:p w14:paraId="3CACF5FB" w14:textId="77777777" w:rsidR="007F4A55" w:rsidRDefault="00AE7A62" w:rsidP="003C447D">
      <w:pPr>
        <w:spacing w:before="0"/>
        <w:ind w:firstLine="0"/>
        <w:jc w:val="center"/>
        <w:rPr>
          <w:rFonts w:cs="Sakkal Majalla"/>
          <w:b/>
          <w:bCs/>
          <w:sz w:val="40"/>
          <w:szCs w:val="42"/>
          <w:rtl/>
        </w:rPr>
      </w:pPr>
      <w:r w:rsidRPr="00AE7A62">
        <w:rPr>
          <w:rFonts w:cs="Sakkal Majalla" w:hint="cs"/>
          <w:b/>
          <w:bCs/>
          <w:sz w:val="40"/>
          <w:szCs w:val="42"/>
          <w:rtl/>
        </w:rPr>
        <w:t xml:space="preserve">أريـــــــــج الشمـــــراني </w:t>
      </w:r>
    </w:p>
    <w:p w14:paraId="52657134" w14:textId="77777777" w:rsidR="003C447D" w:rsidRPr="00AE7A62" w:rsidRDefault="003C447D" w:rsidP="003C447D">
      <w:pPr>
        <w:spacing w:before="0"/>
        <w:ind w:firstLine="0"/>
        <w:jc w:val="center"/>
        <w:rPr>
          <w:rFonts w:cs="Sakkal Majalla"/>
          <w:b/>
          <w:bCs/>
          <w:sz w:val="40"/>
          <w:szCs w:val="42"/>
          <w:rtl/>
        </w:rPr>
      </w:pPr>
      <w:r>
        <w:rPr>
          <w:rFonts w:cs="Sakkal Majalla" w:hint="cs"/>
          <w:b/>
          <w:bCs/>
          <w:sz w:val="40"/>
          <w:szCs w:val="42"/>
          <w:rtl/>
        </w:rPr>
        <w:t xml:space="preserve">ماجستير إدارة المشاريع </w:t>
      </w:r>
    </w:p>
    <w:p w14:paraId="18B4BB9F" w14:textId="77777777" w:rsidR="007F4A55" w:rsidRPr="00AE7A62" w:rsidRDefault="003C447D" w:rsidP="003C447D">
      <w:pPr>
        <w:spacing w:before="0"/>
        <w:ind w:firstLine="0"/>
        <w:jc w:val="center"/>
        <w:rPr>
          <w:rFonts w:cs="Sakkal Majalla"/>
          <w:sz w:val="40"/>
          <w:szCs w:val="42"/>
          <w:rtl/>
        </w:rPr>
      </w:pPr>
      <w:r>
        <w:rPr>
          <w:rFonts w:cs="Sakkal Majalla" w:hint="cs"/>
          <w:sz w:val="40"/>
          <w:szCs w:val="42"/>
          <w:rtl/>
        </w:rPr>
        <w:t>253000494</w:t>
      </w:r>
    </w:p>
    <w:p w14:paraId="688E9388" w14:textId="77777777" w:rsidR="007F4A55" w:rsidRPr="00AE7A62" w:rsidRDefault="007F4A55" w:rsidP="007F4A55">
      <w:pPr>
        <w:spacing w:before="0" w:after="160" w:line="259" w:lineRule="auto"/>
        <w:ind w:firstLine="0"/>
        <w:jc w:val="center"/>
        <w:rPr>
          <w:rFonts w:cs="Sakkal Majalla"/>
          <w:sz w:val="40"/>
          <w:szCs w:val="42"/>
          <w:rtl/>
        </w:rPr>
      </w:pPr>
    </w:p>
    <w:p w14:paraId="40BEC144" w14:textId="77777777" w:rsidR="007F4A55" w:rsidRPr="00AE7A62" w:rsidRDefault="007F4A55" w:rsidP="007F4A55">
      <w:pPr>
        <w:spacing w:before="0" w:after="160" w:line="259" w:lineRule="auto"/>
        <w:ind w:firstLine="0"/>
        <w:jc w:val="center"/>
        <w:rPr>
          <w:rFonts w:cs="Sakkal Majalla"/>
          <w:sz w:val="40"/>
          <w:szCs w:val="42"/>
          <w:rtl/>
        </w:rPr>
      </w:pPr>
      <w:proofErr w:type="gramStart"/>
      <w:r w:rsidRPr="00AE7A62">
        <w:rPr>
          <w:rFonts w:cs="Sakkal Majalla" w:hint="cs"/>
          <w:sz w:val="40"/>
          <w:szCs w:val="42"/>
          <w:rtl/>
        </w:rPr>
        <w:t>إشراف :</w:t>
      </w:r>
      <w:proofErr w:type="gramEnd"/>
      <w:r w:rsidRPr="00AE7A62">
        <w:rPr>
          <w:rFonts w:cs="Sakkal Majalla" w:hint="cs"/>
          <w:sz w:val="40"/>
          <w:szCs w:val="42"/>
          <w:rtl/>
        </w:rPr>
        <w:t xml:space="preserve"> </w:t>
      </w:r>
    </w:p>
    <w:p w14:paraId="71092704" w14:textId="77777777" w:rsidR="003C447D" w:rsidRPr="003C447D" w:rsidRDefault="003C447D" w:rsidP="003C447D">
      <w:pPr>
        <w:jc w:val="center"/>
        <w:rPr>
          <w:rFonts w:cs="Sakkal Majalla"/>
          <w:sz w:val="40"/>
          <w:szCs w:val="42"/>
        </w:rPr>
      </w:pPr>
      <w:r w:rsidRPr="003C447D">
        <w:rPr>
          <w:rFonts w:cs="Sakkal Majalla"/>
          <w:sz w:val="40"/>
          <w:szCs w:val="42"/>
          <w:rtl/>
        </w:rPr>
        <w:t xml:space="preserve">د. الفيصل </w:t>
      </w:r>
      <w:proofErr w:type="gramStart"/>
      <w:r w:rsidRPr="003C447D">
        <w:rPr>
          <w:rFonts w:cs="Sakkal Majalla"/>
          <w:sz w:val="40"/>
          <w:szCs w:val="42"/>
          <w:rtl/>
        </w:rPr>
        <w:t>عبدالحميد</w:t>
      </w:r>
      <w:proofErr w:type="gramEnd"/>
      <w:r w:rsidRPr="003C447D">
        <w:rPr>
          <w:rFonts w:cs="Sakkal Majalla"/>
          <w:sz w:val="40"/>
          <w:szCs w:val="42"/>
          <w:rtl/>
        </w:rPr>
        <w:t xml:space="preserve"> محمد</w:t>
      </w:r>
    </w:p>
    <w:p w14:paraId="072AB214" w14:textId="77777777" w:rsidR="003C447D" w:rsidRPr="003C447D" w:rsidRDefault="003C447D" w:rsidP="003C447D">
      <w:pPr>
        <w:jc w:val="center"/>
        <w:rPr>
          <w:rFonts w:cs="Sakkal Majalla"/>
          <w:sz w:val="40"/>
          <w:szCs w:val="42"/>
        </w:rPr>
      </w:pPr>
      <w:r w:rsidRPr="003C447D">
        <w:rPr>
          <w:rFonts w:cs="Sakkal Majalla"/>
          <w:sz w:val="40"/>
          <w:szCs w:val="42"/>
        </w:rPr>
        <w:t xml:space="preserve">Dr. </w:t>
      </w:r>
      <w:proofErr w:type="spellStart"/>
      <w:r w:rsidRPr="003C447D">
        <w:rPr>
          <w:rFonts w:cs="Sakkal Majalla"/>
          <w:sz w:val="40"/>
          <w:szCs w:val="42"/>
        </w:rPr>
        <w:t>Alfaisal</w:t>
      </w:r>
      <w:proofErr w:type="spellEnd"/>
      <w:r w:rsidRPr="003C447D">
        <w:rPr>
          <w:rFonts w:cs="Sakkal Majalla"/>
          <w:sz w:val="40"/>
          <w:szCs w:val="42"/>
        </w:rPr>
        <w:t xml:space="preserve"> Abdelhameed </w:t>
      </w:r>
      <w:proofErr w:type="spellStart"/>
      <w:r w:rsidRPr="003C447D">
        <w:rPr>
          <w:rFonts w:cs="Sakkal Majalla"/>
          <w:sz w:val="40"/>
          <w:szCs w:val="42"/>
        </w:rPr>
        <w:t>Mohame</w:t>
      </w:r>
      <w:proofErr w:type="spellEnd"/>
    </w:p>
    <w:p w14:paraId="0BFE52DB" w14:textId="77777777" w:rsidR="003C447D" w:rsidRPr="003C447D" w:rsidRDefault="003C447D" w:rsidP="003C447D">
      <w:pPr>
        <w:jc w:val="center"/>
        <w:rPr>
          <w:rFonts w:cs="Sakkal Majalla"/>
          <w:sz w:val="40"/>
          <w:szCs w:val="42"/>
        </w:rPr>
      </w:pPr>
      <w:r w:rsidRPr="003C447D">
        <w:rPr>
          <w:rFonts w:cs="Sakkal Majalla"/>
          <w:sz w:val="40"/>
          <w:szCs w:val="42"/>
          <w:rtl/>
        </w:rPr>
        <w:t>د. فايز علي جراد</w:t>
      </w:r>
    </w:p>
    <w:p w14:paraId="36BD47C4" w14:textId="77777777" w:rsidR="003C447D" w:rsidRPr="003C447D" w:rsidRDefault="003C447D" w:rsidP="003C447D">
      <w:pPr>
        <w:jc w:val="center"/>
        <w:rPr>
          <w:rFonts w:cs="Sakkal Majalla"/>
          <w:sz w:val="40"/>
          <w:szCs w:val="42"/>
        </w:rPr>
      </w:pPr>
      <w:r w:rsidRPr="003C447D">
        <w:rPr>
          <w:rFonts w:cs="Sakkal Majalla"/>
          <w:sz w:val="40"/>
          <w:szCs w:val="42"/>
        </w:rPr>
        <w:t xml:space="preserve">Dr. Fayez Ali </w:t>
      </w:r>
      <w:proofErr w:type="spellStart"/>
      <w:r w:rsidRPr="003C447D">
        <w:rPr>
          <w:rFonts w:cs="Sakkal Majalla"/>
          <w:sz w:val="40"/>
          <w:szCs w:val="42"/>
        </w:rPr>
        <w:t>Jrad</w:t>
      </w:r>
      <w:proofErr w:type="spellEnd"/>
    </w:p>
    <w:p w14:paraId="16770A7D" w14:textId="77777777" w:rsidR="003C447D" w:rsidRDefault="003C447D" w:rsidP="007F4A55">
      <w:pPr>
        <w:jc w:val="center"/>
        <w:rPr>
          <w:rFonts w:cs="Sakkal Majalla"/>
          <w:sz w:val="40"/>
          <w:szCs w:val="42"/>
          <w:rtl/>
        </w:rPr>
      </w:pPr>
    </w:p>
    <w:p w14:paraId="6FDA208B" w14:textId="77777777" w:rsidR="007F4A55" w:rsidRPr="00AE7A62" w:rsidRDefault="007F4A55" w:rsidP="007F4A55">
      <w:pPr>
        <w:jc w:val="center"/>
        <w:rPr>
          <w:rFonts w:cs="Sakkal Majalla"/>
          <w:sz w:val="40"/>
          <w:szCs w:val="42"/>
          <w:rtl/>
        </w:rPr>
      </w:pPr>
      <w:r w:rsidRPr="00AE7A62">
        <w:rPr>
          <w:rFonts w:cs="Sakkal Majalla" w:hint="cs"/>
          <w:sz w:val="40"/>
          <w:szCs w:val="42"/>
          <w:rtl/>
        </w:rPr>
        <w:t xml:space="preserve">العام </w:t>
      </w:r>
      <w:proofErr w:type="gramStart"/>
      <w:r w:rsidRPr="00AE7A62">
        <w:rPr>
          <w:rFonts w:cs="Sakkal Majalla" w:hint="cs"/>
          <w:sz w:val="40"/>
          <w:szCs w:val="42"/>
          <w:rtl/>
        </w:rPr>
        <w:t>الجامعي :</w:t>
      </w:r>
      <w:proofErr w:type="gramEnd"/>
    </w:p>
    <w:p w14:paraId="1E1F6B1C" w14:textId="77777777" w:rsidR="007F4A55" w:rsidRPr="00AE7A62" w:rsidRDefault="007F4A55" w:rsidP="004436D1">
      <w:pPr>
        <w:jc w:val="center"/>
        <w:rPr>
          <w:rFonts w:cs="Sakkal Majalla"/>
          <w:sz w:val="36"/>
          <w:szCs w:val="38"/>
          <w:rtl/>
        </w:rPr>
      </w:pPr>
      <w:r w:rsidRPr="00AE7A62">
        <w:rPr>
          <w:rFonts w:cs="Sakkal Majalla" w:hint="cs"/>
          <w:sz w:val="36"/>
          <w:szCs w:val="38"/>
          <w:rtl/>
        </w:rPr>
        <w:t>144</w:t>
      </w:r>
      <w:r w:rsidR="004436D1" w:rsidRPr="00AE7A62">
        <w:rPr>
          <w:rFonts w:cs="Sakkal Majalla" w:hint="cs"/>
          <w:sz w:val="36"/>
          <w:szCs w:val="38"/>
          <w:rtl/>
        </w:rPr>
        <w:t>8</w:t>
      </w:r>
      <w:r w:rsidRPr="00AE7A62">
        <w:rPr>
          <w:rFonts w:cs="Sakkal Majalla" w:hint="cs"/>
          <w:sz w:val="36"/>
          <w:szCs w:val="38"/>
          <w:rtl/>
        </w:rPr>
        <w:t>هـ - 2026م</w:t>
      </w:r>
    </w:p>
    <w:p w14:paraId="365CD954" w14:textId="77777777" w:rsidR="00AC1A0D" w:rsidRPr="00AE7A62" w:rsidRDefault="00B45DBC" w:rsidP="00B45DBC">
      <w:pPr>
        <w:ind w:firstLine="0"/>
        <w:jc w:val="center"/>
        <w:rPr>
          <w:rFonts w:cs="Sakkal Majalla"/>
          <w:sz w:val="36"/>
          <w:szCs w:val="38"/>
          <w:rtl/>
        </w:rPr>
      </w:pPr>
      <w:r>
        <w:rPr>
          <w:rFonts w:cs="Sakkal Majalla" w:hint="cs"/>
          <w:sz w:val="36"/>
          <w:szCs w:val="38"/>
          <w:rtl/>
        </w:rPr>
        <w:lastRenderedPageBreak/>
        <w:t xml:space="preserve">المحتويات: </w:t>
      </w:r>
    </w:p>
    <w:sdt>
      <w:sdtPr>
        <w:rPr>
          <w:b/>
          <w:bCs/>
          <w:rtl/>
          <w:lang w:val="ar-SA"/>
        </w:rPr>
        <w:id w:val="995606948"/>
        <w:docPartObj>
          <w:docPartGallery w:val="Table of Contents"/>
          <w:docPartUnique/>
        </w:docPartObj>
      </w:sdtPr>
      <w:sdtEndPr>
        <w:rPr>
          <w:b w:val="0"/>
          <w:bCs w:val="0"/>
          <w:sz w:val="32"/>
          <w:szCs w:val="34"/>
        </w:rPr>
      </w:sdtEndPr>
      <w:sdtContent>
        <w:p w14:paraId="230A4249" w14:textId="77777777" w:rsidR="003D0C69" w:rsidRPr="003D0C69" w:rsidRDefault="003D0C69" w:rsidP="00B45DBC">
          <w:pPr>
            <w:ind w:firstLine="0"/>
            <w:rPr>
              <w:sz w:val="2"/>
              <w:szCs w:val="2"/>
            </w:rPr>
          </w:pPr>
          <w:r>
            <w:rPr>
              <w:rFonts w:hint="cs"/>
              <w:rtl/>
              <w:lang w:val="ar-SA"/>
            </w:rPr>
            <w:t xml:space="preserve"> </w:t>
          </w:r>
        </w:p>
        <w:p w14:paraId="5B9DAB08" w14:textId="77777777" w:rsidR="00B45DBC" w:rsidRPr="00B45DBC" w:rsidRDefault="003D0C69">
          <w:pPr>
            <w:pStyle w:val="TOC1"/>
            <w:tabs>
              <w:tab w:val="right" w:leader="dot" w:pos="9060"/>
            </w:tabs>
            <w:rPr>
              <w:rFonts w:asciiTheme="minorHAnsi" w:eastAsiaTheme="minorEastAsia" w:hAnsiTheme="minorHAnsi" w:cstheme="minorBidi"/>
              <w:noProof/>
              <w:sz w:val="14"/>
              <w:szCs w:val="14"/>
              <w:rtl/>
            </w:rPr>
          </w:pPr>
          <w:r w:rsidRPr="00B45DBC">
            <w:rPr>
              <w:sz w:val="28"/>
              <w:szCs w:val="30"/>
            </w:rPr>
            <w:fldChar w:fldCharType="begin"/>
          </w:r>
          <w:r w:rsidRPr="00B45DBC">
            <w:rPr>
              <w:sz w:val="28"/>
              <w:szCs w:val="30"/>
            </w:rPr>
            <w:instrText xml:space="preserve"> TOC \o "1-3" \h \z \u </w:instrText>
          </w:r>
          <w:r w:rsidRPr="00B45DBC">
            <w:rPr>
              <w:sz w:val="28"/>
              <w:szCs w:val="30"/>
            </w:rPr>
            <w:fldChar w:fldCharType="separate"/>
          </w:r>
          <w:hyperlink w:anchor="_Toc234793612" w:history="1">
            <w:r w:rsidR="00B45DBC" w:rsidRPr="00B45DBC">
              <w:rPr>
                <w:rStyle w:val="Hyperlink"/>
                <w:rFonts w:eastAsia="Noto Sans Arabic" w:cs="Sakkal Majalla"/>
                <w:b/>
                <w:bCs/>
                <w:noProof/>
                <w:sz w:val="26"/>
                <w:szCs w:val="28"/>
                <w:rtl/>
              </w:rPr>
              <w:t>الشكر</w:t>
            </w:r>
            <w:r w:rsidR="00B45DBC" w:rsidRPr="00B45DBC">
              <w:rPr>
                <w:rStyle w:val="Hyperlink"/>
                <w:rFonts w:eastAsia="Noto Sans Arabic" w:cs="Sakkal Majalla"/>
                <w:b/>
                <w:bCs/>
                <w:noProof/>
                <w:sz w:val="26"/>
                <w:szCs w:val="28"/>
              </w:rPr>
              <w:t xml:space="preserve"> </w:t>
            </w:r>
            <w:r w:rsidR="00B45DBC" w:rsidRPr="00B45DBC">
              <w:rPr>
                <w:rStyle w:val="Hyperlink"/>
                <w:rFonts w:eastAsia="Noto Sans Arabic" w:cs="Sakkal Majalla"/>
                <w:b/>
                <w:bCs/>
                <w:noProof/>
                <w:sz w:val="26"/>
                <w:szCs w:val="28"/>
                <w:rtl/>
              </w:rPr>
              <w:t>والتقدير</w:t>
            </w:r>
            <w:r w:rsidR="00B45DBC" w:rsidRPr="00B45DBC">
              <w:rPr>
                <w:noProof/>
                <w:webHidden/>
                <w:sz w:val="26"/>
                <w:szCs w:val="28"/>
                <w:rtl/>
              </w:rPr>
              <w:tab/>
            </w:r>
            <w:r w:rsidR="00B45DBC" w:rsidRPr="00B45DBC">
              <w:rPr>
                <w:noProof/>
                <w:webHidden/>
                <w:sz w:val="26"/>
                <w:szCs w:val="28"/>
                <w:rtl/>
              </w:rPr>
              <w:fldChar w:fldCharType="begin"/>
            </w:r>
            <w:r w:rsidR="00B45DBC" w:rsidRPr="00B45DBC">
              <w:rPr>
                <w:noProof/>
                <w:webHidden/>
                <w:sz w:val="26"/>
                <w:szCs w:val="28"/>
                <w:rtl/>
              </w:rPr>
              <w:instrText xml:space="preserve"> </w:instrText>
            </w:r>
            <w:r w:rsidR="00B45DBC" w:rsidRPr="00B45DBC">
              <w:rPr>
                <w:noProof/>
                <w:webHidden/>
                <w:sz w:val="26"/>
                <w:szCs w:val="28"/>
              </w:rPr>
              <w:instrText>PAGEREF</w:instrText>
            </w:r>
            <w:r w:rsidR="00B45DBC" w:rsidRPr="00B45DBC">
              <w:rPr>
                <w:noProof/>
                <w:webHidden/>
                <w:sz w:val="26"/>
                <w:szCs w:val="28"/>
                <w:rtl/>
              </w:rPr>
              <w:instrText xml:space="preserve"> _</w:instrText>
            </w:r>
            <w:r w:rsidR="00B45DBC" w:rsidRPr="00B45DBC">
              <w:rPr>
                <w:noProof/>
                <w:webHidden/>
                <w:sz w:val="26"/>
                <w:szCs w:val="28"/>
              </w:rPr>
              <w:instrText>Toc</w:instrText>
            </w:r>
            <w:r w:rsidR="00B45DBC" w:rsidRPr="00B45DBC">
              <w:rPr>
                <w:noProof/>
                <w:webHidden/>
                <w:sz w:val="26"/>
                <w:szCs w:val="28"/>
                <w:rtl/>
              </w:rPr>
              <w:instrText xml:space="preserve">234793612 </w:instrText>
            </w:r>
            <w:r w:rsidR="00B45DBC" w:rsidRPr="00B45DBC">
              <w:rPr>
                <w:noProof/>
                <w:webHidden/>
                <w:sz w:val="26"/>
                <w:szCs w:val="28"/>
              </w:rPr>
              <w:instrText>\h</w:instrText>
            </w:r>
            <w:r w:rsidR="00B45DBC" w:rsidRPr="00B45DBC">
              <w:rPr>
                <w:noProof/>
                <w:webHidden/>
                <w:sz w:val="26"/>
                <w:szCs w:val="28"/>
                <w:rtl/>
              </w:rPr>
              <w:instrText xml:space="preserve"> </w:instrText>
            </w:r>
            <w:r w:rsidR="00B45DBC" w:rsidRPr="00B45DBC">
              <w:rPr>
                <w:noProof/>
                <w:webHidden/>
                <w:sz w:val="26"/>
                <w:szCs w:val="28"/>
                <w:rtl/>
              </w:rPr>
            </w:r>
            <w:r w:rsidR="00B45DBC" w:rsidRPr="00B45DBC">
              <w:rPr>
                <w:noProof/>
                <w:webHidden/>
                <w:sz w:val="26"/>
                <w:szCs w:val="28"/>
                <w:rtl/>
              </w:rPr>
              <w:fldChar w:fldCharType="separate"/>
            </w:r>
            <w:r w:rsidR="00F41A3F">
              <w:rPr>
                <w:noProof/>
                <w:webHidden/>
                <w:sz w:val="26"/>
                <w:szCs w:val="28"/>
                <w:rtl/>
              </w:rPr>
              <w:t>5</w:t>
            </w:r>
            <w:r w:rsidR="00B45DBC" w:rsidRPr="00B45DBC">
              <w:rPr>
                <w:noProof/>
                <w:webHidden/>
                <w:sz w:val="26"/>
                <w:szCs w:val="28"/>
                <w:rtl/>
              </w:rPr>
              <w:fldChar w:fldCharType="end"/>
            </w:r>
          </w:hyperlink>
        </w:p>
        <w:p w14:paraId="4AB73ACE" w14:textId="77777777" w:rsidR="00B45DBC" w:rsidRPr="00B45DBC" w:rsidRDefault="00B45DBC">
          <w:pPr>
            <w:pStyle w:val="TOC1"/>
            <w:tabs>
              <w:tab w:val="right" w:leader="dot" w:pos="9060"/>
            </w:tabs>
            <w:rPr>
              <w:rFonts w:asciiTheme="minorHAnsi" w:eastAsiaTheme="minorEastAsia" w:hAnsiTheme="minorHAnsi" w:cstheme="minorBidi"/>
              <w:noProof/>
              <w:sz w:val="14"/>
              <w:szCs w:val="14"/>
              <w:rtl/>
            </w:rPr>
          </w:pPr>
          <w:hyperlink w:anchor="_Toc234793613" w:history="1">
            <w:r w:rsidRPr="00B45DBC">
              <w:rPr>
                <w:rStyle w:val="Hyperlink"/>
                <w:rFonts w:eastAsia="Noto Sans Arabic" w:cs="Sakkal Majalla"/>
                <w:b/>
                <w:bCs/>
                <w:noProof/>
                <w:sz w:val="26"/>
                <w:szCs w:val="28"/>
                <w:rtl/>
              </w:rPr>
              <w:t>الملخص</w:t>
            </w:r>
            <w:r w:rsidRPr="00B45DBC">
              <w:rPr>
                <w:noProof/>
                <w:webHidden/>
                <w:sz w:val="26"/>
                <w:szCs w:val="28"/>
                <w:rtl/>
              </w:rPr>
              <w:tab/>
            </w:r>
            <w:r w:rsidRPr="00B45DBC">
              <w:rPr>
                <w:noProof/>
                <w:webHidden/>
                <w:sz w:val="26"/>
                <w:szCs w:val="28"/>
                <w:rtl/>
              </w:rPr>
              <w:fldChar w:fldCharType="begin"/>
            </w:r>
            <w:r w:rsidRPr="00B45DBC">
              <w:rPr>
                <w:noProof/>
                <w:webHidden/>
                <w:sz w:val="26"/>
                <w:szCs w:val="28"/>
                <w:rtl/>
              </w:rPr>
              <w:instrText xml:space="preserve"> </w:instrText>
            </w:r>
            <w:r w:rsidRPr="00B45DBC">
              <w:rPr>
                <w:noProof/>
                <w:webHidden/>
                <w:sz w:val="26"/>
                <w:szCs w:val="28"/>
              </w:rPr>
              <w:instrText>PAGEREF</w:instrText>
            </w:r>
            <w:r w:rsidRPr="00B45DBC">
              <w:rPr>
                <w:noProof/>
                <w:webHidden/>
                <w:sz w:val="26"/>
                <w:szCs w:val="28"/>
                <w:rtl/>
              </w:rPr>
              <w:instrText xml:space="preserve"> _</w:instrText>
            </w:r>
            <w:r w:rsidRPr="00B45DBC">
              <w:rPr>
                <w:noProof/>
                <w:webHidden/>
                <w:sz w:val="26"/>
                <w:szCs w:val="28"/>
              </w:rPr>
              <w:instrText>Toc</w:instrText>
            </w:r>
            <w:r w:rsidRPr="00B45DBC">
              <w:rPr>
                <w:noProof/>
                <w:webHidden/>
                <w:sz w:val="26"/>
                <w:szCs w:val="28"/>
                <w:rtl/>
              </w:rPr>
              <w:instrText xml:space="preserve">234793613 </w:instrText>
            </w:r>
            <w:r w:rsidRPr="00B45DBC">
              <w:rPr>
                <w:noProof/>
                <w:webHidden/>
                <w:sz w:val="26"/>
                <w:szCs w:val="28"/>
              </w:rPr>
              <w:instrText>\h</w:instrText>
            </w:r>
            <w:r w:rsidRPr="00B45DBC">
              <w:rPr>
                <w:noProof/>
                <w:webHidden/>
                <w:sz w:val="26"/>
                <w:szCs w:val="28"/>
                <w:rtl/>
              </w:rPr>
              <w:instrText xml:space="preserve"> </w:instrText>
            </w:r>
            <w:r w:rsidRPr="00B45DBC">
              <w:rPr>
                <w:noProof/>
                <w:webHidden/>
                <w:sz w:val="26"/>
                <w:szCs w:val="28"/>
                <w:rtl/>
              </w:rPr>
            </w:r>
            <w:r w:rsidRPr="00B45DBC">
              <w:rPr>
                <w:noProof/>
                <w:webHidden/>
                <w:sz w:val="26"/>
                <w:szCs w:val="28"/>
                <w:rtl/>
              </w:rPr>
              <w:fldChar w:fldCharType="separate"/>
            </w:r>
            <w:r w:rsidR="00F41A3F">
              <w:rPr>
                <w:noProof/>
                <w:webHidden/>
                <w:sz w:val="26"/>
                <w:szCs w:val="28"/>
                <w:rtl/>
              </w:rPr>
              <w:t>6</w:t>
            </w:r>
            <w:r w:rsidRPr="00B45DBC">
              <w:rPr>
                <w:noProof/>
                <w:webHidden/>
                <w:sz w:val="26"/>
                <w:szCs w:val="28"/>
                <w:rtl/>
              </w:rPr>
              <w:fldChar w:fldCharType="end"/>
            </w:r>
          </w:hyperlink>
        </w:p>
        <w:p w14:paraId="7257D610" w14:textId="77777777" w:rsidR="00B45DBC" w:rsidRPr="00B45DBC" w:rsidRDefault="00B45DBC">
          <w:pPr>
            <w:pStyle w:val="TOC1"/>
            <w:tabs>
              <w:tab w:val="right" w:leader="dot" w:pos="9060"/>
            </w:tabs>
            <w:rPr>
              <w:rFonts w:asciiTheme="minorHAnsi" w:eastAsiaTheme="minorEastAsia" w:hAnsiTheme="minorHAnsi" w:cstheme="minorBidi"/>
              <w:noProof/>
              <w:sz w:val="14"/>
              <w:szCs w:val="14"/>
              <w:rtl/>
            </w:rPr>
          </w:pPr>
          <w:hyperlink w:anchor="_Toc234793614" w:history="1">
            <w:r w:rsidRPr="00B45DBC">
              <w:rPr>
                <w:rStyle w:val="Hyperlink"/>
                <w:rFonts w:eastAsia="Noto Sans Arabic" w:cs="Sakkal Majalla"/>
                <w:b/>
                <w:bCs/>
                <w:noProof/>
                <w:sz w:val="26"/>
                <w:szCs w:val="28"/>
              </w:rPr>
              <w:t>Abstract</w:t>
            </w:r>
            <w:r w:rsidRPr="00B45DBC">
              <w:rPr>
                <w:noProof/>
                <w:webHidden/>
                <w:sz w:val="26"/>
                <w:szCs w:val="28"/>
                <w:rtl/>
              </w:rPr>
              <w:tab/>
            </w:r>
            <w:r w:rsidRPr="00B45DBC">
              <w:rPr>
                <w:noProof/>
                <w:webHidden/>
                <w:sz w:val="26"/>
                <w:szCs w:val="28"/>
                <w:rtl/>
              </w:rPr>
              <w:fldChar w:fldCharType="begin"/>
            </w:r>
            <w:r w:rsidRPr="00B45DBC">
              <w:rPr>
                <w:noProof/>
                <w:webHidden/>
                <w:sz w:val="26"/>
                <w:szCs w:val="28"/>
                <w:rtl/>
              </w:rPr>
              <w:instrText xml:space="preserve"> </w:instrText>
            </w:r>
            <w:r w:rsidRPr="00B45DBC">
              <w:rPr>
                <w:noProof/>
                <w:webHidden/>
                <w:sz w:val="26"/>
                <w:szCs w:val="28"/>
              </w:rPr>
              <w:instrText>PAGEREF</w:instrText>
            </w:r>
            <w:r w:rsidRPr="00B45DBC">
              <w:rPr>
                <w:noProof/>
                <w:webHidden/>
                <w:sz w:val="26"/>
                <w:szCs w:val="28"/>
                <w:rtl/>
              </w:rPr>
              <w:instrText xml:space="preserve"> _</w:instrText>
            </w:r>
            <w:r w:rsidRPr="00B45DBC">
              <w:rPr>
                <w:noProof/>
                <w:webHidden/>
                <w:sz w:val="26"/>
                <w:szCs w:val="28"/>
              </w:rPr>
              <w:instrText>Toc</w:instrText>
            </w:r>
            <w:r w:rsidRPr="00B45DBC">
              <w:rPr>
                <w:noProof/>
                <w:webHidden/>
                <w:sz w:val="26"/>
                <w:szCs w:val="28"/>
                <w:rtl/>
              </w:rPr>
              <w:instrText xml:space="preserve">234793614 </w:instrText>
            </w:r>
            <w:r w:rsidRPr="00B45DBC">
              <w:rPr>
                <w:noProof/>
                <w:webHidden/>
                <w:sz w:val="26"/>
                <w:szCs w:val="28"/>
              </w:rPr>
              <w:instrText>\h</w:instrText>
            </w:r>
            <w:r w:rsidRPr="00B45DBC">
              <w:rPr>
                <w:noProof/>
                <w:webHidden/>
                <w:sz w:val="26"/>
                <w:szCs w:val="28"/>
                <w:rtl/>
              </w:rPr>
              <w:instrText xml:space="preserve"> </w:instrText>
            </w:r>
            <w:r w:rsidRPr="00B45DBC">
              <w:rPr>
                <w:noProof/>
                <w:webHidden/>
                <w:sz w:val="26"/>
                <w:szCs w:val="28"/>
                <w:rtl/>
              </w:rPr>
            </w:r>
            <w:r w:rsidRPr="00B45DBC">
              <w:rPr>
                <w:noProof/>
                <w:webHidden/>
                <w:sz w:val="26"/>
                <w:szCs w:val="28"/>
                <w:rtl/>
              </w:rPr>
              <w:fldChar w:fldCharType="separate"/>
            </w:r>
            <w:r w:rsidR="00F41A3F">
              <w:rPr>
                <w:noProof/>
                <w:webHidden/>
                <w:sz w:val="26"/>
                <w:szCs w:val="28"/>
                <w:rtl/>
              </w:rPr>
              <w:t>7</w:t>
            </w:r>
            <w:r w:rsidRPr="00B45DBC">
              <w:rPr>
                <w:noProof/>
                <w:webHidden/>
                <w:sz w:val="26"/>
                <w:szCs w:val="28"/>
                <w:rtl/>
              </w:rPr>
              <w:fldChar w:fldCharType="end"/>
            </w:r>
          </w:hyperlink>
        </w:p>
        <w:p w14:paraId="2EBC0CDD" w14:textId="77777777" w:rsidR="00B45DBC" w:rsidRPr="00B45DBC" w:rsidRDefault="00B45DBC">
          <w:pPr>
            <w:pStyle w:val="TOC1"/>
            <w:tabs>
              <w:tab w:val="right" w:leader="dot" w:pos="9060"/>
            </w:tabs>
            <w:rPr>
              <w:rFonts w:asciiTheme="minorHAnsi" w:eastAsiaTheme="minorEastAsia" w:hAnsiTheme="minorHAnsi" w:cstheme="minorBidi"/>
              <w:noProof/>
              <w:sz w:val="14"/>
              <w:szCs w:val="14"/>
              <w:rtl/>
            </w:rPr>
          </w:pPr>
          <w:hyperlink w:anchor="_Toc234793615" w:history="1">
            <w:r w:rsidRPr="00B45DBC">
              <w:rPr>
                <w:rStyle w:val="Hyperlink"/>
                <w:rFonts w:eastAsia="Noto Sans Arabic" w:cs="Sakkal Majalla"/>
                <w:b/>
                <w:bCs/>
                <w:noProof/>
                <w:sz w:val="26"/>
                <w:szCs w:val="28"/>
                <w:rtl/>
              </w:rPr>
              <w:t>الفصل</w:t>
            </w:r>
            <w:r w:rsidRPr="00B45DBC">
              <w:rPr>
                <w:rStyle w:val="Hyperlink"/>
                <w:rFonts w:eastAsia="Noto Sans Arabic" w:cs="Sakkal Majalla"/>
                <w:b/>
                <w:bCs/>
                <w:noProof/>
                <w:sz w:val="26"/>
                <w:szCs w:val="28"/>
              </w:rPr>
              <w:t xml:space="preserve"> </w:t>
            </w:r>
            <w:r w:rsidRPr="00B45DBC">
              <w:rPr>
                <w:rStyle w:val="Hyperlink"/>
                <w:rFonts w:eastAsia="Noto Sans Arabic" w:cs="Sakkal Majalla"/>
                <w:b/>
                <w:bCs/>
                <w:noProof/>
                <w:sz w:val="26"/>
                <w:szCs w:val="28"/>
                <w:rtl/>
              </w:rPr>
              <w:t>الأول</w:t>
            </w:r>
            <w:r w:rsidRPr="00B45DBC">
              <w:rPr>
                <w:rStyle w:val="Hyperlink"/>
                <w:rFonts w:eastAsia="Noto Sans Arabic" w:cs="Sakkal Majalla"/>
                <w:b/>
                <w:bCs/>
                <w:noProof/>
                <w:sz w:val="26"/>
                <w:szCs w:val="28"/>
              </w:rPr>
              <w:t xml:space="preserve">: </w:t>
            </w:r>
            <w:r w:rsidRPr="00B45DBC">
              <w:rPr>
                <w:rStyle w:val="Hyperlink"/>
                <w:rFonts w:eastAsia="Noto Sans Arabic" w:cs="Sakkal Majalla"/>
                <w:b/>
                <w:bCs/>
                <w:noProof/>
                <w:sz w:val="26"/>
                <w:szCs w:val="28"/>
                <w:rtl/>
              </w:rPr>
              <w:t>الإطار</w:t>
            </w:r>
            <w:r w:rsidRPr="00B45DBC">
              <w:rPr>
                <w:rStyle w:val="Hyperlink"/>
                <w:rFonts w:eastAsia="Noto Sans Arabic" w:cs="Sakkal Majalla"/>
                <w:b/>
                <w:bCs/>
                <w:noProof/>
                <w:sz w:val="26"/>
                <w:szCs w:val="28"/>
              </w:rPr>
              <w:t xml:space="preserve"> </w:t>
            </w:r>
            <w:r w:rsidRPr="00B45DBC">
              <w:rPr>
                <w:rStyle w:val="Hyperlink"/>
                <w:rFonts w:eastAsia="Noto Sans Arabic" w:cs="Sakkal Majalla"/>
                <w:b/>
                <w:bCs/>
                <w:noProof/>
                <w:sz w:val="26"/>
                <w:szCs w:val="28"/>
                <w:rtl/>
              </w:rPr>
              <w:t>العام</w:t>
            </w:r>
            <w:r w:rsidRPr="00B45DBC">
              <w:rPr>
                <w:rStyle w:val="Hyperlink"/>
                <w:rFonts w:eastAsia="Noto Sans Arabic" w:cs="Sakkal Majalla"/>
                <w:b/>
                <w:bCs/>
                <w:noProof/>
                <w:sz w:val="26"/>
                <w:szCs w:val="28"/>
              </w:rPr>
              <w:t xml:space="preserve"> </w:t>
            </w:r>
            <w:r w:rsidRPr="00B45DBC">
              <w:rPr>
                <w:rStyle w:val="Hyperlink"/>
                <w:rFonts w:eastAsia="Noto Sans Arabic" w:cs="Sakkal Majalla"/>
                <w:b/>
                <w:bCs/>
                <w:noProof/>
                <w:sz w:val="26"/>
                <w:szCs w:val="28"/>
                <w:rtl/>
              </w:rPr>
              <w:t>للدراسة</w:t>
            </w:r>
            <w:r w:rsidRPr="00B45DBC">
              <w:rPr>
                <w:noProof/>
                <w:webHidden/>
                <w:sz w:val="26"/>
                <w:szCs w:val="28"/>
                <w:rtl/>
              </w:rPr>
              <w:tab/>
            </w:r>
            <w:r w:rsidRPr="00B45DBC">
              <w:rPr>
                <w:noProof/>
                <w:webHidden/>
                <w:sz w:val="26"/>
                <w:szCs w:val="28"/>
                <w:rtl/>
              </w:rPr>
              <w:fldChar w:fldCharType="begin"/>
            </w:r>
            <w:r w:rsidRPr="00B45DBC">
              <w:rPr>
                <w:noProof/>
                <w:webHidden/>
                <w:sz w:val="26"/>
                <w:szCs w:val="28"/>
                <w:rtl/>
              </w:rPr>
              <w:instrText xml:space="preserve"> </w:instrText>
            </w:r>
            <w:r w:rsidRPr="00B45DBC">
              <w:rPr>
                <w:noProof/>
                <w:webHidden/>
                <w:sz w:val="26"/>
                <w:szCs w:val="28"/>
              </w:rPr>
              <w:instrText>PAGEREF</w:instrText>
            </w:r>
            <w:r w:rsidRPr="00B45DBC">
              <w:rPr>
                <w:noProof/>
                <w:webHidden/>
                <w:sz w:val="26"/>
                <w:szCs w:val="28"/>
                <w:rtl/>
              </w:rPr>
              <w:instrText xml:space="preserve"> _</w:instrText>
            </w:r>
            <w:r w:rsidRPr="00B45DBC">
              <w:rPr>
                <w:noProof/>
                <w:webHidden/>
                <w:sz w:val="26"/>
                <w:szCs w:val="28"/>
              </w:rPr>
              <w:instrText>Toc</w:instrText>
            </w:r>
            <w:r w:rsidRPr="00B45DBC">
              <w:rPr>
                <w:noProof/>
                <w:webHidden/>
                <w:sz w:val="26"/>
                <w:szCs w:val="28"/>
                <w:rtl/>
              </w:rPr>
              <w:instrText xml:space="preserve">234793615 </w:instrText>
            </w:r>
            <w:r w:rsidRPr="00B45DBC">
              <w:rPr>
                <w:noProof/>
                <w:webHidden/>
                <w:sz w:val="26"/>
                <w:szCs w:val="28"/>
              </w:rPr>
              <w:instrText>\h</w:instrText>
            </w:r>
            <w:r w:rsidRPr="00B45DBC">
              <w:rPr>
                <w:noProof/>
                <w:webHidden/>
                <w:sz w:val="26"/>
                <w:szCs w:val="28"/>
                <w:rtl/>
              </w:rPr>
              <w:instrText xml:space="preserve"> </w:instrText>
            </w:r>
            <w:r w:rsidRPr="00B45DBC">
              <w:rPr>
                <w:noProof/>
                <w:webHidden/>
                <w:sz w:val="26"/>
                <w:szCs w:val="28"/>
                <w:rtl/>
              </w:rPr>
            </w:r>
            <w:r w:rsidRPr="00B45DBC">
              <w:rPr>
                <w:noProof/>
                <w:webHidden/>
                <w:sz w:val="26"/>
                <w:szCs w:val="28"/>
                <w:rtl/>
              </w:rPr>
              <w:fldChar w:fldCharType="separate"/>
            </w:r>
            <w:r w:rsidR="00F41A3F">
              <w:rPr>
                <w:noProof/>
                <w:webHidden/>
                <w:sz w:val="26"/>
                <w:szCs w:val="28"/>
                <w:rtl/>
              </w:rPr>
              <w:t>8</w:t>
            </w:r>
            <w:r w:rsidRPr="00B45DBC">
              <w:rPr>
                <w:noProof/>
                <w:webHidden/>
                <w:sz w:val="26"/>
                <w:szCs w:val="28"/>
                <w:rtl/>
              </w:rPr>
              <w:fldChar w:fldCharType="end"/>
            </w:r>
          </w:hyperlink>
        </w:p>
        <w:p w14:paraId="7F46473C" w14:textId="77777777" w:rsidR="00B45DBC" w:rsidRPr="00B45DBC" w:rsidRDefault="00B45DBC">
          <w:pPr>
            <w:pStyle w:val="TOC1"/>
            <w:tabs>
              <w:tab w:val="right" w:leader="dot" w:pos="9060"/>
            </w:tabs>
            <w:rPr>
              <w:rFonts w:asciiTheme="minorHAnsi" w:eastAsiaTheme="minorEastAsia" w:hAnsiTheme="minorHAnsi" w:cstheme="minorBidi"/>
              <w:noProof/>
              <w:sz w:val="14"/>
              <w:szCs w:val="14"/>
              <w:rtl/>
            </w:rPr>
          </w:pPr>
          <w:hyperlink w:anchor="_Toc234793616" w:history="1">
            <w:r w:rsidRPr="00B45DBC">
              <w:rPr>
                <w:rStyle w:val="Hyperlink"/>
                <w:rFonts w:eastAsia="Noto Sans Arabic" w:cs="Sakkal Majalla"/>
                <w:b/>
                <w:bCs/>
                <w:noProof/>
                <w:sz w:val="26"/>
                <w:szCs w:val="28"/>
              </w:rPr>
              <w:t xml:space="preserve">1.1 </w:t>
            </w:r>
            <w:r w:rsidRPr="00B45DBC">
              <w:rPr>
                <w:rStyle w:val="Hyperlink"/>
                <w:rFonts w:eastAsia="Noto Sans Arabic" w:cs="Sakkal Majalla"/>
                <w:b/>
                <w:bCs/>
                <w:noProof/>
                <w:sz w:val="26"/>
                <w:szCs w:val="28"/>
                <w:rtl/>
              </w:rPr>
              <w:t>المقدمة</w:t>
            </w:r>
            <w:r w:rsidRPr="00B45DBC">
              <w:rPr>
                <w:noProof/>
                <w:webHidden/>
                <w:sz w:val="26"/>
                <w:szCs w:val="28"/>
                <w:rtl/>
              </w:rPr>
              <w:tab/>
            </w:r>
            <w:r w:rsidRPr="00B45DBC">
              <w:rPr>
                <w:noProof/>
                <w:webHidden/>
                <w:sz w:val="26"/>
                <w:szCs w:val="28"/>
                <w:rtl/>
              </w:rPr>
              <w:fldChar w:fldCharType="begin"/>
            </w:r>
            <w:r w:rsidRPr="00B45DBC">
              <w:rPr>
                <w:noProof/>
                <w:webHidden/>
                <w:sz w:val="26"/>
                <w:szCs w:val="28"/>
                <w:rtl/>
              </w:rPr>
              <w:instrText xml:space="preserve"> </w:instrText>
            </w:r>
            <w:r w:rsidRPr="00B45DBC">
              <w:rPr>
                <w:noProof/>
                <w:webHidden/>
                <w:sz w:val="26"/>
                <w:szCs w:val="28"/>
              </w:rPr>
              <w:instrText>PAGEREF</w:instrText>
            </w:r>
            <w:r w:rsidRPr="00B45DBC">
              <w:rPr>
                <w:noProof/>
                <w:webHidden/>
                <w:sz w:val="26"/>
                <w:szCs w:val="28"/>
                <w:rtl/>
              </w:rPr>
              <w:instrText xml:space="preserve"> _</w:instrText>
            </w:r>
            <w:r w:rsidRPr="00B45DBC">
              <w:rPr>
                <w:noProof/>
                <w:webHidden/>
                <w:sz w:val="26"/>
                <w:szCs w:val="28"/>
              </w:rPr>
              <w:instrText>Toc</w:instrText>
            </w:r>
            <w:r w:rsidRPr="00B45DBC">
              <w:rPr>
                <w:noProof/>
                <w:webHidden/>
                <w:sz w:val="26"/>
                <w:szCs w:val="28"/>
                <w:rtl/>
              </w:rPr>
              <w:instrText xml:space="preserve">234793616 </w:instrText>
            </w:r>
            <w:r w:rsidRPr="00B45DBC">
              <w:rPr>
                <w:noProof/>
                <w:webHidden/>
                <w:sz w:val="26"/>
                <w:szCs w:val="28"/>
              </w:rPr>
              <w:instrText>\h</w:instrText>
            </w:r>
            <w:r w:rsidRPr="00B45DBC">
              <w:rPr>
                <w:noProof/>
                <w:webHidden/>
                <w:sz w:val="26"/>
                <w:szCs w:val="28"/>
                <w:rtl/>
              </w:rPr>
              <w:instrText xml:space="preserve"> </w:instrText>
            </w:r>
            <w:r w:rsidRPr="00B45DBC">
              <w:rPr>
                <w:noProof/>
                <w:webHidden/>
                <w:sz w:val="26"/>
                <w:szCs w:val="28"/>
                <w:rtl/>
              </w:rPr>
            </w:r>
            <w:r w:rsidRPr="00B45DBC">
              <w:rPr>
                <w:noProof/>
                <w:webHidden/>
                <w:sz w:val="26"/>
                <w:szCs w:val="28"/>
                <w:rtl/>
              </w:rPr>
              <w:fldChar w:fldCharType="separate"/>
            </w:r>
            <w:r w:rsidR="00F41A3F">
              <w:rPr>
                <w:noProof/>
                <w:webHidden/>
                <w:sz w:val="26"/>
                <w:szCs w:val="28"/>
                <w:rtl/>
              </w:rPr>
              <w:t>8</w:t>
            </w:r>
            <w:r w:rsidRPr="00B45DBC">
              <w:rPr>
                <w:noProof/>
                <w:webHidden/>
                <w:sz w:val="26"/>
                <w:szCs w:val="28"/>
                <w:rtl/>
              </w:rPr>
              <w:fldChar w:fldCharType="end"/>
            </w:r>
          </w:hyperlink>
        </w:p>
        <w:p w14:paraId="4627B78A" w14:textId="77777777" w:rsidR="00B45DBC" w:rsidRPr="00B45DBC" w:rsidRDefault="00B45DBC">
          <w:pPr>
            <w:pStyle w:val="TOC1"/>
            <w:tabs>
              <w:tab w:val="right" w:leader="dot" w:pos="9060"/>
            </w:tabs>
            <w:rPr>
              <w:rFonts w:asciiTheme="minorHAnsi" w:eastAsiaTheme="minorEastAsia" w:hAnsiTheme="minorHAnsi" w:cstheme="minorBidi"/>
              <w:noProof/>
              <w:sz w:val="14"/>
              <w:szCs w:val="14"/>
              <w:rtl/>
            </w:rPr>
          </w:pPr>
          <w:hyperlink w:anchor="_Toc234793617" w:history="1">
            <w:r w:rsidRPr="00B45DBC">
              <w:rPr>
                <w:rStyle w:val="Hyperlink"/>
                <w:rFonts w:eastAsia="Noto Sans Arabic" w:cs="Sakkal Majalla"/>
                <w:b/>
                <w:bCs/>
                <w:noProof/>
                <w:sz w:val="26"/>
                <w:szCs w:val="28"/>
              </w:rPr>
              <w:t xml:space="preserve">1.2 </w:t>
            </w:r>
            <w:r w:rsidRPr="00B45DBC">
              <w:rPr>
                <w:rStyle w:val="Hyperlink"/>
                <w:rFonts w:eastAsia="Noto Sans Arabic" w:cs="Sakkal Majalla"/>
                <w:b/>
                <w:bCs/>
                <w:noProof/>
                <w:sz w:val="26"/>
                <w:szCs w:val="28"/>
                <w:rtl/>
              </w:rPr>
              <w:t>مشكلة</w:t>
            </w:r>
            <w:r w:rsidRPr="00B45DBC">
              <w:rPr>
                <w:rStyle w:val="Hyperlink"/>
                <w:rFonts w:eastAsia="Noto Sans Arabic" w:cs="Sakkal Majalla"/>
                <w:b/>
                <w:bCs/>
                <w:noProof/>
                <w:sz w:val="26"/>
                <w:szCs w:val="28"/>
              </w:rPr>
              <w:t xml:space="preserve"> </w:t>
            </w:r>
            <w:r w:rsidRPr="00B45DBC">
              <w:rPr>
                <w:rStyle w:val="Hyperlink"/>
                <w:rFonts w:eastAsia="Noto Sans Arabic" w:cs="Sakkal Majalla"/>
                <w:b/>
                <w:bCs/>
                <w:noProof/>
                <w:sz w:val="26"/>
                <w:szCs w:val="28"/>
                <w:rtl/>
              </w:rPr>
              <w:t>الدراسة:</w:t>
            </w:r>
            <w:r w:rsidRPr="00B45DBC">
              <w:rPr>
                <w:noProof/>
                <w:webHidden/>
                <w:sz w:val="26"/>
                <w:szCs w:val="28"/>
                <w:rtl/>
              </w:rPr>
              <w:tab/>
            </w:r>
            <w:r w:rsidRPr="00B45DBC">
              <w:rPr>
                <w:noProof/>
                <w:webHidden/>
                <w:sz w:val="26"/>
                <w:szCs w:val="28"/>
                <w:rtl/>
              </w:rPr>
              <w:fldChar w:fldCharType="begin"/>
            </w:r>
            <w:r w:rsidRPr="00B45DBC">
              <w:rPr>
                <w:noProof/>
                <w:webHidden/>
                <w:sz w:val="26"/>
                <w:szCs w:val="28"/>
                <w:rtl/>
              </w:rPr>
              <w:instrText xml:space="preserve"> </w:instrText>
            </w:r>
            <w:r w:rsidRPr="00B45DBC">
              <w:rPr>
                <w:noProof/>
                <w:webHidden/>
                <w:sz w:val="26"/>
                <w:szCs w:val="28"/>
              </w:rPr>
              <w:instrText>PAGEREF</w:instrText>
            </w:r>
            <w:r w:rsidRPr="00B45DBC">
              <w:rPr>
                <w:noProof/>
                <w:webHidden/>
                <w:sz w:val="26"/>
                <w:szCs w:val="28"/>
                <w:rtl/>
              </w:rPr>
              <w:instrText xml:space="preserve"> _</w:instrText>
            </w:r>
            <w:r w:rsidRPr="00B45DBC">
              <w:rPr>
                <w:noProof/>
                <w:webHidden/>
                <w:sz w:val="26"/>
                <w:szCs w:val="28"/>
              </w:rPr>
              <w:instrText>Toc</w:instrText>
            </w:r>
            <w:r w:rsidRPr="00B45DBC">
              <w:rPr>
                <w:noProof/>
                <w:webHidden/>
                <w:sz w:val="26"/>
                <w:szCs w:val="28"/>
                <w:rtl/>
              </w:rPr>
              <w:instrText xml:space="preserve">234793617 </w:instrText>
            </w:r>
            <w:r w:rsidRPr="00B45DBC">
              <w:rPr>
                <w:noProof/>
                <w:webHidden/>
                <w:sz w:val="26"/>
                <w:szCs w:val="28"/>
              </w:rPr>
              <w:instrText>\h</w:instrText>
            </w:r>
            <w:r w:rsidRPr="00B45DBC">
              <w:rPr>
                <w:noProof/>
                <w:webHidden/>
                <w:sz w:val="26"/>
                <w:szCs w:val="28"/>
                <w:rtl/>
              </w:rPr>
              <w:instrText xml:space="preserve"> </w:instrText>
            </w:r>
            <w:r w:rsidRPr="00B45DBC">
              <w:rPr>
                <w:noProof/>
                <w:webHidden/>
                <w:sz w:val="26"/>
                <w:szCs w:val="28"/>
                <w:rtl/>
              </w:rPr>
            </w:r>
            <w:r w:rsidRPr="00B45DBC">
              <w:rPr>
                <w:noProof/>
                <w:webHidden/>
                <w:sz w:val="26"/>
                <w:szCs w:val="28"/>
                <w:rtl/>
              </w:rPr>
              <w:fldChar w:fldCharType="separate"/>
            </w:r>
            <w:r w:rsidR="00F41A3F">
              <w:rPr>
                <w:noProof/>
                <w:webHidden/>
                <w:sz w:val="26"/>
                <w:szCs w:val="28"/>
                <w:rtl/>
              </w:rPr>
              <w:t>9</w:t>
            </w:r>
            <w:r w:rsidRPr="00B45DBC">
              <w:rPr>
                <w:noProof/>
                <w:webHidden/>
                <w:sz w:val="26"/>
                <w:szCs w:val="28"/>
                <w:rtl/>
              </w:rPr>
              <w:fldChar w:fldCharType="end"/>
            </w:r>
          </w:hyperlink>
        </w:p>
        <w:p w14:paraId="7CB914F4" w14:textId="77777777" w:rsidR="00B45DBC" w:rsidRPr="00B45DBC" w:rsidRDefault="00B45DBC">
          <w:pPr>
            <w:pStyle w:val="TOC1"/>
            <w:tabs>
              <w:tab w:val="right" w:leader="dot" w:pos="9060"/>
            </w:tabs>
            <w:rPr>
              <w:rFonts w:asciiTheme="minorHAnsi" w:eastAsiaTheme="minorEastAsia" w:hAnsiTheme="minorHAnsi" w:cstheme="minorBidi"/>
              <w:noProof/>
              <w:sz w:val="14"/>
              <w:szCs w:val="14"/>
              <w:rtl/>
            </w:rPr>
          </w:pPr>
          <w:hyperlink w:anchor="_Toc234793618" w:history="1">
            <w:r w:rsidRPr="00B45DBC">
              <w:rPr>
                <w:rStyle w:val="Hyperlink"/>
                <w:rFonts w:eastAsia="Noto Sans Arabic" w:cs="Sakkal Majalla"/>
                <w:b/>
                <w:bCs/>
                <w:noProof/>
                <w:sz w:val="26"/>
                <w:szCs w:val="28"/>
              </w:rPr>
              <w:t xml:space="preserve">1.3 </w:t>
            </w:r>
            <w:r w:rsidRPr="00B45DBC">
              <w:rPr>
                <w:rStyle w:val="Hyperlink"/>
                <w:rFonts w:eastAsia="Noto Sans Arabic" w:cs="Sakkal Majalla"/>
                <w:b/>
                <w:bCs/>
                <w:noProof/>
                <w:sz w:val="26"/>
                <w:szCs w:val="28"/>
                <w:rtl/>
              </w:rPr>
              <w:t>أسئلة</w:t>
            </w:r>
            <w:r w:rsidRPr="00B45DBC">
              <w:rPr>
                <w:rStyle w:val="Hyperlink"/>
                <w:rFonts w:eastAsia="Noto Sans Arabic" w:cs="Sakkal Majalla"/>
                <w:b/>
                <w:bCs/>
                <w:noProof/>
                <w:sz w:val="26"/>
                <w:szCs w:val="28"/>
              </w:rPr>
              <w:t xml:space="preserve"> </w:t>
            </w:r>
            <w:r w:rsidRPr="00B45DBC">
              <w:rPr>
                <w:rStyle w:val="Hyperlink"/>
                <w:rFonts w:eastAsia="Noto Sans Arabic" w:cs="Sakkal Majalla"/>
                <w:b/>
                <w:bCs/>
                <w:noProof/>
                <w:sz w:val="26"/>
                <w:szCs w:val="28"/>
                <w:rtl/>
              </w:rPr>
              <w:t>الدراسة:</w:t>
            </w:r>
            <w:r w:rsidRPr="00B45DBC">
              <w:rPr>
                <w:noProof/>
                <w:webHidden/>
                <w:sz w:val="26"/>
                <w:szCs w:val="28"/>
                <w:rtl/>
              </w:rPr>
              <w:tab/>
            </w:r>
            <w:r w:rsidRPr="00B45DBC">
              <w:rPr>
                <w:noProof/>
                <w:webHidden/>
                <w:sz w:val="26"/>
                <w:szCs w:val="28"/>
                <w:rtl/>
              </w:rPr>
              <w:fldChar w:fldCharType="begin"/>
            </w:r>
            <w:r w:rsidRPr="00B45DBC">
              <w:rPr>
                <w:noProof/>
                <w:webHidden/>
                <w:sz w:val="26"/>
                <w:szCs w:val="28"/>
                <w:rtl/>
              </w:rPr>
              <w:instrText xml:space="preserve"> </w:instrText>
            </w:r>
            <w:r w:rsidRPr="00B45DBC">
              <w:rPr>
                <w:noProof/>
                <w:webHidden/>
                <w:sz w:val="26"/>
                <w:szCs w:val="28"/>
              </w:rPr>
              <w:instrText>PAGEREF</w:instrText>
            </w:r>
            <w:r w:rsidRPr="00B45DBC">
              <w:rPr>
                <w:noProof/>
                <w:webHidden/>
                <w:sz w:val="26"/>
                <w:szCs w:val="28"/>
                <w:rtl/>
              </w:rPr>
              <w:instrText xml:space="preserve"> _</w:instrText>
            </w:r>
            <w:r w:rsidRPr="00B45DBC">
              <w:rPr>
                <w:noProof/>
                <w:webHidden/>
                <w:sz w:val="26"/>
                <w:szCs w:val="28"/>
              </w:rPr>
              <w:instrText>Toc</w:instrText>
            </w:r>
            <w:r w:rsidRPr="00B45DBC">
              <w:rPr>
                <w:noProof/>
                <w:webHidden/>
                <w:sz w:val="26"/>
                <w:szCs w:val="28"/>
                <w:rtl/>
              </w:rPr>
              <w:instrText xml:space="preserve">234793618 </w:instrText>
            </w:r>
            <w:r w:rsidRPr="00B45DBC">
              <w:rPr>
                <w:noProof/>
                <w:webHidden/>
                <w:sz w:val="26"/>
                <w:szCs w:val="28"/>
              </w:rPr>
              <w:instrText>\h</w:instrText>
            </w:r>
            <w:r w:rsidRPr="00B45DBC">
              <w:rPr>
                <w:noProof/>
                <w:webHidden/>
                <w:sz w:val="26"/>
                <w:szCs w:val="28"/>
                <w:rtl/>
              </w:rPr>
              <w:instrText xml:space="preserve"> </w:instrText>
            </w:r>
            <w:r w:rsidRPr="00B45DBC">
              <w:rPr>
                <w:noProof/>
                <w:webHidden/>
                <w:sz w:val="26"/>
                <w:szCs w:val="28"/>
                <w:rtl/>
              </w:rPr>
            </w:r>
            <w:r w:rsidRPr="00B45DBC">
              <w:rPr>
                <w:noProof/>
                <w:webHidden/>
                <w:sz w:val="26"/>
                <w:szCs w:val="28"/>
                <w:rtl/>
              </w:rPr>
              <w:fldChar w:fldCharType="separate"/>
            </w:r>
            <w:r w:rsidR="00F41A3F">
              <w:rPr>
                <w:noProof/>
                <w:webHidden/>
                <w:sz w:val="26"/>
                <w:szCs w:val="28"/>
                <w:rtl/>
              </w:rPr>
              <w:t>11</w:t>
            </w:r>
            <w:r w:rsidRPr="00B45DBC">
              <w:rPr>
                <w:noProof/>
                <w:webHidden/>
                <w:sz w:val="26"/>
                <w:szCs w:val="28"/>
                <w:rtl/>
              </w:rPr>
              <w:fldChar w:fldCharType="end"/>
            </w:r>
          </w:hyperlink>
        </w:p>
        <w:p w14:paraId="6365BD17" w14:textId="77777777" w:rsidR="00B45DBC" w:rsidRPr="00B45DBC" w:rsidRDefault="00B45DBC">
          <w:pPr>
            <w:pStyle w:val="TOC1"/>
            <w:tabs>
              <w:tab w:val="right" w:leader="dot" w:pos="9060"/>
            </w:tabs>
            <w:rPr>
              <w:rFonts w:asciiTheme="minorHAnsi" w:eastAsiaTheme="minorEastAsia" w:hAnsiTheme="minorHAnsi" w:cstheme="minorBidi"/>
              <w:noProof/>
              <w:sz w:val="14"/>
              <w:szCs w:val="14"/>
              <w:rtl/>
            </w:rPr>
          </w:pPr>
          <w:hyperlink w:anchor="_Toc234793619" w:history="1">
            <w:r w:rsidRPr="00B45DBC">
              <w:rPr>
                <w:rStyle w:val="Hyperlink"/>
                <w:rFonts w:eastAsia="Noto Sans Arabic" w:cs="Sakkal Majalla"/>
                <w:b/>
                <w:bCs/>
                <w:noProof/>
                <w:sz w:val="26"/>
                <w:szCs w:val="28"/>
              </w:rPr>
              <w:t xml:space="preserve">1.4 </w:t>
            </w:r>
            <w:r w:rsidRPr="00B45DBC">
              <w:rPr>
                <w:rStyle w:val="Hyperlink"/>
                <w:rFonts w:eastAsia="Noto Sans Arabic" w:cs="Sakkal Majalla"/>
                <w:b/>
                <w:bCs/>
                <w:noProof/>
                <w:sz w:val="26"/>
                <w:szCs w:val="28"/>
                <w:rtl/>
              </w:rPr>
              <w:t>أهداف</w:t>
            </w:r>
            <w:r w:rsidRPr="00B45DBC">
              <w:rPr>
                <w:rStyle w:val="Hyperlink"/>
                <w:rFonts w:eastAsia="Noto Sans Arabic" w:cs="Sakkal Majalla"/>
                <w:b/>
                <w:bCs/>
                <w:noProof/>
                <w:sz w:val="26"/>
                <w:szCs w:val="28"/>
              </w:rPr>
              <w:t xml:space="preserve"> </w:t>
            </w:r>
            <w:r w:rsidRPr="00B45DBC">
              <w:rPr>
                <w:rStyle w:val="Hyperlink"/>
                <w:rFonts w:eastAsia="Noto Sans Arabic" w:cs="Sakkal Majalla"/>
                <w:b/>
                <w:bCs/>
                <w:noProof/>
                <w:sz w:val="26"/>
                <w:szCs w:val="28"/>
                <w:rtl/>
              </w:rPr>
              <w:t>الدراسة:</w:t>
            </w:r>
            <w:r w:rsidRPr="00B45DBC">
              <w:rPr>
                <w:noProof/>
                <w:webHidden/>
                <w:sz w:val="26"/>
                <w:szCs w:val="28"/>
                <w:rtl/>
              </w:rPr>
              <w:tab/>
            </w:r>
            <w:r w:rsidRPr="00B45DBC">
              <w:rPr>
                <w:noProof/>
                <w:webHidden/>
                <w:sz w:val="26"/>
                <w:szCs w:val="28"/>
                <w:rtl/>
              </w:rPr>
              <w:fldChar w:fldCharType="begin"/>
            </w:r>
            <w:r w:rsidRPr="00B45DBC">
              <w:rPr>
                <w:noProof/>
                <w:webHidden/>
                <w:sz w:val="26"/>
                <w:szCs w:val="28"/>
                <w:rtl/>
              </w:rPr>
              <w:instrText xml:space="preserve"> </w:instrText>
            </w:r>
            <w:r w:rsidRPr="00B45DBC">
              <w:rPr>
                <w:noProof/>
                <w:webHidden/>
                <w:sz w:val="26"/>
                <w:szCs w:val="28"/>
              </w:rPr>
              <w:instrText>PAGEREF</w:instrText>
            </w:r>
            <w:r w:rsidRPr="00B45DBC">
              <w:rPr>
                <w:noProof/>
                <w:webHidden/>
                <w:sz w:val="26"/>
                <w:szCs w:val="28"/>
                <w:rtl/>
              </w:rPr>
              <w:instrText xml:space="preserve"> _</w:instrText>
            </w:r>
            <w:r w:rsidRPr="00B45DBC">
              <w:rPr>
                <w:noProof/>
                <w:webHidden/>
                <w:sz w:val="26"/>
                <w:szCs w:val="28"/>
              </w:rPr>
              <w:instrText>Toc</w:instrText>
            </w:r>
            <w:r w:rsidRPr="00B45DBC">
              <w:rPr>
                <w:noProof/>
                <w:webHidden/>
                <w:sz w:val="26"/>
                <w:szCs w:val="28"/>
                <w:rtl/>
              </w:rPr>
              <w:instrText xml:space="preserve">234793619 </w:instrText>
            </w:r>
            <w:r w:rsidRPr="00B45DBC">
              <w:rPr>
                <w:noProof/>
                <w:webHidden/>
                <w:sz w:val="26"/>
                <w:szCs w:val="28"/>
              </w:rPr>
              <w:instrText>\h</w:instrText>
            </w:r>
            <w:r w:rsidRPr="00B45DBC">
              <w:rPr>
                <w:noProof/>
                <w:webHidden/>
                <w:sz w:val="26"/>
                <w:szCs w:val="28"/>
                <w:rtl/>
              </w:rPr>
              <w:instrText xml:space="preserve"> </w:instrText>
            </w:r>
            <w:r w:rsidRPr="00B45DBC">
              <w:rPr>
                <w:noProof/>
                <w:webHidden/>
                <w:sz w:val="26"/>
                <w:szCs w:val="28"/>
                <w:rtl/>
              </w:rPr>
            </w:r>
            <w:r w:rsidRPr="00B45DBC">
              <w:rPr>
                <w:noProof/>
                <w:webHidden/>
                <w:sz w:val="26"/>
                <w:szCs w:val="28"/>
                <w:rtl/>
              </w:rPr>
              <w:fldChar w:fldCharType="separate"/>
            </w:r>
            <w:r w:rsidR="00F41A3F">
              <w:rPr>
                <w:noProof/>
                <w:webHidden/>
                <w:sz w:val="26"/>
                <w:szCs w:val="28"/>
                <w:rtl/>
              </w:rPr>
              <w:t>11</w:t>
            </w:r>
            <w:r w:rsidRPr="00B45DBC">
              <w:rPr>
                <w:noProof/>
                <w:webHidden/>
                <w:sz w:val="26"/>
                <w:szCs w:val="28"/>
                <w:rtl/>
              </w:rPr>
              <w:fldChar w:fldCharType="end"/>
            </w:r>
          </w:hyperlink>
        </w:p>
        <w:p w14:paraId="5113FD49" w14:textId="77777777" w:rsidR="00B45DBC" w:rsidRPr="00B45DBC" w:rsidRDefault="00B45DBC">
          <w:pPr>
            <w:pStyle w:val="TOC1"/>
            <w:tabs>
              <w:tab w:val="right" w:leader="dot" w:pos="9060"/>
            </w:tabs>
            <w:rPr>
              <w:rFonts w:asciiTheme="minorHAnsi" w:eastAsiaTheme="minorEastAsia" w:hAnsiTheme="minorHAnsi" w:cstheme="minorBidi"/>
              <w:noProof/>
              <w:sz w:val="14"/>
              <w:szCs w:val="14"/>
              <w:rtl/>
            </w:rPr>
          </w:pPr>
          <w:hyperlink w:anchor="_Toc234793620" w:history="1">
            <w:r w:rsidRPr="00B45DBC">
              <w:rPr>
                <w:rStyle w:val="Hyperlink"/>
                <w:rFonts w:eastAsia="Noto Sans Arabic" w:cs="Sakkal Majalla"/>
                <w:b/>
                <w:bCs/>
                <w:noProof/>
                <w:sz w:val="26"/>
                <w:szCs w:val="28"/>
              </w:rPr>
              <w:t xml:space="preserve">1.5 </w:t>
            </w:r>
            <w:r w:rsidRPr="00B45DBC">
              <w:rPr>
                <w:rStyle w:val="Hyperlink"/>
                <w:rFonts w:eastAsia="Noto Sans Arabic" w:cs="Sakkal Majalla"/>
                <w:b/>
                <w:bCs/>
                <w:noProof/>
                <w:sz w:val="26"/>
                <w:szCs w:val="28"/>
                <w:rtl/>
              </w:rPr>
              <w:t>أهمية</w:t>
            </w:r>
            <w:r w:rsidRPr="00B45DBC">
              <w:rPr>
                <w:rStyle w:val="Hyperlink"/>
                <w:rFonts w:eastAsia="Noto Sans Arabic" w:cs="Sakkal Majalla"/>
                <w:b/>
                <w:bCs/>
                <w:noProof/>
                <w:sz w:val="26"/>
                <w:szCs w:val="28"/>
              </w:rPr>
              <w:t xml:space="preserve"> </w:t>
            </w:r>
            <w:r w:rsidRPr="00B45DBC">
              <w:rPr>
                <w:rStyle w:val="Hyperlink"/>
                <w:rFonts w:eastAsia="Noto Sans Arabic" w:cs="Sakkal Majalla"/>
                <w:b/>
                <w:bCs/>
                <w:noProof/>
                <w:sz w:val="26"/>
                <w:szCs w:val="28"/>
                <w:rtl/>
              </w:rPr>
              <w:t>الدراسة:</w:t>
            </w:r>
            <w:r w:rsidRPr="00B45DBC">
              <w:rPr>
                <w:noProof/>
                <w:webHidden/>
                <w:sz w:val="26"/>
                <w:szCs w:val="28"/>
                <w:rtl/>
              </w:rPr>
              <w:tab/>
            </w:r>
            <w:r w:rsidRPr="00B45DBC">
              <w:rPr>
                <w:noProof/>
                <w:webHidden/>
                <w:sz w:val="26"/>
                <w:szCs w:val="28"/>
                <w:rtl/>
              </w:rPr>
              <w:fldChar w:fldCharType="begin"/>
            </w:r>
            <w:r w:rsidRPr="00B45DBC">
              <w:rPr>
                <w:noProof/>
                <w:webHidden/>
                <w:sz w:val="26"/>
                <w:szCs w:val="28"/>
                <w:rtl/>
              </w:rPr>
              <w:instrText xml:space="preserve"> </w:instrText>
            </w:r>
            <w:r w:rsidRPr="00B45DBC">
              <w:rPr>
                <w:noProof/>
                <w:webHidden/>
                <w:sz w:val="26"/>
                <w:szCs w:val="28"/>
              </w:rPr>
              <w:instrText>PAGEREF</w:instrText>
            </w:r>
            <w:r w:rsidRPr="00B45DBC">
              <w:rPr>
                <w:noProof/>
                <w:webHidden/>
                <w:sz w:val="26"/>
                <w:szCs w:val="28"/>
                <w:rtl/>
              </w:rPr>
              <w:instrText xml:space="preserve"> _</w:instrText>
            </w:r>
            <w:r w:rsidRPr="00B45DBC">
              <w:rPr>
                <w:noProof/>
                <w:webHidden/>
                <w:sz w:val="26"/>
                <w:szCs w:val="28"/>
              </w:rPr>
              <w:instrText>Toc</w:instrText>
            </w:r>
            <w:r w:rsidRPr="00B45DBC">
              <w:rPr>
                <w:noProof/>
                <w:webHidden/>
                <w:sz w:val="26"/>
                <w:szCs w:val="28"/>
                <w:rtl/>
              </w:rPr>
              <w:instrText xml:space="preserve">234793620 </w:instrText>
            </w:r>
            <w:r w:rsidRPr="00B45DBC">
              <w:rPr>
                <w:noProof/>
                <w:webHidden/>
                <w:sz w:val="26"/>
                <w:szCs w:val="28"/>
              </w:rPr>
              <w:instrText>\h</w:instrText>
            </w:r>
            <w:r w:rsidRPr="00B45DBC">
              <w:rPr>
                <w:noProof/>
                <w:webHidden/>
                <w:sz w:val="26"/>
                <w:szCs w:val="28"/>
                <w:rtl/>
              </w:rPr>
              <w:instrText xml:space="preserve"> </w:instrText>
            </w:r>
            <w:r w:rsidRPr="00B45DBC">
              <w:rPr>
                <w:noProof/>
                <w:webHidden/>
                <w:sz w:val="26"/>
                <w:szCs w:val="28"/>
                <w:rtl/>
              </w:rPr>
            </w:r>
            <w:r w:rsidRPr="00B45DBC">
              <w:rPr>
                <w:noProof/>
                <w:webHidden/>
                <w:sz w:val="26"/>
                <w:szCs w:val="28"/>
                <w:rtl/>
              </w:rPr>
              <w:fldChar w:fldCharType="separate"/>
            </w:r>
            <w:r w:rsidR="00F41A3F">
              <w:rPr>
                <w:noProof/>
                <w:webHidden/>
                <w:sz w:val="26"/>
                <w:szCs w:val="28"/>
                <w:rtl/>
              </w:rPr>
              <w:t>12</w:t>
            </w:r>
            <w:r w:rsidRPr="00B45DBC">
              <w:rPr>
                <w:noProof/>
                <w:webHidden/>
                <w:sz w:val="26"/>
                <w:szCs w:val="28"/>
                <w:rtl/>
              </w:rPr>
              <w:fldChar w:fldCharType="end"/>
            </w:r>
          </w:hyperlink>
        </w:p>
        <w:p w14:paraId="06E8C2DF" w14:textId="77777777" w:rsidR="00B45DBC" w:rsidRPr="00B45DBC" w:rsidRDefault="00B45DBC">
          <w:pPr>
            <w:pStyle w:val="TOC1"/>
            <w:tabs>
              <w:tab w:val="right" w:leader="dot" w:pos="9060"/>
            </w:tabs>
            <w:rPr>
              <w:rFonts w:asciiTheme="minorHAnsi" w:eastAsiaTheme="minorEastAsia" w:hAnsiTheme="minorHAnsi" w:cstheme="minorBidi"/>
              <w:noProof/>
              <w:sz w:val="14"/>
              <w:szCs w:val="14"/>
              <w:rtl/>
            </w:rPr>
          </w:pPr>
          <w:hyperlink w:anchor="_Toc234793621" w:history="1">
            <w:r w:rsidRPr="00B45DBC">
              <w:rPr>
                <w:rStyle w:val="Hyperlink"/>
                <w:rFonts w:eastAsia="Noto Sans Arabic" w:cs="Sakkal Majalla"/>
                <w:b/>
                <w:bCs/>
                <w:noProof/>
                <w:sz w:val="26"/>
                <w:szCs w:val="28"/>
              </w:rPr>
              <w:t xml:space="preserve">1.6 </w:t>
            </w:r>
            <w:r w:rsidRPr="00B45DBC">
              <w:rPr>
                <w:rStyle w:val="Hyperlink"/>
                <w:rFonts w:eastAsia="Noto Sans Arabic" w:cs="Sakkal Majalla"/>
                <w:b/>
                <w:bCs/>
                <w:noProof/>
                <w:sz w:val="26"/>
                <w:szCs w:val="28"/>
                <w:rtl/>
              </w:rPr>
              <w:t>فرضيات</w:t>
            </w:r>
            <w:r w:rsidRPr="00B45DBC">
              <w:rPr>
                <w:rStyle w:val="Hyperlink"/>
                <w:rFonts w:eastAsia="Noto Sans Arabic" w:cs="Sakkal Majalla"/>
                <w:b/>
                <w:bCs/>
                <w:noProof/>
                <w:sz w:val="26"/>
                <w:szCs w:val="28"/>
              </w:rPr>
              <w:t xml:space="preserve"> </w:t>
            </w:r>
            <w:r w:rsidRPr="00B45DBC">
              <w:rPr>
                <w:rStyle w:val="Hyperlink"/>
                <w:rFonts w:eastAsia="Noto Sans Arabic" w:cs="Sakkal Majalla"/>
                <w:b/>
                <w:bCs/>
                <w:noProof/>
                <w:sz w:val="26"/>
                <w:szCs w:val="28"/>
                <w:rtl/>
              </w:rPr>
              <w:t>الدراسة:</w:t>
            </w:r>
            <w:r w:rsidRPr="00B45DBC">
              <w:rPr>
                <w:noProof/>
                <w:webHidden/>
                <w:sz w:val="26"/>
                <w:szCs w:val="28"/>
                <w:rtl/>
              </w:rPr>
              <w:tab/>
            </w:r>
            <w:r w:rsidRPr="00B45DBC">
              <w:rPr>
                <w:noProof/>
                <w:webHidden/>
                <w:sz w:val="26"/>
                <w:szCs w:val="28"/>
                <w:rtl/>
              </w:rPr>
              <w:fldChar w:fldCharType="begin"/>
            </w:r>
            <w:r w:rsidRPr="00B45DBC">
              <w:rPr>
                <w:noProof/>
                <w:webHidden/>
                <w:sz w:val="26"/>
                <w:szCs w:val="28"/>
                <w:rtl/>
              </w:rPr>
              <w:instrText xml:space="preserve"> </w:instrText>
            </w:r>
            <w:r w:rsidRPr="00B45DBC">
              <w:rPr>
                <w:noProof/>
                <w:webHidden/>
                <w:sz w:val="26"/>
                <w:szCs w:val="28"/>
              </w:rPr>
              <w:instrText>PAGEREF</w:instrText>
            </w:r>
            <w:r w:rsidRPr="00B45DBC">
              <w:rPr>
                <w:noProof/>
                <w:webHidden/>
                <w:sz w:val="26"/>
                <w:szCs w:val="28"/>
                <w:rtl/>
              </w:rPr>
              <w:instrText xml:space="preserve"> _</w:instrText>
            </w:r>
            <w:r w:rsidRPr="00B45DBC">
              <w:rPr>
                <w:noProof/>
                <w:webHidden/>
                <w:sz w:val="26"/>
                <w:szCs w:val="28"/>
              </w:rPr>
              <w:instrText>Toc</w:instrText>
            </w:r>
            <w:r w:rsidRPr="00B45DBC">
              <w:rPr>
                <w:noProof/>
                <w:webHidden/>
                <w:sz w:val="26"/>
                <w:szCs w:val="28"/>
                <w:rtl/>
              </w:rPr>
              <w:instrText xml:space="preserve">234793621 </w:instrText>
            </w:r>
            <w:r w:rsidRPr="00B45DBC">
              <w:rPr>
                <w:noProof/>
                <w:webHidden/>
                <w:sz w:val="26"/>
                <w:szCs w:val="28"/>
              </w:rPr>
              <w:instrText>\h</w:instrText>
            </w:r>
            <w:r w:rsidRPr="00B45DBC">
              <w:rPr>
                <w:noProof/>
                <w:webHidden/>
                <w:sz w:val="26"/>
                <w:szCs w:val="28"/>
                <w:rtl/>
              </w:rPr>
              <w:instrText xml:space="preserve"> </w:instrText>
            </w:r>
            <w:r w:rsidRPr="00B45DBC">
              <w:rPr>
                <w:noProof/>
                <w:webHidden/>
                <w:sz w:val="26"/>
                <w:szCs w:val="28"/>
                <w:rtl/>
              </w:rPr>
            </w:r>
            <w:r w:rsidRPr="00B45DBC">
              <w:rPr>
                <w:noProof/>
                <w:webHidden/>
                <w:sz w:val="26"/>
                <w:szCs w:val="28"/>
                <w:rtl/>
              </w:rPr>
              <w:fldChar w:fldCharType="separate"/>
            </w:r>
            <w:r w:rsidR="00F41A3F">
              <w:rPr>
                <w:noProof/>
                <w:webHidden/>
                <w:sz w:val="26"/>
                <w:szCs w:val="28"/>
                <w:rtl/>
              </w:rPr>
              <w:t>13</w:t>
            </w:r>
            <w:r w:rsidRPr="00B45DBC">
              <w:rPr>
                <w:noProof/>
                <w:webHidden/>
                <w:sz w:val="26"/>
                <w:szCs w:val="28"/>
                <w:rtl/>
              </w:rPr>
              <w:fldChar w:fldCharType="end"/>
            </w:r>
          </w:hyperlink>
        </w:p>
        <w:p w14:paraId="2A88A753" w14:textId="77777777" w:rsidR="00B45DBC" w:rsidRPr="00B45DBC" w:rsidRDefault="00B45DBC">
          <w:pPr>
            <w:pStyle w:val="TOC1"/>
            <w:tabs>
              <w:tab w:val="right" w:leader="dot" w:pos="9060"/>
            </w:tabs>
            <w:rPr>
              <w:rFonts w:asciiTheme="minorHAnsi" w:eastAsiaTheme="minorEastAsia" w:hAnsiTheme="minorHAnsi" w:cstheme="minorBidi"/>
              <w:noProof/>
              <w:sz w:val="14"/>
              <w:szCs w:val="14"/>
              <w:rtl/>
            </w:rPr>
          </w:pPr>
          <w:hyperlink w:anchor="_Toc234793622" w:history="1">
            <w:r w:rsidRPr="00B45DBC">
              <w:rPr>
                <w:rStyle w:val="Hyperlink"/>
                <w:rFonts w:eastAsia="Noto Sans Arabic" w:cs="Sakkal Majalla"/>
                <w:b/>
                <w:bCs/>
                <w:noProof/>
                <w:sz w:val="26"/>
                <w:szCs w:val="28"/>
              </w:rPr>
              <w:t xml:space="preserve">1.7 </w:t>
            </w:r>
            <w:r w:rsidRPr="00B45DBC">
              <w:rPr>
                <w:rStyle w:val="Hyperlink"/>
                <w:rFonts w:eastAsia="Noto Sans Arabic" w:cs="Sakkal Majalla"/>
                <w:b/>
                <w:bCs/>
                <w:noProof/>
                <w:sz w:val="26"/>
                <w:szCs w:val="28"/>
                <w:rtl/>
              </w:rPr>
              <w:t>النموذج</w:t>
            </w:r>
            <w:r w:rsidRPr="00B45DBC">
              <w:rPr>
                <w:rStyle w:val="Hyperlink"/>
                <w:rFonts w:eastAsia="Noto Sans Arabic" w:cs="Sakkal Majalla"/>
                <w:b/>
                <w:bCs/>
                <w:noProof/>
                <w:sz w:val="26"/>
                <w:szCs w:val="28"/>
              </w:rPr>
              <w:t xml:space="preserve"> </w:t>
            </w:r>
            <w:r w:rsidRPr="00B45DBC">
              <w:rPr>
                <w:rStyle w:val="Hyperlink"/>
                <w:rFonts w:eastAsia="Noto Sans Arabic" w:cs="Sakkal Majalla"/>
                <w:b/>
                <w:bCs/>
                <w:noProof/>
                <w:sz w:val="26"/>
                <w:szCs w:val="28"/>
                <w:rtl/>
              </w:rPr>
              <w:t>المفاهيمي</w:t>
            </w:r>
            <w:r w:rsidRPr="00B45DBC">
              <w:rPr>
                <w:rStyle w:val="Hyperlink"/>
                <w:rFonts w:eastAsia="Noto Sans Arabic" w:cs="Sakkal Majalla"/>
                <w:b/>
                <w:bCs/>
                <w:noProof/>
                <w:sz w:val="26"/>
                <w:szCs w:val="28"/>
              </w:rPr>
              <w:t xml:space="preserve"> </w:t>
            </w:r>
            <w:r w:rsidRPr="00B45DBC">
              <w:rPr>
                <w:rStyle w:val="Hyperlink"/>
                <w:rFonts w:eastAsia="Noto Sans Arabic" w:cs="Sakkal Majalla"/>
                <w:b/>
                <w:bCs/>
                <w:noProof/>
                <w:sz w:val="26"/>
                <w:szCs w:val="28"/>
                <w:rtl/>
              </w:rPr>
              <w:t>للدراسة:</w:t>
            </w:r>
            <w:r w:rsidRPr="00B45DBC">
              <w:rPr>
                <w:noProof/>
                <w:webHidden/>
                <w:sz w:val="26"/>
                <w:szCs w:val="28"/>
                <w:rtl/>
              </w:rPr>
              <w:tab/>
            </w:r>
            <w:r w:rsidRPr="00B45DBC">
              <w:rPr>
                <w:noProof/>
                <w:webHidden/>
                <w:sz w:val="26"/>
                <w:szCs w:val="28"/>
                <w:rtl/>
              </w:rPr>
              <w:fldChar w:fldCharType="begin"/>
            </w:r>
            <w:r w:rsidRPr="00B45DBC">
              <w:rPr>
                <w:noProof/>
                <w:webHidden/>
                <w:sz w:val="26"/>
                <w:szCs w:val="28"/>
                <w:rtl/>
              </w:rPr>
              <w:instrText xml:space="preserve"> </w:instrText>
            </w:r>
            <w:r w:rsidRPr="00B45DBC">
              <w:rPr>
                <w:noProof/>
                <w:webHidden/>
                <w:sz w:val="26"/>
                <w:szCs w:val="28"/>
              </w:rPr>
              <w:instrText>PAGEREF</w:instrText>
            </w:r>
            <w:r w:rsidRPr="00B45DBC">
              <w:rPr>
                <w:noProof/>
                <w:webHidden/>
                <w:sz w:val="26"/>
                <w:szCs w:val="28"/>
                <w:rtl/>
              </w:rPr>
              <w:instrText xml:space="preserve"> _</w:instrText>
            </w:r>
            <w:r w:rsidRPr="00B45DBC">
              <w:rPr>
                <w:noProof/>
                <w:webHidden/>
                <w:sz w:val="26"/>
                <w:szCs w:val="28"/>
              </w:rPr>
              <w:instrText>Toc</w:instrText>
            </w:r>
            <w:r w:rsidRPr="00B45DBC">
              <w:rPr>
                <w:noProof/>
                <w:webHidden/>
                <w:sz w:val="26"/>
                <w:szCs w:val="28"/>
                <w:rtl/>
              </w:rPr>
              <w:instrText xml:space="preserve">234793622 </w:instrText>
            </w:r>
            <w:r w:rsidRPr="00B45DBC">
              <w:rPr>
                <w:noProof/>
                <w:webHidden/>
                <w:sz w:val="26"/>
                <w:szCs w:val="28"/>
              </w:rPr>
              <w:instrText>\h</w:instrText>
            </w:r>
            <w:r w:rsidRPr="00B45DBC">
              <w:rPr>
                <w:noProof/>
                <w:webHidden/>
                <w:sz w:val="26"/>
                <w:szCs w:val="28"/>
                <w:rtl/>
              </w:rPr>
              <w:instrText xml:space="preserve"> </w:instrText>
            </w:r>
            <w:r w:rsidRPr="00B45DBC">
              <w:rPr>
                <w:noProof/>
                <w:webHidden/>
                <w:sz w:val="26"/>
                <w:szCs w:val="28"/>
                <w:rtl/>
              </w:rPr>
            </w:r>
            <w:r w:rsidRPr="00B45DBC">
              <w:rPr>
                <w:noProof/>
                <w:webHidden/>
                <w:sz w:val="26"/>
                <w:szCs w:val="28"/>
                <w:rtl/>
              </w:rPr>
              <w:fldChar w:fldCharType="separate"/>
            </w:r>
            <w:r w:rsidR="00F41A3F">
              <w:rPr>
                <w:noProof/>
                <w:webHidden/>
                <w:sz w:val="26"/>
                <w:szCs w:val="28"/>
                <w:rtl/>
              </w:rPr>
              <w:t>14</w:t>
            </w:r>
            <w:r w:rsidRPr="00B45DBC">
              <w:rPr>
                <w:noProof/>
                <w:webHidden/>
                <w:sz w:val="26"/>
                <w:szCs w:val="28"/>
                <w:rtl/>
              </w:rPr>
              <w:fldChar w:fldCharType="end"/>
            </w:r>
          </w:hyperlink>
        </w:p>
        <w:p w14:paraId="5787EB79" w14:textId="77777777" w:rsidR="00B45DBC" w:rsidRPr="00B45DBC" w:rsidRDefault="00B45DBC">
          <w:pPr>
            <w:pStyle w:val="TOC1"/>
            <w:tabs>
              <w:tab w:val="right" w:leader="dot" w:pos="9060"/>
            </w:tabs>
            <w:rPr>
              <w:rFonts w:asciiTheme="minorHAnsi" w:eastAsiaTheme="minorEastAsia" w:hAnsiTheme="minorHAnsi" w:cstheme="minorBidi"/>
              <w:noProof/>
              <w:sz w:val="14"/>
              <w:szCs w:val="14"/>
              <w:rtl/>
            </w:rPr>
          </w:pPr>
          <w:hyperlink w:anchor="_Toc234793623" w:history="1">
            <w:r w:rsidRPr="00B45DBC">
              <w:rPr>
                <w:rStyle w:val="Hyperlink"/>
                <w:rFonts w:eastAsia="Noto Sans Arabic" w:cs="Sakkal Majalla"/>
                <w:b/>
                <w:bCs/>
                <w:noProof/>
                <w:sz w:val="26"/>
                <w:szCs w:val="28"/>
              </w:rPr>
              <w:t xml:space="preserve">1.8 </w:t>
            </w:r>
            <w:r w:rsidRPr="00B45DBC">
              <w:rPr>
                <w:rStyle w:val="Hyperlink"/>
                <w:rFonts w:eastAsia="Noto Sans Arabic" w:cs="Sakkal Majalla"/>
                <w:b/>
                <w:bCs/>
                <w:noProof/>
                <w:sz w:val="26"/>
                <w:szCs w:val="28"/>
                <w:rtl/>
              </w:rPr>
              <w:t>مصطلحات</w:t>
            </w:r>
            <w:r w:rsidRPr="00B45DBC">
              <w:rPr>
                <w:rStyle w:val="Hyperlink"/>
                <w:rFonts w:eastAsia="Noto Sans Arabic" w:cs="Sakkal Majalla"/>
                <w:b/>
                <w:bCs/>
                <w:noProof/>
                <w:sz w:val="26"/>
                <w:szCs w:val="28"/>
              </w:rPr>
              <w:t xml:space="preserve"> </w:t>
            </w:r>
            <w:r w:rsidRPr="00B45DBC">
              <w:rPr>
                <w:rStyle w:val="Hyperlink"/>
                <w:rFonts w:eastAsia="Noto Sans Arabic" w:cs="Sakkal Majalla"/>
                <w:b/>
                <w:bCs/>
                <w:noProof/>
                <w:sz w:val="26"/>
                <w:szCs w:val="28"/>
                <w:rtl/>
              </w:rPr>
              <w:t>الدراسة</w:t>
            </w:r>
            <w:r w:rsidRPr="00B45DBC">
              <w:rPr>
                <w:rStyle w:val="Hyperlink"/>
                <w:rFonts w:eastAsia="Noto Sans Arabic" w:cs="Sakkal Majalla"/>
                <w:b/>
                <w:bCs/>
                <w:noProof/>
                <w:sz w:val="26"/>
                <w:szCs w:val="28"/>
              </w:rPr>
              <w:t xml:space="preserve"> </w:t>
            </w:r>
            <w:r w:rsidRPr="00B45DBC">
              <w:rPr>
                <w:rStyle w:val="Hyperlink"/>
                <w:rFonts w:eastAsia="Noto Sans Arabic" w:cs="Sakkal Majalla"/>
                <w:b/>
                <w:bCs/>
                <w:noProof/>
                <w:sz w:val="26"/>
                <w:szCs w:val="28"/>
                <w:rtl/>
              </w:rPr>
              <w:t>وتعريفاتها</w:t>
            </w:r>
            <w:r w:rsidRPr="00B45DBC">
              <w:rPr>
                <w:rStyle w:val="Hyperlink"/>
                <w:rFonts w:eastAsia="Noto Sans Arabic" w:cs="Sakkal Majalla"/>
                <w:b/>
                <w:bCs/>
                <w:noProof/>
                <w:sz w:val="26"/>
                <w:szCs w:val="28"/>
              </w:rPr>
              <w:t xml:space="preserve"> </w:t>
            </w:r>
            <w:r w:rsidRPr="00B45DBC">
              <w:rPr>
                <w:rStyle w:val="Hyperlink"/>
                <w:rFonts w:eastAsia="Noto Sans Arabic" w:cs="Sakkal Majalla"/>
                <w:b/>
                <w:bCs/>
                <w:noProof/>
                <w:sz w:val="26"/>
                <w:szCs w:val="28"/>
                <w:rtl/>
              </w:rPr>
              <w:t>الإجرائية</w:t>
            </w:r>
            <w:r w:rsidRPr="00B45DBC">
              <w:rPr>
                <w:noProof/>
                <w:webHidden/>
                <w:sz w:val="26"/>
                <w:szCs w:val="28"/>
                <w:rtl/>
              </w:rPr>
              <w:tab/>
            </w:r>
            <w:r w:rsidRPr="00B45DBC">
              <w:rPr>
                <w:noProof/>
                <w:webHidden/>
                <w:sz w:val="26"/>
                <w:szCs w:val="28"/>
                <w:rtl/>
              </w:rPr>
              <w:fldChar w:fldCharType="begin"/>
            </w:r>
            <w:r w:rsidRPr="00B45DBC">
              <w:rPr>
                <w:noProof/>
                <w:webHidden/>
                <w:sz w:val="26"/>
                <w:szCs w:val="28"/>
                <w:rtl/>
              </w:rPr>
              <w:instrText xml:space="preserve"> </w:instrText>
            </w:r>
            <w:r w:rsidRPr="00B45DBC">
              <w:rPr>
                <w:noProof/>
                <w:webHidden/>
                <w:sz w:val="26"/>
                <w:szCs w:val="28"/>
              </w:rPr>
              <w:instrText>PAGEREF</w:instrText>
            </w:r>
            <w:r w:rsidRPr="00B45DBC">
              <w:rPr>
                <w:noProof/>
                <w:webHidden/>
                <w:sz w:val="26"/>
                <w:szCs w:val="28"/>
                <w:rtl/>
              </w:rPr>
              <w:instrText xml:space="preserve"> _</w:instrText>
            </w:r>
            <w:r w:rsidRPr="00B45DBC">
              <w:rPr>
                <w:noProof/>
                <w:webHidden/>
                <w:sz w:val="26"/>
                <w:szCs w:val="28"/>
              </w:rPr>
              <w:instrText>Toc</w:instrText>
            </w:r>
            <w:r w:rsidRPr="00B45DBC">
              <w:rPr>
                <w:noProof/>
                <w:webHidden/>
                <w:sz w:val="26"/>
                <w:szCs w:val="28"/>
                <w:rtl/>
              </w:rPr>
              <w:instrText xml:space="preserve">234793623 </w:instrText>
            </w:r>
            <w:r w:rsidRPr="00B45DBC">
              <w:rPr>
                <w:noProof/>
                <w:webHidden/>
                <w:sz w:val="26"/>
                <w:szCs w:val="28"/>
              </w:rPr>
              <w:instrText>\h</w:instrText>
            </w:r>
            <w:r w:rsidRPr="00B45DBC">
              <w:rPr>
                <w:noProof/>
                <w:webHidden/>
                <w:sz w:val="26"/>
                <w:szCs w:val="28"/>
                <w:rtl/>
              </w:rPr>
              <w:instrText xml:space="preserve"> </w:instrText>
            </w:r>
            <w:r w:rsidRPr="00B45DBC">
              <w:rPr>
                <w:noProof/>
                <w:webHidden/>
                <w:sz w:val="26"/>
                <w:szCs w:val="28"/>
                <w:rtl/>
              </w:rPr>
            </w:r>
            <w:r w:rsidRPr="00B45DBC">
              <w:rPr>
                <w:noProof/>
                <w:webHidden/>
                <w:sz w:val="26"/>
                <w:szCs w:val="28"/>
                <w:rtl/>
              </w:rPr>
              <w:fldChar w:fldCharType="separate"/>
            </w:r>
            <w:r w:rsidR="00F41A3F">
              <w:rPr>
                <w:noProof/>
                <w:webHidden/>
                <w:sz w:val="26"/>
                <w:szCs w:val="28"/>
                <w:rtl/>
              </w:rPr>
              <w:t>15</w:t>
            </w:r>
            <w:r w:rsidRPr="00B45DBC">
              <w:rPr>
                <w:noProof/>
                <w:webHidden/>
                <w:sz w:val="26"/>
                <w:szCs w:val="28"/>
                <w:rtl/>
              </w:rPr>
              <w:fldChar w:fldCharType="end"/>
            </w:r>
          </w:hyperlink>
        </w:p>
        <w:p w14:paraId="1461765F" w14:textId="77777777" w:rsidR="00B45DBC" w:rsidRPr="00B45DBC" w:rsidRDefault="00B45DBC">
          <w:pPr>
            <w:pStyle w:val="TOC1"/>
            <w:tabs>
              <w:tab w:val="right" w:leader="dot" w:pos="9060"/>
            </w:tabs>
            <w:rPr>
              <w:rFonts w:asciiTheme="minorHAnsi" w:eastAsiaTheme="minorEastAsia" w:hAnsiTheme="minorHAnsi" w:cstheme="minorBidi"/>
              <w:noProof/>
              <w:sz w:val="14"/>
              <w:szCs w:val="14"/>
              <w:rtl/>
            </w:rPr>
          </w:pPr>
          <w:hyperlink w:anchor="_Toc234793624" w:history="1">
            <w:r w:rsidRPr="00B45DBC">
              <w:rPr>
                <w:rStyle w:val="Hyperlink"/>
                <w:rFonts w:eastAsia="Noto Sans Arabic" w:cs="Sakkal Majalla"/>
                <w:b/>
                <w:bCs/>
                <w:noProof/>
                <w:sz w:val="26"/>
                <w:szCs w:val="28"/>
              </w:rPr>
              <w:t xml:space="preserve">1.9 </w:t>
            </w:r>
            <w:r w:rsidRPr="00B45DBC">
              <w:rPr>
                <w:rStyle w:val="Hyperlink"/>
                <w:rFonts w:eastAsia="Noto Sans Arabic" w:cs="Sakkal Majalla"/>
                <w:b/>
                <w:bCs/>
                <w:noProof/>
                <w:sz w:val="26"/>
                <w:szCs w:val="28"/>
                <w:rtl/>
              </w:rPr>
              <w:t>حدود</w:t>
            </w:r>
            <w:r w:rsidRPr="00B45DBC">
              <w:rPr>
                <w:rStyle w:val="Hyperlink"/>
                <w:rFonts w:eastAsia="Noto Sans Arabic" w:cs="Sakkal Majalla"/>
                <w:b/>
                <w:bCs/>
                <w:noProof/>
                <w:sz w:val="26"/>
                <w:szCs w:val="28"/>
              </w:rPr>
              <w:t xml:space="preserve"> </w:t>
            </w:r>
            <w:r w:rsidRPr="00B45DBC">
              <w:rPr>
                <w:rStyle w:val="Hyperlink"/>
                <w:rFonts w:eastAsia="Noto Sans Arabic" w:cs="Sakkal Majalla"/>
                <w:b/>
                <w:bCs/>
                <w:noProof/>
                <w:sz w:val="26"/>
                <w:szCs w:val="28"/>
                <w:rtl/>
              </w:rPr>
              <w:t>ومجالات</w:t>
            </w:r>
            <w:r w:rsidRPr="00B45DBC">
              <w:rPr>
                <w:rStyle w:val="Hyperlink"/>
                <w:rFonts w:eastAsia="Noto Sans Arabic" w:cs="Sakkal Majalla"/>
                <w:b/>
                <w:bCs/>
                <w:noProof/>
                <w:sz w:val="26"/>
                <w:szCs w:val="28"/>
              </w:rPr>
              <w:t xml:space="preserve"> </w:t>
            </w:r>
            <w:r w:rsidRPr="00B45DBC">
              <w:rPr>
                <w:rStyle w:val="Hyperlink"/>
                <w:rFonts w:eastAsia="Noto Sans Arabic" w:cs="Sakkal Majalla"/>
                <w:b/>
                <w:bCs/>
                <w:noProof/>
                <w:sz w:val="26"/>
                <w:szCs w:val="28"/>
                <w:rtl/>
              </w:rPr>
              <w:t>الدراسة:</w:t>
            </w:r>
            <w:r w:rsidRPr="00B45DBC">
              <w:rPr>
                <w:noProof/>
                <w:webHidden/>
                <w:sz w:val="26"/>
                <w:szCs w:val="28"/>
                <w:rtl/>
              </w:rPr>
              <w:tab/>
            </w:r>
            <w:r w:rsidRPr="00B45DBC">
              <w:rPr>
                <w:noProof/>
                <w:webHidden/>
                <w:sz w:val="26"/>
                <w:szCs w:val="28"/>
                <w:rtl/>
              </w:rPr>
              <w:fldChar w:fldCharType="begin"/>
            </w:r>
            <w:r w:rsidRPr="00B45DBC">
              <w:rPr>
                <w:noProof/>
                <w:webHidden/>
                <w:sz w:val="26"/>
                <w:szCs w:val="28"/>
                <w:rtl/>
              </w:rPr>
              <w:instrText xml:space="preserve"> </w:instrText>
            </w:r>
            <w:r w:rsidRPr="00B45DBC">
              <w:rPr>
                <w:noProof/>
                <w:webHidden/>
                <w:sz w:val="26"/>
                <w:szCs w:val="28"/>
              </w:rPr>
              <w:instrText>PAGEREF</w:instrText>
            </w:r>
            <w:r w:rsidRPr="00B45DBC">
              <w:rPr>
                <w:noProof/>
                <w:webHidden/>
                <w:sz w:val="26"/>
                <w:szCs w:val="28"/>
                <w:rtl/>
              </w:rPr>
              <w:instrText xml:space="preserve"> _</w:instrText>
            </w:r>
            <w:r w:rsidRPr="00B45DBC">
              <w:rPr>
                <w:noProof/>
                <w:webHidden/>
                <w:sz w:val="26"/>
                <w:szCs w:val="28"/>
              </w:rPr>
              <w:instrText>Toc</w:instrText>
            </w:r>
            <w:r w:rsidRPr="00B45DBC">
              <w:rPr>
                <w:noProof/>
                <w:webHidden/>
                <w:sz w:val="26"/>
                <w:szCs w:val="28"/>
                <w:rtl/>
              </w:rPr>
              <w:instrText xml:space="preserve">234793624 </w:instrText>
            </w:r>
            <w:r w:rsidRPr="00B45DBC">
              <w:rPr>
                <w:noProof/>
                <w:webHidden/>
                <w:sz w:val="26"/>
                <w:szCs w:val="28"/>
              </w:rPr>
              <w:instrText>\h</w:instrText>
            </w:r>
            <w:r w:rsidRPr="00B45DBC">
              <w:rPr>
                <w:noProof/>
                <w:webHidden/>
                <w:sz w:val="26"/>
                <w:szCs w:val="28"/>
                <w:rtl/>
              </w:rPr>
              <w:instrText xml:space="preserve"> </w:instrText>
            </w:r>
            <w:r w:rsidRPr="00B45DBC">
              <w:rPr>
                <w:noProof/>
                <w:webHidden/>
                <w:sz w:val="26"/>
                <w:szCs w:val="28"/>
                <w:rtl/>
              </w:rPr>
            </w:r>
            <w:r w:rsidRPr="00B45DBC">
              <w:rPr>
                <w:noProof/>
                <w:webHidden/>
                <w:sz w:val="26"/>
                <w:szCs w:val="28"/>
                <w:rtl/>
              </w:rPr>
              <w:fldChar w:fldCharType="separate"/>
            </w:r>
            <w:r w:rsidR="00F41A3F">
              <w:rPr>
                <w:noProof/>
                <w:webHidden/>
                <w:sz w:val="26"/>
                <w:szCs w:val="28"/>
                <w:rtl/>
              </w:rPr>
              <w:t>16</w:t>
            </w:r>
            <w:r w:rsidRPr="00B45DBC">
              <w:rPr>
                <w:noProof/>
                <w:webHidden/>
                <w:sz w:val="26"/>
                <w:szCs w:val="28"/>
                <w:rtl/>
              </w:rPr>
              <w:fldChar w:fldCharType="end"/>
            </w:r>
          </w:hyperlink>
        </w:p>
        <w:p w14:paraId="7A06E630" w14:textId="77777777" w:rsidR="00B45DBC" w:rsidRPr="00B45DBC" w:rsidRDefault="00B45DBC">
          <w:pPr>
            <w:pStyle w:val="TOC1"/>
            <w:tabs>
              <w:tab w:val="right" w:leader="dot" w:pos="9060"/>
            </w:tabs>
            <w:rPr>
              <w:rFonts w:asciiTheme="minorHAnsi" w:eastAsiaTheme="minorEastAsia" w:hAnsiTheme="minorHAnsi" w:cstheme="minorBidi"/>
              <w:noProof/>
              <w:sz w:val="14"/>
              <w:szCs w:val="14"/>
              <w:rtl/>
            </w:rPr>
          </w:pPr>
          <w:hyperlink w:anchor="_Toc234793625" w:history="1">
            <w:r w:rsidRPr="00B45DBC">
              <w:rPr>
                <w:rStyle w:val="Hyperlink"/>
                <w:rFonts w:eastAsia="Noto Sans Arabic" w:cs="Sakkal Majalla"/>
                <w:b/>
                <w:bCs/>
                <w:noProof/>
                <w:sz w:val="26"/>
                <w:szCs w:val="28"/>
              </w:rPr>
              <w:t xml:space="preserve">1.10 </w:t>
            </w:r>
            <w:r w:rsidRPr="00B45DBC">
              <w:rPr>
                <w:rStyle w:val="Hyperlink"/>
                <w:rFonts w:eastAsia="Noto Sans Arabic" w:cs="Sakkal Majalla"/>
                <w:b/>
                <w:bCs/>
                <w:noProof/>
                <w:sz w:val="26"/>
                <w:szCs w:val="28"/>
                <w:rtl/>
              </w:rPr>
              <w:t>تسلسل</w:t>
            </w:r>
            <w:r w:rsidRPr="00B45DBC">
              <w:rPr>
                <w:rStyle w:val="Hyperlink"/>
                <w:rFonts w:eastAsia="Noto Sans Arabic" w:cs="Sakkal Majalla"/>
                <w:b/>
                <w:bCs/>
                <w:noProof/>
                <w:sz w:val="26"/>
                <w:szCs w:val="28"/>
              </w:rPr>
              <w:t xml:space="preserve"> </w:t>
            </w:r>
            <w:r w:rsidRPr="00B45DBC">
              <w:rPr>
                <w:rStyle w:val="Hyperlink"/>
                <w:rFonts w:eastAsia="Noto Sans Arabic" w:cs="Sakkal Majalla"/>
                <w:b/>
                <w:bCs/>
                <w:noProof/>
                <w:sz w:val="26"/>
                <w:szCs w:val="28"/>
                <w:rtl/>
              </w:rPr>
              <w:t>فصول</w:t>
            </w:r>
            <w:r w:rsidRPr="00B45DBC">
              <w:rPr>
                <w:rStyle w:val="Hyperlink"/>
                <w:rFonts w:eastAsia="Noto Sans Arabic" w:cs="Sakkal Majalla"/>
                <w:b/>
                <w:bCs/>
                <w:noProof/>
                <w:sz w:val="26"/>
                <w:szCs w:val="28"/>
              </w:rPr>
              <w:t xml:space="preserve"> </w:t>
            </w:r>
            <w:r w:rsidRPr="00B45DBC">
              <w:rPr>
                <w:rStyle w:val="Hyperlink"/>
                <w:rFonts w:eastAsia="Noto Sans Arabic" w:cs="Sakkal Majalla"/>
                <w:b/>
                <w:bCs/>
                <w:noProof/>
                <w:sz w:val="26"/>
                <w:szCs w:val="28"/>
                <w:rtl/>
              </w:rPr>
              <w:t>الدراسة:</w:t>
            </w:r>
            <w:r w:rsidRPr="00B45DBC">
              <w:rPr>
                <w:noProof/>
                <w:webHidden/>
                <w:sz w:val="26"/>
                <w:szCs w:val="28"/>
                <w:rtl/>
              </w:rPr>
              <w:tab/>
            </w:r>
            <w:r w:rsidRPr="00B45DBC">
              <w:rPr>
                <w:noProof/>
                <w:webHidden/>
                <w:sz w:val="26"/>
                <w:szCs w:val="28"/>
                <w:rtl/>
              </w:rPr>
              <w:fldChar w:fldCharType="begin"/>
            </w:r>
            <w:r w:rsidRPr="00B45DBC">
              <w:rPr>
                <w:noProof/>
                <w:webHidden/>
                <w:sz w:val="26"/>
                <w:szCs w:val="28"/>
                <w:rtl/>
              </w:rPr>
              <w:instrText xml:space="preserve"> </w:instrText>
            </w:r>
            <w:r w:rsidRPr="00B45DBC">
              <w:rPr>
                <w:noProof/>
                <w:webHidden/>
                <w:sz w:val="26"/>
                <w:szCs w:val="28"/>
              </w:rPr>
              <w:instrText>PAGEREF</w:instrText>
            </w:r>
            <w:r w:rsidRPr="00B45DBC">
              <w:rPr>
                <w:noProof/>
                <w:webHidden/>
                <w:sz w:val="26"/>
                <w:szCs w:val="28"/>
                <w:rtl/>
              </w:rPr>
              <w:instrText xml:space="preserve"> _</w:instrText>
            </w:r>
            <w:r w:rsidRPr="00B45DBC">
              <w:rPr>
                <w:noProof/>
                <w:webHidden/>
                <w:sz w:val="26"/>
                <w:szCs w:val="28"/>
              </w:rPr>
              <w:instrText>Toc</w:instrText>
            </w:r>
            <w:r w:rsidRPr="00B45DBC">
              <w:rPr>
                <w:noProof/>
                <w:webHidden/>
                <w:sz w:val="26"/>
                <w:szCs w:val="28"/>
                <w:rtl/>
              </w:rPr>
              <w:instrText xml:space="preserve">234793625 </w:instrText>
            </w:r>
            <w:r w:rsidRPr="00B45DBC">
              <w:rPr>
                <w:noProof/>
                <w:webHidden/>
                <w:sz w:val="26"/>
                <w:szCs w:val="28"/>
              </w:rPr>
              <w:instrText>\h</w:instrText>
            </w:r>
            <w:r w:rsidRPr="00B45DBC">
              <w:rPr>
                <w:noProof/>
                <w:webHidden/>
                <w:sz w:val="26"/>
                <w:szCs w:val="28"/>
                <w:rtl/>
              </w:rPr>
              <w:instrText xml:space="preserve"> </w:instrText>
            </w:r>
            <w:r w:rsidRPr="00B45DBC">
              <w:rPr>
                <w:noProof/>
                <w:webHidden/>
                <w:sz w:val="26"/>
                <w:szCs w:val="28"/>
                <w:rtl/>
              </w:rPr>
            </w:r>
            <w:r w:rsidRPr="00B45DBC">
              <w:rPr>
                <w:noProof/>
                <w:webHidden/>
                <w:sz w:val="26"/>
                <w:szCs w:val="28"/>
                <w:rtl/>
              </w:rPr>
              <w:fldChar w:fldCharType="separate"/>
            </w:r>
            <w:r w:rsidR="00F41A3F">
              <w:rPr>
                <w:noProof/>
                <w:webHidden/>
                <w:sz w:val="26"/>
                <w:szCs w:val="28"/>
                <w:rtl/>
              </w:rPr>
              <w:t>16</w:t>
            </w:r>
            <w:r w:rsidRPr="00B45DBC">
              <w:rPr>
                <w:noProof/>
                <w:webHidden/>
                <w:sz w:val="26"/>
                <w:szCs w:val="28"/>
                <w:rtl/>
              </w:rPr>
              <w:fldChar w:fldCharType="end"/>
            </w:r>
          </w:hyperlink>
        </w:p>
        <w:p w14:paraId="75B9AACF" w14:textId="77777777" w:rsidR="00B45DBC" w:rsidRPr="00B45DBC" w:rsidRDefault="00B45DBC">
          <w:pPr>
            <w:pStyle w:val="TOC1"/>
            <w:tabs>
              <w:tab w:val="right" w:leader="dot" w:pos="9060"/>
            </w:tabs>
            <w:rPr>
              <w:rFonts w:asciiTheme="minorHAnsi" w:eastAsiaTheme="minorEastAsia" w:hAnsiTheme="minorHAnsi" w:cstheme="minorBidi"/>
              <w:noProof/>
              <w:sz w:val="14"/>
              <w:szCs w:val="14"/>
              <w:rtl/>
            </w:rPr>
          </w:pPr>
          <w:hyperlink w:anchor="_Toc234793626" w:history="1">
            <w:r w:rsidRPr="00B45DBC">
              <w:rPr>
                <w:rStyle w:val="Hyperlink"/>
                <w:rFonts w:eastAsia="Noto Sans Arabic" w:cs="Sakkal Majalla"/>
                <w:b/>
                <w:bCs/>
                <w:noProof/>
                <w:sz w:val="26"/>
                <w:szCs w:val="28"/>
                <w:rtl/>
              </w:rPr>
              <w:t>الفصل</w:t>
            </w:r>
            <w:r w:rsidRPr="00B45DBC">
              <w:rPr>
                <w:rStyle w:val="Hyperlink"/>
                <w:rFonts w:eastAsia="Noto Sans Arabic" w:cs="Sakkal Majalla"/>
                <w:b/>
                <w:bCs/>
                <w:noProof/>
                <w:sz w:val="26"/>
                <w:szCs w:val="28"/>
              </w:rPr>
              <w:t xml:space="preserve"> </w:t>
            </w:r>
            <w:r w:rsidRPr="00B45DBC">
              <w:rPr>
                <w:rStyle w:val="Hyperlink"/>
                <w:rFonts w:eastAsia="Noto Sans Arabic" w:cs="Sakkal Majalla"/>
                <w:b/>
                <w:bCs/>
                <w:noProof/>
                <w:sz w:val="26"/>
                <w:szCs w:val="28"/>
                <w:rtl/>
              </w:rPr>
              <w:t>الثاني</w:t>
            </w:r>
            <w:r w:rsidRPr="00B45DBC">
              <w:rPr>
                <w:rStyle w:val="Hyperlink"/>
                <w:rFonts w:eastAsia="Noto Sans Arabic" w:cs="Sakkal Majalla"/>
                <w:b/>
                <w:bCs/>
                <w:noProof/>
                <w:sz w:val="26"/>
                <w:szCs w:val="28"/>
              </w:rPr>
              <w:t xml:space="preserve">: </w:t>
            </w:r>
            <w:r w:rsidRPr="00B45DBC">
              <w:rPr>
                <w:rStyle w:val="Hyperlink"/>
                <w:rFonts w:eastAsia="Noto Sans Arabic" w:cs="Sakkal Majalla"/>
                <w:b/>
                <w:bCs/>
                <w:noProof/>
                <w:sz w:val="26"/>
                <w:szCs w:val="28"/>
                <w:rtl/>
              </w:rPr>
              <w:t>الإطار</w:t>
            </w:r>
            <w:r w:rsidRPr="00B45DBC">
              <w:rPr>
                <w:rStyle w:val="Hyperlink"/>
                <w:rFonts w:eastAsia="Noto Sans Arabic" w:cs="Sakkal Majalla"/>
                <w:b/>
                <w:bCs/>
                <w:noProof/>
                <w:sz w:val="26"/>
                <w:szCs w:val="28"/>
              </w:rPr>
              <w:t xml:space="preserve"> </w:t>
            </w:r>
            <w:r w:rsidRPr="00B45DBC">
              <w:rPr>
                <w:rStyle w:val="Hyperlink"/>
                <w:rFonts w:eastAsia="Noto Sans Arabic" w:cs="Sakkal Majalla"/>
                <w:b/>
                <w:bCs/>
                <w:noProof/>
                <w:sz w:val="26"/>
                <w:szCs w:val="28"/>
                <w:rtl/>
              </w:rPr>
              <w:t>النظري</w:t>
            </w:r>
            <w:r w:rsidRPr="00B45DBC">
              <w:rPr>
                <w:rStyle w:val="Hyperlink"/>
                <w:rFonts w:eastAsia="Noto Sans Arabic" w:cs="Sakkal Majalla"/>
                <w:b/>
                <w:bCs/>
                <w:noProof/>
                <w:sz w:val="26"/>
                <w:szCs w:val="28"/>
              </w:rPr>
              <w:t xml:space="preserve"> </w:t>
            </w:r>
            <w:r w:rsidRPr="00B45DBC">
              <w:rPr>
                <w:rStyle w:val="Hyperlink"/>
                <w:rFonts w:eastAsia="Noto Sans Arabic" w:cs="Sakkal Majalla"/>
                <w:b/>
                <w:bCs/>
                <w:noProof/>
                <w:sz w:val="26"/>
                <w:szCs w:val="28"/>
                <w:rtl/>
              </w:rPr>
              <w:t>والدراسات</w:t>
            </w:r>
            <w:r w:rsidRPr="00B45DBC">
              <w:rPr>
                <w:rStyle w:val="Hyperlink"/>
                <w:rFonts w:eastAsia="Noto Sans Arabic" w:cs="Sakkal Majalla"/>
                <w:b/>
                <w:bCs/>
                <w:noProof/>
                <w:sz w:val="26"/>
                <w:szCs w:val="28"/>
              </w:rPr>
              <w:t xml:space="preserve"> </w:t>
            </w:r>
            <w:r w:rsidRPr="00B45DBC">
              <w:rPr>
                <w:rStyle w:val="Hyperlink"/>
                <w:rFonts w:eastAsia="Noto Sans Arabic" w:cs="Sakkal Majalla"/>
                <w:b/>
                <w:bCs/>
                <w:noProof/>
                <w:sz w:val="26"/>
                <w:szCs w:val="28"/>
                <w:rtl/>
              </w:rPr>
              <w:t>السابقة</w:t>
            </w:r>
            <w:r w:rsidRPr="00B45DBC">
              <w:rPr>
                <w:noProof/>
                <w:webHidden/>
                <w:sz w:val="26"/>
                <w:szCs w:val="28"/>
                <w:rtl/>
              </w:rPr>
              <w:tab/>
            </w:r>
            <w:r w:rsidRPr="00B45DBC">
              <w:rPr>
                <w:noProof/>
                <w:webHidden/>
                <w:sz w:val="26"/>
                <w:szCs w:val="28"/>
                <w:rtl/>
              </w:rPr>
              <w:fldChar w:fldCharType="begin"/>
            </w:r>
            <w:r w:rsidRPr="00B45DBC">
              <w:rPr>
                <w:noProof/>
                <w:webHidden/>
                <w:sz w:val="26"/>
                <w:szCs w:val="28"/>
                <w:rtl/>
              </w:rPr>
              <w:instrText xml:space="preserve"> </w:instrText>
            </w:r>
            <w:r w:rsidRPr="00B45DBC">
              <w:rPr>
                <w:noProof/>
                <w:webHidden/>
                <w:sz w:val="26"/>
                <w:szCs w:val="28"/>
              </w:rPr>
              <w:instrText>PAGEREF</w:instrText>
            </w:r>
            <w:r w:rsidRPr="00B45DBC">
              <w:rPr>
                <w:noProof/>
                <w:webHidden/>
                <w:sz w:val="26"/>
                <w:szCs w:val="28"/>
                <w:rtl/>
              </w:rPr>
              <w:instrText xml:space="preserve"> _</w:instrText>
            </w:r>
            <w:r w:rsidRPr="00B45DBC">
              <w:rPr>
                <w:noProof/>
                <w:webHidden/>
                <w:sz w:val="26"/>
                <w:szCs w:val="28"/>
              </w:rPr>
              <w:instrText>Toc</w:instrText>
            </w:r>
            <w:r w:rsidRPr="00B45DBC">
              <w:rPr>
                <w:noProof/>
                <w:webHidden/>
                <w:sz w:val="26"/>
                <w:szCs w:val="28"/>
                <w:rtl/>
              </w:rPr>
              <w:instrText xml:space="preserve">234793626 </w:instrText>
            </w:r>
            <w:r w:rsidRPr="00B45DBC">
              <w:rPr>
                <w:noProof/>
                <w:webHidden/>
                <w:sz w:val="26"/>
                <w:szCs w:val="28"/>
              </w:rPr>
              <w:instrText>\h</w:instrText>
            </w:r>
            <w:r w:rsidRPr="00B45DBC">
              <w:rPr>
                <w:noProof/>
                <w:webHidden/>
                <w:sz w:val="26"/>
                <w:szCs w:val="28"/>
                <w:rtl/>
              </w:rPr>
              <w:instrText xml:space="preserve"> </w:instrText>
            </w:r>
            <w:r w:rsidRPr="00B45DBC">
              <w:rPr>
                <w:noProof/>
                <w:webHidden/>
                <w:sz w:val="26"/>
                <w:szCs w:val="28"/>
                <w:rtl/>
              </w:rPr>
            </w:r>
            <w:r w:rsidRPr="00B45DBC">
              <w:rPr>
                <w:noProof/>
                <w:webHidden/>
                <w:sz w:val="26"/>
                <w:szCs w:val="28"/>
                <w:rtl/>
              </w:rPr>
              <w:fldChar w:fldCharType="separate"/>
            </w:r>
            <w:r w:rsidR="00F41A3F">
              <w:rPr>
                <w:noProof/>
                <w:webHidden/>
                <w:sz w:val="26"/>
                <w:szCs w:val="28"/>
                <w:rtl/>
              </w:rPr>
              <w:t>17</w:t>
            </w:r>
            <w:r w:rsidRPr="00B45DBC">
              <w:rPr>
                <w:noProof/>
                <w:webHidden/>
                <w:sz w:val="26"/>
                <w:szCs w:val="28"/>
                <w:rtl/>
              </w:rPr>
              <w:fldChar w:fldCharType="end"/>
            </w:r>
          </w:hyperlink>
        </w:p>
        <w:p w14:paraId="6EDAAC46" w14:textId="77777777" w:rsidR="00B45DBC" w:rsidRPr="00B45DBC" w:rsidRDefault="00B45DBC">
          <w:pPr>
            <w:pStyle w:val="TOC1"/>
            <w:tabs>
              <w:tab w:val="right" w:leader="dot" w:pos="9060"/>
            </w:tabs>
            <w:rPr>
              <w:rFonts w:asciiTheme="minorHAnsi" w:eastAsiaTheme="minorEastAsia" w:hAnsiTheme="minorHAnsi" w:cstheme="minorBidi"/>
              <w:noProof/>
              <w:sz w:val="14"/>
              <w:szCs w:val="14"/>
              <w:rtl/>
            </w:rPr>
          </w:pPr>
          <w:hyperlink w:anchor="_Toc234793627" w:history="1">
            <w:r w:rsidRPr="00B45DBC">
              <w:rPr>
                <w:rStyle w:val="Hyperlink"/>
                <w:rFonts w:eastAsia="Noto Sans Arabic" w:cs="Sakkal Majalla"/>
                <w:b/>
                <w:bCs/>
                <w:noProof/>
                <w:sz w:val="26"/>
                <w:szCs w:val="28"/>
              </w:rPr>
              <w:t xml:space="preserve">2.1 </w:t>
            </w:r>
            <w:r w:rsidRPr="00B45DBC">
              <w:rPr>
                <w:rStyle w:val="Hyperlink"/>
                <w:rFonts w:eastAsia="Noto Sans Arabic" w:cs="Sakkal Majalla"/>
                <w:b/>
                <w:bCs/>
                <w:noProof/>
                <w:sz w:val="26"/>
                <w:szCs w:val="28"/>
                <w:rtl/>
              </w:rPr>
              <w:t>تمهيد:</w:t>
            </w:r>
            <w:r w:rsidRPr="00B45DBC">
              <w:rPr>
                <w:noProof/>
                <w:webHidden/>
                <w:sz w:val="26"/>
                <w:szCs w:val="28"/>
                <w:rtl/>
              </w:rPr>
              <w:tab/>
            </w:r>
            <w:r w:rsidRPr="00B45DBC">
              <w:rPr>
                <w:noProof/>
                <w:webHidden/>
                <w:sz w:val="26"/>
                <w:szCs w:val="28"/>
                <w:rtl/>
              </w:rPr>
              <w:fldChar w:fldCharType="begin"/>
            </w:r>
            <w:r w:rsidRPr="00B45DBC">
              <w:rPr>
                <w:noProof/>
                <w:webHidden/>
                <w:sz w:val="26"/>
                <w:szCs w:val="28"/>
                <w:rtl/>
              </w:rPr>
              <w:instrText xml:space="preserve"> </w:instrText>
            </w:r>
            <w:r w:rsidRPr="00B45DBC">
              <w:rPr>
                <w:noProof/>
                <w:webHidden/>
                <w:sz w:val="26"/>
                <w:szCs w:val="28"/>
              </w:rPr>
              <w:instrText>PAGEREF</w:instrText>
            </w:r>
            <w:r w:rsidRPr="00B45DBC">
              <w:rPr>
                <w:noProof/>
                <w:webHidden/>
                <w:sz w:val="26"/>
                <w:szCs w:val="28"/>
                <w:rtl/>
              </w:rPr>
              <w:instrText xml:space="preserve"> _</w:instrText>
            </w:r>
            <w:r w:rsidRPr="00B45DBC">
              <w:rPr>
                <w:noProof/>
                <w:webHidden/>
                <w:sz w:val="26"/>
                <w:szCs w:val="28"/>
              </w:rPr>
              <w:instrText>Toc</w:instrText>
            </w:r>
            <w:r w:rsidRPr="00B45DBC">
              <w:rPr>
                <w:noProof/>
                <w:webHidden/>
                <w:sz w:val="26"/>
                <w:szCs w:val="28"/>
                <w:rtl/>
              </w:rPr>
              <w:instrText xml:space="preserve">234793627 </w:instrText>
            </w:r>
            <w:r w:rsidRPr="00B45DBC">
              <w:rPr>
                <w:noProof/>
                <w:webHidden/>
                <w:sz w:val="26"/>
                <w:szCs w:val="28"/>
              </w:rPr>
              <w:instrText>\h</w:instrText>
            </w:r>
            <w:r w:rsidRPr="00B45DBC">
              <w:rPr>
                <w:noProof/>
                <w:webHidden/>
                <w:sz w:val="26"/>
                <w:szCs w:val="28"/>
                <w:rtl/>
              </w:rPr>
              <w:instrText xml:space="preserve"> </w:instrText>
            </w:r>
            <w:r w:rsidRPr="00B45DBC">
              <w:rPr>
                <w:noProof/>
                <w:webHidden/>
                <w:sz w:val="26"/>
                <w:szCs w:val="28"/>
                <w:rtl/>
              </w:rPr>
            </w:r>
            <w:r w:rsidRPr="00B45DBC">
              <w:rPr>
                <w:noProof/>
                <w:webHidden/>
                <w:sz w:val="26"/>
                <w:szCs w:val="28"/>
                <w:rtl/>
              </w:rPr>
              <w:fldChar w:fldCharType="separate"/>
            </w:r>
            <w:r w:rsidR="00F41A3F">
              <w:rPr>
                <w:noProof/>
                <w:webHidden/>
                <w:sz w:val="26"/>
                <w:szCs w:val="28"/>
                <w:rtl/>
              </w:rPr>
              <w:t>17</w:t>
            </w:r>
            <w:r w:rsidRPr="00B45DBC">
              <w:rPr>
                <w:noProof/>
                <w:webHidden/>
                <w:sz w:val="26"/>
                <w:szCs w:val="28"/>
                <w:rtl/>
              </w:rPr>
              <w:fldChar w:fldCharType="end"/>
            </w:r>
          </w:hyperlink>
        </w:p>
        <w:p w14:paraId="560FFAFB" w14:textId="77777777" w:rsidR="00B45DBC" w:rsidRPr="00B45DBC" w:rsidRDefault="00B45DBC">
          <w:pPr>
            <w:pStyle w:val="TOC1"/>
            <w:tabs>
              <w:tab w:val="right" w:leader="dot" w:pos="9060"/>
            </w:tabs>
            <w:rPr>
              <w:rFonts w:asciiTheme="minorHAnsi" w:eastAsiaTheme="minorEastAsia" w:hAnsiTheme="minorHAnsi" w:cstheme="minorBidi"/>
              <w:noProof/>
              <w:sz w:val="14"/>
              <w:szCs w:val="14"/>
              <w:rtl/>
            </w:rPr>
          </w:pPr>
          <w:hyperlink w:anchor="_Toc234793628" w:history="1">
            <w:r w:rsidRPr="00B45DBC">
              <w:rPr>
                <w:rStyle w:val="Hyperlink"/>
                <w:rFonts w:eastAsia="Noto Sans Arabic" w:cs="Sakkal Majalla"/>
                <w:b/>
                <w:bCs/>
                <w:noProof/>
                <w:sz w:val="26"/>
                <w:szCs w:val="28"/>
              </w:rPr>
              <w:t xml:space="preserve">2.2 </w:t>
            </w:r>
            <w:r w:rsidRPr="00B45DBC">
              <w:rPr>
                <w:rStyle w:val="Hyperlink"/>
                <w:rFonts w:eastAsia="Noto Sans Arabic" w:cs="Sakkal Majalla"/>
                <w:b/>
                <w:bCs/>
                <w:noProof/>
                <w:sz w:val="26"/>
                <w:szCs w:val="28"/>
                <w:rtl/>
              </w:rPr>
              <w:t>المنطلقات</w:t>
            </w:r>
            <w:r w:rsidRPr="00B45DBC">
              <w:rPr>
                <w:rStyle w:val="Hyperlink"/>
                <w:rFonts w:eastAsia="Noto Sans Arabic" w:cs="Sakkal Majalla"/>
                <w:b/>
                <w:bCs/>
                <w:noProof/>
                <w:sz w:val="26"/>
                <w:szCs w:val="28"/>
              </w:rPr>
              <w:t xml:space="preserve"> </w:t>
            </w:r>
            <w:r w:rsidRPr="00B45DBC">
              <w:rPr>
                <w:rStyle w:val="Hyperlink"/>
                <w:rFonts w:eastAsia="Noto Sans Arabic" w:cs="Sakkal Majalla"/>
                <w:b/>
                <w:bCs/>
                <w:noProof/>
                <w:sz w:val="26"/>
                <w:szCs w:val="28"/>
                <w:rtl/>
              </w:rPr>
              <w:t>النظرية</w:t>
            </w:r>
            <w:r w:rsidRPr="00B45DBC">
              <w:rPr>
                <w:rStyle w:val="Hyperlink"/>
                <w:rFonts w:eastAsia="Noto Sans Arabic" w:cs="Sakkal Majalla"/>
                <w:b/>
                <w:bCs/>
                <w:noProof/>
                <w:sz w:val="26"/>
                <w:szCs w:val="28"/>
              </w:rPr>
              <w:t xml:space="preserve"> </w:t>
            </w:r>
            <w:r w:rsidRPr="00B45DBC">
              <w:rPr>
                <w:rStyle w:val="Hyperlink"/>
                <w:rFonts w:eastAsia="Noto Sans Arabic" w:cs="Sakkal Majalla"/>
                <w:b/>
                <w:bCs/>
                <w:noProof/>
                <w:sz w:val="26"/>
                <w:szCs w:val="28"/>
                <w:rtl/>
              </w:rPr>
              <w:t>للدراسة :</w:t>
            </w:r>
            <w:r w:rsidRPr="00B45DBC">
              <w:rPr>
                <w:noProof/>
                <w:webHidden/>
                <w:sz w:val="26"/>
                <w:szCs w:val="28"/>
                <w:rtl/>
              </w:rPr>
              <w:tab/>
            </w:r>
            <w:r w:rsidRPr="00B45DBC">
              <w:rPr>
                <w:noProof/>
                <w:webHidden/>
                <w:sz w:val="26"/>
                <w:szCs w:val="28"/>
                <w:rtl/>
              </w:rPr>
              <w:fldChar w:fldCharType="begin"/>
            </w:r>
            <w:r w:rsidRPr="00B45DBC">
              <w:rPr>
                <w:noProof/>
                <w:webHidden/>
                <w:sz w:val="26"/>
                <w:szCs w:val="28"/>
                <w:rtl/>
              </w:rPr>
              <w:instrText xml:space="preserve"> </w:instrText>
            </w:r>
            <w:r w:rsidRPr="00B45DBC">
              <w:rPr>
                <w:noProof/>
                <w:webHidden/>
                <w:sz w:val="26"/>
                <w:szCs w:val="28"/>
              </w:rPr>
              <w:instrText>PAGEREF</w:instrText>
            </w:r>
            <w:r w:rsidRPr="00B45DBC">
              <w:rPr>
                <w:noProof/>
                <w:webHidden/>
                <w:sz w:val="26"/>
                <w:szCs w:val="28"/>
                <w:rtl/>
              </w:rPr>
              <w:instrText xml:space="preserve"> _</w:instrText>
            </w:r>
            <w:r w:rsidRPr="00B45DBC">
              <w:rPr>
                <w:noProof/>
                <w:webHidden/>
                <w:sz w:val="26"/>
                <w:szCs w:val="28"/>
              </w:rPr>
              <w:instrText>Toc</w:instrText>
            </w:r>
            <w:r w:rsidRPr="00B45DBC">
              <w:rPr>
                <w:noProof/>
                <w:webHidden/>
                <w:sz w:val="26"/>
                <w:szCs w:val="28"/>
                <w:rtl/>
              </w:rPr>
              <w:instrText xml:space="preserve">234793628 </w:instrText>
            </w:r>
            <w:r w:rsidRPr="00B45DBC">
              <w:rPr>
                <w:noProof/>
                <w:webHidden/>
                <w:sz w:val="26"/>
                <w:szCs w:val="28"/>
              </w:rPr>
              <w:instrText>\h</w:instrText>
            </w:r>
            <w:r w:rsidRPr="00B45DBC">
              <w:rPr>
                <w:noProof/>
                <w:webHidden/>
                <w:sz w:val="26"/>
                <w:szCs w:val="28"/>
                <w:rtl/>
              </w:rPr>
              <w:instrText xml:space="preserve"> </w:instrText>
            </w:r>
            <w:r w:rsidRPr="00B45DBC">
              <w:rPr>
                <w:noProof/>
                <w:webHidden/>
                <w:sz w:val="26"/>
                <w:szCs w:val="28"/>
                <w:rtl/>
              </w:rPr>
            </w:r>
            <w:r w:rsidRPr="00B45DBC">
              <w:rPr>
                <w:noProof/>
                <w:webHidden/>
                <w:sz w:val="26"/>
                <w:szCs w:val="28"/>
                <w:rtl/>
              </w:rPr>
              <w:fldChar w:fldCharType="separate"/>
            </w:r>
            <w:r w:rsidR="00F41A3F">
              <w:rPr>
                <w:noProof/>
                <w:webHidden/>
                <w:sz w:val="26"/>
                <w:szCs w:val="28"/>
                <w:rtl/>
              </w:rPr>
              <w:t>17</w:t>
            </w:r>
            <w:r w:rsidRPr="00B45DBC">
              <w:rPr>
                <w:noProof/>
                <w:webHidden/>
                <w:sz w:val="26"/>
                <w:szCs w:val="28"/>
                <w:rtl/>
              </w:rPr>
              <w:fldChar w:fldCharType="end"/>
            </w:r>
          </w:hyperlink>
        </w:p>
        <w:p w14:paraId="3E1C4B45" w14:textId="77777777" w:rsidR="00B45DBC" w:rsidRPr="00B45DBC" w:rsidRDefault="00B45DBC">
          <w:pPr>
            <w:pStyle w:val="TOC1"/>
            <w:tabs>
              <w:tab w:val="right" w:leader="dot" w:pos="9060"/>
            </w:tabs>
            <w:rPr>
              <w:rFonts w:asciiTheme="minorHAnsi" w:eastAsiaTheme="minorEastAsia" w:hAnsiTheme="minorHAnsi" w:cstheme="minorBidi"/>
              <w:noProof/>
              <w:sz w:val="14"/>
              <w:szCs w:val="14"/>
              <w:rtl/>
            </w:rPr>
          </w:pPr>
          <w:hyperlink w:anchor="_Toc234793629" w:history="1">
            <w:r w:rsidRPr="00B45DBC">
              <w:rPr>
                <w:rStyle w:val="Hyperlink"/>
                <w:rFonts w:eastAsia="Noto Sans Arabic" w:cs="Sakkal Majalla"/>
                <w:b/>
                <w:bCs/>
                <w:noProof/>
                <w:sz w:val="26"/>
                <w:szCs w:val="28"/>
              </w:rPr>
              <w:t xml:space="preserve">2.3 </w:t>
            </w:r>
            <w:r w:rsidRPr="00B45DBC">
              <w:rPr>
                <w:rStyle w:val="Hyperlink"/>
                <w:rFonts w:eastAsia="Noto Sans Arabic" w:cs="Sakkal Majalla"/>
                <w:b/>
                <w:bCs/>
                <w:noProof/>
                <w:sz w:val="26"/>
                <w:szCs w:val="28"/>
                <w:rtl/>
              </w:rPr>
              <w:t>مفهوم</w:t>
            </w:r>
            <w:r w:rsidRPr="00B45DBC">
              <w:rPr>
                <w:rStyle w:val="Hyperlink"/>
                <w:rFonts w:eastAsia="Noto Sans Arabic" w:cs="Sakkal Majalla"/>
                <w:b/>
                <w:bCs/>
                <w:noProof/>
                <w:sz w:val="26"/>
                <w:szCs w:val="28"/>
              </w:rPr>
              <w:t xml:space="preserve"> </w:t>
            </w:r>
            <w:r w:rsidRPr="00B45DBC">
              <w:rPr>
                <w:rStyle w:val="Hyperlink"/>
                <w:rFonts w:eastAsia="Noto Sans Arabic" w:cs="Sakkal Majalla"/>
                <w:b/>
                <w:bCs/>
                <w:noProof/>
                <w:sz w:val="26"/>
                <w:szCs w:val="28"/>
                <w:rtl/>
              </w:rPr>
              <w:t>التحول</w:t>
            </w:r>
            <w:r w:rsidRPr="00B45DBC">
              <w:rPr>
                <w:rStyle w:val="Hyperlink"/>
                <w:rFonts w:eastAsia="Noto Sans Arabic" w:cs="Sakkal Majalla"/>
                <w:b/>
                <w:bCs/>
                <w:noProof/>
                <w:sz w:val="26"/>
                <w:szCs w:val="28"/>
              </w:rPr>
              <w:t xml:space="preserve"> </w:t>
            </w:r>
            <w:r w:rsidRPr="00B45DBC">
              <w:rPr>
                <w:rStyle w:val="Hyperlink"/>
                <w:rFonts w:eastAsia="Noto Sans Arabic" w:cs="Sakkal Majalla"/>
                <w:b/>
                <w:bCs/>
                <w:noProof/>
                <w:sz w:val="26"/>
                <w:szCs w:val="28"/>
                <w:rtl/>
              </w:rPr>
              <w:t>الرقمي</w:t>
            </w:r>
            <w:r w:rsidRPr="00B45DBC">
              <w:rPr>
                <w:rStyle w:val="Hyperlink"/>
                <w:rFonts w:eastAsia="Noto Sans Arabic" w:cs="Sakkal Majalla"/>
                <w:b/>
                <w:bCs/>
                <w:noProof/>
                <w:sz w:val="26"/>
                <w:szCs w:val="28"/>
              </w:rPr>
              <w:t xml:space="preserve"> </w:t>
            </w:r>
            <w:r w:rsidRPr="00B45DBC">
              <w:rPr>
                <w:rStyle w:val="Hyperlink"/>
                <w:rFonts w:eastAsia="Noto Sans Arabic" w:cs="Sakkal Majalla"/>
                <w:b/>
                <w:bCs/>
                <w:noProof/>
                <w:sz w:val="26"/>
                <w:szCs w:val="28"/>
                <w:rtl/>
              </w:rPr>
              <w:t>في</w:t>
            </w:r>
            <w:r w:rsidRPr="00B45DBC">
              <w:rPr>
                <w:rStyle w:val="Hyperlink"/>
                <w:rFonts w:eastAsia="Noto Sans Arabic" w:cs="Sakkal Majalla"/>
                <w:b/>
                <w:bCs/>
                <w:noProof/>
                <w:sz w:val="26"/>
                <w:szCs w:val="28"/>
              </w:rPr>
              <w:t xml:space="preserve"> </w:t>
            </w:r>
            <w:r w:rsidRPr="00B45DBC">
              <w:rPr>
                <w:rStyle w:val="Hyperlink"/>
                <w:rFonts w:eastAsia="Noto Sans Arabic" w:cs="Sakkal Majalla"/>
                <w:b/>
                <w:bCs/>
                <w:noProof/>
                <w:sz w:val="26"/>
                <w:szCs w:val="28"/>
                <w:rtl/>
              </w:rPr>
              <w:t>القطاع</w:t>
            </w:r>
            <w:r w:rsidRPr="00B45DBC">
              <w:rPr>
                <w:rStyle w:val="Hyperlink"/>
                <w:rFonts w:eastAsia="Noto Sans Arabic" w:cs="Sakkal Majalla"/>
                <w:b/>
                <w:bCs/>
                <w:noProof/>
                <w:sz w:val="26"/>
                <w:szCs w:val="28"/>
              </w:rPr>
              <w:t xml:space="preserve"> </w:t>
            </w:r>
            <w:r w:rsidRPr="00B45DBC">
              <w:rPr>
                <w:rStyle w:val="Hyperlink"/>
                <w:rFonts w:eastAsia="Noto Sans Arabic" w:cs="Sakkal Majalla"/>
                <w:b/>
                <w:bCs/>
                <w:noProof/>
                <w:sz w:val="26"/>
                <w:szCs w:val="28"/>
                <w:rtl/>
              </w:rPr>
              <w:t>الحكومي:</w:t>
            </w:r>
            <w:r w:rsidRPr="00B45DBC">
              <w:rPr>
                <w:noProof/>
                <w:webHidden/>
                <w:sz w:val="26"/>
                <w:szCs w:val="28"/>
                <w:rtl/>
              </w:rPr>
              <w:tab/>
            </w:r>
            <w:r w:rsidRPr="00B45DBC">
              <w:rPr>
                <w:noProof/>
                <w:webHidden/>
                <w:sz w:val="26"/>
                <w:szCs w:val="28"/>
                <w:rtl/>
              </w:rPr>
              <w:fldChar w:fldCharType="begin"/>
            </w:r>
            <w:r w:rsidRPr="00B45DBC">
              <w:rPr>
                <w:noProof/>
                <w:webHidden/>
                <w:sz w:val="26"/>
                <w:szCs w:val="28"/>
                <w:rtl/>
              </w:rPr>
              <w:instrText xml:space="preserve"> </w:instrText>
            </w:r>
            <w:r w:rsidRPr="00B45DBC">
              <w:rPr>
                <w:noProof/>
                <w:webHidden/>
                <w:sz w:val="26"/>
                <w:szCs w:val="28"/>
              </w:rPr>
              <w:instrText>PAGEREF</w:instrText>
            </w:r>
            <w:r w:rsidRPr="00B45DBC">
              <w:rPr>
                <w:noProof/>
                <w:webHidden/>
                <w:sz w:val="26"/>
                <w:szCs w:val="28"/>
                <w:rtl/>
              </w:rPr>
              <w:instrText xml:space="preserve"> _</w:instrText>
            </w:r>
            <w:r w:rsidRPr="00B45DBC">
              <w:rPr>
                <w:noProof/>
                <w:webHidden/>
                <w:sz w:val="26"/>
                <w:szCs w:val="28"/>
              </w:rPr>
              <w:instrText>Toc</w:instrText>
            </w:r>
            <w:r w:rsidRPr="00B45DBC">
              <w:rPr>
                <w:noProof/>
                <w:webHidden/>
                <w:sz w:val="26"/>
                <w:szCs w:val="28"/>
                <w:rtl/>
              </w:rPr>
              <w:instrText xml:space="preserve">234793629 </w:instrText>
            </w:r>
            <w:r w:rsidRPr="00B45DBC">
              <w:rPr>
                <w:noProof/>
                <w:webHidden/>
                <w:sz w:val="26"/>
                <w:szCs w:val="28"/>
              </w:rPr>
              <w:instrText>\h</w:instrText>
            </w:r>
            <w:r w:rsidRPr="00B45DBC">
              <w:rPr>
                <w:noProof/>
                <w:webHidden/>
                <w:sz w:val="26"/>
                <w:szCs w:val="28"/>
                <w:rtl/>
              </w:rPr>
              <w:instrText xml:space="preserve"> </w:instrText>
            </w:r>
            <w:r w:rsidRPr="00B45DBC">
              <w:rPr>
                <w:noProof/>
                <w:webHidden/>
                <w:sz w:val="26"/>
                <w:szCs w:val="28"/>
                <w:rtl/>
              </w:rPr>
            </w:r>
            <w:r w:rsidRPr="00B45DBC">
              <w:rPr>
                <w:noProof/>
                <w:webHidden/>
                <w:sz w:val="26"/>
                <w:szCs w:val="28"/>
                <w:rtl/>
              </w:rPr>
              <w:fldChar w:fldCharType="separate"/>
            </w:r>
            <w:r w:rsidR="00F41A3F">
              <w:rPr>
                <w:noProof/>
                <w:webHidden/>
                <w:sz w:val="26"/>
                <w:szCs w:val="28"/>
                <w:rtl/>
              </w:rPr>
              <w:t>20</w:t>
            </w:r>
            <w:r w:rsidRPr="00B45DBC">
              <w:rPr>
                <w:noProof/>
                <w:webHidden/>
                <w:sz w:val="26"/>
                <w:szCs w:val="28"/>
                <w:rtl/>
              </w:rPr>
              <w:fldChar w:fldCharType="end"/>
            </w:r>
          </w:hyperlink>
        </w:p>
        <w:p w14:paraId="5E8078F8" w14:textId="77777777" w:rsidR="00B45DBC" w:rsidRPr="00B45DBC" w:rsidRDefault="00B45DBC">
          <w:pPr>
            <w:pStyle w:val="TOC1"/>
            <w:tabs>
              <w:tab w:val="right" w:leader="dot" w:pos="9060"/>
            </w:tabs>
            <w:rPr>
              <w:rFonts w:asciiTheme="minorHAnsi" w:eastAsiaTheme="minorEastAsia" w:hAnsiTheme="minorHAnsi" w:cstheme="minorBidi"/>
              <w:noProof/>
              <w:sz w:val="14"/>
              <w:szCs w:val="14"/>
              <w:rtl/>
            </w:rPr>
          </w:pPr>
          <w:hyperlink w:anchor="_Toc234793630" w:history="1">
            <w:r w:rsidRPr="00B45DBC">
              <w:rPr>
                <w:rStyle w:val="Hyperlink"/>
                <w:rFonts w:eastAsia="Noto Sans Arabic" w:cs="Sakkal Majalla"/>
                <w:b/>
                <w:bCs/>
                <w:noProof/>
                <w:sz w:val="26"/>
                <w:szCs w:val="28"/>
              </w:rPr>
              <w:t xml:space="preserve">2.4 </w:t>
            </w:r>
            <w:r w:rsidRPr="00B45DBC">
              <w:rPr>
                <w:rStyle w:val="Hyperlink"/>
                <w:rFonts w:eastAsia="Noto Sans Arabic" w:cs="Sakkal Majalla"/>
                <w:b/>
                <w:bCs/>
                <w:noProof/>
                <w:sz w:val="26"/>
                <w:szCs w:val="28"/>
                <w:rtl/>
              </w:rPr>
              <w:t>التحول</w:t>
            </w:r>
            <w:r w:rsidRPr="00B45DBC">
              <w:rPr>
                <w:rStyle w:val="Hyperlink"/>
                <w:rFonts w:eastAsia="Noto Sans Arabic" w:cs="Sakkal Majalla"/>
                <w:b/>
                <w:bCs/>
                <w:noProof/>
                <w:sz w:val="26"/>
                <w:szCs w:val="28"/>
              </w:rPr>
              <w:t xml:space="preserve"> </w:t>
            </w:r>
            <w:r w:rsidRPr="00B45DBC">
              <w:rPr>
                <w:rStyle w:val="Hyperlink"/>
                <w:rFonts w:eastAsia="Noto Sans Arabic" w:cs="Sakkal Majalla"/>
                <w:b/>
                <w:bCs/>
                <w:noProof/>
                <w:sz w:val="26"/>
                <w:szCs w:val="28"/>
                <w:rtl/>
              </w:rPr>
              <w:t>الرقمي</w:t>
            </w:r>
            <w:r w:rsidRPr="00B45DBC">
              <w:rPr>
                <w:rStyle w:val="Hyperlink"/>
                <w:rFonts w:eastAsia="Noto Sans Arabic" w:cs="Sakkal Majalla"/>
                <w:b/>
                <w:bCs/>
                <w:noProof/>
                <w:sz w:val="26"/>
                <w:szCs w:val="28"/>
              </w:rPr>
              <w:t xml:space="preserve"> </w:t>
            </w:r>
            <w:r w:rsidRPr="00B45DBC">
              <w:rPr>
                <w:rStyle w:val="Hyperlink"/>
                <w:rFonts w:eastAsia="Noto Sans Arabic" w:cs="Sakkal Majalla"/>
                <w:b/>
                <w:bCs/>
                <w:noProof/>
                <w:sz w:val="26"/>
                <w:szCs w:val="28"/>
                <w:rtl/>
              </w:rPr>
              <w:t>في</w:t>
            </w:r>
            <w:r w:rsidRPr="00B45DBC">
              <w:rPr>
                <w:rStyle w:val="Hyperlink"/>
                <w:rFonts w:eastAsia="Noto Sans Arabic" w:cs="Sakkal Majalla"/>
                <w:b/>
                <w:bCs/>
                <w:noProof/>
                <w:sz w:val="26"/>
                <w:szCs w:val="28"/>
              </w:rPr>
              <w:t xml:space="preserve"> </w:t>
            </w:r>
            <w:r w:rsidRPr="00B45DBC">
              <w:rPr>
                <w:rStyle w:val="Hyperlink"/>
                <w:rFonts w:eastAsia="Noto Sans Arabic" w:cs="Sakkal Majalla"/>
                <w:b/>
                <w:bCs/>
                <w:noProof/>
                <w:sz w:val="26"/>
                <w:szCs w:val="28"/>
                <w:rtl/>
              </w:rPr>
              <w:t>إدارة</w:t>
            </w:r>
            <w:r w:rsidRPr="00B45DBC">
              <w:rPr>
                <w:rStyle w:val="Hyperlink"/>
                <w:rFonts w:eastAsia="Noto Sans Arabic" w:cs="Sakkal Majalla"/>
                <w:b/>
                <w:bCs/>
                <w:noProof/>
                <w:sz w:val="26"/>
                <w:szCs w:val="28"/>
              </w:rPr>
              <w:t xml:space="preserve"> </w:t>
            </w:r>
            <w:r w:rsidRPr="00B45DBC">
              <w:rPr>
                <w:rStyle w:val="Hyperlink"/>
                <w:rFonts w:eastAsia="Noto Sans Arabic" w:cs="Sakkal Majalla"/>
                <w:b/>
                <w:bCs/>
                <w:noProof/>
                <w:sz w:val="26"/>
                <w:szCs w:val="28"/>
                <w:rtl/>
              </w:rPr>
              <w:t>المشاريع:</w:t>
            </w:r>
            <w:r w:rsidRPr="00B45DBC">
              <w:rPr>
                <w:noProof/>
                <w:webHidden/>
                <w:sz w:val="26"/>
                <w:szCs w:val="28"/>
                <w:rtl/>
              </w:rPr>
              <w:tab/>
            </w:r>
            <w:r w:rsidRPr="00B45DBC">
              <w:rPr>
                <w:noProof/>
                <w:webHidden/>
                <w:sz w:val="26"/>
                <w:szCs w:val="28"/>
                <w:rtl/>
              </w:rPr>
              <w:fldChar w:fldCharType="begin"/>
            </w:r>
            <w:r w:rsidRPr="00B45DBC">
              <w:rPr>
                <w:noProof/>
                <w:webHidden/>
                <w:sz w:val="26"/>
                <w:szCs w:val="28"/>
                <w:rtl/>
              </w:rPr>
              <w:instrText xml:space="preserve"> </w:instrText>
            </w:r>
            <w:r w:rsidRPr="00B45DBC">
              <w:rPr>
                <w:noProof/>
                <w:webHidden/>
                <w:sz w:val="26"/>
                <w:szCs w:val="28"/>
              </w:rPr>
              <w:instrText>PAGEREF</w:instrText>
            </w:r>
            <w:r w:rsidRPr="00B45DBC">
              <w:rPr>
                <w:noProof/>
                <w:webHidden/>
                <w:sz w:val="26"/>
                <w:szCs w:val="28"/>
                <w:rtl/>
              </w:rPr>
              <w:instrText xml:space="preserve"> _</w:instrText>
            </w:r>
            <w:r w:rsidRPr="00B45DBC">
              <w:rPr>
                <w:noProof/>
                <w:webHidden/>
                <w:sz w:val="26"/>
                <w:szCs w:val="28"/>
              </w:rPr>
              <w:instrText>Toc</w:instrText>
            </w:r>
            <w:r w:rsidRPr="00B45DBC">
              <w:rPr>
                <w:noProof/>
                <w:webHidden/>
                <w:sz w:val="26"/>
                <w:szCs w:val="28"/>
                <w:rtl/>
              </w:rPr>
              <w:instrText xml:space="preserve">234793630 </w:instrText>
            </w:r>
            <w:r w:rsidRPr="00B45DBC">
              <w:rPr>
                <w:noProof/>
                <w:webHidden/>
                <w:sz w:val="26"/>
                <w:szCs w:val="28"/>
              </w:rPr>
              <w:instrText>\h</w:instrText>
            </w:r>
            <w:r w:rsidRPr="00B45DBC">
              <w:rPr>
                <w:noProof/>
                <w:webHidden/>
                <w:sz w:val="26"/>
                <w:szCs w:val="28"/>
                <w:rtl/>
              </w:rPr>
              <w:instrText xml:space="preserve"> </w:instrText>
            </w:r>
            <w:r w:rsidRPr="00B45DBC">
              <w:rPr>
                <w:noProof/>
                <w:webHidden/>
                <w:sz w:val="26"/>
                <w:szCs w:val="28"/>
                <w:rtl/>
              </w:rPr>
            </w:r>
            <w:r w:rsidRPr="00B45DBC">
              <w:rPr>
                <w:noProof/>
                <w:webHidden/>
                <w:sz w:val="26"/>
                <w:szCs w:val="28"/>
                <w:rtl/>
              </w:rPr>
              <w:fldChar w:fldCharType="separate"/>
            </w:r>
            <w:r w:rsidR="00F41A3F">
              <w:rPr>
                <w:noProof/>
                <w:webHidden/>
                <w:sz w:val="26"/>
                <w:szCs w:val="28"/>
                <w:rtl/>
              </w:rPr>
              <w:t>21</w:t>
            </w:r>
            <w:r w:rsidRPr="00B45DBC">
              <w:rPr>
                <w:noProof/>
                <w:webHidden/>
                <w:sz w:val="26"/>
                <w:szCs w:val="28"/>
                <w:rtl/>
              </w:rPr>
              <w:fldChar w:fldCharType="end"/>
            </w:r>
          </w:hyperlink>
        </w:p>
        <w:p w14:paraId="01ADB94F" w14:textId="77777777" w:rsidR="00B45DBC" w:rsidRPr="00B45DBC" w:rsidRDefault="00B45DBC">
          <w:pPr>
            <w:pStyle w:val="TOC1"/>
            <w:tabs>
              <w:tab w:val="right" w:leader="dot" w:pos="9060"/>
            </w:tabs>
            <w:rPr>
              <w:rFonts w:asciiTheme="minorHAnsi" w:eastAsiaTheme="minorEastAsia" w:hAnsiTheme="minorHAnsi" w:cstheme="minorBidi"/>
              <w:noProof/>
              <w:sz w:val="14"/>
              <w:szCs w:val="14"/>
              <w:rtl/>
            </w:rPr>
          </w:pPr>
          <w:hyperlink w:anchor="_Toc234793631" w:history="1">
            <w:r w:rsidRPr="00B45DBC">
              <w:rPr>
                <w:rStyle w:val="Hyperlink"/>
                <w:rFonts w:eastAsia="Noto Sans Arabic" w:cs="Sakkal Majalla"/>
                <w:b/>
                <w:bCs/>
                <w:noProof/>
                <w:sz w:val="26"/>
                <w:szCs w:val="28"/>
              </w:rPr>
              <w:t xml:space="preserve">2.5 </w:t>
            </w:r>
            <w:r w:rsidRPr="00B45DBC">
              <w:rPr>
                <w:rStyle w:val="Hyperlink"/>
                <w:rFonts w:eastAsia="Noto Sans Arabic" w:cs="Sakkal Majalla"/>
                <w:b/>
                <w:bCs/>
                <w:noProof/>
                <w:sz w:val="26"/>
                <w:szCs w:val="28"/>
                <w:rtl/>
              </w:rPr>
              <w:t>أبعاد</w:t>
            </w:r>
            <w:r w:rsidRPr="00B45DBC">
              <w:rPr>
                <w:rStyle w:val="Hyperlink"/>
                <w:rFonts w:eastAsia="Noto Sans Arabic" w:cs="Sakkal Majalla"/>
                <w:b/>
                <w:bCs/>
                <w:noProof/>
                <w:sz w:val="26"/>
                <w:szCs w:val="28"/>
              </w:rPr>
              <w:t xml:space="preserve"> </w:t>
            </w:r>
            <w:r w:rsidRPr="00B45DBC">
              <w:rPr>
                <w:rStyle w:val="Hyperlink"/>
                <w:rFonts w:eastAsia="Noto Sans Arabic" w:cs="Sakkal Majalla"/>
                <w:b/>
                <w:bCs/>
                <w:noProof/>
                <w:sz w:val="26"/>
                <w:szCs w:val="28"/>
                <w:rtl/>
              </w:rPr>
              <w:t>التحول</w:t>
            </w:r>
            <w:r w:rsidRPr="00B45DBC">
              <w:rPr>
                <w:rStyle w:val="Hyperlink"/>
                <w:rFonts w:eastAsia="Noto Sans Arabic" w:cs="Sakkal Majalla"/>
                <w:b/>
                <w:bCs/>
                <w:noProof/>
                <w:sz w:val="26"/>
                <w:szCs w:val="28"/>
              </w:rPr>
              <w:t xml:space="preserve"> </w:t>
            </w:r>
            <w:r w:rsidRPr="00B45DBC">
              <w:rPr>
                <w:rStyle w:val="Hyperlink"/>
                <w:rFonts w:eastAsia="Noto Sans Arabic" w:cs="Sakkal Majalla"/>
                <w:b/>
                <w:bCs/>
                <w:noProof/>
                <w:sz w:val="26"/>
                <w:szCs w:val="28"/>
                <w:rtl/>
              </w:rPr>
              <w:t>الرقمي</w:t>
            </w:r>
            <w:r w:rsidRPr="00B45DBC">
              <w:rPr>
                <w:rStyle w:val="Hyperlink"/>
                <w:rFonts w:eastAsia="Noto Sans Arabic" w:cs="Sakkal Majalla"/>
                <w:b/>
                <w:bCs/>
                <w:noProof/>
                <w:sz w:val="26"/>
                <w:szCs w:val="28"/>
              </w:rPr>
              <w:t xml:space="preserve"> </w:t>
            </w:r>
            <w:r w:rsidRPr="00B45DBC">
              <w:rPr>
                <w:rStyle w:val="Hyperlink"/>
                <w:rFonts w:eastAsia="Noto Sans Arabic" w:cs="Sakkal Majalla"/>
                <w:b/>
                <w:bCs/>
                <w:noProof/>
                <w:sz w:val="26"/>
                <w:szCs w:val="28"/>
                <w:rtl/>
              </w:rPr>
              <w:t>في</w:t>
            </w:r>
            <w:r w:rsidRPr="00B45DBC">
              <w:rPr>
                <w:rStyle w:val="Hyperlink"/>
                <w:rFonts w:eastAsia="Noto Sans Arabic" w:cs="Sakkal Majalla"/>
                <w:b/>
                <w:bCs/>
                <w:noProof/>
                <w:sz w:val="26"/>
                <w:szCs w:val="28"/>
              </w:rPr>
              <w:t xml:space="preserve"> </w:t>
            </w:r>
            <w:r w:rsidRPr="00B45DBC">
              <w:rPr>
                <w:rStyle w:val="Hyperlink"/>
                <w:rFonts w:eastAsia="Noto Sans Arabic" w:cs="Sakkal Majalla"/>
                <w:b/>
                <w:bCs/>
                <w:noProof/>
                <w:sz w:val="26"/>
                <w:szCs w:val="28"/>
                <w:rtl/>
              </w:rPr>
              <w:t>إدارة</w:t>
            </w:r>
            <w:r w:rsidRPr="00B45DBC">
              <w:rPr>
                <w:rStyle w:val="Hyperlink"/>
                <w:rFonts w:eastAsia="Noto Sans Arabic" w:cs="Sakkal Majalla"/>
                <w:b/>
                <w:bCs/>
                <w:noProof/>
                <w:sz w:val="26"/>
                <w:szCs w:val="28"/>
              </w:rPr>
              <w:t xml:space="preserve"> </w:t>
            </w:r>
            <w:r w:rsidRPr="00B45DBC">
              <w:rPr>
                <w:rStyle w:val="Hyperlink"/>
                <w:rFonts w:eastAsia="Noto Sans Arabic" w:cs="Sakkal Majalla"/>
                <w:b/>
                <w:bCs/>
                <w:noProof/>
                <w:sz w:val="26"/>
                <w:szCs w:val="28"/>
                <w:rtl/>
              </w:rPr>
              <w:t>المشاريع:</w:t>
            </w:r>
            <w:r w:rsidRPr="00B45DBC">
              <w:rPr>
                <w:noProof/>
                <w:webHidden/>
                <w:sz w:val="26"/>
                <w:szCs w:val="28"/>
                <w:rtl/>
              </w:rPr>
              <w:tab/>
            </w:r>
            <w:r w:rsidRPr="00B45DBC">
              <w:rPr>
                <w:noProof/>
                <w:webHidden/>
                <w:sz w:val="26"/>
                <w:szCs w:val="28"/>
                <w:rtl/>
              </w:rPr>
              <w:fldChar w:fldCharType="begin"/>
            </w:r>
            <w:r w:rsidRPr="00B45DBC">
              <w:rPr>
                <w:noProof/>
                <w:webHidden/>
                <w:sz w:val="26"/>
                <w:szCs w:val="28"/>
                <w:rtl/>
              </w:rPr>
              <w:instrText xml:space="preserve"> </w:instrText>
            </w:r>
            <w:r w:rsidRPr="00B45DBC">
              <w:rPr>
                <w:noProof/>
                <w:webHidden/>
                <w:sz w:val="26"/>
                <w:szCs w:val="28"/>
              </w:rPr>
              <w:instrText>PAGEREF</w:instrText>
            </w:r>
            <w:r w:rsidRPr="00B45DBC">
              <w:rPr>
                <w:noProof/>
                <w:webHidden/>
                <w:sz w:val="26"/>
                <w:szCs w:val="28"/>
                <w:rtl/>
              </w:rPr>
              <w:instrText xml:space="preserve"> _</w:instrText>
            </w:r>
            <w:r w:rsidRPr="00B45DBC">
              <w:rPr>
                <w:noProof/>
                <w:webHidden/>
                <w:sz w:val="26"/>
                <w:szCs w:val="28"/>
              </w:rPr>
              <w:instrText>Toc</w:instrText>
            </w:r>
            <w:r w:rsidRPr="00B45DBC">
              <w:rPr>
                <w:noProof/>
                <w:webHidden/>
                <w:sz w:val="26"/>
                <w:szCs w:val="28"/>
                <w:rtl/>
              </w:rPr>
              <w:instrText xml:space="preserve">234793631 </w:instrText>
            </w:r>
            <w:r w:rsidRPr="00B45DBC">
              <w:rPr>
                <w:noProof/>
                <w:webHidden/>
                <w:sz w:val="26"/>
                <w:szCs w:val="28"/>
              </w:rPr>
              <w:instrText>\h</w:instrText>
            </w:r>
            <w:r w:rsidRPr="00B45DBC">
              <w:rPr>
                <w:noProof/>
                <w:webHidden/>
                <w:sz w:val="26"/>
                <w:szCs w:val="28"/>
                <w:rtl/>
              </w:rPr>
              <w:instrText xml:space="preserve"> </w:instrText>
            </w:r>
            <w:r w:rsidRPr="00B45DBC">
              <w:rPr>
                <w:noProof/>
                <w:webHidden/>
                <w:sz w:val="26"/>
                <w:szCs w:val="28"/>
                <w:rtl/>
              </w:rPr>
            </w:r>
            <w:r w:rsidRPr="00B45DBC">
              <w:rPr>
                <w:noProof/>
                <w:webHidden/>
                <w:sz w:val="26"/>
                <w:szCs w:val="28"/>
                <w:rtl/>
              </w:rPr>
              <w:fldChar w:fldCharType="separate"/>
            </w:r>
            <w:r w:rsidR="00F41A3F">
              <w:rPr>
                <w:noProof/>
                <w:webHidden/>
                <w:sz w:val="26"/>
                <w:szCs w:val="28"/>
                <w:rtl/>
              </w:rPr>
              <w:t>22</w:t>
            </w:r>
            <w:r w:rsidRPr="00B45DBC">
              <w:rPr>
                <w:noProof/>
                <w:webHidden/>
                <w:sz w:val="26"/>
                <w:szCs w:val="28"/>
                <w:rtl/>
              </w:rPr>
              <w:fldChar w:fldCharType="end"/>
            </w:r>
          </w:hyperlink>
        </w:p>
        <w:p w14:paraId="00AABECE" w14:textId="77777777" w:rsidR="00B45DBC" w:rsidRPr="00B45DBC" w:rsidRDefault="00B45DBC">
          <w:pPr>
            <w:pStyle w:val="TOC1"/>
            <w:tabs>
              <w:tab w:val="right" w:leader="dot" w:pos="9060"/>
            </w:tabs>
            <w:rPr>
              <w:rFonts w:asciiTheme="minorHAnsi" w:eastAsiaTheme="minorEastAsia" w:hAnsiTheme="minorHAnsi" w:cstheme="minorBidi"/>
              <w:noProof/>
              <w:sz w:val="14"/>
              <w:szCs w:val="14"/>
              <w:rtl/>
            </w:rPr>
          </w:pPr>
          <w:hyperlink w:anchor="_Toc234793632" w:history="1">
            <w:r w:rsidRPr="00B45DBC">
              <w:rPr>
                <w:rStyle w:val="Hyperlink"/>
                <w:rFonts w:eastAsia="Noto Sans Arabic" w:cs="Sakkal Majalla"/>
                <w:b/>
                <w:bCs/>
                <w:noProof/>
                <w:sz w:val="26"/>
                <w:szCs w:val="28"/>
              </w:rPr>
              <w:t xml:space="preserve">2.6 </w:t>
            </w:r>
            <w:r w:rsidRPr="00B45DBC">
              <w:rPr>
                <w:rStyle w:val="Hyperlink"/>
                <w:rFonts w:eastAsia="Noto Sans Arabic" w:cs="Sakkal Majalla"/>
                <w:b/>
                <w:bCs/>
                <w:noProof/>
                <w:sz w:val="26"/>
                <w:szCs w:val="28"/>
                <w:rtl/>
              </w:rPr>
              <w:t>نجاح</w:t>
            </w:r>
            <w:r w:rsidRPr="00B45DBC">
              <w:rPr>
                <w:rStyle w:val="Hyperlink"/>
                <w:rFonts w:eastAsia="Noto Sans Arabic" w:cs="Sakkal Majalla"/>
                <w:b/>
                <w:bCs/>
                <w:noProof/>
                <w:sz w:val="26"/>
                <w:szCs w:val="28"/>
              </w:rPr>
              <w:t xml:space="preserve"> </w:t>
            </w:r>
            <w:r w:rsidRPr="00B45DBC">
              <w:rPr>
                <w:rStyle w:val="Hyperlink"/>
                <w:rFonts w:eastAsia="Noto Sans Arabic" w:cs="Sakkal Majalla"/>
                <w:b/>
                <w:bCs/>
                <w:noProof/>
                <w:sz w:val="26"/>
                <w:szCs w:val="28"/>
                <w:rtl/>
              </w:rPr>
              <w:t>المشاريع</w:t>
            </w:r>
            <w:r w:rsidRPr="00B45DBC">
              <w:rPr>
                <w:rStyle w:val="Hyperlink"/>
                <w:rFonts w:eastAsia="Noto Sans Arabic" w:cs="Sakkal Majalla"/>
                <w:b/>
                <w:bCs/>
                <w:noProof/>
                <w:sz w:val="26"/>
                <w:szCs w:val="28"/>
              </w:rPr>
              <w:t xml:space="preserve"> </w:t>
            </w:r>
            <w:r w:rsidRPr="00B45DBC">
              <w:rPr>
                <w:rStyle w:val="Hyperlink"/>
                <w:rFonts w:eastAsia="Noto Sans Arabic" w:cs="Sakkal Majalla"/>
                <w:b/>
                <w:bCs/>
                <w:noProof/>
                <w:sz w:val="26"/>
                <w:szCs w:val="28"/>
                <w:rtl/>
              </w:rPr>
              <w:t>الحكومية:</w:t>
            </w:r>
            <w:r w:rsidRPr="00B45DBC">
              <w:rPr>
                <w:noProof/>
                <w:webHidden/>
                <w:sz w:val="26"/>
                <w:szCs w:val="28"/>
                <w:rtl/>
              </w:rPr>
              <w:tab/>
            </w:r>
            <w:r w:rsidRPr="00B45DBC">
              <w:rPr>
                <w:noProof/>
                <w:webHidden/>
                <w:sz w:val="26"/>
                <w:szCs w:val="28"/>
                <w:rtl/>
              </w:rPr>
              <w:fldChar w:fldCharType="begin"/>
            </w:r>
            <w:r w:rsidRPr="00B45DBC">
              <w:rPr>
                <w:noProof/>
                <w:webHidden/>
                <w:sz w:val="26"/>
                <w:szCs w:val="28"/>
                <w:rtl/>
              </w:rPr>
              <w:instrText xml:space="preserve"> </w:instrText>
            </w:r>
            <w:r w:rsidRPr="00B45DBC">
              <w:rPr>
                <w:noProof/>
                <w:webHidden/>
                <w:sz w:val="26"/>
                <w:szCs w:val="28"/>
              </w:rPr>
              <w:instrText>PAGEREF</w:instrText>
            </w:r>
            <w:r w:rsidRPr="00B45DBC">
              <w:rPr>
                <w:noProof/>
                <w:webHidden/>
                <w:sz w:val="26"/>
                <w:szCs w:val="28"/>
                <w:rtl/>
              </w:rPr>
              <w:instrText xml:space="preserve"> _</w:instrText>
            </w:r>
            <w:r w:rsidRPr="00B45DBC">
              <w:rPr>
                <w:noProof/>
                <w:webHidden/>
                <w:sz w:val="26"/>
                <w:szCs w:val="28"/>
              </w:rPr>
              <w:instrText>Toc</w:instrText>
            </w:r>
            <w:r w:rsidRPr="00B45DBC">
              <w:rPr>
                <w:noProof/>
                <w:webHidden/>
                <w:sz w:val="26"/>
                <w:szCs w:val="28"/>
                <w:rtl/>
              </w:rPr>
              <w:instrText xml:space="preserve">234793632 </w:instrText>
            </w:r>
            <w:r w:rsidRPr="00B45DBC">
              <w:rPr>
                <w:noProof/>
                <w:webHidden/>
                <w:sz w:val="26"/>
                <w:szCs w:val="28"/>
              </w:rPr>
              <w:instrText>\h</w:instrText>
            </w:r>
            <w:r w:rsidRPr="00B45DBC">
              <w:rPr>
                <w:noProof/>
                <w:webHidden/>
                <w:sz w:val="26"/>
                <w:szCs w:val="28"/>
                <w:rtl/>
              </w:rPr>
              <w:instrText xml:space="preserve"> </w:instrText>
            </w:r>
            <w:r w:rsidRPr="00B45DBC">
              <w:rPr>
                <w:noProof/>
                <w:webHidden/>
                <w:sz w:val="26"/>
                <w:szCs w:val="28"/>
                <w:rtl/>
              </w:rPr>
            </w:r>
            <w:r w:rsidRPr="00B45DBC">
              <w:rPr>
                <w:noProof/>
                <w:webHidden/>
                <w:sz w:val="26"/>
                <w:szCs w:val="28"/>
                <w:rtl/>
              </w:rPr>
              <w:fldChar w:fldCharType="separate"/>
            </w:r>
            <w:r w:rsidR="00F41A3F">
              <w:rPr>
                <w:noProof/>
                <w:webHidden/>
                <w:sz w:val="26"/>
                <w:szCs w:val="28"/>
                <w:rtl/>
              </w:rPr>
              <w:t>25</w:t>
            </w:r>
            <w:r w:rsidRPr="00B45DBC">
              <w:rPr>
                <w:noProof/>
                <w:webHidden/>
                <w:sz w:val="26"/>
                <w:szCs w:val="28"/>
                <w:rtl/>
              </w:rPr>
              <w:fldChar w:fldCharType="end"/>
            </w:r>
          </w:hyperlink>
        </w:p>
        <w:p w14:paraId="316693AB" w14:textId="77777777" w:rsidR="00B45DBC" w:rsidRPr="00B45DBC" w:rsidRDefault="00B45DBC">
          <w:pPr>
            <w:pStyle w:val="TOC1"/>
            <w:tabs>
              <w:tab w:val="right" w:leader="dot" w:pos="9060"/>
            </w:tabs>
            <w:rPr>
              <w:rFonts w:asciiTheme="minorHAnsi" w:eastAsiaTheme="minorEastAsia" w:hAnsiTheme="minorHAnsi" w:cstheme="minorBidi"/>
              <w:noProof/>
              <w:sz w:val="14"/>
              <w:szCs w:val="14"/>
              <w:rtl/>
            </w:rPr>
          </w:pPr>
          <w:hyperlink w:anchor="_Toc234793633" w:history="1">
            <w:r w:rsidRPr="00B45DBC">
              <w:rPr>
                <w:rStyle w:val="Hyperlink"/>
                <w:rFonts w:eastAsia="Noto Sans Arabic" w:cs="Sakkal Majalla"/>
                <w:b/>
                <w:bCs/>
                <w:noProof/>
                <w:sz w:val="26"/>
                <w:szCs w:val="28"/>
              </w:rPr>
              <w:t xml:space="preserve">2.7 </w:t>
            </w:r>
            <w:r w:rsidRPr="00B45DBC">
              <w:rPr>
                <w:rStyle w:val="Hyperlink"/>
                <w:rFonts w:eastAsia="Noto Sans Arabic" w:cs="Sakkal Majalla"/>
                <w:b/>
                <w:bCs/>
                <w:noProof/>
                <w:sz w:val="26"/>
                <w:szCs w:val="28"/>
                <w:rtl/>
              </w:rPr>
              <w:t>العلاقة</w:t>
            </w:r>
            <w:r w:rsidRPr="00B45DBC">
              <w:rPr>
                <w:rStyle w:val="Hyperlink"/>
                <w:rFonts w:eastAsia="Noto Sans Arabic" w:cs="Sakkal Majalla"/>
                <w:b/>
                <w:bCs/>
                <w:noProof/>
                <w:sz w:val="26"/>
                <w:szCs w:val="28"/>
              </w:rPr>
              <w:t xml:space="preserve"> </w:t>
            </w:r>
            <w:r w:rsidRPr="00B45DBC">
              <w:rPr>
                <w:rStyle w:val="Hyperlink"/>
                <w:rFonts w:eastAsia="Noto Sans Arabic" w:cs="Sakkal Majalla"/>
                <w:b/>
                <w:bCs/>
                <w:noProof/>
                <w:sz w:val="26"/>
                <w:szCs w:val="28"/>
                <w:rtl/>
              </w:rPr>
              <w:t>بين</w:t>
            </w:r>
            <w:r w:rsidRPr="00B45DBC">
              <w:rPr>
                <w:rStyle w:val="Hyperlink"/>
                <w:rFonts w:eastAsia="Noto Sans Arabic" w:cs="Sakkal Majalla"/>
                <w:b/>
                <w:bCs/>
                <w:noProof/>
                <w:sz w:val="26"/>
                <w:szCs w:val="28"/>
              </w:rPr>
              <w:t xml:space="preserve"> </w:t>
            </w:r>
            <w:r w:rsidRPr="00B45DBC">
              <w:rPr>
                <w:rStyle w:val="Hyperlink"/>
                <w:rFonts w:eastAsia="Noto Sans Arabic" w:cs="Sakkal Majalla"/>
                <w:b/>
                <w:bCs/>
                <w:noProof/>
                <w:sz w:val="26"/>
                <w:szCs w:val="28"/>
                <w:rtl/>
              </w:rPr>
              <w:t>التحول</w:t>
            </w:r>
            <w:r w:rsidRPr="00B45DBC">
              <w:rPr>
                <w:rStyle w:val="Hyperlink"/>
                <w:rFonts w:eastAsia="Noto Sans Arabic" w:cs="Sakkal Majalla"/>
                <w:b/>
                <w:bCs/>
                <w:noProof/>
                <w:sz w:val="26"/>
                <w:szCs w:val="28"/>
              </w:rPr>
              <w:t xml:space="preserve"> </w:t>
            </w:r>
            <w:r w:rsidRPr="00B45DBC">
              <w:rPr>
                <w:rStyle w:val="Hyperlink"/>
                <w:rFonts w:eastAsia="Noto Sans Arabic" w:cs="Sakkal Majalla"/>
                <w:b/>
                <w:bCs/>
                <w:noProof/>
                <w:sz w:val="26"/>
                <w:szCs w:val="28"/>
                <w:rtl/>
              </w:rPr>
              <w:t>الرقمي</w:t>
            </w:r>
            <w:r w:rsidRPr="00B45DBC">
              <w:rPr>
                <w:rStyle w:val="Hyperlink"/>
                <w:rFonts w:eastAsia="Noto Sans Arabic" w:cs="Sakkal Majalla"/>
                <w:b/>
                <w:bCs/>
                <w:noProof/>
                <w:sz w:val="26"/>
                <w:szCs w:val="28"/>
              </w:rPr>
              <w:t xml:space="preserve"> </w:t>
            </w:r>
            <w:r w:rsidRPr="00B45DBC">
              <w:rPr>
                <w:rStyle w:val="Hyperlink"/>
                <w:rFonts w:eastAsia="Noto Sans Arabic" w:cs="Sakkal Majalla"/>
                <w:b/>
                <w:bCs/>
                <w:noProof/>
                <w:sz w:val="26"/>
                <w:szCs w:val="28"/>
                <w:rtl/>
              </w:rPr>
              <w:t>ونجاح</w:t>
            </w:r>
            <w:r w:rsidRPr="00B45DBC">
              <w:rPr>
                <w:rStyle w:val="Hyperlink"/>
                <w:rFonts w:eastAsia="Noto Sans Arabic" w:cs="Sakkal Majalla"/>
                <w:b/>
                <w:bCs/>
                <w:noProof/>
                <w:sz w:val="26"/>
                <w:szCs w:val="28"/>
              </w:rPr>
              <w:t xml:space="preserve"> </w:t>
            </w:r>
            <w:r w:rsidRPr="00B45DBC">
              <w:rPr>
                <w:rStyle w:val="Hyperlink"/>
                <w:rFonts w:eastAsia="Noto Sans Arabic" w:cs="Sakkal Majalla"/>
                <w:b/>
                <w:bCs/>
                <w:noProof/>
                <w:sz w:val="26"/>
                <w:szCs w:val="28"/>
                <w:rtl/>
              </w:rPr>
              <w:t>المشاريع:</w:t>
            </w:r>
            <w:r w:rsidRPr="00B45DBC">
              <w:rPr>
                <w:noProof/>
                <w:webHidden/>
                <w:sz w:val="26"/>
                <w:szCs w:val="28"/>
                <w:rtl/>
              </w:rPr>
              <w:tab/>
            </w:r>
            <w:r w:rsidRPr="00B45DBC">
              <w:rPr>
                <w:noProof/>
                <w:webHidden/>
                <w:sz w:val="26"/>
                <w:szCs w:val="28"/>
                <w:rtl/>
              </w:rPr>
              <w:fldChar w:fldCharType="begin"/>
            </w:r>
            <w:r w:rsidRPr="00B45DBC">
              <w:rPr>
                <w:noProof/>
                <w:webHidden/>
                <w:sz w:val="26"/>
                <w:szCs w:val="28"/>
                <w:rtl/>
              </w:rPr>
              <w:instrText xml:space="preserve"> </w:instrText>
            </w:r>
            <w:r w:rsidRPr="00B45DBC">
              <w:rPr>
                <w:noProof/>
                <w:webHidden/>
                <w:sz w:val="26"/>
                <w:szCs w:val="28"/>
              </w:rPr>
              <w:instrText>PAGEREF</w:instrText>
            </w:r>
            <w:r w:rsidRPr="00B45DBC">
              <w:rPr>
                <w:noProof/>
                <w:webHidden/>
                <w:sz w:val="26"/>
                <w:szCs w:val="28"/>
                <w:rtl/>
              </w:rPr>
              <w:instrText xml:space="preserve"> _</w:instrText>
            </w:r>
            <w:r w:rsidRPr="00B45DBC">
              <w:rPr>
                <w:noProof/>
                <w:webHidden/>
                <w:sz w:val="26"/>
                <w:szCs w:val="28"/>
              </w:rPr>
              <w:instrText>Toc</w:instrText>
            </w:r>
            <w:r w:rsidRPr="00B45DBC">
              <w:rPr>
                <w:noProof/>
                <w:webHidden/>
                <w:sz w:val="26"/>
                <w:szCs w:val="28"/>
                <w:rtl/>
              </w:rPr>
              <w:instrText xml:space="preserve">234793633 </w:instrText>
            </w:r>
            <w:r w:rsidRPr="00B45DBC">
              <w:rPr>
                <w:noProof/>
                <w:webHidden/>
                <w:sz w:val="26"/>
                <w:szCs w:val="28"/>
              </w:rPr>
              <w:instrText>\h</w:instrText>
            </w:r>
            <w:r w:rsidRPr="00B45DBC">
              <w:rPr>
                <w:noProof/>
                <w:webHidden/>
                <w:sz w:val="26"/>
                <w:szCs w:val="28"/>
                <w:rtl/>
              </w:rPr>
              <w:instrText xml:space="preserve"> </w:instrText>
            </w:r>
            <w:r w:rsidRPr="00B45DBC">
              <w:rPr>
                <w:noProof/>
                <w:webHidden/>
                <w:sz w:val="26"/>
                <w:szCs w:val="28"/>
                <w:rtl/>
              </w:rPr>
            </w:r>
            <w:r w:rsidRPr="00B45DBC">
              <w:rPr>
                <w:noProof/>
                <w:webHidden/>
                <w:sz w:val="26"/>
                <w:szCs w:val="28"/>
                <w:rtl/>
              </w:rPr>
              <w:fldChar w:fldCharType="separate"/>
            </w:r>
            <w:r w:rsidR="00F41A3F">
              <w:rPr>
                <w:noProof/>
                <w:webHidden/>
                <w:sz w:val="26"/>
                <w:szCs w:val="28"/>
                <w:rtl/>
              </w:rPr>
              <w:t>27</w:t>
            </w:r>
            <w:r w:rsidRPr="00B45DBC">
              <w:rPr>
                <w:noProof/>
                <w:webHidden/>
                <w:sz w:val="26"/>
                <w:szCs w:val="28"/>
                <w:rtl/>
              </w:rPr>
              <w:fldChar w:fldCharType="end"/>
            </w:r>
          </w:hyperlink>
        </w:p>
        <w:p w14:paraId="473BE5C0" w14:textId="77777777" w:rsidR="00B45DBC" w:rsidRPr="00B45DBC" w:rsidRDefault="00B45DBC">
          <w:pPr>
            <w:pStyle w:val="TOC1"/>
            <w:tabs>
              <w:tab w:val="right" w:leader="dot" w:pos="9060"/>
            </w:tabs>
            <w:rPr>
              <w:rFonts w:asciiTheme="minorHAnsi" w:eastAsiaTheme="minorEastAsia" w:hAnsiTheme="minorHAnsi" w:cstheme="minorBidi"/>
              <w:noProof/>
              <w:sz w:val="14"/>
              <w:szCs w:val="14"/>
              <w:rtl/>
            </w:rPr>
          </w:pPr>
          <w:hyperlink w:anchor="_Toc234793634" w:history="1">
            <w:r w:rsidRPr="00B45DBC">
              <w:rPr>
                <w:rStyle w:val="Hyperlink"/>
                <w:rFonts w:eastAsia="Noto Sans Arabic" w:cs="Sakkal Majalla"/>
                <w:b/>
                <w:bCs/>
                <w:noProof/>
                <w:sz w:val="26"/>
                <w:szCs w:val="28"/>
              </w:rPr>
              <w:t xml:space="preserve">2.8 </w:t>
            </w:r>
            <w:r w:rsidRPr="00B45DBC">
              <w:rPr>
                <w:rStyle w:val="Hyperlink"/>
                <w:rFonts w:eastAsia="Noto Sans Arabic" w:cs="Sakkal Majalla"/>
                <w:b/>
                <w:bCs/>
                <w:noProof/>
                <w:sz w:val="26"/>
                <w:szCs w:val="28"/>
                <w:rtl/>
              </w:rPr>
              <w:t>الدراسات</w:t>
            </w:r>
            <w:r w:rsidRPr="00B45DBC">
              <w:rPr>
                <w:rStyle w:val="Hyperlink"/>
                <w:rFonts w:eastAsia="Noto Sans Arabic" w:cs="Sakkal Majalla"/>
                <w:b/>
                <w:bCs/>
                <w:noProof/>
                <w:sz w:val="26"/>
                <w:szCs w:val="28"/>
              </w:rPr>
              <w:t xml:space="preserve"> </w:t>
            </w:r>
            <w:r w:rsidRPr="00B45DBC">
              <w:rPr>
                <w:rStyle w:val="Hyperlink"/>
                <w:rFonts w:eastAsia="Noto Sans Arabic" w:cs="Sakkal Majalla"/>
                <w:b/>
                <w:bCs/>
                <w:noProof/>
                <w:sz w:val="26"/>
                <w:szCs w:val="28"/>
                <w:rtl/>
              </w:rPr>
              <w:t>السابقة :</w:t>
            </w:r>
            <w:r w:rsidRPr="00B45DBC">
              <w:rPr>
                <w:noProof/>
                <w:webHidden/>
                <w:sz w:val="26"/>
                <w:szCs w:val="28"/>
                <w:rtl/>
              </w:rPr>
              <w:tab/>
            </w:r>
            <w:r w:rsidRPr="00B45DBC">
              <w:rPr>
                <w:noProof/>
                <w:webHidden/>
                <w:sz w:val="26"/>
                <w:szCs w:val="28"/>
                <w:rtl/>
              </w:rPr>
              <w:fldChar w:fldCharType="begin"/>
            </w:r>
            <w:r w:rsidRPr="00B45DBC">
              <w:rPr>
                <w:noProof/>
                <w:webHidden/>
                <w:sz w:val="26"/>
                <w:szCs w:val="28"/>
                <w:rtl/>
              </w:rPr>
              <w:instrText xml:space="preserve"> </w:instrText>
            </w:r>
            <w:r w:rsidRPr="00B45DBC">
              <w:rPr>
                <w:noProof/>
                <w:webHidden/>
                <w:sz w:val="26"/>
                <w:szCs w:val="28"/>
              </w:rPr>
              <w:instrText>PAGEREF</w:instrText>
            </w:r>
            <w:r w:rsidRPr="00B45DBC">
              <w:rPr>
                <w:noProof/>
                <w:webHidden/>
                <w:sz w:val="26"/>
                <w:szCs w:val="28"/>
                <w:rtl/>
              </w:rPr>
              <w:instrText xml:space="preserve"> _</w:instrText>
            </w:r>
            <w:r w:rsidRPr="00B45DBC">
              <w:rPr>
                <w:noProof/>
                <w:webHidden/>
                <w:sz w:val="26"/>
                <w:szCs w:val="28"/>
              </w:rPr>
              <w:instrText>Toc</w:instrText>
            </w:r>
            <w:r w:rsidRPr="00B45DBC">
              <w:rPr>
                <w:noProof/>
                <w:webHidden/>
                <w:sz w:val="26"/>
                <w:szCs w:val="28"/>
                <w:rtl/>
              </w:rPr>
              <w:instrText xml:space="preserve">234793634 </w:instrText>
            </w:r>
            <w:r w:rsidRPr="00B45DBC">
              <w:rPr>
                <w:noProof/>
                <w:webHidden/>
                <w:sz w:val="26"/>
                <w:szCs w:val="28"/>
              </w:rPr>
              <w:instrText>\h</w:instrText>
            </w:r>
            <w:r w:rsidRPr="00B45DBC">
              <w:rPr>
                <w:noProof/>
                <w:webHidden/>
                <w:sz w:val="26"/>
                <w:szCs w:val="28"/>
                <w:rtl/>
              </w:rPr>
              <w:instrText xml:space="preserve"> </w:instrText>
            </w:r>
            <w:r w:rsidRPr="00B45DBC">
              <w:rPr>
                <w:noProof/>
                <w:webHidden/>
                <w:sz w:val="26"/>
                <w:szCs w:val="28"/>
                <w:rtl/>
              </w:rPr>
            </w:r>
            <w:r w:rsidRPr="00B45DBC">
              <w:rPr>
                <w:noProof/>
                <w:webHidden/>
                <w:sz w:val="26"/>
                <w:szCs w:val="28"/>
                <w:rtl/>
              </w:rPr>
              <w:fldChar w:fldCharType="separate"/>
            </w:r>
            <w:r w:rsidR="00F41A3F">
              <w:rPr>
                <w:noProof/>
                <w:webHidden/>
                <w:sz w:val="26"/>
                <w:szCs w:val="28"/>
                <w:rtl/>
              </w:rPr>
              <w:t>28</w:t>
            </w:r>
            <w:r w:rsidRPr="00B45DBC">
              <w:rPr>
                <w:noProof/>
                <w:webHidden/>
                <w:sz w:val="26"/>
                <w:szCs w:val="28"/>
                <w:rtl/>
              </w:rPr>
              <w:fldChar w:fldCharType="end"/>
            </w:r>
          </w:hyperlink>
        </w:p>
        <w:p w14:paraId="5FE9CD41" w14:textId="77777777" w:rsidR="00B45DBC" w:rsidRPr="00B45DBC" w:rsidRDefault="00B45DBC">
          <w:pPr>
            <w:pStyle w:val="TOC1"/>
            <w:tabs>
              <w:tab w:val="right" w:leader="dot" w:pos="9060"/>
            </w:tabs>
            <w:rPr>
              <w:rFonts w:asciiTheme="minorHAnsi" w:eastAsiaTheme="minorEastAsia" w:hAnsiTheme="minorHAnsi" w:cstheme="minorBidi"/>
              <w:noProof/>
              <w:sz w:val="14"/>
              <w:szCs w:val="14"/>
              <w:rtl/>
            </w:rPr>
          </w:pPr>
          <w:hyperlink w:anchor="_Toc234793635" w:history="1">
            <w:r w:rsidRPr="00B45DBC">
              <w:rPr>
                <w:rStyle w:val="Hyperlink"/>
                <w:rFonts w:eastAsia="Noto Sans Arabic" w:cs="Sakkal Majalla"/>
                <w:b/>
                <w:bCs/>
                <w:noProof/>
                <w:sz w:val="26"/>
                <w:szCs w:val="28"/>
              </w:rPr>
              <w:t xml:space="preserve">2.9 </w:t>
            </w:r>
            <w:r w:rsidRPr="00B45DBC">
              <w:rPr>
                <w:rStyle w:val="Hyperlink"/>
                <w:rFonts w:eastAsia="Noto Sans Arabic" w:cs="Sakkal Majalla"/>
                <w:b/>
                <w:bCs/>
                <w:noProof/>
                <w:sz w:val="26"/>
                <w:szCs w:val="28"/>
                <w:rtl/>
              </w:rPr>
              <w:t>تحليل</w:t>
            </w:r>
            <w:r w:rsidRPr="00B45DBC">
              <w:rPr>
                <w:rStyle w:val="Hyperlink"/>
                <w:rFonts w:eastAsia="Noto Sans Arabic" w:cs="Sakkal Majalla"/>
                <w:b/>
                <w:bCs/>
                <w:noProof/>
                <w:sz w:val="26"/>
                <w:szCs w:val="28"/>
              </w:rPr>
              <w:t xml:space="preserve"> </w:t>
            </w:r>
            <w:r w:rsidRPr="00B45DBC">
              <w:rPr>
                <w:rStyle w:val="Hyperlink"/>
                <w:rFonts w:eastAsia="Noto Sans Arabic" w:cs="Sakkal Majalla"/>
                <w:b/>
                <w:bCs/>
                <w:noProof/>
                <w:sz w:val="26"/>
                <w:szCs w:val="28"/>
                <w:rtl/>
              </w:rPr>
              <w:t>الدراسات</w:t>
            </w:r>
            <w:r w:rsidRPr="00B45DBC">
              <w:rPr>
                <w:rStyle w:val="Hyperlink"/>
                <w:rFonts w:eastAsia="Noto Sans Arabic" w:cs="Sakkal Majalla"/>
                <w:b/>
                <w:bCs/>
                <w:noProof/>
                <w:sz w:val="26"/>
                <w:szCs w:val="28"/>
              </w:rPr>
              <w:t xml:space="preserve"> </w:t>
            </w:r>
            <w:r w:rsidRPr="00B45DBC">
              <w:rPr>
                <w:rStyle w:val="Hyperlink"/>
                <w:rFonts w:eastAsia="Noto Sans Arabic" w:cs="Sakkal Majalla"/>
                <w:b/>
                <w:bCs/>
                <w:noProof/>
                <w:sz w:val="26"/>
                <w:szCs w:val="28"/>
                <w:rtl/>
              </w:rPr>
              <w:t>السابقة</w:t>
            </w:r>
            <w:r w:rsidRPr="00B45DBC">
              <w:rPr>
                <w:rStyle w:val="Hyperlink"/>
                <w:rFonts w:eastAsia="Noto Sans Arabic" w:cs="Sakkal Majalla"/>
                <w:b/>
                <w:bCs/>
                <w:noProof/>
                <w:sz w:val="26"/>
                <w:szCs w:val="28"/>
              </w:rPr>
              <w:t xml:space="preserve"> </w:t>
            </w:r>
            <w:r w:rsidRPr="00B45DBC">
              <w:rPr>
                <w:rStyle w:val="Hyperlink"/>
                <w:rFonts w:eastAsia="Noto Sans Arabic" w:cs="Sakkal Majalla"/>
                <w:b/>
                <w:bCs/>
                <w:noProof/>
                <w:sz w:val="26"/>
                <w:szCs w:val="28"/>
                <w:rtl/>
              </w:rPr>
              <w:t>وأوجه</w:t>
            </w:r>
            <w:r w:rsidRPr="00B45DBC">
              <w:rPr>
                <w:rStyle w:val="Hyperlink"/>
                <w:rFonts w:eastAsia="Noto Sans Arabic" w:cs="Sakkal Majalla"/>
                <w:b/>
                <w:bCs/>
                <w:noProof/>
                <w:sz w:val="26"/>
                <w:szCs w:val="28"/>
              </w:rPr>
              <w:t xml:space="preserve"> </w:t>
            </w:r>
            <w:r w:rsidRPr="00B45DBC">
              <w:rPr>
                <w:rStyle w:val="Hyperlink"/>
                <w:rFonts w:eastAsia="Noto Sans Arabic" w:cs="Sakkal Majalla"/>
                <w:b/>
                <w:bCs/>
                <w:noProof/>
                <w:sz w:val="26"/>
                <w:szCs w:val="28"/>
                <w:rtl/>
              </w:rPr>
              <w:t>التشابه</w:t>
            </w:r>
            <w:r w:rsidRPr="00B45DBC">
              <w:rPr>
                <w:rStyle w:val="Hyperlink"/>
                <w:rFonts w:eastAsia="Noto Sans Arabic" w:cs="Sakkal Majalla"/>
                <w:b/>
                <w:bCs/>
                <w:noProof/>
                <w:sz w:val="26"/>
                <w:szCs w:val="28"/>
              </w:rPr>
              <w:t xml:space="preserve"> </w:t>
            </w:r>
            <w:r w:rsidRPr="00B45DBC">
              <w:rPr>
                <w:rStyle w:val="Hyperlink"/>
                <w:rFonts w:eastAsia="Noto Sans Arabic" w:cs="Sakkal Majalla"/>
                <w:b/>
                <w:bCs/>
                <w:noProof/>
                <w:sz w:val="26"/>
                <w:szCs w:val="28"/>
                <w:rtl/>
              </w:rPr>
              <w:t>والاختلاف</w:t>
            </w:r>
            <w:r w:rsidRPr="00B45DBC">
              <w:rPr>
                <w:noProof/>
                <w:webHidden/>
                <w:sz w:val="26"/>
                <w:szCs w:val="28"/>
                <w:rtl/>
              </w:rPr>
              <w:tab/>
            </w:r>
            <w:r w:rsidRPr="00B45DBC">
              <w:rPr>
                <w:noProof/>
                <w:webHidden/>
                <w:sz w:val="26"/>
                <w:szCs w:val="28"/>
                <w:rtl/>
              </w:rPr>
              <w:fldChar w:fldCharType="begin"/>
            </w:r>
            <w:r w:rsidRPr="00B45DBC">
              <w:rPr>
                <w:noProof/>
                <w:webHidden/>
                <w:sz w:val="26"/>
                <w:szCs w:val="28"/>
                <w:rtl/>
              </w:rPr>
              <w:instrText xml:space="preserve"> </w:instrText>
            </w:r>
            <w:r w:rsidRPr="00B45DBC">
              <w:rPr>
                <w:noProof/>
                <w:webHidden/>
                <w:sz w:val="26"/>
                <w:szCs w:val="28"/>
              </w:rPr>
              <w:instrText>PAGEREF</w:instrText>
            </w:r>
            <w:r w:rsidRPr="00B45DBC">
              <w:rPr>
                <w:noProof/>
                <w:webHidden/>
                <w:sz w:val="26"/>
                <w:szCs w:val="28"/>
                <w:rtl/>
              </w:rPr>
              <w:instrText xml:space="preserve"> _</w:instrText>
            </w:r>
            <w:r w:rsidRPr="00B45DBC">
              <w:rPr>
                <w:noProof/>
                <w:webHidden/>
                <w:sz w:val="26"/>
                <w:szCs w:val="28"/>
              </w:rPr>
              <w:instrText>Toc</w:instrText>
            </w:r>
            <w:r w:rsidRPr="00B45DBC">
              <w:rPr>
                <w:noProof/>
                <w:webHidden/>
                <w:sz w:val="26"/>
                <w:szCs w:val="28"/>
                <w:rtl/>
              </w:rPr>
              <w:instrText xml:space="preserve">234793635 </w:instrText>
            </w:r>
            <w:r w:rsidRPr="00B45DBC">
              <w:rPr>
                <w:noProof/>
                <w:webHidden/>
                <w:sz w:val="26"/>
                <w:szCs w:val="28"/>
              </w:rPr>
              <w:instrText>\h</w:instrText>
            </w:r>
            <w:r w:rsidRPr="00B45DBC">
              <w:rPr>
                <w:noProof/>
                <w:webHidden/>
                <w:sz w:val="26"/>
                <w:szCs w:val="28"/>
                <w:rtl/>
              </w:rPr>
              <w:instrText xml:space="preserve"> </w:instrText>
            </w:r>
            <w:r w:rsidRPr="00B45DBC">
              <w:rPr>
                <w:noProof/>
                <w:webHidden/>
                <w:sz w:val="26"/>
                <w:szCs w:val="28"/>
                <w:rtl/>
              </w:rPr>
            </w:r>
            <w:r w:rsidRPr="00B45DBC">
              <w:rPr>
                <w:noProof/>
                <w:webHidden/>
                <w:sz w:val="26"/>
                <w:szCs w:val="28"/>
                <w:rtl/>
              </w:rPr>
              <w:fldChar w:fldCharType="separate"/>
            </w:r>
            <w:r w:rsidR="00F41A3F">
              <w:rPr>
                <w:noProof/>
                <w:webHidden/>
                <w:sz w:val="26"/>
                <w:szCs w:val="28"/>
                <w:rtl/>
              </w:rPr>
              <w:t>32</w:t>
            </w:r>
            <w:r w:rsidRPr="00B45DBC">
              <w:rPr>
                <w:noProof/>
                <w:webHidden/>
                <w:sz w:val="26"/>
                <w:szCs w:val="28"/>
                <w:rtl/>
              </w:rPr>
              <w:fldChar w:fldCharType="end"/>
            </w:r>
          </w:hyperlink>
        </w:p>
        <w:p w14:paraId="27741852" w14:textId="77777777" w:rsidR="00B45DBC" w:rsidRPr="00B45DBC" w:rsidRDefault="00B45DBC">
          <w:pPr>
            <w:pStyle w:val="TOC1"/>
            <w:tabs>
              <w:tab w:val="right" w:leader="dot" w:pos="9060"/>
            </w:tabs>
            <w:rPr>
              <w:rFonts w:asciiTheme="minorHAnsi" w:eastAsiaTheme="minorEastAsia" w:hAnsiTheme="minorHAnsi" w:cstheme="minorBidi"/>
              <w:noProof/>
              <w:sz w:val="14"/>
              <w:szCs w:val="14"/>
              <w:rtl/>
            </w:rPr>
          </w:pPr>
          <w:hyperlink w:anchor="_Toc234793636" w:history="1">
            <w:r w:rsidRPr="00B45DBC">
              <w:rPr>
                <w:rStyle w:val="Hyperlink"/>
                <w:rFonts w:eastAsia="Noto Sans Arabic" w:cs="Sakkal Majalla"/>
                <w:b/>
                <w:bCs/>
                <w:noProof/>
                <w:sz w:val="26"/>
                <w:szCs w:val="28"/>
              </w:rPr>
              <w:t xml:space="preserve">2.10 </w:t>
            </w:r>
            <w:r w:rsidRPr="00B45DBC">
              <w:rPr>
                <w:rStyle w:val="Hyperlink"/>
                <w:rFonts w:eastAsia="Noto Sans Arabic" w:cs="Sakkal Majalla"/>
                <w:b/>
                <w:bCs/>
                <w:noProof/>
                <w:sz w:val="26"/>
                <w:szCs w:val="28"/>
                <w:rtl/>
              </w:rPr>
              <w:t>الفجوة</w:t>
            </w:r>
            <w:r w:rsidRPr="00B45DBC">
              <w:rPr>
                <w:rStyle w:val="Hyperlink"/>
                <w:rFonts w:eastAsia="Noto Sans Arabic" w:cs="Sakkal Majalla"/>
                <w:b/>
                <w:bCs/>
                <w:noProof/>
                <w:sz w:val="26"/>
                <w:szCs w:val="28"/>
              </w:rPr>
              <w:t xml:space="preserve"> </w:t>
            </w:r>
            <w:r w:rsidRPr="00B45DBC">
              <w:rPr>
                <w:rStyle w:val="Hyperlink"/>
                <w:rFonts w:eastAsia="Noto Sans Arabic" w:cs="Sakkal Majalla"/>
                <w:b/>
                <w:bCs/>
                <w:noProof/>
                <w:sz w:val="26"/>
                <w:szCs w:val="28"/>
                <w:rtl/>
              </w:rPr>
              <w:t>البحثية</w:t>
            </w:r>
            <w:r w:rsidRPr="00B45DBC">
              <w:rPr>
                <w:noProof/>
                <w:webHidden/>
                <w:sz w:val="26"/>
                <w:szCs w:val="28"/>
                <w:rtl/>
              </w:rPr>
              <w:tab/>
            </w:r>
            <w:r w:rsidRPr="00B45DBC">
              <w:rPr>
                <w:noProof/>
                <w:webHidden/>
                <w:sz w:val="26"/>
                <w:szCs w:val="28"/>
                <w:rtl/>
              </w:rPr>
              <w:fldChar w:fldCharType="begin"/>
            </w:r>
            <w:r w:rsidRPr="00B45DBC">
              <w:rPr>
                <w:noProof/>
                <w:webHidden/>
                <w:sz w:val="26"/>
                <w:szCs w:val="28"/>
                <w:rtl/>
              </w:rPr>
              <w:instrText xml:space="preserve"> </w:instrText>
            </w:r>
            <w:r w:rsidRPr="00B45DBC">
              <w:rPr>
                <w:noProof/>
                <w:webHidden/>
                <w:sz w:val="26"/>
                <w:szCs w:val="28"/>
              </w:rPr>
              <w:instrText>PAGEREF</w:instrText>
            </w:r>
            <w:r w:rsidRPr="00B45DBC">
              <w:rPr>
                <w:noProof/>
                <w:webHidden/>
                <w:sz w:val="26"/>
                <w:szCs w:val="28"/>
                <w:rtl/>
              </w:rPr>
              <w:instrText xml:space="preserve"> _</w:instrText>
            </w:r>
            <w:r w:rsidRPr="00B45DBC">
              <w:rPr>
                <w:noProof/>
                <w:webHidden/>
                <w:sz w:val="26"/>
                <w:szCs w:val="28"/>
              </w:rPr>
              <w:instrText>Toc</w:instrText>
            </w:r>
            <w:r w:rsidRPr="00B45DBC">
              <w:rPr>
                <w:noProof/>
                <w:webHidden/>
                <w:sz w:val="26"/>
                <w:szCs w:val="28"/>
                <w:rtl/>
              </w:rPr>
              <w:instrText xml:space="preserve">234793636 </w:instrText>
            </w:r>
            <w:r w:rsidRPr="00B45DBC">
              <w:rPr>
                <w:noProof/>
                <w:webHidden/>
                <w:sz w:val="26"/>
                <w:szCs w:val="28"/>
              </w:rPr>
              <w:instrText>\h</w:instrText>
            </w:r>
            <w:r w:rsidRPr="00B45DBC">
              <w:rPr>
                <w:noProof/>
                <w:webHidden/>
                <w:sz w:val="26"/>
                <w:szCs w:val="28"/>
                <w:rtl/>
              </w:rPr>
              <w:instrText xml:space="preserve"> </w:instrText>
            </w:r>
            <w:r w:rsidRPr="00B45DBC">
              <w:rPr>
                <w:noProof/>
                <w:webHidden/>
                <w:sz w:val="26"/>
                <w:szCs w:val="28"/>
                <w:rtl/>
              </w:rPr>
            </w:r>
            <w:r w:rsidRPr="00B45DBC">
              <w:rPr>
                <w:noProof/>
                <w:webHidden/>
                <w:sz w:val="26"/>
                <w:szCs w:val="28"/>
                <w:rtl/>
              </w:rPr>
              <w:fldChar w:fldCharType="separate"/>
            </w:r>
            <w:r w:rsidR="00F41A3F">
              <w:rPr>
                <w:noProof/>
                <w:webHidden/>
                <w:sz w:val="26"/>
                <w:szCs w:val="28"/>
                <w:rtl/>
              </w:rPr>
              <w:t>34</w:t>
            </w:r>
            <w:r w:rsidRPr="00B45DBC">
              <w:rPr>
                <w:noProof/>
                <w:webHidden/>
                <w:sz w:val="26"/>
                <w:szCs w:val="28"/>
                <w:rtl/>
              </w:rPr>
              <w:fldChar w:fldCharType="end"/>
            </w:r>
          </w:hyperlink>
        </w:p>
        <w:p w14:paraId="692CBF25" w14:textId="7DBD7C88" w:rsidR="00B45DBC" w:rsidRPr="00B45DBC" w:rsidRDefault="00B45DBC">
          <w:pPr>
            <w:pStyle w:val="TOC1"/>
            <w:tabs>
              <w:tab w:val="right" w:leader="dot" w:pos="9060"/>
            </w:tabs>
            <w:rPr>
              <w:rFonts w:asciiTheme="minorHAnsi" w:eastAsiaTheme="minorEastAsia" w:hAnsiTheme="minorHAnsi" w:cstheme="minorBidi" w:hint="cs"/>
              <w:noProof/>
              <w:sz w:val="14"/>
              <w:szCs w:val="14"/>
              <w:rtl/>
            </w:rPr>
          </w:pPr>
        </w:p>
        <w:p w14:paraId="54A2C4C6" w14:textId="3350AC97" w:rsidR="003D0C69" w:rsidRPr="00B45DBC" w:rsidRDefault="00B45DBC" w:rsidP="00CE067A">
          <w:pPr>
            <w:pStyle w:val="TOC1"/>
            <w:tabs>
              <w:tab w:val="right" w:leader="dot" w:pos="9060"/>
            </w:tabs>
            <w:rPr>
              <w:sz w:val="32"/>
              <w:szCs w:val="34"/>
            </w:rPr>
          </w:pPr>
          <w:hyperlink w:anchor="_Toc234793641" w:history="1">
            <w:r w:rsidRPr="00B45DBC">
              <w:rPr>
                <w:rStyle w:val="Hyperlink"/>
                <w:rFonts w:eastAsia="Noto Sans Arabic" w:cs="Sakkal Majalla"/>
                <w:b/>
                <w:bCs/>
                <w:noProof/>
                <w:sz w:val="26"/>
                <w:szCs w:val="28"/>
              </w:rPr>
              <w:t xml:space="preserve">3.4 </w:t>
            </w:r>
          </w:hyperlink>
          <w:r w:rsidR="003D0C69" w:rsidRPr="00B45DBC">
            <w:rPr>
              <w:b/>
              <w:bCs/>
              <w:sz w:val="28"/>
              <w:szCs w:val="30"/>
              <w:lang w:val="ar-SA"/>
            </w:rPr>
            <w:fldChar w:fldCharType="end"/>
          </w:r>
        </w:p>
      </w:sdtContent>
    </w:sdt>
    <w:p w14:paraId="0363BF51" w14:textId="77777777" w:rsidR="00AE7A62" w:rsidRPr="00AE7A62" w:rsidRDefault="00AE7A62" w:rsidP="00AE7A62">
      <w:pPr>
        <w:ind w:firstLine="0"/>
        <w:rPr>
          <w:rFonts w:cs="Sakkal Majalla"/>
          <w:sz w:val="36"/>
          <w:szCs w:val="38"/>
        </w:rPr>
      </w:pPr>
    </w:p>
    <w:p w14:paraId="24AF42AC" w14:textId="77777777" w:rsidR="008E006D" w:rsidRPr="008E006D" w:rsidRDefault="003F40D2" w:rsidP="008E006D">
      <w:pPr>
        <w:ind w:firstLine="0"/>
        <w:rPr>
          <w:rFonts w:cs="Sakkal Majalla"/>
          <w:sz w:val="36"/>
          <w:szCs w:val="38"/>
        </w:rPr>
      </w:pPr>
      <w:r>
        <w:rPr>
          <w:rFonts w:cs="Sakkal Majalla" w:hint="cs"/>
          <w:sz w:val="36"/>
          <w:szCs w:val="38"/>
          <w:rtl/>
        </w:rPr>
        <w:t xml:space="preserve"> </w:t>
      </w:r>
    </w:p>
    <w:p w14:paraId="1DAFF374" w14:textId="77777777" w:rsidR="00B45DBC" w:rsidRDefault="00B45DBC" w:rsidP="00B45DBC">
      <w:pPr>
        <w:spacing w:before="0" w:after="160" w:line="259" w:lineRule="auto"/>
        <w:ind w:firstLine="0"/>
        <w:jc w:val="center"/>
        <w:rPr>
          <w:rFonts w:eastAsia="Noto Sans Arabic" w:cs="Sakkal Majalla"/>
          <w:b/>
          <w:bCs/>
          <w:color w:val="10365E"/>
          <w:sz w:val="38"/>
          <w:szCs w:val="38"/>
          <w:rtl/>
        </w:rPr>
      </w:pPr>
      <w:bookmarkStart w:id="0" w:name="_Toc234793612"/>
    </w:p>
    <w:p w14:paraId="021B7CFD" w14:textId="77777777" w:rsidR="00B45DBC" w:rsidRDefault="00B45DBC" w:rsidP="00B45DBC">
      <w:pPr>
        <w:spacing w:before="0" w:after="160" w:line="259" w:lineRule="auto"/>
        <w:ind w:firstLine="0"/>
        <w:jc w:val="center"/>
        <w:rPr>
          <w:rFonts w:eastAsia="Noto Sans Arabic" w:cs="Sakkal Majalla"/>
          <w:b/>
          <w:bCs/>
          <w:color w:val="10365E"/>
          <w:sz w:val="38"/>
          <w:szCs w:val="38"/>
          <w:rtl/>
        </w:rPr>
      </w:pPr>
    </w:p>
    <w:p w14:paraId="7396B333" w14:textId="77777777" w:rsidR="008E006D" w:rsidRPr="002D5B89" w:rsidRDefault="008E006D" w:rsidP="00B45DBC">
      <w:pPr>
        <w:spacing w:before="0" w:after="160" w:line="259" w:lineRule="auto"/>
        <w:ind w:firstLine="0"/>
        <w:jc w:val="center"/>
        <w:rPr>
          <w:rFonts w:eastAsia="Noto Sans Arabic" w:cs="Sakkal Majalla"/>
          <w:b/>
          <w:bCs/>
          <w:color w:val="10365E"/>
          <w:sz w:val="38"/>
          <w:szCs w:val="38"/>
        </w:rPr>
      </w:pPr>
      <w:r w:rsidRPr="002D5B89">
        <w:rPr>
          <w:rFonts w:eastAsia="Noto Sans Arabic" w:cs="Sakkal Majalla"/>
          <w:b/>
          <w:bCs/>
          <w:color w:val="10365E"/>
          <w:sz w:val="38"/>
          <w:szCs w:val="38"/>
          <w:rtl/>
        </w:rPr>
        <w:t>الشكر</w:t>
      </w:r>
      <w:r w:rsidRPr="002D5B89">
        <w:rPr>
          <w:rFonts w:eastAsia="Noto Sans Arabic" w:cs="Sakkal Majalla"/>
          <w:b/>
          <w:bCs/>
          <w:color w:val="10365E"/>
          <w:sz w:val="38"/>
          <w:szCs w:val="38"/>
        </w:rPr>
        <w:t xml:space="preserve"> </w:t>
      </w:r>
      <w:r w:rsidRPr="002D5B89">
        <w:rPr>
          <w:rFonts w:eastAsia="Noto Sans Arabic" w:cs="Sakkal Majalla"/>
          <w:b/>
          <w:bCs/>
          <w:color w:val="10365E"/>
          <w:sz w:val="38"/>
          <w:szCs w:val="38"/>
          <w:rtl/>
        </w:rPr>
        <w:t>والتقدير</w:t>
      </w:r>
      <w:bookmarkEnd w:id="0"/>
      <w:r w:rsidR="00B45DBC">
        <w:rPr>
          <w:rFonts w:eastAsia="Noto Sans Arabic" w:cs="Sakkal Majalla" w:hint="cs"/>
          <w:b/>
          <w:bCs/>
          <w:color w:val="10365E"/>
          <w:sz w:val="38"/>
          <w:szCs w:val="38"/>
          <w:rtl/>
        </w:rPr>
        <w:t xml:space="preserve">: </w:t>
      </w:r>
    </w:p>
    <w:p w14:paraId="77659BB2" w14:textId="77777777" w:rsidR="008E006D" w:rsidRPr="008E006D" w:rsidRDefault="008E006D" w:rsidP="008E006D">
      <w:pPr>
        <w:ind w:firstLine="0"/>
        <w:rPr>
          <w:rFonts w:cs="Sakkal Majalla"/>
          <w:sz w:val="36"/>
          <w:szCs w:val="38"/>
        </w:rPr>
      </w:pPr>
    </w:p>
    <w:p w14:paraId="1012E94A" w14:textId="77777777" w:rsidR="008E006D" w:rsidRPr="008E006D" w:rsidRDefault="008E006D" w:rsidP="008E006D">
      <w:pPr>
        <w:ind w:firstLine="0"/>
        <w:rPr>
          <w:rFonts w:cs="Sakkal Majalla"/>
          <w:sz w:val="36"/>
          <w:szCs w:val="38"/>
        </w:rPr>
      </w:pPr>
      <w:r w:rsidRPr="008E006D">
        <w:rPr>
          <w:rFonts w:cs="Sakkal Majalla"/>
          <w:sz w:val="36"/>
          <w:szCs w:val="38"/>
          <w:rtl/>
        </w:rPr>
        <w:t>الحمد</w:t>
      </w:r>
      <w:r w:rsidRPr="008E006D">
        <w:rPr>
          <w:rFonts w:cs="Sakkal Majalla"/>
          <w:sz w:val="36"/>
          <w:szCs w:val="38"/>
        </w:rPr>
        <w:t xml:space="preserve"> </w:t>
      </w:r>
      <w:r w:rsidRPr="008E006D">
        <w:rPr>
          <w:rFonts w:cs="Sakkal Majalla"/>
          <w:sz w:val="36"/>
          <w:szCs w:val="38"/>
          <w:rtl/>
        </w:rPr>
        <w:t>لله</w:t>
      </w:r>
      <w:r w:rsidRPr="008E006D">
        <w:rPr>
          <w:rFonts w:cs="Sakkal Majalla"/>
          <w:sz w:val="36"/>
          <w:szCs w:val="38"/>
        </w:rPr>
        <w:t xml:space="preserve"> </w:t>
      </w:r>
      <w:r w:rsidRPr="008E006D">
        <w:rPr>
          <w:rFonts w:cs="Sakkal Majalla"/>
          <w:sz w:val="36"/>
          <w:szCs w:val="38"/>
          <w:rtl/>
        </w:rPr>
        <w:t>الذي</w:t>
      </w:r>
      <w:r w:rsidRPr="008E006D">
        <w:rPr>
          <w:rFonts w:cs="Sakkal Majalla"/>
          <w:sz w:val="36"/>
          <w:szCs w:val="38"/>
        </w:rPr>
        <w:t xml:space="preserve"> </w:t>
      </w:r>
      <w:r w:rsidRPr="008E006D">
        <w:rPr>
          <w:rFonts w:cs="Sakkal Majalla"/>
          <w:sz w:val="36"/>
          <w:szCs w:val="38"/>
          <w:rtl/>
        </w:rPr>
        <w:t>بنعمته</w:t>
      </w:r>
      <w:r w:rsidRPr="008E006D">
        <w:rPr>
          <w:rFonts w:cs="Sakkal Majalla"/>
          <w:sz w:val="36"/>
          <w:szCs w:val="38"/>
        </w:rPr>
        <w:t xml:space="preserve"> </w:t>
      </w:r>
      <w:r w:rsidRPr="008E006D">
        <w:rPr>
          <w:rFonts w:cs="Sakkal Majalla"/>
          <w:sz w:val="36"/>
          <w:szCs w:val="38"/>
          <w:rtl/>
        </w:rPr>
        <w:t>تتم</w:t>
      </w:r>
      <w:r w:rsidRPr="008E006D">
        <w:rPr>
          <w:rFonts w:cs="Sakkal Majalla"/>
          <w:sz w:val="36"/>
          <w:szCs w:val="38"/>
        </w:rPr>
        <w:t xml:space="preserve"> </w:t>
      </w:r>
      <w:r w:rsidRPr="008E006D">
        <w:rPr>
          <w:rFonts w:cs="Sakkal Majalla"/>
          <w:sz w:val="36"/>
          <w:szCs w:val="38"/>
          <w:rtl/>
        </w:rPr>
        <w:t>الصالحات،</w:t>
      </w:r>
      <w:r w:rsidRPr="008E006D">
        <w:rPr>
          <w:rFonts w:cs="Sakkal Majalla"/>
          <w:sz w:val="36"/>
          <w:szCs w:val="38"/>
        </w:rPr>
        <w:t xml:space="preserve"> </w:t>
      </w:r>
      <w:r w:rsidRPr="008E006D">
        <w:rPr>
          <w:rFonts w:cs="Sakkal Majalla"/>
          <w:sz w:val="36"/>
          <w:szCs w:val="38"/>
          <w:rtl/>
        </w:rPr>
        <w:t>والصلاة</w:t>
      </w:r>
      <w:r w:rsidRPr="008E006D">
        <w:rPr>
          <w:rFonts w:cs="Sakkal Majalla"/>
          <w:sz w:val="36"/>
          <w:szCs w:val="38"/>
        </w:rPr>
        <w:t xml:space="preserve"> </w:t>
      </w:r>
      <w:r w:rsidRPr="008E006D">
        <w:rPr>
          <w:rFonts w:cs="Sakkal Majalla"/>
          <w:sz w:val="36"/>
          <w:szCs w:val="38"/>
          <w:rtl/>
        </w:rPr>
        <w:t>والسلام</w:t>
      </w:r>
      <w:r w:rsidRPr="008E006D">
        <w:rPr>
          <w:rFonts w:cs="Sakkal Majalla"/>
          <w:sz w:val="36"/>
          <w:szCs w:val="38"/>
        </w:rPr>
        <w:t xml:space="preserve"> </w:t>
      </w:r>
      <w:r w:rsidRPr="008E006D">
        <w:rPr>
          <w:rFonts w:cs="Sakkal Majalla"/>
          <w:sz w:val="36"/>
          <w:szCs w:val="38"/>
          <w:rtl/>
        </w:rPr>
        <w:t>على</w:t>
      </w:r>
      <w:r w:rsidRPr="008E006D">
        <w:rPr>
          <w:rFonts w:cs="Sakkal Majalla"/>
          <w:sz w:val="36"/>
          <w:szCs w:val="38"/>
        </w:rPr>
        <w:t xml:space="preserve"> </w:t>
      </w:r>
      <w:r w:rsidRPr="008E006D">
        <w:rPr>
          <w:rFonts w:cs="Sakkal Majalla"/>
          <w:sz w:val="36"/>
          <w:szCs w:val="38"/>
          <w:rtl/>
        </w:rPr>
        <w:t>أشرف</w:t>
      </w:r>
      <w:r w:rsidRPr="008E006D">
        <w:rPr>
          <w:rFonts w:cs="Sakkal Majalla"/>
          <w:sz w:val="36"/>
          <w:szCs w:val="38"/>
        </w:rPr>
        <w:t xml:space="preserve"> </w:t>
      </w:r>
      <w:r w:rsidRPr="008E006D">
        <w:rPr>
          <w:rFonts w:cs="Sakkal Majalla"/>
          <w:sz w:val="36"/>
          <w:szCs w:val="38"/>
          <w:rtl/>
        </w:rPr>
        <w:t>الأنبياء</w:t>
      </w:r>
      <w:r w:rsidRPr="008E006D">
        <w:rPr>
          <w:rFonts w:cs="Sakkal Majalla"/>
          <w:sz w:val="36"/>
          <w:szCs w:val="38"/>
        </w:rPr>
        <w:t xml:space="preserve"> </w:t>
      </w:r>
      <w:r w:rsidRPr="008E006D">
        <w:rPr>
          <w:rFonts w:cs="Sakkal Majalla"/>
          <w:sz w:val="36"/>
          <w:szCs w:val="38"/>
          <w:rtl/>
        </w:rPr>
        <w:t>والمرسلين</w:t>
      </w:r>
      <w:r w:rsidRPr="008E006D">
        <w:rPr>
          <w:rFonts w:cs="Sakkal Majalla"/>
          <w:sz w:val="36"/>
          <w:szCs w:val="38"/>
        </w:rPr>
        <w:t xml:space="preserve"> </w:t>
      </w:r>
      <w:r w:rsidRPr="008E006D">
        <w:rPr>
          <w:rFonts w:cs="Sakkal Majalla"/>
          <w:sz w:val="36"/>
          <w:szCs w:val="38"/>
          <w:rtl/>
        </w:rPr>
        <w:t>سيدنا</w:t>
      </w:r>
      <w:r w:rsidRPr="008E006D">
        <w:rPr>
          <w:rFonts w:cs="Sakkal Majalla"/>
          <w:sz w:val="36"/>
          <w:szCs w:val="38"/>
        </w:rPr>
        <w:t xml:space="preserve"> </w:t>
      </w:r>
      <w:r w:rsidRPr="008E006D">
        <w:rPr>
          <w:rFonts w:cs="Sakkal Majalla"/>
          <w:sz w:val="36"/>
          <w:szCs w:val="38"/>
          <w:rtl/>
        </w:rPr>
        <w:t>محمد</w:t>
      </w:r>
      <w:r w:rsidRPr="008E006D">
        <w:rPr>
          <w:rFonts w:cs="Sakkal Majalla"/>
          <w:sz w:val="36"/>
          <w:szCs w:val="38"/>
        </w:rPr>
        <w:t xml:space="preserve"> </w:t>
      </w:r>
      <w:r w:rsidRPr="008E006D">
        <w:rPr>
          <w:rFonts w:cs="Sakkal Majalla"/>
          <w:sz w:val="36"/>
          <w:szCs w:val="38"/>
          <w:rtl/>
        </w:rPr>
        <w:t>وعلى</w:t>
      </w:r>
      <w:r w:rsidRPr="008E006D">
        <w:rPr>
          <w:rFonts w:cs="Sakkal Majalla"/>
          <w:sz w:val="36"/>
          <w:szCs w:val="38"/>
        </w:rPr>
        <w:t xml:space="preserve"> </w:t>
      </w:r>
      <w:proofErr w:type="spellStart"/>
      <w:r w:rsidRPr="008E006D">
        <w:rPr>
          <w:rFonts w:cs="Sakkal Majalla"/>
          <w:sz w:val="36"/>
          <w:szCs w:val="38"/>
          <w:rtl/>
        </w:rPr>
        <w:t>آله</w:t>
      </w:r>
      <w:proofErr w:type="spellEnd"/>
      <w:r w:rsidRPr="008E006D">
        <w:rPr>
          <w:rFonts w:cs="Sakkal Majalla"/>
          <w:sz w:val="36"/>
          <w:szCs w:val="38"/>
        </w:rPr>
        <w:t xml:space="preserve"> </w:t>
      </w:r>
      <w:r w:rsidRPr="008E006D">
        <w:rPr>
          <w:rFonts w:cs="Sakkal Majalla"/>
          <w:sz w:val="36"/>
          <w:szCs w:val="38"/>
          <w:rtl/>
        </w:rPr>
        <w:t>وصحبه</w:t>
      </w:r>
      <w:r w:rsidRPr="008E006D">
        <w:rPr>
          <w:rFonts w:cs="Sakkal Majalla"/>
          <w:sz w:val="36"/>
          <w:szCs w:val="38"/>
        </w:rPr>
        <w:t xml:space="preserve"> </w:t>
      </w:r>
      <w:r w:rsidRPr="008E006D">
        <w:rPr>
          <w:rFonts w:cs="Sakkal Majalla"/>
          <w:sz w:val="36"/>
          <w:szCs w:val="38"/>
          <w:rtl/>
        </w:rPr>
        <w:t>أجمعين</w:t>
      </w:r>
      <w:r w:rsidRPr="008E006D">
        <w:rPr>
          <w:rFonts w:cs="Sakkal Majalla"/>
          <w:sz w:val="36"/>
          <w:szCs w:val="38"/>
        </w:rPr>
        <w:t xml:space="preserve">. </w:t>
      </w:r>
      <w:r w:rsidRPr="008E006D">
        <w:rPr>
          <w:rFonts w:cs="Sakkal Majalla"/>
          <w:sz w:val="36"/>
          <w:szCs w:val="38"/>
          <w:rtl/>
        </w:rPr>
        <w:t>أتقدم</w:t>
      </w:r>
      <w:r w:rsidRPr="008E006D">
        <w:rPr>
          <w:rFonts w:cs="Sakkal Majalla"/>
          <w:sz w:val="36"/>
          <w:szCs w:val="38"/>
        </w:rPr>
        <w:t xml:space="preserve"> </w:t>
      </w:r>
      <w:r w:rsidRPr="008E006D">
        <w:rPr>
          <w:rFonts w:cs="Sakkal Majalla"/>
          <w:sz w:val="36"/>
          <w:szCs w:val="38"/>
          <w:rtl/>
        </w:rPr>
        <w:t>بخالص</w:t>
      </w:r>
      <w:r w:rsidRPr="008E006D">
        <w:rPr>
          <w:rFonts w:cs="Sakkal Majalla"/>
          <w:sz w:val="36"/>
          <w:szCs w:val="38"/>
        </w:rPr>
        <w:t xml:space="preserve"> </w:t>
      </w:r>
      <w:r w:rsidRPr="008E006D">
        <w:rPr>
          <w:rFonts w:cs="Sakkal Majalla"/>
          <w:sz w:val="36"/>
          <w:szCs w:val="38"/>
          <w:rtl/>
        </w:rPr>
        <w:t>الشكر</w:t>
      </w:r>
      <w:r w:rsidRPr="008E006D">
        <w:rPr>
          <w:rFonts w:cs="Sakkal Majalla"/>
          <w:sz w:val="36"/>
          <w:szCs w:val="38"/>
        </w:rPr>
        <w:t xml:space="preserve"> </w:t>
      </w:r>
      <w:r w:rsidRPr="008E006D">
        <w:rPr>
          <w:rFonts w:cs="Sakkal Majalla"/>
          <w:sz w:val="36"/>
          <w:szCs w:val="38"/>
          <w:rtl/>
        </w:rPr>
        <w:t>والتقدير</w:t>
      </w:r>
      <w:r w:rsidRPr="008E006D">
        <w:rPr>
          <w:rFonts w:cs="Sakkal Majalla"/>
          <w:sz w:val="36"/>
          <w:szCs w:val="38"/>
        </w:rPr>
        <w:t xml:space="preserve"> </w:t>
      </w:r>
      <w:r w:rsidRPr="008E006D">
        <w:rPr>
          <w:rFonts w:cs="Sakkal Majalla"/>
          <w:sz w:val="36"/>
          <w:szCs w:val="38"/>
          <w:rtl/>
        </w:rPr>
        <w:t>إلى</w:t>
      </w:r>
      <w:r w:rsidRPr="008E006D">
        <w:rPr>
          <w:rFonts w:cs="Sakkal Majalla"/>
          <w:sz w:val="36"/>
          <w:szCs w:val="38"/>
        </w:rPr>
        <w:t xml:space="preserve"> </w:t>
      </w:r>
      <w:r w:rsidRPr="008E006D">
        <w:rPr>
          <w:rFonts w:cs="Sakkal Majalla"/>
          <w:sz w:val="36"/>
          <w:szCs w:val="38"/>
          <w:rtl/>
        </w:rPr>
        <w:t>جامعة</w:t>
      </w:r>
      <w:r w:rsidRPr="008E006D">
        <w:rPr>
          <w:rFonts w:cs="Sakkal Majalla"/>
          <w:sz w:val="36"/>
          <w:szCs w:val="38"/>
        </w:rPr>
        <w:t xml:space="preserve"> </w:t>
      </w:r>
      <w:proofErr w:type="spellStart"/>
      <w:r w:rsidRPr="008E006D">
        <w:rPr>
          <w:rFonts w:cs="Sakkal Majalla"/>
          <w:sz w:val="36"/>
          <w:szCs w:val="38"/>
          <w:rtl/>
        </w:rPr>
        <w:t>ميداوشن</w:t>
      </w:r>
      <w:proofErr w:type="spellEnd"/>
      <w:r w:rsidRPr="008E006D">
        <w:rPr>
          <w:rFonts w:cs="Sakkal Majalla"/>
          <w:sz w:val="36"/>
          <w:szCs w:val="38"/>
        </w:rPr>
        <w:t xml:space="preserve"> </w:t>
      </w:r>
      <w:r w:rsidRPr="008E006D">
        <w:rPr>
          <w:rFonts w:cs="Sakkal Majalla"/>
          <w:sz w:val="36"/>
          <w:szCs w:val="38"/>
          <w:rtl/>
        </w:rPr>
        <w:t>وكلية</w:t>
      </w:r>
      <w:r w:rsidRPr="008E006D">
        <w:rPr>
          <w:rFonts w:cs="Sakkal Majalla"/>
          <w:sz w:val="36"/>
          <w:szCs w:val="38"/>
        </w:rPr>
        <w:t xml:space="preserve"> </w:t>
      </w:r>
      <w:r w:rsidRPr="008E006D">
        <w:rPr>
          <w:rFonts w:cs="Sakkal Majalla"/>
          <w:sz w:val="36"/>
          <w:szCs w:val="38"/>
          <w:rtl/>
        </w:rPr>
        <w:t>الإدارة</w:t>
      </w:r>
      <w:r w:rsidRPr="008E006D">
        <w:rPr>
          <w:rFonts w:cs="Sakkal Majalla"/>
          <w:sz w:val="36"/>
          <w:szCs w:val="38"/>
        </w:rPr>
        <w:t xml:space="preserve"> </w:t>
      </w:r>
      <w:r w:rsidRPr="008E006D">
        <w:rPr>
          <w:rFonts w:cs="Sakkal Majalla"/>
          <w:sz w:val="36"/>
          <w:szCs w:val="38"/>
          <w:rtl/>
        </w:rPr>
        <w:t>وبرنامج</w:t>
      </w:r>
      <w:r w:rsidRPr="008E006D">
        <w:rPr>
          <w:rFonts w:cs="Sakkal Majalla"/>
          <w:sz w:val="36"/>
          <w:szCs w:val="38"/>
        </w:rPr>
        <w:t xml:space="preserve"> </w:t>
      </w:r>
      <w:r w:rsidRPr="008E006D">
        <w:rPr>
          <w:rFonts w:cs="Sakkal Majalla"/>
          <w:sz w:val="36"/>
          <w:szCs w:val="38"/>
          <w:rtl/>
        </w:rPr>
        <w:t>ماجستير</w:t>
      </w:r>
      <w:r w:rsidRPr="008E006D">
        <w:rPr>
          <w:rFonts w:cs="Sakkal Majalla"/>
          <w:sz w:val="36"/>
          <w:szCs w:val="38"/>
        </w:rPr>
        <w:t xml:space="preserve"> </w:t>
      </w:r>
      <w:r w:rsidRPr="008E006D">
        <w:rPr>
          <w:rFonts w:cs="Sakkal Majalla"/>
          <w:sz w:val="36"/>
          <w:szCs w:val="38"/>
          <w:rtl/>
        </w:rPr>
        <w:t>إدارة</w:t>
      </w:r>
      <w:r w:rsidRPr="008E006D">
        <w:rPr>
          <w:rFonts w:cs="Sakkal Majalla"/>
          <w:sz w:val="36"/>
          <w:szCs w:val="38"/>
        </w:rPr>
        <w:t xml:space="preserve"> </w:t>
      </w:r>
      <w:r w:rsidRPr="008E006D">
        <w:rPr>
          <w:rFonts w:cs="Sakkal Majalla"/>
          <w:sz w:val="36"/>
          <w:szCs w:val="38"/>
          <w:rtl/>
        </w:rPr>
        <w:t>المشاريع</w:t>
      </w:r>
      <w:r w:rsidRPr="008E006D">
        <w:rPr>
          <w:rFonts w:cs="Sakkal Majalla"/>
          <w:sz w:val="36"/>
          <w:szCs w:val="38"/>
        </w:rPr>
        <w:t xml:space="preserve"> </w:t>
      </w:r>
      <w:r w:rsidRPr="008E006D">
        <w:rPr>
          <w:rFonts w:cs="Sakkal Majalla"/>
          <w:sz w:val="36"/>
          <w:szCs w:val="38"/>
          <w:rtl/>
        </w:rPr>
        <w:t>على</w:t>
      </w:r>
      <w:r w:rsidRPr="008E006D">
        <w:rPr>
          <w:rFonts w:cs="Sakkal Majalla"/>
          <w:sz w:val="36"/>
          <w:szCs w:val="38"/>
        </w:rPr>
        <w:t xml:space="preserve"> </w:t>
      </w:r>
      <w:r w:rsidRPr="008E006D">
        <w:rPr>
          <w:rFonts w:cs="Sakkal Majalla"/>
          <w:sz w:val="36"/>
          <w:szCs w:val="38"/>
          <w:rtl/>
        </w:rPr>
        <w:t>ما</w:t>
      </w:r>
      <w:r w:rsidRPr="008E006D">
        <w:rPr>
          <w:rFonts w:cs="Sakkal Majalla"/>
          <w:sz w:val="36"/>
          <w:szCs w:val="38"/>
        </w:rPr>
        <w:t xml:space="preserve"> </w:t>
      </w:r>
      <w:r w:rsidRPr="008E006D">
        <w:rPr>
          <w:rFonts w:cs="Sakkal Majalla"/>
          <w:sz w:val="36"/>
          <w:szCs w:val="38"/>
          <w:rtl/>
        </w:rPr>
        <w:t>وفرته</w:t>
      </w:r>
      <w:r w:rsidRPr="008E006D">
        <w:rPr>
          <w:rFonts w:cs="Sakkal Majalla"/>
          <w:sz w:val="36"/>
          <w:szCs w:val="38"/>
        </w:rPr>
        <w:t xml:space="preserve"> </w:t>
      </w:r>
      <w:r w:rsidRPr="008E006D">
        <w:rPr>
          <w:rFonts w:cs="Sakkal Majalla"/>
          <w:sz w:val="36"/>
          <w:szCs w:val="38"/>
          <w:rtl/>
        </w:rPr>
        <w:t>من</w:t>
      </w:r>
      <w:r w:rsidRPr="008E006D">
        <w:rPr>
          <w:rFonts w:cs="Sakkal Majalla"/>
          <w:sz w:val="36"/>
          <w:szCs w:val="38"/>
        </w:rPr>
        <w:t xml:space="preserve"> </w:t>
      </w:r>
      <w:r w:rsidRPr="008E006D">
        <w:rPr>
          <w:rFonts w:cs="Sakkal Majalla"/>
          <w:sz w:val="36"/>
          <w:szCs w:val="38"/>
          <w:rtl/>
        </w:rPr>
        <w:t>بيئة</w:t>
      </w:r>
      <w:r w:rsidRPr="008E006D">
        <w:rPr>
          <w:rFonts w:cs="Sakkal Majalla"/>
          <w:sz w:val="36"/>
          <w:szCs w:val="38"/>
        </w:rPr>
        <w:t xml:space="preserve"> </w:t>
      </w:r>
      <w:r w:rsidRPr="008E006D">
        <w:rPr>
          <w:rFonts w:cs="Sakkal Majalla"/>
          <w:sz w:val="36"/>
          <w:szCs w:val="38"/>
          <w:rtl/>
        </w:rPr>
        <w:t>علمية</w:t>
      </w:r>
      <w:r w:rsidRPr="008E006D">
        <w:rPr>
          <w:rFonts w:cs="Sakkal Majalla"/>
          <w:sz w:val="36"/>
          <w:szCs w:val="38"/>
        </w:rPr>
        <w:t xml:space="preserve"> </w:t>
      </w:r>
      <w:r w:rsidRPr="008E006D">
        <w:rPr>
          <w:rFonts w:cs="Sakkal Majalla"/>
          <w:sz w:val="36"/>
          <w:szCs w:val="38"/>
          <w:rtl/>
        </w:rPr>
        <w:t>مساندة</w:t>
      </w:r>
      <w:r w:rsidRPr="008E006D">
        <w:rPr>
          <w:rFonts w:cs="Sakkal Majalla"/>
          <w:sz w:val="36"/>
          <w:szCs w:val="38"/>
        </w:rPr>
        <w:t xml:space="preserve"> </w:t>
      </w:r>
      <w:r w:rsidRPr="008E006D">
        <w:rPr>
          <w:rFonts w:cs="Sakkal Majalla"/>
          <w:sz w:val="36"/>
          <w:szCs w:val="38"/>
          <w:rtl/>
        </w:rPr>
        <w:t>للبحث</w:t>
      </w:r>
      <w:r w:rsidRPr="008E006D">
        <w:rPr>
          <w:rFonts w:cs="Sakkal Majalla"/>
          <w:sz w:val="36"/>
          <w:szCs w:val="38"/>
        </w:rPr>
        <w:t xml:space="preserve"> </w:t>
      </w:r>
      <w:r w:rsidRPr="008E006D">
        <w:rPr>
          <w:rFonts w:cs="Sakkal Majalla"/>
          <w:sz w:val="36"/>
          <w:szCs w:val="38"/>
          <w:rtl/>
        </w:rPr>
        <w:t>والتعلم</w:t>
      </w:r>
      <w:r w:rsidRPr="008E006D">
        <w:rPr>
          <w:rFonts w:cs="Sakkal Majalla"/>
          <w:sz w:val="36"/>
          <w:szCs w:val="38"/>
        </w:rPr>
        <w:t>.</w:t>
      </w:r>
    </w:p>
    <w:p w14:paraId="408C6578" w14:textId="77777777" w:rsidR="008E006D" w:rsidRPr="008E006D" w:rsidRDefault="008E006D" w:rsidP="008E006D">
      <w:pPr>
        <w:ind w:firstLine="0"/>
        <w:rPr>
          <w:rFonts w:cs="Sakkal Majalla"/>
          <w:sz w:val="36"/>
          <w:szCs w:val="38"/>
        </w:rPr>
      </w:pPr>
      <w:r w:rsidRPr="008E006D">
        <w:rPr>
          <w:rFonts w:cs="Sakkal Majalla"/>
          <w:sz w:val="36"/>
          <w:szCs w:val="38"/>
          <w:rtl/>
        </w:rPr>
        <w:t>كما</w:t>
      </w:r>
      <w:r w:rsidRPr="008E006D">
        <w:rPr>
          <w:rFonts w:cs="Sakkal Majalla"/>
          <w:sz w:val="36"/>
          <w:szCs w:val="38"/>
        </w:rPr>
        <w:t xml:space="preserve"> </w:t>
      </w:r>
      <w:r w:rsidRPr="008E006D">
        <w:rPr>
          <w:rFonts w:cs="Sakkal Majalla"/>
          <w:sz w:val="36"/>
          <w:szCs w:val="38"/>
          <w:rtl/>
        </w:rPr>
        <w:t>أتوجه</w:t>
      </w:r>
      <w:r w:rsidRPr="008E006D">
        <w:rPr>
          <w:rFonts w:cs="Sakkal Majalla"/>
          <w:sz w:val="36"/>
          <w:szCs w:val="38"/>
        </w:rPr>
        <w:t xml:space="preserve"> </w:t>
      </w:r>
      <w:r w:rsidRPr="008E006D">
        <w:rPr>
          <w:rFonts w:cs="Sakkal Majalla"/>
          <w:sz w:val="36"/>
          <w:szCs w:val="38"/>
          <w:rtl/>
        </w:rPr>
        <w:t>بالشكر</w:t>
      </w:r>
      <w:r w:rsidRPr="008E006D">
        <w:rPr>
          <w:rFonts w:cs="Sakkal Majalla"/>
          <w:sz w:val="36"/>
          <w:szCs w:val="38"/>
        </w:rPr>
        <w:t xml:space="preserve"> </w:t>
      </w:r>
      <w:r w:rsidRPr="008E006D">
        <w:rPr>
          <w:rFonts w:cs="Sakkal Majalla"/>
          <w:sz w:val="36"/>
          <w:szCs w:val="38"/>
          <w:rtl/>
        </w:rPr>
        <w:t>إلى</w:t>
      </w:r>
      <w:r w:rsidRPr="008E006D">
        <w:rPr>
          <w:rFonts w:cs="Sakkal Majalla"/>
          <w:sz w:val="36"/>
          <w:szCs w:val="38"/>
        </w:rPr>
        <w:t xml:space="preserve"> </w:t>
      </w:r>
      <w:r w:rsidRPr="008E006D">
        <w:rPr>
          <w:rFonts w:cs="Sakkal Majalla"/>
          <w:sz w:val="36"/>
          <w:szCs w:val="38"/>
          <w:rtl/>
        </w:rPr>
        <w:t>المشرف</w:t>
      </w:r>
      <w:r w:rsidRPr="008E006D">
        <w:rPr>
          <w:rFonts w:cs="Sakkal Majalla"/>
          <w:sz w:val="36"/>
          <w:szCs w:val="38"/>
        </w:rPr>
        <w:t xml:space="preserve"> </w:t>
      </w:r>
      <w:r w:rsidRPr="008E006D">
        <w:rPr>
          <w:rFonts w:cs="Sakkal Majalla"/>
          <w:sz w:val="36"/>
          <w:szCs w:val="38"/>
          <w:rtl/>
        </w:rPr>
        <w:t>الكريم</w:t>
      </w:r>
      <w:r w:rsidRPr="008E006D">
        <w:rPr>
          <w:rFonts w:cs="Sakkal Majalla"/>
          <w:sz w:val="36"/>
          <w:szCs w:val="38"/>
        </w:rPr>
        <w:t xml:space="preserve"> </w:t>
      </w:r>
      <w:r w:rsidRPr="008E006D">
        <w:rPr>
          <w:rFonts w:cs="Sakkal Majalla"/>
          <w:sz w:val="36"/>
          <w:szCs w:val="38"/>
          <w:rtl/>
        </w:rPr>
        <w:t>على</w:t>
      </w:r>
      <w:r w:rsidRPr="008E006D">
        <w:rPr>
          <w:rFonts w:cs="Sakkal Majalla"/>
          <w:sz w:val="36"/>
          <w:szCs w:val="38"/>
        </w:rPr>
        <w:t xml:space="preserve"> </w:t>
      </w:r>
      <w:r w:rsidRPr="008E006D">
        <w:rPr>
          <w:rFonts w:cs="Sakkal Majalla"/>
          <w:sz w:val="36"/>
          <w:szCs w:val="38"/>
          <w:rtl/>
        </w:rPr>
        <w:t>توجيهاته</w:t>
      </w:r>
      <w:r w:rsidRPr="008E006D">
        <w:rPr>
          <w:rFonts w:cs="Sakkal Majalla"/>
          <w:sz w:val="36"/>
          <w:szCs w:val="38"/>
        </w:rPr>
        <w:t xml:space="preserve"> </w:t>
      </w:r>
      <w:r w:rsidRPr="008E006D">
        <w:rPr>
          <w:rFonts w:cs="Sakkal Majalla"/>
          <w:sz w:val="36"/>
          <w:szCs w:val="38"/>
          <w:rtl/>
        </w:rPr>
        <w:t>العلمية</w:t>
      </w:r>
      <w:r w:rsidRPr="008E006D">
        <w:rPr>
          <w:rFonts w:cs="Sakkal Majalla"/>
          <w:sz w:val="36"/>
          <w:szCs w:val="38"/>
        </w:rPr>
        <w:t xml:space="preserve"> </w:t>
      </w:r>
      <w:r w:rsidRPr="008E006D">
        <w:rPr>
          <w:rFonts w:cs="Sakkal Majalla"/>
          <w:sz w:val="36"/>
          <w:szCs w:val="38"/>
          <w:rtl/>
        </w:rPr>
        <w:t>وملاحظاته</w:t>
      </w:r>
      <w:r w:rsidRPr="008E006D">
        <w:rPr>
          <w:rFonts w:cs="Sakkal Majalla"/>
          <w:sz w:val="36"/>
          <w:szCs w:val="38"/>
        </w:rPr>
        <w:t xml:space="preserve"> </w:t>
      </w:r>
      <w:r w:rsidRPr="008E006D">
        <w:rPr>
          <w:rFonts w:cs="Sakkal Majalla"/>
          <w:sz w:val="36"/>
          <w:szCs w:val="38"/>
          <w:rtl/>
        </w:rPr>
        <w:t>المنهجية</w:t>
      </w:r>
      <w:r w:rsidRPr="008E006D">
        <w:rPr>
          <w:rFonts w:cs="Sakkal Majalla"/>
          <w:sz w:val="36"/>
          <w:szCs w:val="38"/>
        </w:rPr>
        <w:t xml:space="preserve"> </w:t>
      </w:r>
      <w:r w:rsidRPr="008E006D">
        <w:rPr>
          <w:rFonts w:cs="Sakkal Majalla"/>
          <w:sz w:val="36"/>
          <w:szCs w:val="38"/>
          <w:rtl/>
        </w:rPr>
        <w:t>التي</w:t>
      </w:r>
      <w:r w:rsidRPr="008E006D">
        <w:rPr>
          <w:rFonts w:cs="Sakkal Majalla"/>
          <w:sz w:val="36"/>
          <w:szCs w:val="38"/>
        </w:rPr>
        <w:t xml:space="preserve"> </w:t>
      </w:r>
      <w:r w:rsidRPr="008E006D">
        <w:rPr>
          <w:rFonts w:cs="Sakkal Majalla"/>
          <w:sz w:val="36"/>
          <w:szCs w:val="38"/>
          <w:rtl/>
        </w:rPr>
        <w:t>أسهمت</w:t>
      </w:r>
      <w:r w:rsidRPr="008E006D">
        <w:rPr>
          <w:rFonts w:cs="Sakkal Majalla"/>
          <w:sz w:val="36"/>
          <w:szCs w:val="38"/>
        </w:rPr>
        <w:t xml:space="preserve"> </w:t>
      </w:r>
      <w:r w:rsidRPr="008E006D">
        <w:rPr>
          <w:rFonts w:cs="Sakkal Majalla"/>
          <w:sz w:val="36"/>
          <w:szCs w:val="38"/>
          <w:rtl/>
        </w:rPr>
        <w:t>في</w:t>
      </w:r>
      <w:r w:rsidRPr="008E006D">
        <w:rPr>
          <w:rFonts w:cs="Sakkal Majalla"/>
          <w:sz w:val="36"/>
          <w:szCs w:val="38"/>
        </w:rPr>
        <w:t xml:space="preserve"> </w:t>
      </w:r>
      <w:r w:rsidRPr="008E006D">
        <w:rPr>
          <w:rFonts w:cs="Sakkal Majalla"/>
          <w:sz w:val="36"/>
          <w:szCs w:val="38"/>
          <w:rtl/>
        </w:rPr>
        <w:t>تحسين</w:t>
      </w:r>
      <w:r w:rsidRPr="008E006D">
        <w:rPr>
          <w:rFonts w:cs="Sakkal Majalla"/>
          <w:sz w:val="36"/>
          <w:szCs w:val="38"/>
        </w:rPr>
        <w:t xml:space="preserve"> </w:t>
      </w:r>
      <w:r w:rsidRPr="008E006D">
        <w:rPr>
          <w:rFonts w:cs="Sakkal Majalla"/>
          <w:sz w:val="36"/>
          <w:szCs w:val="38"/>
          <w:rtl/>
        </w:rPr>
        <w:t>موضوع</w:t>
      </w:r>
      <w:r w:rsidRPr="008E006D">
        <w:rPr>
          <w:rFonts w:cs="Sakkal Majalla"/>
          <w:sz w:val="36"/>
          <w:szCs w:val="38"/>
        </w:rPr>
        <w:t xml:space="preserve"> </w:t>
      </w:r>
      <w:r w:rsidRPr="008E006D">
        <w:rPr>
          <w:rFonts w:cs="Sakkal Majalla"/>
          <w:sz w:val="36"/>
          <w:szCs w:val="38"/>
          <w:rtl/>
        </w:rPr>
        <w:t>الدراسة</w:t>
      </w:r>
      <w:r w:rsidRPr="008E006D">
        <w:rPr>
          <w:rFonts w:cs="Sakkal Majalla"/>
          <w:sz w:val="36"/>
          <w:szCs w:val="38"/>
        </w:rPr>
        <w:t xml:space="preserve"> </w:t>
      </w:r>
      <w:r w:rsidRPr="008E006D">
        <w:rPr>
          <w:rFonts w:cs="Sakkal Majalla"/>
          <w:sz w:val="36"/>
          <w:szCs w:val="38"/>
          <w:rtl/>
        </w:rPr>
        <w:t>وبنائها</w:t>
      </w:r>
      <w:r w:rsidRPr="008E006D">
        <w:rPr>
          <w:rFonts w:cs="Sakkal Majalla"/>
          <w:sz w:val="36"/>
          <w:szCs w:val="38"/>
        </w:rPr>
        <w:t xml:space="preserve"> </w:t>
      </w:r>
      <w:r w:rsidRPr="008E006D">
        <w:rPr>
          <w:rFonts w:cs="Sakkal Majalla"/>
          <w:sz w:val="36"/>
          <w:szCs w:val="38"/>
          <w:rtl/>
        </w:rPr>
        <w:t>النظري</w:t>
      </w:r>
      <w:r w:rsidRPr="008E006D">
        <w:rPr>
          <w:rFonts w:cs="Sakkal Majalla"/>
          <w:sz w:val="36"/>
          <w:szCs w:val="38"/>
        </w:rPr>
        <w:t xml:space="preserve"> </w:t>
      </w:r>
      <w:r w:rsidRPr="008E006D">
        <w:rPr>
          <w:rFonts w:cs="Sakkal Majalla"/>
          <w:sz w:val="36"/>
          <w:szCs w:val="38"/>
          <w:rtl/>
        </w:rPr>
        <w:t>والمنهجي،</w:t>
      </w:r>
      <w:r w:rsidRPr="008E006D">
        <w:rPr>
          <w:rFonts w:cs="Sakkal Majalla"/>
          <w:sz w:val="36"/>
          <w:szCs w:val="38"/>
        </w:rPr>
        <w:t xml:space="preserve"> </w:t>
      </w:r>
      <w:r w:rsidRPr="008E006D">
        <w:rPr>
          <w:rFonts w:cs="Sakkal Majalla"/>
          <w:sz w:val="36"/>
          <w:szCs w:val="38"/>
          <w:rtl/>
        </w:rPr>
        <w:t>وإلى</w:t>
      </w:r>
      <w:r w:rsidRPr="008E006D">
        <w:rPr>
          <w:rFonts w:cs="Sakkal Majalla"/>
          <w:sz w:val="36"/>
          <w:szCs w:val="38"/>
        </w:rPr>
        <w:t xml:space="preserve"> </w:t>
      </w:r>
      <w:r w:rsidRPr="008E006D">
        <w:rPr>
          <w:rFonts w:cs="Sakkal Majalla"/>
          <w:sz w:val="36"/>
          <w:szCs w:val="38"/>
          <w:rtl/>
        </w:rPr>
        <w:t>أعضاء</w:t>
      </w:r>
      <w:r w:rsidRPr="008E006D">
        <w:rPr>
          <w:rFonts w:cs="Sakkal Majalla"/>
          <w:sz w:val="36"/>
          <w:szCs w:val="38"/>
        </w:rPr>
        <w:t xml:space="preserve"> </w:t>
      </w:r>
      <w:r w:rsidRPr="008E006D">
        <w:rPr>
          <w:rFonts w:cs="Sakkal Majalla"/>
          <w:sz w:val="36"/>
          <w:szCs w:val="38"/>
          <w:rtl/>
        </w:rPr>
        <w:t>لجنة</w:t>
      </w:r>
      <w:r w:rsidRPr="008E006D">
        <w:rPr>
          <w:rFonts w:cs="Sakkal Majalla"/>
          <w:sz w:val="36"/>
          <w:szCs w:val="38"/>
        </w:rPr>
        <w:t xml:space="preserve"> </w:t>
      </w:r>
      <w:r w:rsidRPr="008E006D">
        <w:rPr>
          <w:rFonts w:cs="Sakkal Majalla"/>
          <w:sz w:val="36"/>
          <w:szCs w:val="38"/>
          <w:rtl/>
        </w:rPr>
        <w:t>المناقشة</w:t>
      </w:r>
      <w:r w:rsidRPr="008E006D">
        <w:rPr>
          <w:rFonts w:cs="Sakkal Majalla"/>
          <w:sz w:val="36"/>
          <w:szCs w:val="38"/>
        </w:rPr>
        <w:t xml:space="preserve"> </w:t>
      </w:r>
      <w:r w:rsidRPr="008E006D">
        <w:rPr>
          <w:rFonts w:cs="Sakkal Majalla"/>
          <w:sz w:val="36"/>
          <w:szCs w:val="38"/>
          <w:rtl/>
        </w:rPr>
        <w:t>الكرام</w:t>
      </w:r>
      <w:r w:rsidRPr="008E006D">
        <w:rPr>
          <w:rFonts w:cs="Sakkal Majalla"/>
          <w:sz w:val="36"/>
          <w:szCs w:val="38"/>
        </w:rPr>
        <w:t xml:space="preserve"> </w:t>
      </w:r>
      <w:r w:rsidRPr="008E006D">
        <w:rPr>
          <w:rFonts w:cs="Sakkal Majalla"/>
          <w:sz w:val="36"/>
          <w:szCs w:val="38"/>
          <w:rtl/>
        </w:rPr>
        <w:t>على</w:t>
      </w:r>
      <w:r w:rsidRPr="008E006D">
        <w:rPr>
          <w:rFonts w:cs="Sakkal Majalla"/>
          <w:sz w:val="36"/>
          <w:szCs w:val="38"/>
        </w:rPr>
        <w:t xml:space="preserve"> </w:t>
      </w:r>
      <w:r w:rsidRPr="008E006D">
        <w:rPr>
          <w:rFonts w:cs="Sakkal Majalla"/>
          <w:sz w:val="36"/>
          <w:szCs w:val="38"/>
          <w:rtl/>
        </w:rPr>
        <w:t>ما</w:t>
      </w:r>
      <w:r w:rsidRPr="008E006D">
        <w:rPr>
          <w:rFonts w:cs="Sakkal Majalla"/>
          <w:sz w:val="36"/>
          <w:szCs w:val="38"/>
        </w:rPr>
        <w:t xml:space="preserve"> </w:t>
      </w:r>
      <w:r w:rsidRPr="008E006D">
        <w:rPr>
          <w:rFonts w:cs="Sakkal Majalla"/>
          <w:sz w:val="36"/>
          <w:szCs w:val="38"/>
          <w:rtl/>
        </w:rPr>
        <w:t>سيقدمونه</w:t>
      </w:r>
      <w:r w:rsidRPr="008E006D">
        <w:rPr>
          <w:rFonts w:cs="Sakkal Majalla"/>
          <w:sz w:val="36"/>
          <w:szCs w:val="38"/>
        </w:rPr>
        <w:t xml:space="preserve"> </w:t>
      </w:r>
      <w:r w:rsidRPr="008E006D">
        <w:rPr>
          <w:rFonts w:cs="Sakkal Majalla"/>
          <w:sz w:val="36"/>
          <w:szCs w:val="38"/>
          <w:rtl/>
        </w:rPr>
        <w:t>من</w:t>
      </w:r>
      <w:r w:rsidRPr="008E006D">
        <w:rPr>
          <w:rFonts w:cs="Sakkal Majalla"/>
          <w:sz w:val="36"/>
          <w:szCs w:val="38"/>
        </w:rPr>
        <w:t xml:space="preserve"> </w:t>
      </w:r>
      <w:r w:rsidRPr="008E006D">
        <w:rPr>
          <w:rFonts w:cs="Sakkal Majalla"/>
          <w:sz w:val="36"/>
          <w:szCs w:val="38"/>
          <w:rtl/>
        </w:rPr>
        <w:t>ملاحظات</w:t>
      </w:r>
      <w:r w:rsidRPr="008E006D">
        <w:rPr>
          <w:rFonts w:cs="Sakkal Majalla"/>
          <w:sz w:val="36"/>
          <w:szCs w:val="38"/>
        </w:rPr>
        <w:t xml:space="preserve"> </w:t>
      </w:r>
      <w:r w:rsidRPr="008E006D">
        <w:rPr>
          <w:rFonts w:cs="Sakkal Majalla"/>
          <w:sz w:val="36"/>
          <w:szCs w:val="38"/>
          <w:rtl/>
        </w:rPr>
        <w:t>تثري</w:t>
      </w:r>
      <w:r w:rsidRPr="008E006D">
        <w:rPr>
          <w:rFonts w:cs="Sakkal Majalla"/>
          <w:sz w:val="36"/>
          <w:szCs w:val="38"/>
        </w:rPr>
        <w:t xml:space="preserve"> </w:t>
      </w:r>
      <w:r w:rsidRPr="008E006D">
        <w:rPr>
          <w:rFonts w:cs="Sakkal Majalla"/>
          <w:sz w:val="36"/>
          <w:szCs w:val="38"/>
          <w:rtl/>
        </w:rPr>
        <w:t>العمل</w:t>
      </w:r>
      <w:r w:rsidRPr="008E006D">
        <w:rPr>
          <w:rFonts w:cs="Sakkal Majalla"/>
          <w:sz w:val="36"/>
          <w:szCs w:val="38"/>
        </w:rPr>
        <w:t xml:space="preserve"> </w:t>
      </w:r>
      <w:r w:rsidRPr="008E006D">
        <w:rPr>
          <w:rFonts w:cs="Sakkal Majalla"/>
          <w:sz w:val="36"/>
          <w:szCs w:val="38"/>
          <w:rtl/>
        </w:rPr>
        <w:t>وتدعمه</w:t>
      </w:r>
      <w:r w:rsidRPr="008E006D">
        <w:rPr>
          <w:rFonts w:cs="Sakkal Majalla"/>
          <w:sz w:val="36"/>
          <w:szCs w:val="38"/>
        </w:rPr>
        <w:t xml:space="preserve">. </w:t>
      </w:r>
      <w:r w:rsidRPr="008E006D">
        <w:rPr>
          <w:rFonts w:cs="Sakkal Majalla"/>
          <w:sz w:val="36"/>
          <w:szCs w:val="38"/>
          <w:rtl/>
        </w:rPr>
        <w:t>وأخص</w:t>
      </w:r>
      <w:r w:rsidRPr="008E006D">
        <w:rPr>
          <w:rFonts w:cs="Sakkal Majalla"/>
          <w:sz w:val="36"/>
          <w:szCs w:val="38"/>
        </w:rPr>
        <w:t xml:space="preserve"> </w:t>
      </w:r>
      <w:r w:rsidRPr="008E006D">
        <w:rPr>
          <w:rFonts w:cs="Sakkal Majalla"/>
          <w:sz w:val="36"/>
          <w:szCs w:val="38"/>
          <w:rtl/>
        </w:rPr>
        <w:t>بالشكر</w:t>
      </w:r>
      <w:r w:rsidRPr="008E006D">
        <w:rPr>
          <w:rFonts w:cs="Sakkal Majalla"/>
          <w:sz w:val="36"/>
          <w:szCs w:val="38"/>
        </w:rPr>
        <w:t xml:space="preserve"> </w:t>
      </w:r>
      <w:r w:rsidRPr="008E006D">
        <w:rPr>
          <w:rFonts w:cs="Sakkal Majalla"/>
          <w:sz w:val="36"/>
          <w:szCs w:val="38"/>
          <w:rtl/>
        </w:rPr>
        <w:t>كل</w:t>
      </w:r>
      <w:r w:rsidRPr="008E006D">
        <w:rPr>
          <w:rFonts w:cs="Sakkal Majalla"/>
          <w:sz w:val="36"/>
          <w:szCs w:val="38"/>
        </w:rPr>
        <w:t xml:space="preserve"> </w:t>
      </w:r>
      <w:r w:rsidRPr="008E006D">
        <w:rPr>
          <w:rFonts w:cs="Sakkal Majalla"/>
          <w:sz w:val="36"/>
          <w:szCs w:val="38"/>
          <w:rtl/>
        </w:rPr>
        <w:t>من</w:t>
      </w:r>
      <w:r w:rsidRPr="008E006D">
        <w:rPr>
          <w:rFonts w:cs="Sakkal Majalla"/>
          <w:sz w:val="36"/>
          <w:szCs w:val="38"/>
        </w:rPr>
        <w:t xml:space="preserve"> </w:t>
      </w:r>
      <w:r w:rsidRPr="008E006D">
        <w:rPr>
          <w:rFonts w:cs="Sakkal Majalla"/>
          <w:sz w:val="36"/>
          <w:szCs w:val="38"/>
          <w:rtl/>
        </w:rPr>
        <w:t>ساعد</w:t>
      </w:r>
      <w:r w:rsidRPr="008E006D">
        <w:rPr>
          <w:rFonts w:cs="Sakkal Majalla"/>
          <w:sz w:val="36"/>
          <w:szCs w:val="38"/>
        </w:rPr>
        <w:t xml:space="preserve"> </w:t>
      </w:r>
      <w:r w:rsidRPr="008E006D">
        <w:rPr>
          <w:rFonts w:cs="Sakkal Majalla"/>
          <w:sz w:val="36"/>
          <w:szCs w:val="38"/>
          <w:rtl/>
        </w:rPr>
        <w:t>في</w:t>
      </w:r>
      <w:r w:rsidRPr="008E006D">
        <w:rPr>
          <w:rFonts w:cs="Sakkal Majalla"/>
          <w:sz w:val="36"/>
          <w:szCs w:val="38"/>
        </w:rPr>
        <w:t xml:space="preserve"> </w:t>
      </w:r>
      <w:r w:rsidRPr="008E006D">
        <w:rPr>
          <w:rFonts w:cs="Sakkal Majalla"/>
          <w:sz w:val="36"/>
          <w:szCs w:val="38"/>
          <w:rtl/>
        </w:rPr>
        <w:t>تحكيم</w:t>
      </w:r>
      <w:r w:rsidRPr="008E006D">
        <w:rPr>
          <w:rFonts w:cs="Sakkal Majalla"/>
          <w:sz w:val="36"/>
          <w:szCs w:val="38"/>
        </w:rPr>
        <w:t xml:space="preserve"> </w:t>
      </w:r>
      <w:r w:rsidRPr="008E006D">
        <w:rPr>
          <w:rFonts w:cs="Sakkal Majalla"/>
          <w:sz w:val="36"/>
          <w:szCs w:val="38"/>
          <w:rtl/>
        </w:rPr>
        <w:t>الأداة</w:t>
      </w:r>
      <w:r w:rsidRPr="008E006D">
        <w:rPr>
          <w:rFonts w:cs="Sakkal Majalla"/>
          <w:sz w:val="36"/>
          <w:szCs w:val="38"/>
        </w:rPr>
        <w:t xml:space="preserve"> </w:t>
      </w:r>
      <w:r w:rsidRPr="008E006D">
        <w:rPr>
          <w:rFonts w:cs="Sakkal Majalla"/>
          <w:sz w:val="36"/>
          <w:szCs w:val="38"/>
          <w:rtl/>
        </w:rPr>
        <w:t>أو</w:t>
      </w:r>
      <w:r w:rsidRPr="008E006D">
        <w:rPr>
          <w:rFonts w:cs="Sakkal Majalla"/>
          <w:sz w:val="36"/>
          <w:szCs w:val="38"/>
        </w:rPr>
        <w:t xml:space="preserve"> </w:t>
      </w:r>
      <w:r w:rsidRPr="008E006D">
        <w:rPr>
          <w:rFonts w:cs="Sakkal Majalla"/>
          <w:sz w:val="36"/>
          <w:szCs w:val="38"/>
          <w:rtl/>
        </w:rPr>
        <w:t>تسهيل</w:t>
      </w:r>
      <w:r w:rsidRPr="008E006D">
        <w:rPr>
          <w:rFonts w:cs="Sakkal Majalla"/>
          <w:sz w:val="36"/>
          <w:szCs w:val="38"/>
        </w:rPr>
        <w:t xml:space="preserve"> </w:t>
      </w:r>
      <w:r w:rsidRPr="008E006D">
        <w:rPr>
          <w:rFonts w:cs="Sakkal Majalla"/>
          <w:sz w:val="36"/>
          <w:szCs w:val="38"/>
          <w:rtl/>
        </w:rPr>
        <w:t>الوصول</w:t>
      </w:r>
      <w:r w:rsidRPr="008E006D">
        <w:rPr>
          <w:rFonts w:cs="Sakkal Majalla"/>
          <w:sz w:val="36"/>
          <w:szCs w:val="38"/>
        </w:rPr>
        <w:t xml:space="preserve"> </w:t>
      </w:r>
      <w:r w:rsidRPr="008E006D">
        <w:rPr>
          <w:rFonts w:cs="Sakkal Majalla"/>
          <w:sz w:val="36"/>
          <w:szCs w:val="38"/>
          <w:rtl/>
        </w:rPr>
        <w:t>إلى</w:t>
      </w:r>
      <w:r w:rsidRPr="008E006D">
        <w:rPr>
          <w:rFonts w:cs="Sakkal Majalla"/>
          <w:sz w:val="36"/>
          <w:szCs w:val="38"/>
        </w:rPr>
        <w:t xml:space="preserve"> </w:t>
      </w:r>
      <w:r w:rsidRPr="008E006D">
        <w:rPr>
          <w:rFonts w:cs="Sakkal Majalla"/>
          <w:sz w:val="36"/>
          <w:szCs w:val="38"/>
          <w:rtl/>
        </w:rPr>
        <w:t>أفراد</w:t>
      </w:r>
      <w:r w:rsidRPr="008E006D">
        <w:rPr>
          <w:rFonts w:cs="Sakkal Majalla"/>
          <w:sz w:val="36"/>
          <w:szCs w:val="38"/>
        </w:rPr>
        <w:t xml:space="preserve"> </w:t>
      </w:r>
      <w:r w:rsidRPr="008E006D">
        <w:rPr>
          <w:rFonts w:cs="Sakkal Majalla"/>
          <w:sz w:val="36"/>
          <w:szCs w:val="38"/>
          <w:rtl/>
        </w:rPr>
        <w:t>عينة</w:t>
      </w:r>
      <w:r w:rsidRPr="008E006D">
        <w:rPr>
          <w:rFonts w:cs="Sakkal Majalla"/>
          <w:sz w:val="36"/>
          <w:szCs w:val="38"/>
        </w:rPr>
        <w:t xml:space="preserve"> </w:t>
      </w:r>
      <w:r w:rsidRPr="008E006D">
        <w:rPr>
          <w:rFonts w:cs="Sakkal Majalla"/>
          <w:sz w:val="36"/>
          <w:szCs w:val="38"/>
          <w:rtl/>
        </w:rPr>
        <w:t>الدراسة</w:t>
      </w:r>
      <w:r w:rsidRPr="008E006D">
        <w:rPr>
          <w:rFonts w:cs="Sakkal Majalla"/>
          <w:sz w:val="36"/>
          <w:szCs w:val="38"/>
        </w:rPr>
        <w:t xml:space="preserve"> </w:t>
      </w:r>
      <w:r w:rsidRPr="008E006D">
        <w:rPr>
          <w:rFonts w:cs="Sakkal Majalla"/>
          <w:sz w:val="36"/>
          <w:szCs w:val="38"/>
          <w:rtl/>
        </w:rPr>
        <w:t>أو</w:t>
      </w:r>
      <w:r w:rsidRPr="008E006D">
        <w:rPr>
          <w:rFonts w:cs="Sakkal Majalla"/>
          <w:sz w:val="36"/>
          <w:szCs w:val="38"/>
        </w:rPr>
        <w:t xml:space="preserve"> </w:t>
      </w:r>
      <w:r w:rsidRPr="008E006D">
        <w:rPr>
          <w:rFonts w:cs="Sakkal Majalla"/>
          <w:sz w:val="36"/>
          <w:szCs w:val="38"/>
          <w:rtl/>
        </w:rPr>
        <w:t>تقديم</w:t>
      </w:r>
      <w:r w:rsidRPr="008E006D">
        <w:rPr>
          <w:rFonts w:cs="Sakkal Majalla"/>
          <w:sz w:val="36"/>
          <w:szCs w:val="38"/>
        </w:rPr>
        <w:t xml:space="preserve"> </w:t>
      </w:r>
      <w:r w:rsidRPr="008E006D">
        <w:rPr>
          <w:rFonts w:cs="Sakkal Majalla"/>
          <w:sz w:val="36"/>
          <w:szCs w:val="38"/>
          <w:rtl/>
        </w:rPr>
        <w:t>الدعم</w:t>
      </w:r>
      <w:r w:rsidRPr="008E006D">
        <w:rPr>
          <w:rFonts w:cs="Sakkal Majalla"/>
          <w:sz w:val="36"/>
          <w:szCs w:val="38"/>
        </w:rPr>
        <w:t xml:space="preserve"> </w:t>
      </w:r>
      <w:r w:rsidRPr="008E006D">
        <w:rPr>
          <w:rFonts w:cs="Sakkal Majalla"/>
          <w:sz w:val="36"/>
          <w:szCs w:val="38"/>
          <w:rtl/>
        </w:rPr>
        <w:t>العلمي</w:t>
      </w:r>
      <w:r w:rsidRPr="008E006D">
        <w:rPr>
          <w:rFonts w:cs="Sakkal Majalla"/>
          <w:sz w:val="36"/>
          <w:szCs w:val="38"/>
        </w:rPr>
        <w:t xml:space="preserve"> </w:t>
      </w:r>
      <w:r w:rsidRPr="008E006D">
        <w:rPr>
          <w:rFonts w:cs="Sakkal Majalla"/>
          <w:sz w:val="36"/>
          <w:szCs w:val="38"/>
          <w:rtl/>
        </w:rPr>
        <w:t>والمعنوي</w:t>
      </w:r>
      <w:r w:rsidRPr="008E006D">
        <w:rPr>
          <w:rFonts w:cs="Sakkal Majalla"/>
          <w:sz w:val="36"/>
          <w:szCs w:val="38"/>
        </w:rPr>
        <w:t xml:space="preserve"> </w:t>
      </w:r>
      <w:r w:rsidRPr="008E006D">
        <w:rPr>
          <w:rFonts w:cs="Sakkal Majalla"/>
          <w:sz w:val="36"/>
          <w:szCs w:val="38"/>
          <w:rtl/>
        </w:rPr>
        <w:t>خلال</w:t>
      </w:r>
      <w:r w:rsidRPr="008E006D">
        <w:rPr>
          <w:rFonts w:cs="Sakkal Majalla"/>
          <w:sz w:val="36"/>
          <w:szCs w:val="38"/>
        </w:rPr>
        <w:t xml:space="preserve"> </w:t>
      </w:r>
      <w:r w:rsidRPr="008E006D">
        <w:rPr>
          <w:rFonts w:cs="Sakkal Majalla"/>
          <w:sz w:val="36"/>
          <w:szCs w:val="38"/>
          <w:rtl/>
        </w:rPr>
        <w:t>مراحل</w:t>
      </w:r>
      <w:r w:rsidRPr="008E006D">
        <w:rPr>
          <w:rFonts w:cs="Sakkal Majalla"/>
          <w:sz w:val="36"/>
          <w:szCs w:val="38"/>
        </w:rPr>
        <w:t xml:space="preserve"> </w:t>
      </w:r>
      <w:r w:rsidRPr="008E006D">
        <w:rPr>
          <w:rFonts w:cs="Sakkal Majalla"/>
          <w:sz w:val="36"/>
          <w:szCs w:val="38"/>
          <w:rtl/>
        </w:rPr>
        <w:t>إعداد</w:t>
      </w:r>
      <w:r w:rsidRPr="008E006D">
        <w:rPr>
          <w:rFonts w:cs="Sakkal Majalla"/>
          <w:sz w:val="36"/>
          <w:szCs w:val="38"/>
        </w:rPr>
        <w:t xml:space="preserve"> </w:t>
      </w:r>
      <w:r w:rsidRPr="008E006D">
        <w:rPr>
          <w:rFonts w:cs="Sakkal Majalla"/>
          <w:sz w:val="36"/>
          <w:szCs w:val="38"/>
          <w:rtl/>
        </w:rPr>
        <w:t>البحث</w:t>
      </w:r>
      <w:r w:rsidRPr="008E006D">
        <w:rPr>
          <w:rFonts w:cs="Sakkal Majalla"/>
          <w:sz w:val="36"/>
          <w:szCs w:val="38"/>
        </w:rPr>
        <w:t>.</w:t>
      </w:r>
    </w:p>
    <w:p w14:paraId="651D7F2A" w14:textId="77777777" w:rsidR="008E006D" w:rsidRPr="008E006D" w:rsidRDefault="008E006D" w:rsidP="008E006D">
      <w:pPr>
        <w:ind w:firstLine="0"/>
        <w:rPr>
          <w:rFonts w:cs="Sakkal Majalla"/>
          <w:sz w:val="36"/>
          <w:szCs w:val="38"/>
        </w:rPr>
      </w:pPr>
      <w:r w:rsidRPr="008E006D">
        <w:rPr>
          <w:rFonts w:cs="Sakkal Majalla"/>
          <w:sz w:val="36"/>
          <w:szCs w:val="38"/>
          <w:rtl/>
        </w:rPr>
        <w:t>وأتقدم</w:t>
      </w:r>
      <w:r w:rsidRPr="008E006D">
        <w:rPr>
          <w:rFonts w:cs="Sakkal Majalla"/>
          <w:sz w:val="36"/>
          <w:szCs w:val="38"/>
        </w:rPr>
        <w:t xml:space="preserve"> </w:t>
      </w:r>
      <w:r w:rsidRPr="008E006D">
        <w:rPr>
          <w:rFonts w:cs="Sakkal Majalla"/>
          <w:sz w:val="36"/>
          <w:szCs w:val="38"/>
          <w:rtl/>
        </w:rPr>
        <w:t>بعظيم</w:t>
      </w:r>
      <w:r w:rsidRPr="008E006D">
        <w:rPr>
          <w:rFonts w:cs="Sakkal Majalla"/>
          <w:sz w:val="36"/>
          <w:szCs w:val="38"/>
        </w:rPr>
        <w:t xml:space="preserve"> </w:t>
      </w:r>
      <w:r w:rsidRPr="008E006D">
        <w:rPr>
          <w:rFonts w:cs="Sakkal Majalla"/>
          <w:sz w:val="36"/>
          <w:szCs w:val="38"/>
          <w:rtl/>
        </w:rPr>
        <w:t>الامتنان</w:t>
      </w:r>
      <w:r w:rsidRPr="008E006D">
        <w:rPr>
          <w:rFonts w:cs="Sakkal Majalla"/>
          <w:sz w:val="36"/>
          <w:szCs w:val="38"/>
        </w:rPr>
        <w:t xml:space="preserve"> </w:t>
      </w:r>
      <w:r w:rsidRPr="008E006D">
        <w:rPr>
          <w:rFonts w:cs="Sakkal Majalla"/>
          <w:sz w:val="36"/>
          <w:szCs w:val="38"/>
          <w:rtl/>
        </w:rPr>
        <w:t>لأسرتي</w:t>
      </w:r>
      <w:r w:rsidRPr="008E006D">
        <w:rPr>
          <w:rFonts w:cs="Sakkal Majalla"/>
          <w:sz w:val="36"/>
          <w:szCs w:val="38"/>
        </w:rPr>
        <w:t xml:space="preserve"> </w:t>
      </w:r>
      <w:r w:rsidRPr="008E006D">
        <w:rPr>
          <w:rFonts w:cs="Sakkal Majalla"/>
          <w:sz w:val="36"/>
          <w:szCs w:val="38"/>
          <w:rtl/>
        </w:rPr>
        <w:t>الكريمة</w:t>
      </w:r>
      <w:r w:rsidRPr="008E006D">
        <w:rPr>
          <w:rFonts w:cs="Sakkal Majalla"/>
          <w:sz w:val="36"/>
          <w:szCs w:val="38"/>
        </w:rPr>
        <w:t xml:space="preserve"> </w:t>
      </w:r>
      <w:r w:rsidRPr="008E006D">
        <w:rPr>
          <w:rFonts w:cs="Sakkal Majalla"/>
          <w:sz w:val="36"/>
          <w:szCs w:val="38"/>
          <w:rtl/>
        </w:rPr>
        <w:t>على</w:t>
      </w:r>
      <w:r w:rsidRPr="008E006D">
        <w:rPr>
          <w:rFonts w:cs="Sakkal Majalla"/>
          <w:sz w:val="36"/>
          <w:szCs w:val="38"/>
        </w:rPr>
        <w:t xml:space="preserve"> </w:t>
      </w:r>
      <w:r w:rsidRPr="008E006D">
        <w:rPr>
          <w:rFonts w:cs="Sakkal Majalla"/>
          <w:sz w:val="36"/>
          <w:szCs w:val="38"/>
          <w:rtl/>
        </w:rPr>
        <w:t>دعمها</w:t>
      </w:r>
      <w:r w:rsidRPr="008E006D">
        <w:rPr>
          <w:rFonts w:cs="Sakkal Majalla"/>
          <w:sz w:val="36"/>
          <w:szCs w:val="38"/>
        </w:rPr>
        <w:t xml:space="preserve"> </w:t>
      </w:r>
      <w:r w:rsidRPr="008E006D">
        <w:rPr>
          <w:rFonts w:cs="Sakkal Majalla"/>
          <w:sz w:val="36"/>
          <w:szCs w:val="38"/>
          <w:rtl/>
        </w:rPr>
        <w:t>وتشجيعها</w:t>
      </w:r>
      <w:r w:rsidRPr="008E006D">
        <w:rPr>
          <w:rFonts w:cs="Sakkal Majalla"/>
          <w:sz w:val="36"/>
          <w:szCs w:val="38"/>
        </w:rPr>
        <w:t xml:space="preserve"> </w:t>
      </w:r>
      <w:r w:rsidRPr="008E006D">
        <w:rPr>
          <w:rFonts w:cs="Sakkal Majalla"/>
          <w:sz w:val="36"/>
          <w:szCs w:val="38"/>
          <w:rtl/>
        </w:rPr>
        <w:t>المستمر،</w:t>
      </w:r>
      <w:r w:rsidRPr="008E006D">
        <w:rPr>
          <w:rFonts w:cs="Sakkal Majalla"/>
          <w:sz w:val="36"/>
          <w:szCs w:val="38"/>
        </w:rPr>
        <w:t xml:space="preserve"> </w:t>
      </w:r>
      <w:r w:rsidRPr="008E006D">
        <w:rPr>
          <w:rFonts w:cs="Sakkal Majalla"/>
          <w:sz w:val="36"/>
          <w:szCs w:val="38"/>
          <w:rtl/>
        </w:rPr>
        <w:t>وأسأل</w:t>
      </w:r>
      <w:r w:rsidRPr="008E006D">
        <w:rPr>
          <w:rFonts w:cs="Sakkal Majalla"/>
          <w:sz w:val="36"/>
          <w:szCs w:val="38"/>
        </w:rPr>
        <w:t xml:space="preserve"> </w:t>
      </w:r>
      <w:r w:rsidRPr="008E006D">
        <w:rPr>
          <w:rFonts w:cs="Sakkal Majalla"/>
          <w:sz w:val="36"/>
          <w:szCs w:val="38"/>
          <w:rtl/>
        </w:rPr>
        <w:t>الله</w:t>
      </w:r>
      <w:r w:rsidRPr="008E006D">
        <w:rPr>
          <w:rFonts w:cs="Sakkal Majalla"/>
          <w:sz w:val="36"/>
          <w:szCs w:val="38"/>
        </w:rPr>
        <w:t xml:space="preserve"> </w:t>
      </w:r>
      <w:r w:rsidRPr="008E006D">
        <w:rPr>
          <w:rFonts w:cs="Sakkal Majalla"/>
          <w:sz w:val="36"/>
          <w:szCs w:val="38"/>
          <w:rtl/>
        </w:rPr>
        <w:t>أن</w:t>
      </w:r>
      <w:r w:rsidRPr="008E006D">
        <w:rPr>
          <w:rFonts w:cs="Sakkal Majalla"/>
          <w:sz w:val="36"/>
          <w:szCs w:val="38"/>
        </w:rPr>
        <w:t xml:space="preserve"> </w:t>
      </w:r>
      <w:r w:rsidRPr="008E006D">
        <w:rPr>
          <w:rFonts w:cs="Sakkal Majalla"/>
          <w:sz w:val="36"/>
          <w:szCs w:val="38"/>
          <w:rtl/>
        </w:rPr>
        <w:t>يجعل</w:t>
      </w:r>
      <w:r w:rsidRPr="008E006D">
        <w:rPr>
          <w:rFonts w:cs="Sakkal Majalla"/>
          <w:sz w:val="36"/>
          <w:szCs w:val="38"/>
        </w:rPr>
        <w:t xml:space="preserve"> </w:t>
      </w:r>
      <w:r w:rsidRPr="008E006D">
        <w:rPr>
          <w:rFonts w:cs="Sakkal Majalla"/>
          <w:sz w:val="36"/>
          <w:szCs w:val="38"/>
          <w:rtl/>
        </w:rPr>
        <w:t>هذا</w:t>
      </w:r>
      <w:r w:rsidRPr="008E006D">
        <w:rPr>
          <w:rFonts w:cs="Sakkal Majalla"/>
          <w:sz w:val="36"/>
          <w:szCs w:val="38"/>
        </w:rPr>
        <w:t xml:space="preserve"> </w:t>
      </w:r>
      <w:r w:rsidRPr="008E006D">
        <w:rPr>
          <w:rFonts w:cs="Sakkal Majalla"/>
          <w:sz w:val="36"/>
          <w:szCs w:val="38"/>
          <w:rtl/>
        </w:rPr>
        <w:t>العمل</w:t>
      </w:r>
      <w:r w:rsidRPr="008E006D">
        <w:rPr>
          <w:rFonts w:cs="Sakkal Majalla"/>
          <w:sz w:val="36"/>
          <w:szCs w:val="38"/>
        </w:rPr>
        <w:t xml:space="preserve"> </w:t>
      </w:r>
      <w:r w:rsidRPr="008E006D">
        <w:rPr>
          <w:rFonts w:cs="Sakkal Majalla"/>
          <w:sz w:val="36"/>
          <w:szCs w:val="38"/>
          <w:rtl/>
        </w:rPr>
        <w:t>خالصًا</w:t>
      </w:r>
      <w:r w:rsidRPr="008E006D">
        <w:rPr>
          <w:rFonts w:cs="Sakkal Majalla"/>
          <w:sz w:val="36"/>
          <w:szCs w:val="38"/>
        </w:rPr>
        <w:t xml:space="preserve"> </w:t>
      </w:r>
      <w:r w:rsidRPr="008E006D">
        <w:rPr>
          <w:rFonts w:cs="Sakkal Majalla"/>
          <w:sz w:val="36"/>
          <w:szCs w:val="38"/>
          <w:rtl/>
        </w:rPr>
        <w:t>لوجهه</w:t>
      </w:r>
      <w:r w:rsidRPr="008E006D">
        <w:rPr>
          <w:rFonts w:cs="Sakkal Majalla"/>
          <w:sz w:val="36"/>
          <w:szCs w:val="38"/>
        </w:rPr>
        <w:t xml:space="preserve"> </w:t>
      </w:r>
      <w:r w:rsidRPr="008E006D">
        <w:rPr>
          <w:rFonts w:cs="Sakkal Majalla"/>
          <w:sz w:val="36"/>
          <w:szCs w:val="38"/>
          <w:rtl/>
        </w:rPr>
        <w:t>الكريم،</w:t>
      </w:r>
      <w:r w:rsidRPr="008E006D">
        <w:rPr>
          <w:rFonts w:cs="Sakkal Majalla"/>
          <w:sz w:val="36"/>
          <w:szCs w:val="38"/>
        </w:rPr>
        <w:t xml:space="preserve"> </w:t>
      </w:r>
      <w:r w:rsidRPr="008E006D">
        <w:rPr>
          <w:rFonts w:cs="Sakkal Majalla"/>
          <w:sz w:val="36"/>
          <w:szCs w:val="38"/>
          <w:rtl/>
        </w:rPr>
        <w:t>وأن</w:t>
      </w:r>
      <w:r w:rsidRPr="008E006D">
        <w:rPr>
          <w:rFonts w:cs="Sakkal Majalla"/>
          <w:sz w:val="36"/>
          <w:szCs w:val="38"/>
        </w:rPr>
        <w:t xml:space="preserve"> </w:t>
      </w:r>
      <w:r w:rsidRPr="008E006D">
        <w:rPr>
          <w:rFonts w:cs="Sakkal Majalla"/>
          <w:sz w:val="36"/>
          <w:szCs w:val="38"/>
          <w:rtl/>
        </w:rPr>
        <w:t>يكون</w:t>
      </w:r>
      <w:r w:rsidRPr="008E006D">
        <w:rPr>
          <w:rFonts w:cs="Sakkal Majalla"/>
          <w:sz w:val="36"/>
          <w:szCs w:val="38"/>
        </w:rPr>
        <w:t xml:space="preserve"> </w:t>
      </w:r>
      <w:r w:rsidRPr="008E006D">
        <w:rPr>
          <w:rFonts w:cs="Sakkal Majalla"/>
          <w:sz w:val="36"/>
          <w:szCs w:val="38"/>
          <w:rtl/>
        </w:rPr>
        <w:t>إضافة</w:t>
      </w:r>
      <w:r w:rsidRPr="008E006D">
        <w:rPr>
          <w:rFonts w:cs="Sakkal Majalla"/>
          <w:sz w:val="36"/>
          <w:szCs w:val="38"/>
        </w:rPr>
        <w:t xml:space="preserve"> </w:t>
      </w:r>
      <w:r w:rsidRPr="008E006D">
        <w:rPr>
          <w:rFonts w:cs="Sakkal Majalla"/>
          <w:sz w:val="36"/>
          <w:szCs w:val="38"/>
          <w:rtl/>
        </w:rPr>
        <w:t>نافعة</w:t>
      </w:r>
      <w:r w:rsidRPr="008E006D">
        <w:rPr>
          <w:rFonts w:cs="Sakkal Majalla"/>
          <w:sz w:val="36"/>
          <w:szCs w:val="38"/>
        </w:rPr>
        <w:t xml:space="preserve"> </w:t>
      </w:r>
      <w:r w:rsidRPr="008E006D">
        <w:rPr>
          <w:rFonts w:cs="Sakkal Majalla"/>
          <w:sz w:val="36"/>
          <w:szCs w:val="38"/>
          <w:rtl/>
        </w:rPr>
        <w:t>في</w:t>
      </w:r>
      <w:r w:rsidRPr="008E006D">
        <w:rPr>
          <w:rFonts w:cs="Sakkal Majalla"/>
          <w:sz w:val="36"/>
          <w:szCs w:val="38"/>
        </w:rPr>
        <w:t xml:space="preserve"> </w:t>
      </w:r>
      <w:r w:rsidRPr="008E006D">
        <w:rPr>
          <w:rFonts w:cs="Sakkal Majalla"/>
          <w:sz w:val="36"/>
          <w:szCs w:val="38"/>
          <w:rtl/>
        </w:rPr>
        <w:t>مجال</w:t>
      </w:r>
      <w:r w:rsidRPr="008E006D">
        <w:rPr>
          <w:rFonts w:cs="Sakkal Majalla"/>
          <w:sz w:val="36"/>
          <w:szCs w:val="38"/>
        </w:rPr>
        <w:t xml:space="preserve"> </w:t>
      </w:r>
      <w:r w:rsidRPr="008E006D">
        <w:rPr>
          <w:rFonts w:cs="Sakkal Majalla"/>
          <w:sz w:val="36"/>
          <w:szCs w:val="38"/>
          <w:rtl/>
        </w:rPr>
        <w:t>إدارة</w:t>
      </w:r>
      <w:r w:rsidRPr="008E006D">
        <w:rPr>
          <w:rFonts w:cs="Sakkal Majalla"/>
          <w:sz w:val="36"/>
          <w:szCs w:val="38"/>
        </w:rPr>
        <w:t xml:space="preserve"> </w:t>
      </w:r>
      <w:r w:rsidRPr="008E006D">
        <w:rPr>
          <w:rFonts w:cs="Sakkal Majalla"/>
          <w:sz w:val="36"/>
          <w:szCs w:val="38"/>
          <w:rtl/>
        </w:rPr>
        <w:t>المشاريع</w:t>
      </w:r>
      <w:r w:rsidRPr="008E006D">
        <w:rPr>
          <w:rFonts w:cs="Sakkal Majalla"/>
          <w:sz w:val="36"/>
          <w:szCs w:val="38"/>
        </w:rPr>
        <w:t xml:space="preserve"> </w:t>
      </w:r>
      <w:r w:rsidRPr="008E006D">
        <w:rPr>
          <w:rFonts w:cs="Sakkal Majalla"/>
          <w:sz w:val="36"/>
          <w:szCs w:val="38"/>
          <w:rtl/>
        </w:rPr>
        <w:t>والتحول</w:t>
      </w:r>
      <w:r w:rsidRPr="008E006D">
        <w:rPr>
          <w:rFonts w:cs="Sakkal Majalla"/>
          <w:sz w:val="36"/>
          <w:szCs w:val="38"/>
        </w:rPr>
        <w:t xml:space="preserve"> </w:t>
      </w:r>
      <w:r w:rsidRPr="008E006D">
        <w:rPr>
          <w:rFonts w:cs="Sakkal Majalla"/>
          <w:sz w:val="36"/>
          <w:szCs w:val="38"/>
          <w:rtl/>
        </w:rPr>
        <w:t>الرقمي</w:t>
      </w:r>
      <w:r w:rsidRPr="008E006D">
        <w:rPr>
          <w:rFonts w:cs="Sakkal Majalla"/>
          <w:sz w:val="36"/>
          <w:szCs w:val="38"/>
        </w:rPr>
        <w:t xml:space="preserve"> </w:t>
      </w:r>
      <w:r w:rsidRPr="008E006D">
        <w:rPr>
          <w:rFonts w:cs="Sakkal Majalla"/>
          <w:sz w:val="36"/>
          <w:szCs w:val="38"/>
          <w:rtl/>
        </w:rPr>
        <w:t>في</w:t>
      </w:r>
      <w:r w:rsidRPr="008E006D">
        <w:rPr>
          <w:rFonts w:cs="Sakkal Majalla"/>
          <w:sz w:val="36"/>
          <w:szCs w:val="38"/>
        </w:rPr>
        <w:t xml:space="preserve"> </w:t>
      </w:r>
      <w:r w:rsidRPr="008E006D">
        <w:rPr>
          <w:rFonts w:cs="Sakkal Majalla"/>
          <w:sz w:val="36"/>
          <w:szCs w:val="38"/>
          <w:rtl/>
        </w:rPr>
        <w:t>المملكة</w:t>
      </w:r>
      <w:r w:rsidRPr="008E006D">
        <w:rPr>
          <w:rFonts w:cs="Sakkal Majalla"/>
          <w:sz w:val="36"/>
          <w:szCs w:val="38"/>
        </w:rPr>
        <w:t xml:space="preserve"> </w:t>
      </w:r>
      <w:r w:rsidRPr="008E006D">
        <w:rPr>
          <w:rFonts w:cs="Sakkal Majalla"/>
          <w:sz w:val="36"/>
          <w:szCs w:val="38"/>
          <w:rtl/>
        </w:rPr>
        <w:t>العربية</w:t>
      </w:r>
      <w:r w:rsidRPr="008E006D">
        <w:rPr>
          <w:rFonts w:cs="Sakkal Majalla"/>
          <w:sz w:val="36"/>
          <w:szCs w:val="38"/>
        </w:rPr>
        <w:t xml:space="preserve"> </w:t>
      </w:r>
      <w:r w:rsidRPr="008E006D">
        <w:rPr>
          <w:rFonts w:cs="Sakkal Majalla"/>
          <w:sz w:val="36"/>
          <w:szCs w:val="38"/>
          <w:rtl/>
        </w:rPr>
        <w:t>السعودية</w:t>
      </w:r>
      <w:r w:rsidRPr="008E006D">
        <w:rPr>
          <w:rFonts w:cs="Sakkal Majalla"/>
          <w:sz w:val="36"/>
          <w:szCs w:val="38"/>
        </w:rPr>
        <w:t>.</w:t>
      </w:r>
    </w:p>
    <w:p w14:paraId="37A44E8B" w14:textId="77777777" w:rsidR="008E006D" w:rsidRPr="008E006D" w:rsidRDefault="008E006D" w:rsidP="008E006D">
      <w:pPr>
        <w:ind w:firstLine="0"/>
        <w:rPr>
          <w:rFonts w:cs="Sakkal Majalla"/>
          <w:sz w:val="36"/>
          <w:szCs w:val="38"/>
        </w:rPr>
      </w:pPr>
      <w:r w:rsidRPr="008E006D">
        <w:rPr>
          <w:rFonts w:cs="Sakkal Majalla"/>
          <w:sz w:val="36"/>
          <w:szCs w:val="38"/>
        </w:rPr>
        <w:br w:type="page"/>
      </w:r>
    </w:p>
    <w:p w14:paraId="51D87A1F" w14:textId="53DA3AE5" w:rsidR="008E006D" w:rsidRPr="002D5B89" w:rsidRDefault="008E006D" w:rsidP="00492EA7">
      <w:pPr>
        <w:pStyle w:val="Heading1"/>
        <w:pageBreakBefore w:val="0"/>
        <w:spacing w:after="200" w:line="276" w:lineRule="auto"/>
        <w:rPr>
          <w:rFonts w:ascii="Sakkal Majalla" w:eastAsia="Noto Sans Arabic" w:hAnsi="Sakkal Majalla" w:cs="Sakkal Majalla"/>
          <w:b/>
          <w:bCs/>
          <w:color w:val="10365E"/>
          <w:sz w:val="38"/>
          <w:szCs w:val="38"/>
        </w:rPr>
      </w:pPr>
      <w:bookmarkStart w:id="1" w:name="_Toc234793615"/>
      <w:r w:rsidRPr="002D5B89">
        <w:rPr>
          <w:rFonts w:ascii="Sakkal Majalla" w:eastAsia="Noto Sans Arabic" w:hAnsi="Sakkal Majalla" w:cs="Sakkal Majalla"/>
          <w:b/>
          <w:bCs/>
          <w:color w:val="10365E"/>
          <w:sz w:val="38"/>
          <w:szCs w:val="38"/>
          <w:rtl/>
        </w:rPr>
        <w:lastRenderedPageBreak/>
        <w:t>الفصل</w:t>
      </w:r>
      <w:r w:rsidRPr="002D5B89">
        <w:rPr>
          <w:rFonts w:ascii="Sakkal Majalla" w:eastAsia="Noto Sans Arabic" w:hAnsi="Sakkal Majalla" w:cs="Sakkal Majalla"/>
          <w:b/>
          <w:bCs/>
          <w:color w:val="10365E"/>
          <w:sz w:val="38"/>
          <w:szCs w:val="38"/>
        </w:rPr>
        <w:t xml:space="preserve"> </w:t>
      </w:r>
      <w:r w:rsidRPr="002D5B89">
        <w:rPr>
          <w:rFonts w:ascii="Sakkal Majalla" w:eastAsia="Noto Sans Arabic" w:hAnsi="Sakkal Majalla" w:cs="Sakkal Majalla"/>
          <w:b/>
          <w:bCs/>
          <w:color w:val="10365E"/>
          <w:sz w:val="38"/>
          <w:szCs w:val="38"/>
          <w:rtl/>
        </w:rPr>
        <w:t>الأول</w:t>
      </w:r>
      <w:r w:rsidRPr="002D5B89">
        <w:rPr>
          <w:rFonts w:ascii="Sakkal Majalla" w:eastAsia="Noto Sans Arabic" w:hAnsi="Sakkal Majalla" w:cs="Sakkal Majalla"/>
          <w:b/>
          <w:bCs/>
          <w:color w:val="10365E"/>
          <w:sz w:val="38"/>
          <w:szCs w:val="38"/>
        </w:rPr>
        <w:t xml:space="preserve">: </w:t>
      </w:r>
      <w:r w:rsidRPr="002D5B89">
        <w:rPr>
          <w:rFonts w:ascii="Sakkal Majalla" w:eastAsia="Noto Sans Arabic" w:hAnsi="Sakkal Majalla" w:cs="Sakkal Majalla"/>
          <w:b/>
          <w:bCs/>
          <w:color w:val="10365E"/>
          <w:sz w:val="38"/>
          <w:szCs w:val="38"/>
          <w:rtl/>
        </w:rPr>
        <w:t>الإطار</w:t>
      </w:r>
      <w:r w:rsidRPr="002D5B89">
        <w:rPr>
          <w:rFonts w:ascii="Sakkal Majalla" w:eastAsia="Noto Sans Arabic" w:hAnsi="Sakkal Majalla" w:cs="Sakkal Majalla"/>
          <w:b/>
          <w:bCs/>
          <w:color w:val="10365E"/>
          <w:sz w:val="38"/>
          <w:szCs w:val="38"/>
        </w:rPr>
        <w:t xml:space="preserve"> </w:t>
      </w:r>
      <w:r w:rsidRPr="002D5B89">
        <w:rPr>
          <w:rFonts w:ascii="Sakkal Majalla" w:eastAsia="Noto Sans Arabic" w:hAnsi="Sakkal Majalla" w:cs="Sakkal Majalla"/>
          <w:b/>
          <w:bCs/>
          <w:color w:val="10365E"/>
          <w:sz w:val="38"/>
          <w:szCs w:val="38"/>
          <w:rtl/>
        </w:rPr>
        <w:t>العام</w:t>
      </w:r>
      <w:r w:rsidRPr="002D5B89">
        <w:rPr>
          <w:rFonts w:ascii="Sakkal Majalla" w:eastAsia="Noto Sans Arabic" w:hAnsi="Sakkal Majalla" w:cs="Sakkal Majalla"/>
          <w:b/>
          <w:bCs/>
          <w:color w:val="10365E"/>
          <w:sz w:val="38"/>
          <w:szCs w:val="38"/>
        </w:rPr>
        <w:t xml:space="preserve"> </w:t>
      </w:r>
      <w:r w:rsidRPr="002D5B89">
        <w:rPr>
          <w:rFonts w:ascii="Sakkal Majalla" w:eastAsia="Noto Sans Arabic" w:hAnsi="Sakkal Majalla" w:cs="Sakkal Majalla"/>
          <w:b/>
          <w:bCs/>
          <w:color w:val="10365E"/>
          <w:sz w:val="38"/>
          <w:szCs w:val="38"/>
          <w:rtl/>
        </w:rPr>
        <w:t>للدراسة</w:t>
      </w:r>
      <w:bookmarkEnd w:id="1"/>
    </w:p>
    <w:p w14:paraId="78D1C82E" w14:textId="77777777" w:rsidR="008E006D" w:rsidRPr="002D5B89" w:rsidRDefault="008E006D" w:rsidP="002D5B89">
      <w:pPr>
        <w:pStyle w:val="Heading1"/>
        <w:pageBreakBefore w:val="0"/>
        <w:spacing w:after="200" w:line="276" w:lineRule="auto"/>
        <w:jc w:val="left"/>
        <w:rPr>
          <w:rFonts w:ascii="Sakkal Majalla" w:eastAsia="Noto Sans Arabic" w:hAnsi="Sakkal Majalla" w:cs="Sakkal Majalla"/>
          <w:b/>
          <w:bCs/>
          <w:color w:val="10365E"/>
          <w:sz w:val="38"/>
          <w:szCs w:val="38"/>
        </w:rPr>
      </w:pPr>
      <w:bookmarkStart w:id="2" w:name="_Toc234793616"/>
      <w:r w:rsidRPr="002D5B89">
        <w:rPr>
          <w:rFonts w:ascii="Sakkal Majalla" w:eastAsia="Noto Sans Arabic" w:hAnsi="Sakkal Majalla" w:cs="Sakkal Majalla"/>
          <w:b/>
          <w:bCs/>
          <w:color w:val="10365E"/>
          <w:sz w:val="38"/>
          <w:szCs w:val="38"/>
        </w:rPr>
        <w:t xml:space="preserve">1.1 </w:t>
      </w:r>
      <w:r w:rsidRPr="002D5B89">
        <w:rPr>
          <w:rFonts w:ascii="Sakkal Majalla" w:eastAsia="Noto Sans Arabic" w:hAnsi="Sakkal Majalla" w:cs="Sakkal Majalla"/>
          <w:b/>
          <w:bCs/>
          <w:color w:val="10365E"/>
          <w:sz w:val="38"/>
          <w:szCs w:val="38"/>
          <w:rtl/>
        </w:rPr>
        <w:t>المقدمة</w:t>
      </w:r>
      <w:bookmarkEnd w:id="2"/>
    </w:p>
    <w:p w14:paraId="22F99382" w14:textId="77777777" w:rsidR="008E006D" w:rsidRPr="008E006D" w:rsidRDefault="008E006D" w:rsidP="00AB6182">
      <w:pPr>
        <w:ind w:firstLine="720"/>
        <w:rPr>
          <w:rFonts w:cs="Sakkal Majalla"/>
          <w:sz w:val="36"/>
          <w:szCs w:val="38"/>
        </w:rPr>
      </w:pPr>
      <w:r w:rsidRPr="008E006D">
        <w:rPr>
          <w:rFonts w:cs="Sakkal Majalla"/>
          <w:sz w:val="36"/>
          <w:szCs w:val="38"/>
          <w:rtl/>
        </w:rPr>
        <w:t>يشهد</w:t>
      </w:r>
      <w:r w:rsidRPr="008E006D">
        <w:rPr>
          <w:rFonts w:cs="Sakkal Majalla"/>
          <w:sz w:val="36"/>
          <w:szCs w:val="38"/>
        </w:rPr>
        <w:t xml:space="preserve"> </w:t>
      </w:r>
      <w:r w:rsidRPr="008E006D">
        <w:rPr>
          <w:rFonts w:cs="Sakkal Majalla"/>
          <w:sz w:val="36"/>
          <w:szCs w:val="38"/>
          <w:rtl/>
        </w:rPr>
        <w:t>العالم</w:t>
      </w:r>
      <w:r w:rsidRPr="008E006D">
        <w:rPr>
          <w:rFonts w:cs="Sakkal Majalla"/>
          <w:sz w:val="36"/>
          <w:szCs w:val="38"/>
        </w:rPr>
        <w:t xml:space="preserve"> </w:t>
      </w:r>
      <w:r w:rsidRPr="008E006D">
        <w:rPr>
          <w:rFonts w:cs="Sakkal Majalla"/>
          <w:sz w:val="36"/>
          <w:szCs w:val="38"/>
          <w:rtl/>
        </w:rPr>
        <w:t>تحولًا</w:t>
      </w:r>
      <w:r w:rsidRPr="008E006D">
        <w:rPr>
          <w:rFonts w:cs="Sakkal Majalla"/>
          <w:sz w:val="36"/>
          <w:szCs w:val="38"/>
        </w:rPr>
        <w:t xml:space="preserve"> </w:t>
      </w:r>
      <w:r w:rsidRPr="008E006D">
        <w:rPr>
          <w:rFonts w:cs="Sakkal Majalla"/>
          <w:sz w:val="36"/>
          <w:szCs w:val="38"/>
          <w:rtl/>
        </w:rPr>
        <w:t>متسارعًا</w:t>
      </w:r>
      <w:r w:rsidRPr="008E006D">
        <w:rPr>
          <w:rFonts w:cs="Sakkal Majalla"/>
          <w:sz w:val="36"/>
          <w:szCs w:val="38"/>
        </w:rPr>
        <w:t xml:space="preserve"> </w:t>
      </w:r>
      <w:r w:rsidRPr="008E006D">
        <w:rPr>
          <w:rFonts w:cs="Sakkal Majalla"/>
          <w:sz w:val="36"/>
          <w:szCs w:val="38"/>
          <w:rtl/>
        </w:rPr>
        <w:t>نحو</w:t>
      </w:r>
      <w:r w:rsidRPr="008E006D">
        <w:rPr>
          <w:rFonts w:cs="Sakkal Majalla"/>
          <w:sz w:val="36"/>
          <w:szCs w:val="38"/>
        </w:rPr>
        <w:t xml:space="preserve"> </w:t>
      </w:r>
      <w:r w:rsidRPr="008E006D">
        <w:rPr>
          <w:rFonts w:cs="Sakkal Majalla"/>
          <w:sz w:val="36"/>
          <w:szCs w:val="38"/>
          <w:rtl/>
        </w:rPr>
        <w:t>نماذج</w:t>
      </w:r>
      <w:r w:rsidRPr="008E006D">
        <w:rPr>
          <w:rFonts w:cs="Sakkal Majalla"/>
          <w:sz w:val="36"/>
          <w:szCs w:val="38"/>
        </w:rPr>
        <w:t xml:space="preserve"> </w:t>
      </w:r>
      <w:r w:rsidRPr="008E006D">
        <w:rPr>
          <w:rFonts w:cs="Sakkal Majalla"/>
          <w:sz w:val="36"/>
          <w:szCs w:val="38"/>
          <w:rtl/>
        </w:rPr>
        <w:t>عمل</w:t>
      </w:r>
      <w:r w:rsidRPr="008E006D">
        <w:rPr>
          <w:rFonts w:cs="Sakkal Majalla"/>
          <w:sz w:val="36"/>
          <w:szCs w:val="38"/>
        </w:rPr>
        <w:t xml:space="preserve"> </w:t>
      </w:r>
      <w:r w:rsidRPr="008E006D">
        <w:rPr>
          <w:rFonts w:cs="Sakkal Majalla"/>
          <w:sz w:val="36"/>
          <w:szCs w:val="38"/>
          <w:rtl/>
        </w:rPr>
        <w:t>رقمية</w:t>
      </w:r>
      <w:r w:rsidRPr="008E006D">
        <w:rPr>
          <w:rFonts w:cs="Sakkal Majalla"/>
          <w:sz w:val="36"/>
          <w:szCs w:val="38"/>
        </w:rPr>
        <w:t xml:space="preserve"> </w:t>
      </w:r>
      <w:r w:rsidRPr="008E006D">
        <w:rPr>
          <w:rFonts w:cs="Sakkal Majalla"/>
          <w:sz w:val="36"/>
          <w:szCs w:val="38"/>
          <w:rtl/>
        </w:rPr>
        <w:t>تقوم</w:t>
      </w:r>
      <w:r w:rsidRPr="008E006D">
        <w:rPr>
          <w:rFonts w:cs="Sakkal Majalla"/>
          <w:sz w:val="36"/>
          <w:szCs w:val="38"/>
        </w:rPr>
        <w:t xml:space="preserve"> </w:t>
      </w:r>
      <w:r w:rsidRPr="008E006D">
        <w:rPr>
          <w:rFonts w:cs="Sakkal Majalla"/>
          <w:sz w:val="36"/>
          <w:szCs w:val="38"/>
          <w:rtl/>
        </w:rPr>
        <w:t>على</w:t>
      </w:r>
      <w:r w:rsidRPr="008E006D">
        <w:rPr>
          <w:rFonts w:cs="Sakkal Majalla"/>
          <w:sz w:val="36"/>
          <w:szCs w:val="38"/>
        </w:rPr>
        <w:t xml:space="preserve"> </w:t>
      </w:r>
      <w:r w:rsidRPr="008E006D">
        <w:rPr>
          <w:rFonts w:cs="Sakkal Majalla"/>
          <w:sz w:val="36"/>
          <w:szCs w:val="38"/>
          <w:rtl/>
        </w:rPr>
        <w:t>البيانات</w:t>
      </w:r>
      <w:r w:rsidRPr="008E006D">
        <w:rPr>
          <w:rFonts w:cs="Sakkal Majalla"/>
          <w:sz w:val="36"/>
          <w:szCs w:val="38"/>
        </w:rPr>
        <w:t xml:space="preserve"> </w:t>
      </w:r>
      <w:r w:rsidRPr="008E006D">
        <w:rPr>
          <w:rFonts w:cs="Sakkal Majalla"/>
          <w:sz w:val="36"/>
          <w:szCs w:val="38"/>
          <w:rtl/>
        </w:rPr>
        <w:t>والمنصات</w:t>
      </w:r>
      <w:r w:rsidRPr="008E006D">
        <w:rPr>
          <w:rFonts w:cs="Sakkal Majalla"/>
          <w:sz w:val="36"/>
          <w:szCs w:val="38"/>
        </w:rPr>
        <w:t xml:space="preserve"> </w:t>
      </w:r>
      <w:r w:rsidRPr="008E006D">
        <w:rPr>
          <w:rFonts w:cs="Sakkal Majalla"/>
          <w:sz w:val="36"/>
          <w:szCs w:val="38"/>
          <w:rtl/>
        </w:rPr>
        <w:t>والتكامل</w:t>
      </w:r>
      <w:r w:rsidRPr="008E006D">
        <w:rPr>
          <w:rFonts w:cs="Sakkal Majalla"/>
          <w:sz w:val="36"/>
          <w:szCs w:val="38"/>
        </w:rPr>
        <w:t xml:space="preserve"> </w:t>
      </w:r>
      <w:r w:rsidRPr="008E006D">
        <w:rPr>
          <w:rFonts w:cs="Sakkal Majalla"/>
          <w:sz w:val="36"/>
          <w:szCs w:val="38"/>
          <w:rtl/>
        </w:rPr>
        <w:t>بين</w:t>
      </w:r>
      <w:r w:rsidRPr="008E006D">
        <w:rPr>
          <w:rFonts w:cs="Sakkal Majalla"/>
          <w:sz w:val="36"/>
          <w:szCs w:val="38"/>
        </w:rPr>
        <w:t xml:space="preserve"> </w:t>
      </w:r>
      <w:r w:rsidRPr="008E006D">
        <w:rPr>
          <w:rFonts w:cs="Sakkal Majalla"/>
          <w:sz w:val="36"/>
          <w:szCs w:val="38"/>
          <w:rtl/>
        </w:rPr>
        <w:t>الأنظمة،</w:t>
      </w:r>
      <w:r w:rsidRPr="008E006D">
        <w:rPr>
          <w:rFonts w:cs="Sakkal Majalla"/>
          <w:sz w:val="36"/>
          <w:szCs w:val="38"/>
        </w:rPr>
        <w:t xml:space="preserve"> </w:t>
      </w:r>
      <w:r w:rsidRPr="008E006D">
        <w:rPr>
          <w:rFonts w:cs="Sakkal Majalla"/>
          <w:sz w:val="36"/>
          <w:szCs w:val="38"/>
          <w:rtl/>
        </w:rPr>
        <w:t>ولم</w:t>
      </w:r>
      <w:r w:rsidRPr="008E006D">
        <w:rPr>
          <w:rFonts w:cs="Sakkal Majalla"/>
          <w:sz w:val="36"/>
          <w:szCs w:val="38"/>
        </w:rPr>
        <w:t xml:space="preserve"> </w:t>
      </w:r>
      <w:r w:rsidRPr="008E006D">
        <w:rPr>
          <w:rFonts w:cs="Sakkal Majalla"/>
          <w:sz w:val="36"/>
          <w:szCs w:val="38"/>
          <w:rtl/>
        </w:rPr>
        <w:t>يعد</w:t>
      </w:r>
      <w:r w:rsidRPr="008E006D">
        <w:rPr>
          <w:rFonts w:cs="Sakkal Majalla"/>
          <w:sz w:val="36"/>
          <w:szCs w:val="38"/>
        </w:rPr>
        <w:t xml:space="preserve"> </w:t>
      </w:r>
      <w:r w:rsidRPr="008E006D">
        <w:rPr>
          <w:rFonts w:cs="Sakkal Majalla"/>
          <w:sz w:val="36"/>
          <w:szCs w:val="38"/>
          <w:rtl/>
        </w:rPr>
        <w:t>التحول</w:t>
      </w:r>
      <w:r w:rsidRPr="008E006D">
        <w:rPr>
          <w:rFonts w:cs="Sakkal Majalla"/>
          <w:sz w:val="36"/>
          <w:szCs w:val="38"/>
        </w:rPr>
        <w:t xml:space="preserve"> </w:t>
      </w:r>
      <w:r w:rsidRPr="008E006D">
        <w:rPr>
          <w:rFonts w:cs="Sakkal Majalla"/>
          <w:sz w:val="36"/>
          <w:szCs w:val="38"/>
          <w:rtl/>
        </w:rPr>
        <w:t>الرقمي</w:t>
      </w:r>
      <w:r w:rsidRPr="008E006D">
        <w:rPr>
          <w:rFonts w:cs="Sakkal Majalla"/>
          <w:sz w:val="36"/>
          <w:szCs w:val="38"/>
        </w:rPr>
        <w:t xml:space="preserve"> </w:t>
      </w:r>
      <w:r w:rsidRPr="008E006D">
        <w:rPr>
          <w:rFonts w:cs="Sakkal Majalla"/>
          <w:sz w:val="36"/>
          <w:szCs w:val="38"/>
          <w:rtl/>
        </w:rPr>
        <w:t>مجرد</w:t>
      </w:r>
      <w:r w:rsidRPr="008E006D">
        <w:rPr>
          <w:rFonts w:cs="Sakkal Majalla"/>
          <w:sz w:val="36"/>
          <w:szCs w:val="38"/>
        </w:rPr>
        <w:t xml:space="preserve"> </w:t>
      </w:r>
      <w:r w:rsidRPr="008E006D">
        <w:rPr>
          <w:rFonts w:cs="Sakkal Majalla"/>
          <w:sz w:val="36"/>
          <w:szCs w:val="38"/>
          <w:rtl/>
        </w:rPr>
        <w:t>تحديث</w:t>
      </w:r>
      <w:r w:rsidRPr="008E006D">
        <w:rPr>
          <w:rFonts w:cs="Sakkal Majalla"/>
          <w:sz w:val="36"/>
          <w:szCs w:val="38"/>
        </w:rPr>
        <w:t xml:space="preserve"> </w:t>
      </w:r>
      <w:r w:rsidRPr="008E006D">
        <w:rPr>
          <w:rFonts w:cs="Sakkal Majalla"/>
          <w:sz w:val="36"/>
          <w:szCs w:val="38"/>
          <w:rtl/>
        </w:rPr>
        <w:t>تقني</w:t>
      </w:r>
      <w:r w:rsidRPr="008E006D">
        <w:rPr>
          <w:rFonts w:cs="Sakkal Majalla"/>
          <w:sz w:val="36"/>
          <w:szCs w:val="38"/>
        </w:rPr>
        <w:t xml:space="preserve"> </w:t>
      </w:r>
      <w:r w:rsidRPr="008E006D">
        <w:rPr>
          <w:rFonts w:cs="Sakkal Majalla"/>
          <w:sz w:val="36"/>
          <w:szCs w:val="38"/>
          <w:rtl/>
        </w:rPr>
        <w:t>محدود،</w:t>
      </w:r>
      <w:r w:rsidRPr="008E006D">
        <w:rPr>
          <w:rFonts w:cs="Sakkal Majalla"/>
          <w:sz w:val="36"/>
          <w:szCs w:val="38"/>
        </w:rPr>
        <w:t xml:space="preserve"> </w:t>
      </w:r>
      <w:r w:rsidRPr="008E006D">
        <w:rPr>
          <w:rFonts w:cs="Sakkal Majalla"/>
          <w:sz w:val="36"/>
          <w:szCs w:val="38"/>
          <w:rtl/>
        </w:rPr>
        <w:t>بل</w:t>
      </w:r>
      <w:r w:rsidRPr="008E006D">
        <w:rPr>
          <w:rFonts w:cs="Sakkal Majalla"/>
          <w:sz w:val="36"/>
          <w:szCs w:val="38"/>
        </w:rPr>
        <w:t xml:space="preserve"> </w:t>
      </w:r>
      <w:r w:rsidRPr="008E006D">
        <w:rPr>
          <w:rFonts w:cs="Sakkal Majalla"/>
          <w:sz w:val="36"/>
          <w:szCs w:val="38"/>
          <w:rtl/>
        </w:rPr>
        <w:t>أصبح</w:t>
      </w:r>
      <w:r w:rsidRPr="008E006D">
        <w:rPr>
          <w:rFonts w:cs="Sakkal Majalla"/>
          <w:sz w:val="36"/>
          <w:szCs w:val="38"/>
        </w:rPr>
        <w:t xml:space="preserve"> </w:t>
      </w:r>
      <w:r w:rsidRPr="008E006D">
        <w:rPr>
          <w:rFonts w:cs="Sakkal Majalla"/>
          <w:sz w:val="36"/>
          <w:szCs w:val="38"/>
          <w:rtl/>
        </w:rPr>
        <w:t>مدخلًا</w:t>
      </w:r>
      <w:r w:rsidRPr="008E006D">
        <w:rPr>
          <w:rFonts w:cs="Sakkal Majalla"/>
          <w:sz w:val="36"/>
          <w:szCs w:val="38"/>
        </w:rPr>
        <w:t xml:space="preserve"> </w:t>
      </w:r>
      <w:r w:rsidRPr="008E006D">
        <w:rPr>
          <w:rFonts w:cs="Sakkal Majalla"/>
          <w:sz w:val="36"/>
          <w:szCs w:val="38"/>
          <w:rtl/>
        </w:rPr>
        <w:t>استراتيجيًا</w:t>
      </w:r>
      <w:r w:rsidRPr="008E006D">
        <w:rPr>
          <w:rFonts w:cs="Sakkal Majalla"/>
          <w:sz w:val="36"/>
          <w:szCs w:val="38"/>
        </w:rPr>
        <w:t xml:space="preserve"> </w:t>
      </w:r>
      <w:r w:rsidRPr="008E006D">
        <w:rPr>
          <w:rFonts w:cs="Sakkal Majalla"/>
          <w:sz w:val="36"/>
          <w:szCs w:val="38"/>
          <w:rtl/>
        </w:rPr>
        <w:t>لإعادة</w:t>
      </w:r>
      <w:r w:rsidRPr="008E006D">
        <w:rPr>
          <w:rFonts w:cs="Sakkal Majalla"/>
          <w:sz w:val="36"/>
          <w:szCs w:val="38"/>
        </w:rPr>
        <w:t xml:space="preserve"> </w:t>
      </w:r>
      <w:r w:rsidRPr="008E006D">
        <w:rPr>
          <w:rFonts w:cs="Sakkal Majalla"/>
          <w:sz w:val="36"/>
          <w:szCs w:val="38"/>
          <w:rtl/>
        </w:rPr>
        <w:t>تصميم</w:t>
      </w:r>
      <w:r w:rsidRPr="008E006D">
        <w:rPr>
          <w:rFonts w:cs="Sakkal Majalla"/>
          <w:sz w:val="36"/>
          <w:szCs w:val="38"/>
        </w:rPr>
        <w:t xml:space="preserve"> </w:t>
      </w:r>
      <w:r w:rsidRPr="008E006D">
        <w:rPr>
          <w:rFonts w:cs="Sakkal Majalla"/>
          <w:sz w:val="36"/>
          <w:szCs w:val="38"/>
          <w:rtl/>
        </w:rPr>
        <w:t>الخدمات</w:t>
      </w:r>
      <w:r w:rsidRPr="008E006D">
        <w:rPr>
          <w:rFonts w:cs="Sakkal Majalla"/>
          <w:sz w:val="36"/>
          <w:szCs w:val="38"/>
        </w:rPr>
        <w:t xml:space="preserve"> </w:t>
      </w:r>
      <w:r w:rsidRPr="008E006D">
        <w:rPr>
          <w:rFonts w:cs="Sakkal Majalla"/>
          <w:sz w:val="36"/>
          <w:szCs w:val="38"/>
          <w:rtl/>
        </w:rPr>
        <w:t>والعمليات</w:t>
      </w:r>
      <w:r w:rsidRPr="008E006D">
        <w:rPr>
          <w:rFonts w:cs="Sakkal Majalla"/>
          <w:sz w:val="36"/>
          <w:szCs w:val="38"/>
        </w:rPr>
        <w:t xml:space="preserve"> </w:t>
      </w:r>
      <w:r w:rsidRPr="008E006D">
        <w:rPr>
          <w:rFonts w:cs="Sakkal Majalla"/>
          <w:sz w:val="36"/>
          <w:szCs w:val="38"/>
          <w:rtl/>
        </w:rPr>
        <w:t>والقنوات</w:t>
      </w:r>
      <w:r w:rsidRPr="008E006D">
        <w:rPr>
          <w:rFonts w:cs="Sakkal Majalla"/>
          <w:sz w:val="36"/>
          <w:szCs w:val="38"/>
        </w:rPr>
        <w:t xml:space="preserve"> </w:t>
      </w:r>
      <w:r w:rsidRPr="008E006D">
        <w:rPr>
          <w:rFonts w:cs="Sakkal Majalla"/>
          <w:sz w:val="36"/>
          <w:szCs w:val="38"/>
          <w:rtl/>
        </w:rPr>
        <w:t>ونماذج</w:t>
      </w:r>
      <w:r w:rsidRPr="008E006D">
        <w:rPr>
          <w:rFonts w:cs="Sakkal Majalla"/>
          <w:sz w:val="36"/>
          <w:szCs w:val="38"/>
        </w:rPr>
        <w:t xml:space="preserve"> </w:t>
      </w:r>
      <w:r w:rsidRPr="008E006D">
        <w:rPr>
          <w:rFonts w:cs="Sakkal Majalla"/>
          <w:sz w:val="36"/>
          <w:szCs w:val="38"/>
          <w:rtl/>
        </w:rPr>
        <w:t>الحوكمة</w:t>
      </w:r>
      <w:r w:rsidRPr="008E006D">
        <w:rPr>
          <w:rFonts w:cs="Sakkal Majalla"/>
          <w:sz w:val="36"/>
          <w:szCs w:val="38"/>
        </w:rPr>
        <w:t xml:space="preserve">. </w:t>
      </w:r>
      <w:r w:rsidRPr="008E006D">
        <w:rPr>
          <w:rFonts w:cs="Sakkal Majalla"/>
          <w:sz w:val="36"/>
          <w:szCs w:val="38"/>
          <w:rtl/>
        </w:rPr>
        <w:t>وفي</w:t>
      </w:r>
      <w:r w:rsidRPr="008E006D">
        <w:rPr>
          <w:rFonts w:cs="Sakkal Majalla"/>
          <w:sz w:val="36"/>
          <w:szCs w:val="38"/>
        </w:rPr>
        <w:t xml:space="preserve"> </w:t>
      </w:r>
      <w:r w:rsidRPr="008E006D">
        <w:rPr>
          <w:rFonts w:cs="Sakkal Majalla"/>
          <w:sz w:val="36"/>
          <w:szCs w:val="38"/>
          <w:rtl/>
        </w:rPr>
        <w:t>القطاع</w:t>
      </w:r>
      <w:r w:rsidRPr="008E006D">
        <w:rPr>
          <w:rFonts w:cs="Sakkal Majalla"/>
          <w:sz w:val="36"/>
          <w:szCs w:val="38"/>
        </w:rPr>
        <w:t xml:space="preserve"> </w:t>
      </w:r>
      <w:r w:rsidRPr="008E006D">
        <w:rPr>
          <w:rFonts w:cs="Sakkal Majalla"/>
          <w:sz w:val="36"/>
          <w:szCs w:val="38"/>
          <w:rtl/>
        </w:rPr>
        <w:t>العام</w:t>
      </w:r>
      <w:r w:rsidRPr="008E006D">
        <w:rPr>
          <w:rFonts w:cs="Sakkal Majalla"/>
          <w:sz w:val="36"/>
          <w:szCs w:val="38"/>
        </w:rPr>
        <w:t xml:space="preserve"> </w:t>
      </w:r>
      <w:r w:rsidRPr="008E006D">
        <w:rPr>
          <w:rFonts w:cs="Sakkal Majalla"/>
          <w:sz w:val="36"/>
          <w:szCs w:val="38"/>
          <w:rtl/>
        </w:rPr>
        <w:t>تحديدًا،</w:t>
      </w:r>
      <w:r w:rsidRPr="008E006D">
        <w:rPr>
          <w:rFonts w:cs="Sakkal Majalla"/>
          <w:sz w:val="36"/>
          <w:szCs w:val="38"/>
        </w:rPr>
        <w:t xml:space="preserve"> </w:t>
      </w:r>
      <w:r w:rsidRPr="008E006D">
        <w:rPr>
          <w:rFonts w:cs="Sakkal Majalla"/>
          <w:sz w:val="36"/>
          <w:szCs w:val="38"/>
          <w:rtl/>
        </w:rPr>
        <w:t>يرتبط</w:t>
      </w:r>
      <w:r w:rsidRPr="008E006D">
        <w:rPr>
          <w:rFonts w:cs="Sakkal Majalla"/>
          <w:sz w:val="36"/>
          <w:szCs w:val="38"/>
        </w:rPr>
        <w:t xml:space="preserve"> </w:t>
      </w:r>
      <w:r w:rsidRPr="008E006D">
        <w:rPr>
          <w:rFonts w:cs="Sakkal Majalla"/>
          <w:sz w:val="36"/>
          <w:szCs w:val="38"/>
          <w:rtl/>
        </w:rPr>
        <w:t>التحول</w:t>
      </w:r>
      <w:r w:rsidRPr="008E006D">
        <w:rPr>
          <w:rFonts w:cs="Sakkal Majalla"/>
          <w:sz w:val="36"/>
          <w:szCs w:val="38"/>
        </w:rPr>
        <w:t xml:space="preserve"> </w:t>
      </w:r>
      <w:r w:rsidRPr="008E006D">
        <w:rPr>
          <w:rFonts w:cs="Sakkal Majalla"/>
          <w:sz w:val="36"/>
          <w:szCs w:val="38"/>
          <w:rtl/>
        </w:rPr>
        <w:t>الرقمي</w:t>
      </w:r>
      <w:r w:rsidRPr="008E006D">
        <w:rPr>
          <w:rFonts w:cs="Sakkal Majalla"/>
          <w:sz w:val="36"/>
          <w:szCs w:val="38"/>
        </w:rPr>
        <w:t xml:space="preserve"> </w:t>
      </w:r>
      <w:r w:rsidRPr="008E006D">
        <w:rPr>
          <w:rFonts w:cs="Sakkal Majalla"/>
          <w:sz w:val="36"/>
          <w:szCs w:val="38"/>
          <w:rtl/>
        </w:rPr>
        <w:t>بقدرة</w:t>
      </w:r>
      <w:r w:rsidRPr="008E006D">
        <w:rPr>
          <w:rFonts w:cs="Sakkal Majalla"/>
          <w:sz w:val="36"/>
          <w:szCs w:val="38"/>
        </w:rPr>
        <w:t xml:space="preserve"> </w:t>
      </w:r>
      <w:r w:rsidRPr="008E006D">
        <w:rPr>
          <w:rFonts w:cs="Sakkal Majalla"/>
          <w:sz w:val="36"/>
          <w:szCs w:val="38"/>
          <w:rtl/>
        </w:rPr>
        <w:t>الجهات</w:t>
      </w:r>
      <w:r w:rsidRPr="008E006D">
        <w:rPr>
          <w:rFonts w:cs="Sakkal Majalla"/>
          <w:sz w:val="36"/>
          <w:szCs w:val="38"/>
        </w:rPr>
        <w:t xml:space="preserve"> </w:t>
      </w:r>
      <w:r w:rsidRPr="008E006D">
        <w:rPr>
          <w:rFonts w:cs="Sakkal Majalla"/>
          <w:sz w:val="36"/>
          <w:szCs w:val="38"/>
          <w:rtl/>
        </w:rPr>
        <w:t>الحكومية</w:t>
      </w:r>
      <w:r w:rsidRPr="008E006D">
        <w:rPr>
          <w:rFonts w:cs="Sakkal Majalla"/>
          <w:sz w:val="36"/>
          <w:szCs w:val="38"/>
        </w:rPr>
        <w:t xml:space="preserve"> </w:t>
      </w:r>
      <w:r w:rsidRPr="008E006D">
        <w:rPr>
          <w:rFonts w:cs="Sakkal Majalla"/>
          <w:sz w:val="36"/>
          <w:szCs w:val="38"/>
          <w:rtl/>
        </w:rPr>
        <w:t>على</w:t>
      </w:r>
      <w:r w:rsidRPr="008E006D">
        <w:rPr>
          <w:rFonts w:cs="Sakkal Majalla"/>
          <w:sz w:val="36"/>
          <w:szCs w:val="38"/>
        </w:rPr>
        <w:t xml:space="preserve"> </w:t>
      </w:r>
      <w:r w:rsidRPr="008E006D">
        <w:rPr>
          <w:rFonts w:cs="Sakkal Majalla"/>
          <w:sz w:val="36"/>
          <w:szCs w:val="38"/>
          <w:rtl/>
        </w:rPr>
        <w:t>تقديم</w:t>
      </w:r>
      <w:r w:rsidRPr="008E006D">
        <w:rPr>
          <w:rFonts w:cs="Sakkal Majalla"/>
          <w:sz w:val="36"/>
          <w:szCs w:val="38"/>
        </w:rPr>
        <w:t xml:space="preserve"> </w:t>
      </w:r>
      <w:r w:rsidRPr="008E006D">
        <w:rPr>
          <w:rFonts w:cs="Sakkal Majalla"/>
          <w:sz w:val="36"/>
          <w:szCs w:val="38"/>
          <w:rtl/>
        </w:rPr>
        <w:t>خدمات</w:t>
      </w:r>
      <w:r w:rsidRPr="008E006D">
        <w:rPr>
          <w:rFonts w:cs="Sakkal Majalla"/>
          <w:sz w:val="36"/>
          <w:szCs w:val="38"/>
        </w:rPr>
        <w:t xml:space="preserve"> </w:t>
      </w:r>
      <w:r w:rsidRPr="008E006D">
        <w:rPr>
          <w:rFonts w:cs="Sakkal Majalla"/>
          <w:sz w:val="36"/>
          <w:szCs w:val="38"/>
          <w:rtl/>
        </w:rPr>
        <w:t>أكثر</w:t>
      </w:r>
      <w:r w:rsidRPr="008E006D">
        <w:rPr>
          <w:rFonts w:cs="Sakkal Majalla"/>
          <w:sz w:val="36"/>
          <w:szCs w:val="38"/>
        </w:rPr>
        <w:t xml:space="preserve"> </w:t>
      </w:r>
      <w:r w:rsidRPr="008E006D">
        <w:rPr>
          <w:rFonts w:cs="Sakkal Majalla"/>
          <w:sz w:val="36"/>
          <w:szCs w:val="38"/>
          <w:rtl/>
        </w:rPr>
        <w:t>كفاءة</w:t>
      </w:r>
      <w:r w:rsidRPr="008E006D">
        <w:rPr>
          <w:rFonts w:cs="Sakkal Majalla"/>
          <w:sz w:val="36"/>
          <w:szCs w:val="38"/>
        </w:rPr>
        <w:t xml:space="preserve"> </w:t>
      </w:r>
      <w:r w:rsidRPr="008E006D">
        <w:rPr>
          <w:rFonts w:cs="Sakkal Majalla"/>
          <w:sz w:val="36"/>
          <w:szCs w:val="38"/>
          <w:rtl/>
        </w:rPr>
        <w:t>واستباقية،</w:t>
      </w:r>
      <w:r w:rsidRPr="008E006D">
        <w:rPr>
          <w:rFonts w:cs="Sakkal Majalla"/>
          <w:sz w:val="36"/>
          <w:szCs w:val="38"/>
        </w:rPr>
        <w:t xml:space="preserve"> </w:t>
      </w:r>
      <w:r w:rsidRPr="008E006D">
        <w:rPr>
          <w:rFonts w:cs="Sakkal Majalla"/>
          <w:sz w:val="36"/>
          <w:szCs w:val="38"/>
          <w:rtl/>
        </w:rPr>
        <w:t>وتسهيل</w:t>
      </w:r>
      <w:r w:rsidRPr="008E006D">
        <w:rPr>
          <w:rFonts w:cs="Sakkal Majalla"/>
          <w:sz w:val="36"/>
          <w:szCs w:val="38"/>
        </w:rPr>
        <w:t xml:space="preserve"> </w:t>
      </w:r>
      <w:r w:rsidRPr="008E006D">
        <w:rPr>
          <w:rFonts w:cs="Sakkal Majalla"/>
          <w:sz w:val="36"/>
          <w:szCs w:val="38"/>
          <w:rtl/>
        </w:rPr>
        <w:t>رحلة</w:t>
      </w:r>
      <w:r w:rsidRPr="008E006D">
        <w:rPr>
          <w:rFonts w:cs="Sakkal Majalla"/>
          <w:sz w:val="36"/>
          <w:szCs w:val="38"/>
        </w:rPr>
        <w:t xml:space="preserve"> </w:t>
      </w:r>
      <w:r w:rsidRPr="008E006D">
        <w:rPr>
          <w:rFonts w:cs="Sakkal Majalla"/>
          <w:sz w:val="36"/>
          <w:szCs w:val="38"/>
          <w:rtl/>
        </w:rPr>
        <w:t>المستفيد،</w:t>
      </w:r>
      <w:r w:rsidRPr="008E006D">
        <w:rPr>
          <w:rFonts w:cs="Sakkal Majalla"/>
          <w:sz w:val="36"/>
          <w:szCs w:val="38"/>
        </w:rPr>
        <w:t xml:space="preserve"> </w:t>
      </w:r>
      <w:r w:rsidRPr="008E006D">
        <w:rPr>
          <w:rFonts w:cs="Sakkal Majalla"/>
          <w:sz w:val="36"/>
          <w:szCs w:val="38"/>
          <w:rtl/>
        </w:rPr>
        <w:t>وتحسين</w:t>
      </w:r>
      <w:r w:rsidRPr="008E006D">
        <w:rPr>
          <w:rFonts w:cs="Sakkal Majalla"/>
          <w:sz w:val="36"/>
          <w:szCs w:val="38"/>
        </w:rPr>
        <w:t xml:space="preserve"> </w:t>
      </w:r>
      <w:r w:rsidRPr="008E006D">
        <w:rPr>
          <w:rFonts w:cs="Sakkal Majalla"/>
          <w:sz w:val="36"/>
          <w:szCs w:val="38"/>
          <w:rtl/>
        </w:rPr>
        <w:t>جودة</w:t>
      </w:r>
      <w:r w:rsidRPr="008E006D">
        <w:rPr>
          <w:rFonts w:cs="Sakkal Majalla"/>
          <w:sz w:val="36"/>
          <w:szCs w:val="38"/>
        </w:rPr>
        <w:t xml:space="preserve"> </w:t>
      </w:r>
      <w:r w:rsidRPr="008E006D">
        <w:rPr>
          <w:rFonts w:cs="Sakkal Majalla"/>
          <w:sz w:val="36"/>
          <w:szCs w:val="38"/>
          <w:rtl/>
        </w:rPr>
        <w:t>القرار،</w:t>
      </w:r>
      <w:r w:rsidRPr="008E006D">
        <w:rPr>
          <w:rFonts w:cs="Sakkal Majalla"/>
          <w:sz w:val="36"/>
          <w:szCs w:val="38"/>
        </w:rPr>
        <w:t xml:space="preserve"> </w:t>
      </w:r>
      <w:r w:rsidRPr="008E006D">
        <w:rPr>
          <w:rFonts w:cs="Sakkal Majalla"/>
          <w:sz w:val="36"/>
          <w:szCs w:val="38"/>
          <w:rtl/>
        </w:rPr>
        <w:t>وخفض</w:t>
      </w:r>
      <w:r w:rsidRPr="008E006D">
        <w:rPr>
          <w:rFonts w:cs="Sakkal Majalla"/>
          <w:sz w:val="36"/>
          <w:szCs w:val="38"/>
        </w:rPr>
        <w:t xml:space="preserve"> </w:t>
      </w:r>
      <w:r w:rsidRPr="008E006D">
        <w:rPr>
          <w:rFonts w:cs="Sakkal Majalla"/>
          <w:sz w:val="36"/>
          <w:szCs w:val="38"/>
          <w:rtl/>
        </w:rPr>
        <w:t>الهدر</w:t>
      </w:r>
      <w:r w:rsidRPr="008E006D">
        <w:rPr>
          <w:rFonts w:cs="Sakkal Majalla"/>
          <w:sz w:val="36"/>
          <w:szCs w:val="38"/>
        </w:rPr>
        <w:t xml:space="preserve"> </w:t>
      </w:r>
      <w:r w:rsidRPr="008E006D">
        <w:rPr>
          <w:rFonts w:cs="Sakkal Majalla"/>
          <w:sz w:val="36"/>
          <w:szCs w:val="38"/>
          <w:rtl/>
        </w:rPr>
        <w:t>الناتج</w:t>
      </w:r>
      <w:r w:rsidRPr="008E006D">
        <w:rPr>
          <w:rFonts w:cs="Sakkal Majalla"/>
          <w:sz w:val="36"/>
          <w:szCs w:val="38"/>
        </w:rPr>
        <w:t xml:space="preserve"> </w:t>
      </w:r>
      <w:r w:rsidRPr="008E006D">
        <w:rPr>
          <w:rFonts w:cs="Sakkal Majalla"/>
          <w:sz w:val="36"/>
          <w:szCs w:val="38"/>
          <w:rtl/>
        </w:rPr>
        <w:t>عن</w:t>
      </w:r>
      <w:r w:rsidRPr="008E006D">
        <w:rPr>
          <w:rFonts w:cs="Sakkal Majalla"/>
          <w:sz w:val="36"/>
          <w:szCs w:val="38"/>
        </w:rPr>
        <w:t xml:space="preserve"> </w:t>
      </w:r>
      <w:r w:rsidRPr="008E006D">
        <w:rPr>
          <w:rFonts w:cs="Sakkal Majalla"/>
          <w:sz w:val="36"/>
          <w:szCs w:val="38"/>
          <w:rtl/>
        </w:rPr>
        <w:t>الإجراءات</w:t>
      </w:r>
      <w:r w:rsidRPr="008E006D">
        <w:rPr>
          <w:rFonts w:cs="Sakkal Majalla"/>
          <w:sz w:val="36"/>
          <w:szCs w:val="38"/>
        </w:rPr>
        <w:t xml:space="preserve"> </w:t>
      </w:r>
      <w:r w:rsidRPr="008E006D">
        <w:rPr>
          <w:rFonts w:cs="Sakkal Majalla"/>
          <w:sz w:val="36"/>
          <w:szCs w:val="38"/>
          <w:rtl/>
        </w:rPr>
        <w:t>الورقية</w:t>
      </w:r>
      <w:r w:rsidRPr="008E006D">
        <w:rPr>
          <w:rFonts w:cs="Sakkal Majalla"/>
          <w:sz w:val="36"/>
          <w:szCs w:val="38"/>
        </w:rPr>
        <w:t xml:space="preserve"> </w:t>
      </w:r>
      <w:r w:rsidRPr="008E006D">
        <w:rPr>
          <w:rFonts w:cs="Sakkal Majalla"/>
          <w:sz w:val="36"/>
          <w:szCs w:val="38"/>
          <w:rtl/>
        </w:rPr>
        <w:t>أو</w:t>
      </w:r>
      <w:r w:rsidRPr="008E006D">
        <w:rPr>
          <w:rFonts w:cs="Sakkal Majalla"/>
          <w:sz w:val="36"/>
          <w:szCs w:val="38"/>
        </w:rPr>
        <w:t xml:space="preserve"> </w:t>
      </w:r>
      <w:r w:rsidRPr="008E006D">
        <w:rPr>
          <w:rFonts w:cs="Sakkal Majalla"/>
          <w:sz w:val="36"/>
          <w:szCs w:val="38"/>
          <w:rtl/>
        </w:rPr>
        <w:t>تكرار</w:t>
      </w:r>
      <w:r w:rsidRPr="008E006D">
        <w:rPr>
          <w:rFonts w:cs="Sakkal Majalla"/>
          <w:sz w:val="36"/>
          <w:szCs w:val="38"/>
        </w:rPr>
        <w:t xml:space="preserve"> </w:t>
      </w:r>
      <w:r w:rsidRPr="008E006D">
        <w:rPr>
          <w:rFonts w:cs="Sakkal Majalla"/>
          <w:sz w:val="36"/>
          <w:szCs w:val="38"/>
          <w:rtl/>
        </w:rPr>
        <w:t>البيانات</w:t>
      </w:r>
      <w:r w:rsidRPr="008E006D">
        <w:rPr>
          <w:rFonts w:cs="Sakkal Majalla"/>
          <w:sz w:val="36"/>
          <w:szCs w:val="38"/>
        </w:rPr>
        <w:t xml:space="preserve"> </w:t>
      </w:r>
      <w:r w:rsidRPr="008E006D">
        <w:rPr>
          <w:rFonts w:cs="Sakkal Majalla"/>
          <w:sz w:val="36"/>
          <w:szCs w:val="38"/>
          <w:rtl/>
        </w:rPr>
        <w:t>أو</w:t>
      </w:r>
      <w:r w:rsidRPr="008E006D">
        <w:rPr>
          <w:rFonts w:cs="Sakkal Majalla"/>
          <w:sz w:val="36"/>
          <w:szCs w:val="38"/>
        </w:rPr>
        <w:t xml:space="preserve"> </w:t>
      </w:r>
      <w:r w:rsidRPr="008E006D">
        <w:rPr>
          <w:rFonts w:cs="Sakkal Majalla"/>
          <w:sz w:val="36"/>
          <w:szCs w:val="38"/>
          <w:rtl/>
        </w:rPr>
        <w:t>ضعف</w:t>
      </w:r>
      <w:r w:rsidRPr="008E006D">
        <w:rPr>
          <w:rFonts w:cs="Sakkal Majalla"/>
          <w:sz w:val="36"/>
          <w:szCs w:val="38"/>
        </w:rPr>
        <w:t xml:space="preserve"> </w:t>
      </w:r>
      <w:r w:rsidRPr="008E006D">
        <w:rPr>
          <w:rFonts w:cs="Sakkal Majalla"/>
          <w:sz w:val="36"/>
          <w:szCs w:val="38"/>
          <w:rtl/>
        </w:rPr>
        <w:t>التكامل</w:t>
      </w:r>
      <w:r w:rsidRPr="008E006D">
        <w:rPr>
          <w:rFonts w:cs="Sakkal Majalla"/>
          <w:sz w:val="36"/>
          <w:szCs w:val="38"/>
        </w:rPr>
        <w:t xml:space="preserve"> </w:t>
      </w:r>
      <w:r w:rsidRPr="008E006D">
        <w:rPr>
          <w:rFonts w:cs="Sakkal Majalla"/>
          <w:sz w:val="36"/>
          <w:szCs w:val="38"/>
          <w:rtl/>
        </w:rPr>
        <w:t>بين</w:t>
      </w:r>
      <w:r w:rsidRPr="008E006D">
        <w:rPr>
          <w:rFonts w:cs="Sakkal Majalla"/>
          <w:sz w:val="36"/>
          <w:szCs w:val="38"/>
        </w:rPr>
        <w:t xml:space="preserve"> </w:t>
      </w:r>
      <w:r w:rsidRPr="008E006D">
        <w:rPr>
          <w:rFonts w:cs="Sakkal Majalla"/>
          <w:sz w:val="36"/>
          <w:szCs w:val="38"/>
          <w:rtl/>
        </w:rPr>
        <w:t>الأنظمة</w:t>
      </w:r>
      <w:r w:rsidRPr="008E006D">
        <w:rPr>
          <w:rFonts w:cs="Sakkal Majalla"/>
          <w:sz w:val="36"/>
          <w:szCs w:val="38"/>
        </w:rPr>
        <w:t xml:space="preserve"> </w:t>
      </w:r>
      <w:r w:rsidR="00AB6182">
        <w:rPr>
          <w:rFonts w:cs="Sakkal Majalla" w:hint="cs"/>
          <w:sz w:val="36"/>
          <w:szCs w:val="38"/>
          <w:rtl/>
        </w:rPr>
        <w:t>(</w:t>
      </w:r>
      <w:r w:rsidRPr="008E006D">
        <w:rPr>
          <w:rFonts w:cs="Sakkal Majalla"/>
          <w:sz w:val="36"/>
          <w:szCs w:val="38"/>
          <w:rtl/>
        </w:rPr>
        <w:t>هيئة</w:t>
      </w:r>
      <w:r w:rsidRPr="008E006D">
        <w:rPr>
          <w:rFonts w:cs="Sakkal Majalla"/>
          <w:sz w:val="36"/>
          <w:szCs w:val="38"/>
        </w:rPr>
        <w:t xml:space="preserve"> </w:t>
      </w:r>
      <w:r w:rsidRPr="008E006D">
        <w:rPr>
          <w:rFonts w:cs="Sakkal Majalla"/>
          <w:sz w:val="36"/>
          <w:szCs w:val="38"/>
          <w:rtl/>
        </w:rPr>
        <w:t>الحكومة</w:t>
      </w:r>
      <w:r w:rsidRPr="008E006D">
        <w:rPr>
          <w:rFonts w:cs="Sakkal Majalla"/>
          <w:sz w:val="36"/>
          <w:szCs w:val="38"/>
        </w:rPr>
        <w:t xml:space="preserve"> </w:t>
      </w:r>
      <w:r w:rsidRPr="008E006D">
        <w:rPr>
          <w:rFonts w:cs="Sakkal Majalla"/>
          <w:sz w:val="36"/>
          <w:szCs w:val="38"/>
          <w:rtl/>
        </w:rPr>
        <w:t>الرقمية،</w:t>
      </w:r>
      <w:r w:rsidRPr="008E006D">
        <w:rPr>
          <w:rFonts w:cs="Sakkal Majalla"/>
          <w:sz w:val="36"/>
          <w:szCs w:val="38"/>
        </w:rPr>
        <w:t xml:space="preserve"> 2023</w:t>
      </w:r>
      <w:r w:rsidRPr="008E006D">
        <w:rPr>
          <w:rFonts w:cs="Sakkal Majalla"/>
          <w:sz w:val="36"/>
          <w:szCs w:val="38"/>
          <w:rtl/>
        </w:rPr>
        <w:t>؛</w:t>
      </w:r>
      <w:r w:rsidRPr="008E006D">
        <w:rPr>
          <w:rFonts w:cs="Sakkal Majalla"/>
          <w:sz w:val="36"/>
          <w:szCs w:val="38"/>
        </w:rPr>
        <w:t xml:space="preserve"> OECD, 2025</w:t>
      </w:r>
      <w:r w:rsidR="00AB6182">
        <w:rPr>
          <w:rFonts w:cs="Sakkal Majalla" w:hint="cs"/>
          <w:sz w:val="36"/>
          <w:szCs w:val="38"/>
          <w:rtl/>
        </w:rPr>
        <w:t>)</w:t>
      </w:r>
      <w:r w:rsidRPr="008E006D">
        <w:rPr>
          <w:rFonts w:cs="Sakkal Majalla"/>
          <w:sz w:val="36"/>
          <w:szCs w:val="38"/>
        </w:rPr>
        <w:t>.</w:t>
      </w:r>
    </w:p>
    <w:p w14:paraId="5B9CB35F" w14:textId="77777777" w:rsidR="008E006D" w:rsidRPr="008E006D" w:rsidRDefault="008E006D" w:rsidP="00AB6182">
      <w:pPr>
        <w:ind w:firstLine="720"/>
        <w:rPr>
          <w:rFonts w:cs="Sakkal Majalla"/>
          <w:sz w:val="36"/>
          <w:szCs w:val="38"/>
        </w:rPr>
      </w:pPr>
      <w:r w:rsidRPr="008E006D">
        <w:rPr>
          <w:rFonts w:cs="Sakkal Majalla"/>
          <w:sz w:val="36"/>
          <w:szCs w:val="38"/>
          <w:rtl/>
        </w:rPr>
        <w:t>محليًا،</w:t>
      </w:r>
      <w:r w:rsidRPr="008E006D">
        <w:rPr>
          <w:rFonts w:cs="Sakkal Majalla"/>
          <w:sz w:val="36"/>
          <w:szCs w:val="38"/>
        </w:rPr>
        <w:t xml:space="preserve"> </w:t>
      </w:r>
      <w:r w:rsidRPr="008E006D">
        <w:rPr>
          <w:rFonts w:cs="Sakkal Majalla"/>
          <w:sz w:val="36"/>
          <w:szCs w:val="38"/>
          <w:rtl/>
        </w:rPr>
        <w:t>يمثل</w:t>
      </w:r>
      <w:r w:rsidRPr="008E006D">
        <w:rPr>
          <w:rFonts w:cs="Sakkal Majalla"/>
          <w:sz w:val="36"/>
          <w:szCs w:val="38"/>
        </w:rPr>
        <w:t xml:space="preserve"> </w:t>
      </w:r>
      <w:r w:rsidRPr="008E006D">
        <w:rPr>
          <w:rFonts w:cs="Sakkal Majalla"/>
          <w:sz w:val="36"/>
          <w:szCs w:val="38"/>
          <w:rtl/>
        </w:rPr>
        <w:t>التحول</w:t>
      </w:r>
      <w:r w:rsidRPr="008E006D">
        <w:rPr>
          <w:rFonts w:cs="Sakkal Majalla"/>
          <w:sz w:val="36"/>
          <w:szCs w:val="38"/>
        </w:rPr>
        <w:t xml:space="preserve"> </w:t>
      </w:r>
      <w:r w:rsidRPr="008E006D">
        <w:rPr>
          <w:rFonts w:cs="Sakkal Majalla"/>
          <w:sz w:val="36"/>
          <w:szCs w:val="38"/>
          <w:rtl/>
        </w:rPr>
        <w:t>الرقمي</w:t>
      </w:r>
      <w:r w:rsidRPr="008E006D">
        <w:rPr>
          <w:rFonts w:cs="Sakkal Majalla"/>
          <w:sz w:val="36"/>
          <w:szCs w:val="38"/>
        </w:rPr>
        <w:t xml:space="preserve"> </w:t>
      </w:r>
      <w:r w:rsidRPr="008E006D">
        <w:rPr>
          <w:rFonts w:cs="Sakkal Majalla"/>
          <w:sz w:val="36"/>
          <w:szCs w:val="38"/>
          <w:rtl/>
        </w:rPr>
        <w:t>أحد</w:t>
      </w:r>
      <w:r w:rsidRPr="008E006D">
        <w:rPr>
          <w:rFonts w:cs="Sakkal Majalla"/>
          <w:sz w:val="36"/>
          <w:szCs w:val="38"/>
        </w:rPr>
        <w:t xml:space="preserve"> </w:t>
      </w:r>
      <w:r w:rsidRPr="008E006D">
        <w:rPr>
          <w:rFonts w:cs="Sakkal Majalla"/>
          <w:sz w:val="36"/>
          <w:szCs w:val="38"/>
          <w:rtl/>
        </w:rPr>
        <w:t>الممكنات</w:t>
      </w:r>
      <w:r w:rsidRPr="008E006D">
        <w:rPr>
          <w:rFonts w:cs="Sakkal Majalla"/>
          <w:sz w:val="36"/>
          <w:szCs w:val="38"/>
        </w:rPr>
        <w:t xml:space="preserve"> </w:t>
      </w:r>
      <w:r w:rsidRPr="008E006D">
        <w:rPr>
          <w:rFonts w:cs="Sakkal Majalla"/>
          <w:sz w:val="36"/>
          <w:szCs w:val="38"/>
          <w:rtl/>
        </w:rPr>
        <w:t>الرئيسة</w:t>
      </w:r>
      <w:r w:rsidRPr="008E006D">
        <w:rPr>
          <w:rFonts w:cs="Sakkal Majalla"/>
          <w:sz w:val="36"/>
          <w:szCs w:val="38"/>
        </w:rPr>
        <w:t xml:space="preserve"> </w:t>
      </w:r>
      <w:r w:rsidRPr="008E006D">
        <w:rPr>
          <w:rFonts w:cs="Sakkal Majalla"/>
          <w:sz w:val="36"/>
          <w:szCs w:val="38"/>
          <w:rtl/>
        </w:rPr>
        <w:t>لرؤية</w:t>
      </w:r>
      <w:r w:rsidRPr="008E006D">
        <w:rPr>
          <w:rFonts w:cs="Sakkal Majalla"/>
          <w:sz w:val="36"/>
          <w:szCs w:val="38"/>
        </w:rPr>
        <w:t xml:space="preserve"> </w:t>
      </w:r>
      <w:r w:rsidRPr="008E006D">
        <w:rPr>
          <w:rFonts w:cs="Sakkal Majalla"/>
          <w:sz w:val="36"/>
          <w:szCs w:val="38"/>
          <w:rtl/>
        </w:rPr>
        <w:t>السعودية</w:t>
      </w:r>
      <w:r w:rsidRPr="008E006D">
        <w:rPr>
          <w:rFonts w:cs="Sakkal Majalla"/>
          <w:sz w:val="36"/>
          <w:szCs w:val="38"/>
        </w:rPr>
        <w:t xml:space="preserve"> 2030 </w:t>
      </w:r>
      <w:r w:rsidRPr="008E006D">
        <w:rPr>
          <w:rFonts w:cs="Sakkal Majalla"/>
          <w:sz w:val="36"/>
          <w:szCs w:val="38"/>
          <w:rtl/>
        </w:rPr>
        <w:t>وبرنامج</w:t>
      </w:r>
      <w:r w:rsidRPr="008E006D">
        <w:rPr>
          <w:rFonts w:cs="Sakkal Majalla"/>
          <w:sz w:val="36"/>
          <w:szCs w:val="38"/>
        </w:rPr>
        <w:t xml:space="preserve"> </w:t>
      </w:r>
      <w:r w:rsidRPr="008E006D">
        <w:rPr>
          <w:rFonts w:cs="Sakkal Majalla"/>
          <w:sz w:val="36"/>
          <w:szCs w:val="38"/>
          <w:rtl/>
        </w:rPr>
        <w:t>التحول</w:t>
      </w:r>
      <w:r w:rsidRPr="008E006D">
        <w:rPr>
          <w:rFonts w:cs="Sakkal Majalla"/>
          <w:sz w:val="36"/>
          <w:szCs w:val="38"/>
        </w:rPr>
        <w:t xml:space="preserve"> </w:t>
      </w:r>
      <w:r w:rsidRPr="008E006D">
        <w:rPr>
          <w:rFonts w:cs="Sakkal Majalla"/>
          <w:sz w:val="36"/>
          <w:szCs w:val="38"/>
          <w:rtl/>
        </w:rPr>
        <w:t>الوطني؛</w:t>
      </w:r>
      <w:r w:rsidRPr="008E006D">
        <w:rPr>
          <w:rFonts w:cs="Sakkal Majalla"/>
          <w:sz w:val="36"/>
          <w:szCs w:val="38"/>
        </w:rPr>
        <w:t xml:space="preserve"> </w:t>
      </w:r>
      <w:r w:rsidRPr="008E006D">
        <w:rPr>
          <w:rFonts w:cs="Sakkal Majalla"/>
          <w:sz w:val="36"/>
          <w:szCs w:val="38"/>
          <w:rtl/>
        </w:rPr>
        <w:t>إذ</w:t>
      </w:r>
      <w:r w:rsidRPr="008E006D">
        <w:rPr>
          <w:rFonts w:cs="Sakkal Majalla"/>
          <w:sz w:val="36"/>
          <w:szCs w:val="38"/>
        </w:rPr>
        <w:t xml:space="preserve"> </w:t>
      </w:r>
      <w:r w:rsidRPr="008E006D">
        <w:rPr>
          <w:rFonts w:cs="Sakkal Majalla"/>
          <w:sz w:val="36"/>
          <w:szCs w:val="38"/>
          <w:rtl/>
        </w:rPr>
        <w:t>تسعى</w:t>
      </w:r>
      <w:r w:rsidRPr="008E006D">
        <w:rPr>
          <w:rFonts w:cs="Sakkal Majalla"/>
          <w:sz w:val="36"/>
          <w:szCs w:val="38"/>
        </w:rPr>
        <w:t xml:space="preserve"> </w:t>
      </w:r>
      <w:r w:rsidRPr="008E006D">
        <w:rPr>
          <w:rFonts w:cs="Sakkal Majalla"/>
          <w:sz w:val="36"/>
          <w:szCs w:val="38"/>
          <w:rtl/>
        </w:rPr>
        <w:t>المملكة</w:t>
      </w:r>
      <w:r w:rsidRPr="008E006D">
        <w:rPr>
          <w:rFonts w:cs="Sakkal Majalla"/>
          <w:sz w:val="36"/>
          <w:szCs w:val="38"/>
        </w:rPr>
        <w:t xml:space="preserve"> </w:t>
      </w:r>
      <w:r w:rsidRPr="008E006D">
        <w:rPr>
          <w:rFonts w:cs="Sakkal Majalla"/>
          <w:sz w:val="36"/>
          <w:szCs w:val="38"/>
          <w:rtl/>
        </w:rPr>
        <w:t>إلى</w:t>
      </w:r>
      <w:r w:rsidRPr="008E006D">
        <w:rPr>
          <w:rFonts w:cs="Sakkal Majalla"/>
          <w:sz w:val="36"/>
          <w:szCs w:val="38"/>
        </w:rPr>
        <w:t xml:space="preserve"> </w:t>
      </w:r>
      <w:r w:rsidRPr="008E006D">
        <w:rPr>
          <w:rFonts w:cs="Sakkal Majalla"/>
          <w:sz w:val="36"/>
          <w:szCs w:val="38"/>
          <w:rtl/>
        </w:rPr>
        <w:t>رفع</w:t>
      </w:r>
      <w:r w:rsidRPr="008E006D">
        <w:rPr>
          <w:rFonts w:cs="Sakkal Majalla"/>
          <w:sz w:val="36"/>
          <w:szCs w:val="38"/>
        </w:rPr>
        <w:t xml:space="preserve"> </w:t>
      </w:r>
      <w:r w:rsidRPr="008E006D">
        <w:rPr>
          <w:rFonts w:cs="Sakkal Majalla"/>
          <w:sz w:val="36"/>
          <w:szCs w:val="38"/>
          <w:rtl/>
        </w:rPr>
        <w:t>كفاءة</w:t>
      </w:r>
      <w:r w:rsidRPr="008E006D">
        <w:rPr>
          <w:rFonts w:cs="Sakkal Majalla"/>
          <w:sz w:val="36"/>
          <w:szCs w:val="38"/>
        </w:rPr>
        <w:t xml:space="preserve"> </w:t>
      </w:r>
      <w:r w:rsidRPr="008E006D">
        <w:rPr>
          <w:rFonts w:cs="Sakkal Majalla"/>
          <w:sz w:val="36"/>
          <w:szCs w:val="38"/>
          <w:rtl/>
        </w:rPr>
        <w:t>الأداء</w:t>
      </w:r>
      <w:r w:rsidRPr="008E006D">
        <w:rPr>
          <w:rFonts w:cs="Sakkal Majalla"/>
          <w:sz w:val="36"/>
          <w:szCs w:val="38"/>
        </w:rPr>
        <w:t xml:space="preserve"> </w:t>
      </w:r>
      <w:r w:rsidRPr="008E006D">
        <w:rPr>
          <w:rFonts w:cs="Sakkal Majalla"/>
          <w:sz w:val="36"/>
          <w:szCs w:val="38"/>
          <w:rtl/>
        </w:rPr>
        <w:t>الحكومي،</w:t>
      </w:r>
      <w:r w:rsidRPr="008E006D">
        <w:rPr>
          <w:rFonts w:cs="Sakkal Majalla"/>
          <w:sz w:val="36"/>
          <w:szCs w:val="38"/>
        </w:rPr>
        <w:t xml:space="preserve"> </w:t>
      </w:r>
      <w:r w:rsidRPr="008E006D">
        <w:rPr>
          <w:rFonts w:cs="Sakkal Majalla"/>
          <w:sz w:val="36"/>
          <w:szCs w:val="38"/>
          <w:rtl/>
        </w:rPr>
        <w:t>وتطوير</w:t>
      </w:r>
      <w:r w:rsidRPr="008E006D">
        <w:rPr>
          <w:rFonts w:cs="Sakkal Majalla"/>
          <w:sz w:val="36"/>
          <w:szCs w:val="38"/>
        </w:rPr>
        <w:t xml:space="preserve"> </w:t>
      </w:r>
      <w:r w:rsidRPr="008E006D">
        <w:rPr>
          <w:rFonts w:cs="Sakkal Majalla"/>
          <w:sz w:val="36"/>
          <w:szCs w:val="38"/>
          <w:rtl/>
        </w:rPr>
        <w:t>البنية</w:t>
      </w:r>
      <w:r w:rsidRPr="008E006D">
        <w:rPr>
          <w:rFonts w:cs="Sakkal Majalla"/>
          <w:sz w:val="36"/>
          <w:szCs w:val="38"/>
        </w:rPr>
        <w:t xml:space="preserve"> </w:t>
      </w:r>
      <w:r w:rsidRPr="008E006D">
        <w:rPr>
          <w:rFonts w:cs="Sakkal Majalla"/>
          <w:sz w:val="36"/>
          <w:szCs w:val="38"/>
          <w:rtl/>
        </w:rPr>
        <w:t>التحتية</w:t>
      </w:r>
      <w:r w:rsidRPr="008E006D">
        <w:rPr>
          <w:rFonts w:cs="Sakkal Majalla"/>
          <w:sz w:val="36"/>
          <w:szCs w:val="38"/>
        </w:rPr>
        <w:t xml:space="preserve"> </w:t>
      </w:r>
      <w:r w:rsidRPr="008E006D">
        <w:rPr>
          <w:rFonts w:cs="Sakkal Majalla"/>
          <w:sz w:val="36"/>
          <w:szCs w:val="38"/>
          <w:rtl/>
        </w:rPr>
        <w:t>الرقمية،</w:t>
      </w:r>
      <w:r w:rsidRPr="008E006D">
        <w:rPr>
          <w:rFonts w:cs="Sakkal Majalla"/>
          <w:sz w:val="36"/>
          <w:szCs w:val="38"/>
        </w:rPr>
        <w:t xml:space="preserve"> </w:t>
      </w:r>
      <w:r w:rsidRPr="008E006D">
        <w:rPr>
          <w:rFonts w:cs="Sakkal Majalla"/>
          <w:sz w:val="36"/>
          <w:szCs w:val="38"/>
          <w:rtl/>
        </w:rPr>
        <w:t>وتحسين</w:t>
      </w:r>
      <w:r w:rsidRPr="008E006D">
        <w:rPr>
          <w:rFonts w:cs="Sakkal Majalla"/>
          <w:sz w:val="36"/>
          <w:szCs w:val="38"/>
        </w:rPr>
        <w:t xml:space="preserve"> </w:t>
      </w:r>
      <w:r w:rsidRPr="008E006D">
        <w:rPr>
          <w:rFonts w:cs="Sakkal Majalla"/>
          <w:sz w:val="36"/>
          <w:szCs w:val="38"/>
          <w:rtl/>
        </w:rPr>
        <w:t>جودة</w:t>
      </w:r>
      <w:r w:rsidRPr="008E006D">
        <w:rPr>
          <w:rFonts w:cs="Sakkal Majalla"/>
          <w:sz w:val="36"/>
          <w:szCs w:val="38"/>
        </w:rPr>
        <w:t xml:space="preserve"> </w:t>
      </w:r>
      <w:r w:rsidRPr="008E006D">
        <w:rPr>
          <w:rFonts w:cs="Sakkal Majalla"/>
          <w:sz w:val="36"/>
          <w:szCs w:val="38"/>
          <w:rtl/>
        </w:rPr>
        <w:t>الخدمات،</w:t>
      </w:r>
      <w:r w:rsidRPr="008E006D">
        <w:rPr>
          <w:rFonts w:cs="Sakkal Majalla"/>
          <w:sz w:val="36"/>
          <w:szCs w:val="38"/>
        </w:rPr>
        <w:t xml:space="preserve"> </w:t>
      </w:r>
      <w:r w:rsidRPr="008E006D">
        <w:rPr>
          <w:rFonts w:cs="Sakkal Majalla"/>
          <w:sz w:val="36"/>
          <w:szCs w:val="38"/>
          <w:rtl/>
        </w:rPr>
        <w:t>وتوسيع</w:t>
      </w:r>
      <w:r w:rsidRPr="008E006D">
        <w:rPr>
          <w:rFonts w:cs="Sakkal Majalla"/>
          <w:sz w:val="36"/>
          <w:szCs w:val="38"/>
        </w:rPr>
        <w:t xml:space="preserve"> </w:t>
      </w:r>
      <w:r w:rsidRPr="008E006D">
        <w:rPr>
          <w:rFonts w:cs="Sakkal Majalla"/>
          <w:sz w:val="36"/>
          <w:szCs w:val="38"/>
          <w:rtl/>
        </w:rPr>
        <w:t>استخدام</w:t>
      </w:r>
      <w:r w:rsidRPr="008E006D">
        <w:rPr>
          <w:rFonts w:cs="Sakkal Majalla"/>
          <w:sz w:val="36"/>
          <w:szCs w:val="38"/>
        </w:rPr>
        <w:t xml:space="preserve"> </w:t>
      </w:r>
      <w:r w:rsidRPr="008E006D">
        <w:rPr>
          <w:rFonts w:cs="Sakkal Majalla"/>
          <w:sz w:val="36"/>
          <w:szCs w:val="38"/>
          <w:rtl/>
        </w:rPr>
        <w:t>البيانات</w:t>
      </w:r>
      <w:r w:rsidRPr="008E006D">
        <w:rPr>
          <w:rFonts w:cs="Sakkal Majalla"/>
          <w:sz w:val="36"/>
          <w:szCs w:val="38"/>
        </w:rPr>
        <w:t xml:space="preserve"> </w:t>
      </w:r>
      <w:r w:rsidRPr="008E006D">
        <w:rPr>
          <w:rFonts w:cs="Sakkal Majalla"/>
          <w:sz w:val="36"/>
          <w:szCs w:val="38"/>
          <w:rtl/>
        </w:rPr>
        <w:t>والتقنيات</w:t>
      </w:r>
      <w:r w:rsidRPr="008E006D">
        <w:rPr>
          <w:rFonts w:cs="Sakkal Majalla"/>
          <w:sz w:val="36"/>
          <w:szCs w:val="38"/>
        </w:rPr>
        <w:t xml:space="preserve"> </w:t>
      </w:r>
      <w:r w:rsidRPr="008E006D">
        <w:rPr>
          <w:rFonts w:cs="Sakkal Majalla"/>
          <w:sz w:val="36"/>
          <w:szCs w:val="38"/>
          <w:rtl/>
        </w:rPr>
        <w:t>الناشئة</w:t>
      </w:r>
      <w:r w:rsidRPr="008E006D">
        <w:rPr>
          <w:rFonts w:cs="Sakkal Majalla"/>
          <w:sz w:val="36"/>
          <w:szCs w:val="38"/>
        </w:rPr>
        <w:t xml:space="preserve">. </w:t>
      </w:r>
      <w:r w:rsidRPr="008E006D">
        <w:rPr>
          <w:rFonts w:cs="Sakkal Majalla"/>
          <w:sz w:val="36"/>
          <w:szCs w:val="38"/>
          <w:rtl/>
        </w:rPr>
        <w:t>وتوضح</w:t>
      </w:r>
      <w:r w:rsidRPr="008E006D">
        <w:rPr>
          <w:rFonts w:cs="Sakkal Majalla"/>
          <w:sz w:val="36"/>
          <w:szCs w:val="38"/>
        </w:rPr>
        <w:t xml:space="preserve"> </w:t>
      </w:r>
      <w:r w:rsidRPr="008E006D">
        <w:rPr>
          <w:rFonts w:cs="Sakkal Majalla"/>
          <w:sz w:val="36"/>
          <w:szCs w:val="38"/>
          <w:rtl/>
        </w:rPr>
        <w:t>استراتيجية</w:t>
      </w:r>
      <w:r w:rsidRPr="008E006D">
        <w:rPr>
          <w:rFonts w:cs="Sakkal Majalla"/>
          <w:sz w:val="36"/>
          <w:szCs w:val="38"/>
        </w:rPr>
        <w:t xml:space="preserve"> </w:t>
      </w:r>
      <w:r w:rsidRPr="008E006D">
        <w:rPr>
          <w:rFonts w:cs="Sakkal Majalla"/>
          <w:sz w:val="36"/>
          <w:szCs w:val="38"/>
          <w:rtl/>
        </w:rPr>
        <w:t>الحكومة</w:t>
      </w:r>
      <w:r w:rsidRPr="008E006D">
        <w:rPr>
          <w:rFonts w:cs="Sakkal Majalla"/>
          <w:sz w:val="36"/>
          <w:szCs w:val="38"/>
        </w:rPr>
        <w:t xml:space="preserve"> </w:t>
      </w:r>
      <w:r w:rsidRPr="008E006D">
        <w:rPr>
          <w:rFonts w:cs="Sakkal Majalla"/>
          <w:sz w:val="36"/>
          <w:szCs w:val="38"/>
          <w:rtl/>
        </w:rPr>
        <w:t>الرقمية</w:t>
      </w:r>
      <w:r w:rsidRPr="008E006D">
        <w:rPr>
          <w:rFonts w:cs="Sakkal Majalla"/>
          <w:sz w:val="36"/>
          <w:szCs w:val="38"/>
        </w:rPr>
        <w:t xml:space="preserve"> </w:t>
      </w:r>
      <w:r w:rsidRPr="008E006D">
        <w:rPr>
          <w:rFonts w:cs="Sakkal Majalla"/>
          <w:sz w:val="36"/>
          <w:szCs w:val="38"/>
          <w:rtl/>
        </w:rPr>
        <w:t>للفترة</w:t>
      </w:r>
      <w:r w:rsidRPr="008E006D">
        <w:rPr>
          <w:rFonts w:cs="Sakkal Majalla"/>
          <w:sz w:val="36"/>
          <w:szCs w:val="38"/>
        </w:rPr>
        <w:t xml:space="preserve"> 2023-2030 </w:t>
      </w:r>
      <w:r w:rsidRPr="008E006D">
        <w:rPr>
          <w:rFonts w:cs="Sakkal Majalla"/>
          <w:sz w:val="36"/>
          <w:szCs w:val="38"/>
          <w:rtl/>
        </w:rPr>
        <w:t>توجهًا</w:t>
      </w:r>
      <w:r w:rsidRPr="008E006D">
        <w:rPr>
          <w:rFonts w:cs="Sakkal Majalla"/>
          <w:sz w:val="36"/>
          <w:szCs w:val="38"/>
        </w:rPr>
        <w:t xml:space="preserve"> </w:t>
      </w:r>
      <w:r w:rsidRPr="008E006D">
        <w:rPr>
          <w:rFonts w:cs="Sakkal Majalla"/>
          <w:sz w:val="36"/>
          <w:szCs w:val="38"/>
          <w:rtl/>
        </w:rPr>
        <w:t>واضحًا</w:t>
      </w:r>
      <w:r w:rsidRPr="008E006D">
        <w:rPr>
          <w:rFonts w:cs="Sakkal Majalla"/>
          <w:sz w:val="36"/>
          <w:szCs w:val="38"/>
        </w:rPr>
        <w:t xml:space="preserve"> </w:t>
      </w:r>
      <w:r w:rsidRPr="008E006D">
        <w:rPr>
          <w:rFonts w:cs="Sakkal Majalla"/>
          <w:sz w:val="36"/>
          <w:szCs w:val="38"/>
          <w:rtl/>
        </w:rPr>
        <w:t>نحو</w:t>
      </w:r>
      <w:r w:rsidRPr="008E006D">
        <w:rPr>
          <w:rFonts w:cs="Sakkal Majalla"/>
          <w:sz w:val="36"/>
          <w:szCs w:val="38"/>
        </w:rPr>
        <w:t xml:space="preserve"> </w:t>
      </w:r>
      <w:r w:rsidRPr="008E006D">
        <w:rPr>
          <w:rFonts w:cs="Sakkal Majalla"/>
          <w:sz w:val="36"/>
          <w:szCs w:val="38"/>
          <w:rtl/>
        </w:rPr>
        <w:t>حكومة</w:t>
      </w:r>
      <w:r w:rsidRPr="008E006D">
        <w:rPr>
          <w:rFonts w:cs="Sakkal Majalla"/>
          <w:sz w:val="36"/>
          <w:szCs w:val="38"/>
        </w:rPr>
        <w:t xml:space="preserve"> </w:t>
      </w:r>
      <w:r w:rsidRPr="008E006D">
        <w:rPr>
          <w:rFonts w:cs="Sakkal Majalla"/>
          <w:sz w:val="36"/>
          <w:szCs w:val="38"/>
          <w:rtl/>
        </w:rPr>
        <w:t>رقمية</w:t>
      </w:r>
      <w:r w:rsidRPr="008E006D">
        <w:rPr>
          <w:rFonts w:cs="Sakkal Majalla"/>
          <w:sz w:val="36"/>
          <w:szCs w:val="38"/>
        </w:rPr>
        <w:t xml:space="preserve"> </w:t>
      </w:r>
      <w:r w:rsidRPr="008E006D">
        <w:rPr>
          <w:rFonts w:cs="Sakkal Majalla"/>
          <w:sz w:val="36"/>
          <w:szCs w:val="38"/>
          <w:rtl/>
        </w:rPr>
        <w:t>استباقية</w:t>
      </w:r>
      <w:r w:rsidRPr="008E006D">
        <w:rPr>
          <w:rFonts w:cs="Sakkal Majalla"/>
          <w:sz w:val="36"/>
          <w:szCs w:val="38"/>
        </w:rPr>
        <w:t xml:space="preserve"> </w:t>
      </w:r>
      <w:r w:rsidRPr="008E006D">
        <w:rPr>
          <w:rFonts w:cs="Sakkal Majalla"/>
          <w:sz w:val="36"/>
          <w:szCs w:val="38"/>
          <w:rtl/>
        </w:rPr>
        <w:t>ومتكاملة</w:t>
      </w:r>
      <w:r w:rsidRPr="008E006D">
        <w:rPr>
          <w:rFonts w:cs="Sakkal Majalla"/>
          <w:sz w:val="36"/>
          <w:szCs w:val="38"/>
        </w:rPr>
        <w:t xml:space="preserve"> </w:t>
      </w:r>
      <w:r w:rsidRPr="008E006D">
        <w:rPr>
          <w:rFonts w:cs="Sakkal Majalla"/>
          <w:sz w:val="36"/>
          <w:szCs w:val="38"/>
          <w:rtl/>
        </w:rPr>
        <w:t>تقوم</w:t>
      </w:r>
      <w:r w:rsidRPr="008E006D">
        <w:rPr>
          <w:rFonts w:cs="Sakkal Majalla"/>
          <w:sz w:val="36"/>
          <w:szCs w:val="38"/>
        </w:rPr>
        <w:t xml:space="preserve"> </w:t>
      </w:r>
      <w:r w:rsidRPr="008E006D">
        <w:rPr>
          <w:rFonts w:cs="Sakkal Majalla"/>
          <w:sz w:val="36"/>
          <w:szCs w:val="38"/>
          <w:rtl/>
        </w:rPr>
        <w:t>على</w:t>
      </w:r>
      <w:r w:rsidRPr="008E006D">
        <w:rPr>
          <w:rFonts w:cs="Sakkal Majalla"/>
          <w:sz w:val="36"/>
          <w:szCs w:val="38"/>
        </w:rPr>
        <w:t xml:space="preserve"> </w:t>
      </w:r>
      <w:r w:rsidRPr="008E006D">
        <w:rPr>
          <w:rFonts w:cs="Sakkal Majalla"/>
          <w:sz w:val="36"/>
          <w:szCs w:val="38"/>
          <w:rtl/>
        </w:rPr>
        <w:t>حوكمة</w:t>
      </w:r>
      <w:r w:rsidRPr="008E006D">
        <w:rPr>
          <w:rFonts w:cs="Sakkal Majalla"/>
          <w:sz w:val="36"/>
          <w:szCs w:val="38"/>
        </w:rPr>
        <w:t xml:space="preserve"> </w:t>
      </w:r>
      <w:r w:rsidRPr="008E006D">
        <w:rPr>
          <w:rFonts w:cs="Sakkal Majalla"/>
          <w:sz w:val="36"/>
          <w:szCs w:val="38"/>
          <w:rtl/>
        </w:rPr>
        <w:t>البيانات،</w:t>
      </w:r>
      <w:r w:rsidRPr="008E006D">
        <w:rPr>
          <w:rFonts w:cs="Sakkal Majalla"/>
          <w:sz w:val="36"/>
          <w:szCs w:val="38"/>
        </w:rPr>
        <w:t xml:space="preserve"> </w:t>
      </w:r>
      <w:r w:rsidRPr="008E006D">
        <w:rPr>
          <w:rFonts w:cs="Sakkal Majalla"/>
          <w:sz w:val="36"/>
          <w:szCs w:val="38"/>
          <w:rtl/>
        </w:rPr>
        <w:t>ومبدأ</w:t>
      </w:r>
      <w:r w:rsidRPr="008E006D">
        <w:rPr>
          <w:rFonts w:cs="Sakkal Majalla"/>
          <w:sz w:val="36"/>
          <w:szCs w:val="38"/>
        </w:rPr>
        <w:t xml:space="preserve"> </w:t>
      </w:r>
      <w:proofErr w:type="spellStart"/>
      <w:r w:rsidRPr="008E006D">
        <w:rPr>
          <w:rFonts w:cs="Sakkal Majalla"/>
          <w:sz w:val="36"/>
          <w:szCs w:val="38"/>
          <w:rtl/>
        </w:rPr>
        <w:t>الرقمنة</w:t>
      </w:r>
      <w:proofErr w:type="spellEnd"/>
      <w:r w:rsidRPr="008E006D">
        <w:rPr>
          <w:rFonts w:cs="Sakkal Majalla"/>
          <w:sz w:val="36"/>
          <w:szCs w:val="38"/>
        </w:rPr>
        <w:t xml:space="preserve"> </w:t>
      </w:r>
      <w:r w:rsidRPr="008E006D">
        <w:rPr>
          <w:rFonts w:cs="Sakkal Majalla"/>
          <w:sz w:val="36"/>
          <w:szCs w:val="38"/>
          <w:rtl/>
        </w:rPr>
        <w:t>في</w:t>
      </w:r>
      <w:r w:rsidRPr="008E006D">
        <w:rPr>
          <w:rFonts w:cs="Sakkal Majalla"/>
          <w:sz w:val="36"/>
          <w:szCs w:val="38"/>
        </w:rPr>
        <w:t xml:space="preserve"> </w:t>
      </w:r>
      <w:r w:rsidRPr="008E006D">
        <w:rPr>
          <w:rFonts w:cs="Sakkal Majalla"/>
          <w:sz w:val="36"/>
          <w:szCs w:val="38"/>
          <w:rtl/>
        </w:rPr>
        <w:t>التصميم،</w:t>
      </w:r>
      <w:r w:rsidRPr="008E006D">
        <w:rPr>
          <w:rFonts w:cs="Sakkal Majalla"/>
          <w:sz w:val="36"/>
          <w:szCs w:val="38"/>
        </w:rPr>
        <w:t xml:space="preserve"> </w:t>
      </w:r>
      <w:r w:rsidRPr="008E006D">
        <w:rPr>
          <w:rFonts w:cs="Sakkal Majalla"/>
          <w:sz w:val="36"/>
          <w:szCs w:val="38"/>
          <w:rtl/>
        </w:rPr>
        <w:t>ومبدأ</w:t>
      </w:r>
      <w:r w:rsidRPr="008E006D">
        <w:rPr>
          <w:rFonts w:cs="Sakkal Majalla"/>
          <w:sz w:val="36"/>
          <w:szCs w:val="38"/>
        </w:rPr>
        <w:t xml:space="preserve"> </w:t>
      </w:r>
      <w:r w:rsidRPr="008E006D">
        <w:rPr>
          <w:rFonts w:cs="Sakkal Majalla"/>
          <w:sz w:val="36"/>
          <w:szCs w:val="38"/>
          <w:rtl/>
        </w:rPr>
        <w:t>طلب</w:t>
      </w:r>
      <w:r w:rsidRPr="008E006D">
        <w:rPr>
          <w:rFonts w:cs="Sakkal Majalla"/>
          <w:sz w:val="36"/>
          <w:szCs w:val="38"/>
        </w:rPr>
        <w:t xml:space="preserve"> </w:t>
      </w:r>
      <w:r w:rsidRPr="008E006D">
        <w:rPr>
          <w:rFonts w:cs="Sakkal Majalla"/>
          <w:sz w:val="36"/>
          <w:szCs w:val="38"/>
          <w:rtl/>
        </w:rPr>
        <w:t>البيانات</w:t>
      </w:r>
      <w:r w:rsidRPr="008E006D">
        <w:rPr>
          <w:rFonts w:cs="Sakkal Majalla"/>
          <w:sz w:val="36"/>
          <w:szCs w:val="38"/>
        </w:rPr>
        <w:t xml:space="preserve"> </w:t>
      </w:r>
      <w:r w:rsidRPr="008E006D">
        <w:rPr>
          <w:rFonts w:cs="Sakkal Majalla"/>
          <w:sz w:val="36"/>
          <w:szCs w:val="38"/>
          <w:rtl/>
        </w:rPr>
        <w:t>من</w:t>
      </w:r>
      <w:r w:rsidRPr="008E006D">
        <w:rPr>
          <w:rFonts w:cs="Sakkal Majalla"/>
          <w:sz w:val="36"/>
          <w:szCs w:val="38"/>
        </w:rPr>
        <w:t xml:space="preserve"> </w:t>
      </w:r>
      <w:r w:rsidRPr="008E006D">
        <w:rPr>
          <w:rFonts w:cs="Sakkal Majalla"/>
          <w:sz w:val="36"/>
          <w:szCs w:val="38"/>
          <w:rtl/>
        </w:rPr>
        <w:t>المستخدم</w:t>
      </w:r>
      <w:r w:rsidRPr="008E006D">
        <w:rPr>
          <w:rFonts w:cs="Sakkal Majalla"/>
          <w:sz w:val="36"/>
          <w:szCs w:val="38"/>
        </w:rPr>
        <w:t xml:space="preserve"> </w:t>
      </w:r>
      <w:r w:rsidRPr="008E006D">
        <w:rPr>
          <w:rFonts w:cs="Sakkal Majalla"/>
          <w:sz w:val="36"/>
          <w:szCs w:val="38"/>
          <w:rtl/>
        </w:rPr>
        <w:t>مرة</w:t>
      </w:r>
      <w:r w:rsidRPr="008E006D">
        <w:rPr>
          <w:rFonts w:cs="Sakkal Majalla"/>
          <w:sz w:val="36"/>
          <w:szCs w:val="38"/>
        </w:rPr>
        <w:t xml:space="preserve"> </w:t>
      </w:r>
      <w:r w:rsidRPr="008E006D">
        <w:rPr>
          <w:rFonts w:cs="Sakkal Majalla"/>
          <w:sz w:val="36"/>
          <w:szCs w:val="38"/>
          <w:rtl/>
        </w:rPr>
        <w:t>واحدة،</w:t>
      </w:r>
      <w:r w:rsidRPr="008E006D">
        <w:rPr>
          <w:rFonts w:cs="Sakkal Majalla"/>
          <w:sz w:val="36"/>
          <w:szCs w:val="38"/>
        </w:rPr>
        <w:t xml:space="preserve"> </w:t>
      </w:r>
      <w:r w:rsidRPr="008E006D">
        <w:rPr>
          <w:rFonts w:cs="Sakkal Majalla"/>
          <w:sz w:val="36"/>
          <w:szCs w:val="38"/>
          <w:rtl/>
        </w:rPr>
        <w:t>ونهج</w:t>
      </w:r>
      <w:r w:rsidRPr="008E006D">
        <w:rPr>
          <w:rFonts w:cs="Sakkal Majalla"/>
          <w:sz w:val="36"/>
          <w:szCs w:val="38"/>
        </w:rPr>
        <w:t xml:space="preserve"> </w:t>
      </w:r>
      <w:r w:rsidRPr="008E006D">
        <w:rPr>
          <w:rFonts w:cs="Sakkal Majalla"/>
          <w:sz w:val="36"/>
          <w:szCs w:val="38"/>
          <w:rtl/>
        </w:rPr>
        <w:t>دورة</w:t>
      </w:r>
      <w:r w:rsidRPr="008E006D">
        <w:rPr>
          <w:rFonts w:cs="Sakkal Majalla"/>
          <w:sz w:val="36"/>
          <w:szCs w:val="38"/>
        </w:rPr>
        <w:t xml:space="preserve"> </w:t>
      </w:r>
      <w:r w:rsidRPr="008E006D">
        <w:rPr>
          <w:rFonts w:cs="Sakkal Majalla"/>
          <w:sz w:val="36"/>
          <w:szCs w:val="38"/>
          <w:rtl/>
        </w:rPr>
        <w:t>الحياة</w:t>
      </w:r>
      <w:r w:rsidRPr="008E006D">
        <w:rPr>
          <w:rFonts w:cs="Sakkal Majalla"/>
          <w:sz w:val="36"/>
          <w:szCs w:val="38"/>
        </w:rPr>
        <w:t xml:space="preserve"> </w:t>
      </w:r>
      <w:r w:rsidRPr="008E006D">
        <w:rPr>
          <w:rFonts w:cs="Sakkal Majalla"/>
          <w:sz w:val="36"/>
          <w:szCs w:val="38"/>
          <w:rtl/>
        </w:rPr>
        <w:t>للخدمات</w:t>
      </w:r>
      <w:r w:rsidRPr="008E006D">
        <w:rPr>
          <w:rFonts w:cs="Sakkal Majalla"/>
          <w:sz w:val="36"/>
          <w:szCs w:val="38"/>
        </w:rPr>
        <w:t xml:space="preserve"> </w:t>
      </w:r>
      <w:r w:rsidR="00AB6182">
        <w:rPr>
          <w:rFonts w:cs="Sakkal Majalla" w:hint="cs"/>
          <w:sz w:val="36"/>
          <w:szCs w:val="38"/>
          <w:rtl/>
        </w:rPr>
        <w:t>(</w:t>
      </w:r>
      <w:r w:rsidRPr="008E006D">
        <w:rPr>
          <w:rFonts w:cs="Sakkal Majalla"/>
          <w:sz w:val="36"/>
          <w:szCs w:val="38"/>
          <w:rtl/>
        </w:rPr>
        <w:t>رؤية</w:t>
      </w:r>
      <w:r w:rsidRPr="008E006D">
        <w:rPr>
          <w:rFonts w:cs="Sakkal Majalla"/>
          <w:sz w:val="36"/>
          <w:szCs w:val="38"/>
        </w:rPr>
        <w:t xml:space="preserve"> </w:t>
      </w:r>
      <w:r w:rsidRPr="008E006D">
        <w:rPr>
          <w:rFonts w:cs="Sakkal Majalla"/>
          <w:sz w:val="36"/>
          <w:szCs w:val="38"/>
          <w:rtl/>
        </w:rPr>
        <w:t>السعودية</w:t>
      </w:r>
      <w:r w:rsidRPr="008E006D">
        <w:rPr>
          <w:rFonts w:cs="Sakkal Majalla"/>
          <w:sz w:val="36"/>
          <w:szCs w:val="38"/>
        </w:rPr>
        <w:t xml:space="preserve"> 2030</w:t>
      </w:r>
      <w:r w:rsidRPr="008E006D">
        <w:rPr>
          <w:rFonts w:cs="Sakkal Majalla"/>
          <w:sz w:val="36"/>
          <w:szCs w:val="38"/>
          <w:rtl/>
        </w:rPr>
        <w:t>،</w:t>
      </w:r>
      <w:r w:rsidRPr="008E006D">
        <w:rPr>
          <w:rFonts w:cs="Sakkal Majalla"/>
          <w:sz w:val="36"/>
          <w:szCs w:val="38"/>
        </w:rPr>
        <w:t xml:space="preserve"> 2025</w:t>
      </w:r>
      <w:r w:rsidRPr="008E006D">
        <w:rPr>
          <w:rFonts w:cs="Sakkal Majalla"/>
          <w:sz w:val="36"/>
          <w:szCs w:val="38"/>
          <w:rtl/>
        </w:rPr>
        <w:t>؛</w:t>
      </w:r>
      <w:r w:rsidRPr="008E006D">
        <w:rPr>
          <w:rFonts w:cs="Sakkal Majalla"/>
          <w:sz w:val="36"/>
          <w:szCs w:val="38"/>
        </w:rPr>
        <w:t xml:space="preserve"> </w:t>
      </w:r>
      <w:r w:rsidRPr="008E006D">
        <w:rPr>
          <w:rFonts w:cs="Sakkal Majalla"/>
          <w:sz w:val="36"/>
          <w:szCs w:val="38"/>
          <w:rtl/>
        </w:rPr>
        <w:t>هيئة</w:t>
      </w:r>
      <w:r w:rsidRPr="008E006D">
        <w:rPr>
          <w:rFonts w:cs="Sakkal Majalla"/>
          <w:sz w:val="36"/>
          <w:szCs w:val="38"/>
        </w:rPr>
        <w:t xml:space="preserve"> </w:t>
      </w:r>
      <w:r w:rsidRPr="008E006D">
        <w:rPr>
          <w:rFonts w:cs="Sakkal Majalla"/>
          <w:sz w:val="36"/>
          <w:szCs w:val="38"/>
          <w:rtl/>
        </w:rPr>
        <w:t>الحكومة</w:t>
      </w:r>
      <w:r w:rsidRPr="008E006D">
        <w:rPr>
          <w:rFonts w:cs="Sakkal Majalla"/>
          <w:sz w:val="36"/>
          <w:szCs w:val="38"/>
        </w:rPr>
        <w:t xml:space="preserve"> </w:t>
      </w:r>
      <w:r w:rsidRPr="008E006D">
        <w:rPr>
          <w:rFonts w:cs="Sakkal Majalla"/>
          <w:sz w:val="36"/>
          <w:szCs w:val="38"/>
          <w:rtl/>
        </w:rPr>
        <w:t>الرقمية،</w:t>
      </w:r>
      <w:r w:rsidRPr="008E006D">
        <w:rPr>
          <w:rFonts w:cs="Sakkal Majalla"/>
          <w:sz w:val="36"/>
          <w:szCs w:val="38"/>
        </w:rPr>
        <w:t xml:space="preserve"> 2023</w:t>
      </w:r>
      <w:r w:rsidR="00AB6182">
        <w:rPr>
          <w:rFonts w:cs="Sakkal Majalla" w:hint="cs"/>
          <w:sz w:val="36"/>
          <w:szCs w:val="38"/>
          <w:rtl/>
        </w:rPr>
        <w:t>)</w:t>
      </w:r>
      <w:r w:rsidRPr="008E006D">
        <w:rPr>
          <w:rFonts w:cs="Sakkal Majalla"/>
          <w:sz w:val="36"/>
          <w:szCs w:val="38"/>
        </w:rPr>
        <w:t>.</w:t>
      </w:r>
    </w:p>
    <w:p w14:paraId="259A38DA" w14:textId="77777777" w:rsidR="008E006D" w:rsidRPr="008E006D" w:rsidRDefault="008E006D" w:rsidP="00AB6182">
      <w:pPr>
        <w:ind w:firstLine="720"/>
        <w:rPr>
          <w:rFonts w:cs="Sakkal Majalla"/>
          <w:sz w:val="36"/>
          <w:szCs w:val="38"/>
        </w:rPr>
      </w:pPr>
      <w:r w:rsidRPr="008E006D">
        <w:rPr>
          <w:rFonts w:cs="Sakkal Majalla"/>
          <w:sz w:val="36"/>
          <w:szCs w:val="38"/>
          <w:rtl/>
        </w:rPr>
        <w:t>تكتسب</w:t>
      </w:r>
      <w:r w:rsidRPr="008E006D">
        <w:rPr>
          <w:rFonts w:cs="Sakkal Majalla"/>
          <w:sz w:val="36"/>
          <w:szCs w:val="38"/>
        </w:rPr>
        <w:t xml:space="preserve"> </w:t>
      </w:r>
      <w:r w:rsidRPr="008E006D">
        <w:rPr>
          <w:rFonts w:cs="Sakkal Majalla"/>
          <w:sz w:val="36"/>
          <w:szCs w:val="38"/>
          <w:rtl/>
        </w:rPr>
        <w:t>إدارة</w:t>
      </w:r>
      <w:r w:rsidRPr="008E006D">
        <w:rPr>
          <w:rFonts w:cs="Sakkal Majalla"/>
          <w:sz w:val="36"/>
          <w:szCs w:val="38"/>
        </w:rPr>
        <w:t xml:space="preserve"> </w:t>
      </w:r>
      <w:r w:rsidRPr="008E006D">
        <w:rPr>
          <w:rFonts w:cs="Sakkal Majalla"/>
          <w:sz w:val="36"/>
          <w:szCs w:val="38"/>
          <w:rtl/>
        </w:rPr>
        <w:t>المشاريع</w:t>
      </w:r>
      <w:r w:rsidRPr="008E006D">
        <w:rPr>
          <w:rFonts w:cs="Sakkal Majalla"/>
          <w:sz w:val="36"/>
          <w:szCs w:val="38"/>
        </w:rPr>
        <w:t xml:space="preserve"> </w:t>
      </w:r>
      <w:r w:rsidRPr="008E006D">
        <w:rPr>
          <w:rFonts w:cs="Sakkal Majalla"/>
          <w:sz w:val="36"/>
          <w:szCs w:val="38"/>
          <w:rtl/>
        </w:rPr>
        <w:t>أهمية</w:t>
      </w:r>
      <w:r w:rsidRPr="008E006D">
        <w:rPr>
          <w:rFonts w:cs="Sakkal Majalla"/>
          <w:sz w:val="36"/>
          <w:szCs w:val="38"/>
        </w:rPr>
        <w:t xml:space="preserve"> </w:t>
      </w:r>
      <w:r w:rsidRPr="008E006D">
        <w:rPr>
          <w:rFonts w:cs="Sakkal Majalla"/>
          <w:sz w:val="36"/>
          <w:szCs w:val="38"/>
          <w:rtl/>
        </w:rPr>
        <w:t>خاصة</w:t>
      </w:r>
      <w:r w:rsidRPr="008E006D">
        <w:rPr>
          <w:rFonts w:cs="Sakkal Majalla"/>
          <w:sz w:val="36"/>
          <w:szCs w:val="38"/>
        </w:rPr>
        <w:t xml:space="preserve"> </w:t>
      </w:r>
      <w:r w:rsidRPr="008E006D">
        <w:rPr>
          <w:rFonts w:cs="Sakkal Majalla"/>
          <w:sz w:val="36"/>
          <w:szCs w:val="38"/>
          <w:rtl/>
        </w:rPr>
        <w:t>في</w:t>
      </w:r>
      <w:r w:rsidRPr="008E006D">
        <w:rPr>
          <w:rFonts w:cs="Sakkal Majalla"/>
          <w:sz w:val="36"/>
          <w:szCs w:val="38"/>
        </w:rPr>
        <w:t xml:space="preserve"> </w:t>
      </w:r>
      <w:r w:rsidRPr="008E006D">
        <w:rPr>
          <w:rFonts w:cs="Sakkal Majalla"/>
          <w:sz w:val="36"/>
          <w:szCs w:val="38"/>
          <w:rtl/>
        </w:rPr>
        <w:t>هذا</w:t>
      </w:r>
      <w:r w:rsidRPr="008E006D">
        <w:rPr>
          <w:rFonts w:cs="Sakkal Majalla"/>
          <w:sz w:val="36"/>
          <w:szCs w:val="38"/>
        </w:rPr>
        <w:t xml:space="preserve"> </w:t>
      </w:r>
      <w:r w:rsidRPr="008E006D">
        <w:rPr>
          <w:rFonts w:cs="Sakkal Majalla"/>
          <w:sz w:val="36"/>
          <w:szCs w:val="38"/>
          <w:rtl/>
        </w:rPr>
        <w:t>السياق؛</w:t>
      </w:r>
      <w:r w:rsidRPr="008E006D">
        <w:rPr>
          <w:rFonts w:cs="Sakkal Majalla"/>
          <w:sz w:val="36"/>
          <w:szCs w:val="38"/>
        </w:rPr>
        <w:t xml:space="preserve"> </w:t>
      </w:r>
      <w:r w:rsidRPr="008E006D">
        <w:rPr>
          <w:rFonts w:cs="Sakkal Majalla"/>
          <w:sz w:val="36"/>
          <w:szCs w:val="38"/>
          <w:rtl/>
        </w:rPr>
        <w:t>لأنها</w:t>
      </w:r>
      <w:r w:rsidRPr="008E006D">
        <w:rPr>
          <w:rFonts w:cs="Sakkal Majalla"/>
          <w:sz w:val="36"/>
          <w:szCs w:val="38"/>
        </w:rPr>
        <w:t xml:space="preserve"> </w:t>
      </w:r>
      <w:r w:rsidRPr="008E006D">
        <w:rPr>
          <w:rFonts w:cs="Sakkal Majalla"/>
          <w:sz w:val="36"/>
          <w:szCs w:val="38"/>
          <w:rtl/>
        </w:rPr>
        <w:t>تمثل</w:t>
      </w:r>
      <w:r w:rsidRPr="008E006D">
        <w:rPr>
          <w:rFonts w:cs="Sakkal Majalla"/>
          <w:sz w:val="36"/>
          <w:szCs w:val="38"/>
        </w:rPr>
        <w:t xml:space="preserve"> </w:t>
      </w:r>
      <w:r w:rsidRPr="008E006D">
        <w:rPr>
          <w:rFonts w:cs="Sakkal Majalla"/>
          <w:sz w:val="36"/>
          <w:szCs w:val="38"/>
          <w:rtl/>
        </w:rPr>
        <w:t>الآلية</w:t>
      </w:r>
      <w:r w:rsidRPr="008E006D">
        <w:rPr>
          <w:rFonts w:cs="Sakkal Majalla"/>
          <w:sz w:val="36"/>
          <w:szCs w:val="38"/>
        </w:rPr>
        <w:t xml:space="preserve"> </w:t>
      </w:r>
      <w:r w:rsidRPr="008E006D">
        <w:rPr>
          <w:rFonts w:cs="Sakkal Majalla"/>
          <w:sz w:val="36"/>
          <w:szCs w:val="38"/>
          <w:rtl/>
        </w:rPr>
        <w:t>التنفيذية</w:t>
      </w:r>
      <w:r w:rsidRPr="008E006D">
        <w:rPr>
          <w:rFonts w:cs="Sakkal Majalla"/>
          <w:sz w:val="36"/>
          <w:szCs w:val="38"/>
        </w:rPr>
        <w:t xml:space="preserve"> </w:t>
      </w:r>
      <w:r w:rsidRPr="008E006D">
        <w:rPr>
          <w:rFonts w:cs="Sakkal Majalla"/>
          <w:sz w:val="36"/>
          <w:szCs w:val="38"/>
          <w:rtl/>
        </w:rPr>
        <w:t>التي</w:t>
      </w:r>
      <w:r w:rsidRPr="008E006D">
        <w:rPr>
          <w:rFonts w:cs="Sakkal Majalla"/>
          <w:sz w:val="36"/>
          <w:szCs w:val="38"/>
        </w:rPr>
        <w:t xml:space="preserve"> </w:t>
      </w:r>
      <w:r w:rsidRPr="008E006D">
        <w:rPr>
          <w:rFonts w:cs="Sakkal Majalla"/>
          <w:sz w:val="36"/>
          <w:szCs w:val="38"/>
          <w:rtl/>
        </w:rPr>
        <w:t>تتحول</w:t>
      </w:r>
      <w:r w:rsidRPr="008E006D">
        <w:rPr>
          <w:rFonts w:cs="Sakkal Majalla"/>
          <w:sz w:val="36"/>
          <w:szCs w:val="38"/>
        </w:rPr>
        <w:t xml:space="preserve"> </w:t>
      </w:r>
      <w:r w:rsidRPr="008E006D">
        <w:rPr>
          <w:rFonts w:cs="Sakkal Majalla"/>
          <w:sz w:val="36"/>
          <w:szCs w:val="38"/>
          <w:rtl/>
        </w:rPr>
        <w:t>من</w:t>
      </w:r>
      <w:r w:rsidRPr="008E006D">
        <w:rPr>
          <w:rFonts w:cs="Sakkal Majalla"/>
          <w:sz w:val="36"/>
          <w:szCs w:val="38"/>
        </w:rPr>
        <w:t xml:space="preserve"> </w:t>
      </w:r>
      <w:r w:rsidRPr="008E006D">
        <w:rPr>
          <w:rFonts w:cs="Sakkal Majalla"/>
          <w:sz w:val="36"/>
          <w:szCs w:val="38"/>
          <w:rtl/>
        </w:rPr>
        <w:t>خلالها</w:t>
      </w:r>
      <w:r w:rsidRPr="008E006D">
        <w:rPr>
          <w:rFonts w:cs="Sakkal Majalla"/>
          <w:sz w:val="36"/>
          <w:szCs w:val="38"/>
        </w:rPr>
        <w:t xml:space="preserve"> </w:t>
      </w:r>
      <w:r w:rsidRPr="008E006D">
        <w:rPr>
          <w:rFonts w:cs="Sakkal Majalla"/>
          <w:sz w:val="36"/>
          <w:szCs w:val="38"/>
          <w:rtl/>
        </w:rPr>
        <w:t>الاستراتيجيات</w:t>
      </w:r>
      <w:r w:rsidRPr="008E006D">
        <w:rPr>
          <w:rFonts w:cs="Sakkal Majalla"/>
          <w:sz w:val="36"/>
          <w:szCs w:val="38"/>
        </w:rPr>
        <w:t xml:space="preserve"> </w:t>
      </w:r>
      <w:r w:rsidRPr="008E006D">
        <w:rPr>
          <w:rFonts w:cs="Sakkal Majalla"/>
          <w:sz w:val="36"/>
          <w:szCs w:val="38"/>
          <w:rtl/>
        </w:rPr>
        <w:t>الحكومية</w:t>
      </w:r>
      <w:r w:rsidRPr="008E006D">
        <w:rPr>
          <w:rFonts w:cs="Sakkal Majalla"/>
          <w:sz w:val="36"/>
          <w:szCs w:val="38"/>
        </w:rPr>
        <w:t xml:space="preserve"> </w:t>
      </w:r>
      <w:r w:rsidRPr="008E006D">
        <w:rPr>
          <w:rFonts w:cs="Sakkal Majalla"/>
          <w:sz w:val="36"/>
          <w:szCs w:val="38"/>
          <w:rtl/>
        </w:rPr>
        <w:t>إلى</w:t>
      </w:r>
      <w:r w:rsidRPr="008E006D">
        <w:rPr>
          <w:rFonts w:cs="Sakkal Majalla"/>
          <w:sz w:val="36"/>
          <w:szCs w:val="38"/>
        </w:rPr>
        <w:t xml:space="preserve"> </w:t>
      </w:r>
      <w:r w:rsidRPr="008E006D">
        <w:rPr>
          <w:rFonts w:cs="Sakkal Majalla"/>
          <w:sz w:val="36"/>
          <w:szCs w:val="38"/>
          <w:rtl/>
        </w:rPr>
        <w:t>مبادرات</w:t>
      </w:r>
      <w:r w:rsidRPr="008E006D">
        <w:rPr>
          <w:rFonts w:cs="Sakkal Majalla"/>
          <w:sz w:val="36"/>
          <w:szCs w:val="38"/>
        </w:rPr>
        <w:t xml:space="preserve"> </w:t>
      </w:r>
      <w:r w:rsidRPr="008E006D">
        <w:rPr>
          <w:rFonts w:cs="Sakkal Majalla"/>
          <w:sz w:val="36"/>
          <w:szCs w:val="38"/>
          <w:rtl/>
        </w:rPr>
        <w:t>وبرامج</w:t>
      </w:r>
      <w:r w:rsidRPr="008E006D">
        <w:rPr>
          <w:rFonts w:cs="Sakkal Majalla"/>
          <w:sz w:val="36"/>
          <w:szCs w:val="38"/>
        </w:rPr>
        <w:t xml:space="preserve"> </w:t>
      </w:r>
      <w:r w:rsidRPr="008E006D">
        <w:rPr>
          <w:rFonts w:cs="Sakkal Majalla"/>
          <w:sz w:val="36"/>
          <w:szCs w:val="38"/>
          <w:rtl/>
        </w:rPr>
        <w:t>ومشاريع</w:t>
      </w:r>
      <w:r w:rsidRPr="008E006D">
        <w:rPr>
          <w:rFonts w:cs="Sakkal Majalla"/>
          <w:sz w:val="36"/>
          <w:szCs w:val="38"/>
        </w:rPr>
        <w:t xml:space="preserve"> </w:t>
      </w:r>
      <w:r w:rsidRPr="008E006D">
        <w:rPr>
          <w:rFonts w:cs="Sakkal Majalla"/>
          <w:sz w:val="36"/>
          <w:szCs w:val="38"/>
          <w:rtl/>
        </w:rPr>
        <w:t>قابلة</w:t>
      </w:r>
      <w:r w:rsidRPr="008E006D">
        <w:rPr>
          <w:rFonts w:cs="Sakkal Majalla"/>
          <w:sz w:val="36"/>
          <w:szCs w:val="38"/>
        </w:rPr>
        <w:t xml:space="preserve"> </w:t>
      </w:r>
      <w:r w:rsidRPr="008E006D">
        <w:rPr>
          <w:rFonts w:cs="Sakkal Majalla"/>
          <w:sz w:val="36"/>
          <w:szCs w:val="38"/>
          <w:rtl/>
        </w:rPr>
        <w:t>للقياس</w:t>
      </w:r>
      <w:r w:rsidRPr="008E006D">
        <w:rPr>
          <w:rFonts w:cs="Sakkal Majalla"/>
          <w:sz w:val="36"/>
          <w:szCs w:val="38"/>
        </w:rPr>
        <w:t xml:space="preserve">. </w:t>
      </w:r>
      <w:r w:rsidRPr="008E006D">
        <w:rPr>
          <w:rFonts w:cs="Sakkal Majalla"/>
          <w:sz w:val="36"/>
          <w:szCs w:val="38"/>
          <w:rtl/>
        </w:rPr>
        <w:t>فالخطط</w:t>
      </w:r>
      <w:r w:rsidRPr="008E006D">
        <w:rPr>
          <w:rFonts w:cs="Sakkal Majalla"/>
          <w:sz w:val="36"/>
          <w:szCs w:val="38"/>
        </w:rPr>
        <w:t xml:space="preserve"> </w:t>
      </w:r>
      <w:r w:rsidRPr="008E006D">
        <w:rPr>
          <w:rFonts w:cs="Sakkal Majalla"/>
          <w:sz w:val="36"/>
          <w:szCs w:val="38"/>
          <w:rtl/>
        </w:rPr>
        <w:t>الرقمية</w:t>
      </w:r>
      <w:r w:rsidRPr="008E006D">
        <w:rPr>
          <w:rFonts w:cs="Sakkal Majalla"/>
          <w:sz w:val="36"/>
          <w:szCs w:val="38"/>
        </w:rPr>
        <w:t xml:space="preserve"> </w:t>
      </w:r>
      <w:r w:rsidRPr="008E006D">
        <w:rPr>
          <w:rFonts w:cs="Sakkal Majalla"/>
          <w:sz w:val="36"/>
          <w:szCs w:val="38"/>
          <w:rtl/>
        </w:rPr>
        <w:t>لا</w:t>
      </w:r>
      <w:r w:rsidRPr="008E006D">
        <w:rPr>
          <w:rFonts w:cs="Sakkal Majalla"/>
          <w:sz w:val="36"/>
          <w:szCs w:val="38"/>
        </w:rPr>
        <w:t xml:space="preserve"> </w:t>
      </w:r>
      <w:r w:rsidRPr="008E006D">
        <w:rPr>
          <w:rFonts w:cs="Sakkal Majalla"/>
          <w:sz w:val="36"/>
          <w:szCs w:val="38"/>
          <w:rtl/>
        </w:rPr>
        <w:t>تتحول</w:t>
      </w:r>
      <w:r w:rsidRPr="008E006D">
        <w:rPr>
          <w:rFonts w:cs="Sakkal Majalla"/>
          <w:sz w:val="36"/>
          <w:szCs w:val="38"/>
        </w:rPr>
        <w:t xml:space="preserve"> </w:t>
      </w:r>
      <w:r w:rsidRPr="008E006D">
        <w:rPr>
          <w:rFonts w:cs="Sakkal Majalla"/>
          <w:sz w:val="36"/>
          <w:szCs w:val="38"/>
          <w:rtl/>
        </w:rPr>
        <w:t>إلى</w:t>
      </w:r>
      <w:r w:rsidRPr="008E006D">
        <w:rPr>
          <w:rFonts w:cs="Sakkal Majalla"/>
          <w:sz w:val="36"/>
          <w:szCs w:val="38"/>
        </w:rPr>
        <w:t xml:space="preserve"> </w:t>
      </w:r>
      <w:r w:rsidRPr="008E006D">
        <w:rPr>
          <w:rFonts w:cs="Sakkal Majalla"/>
          <w:sz w:val="36"/>
          <w:szCs w:val="38"/>
          <w:rtl/>
        </w:rPr>
        <w:t>أثر</w:t>
      </w:r>
      <w:r w:rsidRPr="008E006D">
        <w:rPr>
          <w:rFonts w:cs="Sakkal Majalla"/>
          <w:sz w:val="36"/>
          <w:szCs w:val="38"/>
        </w:rPr>
        <w:t xml:space="preserve"> </w:t>
      </w:r>
      <w:r w:rsidRPr="008E006D">
        <w:rPr>
          <w:rFonts w:cs="Sakkal Majalla"/>
          <w:sz w:val="36"/>
          <w:szCs w:val="38"/>
          <w:rtl/>
        </w:rPr>
        <w:t>ملموس</w:t>
      </w:r>
      <w:r w:rsidRPr="008E006D">
        <w:rPr>
          <w:rFonts w:cs="Sakkal Majalla"/>
          <w:sz w:val="36"/>
          <w:szCs w:val="38"/>
        </w:rPr>
        <w:t xml:space="preserve"> </w:t>
      </w:r>
      <w:r w:rsidRPr="008E006D">
        <w:rPr>
          <w:rFonts w:cs="Sakkal Majalla"/>
          <w:sz w:val="36"/>
          <w:szCs w:val="38"/>
          <w:rtl/>
        </w:rPr>
        <w:t>إلا</w:t>
      </w:r>
      <w:r w:rsidRPr="008E006D">
        <w:rPr>
          <w:rFonts w:cs="Sakkal Majalla"/>
          <w:sz w:val="36"/>
          <w:szCs w:val="38"/>
        </w:rPr>
        <w:t xml:space="preserve"> </w:t>
      </w:r>
      <w:r w:rsidRPr="008E006D">
        <w:rPr>
          <w:rFonts w:cs="Sakkal Majalla"/>
          <w:sz w:val="36"/>
          <w:szCs w:val="38"/>
          <w:rtl/>
        </w:rPr>
        <w:t>عندما</w:t>
      </w:r>
      <w:r w:rsidRPr="008E006D">
        <w:rPr>
          <w:rFonts w:cs="Sakkal Majalla"/>
          <w:sz w:val="36"/>
          <w:szCs w:val="38"/>
        </w:rPr>
        <w:t xml:space="preserve"> </w:t>
      </w:r>
      <w:r w:rsidRPr="008E006D">
        <w:rPr>
          <w:rFonts w:cs="Sakkal Majalla"/>
          <w:sz w:val="36"/>
          <w:szCs w:val="38"/>
          <w:rtl/>
        </w:rPr>
        <w:t>تدار</w:t>
      </w:r>
      <w:r w:rsidRPr="008E006D">
        <w:rPr>
          <w:rFonts w:cs="Sakkal Majalla"/>
          <w:sz w:val="36"/>
          <w:szCs w:val="38"/>
        </w:rPr>
        <w:t xml:space="preserve"> </w:t>
      </w:r>
      <w:r w:rsidRPr="008E006D">
        <w:rPr>
          <w:rFonts w:cs="Sakkal Majalla"/>
          <w:sz w:val="36"/>
          <w:szCs w:val="38"/>
          <w:rtl/>
        </w:rPr>
        <w:t>ضمن</w:t>
      </w:r>
      <w:r w:rsidRPr="008E006D">
        <w:rPr>
          <w:rFonts w:cs="Sakkal Majalla"/>
          <w:sz w:val="36"/>
          <w:szCs w:val="38"/>
        </w:rPr>
        <w:t xml:space="preserve"> </w:t>
      </w:r>
      <w:r w:rsidRPr="008E006D">
        <w:rPr>
          <w:rFonts w:cs="Sakkal Majalla"/>
          <w:sz w:val="36"/>
          <w:szCs w:val="38"/>
          <w:rtl/>
        </w:rPr>
        <w:t>نطاق</w:t>
      </w:r>
      <w:r w:rsidRPr="008E006D">
        <w:rPr>
          <w:rFonts w:cs="Sakkal Majalla"/>
          <w:sz w:val="36"/>
          <w:szCs w:val="38"/>
        </w:rPr>
        <w:t xml:space="preserve"> </w:t>
      </w:r>
      <w:r w:rsidRPr="008E006D">
        <w:rPr>
          <w:rFonts w:cs="Sakkal Majalla"/>
          <w:sz w:val="36"/>
          <w:szCs w:val="38"/>
          <w:rtl/>
        </w:rPr>
        <w:t>واضح،</w:t>
      </w:r>
      <w:r w:rsidRPr="008E006D">
        <w:rPr>
          <w:rFonts w:cs="Sakkal Majalla"/>
          <w:sz w:val="36"/>
          <w:szCs w:val="38"/>
        </w:rPr>
        <w:t xml:space="preserve"> </w:t>
      </w:r>
      <w:r w:rsidRPr="008E006D">
        <w:rPr>
          <w:rFonts w:cs="Sakkal Majalla"/>
          <w:sz w:val="36"/>
          <w:szCs w:val="38"/>
          <w:rtl/>
        </w:rPr>
        <w:t>وجدول</w:t>
      </w:r>
      <w:r w:rsidRPr="008E006D">
        <w:rPr>
          <w:rFonts w:cs="Sakkal Majalla"/>
          <w:sz w:val="36"/>
          <w:szCs w:val="38"/>
        </w:rPr>
        <w:t xml:space="preserve"> </w:t>
      </w:r>
      <w:r w:rsidRPr="008E006D">
        <w:rPr>
          <w:rFonts w:cs="Sakkal Majalla"/>
          <w:sz w:val="36"/>
          <w:szCs w:val="38"/>
          <w:rtl/>
        </w:rPr>
        <w:t>زمني</w:t>
      </w:r>
      <w:r w:rsidRPr="008E006D">
        <w:rPr>
          <w:rFonts w:cs="Sakkal Majalla"/>
          <w:sz w:val="36"/>
          <w:szCs w:val="38"/>
        </w:rPr>
        <w:t xml:space="preserve"> </w:t>
      </w:r>
      <w:r w:rsidRPr="008E006D">
        <w:rPr>
          <w:rFonts w:cs="Sakkal Majalla"/>
          <w:sz w:val="36"/>
          <w:szCs w:val="38"/>
          <w:rtl/>
        </w:rPr>
        <w:t>مضبوط،</w:t>
      </w:r>
      <w:r w:rsidRPr="008E006D">
        <w:rPr>
          <w:rFonts w:cs="Sakkal Majalla"/>
          <w:sz w:val="36"/>
          <w:szCs w:val="38"/>
        </w:rPr>
        <w:t xml:space="preserve"> </w:t>
      </w:r>
      <w:r w:rsidRPr="008E006D">
        <w:rPr>
          <w:rFonts w:cs="Sakkal Majalla"/>
          <w:sz w:val="36"/>
          <w:szCs w:val="38"/>
          <w:rtl/>
        </w:rPr>
        <w:t>وموازنة</w:t>
      </w:r>
      <w:r w:rsidRPr="008E006D">
        <w:rPr>
          <w:rFonts w:cs="Sakkal Majalla"/>
          <w:sz w:val="36"/>
          <w:szCs w:val="38"/>
        </w:rPr>
        <w:t xml:space="preserve"> </w:t>
      </w:r>
      <w:r w:rsidRPr="008E006D">
        <w:rPr>
          <w:rFonts w:cs="Sakkal Majalla"/>
          <w:sz w:val="36"/>
          <w:szCs w:val="38"/>
          <w:rtl/>
        </w:rPr>
        <w:t>محددة،</w:t>
      </w:r>
      <w:r w:rsidRPr="008E006D">
        <w:rPr>
          <w:rFonts w:cs="Sakkal Majalla"/>
          <w:sz w:val="36"/>
          <w:szCs w:val="38"/>
        </w:rPr>
        <w:t xml:space="preserve"> </w:t>
      </w:r>
      <w:r w:rsidRPr="008E006D">
        <w:rPr>
          <w:rFonts w:cs="Sakkal Majalla"/>
          <w:sz w:val="36"/>
          <w:szCs w:val="38"/>
          <w:rtl/>
        </w:rPr>
        <w:t>ومؤشرات</w:t>
      </w:r>
      <w:r w:rsidRPr="008E006D">
        <w:rPr>
          <w:rFonts w:cs="Sakkal Majalla"/>
          <w:sz w:val="36"/>
          <w:szCs w:val="38"/>
        </w:rPr>
        <w:t xml:space="preserve"> </w:t>
      </w:r>
      <w:r w:rsidRPr="008E006D">
        <w:rPr>
          <w:rFonts w:cs="Sakkal Majalla"/>
          <w:sz w:val="36"/>
          <w:szCs w:val="38"/>
          <w:rtl/>
        </w:rPr>
        <w:t>متابعة</w:t>
      </w:r>
      <w:r w:rsidRPr="008E006D">
        <w:rPr>
          <w:rFonts w:cs="Sakkal Majalla"/>
          <w:sz w:val="36"/>
          <w:szCs w:val="38"/>
        </w:rPr>
        <w:t xml:space="preserve"> </w:t>
      </w:r>
      <w:r w:rsidRPr="008E006D">
        <w:rPr>
          <w:rFonts w:cs="Sakkal Majalla"/>
          <w:sz w:val="36"/>
          <w:szCs w:val="38"/>
          <w:rtl/>
        </w:rPr>
        <w:t>للمخاطر</w:t>
      </w:r>
      <w:r w:rsidRPr="008E006D">
        <w:rPr>
          <w:rFonts w:cs="Sakkal Majalla"/>
          <w:sz w:val="36"/>
          <w:szCs w:val="38"/>
        </w:rPr>
        <w:t xml:space="preserve"> </w:t>
      </w:r>
      <w:r w:rsidRPr="008E006D">
        <w:rPr>
          <w:rFonts w:cs="Sakkal Majalla"/>
          <w:sz w:val="36"/>
          <w:szCs w:val="38"/>
          <w:rtl/>
        </w:rPr>
        <w:t>والمنافع،</w:t>
      </w:r>
      <w:r w:rsidRPr="008E006D">
        <w:rPr>
          <w:rFonts w:cs="Sakkal Majalla"/>
          <w:sz w:val="36"/>
          <w:szCs w:val="38"/>
        </w:rPr>
        <w:t xml:space="preserve"> </w:t>
      </w:r>
      <w:r w:rsidRPr="008E006D">
        <w:rPr>
          <w:rFonts w:cs="Sakkal Majalla"/>
          <w:sz w:val="36"/>
          <w:szCs w:val="38"/>
          <w:rtl/>
        </w:rPr>
        <w:t>وآليات</w:t>
      </w:r>
      <w:r w:rsidRPr="008E006D">
        <w:rPr>
          <w:rFonts w:cs="Sakkal Majalla"/>
          <w:sz w:val="36"/>
          <w:szCs w:val="38"/>
        </w:rPr>
        <w:t xml:space="preserve"> </w:t>
      </w:r>
      <w:r w:rsidRPr="008E006D">
        <w:rPr>
          <w:rFonts w:cs="Sakkal Majalla"/>
          <w:sz w:val="36"/>
          <w:szCs w:val="38"/>
          <w:rtl/>
        </w:rPr>
        <w:t>واضحة</w:t>
      </w:r>
      <w:r w:rsidRPr="008E006D">
        <w:rPr>
          <w:rFonts w:cs="Sakkal Majalla"/>
          <w:sz w:val="36"/>
          <w:szCs w:val="38"/>
        </w:rPr>
        <w:t xml:space="preserve"> </w:t>
      </w:r>
      <w:r w:rsidRPr="008E006D">
        <w:rPr>
          <w:rFonts w:cs="Sakkal Majalla"/>
          <w:sz w:val="36"/>
          <w:szCs w:val="38"/>
          <w:rtl/>
        </w:rPr>
        <w:t>لإشراك</w:t>
      </w:r>
      <w:r w:rsidRPr="008E006D">
        <w:rPr>
          <w:rFonts w:cs="Sakkal Majalla"/>
          <w:sz w:val="36"/>
          <w:szCs w:val="38"/>
        </w:rPr>
        <w:t xml:space="preserve"> </w:t>
      </w:r>
      <w:r w:rsidRPr="008E006D">
        <w:rPr>
          <w:rFonts w:cs="Sakkal Majalla"/>
          <w:sz w:val="36"/>
          <w:szCs w:val="38"/>
          <w:rtl/>
        </w:rPr>
        <w:t>أصحاب</w:t>
      </w:r>
      <w:r w:rsidRPr="008E006D">
        <w:rPr>
          <w:rFonts w:cs="Sakkal Majalla"/>
          <w:sz w:val="36"/>
          <w:szCs w:val="38"/>
        </w:rPr>
        <w:t xml:space="preserve"> </w:t>
      </w:r>
      <w:r w:rsidRPr="008E006D">
        <w:rPr>
          <w:rFonts w:cs="Sakkal Majalla"/>
          <w:sz w:val="36"/>
          <w:szCs w:val="38"/>
          <w:rtl/>
        </w:rPr>
        <w:t>المصلحة</w:t>
      </w:r>
      <w:r w:rsidRPr="008E006D">
        <w:rPr>
          <w:rFonts w:cs="Sakkal Majalla"/>
          <w:sz w:val="36"/>
          <w:szCs w:val="38"/>
        </w:rPr>
        <w:t xml:space="preserve">. </w:t>
      </w:r>
      <w:r w:rsidRPr="008E006D">
        <w:rPr>
          <w:rFonts w:cs="Sakkal Majalla"/>
          <w:sz w:val="36"/>
          <w:szCs w:val="38"/>
          <w:rtl/>
        </w:rPr>
        <w:t>وبذلك</w:t>
      </w:r>
      <w:r w:rsidRPr="008E006D">
        <w:rPr>
          <w:rFonts w:cs="Sakkal Majalla"/>
          <w:sz w:val="36"/>
          <w:szCs w:val="38"/>
        </w:rPr>
        <w:t xml:space="preserve"> </w:t>
      </w:r>
      <w:r w:rsidRPr="008E006D">
        <w:rPr>
          <w:rFonts w:cs="Sakkal Majalla"/>
          <w:sz w:val="36"/>
          <w:szCs w:val="38"/>
          <w:rtl/>
        </w:rPr>
        <w:t>تصبح</w:t>
      </w:r>
      <w:r w:rsidRPr="008E006D">
        <w:rPr>
          <w:rFonts w:cs="Sakkal Majalla"/>
          <w:sz w:val="36"/>
          <w:szCs w:val="38"/>
        </w:rPr>
        <w:t xml:space="preserve"> </w:t>
      </w:r>
      <w:r w:rsidRPr="008E006D">
        <w:rPr>
          <w:rFonts w:cs="Sakkal Majalla"/>
          <w:sz w:val="36"/>
          <w:szCs w:val="38"/>
          <w:rtl/>
        </w:rPr>
        <w:t>إدارة</w:t>
      </w:r>
      <w:r w:rsidRPr="008E006D">
        <w:rPr>
          <w:rFonts w:cs="Sakkal Majalla"/>
          <w:sz w:val="36"/>
          <w:szCs w:val="38"/>
        </w:rPr>
        <w:t xml:space="preserve"> </w:t>
      </w:r>
      <w:r w:rsidRPr="008E006D">
        <w:rPr>
          <w:rFonts w:cs="Sakkal Majalla"/>
          <w:sz w:val="36"/>
          <w:szCs w:val="38"/>
          <w:rtl/>
        </w:rPr>
        <w:t>المشاريع</w:t>
      </w:r>
      <w:r w:rsidRPr="008E006D">
        <w:rPr>
          <w:rFonts w:cs="Sakkal Majalla"/>
          <w:sz w:val="36"/>
          <w:szCs w:val="38"/>
        </w:rPr>
        <w:t xml:space="preserve"> </w:t>
      </w:r>
      <w:r w:rsidRPr="008E006D">
        <w:rPr>
          <w:rFonts w:cs="Sakkal Majalla"/>
          <w:sz w:val="36"/>
          <w:szCs w:val="38"/>
          <w:rtl/>
        </w:rPr>
        <w:t>حلقة</w:t>
      </w:r>
      <w:r w:rsidRPr="008E006D">
        <w:rPr>
          <w:rFonts w:cs="Sakkal Majalla"/>
          <w:sz w:val="36"/>
          <w:szCs w:val="38"/>
        </w:rPr>
        <w:t xml:space="preserve"> </w:t>
      </w:r>
      <w:r w:rsidRPr="008E006D">
        <w:rPr>
          <w:rFonts w:cs="Sakkal Majalla"/>
          <w:sz w:val="36"/>
          <w:szCs w:val="38"/>
          <w:rtl/>
        </w:rPr>
        <w:t>وصل</w:t>
      </w:r>
      <w:r w:rsidRPr="008E006D">
        <w:rPr>
          <w:rFonts w:cs="Sakkal Majalla"/>
          <w:sz w:val="36"/>
          <w:szCs w:val="38"/>
        </w:rPr>
        <w:t xml:space="preserve"> </w:t>
      </w:r>
      <w:r w:rsidRPr="008E006D">
        <w:rPr>
          <w:rFonts w:cs="Sakkal Majalla"/>
          <w:sz w:val="36"/>
          <w:szCs w:val="38"/>
          <w:rtl/>
        </w:rPr>
        <w:t>بين</w:t>
      </w:r>
      <w:r w:rsidRPr="008E006D">
        <w:rPr>
          <w:rFonts w:cs="Sakkal Majalla"/>
          <w:sz w:val="36"/>
          <w:szCs w:val="38"/>
        </w:rPr>
        <w:t xml:space="preserve"> </w:t>
      </w:r>
      <w:r w:rsidRPr="008E006D">
        <w:rPr>
          <w:rFonts w:cs="Sakkal Majalla"/>
          <w:sz w:val="36"/>
          <w:szCs w:val="38"/>
          <w:rtl/>
        </w:rPr>
        <w:t>الرؤية</w:t>
      </w:r>
      <w:r w:rsidRPr="008E006D">
        <w:rPr>
          <w:rFonts w:cs="Sakkal Majalla"/>
          <w:sz w:val="36"/>
          <w:szCs w:val="38"/>
        </w:rPr>
        <w:t xml:space="preserve"> </w:t>
      </w:r>
      <w:r w:rsidRPr="008E006D">
        <w:rPr>
          <w:rFonts w:cs="Sakkal Majalla"/>
          <w:sz w:val="36"/>
          <w:szCs w:val="38"/>
          <w:rtl/>
        </w:rPr>
        <w:t>الاستراتيجية</w:t>
      </w:r>
      <w:r w:rsidRPr="008E006D">
        <w:rPr>
          <w:rFonts w:cs="Sakkal Majalla"/>
          <w:sz w:val="36"/>
          <w:szCs w:val="38"/>
        </w:rPr>
        <w:t xml:space="preserve"> </w:t>
      </w:r>
      <w:r w:rsidRPr="008E006D">
        <w:rPr>
          <w:rFonts w:cs="Sakkal Majalla"/>
          <w:sz w:val="36"/>
          <w:szCs w:val="38"/>
          <w:rtl/>
        </w:rPr>
        <w:t>والإنجاز</w:t>
      </w:r>
      <w:r w:rsidRPr="008E006D">
        <w:rPr>
          <w:rFonts w:cs="Sakkal Majalla"/>
          <w:sz w:val="36"/>
          <w:szCs w:val="38"/>
        </w:rPr>
        <w:t xml:space="preserve"> </w:t>
      </w:r>
      <w:r w:rsidRPr="008E006D">
        <w:rPr>
          <w:rFonts w:cs="Sakkal Majalla"/>
          <w:sz w:val="36"/>
          <w:szCs w:val="38"/>
          <w:rtl/>
        </w:rPr>
        <w:t>التشغيلي</w:t>
      </w:r>
      <w:r w:rsidRPr="008E006D">
        <w:rPr>
          <w:rFonts w:cs="Sakkal Majalla"/>
          <w:sz w:val="36"/>
          <w:szCs w:val="38"/>
        </w:rPr>
        <w:t>.</w:t>
      </w:r>
    </w:p>
    <w:p w14:paraId="2883C7E8" w14:textId="77777777" w:rsidR="008E006D" w:rsidRPr="008E006D" w:rsidRDefault="008E006D" w:rsidP="00AB6182">
      <w:pPr>
        <w:ind w:firstLine="720"/>
        <w:rPr>
          <w:rFonts w:cs="Sakkal Majalla"/>
          <w:sz w:val="36"/>
          <w:szCs w:val="38"/>
        </w:rPr>
      </w:pPr>
      <w:r w:rsidRPr="008E006D">
        <w:rPr>
          <w:rFonts w:cs="Sakkal Majalla"/>
          <w:sz w:val="36"/>
          <w:szCs w:val="38"/>
          <w:rtl/>
        </w:rPr>
        <w:t>لم</w:t>
      </w:r>
      <w:r w:rsidRPr="008E006D">
        <w:rPr>
          <w:rFonts w:cs="Sakkal Majalla"/>
          <w:sz w:val="36"/>
          <w:szCs w:val="38"/>
        </w:rPr>
        <w:t xml:space="preserve"> </w:t>
      </w:r>
      <w:r w:rsidRPr="008E006D">
        <w:rPr>
          <w:rFonts w:cs="Sakkal Majalla"/>
          <w:sz w:val="36"/>
          <w:szCs w:val="38"/>
          <w:rtl/>
        </w:rPr>
        <w:t>يعد</w:t>
      </w:r>
      <w:r w:rsidRPr="008E006D">
        <w:rPr>
          <w:rFonts w:cs="Sakkal Majalla"/>
          <w:sz w:val="36"/>
          <w:szCs w:val="38"/>
        </w:rPr>
        <w:t xml:space="preserve"> </w:t>
      </w:r>
      <w:r w:rsidRPr="008E006D">
        <w:rPr>
          <w:rFonts w:cs="Sakkal Majalla"/>
          <w:sz w:val="36"/>
          <w:szCs w:val="38"/>
          <w:rtl/>
        </w:rPr>
        <w:t>نجاح</w:t>
      </w:r>
      <w:r w:rsidRPr="008E006D">
        <w:rPr>
          <w:rFonts w:cs="Sakkal Majalla"/>
          <w:sz w:val="36"/>
          <w:szCs w:val="38"/>
        </w:rPr>
        <w:t xml:space="preserve"> </w:t>
      </w:r>
      <w:r w:rsidRPr="008E006D">
        <w:rPr>
          <w:rFonts w:cs="Sakkal Majalla"/>
          <w:sz w:val="36"/>
          <w:szCs w:val="38"/>
          <w:rtl/>
        </w:rPr>
        <w:t>المشروع</w:t>
      </w:r>
      <w:r w:rsidRPr="008E006D">
        <w:rPr>
          <w:rFonts w:cs="Sakkal Majalla"/>
          <w:sz w:val="36"/>
          <w:szCs w:val="38"/>
        </w:rPr>
        <w:t xml:space="preserve"> </w:t>
      </w:r>
      <w:r w:rsidRPr="008E006D">
        <w:rPr>
          <w:rFonts w:cs="Sakkal Majalla"/>
          <w:sz w:val="36"/>
          <w:szCs w:val="38"/>
          <w:rtl/>
        </w:rPr>
        <w:t>الحكومي</w:t>
      </w:r>
      <w:r w:rsidRPr="008E006D">
        <w:rPr>
          <w:rFonts w:cs="Sakkal Majalla"/>
          <w:sz w:val="36"/>
          <w:szCs w:val="38"/>
        </w:rPr>
        <w:t xml:space="preserve"> </w:t>
      </w:r>
      <w:r w:rsidRPr="008E006D">
        <w:rPr>
          <w:rFonts w:cs="Sakkal Majalla"/>
          <w:sz w:val="36"/>
          <w:szCs w:val="38"/>
          <w:rtl/>
        </w:rPr>
        <w:t>يقاس</w:t>
      </w:r>
      <w:r w:rsidRPr="008E006D">
        <w:rPr>
          <w:rFonts w:cs="Sakkal Majalla"/>
          <w:sz w:val="36"/>
          <w:szCs w:val="38"/>
        </w:rPr>
        <w:t xml:space="preserve"> </w:t>
      </w:r>
      <w:r w:rsidRPr="008E006D">
        <w:rPr>
          <w:rFonts w:cs="Sakkal Majalla"/>
          <w:sz w:val="36"/>
          <w:szCs w:val="38"/>
          <w:rtl/>
        </w:rPr>
        <w:t>بمجرد</w:t>
      </w:r>
      <w:r w:rsidRPr="008E006D">
        <w:rPr>
          <w:rFonts w:cs="Sakkal Majalla"/>
          <w:sz w:val="36"/>
          <w:szCs w:val="38"/>
        </w:rPr>
        <w:t xml:space="preserve"> </w:t>
      </w:r>
      <w:r w:rsidRPr="008E006D">
        <w:rPr>
          <w:rFonts w:cs="Sakkal Majalla"/>
          <w:sz w:val="36"/>
          <w:szCs w:val="38"/>
          <w:rtl/>
        </w:rPr>
        <w:t>الالتزام</w:t>
      </w:r>
      <w:r w:rsidRPr="008E006D">
        <w:rPr>
          <w:rFonts w:cs="Sakkal Majalla"/>
          <w:sz w:val="36"/>
          <w:szCs w:val="38"/>
        </w:rPr>
        <w:t xml:space="preserve"> </w:t>
      </w:r>
      <w:r w:rsidRPr="008E006D">
        <w:rPr>
          <w:rFonts w:cs="Sakkal Majalla"/>
          <w:sz w:val="36"/>
          <w:szCs w:val="38"/>
          <w:rtl/>
        </w:rPr>
        <w:t>بالوقت</w:t>
      </w:r>
      <w:r w:rsidRPr="008E006D">
        <w:rPr>
          <w:rFonts w:cs="Sakkal Majalla"/>
          <w:sz w:val="36"/>
          <w:szCs w:val="38"/>
        </w:rPr>
        <w:t xml:space="preserve"> </w:t>
      </w:r>
      <w:r w:rsidRPr="008E006D">
        <w:rPr>
          <w:rFonts w:cs="Sakkal Majalla"/>
          <w:sz w:val="36"/>
          <w:szCs w:val="38"/>
          <w:rtl/>
        </w:rPr>
        <w:t>والتكلفة</w:t>
      </w:r>
      <w:r w:rsidRPr="008E006D">
        <w:rPr>
          <w:rFonts w:cs="Sakkal Majalla"/>
          <w:sz w:val="36"/>
          <w:szCs w:val="38"/>
        </w:rPr>
        <w:t xml:space="preserve"> </w:t>
      </w:r>
      <w:r w:rsidRPr="008E006D">
        <w:rPr>
          <w:rFonts w:cs="Sakkal Majalla"/>
          <w:sz w:val="36"/>
          <w:szCs w:val="38"/>
          <w:rtl/>
        </w:rPr>
        <w:t>والنطاق،</w:t>
      </w:r>
      <w:r w:rsidRPr="008E006D">
        <w:rPr>
          <w:rFonts w:cs="Sakkal Majalla"/>
          <w:sz w:val="36"/>
          <w:szCs w:val="38"/>
        </w:rPr>
        <w:t xml:space="preserve"> </w:t>
      </w:r>
      <w:r w:rsidRPr="008E006D">
        <w:rPr>
          <w:rFonts w:cs="Sakkal Majalla"/>
          <w:sz w:val="36"/>
          <w:szCs w:val="38"/>
          <w:rtl/>
        </w:rPr>
        <w:t>بل</w:t>
      </w:r>
      <w:r w:rsidRPr="008E006D">
        <w:rPr>
          <w:rFonts w:cs="Sakkal Majalla"/>
          <w:sz w:val="36"/>
          <w:szCs w:val="38"/>
        </w:rPr>
        <w:t xml:space="preserve"> </w:t>
      </w:r>
      <w:r w:rsidRPr="008E006D">
        <w:rPr>
          <w:rFonts w:cs="Sakkal Majalla"/>
          <w:sz w:val="36"/>
          <w:szCs w:val="38"/>
          <w:rtl/>
        </w:rPr>
        <w:t>أصبح</w:t>
      </w:r>
      <w:r w:rsidRPr="008E006D">
        <w:rPr>
          <w:rFonts w:cs="Sakkal Majalla"/>
          <w:sz w:val="36"/>
          <w:szCs w:val="38"/>
        </w:rPr>
        <w:t xml:space="preserve"> </w:t>
      </w:r>
      <w:r w:rsidRPr="008E006D">
        <w:rPr>
          <w:rFonts w:cs="Sakkal Majalla"/>
          <w:sz w:val="36"/>
          <w:szCs w:val="38"/>
          <w:rtl/>
        </w:rPr>
        <w:t>يرتبط</w:t>
      </w:r>
      <w:r w:rsidRPr="008E006D">
        <w:rPr>
          <w:rFonts w:cs="Sakkal Majalla"/>
          <w:sz w:val="36"/>
          <w:szCs w:val="38"/>
        </w:rPr>
        <w:t xml:space="preserve"> </w:t>
      </w:r>
      <w:r w:rsidRPr="008E006D">
        <w:rPr>
          <w:rFonts w:cs="Sakkal Majalla"/>
          <w:sz w:val="36"/>
          <w:szCs w:val="38"/>
          <w:rtl/>
        </w:rPr>
        <w:t>بمدى</w:t>
      </w:r>
      <w:r w:rsidRPr="008E006D">
        <w:rPr>
          <w:rFonts w:cs="Sakkal Majalla"/>
          <w:sz w:val="36"/>
          <w:szCs w:val="38"/>
        </w:rPr>
        <w:t xml:space="preserve"> </w:t>
      </w:r>
      <w:r w:rsidRPr="008E006D">
        <w:rPr>
          <w:rFonts w:cs="Sakkal Majalla"/>
          <w:sz w:val="36"/>
          <w:szCs w:val="38"/>
          <w:rtl/>
        </w:rPr>
        <w:t>مساهمة</w:t>
      </w:r>
      <w:r w:rsidRPr="008E006D">
        <w:rPr>
          <w:rFonts w:cs="Sakkal Majalla"/>
          <w:sz w:val="36"/>
          <w:szCs w:val="38"/>
        </w:rPr>
        <w:t xml:space="preserve"> </w:t>
      </w:r>
      <w:r w:rsidRPr="008E006D">
        <w:rPr>
          <w:rFonts w:cs="Sakkal Majalla"/>
          <w:sz w:val="36"/>
          <w:szCs w:val="38"/>
          <w:rtl/>
        </w:rPr>
        <w:t>المشروع</w:t>
      </w:r>
      <w:r w:rsidRPr="008E006D">
        <w:rPr>
          <w:rFonts w:cs="Sakkal Majalla"/>
          <w:sz w:val="36"/>
          <w:szCs w:val="38"/>
        </w:rPr>
        <w:t xml:space="preserve"> </w:t>
      </w:r>
      <w:r w:rsidRPr="008E006D">
        <w:rPr>
          <w:rFonts w:cs="Sakkal Majalla"/>
          <w:sz w:val="36"/>
          <w:szCs w:val="38"/>
          <w:rtl/>
        </w:rPr>
        <w:t>في</w:t>
      </w:r>
      <w:r w:rsidRPr="008E006D">
        <w:rPr>
          <w:rFonts w:cs="Sakkal Majalla"/>
          <w:sz w:val="36"/>
          <w:szCs w:val="38"/>
        </w:rPr>
        <w:t xml:space="preserve"> </w:t>
      </w:r>
      <w:r w:rsidRPr="008E006D">
        <w:rPr>
          <w:rFonts w:cs="Sakkal Majalla"/>
          <w:sz w:val="36"/>
          <w:szCs w:val="38"/>
          <w:rtl/>
        </w:rPr>
        <w:t>تحقيق</w:t>
      </w:r>
      <w:r w:rsidRPr="008E006D">
        <w:rPr>
          <w:rFonts w:cs="Sakkal Majalla"/>
          <w:sz w:val="36"/>
          <w:szCs w:val="38"/>
        </w:rPr>
        <w:t xml:space="preserve"> </w:t>
      </w:r>
      <w:r w:rsidRPr="008E006D">
        <w:rPr>
          <w:rFonts w:cs="Sakkal Majalla"/>
          <w:sz w:val="36"/>
          <w:szCs w:val="38"/>
          <w:rtl/>
        </w:rPr>
        <w:t>القيمة</w:t>
      </w:r>
      <w:r w:rsidRPr="008E006D">
        <w:rPr>
          <w:rFonts w:cs="Sakkal Majalla"/>
          <w:sz w:val="36"/>
          <w:szCs w:val="38"/>
        </w:rPr>
        <w:t xml:space="preserve"> </w:t>
      </w:r>
      <w:r w:rsidRPr="008E006D">
        <w:rPr>
          <w:rFonts w:cs="Sakkal Majalla"/>
          <w:sz w:val="36"/>
          <w:szCs w:val="38"/>
          <w:rtl/>
        </w:rPr>
        <w:t>العامة،</w:t>
      </w:r>
      <w:r w:rsidRPr="008E006D">
        <w:rPr>
          <w:rFonts w:cs="Sakkal Majalla"/>
          <w:sz w:val="36"/>
          <w:szCs w:val="38"/>
        </w:rPr>
        <w:t xml:space="preserve"> </w:t>
      </w:r>
      <w:r w:rsidRPr="008E006D">
        <w:rPr>
          <w:rFonts w:cs="Sakkal Majalla"/>
          <w:sz w:val="36"/>
          <w:szCs w:val="38"/>
          <w:rtl/>
        </w:rPr>
        <w:t>وتحسين</w:t>
      </w:r>
      <w:r w:rsidRPr="008E006D">
        <w:rPr>
          <w:rFonts w:cs="Sakkal Majalla"/>
          <w:sz w:val="36"/>
          <w:szCs w:val="38"/>
        </w:rPr>
        <w:t xml:space="preserve"> </w:t>
      </w:r>
      <w:r w:rsidRPr="008E006D">
        <w:rPr>
          <w:rFonts w:cs="Sakkal Majalla"/>
          <w:sz w:val="36"/>
          <w:szCs w:val="38"/>
          <w:rtl/>
        </w:rPr>
        <w:t>تجربة</w:t>
      </w:r>
      <w:r w:rsidRPr="008E006D">
        <w:rPr>
          <w:rFonts w:cs="Sakkal Majalla"/>
          <w:sz w:val="36"/>
          <w:szCs w:val="38"/>
        </w:rPr>
        <w:t xml:space="preserve"> </w:t>
      </w:r>
      <w:r w:rsidRPr="008E006D">
        <w:rPr>
          <w:rFonts w:cs="Sakkal Majalla"/>
          <w:sz w:val="36"/>
          <w:szCs w:val="38"/>
          <w:rtl/>
        </w:rPr>
        <w:lastRenderedPageBreak/>
        <w:t>المستفيد،</w:t>
      </w:r>
      <w:r w:rsidRPr="008E006D">
        <w:rPr>
          <w:rFonts w:cs="Sakkal Majalla"/>
          <w:sz w:val="36"/>
          <w:szCs w:val="38"/>
        </w:rPr>
        <w:t xml:space="preserve"> </w:t>
      </w:r>
      <w:r w:rsidRPr="008E006D">
        <w:rPr>
          <w:rFonts w:cs="Sakkal Majalla"/>
          <w:sz w:val="36"/>
          <w:szCs w:val="38"/>
          <w:rtl/>
        </w:rPr>
        <w:t>ورفع</w:t>
      </w:r>
      <w:r w:rsidRPr="008E006D">
        <w:rPr>
          <w:rFonts w:cs="Sakkal Majalla"/>
          <w:sz w:val="36"/>
          <w:szCs w:val="38"/>
        </w:rPr>
        <w:t xml:space="preserve"> </w:t>
      </w:r>
      <w:r w:rsidRPr="008E006D">
        <w:rPr>
          <w:rFonts w:cs="Sakkal Majalla"/>
          <w:sz w:val="36"/>
          <w:szCs w:val="38"/>
          <w:rtl/>
        </w:rPr>
        <w:t>جودة</w:t>
      </w:r>
      <w:r w:rsidRPr="008E006D">
        <w:rPr>
          <w:rFonts w:cs="Sakkal Majalla"/>
          <w:sz w:val="36"/>
          <w:szCs w:val="38"/>
        </w:rPr>
        <w:t xml:space="preserve"> </w:t>
      </w:r>
      <w:r w:rsidRPr="008E006D">
        <w:rPr>
          <w:rFonts w:cs="Sakkal Majalla"/>
          <w:sz w:val="36"/>
          <w:szCs w:val="38"/>
          <w:rtl/>
        </w:rPr>
        <w:t>الخدمات،</w:t>
      </w:r>
      <w:r w:rsidRPr="008E006D">
        <w:rPr>
          <w:rFonts w:cs="Sakkal Majalla"/>
          <w:sz w:val="36"/>
          <w:szCs w:val="38"/>
        </w:rPr>
        <w:t xml:space="preserve"> </w:t>
      </w:r>
      <w:r w:rsidRPr="008E006D">
        <w:rPr>
          <w:rFonts w:cs="Sakkal Majalla"/>
          <w:sz w:val="36"/>
          <w:szCs w:val="38"/>
          <w:rtl/>
        </w:rPr>
        <w:t>ودعم</w:t>
      </w:r>
      <w:r w:rsidRPr="008E006D">
        <w:rPr>
          <w:rFonts w:cs="Sakkal Majalla"/>
          <w:sz w:val="36"/>
          <w:szCs w:val="38"/>
        </w:rPr>
        <w:t xml:space="preserve"> </w:t>
      </w:r>
      <w:r w:rsidRPr="008E006D">
        <w:rPr>
          <w:rFonts w:cs="Sakkal Majalla"/>
          <w:sz w:val="36"/>
          <w:szCs w:val="38"/>
          <w:rtl/>
        </w:rPr>
        <w:t>الأهداف</w:t>
      </w:r>
      <w:r w:rsidRPr="008E006D">
        <w:rPr>
          <w:rFonts w:cs="Sakkal Majalla"/>
          <w:sz w:val="36"/>
          <w:szCs w:val="38"/>
        </w:rPr>
        <w:t xml:space="preserve"> </w:t>
      </w:r>
      <w:r w:rsidRPr="008E006D">
        <w:rPr>
          <w:rFonts w:cs="Sakkal Majalla"/>
          <w:sz w:val="36"/>
          <w:szCs w:val="38"/>
          <w:rtl/>
        </w:rPr>
        <w:t>الاستراتيجية</w:t>
      </w:r>
      <w:r w:rsidRPr="008E006D">
        <w:rPr>
          <w:rFonts w:cs="Sakkal Majalla"/>
          <w:sz w:val="36"/>
          <w:szCs w:val="38"/>
        </w:rPr>
        <w:t xml:space="preserve"> </w:t>
      </w:r>
      <w:r w:rsidRPr="008E006D">
        <w:rPr>
          <w:rFonts w:cs="Sakkal Majalla"/>
          <w:sz w:val="36"/>
          <w:szCs w:val="38"/>
          <w:rtl/>
        </w:rPr>
        <w:t>للجهة</w:t>
      </w:r>
      <w:r w:rsidRPr="008E006D">
        <w:rPr>
          <w:rFonts w:cs="Sakkal Majalla"/>
          <w:sz w:val="36"/>
          <w:szCs w:val="38"/>
        </w:rPr>
        <w:t xml:space="preserve">. </w:t>
      </w:r>
      <w:r w:rsidRPr="008E006D">
        <w:rPr>
          <w:rFonts w:cs="Sakkal Majalla"/>
          <w:sz w:val="36"/>
          <w:szCs w:val="38"/>
          <w:rtl/>
        </w:rPr>
        <w:t>ويؤكد</w:t>
      </w:r>
      <w:r w:rsidRPr="008E006D">
        <w:rPr>
          <w:rFonts w:cs="Sakkal Majalla"/>
          <w:sz w:val="36"/>
          <w:szCs w:val="38"/>
        </w:rPr>
        <w:t xml:space="preserve"> </w:t>
      </w:r>
      <w:r w:rsidRPr="008E006D">
        <w:rPr>
          <w:rFonts w:cs="Sakkal Majalla"/>
          <w:sz w:val="36"/>
          <w:szCs w:val="38"/>
          <w:rtl/>
        </w:rPr>
        <w:t>الاتجاه</w:t>
      </w:r>
      <w:r w:rsidRPr="008E006D">
        <w:rPr>
          <w:rFonts w:cs="Sakkal Majalla"/>
          <w:sz w:val="36"/>
          <w:szCs w:val="38"/>
        </w:rPr>
        <w:t xml:space="preserve"> </w:t>
      </w:r>
      <w:r w:rsidRPr="008E006D">
        <w:rPr>
          <w:rFonts w:cs="Sakkal Majalla"/>
          <w:sz w:val="36"/>
          <w:szCs w:val="38"/>
          <w:rtl/>
        </w:rPr>
        <w:t>المهني</w:t>
      </w:r>
      <w:r w:rsidRPr="008E006D">
        <w:rPr>
          <w:rFonts w:cs="Sakkal Majalla"/>
          <w:sz w:val="36"/>
          <w:szCs w:val="38"/>
        </w:rPr>
        <w:t xml:space="preserve"> </w:t>
      </w:r>
      <w:r w:rsidRPr="008E006D">
        <w:rPr>
          <w:rFonts w:cs="Sakkal Majalla"/>
          <w:sz w:val="36"/>
          <w:szCs w:val="38"/>
          <w:rtl/>
        </w:rPr>
        <w:t>الحديث</w:t>
      </w:r>
      <w:r w:rsidRPr="008E006D">
        <w:rPr>
          <w:rFonts w:cs="Sakkal Majalla"/>
          <w:sz w:val="36"/>
          <w:szCs w:val="38"/>
        </w:rPr>
        <w:t xml:space="preserve"> </w:t>
      </w:r>
      <w:r w:rsidRPr="008E006D">
        <w:rPr>
          <w:rFonts w:cs="Sakkal Majalla"/>
          <w:sz w:val="36"/>
          <w:szCs w:val="38"/>
          <w:rtl/>
        </w:rPr>
        <w:t>في</w:t>
      </w:r>
      <w:r w:rsidRPr="008E006D">
        <w:rPr>
          <w:rFonts w:cs="Sakkal Majalla"/>
          <w:sz w:val="36"/>
          <w:szCs w:val="38"/>
        </w:rPr>
        <w:t xml:space="preserve"> </w:t>
      </w:r>
      <w:r w:rsidRPr="008E006D">
        <w:rPr>
          <w:rFonts w:cs="Sakkal Majalla"/>
          <w:sz w:val="36"/>
          <w:szCs w:val="38"/>
          <w:rtl/>
        </w:rPr>
        <w:t>إدارة</w:t>
      </w:r>
      <w:r w:rsidRPr="008E006D">
        <w:rPr>
          <w:rFonts w:cs="Sakkal Majalla"/>
          <w:sz w:val="36"/>
          <w:szCs w:val="38"/>
        </w:rPr>
        <w:t xml:space="preserve"> </w:t>
      </w:r>
      <w:r w:rsidRPr="008E006D">
        <w:rPr>
          <w:rFonts w:cs="Sakkal Majalla"/>
          <w:sz w:val="36"/>
          <w:szCs w:val="38"/>
          <w:rtl/>
        </w:rPr>
        <w:t>المشاريع</w:t>
      </w:r>
      <w:r w:rsidRPr="008E006D">
        <w:rPr>
          <w:rFonts w:cs="Sakkal Majalla"/>
          <w:sz w:val="36"/>
          <w:szCs w:val="38"/>
        </w:rPr>
        <w:t xml:space="preserve"> </w:t>
      </w:r>
      <w:r w:rsidRPr="008E006D">
        <w:rPr>
          <w:rFonts w:cs="Sakkal Majalla"/>
          <w:sz w:val="36"/>
          <w:szCs w:val="38"/>
          <w:rtl/>
        </w:rPr>
        <w:t>أن</w:t>
      </w:r>
      <w:r w:rsidRPr="008E006D">
        <w:rPr>
          <w:rFonts w:cs="Sakkal Majalla"/>
          <w:sz w:val="36"/>
          <w:szCs w:val="38"/>
        </w:rPr>
        <w:t xml:space="preserve"> </w:t>
      </w:r>
      <w:r w:rsidRPr="008E006D">
        <w:rPr>
          <w:rFonts w:cs="Sakkal Majalla"/>
          <w:sz w:val="36"/>
          <w:szCs w:val="38"/>
          <w:rtl/>
        </w:rPr>
        <w:t>مفهوم</w:t>
      </w:r>
      <w:r w:rsidRPr="008E006D">
        <w:rPr>
          <w:rFonts w:cs="Sakkal Majalla"/>
          <w:sz w:val="36"/>
          <w:szCs w:val="38"/>
        </w:rPr>
        <w:t xml:space="preserve"> </w:t>
      </w:r>
      <w:r w:rsidRPr="008E006D">
        <w:rPr>
          <w:rFonts w:cs="Sakkal Majalla"/>
          <w:sz w:val="36"/>
          <w:szCs w:val="38"/>
          <w:rtl/>
        </w:rPr>
        <w:t>النجاح</w:t>
      </w:r>
      <w:r w:rsidRPr="008E006D">
        <w:rPr>
          <w:rFonts w:cs="Sakkal Majalla"/>
          <w:sz w:val="36"/>
          <w:szCs w:val="38"/>
        </w:rPr>
        <w:t xml:space="preserve"> </w:t>
      </w:r>
      <w:r w:rsidRPr="008E006D">
        <w:rPr>
          <w:rFonts w:cs="Sakkal Majalla"/>
          <w:sz w:val="36"/>
          <w:szCs w:val="38"/>
          <w:rtl/>
        </w:rPr>
        <w:t>ينبغي</w:t>
      </w:r>
      <w:r w:rsidRPr="008E006D">
        <w:rPr>
          <w:rFonts w:cs="Sakkal Majalla"/>
          <w:sz w:val="36"/>
          <w:szCs w:val="38"/>
        </w:rPr>
        <w:t xml:space="preserve"> </w:t>
      </w:r>
      <w:r w:rsidRPr="008E006D">
        <w:rPr>
          <w:rFonts w:cs="Sakkal Majalla"/>
          <w:sz w:val="36"/>
          <w:szCs w:val="38"/>
          <w:rtl/>
        </w:rPr>
        <w:t>أن</w:t>
      </w:r>
      <w:r w:rsidRPr="008E006D">
        <w:rPr>
          <w:rFonts w:cs="Sakkal Majalla"/>
          <w:sz w:val="36"/>
          <w:szCs w:val="38"/>
        </w:rPr>
        <w:t xml:space="preserve"> </w:t>
      </w:r>
      <w:r w:rsidRPr="008E006D">
        <w:rPr>
          <w:rFonts w:cs="Sakkal Majalla"/>
          <w:sz w:val="36"/>
          <w:szCs w:val="38"/>
          <w:rtl/>
        </w:rPr>
        <w:t>يتجاوز</w:t>
      </w:r>
      <w:r w:rsidRPr="008E006D">
        <w:rPr>
          <w:rFonts w:cs="Sakkal Majalla"/>
          <w:sz w:val="36"/>
          <w:szCs w:val="38"/>
        </w:rPr>
        <w:t xml:space="preserve"> </w:t>
      </w:r>
      <w:r w:rsidRPr="008E006D">
        <w:rPr>
          <w:rFonts w:cs="Sakkal Majalla"/>
          <w:sz w:val="36"/>
          <w:szCs w:val="38"/>
          <w:rtl/>
        </w:rPr>
        <w:t>مثلث</w:t>
      </w:r>
      <w:r w:rsidRPr="008E006D">
        <w:rPr>
          <w:rFonts w:cs="Sakkal Majalla"/>
          <w:sz w:val="36"/>
          <w:szCs w:val="38"/>
        </w:rPr>
        <w:t xml:space="preserve"> </w:t>
      </w:r>
      <w:r w:rsidRPr="008E006D">
        <w:rPr>
          <w:rFonts w:cs="Sakkal Majalla"/>
          <w:sz w:val="36"/>
          <w:szCs w:val="38"/>
          <w:rtl/>
        </w:rPr>
        <w:t>القيود</w:t>
      </w:r>
      <w:r w:rsidRPr="008E006D">
        <w:rPr>
          <w:rFonts w:cs="Sakkal Majalla"/>
          <w:sz w:val="36"/>
          <w:szCs w:val="38"/>
        </w:rPr>
        <w:t xml:space="preserve"> </w:t>
      </w:r>
      <w:r w:rsidRPr="008E006D">
        <w:rPr>
          <w:rFonts w:cs="Sakkal Majalla"/>
          <w:sz w:val="36"/>
          <w:szCs w:val="38"/>
          <w:rtl/>
        </w:rPr>
        <w:t>التقليدي</w:t>
      </w:r>
      <w:r w:rsidRPr="008E006D">
        <w:rPr>
          <w:rFonts w:cs="Sakkal Majalla"/>
          <w:sz w:val="36"/>
          <w:szCs w:val="38"/>
        </w:rPr>
        <w:t xml:space="preserve"> </w:t>
      </w:r>
      <w:r w:rsidRPr="008E006D">
        <w:rPr>
          <w:rFonts w:cs="Sakkal Majalla"/>
          <w:sz w:val="36"/>
          <w:szCs w:val="38"/>
          <w:rtl/>
        </w:rPr>
        <w:t>ليشمل</w:t>
      </w:r>
      <w:r w:rsidRPr="008E006D">
        <w:rPr>
          <w:rFonts w:cs="Sakkal Majalla"/>
          <w:sz w:val="36"/>
          <w:szCs w:val="38"/>
        </w:rPr>
        <w:t xml:space="preserve"> </w:t>
      </w:r>
      <w:r w:rsidRPr="008E006D">
        <w:rPr>
          <w:rFonts w:cs="Sakkal Majalla"/>
          <w:sz w:val="36"/>
          <w:szCs w:val="38"/>
          <w:rtl/>
        </w:rPr>
        <w:t>المنافع،</w:t>
      </w:r>
      <w:r w:rsidRPr="008E006D">
        <w:rPr>
          <w:rFonts w:cs="Sakkal Majalla"/>
          <w:sz w:val="36"/>
          <w:szCs w:val="38"/>
        </w:rPr>
        <w:t xml:space="preserve"> </w:t>
      </w:r>
      <w:r w:rsidRPr="008E006D">
        <w:rPr>
          <w:rFonts w:cs="Sakkal Majalla"/>
          <w:sz w:val="36"/>
          <w:szCs w:val="38"/>
          <w:rtl/>
        </w:rPr>
        <w:t>والقيمة،</w:t>
      </w:r>
      <w:r w:rsidRPr="008E006D">
        <w:rPr>
          <w:rFonts w:cs="Sakkal Majalla"/>
          <w:sz w:val="36"/>
          <w:szCs w:val="38"/>
        </w:rPr>
        <w:t xml:space="preserve"> </w:t>
      </w:r>
      <w:r w:rsidRPr="008E006D">
        <w:rPr>
          <w:rFonts w:cs="Sakkal Majalla"/>
          <w:sz w:val="36"/>
          <w:szCs w:val="38"/>
          <w:rtl/>
        </w:rPr>
        <w:t>والرضا،</w:t>
      </w:r>
      <w:r w:rsidRPr="008E006D">
        <w:rPr>
          <w:rFonts w:cs="Sakkal Majalla"/>
          <w:sz w:val="36"/>
          <w:szCs w:val="38"/>
        </w:rPr>
        <w:t xml:space="preserve"> </w:t>
      </w:r>
      <w:r w:rsidRPr="008E006D">
        <w:rPr>
          <w:rFonts w:cs="Sakkal Majalla"/>
          <w:sz w:val="36"/>
          <w:szCs w:val="38"/>
          <w:rtl/>
        </w:rPr>
        <w:t>والقدرة</w:t>
      </w:r>
      <w:r w:rsidRPr="008E006D">
        <w:rPr>
          <w:rFonts w:cs="Sakkal Majalla"/>
          <w:sz w:val="36"/>
          <w:szCs w:val="38"/>
        </w:rPr>
        <w:t xml:space="preserve"> </w:t>
      </w:r>
      <w:r w:rsidRPr="008E006D">
        <w:rPr>
          <w:rFonts w:cs="Sakkal Majalla"/>
          <w:sz w:val="36"/>
          <w:szCs w:val="38"/>
          <w:rtl/>
        </w:rPr>
        <w:t>على</w:t>
      </w:r>
      <w:r w:rsidRPr="008E006D">
        <w:rPr>
          <w:rFonts w:cs="Sakkal Majalla"/>
          <w:sz w:val="36"/>
          <w:szCs w:val="38"/>
        </w:rPr>
        <w:t xml:space="preserve"> </w:t>
      </w:r>
      <w:r w:rsidRPr="008E006D">
        <w:rPr>
          <w:rFonts w:cs="Sakkal Majalla"/>
          <w:sz w:val="36"/>
          <w:szCs w:val="38"/>
          <w:rtl/>
        </w:rPr>
        <w:t>الاستدامة</w:t>
      </w:r>
      <w:r w:rsidRPr="008E006D">
        <w:rPr>
          <w:rFonts w:cs="Sakkal Majalla"/>
          <w:sz w:val="36"/>
          <w:szCs w:val="38"/>
        </w:rPr>
        <w:t xml:space="preserve"> </w:t>
      </w:r>
      <w:r w:rsidRPr="008E006D">
        <w:rPr>
          <w:rFonts w:cs="Sakkal Majalla"/>
          <w:sz w:val="36"/>
          <w:szCs w:val="38"/>
          <w:rtl/>
        </w:rPr>
        <w:t>والتحسين</w:t>
      </w:r>
      <w:r w:rsidRPr="008E006D">
        <w:rPr>
          <w:rFonts w:cs="Sakkal Majalla"/>
          <w:sz w:val="36"/>
          <w:szCs w:val="38"/>
        </w:rPr>
        <w:t xml:space="preserve"> </w:t>
      </w:r>
      <w:r w:rsidRPr="008E006D">
        <w:rPr>
          <w:rFonts w:cs="Sakkal Majalla"/>
          <w:sz w:val="36"/>
          <w:szCs w:val="38"/>
          <w:rtl/>
        </w:rPr>
        <w:t>المستمر</w:t>
      </w:r>
      <w:r w:rsidRPr="008E006D">
        <w:rPr>
          <w:rFonts w:cs="Sakkal Majalla"/>
          <w:sz w:val="36"/>
          <w:szCs w:val="38"/>
        </w:rPr>
        <w:t xml:space="preserve"> (PMI, 2021; PMI, 2025).</w:t>
      </w:r>
    </w:p>
    <w:p w14:paraId="6298D869" w14:textId="77777777" w:rsidR="008E006D" w:rsidRPr="008E006D" w:rsidRDefault="008E006D" w:rsidP="00AB6182">
      <w:pPr>
        <w:ind w:firstLine="720"/>
        <w:rPr>
          <w:rFonts w:cs="Sakkal Majalla"/>
          <w:sz w:val="36"/>
          <w:szCs w:val="38"/>
        </w:rPr>
      </w:pPr>
      <w:r w:rsidRPr="008E006D">
        <w:rPr>
          <w:rFonts w:cs="Sakkal Majalla"/>
          <w:sz w:val="36"/>
          <w:szCs w:val="38"/>
          <w:rtl/>
        </w:rPr>
        <w:t>وعلى</w:t>
      </w:r>
      <w:r w:rsidRPr="008E006D">
        <w:rPr>
          <w:rFonts w:cs="Sakkal Majalla"/>
          <w:sz w:val="36"/>
          <w:szCs w:val="38"/>
        </w:rPr>
        <w:t xml:space="preserve"> </w:t>
      </w:r>
      <w:r w:rsidRPr="008E006D">
        <w:rPr>
          <w:rFonts w:cs="Sakkal Majalla"/>
          <w:sz w:val="36"/>
          <w:szCs w:val="38"/>
          <w:rtl/>
        </w:rPr>
        <w:t>الرغم</w:t>
      </w:r>
      <w:r w:rsidRPr="008E006D">
        <w:rPr>
          <w:rFonts w:cs="Sakkal Majalla"/>
          <w:sz w:val="36"/>
          <w:szCs w:val="38"/>
        </w:rPr>
        <w:t xml:space="preserve"> </w:t>
      </w:r>
      <w:r w:rsidRPr="008E006D">
        <w:rPr>
          <w:rFonts w:cs="Sakkal Majalla"/>
          <w:sz w:val="36"/>
          <w:szCs w:val="38"/>
          <w:rtl/>
        </w:rPr>
        <w:t>من</w:t>
      </w:r>
      <w:r w:rsidRPr="008E006D">
        <w:rPr>
          <w:rFonts w:cs="Sakkal Majalla"/>
          <w:sz w:val="36"/>
          <w:szCs w:val="38"/>
        </w:rPr>
        <w:t xml:space="preserve"> </w:t>
      </w:r>
      <w:r w:rsidRPr="008E006D">
        <w:rPr>
          <w:rFonts w:cs="Sakkal Majalla"/>
          <w:sz w:val="36"/>
          <w:szCs w:val="38"/>
          <w:rtl/>
        </w:rPr>
        <w:t>التقدم</w:t>
      </w:r>
      <w:r w:rsidRPr="008E006D">
        <w:rPr>
          <w:rFonts w:cs="Sakkal Majalla"/>
          <w:sz w:val="36"/>
          <w:szCs w:val="38"/>
        </w:rPr>
        <w:t xml:space="preserve"> </w:t>
      </w:r>
      <w:r w:rsidRPr="008E006D">
        <w:rPr>
          <w:rFonts w:cs="Sakkal Majalla"/>
          <w:sz w:val="36"/>
          <w:szCs w:val="38"/>
          <w:rtl/>
        </w:rPr>
        <w:t>الملحوظ</w:t>
      </w:r>
      <w:r w:rsidRPr="008E006D">
        <w:rPr>
          <w:rFonts w:cs="Sakkal Majalla"/>
          <w:sz w:val="36"/>
          <w:szCs w:val="38"/>
        </w:rPr>
        <w:t xml:space="preserve"> </w:t>
      </w:r>
      <w:r w:rsidRPr="008E006D">
        <w:rPr>
          <w:rFonts w:cs="Sakkal Majalla"/>
          <w:sz w:val="36"/>
          <w:szCs w:val="38"/>
          <w:rtl/>
        </w:rPr>
        <w:t>في</w:t>
      </w:r>
      <w:r w:rsidRPr="008E006D">
        <w:rPr>
          <w:rFonts w:cs="Sakkal Majalla"/>
          <w:sz w:val="36"/>
          <w:szCs w:val="38"/>
        </w:rPr>
        <w:t xml:space="preserve"> </w:t>
      </w:r>
      <w:r w:rsidRPr="008E006D">
        <w:rPr>
          <w:rFonts w:cs="Sakkal Majalla"/>
          <w:sz w:val="36"/>
          <w:szCs w:val="38"/>
          <w:rtl/>
        </w:rPr>
        <w:t>البنية</w:t>
      </w:r>
      <w:r w:rsidRPr="008E006D">
        <w:rPr>
          <w:rFonts w:cs="Sakkal Majalla"/>
          <w:sz w:val="36"/>
          <w:szCs w:val="38"/>
        </w:rPr>
        <w:t xml:space="preserve"> </w:t>
      </w:r>
      <w:r w:rsidRPr="008E006D">
        <w:rPr>
          <w:rFonts w:cs="Sakkal Majalla"/>
          <w:sz w:val="36"/>
          <w:szCs w:val="38"/>
          <w:rtl/>
        </w:rPr>
        <w:t>الرقمية</w:t>
      </w:r>
      <w:r w:rsidRPr="008E006D">
        <w:rPr>
          <w:rFonts w:cs="Sakkal Majalla"/>
          <w:sz w:val="36"/>
          <w:szCs w:val="38"/>
        </w:rPr>
        <w:t xml:space="preserve"> </w:t>
      </w:r>
      <w:r w:rsidRPr="008E006D">
        <w:rPr>
          <w:rFonts w:cs="Sakkal Majalla"/>
          <w:sz w:val="36"/>
          <w:szCs w:val="38"/>
          <w:rtl/>
        </w:rPr>
        <w:t>والمنصات</w:t>
      </w:r>
      <w:r w:rsidRPr="008E006D">
        <w:rPr>
          <w:rFonts w:cs="Sakkal Majalla"/>
          <w:sz w:val="36"/>
          <w:szCs w:val="38"/>
        </w:rPr>
        <w:t xml:space="preserve"> </w:t>
      </w:r>
      <w:r w:rsidRPr="008E006D">
        <w:rPr>
          <w:rFonts w:cs="Sakkal Majalla"/>
          <w:sz w:val="36"/>
          <w:szCs w:val="38"/>
          <w:rtl/>
        </w:rPr>
        <w:t>الحكومية</w:t>
      </w:r>
      <w:r w:rsidRPr="008E006D">
        <w:rPr>
          <w:rFonts w:cs="Sakkal Majalla"/>
          <w:sz w:val="36"/>
          <w:szCs w:val="38"/>
        </w:rPr>
        <w:t xml:space="preserve"> </w:t>
      </w:r>
      <w:r w:rsidRPr="008E006D">
        <w:rPr>
          <w:rFonts w:cs="Sakkal Majalla"/>
          <w:sz w:val="36"/>
          <w:szCs w:val="38"/>
          <w:rtl/>
        </w:rPr>
        <w:t>السعودية،</w:t>
      </w:r>
      <w:r w:rsidRPr="008E006D">
        <w:rPr>
          <w:rFonts w:cs="Sakkal Majalla"/>
          <w:sz w:val="36"/>
          <w:szCs w:val="38"/>
        </w:rPr>
        <w:t xml:space="preserve"> </w:t>
      </w:r>
      <w:r w:rsidRPr="008E006D">
        <w:rPr>
          <w:rFonts w:cs="Sakkal Majalla"/>
          <w:sz w:val="36"/>
          <w:szCs w:val="38"/>
          <w:rtl/>
        </w:rPr>
        <w:t>فإن</w:t>
      </w:r>
      <w:r w:rsidRPr="008E006D">
        <w:rPr>
          <w:rFonts w:cs="Sakkal Majalla"/>
          <w:sz w:val="36"/>
          <w:szCs w:val="38"/>
        </w:rPr>
        <w:t xml:space="preserve"> </w:t>
      </w:r>
      <w:r w:rsidRPr="008E006D">
        <w:rPr>
          <w:rFonts w:cs="Sakkal Majalla"/>
          <w:sz w:val="36"/>
          <w:szCs w:val="38"/>
          <w:rtl/>
        </w:rPr>
        <w:t>بعض</w:t>
      </w:r>
      <w:r w:rsidRPr="008E006D">
        <w:rPr>
          <w:rFonts w:cs="Sakkal Majalla"/>
          <w:sz w:val="36"/>
          <w:szCs w:val="38"/>
        </w:rPr>
        <w:t xml:space="preserve"> </w:t>
      </w:r>
      <w:r w:rsidRPr="008E006D">
        <w:rPr>
          <w:rFonts w:cs="Sakkal Majalla"/>
          <w:sz w:val="36"/>
          <w:szCs w:val="38"/>
          <w:rtl/>
        </w:rPr>
        <w:t>مشاريع</w:t>
      </w:r>
      <w:r w:rsidRPr="008E006D">
        <w:rPr>
          <w:rFonts w:cs="Sakkal Majalla"/>
          <w:sz w:val="36"/>
          <w:szCs w:val="38"/>
        </w:rPr>
        <w:t xml:space="preserve"> </w:t>
      </w:r>
      <w:r w:rsidRPr="008E006D">
        <w:rPr>
          <w:rFonts w:cs="Sakkal Majalla"/>
          <w:sz w:val="36"/>
          <w:szCs w:val="38"/>
          <w:rtl/>
        </w:rPr>
        <w:t>التحول</w:t>
      </w:r>
      <w:r w:rsidRPr="008E006D">
        <w:rPr>
          <w:rFonts w:cs="Sakkal Majalla"/>
          <w:sz w:val="36"/>
          <w:szCs w:val="38"/>
        </w:rPr>
        <w:t xml:space="preserve"> </w:t>
      </w:r>
      <w:r w:rsidRPr="008E006D">
        <w:rPr>
          <w:rFonts w:cs="Sakkal Majalla"/>
          <w:sz w:val="36"/>
          <w:szCs w:val="38"/>
          <w:rtl/>
        </w:rPr>
        <w:t>الرقمي</w:t>
      </w:r>
      <w:r w:rsidRPr="008E006D">
        <w:rPr>
          <w:rFonts w:cs="Sakkal Majalla"/>
          <w:sz w:val="36"/>
          <w:szCs w:val="38"/>
        </w:rPr>
        <w:t xml:space="preserve"> </w:t>
      </w:r>
      <w:r w:rsidRPr="008E006D">
        <w:rPr>
          <w:rFonts w:cs="Sakkal Majalla"/>
          <w:sz w:val="36"/>
          <w:szCs w:val="38"/>
          <w:rtl/>
        </w:rPr>
        <w:t>قد</w:t>
      </w:r>
      <w:r w:rsidRPr="008E006D">
        <w:rPr>
          <w:rFonts w:cs="Sakkal Majalla"/>
          <w:sz w:val="36"/>
          <w:szCs w:val="38"/>
        </w:rPr>
        <w:t xml:space="preserve"> </w:t>
      </w:r>
      <w:r w:rsidRPr="008E006D">
        <w:rPr>
          <w:rFonts w:cs="Sakkal Majalla"/>
          <w:sz w:val="36"/>
          <w:szCs w:val="38"/>
          <w:rtl/>
        </w:rPr>
        <w:t>تواجه</w:t>
      </w:r>
      <w:r w:rsidRPr="008E006D">
        <w:rPr>
          <w:rFonts w:cs="Sakkal Majalla"/>
          <w:sz w:val="36"/>
          <w:szCs w:val="38"/>
        </w:rPr>
        <w:t xml:space="preserve"> </w:t>
      </w:r>
      <w:r w:rsidRPr="008E006D">
        <w:rPr>
          <w:rFonts w:cs="Sakkal Majalla"/>
          <w:sz w:val="36"/>
          <w:szCs w:val="38"/>
          <w:rtl/>
        </w:rPr>
        <w:t>فجوة</w:t>
      </w:r>
      <w:r w:rsidRPr="008E006D">
        <w:rPr>
          <w:rFonts w:cs="Sakkal Majalla"/>
          <w:sz w:val="36"/>
          <w:szCs w:val="38"/>
        </w:rPr>
        <w:t xml:space="preserve"> </w:t>
      </w:r>
      <w:r w:rsidRPr="008E006D">
        <w:rPr>
          <w:rFonts w:cs="Sakkal Majalla"/>
          <w:sz w:val="36"/>
          <w:szCs w:val="38"/>
          <w:rtl/>
        </w:rPr>
        <w:t>بين</w:t>
      </w:r>
      <w:r w:rsidRPr="008E006D">
        <w:rPr>
          <w:rFonts w:cs="Sakkal Majalla"/>
          <w:sz w:val="36"/>
          <w:szCs w:val="38"/>
        </w:rPr>
        <w:t xml:space="preserve"> </w:t>
      </w:r>
      <w:r w:rsidRPr="008E006D">
        <w:rPr>
          <w:rFonts w:cs="Sakkal Majalla"/>
          <w:sz w:val="36"/>
          <w:szCs w:val="38"/>
          <w:rtl/>
        </w:rPr>
        <w:t>الإمكانات</w:t>
      </w:r>
      <w:r w:rsidRPr="008E006D">
        <w:rPr>
          <w:rFonts w:cs="Sakkal Majalla"/>
          <w:sz w:val="36"/>
          <w:szCs w:val="38"/>
        </w:rPr>
        <w:t xml:space="preserve"> </w:t>
      </w:r>
      <w:r w:rsidRPr="008E006D">
        <w:rPr>
          <w:rFonts w:cs="Sakkal Majalla"/>
          <w:sz w:val="36"/>
          <w:szCs w:val="38"/>
          <w:rtl/>
        </w:rPr>
        <w:t>التقنية</w:t>
      </w:r>
      <w:r w:rsidRPr="008E006D">
        <w:rPr>
          <w:rFonts w:cs="Sakkal Majalla"/>
          <w:sz w:val="36"/>
          <w:szCs w:val="38"/>
        </w:rPr>
        <w:t xml:space="preserve"> </w:t>
      </w:r>
      <w:r w:rsidRPr="008E006D">
        <w:rPr>
          <w:rFonts w:cs="Sakkal Majalla"/>
          <w:sz w:val="36"/>
          <w:szCs w:val="38"/>
          <w:rtl/>
        </w:rPr>
        <w:t>المتاحة</w:t>
      </w:r>
      <w:r w:rsidRPr="008E006D">
        <w:rPr>
          <w:rFonts w:cs="Sakkal Majalla"/>
          <w:sz w:val="36"/>
          <w:szCs w:val="38"/>
        </w:rPr>
        <w:t xml:space="preserve"> </w:t>
      </w:r>
      <w:r w:rsidRPr="008E006D">
        <w:rPr>
          <w:rFonts w:cs="Sakkal Majalla"/>
          <w:sz w:val="36"/>
          <w:szCs w:val="38"/>
          <w:rtl/>
        </w:rPr>
        <w:t>وبين</w:t>
      </w:r>
      <w:r w:rsidRPr="008E006D">
        <w:rPr>
          <w:rFonts w:cs="Sakkal Majalla"/>
          <w:sz w:val="36"/>
          <w:szCs w:val="38"/>
        </w:rPr>
        <w:t xml:space="preserve"> </w:t>
      </w:r>
      <w:r w:rsidRPr="008E006D">
        <w:rPr>
          <w:rFonts w:cs="Sakkal Majalla"/>
          <w:sz w:val="36"/>
          <w:szCs w:val="38"/>
          <w:rtl/>
        </w:rPr>
        <w:t>التطبيق</w:t>
      </w:r>
      <w:r w:rsidRPr="008E006D">
        <w:rPr>
          <w:rFonts w:cs="Sakkal Majalla"/>
          <w:sz w:val="36"/>
          <w:szCs w:val="38"/>
        </w:rPr>
        <w:t xml:space="preserve"> </w:t>
      </w:r>
      <w:r w:rsidRPr="008E006D">
        <w:rPr>
          <w:rFonts w:cs="Sakkal Majalla"/>
          <w:sz w:val="36"/>
          <w:szCs w:val="38"/>
          <w:rtl/>
        </w:rPr>
        <w:t>الفعلي</w:t>
      </w:r>
      <w:r w:rsidRPr="008E006D">
        <w:rPr>
          <w:rFonts w:cs="Sakkal Majalla"/>
          <w:sz w:val="36"/>
          <w:szCs w:val="38"/>
        </w:rPr>
        <w:t xml:space="preserve"> </w:t>
      </w:r>
      <w:r w:rsidRPr="008E006D">
        <w:rPr>
          <w:rFonts w:cs="Sakkal Majalla"/>
          <w:sz w:val="36"/>
          <w:szCs w:val="38"/>
          <w:rtl/>
        </w:rPr>
        <w:t>داخل</w:t>
      </w:r>
      <w:r w:rsidRPr="008E006D">
        <w:rPr>
          <w:rFonts w:cs="Sakkal Majalla"/>
          <w:sz w:val="36"/>
          <w:szCs w:val="38"/>
        </w:rPr>
        <w:t xml:space="preserve"> </w:t>
      </w:r>
      <w:r w:rsidRPr="008E006D">
        <w:rPr>
          <w:rFonts w:cs="Sakkal Majalla"/>
          <w:sz w:val="36"/>
          <w:szCs w:val="38"/>
          <w:rtl/>
        </w:rPr>
        <w:t>بيئة</w:t>
      </w:r>
      <w:r w:rsidRPr="008E006D">
        <w:rPr>
          <w:rFonts w:cs="Sakkal Majalla"/>
          <w:sz w:val="36"/>
          <w:szCs w:val="38"/>
        </w:rPr>
        <w:t xml:space="preserve"> </w:t>
      </w:r>
      <w:r w:rsidRPr="008E006D">
        <w:rPr>
          <w:rFonts w:cs="Sakkal Majalla"/>
          <w:sz w:val="36"/>
          <w:szCs w:val="38"/>
          <w:rtl/>
        </w:rPr>
        <w:t>إدارة</w:t>
      </w:r>
      <w:r w:rsidRPr="008E006D">
        <w:rPr>
          <w:rFonts w:cs="Sakkal Majalla"/>
          <w:sz w:val="36"/>
          <w:szCs w:val="38"/>
        </w:rPr>
        <w:t xml:space="preserve"> </w:t>
      </w:r>
      <w:r w:rsidRPr="008E006D">
        <w:rPr>
          <w:rFonts w:cs="Sakkal Majalla"/>
          <w:sz w:val="36"/>
          <w:szCs w:val="38"/>
          <w:rtl/>
        </w:rPr>
        <w:t>المشاريع</w:t>
      </w:r>
      <w:r w:rsidRPr="008E006D">
        <w:rPr>
          <w:rFonts w:cs="Sakkal Majalla"/>
          <w:sz w:val="36"/>
          <w:szCs w:val="38"/>
        </w:rPr>
        <w:t xml:space="preserve">. </w:t>
      </w:r>
      <w:r w:rsidRPr="008E006D">
        <w:rPr>
          <w:rFonts w:cs="Sakkal Majalla"/>
          <w:sz w:val="36"/>
          <w:szCs w:val="38"/>
          <w:rtl/>
        </w:rPr>
        <w:t>فقد</w:t>
      </w:r>
      <w:r w:rsidRPr="008E006D">
        <w:rPr>
          <w:rFonts w:cs="Sakkal Majalla"/>
          <w:sz w:val="36"/>
          <w:szCs w:val="38"/>
        </w:rPr>
        <w:t xml:space="preserve"> </w:t>
      </w:r>
      <w:r w:rsidRPr="008E006D">
        <w:rPr>
          <w:rFonts w:cs="Sakkal Majalla"/>
          <w:sz w:val="36"/>
          <w:szCs w:val="38"/>
          <w:rtl/>
        </w:rPr>
        <w:t>تتوفر</w:t>
      </w:r>
      <w:r w:rsidRPr="008E006D">
        <w:rPr>
          <w:rFonts w:cs="Sakkal Majalla"/>
          <w:sz w:val="36"/>
          <w:szCs w:val="38"/>
        </w:rPr>
        <w:t xml:space="preserve"> </w:t>
      </w:r>
      <w:r w:rsidRPr="008E006D">
        <w:rPr>
          <w:rFonts w:cs="Sakkal Majalla"/>
          <w:sz w:val="36"/>
          <w:szCs w:val="38"/>
          <w:rtl/>
        </w:rPr>
        <w:t>الأنظمة</w:t>
      </w:r>
      <w:r w:rsidRPr="008E006D">
        <w:rPr>
          <w:rFonts w:cs="Sakkal Majalla"/>
          <w:sz w:val="36"/>
          <w:szCs w:val="38"/>
        </w:rPr>
        <w:t xml:space="preserve"> </w:t>
      </w:r>
      <w:r w:rsidRPr="008E006D">
        <w:rPr>
          <w:rFonts w:cs="Sakkal Majalla"/>
          <w:sz w:val="36"/>
          <w:szCs w:val="38"/>
          <w:rtl/>
        </w:rPr>
        <w:t>والمنصات،</w:t>
      </w:r>
      <w:r w:rsidRPr="008E006D">
        <w:rPr>
          <w:rFonts w:cs="Sakkal Majalla"/>
          <w:sz w:val="36"/>
          <w:szCs w:val="38"/>
        </w:rPr>
        <w:t xml:space="preserve"> </w:t>
      </w:r>
      <w:r w:rsidRPr="008E006D">
        <w:rPr>
          <w:rFonts w:cs="Sakkal Majalla"/>
          <w:sz w:val="36"/>
          <w:szCs w:val="38"/>
          <w:rtl/>
        </w:rPr>
        <w:t>لكن</w:t>
      </w:r>
      <w:r w:rsidRPr="008E006D">
        <w:rPr>
          <w:rFonts w:cs="Sakkal Majalla"/>
          <w:sz w:val="36"/>
          <w:szCs w:val="38"/>
        </w:rPr>
        <w:t xml:space="preserve"> </w:t>
      </w:r>
      <w:r w:rsidRPr="008E006D">
        <w:rPr>
          <w:rFonts w:cs="Sakkal Majalla"/>
          <w:sz w:val="36"/>
          <w:szCs w:val="38"/>
          <w:rtl/>
        </w:rPr>
        <w:t>قد</w:t>
      </w:r>
      <w:r w:rsidRPr="008E006D">
        <w:rPr>
          <w:rFonts w:cs="Sakkal Majalla"/>
          <w:sz w:val="36"/>
          <w:szCs w:val="38"/>
        </w:rPr>
        <w:t xml:space="preserve"> </w:t>
      </w:r>
      <w:r w:rsidRPr="008E006D">
        <w:rPr>
          <w:rFonts w:cs="Sakkal Majalla"/>
          <w:sz w:val="36"/>
          <w:szCs w:val="38"/>
          <w:rtl/>
        </w:rPr>
        <w:t>لا</w:t>
      </w:r>
      <w:r w:rsidRPr="008E006D">
        <w:rPr>
          <w:rFonts w:cs="Sakkal Majalla"/>
          <w:sz w:val="36"/>
          <w:szCs w:val="38"/>
        </w:rPr>
        <w:t xml:space="preserve"> </w:t>
      </w:r>
      <w:r w:rsidRPr="008E006D">
        <w:rPr>
          <w:rFonts w:cs="Sakkal Majalla"/>
          <w:sz w:val="36"/>
          <w:szCs w:val="38"/>
          <w:rtl/>
        </w:rPr>
        <w:t>تستثمر</w:t>
      </w:r>
      <w:r w:rsidRPr="008E006D">
        <w:rPr>
          <w:rFonts w:cs="Sakkal Majalla"/>
          <w:sz w:val="36"/>
          <w:szCs w:val="38"/>
        </w:rPr>
        <w:t xml:space="preserve"> </w:t>
      </w:r>
      <w:r w:rsidRPr="008E006D">
        <w:rPr>
          <w:rFonts w:cs="Sakkal Majalla"/>
          <w:sz w:val="36"/>
          <w:szCs w:val="38"/>
          <w:rtl/>
        </w:rPr>
        <w:t>بكفاءة</w:t>
      </w:r>
      <w:r w:rsidRPr="008E006D">
        <w:rPr>
          <w:rFonts w:cs="Sakkal Majalla"/>
          <w:sz w:val="36"/>
          <w:szCs w:val="38"/>
        </w:rPr>
        <w:t xml:space="preserve"> </w:t>
      </w:r>
      <w:r w:rsidRPr="008E006D">
        <w:rPr>
          <w:rFonts w:cs="Sakkal Majalla"/>
          <w:sz w:val="36"/>
          <w:szCs w:val="38"/>
          <w:rtl/>
        </w:rPr>
        <w:t>بسبب</w:t>
      </w:r>
      <w:r w:rsidRPr="008E006D">
        <w:rPr>
          <w:rFonts w:cs="Sakkal Majalla"/>
          <w:sz w:val="36"/>
          <w:szCs w:val="38"/>
        </w:rPr>
        <w:t xml:space="preserve"> </w:t>
      </w:r>
      <w:r w:rsidRPr="008E006D">
        <w:rPr>
          <w:rFonts w:cs="Sakkal Majalla"/>
          <w:sz w:val="36"/>
          <w:szCs w:val="38"/>
          <w:rtl/>
        </w:rPr>
        <w:t>ضعف</w:t>
      </w:r>
      <w:r w:rsidRPr="008E006D">
        <w:rPr>
          <w:rFonts w:cs="Sakkal Majalla"/>
          <w:sz w:val="36"/>
          <w:szCs w:val="38"/>
        </w:rPr>
        <w:t xml:space="preserve"> </w:t>
      </w:r>
      <w:r w:rsidRPr="008E006D">
        <w:rPr>
          <w:rFonts w:cs="Sakkal Majalla"/>
          <w:sz w:val="36"/>
          <w:szCs w:val="38"/>
          <w:rtl/>
        </w:rPr>
        <w:t>الثقافة</w:t>
      </w:r>
      <w:r w:rsidRPr="008E006D">
        <w:rPr>
          <w:rFonts w:cs="Sakkal Majalla"/>
          <w:sz w:val="36"/>
          <w:szCs w:val="38"/>
        </w:rPr>
        <w:t xml:space="preserve"> </w:t>
      </w:r>
      <w:r w:rsidRPr="008E006D">
        <w:rPr>
          <w:rFonts w:cs="Sakkal Majalla"/>
          <w:sz w:val="36"/>
          <w:szCs w:val="38"/>
          <w:rtl/>
        </w:rPr>
        <w:t>الرقمية،</w:t>
      </w:r>
      <w:r w:rsidRPr="008E006D">
        <w:rPr>
          <w:rFonts w:cs="Sakkal Majalla"/>
          <w:sz w:val="36"/>
          <w:szCs w:val="38"/>
        </w:rPr>
        <w:t xml:space="preserve"> </w:t>
      </w:r>
      <w:r w:rsidRPr="008E006D">
        <w:rPr>
          <w:rFonts w:cs="Sakkal Majalla"/>
          <w:sz w:val="36"/>
          <w:szCs w:val="38"/>
          <w:rtl/>
        </w:rPr>
        <w:t>أو</w:t>
      </w:r>
      <w:r w:rsidRPr="008E006D">
        <w:rPr>
          <w:rFonts w:cs="Sakkal Majalla"/>
          <w:sz w:val="36"/>
          <w:szCs w:val="38"/>
        </w:rPr>
        <w:t xml:space="preserve"> </w:t>
      </w:r>
      <w:r w:rsidRPr="008E006D">
        <w:rPr>
          <w:rFonts w:cs="Sakkal Majalla"/>
          <w:sz w:val="36"/>
          <w:szCs w:val="38"/>
          <w:rtl/>
        </w:rPr>
        <w:t>محدودية</w:t>
      </w:r>
      <w:r w:rsidRPr="008E006D">
        <w:rPr>
          <w:rFonts w:cs="Sakkal Majalla"/>
          <w:sz w:val="36"/>
          <w:szCs w:val="38"/>
        </w:rPr>
        <w:t xml:space="preserve"> </w:t>
      </w:r>
      <w:r w:rsidRPr="008E006D">
        <w:rPr>
          <w:rFonts w:cs="Sakkal Majalla"/>
          <w:sz w:val="36"/>
          <w:szCs w:val="38"/>
          <w:rtl/>
        </w:rPr>
        <w:t>التكامل</w:t>
      </w:r>
      <w:r w:rsidRPr="008E006D">
        <w:rPr>
          <w:rFonts w:cs="Sakkal Majalla"/>
          <w:sz w:val="36"/>
          <w:szCs w:val="38"/>
        </w:rPr>
        <w:t xml:space="preserve"> </w:t>
      </w:r>
      <w:r w:rsidRPr="008E006D">
        <w:rPr>
          <w:rFonts w:cs="Sakkal Majalla"/>
          <w:sz w:val="36"/>
          <w:szCs w:val="38"/>
          <w:rtl/>
        </w:rPr>
        <w:t>بين</w:t>
      </w:r>
      <w:r w:rsidRPr="008E006D">
        <w:rPr>
          <w:rFonts w:cs="Sakkal Majalla"/>
          <w:sz w:val="36"/>
          <w:szCs w:val="38"/>
        </w:rPr>
        <w:t xml:space="preserve"> </w:t>
      </w:r>
      <w:r w:rsidRPr="008E006D">
        <w:rPr>
          <w:rFonts w:cs="Sakkal Majalla"/>
          <w:sz w:val="36"/>
          <w:szCs w:val="38"/>
          <w:rtl/>
        </w:rPr>
        <w:t>الأنظمة،</w:t>
      </w:r>
      <w:r w:rsidRPr="008E006D">
        <w:rPr>
          <w:rFonts w:cs="Sakkal Majalla"/>
          <w:sz w:val="36"/>
          <w:szCs w:val="38"/>
        </w:rPr>
        <w:t xml:space="preserve"> </w:t>
      </w:r>
      <w:r w:rsidRPr="008E006D">
        <w:rPr>
          <w:rFonts w:cs="Sakkal Majalla"/>
          <w:sz w:val="36"/>
          <w:szCs w:val="38"/>
          <w:rtl/>
        </w:rPr>
        <w:t>أو</w:t>
      </w:r>
      <w:r w:rsidRPr="008E006D">
        <w:rPr>
          <w:rFonts w:cs="Sakkal Majalla"/>
          <w:sz w:val="36"/>
          <w:szCs w:val="38"/>
        </w:rPr>
        <w:t xml:space="preserve"> </w:t>
      </w:r>
      <w:r w:rsidRPr="008E006D">
        <w:rPr>
          <w:rFonts w:cs="Sakkal Majalla"/>
          <w:sz w:val="36"/>
          <w:szCs w:val="38"/>
          <w:rtl/>
        </w:rPr>
        <w:t>مقاومة</w:t>
      </w:r>
      <w:r w:rsidRPr="008E006D">
        <w:rPr>
          <w:rFonts w:cs="Sakkal Majalla"/>
          <w:sz w:val="36"/>
          <w:szCs w:val="38"/>
        </w:rPr>
        <w:t xml:space="preserve"> </w:t>
      </w:r>
      <w:r w:rsidRPr="008E006D">
        <w:rPr>
          <w:rFonts w:cs="Sakkal Majalla"/>
          <w:sz w:val="36"/>
          <w:szCs w:val="38"/>
          <w:rtl/>
        </w:rPr>
        <w:t>التغيير،</w:t>
      </w:r>
      <w:r w:rsidRPr="008E006D">
        <w:rPr>
          <w:rFonts w:cs="Sakkal Majalla"/>
          <w:sz w:val="36"/>
          <w:szCs w:val="38"/>
        </w:rPr>
        <w:t xml:space="preserve"> </w:t>
      </w:r>
      <w:r w:rsidRPr="008E006D">
        <w:rPr>
          <w:rFonts w:cs="Sakkal Majalla"/>
          <w:sz w:val="36"/>
          <w:szCs w:val="38"/>
          <w:rtl/>
        </w:rPr>
        <w:t>أو</w:t>
      </w:r>
      <w:r w:rsidRPr="008E006D">
        <w:rPr>
          <w:rFonts w:cs="Sakkal Majalla"/>
          <w:sz w:val="36"/>
          <w:szCs w:val="38"/>
        </w:rPr>
        <w:t xml:space="preserve"> </w:t>
      </w:r>
      <w:r w:rsidRPr="008E006D">
        <w:rPr>
          <w:rFonts w:cs="Sakkal Majalla"/>
          <w:sz w:val="36"/>
          <w:szCs w:val="38"/>
          <w:rtl/>
        </w:rPr>
        <w:t>عدم</w:t>
      </w:r>
      <w:r w:rsidRPr="008E006D">
        <w:rPr>
          <w:rFonts w:cs="Sakkal Majalla"/>
          <w:sz w:val="36"/>
          <w:szCs w:val="38"/>
        </w:rPr>
        <w:t xml:space="preserve"> </w:t>
      </w:r>
      <w:r w:rsidRPr="008E006D">
        <w:rPr>
          <w:rFonts w:cs="Sakkal Majalla"/>
          <w:sz w:val="36"/>
          <w:szCs w:val="38"/>
          <w:rtl/>
        </w:rPr>
        <w:t>نضج</w:t>
      </w:r>
      <w:r w:rsidRPr="008E006D">
        <w:rPr>
          <w:rFonts w:cs="Sakkal Majalla"/>
          <w:sz w:val="36"/>
          <w:szCs w:val="38"/>
        </w:rPr>
        <w:t xml:space="preserve"> </w:t>
      </w:r>
      <w:r w:rsidRPr="008E006D">
        <w:rPr>
          <w:rFonts w:cs="Sakkal Majalla"/>
          <w:sz w:val="36"/>
          <w:szCs w:val="38"/>
          <w:rtl/>
        </w:rPr>
        <w:t>القيادة</w:t>
      </w:r>
      <w:r w:rsidRPr="008E006D">
        <w:rPr>
          <w:rFonts w:cs="Sakkal Majalla"/>
          <w:sz w:val="36"/>
          <w:szCs w:val="38"/>
        </w:rPr>
        <w:t xml:space="preserve"> </w:t>
      </w:r>
      <w:r w:rsidRPr="008E006D">
        <w:rPr>
          <w:rFonts w:cs="Sakkal Majalla"/>
          <w:sz w:val="36"/>
          <w:szCs w:val="38"/>
          <w:rtl/>
        </w:rPr>
        <w:t>الرقمية،</w:t>
      </w:r>
      <w:r w:rsidRPr="008E006D">
        <w:rPr>
          <w:rFonts w:cs="Sakkal Majalla"/>
          <w:sz w:val="36"/>
          <w:szCs w:val="38"/>
        </w:rPr>
        <w:t xml:space="preserve"> </w:t>
      </w:r>
      <w:r w:rsidRPr="008E006D">
        <w:rPr>
          <w:rFonts w:cs="Sakkal Majalla"/>
          <w:sz w:val="36"/>
          <w:szCs w:val="38"/>
          <w:rtl/>
        </w:rPr>
        <w:t>أو</w:t>
      </w:r>
      <w:r w:rsidRPr="008E006D">
        <w:rPr>
          <w:rFonts w:cs="Sakkal Majalla"/>
          <w:sz w:val="36"/>
          <w:szCs w:val="38"/>
        </w:rPr>
        <w:t xml:space="preserve"> </w:t>
      </w:r>
      <w:r w:rsidRPr="008E006D">
        <w:rPr>
          <w:rFonts w:cs="Sakkal Majalla"/>
          <w:sz w:val="36"/>
          <w:szCs w:val="38"/>
          <w:rtl/>
        </w:rPr>
        <w:t>ضعف</w:t>
      </w:r>
      <w:r w:rsidRPr="008E006D">
        <w:rPr>
          <w:rFonts w:cs="Sakkal Majalla"/>
          <w:sz w:val="36"/>
          <w:szCs w:val="38"/>
        </w:rPr>
        <w:t xml:space="preserve"> </w:t>
      </w:r>
      <w:r w:rsidRPr="008E006D">
        <w:rPr>
          <w:rFonts w:cs="Sakkal Majalla"/>
          <w:sz w:val="36"/>
          <w:szCs w:val="38"/>
          <w:rtl/>
        </w:rPr>
        <w:t>توظيف</w:t>
      </w:r>
      <w:r w:rsidRPr="008E006D">
        <w:rPr>
          <w:rFonts w:cs="Sakkal Majalla"/>
          <w:sz w:val="36"/>
          <w:szCs w:val="38"/>
        </w:rPr>
        <w:t xml:space="preserve"> </w:t>
      </w:r>
      <w:r w:rsidRPr="008E006D">
        <w:rPr>
          <w:rFonts w:cs="Sakkal Majalla"/>
          <w:sz w:val="36"/>
          <w:szCs w:val="38"/>
          <w:rtl/>
        </w:rPr>
        <w:t>التحليلات</w:t>
      </w:r>
      <w:r w:rsidRPr="008E006D">
        <w:rPr>
          <w:rFonts w:cs="Sakkal Majalla"/>
          <w:sz w:val="36"/>
          <w:szCs w:val="38"/>
        </w:rPr>
        <w:t xml:space="preserve"> </w:t>
      </w:r>
      <w:r w:rsidRPr="008E006D">
        <w:rPr>
          <w:rFonts w:cs="Sakkal Majalla"/>
          <w:sz w:val="36"/>
          <w:szCs w:val="38"/>
          <w:rtl/>
        </w:rPr>
        <w:t>والتقنيات</w:t>
      </w:r>
      <w:r w:rsidRPr="008E006D">
        <w:rPr>
          <w:rFonts w:cs="Sakkal Majalla"/>
          <w:sz w:val="36"/>
          <w:szCs w:val="38"/>
        </w:rPr>
        <w:t xml:space="preserve"> </w:t>
      </w:r>
      <w:r w:rsidRPr="008E006D">
        <w:rPr>
          <w:rFonts w:cs="Sakkal Majalla"/>
          <w:sz w:val="36"/>
          <w:szCs w:val="38"/>
          <w:rtl/>
        </w:rPr>
        <w:t>الذكية</w:t>
      </w:r>
      <w:r w:rsidRPr="008E006D">
        <w:rPr>
          <w:rFonts w:cs="Sakkal Majalla"/>
          <w:sz w:val="36"/>
          <w:szCs w:val="38"/>
        </w:rPr>
        <w:t xml:space="preserve"> </w:t>
      </w:r>
      <w:r w:rsidRPr="008E006D">
        <w:rPr>
          <w:rFonts w:cs="Sakkal Majalla"/>
          <w:sz w:val="36"/>
          <w:szCs w:val="38"/>
          <w:rtl/>
        </w:rPr>
        <w:t>في</w:t>
      </w:r>
      <w:r w:rsidRPr="008E006D">
        <w:rPr>
          <w:rFonts w:cs="Sakkal Majalla"/>
          <w:sz w:val="36"/>
          <w:szCs w:val="38"/>
        </w:rPr>
        <w:t xml:space="preserve"> </w:t>
      </w:r>
      <w:r w:rsidRPr="008E006D">
        <w:rPr>
          <w:rFonts w:cs="Sakkal Majalla"/>
          <w:sz w:val="36"/>
          <w:szCs w:val="38"/>
          <w:rtl/>
        </w:rPr>
        <w:t>التخطيط</w:t>
      </w:r>
      <w:r w:rsidRPr="008E006D">
        <w:rPr>
          <w:rFonts w:cs="Sakkal Majalla"/>
          <w:sz w:val="36"/>
          <w:szCs w:val="38"/>
        </w:rPr>
        <w:t xml:space="preserve"> </w:t>
      </w:r>
      <w:r w:rsidRPr="008E006D">
        <w:rPr>
          <w:rFonts w:cs="Sakkal Majalla"/>
          <w:sz w:val="36"/>
          <w:szCs w:val="38"/>
          <w:rtl/>
        </w:rPr>
        <w:t>والمتابعة</w:t>
      </w:r>
      <w:r w:rsidRPr="008E006D">
        <w:rPr>
          <w:rFonts w:cs="Sakkal Majalla"/>
          <w:sz w:val="36"/>
          <w:szCs w:val="38"/>
        </w:rPr>
        <w:t>.</w:t>
      </w:r>
    </w:p>
    <w:p w14:paraId="1CB318C7" w14:textId="77777777" w:rsidR="008E006D" w:rsidRPr="008E006D" w:rsidRDefault="008E006D" w:rsidP="00AB6182">
      <w:pPr>
        <w:ind w:firstLine="720"/>
        <w:rPr>
          <w:rFonts w:cs="Sakkal Majalla"/>
          <w:sz w:val="36"/>
          <w:szCs w:val="38"/>
        </w:rPr>
      </w:pPr>
      <w:r w:rsidRPr="008E006D">
        <w:rPr>
          <w:rFonts w:cs="Sakkal Majalla"/>
          <w:sz w:val="36"/>
          <w:szCs w:val="38"/>
          <w:rtl/>
        </w:rPr>
        <w:t>تنطلق</w:t>
      </w:r>
      <w:r w:rsidRPr="008E006D">
        <w:rPr>
          <w:rFonts w:cs="Sakkal Majalla"/>
          <w:sz w:val="36"/>
          <w:szCs w:val="38"/>
        </w:rPr>
        <w:t xml:space="preserve"> </w:t>
      </w:r>
      <w:r w:rsidRPr="008E006D">
        <w:rPr>
          <w:rFonts w:cs="Sakkal Majalla"/>
          <w:sz w:val="36"/>
          <w:szCs w:val="38"/>
          <w:rtl/>
        </w:rPr>
        <w:t>هذه</w:t>
      </w:r>
      <w:r w:rsidRPr="008E006D">
        <w:rPr>
          <w:rFonts w:cs="Sakkal Majalla"/>
          <w:sz w:val="36"/>
          <w:szCs w:val="38"/>
        </w:rPr>
        <w:t xml:space="preserve"> </w:t>
      </w:r>
      <w:r w:rsidRPr="008E006D">
        <w:rPr>
          <w:rFonts w:cs="Sakkal Majalla"/>
          <w:sz w:val="36"/>
          <w:szCs w:val="38"/>
          <w:rtl/>
        </w:rPr>
        <w:t>الدراسة</w:t>
      </w:r>
      <w:r w:rsidRPr="008E006D">
        <w:rPr>
          <w:rFonts w:cs="Sakkal Majalla"/>
          <w:sz w:val="36"/>
          <w:szCs w:val="38"/>
        </w:rPr>
        <w:t xml:space="preserve"> </w:t>
      </w:r>
      <w:r w:rsidRPr="008E006D">
        <w:rPr>
          <w:rFonts w:cs="Sakkal Majalla"/>
          <w:sz w:val="36"/>
          <w:szCs w:val="38"/>
          <w:rtl/>
        </w:rPr>
        <w:t>من</w:t>
      </w:r>
      <w:r w:rsidRPr="008E006D">
        <w:rPr>
          <w:rFonts w:cs="Sakkal Majalla"/>
          <w:sz w:val="36"/>
          <w:szCs w:val="38"/>
        </w:rPr>
        <w:t xml:space="preserve"> </w:t>
      </w:r>
      <w:r w:rsidRPr="008E006D">
        <w:rPr>
          <w:rFonts w:cs="Sakkal Majalla"/>
          <w:sz w:val="36"/>
          <w:szCs w:val="38"/>
          <w:rtl/>
        </w:rPr>
        <w:t>افتراض</w:t>
      </w:r>
      <w:r w:rsidRPr="008E006D">
        <w:rPr>
          <w:rFonts w:cs="Sakkal Majalla"/>
          <w:sz w:val="36"/>
          <w:szCs w:val="38"/>
        </w:rPr>
        <w:t xml:space="preserve"> </w:t>
      </w:r>
      <w:r w:rsidRPr="008E006D">
        <w:rPr>
          <w:rFonts w:cs="Sakkal Majalla"/>
          <w:sz w:val="36"/>
          <w:szCs w:val="38"/>
          <w:rtl/>
        </w:rPr>
        <w:t>أن</w:t>
      </w:r>
      <w:r w:rsidRPr="008E006D">
        <w:rPr>
          <w:rFonts w:cs="Sakkal Majalla"/>
          <w:sz w:val="36"/>
          <w:szCs w:val="38"/>
        </w:rPr>
        <w:t xml:space="preserve"> </w:t>
      </w:r>
      <w:r w:rsidRPr="008E006D">
        <w:rPr>
          <w:rFonts w:cs="Sakkal Majalla"/>
          <w:sz w:val="36"/>
          <w:szCs w:val="38"/>
          <w:rtl/>
        </w:rPr>
        <w:t>التحول</w:t>
      </w:r>
      <w:r w:rsidRPr="008E006D">
        <w:rPr>
          <w:rFonts w:cs="Sakkal Majalla"/>
          <w:sz w:val="36"/>
          <w:szCs w:val="38"/>
        </w:rPr>
        <w:t xml:space="preserve"> </w:t>
      </w:r>
      <w:r w:rsidRPr="008E006D">
        <w:rPr>
          <w:rFonts w:cs="Sakkal Majalla"/>
          <w:sz w:val="36"/>
          <w:szCs w:val="38"/>
          <w:rtl/>
        </w:rPr>
        <w:t>الرقمي</w:t>
      </w:r>
      <w:r w:rsidRPr="008E006D">
        <w:rPr>
          <w:rFonts w:cs="Sakkal Majalla"/>
          <w:sz w:val="36"/>
          <w:szCs w:val="38"/>
        </w:rPr>
        <w:t xml:space="preserve"> </w:t>
      </w:r>
      <w:r w:rsidRPr="008E006D">
        <w:rPr>
          <w:rFonts w:cs="Sakkal Majalla"/>
          <w:sz w:val="36"/>
          <w:szCs w:val="38"/>
          <w:rtl/>
        </w:rPr>
        <w:t>في</w:t>
      </w:r>
      <w:r w:rsidRPr="008E006D">
        <w:rPr>
          <w:rFonts w:cs="Sakkal Majalla"/>
          <w:sz w:val="36"/>
          <w:szCs w:val="38"/>
        </w:rPr>
        <w:t xml:space="preserve"> </w:t>
      </w:r>
      <w:r w:rsidRPr="008E006D">
        <w:rPr>
          <w:rFonts w:cs="Sakkal Majalla"/>
          <w:sz w:val="36"/>
          <w:szCs w:val="38"/>
          <w:rtl/>
        </w:rPr>
        <w:t>إدارة</w:t>
      </w:r>
      <w:r w:rsidRPr="008E006D">
        <w:rPr>
          <w:rFonts w:cs="Sakkal Majalla"/>
          <w:sz w:val="36"/>
          <w:szCs w:val="38"/>
        </w:rPr>
        <w:t xml:space="preserve"> </w:t>
      </w:r>
      <w:r w:rsidRPr="008E006D">
        <w:rPr>
          <w:rFonts w:cs="Sakkal Majalla"/>
          <w:sz w:val="36"/>
          <w:szCs w:val="38"/>
          <w:rtl/>
        </w:rPr>
        <w:t>المشاريع</w:t>
      </w:r>
      <w:r w:rsidRPr="008E006D">
        <w:rPr>
          <w:rFonts w:cs="Sakkal Majalla"/>
          <w:sz w:val="36"/>
          <w:szCs w:val="38"/>
        </w:rPr>
        <w:t xml:space="preserve"> </w:t>
      </w:r>
      <w:r w:rsidRPr="008E006D">
        <w:rPr>
          <w:rFonts w:cs="Sakkal Majalla"/>
          <w:sz w:val="36"/>
          <w:szCs w:val="38"/>
          <w:rtl/>
        </w:rPr>
        <w:t>عملية</w:t>
      </w:r>
      <w:r w:rsidRPr="008E006D">
        <w:rPr>
          <w:rFonts w:cs="Sakkal Majalla"/>
          <w:sz w:val="36"/>
          <w:szCs w:val="38"/>
        </w:rPr>
        <w:t xml:space="preserve"> </w:t>
      </w:r>
      <w:r w:rsidRPr="008E006D">
        <w:rPr>
          <w:rFonts w:cs="Sakkal Majalla"/>
          <w:sz w:val="36"/>
          <w:szCs w:val="38"/>
          <w:rtl/>
        </w:rPr>
        <w:t>متعددة</w:t>
      </w:r>
      <w:r w:rsidRPr="008E006D">
        <w:rPr>
          <w:rFonts w:cs="Sakkal Majalla"/>
          <w:sz w:val="36"/>
          <w:szCs w:val="38"/>
        </w:rPr>
        <w:t xml:space="preserve"> </w:t>
      </w:r>
      <w:r w:rsidRPr="008E006D">
        <w:rPr>
          <w:rFonts w:cs="Sakkal Majalla"/>
          <w:sz w:val="36"/>
          <w:szCs w:val="38"/>
          <w:rtl/>
        </w:rPr>
        <w:t>الأبعاد</w:t>
      </w:r>
      <w:r w:rsidRPr="008E006D">
        <w:rPr>
          <w:rFonts w:cs="Sakkal Majalla"/>
          <w:sz w:val="36"/>
          <w:szCs w:val="38"/>
        </w:rPr>
        <w:t xml:space="preserve"> </w:t>
      </w:r>
      <w:r w:rsidRPr="008E006D">
        <w:rPr>
          <w:rFonts w:cs="Sakkal Majalla"/>
          <w:sz w:val="36"/>
          <w:szCs w:val="38"/>
          <w:rtl/>
        </w:rPr>
        <w:t>تشمل</w:t>
      </w:r>
      <w:r w:rsidRPr="008E006D">
        <w:rPr>
          <w:rFonts w:cs="Sakkal Majalla"/>
          <w:sz w:val="36"/>
          <w:szCs w:val="38"/>
        </w:rPr>
        <w:t xml:space="preserve"> </w:t>
      </w:r>
      <w:r w:rsidRPr="008E006D">
        <w:rPr>
          <w:rFonts w:cs="Sakkal Majalla"/>
          <w:sz w:val="36"/>
          <w:szCs w:val="38"/>
          <w:rtl/>
        </w:rPr>
        <w:t>البنية</w:t>
      </w:r>
      <w:r w:rsidRPr="008E006D">
        <w:rPr>
          <w:rFonts w:cs="Sakkal Majalla"/>
          <w:sz w:val="36"/>
          <w:szCs w:val="38"/>
        </w:rPr>
        <w:t xml:space="preserve"> </w:t>
      </w:r>
      <w:r w:rsidRPr="008E006D">
        <w:rPr>
          <w:rFonts w:cs="Sakkal Majalla"/>
          <w:sz w:val="36"/>
          <w:szCs w:val="38"/>
          <w:rtl/>
        </w:rPr>
        <w:t>التحتية</w:t>
      </w:r>
      <w:r w:rsidRPr="008E006D">
        <w:rPr>
          <w:rFonts w:cs="Sakkal Majalla"/>
          <w:sz w:val="36"/>
          <w:szCs w:val="38"/>
        </w:rPr>
        <w:t xml:space="preserve"> </w:t>
      </w:r>
      <w:r w:rsidRPr="008E006D">
        <w:rPr>
          <w:rFonts w:cs="Sakkal Majalla"/>
          <w:sz w:val="36"/>
          <w:szCs w:val="38"/>
          <w:rtl/>
        </w:rPr>
        <w:t>الرقمية،</w:t>
      </w:r>
      <w:r w:rsidRPr="008E006D">
        <w:rPr>
          <w:rFonts w:cs="Sakkal Majalla"/>
          <w:sz w:val="36"/>
          <w:szCs w:val="38"/>
        </w:rPr>
        <w:t xml:space="preserve"> </w:t>
      </w:r>
      <w:r w:rsidRPr="008E006D">
        <w:rPr>
          <w:rFonts w:cs="Sakkal Majalla"/>
          <w:sz w:val="36"/>
          <w:szCs w:val="38"/>
          <w:rtl/>
        </w:rPr>
        <w:t>والثقافة</w:t>
      </w:r>
      <w:r w:rsidRPr="008E006D">
        <w:rPr>
          <w:rFonts w:cs="Sakkal Majalla"/>
          <w:sz w:val="36"/>
          <w:szCs w:val="38"/>
        </w:rPr>
        <w:t xml:space="preserve"> </w:t>
      </w:r>
      <w:r w:rsidRPr="008E006D">
        <w:rPr>
          <w:rFonts w:cs="Sakkal Majalla"/>
          <w:sz w:val="36"/>
          <w:szCs w:val="38"/>
          <w:rtl/>
        </w:rPr>
        <w:t>الرقمية،</w:t>
      </w:r>
      <w:r w:rsidRPr="008E006D">
        <w:rPr>
          <w:rFonts w:cs="Sakkal Majalla"/>
          <w:sz w:val="36"/>
          <w:szCs w:val="38"/>
        </w:rPr>
        <w:t xml:space="preserve"> </w:t>
      </w:r>
      <w:r w:rsidRPr="008E006D">
        <w:rPr>
          <w:rFonts w:cs="Sakkal Majalla"/>
          <w:sz w:val="36"/>
          <w:szCs w:val="38"/>
          <w:rtl/>
        </w:rPr>
        <w:t>والقيادة</w:t>
      </w:r>
      <w:r w:rsidRPr="008E006D">
        <w:rPr>
          <w:rFonts w:cs="Sakkal Majalla"/>
          <w:sz w:val="36"/>
          <w:szCs w:val="38"/>
        </w:rPr>
        <w:t xml:space="preserve"> </w:t>
      </w:r>
      <w:r w:rsidRPr="008E006D">
        <w:rPr>
          <w:rFonts w:cs="Sakkal Majalla"/>
          <w:sz w:val="36"/>
          <w:szCs w:val="38"/>
          <w:rtl/>
        </w:rPr>
        <w:t>الرقمية،</w:t>
      </w:r>
      <w:r w:rsidRPr="008E006D">
        <w:rPr>
          <w:rFonts w:cs="Sakkal Majalla"/>
          <w:sz w:val="36"/>
          <w:szCs w:val="38"/>
        </w:rPr>
        <w:t xml:space="preserve"> </w:t>
      </w:r>
      <w:r w:rsidRPr="008E006D">
        <w:rPr>
          <w:rFonts w:cs="Sakkal Majalla"/>
          <w:sz w:val="36"/>
          <w:szCs w:val="38"/>
          <w:rtl/>
        </w:rPr>
        <w:t>والتقنيات</w:t>
      </w:r>
      <w:r w:rsidRPr="008E006D">
        <w:rPr>
          <w:rFonts w:cs="Sakkal Majalla"/>
          <w:sz w:val="36"/>
          <w:szCs w:val="38"/>
        </w:rPr>
        <w:t xml:space="preserve"> </w:t>
      </w:r>
      <w:r w:rsidRPr="008E006D">
        <w:rPr>
          <w:rFonts w:cs="Sakkal Majalla"/>
          <w:sz w:val="36"/>
          <w:szCs w:val="38"/>
          <w:rtl/>
        </w:rPr>
        <w:t>الذكية</w:t>
      </w:r>
      <w:r w:rsidRPr="008E006D">
        <w:rPr>
          <w:rFonts w:cs="Sakkal Majalla"/>
          <w:sz w:val="36"/>
          <w:szCs w:val="38"/>
        </w:rPr>
        <w:t xml:space="preserve">. </w:t>
      </w:r>
      <w:r w:rsidRPr="008E006D">
        <w:rPr>
          <w:rFonts w:cs="Sakkal Majalla"/>
          <w:sz w:val="36"/>
          <w:szCs w:val="38"/>
          <w:rtl/>
        </w:rPr>
        <w:t>وتفترض</w:t>
      </w:r>
      <w:r w:rsidRPr="008E006D">
        <w:rPr>
          <w:rFonts w:cs="Sakkal Majalla"/>
          <w:sz w:val="36"/>
          <w:szCs w:val="38"/>
        </w:rPr>
        <w:t xml:space="preserve"> </w:t>
      </w:r>
      <w:r w:rsidRPr="008E006D">
        <w:rPr>
          <w:rFonts w:cs="Sakkal Majalla"/>
          <w:sz w:val="36"/>
          <w:szCs w:val="38"/>
          <w:rtl/>
        </w:rPr>
        <w:t>الدراسة</w:t>
      </w:r>
      <w:r w:rsidRPr="008E006D">
        <w:rPr>
          <w:rFonts w:cs="Sakkal Majalla"/>
          <w:sz w:val="36"/>
          <w:szCs w:val="38"/>
        </w:rPr>
        <w:t xml:space="preserve"> </w:t>
      </w:r>
      <w:r w:rsidRPr="008E006D">
        <w:rPr>
          <w:rFonts w:cs="Sakkal Majalla"/>
          <w:sz w:val="36"/>
          <w:szCs w:val="38"/>
          <w:rtl/>
        </w:rPr>
        <w:t>أن</w:t>
      </w:r>
      <w:r w:rsidRPr="008E006D">
        <w:rPr>
          <w:rFonts w:cs="Sakkal Majalla"/>
          <w:sz w:val="36"/>
          <w:szCs w:val="38"/>
        </w:rPr>
        <w:t xml:space="preserve"> </w:t>
      </w:r>
      <w:r w:rsidRPr="008E006D">
        <w:rPr>
          <w:rFonts w:cs="Sakkal Majalla"/>
          <w:sz w:val="36"/>
          <w:szCs w:val="38"/>
          <w:rtl/>
        </w:rPr>
        <w:t>هذه</w:t>
      </w:r>
      <w:r w:rsidRPr="008E006D">
        <w:rPr>
          <w:rFonts w:cs="Sakkal Majalla"/>
          <w:sz w:val="36"/>
          <w:szCs w:val="38"/>
        </w:rPr>
        <w:t xml:space="preserve"> </w:t>
      </w:r>
      <w:r w:rsidRPr="008E006D">
        <w:rPr>
          <w:rFonts w:cs="Sakkal Majalla"/>
          <w:sz w:val="36"/>
          <w:szCs w:val="38"/>
          <w:rtl/>
        </w:rPr>
        <w:t>الأبعاد</w:t>
      </w:r>
      <w:r w:rsidRPr="008E006D">
        <w:rPr>
          <w:rFonts w:cs="Sakkal Majalla"/>
          <w:sz w:val="36"/>
          <w:szCs w:val="38"/>
        </w:rPr>
        <w:t xml:space="preserve"> </w:t>
      </w:r>
      <w:r w:rsidRPr="008E006D">
        <w:rPr>
          <w:rFonts w:cs="Sakkal Majalla"/>
          <w:sz w:val="36"/>
          <w:szCs w:val="38"/>
          <w:rtl/>
        </w:rPr>
        <w:t>تسهم</w:t>
      </w:r>
      <w:r w:rsidRPr="008E006D">
        <w:rPr>
          <w:rFonts w:cs="Sakkal Majalla"/>
          <w:sz w:val="36"/>
          <w:szCs w:val="38"/>
        </w:rPr>
        <w:t xml:space="preserve"> </w:t>
      </w:r>
      <w:r w:rsidRPr="008E006D">
        <w:rPr>
          <w:rFonts w:cs="Sakkal Majalla"/>
          <w:sz w:val="36"/>
          <w:szCs w:val="38"/>
          <w:rtl/>
        </w:rPr>
        <w:t>بدرجات</w:t>
      </w:r>
      <w:r w:rsidRPr="008E006D">
        <w:rPr>
          <w:rFonts w:cs="Sakkal Majalla"/>
          <w:sz w:val="36"/>
          <w:szCs w:val="38"/>
        </w:rPr>
        <w:t xml:space="preserve"> </w:t>
      </w:r>
      <w:r w:rsidRPr="008E006D">
        <w:rPr>
          <w:rFonts w:cs="Sakkal Majalla"/>
          <w:sz w:val="36"/>
          <w:szCs w:val="38"/>
          <w:rtl/>
        </w:rPr>
        <w:t>متفاوتة</w:t>
      </w:r>
      <w:r w:rsidRPr="008E006D">
        <w:rPr>
          <w:rFonts w:cs="Sakkal Majalla"/>
          <w:sz w:val="36"/>
          <w:szCs w:val="38"/>
        </w:rPr>
        <w:t xml:space="preserve"> </w:t>
      </w:r>
      <w:r w:rsidRPr="008E006D">
        <w:rPr>
          <w:rFonts w:cs="Sakkal Majalla"/>
          <w:sz w:val="36"/>
          <w:szCs w:val="38"/>
          <w:rtl/>
        </w:rPr>
        <w:t>في</w:t>
      </w:r>
      <w:r w:rsidRPr="008E006D">
        <w:rPr>
          <w:rFonts w:cs="Sakkal Majalla"/>
          <w:sz w:val="36"/>
          <w:szCs w:val="38"/>
        </w:rPr>
        <w:t xml:space="preserve"> </w:t>
      </w:r>
      <w:r w:rsidRPr="008E006D">
        <w:rPr>
          <w:rFonts w:cs="Sakkal Majalla"/>
          <w:sz w:val="36"/>
          <w:szCs w:val="38"/>
          <w:rtl/>
        </w:rPr>
        <w:t>تحسين</w:t>
      </w:r>
      <w:r w:rsidRPr="008E006D">
        <w:rPr>
          <w:rFonts w:cs="Sakkal Majalla"/>
          <w:sz w:val="36"/>
          <w:szCs w:val="38"/>
        </w:rPr>
        <w:t xml:space="preserve"> </w:t>
      </w:r>
      <w:r w:rsidRPr="008E006D">
        <w:rPr>
          <w:rFonts w:cs="Sakkal Majalla"/>
          <w:sz w:val="36"/>
          <w:szCs w:val="38"/>
          <w:rtl/>
        </w:rPr>
        <w:t>نجاح</w:t>
      </w:r>
      <w:r w:rsidRPr="008E006D">
        <w:rPr>
          <w:rFonts w:cs="Sakkal Majalla"/>
          <w:sz w:val="36"/>
          <w:szCs w:val="38"/>
        </w:rPr>
        <w:t xml:space="preserve"> </w:t>
      </w:r>
      <w:r w:rsidRPr="008E006D">
        <w:rPr>
          <w:rFonts w:cs="Sakkal Majalla"/>
          <w:sz w:val="36"/>
          <w:szCs w:val="38"/>
          <w:rtl/>
        </w:rPr>
        <w:t>المشاريع</w:t>
      </w:r>
      <w:r w:rsidRPr="008E006D">
        <w:rPr>
          <w:rFonts w:cs="Sakkal Majalla"/>
          <w:sz w:val="36"/>
          <w:szCs w:val="38"/>
        </w:rPr>
        <w:t xml:space="preserve"> </w:t>
      </w:r>
      <w:r w:rsidRPr="008E006D">
        <w:rPr>
          <w:rFonts w:cs="Sakkal Majalla"/>
          <w:sz w:val="36"/>
          <w:szCs w:val="38"/>
          <w:rtl/>
        </w:rPr>
        <w:t>الحكومية</w:t>
      </w:r>
      <w:r w:rsidRPr="008E006D">
        <w:rPr>
          <w:rFonts w:cs="Sakkal Majalla"/>
          <w:sz w:val="36"/>
          <w:szCs w:val="38"/>
        </w:rPr>
        <w:t xml:space="preserve"> </w:t>
      </w:r>
      <w:r w:rsidRPr="008E006D">
        <w:rPr>
          <w:rFonts w:cs="Sakkal Majalla"/>
          <w:sz w:val="36"/>
          <w:szCs w:val="38"/>
          <w:rtl/>
        </w:rPr>
        <w:t>من</w:t>
      </w:r>
      <w:r w:rsidRPr="008E006D">
        <w:rPr>
          <w:rFonts w:cs="Sakkal Majalla"/>
          <w:sz w:val="36"/>
          <w:szCs w:val="38"/>
        </w:rPr>
        <w:t xml:space="preserve"> </w:t>
      </w:r>
      <w:r w:rsidRPr="008E006D">
        <w:rPr>
          <w:rFonts w:cs="Sakkal Majalla"/>
          <w:sz w:val="36"/>
          <w:szCs w:val="38"/>
          <w:rtl/>
        </w:rPr>
        <w:t>حيث</w:t>
      </w:r>
      <w:r w:rsidRPr="008E006D">
        <w:rPr>
          <w:rFonts w:cs="Sakkal Majalla"/>
          <w:sz w:val="36"/>
          <w:szCs w:val="38"/>
        </w:rPr>
        <w:t xml:space="preserve"> </w:t>
      </w:r>
      <w:r w:rsidRPr="008E006D">
        <w:rPr>
          <w:rFonts w:cs="Sakkal Majalla"/>
          <w:sz w:val="36"/>
          <w:szCs w:val="38"/>
          <w:rtl/>
        </w:rPr>
        <w:t>الالتزام</w:t>
      </w:r>
      <w:r w:rsidRPr="008E006D">
        <w:rPr>
          <w:rFonts w:cs="Sakkal Majalla"/>
          <w:sz w:val="36"/>
          <w:szCs w:val="38"/>
        </w:rPr>
        <w:t xml:space="preserve"> </w:t>
      </w:r>
      <w:r w:rsidRPr="008E006D">
        <w:rPr>
          <w:rFonts w:cs="Sakkal Majalla"/>
          <w:sz w:val="36"/>
          <w:szCs w:val="38"/>
          <w:rtl/>
        </w:rPr>
        <w:t>بالوقت</w:t>
      </w:r>
      <w:r w:rsidRPr="008E006D">
        <w:rPr>
          <w:rFonts w:cs="Sakkal Majalla"/>
          <w:sz w:val="36"/>
          <w:szCs w:val="38"/>
        </w:rPr>
        <w:t xml:space="preserve"> </w:t>
      </w:r>
      <w:r w:rsidRPr="008E006D">
        <w:rPr>
          <w:rFonts w:cs="Sakkal Majalla"/>
          <w:sz w:val="36"/>
          <w:szCs w:val="38"/>
          <w:rtl/>
        </w:rPr>
        <w:t>والتكلفة</w:t>
      </w:r>
      <w:r w:rsidRPr="008E006D">
        <w:rPr>
          <w:rFonts w:cs="Sakkal Majalla"/>
          <w:sz w:val="36"/>
          <w:szCs w:val="38"/>
        </w:rPr>
        <w:t xml:space="preserve"> </w:t>
      </w:r>
      <w:r w:rsidRPr="008E006D">
        <w:rPr>
          <w:rFonts w:cs="Sakkal Majalla"/>
          <w:sz w:val="36"/>
          <w:szCs w:val="38"/>
          <w:rtl/>
        </w:rPr>
        <w:t>والجودة،</w:t>
      </w:r>
      <w:r w:rsidRPr="008E006D">
        <w:rPr>
          <w:rFonts w:cs="Sakkal Majalla"/>
          <w:sz w:val="36"/>
          <w:szCs w:val="38"/>
        </w:rPr>
        <w:t xml:space="preserve"> </w:t>
      </w:r>
      <w:r w:rsidRPr="008E006D">
        <w:rPr>
          <w:rFonts w:cs="Sakkal Majalla"/>
          <w:sz w:val="36"/>
          <w:szCs w:val="38"/>
          <w:rtl/>
        </w:rPr>
        <w:t>وتحقيق</w:t>
      </w:r>
      <w:r w:rsidRPr="008E006D">
        <w:rPr>
          <w:rFonts w:cs="Sakkal Majalla"/>
          <w:sz w:val="36"/>
          <w:szCs w:val="38"/>
        </w:rPr>
        <w:t xml:space="preserve"> </w:t>
      </w:r>
      <w:r w:rsidRPr="008E006D">
        <w:rPr>
          <w:rFonts w:cs="Sakkal Majalla"/>
          <w:sz w:val="36"/>
          <w:szCs w:val="38"/>
          <w:rtl/>
        </w:rPr>
        <w:t>رضا</w:t>
      </w:r>
      <w:r w:rsidRPr="008E006D">
        <w:rPr>
          <w:rFonts w:cs="Sakkal Majalla"/>
          <w:sz w:val="36"/>
          <w:szCs w:val="38"/>
        </w:rPr>
        <w:t xml:space="preserve"> </w:t>
      </w:r>
      <w:r w:rsidRPr="008E006D">
        <w:rPr>
          <w:rFonts w:cs="Sakkal Majalla"/>
          <w:sz w:val="36"/>
          <w:szCs w:val="38"/>
          <w:rtl/>
        </w:rPr>
        <w:t>أصحاب</w:t>
      </w:r>
      <w:r w:rsidRPr="008E006D">
        <w:rPr>
          <w:rFonts w:cs="Sakkal Majalla"/>
          <w:sz w:val="36"/>
          <w:szCs w:val="38"/>
        </w:rPr>
        <w:t xml:space="preserve"> </w:t>
      </w:r>
      <w:r w:rsidRPr="008E006D">
        <w:rPr>
          <w:rFonts w:cs="Sakkal Majalla"/>
          <w:sz w:val="36"/>
          <w:szCs w:val="38"/>
          <w:rtl/>
        </w:rPr>
        <w:t>المصلحة،</w:t>
      </w:r>
      <w:r w:rsidRPr="008E006D">
        <w:rPr>
          <w:rFonts w:cs="Sakkal Majalla"/>
          <w:sz w:val="36"/>
          <w:szCs w:val="38"/>
        </w:rPr>
        <w:t xml:space="preserve"> </w:t>
      </w:r>
      <w:r w:rsidRPr="008E006D">
        <w:rPr>
          <w:rFonts w:cs="Sakkal Majalla"/>
          <w:sz w:val="36"/>
          <w:szCs w:val="38"/>
          <w:rtl/>
        </w:rPr>
        <w:t>وتعظيم</w:t>
      </w:r>
      <w:r w:rsidRPr="008E006D">
        <w:rPr>
          <w:rFonts w:cs="Sakkal Majalla"/>
          <w:sz w:val="36"/>
          <w:szCs w:val="38"/>
        </w:rPr>
        <w:t xml:space="preserve"> </w:t>
      </w:r>
      <w:r w:rsidRPr="008E006D">
        <w:rPr>
          <w:rFonts w:cs="Sakkal Majalla"/>
          <w:sz w:val="36"/>
          <w:szCs w:val="38"/>
          <w:rtl/>
        </w:rPr>
        <w:t>القيمة</w:t>
      </w:r>
      <w:r w:rsidRPr="008E006D">
        <w:rPr>
          <w:rFonts w:cs="Sakkal Majalla"/>
          <w:sz w:val="36"/>
          <w:szCs w:val="38"/>
        </w:rPr>
        <w:t xml:space="preserve"> </w:t>
      </w:r>
      <w:r w:rsidRPr="008E006D">
        <w:rPr>
          <w:rFonts w:cs="Sakkal Majalla"/>
          <w:sz w:val="36"/>
          <w:szCs w:val="38"/>
          <w:rtl/>
        </w:rPr>
        <w:t>المتحققة</w:t>
      </w:r>
      <w:r w:rsidRPr="008E006D">
        <w:rPr>
          <w:rFonts w:cs="Sakkal Majalla"/>
          <w:sz w:val="36"/>
          <w:szCs w:val="38"/>
        </w:rPr>
        <w:t xml:space="preserve"> </w:t>
      </w:r>
      <w:r w:rsidRPr="008E006D">
        <w:rPr>
          <w:rFonts w:cs="Sakkal Majalla"/>
          <w:sz w:val="36"/>
          <w:szCs w:val="38"/>
          <w:rtl/>
        </w:rPr>
        <w:t>للجهة</w:t>
      </w:r>
      <w:r w:rsidRPr="008E006D">
        <w:rPr>
          <w:rFonts w:cs="Sakkal Majalla"/>
          <w:sz w:val="36"/>
          <w:szCs w:val="38"/>
        </w:rPr>
        <w:t xml:space="preserve"> </w:t>
      </w:r>
      <w:r w:rsidRPr="008E006D">
        <w:rPr>
          <w:rFonts w:cs="Sakkal Majalla"/>
          <w:sz w:val="36"/>
          <w:szCs w:val="38"/>
          <w:rtl/>
        </w:rPr>
        <w:t>والمستفيدين</w:t>
      </w:r>
      <w:r w:rsidRPr="008E006D">
        <w:rPr>
          <w:rFonts w:cs="Sakkal Majalla"/>
          <w:sz w:val="36"/>
          <w:szCs w:val="38"/>
        </w:rPr>
        <w:t xml:space="preserve">. </w:t>
      </w:r>
      <w:r w:rsidRPr="008E006D">
        <w:rPr>
          <w:rFonts w:cs="Sakkal Majalla"/>
          <w:sz w:val="36"/>
          <w:szCs w:val="38"/>
          <w:rtl/>
        </w:rPr>
        <w:t>وبذلك</w:t>
      </w:r>
      <w:r w:rsidRPr="008E006D">
        <w:rPr>
          <w:rFonts w:cs="Sakkal Majalla"/>
          <w:sz w:val="36"/>
          <w:szCs w:val="38"/>
        </w:rPr>
        <w:t xml:space="preserve"> </w:t>
      </w:r>
      <w:r w:rsidRPr="008E006D">
        <w:rPr>
          <w:rFonts w:cs="Sakkal Majalla"/>
          <w:sz w:val="36"/>
          <w:szCs w:val="38"/>
          <w:rtl/>
        </w:rPr>
        <w:t>تسعى</w:t>
      </w:r>
      <w:r w:rsidRPr="008E006D">
        <w:rPr>
          <w:rFonts w:cs="Sakkal Majalla"/>
          <w:sz w:val="36"/>
          <w:szCs w:val="38"/>
        </w:rPr>
        <w:t xml:space="preserve"> </w:t>
      </w:r>
      <w:r w:rsidRPr="008E006D">
        <w:rPr>
          <w:rFonts w:cs="Sakkal Majalla"/>
          <w:sz w:val="36"/>
          <w:szCs w:val="38"/>
          <w:rtl/>
        </w:rPr>
        <w:t>الدراسة</w:t>
      </w:r>
      <w:r w:rsidRPr="008E006D">
        <w:rPr>
          <w:rFonts w:cs="Sakkal Majalla"/>
          <w:sz w:val="36"/>
          <w:szCs w:val="38"/>
        </w:rPr>
        <w:t xml:space="preserve"> </w:t>
      </w:r>
      <w:r w:rsidRPr="008E006D">
        <w:rPr>
          <w:rFonts w:cs="Sakkal Majalla"/>
          <w:sz w:val="36"/>
          <w:szCs w:val="38"/>
          <w:rtl/>
        </w:rPr>
        <w:t>إلى</w:t>
      </w:r>
      <w:r w:rsidRPr="008E006D">
        <w:rPr>
          <w:rFonts w:cs="Sakkal Majalla"/>
          <w:sz w:val="36"/>
          <w:szCs w:val="38"/>
        </w:rPr>
        <w:t xml:space="preserve"> </w:t>
      </w:r>
      <w:r w:rsidRPr="008E006D">
        <w:rPr>
          <w:rFonts w:cs="Sakkal Majalla"/>
          <w:sz w:val="36"/>
          <w:szCs w:val="38"/>
          <w:rtl/>
        </w:rPr>
        <w:t>تقديم</w:t>
      </w:r>
      <w:r w:rsidRPr="008E006D">
        <w:rPr>
          <w:rFonts w:cs="Sakkal Majalla"/>
          <w:sz w:val="36"/>
          <w:szCs w:val="38"/>
        </w:rPr>
        <w:t xml:space="preserve"> </w:t>
      </w:r>
      <w:r w:rsidRPr="008E006D">
        <w:rPr>
          <w:rFonts w:cs="Sakkal Majalla"/>
          <w:sz w:val="36"/>
          <w:szCs w:val="38"/>
          <w:rtl/>
        </w:rPr>
        <w:t>نموذج</w:t>
      </w:r>
      <w:r w:rsidRPr="008E006D">
        <w:rPr>
          <w:rFonts w:cs="Sakkal Majalla"/>
          <w:sz w:val="36"/>
          <w:szCs w:val="38"/>
        </w:rPr>
        <w:t xml:space="preserve"> </w:t>
      </w:r>
      <w:r w:rsidRPr="008E006D">
        <w:rPr>
          <w:rFonts w:cs="Sakkal Majalla"/>
          <w:sz w:val="36"/>
          <w:szCs w:val="38"/>
          <w:rtl/>
        </w:rPr>
        <w:t>علمي</w:t>
      </w:r>
      <w:r w:rsidRPr="008E006D">
        <w:rPr>
          <w:rFonts w:cs="Sakkal Majalla"/>
          <w:sz w:val="36"/>
          <w:szCs w:val="38"/>
        </w:rPr>
        <w:t xml:space="preserve"> </w:t>
      </w:r>
      <w:r w:rsidRPr="008E006D">
        <w:rPr>
          <w:rFonts w:cs="Sakkal Majalla"/>
          <w:sz w:val="36"/>
          <w:szCs w:val="38"/>
          <w:rtl/>
        </w:rPr>
        <w:t>وتطبيقي</w:t>
      </w:r>
      <w:r w:rsidRPr="008E006D">
        <w:rPr>
          <w:rFonts w:cs="Sakkal Majalla"/>
          <w:sz w:val="36"/>
          <w:szCs w:val="38"/>
        </w:rPr>
        <w:t xml:space="preserve"> </w:t>
      </w:r>
      <w:r w:rsidRPr="008E006D">
        <w:rPr>
          <w:rFonts w:cs="Sakkal Majalla"/>
          <w:sz w:val="36"/>
          <w:szCs w:val="38"/>
          <w:rtl/>
        </w:rPr>
        <w:t>يربط</w:t>
      </w:r>
      <w:r w:rsidRPr="008E006D">
        <w:rPr>
          <w:rFonts w:cs="Sakkal Majalla"/>
          <w:sz w:val="36"/>
          <w:szCs w:val="38"/>
        </w:rPr>
        <w:t xml:space="preserve"> </w:t>
      </w:r>
      <w:r w:rsidRPr="008E006D">
        <w:rPr>
          <w:rFonts w:cs="Sakkal Majalla"/>
          <w:sz w:val="36"/>
          <w:szCs w:val="38"/>
          <w:rtl/>
        </w:rPr>
        <w:t>بين</w:t>
      </w:r>
      <w:r w:rsidRPr="008E006D">
        <w:rPr>
          <w:rFonts w:cs="Sakkal Majalla"/>
          <w:sz w:val="36"/>
          <w:szCs w:val="38"/>
        </w:rPr>
        <w:t xml:space="preserve"> </w:t>
      </w:r>
      <w:r w:rsidRPr="008E006D">
        <w:rPr>
          <w:rFonts w:cs="Sakkal Majalla"/>
          <w:sz w:val="36"/>
          <w:szCs w:val="38"/>
          <w:rtl/>
        </w:rPr>
        <w:t>التحول</w:t>
      </w:r>
      <w:r w:rsidRPr="008E006D">
        <w:rPr>
          <w:rFonts w:cs="Sakkal Majalla"/>
          <w:sz w:val="36"/>
          <w:szCs w:val="38"/>
        </w:rPr>
        <w:t xml:space="preserve"> </w:t>
      </w:r>
      <w:r w:rsidRPr="008E006D">
        <w:rPr>
          <w:rFonts w:cs="Sakkal Majalla"/>
          <w:sz w:val="36"/>
          <w:szCs w:val="38"/>
          <w:rtl/>
        </w:rPr>
        <w:t>الرقمي</w:t>
      </w:r>
      <w:r w:rsidRPr="008E006D">
        <w:rPr>
          <w:rFonts w:cs="Sakkal Majalla"/>
          <w:sz w:val="36"/>
          <w:szCs w:val="38"/>
        </w:rPr>
        <w:t xml:space="preserve"> </w:t>
      </w:r>
      <w:r w:rsidRPr="008E006D">
        <w:rPr>
          <w:rFonts w:cs="Sakkal Majalla"/>
          <w:sz w:val="36"/>
          <w:szCs w:val="38"/>
          <w:rtl/>
        </w:rPr>
        <w:t>وإدارة</w:t>
      </w:r>
      <w:r w:rsidRPr="008E006D">
        <w:rPr>
          <w:rFonts w:cs="Sakkal Majalla"/>
          <w:sz w:val="36"/>
          <w:szCs w:val="38"/>
        </w:rPr>
        <w:t xml:space="preserve"> </w:t>
      </w:r>
      <w:r w:rsidRPr="008E006D">
        <w:rPr>
          <w:rFonts w:cs="Sakkal Majalla"/>
          <w:sz w:val="36"/>
          <w:szCs w:val="38"/>
          <w:rtl/>
        </w:rPr>
        <w:t>المشاريع</w:t>
      </w:r>
      <w:r w:rsidRPr="008E006D">
        <w:rPr>
          <w:rFonts w:cs="Sakkal Majalla"/>
          <w:sz w:val="36"/>
          <w:szCs w:val="38"/>
        </w:rPr>
        <w:t xml:space="preserve"> </w:t>
      </w:r>
      <w:r w:rsidRPr="008E006D">
        <w:rPr>
          <w:rFonts w:cs="Sakkal Majalla"/>
          <w:sz w:val="36"/>
          <w:szCs w:val="38"/>
          <w:rtl/>
        </w:rPr>
        <w:t>في</w:t>
      </w:r>
      <w:r w:rsidRPr="008E006D">
        <w:rPr>
          <w:rFonts w:cs="Sakkal Majalla"/>
          <w:sz w:val="36"/>
          <w:szCs w:val="38"/>
        </w:rPr>
        <w:t xml:space="preserve"> </w:t>
      </w:r>
      <w:r w:rsidRPr="008E006D">
        <w:rPr>
          <w:rFonts w:cs="Sakkal Majalla"/>
          <w:sz w:val="36"/>
          <w:szCs w:val="38"/>
          <w:rtl/>
        </w:rPr>
        <w:t>السياق</w:t>
      </w:r>
      <w:r w:rsidRPr="008E006D">
        <w:rPr>
          <w:rFonts w:cs="Sakkal Majalla"/>
          <w:sz w:val="36"/>
          <w:szCs w:val="38"/>
        </w:rPr>
        <w:t xml:space="preserve"> </w:t>
      </w:r>
      <w:r w:rsidRPr="008E006D">
        <w:rPr>
          <w:rFonts w:cs="Sakkal Majalla"/>
          <w:sz w:val="36"/>
          <w:szCs w:val="38"/>
          <w:rtl/>
        </w:rPr>
        <w:t>الحكومي</w:t>
      </w:r>
      <w:r w:rsidRPr="008E006D">
        <w:rPr>
          <w:rFonts w:cs="Sakkal Majalla"/>
          <w:sz w:val="36"/>
          <w:szCs w:val="38"/>
        </w:rPr>
        <w:t xml:space="preserve"> </w:t>
      </w:r>
      <w:r w:rsidRPr="008E006D">
        <w:rPr>
          <w:rFonts w:cs="Sakkal Majalla"/>
          <w:sz w:val="36"/>
          <w:szCs w:val="38"/>
          <w:rtl/>
        </w:rPr>
        <w:t>السعودي</w:t>
      </w:r>
      <w:r w:rsidRPr="008E006D">
        <w:rPr>
          <w:rFonts w:cs="Sakkal Majalla"/>
          <w:sz w:val="36"/>
          <w:szCs w:val="38"/>
        </w:rPr>
        <w:t>.</w:t>
      </w:r>
    </w:p>
    <w:p w14:paraId="1DCA3B99" w14:textId="77777777" w:rsidR="008E006D" w:rsidRPr="002D5B89" w:rsidRDefault="008E006D" w:rsidP="002D5B89">
      <w:pPr>
        <w:pStyle w:val="Heading1"/>
        <w:pageBreakBefore w:val="0"/>
        <w:spacing w:after="200" w:line="276" w:lineRule="auto"/>
        <w:jc w:val="left"/>
        <w:rPr>
          <w:rFonts w:ascii="Sakkal Majalla" w:eastAsia="Noto Sans Arabic" w:hAnsi="Sakkal Majalla" w:cs="Sakkal Majalla"/>
          <w:b/>
          <w:bCs/>
          <w:color w:val="10365E"/>
          <w:sz w:val="38"/>
          <w:szCs w:val="38"/>
        </w:rPr>
      </w:pPr>
      <w:bookmarkStart w:id="3" w:name="_Toc234793617"/>
      <w:r w:rsidRPr="002D5B89">
        <w:rPr>
          <w:rFonts w:ascii="Sakkal Majalla" w:eastAsia="Noto Sans Arabic" w:hAnsi="Sakkal Majalla" w:cs="Sakkal Majalla"/>
          <w:b/>
          <w:bCs/>
          <w:color w:val="10365E"/>
          <w:sz w:val="38"/>
          <w:szCs w:val="38"/>
        </w:rPr>
        <w:t xml:space="preserve">1.2 </w:t>
      </w:r>
      <w:r w:rsidRPr="002D5B89">
        <w:rPr>
          <w:rFonts w:ascii="Sakkal Majalla" w:eastAsia="Noto Sans Arabic" w:hAnsi="Sakkal Majalla" w:cs="Sakkal Majalla"/>
          <w:b/>
          <w:bCs/>
          <w:color w:val="10365E"/>
          <w:sz w:val="38"/>
          <w:szCs w:val="38"/>
          <w:rtl/>
        </w:rPr>
        <w:t>مشكلة</w:t>
      </w:r>
      <w:r w:rsidRPr="002D5B89">
        <w:rPr>
          <w:rFonts w:ascii="Sakkal Majalla" w:eastAsia="Noto Sans Arabic" w:hAnsi="Sakkal Majalla" w:cs="Sakkal Majalla"/>
          <w:b/>
          <w:bCs/>
          <w:color w:val="10365E"/>
          <w:sz w:val="38"/>
          <w:szCs w:val="38"/>
        </w:rPr>
        <w:t xml:space="preserve"> </w:t>
      </w:r>
      <w:r w:rsidRPr="002D5B89">
        <w:rPr>
          <w:rFonts w:ascii="Sakkal Majalla" w:eastAsia="Noto Sans Arabic" w:hAnsi="Sakkal Majalla" w:cs="Sakkal Majalla"/>
          <w:b/>
          <w:bCs/>
          <w:color w:val="10365E"/>
          <w:sz w:val="38"/>
          <w:szCs w:val="38"/>
          <w:rtl/>
        </w:rPr>
        <w:t>الدراسة</w:t>
      </w:r>
      <w:r w:rsidR="008D0B36" w:rsidRPr="002D5B89">
        <w:rPr>
          <w:rFonts w:ascii="Sakkal Majalla" w:eastAsia="Noto Sans Arabic" w:hAnsi="Sakkal Majalla" w:cs="Sakkal Majalla" w:hint="cs"/>
          <w:b/>
          <w:bCs/>
          <w:color w:val="10365E"/>
          <w:sz w:val="38"/>
          <w:szCs w:val="38"/>
          <w:rtl/>
        </w:rPr>
        <w:t>:</w:t>
      </w:r>
      <w:bookmarkEnd w:id="3"/>
      <w:r w:rsidR="008D0B36" w:rsidRPr="002D5B89">
        <w:rPr>
          <w:rFonts w:ascii="Sakkal Majalla" w:eastAsia="Noto Sans Arabic" w:hAnsi="Sakkal Majalla" w:cs="Sakkal Majalla" w:hint="cs"/>
          <w:b/>
          <w:bCs/>
          <w:color w:val="10365E"/>
          <w:sz w:val="38"/>
          <w:szCs w:val="38"/>
          <w:rtl/>
        </w:rPr>
        <w:t xml:space="preserve"> </w:t>
      </w:r>
    </w:p>
    <w:p w14:paraId="725D23FC" w14:textId="77777777" w:rsidR="008E006D" w:rsidRPr="008E006D" w:rsidRDefault="008E006D" w:rsidP="008D0B36">
      <w:pPr>
        <w:ind w:firstLine="720"/>
        <w:rPr>
          <w:rFonts w:cs="Sakkal Majalla"/>
          <w:sz w:val="36"/>
          <w:szCs w:val="38"/>
        </w:rPr>
      </w:pPr>
      <w:r w:rsidRPr="008E006D">
        <w:rPr>
          <w:rFonts w:cs="Sakkal Majalla"/>
          <w:sz w:val="36"/>
          <w:szCs w:val="38"/>
          <w:rtl/>
        </w:rPr>
        <w:t>شهدت</w:t>
      </w:r>
      <w:r w:rsidRPr="008E006D">
        <w:rPr>
          <w:rFonts w:cs="Sakkal Majalla"/>
          <w:sz w:val="36"/>
          <w:szCs w:val="38"/>
        </w:rPr>
        <w:t xml:space="preserve"> </w:t>
      </w:r>
      <w:r w:rsidRPr="008E006D">
        <w:rPr>
          <w:rFonts w:cs="Sakkal Majalla"/>
          <w:sz w:val="36"/>
          <w:szCs w:val="38"/>
          <w:rtl/>
        </w:rPr>
        <w:t>الجهات</w:t>
      </w:r>
      <w:r w:rsidRPr="008E006D">
        <w:rPr>
          <w:rFonts w:cs="Sakkal Majalla"/>
          <w:sz w:val="36"/>
          <w:szCs w:val="38"/>
        </w:rPr>
        <w:t xml:space="preserve"> </w:t>
      </w:r>
      <w:r w:rsidRPr="008E006D">
        <w:rPr>
          <w:rFonts w:cs="Sakkal Majalla"/>
          <w:sz w:val="36"/>
          <w:szCs w:val="38"/>
          <w:rtl/>
        </w:rPr>
        <w:t>الحكومية</w:t>
      </w:r>
      <w:r w:rsidRPr="008E006D">
        <w:rPr>
          <w:rFonts w:cs="Sakkal Majalla"/>
          <w:sz w:val="36"/>
          <w:szCs w:val="38"/>
        </w:rPr>
        <w:t xml:space="preserve"> </w:t>
      </w:r>
      <w:r w:rsidRPr="008E006D">
        <w:rPr>
          <w:rFonts w:cs="Sakkal Majalla"/>
          <w:sz w:val="36"/>
          <w:szCs w:val="38"/>
          <w:rtl/>
        </w:rPr>
        <w:t>السعودية</w:t>
      </w:r>
      <w:r w:rsidRPr="008E006D">
        <w:rPr>
          <w:rFonts w:cs="Sakkal Majalla"/>
          <w:sz w:val="36"/>
          <w:szCs w:val="38"/>
        </w:rPr>
        <w:t xml:space="preserve"> </w:t>
      </w:r>
      <w:r w:rsidRPr="008E006D">
        <w:rPr>
          <w:rFonts w:cs="Sakkal Majalla"/>
          <w:sz w:val="36"/>
          <w:szCs w:val="38"/>
          <w:rtl/>
        </w:rPr>
        <w:t>خلال</w:t>
      </w:r>
      <w:r w:rsidRPr="008E006D">
        <w:rPr>
          <w:rFonts w:cs="Sakkal Majalla"/>
          <w:sz w:val="36"/>
          <w:szCs w:val="38"/>
        </w:rPr>
        <w:t xml:space="preserve"> </w:t>
      </w:r>
      <w:r w:rsidRPr="008E006D">
        <w:rPr>
          <w:rFonts w:cs="Sakkal Majalla"/>
          <w:sz w:val="36"/>
          <w:szCs w:val="38"/>
          <w:rtl/>
        </w:rPr>
        <w:t>السنوات</w:t>
      </w:r>
      <w:r w:rsidRPr="008E006D">
        <w:rPr>
          <w:rFonts w:cs="Sakkal Majalla"/>
          <w:sz w:val="36"/>
          <w:szCs w:val="38"/>
        </w:rPr>
        <w:t xml:space="preserve"> </w:t>
      </w:r>
      <w:r w:rsidRPr="008E006D">
        <w:rPr>
          <w:rFonts w:cs="Sakkal Majalla"/>
          <w:sz w:val="36"/>
          <w:szCs w:val="38"/>
          <w:rtl/>
        </w:rPr>
        <w:t>الأخيرة</w:t>
      </w:r>
      <w:r w:rsidRPr="008E006D">
        <w:rPr>
          <w:rFonts w:cs="Sakkal Majalla"/>
          <w:sz w:val="36"/>
          <w:szCs w:val="38"/>
        </w:rPr>
        <w:t xml:space="preserve"> </w:t>
      </w:r>
      <w:r w:rsidRPr="008E006D">
        <w:rPr>
          <w:rFonts w:cs="Sakkal Majalla"/>
          <w:sz w:val="36"/>
          <w:szCs w:val="38"/>
          <w:rtl/>
        </w:rPr>
        <w:t>توسعًا</w:t>
      </w:r>
      <w:r w:rsidRPr="008E006D">
        <w:rPr>
          <w:rFonts w:cs="Sakkal Majalla"/>
          <w:sz w:val="36"/>
          <w:szCs w:val="38"/>
        </w:rPr>
        <w:t xml:space="preserve"> </w:t>
      </w:r>
      <w:r w:rsidRPr="008E006D">
        <w:rPr>
          <w:rFonts w:cs="Sakkal Majalla"/>
          <w:sz w:val="36"/>
          <w:szCs w:val="38"/>
          <w:rtl/>
        </w:rPr>
        <w:t>كبيرًا</w:t>
      </w:r>
      <w:r w:rsidRPr="008E006D">
        <w:rPr>
          <w:rFonts w:cs="Sakkal Majalla"/>
          <w:sz w:val="36"/>
          <w:szCs w:val="38"/>
        </w:rPr>
        <w:t xml:space="preserve"> </w:t>
      </w:r>
      <w:r w:rsidRPr="008E006D">
        <w:rPr>
          <w:rFonts w:cs="Sakkal Majalla"/>
          <w:sz w:val="36"/>
          <w:szCs w:val="38"/>
          <w:rtl/>
        </w:rPr>
        <w:t>في</w:t>
      </w:r>
      <w:r w:rsidRPr="008E006D">
        <w:rPr>
          <w:rFonts w:cs="Sakkal Majalla"/>
          <w:sz w:val="36"/>
          <w:szCs w:val="38"/>
        </w:rPr>
        <w:t xml:space="preserve"> </w:t>
      </w:r>
      <w:r w:rsidRPr="008E006D">
        <w:rPr>
          <w:rFonts w:cs="Sakkal Majalla"/>
          <w:sz w:val="36"/>
          <w:szCs w:val="38"/>
          <w:rtl/>
        </w:rPr>
        <w:t>برامج</w:t>
      </w:r>
      <w:r w:rsidRPr="008E006D">
        <w:rPr>
          <w:rFonts w:cs="Sakkal Majalla"/>
          <w:sz w:val="36"/>
          <w:szCs w:val="38"/>
        </w:rPr>
        <w:t xml:space="preserve"> </w:t>
      </w:r>
      <w:r w:rsidRPr="008E006D">
        <w:rPr>
          <w:rFonts w:cs="Sakkal Majalla"/>
          <w:sz w:val="36"/>
          <w:szCs w:val="38"/>
          <w:rtl/>
        </w:rPr>
        <w:t>ومبادرات</w:t>
      </w:r>
      <w:r w:rsidRPr="008E006D">
        <w:rPr>
          <w:rFonts w:cs="Sakkal Majalla"/>
          <w:sz w:val="36"/>
          <w:szCs w:val="38"/>
        </w:rPr>
        <w:t xml:space="preserve"> </w:t>
      </w:r>
      <w:r w:rsidRPr="008E006D">
        <w:rPr>
          <w:rFonts w:cs="Sakkal Majalla"/>
          <w:sz w:val="36"/>
          <w:szCs w:val="38"/>
          <w:rtl/>
        </w:rPr>
        <w:t>التحول</w:t>
      </w:r>
      <w:r w:rsidRPr="008E006D">
        <w:rPr>
          <w:rFonts w:cs="Sakkal Majalla"/>
          <w:sz w:val="36"/>
          <w:szCs w:val="38"/>
        </w:rPr>
        <w:t xml:space="preserve"> </w:t>
      </w:r>
      <w:r w:rsidRPr="008E006D">
        <w:rPr>
          <w:rFonts w:cs="Sakkal Majalla"/>
          <w:sz w:val="36"/>
          <w:szCs w:val="38"/>
          <w:rtl/>
        </w:rPr>
        <w:t>الرقمي،</w:t>
      </w:r>
      <w:r w:rsidRPr="008E006D">
        <w:rPr>
          <w:rFonts w:cs="Sakkal Majalla"/>
          <w:sz w:val="36"/>
          <w:szCs w:val="38"/>
        </w:rPr>
        <w:t xml:space="preserve"> </w:t>
      </w:r>
      <w:r w:rsidRPr="008E006D">
        <w:rPr>
          <w:rFonts w:cs="Sakkal Majalla"/>
          <w:sz w:val="36"/>
          <w:szCs w:val="38"/>
          <w:rtl/>
        </w:rPr>
        <w:t>سواء</w:t>
      </w:r>
      <w:r w:rsidRPr="008E006D">
        <w:rPr>
          <w:rFonts w:cs="Sakkal Majalla"/>
          <w:sz w:val="36"/>
          <w:szCs w:val="38"/>
        </w:rPr>
        <w:t xml:space="preserve"> </w:t>
      </w:r>
      <w:r w:rsidRPr="008E006D">
        <w:rPr>
          <w:rFonts w:cs="Sakkal Majalla"/>
          <w:sz w:val="36"/>
          <w:szCs w:val="38"/>
          <w:rtl/>
        </w:rPr>
        <w:t>من</w:t>
      </w:r>
      <w:r w:rsidRPr="008E006D">
        <w:rPr>
          <w:rFonts w:cs="Sakkal Majalla"/>
          <w:sz w:val="36"/>
          <w:szCs w:val="38"/>
        </w:rPr>
        <w:t xml:space="preserve"> </w:t>
      </w:r>
      <w:r w:rsidRPr="008E006D">
        <w:rPr>
          <w:rFonts w:cs="Sakkal Majalla"/>
          <w:sz w:val="36"/>
          <w:szCs w:val="38"/>
          <w:rtl/>
        </w:rPr>
        <w:t>خلال</w:t>
      </w:r>
      <w:r w:rsidRPr="008E006D">
        <w:rPr>
          <w:rFonts w:cs="Sakkal Majalla"/>
          <w:sz w:val="36"/>
          <w:szCs w:val="38"/>
        </w:rPr>
        <w:t xml:space="preserve"> </w:t>
      </w:r>
      <w:r w:rsidRPr="008E006D">
        <w:rPr>
          <w:rFonts w:cs="Sakkal Majalla"/>
          <w:sz w:val="36"/>
          <w:szCs w:val="38"/>
          <w:rtl/>
        </w:rPr>
        <w:t>المنصات</w:t>
      </w:r>
      <w:r w:rsidRPr="008E006D">
        <w:rPr>
          <w:rFonts w:cs="Sakkal Majalla"/>
          <w:sz w:val="36"/>
          <w:szCs w:val="38"/>
        </w:rPr>
        <w:t xml:space="preserve"> </w:t>
      </w:r>
      <w:r w:rsidRPr="008E006D">
        <w:rPr>
          <w:rFonts w:cs="Sakkal Majalla"/>
          <w:sz w:val="36"/>
          <w:szCs w:val="38"/>
          <w:rtl/>
        </w:rPr>
        <w:t>الوطنية</w:t>
      </w:r>
      <w:r w:rsidRPr="008E006D">
        <w:rPr>
          <w:rFonts w:cs="Sakkal Majalla"/>
          <w:sz w:val="36"/>
          <w:szCs w:val="38"/>
        </w:rPr>
        <w:t xml:space="preserve"> </w:t>
      </w:r>
      <w:r w:rsidRPr="008E006D">
        <w:rPr>
          <w:rFonts w:cs="Sakkal Majalla"/>
          <w:sz w:val="36"/>
          <w:szCs w:val="38"/>
          <w:rtl/>
        </w:rPr>
        <w:t>الموحدة</w:t>
      </w:r>
      <w:r w:rsidRPr="008E006D">
        <w:rPr>
          <w:rFonts w:cs="Sakkal Majalla"/>
          <w:sz w:val="36"/>
          <w:szCs w:val="38"/>
        </w:rPr>
        <w:t xml:space="preserve"> </w:t>
      </w:r>
      <w:r w:rsidRPr="008E006D">
        <w:rPr>
          <w:rFonts w:cs="Sakkal Majalla"/>
          <w:sz w:val="36"/>
          <w:szCs w:val="38"/>
          <w:rtl/>
        </w:rPr>
        <w:t>أو</w:t>
      </w:r>
      <w:r w:rsidRPr="008E006D">
        <w:rPr>
          <w:rFonts w:cs="Sakkal Majalla"/>
          <w:sz w:val="36"/>
          <w:szCs w:val="38"/>
        </w:rPr>
        <w:t xml:space="preserve"> </w:t>
      </w:r>
      <w:r w:rsidRPr="008E006D">
        <w:rPr>
          <w:rFonts w:cs="Sakkal Majalla"/>
          <w:sz w:val="36"/>
          <w:szCs w:val="38"/>
          <w:rtl/>
        </w:rPr>
        <w:t>الخدمات</w:t>
      </w:r>
      <w:r w:rsidRPr="008E006D">
        <w:rPr>
          <w:rFonts w:cs="Sakkal Majalla"/>
          <w:sz w:val="36"/>
          <w:szCs w:val="38"/>
        </w:rPr>
        <w:t xml:space="preserve"> </w:t>
      </w:r>
      <w:r w:rsidRPr="008E006D">
        <w:rPr>
          <w:rFonts w:cs="Sakkal Majalla"/>
          <w:sz w:val="36"/>
          <w:szCs w:val="38"/>
          <w:rtl/>
        </w:rPr>
        <w:t>الرقمية</w:t>
      </w:r>
      <w:r w:rsidRPr="008E006D">
        <w:rPr>
          <w:rFonts w:cs="Sakkal Majalla"/>
          <w:sz w:val="36"/>
          <w:szCs w:val="38"/>
        </w:rPr>
        <w:t xml:space="preserve"> </w:t>
      </w:r>
      <w:r w:rsidRPr="008E006D">
        <w:rPr>
          <w:rFonts w:cs="Sakkal Majalla"/>
          <w:sz w:val="36"/>
          <w:szCs w:val="38"/>
          <w:rtl/>
        </w:rPr>
        <w:t>القطاعية</w:t>
      </w:r>
      <w:r w:rsidRPr="008E006D">
        <w:rPr>
          <w:rFonts w:cs="Sakkal Majalla"/>
          <w:sz w:val="36"/>
          <w:szCs w:val="38"/>
        </w:rPr>
        <w:t xml:space="preserve"> </w:t>
      </w:r>
      <w:r w:rsidRPr="008E006D">
        <w:rPr>
          <w:rFonts w:cs="Sakkal Majalla"/>
          <w:sz w:val="36"/>
          <w:szCs w:val="38"/>
          <w:rtl/>
        </w:rPr>
        <w:t>أو</w:t>
      </w:r>
      <w:r w:rsidRPr="008E006D">
        <w:rPr>
          <w:rFonts w:cs="Sakkal Majalla"/>
          <w:sz w:val="36"/>
          <w:szCs w:val="38"/>
        </w:rPr>
        <w:t xml:space="preserve"> </w:t>
      </w:r>
      <w:r w:rsidRPr="008E006D">
        <w:rPr>
          <w:rFonts w:cs="Sakkal Majalla"/>
          <w:sz w:val="36"/>
          <w:szCs w:val="38"/>
          <w:rtl/>
        </w:rPr>
        <w:t>تبني</w:t>
      </w:r>
      <w:r w:rsidRPr="008E006D">
        <w:rPr>
          <w:rFonts w:cs="Sakkal Majalla"/>
          <w:sz w:val="36"/>
          <w:szCs w:val="38"/>
        </w:rPr>
        <w:t xml:space="preserve"> </w:t>
      </w:r>
      <w:r w:rsidRPr="008E006D">
        <w:rPr>
          <w:rFonts w:cs="Sakkal Majalla"/>
          <w:sz w:val="36"/>
          <w:szCs w:val="38"/>
          <w:rtl/>
        </w:rPr>
        <w:t>الحوسبة</w:t>
      </w:r>
      <w:r w:rsidRPr="008E006D">
        <w:rPr>
          <w:rFonts w:cs="Sakkal Majalla"/>
          <w:sz w:val="36"/>
          <w:szCs w:val="38"/>
        </w:rPr>
        <w:t xml:space="preserve"> </w:t>
      </w:r>
      <w:r w:rsidRPr="008E006D">
        <w:rPr>
          <w:rFonts w:cs="Sakkal Majalla"/>
          <w:sz w:val="36"/>
          <w:szCs w:val="38"/>
          <w:rtl/>
        </w:rPr>
        <w:t>السحابية</w:t>
      </w:r>
      <w:r w:rsidRPr="008E006D">
        <w:rPr>
          <w:rFonts w:cs="Sakkal Majalla"/>
          <w:sz w:val="36"/>
          <w:szCs w:val="38"/>
        </w:rPr>
        <w:t xml:space="preserve"> </w:t>
      </w:r>
      <w:r w:rsidRPr="008E006D">
        <w:rPr>
          <w:rFonts w:cs="Sakkal Majalla"/>
          <w:sz w:val="36"/>
          <w:szCs w:val="38"/>
          <w:rtl/>
        </w:rPr>
        <w:t>والبيانات</w:t>
      </w:r>
      <w:r w:rsidRPr="008E006D">
        <w:rPr>
          <w:rFonts w:cs="Sakkal Majalla"/>
          <w:sz w:val="36"/>
          <w:szCs w:val="38"/>
        </w:rPr>
        <w:t xml:space="preserve"> </w:t>
      </w:r>
      <w:r w:rsidRPr="008E006D">
        <w:rPr>
          <w:rFonts w:cs="Sakkal Majalla"/>
          <w:sz w:val="36"/>
          <w:szCs w:val="38"/>
          <w:rtl/>
        </w:rPr>
        <w:t>والتقنيات</w:t>
      </w:r>
      <w:r w:rsidRPr="008E006D">
        <w:rPr>
          <w:rFonts w:cs="Sakkal Majalla"/>
          <w:sz w:val="36"/>
          <w:szCs w:val="38"/>
        </w:rPr>
        <w:t xml:space="preserve"> </w:t>
      </w:r>
      <w:r w:rsidRPr="008E006D">
        <w:rPr>
          <w:rFonts w:cs="Sakkal Majalla"/>
          <w:sz w:val="36"/>
          <w:szCs w:val="38"/>
          <w:rtl/>
        </w:rPr>
        <w:t>الناشئة</w:t>
      </w:r>
      <w:r w:rsidRPr="008E006D">
        <w:rPr>
          <w:rFonts w:cs="Sakkal Majalla"/>
          <w:sz w:val="36"/>
          <w:szCs w:val="38"/>
        </w:rPr>
        <w:t xml:space="preserve">. </w:t>
      </w:r>
      <w:r w:rsidRPr="008E006D">
        <w:rPr>
          <w:rFonts w:cs="Sakkal Majalla"/>
          <w:sz w:val="36"/>
          <w:szCs w:val="38"/>
          <w:rtl/>
        </w:rPr>
        <w:t>غير</w:t>
      </w:r>
      <w:r w:rsidRPr="008E006D">
        <w:rPr>
          <w:rFonts w:cs="Sakkal Majalla"/>
          <w:sz w:val="36"/>
          <w:szCs w:val="38"/>
        </w:rPr>
        <w:t xml:space="preserve"> </w:t>
      </w:r>
      <w:r w:rsidRPr="008E006D">
        <w:rPr>
          <w:rFonts w:cs="Sakkal Majalla"/>
          <w:sz w:val="36"/>
          <w:szCs w:val="38"/>
          <w:rtl/>
        </w:rPr>
        <w:t>أن</w:t>
      </w:r>
      <w:r w:rsidRPr="008E006D">
        <w:rPr>
          <w:rFonts w:cs="Sakkal Majalla"/>
          <w:sz w:val="36"/>
          <w:szCs w:val="38"/>
        </w:rPr>
        <w:t xml:space="preserve"> </w:t>
      </w:r>
      <w:r w:rsidRPr="008E006D">
        <w:rPr>
          <w:rFonts w:cs="Sakkal Majalla"/>
          <w:sz w:val="36"/>
          <w:szCs w:val="38"/>
          <w:rtl/>
        </w:rPr>
        <w:t>ارتفاع</w:t>
      </w:r>
      <w:r w:rsidRPr="008E006D">
        <w:rPr>
          <w:rFonts w:cs="Sakkal Majalla"/>
          <w:sz w:val="36"/>
          <w:szCs w:val="38"/>
        </w:rPr>
        <w:t xml:space="preserve"> </w:t>
      </w:r>
      <w:r w:rsidRPr="008E006D">
        <w:rPr>
          <w:rFonts w:cs="Sakkal Majalla"/>
          <w:sz w:val="36"/>
          <w:szCs w:val="38"/>
          <w:rtl/>
        </w:rPr>
        <w:t>مستوى</w:t>
      </w:r>
      <w:r w:rsidRPr="008E006D">
        <w:rPr>
          <w:rFonts w:cs="Sakkal Majalla"/>
          <w:sz w:val="36"/>
          <w:szCs w:val="38"/>
        </w:rPr>
        <w:t xml:space="preserve"> </w:t>
      </w:r>
      <w:r w:rsidRPr="008E006D">
        <w:rPr>
          <w:rFonts w:cs="Sakkal Majalla"/>
          <w:sz w:val="36"/>
          <w:szCs w:val="38"/>
          <w:rtl/>
        </w:rPr>
        <w:t>التبني</w:t>
      </w:r>
      <w:r w:rsidRPr="008E006D">
        <w:rPr>
          <w:rFonts w:cs="Sakkal Majalla"/>
          <w:sz w:val="36"/>
          <w:szCs w:val="38"/>
        </w:rPr>
        <w:t xml:space="preserve"> </w:t>
      </w:r>
      <w:r w:rsidRPr="008E006D">
        <w:rPr>
          <w:rFonts w:cs="Sakkal Majalla"/>
          <w:sz w:val="36"/>
          <w:szCs w:val="38"/>
          <w:rtl/>
        </w:rPr>
        <w:t>الرقمي</w:t>
      </w:r>
      <w:r w:rsidRPr="008E006D">
        <w:rPr>
          <w:rFonts w:cs="Sakkal Majalla"/>
          <w:sz w:val="36"/>
          <w:szCs w:val="38"/>
        </w:rPr>
        <w:t xml:space="preserve"> </w:t>
      </w:r>
      <w:r w:rsidRPr="008E006D">
        <w:rPr>
          <w:rFonts w:cs="Sakkal Majalla"/>
          <w:sz w:val="36"/>
          <w:szCs w:val="38"/>
          <w:rtl/>
        </w:rPr>
        <w:t>على</w:t>
      </w:r>
      <w:r w:rsidRPr="008E006D">
        <w:rPr>
          <w:rFonts w:cs="Sakkal Majalla"/>
          <w:sz w:val="36"/>
          <w:szCs w:val="38"/>
        </w:rPr>
        <w:t xml:space="preserve"> </w:t>
      </w:r>
      <w:r w:rsidRPr="008E006D">
        <w:rPr>
          <w:rFonts w:cs="Sakkal Majalla"/>
          <w:sz w:val="36"/>
          <w:szCs w:val="38"/>
          <w:rtl/>
        </w:rPr>
        <w:t>مستوى</w:t>
      </w:r>
      <w:r w:rsidRPr="008E006D">
        <w:rPr>
          <w:rFonts w:cs="Sakkal Majalla"/>
          <w:sz w:val="36"/>
          <w:szCs w:val="38"/>
        </w:rPr>
        <w:t xml:space="preserve"> </w:t>
      </w:r>
      <w:r w:rsidRPr="008E006D">
        <w:rPr>
          <w:rFonts w:cs="Sakkal Majalla"/>
          <w:sz w:val="36"/>
          <w:szCs w:val="38"/>
          <w:rtl/>
        </w:rPr>
        <w:t>الدولة</w:t>
      </w:r>
      <w:r w:rsidRPr="008E006D">
        <w:rPr>
          <w:rFonts w:cs="Sakkal Majalla"/>
          <w:sz w:val="36"/>
          <w:szCs w:val="38"/>
        </w:rPr>
        <w:t xml:space="preserve"> </w:t>
      </w:r>
      <w:r w:rsidRPr="008E006D">
        <w:rPr>
          <w:rFonts w:cs="Sakkal Majalla"/>
          <w:sz w:val="36"/>
          <w:szCs w:val="38"/>
          <w:rtl/>
        </w:rPr>
        <w:t>لا</w:t>
      </w:r>
      <w:r w:rsidRPr="008E006D">
        <w:rPr>
          <w:rFonts w:cs="Sakkal Majalla"/>
          <w:sz w:val="36"/>
          <w:szCs w:val="38"/>
        </w:rPr>
        <w:t xml:space="preserve"> </w:t>
      </w:r>
      <w:r w:rsidRPr="008E006D">
        <w:rPr>
          <w:rFonts w:cs="Sakkal Majalla"/>
          <w:sz w:val="36"/>
          <w:szCs w:val="38"/>
          <w:rtl/>
        </w:rPr>
        <w:t>يعني</w:t>
      </w:r>
      <w:r w:rsidRPr="008E006D">
        <w:rPr>
          <w:rFonts w:cs="Sakkal Majalla"/>
          <w:sz w:val="36"/>
          <w:szCs w:val="38"/>
        </w:rPr>
        <w:t xml:space="preserve"> </w:t>
      </w:r>
      <w:r w:rsidRPr="008E006D">
        <w:rPr>
          <w:rFonts w:cs="Sakkal Majalla"/>
          <w:sz w:val="36"/>
          <w:szCs w:val="38"/>
          <w:rtl/>
        </w:rPr>
        <w:t>بالضرورة</w:t>
      </w:r>
      <w:r w:rsidRPr="008E006D">
        <w:rPr>
          <w:rFonts w:cs="Sakkal Majalla"/>
          <w:sz w:val="36"/>
          <w:szCs w:val="38"/>
        </w:rPr>
        <w:t xml:space="preserve"> </w:t>
      </w:r>
      <w:r w:rsidRPr="008E006D">
        <w:rPr>
          <w:rFonts w:cs="Sakkal Majalla"/>
          <w:sz w:val="36"/>
          <w:szCs w:val="38"/>
          <w:rtl/>
        </w:rPr>
        <w:t>أن</w:t>
      </w:r>
      <w:r w:rsidRPr="008E006D">
        <w:rPr>
          <w:rFonts w:cs="Sakkal Majalla"/>
          <w:sz w:val="36"/>
          <w:szCs w:val="38"/>
        </w:rPr>
        <w:t xml:space="preserve"> </w:t>
      </w:r>
      <w:r w:rsidRPr="008E006D">
        <w:rPr>
          <w:rFonts w:cs="Sakkal Majalla"/>
          <w:sz w:val="36"/>
          <w:szCs w:val="38"/>
          <w:rtl/>
        </w:rPr>
        <w:t>جميع</w:t>
      </w:r>
      <w:r w:rsidRPr="008E006D">
        <w:rPr>
          <w:rFonts w:cs="Sakkal Majalla"/>
          <w:sz w:val="36"/>
          <w:szCs w:val="38"/>
        </w:rPr>
        <w:t xml:space="preserve"> </w:t>
      </w:r>
      <w:r w:rsidRPr="008E006D">
        <w:rPr>
          <w:rFonts w:cs="Sakkal Majalla"/>
          <w:sz w:val="36"/>
          <w:szCs w:val="38"/>
          <w:rtl/>
        </w:rPr>
        <w:t>مشاريع</w:t>
      </w:r>
      <w:r w:rsidRPr="008E006D">
        <w:rPr>
          <w:rFonts w:cs="Sakkal Majalla"/>
          <w:sz w:val="36"/>
          <w:szCs w:val="38"/>
        </w:rPr>
        <w:t xml:space="preserve"> </w:t>
      </w:r>
      <w:r w:rsidRPr="008E006D">
        <w:rPr>
          <w:rFonts w:cs="Sakkal Majalla"/>
          <w:sz w:val="36"/>
          <w:szCs w:val="38"/>
          <w:rtl/>
        </w:rPr>
        <w:t>التحول</w:t>
      </w:r>
      <w:r w:rsidRPr="008E006D">
        <w:rPr>
          <w:rFonts w:cs="Sakkal Majalla"/>
          <w:sz w:val="36"/>
          <w:szCs w:val="38"/>
        </w:rPr>
        <w:t xml:space="preserve"> </w:t>
      </w:r>
      <w:r w:rsidRPr="008E006D">
        <w:rPr>
          <w:rFonts w:cs="Sakkal Majalla"/>
          <w:sz w:val="36"/>
          <w:szCs w:val="38"/>
          <w:rtl/>
        </w:rPr>
        <w:t>الرقمي</w:t>
      </w:r>
      <w:r w:rsidRPr="008E006D">
        <w:rPr>
          <w:rFonts w:cs="Sakkal Majalla"/>
          <w:sz w:val="36"/>
          <w:szCs w:val="38"/>
        </w:rPr>
        <w:t xml:space="preserve"> </w:t>
      </w:r>
      <w:r w:rsidRPr="008E006D">
        <w:rPr>
          <w:rFonts w:cs="Sakkal Majalla"/>
          <w:sz w:val="36"/>
          <w:szCs w:val="38"/>
          <w:rtl/>
        </w:rPr>
        <w:t>تحقق</w:t>
      </w:r>
      <w:r w:rsidRPr="008E006D">
        <w:rPr>
          <w:rFonts w:cs="Sakkal Majalla"/>
          <w:sz w:val="36"/>
          <w:szCs w:val="38"/>
        </w:rPr>
        <w:t xml:space="preserve"> </w:t>
      </w:r>
      <w:r w:rsidRPr="008E006D">
        <w:rPr>
          <w:rFonts w:cs="Sakkal Majalla"/>
          <w:sz w:val="36"/>
          <w:szCs w:val="38"/>
          <w:rtl/>
        </w:rPr>
        <w:t>النتائج</w:t>
      </w:r>
      <w:r w:rsidRPr="008E006D">
        <w:rPr>
          <w:rFonts w:cs="Sakkal Majalla"/>
          <w:sz w:val="36"/>
          <w:szCs w:val="38"/>
        </w:rPr>
        <w:t xml:space="preserve"> </w:t>
      </w:r>
      <w:r w:rsidRPr="008E006D">
        <w:rPr>
          <w:rFonts w:cs="Sakkal Majalla"/>
          <w:sz w:val="36"/>
          <w:szCs w:val="38"/>
          <w:rtl/>
        </w:rPr>
        <w:t>المتوقعة</w:t>
      </w:r>
      <w:r w:rsidRPr="008E006D">
        <w:rPr>
          <w:rFonts w:cs="Sakkal Majalla"/>
          <w:sz w:val="36"/>
          <w:szCs w:val="38"/>
        </w:rPr>
        <w:t xml:space="preserve"> </w:t>
      </w:r>
      <w:r w:rsidRPr="008E006D">
        <w:rPr>
          <w:rFonts w:cs="Sakkal Majalla"/>
          <w:sz w:val="36"/>
          <w:szCs w:val="38"/>
          <w:rtl/>
        </w:rPr>
        <w:t>بالدرجة</w:t>
      </w:r>
      <w:r w:rsidRPr="008E006D">
        <w:rPr>
          <w:rFonts w:cs="Sakkal Majalla"/>
          <w:sz w:val="36"/>
          <w:szCs w:val="38"/>
        </w:rPr>
        <w:t xml:space="preserve"> </w:t>
      </w:r>
      <w:r w:rsidRPr="008E006D">
        <w:rPr>
          <w:rFonts w:cs="Sakkal Majalla"/>
          <w:sz w:val="36"/>
          <w:szCs w:val="38"/>
          <w:rtl/>
        </w:rPr>
        <w:t>ذاتها،</w:t>
      </w:r>
      <w:r w:rsidRPr="008E006D">
        <w:rPr>
          <w:rFonts w:cs="Sakkal Majalla"/>
          <w:sz w:val="36"/>
          <w:szCs w:val="38"/>
        </w:rPr>
        <w:t xml:space="preserve"> </w:t>
      </w:r>
      <w:r w:rsidRPr="008E006D">
        <w:rPr>
          <w:rFonts w:cs="Sakkal Majalla"/>
          <w:sz w:val="36"/>
          <w:szCs w:val="38"/>
          <w:rtl/>
        </w:rPr>
        <w:t>إذ</w:t>
      </w:r>
      <w:r w:rsidRPr="008E006D">
        <w:rPr>
          <w:rFonts w:cs="Sakkal Majalla"/>
          <w:sz w:val="36"/>
          <w:szCs w:val="38"/>
        </w:rPr>
        <w:t xml:space="preserve"> </w:t>
      </w:r>
      <w:r w:rsidRPr="008E006D">
        <w:rPr>
          <w:rFonts w:cs="Sakkal Majalla"/>
          <w:sz w:val="36"/>
          <w:szCs w:val="38"/>
          <w:rtl/>
        </w:rPr>
        <w:t>قد</w:t>
      </w:r>
      <w:r w:rsidRPr="008E006D">
        <w:rPr>
          <w:rFonts w:cs="Sakkal Majalla"/>
          <w:sz w:val="36"/>
          <w:szCs w:val="38"/>
        </w:rPr>
        <w:t xml:space="preserve"> </w:t>
      </w:r>
      <w:r w:rsidRPr="008E006D">
        <w:rPr>
          <w:rFonts w:cs="Sakkal Majalla"/>
          <w:sz w:val="36"/>
          <w:szCs w:val="38"/>
          <w:rtl/>
        </w:rPr>
        <w:t>تظهر</w:t>
      </w:r>
      <w:r w:rsidRPr="008E006D">
        <w:rPr>
          <w:rFonts w:cs="Sakkal Majalla"/>
          <w:sz w:val="36"/>
          <w:szCs w:val="38"/>
        </w:rPr>
        <w:t xml:space="preserve"> </w:t>
      </w:r>
      <w:r w:rsidRPr="008E006D">
        <w:rPr>
          <w:rFonts w:cs="Sakkal Majalla"/>
          <w:sz w:val="36"/>
          <w:szCs w:val="38"/>
          <w:rtl/>
        </w:rPr>
        <w:t>تحديات</w:t>
      </w:r>
      <w:r w:rsidRPr="008E006D">
        <w:rPr>
          <w:rFonts w:cs="Sakkal Majalla"/>
          <w:sz w:val="36"/>
          <w:szCs w:val="38"/>
        </w:rPr>
        <w:t xml:space="preserve"> </w:t>
      </w:r>
      <w:r w:rsidRPr="008E006D">
        <w:rPr>
          <w:rFonts w:cs="Sakkal Majalla"/>
          <w:sz w:val="36"/>
          <w:szCs w:val="38"/>
          <w:rtl/>
        </w:rPr>
        <w:t>تنفيذية</w:t>
      </w:r>
      <w:r w:rsidRPr="008E006D">
        <w:rPr>
          <w:rFonts w:cs="Sakkal Majalla"/>
          <w:sz w:val="36"/>
          <w:szCs w:val="38"/>
        </w:rPr>
        <w:t xml:space="preserve"> </w:t>
      </w:r>
      <w:r w:rsidRPr="008E006D">
        <w:rPr>
          <w:rFonts w:cs="Sakkal Majalla"/>
          <w:sz w:val="36"/>
          <w:szCs w:val="38"/>
          <w:rtl/>
        </w:rPr>
        <w:t>تتعلق</w:t>
      </w:r>
      <w:r w:rsidRPr="008E006D">
        <w:rPr>
          <w:rFonts w:cs="Sakkal Majalla"/>
          <w:sz w:val="36"/>
          <w:szCs w:val="38"/>
        </w:rPr>
        <w:t xml:space="preserve"> </w:t>
      </w:r>
      <w:r w:rsidRPr="008E006D">
        <w:rPr>
          <w:rFonts w:cs="Sakkal Majalla"/>
          <w:sz w:val="36"/>
          <w:szCs w:val="38"/>
          <w:rtl/>
        </w:rPr>
        <w:t>بقدرة</w:t>
      </w:r>
      <w:r w:rsidRPr="008E006D">
        <w:rPr>
          <w:rFonts w:cs="Sakkal Majalla"/>
          <w:sz w:val="36"/>
          <w:szCs w:val="38"/>
        </w:rPr>
        <w:t xml:space="preserve"> </w:t>
      </w:r>
      <w:r w:rsidRPr="008E006D">
        <w:rPr>
          <w:rFonts w:cs="Sakkal Majalla"/>
          <w:sz w:val="36"/>
          <w:szCs w:val="38"/>
          <w:rtl/>
        </w:rPr>
        <w:t>فرق</w:t>
      </w:r>
      <w:r w:rsidRPr="008E006D">
        <w:rPr>
          <w:rFonts w:cs="Sakkal Majalla"/>
          <w:sz w:val="36"/>
          <w:szCs w:val="38"/>
        </w:rPr>
        <w:t xml:space="preserve"> </w:t>
      </w:r>
      <w:r w:rsidRPr="008E006D">
        <w:rPr>
          <w:rFonts w:cs="Sakkal Majalla"/>
          <w:sz w:val="36"/>
          <w:szCs w:val="38"/>
          <w:rtl/>
        </w:rPr>
        <w:t>المشاريع</w:t>
      </w:r>
      <w:r w:rsidRPr="008E006D">
        <w:rPr>
          <w:rFonts w:cs="Sakkal Majalla"/>
          <w:sz w:val="36"/>
          <w:szCs w:val="38"/>
        </w:rPr>
        <w:t xml:space="preserve"> </w:t>
      </w:r>
      <w:r w:rsidRPr="008E006D">
        <w:rPr>
          <w:rFonts w:cs="Sakkal Majalla"/>
          <w:sz w:val="36"/>
          <w:szCs w:val="38"/>
          <w:rtl/>
        </w:rPr>
        <w:t>على</w:t>
      </w:r>
      <w:r w:rsidRPr="008E006D">
        <w:rPr>
          <w:rFonts w:cs="Sakkal Majalla"/>
          <w:sz w:val="36"/>
          <w:szCs w:val="38"/>
        </w:rPr>
        <w:t xml:space="preserve"> </w:t>
      </w:r>
      <w:r w:rsidRPr="008E006D">
        <w:rPr>
          <w:rFonts w:cs="Sakkal Majalla"/>
          <w:sz w:val="36"/>
          <w:szCs w:val="38"/>
          <w:rtl/>
        </w:rPr>
        <w:t>إدارة</w:t>
      </w:r>
      <w:r w:rsidRPr="008E006D">
        <w:rPr>
          <w:rFonts w:cs="Sakkal Majalla"/>
          <w:sz w:val="36"/>
          <w:szCs w:val="38"/>
        </w:rPr>
        <w:t xml:space="preserve"> </w:t>
      </w:r>
      <w:r w:rsidRPr="008E006D">
        <w:rPr>
          <w:rFonts w:cs="Sakkal Majalla"/>
          <w:sz w:val="36"/>
          <w:szCs w:val="38"/>
          <w:rtl/>
        </w:rPr>
        <w:t>المتطلبات،</w:t>
      </w:r>
      <w:r w:rsidRPr="008E006D">
        <w:rPr>
          <w:rFonts w:cs="Sakkal Majalla"/>
          <w:sz w:val="36"/>
          <w:szCs w:val="38"/>
        </w:rPr>
        <w:t xml:space="preserve"> </w:t>
      </w:r>
      <w:r w:rsidRPr="008E006D">
        <w:rPr>
          <w:rFonts w:cs="Sakkal Majalla"/>
          <w:sz w:val="36"/>
          <w:szCs w:val="38"/>
          <w:rtl/>
        </w:rPr>
        <w:t>وتكامل</w:t>
      </w:r>
      <w:r w:rsidRPr="008E006D">
        <w:rPr>
          <w:rFonts w:cs="Sakkal Majalla"/>
          <w:sz w:val="36"/>
          <w:szCs w:val="38"/>
        </w:rPr>
        <w:t xml:space="preserve"> </w:t>
      </w:r>
      <w:r w:rsidRPr="008E006D">
        <w:rPr>
          <w:rFonts w:cs="Sakkal Majalla"/>
          <w:sz w:val="36"/>
          <w:szCs w:val="38"/>
          <w:rtl/>
        </w:rPr>
        <w:t>البيانات،</w:t>
      </w:r>
      <w:r w:rsidRPr="008E006D">
        <w:rPr>
          <w:rFonts w:cs="Sakkal Majalla"/>
          <w:sz w:val="36"/>
          <w:szCs w:val="38"/>
        </w:rPr>
        <w:t xml:space="preserve"> </w:t>
      </w:r>
      <w:r w:rsidRPr="008E006D">
        <w:rPr>
          <w:rFonts w:cs="Sakkal Majalla"/>
          <w:sz w:val="36"/>
          <w:szCs w:val="38"/>
          <w:rtl/>
        </w:rPr>
        <w:t>وسرعة</w:t>
      </w:r>
      <w:r w:rsidRPr="008E006D">
        <w:rPr>
          <w:rFonts w:cs="Sakkal Majalla"/>
          <w:sz w:val="36"/>
          <w:szCs w:val="38"/>
        </w:rPr>
        <w:t xml:space="preserve"> </w:t>
      </w:r>
      <w:r w:rsidRPr="008E006D">
        <w:rPr>
          <w:rFonts w:cs="Sakkal Majalla"/>
          <w:sz w:val="36"/>
          <w:szCs w:val="38"/>
          <w:rtl/>
        </w:rPr>
        <w:t>اتخاذ</w:t>
      </w:r>
      <w:r w:rsidRPr="008E006D">
        <w:rPr>
          <w:rFonts w:cs="Sakkal Majalla"/>
          <w:sz w:val="36"/>
          <w:szCs w:val="38"/>
        </w:rPr>
        <w:t xml:space="preserve"> </w:t>
      </w:r>
      <w:r w:rsidRPr="008E006D">
        <w:rPr>
          <w:rFonts w:cs="Sakkal Majalla"/>
          <w:sz w:val="36"/>
          <w:szCs w:val="38"/>
          <w:rtl/>
        </w:rPr>
        <w:t>القرار،</w:t>
      </w:r>
      <w:r w:rsidRPr="008E006D">
        <w:rPr>
          <w:rFonts w:cs="Sakkal Majalla"/>
          <w:sz w:val="36"/>
          <w:szCs w:val="38"/>
        </w:rPr>
        <w:t xml:space="preserve"> </w:t>
      </w:r>
      <w:r w:rsidRPr="008E006D">
        <w:rPr>
          <w:rFonts w:cs="Sakkal Majalla"/>
          <w:sz w:val="36"/>
          <w:szCs w:val="38"/>
          <w:rtl/>
        </w:rPr>
        <w:lastRenderedPageBreak/>
        <w:t>ومتابعة</w:t>
      </w:r>
      <w:r w:rsidRPr="008E006D">
        <w:rPr>
          <w:rFonts w:cs="Sakkal Majalla"/>
          <w:sz w:val="36"/>
          <w:szCs w:val="38"/>
        </w:rPr>
        <w:t xml:space="preserve"> </w:t>
      </w:r>
      <w:r w:rsidRPr="008E006D">
        <w:rPr>
          <w:rFonts w:cs="Sakkal Majalla"/>
          <w:sz w:val="36"/>
          <w:szCs w:val="38"/>
          <w:rtl/>
        </w:rPr>
        <w:t>المخاطر،</w:t>
      </w:r>
      <w:r w:rsidRPr="008E006D">
        <w:rPr>
          <w:rFonts w:cs="Sakkal Majalla"/>
          <w:sz w:val="36"/>
          <w:szCs w:val="38"/>
        </w:rPr>
        <w:t xml:space="preserve"> </w:t>
      </w:r>
      <w:r w:rsidRPr="008E006D">
        <w:rPr>
          <w:rFonts w:cs="Sakkal Majalla"/>
          <w:sz w:val="36"/>
          <w:szCs w:val="38"/>
          <w:rtl/>
        </w:rPr>
        <w:t>ومواءمة</w:t>
      </w:r>
      <w:r w:rsidRPr="008E006D">
        <w:rPr>
          <w:rFonts w:cs="Sakkal Majalla"/>
          <w:sz w:val="36"/>
          <w:szCs w:val="38"/>
        </w:rPr>
        <w:t xml:space="preserve"> </w:t>
      </w:r>
      <w:r w:rsidRPr="008E006D">
        <w:rPr>
          <w:rFonts w:cs="Sakkal Majalla"/>
          <w:sz w:val="36"/>
          <w:szCs w:val="38"/>
          <w:rtl/>
        </w:rPr>
        <w:t>مخرجات</w:t>
      </w:r>
      <w:r w:rsidRPr="008E006D">
        <w:rPr>
          <w:rFonts w:cs="Sakkal Majalla"/>
          <w:sz w:val="36"/>
          <w:szCs w:val="38"/>
        </w:rPr>
        <w:t xml:space="preserve"> </w:t>
      </w:r>
      <w:r w:rsidRPr="008E006D">
        <w:rPr>
          <w:rFonts w:cs="Sakkal Majalla"/>
          <w:sz w:val="36"/>
          <w:szCs w:val="38"/>
          <w:rtl/>
        </w:rPr>
        <w:t>المشروع</w:t>
      </w:r>
      <w:r w:rsidRPr="008E006D">
        <w:rPr>
          <w:rFonts w:cs="Sakkal Majalla"/>
          <w:sz w:val="36"/>
          <w:szCs w:val="38"/>
        </w:rPr>
        <w:t xml:space="preserve"> </w:t>
      </w:r>
      <w:r w:rsidRPr="008E006D">
        <w:rPr>
          <w:rFonts w:cs="Sakkal Majalla"/>
          <w:sz w:val="36"/>
          <w:szCs w:val="38"/>
          <w:rtl/>
        </w:rPr>
        <w:t>مع</w:t>
      </w:r>
      <w:r w:rsidRPr="008E006D">
        <w:rPr>
          <w:rFonts w:cs="Sakkal Majalla"/>
          <w:sz w:val="36"/>
          <w:szCs w:val="38"/>
        </w:rPr>
        <w:t xml:space="preserve"> </w:t>
      </w:r>
      <w:r w:rsidRPr="008E006D">
        <w:rPr>
          <w:rFonts w:cs="Sakkal Majalla"/>
          <w:sz w:val="36"/>
          <w:szCs w:val="38"/>
          <w:rtl/>
        </w:rPr>
        <w:t>احتياجات</w:t>
      </w:r>
      <w:r w:rsidRPr="008E006D">
        <w:rPr>
          <w:rFonts w:cs="Sakkal Majalla"/>
          <w:sz w:val="36"/>
          <w:szCs w:val="38"/>
        </w:rPr>
        <w:t xml:space="preserve"> </w:t>
      </w:r>
      <w:proofErr w:type="gramStart"/>
      <w:r w:rsidRPr="008E006D">
        <w:rPr>
          <w:rFonts w:cs="Sakkal Majalla"/>
          <w:sz w:val="36"/>
          <w:szCs w:val="38"/>
          <w:rtl/>
        </w:rPr>
        <w:t>المستفيدين</w:t>
      </w:r>
      <w:r w:rsidR="008D0B36">
        <w:rPr>
          <w:rFonts w:cs="Sakkal Majalla" w:hint="cs"/>
          <w:sz w:val="36"/>
          <w:szCs w:val="38"/>
          <w:rtl/>
        </w:rPr>
        <w:t>(</w:t>
      </w:r>
      <w:proofErr w:type="gramEnd"/>
      <w:r w:rsidRPr="008E006D">
        <w:rPr>
          <w:rFonts w:cs="Sakkal Majalla"/>
          <w:sz w:val="36"/>
          <w:szCs w:val="38"/>
          <w:rtl/>
        </w:rPr>
        <w:t>هيئة</w:t>
      </w:r>
      <w:r w:rsidRPr="008E006D">
        <w:rPr>
          <w:rFonts w:cs="Sakkal Majalla"/>
          <w:sz w:val="36"/>
          <w:szCs w:val="38"/>
        </w:rPr>
        <w:t xml:space="preserve"> </w:t>
      </w:r>
      <w:r w:rsidRPr="008E006D">
        <w:rPr>
          <w:rFonts w:cs="Sakkal Majalla"/>
          <w:sz w:val="36"/>
          <w:szCs w:val="38"/>
          <w:rtl/>
        </w:rPr>
        <w:t>الحكومة</w:t>
      </w:r>
      <w:r w:rsidRPr="008E006D">
        <w:rPr>
          <w:rFonts w:cs="Sakkal Majalla"/>
          <w:sz w:val="36"/>
          <w:szCs w:val="38"/>
        </w:rPr>
        <w:t xml:space="preserve"> </w:t>
      </w:r>
      <w:r w:rsidRPr="008E006D">
        <w:rPr>
          <w:rFonts w:cs="Sakkal Majalla"/>
          <w:sz w:val="36"/>
          <w:szCs w:val="38"/>
          <w:rtl/>
        </w:rPr>
        <w:t>الرقمية،</w:t>
      </w:r>
      <w:r w:rsidRPr="008E006D">
        <w:rPr>
          <w:rFonts w:cs="Sakkal Majalla"/>
          <w:sz w:val="36"/>
          <w:szCs w:val="38"/>
        </w:rPr>
        <w:t xml:space="preserve"> 2024</w:t>
      </w:r>
      <w:r w:rsidRPr="008E006D">
        <w:rPr>
          <w:rFonts w:cs="Sakkal Majalla"/>
          <w:sz w:val="36"/>
          <w:szCs w:val="38"/>
          <w:rtl/>
        </w:rPr>
        <w:t>؛</w:t>
      </w:r>
      <w:r w:rsidRPr="008E006D">
        <w:rPr>
          <w:rFonts w:cs="Sakkal Majalla"/>
          <w:sz w:val="36"/>
          <w:szCs w:val="38"/>
        </w:rPr>
        <w:t xml:space="preserve"> </w:t>
      </w:r>
      <w:r w:rsidRPr="008E006D">
        <w:rPr>
          <w:rFonts w:cs="Sakkal Majalla"/>
          <w:sz w:val="36"/>
          <w:szCs w:val="38"/>
          <w:rtl/>
        </w:rPr>
        <w:t>هيئة</w:t>
      </w:r>
      <w:r w:rsidRPr="008E006D">
        <w:rPr>
          <w:rFonts w:cs="Sakkal Majalla"/>
          <w:sz w:val="36"/>
          <w:szCs w:val="38"/>
        </w:rPr>
        <w:t xml:space="preserve"> </w:t>
      </w:r>
      <w:r w:rsidRPr="008E006D">
        <w:rPr>
          <w:rFonts w:cs="Sakkal Majalla"/>
          <w:sz w:val="36"/>
          <w:szCs w:val="38"/>
          <w:rtl/>
        </w:rPr>
        <w:t>كفاءة</w:t>
      </w:r>
      <w:r w:rsidRPr="008E006D">
        <w:rPr>
          <w:rFonts w:cs="Sakkal Majalla"/>
          <w:sz w:val="36"/>
          <w:szCs w:val="38"/>
        </w:rPr>
        <w:t xml:space="preserve"> </w:t>
      </w:r>
      <w:r w:rsidRPr="008E006D">
        <w:rPr>
          <w:rFonts w:cs="Sakkal Majalla"/>
          <w:sz w:val="36"/>
          <w:szCs w:val="38"/>
          <w:rtl/>
        </w:rPr>
        <w:t>الإنفاق</w:t>
      </w:r>
      <w:r w:rsidRPr="008E006D">
        <w:rPr>
          <w:rFonts w:cs="Sakkal Majalla"/>
          <w:sz w:val="36"/>
          <w:szCs w:val="38"/>
        </w:rPr>
        <w:t xml:space="preserve"> </w:t>
      </w:r>
      <w:r w:rsidRPr="008E006D">
        <w:rPr>
          <w:rFonts w:cs="Sakkal Majalla"/>
          <w:sz w:val="36"/>
          <w:szCs w:val="38"/>
          <w:rtl/>
        </w:rPr>
        <w:t>والمشروعات</w:t>
      </w:r>
      <w:r w:rsidRPr="008E006D">
        <w:rPr>
          <w:rFonts w:cs="Sakkal Majalla"/>
          <w:sz w:val="36"/>
          <w:szCs w:val="38"/>
        </w:rPr>
        <w:t xml:space="preserve"> </w:t>
      </w:r>
      <w:r w:rsidRPr="008E006D">
        <w:rPr>
          <w:rFonts w:cs="Sakkal Majalla"/>
          <w:sz w:val="36"/>
          <w:szCs w:val="38"/>
          <w:rtl/>
        </w:rPr>
        <w:t>الحكومية،</w:t>
      </w:r>
      <w:r w:rsidRPr="008E006D">
        <w:rPr>
          <w:rFonts w:cs="Sakkal Majalla"/>
          <w:sz w:val="36"/>
          <w:szCs w:val="38"/>
        </w:rPr>
        <w:t xml:space="preserve"> 2024</w:t>
      </w:r>
      <w:r w:rsidR="008D0B36">
        <w:rPr>
          <w:rFonts w:cs="Sakkal Majalla" w:hint="cs"/>
          <w:sz w:val="36"/>
          <w:szCs w:val="38"/>
          <w:rtl/>
        </w:rPr>
        <w:t>)</w:t>
      </w:r>
      <w:r w:rsidRPr="008E006D">
        <w:rPr>
          <w:rFonts w:cs="Sakkal Majalla"/>
          <w:sz w:val="36"/>
          <w:szCs w:val="38"/>
        </w:rPr>
        <w:t>.</w:t>
      </w:r>
    </w:p>
    <w:p w14:paraId="7A3A7EB8" w14:textId="77777777" w:rsidR="008E006D" w:rsidRPr="008E006D" w:rsidRDefault="008E006D" w:rsidP="008D0B36">
      <w:pPr>
        <w:ind w:firstLine="720"/>
        <w:rPr>
          <w:rFonts w:cs="Sakkal Majalla"/>
          <w:sz w:val="36"/>
          <w:szCs w:val="38"/>
        </w:rPr>
      </w:pPr>
      <w:r w:rsidRPr="008E006D">
        <w:rPr>
          <w:rFonts w:cs="Sakkal Majalla"/>
          <w:sz w:val="36"/>
          <w:szCs w:val="38"/>
          <w:rtl/>
        </w:rPr>
        <w:t>تؤكد</w:t>
      </w:r>
      <w:r w:rsidRPr="008E006D">
        <w:rPr>
          <w:rFonts w:cs="Sakkal Majalla"/>
          <w:sz w:val="36"/>
          <w:szCs w:val="38"/>
        </w:rPr>
        <w:t xml:space="preserve"> </w:t>
      </w:r>
      <w:r w:rsidRPr="008E006D">
        <w:rPr>
          <w:rFonts w:cs="Sakkal Majalla"/>
          <w:sz w:val="36"/>
          <w:szCs w:val="38"/>
          <w:rtl/>
        </w:rPr>
        <w:t>الأدبيات</w:t>
      </w:r>
      <w:r w:rsidRPr="008E006D">
        <w:rPr>
          <w:rFonts w:cs="Sakkal Majalla"/>
          <w:sz w:val="36"/>
          <w:szCs w:val="38"/>
        </w:rPr>
        <w:t xml:space="preserve"> </w:t>
      </w:r>
      <w:r w:rsidRPr="008E006D">
        <w:rPr>
          <w:rFonts w:cs="Sakkal Majalla"/>
          <w:sz w:val="36"/>
          <w:szCs w:val="38"/>
          <w:rtl/>
        </w:rPr>
        <w:t>العالمية</w:t>
      </w:r>
      <w:r w:rsidRPr="008E006D">
        <w:rPr>
          <w:rFonts w:cs="Sakkal Majalla"/>
          <w:sz w:val="36"/>
          <w:szCs w:val="38"/>
        </w:rPr>
        <w:t xml:space="preserve"> </w:t>
      </w:r>
      <w:r w:rsidRPr="008E006D">
        <w:rPr>
          <w:rFonts w:cs="Sakkal Majalla"/>
          <w:sz w:val="36"/>
          <w:szCs w:val="38"/>
          <w:rtl/>
        </w:rPr>
        <w:t>أن</w:t>
      </w:r>
      <w:r w:rsidRPr="008E006D">
        <w:rPr>
          <w:rFonts w:cs="Sakkal Majalla"/>
          <w:sz w:val="36"/>
          <w:szCs w:val="38"/>
        </w:rPr>
        <w:t xml:space="preserve"> </w:t>
      </w:r>
      <w:r w:rsidRPr="008E006D">
        <w:rPr>
          <w:rFonts w:cs="Sakkal Majalla"/>
          <w:sz w:val="36"/>
          <w:szCs w:val="38"/>
          <w:rtl/>
        </w:rPr>
        <w:t>التحول</w:t>
      </w:r>
      <w:r w:rsidRPr="008E006D">
        <w:rPr>
          <w:rFonts w:cs="Sakkal Majalla"/>
          <w:sz w:val="36"/>
          <w:szCs w:val="38"/>
        </w:rPr>
        <w:t xml:space="preserve"> </w:t>
      </w:r>
      <w:r w:rsidRPr="008E006D">
        <w:rPr>
          <w:rFonts w:cs="Sakkal Majalla"/>
          <w:sz w:val="36"/>
          <w:szCs w:val="38"/>
          <w:rtl/>
        </w:rPr>
        <w:t>الرقمي</w:t>
      </w:r>
      <w:r w:rsidRPr="008E006D">
        <w:rPr>
          <w:rFonts w:cs="Sakkal Majalla"/>
          <w:sz w:val="36"/>
          <w:szCs w:val="38"/>
        </w:rPr>
        <w:t xml:space="preserve"> </w:t>
      </w:r>
      <w:r w:rsidRPr="008E006D">
        <w:rPr>
          <w:rFonts w:cs="Sakkal Majalla"/>
          <w:sz w:val="36"/>
          <w:szCs w:val="38"/>
          <w:rtl/>
        </w:rPr>
        <w:t>في</w:t>
      </w:r>
      <w:r w:rsidRPr="008E006D">
        <w:rPr>
          <w:rFonts w:cs="Sakkal Majalla"/>
          <w:sz w:val="36"/>
          <w:szCs w:val="38"/>
        </w:rPr>
        <w:t xml:space="preserve"> </w:t>
      </w:r>
      <w:r w:rsidRPr="008E006D">
        <w:rPr>
          <w:rFonts w:cs="Sakkal Majalla"/>
          <w:sz w:val="36"/>
          <w:szCs w:val="38"/>
          <w:rtl/>
        </w:rPr>
        <w:t>القطاع</w:t>
      </w:r>
      <w:r w:rsidRPr="008E006D">
        <w:rPr>
          <w:rFonts w:cs="Sakkal Majalla"/>
          <w:sz w:val="36"/>
          <w:szCs w:val="38"/>
        </w:rPr>
        <w:t xml:space="preserve"> </w:t>
      </w:r>
      <w:r w:rsidRPr="008E006D">
        <w:rPr>
          <w:rFonts w:cs="Sakkal Majalla"/>
          <w:sz w:val="36"/>
          <w:szCs w:val="38"/>
          <w:rtl/>
        </w:rPr>
        <w:t>العام</w:t>
      </w:r>
      <w:r w:rsidRPr="008E006D">
        <w:rPr>
          <w:rFonts w:cs="Sakkal Majalla"/>
          <w:sz w:val="36"/>
          <w:szCs w:val="38"/>
        </w:rPr>
        <w:t xml:space="preserve"> </w:t>
      </w:r>
      <w:r w:rsidRPr="008E006D">
        <w:rPr>
          <w:rFonts w:cs="Sakkal Majalla"/>
          <w:sz w:val="36"/>
          <w:szCs w:val="38"/>
          <w:rtl/>
        </w:rPr>
        <w:t>يتطلب</w:t>
      </w:r>
      <w:r w:rsidRPr="008E006D">
        <w:rPr>
          <w:rFonts w:cs="Sakkal Majalla"/>
          <w:sz w:val="36"/>
          <w:szCs w:val="38"/>
        </w:rPr>
        <w:t xml:space="preserve"> </w:t>
      </w:r>
      <w:r w:rsidRPr="008E006D">
        <w:rPr>
          <w:rFonts w:cs="Sakkal Majalla"/>
          <w:sz w:val="36"/>
          <w:szCs w:val="38"/>
          <w:rtl/>
        </w:rPr>
        <w:t>أكثر</w:t>
      </w:r>
      <w:r w:rsidRPr="008E006D">
        <w:rPr>
          <w:rFonts w:cs="Sakkal Majalla"/>
          <w:sz w:val="36"/>
          <w:szCs w:val="38"/>
        </w:rPr>
        <w:t xml:space="preserve"> </w:t>
      </w:r>
      <w:r w:rsidRPr="008E006D">
        <w:rPr>
          <w:rFonts w:cs="Sakkal Majalla"/>
          <w:sz w:val="36"/>
          <w:szCs w:val="38"/>
          <w:rtl/>
        </w:rPr>
        <w:t>من</w:t>
      </w:r>
      <w:r w:rsidRPr="008E006D">
        <w:rPr>
          <w:rFonts w:cs="Sakkal Majalla"/>
          <w:sz w:val="36"/>
          <w:szCs w:val="38"/>
        </w:rPr>
        <w:t xml:space="preserve"> </w:t>
      </w:r>
      <w:r w:rsidRPr="008E006D">
        <w:rPr>
          <w:rFonts w:cs="Sakkal Majalla"/>
          <w:sz w:val="36"/>
          <w:szCs w:val="38"/>
          <w:rtl/>
        </w:rPr>
        <w:t>إدخال</w:t>
      </w:r>
      <w:r w:rsidRPr="008E006D">
        <w:rPr>
          <w:rFonts w:cs="Sakkal Majalla"/>
          <w:sz w:val="36"/>
          <w:szCs w:val="38"/>
        </w:rPr>
        <w:t xml:space="preserve"> </w:t>
      </w:r>
      <w:r w:rsidRPr="008E006D">
        <w:rPr>
          <w:rFonts w:cs="Sakkal Majalla"/>
          <w:sz w:val="36"/>
          <w:szCs w:val="38"/>
          <w:rtl/>
        </w:rPr>
        <w:t>أنظمة</w:t>
      </w:r>
      <w:r w:rsidRPr="008E006D">
        <w:rPr>
          <w:rFonts w:cs="Sakkal Majalla"/>
          <w:sz w:val="36"/>
          <w:szCs w:val="38"/>
        </w:rPr>
        <w:t xml:space="preserve"> </w:t>
      </w:r>
      <w:r w:rsidRPr="008E006D">
        <w:rPr>
          <w:rFonts w:cs="Sakkal Majalla"/>
          <w:sz w:val="36"/>
          <w:szCs w:val="38"/>
          <w:rtl/>
        </w:rPr>
        <w:t>تقنية،</w:t>
      </w:r>
      <w:r w:rsidRPr="008E006D">
        <w:rPr>
          <w:rFonts w:cs="Sakkal Majalla"/>
          <w:sz w:val="36"/>
          <w:szCs w:val="38"/>
        </w:rPr>
        <w:t xml:space="preserve"> </w:t>
      </w:r>
      <w:r w:rsidRPr="008E006D">
        <w:rPr>
          <w:rFonts w:cs="Sakkal Majalla"/>
          <w:sz w:val="36"/>
          <w:szCs w:val="38"/>
          <w:rtl/>
        </w:rPr>
        <w:t>لأنه</w:t>
      </w:r>
      <w:r w:rsidRPr="008E006D">
        <w:rPr>
          <w:rFonts w:cs="Sakkal Majalla"/>
          <w:sz w:val="36"/>
          <w:szCs w:val="38"/>
        </w:rPr>
        <w:t xml:space="preserve"> </w:t>
      </w:r>
      <w:r w:rsidRPr="008E006D">
        <w:rPr>
          <w:rFonts w:cs="Sakkal Majalla"/>
          <w:sz w:val="36"/>
          <w:szCs w:val="38"/>
          <w:rtl/>
        </w:rPr>
        <w:t>يتضمن</w:t>
      </w:r>
      <w:r w:rsidRPr="008E006D">
        <w:rPr>
          <w:rFonts w:cs="Sakkal Majalla"/>
          <w:sz w:val="36"/>
          <w:szCs w:val="38"/>
        </w:rPr>
        <w:t xml:space="preserve"> </w:t>
      </w:r>
      <w:r w:rsidRPr="008E006D">
        <w:rPr>
          <w:rFonts w:cs="Sakkal Majalla"/>
          <w:sz w:val="36"/>
          <w:szCs w:val="38"/>
          <w:rtl/>
        </w:rPr>
        <w:t>تغييرًا</w:t>
      </w:r>
      <w:r w:rsidRPr="008E006D">
        <w:rPr>
          <w:rFonts w:cs="Sakkal Majalla"/>
          <w:sz w:val="36"/>
          <w:szCs w:val="38"/>
        </w:rPr>
        <w:t xml:space="preserve"> </w:t>
      </w:r>
      <w:r w:rsidRPr="008E006D">
        <w:rPr>
          <w:rFonts w:cs="Sakkal Majalla"/>
          <w:sz w:val="36"/>
          <w:szCs w:val="38"/>
          <w:rtl/>
        </w:rPr>
        <w:t>في</w:t>
      </w:r>
      <w:r w:rsidRPr="008E006D">
        <w:rPr>
          <w:rFonts w:cs="Sakkal Majalla"/>
          <w:sz w:val="36"/>
          <w:szCs w:val="38"/>
        </w:rPr>
        <w:t xml:space="preserve"> </w:t>
      </w:r>
      <w:r w:rsidRPr="008E006D">
        <w:rPr>
          <w:rFonts w:cs="Sakkal Majalla"/>
          <w:sz w:val="36"/>
          <w:szCs w:val="38"/>
          <w:rtl/>
        </w:rPr>
        <w:t>الثقافة</w:t>
      </w:r>
      <w:r w:rsidRPr="008E006D">
        <w:rPr>
          <w:rFonts w:cs="Sakkal Majalla"/>
          <w:sz w:val="36"/>
          <w:szCs w:val="38"/>
        </w:rPr>
        <w:t xml:space="preserve"> </w:t>
      </w:r>
      <w:r w:rsidRPr="008E006D">
        <w:rPr>
          <w:rFonts w:cs="Sakkal Majalla"/>
          <w:sz w:val="36"/>
          <w:szCs w:val="38"/>
          <w:rtl/>
        </w:rPr>
        <w:t>والهياكل</w:t>
      </w:r>
      <w:r w:rsidRPr="008E006D">
        <w:rPr>
          <w:rFonts w:cs="Sakkal Majalla"/>
          <w:sz w:val="36"/>
          <w:szCs w:val="38"/>
        </w:rPr>
        <w:t xml:space="preserve"> </w:t>
      </w:r>
      <w:r w:rsidRPr="008E006D">
        <w:rPr>
          <w:rFonts w:cs="Sakkal Majalla"/>
          <w:sz w:val="36"/>
          <w:szCs w:val="38"/>
          <w:rtl/>
        </w:rPr>
        <w:t>والعمليات</w:t>
      </w:r>
      <w:r w:rsidRPr="008E006D">
        <w:rPr>
          <w:rFonts w:cs="Sakkal Majalla"/>
          <w:sz w:val="36"/>
          <w:szCs w:val="38"/>
        </w:rPr>
        <w:t xml:space="preserve"> </w:t>
      </w:r>
      <w:r w:rsidRPr="008E006D">
        <w:rPr>
          <w:rFonts w:cs="Sakkal Majalla"/>
          <w:sz w:val="36"/>
          <w:szCs w:val="38"/>
          <w:rtl/>
        </w:rPr>
        <w:t>وعلاقات</w:t>
      </w:r>
      <w:r w:rsidRPr="008E006D">
        <w:rPr>
          <w:rFonts w:cs="Sakkal Majalla"/>
          <w:sz w:val="36"/>
          <w:szCs w:val="38"/>
        </w:rPr>
        <w:t xml:space="preserve"> </w:t>
      </w:r>
      <w:r w:rsidRPr="008E006D">
        <w:rPr>
          <w:rFonts w:cs="Sakkal Majalla"/>
          <w:sz w:val="36"/>
          <w:szCs w:val="38"/>
          <w:rtl/>
        </w:rPr>
        <w:t>الجهة</w:t>
      </w:r>
      <w:r w:rsidRPr="008E006D">
        <w:rPr>
          <w:rFonts w:cs="Sakkal Majalla"/>
          <w:sz w:val="36"/>
          <w:szCs w:val="38"/>
        </w:rPr>
        <w:t xml:space="preserve"> </w:t>
      </w:r>
      <w:r w:rsidRPr="008E006D">
        <w:rPr>
          <w:rFonts w:cs="Sakkal Majalla"/>
          <w:sz w:val="36"/>
          <w:szCs w:val="38"/>
          <w:rtl/>
        </w:rPr>
        <w:t>الحكومية</w:t>
      </w:r>
      <w:r w:rsidRPr="008E006D">
        <w:rPr>
          <w:rFonts w:cs="Sakkal Majalla"/>
          <w:sz w:val="36"/>
          <w:szCs w:val="38"/>
        </w:rPr>
        <w:t xml:space="preserve"> </w:t>
      </w:r>
      <w:r w:rsidRPr="008E006D">
        <w:rPr>
          <w:rFonts w:cs="Sakkal Majalla"/>
          <w:sz w:val="36"/>
          <w:szCs w:val="38"/>
          <w:rtl/>
        </w:rPr>
        <w:t>بالمستفيدين</w:t>
      </w:r>
      <w:r w:rsidRPr="008E006D">
        <w:rPr>
          <w:rFonts w:cs="Sakkal Majalla"/>
          <w:sz w:val="36"/>
          <w:szCs w:val="38"/>
        </w:rPr>
        <w:t xml:space="preserve"> </w:t>
      </w:r>
      <w:r w:rsidRPr="008E006D">
        <w:rPr>
          <w:rFonts w:cs="Sakkal Majalla"/>
          <w:sz w:val="36"/>
          <w:szCs w:val="38"/>
          <w:rtl/>
        </w:rPr>
        <w:t>وأصحاب</w:t>
      </w:r>
      <w:r w:rsidRPr="008E006D">
        <w:rPr>
          <w:rFonts w:cs="Sakkal Majalla"/>
          <w:sz w:val="36"/>
          <w:szCs w:val="38"/>
        </w:rPr>
        <w:t xml:space="preserve"> </w:t>
      </w:r>
      <w:r w:rsidRPr="008E006D">
        <w:rPr>
          <w:rFonts w:cs="Sakkal Majalla"/>
          <w:sz w:val="36"/>
          <w:szCs w:val="38"/>
          <w:rtl/>
        </w:rPr>
        <w:t>المصلحة</w:t>
      </w:r>
      <w:r w:rsidRPr="008E006D">
        <w:rPr>
          <w:rFonts w:cs="Sakkal Majalla"/>
          <w:sz w:val="36"/>
          <w:szCs w:val="38"/>
        </w:rPr>
        <w:t xml:space="preserve"> (Mergel et al., 2019; Vial, 2019). </w:t>
      </w:r>
      <w:r w:rsidRPr="008E006D">
        <w:rPr>
          <w:rFonts w:cs="Sakkal Majalla"/>
          <w:sz w:val="36"/>
          <w:szCs w:val="38"/>
          <w:rtl/>
        </w:rPr>
        <w:t>وفي</w:t>
      </w:r>
      <w:r w:rsidRPr="008E006D">
        <w:rPr>
          <w:rFonts w:cs="Sakkal Majalla"/>
          <w:sz w:val="36"/>
          <w:szCs w:val="38"/>
        </w:rPr>
        <w:t xml:space="preserve"> </w:t>
      </w:r>
      <w:r w:rsidRPr="008E006D">
        <w:rPr>
          <w:rFonts w:cs="Sakkal Majalla"/>
          <w:sz w:val="36"/>
          <w:szCs w:val="38"/>
          <w:rtl/>
        </w:rPr>
        <w:t>المقابل،</w:t>
      </w:r>
      <w:r w:rsidRPr="008E006D">
        <w:rPr>
          <w:rFonts w:cs="Sakkal Majalla"/>
          <w:sz w:val="36"/>
          <w:szCs w:val="38"/>
        </w:rPr>
        <w:t xml:space="preserve"> </w:t>
      </w:r>
      <w:r w:rsidRPr="008E006D">
        <w:rPr>
          <w:rFonts w:cs="Sakkal Majalla"/>
          <w:sz w:val="36"/>
          <w:szCs w:val="38"/>
          <w:rtl/>
        </w:rPr>
        <w:t>لا</w:t>
      </w:r>
      <w:r w:rsidRPr="008E006D">
        <w:rPr>
          <w:rFonts w:cs="Sakkal Majalla"/>
          <w:sz w:val="36"/>
          <w:szCs w:val="38"/>
        </w:rPr>
        <w:t xml:space="preserve"> </w:t>
      </w:r>
      <w:r w:rsidRPr="008E006D">
        <w:rPr>
          <w:rFonts w:cs="Sakkal Majalla"/>
          <w:sz w:val="36"/>
          <w:szCs w:val="38"/>
          <w:rtl/>
        </w:rPr>
        <w:t>تزال</w:t>
      </w:r>
      <w:r w:rsidRPr="008E006D">
        <w:rPr>
          <w:rFonts w:cs="Sakkal Majalla"/>
          <w:sz w:val="36"/>
          <w:szCs w:val="38"/>
        </w:rPr>
        <w:t xml:space="preserve"> </w:t>
      </w:r>
      <w:r w:rsidRPr="008E006D">
        <w:rPr>
          <w:rFonts w:cs="Sakkal Majalla"/>
          <w:sz w:val="36"/>
          <w:szCs w:val="38"/>
          <w:rtl/>
        </w:rPr>
        <w:t>الدراسات</w:t>
      </w:r>
      <w:r w:rsidRPr="008E006D">
        <w:rPr>
          <w:rFonts w:cs="Sakkal Majalla"/>
          <w:sz w:val="36"/>
          <w:szCs w:val="38"/>
        </w:rPr>
        <w:t xml:space="preserve"> </w:t>
      </w:r>
      <w:r w:rsidRPr="008E006D">
        <w:rPr>
          <w:rFonts w:cs="Sakkal Majalla"/>
          <w:sz w:val="36"/>
          <w:szCs w:val="38"/>
          <w:rtl/>
        </w:rPr>
        <w:t>العربية</w:t>
      </w:r>
      <w:r w:rsidRPr="008E006D">
        <w:rPr>
          <w:rFonts w:cs="Sakkal Majalla"/>
          <w:sz w:val="36"/>
          <w:szCs w:val="38"/>
        </w:rPr>
        <w:t xml:space="preserve"> </w:t>
      </w:r>
      <w:r w:rsidRPr="008E006D">
        <w:rPr>
          <w:rFonts w:cs="Sakkal Majalla"/>
          <w:sz w:val="36"/>
          <w:szCs w:val="38"/>
          <w:rtl/>
        </w:rPr>
        <w:t>التي</w:t>
      </w:r>
      <w:r w:rsidRPr="008E006D">
        <w:rPr>
          <w:rFonts w:cs="Sakkal Majalla"/>
          <w:sz w:val="36"/>
          <w:szCs w:val="38"/>
        </w:rPr>
        <w:t xml:space="preserve"> </w:t>
      </w:r>
      <w:r w:rsidRPr="008E006D">
        <w:rPr>
          <w:rFonts w:cs="Sakkal Majalla"/>
          <w:sz w:val="36"/>
          <w:szCs w:val="38"/>
          <w:rtl/>
        </w:rPr>
        <w:t>تقيس</w:t>
      </w:r>
      <w:r w:rsidRPr="008E006D">
        <w:rPr>
          <w:rFonts w:cs="Sakkal Majalla"/>
          <w:sz w:val="36"/>
          <w:szCs w:val="38"/>
        </w:rPr>
        <w:t xml:space="preserve"> </w:t>
      </w:r>
      <w:r w:rsidRPr="008E006D">
        <w:rPr>
          <w:rFonts w:cs="Sakkal Majalla"/>
          <w:sz w:val="36"/>
          <w:szCs w:val="38"/>
          <w:rtl/>
        </w:rPr>
        <w:t>أثر</w:t>
      </w:r>
      <w:r w:rsidRPr="008E006D">
        <w:rPr>
          <w:rFonts w:cs="Sakkal Majalla"/>
          <w:sz w:val="36"/>
          <w:szCs w:val="38"/>
        </w:rPr>
        <w:t xml:space="preserve"> </w:t>
      </w:r>
      <w:r w:rsidRPr="008E006D">
        <w:rPr>
          <w:rFonts w:cs="Sakkal Majalla"/>
          <w:sz w:val="36"/>
          <w:szCs w:val="38"/>
          <w:rtl/>
        </w:rPr>
        <w:t>أبعاد</w:t>
      </w:r>
      <w:r w:rsidRPr="008E006D">
        <w:rPr>
          <w:rFonts w:cs="Sakkal Majalla"/>
          <w:sz w:val="36"/>
          <w:szCs w:val="38"/>
        </w:rPr>
        <w:t xml:space="preserve"> </w:t>
      </w:r>
      <w:r w:rsidRPr="008E006D">
        <w:rPr>
          <w:rFonts w:cs="Sakkal Majalla"/>
          <w:sz w:val="36"/>
          <w:szCs w:val="38"/>
          <w:rtl/>
        </w:rPr>
        <w:t>التحول</w:t>
      </w:r>
      <w:r w:rsidRPr="008E006D">
        <w:rPr>
          <w:rFonts w:cs="Sakkal Majalla"/>
          <w:sz w:val="36"/>
          <w:szCs w:val="38"/>
        </w:rPr>
        <w:t xml:space="preserve"> </w:t>
      </w:r>
      <w:r w:rsidRPr="008E006D">
        <w:rPr>
          <w:rFonts w:cs="Sakkal Majalla"/>
          <w:sz w:val="36"/>
          <w:szCs w:val="38"/>
          <w:rtl/>
        </w:rPr>
        <w:t>الرقمي</w:t>
      </w:r>
      <w:r w:rsidRPr="008E006D">
        <w:rPr>
          <w:rFonts w:cs="Sakkal Majalla"/>
          <w:sz w:val="36"/>
          <w:szCs w:val="38"/>
        </w:rPr>
        <w:t xml:space="preserve"> </w:t>
      </w:r>
      <w:r w:rsidRPr="008E006D">
        <w:rPr>
          <w:rFonts w:cs="Sakkal Majalla"/>
          <w:sz w:val="36"/>
          <w:szCs w:val="38"/>
          <w:rtl/>
        </w:rPr>
        <w:t>على</w:t>
      </w:r>
      <w:r w:rsidRPr="008E006D">
        <w:rPr>
          <w:rFonts w:cs="Sakkal Majalla"/>
          <w:sz w:val="36"/>
          <w:szCs w:val="38"/>
        </w:rPr>
        <w:t xml:space="preserve"> </w:t>
      </w:r>
      <w:r w:rsidRPr="008E006D">
        <w:rPr>
          <w:rFonts w:cs="Sakkal Majalla"/>
          <w:sz w:val="36"/>
          <w:szCs w:val="38"/>
          <w:rtl/>
        </w:rPr>
        <w:t>نجاح</w:t>
      </w:r>
      <w:r w:rsidRPr="008E006D">
        <w:rPr>
          <w:rFonts w:cs="Sakkal Majalla"/>
          <w:sz w:val="36"/>
          <w:szCs w:val="38"/>
        </w:rPr>
        <w:t xml:space="preserve"> </w:t>
      </w:r>
      <w:r w:rsidRPr="008E006D">
        <w:rPr>
          <w:rFonts w:cs="Sakkal Majalla"/>
          <w:sz w:val="36"/>
          <w:szCs w:val="38"/>
          <w:rtl/>
        </w:rPr>
        <w:t>المشاريع</w:t>
      </w:r>
      <w:r w:rsidRPr="008E006D">
        <w:rPr>
          <w:rFonts w:cs="Sakkal Majalla"/>
          <w:sz w:val="36"/>
          <w:szCs w:val="38"/>
        </w:rPr>
        <w:t xml:space="preserve"> </w:t>
      </w:r>
      <w:r w:rsidRPr="008E006D">
        <w:rPr>
          <w:rFonts w:cs="Sakkal Majalla"/>
          <w:sz w:val="36"/>
          <w:szCs w:val="38"/>
          <w:rtl/>
        </w:rPr>
        <w:t>الحكومية</w:t>
      </w:r>
      <w:r w:rsidRPr="008E006D">
        <w:rPr>
          <w:rFonts w:cs="Sakkal Majalla"/>
          <w:sz w:val="36"/>
          <w:szCs w:val="38"/>
        </w:rPr>
        <w:t xml:space="preserve"> </w:t>
      </w:r>
      <w:r w:rsidRPr="008E006D">
        <w:rPr>
          <w:rFonts w:cs="Sakkal Majalla"/>
          <w:sz w:val="36"/>
          <w:szCs w:val="38"/>
          <w:rtl/>
        </w:rPr>
        <w:t>السعودية</w:t>
      </w:r>
      <w:r w:rsidRPr="008E006D">
        <w:rPr>
          <w:rFonts w:cs="Sakkal Majalla"/>
          <w:sz w:val="36"/>
          <w:szCs w:val="38"/>
        </w:rPr>
        <w:t xml:space="preserve"> </w:t>
      </w:r>
      <w:r w:rsidRPr="008E006D">
        <w:rPr>
          <w:rFonts w:cs="Sakkal Majalla"/>
          <w:sz w:val="36"/>
          <w:szCs w:val="38"/>
          <w:rtl/>
        </w:rPr>
        <w:t>محدودة</w:t>
      </w:r>
      <w:r w:rsidRPr="008E006D">
        <w:rPr>
          <w:rFonts w:cs="Sakkal Majalla"/>
          <w:sz w:val="36"/>
          <w:szCs w:val="38"/>
        </w:rPr>
        <w:t xml:space="preserve"> </w:t>
      </w:r>
      <w:r w:rsidRPr="008E006D">
        <w:rPr>
          <w:rFonts w:cs="Sakkal Majalla"/>
          <w:sz w:val="36"/>
          <w:szCs w:val="38"/>
          <w:rtl/>
        </w:rPr>
        <w:t>نسبيًا،</w:t>
      </w:r>
      <w:r w:rsidRPr="008E006D">
        <w:rPr>
          <w:rFonts w:cs="Sakkal Majalla"/>
          <w:sz w:val="36"/>
          <w:szCs w:val="38"/>
        </w:rPr>
        <w:t xml:space="preserve"> </w:t>
      </w:r>
      <w:r w:rsidRPr="008E006D">
        <w:rPr>
          <w:rFonts w:cs="Sakkal Majalla"/>
          <w:sz w:val="36"/>
          <w:szCs w:val="38"/>
          <w:rtl/>
        </w:rPr>
        <w:t>خصوصًا</w:t>
      </w:r>
      <w:r w:rsidRPr="008E006D">
        <w:rPr>
          <w:rFonts w:cs="Sakkal Majalla"/>
          <w:sz w:val="36"/>
          <w:szCs w:val="38"/>
        </w:rPr>
        <w:t xml:space="preserve"> </w:t>
      </w:r>
      <w:r w:rsidRPr="008E006D">
        <w:rPr>
          <w:rFonts w:cs="Sakkal Majalla"/>
          <w:sz w:val="36"/>
          <w:szCs w:val="38"/>
          <w:rtl/>
        </w:rPr>
        <w:t>عند</w:t>
      </w:r>
      <w:r w:rsidRPr="008E006D">
        <w:rPr>
          <w:rFonts w:cs="Sakkal Majalla"/>
          <w:sz w:val="36"/>
          <w:szCs w:val="38"/>
        </w:rPr>
        <w:t xml:space="preserve"> </w:t>
      </w:r>
      <w:r w:rsidRPr="008E006D">
        <w:rPr>
          <w:rFonts w:cs="Sakkal Majalla"/>
          <w:sz w:val="36"/>
          <w:szCs w:val="38"/>
          <w:rtl/>
        </w:rPr>
        <w:t>الربط</w:t>
      </w:r>
      <w:r w:rsidRPr="008E006D">
        <w:rPr>
          <w:rFonts w:cs="Sakkal Majalla"/>
          <w:sz w:val="36"/>
          <w:szCs w:val="38"/>
        </w:rPr>
        <w:t xml:space="preserve"> </w:t>
      </w:r>
      <w:r w:rsidRPr="008E006D">
        <w:rPr>
          <w:rFonts w:cs="Sakkal Majalla"/>
          <w:sz w:val="36"/>
          <w:szCs w:val="38"/>
          <w:rtl/>
        </w:rPr>
        <w:t>بين</w:t>
      </w:r>
      <w:r w:rsidRPr="008E006D">
        <w:rPr>
          <w:rFonts w:cs="Sakkal Majalla"/>
          <w:sz w:val="36"/>
          <w:szCs w:val="38"/>
        </w:rPr>
        <w:t xml:space="preserve"> </w:t>
      </w:r>
      <w:r w:rsidRPr="008E006D">
        <w:rPr>
          <w:rFonts w:cs="Sakkal Majalla"/>
          <w:sz w:val="36"/>
          <w:szCs w:val="38"/>
          <w:rtl/>
        </w:rPr>
        <w:t>إدارة</w:t>
      </w:r>
      <w:r w:rsidRPr="008E006D">
        <w:rPr>
          <w:rFonts w:cs="Sakkal Majalla"/>
          <w:sz w:val="36"/>
          <w:szCs w:val="38"/>
        </w:rPr>
        <w:t xml:space="preserve"> </w:t>
      </w:r>
      <w:r w:rsidRPr="008E006D">
        <w:rPr>
          <w:rFonts w:cs="Sakkal Majalla"/>
          <w:sz w:val="36"/>
          <w:szCs w:val="38"/>
          <w:rtl/>
        </w:rPr>
        <w:t>المشاريع</w:t>
      </w:r>
      <w:r w:rsidRPr="008E006D">
        <w:rPr>
          <w:rFonts w:cs="Sakkal Majalla"/>
          <w:sz w:val="36"/>
          <w:szCs w:val="38"/>
        </w:rPr>
        <w:t xml:space="preserve"> </w:t>
      </w:r>
      <w:r w:rsidRPr="008E006D">
        <w:rPr>
          <w:rFonts w:cs="Sakkal Majalla"/>
          <w:sz w:val="36"/>
          <w:szCs w:val="38"/>
          <w:rtl/>
        </w:rPr>
        <w:t>بوصفها</w:t>
      </w:r>
      <w:r w:rsidRPr="008E006D">
        <w:rPr>
          <w:rFonts w:cs="Sakkal Majalla"/>
          <w:sz w:val="36"/>
          <w:szCs w:val="38"/>
        </w:rPr>
        <w:t xml:space="preserve"> </w:t>
      </w:r>
      <w:r w:rsidRPr="008E006D">
        <w:rPr>
          <w:rFonts w:cs="Sakkal Majalla"/>
          <w:sz w:val="36"/>
          <w:szCs w:val="38"/>
          <w:rtl/>
        </w:rPr>
        <w:t>ممارسة</w:t>
      </w:r>
      <w:r w:rsidRPr="008E006D">
        <w:rPr>
          <w:rFonts w:cs="Sakkal Majalla"/>
          <w:sz w:val="36"/>
          <w:szCs w:val="38"/>
        </w:rPr>
        <w:t xml:space="preserve"> </w:t>
      </w:r>
      <w:r w:rsidRPr="008E006D">
        <w:rPr>
          <w:rFonts w:cs="Sakkal Majalla"/>
          <w:sz w:val="36"/>
          <w:szCs w:val="38"/>
          <w:rtl/>
        </w:rPr>
        <w:t>تنفيذية</w:t>
      </w:r>
      <w:r w:rsidRPr="008E006D">
        <w:rPr>
          <w:rFonts w:cs="Sakkal Majalla"/>
          <w:sz w:val="36"/>
          <w:szCs w:val="38"/>
        </w:rPr>
        <w:t xml:space="preserve"> </w:t>
      </w:r>
      <w:r w:rsidRPr="008E006D">
        <w:rPr>
          <w:rFonts w:cs="Sakkal Majalla"/>
          <w:sz w:val="36"/>
          <w:szCs w:val="38"/>
          <w:rtl/>
        </w:rPr>
        <w:t>وبين</w:t>
      </w:r>
      <w:r w:rsidRPr="008E006D">
        <w:rPr>
          <w:rFonts w:cs="Sakkal Majalla"/>
          <w:sz w:val="36"/>
          <w:szCs w:val="38"/>
        </w:rPr>
        <w:t xml:space="preserve"> </w:t>
      </w:r>
      <w:r w:rsidRPr="008E006D">
        <w:rPr>
          <w:rFonts w:cs="Sakkal Majalla"/>
          <w:sz w:val="36"/>
          <w:szCs w:val="38"/>
          <w:rtl/>
        </w:rPr>
        <w:t>أبعاد</w:t>
      </w:r>
      <w:r w:rsidRPr="008E006D">
        <w:rPr>
          <w:rFonts w:cs="Sakkal Majalla"/>
          <w:sz w:val="36"/>
          <w:szCs w:val="38"/>
        </w:rPr>
        <w:t xml:space="preserve"> </w:t>
      </w:r>
      <w:r w:rsidRPr="008E006D">
        <w:rPr>
          <w:rFonts w:cs="Sakkal Majalla"/>
          <w:sz w:val="36"/>
          <w:szCs w:val="38"/>
          <w:rtl/>
        </w:rPr>
        <w:t>التحول</w:t>
      </w:r>
      <w:r w:rsidRPr="008E006D">
        <w:rPr>
          <w:rFonts w:cs="Sakkal Majalla"/>
          <w:sz w:val="36"/>
          <w:szCs w:val="38"/>
        </w:rPr>
        <w:t xml:space="preserve"> </w:t>
      </w:r>
      <w:r w:rsidRPr="008E006D">
        <w:rPr>
          <w:rFonts w:cs="Sakkal Majalla"/>
          <w:sz w:val="36"/>
          <w:szCs w:val="38"/>
          <w:rtl/>
        </w:rPr>
        <w:t>الرقمي</w:t>
      </w:r>
      <w:r w:rsidRPr="008E006D">
        <w:rPr>
          <w:rFonts w:cs="Sakkal Majalla"/>
          <w:sz w:val="36"/>
          <w:szCs w:val="38"/>
        </w:rPr>
        <w:t xml:space="preserve"> </w:t>
      </w:r>
      <w:r w:rsidRPr="008E006D">
        <w:rPr>
          <w:rFonts w:cs="Sakkal Majalla"/>
          <w:sz w:val="36"/>
          <w:szCs w:val="38"/>
          <w:rtl/>
        </w:rPr>
        <w:t>بوصفها</w:t>
      </w:r>
      <w:r w:rsidRPr="008E006D">
        <w:rPr>
          <w:rFonts w:cs="Sakkal Majalla"/>
          <w:sz w:val="36"/>
          <w:szCs w:val="38"/>
        </w:rPr>
        <w:t xml:space="preserve"> </w:t>
      </w:r>
      <w:r w:rsidRPr="008E006D">
        <w:rPr>
          <w:rFonts w:cs="Sakkal Majalla"/>
          <w:sz w:val="36"/>
          <w:szCs w:val="38"/>
          <w:rtl/>
        </w:rPr>
        <w:t>ممكنات</w:t>
      </w:r>
      <w:r w:rsidRPr="008E006D">
        <w:rPr>
          <w:rFonts w:cs="Sakkal Majalla"/>
          <w:sz w:val="36"/>
          <w:szCs w:val="38"/>
        </w:rPr>
        <w:t xml:space="preserve"> </w:t>
      </w:r>
      <w:r w:rsidRPr="008E006D">
        <w:rPr>
          <w:rFonts w:cs="Sakkal Majalla"/>
          <w:sz w:val="36"/>
          <w:szCs w:val="38"/>
          <w:rtl/>
        </w:rPr>
        <w:t>تنظيمية</w:t>
      </w:r>
      <w:r w:rsidRPr="008E006D">
        <w:rPr>
          <w:rFonts w:cs="Sakkal Majalla"/>
          <w:sz w:val="36"/>
          <w:szCs w:val="38"/>
        </w:rPr>
        <w:t xml:space="preserve"> </w:t>
      </w:r>
      <w:r w:rsidRPr="008E006D">
        <w:rPr>
          <w:rFonts w:cs="Sakkal Majalla"/>
          <w:sz w:val="36"/>
          <w:szCs w:val="38"/>
          <w:rtl/>
        </w:rPr>
        <w:t>وتقنية</w:t>
      </w:r>
      <w:r w:rsidRPr="008E006D">
        <w:rPr>
          <w:rFonts w:cs="Sakkal Majalla"/>
          <w:sz w:val="36"/>
          <w:szCs w:val="38"/>
        </w:rPr>
        <w:t>.</w:t>
      </w:r>
    </w:p>
    <w:p w14:paraId="311C4292" w14:textId="77777777" w:rsidR="008E006D" w:rsidRPr="008E006D" w:rsidRDefault="008E006D" w:rsidP="00AB6182">
      <w:pPr>
        <w:ind w:firstLine="720"/>
        <w:rPr>
          <w:rFonts w:cs="Sakkal Majalla"/>
          <w:sz w:val="36"/>
          <w:szCs w:val="38"/>
        </w:rPr>
      </w:pPr>
      <w:r w:rsidRPr="008E006D">
        <w:rPr>
          <w:rFonts w:cs="Sakkal Majalla"/>
          <w:sz w:val="36"/>
          <w:szCs w:val="38"/>
          <w:rtl/>
        </w:rPr>
        <w:t>ومن</w:t>
      </w:r>
      <w:r w:rsidRPr="008E006D">
        <w:rPr>
          <w:rFonts w:cs="Sakkal Majalla"/>
          <w:sz w:val="36"/>
          <w:szCs w:val="38"/>
        </w:rPr>
        <w:t xml:space="preserve"> </w:t>
      </w:r>
      <w:r w:rsidRPr="008E006D">
        <w:rPr>
          <w:rFonts w:cs="Sakkal Majalla"/>
          <w:sz w:val="36"/>
          <w:szCs w:val="38"/>
          <w:rtl/>
        </w:rPr>
        <w:t>الناحية</w:t>
      </w:r>
      <w:r w:rsidRPr="008E006D">
        <w:rPr>
          <w:rFonts w:cs="Sakkal Majalla"/>
          <w:sz w:val="36"/>
          <w:szCs w:val="38"/>
        </w:rPr>
        <w:t xml:space="preserve"> </w:t>
      </w:r>
      <w:r w:rsidRPr="008E006D">
        <w:rPr>
          <w:rFonts w:cs="Sakkal Majalla"/>
          <w:sz w:val="36"/>
          <w:szCs w:val="38"/>
          <w:rtl/>
        </w:rPr>
        <w:t>العملية،</w:t>
      </w:r>
      <w:r w:rsidRPr="008E006D">
        <w:rPr>
          <w:rFonts w:cs="Sakkal Majalla"/>
          <w:sz w:val="36"/>
          <w:szCs w:val="38"/>
        </w:rPr>
        <w:t xml:space="preserve"> </w:t>
      </w:r>
      <w:r w:rsidRPr="008E006D">
        <w:rPr>
          <w:rFonts w:cs="Sakkal Majalla"/>
          <w:sz w:val="36"/>
          <w:szCs w:val="38"/>
          <w:rtl/>
        </w:rPr>
        <w:t>قد</w:t>
      </w:r>
      <w:r w:rsidRPr="008E006D">
        <w:rPr>
          <w:rFonts w:cs="Sakkal Majalla"/>
          <w:sz w:val="36"/>
          <w:szCs w:val="38"/>
        </w:rPr>
        <w:t xml:space="preserve"> </w:t>
      </w:r>
      <w:r w:rsidRPr="008E006D">
        <w:rPr>
          <w:rFonts w:cs="Sakkal Majalla"/>
          <w:sz w:val="36"/>
          <w:szCs w:val="38"/>
          <w:rtl/>
        </w:rPr>
        <w:t>تمتلك</w:t>
      </w:r>
      <w:r w:rsidRPr="008E006D">
        <w:rPr>
          <w:rFonts w:cs="Sakkal Majalla"/>
          <w:sz w:val="36"/>
          <w:szCs w:val="38"/>
        </w:rPr>
        <w:t xml:space="preserve"> </w:t>
      </w:r>
      <w:r w:rsidRPr="008E006D">
        <w:rPr>
          <w:rFonts w:cs="Sakkal Majalla"/>
          <w:sz w:val="36"/>
          <w:szCs w:val="38"/>
          <w:rtl/>
        </w:rPr>
        <w:t>الجهة</w:t>
      </w:r>
      <w:r w:rsidRPr="008E006D">
        <w:rPr>
          <w:rFonts w:cs="Sakkal Majalla"/>
          <w:sz w:val="36"/>
          <w:szCs w:val="38"/>
        </w:rPr>
        <w:t xml:space="preserve"> </w:t>
      </w:r>
      <w:r w:rsidRPr="008E006D">
        <w:rPr>
          <w:rFonts w:cs="Sakkal Majalla"/>
          <w:sz w:val="36"/>
          <w:szCs w:val="38"/>
          <w:rtl/>
        </w:rPr>
        <w:t>الحكومية</w:t>
      </w:r>
      <w:r w:rsidRPr="008E006D">
        <w:rPr>
          <w:rFonts w:cs="Sakkal Majalla"/>
          <w:sz w:val="36"/>
          <w:szCs w:val="38"/>
        </w:rPr>
        <w:t xml:space="preserve"> </w:t>
      </w:r>
      <w:r w:rsidRPr="008E006D">
        <w:rPr>
          <w:rFonts w:cs="Sakkal Majalla"/>
          <w:sz w:val="36"/>
          <w:szCs w:val="38"/>
          <w:rtl/>
        </w:rPr>
        <w:t>منصات</w:t>
      </w:r>
      <w:r w:rsidRPr="008E006D">
        <w:rPr>
          <w:rFonts w:cs="Sakkal Majalla"/>
          <w:sz w:val="36"/>
          <w:szCs w:val="38"/>
        </w:rPr>
        <w:t xml:space="preserve"> </w:t>
      </w:r>
      <w:r w:rsidRPr="008E006D">
        <w:rPr>
          <w:rFonts w:cs="Sakkal Majalla"/>
          <w:sz w:val="36"/>
          <w:szCs w:val="38"/>
          <w:rtl/>
        </w:rPr>
        <w:t>أو</w:t>
      </w:r>
      <w:r w:rsidRPr="008E006D">
        <w:rPr>
          <w:rFonts w:cs="Sakkal Majalla"/>
          <w:sz w:val="36"/>
          <w:szCs w:val="38"/>
        </w:rPr>
        <w:t xml:space="preserve"> </w:t>
      </w:r>
      <w:r w:rsidRPr="008E006D">
        <w:rPr>
          <w:rFonts w:cs="Sakkal Majalla"/>
          <w:sz w:val="36"/>
          <w:szCs w:val="38"/>
          <w:rtl/>
        </w:rPr>
        <w:t>أدوات</w:t>
      </w:r>
      <w:r w:rsidRPr="008E006D">
        <w:rPr>
          <w:rFonts w:cs="Sakkal Majalla"/>
          <w:sz w:val="36"/>
          <w:szCs w:val="38"/>
        </w:rPr>
        <w:t xml:space="preserve"> </w:t>
      </w:r>
      <w:r w:rsidRPr="008E006D">
        <w:rPr>
          <w:rFonts w:cs="Sakkal Majalla"/>
          <w:sz w:val="36"/>
          <w:szCs w:val="38"/>
          <w:rtl/>
        </w:rPr>
        <w:t>رقمية</w:t>
      </w:r>
      <w:r w:rsidRPr="008E006D">
        <w:rPr>
          <w:rFonts w:cs="Sakkal Majalla"/>
          <w:sz w:val="36"/>
          <w:szCs w:val="38"/>
        </w:rPr>
        <w:t xml:space="preserve"> </w:t>
      </w:r>
      <w:r w:rsidRPr="008E006D">
        <w:rPr>
          <w:rFonts w:cs="Sakkal Majalla"/>
          <w:sz w:val="36"/>
          <w:szCs w:val="38"/>
          <w:rtl/>
        </w:rPr>
        <w:t>متقدمة،</w:t>
      </w:r>
      <w:r w:rsidRPr="008E006D">
        <w:rPr>
          <w:rFonts w:cs="Sakkal Majalla"/>
          <w:sz w:val="36"/>
          <w:szCs w:val="38"/>
        </w:rPr>
        <w:t xml:space="preserve"> </w:t>
      </w:r>
      <w:r w:rsidRPr="008E006D">
        <w:rPr>
          <w:rFonts w:cs="Sakkal Majalla"/>
          <w:sz w:val="36"/>
          <w:szCs w:val="38"/>
          <w:rtl/>
        </w:rPr>
        <w:t>لكن</w:t>
      </w:r>
      <w:r w:rsidRPr="008E006D">
        <w:rPr>
          <w:rFonts w:cs="Sakkal Majalla"/>
          <w:sz w:val="36"/>
          <w:szCs w:val="38"/>
        </w:rPr>
        <w:t xml:space="preserve"> </w:t>
      </w:r>
      <w:r w:rsidRPr="008E006D">
        <w:rPr>
          <w:rFonts w:cs="Sakkal Majalla"/>
          <w:sz w:val="36"/>
          <w:szCs w:val="38"/>
          <w:rtl/>
        </w:rPr>
        <w:t>نجاح</w:t>
      </w:r>
      <w:r w:rsidRPr="008E006D">
        <w:rPr>
          <w:rFonts w:cs="Sakkal Majalla"/>
          <w:sz w:val="36"/>
          <w:szCs w:val="38"/>
        </w:rPr>
        <w:t xml:space="preserve"> </w:t>
      </w:r>
      <w:r w:rsidRPr="008E006D">
        <w:rPr>
          <w:rFonts w:cs="Sakkal Majalla"/>
          <w:sz w:val="36"/>
          <w:szCs w:val="38"/>
          <w:rtl/>
        </w:rPr>
        <w:t>المشروع</w:t>
      </w:r>
      <w:r w:rsidRPr="008E006D">
        <w:rPr>
          <w:rFonts w:cs="Sakkal Majalla"/>
          <w:sz w:val="36"/>
          <w:szCs w:val="38"/>
        </w:rPr>
        <w:t xml:space="preserve"> </w:t>
      </w:r>
      <w:r w:rsidRPr="008E006D">
        <w:rPr>
          <w:rFonts w:cs="Sakkal Majalla"/>
          <w:sz w:val="36"/>
          <w:szCs w:val="38"/>
          <w:rtl/>
        </w:rPr>
        <w:t>قد</w:t>
      </w:r>
      <w:r w:rsidRPr="008E006D">
        <w:rPr>
          <w:rFonts w:cs="Sakkal Majalla"/>
          <w:sz w:val="36"/>
          <w:szCs w:val="38"/>
        </w:rPr>
        <w:t xml:space="preserve"> </w:t>
      </w:r>
      <w:r w:rsidRPr="008E006D">
        <w:rPr>
          <w:rFonts w:cs="Sakkal Majalla"/>
          <w:sz w:val="36"/>
          <w:szCs w:val="38"/>
          <w:rtl/>
        </w:rPr>
        <w:t>يتأثر</w:t>
      </w:r>
      <w:r w:rsidRPr="008E006D">
        <w:rPr>
          <w:rFonts w:cs="Sakkal Majalla"/>
          <w:sz w:val="36"/>
          <w:szCs w:val="38"/>
        </w:rPr>
        <w:t xml:space="preserve"> </w:t>
      </w:r>
      <w:r w:rsidRPr="008E006D">
        <w:rPr>
          <w:rFonts w:cs="Sakkal Majalla"/>
          <w:sz w:val="36"/>
          <w:szCs w:val="38"/>
          <w:rtl/>
        </w:rPr>
        <w:t>بعوامل</w:t>
      </w:r>
      <w:r w:rsidRPr="008E006D">
        <w:rPr>
          <w:rFonts w:cs="Sakkal Majalla"/>
          <w:sz w:val="36"/>
          <w:szCs w:val="38"/>
        </w:rPr>
        <w:t xml:space="preserve"> </w:t>
      </w:r>
      <w:r w:rsidRPr="008E006D">
        <w:rPr>
          <w:rFonts w:cs="Sakkal Majalla"/>
          <w:sz w:val="36"/>
          <w:szCs w:val="38"/>
          <w:rtl/>
        </w:rPr>
        <w:t>مثل</w:t>
      </w:r>
      <w:r w:rsidRPr="008E006D">
        <w:rPr>
          <w:rFonts w:cs="Sakkal Majalla"/>
          <w:sz w:val="36"/>
          <w:szCs w:val="38"/>
        </w:rPr>
        <w:t xml:space="preserve"> </w:t>
      </w:r>
      <w:r w:rsidRPr="008E006D">
        <w:rPr>
          <w:rFonts w:cs="Sakkal Majalla"/>
          <w:sz w:val="36"/>
          <w:szCs w:val="38"/>
          <w:rtl/>
        </w:rPr>
        <w:t>ضعف</w:t>
      </w:r>
      <w:r w:rsidRPr="008E006D">
        <w:rPr>
          <w:rFonts w:cs="Sakkal Majalla"/>
          <w:sz w:val="36"/>
          <w:szCs w:val="38"/>
        </w:rPr>
        <w:t xml:space="preserve"> </w:t>
      </w:r>
      <w:r w:rsidRPr="008E006D">
        <w:rPr>
          <w:rFonts w:cs="Sakkal Majalla"/>
          <w:sz w:val="36"/>
          <w:szCs w:val="38"/>
          <w:rtl/>
        </w:rPr>
        <w:t>تبادل</w:t>
      </w:r>
      <w:r w:rsidRPr="008E006D">
        <w:rPr>
          <w:rFonts w:cs="Sakkal Majalla"/>
          <w:sz w:val="36"/>
          <w:szCs w:val="38"/>
        </w:rPr>
        <w:t xml:space="preserve"> </w:t>
      </w:r>
      <w:r w:rsidRPr="008E006D">
        <w:rPr>
          <w:rFonts w:cs="Sakkal Majalla"/>
          <w:sz w:val="36"/>
          <w:szCs w:val="38"/>
          <w:rtl/>
        </w:rPr>
        <w:t>البيانات</w:t>
      </w:r>
      <w:r w:rsidRPr="008E006D">
        <w:rPr>
          <w:rFonts w:cs="Sakkal Majalla"/>
          <w:sz w:val="36"/>
          <w:szCs w:val="38"/>
        </w:rPr>
        <w:t xml:space="preserve"> </w:t>
      </w:r>
      <w:r w:rsidRPr="008E006D">
        <w:rPr>
          <w:rFonts w:cs="Sakkal Majalla"/>
          <w:sz w:val="36"/>
          <w:szCs w:val="38"/>
          <w:rtl/>
        </w:rPr>
        <w:t>بين</w:t>
      </w:r>
      <w:r w:rsidRPr="008E006D">
        <w:rPr>
          <w:rFonts w:cs="Sakkal Majalla"/>
          <w:sz w:val="36"/>
          <w:szCs w:val="38"/>
        </w:rPr>
        <w:t xml:space="preserve"> </w:t>
      </w:r>
      <w:r w:rsidRPr="008E006D">
        <w:rPr>
          <w:rFonts w:cs="Sakkal Majalla"/>
          <w:sz w:val="36"/>
          <w:szCs w:val="38"/>
          <w:rtl/>
        </w:rPr>
        <w:t>الإدارات،</w:t>
      </w:r>
      <w:r w:rsidRPr="008E006D">
        <w:rPr>
          <w:rFonts w:cs="Sakkal Majalla"/>
          <w:sz w:val="36"/>
          <w:szCs w:val="38"/>
        </w:rPr>
        <w:t xml:space="preserve"> </w:t>
      </w:r>
      <w:r w:rsidRPr="008E006D">
        <w:rPr>
          <w:rFonts w:cs="Sakkal Majalla"/>
          <w:sz w:val="36"/>
          <w:szCs w:val="38"/>
          <w:rtl/>
        </w:rPr>
        <w:t>أو</w:t>
      </w:r>
      <w:r w:rsidRPr="008E006D">
        <w:rPr>
          <w:rFonts w:cs="Sakkal Majalla"/>
          <w:sz w:val="36"/>
          <w:szCs w:val="38"/>
        </w:rPr>
        <w:t xml:space="preserve"> </w:t>
      </w:r>
      <w:r w:rsidRPr="008E006D">
        <w:rPr>
          <w:rFonts w:cs="Sakkal Majalla"/>
          <w:sz w:val="36"/>
          <w:szCs w:val="38"/>
          <w:rtl/>
        </w:rPr>
        <w:t>عدم</w:t>
      </w:r>
      <w:r w:rsidRPr="008E006D">
        <w:rPr>
          <w:rFonts w:cs="Sakkal Majalla"/>
          <w:sz w:val="36"/>
          <w:szCs w:val="38"/>
        </w:rPr>
        <w:t xml:space="preserve"> </w:t>
      </w:r>
      <w:r w:rsidRPr="008E006D">
        <w:rPr>
          <w:rFonts w:cs="Sakkal Majalla"/>
          <w:sz w:val="36"/>
          <w:szCs w:val="38"/>
          <w:rtl/>
        </w:rPr>
        <w:t>اتساق</w:t>
      </w:r>
      <w:r w:rsidRPr="008E006D">
        <w:rPr>
          <w:rFonts w:cs="Sakkal Majalla"/>
          <w:sz w:val="36"/>
          <w:szCs w:val="38"/>
        </w:rPr>
        <w:t xml:space="preserve"> </w:t>
      </w:r>
      <w:r w:rsidRPr="008E006D">
        <w:rPr>
          <w:rFonts w:cs="Sakkal Majalla"/>
          <w:sz w:val="36"/>
          <w:szCs w:val="38"/>
          <w:rtl/>
        </w:rPr>
        <w:t>استخدام</w:t>
      </w:r>
      <w:r w:rsidRPr="008E006D">
        <w:rPr>
          <w:rFonts w:cs="Sakkal Majalla"/>
          <w:sz w:val="36"/>
          <w:szCs w:val="38"/>
        </w:rPr>
        <w:t xml:space="preserve"> </w:t>
      </w:r>
      <w:r w:rsidRPr="008E006D">
        <w:rPr>
          <w:rFonts w:cs="Sakkal Majalla"/>
          <w:sz w:val="36"/>
          <w:szCs w:val="38"/>
          <w:rtl/>
        </w:rPr>
        <w:t>أنظمة</w:t>
      </w:r>
      <w:r w:rsidRPr="008E006D">
        <w:rPr>
          <w:rFonts w:cs="Sakkal Majalla"/>
          <w:sz w:val="36"/>
          <w:szCs w:val="38"/>
        </w:rPr>
        <w:t xml:space="preserve"> </w:t>
      </w:r>
      <w:r w:rsidRPr="008E006D">
        <w:rPr>
          <w:rFonts w:cs="Sakkal Majalla"/>
          <w:sz w:val="36"/>
          <w:szCs w:val="38"/>
          <w:rtl/>
        </w:rPr>
        <w:t>إدارة</w:t>
      </w:r>
      <w:r w:rsidRPr="008E006D">
        <w:rPr>
          <w:rFonts w:cs="Sakkal Majalla"/>
          <w:sz w:val="36"/>
          <w:szCs w:val="38"/>
        </w:rPr>
        <w:t xml:space="preserve"> </w:t>
      </w:r>
      <w:r w:rsidRPr="008E006D">
        <w:rPr>
          <w:rFonts w:cs="Sakkal Majalla"/>
          <w:sz w:val="36"/>
          <w:szCs w:val="38"/>
          <w:rtl/>
        </w:rPr>
        <w:t>المشاريع،</w:t>
      </w:r>
      <w:r w:rsidRPr="008E006D">
        <w:rPr>
          <w:rFonts w:cs="Sakkal Majalla"/>
          <w:sz w:val="36"/>
          <w:szCs w:val="38"/>
        </w:rPr>
        <w:t xml:space="preserve"> </w:t>
      </w:r>
      <w:r w:rsidRPr="008E006D">
        <w:rPr>
          <w:rFonts w:cs="Sakkal Majalla"/>
          <w:sz w:val="36"/>
          <w:szCs w:val="38"/>
          <w:rtl/>
        </w:rPr>
        <w:t>أو</w:t>
      </w:r>
      <w:r w:rsidRPr="008E006D">
        <w:rPr>
          <w:rFonts w:cs="Sakkal Majalla"/>
          <w:sz w:val="36"/>
          <w:szCs w:val="38"/>
        </w:rPr>
        <w:t xml:space="preserve"> </w:t>
      </w:r>
      <w:r w:rsidRPr="008E006D">
        <w:rPr>
          <w:rFonts w:cs="Sakkal Majalla"/>
          <w:sz w:val="36"/>
          <w:szCs w:val="38"/>
          <w:rtl/>
        </w:rPr>
        <w:t>محدودية</w:t>
      </w:r>
      <w:r w:rsidRPr="008E006D">
        <w:rPr>
          <w:rFonts w:cs="Sakkal Majalla"/>
          <w:sz w:val="36"/>
          <w:szCs w:val="38"/>
        </w:rPr>
        <w:t xml:space="preserve"> </w:t>
      </w:r>
      <w:r w:rsidRPr="008E006D">
        <w:rPr>
          <w:rFonts w:cs="Sakkal Majalla"/>
          <w:sz w:val="36"/>
          <w:szCs w:val="38"/>
          <w:rtl/>
        </w:rPr>
        <w:t>التدريب،</w:t>
      </w:r>
      <w:r w:rsidRPr="008E006D">
        <w:rPr>
          <w:rFonts w:cs="Sakkal Majalla"/>
          <w:sz w:val="36"/>
          <w:szCs w:val="38"/>
        </w:rPr>
        <w:t xml:space="preserve"> </w:t>
      </w:r>
      <w:r w:rsidRPr="008E006D">
        <w:rPr>
          <w:rFonts w:cs="Sakkal Majalla"/>
          <w:sz w:val="36"/>
          <w:szCs w:val="38"/>
          <w:rtl/>
        </w:rPr>
        <w:t>أو</w:t>
      </w:r>
      <w:r w:rsidRPr="008E006D">
        <w:rPr>
          <w:rFonts w:cs="Sakkal Majalla"/>
          <w:sz w:val="36"/>
          <w:szCs w:val="38"/>
        </w:rPr>
        <w:t xml:space="preserve"> </w:t>
      </w:r>
      <w:r w:rsidRPr="008E006D">
        <w:rPr>
          <w:rFonts w:cs="Sakkal Majalla"/>
          <w:sz w:val="36"/>
          <w:szCs w:val="38"/>
          <w:rtl/>
        </w:rPr>
        <w:t>ضعف</w:t>
      </w:r>
      <w:r w:rsidRPr="008E006D">
        <w:rPr>
          <w:rFonts w:cs="Sakkal Majalla"/>
          <w:sz w:val="36"/>
          <w:szCs w:val="38"/>
        </w:rPr>
        <w:t xml:space="preserve"> </w:t>
      </w:r>
      <w:r w:rsidRPr="008E006D">
        <w:rPr>
          <w:rFonts w:cs="Sakkal Majalla"/>
          <w:sz w:val="36"/>
          <w:szCs w:val="38"/>
          <w:rtl/>
        </w:rPr>
        <w:t>دعم</w:t>
      </w:r>
      <w:r w:rsidRPr="008E006D">
        <w:rPr>
          <w:rFonts w:cs="Sakkal Majalla"/>
          <w:sz w:val="36"/>
          <w:szCs w:val="38"/>
        </w:rPr>
        <w:t xml:space="preserve"> </w:t>
      </w:r>
      <w:r w:rsidRPr="008E006D">
        <w:rPr>
          <w:rFonts w:cs="Sakkal Majalla"/>
          <w:sz w:val="36"/>
          <w:szCs w:val="38"/>
          <w:rtl/>
        </w:rPr>
        <w:t>الإدارة</w:t>
      </w:r>
      <w:r w:rsidRPr="008E006D">
        <w:rPr>
          <w:rFonts w:cs="Sakkal Majalla"/>
          <w:sz w:val="36"/>
          <w:szCs w:val="38"/>
        </w:rPr>
        <w:t xml:space="preserve"> </w:t>
      </w:r>
      <w:r w:rsidRPr="008E006D">
        <w:rPr>
          <w:rFonts w:cs="Sakkal Majalla"/>
          <w:sz w:val="36"/>
          <w:szCs w:val="38"/>
          <w:rtl/>
        </w:rPr>
        <w:t>العليا،</w:t>
      </w:r>
      <w:r w:rsidRPr="008E006D">
        <w:rPr>
          <w:rFonts w:cs="Sakkal Majalla"/>
          <w:sz w:val="36"/>
          <w:szCs w:val="38"/>
        </w:rPr>
        <w:t xml:space="preserve"> </w:t>
      </w:r>
      <w:r w:rsidRPr="008E006D">
        <w:rPr>
          <w:rFonts w:cs="Sakkal Majalla"/>
          <w:sz w:val="36"/>
          <w:szCs w:val="38"/>
          <w:rtl/>
        </w:rPr>
        <w:t>أو</w:t>
      </w:r>
      <w:r w:rsidRPr="008E006D">
        <w:rPr>
          <w:rFonts w:cs="Sakkal Majalla"/>
          <w:sz w:val="36"/>
          <w:szCs w:val="38"/>
        </w:rPr>
        <w:t xml:space="preserve"> </w:t>
      </w:r>
      <w:r w:rsidRPr="008E006D">
        <w:rPr>
          <w:rFonts w:cs="Sakkal Majalla"/>
          <w:sz w:val="36"/>
          <w:szCs w:val="38"/>
          <w:rtl/>
        </w:rPr>
        <w:t>استخدام</w:t>
      </w:r>
      <w:r w:rsidRPr="008E006D">
        <w:rPr>
          <w:rFonts w:cs="Sakkal Majalla"/>
          <w:sz w:val="36"/>
          <w:szCs w:val="38"/>
        </w:rPr>
        <w:t xml:space="preserve"> </w:t>
      </w:r>
      <w:r w:rsidRPr="008E006D">
        <w:rPr>
          <w:rFonts w:cs="Sakkal Majalla"/>
          <w:sz w:val="36"/>
          <w:szCs w:val="38"/>
          <w:rtl/>
        </w:rPr>
        <w:t>التقنيات</w:t>
      </w:r>
      <w:r w:rsidRPr="008E006D">
        <w:rPr>
          <w:rFonts w:cs="Sakkal Majalla"/>
          <w:sz w:val="36"/>
          <w:szCs w:val="38"/>
        </w:rPr>
        <w:t xml:space="preserve"> </w:t>
      </w:r>
      <w:r w:rsidRPr="008E006D">
        <w:rPr>
          <w:rFonts w:cs="Sakkal Majalla"/>
          <w:sz w:val="36"/>
          <w:szCs w:val="38"/>
          <w:rtl/>
        </w:rPr>
        <w:t>الذكية</w:t>
      </w:r>
      <w:r w:rsidRPr="008E006D">
        <w:rPr>
          <w:rFonts w:cs="Sakkal Majalla"/>
          <w:sz w:val="36"/>
          <w:szCs w:val="38"/>
        </w:rPr>
        <w:t xml:space="preserve"> </w:t>
      </w:r>
      <w:r w:rsidRPr="008E006D">
        <w:rPr>
          <w:rFonts w:cs="Sakkal Majalla"/>
          <w:sz w:val="36"/>
          <w:szCs w:val="38"/>
          <w:rtl/>
        </w:rPr>
        <w:t>بصورة</w:t>
      </w:r>
      <w:r w:rsidRPr="008E006D">
        <w:rPr>
          <w:rFonts w:cs="Sakkal Majalla"/>
          <w:sz w:val="36"/>
          <w:szCs w:val="38"/>
        </w:rPr>
        <w:t xml:space="preserve"> </w:t>
      </w:r>
      <w:r w:rsidRPr="008E006D">
        <w:rPr>
          <w:rFonts w:cs="Sakkal Majalla"/>
          <w:sz w:val="36"/>
          <w:szCs w:val="38"/>
          <w:rtl/>
        </w:rPr>
        <w:t>جزئية</w:t>
      </w:r>
      <w:r w:rsidRPr="008E006D">
        <w:rPr>
          <w:rFonts w:cs="Sakkal Majalla"/>
          <w:sz w:val="36"/>
          <w:szCs w:val="38"/>
        </w:rPr>
        <w:t xml:space="preserve"> </w:t>
      </w:r>
      <w:r w:rsidRPr="008E006D">
        <w:rPr>
          <w:rFonts w:cs="Sakkal Majalla"/>
          <w:sz w:val="36"/>
          <w:szCs w:val="38"/>
          <w:rtl/>
        </w:rPr>
        <w:t>لا</w:t>
      </w:r>
      <w:r w:rsidRPr="008E006D">
        <w:rPr>
          <w:rFonts w:cs="Sakkal Majalla"/>
          <w:sz w:val="36"/>
          <w:szCs w:val="38"/>
        </w:rPr>
        <w:t xml:space="preserve"> </w:t>
      </w:r>
      <w:r w:rsidRPr="008E006D">
        <w:rPr>
          <w:rFonts w:cs="Sakkal Majalla"/>
          <w:sz w:val="36"/>
          <w:szCs w:val="38"/>
          <w:rtl/>
        </w:rPr>
        <w:t>تؤثر</w:t>
      </w:r>
      <w:r w:rsidRPr="008E006D">
        <w:rPr>
          <w:rFonts w:cs="Sakkal Majalla"/>
          <w:sz w:val="36"/>
          <w:szCs w:val="38"/>
        </w:rPr>
        <w:t xml:space="preserve"> </w:t>
      </w:r>
      <w:r w:rsidRPr="008E006D">
        <w:rPr>
          <w:rFonts w:cs="Sakkal Majalla"/>
          <w:sz w:val="36"/>
          <w:szCs w:val="38"/>
          <w:rtl/>
        </w:rPr>
        <w:t>بوضوح</w:t>
      </w:r>
      <w:r w:rsidRPr="008E006D">
        <w:rPr>
          <w:rFonts w:cs="Sakkal Majalla"/>
          <w:sz w:val="36"/>
          <w:szCs w:val="38"/>
        </w:rPr>
        <w:t xml:space="preserve"> </w:t>
      </w:r>
      <w:r w:rsidRPr="008E006D">
        <w:rPr>
          <w:rFonts w:cs="Sakkal Majalla"/>
          <w:sz w:val="36"/>
          <w:szCs w:val="38"/>
          <w:rtl/>
        </w:rPr>
        <w:t>في</w:t>
      </w:r>
      <w:r w:rsidRPr="008E006D">
        <w:rPr>
          <w:rFonts w:cs="Sakkal Majalla"/>
          <w:sz w:val="36"/>
          <w:szCs w:val="38"/>
        </w:rPr>
        <w:t xml:space="preserve"> </w:t>
      </w:r>
      <w:r w:rsidRPr="008E006D">
        <w:rPr>
          <w:rFonts w:cs="Sakkal Majalla"/>
          <w:sz w:val="36"/>
          <w:szCs w:val="38"/>
          <w:rtl/>
        </w:rPr>
        <w:t>التخطيط</w:t>
      </w:r>
      <w:r w:rsidRPr="008E006D">
        <w:rPr>
          <w:rFonts w:cs="Sakkal Majalla"/>
          <w:sz w:val="36"/>
          <w:szCs w:val="38"/>
        </w:rPr>
        <w:t xml:space="preserve"> </w:t>
      </w:r>
      <w:r w:rsidRPr="008E006D">
        <w:rPr>
          <w:rFonts w:cs="Sakkal Majalla"/>
          <w:sz w:val="36"/>
          <w:szCs w:val="38"/>
          <w:rtl/>
        </w:rPr>
        <w:t>وإدارة</w:t>
      </w:r>
      <w:r w:rsidRPr="008E006D">
        <w:rPr>
          <w:rFonts w:cs="Sakkal Majalla"/>
          <w:sz w:val="36"/>
          <w:szCs w:val="38"/>
        </w:rPr>
        <w:t xml:space="preserve"> </w:t>
      </w:r>
      <w:r w:rsidRPr="008E006D">
        <w:rPr>
          <w:rFonts w:cs="Sakkal Majalla"/>
          <w:sz w:val="36"/>
          <w:szCs w:val="38"/>
          <w:rtl/>
        </w:rPr>
        <w:t>المخاطر</w:t>
      </w:r>
      <w:r w:rsidRPr="008E006D">
        <w:rPr>
          <w:rFonts w:cs="Sakkal Majalla"/>
          <w:sz w:val="36"/>
          <w:szCs w:val="38"/>
        </w:rPr>
        <w:t xml:space="preserve">. </w:t>
      </w:r>
      <w:r w:rsidRPr="008E006D">
        <w:rPr>
          <w:rFonts w:cs="Sakkal Majalla"/>
          <w:sz w:val="36"/>
          <w:szCs w:val="38"/>
          <w:rtl/>
        </w:rPr>
        <w:t>لذلك</w:t>
      </w:r>
      <w:r w:rsidRPr="008E006D">
        <w:rPr>
          <w:rFonts w:cs="Sakkal Majalla"/>
          <w:sz w:val="36"/>
          <w:szCs w:val="38"/>
        </w:rPr>
        <w:t xml:space="preserve"> </w:t>
      </w:r>
      <w:r w:rsidRPr="008E006D">
        <w:rPr>
          <w:rFonts w:cs="Sakkal Majalla"/>
          <w:sz w:val="36"/>
          <w:szCs w:val="38"/>
          <w:rtl/>
        </w:rPr>
        <w:t>تتبلور</w:t>
      </w:r>
      <w:r w:rsidRPr="008E006D">
        <w:rPr>
          <w:rFonts w:cs="Sakkal Majalla"/>
          <w:sz w:val="36"/>
          <w:szCs w:val="38"/>
        </w:rPr>
        <w:t xml:space="preserve"> </w:t>
      </w:r>
      <w:r w:rsidRPr="008E006D">
        <w:rPr>
          <w:rFonts w:cs="Sakkal Majalla"/>
          <w:sz w:val="36"/>
          <w:szCs w:val="38"/>
          <w:rtl/>
        </w:rPr>
        <w:t>المشكلة</w:t>
      </w:r>
      <w:r w:rsidRPr="008E006D">
        <w:rPr>
          <w:rFonts w:cs="Sakkal Majalla"/>
          <w:sz w:val="36"/>
          <w:szCs w:val="38"/>
        </w:rPr>
        <w:t xml:space="preserve"> </w:t>
      </w:r>
      <w:r w:rsidRPr="008E006D">
        <w:rPr>
          <w:rFonts w:cs="Sakkal Majalla"/>
          <w:sz w:val="36"/>
          <w:szCs w:val="38"/>
          <w:rtl/>
        </w:rPr>
        <w:t>البحثية</w:t>
      </w:r>
      <w:r w:rsidRPr="008E006D">
        <w:rPr>
          <w:rFonts w:cs="Sakkal Majalla"/>
          <w:sz w:val="36"/>
          <w:szCs w:val="38"/>
        </w:rPr>
        <w:t xml:space="preserve"> </w:t>
      </w:r>
      <w:r w:rsidRPr="008E006D">
        <w:rPr>
          <w:rFonts w:cs="Sakkal Majalla"/>
          <w:sz w:val="36"/>
          <w:szCs w:val="38"/>
          <w:rtl/>
        </w:rPr>
        <w:t>في</w:t>
      </w:r>
      <w:r w:rsidRPr="008E006D">
        <w:rPr>
          <w:rFonts w:cs="Sakkal Majalla"/>
          <w:sz w:val="36"/>
          <w:szCs w:val="38"/>
        </w:rPr>
        <w:t xml:space="preserve"> </w:t>
      </w:r>
      <w:r w:rsidRPr="008E006D">
        <w:rPr>
          <w:rFonts w:cs="Sakkal Majalla"/>
          <w:sz w:val="36"/>
          <w:szCs w:val="38"/>
          <w:rtl/>
        </w:rPr>
        <w:t>الحاجة</w:t>
      </w:r>
      <w:r w:rsidRPr="008E006D">
        <w:rPr>
          <w:rFonts w:cs="Sakkal Majalla"/>
          <w:sz w:val="36"/>
          <w:szCs w:val="38"/>
        </w:rPr>
        <w:t xml:space="preserve"> </w:t>
      </w:r>
      <w:r w:rsidRPr="008E006D">
        <w:rPr>
          <w:rFonts w:cs="Sakkal Majalla"/>
          <w:sz w:val="36"/>
          <w:szCs w:val="38"/>
          <w:rtl/>
        </w:rPr>
        <w:t>إلى</w:t>
      </w:r>
      <w:r w:rsidRPr="008E006D">
        <w:rPr>
          <w:rFonts w:cs="Sakkal Majalla"/>
          <w:sz w:val="36"/>
          <w:szCs w:val="38"/>
        </w:rPr>
        <w:t xml:space="preserve"> </w:t>
      </w:r>
      <w:r w:rsidRPr="008E006D">
        <w:rPr>
          <w:rFonts w:cs="Sakkal Majalla"/>
          <w:sz w:val="36"/>
          <w:szCs w:val="38"/>
          <w:rtl/>
        </w:rPr>
        <w:t>قياس</w:t>
      </w:r>
      <w:r w:rsidRPr="008E006D">
        <w:rPr>
          <w:rFonts w:cs="Sakkal Majalla"/>
          <w:sz w:val="36"/>
          <w:szCs w:val="38"/>
        </w:rPr>
        <w:t xml:space="preserve"> </w:t>
      </w:r>
      <w:r w:rsidRPr="008E006D">
        <w:rPr>
          <w:rFonts w:cs="Sakkal Majalla"/>
          <w:sz w:val="36"/>
          <w:szCs w:val="38"/>
          <w:rtl/>
        </w:rPr>
        <w:t>أثر</w:t>
      </w:r>
      <w:r w:rsidRPr="008E006D">
        <w:rPr>
          <w:rFonts w:cs="Sakkal Majalla"/>
          <w:sz w:val="36"/>
          <w:szCs w:val="38"/>
        </w:rPr>
        <w:t xml:space="preserve"> </w:t>
      </w:r>
      <w:r w:rsidRPr="008E006D">
        <w:rPr>
          <w:rFonts w:cs="Sakkal Majalla"/>
          <w:sz w:val="36"/>
          <w:szCs w:val="38"/>
          <w:rtl/>
        </w:rPr>
        <w:t>هذه</w:t>
      </w:r>
      <w:r w:rsidRPr="008E006D">
        <w:rPr>
          <w:rFonts w:cs="Sakkal Majalla"/>
          <w:sz w:val="36"/>
          <w:szCs w:val="38"/>
        </w:rPr>
        <w:t xml:space="preserve"> </w:t>
      </w:r>
      <w:r w:rsidRPr="008E006D">
        <w:rPr>
          <w:rFonts w:cs="Sakkal Majalla"/>
          <w:sz w:val="36"/>
          <w:szCs w:val="38"/>
          <w:rtl/>
        </w:rPr>
        <w:t>الأبعاد</w:t>
      </w:r>
      <w:r w:rsidRPr="008E006D">
        <w:rPr>
          <w:rFonts w:cs="Sakkal Majalla"/>
          <w:sz w:val="36"/>
          <w:szCs w:val="38"/>
        </w:rPr>
        <w:t xml:space="preserve"> </w:t>
      </w:r>
      <w:r w:rsidRPr="008E006D">
        <w:rPr>
          <w:rFonts w:cs="Sakkal Majalla"/>
          <w:sz w:val="36"/>
          <w:szCs w:val="38"/>
          <w:rtl/>
        </w:rPr>
        <w:t>بصورة</w:t>
      </w:r>
      <w:r w:rsidRPr="008E006D">
        <w:rPr>
          <w:rFonts w:cs="Sakkal Majalla"/>
          <w:sz w:val="36"/>
          <w:szCs w:val="38"/>
        </w:rPr>
        <w:t xml:space="preserve"> </w:t>
      </w:r>
      <w:r w:rsidRPr="008E006D">
        <w:rPr>
          <w:rFonts w:cs="Sakkal Majalla"/>
          <w:sz w:val="36"/>
          <w:szCs w:val="38"/>
          <w:rtl/>
        </w:rPr>
        <w:t>ميدانية</w:t>
      </w:r>
      <w:r w:rsidRPr="008E006D">
        <w:rPr>
          <w:rFonts w:cs="Sakkal Majalla"/>
          <w:sz w:val="36"/>
          <w:szCs w:val="38"/>
        </w:rPr>
        <w:t xml:space="preserve"> </w:t>
      </w:r>
      <w:r w:rsidRPr="008E006D">
        <w:rPr>
          <w:rFonts w:cs="Sakkal Majalla"/>
          <w:sz w:val="36"/>
          <w:szCs w:val="38"/>
          <w:rtl/>
        </w:rPr>
        <w:t>على</w:t>
      </w:r>
      <w:r w:rsidRPr="008E006D">
        <w:rPr>
          <w:rFonts w:cs="Sakkal Majalla"/>
          <w:sz w:val="36"/>
          <w:szCs w:val="38"/>
        </w:rPr>
        <w:t xml:space="preserve"> </w:t>
      </w:r>
      <w:r w:rsidRPr="008E006D">
        <w:rPr>
          <w:rFonts w:cs="Sakkal Majalla"/>
          <w:sz w:val="36"/>
          <w:szCs w:val="38"/>
          <w:rtl/>
        </w:rPr>
        <w:t>نجاح</w:t>
      </w:r>
      <w:r w:rsidRPr="008E006D">
        <w:rPr>
          <w:rFonts w:cs="Sakkal Majalla"/>
          <w:sz w:val="36"/>
          <w:szCs w:val="38"/>
        </w:rPr>
        <w:t xml:space="preserve"> </w:t>
      </w:r>
      <w:r w:rsidRPr="008E006D">
        <w:rPr>
          <w:rFonts w:cs="Sakkal Majalla"/>
          <w:sz w:val="36"/>
          <w:szCs w:val="38"/>
          <w:rtl/>
        </w:rPr>
        <w:t>المشاريع،</w:t>
      </w:r>
      <w:r w:rsidRPr="008E006D">
        <w:rPr>
          <w:rFonts w:cs="Sakkal Majalla"/>
          <w:sz w:val="36"/>
          <w:szCs w:val="38"/>
        </w:rPr>
        <w:t xml:space="preserve"> </w:t>
      </w:r>
      <w:r w:rsidRPr="008E006D">
        <w:rPr>
          <w:rFonts w:cs="Sakkal Majalla"/>
          <w:sz w:val="36"/>
          <w:szCs w:val="38"/>
          <w:rtl/>
        </w:rPr>
        <w:t>وتحديد</w:t>
      </w:r>
      <w:r w:rsidRPr="008E006D">
        <w:rPr>
          <w:rFonts w:cs="Sakkal Majalla"/>
          <w:sz w:val="36"/>
          <w:szCs w:val="38"/>
        </w:rPr>
        <w:t xml:space="preserve"> </w:t>
      </w:r>
      <w:r w:rsidRPr="008E006D">
        <w:rPr>
          <w:rFonts w:cs="Sakkal Majalla"/>
          <w:sz w:val="36"/>
          <w:szCs w:val="38"/>
          <w:rtl/>
        </w:rPr>
        <w:t>أكثر</w:t>
      </w:r>
      <w:r w:rsidRPr="008E006D">
        <w:rPr>
          <w:rFonts w:cs="Sakkal Majalla"/>
          <w:sz w:val="36"/>
          <w:szCs w:val="38"/>
        </w:rPr>
        <w:t xml:space="preserve"> </w:t>
      </w:r>
      <w:r w:rsidRPr="008E006D">
        <w:rPr>
          <w:rFonts w:cs="Sakkal Majalla"/>
          <w:sz w:val="36"/>
          <w:szCs w:val="38"/>
          <w:rtl/>
        </w:rPr>
        <w:t>الأبعاد</w:t>
      </w:r>
      <w:r w:rsidRPr="008E006D">
        <w:rPr>
          <w:rFonts w:cs="Sakkal Majalla"/>
          <w:sz w:val="36"/>
          <w:szCs w:val="38"/>
        </w:rPr>
        <w:t xml:space="preserve"> </w:t>
      </w:r>
      <w:r w:rsidRPr="008E006D">
        <w:rPr>
          <w:rFonts w:cs="Sakkal Majalla"/>
          <w:sz w:val="36"/>
          <w:szCs w:val="38"/>
          <w:rtl/>
        </w:rPr>
        <w:t>تأثيرًا</w:t>
      </w:r>
      <w:r w:rsidRPr="008E006D">
        <w:rPr>
          <w:rFonts w:cs="Sakkal Majalla"/>
          <w:sz w:val="36"/>
          <w:szCs w:val="38"/>
        </w:rPr>
        <w:t xml:space="preserve"> </w:t>
      </w:r>
      <w:r w:rsidRPr="008E006D">
        <w:rPr>
          <w:rFonts w:cs="Sakkal Majalla"/>
          <w:sz w:val="36"/>
          <w:szCs w:val="38"/>
          <w:rtl/>
        </w:rPr>
        <w:t>في</w:t>
      </w:r>
      <w:r w:rsidRPr="008E006D">
        <w:rPr>
          <w:rFonts w:cs="Sakkal Majalla"/>
          <w:sz w:val="36"/>
          <w:szCs w:val="38"/>
        </w:rPr>
        <w:t xml:space="preserve"> </w:t>
      </w:r>
      <w:r w:rsidRPr="008E006D">
        <w:rPr>
          <w:rFonts w:cs="Sakkal Majalla"/>
          <w:sz w:val="36"/>
          <w:szCs w:val="38"/>
          <w:rtl/>
        </w:rPr>
        <w:t>البيئة</w:t>
      </w:r>
      <w:r w:rsidRPr="008E006D">
        <w:rPr>
          <w:rFonts w:cs="Sakkal Majalla"/>
          <w:sz w:val="36"/>
          <w:szCs w:val="38"/>
        </w:rPr>
        <w:t xml:space="preserve"> </w:t>
      </w:r>
      <w:r w:rsidRPr="008E006D">
        <w:rPr>
          <w:rFonts w:cs="Sakkal Majalla"/>
          <w:sz w:val="36"/>
          <w:szCs w:val="38"/>
          <w:rtl/>
        </w:rPr>
        <w:t>الحكومية</w:t>
      </w:r>
      <w:r w:rsidRPr="008E006D">
        <w:rPr>
          <w:rFonts w:cs="Sakkal Majalla"/>
          <w:sz w:val="36"/>
          <w:szCs w:val="38"/>
        </w:rPr>
        <w:t xml:space="preserve"> </w:t>
      </w:r>
      <w:r w:rsidRPr="008E006D">
        <w:rPr>
          <w:rFonts w:cs="Sakkal Majalla"/>
          <w:sz w:val="36"/>
          <w:szCs w:val="38"/>
          <w:rtl/>
        </w:rPr>
        <w:t>السعودية</w:t>
      </w:r>
      <w:r w:rsidRPr="008E006D">
        <w:rPr>
          <w:rFonts w:cs="Sakkal Majalla"/>
          <w:sz w:val="36"/>
          <w:szCs w:val="38"/>
        </w:rPr>
        <w:t>.</w:t>
      </w:r>
    </w:p>
    <w:p w14:paraId="243299E8" w14:textId="77777777" w:rsidR="008E006D" w:rsidRPr="008E006D" w:rsidRDefault="008E006D" w:rsidP="008D0B36">
      <w:pPr>
        <w:ind w:firstLine="720"/>
        <w:rPr>
          <w:rFonts w:cs="Sakkal Majalla"/>
          <w:sz w:val="36"/>
          <w:szCs w:val="38"/>
        </w:rPr>
      </w:pPr>
      <w:r w:rsidRPr="008E006D">
        <w:rPr>
          <w:rFonts w:cs="Sakkal Majalla"/>
          <w:sz w:val="36"/>
          <w:szCs w:val="38"/>
          <w:rtl/>
        </w:rPr>
        <w:t>تزداد</w:t>
      </w:r>
      <w:r w:rsidRPr="008E006D">
        <w:rPr>
          <w:rFonts w:cs="Sakkal Majalla"/>
          <w:sz w:val="36"/>
          <w:szCs w:val="38"/>
        </w:rPr>
        <w:t xml:space="preserve"> </w:t>
      </w:r>
      <w:r w:rsidRPr="008E006D">
        <w:rPr>
          <w:rFonts w:cs="Sakkal Majalla"/>
          <w:sz w:val="36"/>
          <w:szCs w:val="38"/>
          <w:rtl/>
        </w:rPr>
        <w:t>أهمية</w:t>
      </w:r>
      <w:r w:rsidRPr="008E006D">
        <w:rPr>
          <w:rFonts w:cs="Sakkal Majalla"/>
          <w:sz w:val="36"/>
          <w:szCs w:val="38"/>
        </w:rPr>
        <w:t xml:space="preserve"> </w:t>
      </w:r>
      <w:r w:rsidRPr="008E006D">
        <w:rPr>
          <w:rFonts w:cs="Sakkal Majalla"/>
          <w:sz w:val="36"/>
          <w:szCs w:val="38"/>
          <w:rtl/>
        </w:rPr>
        <w:t>المشكلة</w:t>
      </w:r>
      <w:r w:rsidRPr="008E006D">
        <w:rPr>
          <w:rFonts w:cs="Sakkal Majalla"/>
          <w:sz w:val="36"/>
          <w:szCs w:val="38"/>
        </w:rPr>
        <w:t xml:space="preserve"> </w:t>
      </w:r>
      <w:r w:rsidRPr="008E006D">
        <w:rPr>
          <w:rFonts w:cs="Sakkal Majalla"/>
          <w:sz w:val="36"/>
          <w:szCs w:val="38"/>
          <w:rtl/>
        </w:rPr>
        <w:t>عندما</w:t>
      </w:r>
      <w:r w:rsidRPr="008E006D">
        <w:rPr>
          <w:rFonts w:cs="Sakkal Majalla"/>
          <w:sz w:val="36"/>
          <w:szCs w:val="38"/>
        </w:rPr>
        <w:t xml:space="preserve"> </w:t>
      </w:r>
      <w:r w:rsidRPr="008E006D">
        <w:rPr>
          <w:rFonts w:cs="Sakkal Majalla"/>
          <w:sz w:val="36"/>
          <w:szCs w:val="38"/>
          <w:rtl/>
        </w:rPr>
        <w:t>ينظر</w:t>
      </w:r>
      <w:r w:rsidRPr="008E006D">
        <w:rPr>
          <w:rFonts w:cs="Sakkal Majalla"/>
          <w:sz w:val="36"/>
          <w:szCs w:val="38"/>
        </w:rPr>
        <w:t xml:space="preserve"> </w:t>
      </w:r>
      <w:r w:rsidRPr="008E006D">
        <w:rPr>
          <w:rFonts w:cs="Sakkal Majalla"/>
          <w:sz w:val="36"/>
          <w:szCs w:val="38"/>
          <w:rtl/>
        </w:rPr>
        <w:t>إلى</w:t>
      </w:r>
      <w:r w:rsidRPr="008E006D">
        <w:rPr>
          <w:rFonts w:cs="Sakkal Majalla"/>
          <w:sz w:val="36"/>
          <w:szCs w:val="38"/>
        </w:rPr>
        <w:t xml:space="preserve"> </w:t>
      </w:r>
      <w:r w:rsidRPr="008E006D">
        <w:rPr>
          <w:rFonts w:cs="Sakkal Majalla"/>
          <w:sz w:val="36"/>
          <w:szCs w:val="38"/>
          <w:rtl/>
        </w:rPr>
        <w:t>المشاريع</w:t>
      </w:r>
      <w:r w:rsidRPr="008E006D">
        <w:rPr>
          <w:rFonts w:cs="Sakkal Majalla"/>
          <w:sz w:val="36"/>
          <w:szCs w:val="38"/>
        </w:rPr>
        <w:t xml:space="preserve"> </w:t>
      </w:r>
      <w:r w:rsidRPr="008E006D">
        <w:rPr>
          <w:rFonts w:cs="Sakkal Majalla"/>
          <w:sz w:val="36"/>
          <w:szCs w:val="38"/>
          <w:rtl/>
        </w:rPr>
        <w:t>الحكومية</w:t>
      </w:r>
      <w:r w:rsidRPr="008E006D">
        <w:rPr>
          <w:rFonts w:cs="Sakkal Majalla"/>
          <w:sz w:val="36"/>
          <w:szCs w:val="38"/>
        </w:rPr>
        <w:t xml:space="preserve"> </w:t>
      </w:r>
      <w:r w:rsidRPr="008E006D">
        <w:rPr>
          <w:rFonts w:cs="Sakkal Majalla"/>
          <w:sz w:val="36"/>
          <w:szCs w:val="38"/>
          <w:rtl/>
        </w:rPr>
        <w:t>بوصفها</w:t>
      </w:r>
      <w:r w:rsidRPr="008E006D">
        <w:rPr>
          <w:rFonts w:cs="Sakkal Majalla"/>
          <w:sz w:val="36"/>
          <w:szCs w:val="38"/>
        </w:rPr>
        <w:t xml:space="preserve"> </w:t>
      </w:r>
      <w:r w:rsidRPr="008E006D">
        <w:rPr>
          <w:rFonts w:cs="Sakkal Majalla"/>
          <w:sz w:val="36"/>
          <w:szCs w:val="38"/>
          <w:rtl/>
        </w:rPr>
        <w:t>أدوات</w:t>
      </w:r>
      <w:r w:rsidRPr="008E006D">
        <w:rPr>
          <w:rFonts w:cs="Sakkal Majalla"/>
          <w:sz w:val="36"/>
          <w:szCs w:val="38"/>
        </w:rPr>
        <w:t xml:space="preserve"> </w:t>
      </w:r>
      <w:r w:rsidRPr="008E006D">
        <w:rPr>
          <w:rFonts w:cs="Sakkal Majalla"/>
          <w:sz w:val="36"/>
          <w:szCs w:val="38"/>
          <w:rtl/>
        </w:rPr>
        <w:t>لتحقيق</w:t>
      </w:r>
      <w:r w:rsidRPr="008E006D">
        <w:rPr>
          <w:rFonts w:cs="Sakkal Majalla"/>
          <w:sz w:val="36"/>
          <w:szCs w:val="38"/>
        </w:rPr>
        <w:t xml:space="preserve"> </w:t>
      </w:r>
      <w:r w:rsidRPr="008E006D">
        <w:rPr>
          <w:rFonts w:cs="Sakkal Majalla"/>
          <w:sz w:val="36"/>
          <w:szCs w:val="38"/>
          <w:rtl/>
        </w:rPr>
        <w:t>برامج</w:t>
      </w:r>
      <w:r w:rsidRPr="008E006D">
        <w:rPr>
          <w:rFonts w:cs="Sakkal Majalla"/>
          <w:sz w:val="36"/>
          <w:szCs w:val="38"/>
        </w:rPr>
        <w:t xml:space="preserve"> </w:t>
      </w:r>
      <w:r w:rsidRPr="008E006D">
        <w:rPr>
          <w:rFonts w:cs="Sakkal Majalla"/>
          <w:sz w:val="36"/>
          <w:szCs w:val="38"/>
          <w:rtl/>
        </w:rPr>
        <w:t>الرؤية</w:t>
      </w:r>
      <w:r w:rsidRPr="008E006D">
        <w:rPr>
          <w:rFonts w:cs="Sakkal Majalla"/>
          <w:sz w:val="36"/>
          <w:szCs w:val="38"/>
        </w:rPr>
        <w:t xml:space="preserve"> </w:t>
      </w:r>
      <w:r w:rsidRPr="008E006D">
        <w:rPr>
          <w:rFonts w:cs="Sakkal Majalla"/>
          <w:sz w:val="36"/>
          <w:szCs w:val="38"/>
          <w:rtl/>
        </w:rPr>
        <w:t>والتنمية،</w:t>
      </w:r>
      <w:r w:rsidRPr="008E006D">
        <w:rPr>
          <w:rFonts w:cs="Sakkal Majalla"/>
          <w:sz w:val="36"/>
          <w:szCs w:val="38"/>
        </w:rPr>
        <w:t xml:space="preserve"> </w:t>
      </w:r>
      <w:r w:rsidRPr="008E006D">
        <w:rPr>
          <w:rFonts w:cs="Sakkal Majalla"/>
          <w:sz w:val="36"/>
          <w:szCs w:val="38"/>
          <w:rtl/>
        </w:rPr>
        <w:t>إذ</w:t>
      </w:r>
      <w:r w:rsidRPr="008E006D">
        <w:rPr>
          <w:rFonts w:cs="Sakkal Majalla"/>
          <w:sz w:val="36"/>
          <w:szCs w:val="38"/>
        </w:rPr>
        <w:t xml:space="preserve"> </w:t>
      </w:r>
      <w:r w:rsidRPr="008E006D">
        <w:rPr>
          <w:rFonts w:cs="Sakkal Majalla"/>
          <w:sz w:val="36"/>
          <w:szCs w:val="38"/>
          <w:rtl/>
        </w:rPr>
        <w:t>إن</w:t>
      </w:r>
      <w:r w:rsidRPr="008E006D">
        <w:rPr>
          <w:rFonts w:cs="Sakkal Majalla"/>
          <w:sz w:val="36"/>
          <w:szCs w:val="38"/>
        </w:rPr>
        <w:t xml:space="preserve"> </w:t>
      </w:r>
      <w:r w:rsidRPr="008E006D">
        <w:rPr>
          <w:rFonts w:cs="Sakkal Majalla"/>
          <w:sz w:val="36"/>
          <w:szCs w:val="38"/>
          <w:rtl/>
        </w:rPr>
        <w:t>تعثر</w:t>
      </w:r>
      <w:r w:rsidRPr="008E006D">
        <w:rPr>
          <w:rFonts w:cs="Sakkal Majalla"/>
          <w:sz w:val="36"/>
          <w:szCs w:val="38"/>
        </w:rPr>
        <w:t xml:space="preserve"> </w:t>
      </w:r>
      <w:r w:rsidRPr="008E006D">
        <w:rPr>
          <w:rFonts w:cs="Sakkal Majalla"/>
          <w:sz w:val="36"/>
          <w:szCs w:val="38"/>
          <w:rtl/>
        </w:rPr>
        <w:t>المشروع</w:t>
      </w:r>
      <w:r w:rsidRPr="008E006D">
        <w:rPr>
          <w:rFonts w:cs="Sakkal Majalla"/>
          <w:sz w:val="36"/>
          <w:szCs w:val="38"/>
        </w:rPr>
        <w:t xml:space="preserve"> </w:t>
      </w:r>
      <w:r w:rsidRPr="008E006D">
        <w:rPr>
          <w:rFonts w:cs="Sakkal Majalla"/>
          <w:sz w:val="36"/>
          <w:szCs w:val="38"/>
          <w:rtl/>
        </w:rPr>
        <w:t>أو</w:t>
      </w:r>
      <w:r w:rsidRPr="008E006D">
        <w:rPr>
          <w:rFonts w:cs="Sakkal Majalla"/>
          <w:sz w:val="36"/>
          <w:szCs w:val="38"/>
        </w:rPr>
        <w:t xml:space="preserve"> </w:t>
      </w:r>
      <w:r w:rsidRPr="008E006D">
        <w:rPr>
          <w:rFonts w:cs="Sakkal Majalla"/>
          <w:sz w:val="36"/>
          <w:szCs w:val="38"/>
          <w:rtl/>
        </w:rPr>
        <w:t>ضعف</w:t>
      </w:r>
      <w:r w:rsidRPr="008E006D">
        <w:rPr>
          <w:rFonts w:cs="Sakkal Majalla"/>
          <w:sz w:val="36"/>
          <w:szCs w:val="38"/>
        </w:rPr>
        <w:t xml:space="preserve"> </w:t>
      </w:r>
      <w:r w:rsidRPr="008E006D">
        <w:rPr>
          <w:rFonts w:cs="Sakkal Majalla"/>
          <w:sz w:val="36"/>
          <w:szCs w:val="38"/>
          <w:rtl/>
        </w:rPr>
        <w:t>أثره</w:t>
      </w:r>
      <w:r w:rsidRPr="008E006D">
        <w:rPr>
          <w:rFonts w:cs="Sakkal Majalla"/>
          <w:sz w:val="36"/>
          <w:szCs w:val="38"/>
        </w:rPr>
        <w:t xml:space="preserve"> </w:t>
      </w:r>
      <w:r w:rsidRPr="008E006D">
        <w:rPr>
          <w:rFonts w:cs="Sakkal Majalla"/>
          <w:sz w:val="36"/>
          <w:szCs w:val="38"/>
          <w:rtl/>
        </w:rPr>
        <w:t>لا</w:t>
      </w:r>
      <w:r w:rsidRPr="008E006D">
        <w:rPr>
          <w:rFonts w:cs="Sakkal Majalla"/>
          <w:sz w:val="36"/>
          <w:szCs w:val="38"/>
        </w:rPr>
        <w:t xml:space="preserve"> </w:t>
      </w:r>
      <w:r w:rsidRPr="008E006D">
        <w:rPr>
          <w:rFonts w:cs="Sakkal Majalla"/>
          <w:sz w:val="36"/>
          <w:szCs w:val="38"/>
          <w:rtl/>
        </w:rPr>
        <w:t>يؤدي</w:t>
      </w:r>
      <w:r w:rsidRPr="008E006D">
        <w:rPr>
          <w:rFonts w:cs="Sakkal Majalla"/>
          <w:sz w:val="36"/>
          <w:szCs w:val="38"/>
        </w:rPr>
        <w:t xml:space="preserve"> </w:t>
      </w:r>
      <w:r w:rsidRPr="008E006D">
        <w:rPr>
          <w:rFonts w:cs="Sakkal Majalla"/>
          <w:sz w:val="36"/>
          <w:szCs w:val="38"/>
          <w:rtl/>
        </w:rPr>
        <w:t>فقط</w:t>
      </w:r>
      <w:r w:rsidRPr="008E006D">
        <w:rPr>
          <w:rFonts w:cs="Sakkal Majalla"/>
          <w:sz w:val="36"/>
          <w:szCs w:val="38"/>
        </w:rPr>
        <w:t xml:space="preserve"> </w:t>
      </w:r>
      <w:r w:rsidRPr="008E006D">
        <w:rPr>
          <w:rFonts w:cs="Sakkal Majalla"/>
          <w:sz w:val="36"/>
          <w:szCs w:val="38"/>
          <w:rtl/>
        </w:rPr>
        <w:t>إلى</w:t>
      </w:r>
      <w:r w:rsidRPr="008E006D">
        <w:rPr>
          <w:rFonts w:cs="Sakkal Majalla"/>
          <w:sz w:val="36"/>
          <w:szCs w:val="38"/>
        </w:rPr>
        <w:t xml:space="preserve"> </w:t>
      </w:r>
      <w:r w:rsidRPr="008E006D">
        <w:rPr>
          <w:rFonts w:cs="Sakkal Majalla"/>
          <w:sz w:val="36"/>
          <w:szCs w:val="38"/>
          <w:rtl/>
        </w:rPr>
        <w:t>تأخر</w:t>
      </w:r>
      <w:r w:rsidRPr="008E006D">
        <w:rPr>
          <w:rFonts w:cs="Sakkal Majalla"/>
          <w:sz w:val="36"/>
          <w:szCs w:val="38"/>
        </w:rPr>
        <w:t xml:space="preserve"> </w:t>
      </w:r>
      <w:r w:rsidRPr="008E006D">
        <w:rPr>
          <w:rFonts w:cs="Sakkal Majalla"/>
          <w:sz w:val="36"/>
          <w:szCs w:val="38"/>
          <w:rtl/>
        </w:rPr>
        <w:t>في</w:t>
      </w:r>
      <w:r w:rsidRPr="008E006D">
        <w:rPr>
          <w:rFonts w:cs="Sakkal Majalla"/>
          <w:sz w:val="36"/>
          <w:szCs w:val="38"/>
        </w:rPr>
        <w:t xml:space="preserve"> </w:t>
      </w:r>
      <w:r w:rsidRPr="008E006D">
        <w:rPr>
          <w:rFonts w:cs="Sakkal Majalla"/>
          <w:sz w:val="36"/>
          <w:szCs w:val="38"/>
          <w:rtl/>
        </w:rPr>
        <w:t>التسليم،</w:t>
      </w:r>
      <w:r w:rsidRPr="008E006D">
        <w:rPr>
          <w:rFonts w:cs="Sakkal Majalla"/>
          <w:sz w:val="36"/>
          <w:szCs w:val="38"/>
        </w:rPr>
        <w:t xml:space="preserve"> </w:t>
      </w:r>
      <w:r w:rsidRPr="008E006D">
        <w:rPr>
          <w:rFonts w:cs="Sakkal Majalla"/>
          <w:sz w:val="36"/>
          <w:szCs w:val="38"/>
          <w:rtl/>
        </w:rPr>
        <w:t>بل</w:t>
      </w:r>
      <w:r w:rsidRPr="008E006D">
        <w:rPr>
          <w:rFonts w:cs="Sakkal Majalla"/>
          <w:sz w:val="36"/>
          <w:szCs w:val="38"/>
        </w:rPr>
        <w:t xml:space="preserve"> </w:t>
      </w:r>
      <w:r w:rsidRPr="008E006D">
        <w:rPr>
          <w:rFonts w:cs="Sakkal Majalla"/>
          <w:sz w:val="36"/>
          <w:szCs w:val="38"/>
          <w:rtl/>
        </w:rPr>
        <w:t>قد</w:t>
      </w:r>
      <w:r w:rsidRPr="008E006D">
        <w:rPr>
          <w:rFonts w:cs="Sakkal Majalla"/>
          <w:sz w:val="36"/>
          <w:szCs w:val="38"/>
        </w:rPr>
        <w:t xml:space="preserve"> </w:t>
      </w:r>
      <w:r w:rsidRPr="008E006D">
        <w:rPr>
          <w:rFonts w:cs="Sakkal Majalla"/>
          <w:sz w:val="36"/>
          <w:szCs w:val="38"/>
          <w:rtl/>
        </w:rPr>
        <w:t>ينعكس</w:t>
      </w:r>
      <w:r w:rsidRPr="008E006D">
        <w:rPr>
          <w:rFonts w:cs="Sakkal Majalla"/>
          <w:sz w:val="36"/>
          <w:szCs w:val="38"/>
        </w:rPr>
        <w:t xml:space="preserve"> </w:t>
      </w:r>
      <w:r w:rsidRPr="008E006D">
        <w:rPr>
          <w:rFonts w:cs="Sakkal Majalla"/>
          <w:sz w:val="36"/>
          <w:szCs w:val="38"/>
          <w:rtl/>
        </w:rPr>
        <w:t>على</w:t>
      </w:r>
      <w:r w:rsidRPr="008E006D">
        <w:rPr>
          <w:rFonts w:cs="Sakkal Majalla"/>
          <w:sz w:val="36"/>
          <w:szCs w:val="38"/>
        </w:rPr>
        <w:t xml:space="preserve"> </w:t>
      </w:r>
      <w:r w:rsidRPr="008E006D">
        <w:rPr>
          <w:rFonts w:cs="Sakkal Majalla"/>
          <w:sz w:val="36"/>
          <w:szCs w:val="38"/>
          <w:rtl/>
        </w:rPr>
        <w:t>جودة</w:t>
      </w:r>
      <w:r w:rsidRPr="008E006D">
        <w:rPr>
          <w:rFonts w:cs="Sakkal Majalla"/>
          <w:sz w:val="36"/>
          <w:szCs w:val="38"/>
        </w:rPr>
        <w:t xml:space="preserve"> </w:t>
      </w:r>
      <w:r w:rsidRPr="008E006D">
        <w:rPr>
          <w:rFonts w:cs="Sakkal Majalla"/>
          <w:sz w:val="36"/>
          <w:szCs w:val="38"/>
          <w:rtl/>
        </w:rPr>
        <w:t>الخدمة</w:t>
      </w:r>
      <w:r w:rsidRPr="008E006D">
        <w:rPr>
          <w:rFonts w:cs="Sakkal Majalla"/>
          <w:sz w:val="36"/>
          <w:szCs w:val="38"/>
        </w:rPr>
        <w:t xml:space="preserve"> </w:t>
      </w:r>
      <w:r w:rsidRPr="008E006D">
        <w:rPr>
          <w:rFonts w:cs="Sakkal Majalla"/>
          <w:sz w:val="36"/>
          <w:szCs w:val="38"/>
          <w:rtl/>
        </w:rPr>
        <w:t>العامة</w:t>
      </w:r>
      <w:r w:rsidRPr="008E006D">
        <w:rPr>
          <w:rFonts w:cs="Sakkal Majalla"/>
          <w:sz w:val="36"/>
          <w:szCs w:val="38"/>
        </w:rPr>
        <w:t xml:space="preserve"> </w:t>
      </w:r>
      <w:r w:rsidRPr="008E006D">
        <w:rPr>
          <w:rFonts w:cs="Sakkal Majalla"/>
          <w:sz w:val="36"/>
          <w:szCs w:val="38"/>
          <w:rtl/>
        </w:rPr>
        <w:t>وثقة</w:t>
      </w:r>
      <w:r w:rsidRPr="008E006D">
        <w:rPr>
          <w:rFonts w:cs="Sakkal Majalla"/>
          <w:sz w:val="36"/>
          <w:szCs w:val="38"/>
        </w:rPr>
        <w:t xml:space="preserve"> </w:t>
      </w:r>
      <w:r w:rsidRPr="008E006D">
        <w:rPr>
          <w:rFonts w:cs="Sakkal Majalla"/>
          <w:sz w:val="36"/>
          <w:szCs w:val="38"/>
          <w:rtl/>
        </w:rPr>
        <w:t>المستفيد</w:t>
      </w:r>
      <w:r w:rsidRPr="008E006D">
        <w:rPr>
          <w:rFonts w:cs="Sakkal Majalla"/>
          <w:sz w:val="36"/>
          <w:szCs w:val="38"/>
        </w:rPr>
        <w:t xml:space="preserve"> </w:t>
      </w:r>
      <w:r w:rsidRPr="008E006D">
        <w:rPr>
          <w:rFonts w:cs="Sakkal Majalla"/>
          <w:sz w:val="36"/>
          <w:szCs w:val="38"/>
          <w:rtl/>
        </w:rPr>
        <w:t>وكفاءة</w:t>
      </w:r>
      <w:r w:rsidRPr="008E006D">
        <w:rPr>
          <w:rFonts w:cs="Sakkal Majalla"/>
          <w:sz w:val="36"/>
          <w:szCs w:val="38"/>
        </w:rPr>
        <w:t xml:space="preserve"> </w:t>
      </w:r>
      <w:r w:rsidRPr="008E006D">
        <w:rPr>
          <w:rFonts w:cs="Sakkal Majalla"/>
          <w:sz w:val="36"/>
          <w:szCs w:val="38"/>
          <w:rtl/>
        </w:rPr>
        <w:t>الإنفاق</w:t>
      </w:r>
      <w:r w:rsidRPr="008E006D">
        <w:rPr>
          <w:rFonts w:cs="Sakkal Majalla"/>
          <w:sz w:val="36"/>
          <w:szCs w:val="38"/>
        </w:rPr>
        <w:t xml:space="preserve">. </w:t>
      </w:r>
      <w:r w:rsidRPr="008E006D">
        <w:rPr>
          <w:rFonts w:cs="Sakkal Majalla"/>
          <w:sz w:val="36"/>
          <w:szCs w:val="38"/>
          <w:rtl/>
        </w:rPr>
        <w:t>ومن</w:t>
      </w:r>
      <w:r w:rsidRPr="008E006D">
        <w:rPr>
          <w:rFonts w:cs="Sakkal Majalla"/>
          <w:sz w:val="36"/>
          <w:szCs w:val="38"/>
        </w:rPr>
        <w:t xml:space="preserve"> </w:t>
      </w:r>
      <w:r w:rsidRPr="008E006D">
        <w:rPr>
          <w:rFonts w:cs="Sakkal Majalla"/>
          <w:sz w:val="36"/>
          <w:szCs w:val="38"/>
          <w:rtl/>
        </w:rPr>
        <w:t>ثم</w:t>
      </w:r>
      <w:r w:rsidRPr="008E006D">
        <w:rPr>
          <w:rFonts w:cs="Sakkal Majalla"/>
          <w:sz w:val="36"/>
          <w:szCs w:val="38"/>
        </w:rPr>
        <w:t xml:space="preserve"> </w:t>
      </w:r>
      <w:r w:rsidRPr="008E006D">
        <w:rPr>
          <w:rFonts w:cs="Sakkal Majalla"/>
          <w:sz w:val="36"/>
          <w:szCs w:val="38"/>
          <w:rtl/>
        </w:rPr>
        <w:t>فإن</w:t>
      </w:r>
      <w:r w:rsidRPr="008E006D">
        <w:rPr>
          <w:rFonts w:cs="Sakkal Majalla"/>
          <w:sz w:val="36"/>
          <w:szCs w:val="38"/>
        </w:rPr>
        <w:t xml:space="preserve"> </w:t>
      </w:r>
      <w:r w:rsidRPr="008E006D">
        <w:rPr>
          <w:rFonts w:cs="Sakkal Majalla"/>
          <w:sz w:val="36"/>
          <w:szCs w:val="38"/>
          <w:rtl/>
        </w:rPr>
        <w:t>فهم</w:t>
      </w:r>
      <w:r w:rsidRPr="008E006D">
        <w:rPr>
          <w:rFonts w:cs="Sakkal Majalla"/>
          <w:sz w:val="36"/>
          <w:szCs w:val="38"/>
        </w:rPr>
        <w:t xml:space="preserve"> </w:t>
      </w:r>
      <w:r w:rsidRPr="008E006D">
        <w:rPr>
          <w:rFonts w:cs="Sakkal Majalla"/>
          <w:sz w:val="36"/>
          <w:szCs w:val="38"/>
          <w:rtl/>
        </w:rPr>
        <w:t>العوامل</w:t>
      </w:r>
      <w:r w:rsidRPr="008E006D">
        <w:rPr>
          <w:rFonts w:cs="Sakkal Majalla"/>
          <w:sz w:val="36"/>
          <w:szCs w:val="38"/>
        </w:rPr>
        <w:t xml:space="preserve"> </w:t>
      </w:r>
      <w:r w:rsidRPr="008E006D">
        <w:rPr>
          <w:rFonts w:cs="Sakkal Majalla"/>
          <w:sz w:val="36"/>
          <w:szCs w:val="38"/>
          <w:rtl/>
        </w:rPr>
        <w:t>الرقمية</w:t>
      </w:r>
      <w:r w:rsidRPr="008E006D">
        <w:rPr>
          <w:rFonts w:cs="Sakkal Majalla"/>
          <w:sz w:val="36"/>
          <w:szCs w:val="38"/>
        </w:rPr>
        <w:t xml:space="preserve"> </w:t>
      </w:r>
      <w:r w:rsidRPr="008E006D">
        <w:rPr>
          <w:rFonts w:cs="Sakkal Majalla"/>
          <w:sz w:val="36"/>
          <w:szCs w:val="38"/>
          <w:rtl/>
        </w:rPr>
        <w:t>المؤثرة</w:t>
      </w:r>
      <w:r w:rsidRPr="008E006D">
        <w:rPr>
          <w:rFonts w:cs="Sakkal Majalla"/>
          <w:sz w:val="36"/>
          <w:szCs w:val="38"/>
        </w:rPr>
        <w:t xml:space="preserve"> </w:t>
      </w:r>
      <w:r w:rsidRPr="008E006D">
        <w:rPr>
          <w:rFonts w:cs="Sakkal Majalla"/>
          <w:sz w:val="36"/>
          <w:szCs w:val="38"/>
          <w:rtl/>
        </w:rPr>
        <w:t>في</w:t>
      </w:r>
      <w:r w:rsidRPr="008E006D">
        <w:rPr>
          <w:rFonts w:cs="Sakkal Majalla"/>
          <w:sz w:val="36"/>
          <w:szCs w:val="38"/>
        </w:rPr>
        <w:t xml:space="preserve"> </w:t>
      </w:r>
      <w:r w:rsidRPr="008E006D">
        <w:rPr>
          <w:rFonts w:cs="Sakkal Majalla"/>
          <w:sz w:val="36"/>
          <w:szCs w:val="38"/>
          <w:rtl/>
        </w:rPr>
        <w:t>نجاح</w:t>
      </w:r>
      <w:r w:rsidRPr="008E006D">
        <w:rPr>
          <w:rFonts w:cs="Sakkal Majalla"/>
          <w:sz w:val="36"/>
          <w:szCs w:val="38"/>
        </w:rPr>
        <w:t xml:space="preserve"> </w:t>
      </w:r>
      <w:r w:rsidRPr="008E006D">
        <w:rPr>
          <w:rFonts w:cs="Sakkal Majalla"/>
          <w:sz w:val="36"/>
          <w:szCs w:val="38"/>
          <w:rtl/>
        </w:rPr>
        <w:t>المشروع</w:t>
      </w:r>
      <w:r w:rsidRPr="008E006D">
        <w:rPr>
          <w:rFonts w:cs="Sakkal Majalla"/>
          <w:sz w:val="36"/>
          <w:szCs w:val="38"/>
        </w:rPr>
        <w:t xml:space="preserve"> </w:t>
      </w:r>
      <w:r w:rsidRPr="008E006D">
        <w:rPr>
          <w:rFonts w:cs="Sakkal Majalla"/>
          <w:sz w:val="36"/>
          <w:szCs w:val="38"/>
          <w:rtl/>
        </w:rPr>
        <w:t>يساعد</w:t>
      </w:r>
      <w:r w:rsidRPr="008E006D">
        <w:rPr>
          <w:rFonts w:cs="Sakkal Majalla"/>
          <w:sz w:val="36"/>
          <w:szCs w:val="38"/>
        </w:rPr>
        <w:t xml:space="preserve"> </w:t>
      </w:r>
      <w:r w:rsidRPr="008E006D">
        <w:rPr>
          <w:rFonts w:cs="Sakkal Majalla"/>
          <w:sz w:val="36"/>
          <w:szCs w:val="38"/>
          <w:rtl/>
        </w:rPr>
        <w:t>في</w:t>
      </w:r>
      <w:r w:rsidRPr="008E006D">
        <w:rPr>
          <w:rFonts w:cs="Sakkal Majalla"/>
          <w:sz w:val="36"/>
          <w:szCs w:val="38"/>
        </w:rPr>
        <w:t xml:space="preserve"> </w:t>
      </w:r>
      <w:r w:rsidRPr="008E006D">
        <w:rPr>
          <w:rFonts w:cs="Sakkal Majalla"/>
          <w:sz w:val="36"/>
          <w:szCs w:val="38"/>
          <w:rtl/>
        </w:rPr>
        <w:t>تحسين</w:t>
      </w:r>
      <w:r w:rsidRPr="008E006D">
        <w:rPr>
          <w:rFonts w:cs="Sakkal Majalla"/>
          <w:sz w:val="36"/>
          <w:szCs w:val="38"/>
        </w:rPr>
        <w:t xml:space="preserve"> </w:t>
      </w:r>
      <w:r w:rsidRPr="008E006D">
        <w:rPr>
          <w:rFonts w:cs="Sakkal Majalla"/>
          <w:sz w:val="36"/>
          <w:szCs w:val="38"/>
          <w:rtl/>
        </w:rPr>
        <w:t>قرارات</w:t>
      </w:r>
      <w:r w:rsidRPr="008E006D">
        <w:rPr>
          <w:rFonts w:cs="Sakkal Majalla"/>
          <w:sz w:val="36"/>
          <w:szCs w:val="38"/>
        </w:rPr>
        <w:t xml:space="preserve"> </w:t>
      </w:r>
      <w:r w:rsidRPr="008E006D">
        <w:rPr>
          <w:rFonts w:cs="Sakkal Majalla"/>
          <w:sz w:val="36"/>
          <w:szCs w:val="38"/>
          <w:rtl/>
        </w:rPr>
        <w:t>الاستثمار</w:t>
      </w:r>
      <w:r w:rsidRPr="008E006D">
        <w:rPr>
          <w:rFonts w:cs="Sakkal Majalla"/>
          <w:sz w:val="36"/>
          <w:szCs w:val="38"/>
        </w:rPr>
        <w:t xml:space="preserve"> </w:t>
      </w:r>
      <w:r w:rsidRPr="008E006D">
        <w:rPr>
          <w:rFonts w:cs="Sakkal Majalla"/>
          <w:sz w:val="36"/>
          <w:szCs w:val="38"/>
          <w:rtl/>
        </w:rPr>
        <w:t>التقني،</w:t>
      </w:r>
      <w:r w:rsidRPr="008E006D">
        <w:rPr>
          <w:rFonts w:cs="Sakkal Majalla"/>
          <w:sz w:val="36"/>
          <w:szCs w:val="38"/>
        </w:rPr>
        <w:t xml:space="preserve"> </w:t>
      </w:r>
      <w:r w:rsidRPr="008E006D">
        <w:rPr>
          <w:rFonts w:cs="Sakkal Majalla"/>
          <w:sz w:val="36"/>
          <w:szCs w:val="38"/>
          <w:rtl/>
        </w:rPr>
        <w:t>وتطوير</w:t>
      </w:r>
      <w:r w:rsidRPr="008E006D">
        <w:rPr>
          <w:rFonts w:cs="Sakkal Majalla"/>
          <w:sz w:val="36"/>
          <w:szCs w:val="38"/>
        </w:rPr>
        <w:t xml:space="preserve"> </w:t>
      </w:r>
      <w:r w:rsidRPr="008E006D">
        <w:rPr>
          <w:rFonts w:cs="Sakkal Majalla"/>
          <w:sz w:val="36"/>
          <w:szCs w:val="38"/>
          <w:rtl/>
        </w:rPr>
        <w:t>مكاتب</w:t>
      </w:r>
      <w:r w:rsidRPr="008E006D">
        <w:rPr>
          <w:rFonts w:cs="Sakkal Majalla"/>
          <w:sz w:val="36"/>
          <w:szCs w:val="38"/>
        </w:rPr>
        <w:t xml:space="preserve"> </w:t>
      </w:r>
      <w:r w:rsidRPr="008E006D">
        <w:rPr>
          <w:rFonts w:cs="Sakkal Majalla"/>
          <w:sz w:val="36"/>
          <w:szCs w:val="38"/>
          <w:rtl/>
        </w:rPr>
        <w:t>إدارة</w:t>
      </w:r>
      <w:r w:rsidRPr="008E006D">
        <w:rPr>
          <w:rFonts w:cs="Sakkal Majalla"/>
          <w:sz w:val="36"/>
          <w:szCs w:val="38"/>
        </w:rPr>
        <w:t xml:space="preserve"> </w:t>
      </w:r>
      <w:r w:rsidRPr="008E006D">
        <w:rPr>
          <w:rFonts w:cs="Sakkal Majalla"/>
          <w:sz w:val="36"/>
          <w:szCs w:val="38"/>
          <w:rtl/>
        </w:rPr>
        <w:t>المشاريع،</w:t>
      </w:r>
      <w:r w:rsidRPr="008E006D">
        <w:rPr>
          <w:rFonts w:cs="Sakkal Majalla"/>
          <w:sz w:val="36"/>
          <w:szCs w:val="38"/>
        </w:rPr>
        <w:t xml:space="preserve"> </w:t>
      </w:r>
      <w:r w:rsidRPr="008E006D">
        <w:rPr>
          <w:rFonts w:cs="Sakkal Majalla"/>
          <w:sz w:val="36"/>
          <w:szCs w:val="38"/>
          <w:rtl/>
        </w:rPr>
        <w:t>وتوجيه</w:t>
      </w:r>
      <w:r w:rsidRPr="008E006D">
        <w:rPr>
          <w:rFonts w:cs="Sakkal Majalla"/>
          <w:sz w:val="36"/>
          <w:szCs w:val="38"/>
        </w:rPr>
        <w:t xml:space="preserve"> </w:t>
      </w:r>
      <w:r w:rsidRPr="008E006D">
        <w:rPr>
          <w:rFonts w:cs="Sakkal Majalla"/>
          <w:sz w:val="36"/>
          <w:szCs w:val="38"/>
          <w:rtl/>
        </w:rPr>
        <w:t>التدريب</w:t>
      </w:r>
      <w:r w:rsidRPr="008E006D">
        <w:rPr>
          <w:rFonts w:cs="Sakkal Majalla"/>
          <w:sz w:val="36"/>
          <w:szCs w:val="38"/>
        </w:rPr>
        <w:t xml:space="preserve"> </w:t>
      </w:r>
      <w:r w:rsidRPr="008E006D">
        <w:rPr>
          <w:rFonts w:cs="Sakkal Majalla"/>
          <w:sz w:val="36"/>
          <w:szCs w:val="38"/>
          <w:rtl/>
        </w:rPr>
        <w:t>والحوكمة</w:t>
      </w:r>
      <w:r w:rsidRPr="008E006D">
        <w:rPr>
          <w:rFonts w:cs="Sakkal Majalla"/>
          <w:sz w:val="36"/>
          <w:szCs w:val="38"/>
        </w:rPr>
        <w:t xml:space="preserve"> </w:t>
      </w:r>
      <w:r w:rsidRPr="008E006D">
        <w:rPr>
          <w:rFonts w:cs="Sakkal Majalla"/>
          <w:sz w:val="36"/>
          <w:szCs w:val="38"/>
          <w:rtl/>
        </w:rPr>
        <w:t>إلى</w:t>
      </w:r>
      <w:r w:rsidRPr="008E006D">
        <w:rPr>
          <w:rFonts w:cs="Sakkal Majalla"/>
          <w:sz w:val="36"/>
          <w:szCs w:val="38"/>
        </w:rPr>
        <w:t xml:space="preserve"> </w:t>
      </w:r>
      <w:r w:rsidRPr="008E006D">
        <w:rPr>
          <w:rFonts w:cs="Sakkal Majalla"/>
          <w:sz w:val="36"/>
          <w:szCs w:val="38"/>
          <w:rtl/>
        </w:rPr>
        <w:t>أكثر</w:t>
      </w:r>
      <w:r w:rsidRPr="008E006D">
        <w:rPr>
          <w:rFonts w:cs="Sakkal Majalla"/>
          <w:sz w:val="36"/>
          <w:szCs w:val="38"/>
        </w:rPr>
        <w:t xml:space="preserve"> </w:t>
      </w:r>
      <w:r w:rsidRPr="008E006D">
        <w:rPr>
          <w:rFonts w:cs="Sakkal Majalla"/>
          <w:sz w:val="36"/>
          <w:szCs w:val="38"/>
          <w:rtl/>
        </w:rPr>
        <w:t>الجوانب</w:t>
      </w:r>
      <w:r w:rsidRPr="008E006D">
        <w:rPr>
          <w:rFonts w:cs="Sakkal Majalla"/>
          <w:sz w:val="36"/>
          <w:szCs w:val="38"/>
        </w:rPr>
        <w:t xml:space="preserve"> </w:t>
      </w:r>
      <w:r w:rsidRPr="008E006D">
        <w:rPr>
          <w:rFonts w:cs="Sakkal Majalla"/>
          <w:sz w:val="36"/>
          <w:szCs w:val="38"/>
          <w:rtl/>
        </w:rPr>
        <w:t>تأثيرًا</w:t>
      </w:r>
      <w:r w:rsidRPr="008E006D">
        <w:rPr>
          <w:rFonts w:cs="Sakkal Majalla"/>
          <w:sz w:val="36"/>
          <w:szCs w:val="38"/>
        </w:rPr>
        <w:t>.</w:t>
      </w:r>
    </w:p>
    <w:p w14:paraId="44471BF8" w14:textId="77777777" w:rsidR="008E006D" w:rsidRPr="008E006D" w:rsidRDefault="008E006D" w:rsidP="008D0B36">
      <w:pPr>
        <w:ind w:firstLine="720"/>
        <w:rPr>
          <w:rFonts w:cs="Sakkal Majalla"/>
          <w:sz w:val="36"/>
          <w:szCs w:val="38"/>
        </w:rPr>
      </w:pPr>
      <w:r w:rsidRPr="008E006D">
        <w:rPr>
          <w:rFonts w:cs="Sakkal Majalla"/>
          <w:sz w:val="36"/>
          <w:szCs w:val="38"/>
          <w:rtl/>
        </w:rPr>
        <w:t>وعليه</w:t>
      </w:r>
      <w:r w:rsidRPr="008E006D">
        <w:rPr>
          <w:rFonts w:cs="Sakkal Majalla"/>
          <w:sz w:val="36"/>
          <w:szCs w:val="38"/>
        </w:rPr>
        <w:t xml:space="preserve"> </w:t>
      </w:r>
      <w:r w:rsidRPr="008E006D">
        <w:rPr>
          <w:rFonts w:cs="Sakkal Majalla"/>
          <w:sz w:val="36"/>
          <w:szCs w:val="38"/>
          <w:rtl/>
        </w:rPr>
        <w:t>يمكن</w:t>
      </w:r>
      <w:r w:rsidRPr="008E006D">
        <w:rPr>
          <w:rFonts w:cs="Sakkal Majalla"/>
          <w:sz w:val="36"/>
          <w:szCs w:val="38"/>
        </w:rPr>
        <w:t xml:space="preserve"> </w:t>
      </w:r>
      <w:r w:rsidRPr="008E006D">
        <w:rPr>
          <w:rFonts w:cs="Sakkal Majalla"/>
          <w:sz w:val="36"/>
          <w:szCs w:val="38"/>
          <w:rtl/>
        </w:rPr>
        <w:t>صياغة</w:t>
      </w:r>
      <w:r w:rsidRPr="008E006D">
        <w:rPr>
          <w:rFonts w:cs="Sakkal Majalla"/>
          <w:sz w:val="36"/>
          <w:szCs w:val="38"/>
        </w:rPr>
        <w:t xml:space="preserve"> </w:t>
      </w:r>
      <w:r w:rsidRPr="008E006D">
        <w:rPr>
          <w:rFonts w:cs="Sakkal Majalla"/>
          <w:sz w:val="36"/>
          <w:szCs w:val="38"/>
          <w:rtl/>
        </w:rPr>
        <w:t>مشكلة</w:t>
      </w:r>
      <w:r w:rsidRPr="008E006D">
        <w:rPr>
          <w:rFonts w:cs="Sakkal Majalla"/>
          <w:sz w:val="36"/>
          <w:szCs w:val="38"/>
        </w:rPr>
        <w:t xml:space="preserve"> </w:t>
      </w:r>
      <w:r w:rsidRPr="008E006D">
        <w:rPr>
          <w:rFonts w:cs="Sakkal Majalla"/>
          <w:sz w:val="36"/>
          <w:szCs w:val="38"/>
          <w:rtl/>
        </w:rPr>
        <w:t>الدراسة</w:t>
      </w:r>
      <w:r w:rsidRPr="008E006D">
        <w:rPr>
          <w:rFonts w:cs="Sakkal Majalla"/>
          <w:sz w:val="36"/>
          <w:szCs w:val="38"/>
        </w:rPr>
        <w:t xml:space="preserve"> </w:t>
      </w:r>
      <w:r w:rsidRPr="008E006D">
        <w:rPr>
          <w:rFonts w:cs="Sakkal Majalla"/>
          <w:sz w:val="36"/>
          <w:szCs w:val="38"/>
          <w:rtl/>
        </w:rPr>
        <w:t>في</w:t>
      </w:r>
      <w:r w:rsidRPr="008E006D">
        <w:rPr>
          <w:rFonts w:cs="Sakkal Majalla"/>
          <w:sz w:val="36"/>
          <w:szCs w:val="38"/>
        </w:rPr>
        <w:t xml:space="preserve"> </w:t>
      </w:r>
      <w:r w:rsidRPr="008E006D">
        <w:rPr>
          <w:rFonts w:cs="Sakkal Majalla"/>
          <w:sz w:val="36"/>
          <w:szCs w:val="38"/>
          <w:rtl/>
        </w:rPr>
        <w:t>التساؤل</w:t>
      </w:r>
      <w:r w:rsidRPr="008E006D">
        <w:rPr>
          <w:rFonts w:cs="Sakkal Majalla"/>
          <w:sz w:val="36"/>
          <w:szCs w:val="38"/>
        </w:rPr>
        <w:t xml:space="preserve"> </w:t>
      </w:r>
      <w:r w:rsidRPr="008E006D">
        <w:rPr>
          <w:rFonts w:cs="Sakkal Majalla"/>
          <w:sz w:val="36"/>
          <w:szCs w:val="38"/>
          <w:rtl/>
        </w:rPr>
        <w:t>الرئيس</w:t>
      </w:r>
      <w:r w:rsidRPr="008E006D">
        <w:rPr>
          <w:rFonts w:cs="Sakkal Majalla"/>
          <w:sz w:val="36"/>
          <w:szCs w:val="38"/>
        </w:rPr>
        <w:t xml:space="preserve"> </w:t>
      </w:r>
      <w:r w:rsidRPr="008E006D">
        <w:rPr>
          <w:rFonts w:cs="Sakkal Majalla"/>
          <w:sz w:val="36"/>
          <w:szCs w:val="38"/>
          <w:rtl/>
        </w:rPr>
        <w:t>الآتي</w:t>
      </w:r>
      <w:r w:rsidRPr="008E006D">
        <w:rPr>
          <w:rFonts w:cs="Sakkal Majalla"/>
          <w:sz w:val="36"/>
          <w:szCs w:val="38"/>
        </w:rPr>
        <w:t xml:space="preserve">: </w:t>
      </w:r>
      <w:r w:rsidRPr="008E006D">
        <w:rPr>
          <w:rFonts w:cs="Sakkal Majalla"/>
          <w:sz w:val="36"/>
          <w:szCs w:val="38"/>
          <w:rtl/>
        </w:rPr>
        <w:t>ما</w:t>
      </w:r>
      <w:r w:rsidRPr="008E006D">
        <w:rPr>
          <w:rFonts w:cs="Sakkal Majalla"/>
          <w:sz w:val="36"/>
          <w:szCs w:val="38"/>
        </w:rPr>
        <w:t xml:space="preserve"> </w:t>
      </w:r>
      <w:r w:rsidRPr="008E006D">
        <w:rPr>
          <w:rFonts w:cs="Sakkal Majalla"/>
          <w:sz w:val="36"/>
          <w:szCs w:val="38"/>
          <w:rtl/>
        </w:rPr>
        <w:t>أثر</w:t>
      </w:r>
      <w:r w:rsidRPr="008E006D">
        <w:rPr>
          <w:rFonts w:cs="Sakkal Majalla"/>
          <w:sz w:val="36"/>
          <w:szCs w:val="38"/>
        </w:rPr>
        <w:t xml:space="preserve"> </w:t>
      </w:r>
      <w:r w:rsidRPr="008E006D">
        <w:rPr>
          <w:rFonts w:cs="Sakkal Majalla"/>
          <w:sz w:val="36"/>
          <w:szCs w:val="38"/>
          <w:rtl/>
        </w:rPr>
        <w:t>أبعاد</w:t>
      </w:r>
      <w:r w:rsidRPr="008E006D">
        <w:rPr>
          <w:rFonts w:cs="Sakkal Majalla"/>
          <w:sz w:val="36"/>
          <w:szCs w:val="38"/>
        </w:rPr>
        <w:t xml:space="preserve"> </w:t>
      </w:r>
      <w:r w:rsidRPr="008E006D">
        <w:rPr>
          <w:rFonts w:cs="Sakkal Majalla"/>
          <w:sz w:val="36"/>
          <w:szCs w:val="38"/>
          <w:rtl/>
        </w:rPr>
        <w:t>التحول</w:t>
      </w:r>
      <w:r w:rsidRPr="008E006D">
        <w:rPr>
          <w:rFonts w:cs="Sakkal Majalla"/>
          <w:sz w:val="36"/>
          <w:szCs w:val="38"/>
        </w:rPr>
        <w:t xml:space="preserve"> </w:t>
      </w:r>
      <w:r w:rsidRPr="008E006D">
        <w:rPr>
          <w:rFonts w:cs="Sakkal Majalla"/>
          <w:sz w:val="36"/>
          <w:szCs w:val="38"/>
          <w:rtl/>
        </w:rPr>
        <w:t>الرقمي</w:t>
      </w:r>
      <w:r w:rsidRPr="008E006D">
        <w:rPr>
          <w:rFonts w:cs="Sakkal Majalla"/>
          <w:sz w:val="36"/>
          <w:szCs w:val="38"/>
        </w:rPr>
        <w:t xml:space="preserve"> </w:t>
      </w:r>
      <w:r w:rsidRPr="008E006D">
        <w:rPr>
          <w:rFonts w:cs="Sakkal Majalla"/>
          <w:sz w:val="36"/>
          <w:szCs w:val="38"/>
          <w:rtl/>
        </w:rPr>
        <w:t>في</w:t>
      </w:r>
      <w:r w:rsidRPr="008E006D">
        <w:rPr>
          <w:rFonts w:cs="Sakkal Majalla"/>
          <w:sz w:val="36"/>
          <w:szCs w:val="38"/>
        </w:rPr>
        <w:t xml:space="preserve"> </w:t>
      </w:r>
      <w:r w:rsidRPr="008E006D">
        <w:rPr>
          <w:rFonts w:cs="Sakkal Majalla"/>
          <w:sz w:val="36"/>
          <w:szCs w:val="38"/>
          <w:rtl/>
        </w:rPr>
        <w:t>إدارة</w:t>
      </w:r>
      <w:r w:rsidRPr="008E006D">
        <w:rPr>
          <w:rFonts w:cs="Sakkal Majalla"/>
          <w:sz w:val="36"/>
          <w:szCs w:val="38"/>
        </w:rPr>
        <w:t xml:space="preserve"> </w:t>
      </w:r>
      <w:r w:rsidRPr="008E006D">
        <w:rPr>
          <w:rFonts w:cs="Sakkal Majalla"/>
          <w:sz w:val="36"/>
          <w:szCs w:val="38"/>
          <w:rtl/>
        </w:rPr>
        <w:t>المشاريع</w:t>
      </w:r>
      <w:r w:rsidRPr="008E006D">
        <w:rPr>
          <w:rFonts w:cs="Sakkal Majalla"/>
          <w:sz w:val="36"/>
          <w:szCs w:val="38"/>
        </w:rPr>
        <w:t xml:space="preserve"> </w:t>
      </w:r>
      <w:r w:rsidRPr="008E006D">
        <w:rPr>
          <w:rFonts w:cs="Sakkal Majalla"/>
          <w:sz w:val="36"/>
          <w:szCs w:val="38"/>
          <w:rtl/>
        </w:rPr>
        <w:t>على</w:t>
      </w:r>
      <w:r w:rsidRPr="008E006D">
        <w:rPr>
          <w:rFonts w:cs="Sakkal Majalla"/>
          <w:sz w:val="36"/>
          <w:szCs w:val="38"/>
        </w:rPr>
        <w:t xml:space="preserve"> </w:t>
      </w:r>
      <w:r w:rsidRPr="008E006D">
        <w:rPr>
          <w:rFonts w:cs="Sakkal Majalla"/>
          <w:sz w:val="36"/>
          <w:szCs w:val="38"/>
          <w:rtl/>
        </w:rPr>
        <w:t>نجاح</w:t>
      </w:r>
      <w:r w:rsidRPr="008E006D">
        <w:rPr>
          <w:rFonts w:cs="Sakkal Majalla"/>
          <w:sz w:val="36"/>
          <w:szCs w:val="38"/>
        </w:rPr>
        <w:t xml:space="preserve"> </w:t>
      </w:r>
      <w:r w:rsidRPr="008E006D">
        <w:rPr>
          <w:rFonts w:cs="Sakkal Majalla"/>
          <w:sz w:val="36"/>
          <w:szCs w:val="38"/>
          <w:rtl/>
        </w:rPr>
        <w:t>المشاريع</w:t>
      </w:r>
      <w:r w:rsidRPr="008E006D">
        <w:rPr>
          <w:rFonts w:cs="Sakkal Majalla"/>
          <w:sz w:val="36"/>
          <w:szCs w:val="38"/>
        </w:rPr>
        <w:t xml:space="preserve"> </w:t>
      </w:r>
      <w:r w:rsidRPr="008E006D">
        <w:rPr>
          <w:rFonts w:cs="Sakkal Majalla"/>
          <w:sz w:val="36"/>
          <w:szCs w:val="38"/>
          <w:rtl/>
        </w:rPr>
        <w:t>في</w:t>
      </w:r>
      <w:r w:rsidRPr="008E006D">
        <w:rPr>
          <w:rFonts w:cs="Sakkal Majalla"/>
          <w:sz w:val="36"/>
          <w:szCs w:val="38"/>
        </w:rPr>
        <w:t xml:space="preserve"> </w:t>
      </w:r>
      <w:r w:rsidRPr="008E006D">
        <w:rPr>
          <w:rFonts w:cs="Sakkal Majalla"/>
          <w:sz w:val="36"/>
          <w:szCs w:val="38"/>
          <w:rtl/>
        </w:rPr>
        <w:t>الجهات</w:t>
      </w:r>
      <w:r w:rsidRPr="008E006D">
        <w:rPr>
          <w:rFonts w:cs="Sakkal Majalla"/>
          <w:sz w:val="36"/>
          <w:szCs w:val="38"/>
        </w:rPr>
        <w:t xml:space="preserve"> </w:t>
      </w:r>
      <w:r w:rsidRPr="008E006D">
        <w:rPr>
          <w:rFonts w:cs="Sakkal Majalla"/>
          <w:sz w:val="36"/>
          <w:szCs w:val="38"/>
          <w:rtl/>
        </w:rPr>
        <w:t>الحكومية</w:t>
      </w:r>
      <w:r w:rsidRPr="008E006D">
        <w:rPr>
          <w:rFonts w:cs="Sakkal Majalla"/>
          <w:sz w:val="36"/>
          <w:szCs w:val="38"/>
        </w:rPr>
        <w:t xml:space="preserve"> </w:t>
      </w:r>
      <w:r w:rsidRPr="008E006D">
        <w:rPr>
          <w:rFonts w:cs="Sakkal Majalla"/>
          <w:sz w:val="36"/>
          <w:szCs w:val="38"/>
          <w:rtl/>
        </w:rPr>
        <w:t>السعودية؟</w:t>
      </w:r>
    </w:p>
    <w:p w14:paraId="7708C5E4" w14:textId="77777777" w:rsidR="002D5B89" w:rsidRDefault="002D5B89">
      <w:pPr>
        <w:bidi w:val="0"/>
        <w:spacing w:before="0" w:after="160" w:line="259" w:lineRule="auto"/>
        <w:ind w:firstLine="0"/>
        <w:jc w:val="left"/>
        <w:rPr>
          <w:rFonts w:eastAsia="Noto Sans Arabic" w:cs="Sakkal Majalla"/>
          <w:b/>
          <w:bCs/>
          <w:color w:val="10365E"/>
          <w:sz w:val="38"/>
          <w:szCs w:val="38"/>
        </w:rPr>
      </w:pPr>
      <w:r>
        <w:rPr>
          <w:rFonts w:eastAsia="Noto Sans Arabic" w:cs="Sakkal Majalla"/>
          <w:b/>
          <w:bCs/>
          <w:color w:val="10365E"/>
          <w:sz w:val="38"/>
          <w:szCs w:val="38"/>
        </w:rPr>
        <w:br w:type="page"/>
      </w:r>
    </w:p>
    <w:p w14:paraId="269CC300" w14:textId="77777777" w:rsidR="008E006D" w:rsidRPr="002D5B89" w:rsidRDefault="008E006D" w:rsidP="002D5B89">
      <w:pPr>
        <w:pStyle w:val="Heading1"/>
        <w:pageBreakBefore w:val="0"/>
        <w:spacing w:after="200" w:line="276" w:lineRule="auto"/>
        <w:jc w:val="left"/>
        <w:rPr>
          <w:rFonts w:ascii="Sakkal Majalla" w:eastAsia="Noto Sans Arabic" w:hAnsi="Sakkal Majalla" w:cs="Sakkal Majalla"/>
          <w:b/>
          <w:bCs/>
          <w:color w:val="10365E"/>
          <w:sz w:val="38"/>
          <w:szCs w:val="38"/>
        </w:rPr>
      </w:pPr>
      <w:bookmarkStart w:id="4" w:name="_Toc234793618"/>
      <w:r w:rsidRPr="002D5B89">
        <w:rPr>
          <w:rFonts w:ascii="Sakkal Majalla" w:eastAsia="Noto Sans Arabic" w:hAnsi="Sakkal Majalla" w:cs="Sakkal Majalla"/>
          <w:b/>
          <w:bCs/>
          <w:color w:val="10365E"/>
          <w:sz w:val="38"/>
          <w:szCs w:val="38"/>
        </w:rPr>
        <w:lastRenderedPageBreak/>
        <w:t xml:space="preserve">1.3 </w:t>
      </w:r>
      <w:r w:rsidRPr="002D5B89">
        <w:rPr>
          <w:rFonts w:ascii="Sakkal Majalla" w:eastAsia="Noto Sans Arabic" w:hAnsi="Sakkal Majalla" w:cs="Sakkal Majalla"/>
          <w:b/>
          <w:bCs/>
          <w:color w:val="10365E"/>
          <w:sz w:val="38"/>
          <w:szCs w:val="38"/>
          <w:rtl/>
        </w:rPr>
        <w:t>أسئلة</w:t>
      </w:r>
      <w:r w:rsidRPr="002D5B89">
        <w:rPr>
          <w:rFonts w:ascii="Sakkal Majalla" w:eastAsia="Noto Sans Arabic" w:hAnsi="Sakkal Majalla" w:cs="Sakkal Majalla"/>
          <w:b/>
          <w:bCs/>
          <w:color w:val="10365E"/>
          <w:sz w:val="38"/>
          <w:szCs w:val="38"/>
        </w:rPr>
        <w:t xml:space="preserve"> </w:t>
      </w:r>
      <w:r w:rsidRPr="002D5B89">
        <w:rPr>
          <w:rFonts w:ascii="Sakkal Majalla" w:eastAsia="Noto Sans Arabic" w:hAnsi="Sakkal Majalla" w:cs="Sakkal Majalla"/>
          <w:b/>
          <w:bCs/>
          <w:color w:val="10365E"/>
          <w:sz w:val="38"/>
          <w:szCs w:val="38"/>
          <w:rtl/>
        </w:rPr>
        <w:t>الدراسة</w:t>
      </w:r>
      <w:r w:rsidR="008D0B36" w:rsidRPr="002D5B89">
        <w:rPr>
          <w:rFonts w:ascii="Sakkal Majalla" w:eastAsia="Noto Sans Arabic" w:hAnsi="Sakkal Majalla" w:cs="Sakkal Majalla" w:hint="cs"/>
          <w:b/>
          <w:bCs/>
          <w:color w:val="10365E"/>
          <w:sz w:val="38"/>
          <w:szCs w:val="38"/>
          <w:rtl/>
        </w:rPr>
        <w:t>:</w:t>
      </w:r>
      <w:bookmarkEnd w:id="4"/>
      <w:r w:rsidR="008D0B36" w:rsidRPr="002D5B89">
        <w:rPr>
          <w:rFonts w:ascii="Sakkal Majalla" w:eastAsia="Noto Sans Arabic" w:hAnsi="Sakkal Majalla" w:cs="Sakkal Majalla" w:hint="cs"/>
          <w:b/>
          <w:bCs/>
          <w:color w:val="10365E"/>
          <w:sz w:val="38"/>
          <w:szCs w:val="38"/>
          <w:rtl/>
        </w:rPr>
        <w:t xml:space="preserve"> </w:t>
      </w:r>
    </w:p>
    <w:p w14:paraId="66F1A48C" w14:textId="77777777" w:rsidR="008E006D" w:rsidRPr="008D0B36" w:rsidRDefault="008E006D" w:rsidP="008D0B36">
      <w:pPr>
        <w:pStyle w:val="ListParagraph"/>
        <w:numPr>
          <w:ilvl w:val="0"/>
          <w:numId w:val="21"/>
        </w:numPr>
        <w:rPr>
          <w:rFonts w:cs="Sakkal Majalla"/>
          <w:sz w:val="36"/>
          <w:szCs w:val="38"/>
        </w:rPr>
      </w:pPr>
      <w:r w:rsidRPr="008D0B36">
        <w:rPr>
          <w:rFonts w:cs="Sakkal Majalla"/>
          <w:sz w:val="36"/>
          <w:szCs w:val="38"/>
          <w:rtl/>
        </w:rPr>
        <w:t>ما</w:t>
      </w:r>
      <w:r w:rsidRPr="008D0B36">
        <w:rPr>
          <w:rFonts w:cs="Sakkal Majalla"/>
          <w:sz w:val="36"/>
          <w:szCs w:val="38"/>
        </w:rPr>
        <w:t xml:space="preserve"> </w:t>
      </w:r>
      <w:r w:rsidRPr="008D0B36">
        <w:rPr>
          <w:rFonts w:cs="Sakkal Majalla"/>
          <w:sz w:val="36"/>
          <w:szCs w:val="38"/>
          <w:rtl/>
        </w:rPr>
        <w:t>مستوى</w:t>
      </w:r>
      <w:r w:rsidRPr="008D0B36">
        <w:rPr>
          <w:rFonts w:cs="Sakkal Majalla"/>
          <w:sz w:val="36"/>
          <w:szCs w:val="38"/>
        </w:rPr>
        <w:t xml:space="preserve"> </w:t>
      </w:r>
      <w:r w:rsidRPr="008D0B36">
        <w:rPr>
          <w:rFonts w:cs="Sakkal Majalla"/>
          <w:sz w:val="36"/>
          <w:szCs w:val="38"/>
          <w:rtl/>
        </w:rPr>
        <w:t>تطبيق</w:t>
      </w:r>
      <w:r w:rsidRPr="008D0B36">
        <w:rPr>
          <w:rFonts w:cs="Sakkal Majalla"/>
          <w:sz w:val="36"/>
          <w:szCs w:val="38"/>
        </w:rPr>
        <w:t xml:space="preserve"> </w:t>
      </w:r>
      <w:r w:rsidRPr="008D0B36">
        <w:rPr>
          <w:rFonts w:cs="Sakkal Majalla"/>
          <w:sz w:val="36"/>
          <w:szCs w:val="38"/>
          <w:rtl/>
        </w:rPr>
        <w:t>أبعاد</w:t>
      </w:r>
      <w:r w:rsidRPr="008D0B36">
        <w:rPr>
          <w:rFonts w:cs="Sakkal Majalla"/>
          <w:sz w:val="36"/>
          <w:szCs w:val="38"/>
        </w:rPr>
        <w:t xml:space="preserve"> </w:t>
      </w:r>
      <w:r w:rsidRPr="008D0B36">
        <w:rPr>
          <w:rFonts w:cs="Sakkal Majalla"/>
          <w:sz w:val="36"/>
          <w:szCs w:val="38"/>
          <w:rtl/>
        </w:rPr>
        <w:t>التحول</w:t>
      </w:r>
      <w:r w:rsidRPr="008D0B36">
        <w:rPr>
          <w:rFonts w:cs="Sakkal Majalla"/>
          <w:sz w:val="36"/>
          <w:szCs w:val="38"/>
        </w:rPr>
        <w:t xml:space="preserve"> </w:t>
      </w:r>
      <w:r w:rsidRPr="008D0B36">
        <w:rPr>
          <w:rFonts w:cs="Sakkal Majalla"/>
          <w:sz w:val="36"/>
          <w:szCs w:val="38"/>
          <w:rtl/>
        </w:rPr>
        <w:t>الرقمي</w:t>
      </w:r>
      <w:r w:rsidRPr="008D0B36">
        <w:rPr>
          <w:rFonts w:cs="Sakkal Majalla"/>
          <w:sz w:val="36"/>
          <w:szCs w:val="38"/>
        </w:rPr>
        <w:t xml:space="preserve"> </w:t>
      </w:r>
      <w:r w:rsidRPr="008D0B36">
        <w:rPr>
          <w:rFonts w:cs="Sakkal Majalla"/>
          <w:sz w:val="36"/>
          <w:szCs w:val="38"/>
          <w:rtl/>
        </w:rPr>
        <w:t>في</w:t>
      </w:r>
      <w:r w:rsidRPr="008D0B36">
        <w:rPr>
          <w:rFonts w:cs="Sakkal Majalla"/>
          <w:sz w:val="36"/>
          <w:szCs w:val="38"/>
        </w:rPr>
        <w:t xml:space="preserve"> </w:t>
      </w:r>
      <w:r w:rsidRPr="008D0B36">
        <w:rPr>
          <w:rFonts w:cs="Sakkal Majalla"/>
          <w:sz w:val="36"/>
          <w:szCs w:val="38"/>
          <w:rtl/>
        </w:rPr>
        <w:t>إدارة</w:t>
      </w:r>
      <w:r w:rsidRPr="008D0B36">
        <w:rPr>
          <w:rFonts w:cs="Sakkal Majalla"/>
          <w:sz w:val="36"/>
          <w:szCs w:val="38"/>
        </w:rPr>
        <w:t xml:space="preserve"> </w:t>
      </w:r>
      <w:r w:rsidRPr="008D0B36">
        <w:rPr>
          <w:rFonts w:cs="Sakkal Majalla"/>
          <w:sz w:val="36"/>
          <w:szCs w:val="38"/>
          <w:rtl/>
        </w:rPr>
        <w:t>المشاريع</w:t>
      </w:r>
      <w:r w:rsidRPr="008D0B36">
        <w:rPr>
          <w:rFonts w:cs="Sakkal Majalla"/>
          <w:sz w:val="36"/>
          <w:szCs w:val="38"/>
        </w:rPr>
        <w:t xml:space="preserve"> </w:t>
      </w:r>
      <w:r w:rsidRPr="008D0B36">
        <w:rPr>
          <w:rFonts w:cs="Sakkal Majalla"/>
          <w:sz w:val="36"/>
          <w:szCs w:val="38"/>
          <w:rtl/>
        </w:rPr>
        <w:t>في</w:t>
      </w:r>
      <w:r w:rsidRPr="008D0B36">
        <w:rPr>
          <w:rFonts w:cs="Sakkal Majalla"/>
          <w:sz w:val="36"/>
          <w:szCs w:val="38"/>
        </w:rPr>
        <w:t xml:space="preserve"> </w:t>
      </w:r>
      <w:r w:rsidRPr="008D0B36">
        <w:rPr>
          <w:rFonts w:cs="Sakkal Majalla"/>
          <w:sz w:val="36"/>
          <w:szCs w:val="38"/>
          <w:rtl/>
        </w:rPr>
        <w:t>الجهات</w:t>
      </w:r>
      <w:r w:rsidRPr="008D0B36">
        <w:rPr>
          <w:rFonts w:cs="Sakkal Majalla"/>
          <w:sz w:val="36"/>
          <w:szCs w:val="38"/>
        </w:rPr>
        <w:t xml:space="preserve"> </w:t>
      </w:r>
      <w:r w:rsidRPr="008D0B36">
        <w:rPr>
          <w:rFonts w:cs="Sakkal Majalla"/>
          <w:sz w:val="36"/>
          <w:szCs w:val="38"/>
          <w:rtl/>
        </w:rPr>
        <w:t>الحكومية</w:t>
      </w:r>
      <w:r w:rsidRPr="008D0B36">
        <w:rPr>
          <w:rFonts w:cs="Sakkal Majalla"/>
          <w:sz w:val="36"/>
          <w:szCs w:val="38"/>
        </w:rPr>
        <w:t xml:space="preserve"> </w:t>
      </w:r>
      <w:r w:rsidRPr="008D0B36">
        <w:rPr>
          <w:rFonts w:cs="Sakkal Majalla"/>
          <w:sz w:val="36"/>
          <w:szCs w:val="38"/>
          <w:rtl/>
        </w:rPr>
        <w:t>السعودية؟</w:t>
      </w:r>
    </w:p>
    <w:p w14:paraId="5F428EFC" w14:textId="77777777" w:rsidR="008E006D" w:rsidRPr="008D0B36" w:rsidRDefault="008E006D" w:rsidP="008D0B36">
      <w:pPr>
        <w:pStyle w:val="ListParagraph"/>
        <w:numPr>
          <w:ilvl w:val="0"/>
          <w:numId w:val="21"/>
        </w:numPr>
        <w:rPr>
          <w:rFonts w:cs="Sakkal Majalla"/>
          <w:sz w:val="36"/>
          <w:szCs w:val="38"/>
        </w:rPr>
      </w:pPr>
      <w:r w:rsidRPr="008D0B36">
        <w:rPr>
          <w:rFonts w:cs="Sakkal Majalla"/>
          <w:sz w:val="36"/>
          <w:szCs w:val="38"/>
          <w:rtl/>
        </w:rPr>
        <w:t>ما</w:t>
      </w:r>
      <w:r w:rsidRPr="008D0B36">
        <w:rPr>
          <w:rFonts w:cs="Sakkal Majalla"/>
          <w:sz w:val="36"/>
          <w:szCs w:val="38"/>
        </w:rPr>
        <w:t xml:space="preserve"> </w:t>
      </w:r>
      <w:r w:rsidRPr="008D0B36">
        <w:rPr>
          <w:rFonts w:cs="Sakkal Majalla"/>
          <w:sz w:val="36"/>
          <w:szCs w:val="38"/>
          <w:rtl/>
        </w:rPr>
        <w:t>أثر</w:t>
      </w:r>
      <w:r w:rsidRPr="008D0B36">
        <w:rPr>
          <w:rFonts w:cs="Sakkal Majalla"/>
          <w:sz w:val="36"/>
          <w:szCs w:val="38"/>
        </w:rPr>
        <w:t xml:space="preserve"> </w:t>
      </w:r>
      <w:r w:rsidRPr="008D0B36">
        <w:rPr>
          <w:rFonts w:cs="Sakkal Majalla"/>
          <w:sz w:val="36"/>
          <w:szCs w:val="38"/>
          <w:rtl/>
        </w:rPr>
        <w:t>البنية</w:t>
      </w:r>
      <w:r w:rsidRPr="008D0B36">
        <w:rPr>
          <w:rFonts w:cs="Sakkal Majalla"/>
          <w:sz w:val="36"/>
          <w:szCs w:val="38"/>
        </w:rPr>
        <w:t xml:space="preserve"> </w:t>
      </w:r>
      <w:r w:rsidRPr="008D0B36">
        <w:rPr>
          <w:rFonts w:cs="Sakkal Majalla"/>
          <w:sz w:val="36"/>
          <w:szCs w:val="38"/>
          <w:rtl/>
        </w:rPr>
        <w:t>التحتية</w:t>
      </w:r>
      <w:r w:rsidRPr="008D0B36">
        <w:rPr>
          <w:rFonts w:cs="Sakkal Majalla"/>
          <w:sz w:val="36"/>
          <w:szCs w:val="38"/>
        </w:rPr>
        <w:t xml:space="preserve"> </w:t>
      </w:r>
      <w:r w:rsidRPr="008D0B36">
        <w:rPr>
          <w:rFonts w:cs="Sakkal Majalla"/>
          <w:sz w:val="36"/>
          <w:szCs w:val="38"/>
          <w:rtl/>
        </w:rPr>
        <w:t>الرقمية</w:t>
      </w:r>
      <w:r w:rsidRPr="008D0B36">
        <w:rPr>
          <w:rFonts w:cs="Sakkal Majalla"/>
          <w:sz w:val="36"/>
          <w:szCs w:val="38"/>
        </w:rPr>
        <w:t xml:space="preserve"> </w:t>
      </w:r>
      <w:r w:rsidRPr="008D0B36">
        <w:rPr>
          <w:rFonts w:cs="Sakkal Majalla"/>
          <w:sz w:val="36"/>
          <w:szCs w:val="38"/>
          <w:rtl/>
        </w:rPr>
        <w:t>في</w:t>
      </w:r>
      <w:r w:rsidRPr="008D0B36">
        <w:rPr>
          <w:rFonts w:cs="Sakkal Majalla"/>
          <w:sz w:val="36"/>
          <w:szCs w:val="38"/>
        </w:rPr>
        <w:t xml:space="preserve"> </w:t>
      </w:r>
      <w:r w:rsidRPr="008D0B36">
        <w:rPr>
          <w:rFonts w:cs="Sakkal Majalla"/>
          <w:sz w:val="36"/>
          <w:szCs w:val="38"/>
          <w:rtl/>
        </w:rPr>
        <w:t>إدارة</w:t>
      </w:r>
      <w:r w:rsidRPr="008D0B36">
        <w:rPr>
          <w:rFonts w:cs="Sakkal Majalla"/>
          <w:sz w:val="36"/>
          <w:szCs w:val="38"/>
        </w:rPr>
        <w:t xml:space="preserve"> </w:t>
      </w:r>
      <w:r w:rsidRPr="008D0B36">
        <w:rPr>
          <w:rFonts w:cs="Sakkal Majalla"/>
          <w:sz w:val="36"/>
          <w:szCs w:val="38"/>
          <w:rtl/>
        </w:rPr>
        <w:t>المشاريع</w:t>
      </w:r>
      <w:r w:rsidRPr="008D0B36">
        <w:rPr>
          <w:rFonts w:cs="Sakkal Majalla"/>
          <w:sz w:val="36"/>
          <w:szCs w:val="38"/>
        </w:rPr>
        <w:t xml:space="preserve"> </w:t>
      </w:r>
      <w:r w:rsidRPr="008D0B36">
        <w:rPr>
          <w:rFonts w:cs="Sakkal Majalla"/>
          <w:sz w:val="36"/>
          <w:szCs w:val="38"/>
          <w:rtl/>
        </w:rPr>
        <w:t>على</w:t>
      </w:r>
      <w:r w:rsidRPr="008D0B36">
        <w:rPr>
          <w:rFonts w:cs="Sakkal Majalla"/>
          <w:sz w:val="36"/>
          <w:szCs w:val="38"/>
        </w:rPr>
        <w:t xml:space="preserve"> </w:t>
      </w:r>
      <w:r w:rsidRPr="008D0B36">
        <w:rPr>
          <w:rFonts w:cs="Sakkal Majalla"/>
          <w:sz w:val="36"/>
          <w:szCs w:val="38"/>
          <w:rtl/>
        </w:rPr>
        <w:t>نجاح</w:t>
      </w:r>
      <w:r w:rsidRPr="008D0B36">
        <w:rPr>
          <w:rFonts w:cs="Sakkal Majalla"/>
          <w:sz w:val="36"/>
          <w:szCs w:val="38"/>
        </w:rPr>
        <w:t xml:space="preserve"> </w:t>
      </w:r>
      <w:r w:rsidRPr="008D0B36">
        <w:rPr>
          <w:rFonts w:cs="Sakkal Majalla"/>
          <w:sz w:val="36"/>
          <w:szCs w:val="38"/>
          <w:rtl/>
        </w:rPr>
        <w:t>المشاريع</w:t>
      </w:r>
      <w:r w:rsidRPr="008D0B36">
        <w:rPr>
          <w:rFonts w:cs="Sakkal Majalla"/>
          <w:sz w:val="36"/>
          <w:szCs w:val="38"/>
        </w:rPr>
        <w:t xml:space="preserve"> </w:t>
      </w:r>
      <w:r w:rsidRPr="008D0B36">
        <w:rPr>
          <w:rFonts w:cs="Sakkal Majalla"/>
          <w:sz w:val="36"/>
          <w:szCs w:val="38"/>
          <w:rtl/>
        </w:rPr>
        <w:t>الحكومية؟</w:t>
      </w:r>
    </w:p>
    <w:p w14:paraId="17744A9E" w14:textId="77777777" w:rsidR="008E006D" w:rsidRPr="008D0B36" w:rsidRDefault="008E006D" w:rsidP="008D0B36">
      <w:pPr>
        <w:pStyle w:val="ListParagraph"/>
        <w:numPr>
          <w:ilvl w:val="0"/>
          <w:numId w:val="21"/>
        </w:numPr>
        <w:rPr>
          <w:rFonts w:cs="Sakkal Majalla"/>
          <w:sz w:val="36"/>
          <w:szCs w:val="38"/>
        </w:rPr>
      </w:pPr>
      <w:r w:rsidRPr="008D0B36">
        <w:rPr>
          <w:rFonts w:cs="Sakkal Majalla"/>
          <w:sz w:val="36"/>
          <w:szCs w:val="38"/>
          <w:rtl/>
        </w:rPr>
        <w:t>ما</w:t>
      </w:r>
      <w:r w:rsidRPr="008D0B36">
        <w:rPr>
          <w:rFonts w:cs="Sakkal Majalla"/>
          <w:sz w:val="36"/>
          <w:szCs w:val="38"/>
        </w:rPr>
        <w:t xml:space="preserve"> </w:t>
      </w:r>
      <w:r w:rsidRPr="008D0B36">
        <w:rPr>
          <w:rFonts w:cs="Sakkal Majalla"/>
          <w:sz w:val="36"/>
          <w:szCs w:val="38"/>
          <w:rtl/>
        </w:rPr>
        <w:t>أثر</w:t>
      </w:r>
      <w:r w:rsidRPr="008D0B36">
        <w:rPr>
          <w:rFonts w:cs="Sakkal Majalla"/>
          <w:sz w:val="36"/>
          <w:szCs w:val="38"/>
        </w:rPr>
        <w:t xml:space="preserve"> </w:t>
      </w:r>
      <w:r w:rsidRPr="008D0B36">
        <w:rPr>
          <w:rFonts w:cs="Sakkal Majalla"/>
          <w:sz w:val="36"/>
          <w:szCs w:val="38"/>
          <w:rtl/>
        </w:rPr>
        <w:t>الثقافة</w:t>
      </w:r>
      <w:r w:rsidRPr="008D0B36">
        <w:rPr>
          <w:rFonts w:cs="Sakkal Majalla"/>
          <w:sz w:val="36"/>
          <w:szCs w:val="38"/>
        </w:rPr>
        <w:t xml:space="preserve"> </w:t>
      </w:r>
      <w:r w:rsidRPr="008D0B36">
        <w:rPr>
          <w:rFonts w:cs="Sakkal Majalla"/>
          <w:sz w:val="36"/>
          <w:szCs w:val="38"/>
          <w:rtl/>
        </w:rPr>
        <w:t>الرقمية</w:t>
      </w:r>
      <w:r w:rsidRPr="008D0B36">
        <w:rPr>
          <w:rFonts w:cs="Sakkal Majalla"/>
          <w:sz w:val="36"/>
          <w:szCs w:val="38"/>
        </w:rPr>
        <w:t xml:space="preserve"> </w:t>
      </w:r>
      <w:r w:rsidRPr="008D0B36">
        <w:rPr>
          <w:rFonts w:cs="Sakkal Majalla"/>
          <w:sz w:val="36"/>
          <w:szCs w:val="38"/>
          <w:rtl/>
        </w:rPr>
        <w:t>في</w:t>
      </w:r>
      <w:r w:rsidRPr="008D0B36">
        <w:rPr>
          <w:rFonts w:cs="Sakkal Majalla"/>
          <w:sz w:val="36"/>
          <w:szCs w:val="38"/>
        </w:rPr>
        <w:t xml:space="preserve"> </w:t>
      </w:r>
      <w:r w:rsidRPr="008D0B36">
        <w:rPr>
          <w:rFonts w:cs="Sakkal Majalla"/>
          <w:sz w:val="36"/>
          <w:szCs w:val="38"/>
          <w:rtl/>
        </w:rPr>
        <w:t>إدارة</w:t>
      </w:r>
      <w:r w:rsidRPr="008D0B36">
        <w:rPr>
          <w:rFonts w:cs="Sakkal Majalla"/>
          <w:sz w:val="36"/>
          <w:szCs w:val="38"/>
        </w:rPr>
        <w:t xml:space="preserve"> </w:t>
      </w:r>
      <w:r w:rsidRPr="008D0B36">
        <w:rPr>
          <w:rFonts w:cs="Sakkal Majalla"/>
          <w:sz w:val="36"/>
          <w:szCs w:val="38"/>
          <w:rtl/>
        </w:rPr>
        <w:t>المشاريع</w:t>
      </w:r>
      <w:r w:rsidRPr="008D0B36">
        <w:rPr>
          <w:rFonts w:cs="Sakkal Majalla"/>
          <w:sz w:val="36"/>
          <w:szCs w:val="38"/>
        </w:rPr>
        <w:t xml:space="preserve"> </w:t>
      </w:r>
      <w:r w:rsidRPr="008D0B36">
        <w:rPr>
          <w:rFonts w:cs="Sakkal Majalla"/>
          <w:sz w:val="36"/>
          <w:szCs w:val="38"/>
          <w:rtl/>
        </w:rPr>
        <w:t>على</w:t>
      </w:r>
      <w:r w:rsidRPr="008D0B36">
        <w:rPr>
          <w:rFonts w:cs="Sakkal Majalla"/>
          <w:sz w:val="36"/>
          <w:szCs w:val="38"/>
        </w:rPr>
        <w:t xml:space="preserve"> </w:t>
      </w:r>
      <w:r w:rsidRPr="008D0B36">
        <w:rPr>
          <w:rFonts w:cs="Sakkal Majalla"/>
          <w:sz w:val="36"/>
          <w:szCs w:val="38"/>
          <w:rtl/>
        </w:rPr>
        <w:t>نجاح</w:t>
      </w:r>
      <w:r w:rsidRPr="008D0B36">
        <w:rPr>
          <w:rFonts w:cs="Sakkal Majalla"/>
          <w:sz w:val="36"/>
          <w:szCs w:val="38"/>
        </w:rPr>
        <w:t xml:space="preserve"> </w:t>
      </w:r>
      <w:r w:rsidRPr="008D0B36">
        <w:rPr>
          <w:rFonts w:cs="Sakkal Majalla"/>
          <w:sz w:val="36"/>
          <w:szCs w:val="38"/>
          <w:rtl/>
        </w:rPr>
        <w:t>المشاريع</w:t>
      </w:r>
      <w:r w:rsidRPr="008D0B36">
        <w:rPr>
          <w:rFonts w:cs="Sakkal Majalla"/>
          <w:sz w:val="36"/>
          <w:szCs w:val="38"/>
        </w:rPr>
        <w:t xml:space="preserve"> </w:t>
      </w:r>
      <w:r w:rsidRPr="008D0B36">
        <w:rPr>
          <w:rFonts w:cs="Sakkal Majalla"/>
          <w:sz w:val="36"/>
          <w:szCs w:val="38"/>
          <w:rtl/>
        </w:rPr>
        <w:t>الحكومية؟</w:t>
      </w:r>
    </w:p>
    <w:p w14:paraId="635F468B" w14:textId="77777777" w:rsidR="008E006D" w:rsidRPr="008D0B36" w:rsidRDefault="008E006D" w:rsidP="008D0B36">
      <w:pPr>
        <w:pStyle w:val="ListParagraph"/>
        <w:numPr>
          <w:ilvl w:val="0"/>
          <w:numId w:val="21"/>
        </w:numPr>
        <w:rPr>
          <w:rFonts w:cs="Sakkal Majalla"/>
          <w:sz w:val="36"/>
          <w:szCs w:val="38"/>
        </w:rPr>
      </w:pPr>
      <w:r w:rsidRPr="008D0B36">
        <w:rPr>
          <w:rFonts w:cs="Sakkal Majalla"/>
          <w:sz w:val="36"/>
          <w:szCs w:val="38"/>
          <w:rtl/>
        </w:rPr>
        <w:t>ما</w:t>
      </w:r>
      <w:r w:rsidRPr="008D0B36">
        <w:rPr>
          <w:rFonts w:cs="Sakkal Majalla"/>
          <w:sz w:val="36"/>
          <w:szCs w:val="38"/>
        </w:rPr>
        <w:t xml:space="preserve"> </w:t>
      </w:r>
      <w:r w:rsidRPr="008D0B36">
        <w:rPr>
          <w:rFonts w:cs="Sakkal Majalla"/>
          <w:sz w:val="36"/>
          <w:szCs w:val="38"/>
          <w:rtl/>
        </w:rPr>
        <w:t>أثر</w:t>
      </w:r>
      <w:r w:rsidRPr="008D0B36">
        <w:rPr>
          <w:rFonts w:cs="Sakkal Majalla"/>
          <w:sz w:val="36"/>
          <w:szCs w:val="38"/>
        </w:rPr>
        <w:t xml:space="preserve"> </w:t>
      </w:r>
      <w:r w:rsidRPr="008D0B36">
        <w:rPr>
          <w:rFonts w:cs="Sakkal Majalla"/>
          <w:sz w:val="36"/>
          <w:szCs w:val="38"/>
          <w:rtl/>
        </w:rPr>
        <w:t>القيادة</w:t>
      </w:r>
      <w:r w:rsidRPr="008D0B36">
        <w:rPr>
          <w:rFonts w:cs="Sakkal Majalla"/>
          <w:sz w:val="36"/>
          <w:szCs w:val="38"/>
        </w:rPr>
        <w:t xml:space="preserve"> </w:t>
      </w:r>
      <w:r w:rsidRPr="008D0B36">
        <w:rPr>
          <w:rFonts w:cs="Sakkal Majalla"/>
          <w:sz w:val="36"/>
          <w:szCs w:val="38"/>
          <w:rtl/>
        </w:rPr>
        <w:t>الرقمية</w:t>
      </w:r>
      <w:r w:rsidRPr="008D0B36">
        <w:rPr>
          <w:rFonts w:cs="Sakkal Majalla"/>
          <w:sz w:val="36"/>
          <w:szCs w:val="38"/>
        </w:rPr>
        <w:t xml:space="preserve"> </w:t>
      </w:r>
      <w:r w:rsidRPr="008D0B36">
        <w:rPr>
          <w:rFonts w:cs="Sakkal Majalla"/>
          <w:sz w:val="36"/>
          <w:szCs w:val="38"/>
          <w:rtl/>
        </w:rPr>
        <w:t>في</w:t>
      </w:r>
      <w:r w:rsidRPr="008D0B36">
        <w:rPr>
          <w:rFonts w:cs="Sakkal Majalla"/>
          <w:sz w:val="36"/>
          <w:szCs w:val="38"/>
        </w:rPr>
        <w:t xml:space="preserve"> </w:t>
      </w:r>
      <w:r w:rsidRPr="008D0B36">
        <w:rPr>
          <w:rFonts w:cs="Sakkal Majalla"/>
          <w:sz w:val="36"/>
          <w:szCs w:val="38"/>
          <w:rtl/>
        </w:rPr>
        <w:t>إدارة</w:t>
      </w:r>
      <w:r w:rsidRPr="008D0B36">
        <w:rPr>
          <w:rFonts w:cs="Sakkal Majalla"/>
          <w:sz w:val="36"/>
          <w:szCs w:val="38"/>
        </w:rPr>
        <w:t xml:space="preserve"> </w:t>
      </w:r>
      <w:r w:rsidRPr="008D0B36">
        <w:rPr>
          <w:rFonts w:cs="Sakkal Majalla"/>
          <w:sz w:val="36"/>
          <w:szCs w:val="38"/>
          <w:rtl/>
        </w:rPr>
        <w:t>المشاريع</w:t>
      </w:r>
      <w:r w:rsidRPr="008D0B36">
        <w:rPr>
          <w:rFonts w:cs="Sakkal Majalla"/>
          <w:sz w:val="36"/>
          <w:szCs w:val="38"/>
        </w:rPr>
        <w:t xml:space="preserve"> </w:t>
      </w:r>
      <w:r w:rsidRPr="008D0B36">
        <w:rPr>
          <w:rFonts w:cs="Sakkal Majalla"/>
          <w:sz w:val="36"/>
          <w:szCs w:val="38"/>
          <w:rtl/>
        </w:rPr>
        <w:t>على</w:t>
      </w:r>
      <w:r w:rsidRPr="008D0B36">
        <w:rPr>
          <w:rFonts w:cs="Sakkal Majalla"/>
          <w:sz w:val="36"/>
          <w:szCs w:val="38"/>
        </w:rPr>
        <w:t xml:space="preserve"> </w:t>
      </w:r>
      <w:r w:rsidRPr="008D0B36">
        <w:rPr>
          <w:rFonts w:cs="Sakkal Majalla"/>
          <w:sz w:val="36"/>
          <w:szCs w:val="38"/>
          <w:rtl/>
        </w:rPr>
        <w:t>نجاح</w:t>
      </w:r>
      <w:r w:rsidRPr="008D0B36">
        <w:rPr>
          <w:rFonts w:cs="Sakkal Majalla"/>
          <w:sz w:val="36"/>
          <w:szCs w:val="38"/>
        </w:rPr>
        <w:t xml:space="preserve"> </w:t>
      </w:r>
      <w:r w:rsidRPr="008D0B36">
        <w:rPr>
          <w:rFonts w:cs="Sakkal Majalla"/>
          <w:sz w:val="36"/>
          <w:szCs w:val="38"/>
          <w:rtl/>
        </w:rPr>
        <w:t>المشاريع</w:t>
      </w:r>
      <w:r w:rsidRPr="008D0B36">
        <w:rPr>
          <w:rFonts w:cs="Sakkal Majalla"/>
          <w:sz w:val="36"/>
          <w:szCs w:val="38"/>
        </w:rPr>
        <w:t xml:space="preserve"> </w:t>
      </w:r>
      <w:r w:rsidRPr="008D0B36">
        <w:rPr>
          <w:rFonts w:cs="Sakkal Majalla"/>
          <w:sz w:val="36"/>
          <w:szCs w:val="38"/>
          <w:rtl/>
        </w:rPr>
        <w:t>الحكومية؟</w:t>
      </w:r>
    </w:p>
    <w:p w14:paraId="592236B5" w14:textId="77777777" w:rsidR="008E006D" w:rsidRPr="008D0B36" w:rsidRDefault="008E006D" w:rsidP="008D0B36">
      <w:pPr>
        <w:pStyle w:val="ListParagraph"/>
        <w:numPr>
          <w:ilvl w:val="0"/>
          <w:numId w:val="21"/>
        </w:numPr>
        <w:rPr>
          <w:rFonts w:cs="Sakkal Majalla"/>
          <w:sz w:val="36"/>
          <w:szCs w:val="38"/>
        </w:rPr>
      </w:pPr>
      <w:r w:rsidRPr="008D0B36">
        <w:rPr>
          <w:rFonts w:cs="Sakkal Majalla"/>
          <w:sz w:val="36"/>
          <w:szCs w:val="38"/>
          <w:rtl/>
        </w:rPr>
        <w:t>ما</w:t>
      </w:r>
      <w:r w:rsidRPr="008D0B36">
        <w:rPr>
          <w:rFonts w:cs="Sakkal Majalla"/>
          <w:sz w:val="36"/>
          <w:szCs w:val="38"/>
        </w:rPr>
        <w:t xml:space="preserve"> </w:t>
      </w:r>
      <w:r w:rsidRPr="008D0B36">
        <w:rPr>
          <w:rFonts w:cs="Sakkal Majalla"/>
          <w:sz w:val="36"/>
          <w:szCs w:val="38"/>
          <w:rtl/>
        </w:rPr>
        <w:t>أثر</w:t>
      </w:r>
      <w:r w:rsidRPr="008D0B36">
        <w:rPr>
          <w:rFonts w:cs="Sakkal Majalla"/>
          <w:sz w:val="36"/>
          <w:szCs w:val="38"/>
        </w:rPr>
        <w:t xml:space="preserve"> </w:t>
      </w:r>
      <w:r w:rsidRPr="008D0B36">
        <w:rPr>
          <w:rFonts w:cs="Sakkal Majalla"/>
          <w:sz w:val="36"/>
          <w:szCs w:val="38"/>
          <w:rtl/>
        </w:rPr>
        <w:t>التقنيات</w:t>
      </w:r>
      <w:r w:rsidRPr="008D0B36">
        <w:rPr>
          <w:rFonts w:cs="Sakkal Majalla"/>
          <w:sz w:val="36"/>
          <w:szCs w:val="38"/>
        </w:rPr>
        <w:t xml:space="preserve"> </w:t>
      </w:r>
      <w:r w:rsidRPr="008D0B36">
        <w:rPr>
          <w:rFonts w:cs="Sakkal Majalla"/>
          <w:sz w:val="36"/>
          <w:szCs w:val="38"/>
          <w:rtl/>
        </w:rPr>
        <w:t>الذكية</w:t>
      </w:r>
      <w:r w:rsidRPr="008D0B36">
        <w:rPr>
          <w:rFonts w:cs="Sakkal Majalla"/>
          <w:sz w:val="36"/>
          <w:szCs w:val="38"/>
        </w:rPr>
        <w:t xml:space="preserve"> </w:t>
      </w:r>
      <w:r w:rsidRPr="008D0B36">
        <w:rPr>
          <w:rFonts w:cs="Sakkal Majalla"/>
          <w:sz w:val="36"/>
          <w:szCs w:val="38"/>
          <w:rtl/>
        </w:rPr>
        <w:t>في</w:t>
      </w:r>
      <w:r w:rsidRPr="008D0B36">
        <w:rPr>
          <w:rFonts w:cs="Sakkal Majalla"/>
          <w:sz w:val="36"/>
          <w:szCs w:val="38"/>
        </w:rPr>
        <w:t xml:space="preserve"> </w:t>
      </w:r>
      <w:r w:rsidRPr="008D0B36">
        <w:rPr>
          <w:rFonts w:cs="Sakkal Majalla"/>
          <w:sz w:val="36"/>
          <w:szCs w:val="38"/>
          <w:rtl/>
        </w:rPr>
        <w:t>إدارة</w:t>
      </w:r>
      <w:r w:rsidRPr="008D0B36">
        <w:rPr>
          <w:rFonts w:cs="Sakkal Majalla"/>
          <w:sz w:val="36"/>
          <w:szCs w:val="38"/>
        </w:rPr>
        <w:t xml:space="preserve"> </w:t>
      </w:r>
      <w:r w:rsidRPr="008D0B36">
        <w:rPr>
          <w:rFonts w:cs="Sakkal Majalla"/>
          <w:sz w:val="36"/>
          <w:szCs w:val="38"/>
          <w:rtl/>
        </w:rPr>
        <w:t>المشاريع</w:t>
      </w:r>
      <w:r w:rsidRPr="008D0B36">
        <w:rPr>
          <w:rFonts w:cs="Sakkal Majalla"/>
          <w:sz w:val="36"/>
          <w:szCs w:val="38"/>
        </w:rPr>
        <w:t xml:space="preserve"> </w:t>
      </w:r>
      <w:r w:rsidRPr="008D0B36">
        <w:rPr>
          <w:rFonts w:cs="Sakkal Majalla"/>
          <w:sz w:val="36"/>
          <w:szCs w:val="38"/>
          <w:rtl/>
        </w:rPr>
        <w:t>على</w:t>
      </w:r>
      <w:r w:rsidRPr="008D0B36">
        <w:rPr>
          <w:rFonts w:cs="Sakkal Majalla"/>
          <w:sz w:val="36"/>
          <w:szCs w:val="38"/>
        </w:rPr>
        <w:t xml:space="preserve"> </w:t>
      </w:r>
      <w:r w:rsidRPr="008D0B36">
        <w:rPr>
          <w:rFonts w:cs="Sakkal Majalla"/>
          <w:sz w:val="36"/>
          <w:szCs w:val="38"/>
          <w:rtl/>
        </w:rPr>
        <w:t>نجاح</w:t>
      </w:r>
      <w:r w:rsidRPr="008D0B36">
        <w:rPr>
          <w:rFonts w:cs="Sakkal Majalla"/>
          <w:sz w:val="36"/>
          <w:szCs w:val="38"/>
        </w:rPr>
        <w:t xml:space="preserve"> </w:t>
      </w:r>
      <w:r w:rsidRPr="008D0B36">
        <w:rPr>
          <w:rFonts w:cs="Sakkal Majalla"/>
          <w:sz w:val="36"/>
          <w:szCs w:val="38"/>
          <w:rtl/>
        </w:rPr>
        <w:t>المشاريع</w:t>
      </w:r>
      <w:r w:rsidRPr="008D0B36">
        <w:rPr>
          <w:rFonts w:cs="Sakkal Majalla"/>
          <w:sz w:val="36"/>
          <w:szCs w:val="38"/>
        </w:rPr>
        <w:t xml:space="preserve"> </w:t>
      </w:r>
      <w:r w:rsidRPr="008D0B36">
        <w:rPr>
          <w:rFonts w:cs="Sakkal Majalla"/>
          <w:sz w:val="36"/>
          <w:szCs w:val="38"/>
          <w:rtl/>
        </w:rPr>
        <w:t>الحكومية؟</w:t>
      </w:r>
    </w:p>
    <w:p w14:paraId="1099B365" w14:textId="77777777" w:rsidR="008E006D" w:rsidRPr="008D0B36" w:rsidRDefault="008E006D" w:rsidP="008D0B36">
      <w:pPr>
        <w:pStyle w:val="ListParagraph"/>
        <w:numPr>
          <w:ilvl w:val="0"/>
          <w:numId w:val="21"/>
        </w:numPr>
        <w:rPr>
          <w:rFonts w:cs="Sakkal Majalla"/>
          <w:sz w:val="36"/>
          <w:szCs w:val="38"/>
        </w:rPr>
      </w:pPr>
      <w:r w:rsidRPr="008D0B36">
        <w:rPr>
          <w:rFonts w:cs="Sakkal Majalla"/>
          <w:sz w:val="36"/>
          <w:szCs w:val="38"/>
          <w:rtl/>
        </w:rPr>
        <w:t>أي</w:t>
      </w:r>
      <w:r w:rsidRPr="008D0B36">
        <w:rPr>
          <w:rFonts w:cs="Sakkal Majalla"/>
          <w:sz w:val="36"/>
          <w:szCs w:val="38"/>
        </w:rPr>
        <w:t xml:space="preserve"> </w:t>
      </w:r>
      <w:r w:rsidRPr="008D0B36">
        <w:rPr>
          <w:rFonts w:cs="Sakkal Majalla"/>
          <w:sz w:val="36"/>
          <w:szCs w:val="38"/>
          <w:rtl/>
        </w:rPr>
        <w:t>أبعاد</w:t>
      </w:r>
      <w:r w:rsidRPr="008D0B36">
        <w:rPr>
          <w:rFonts w:cs="Sakkal Majalla"/>
          <w:sz w:val="36"/>
          <w:szCs w:val="38"/>
        </w:rPr>
        <w:t xml:space="preserve"> </w:t>
      </w:r>
      <w:r w:rsidRPr="008D0B36">
        <w:rPr>
          <w:rFonts w:cs="Sakkal Majalla"/>
          <w:sz w:val="36"/>
          <w:szCs w:val="38"/>
          <w:rtl/>
        </w:rPr>
        <w:t>التحول</w:t>
      </w:r>
      <w:r w:rsidRPr="008D0B36">
        <w:rPr>
          <w:rFonts w:cs="Sakkal Majalla"/>
          <w:sz w:val="36"/>
          <w:szCs w:val="38"/>
        </w:rPr>
        <w:t xml:space="preserve"> </w:t>
      </w:r>
      <w:r w:rsidRPr="008D0B36">
        <w:rPr>
          <w:rFonts w:cs="Sakkal Majalla"/>
          <w:sz w:val="36"/>
          <w:szCs w:val="38"/>
          <w:rtl/>
        </w:rPr>
        <w:t>الرقمي</w:t>
      </w:r>
      <w:r w:rsidRPr="008D0B36">
        <w:rPr>
          <w:rFonts w:cs="Sakkal Majalla"/>
          <w:sz w:val="36"/>
          <w:szCs w:val="38"/>
        </w:rPr>
        <w:t xml:space="preserve"> </w:t>
      </w:r>
      <w:r w:rsidRPr="008D0B36">
        <w:rPr>
          <w:rFonts w:cs="Sakkal Majalla"/>
          <w:sz w:val="36"/>
          <w:szCs w:val="38"/>
          <w:rtl/>
        </w:rPr>
        <w:t>أكثر</w:t>
      </w:r>
      <w:r w:rsidRPr="008D0B36">
        <w:rPr>
          <w:rFonts w:cs="Sakkal Majalla"/>
          <w:sz w:val="36"/>
          <w:szCs w:val="38"/>
        </w:rPr>
        <w:t xml:space="preserve"> </w:t>
      </w:r>
      <w:r w:rsidRPr="008D0B36">
        <w:rPr>
          <w:rFonts w:cs="Sakkal Majalla"/>
          <w:sz w:val="36"/>
          <w:szCs w:val="38"/>
          <w:rtl/>
        </w:rPr>
        <w:t>تأثيرًا</w:t>
      </w:r>
      <w:r w:rsidRPr="008D0B36">
        <w:rPr>
          <w:rFonts w:cs="Sakkal Majalla"/>
          <w:sz w:val="36"/>
          <w:szCs w:val="38"/>
        </w:rPr>
        <w:t xml:space="preserve"> </w:t>
      </w:r>
      <w:r w:rsidRPr="008D0B36">
        <w:rPr>
          <w:rFonts w:cs="Sakkal Majalla"/>
          <w:sz w:val="36"/>
          <w:szCs w:val="38"/>
          <w:rtl/>
        </w:rPr>
        <w:t>في</w:t>
      </w:r>
      <w:r w:rsidRPr="008D0B36">
        <w:rPr>
          <w:rFonts w:cs="Sakkal Majalla"/>
          <w:sz w:val="36"/>
          <w:szCs w:val="38"/>
        </w:rPr>
        <w:t xml:space="preserve"> </w:t>
      </w:r>
      <w:r w:rsidRPr="008D0B36">
        <w:rPr>
          <w:rFonts w:cs="Sakkal Majalla"/>
          <w:sz w:val="36"/>
          <w:szCs w:val="38"/>
          <w:rtl/>
        </w:rPr>
        <w:t>نجاح</w:t>
      </w:r>
      <w:r w:rsidRPr="008D0B36">
        <w:rPr>
          <w:rFonts w:cs="Sakkal Majalla"/>
          <w:sz w:val="36"/>
          <w:szCs w:val="38"/>
        </w:rPr>
        <w:t xml:space="preserve"> </w:t>
      </w:r>
      <w:r w:rsidRPr="008D0B36">
        <w:rPr>
          <w:rFonts w:cs="Sakkal Majalla"/>
          <w:sz w:val="36"/>
          <w:szCs w:val="38"/>
          <w:rtl/>
        </w:rPr>
        <w:t>المشاريع</w:t>
      </w:r>
      <w:r w:rsidRPr="008D0B36">
        <w:rPr>
          <w:rFonts w:cs="Sakkal Majalla"/>
          <w:sz w:val="36"/>
          <w:szCs w:val="38"/>
        </w:rPr>
        <w:t xml:space="preserve"> </w:t>
      </w:r>
      <w:r w:rsidRPr="008D0B36">
        <w:rPr>
          <w:rFonts w:cs="Sakkal Majalla"/>
          <w:sz w:val="36"/>
          <w:szCs w:val="38"/>
          <w:rtl/>
        </w:rPr>
        <w:t>الحكومية</w:t>
      </w:r>
      <w:r w:rsidRPr="008D0B36">
        <w:rPr>
          <w:rFonts w:cs="Sakkal Majalla"/>
          <w:sz w:val="36"/>
          <w:szCs w:val="38"/>
        </w:rPr>
        <w:t xml:space="preserve"> </w:t>
      </w:r>
      <w:r w:rsidRPr="008D0B36">
        <w:rPr>
          <w:rFonts w:cs="Sakkal Majalla"/>
          <w:sz w:val="36"/>
          <w:szCs w:val="38"/>
          <w:rtl/>
        </w:rPr>
        <w:t>السعودية؟</w:t>
      </w:r>
    </w:p>
    <w:p w14:paraId="7383E3E8" w14:textId="77777777" w:rsidR="008E006D" w:rsidRPr="008D0B36" w:rsidRDefault="008E006D" w:rsidP="008D0B36">
      <w:pPr>
        <w:pStyle w:val="ListParagraph"/>
        <w:numPr>
          <w:ilvl w:val="0"/>
          <w:numId w:val="21"/>
        </w:numPr>
        <w:rPr>
          <w:rFonts w:cs="Sakkal Majalla"/>
          <w:sz w:val="36"/>
          <w:szCs w:val="38"/>
        </w:rPr>
      </w:pPr>
      <w:r w:rsidRPr="008D0B36">
        <w:rPr>
          <w:rFonts w:cs="Sakkal Majalla"/>
          <w:sz w:val="36"/>
          <w:szCs w:val="38"/>
          <w:rtl/>
        </w:rPr>
        <w:t>ما</w:t>
      </w:r>
      <w:r w:rsidRPr="008D0B36">
        <w:rPr>
          <w:rFonts w:cs="Sakkal Majalla"/>
          <w:sz w:val="36"/>
          <w:szCs w:val="38"/>
        </w:rPr>
        <w:t xml:space="preserve"> </w:t>
      </w:r>
      <w:r w:rsidRPr="008D0B36">
        <w:rPr>
          <w:rFonts w:cs="Sakkal Majalla"/>
          <w:sz w:val="36"/>
          <w:szCs w:val="38"/>
          <w:rtl/>
        </w:rPr>
        <w:t>التصور</w:t>
      </w:r>
      <w:r w:rsidRPr="008D0B36">
        <w:rPr>
          <w:rFonts w:cs="Sakkal Majalla"/>
          <w:sz w:val="36"/>
          <w:szCs w:val="38"/>
        </w:rPr>
        <w:t xml:space="preserve"> </w:t>
      </w:r>
      <w:r w:rsidRPr="008D0B36">
        <w:rPr>
          <w:rFonts w:cs="Sakkal Majalla"/>
          <w:sz w:val="36"/>
          <w:szCs w:val="38"/>
          <w:rtl/>
        </w:rPr>
        <w:t>التطبيقي</w:t>
      </w:r>
      <w:r w:rsidRPr="008D0B36">
        <w:rPr>
          <w:rFonts w:cs="Sakkal Majalla"/>
          <w:sz w:val="36"/>
          <w:szCs w:val="38"/>
        </w:rPr>
        <w:t xml:space="preserve"> </w:t>
      </w:r>
      <w:r w:rsidRPr="008D0B36">
        <w:rPr>
          <w:rFonts w:cs="Sakkal Majalla"/>
          <w:sz w:val="36"/>
          <w:szCs w:val="38"/>
          <w:rtl/>
        </w:rPr>
        <w:t>المقترح</w:t>
      </w:r>
      <w:r w:rsidRPr="008D0B36">
        <w:rPr>
          <w:rFonts w:cs="Sakkal Majalla"/>
          <w:sz w:val="36"/>
          <w:szCs w:val="38"/>
        </w:rPr>
        <w:t xml:space="preserve"> </w:t>
      </w:r>
      <w:r w:rsidRPr="008D0B36">
        <w:rPr>
          <w:rFonts w:cs="Sakkal Majalla"/>
          <w:sz w:val="36"/>
          <w:szCs w:val="38"/>
          <w:rtl/>
        </w:rPr>
        <w:t>لتعزيز</w:t>
      </w:r>
      <w:r w:rsidRPr="008D0B36">
        <w:rPr>
          <w:rFonts w:cs="Sakkal Majalla"/>
          <w:sz w:val="36"/>
          <w:szCs w:val="38"/>
        </w:rPr>
        <w:t xml:space="preserve"> </w:t>
      </w:r>
      <w:r w:rsidRPr="008D0B36">
        <w:rPr>
          <w:rFonts w:cs="Sakkal Majalla"/>
          <w:sz w:val="36"/>
          <w:szCs w:val="38"/>
          <w:rtl/>
        </w:rPr>
        <w:t>نجاح</w:t>
      </w:r>
      <w:r w:rsidRPr="008D0B36">
        <w:rPr>
          <w:rFonts w:cs="Sakkal Majalla"/>
          <w:sz w:val="36"/>
          <w:szCs w:val="38"/>
        </w:rPr>
        <w:t xml:space="preserve"> </w:t>
      </w:r>
      <w:r w:rsidRPr="008D0B36">
        <w:rPr>
          <w:rFonts w:cs="Sakkal Majalla"/>
          <w:sz w:val="36"/>
          <w:szCs w:val="38"/>
          <w:rtl/>
        </w:rPr>
        <w:t>المشاريع</w:t>
      </w:r>
      <w:r w:rsidRPr="008D0B36">
        <w:rPr>
          <w:rFonts w:cs="Sakkal Majalla"/>
          <w:sz w:val="36"/>
          <w:szCs w:val="38"/>
        </w:rPr>
        <w:t xml:space="preserve"> </w:t>
      </w:r>
      <w:r w:rsidRPr="008D0B36">
        <w:rPr>
          <w:rFonts w:cs="Sakkal Majalla"/>
          <w:sz w:val="36"/>
          <w:szCs w:val="38"/>
          <w:rtl/>
        </w:rPr>
        <w:t>الحكومية</w:t>
      </w:r>
      <w:r w:rsidRPr="008D0B36">
        <w:rPr>
          <w:rFonts w:cs="Sakkal Majalla"/>
          <w:sz w:val="36"/>
          <w:szCs w:val="38"/>
        </w:rPr>
        <w:t xml:space="preserve"> </w:t>
      </w:r>
      <w:r w:rsidRPr="008D0B36">
        <w:rPr>
          <w:rFonts w:cs="Sakkal Majalla"/>
          <w:sz w:val="36"/>
          <w:szCs w:val="38"/>
          <w:rtl/>
        </w:rPr>
        <w:t>في</w:t>
      </w:r>
      <w:r w:rsidRPr="008D0B36">
        <w:rPr>
          <w:rFonts w:cs="Sakkal Majalla"/>
          <w:sz w:val="36"/>
          <w:szCs w:val="38"/>
        </w:rPr>
        <w:t xml:space="preserve"> </w:t>
      </w:r>
      <w:r w:rsidRPr="008D0B36">
        <w:rPr>
          <w:rFonts w:cs="Sakkal Majalla"/>
          <w:sz w:val="36"/>
          <w:szCs w:val="38"/>
          <w:rtl/>
        </w:rPr>
        <w:t>ضوء</w:t>
      </w:r>
      <w:r w:rsidRPr="008D0B36">
        <w:rPr>
          <w:rFonts w:cs="Sakkal Majalla"/>
          <w:sz w:val="36"/>
          <w:szCs w:val="38"/>
        </w:rPr>
        <w:t xml:space="preserve"> </w:t>
      </w:r>
      <w:r w:rsidRPr="008D0B36">
        <w:rPr>
          <w:rFonts w:cs="Sakkal Majalla"/>
          <w:sz w:val="36"/>
          <w:szCs w:val="38"/>
          <w:rtl/>
        </w:rPr>
        <w:t>نتائج</w:t>
      </w:r>
      <w:r w:rsidRPr="008D0B36">
        <w:rPr>
          <w:rFonts w:cs="Sakkal Majalla"/>
          <w:sz w:val="36"/>
          <w:szCs w:val="38"/>
        </w:rPr>
        <w:t xml:space="preserve"> </w:t>
      </w:r>
      <w:r w:rsidRPr="008D0B36">
        <w:rPr>
          <w:rFonts w:cs="Sakkal Majalla"/>
          <w:sz w:val="36"/>
          <w:szCs w:val="38"/>
          <w:rtl/>
        </w:rPr>
        <w:t>الدراسة؟</w:t>
      </w:r>
    </w:p>
    <w:p w14:paraId="25CB40A8" w14:textId="77777777" w:rsidR="008E006D" w:rsidRPr="002D5B89" w:rsidRDefault="008E006D" w:rsidP="002D5B89">
      <w:pPr>
        <w:pStyle w:val="Heading1"/>
        <w:pageBreakBefore w:val="0"/>
        <w:spacing w:after="200" w:line="276" w:lineRule="auto"/>
        <w:jc w:val="left"/>
        <w:rPr>
          <w:rFonts w:ascii="Sakkal Majalla" w:eastAsia="Noto Sans Arabic" w:hAnsi="Sakkal Majalla" w:cs="Sakkal Majalla"/>
          <w:b/>
          <w:bCs/>
          <w:color w:val="10365E"/>
          <w:sz w:val="38"/>
          <w:szCs w:val="38"/>
        </w:rPr>
      </w:pPr>
      <w:bookmarkStart w:id="5" w:name="_Toc234793619"/>
      <w:r w:rsidRPr="002D5B89">
        <w:rPr>
          <w:rFonts w:ascii="Sakkal Majalla" w:eastAsia="Noto Sans Arabic" w:hAnsi="Sakkal Majalla" w:cs="Sakkal Majalla"/>
          <w:b/>
          <w:bCs/>
          <w:color w:val="10365E"/>
          <w:sz w:val="38"/>
          <w:szCs w:val="38"/>
        </w:rPr>
        <w:t xml:space="preserve">1.4 </w:t>
      </w:r>
      <w:r w:rsidRPr="002D5B89">
        <w:rPr>
          <w:rFonts w:ascii="Sakkal Majalla" w:eastAsia="Noto Sans Arabic" w:hAnsi="Sakkal Majalla" w:cs="Sakkal Majalla"/>
          <w:b/>
          <w:bCs/>
          <w:color w:val="10365E"/>
          <w:sz w:val="38"/>
          <w:szCs w:val="38"/>
          <w:rtl/>
        </w:rPr>
        <w:t>أهداف</w:t>
      </w:r>
      <w:r w:rsidRPr="002D5B89">
        <w:rPr>
          <w:rFonts w:ascii="Sakkal Majalla" w:eastAsia="Noto Sans Arabic" w:hAnsi="Sakkal Majalla" w:cs="Sakkal Majalla"/>
          <w:b/>
          <w:bCs/>
          <w:color w:val="10365E"/>
          <w:sz w:val="38"/>
          <w:szCs w:val="38"/>
        </w:rPr>
        <w:t xml:space="preserve"> </w:t>
      </w:r>
      <w:r w:rsidRPr="002D5B89">
        <w:rPr>
          <w:rFonts w:ascii="Sakkal Majalla" w:eastAsia="Noto Sans Arabic" w:hAnsi="Sakkal Majalla" w:cs="Sakkal Majalla"/>
          <w:b/>
          <w:bCs/>
          <w:color w:val="10365E"/>
          <w:sz w:val="38"/>
          <w:szCs w:val="38"/>
          <w:rtl/>
        </w:rPr>
        <w:t>الدراسة</w:t>
      </w:r>
      <w:r w:rsidR="008D0B36" w:rsidRPr="002D5B89">
        <w:rPr>
          <w:rFonts w:ascii="Sakkal Majalla" w:eastAsia="Noto Sans Arabic" w:hAnsi="Sakkal Majalla" w:cs="Sakkal Majalla" w:hint="cs"/>
          <w:b/>
          <w:bCs/>
          <w:color w:val="10365E"/>
          <w:sz w:val="38"/>
          <w:szCs w:val="38"/>
          <w:rtl/>
        </w:rPr>
        <w:t>:</w:t>
      </w:r>
      <w:bookmarkEnd w:id="5"/>
      <w:r w:rsidR="008D0B36" w:rsidRPr="002D5B89">
        <w:rPr>
          <w:rFonts w:ascii="Sakkal Majalla" w:eastAsia="Noto Sans Arabic" w:hAnsi="Sakkal Majalla" w:cs="Sakkal Majalla" w:hint="cs"/>
          <w:b/>
          <w:bCs/>
          <w:color w:val="10365E"/>
          <w:sz w:val="38"/>
          <w:szCs w:val="38"/>
          <w:rtl/>
        </w:rPr>
        <w:t xml:space="preserve"> </w:t>
      </w:r>
    </w:p>
    <w:p w14:paraId="017C2CCD" w14:textId="77777777" w:rsidR="008E006D" w:rsidRPr="008D0B36" w:rsidRDefault="008E006D" w:rsidP="008D0B36">
      <w:pPr>
        <w:pStyle w:val="ListParagraph"/>
        <w:numPr>
          <w:ilvl w:val="0"/>
          <w:numId w:val="23"/>
        </w:numPr>
        <w:rPr>
          <w:rFonts w:cs="Sakkal Majalla"/>
          <w:sz w:val="36"/>
          <w:szCs w:val="38"/>
        </w:rPr>
      </w:pPr>
      <w:r w:rsidRPr="008D0B36">
        <w:rPr>
          <w:rFonts w:cs="Sakkal Majalla"/>
          <w:sz w:val="36"/>
          <w:szCs w:val="38"/>
          <w:rtl/>
        </w:rPr>
        <w:t>التعرف</w:t>
      </w:r>
      <w:r w:rsidRPr="008D0B36">
        <w:rPr>
          <w:rFonts w:cs="Sakkal Majalla"/>
          <w:sz w:val="36"/>
          <w:szCs w:val="38"/>
        </w:rPr>
        <w:t xml:space="preserve"> </w:t>
      </w:r>
      <w:r w:rsidRPr="008D0B36">
        <w:rPr>
          <w:rFonts w:cs="Sakkal Majalla"/>
          <w:sz w:val="36"/>
          <w:szCs w:val="38"/>
          <w:rtl/>
        </w:rPr>
        <w:t>على</w:t>
      </w:r>
      <w:r w:rsidRPr="008D0B36">
        <w:rPr>
          <w:rFonts w:cs="Sakkal Majalla"/>
          <w:sz w:val="36"/>
          <w:szCs w:val="38"/>
        </w:rPr>
        <w:t xml:space="preserve"> </w:t>
      </w:r>
      <w:r w:rsidRPr="008D0B36">
        <w:rPr>
          <w:rFonts w:cs="Sakkal Majalla"/>
          <w:sz w:val="36"/>
          <w:szCs w:val="38"/>
          <w:rtl/>
        </w:rPr>
        <w:t>مستوى</w:t>
      </w:r>
      <w:r w:rsidRPr="008D0B36">
        <w:rPr>
          <w:rFonts w:cs="Sakkal Majalla"/>
          <w:sz w:val="36"/>
          <w:szCs w:val="38"/>
        </w:rPr>
        <w:t xml:space="preserve"> </w:t>
      </w:r>
      <w:r w:rsidRPr="008D0B36">
        <w:rPr>
          <w:rFonts w:cs="Sakkal Majalla"/>
          <w:sz w:val="36"/>
          <w:szCs w:val="38"/>
          <w:rtl/>
        </w:rPr>
        <w:t>تطبيق</w:t>
      </w:r>
      <w:r w:rsidRPr="008D0B36">
        <w:rPr>
          <w:rFonts w:cs="Sakkal Majalla"/>
          <w:sz w:val="36"/>
          <w:szCs w:val="38"/>
        </w:rPr>
        <w:t xml:space="preserve"> </w:t>
      </w:r>
      <w:r w:rsidRPr="008D0B36">
        <w:rPr>
          <w:rFonts w:cs="Sakkal Majalla"/>
          <w:sz w:val="36"/>
          <w:szCs w:val="38"/>
          <w:rtl/>
        </w:rPr>
        <w:t>أبعاد</w:t>
      </w:r>
      <w:r w:rsidRPr="008D0B36">
        <w:rPr>
          <w:rFonts w:cs="Sakkal Majalla"/>
          <w:sz w:val="36"/>
          <w:szCs w:val="38"/>
        </w:rPr>
        <w:t xml:space="preserve"> </w:t>
      </w:r>
      <w:r w:rsidRPr="008D0B36">
        <w:rPr>
          <w:rFonts w:cs="Sakkal Majalla"/>
          <w:sz w:val="36"/>
          <w:szCs w:val="38"/>
          <w:rtl/>
        </w:rPr>
        <w:t>التحول</w:t>
      </w:r>
      <w:r w:rsidRPr="008D0B36">
        <w:rPr>
          <w:rFonts w:cs="Sakkal Majalla"/>
          <w:sz w:val="36"/>
          <w:szCs w:val="38"/>
        </w:rPr>
        <w:t xml:space="preserve"> </w:t>
      </w:r>
      <w:r w:rsidRPr="008D0B36">
        <w:rPr>
          <w:rFonts w:cs="Sakkal Majalla"/>
          <w:sz w:val="36"/>
          <w:szCs w:val="38"/>
          <w:rtl/>
        </w:rPr>
        <w:t>الرقمي</w:t>
      </w:r>
      <w:r w:rsidRPr="008D0B36">
        <w:rPr>
          <w:rFonts w:cs="Sakkal Majalla"/>
          <w:sz w:val="36"/>
          <w:szCs w:val="38"/>
        </w:rPr>
        <w:t xml:space="preserve"> </w:t>
      </w:r>
      <w:r w:rsidRPr="008D0B36">
        <w:rPr>
          <w:rFonts w:cs="Sakkal Majalla"/>
          <w:sz w:val="36"/>
          <w:szCs w:val="38"/>
          <w:rtl/>
        </w:rPr>
        <w:t>في</w:t>
      </w:r>
      <w:r w:rsidRPr="008D0B36">
        <w:rPr>
          <w:rFonts w:cs="Sakkal Majalla"/>
          <w:sz w:val="36"/>
          <w:szCs w:val="38"/>
        </w:rPr>
        <w:t xml:space="preserve"> </w:t>
      </w:r>
      <w:r w:rsidRPr="008D0B36">
        <w:rPr>
          <w:rFonts w:cs="Sakkal Majalla"/>
          <w:sz w:val="36"/>
          <w:szCs w:val="38"/>
          <w:rtl/>
        </w:rPr>
        <w:t>إدارة</w:t>
      </w:r>
      <w:r w:rsidRPr="008D0B36">
        <w:rPr>
          <w:rFonts w:cs="Sakkal Majalla"/>
          <w:sz w:val="36"/>
          <w:szCs w:val="38"/>
        </w:rPr>
        <w:t xml:space="preserve"> </w:t>
      </w:r>
      <w:r w:rsidRPr="008D0B36">
        <w:rPr>
          <w:rFonts w:cs="Sakkal Majalla"/>
          <w:sz w:val="36"/>
          <w:szCs w:val="38"/>
          <w:rtl/>
        </w:rPr>
        <w:t>المشاريع</w:t>
      </w:r>
      <w:r w:rsidRPr="008D0B36">
        <w:rPr>
          <w:rFonts w:cs="Sakkal Majalla"/>
          <w:sz w:val="36"/>
          <w:szCs w:val="38"/>
        </w:rPr>
        <w:t xml:space="preserve"> </w:t>
      </w:r>
      <w:r w:rsidRPr="008D0B36">
        <w:rPr>
          <w:rFonts w:cs="Sakkal Majalla"/>
          <w:sz w:val="36"/>
          <w:szCs w:val="38"/>
          <w:rtl/>
        </w:rPr>
        <w:t>داخل</w:t>
      </w:r>
      <w:r w:rsidRPr="008D0B36">
        <w:rPr>
          <w:rFonts w:cs="Sakkal Majalla"/>
          <w:sz w:val="36"/>
          <w:szCs w:val="38"/>
        </w:rPr>
        <w:t xml:space="preserve"> </w:t>
      </w:r>
      <w:r w:rsidRPr="008D0B36">
        <w:rPr>
          <w:rFonts w:cs="Sakkal Majalla"/>
          <w:sz w:val="36"/>
          <w:szCs w:val="38"/>
          <w:rtl/>
        </w:rPr>
        <w:t>الجهات</w:t>
      </w:r>
      <w:r w:rsidRPr="008D0B36">
        <w:rPr>
          <w:rFonts w:cs="Sakkal Majalla"/>
          <w:sz w:val="36"/>
          <w:szCs w:val="38"/>
        </w:rPr>
        <w:t xml:space="preserve"> </w:t>
      </w:r>
      <w:r w:rsidRPr="008D0B36">
        <w:rPr>
          <w:rFonts w:cs="Sakkal Majalla"/>
          <w:sz w:val="36"/>
          <w:szCs w:val="38"/>
          <w:rtl/>
        </w:rPr>
        <w:t>الحكومية</w:t>
      </w:r>
      <w:r w:rsidRPr="008D0B36">
        <w:rPr>
          <w:rFonts w:cs="Sakkal Majalla"/>
          <w:sz w:val="36"/>
          <w:szCs w:val="38"/>
        </w:rPr>
        <w:t xml:space="preserve"> </w:t>
      </w:r>
      <w:r w:rsidRPr="008D0B36">
        <w:rPr>
          <w:rFonts w:cs="Sakkal Majalla"/>
          <w:sz w:val="36"/>
          <w:szCs w:val="38"/>
          <w:rtl/>
        </w:rPr>
        <w:t>السعودية</w:t>
      </w:r>
      <w:r w:rsidRPr="008D0B36">
        <w:rPr>
          <w:rFonts w:cs="Sakkal Majalla"/>
          <w:sz w:val="36"/>
          <w:szCs w:val="38"/>
        </w:rPr>
        <w:t>.</w:t>
      </w:r>
    </w:p>
    <w:p w14:paraId="13CF57B1" w14:textId="77777777" w:rsidR="008E006D" w:rsidRPr="008D0B36" w:rsidRDefault="008E006D" w:rsidP="008D0B36">
      <w:pPr>
        <w:pStyle w:val="ListParagraph"/>
        <w:numPr>
          <w:ilvl w:val="0"/>
          <w:numId w:val="23"/>
        </w:numPr>
        <w:rPr>
          <w:rFonts w:cs="Sakkal Majalla"/>
          <w:sz w:val="36"/>
          <w:szCs w:val="38"/>
        </w:rPr>
      </w:pPr>
      <w:r w:rsidRPr="008D0B36">
        <w:rPr>
          <w:rFonts w:cs="Sakkal Majalla"/>
          <w:sz w:val="36"/>
          <w:szCs w:val="38"/>
          <w:rtl/>
        </w:rPr>
        <w:t>قياس</w:t>
      </w:r>
      <w:r w:rsidRPr="008D0B36">
        <w:rPr>
          <w:rFonts w:cs="Sakkal Majalla"/>
          <w:sz w:val="36"/>
          <w:szCs w:val="38"/>
        </w:rPr>
        <w:t xml:space="preserve"> </w:t>
      </w:r>
      <w:r w:rsidRPr="008D0B36">
        <w:rPr>
          <w:rFonts w:cs="Sakkal Majalla"/>
          <w:sz w:val="36"/>
          <w:szCs w:val="38"/>
          <w:rtl/>
        </w:rPr>
        <w:t>أثر</w:t>
      </w:r>
      <w:r w:rsidRPr="008D0B36">
        <w:rPr>
          <w:rFonts w:cs="Sakkal Majalla"/>
          <w:sz w:val="36"/>
          <w:szCs w:val="38"/>
        </w:rPr>
        <w:t xml:space="preserve"> </w:t>
      </w:r>
      <w:r w:rsidRPr="008D0B36">
        <w:rPr>
          <w:rFonts w:cs="Sakkal Majalla"/>
          <w:sz w:val="36"/>
          <w:szCs w:val="38"/>
          <w:rtl/>
        </w:rPr>
        <w:t>البنية</w:t>
      </w:r>
      <w:r w:rsidRPr="008D0B36">
        <w:rPr>
          <w:rFonts w:cs="Sakkal Majalla"/>
          <w:sz w:val="36"/>
          <w:szCs w:val="38"/>
        </w:rPr>
        <w:t xml:space="preserve"> </w:t>
      </w:r>
      <w:r w:rsidRPr="008D0B36">
        <w:rPr>
          <w:rFonts w:cs="Sakkal Majalla"/>
          <w:sz w:val="36"/>
          <w:szCs w:val="38"/>
          <w:rtl/>
        </w:rPr>
        <w:t>التحتية</w:t>
      </w:r>
      <w:r w:rsidRPr="008D0B36">
        <w:rPr>
          <w:rFonts w:cs="Sakkal Majalla"/>
          <w:sz w:val="36"/>
          <w:szCs w:val="38"/>
        </w:rPr>
        <w:t xml:space="preserve"> </w:t>
      </w:r>
      <w:r w:rsidRPr="008D0B36">
        <w:rPr>
          <w:rFonts w:cs="Sakkal Majalla"/>
          <w:sz w:val="36"/>
          <w:szCs w:val="38"/>
          <w:rtl/>
        </w:rPr>
        <w:t>الرقمية</w:t>
      </w:r>
      <w:r w:rsidRPr="008D0B36">
        <w:rPr>
          <w:rFonts w:cs="Sakkal Majalla"/>
          <w:sz w:val="36"/>
          <w:szCs w:val="38"/>
        </w:rPr>
        <w:t xml:space="preserve"> </w:t>
      </w:r>
      <w:r w:rsidRPr="008D0B36">
        <w:rPr>
          <w:rFonts w:cs="Sakkal Majalla"/>
          <w:sz w:val="36"/>
          <w:szCs w:val="38"/>
          <w:rtl/>
        </w:rPr>
        <w:t>على</w:t>
      </w:r>
      <w:r w:rsidRPr="008D0B36">
        <w:rPr>
          <w:rFonts w:cs="Sakkal Majalla"/>
          <w:sz w:val="36"/>
          <w:szCs w:val="38"/>
        </w:rPr>
        <w:t xml:space="preserve"> </w:t>
      </w:r>
      <w:r w:rsidRPr="008D0B36">
        <w:rPr>
          <w:rFonts w:cs="Sakkal Majalla"/>
          <w:sz w:val="36"/>
          <w:szCs w:val="38"/>
          <w:rtl/>
        </w:rPr>
        <w:t>نجاح</w:t>
      </w:r>
      <w:r w:rsidRPr="008D0B36">
        <w:rPr>
          <w:rFonts w:cs="Sakkal Majalla"/>
          <w:sz w:val="36"/>
          <w:szCs w:val="38"/>
        </w:rPr>
        <w:t xml:space="preserve"> </w:t>
      </w:r>
      <w:r w:rsidRPr="008D0B36">
        <w:rPr>
          <w:rFonts w:cs="Sakkal Majalla"/>
          <w:sz w:val="36"/>
          <w:szCs w:val="38"/>
          <w:rtl/>
        </w:rPr>
        <w:t>المشاريع</w:t>
      </w:r>
      <w:r w:rsidRPr="008D0B36">
        <w:rPr>
          <w:rFonts w:cs="Sakkal Majalla"/>
          <w:sz w:val="36"/>
          <w:szCs w:val="38"/>
        </w:rPr>
        <w:t xml:space="preserve"> </w:t>
      </w:r>
      <w:r w:rsidRPr="008D0B36">
        <w:rPr>
          <w:rFonts w:cs="Sakkal Majalla"/>
          <w:sz w:val="36"/>
          <w:szCs w:val="38"/>
          <w:rtl/>
        </w:rPr>
        <w:t>الحكومية</w:t>
      </w:r>
      <w:r w:rsidRPr="008D0B36">
        <w:rPr>
          <w:rFonts w:cs="Sakkal Majalla"/>
          <w:sz w:val="36"/>
          <w:szCs w:val="38"/>
        </w:rPr>
        <w:t>.</w:t>
      </w:r>
    </w:p>
    <w:p w14:paraId="1463E304" w14:textId="77777777" w:rsidR="008E006D" w:rsidRPr="008D0B36" w:rsidRDefault="008E006D" w:rsidP="008D0B36">
      <w:pPr>
        <w:pStyle w:val="ListParagraph"/>
        <w:numPr>
          <w:ilvl w:val="0"/>
          <w:numId w:val="23"/>
        </w:numPr>
        <w:rPr>
          <w:rFonts w:cs="Sakkal Majalla"/>
          <w:sz w:val="36"/>
          <w:szCs w:val="38"/>
        </w:rPr>
      </w:pPr>
      <w:r w:rsidRPr="008D0B36">
        <w:rPr>
          <w:rFonts w:cs="Sakkal Majalla"/>
          <w:sz w:val="36"/>
          <w:szCs w:val="38"/>
          <w:rtl/>
        </w:rPr>
        <w:t>قياس</w:t>
      </w:r>
      <w:r w:rsidRPr="008D0B36">
        <w:rPr>
          <w:rFonts w:cs="Sakkal Majalla"/>
          <w:sz w:val="36"/>
          <w:szCs w:val="38"/>
        </w:rPr>
        <w:t xml:space="preserve"> </w:t>
      </w:r>
      <w:r w:rsidRPr="008D0B36">
        <w:rPr>
          <w:rFonts w:cs="Sakkal Majalla"/>
          <w:sz w:val="36"/>
          <w:szCs w:val="38"/>
          <w:rtl/>
        </w:rPr>
        <w:t>أثر</w:t>
      </w:r>
      <w:r w:rsidRPr="008D0B36">
        <w:rPr>
          <w:rFonts w:cs="Sakkal Majalla"/>
          <w:sz w:val="36"/>
          <w:szCs w:val="38"/>
        </w:rPr>
        <w:t xml:space="preserve"> </w:t>
      </w:r>
      <w:r w:rsidRPr="008D0B36">
        <w:rPr>
          <w:rFonts w:cs="Sakkal Majalla"/>
          <w:sz w:val="36"/>
          <w:szCs w:val="38"/>
          <w:rtl/>
        </w:rPr>
        <w:t>الثقافة</w:t>
      </w:r>
      <w:r w:rsidRPr="008D0B36">
        <w:rPr>
          <w:rFonts w:cs="Sakkal Majalla"/>
          <w:sz w:val="36"/>
          <w:szCs w:val="38"/>
        </w:rPr>
        <w:t xml:space="preserve"> </w:t>
      </w:r>
      <w:r w:rsidRPr="008D0B36">
        <w:rPr>
          <w:rFonts w:cs="Sakkal Majalla"/>
          <w:sz w:val="36"/>
          <w:szCs w:val="38"/>
          <w:rtl/>
        </w:rPr>
        <w:t>الرقمية</w:t>
      </w:r>
      <w:r w:rsidRPr="008D0B36">
        <w:rPr>
          <w:rFonts w:cs="Sakkal Majalla"/>
          <w:sz w:val="36"/>
          <w:szCs w:val="38"/>
        </w:rPr>
        <w:t xml:space="preserve"> </w:t>
      </w:r>
      <w:r w:rsidRPr="008D0B36">
        <w:rPr>
          <w:rFonts w:cs="Sakkal Majalla"/>
          <w:sz w:val="36"/>
          <w:szCs w:val="38"/>
          <w:rtl/>
        </w:rPr>
        <w:t>على</w:t>
      </w:r>
      <w:r w:rsidRPr="008D0B36">
        <w:rPr>
          <w:rFonts w:cs="Sakkal Majalla"/>
          <w:sz w:val="36"/>
          <w:szCs w:val="38"/>
        </w:rPr>
        <w:t xml:space="preserve"> </w:t>
      </w:r>
      <w:r w:rsidRPr="008D0B36">
        <w:rPr>
          <w:rFonts w:cs="Sakkal Majalla"/>
          <w:sz w:val="36"/>
          <w:szCs w:val="38"/>
          <w:rtl/>
        </w:rPr>
        <w:t>نجاح</w:t>
      </w:r>
      <w:r w:rsidRPr="008D0B36">
        <w:rPr>
          <w:rFonts w:cs="Sakkal Majalla"/>
          <w:sz w:val="36"/>
          <w:szCs w:val="38"/>
        </w:rPr>
        <w:t xml:space="preserve"> </w:t>
      </w:r>
      <w:r w:rsidRPr="008D0B36">
        <w:rPr>
          <w:rFonts w:cs="Sakkal Majalla"/>
          <w:sz w:val="36"/>
          <w:szCs w:val="38"/>
          <w:rtl/>
        </w:rPr>
        <w:t>المشاريع</w:t>
      </w:r>
      <w:r w:rsidRPr="008D0B36">
        <w:rPr>
          <w:rFonts w:cs="Sakkal Majalla"/>
          <w:sz w:val="36"/>
          <w:szCs w:val="38"/>
        </w:rPr>
        <w:t xml:space="preserve"> </w:t>
      </w:r>
      <w:r w:rsidRPr="008D0B36">
        <w:rPr>
          <w:rFonts w:cs="Sakkal Majalla"/>
          <w:sz w:val="36"/>
          <w:szCs w:val="38"/>
          <w:rtl/>
        </w:rPr>
        <w:t>الحكومية</w:t>
      </w:r>
      <w:r w:rsidRPr="008D0B36">
        <w:rPr>
          <w:rFonts w:cs="Sakkal Majalla"/>
          <w:sz w:val="36"/>
          <w:szCs w:val="38"/>
        </w:rPr>
        <w:t>.</w:t>
      </w:r>
    </w:p>
    <w:p w14:paraId="5708DAE5" w14:textId="77777777" w:rsidR="008E006D" w:rsidRPr="008D0B36" w:rsidRDefault="008E006D" w:rsidP="008D0B36">
      <w:pPr>
        <w:pStyle w:val="ListParagraph"/>
        <w:numPr>
          <w:ilvl w:val="0"/>
          <w:numId w:val="23"/>
        </w:numPr>
        <w:rPr>
          <w:rFonts w:cs="Sakkal Majalla"/>
          <w:sz w:val="36"/>
          <w:szCs w:val="38"/>
        </w:rPr>
      </w:pPr>
      <w:r w:rsidRPr="008D0B36">
        <w:rPr>
          <w:rFonts w:cs="Sakkal Majalla"/>
          <w:sz w:val="36"/>
          <w:szCs w:val="38"/>
          <w:rtl/>
        </w:rPr>
        <w:t>قياس</w:t>
      </w:r>
      <w:r w:rsidRPr="008D0B36">
        <w:rPr>
          <w:rFonts w:cs="Sakkal Majalla"/>
          <w:sz w:val="36"/>
          <w:szCs w:val="38"/>
        </w:rPr>
        <w:t xml:space="preserve"> </w:t>
      </w:r>
      <w:r w:rsidRPr="008D0B36">
        <w:rPr>
          <w:rFonts w:cs="Sakkal Majalla"/>
          <w:sz w:val="36"/>
          <w:szCs w:val="38"/>
          <w:rtl/>
        </w:rPr>
        <w:t>أثر</w:t>
      </w:r>
      <w:r w:rsidRPr="008D0B36">
        <w:rPr>
          <w:rFonts w:cs="Sakkal Majalla"/>
          <w:sz w:val="36"/>
          <w:szCs w:val="38"/>
        </w:rPr>
        <w:t xml:space="preserve"> </w:t>
      </w:r>
      <w:r w:rsidRPr="008D0B36">
        <w:rPr>
          <w:rFonts w:cs="Sakkal Majalla"/>
          <w:sz w:val="36"/>
          <w:szCs w:val="38"/>
          <w:rtl/>
        </w:rPr>
        <w:t>القيادة</w:t>
      </w:r>
      <w:r w:rsidRPr="008D0B36">
        <w:rPr>
          <w:rFonts w:cs="Sakkal Majalla"/>
          <w:sz w:val="36"/>
          <w:szCs w:val="38"/>
        </w:rPr>
        <w:t xml:space="preserve"> </w:t>
      </w:r>
      <w:r w:rsidRPr="008D0B36">
        <w:rPr>
          <w:rFonts w:cs="Sakkal Majalla"/>
          <w:sz w:val="36"/>
          <w:szCs w:val="38"/>
          <w:rtl/>
        </w:rPr>
        <w:t>الرقمية</w:t>
      </w:r>
      <w:r w:rsidRPr="008D0B36">
        <w:rPr>
          <w:rFonts w:cs="Sakkal Majalla"/>
          <w:sz w:val="36"/>
          <w:szCs w:val="38"/>
        </w:rPr>
        <w:t xml:space="preserve"> </w:t>
      </w:r>
      <w:r w:rsidRPr="008D0B36">
        <w:rPr>
          <w:rFonts w:cs="Sakkal Majalla"/>
          <w:sz w:val="36"/>
          <w:szCs w:val="38"/>
          <w:rtl/>
        </w:rPr>
        <w:t>على</w:t>
      </w:r>
      <w:r w:rsidRPr="008D0B36">
        <w:rPr>
          <w:rFonts w:cs="Sakkal Majalla"/>
          <w:sz w:val="36"/>
          <w:szCs w:val="38"/>
        </w:rPr>
        <w:t xml:space="preserve"> </w:t>
      </w:r>
      <w:r w:rsidRPr="008D0B36">
        <w:rPr>
          <w:rFonts w:cs="Sakkal Majalla"/>
          <w:sz w:val="36"/>
          <w:szCs w:val="38"/>
          <w:rtl/>
        </w:rPr>
        <w:t>نجاح</w:t>
      </w:r>
      <w:r w:rsidRPr="008D0B36">
        <w:rPr>
          <w:rFonts w:cs="Sakkal Majalla"/>
          <w:sz w:val="36"/>
          <w:szCs w:val="38"/>
        </w:rPr>
        <w:t xml:space="preserve"> </w:t>
      </w:r>
      <w:r w:rsidRPr="008D0B36">
        <w:rPr>
          <w:rFonts w:cs="Sakkal Majalla"/>
          <w:sz w:val="36"/>
          <w:szCs w:val="38"/>
          <w:rtl/>
        </w:rPr>
        <w:t>المشاريع</w:t>
      </w:r>
      <w:r w:rsidRPr="008D0B36">
        <w:rPr>
          <w:rFonts w:cs="Sakkal Majalla"/>
          <w:sz w:val="36"/>
          <w:szCs w:val="38"/>
        </w:rPr>
        <w:t xml:space="preserve"> </w:t>
      </w:r>
      <w:r w:rsidRPr="008D0B36">
        <w:rPr>
          <w:rFonts w:cs="Sakkal Majalla"/>
          <w:sz w:val="36"/>
          <w:szCs w:val="38"/>
          <w:rtl/>
        </w:rPr>
        <w:t>الحكومية</w:t>
      </w:r>
      <w:r w:rsidRPr="008D0B36">
        <w:rPr>
          <w:rFonts w:cs="Sakkal Majalla"/>
          <w:sz w:val="36"/>
          <w:szCs w:val="38"/>
        </w:rPr>
        <w:t>.</w:t>
      </w:r>
    </w:p>
    <w:p w14:paraId="09C25B7F" w14:textId="77777777" w:rsidR="008E006D" w:rsidRPr="008D0B36" w:rsidRDefault="008E006D" w:rsidP="008D0B36">
      <w:pPr>
        <w:pStyle w:val="ListParagraph"/>
        <w:numPr>
          <w:ilvl w:val="0"/>
          <w:numId w:val="23"/>
        </w:numPr>
        <w:rPr>
          <w:rFonts w:cs="Sakkal Majalla"/>
          <w:sz w:val="36"/>
          <w:szCs w:val="38"/>
        </w:rPr>
      </w:pPr>
      <w:r w:rsidRPr="008D0B36">
        <w:rPr>
          <w:rFonts w:cs="Sakkal Majalla"/>
          <w:sz w:val="36"/>
          <w:szCs w:val="38"/>
          <w:rtl/>
        </w:rPr>
        <w:t>قياس</w:t>
      </w:r>
      <w:r w:rsidRPr="008D0B36">
        <w:rPr>
          <w:rFonts w:cs="Sakkal Majalla"/>
          <w:sz w:val="36"/>
          <w:szCs w:val="38"/>
        </w:rPr>
        <w:t xml:space="preserve"> </w:t>
      </w:r>
      <w:r w:rsidRPr="008D0B36">
        <w:rPr>
          <w:rFonts w:cs="Sakkal Majalla"/>
          <w:sz w:val="36"/>
          <w:szCs w:val="38"/>
          <w:rtl/>
        </w:rPr>
        <w:t>أثر</w:t>
      </w:r>
      <w:r w:rsidRPr="008D0B36">
        <w:rPr>
          <w:rFonts w:cs="Sakkal Majalla"/>
          <w:sz w:val="36"/>
          <w:szCs w:val="38"/>
        </w:rPr>
        <w:t xml:space="preserve"> </w:t>
      </w:r>
      <w:r w:rsidRPr="008D0B36">
        <w:rPr>
          <w:rFonts w:cs="Sakkal Majalla"/>
          <w:sz w:val="36"/>
          <w:szCs w:val="38"/>
          <w:rtl/>
        </w:rPr>
        <w:t>استخدام</w:t>
      </w:r>
      <w:r w:rsidRPr="008D0B36">
        <w:rPr>
          <w:rFonts w:cs="Sakkal Majalla"/>
          <w:sz w:val="36"/>
          <w:szCs w:val="38"/>
        </w:rPr>
        <w:t xml:space="preserve"> </w:t>
      </w:r>
      <w:r w:rsidRPr="008D0B36">
        <w:rPr>
          <w:rFonts w:cs="Sakkal Majalla"/>
          <w:sz w:val="36"/>
          <w:szCs w:val="38"/>
          <w:rtl/>
        </w:rPr>
        <w:t>التقنيات</w:t>
      </w:r>
      <w:r w:rsidRPr="008D0B36">
        <w:rPr>
          <w:rFonts w:cs="Sakkal Majalla"/>
          <w:sz w:val="36"/>
          <w:szCs w:val="38"/>
        </w:rPr>
        <w:t xml:space="preserve"> </w:t>
      </w:r>
      <w:r w:rsidRPr="008D0B36">
        <w:rPr>
          <w:rFonts w:cs="Sakkal Majalla"/>
          <w:sz w:val="36"/>
          <w:szCs w:val="38"/>
          <w:rtl/>
        </w:rPr>
        <w:t>الذكية</w:t>
      </w:r>
      <w:r w:rsidRPr="008D0B36">
        <w:rPr>
          <w:rFonts w:cs="Sakkal Majalla"/>
          <w:sz w:val="36"/>
          <w:szCs w:val="38"/>
        </w:rPr>
        <w:t xml:space="preserve"> </w:t>
      </w:r>
      <w:r w:rsidRPr="008D0B36">
        <w:rPr>
          <w:rFonts w:cs="Sakkal Majalla"/>
          <w:sz w:val="36"/>
          <w:szCs w:val="38"/>
          <w:rtl/>
        </w:rPr>
        <w:t>على</w:t>
      </w:r>
      <w:r w:rsidRPr="008D0B36">
        <w:rPr>
          <w:rFonts w:cs="Sakkal Majalla"/>
          <w:sz w:val="36"/>
          <w:szCs w:val="38"/>
        </w:rPr>
        <w:t xml:space="preserve"> </w:t>
      </w:r>
      <w:r w:rsidRPr="008D0B36">
        <w:rPr>
          <w:rFonts w:cs="Sakkal Majalla"/>
          <w:sz w:val="36"/>
          <w:szCs w:val="38"/>
          <w:rtl/>
        </w:rPr>
        <w:t>نجاح</w:t>
      </w:r>
      <w:r w:rsidRPr="008D0B36">
        <w:rPr>
          <w:rFonts w:cs="Sakkal Majalla"/>
          <w:sz w:val="36"/>
          <w:szCs w:val="38"/>
        </w:rPr>
        <w:t xml:space="preserve"> </w:t>
      </w:r>
      <w:r w:rsidRPr="008D0B36">
        <w:rPr>
          <w:rFonts w:cs="Sakkal Majalla"/>
          <w:sz w:val="36"/>
          <w:szCs w:val="38"/>
          <w:rtl/>
        </w:rPr>
        <w:t>المشاريع</w:t>
      </w:r>
      <w:r w:rsidRPr="008D0B36">
        <w:rPr>
          <w:rFonts w:cs="Sakkal Majalla"/>
          <w:sz w:val="36"/>
          <w:szCs w:val="38"/>
        </w:rPr>
        <w:t xml:space="preserve"> </w:t>
      </w:r>
      <w:r w:rsidRPr="008D0B36">
        <w:rPr>
          <w:rFonts w:cs="Sakkal Majalla"/>
          <w:sz w:val="36"/>
          <w:szCs w:val="38"/>
          <w:rtl/>
        </w:rPr>
        <w:t>الحكومية</w:t>
      </w:r>
      <w:r w:rsidRPr="008D0B36">
        <w:rPr>
          <w:rFonts w:cs="Sakkal Majalla"/>
          <w:sz w:val="36"/>
          <w:szCs w:val="38"/>
        </w:rPr>
        <w:t>.</w:t>
      </w:r>
    </w:p>
    <w:p w14:paraId="003CE045" w14:textId="77777777" w:rsidR="008E006D" w:rsidRPr="008D0B36" w:rsidRDefault="008E006D" w:rsidP="008D0B36">
      <w:pPr>
        <w:pStyle w:val="ListParagraph"/>
        <w:numPr>
          <w:ilvl w:val="0"/>
          <w:numId w:val="23"/>
        </w:numPr>
        <w:rPr>
          <w:rFonts w:cs="Sakkal Majalla"/>
          <w:sz w:val="36"/>
          <w:szCs w:val="38"/>
        </w:rPr>
      </w:pPr>
      <w:r w:rsidRPr="008D0B36">
        <w:rPr>
          <w:rFonts w:cs="Sakkal Majalla"/>
          <w:sz w:val="36"/>
          <w:szCs w:val="38"/>
          <w:rtl/>
        </w:rPr>
        <w:t>تحديد</w:t>
      </w:r>
      <w:r w:rsidRPr="008D0B36">
        <w:rPr>
          <w:rFonts w:cs="Sakkal Majalla"/>
          <w:sz w:val="36"/>
          <w:szCs w:val="38"/>
        </w:rPr>
        <w:t xml:space="preserve"> </w:t>
      </w:r>
      <w:r w:rsidRPr="008D0B36">
        <w:rPr>
          <w:rFonts w:cs="Sakkal Majalla"/>
          <w:sz w:val="36"/>
          <w:szCs w:val="38"/>
          <w:rtl/>
        </w:rPr>
        <w:t>الأبعاد</w:t>
      </w:r>
      <w:r w:rsidRPr="008D0B36">
        <w:rPr>
          <w:rFonts w:cs="Sakkal Majalla"/>
          <w:sz w:val="36"/>
          <w:szCs w:val="38"/>
        </w:rPr>
        <w:t xml:space="preserve"> </w:t>
      </w:r>
      <w:r w:rsidRPr="008D0B36">
        <w:rPr>
          <w:rFonts w:cs="Sakkal Majalla"/>
          <w:sz w:val="36"/>
          <w:szCs w:val="38"/>
          <w:rtl/>
        </w:rPr>
        <w:t>الأكثر</w:t>
      </w:r>
      <w:r w:rsidRPr="008D0B36">
        <w:rPr>
          <w:rFonts w:cs="Sakkal Majalla"/>
          <w:sz w:val="36"/>
          <w:szCs w:val="38"/>
        </w:rPr>
        <w:t xml:space="preserve"> </w:t>
      </w:r>
      <w:r w:rsidRPr="008D0B36">
        <w:rPr>
          <w:rFonts w:cs="Sakkal Majalla"/>
          <w:sz w:val="36"/>
          <w:szCs w:val="38"/>
          <w:rtl/>
        </w:rPr>
        <w:t>تأثيرًا</w:t>
      </w:r>
      <w:r w:rsidRPr="008D0B36">
        <w:rPr>
          <w:rFonts w:cs="Sakkal Majalla"/>
          <w:sz w:val="36"/>
          <w:szCs w:val="38"/>
        </w:rPr>
        <w:t xml:space="preserve"> </w:t>
      </w:r>
      <w:r w:rsidRPr="008D0B36">
        <w:rPr>
          <w:rFonts w:cs="Sakkal Majalla"/>
          <w:sz w:val="36"/>
          <w:szCs w:val="38"/>
          <w:rtl/>
        </w:rPr>
        <w:t>في</w:t>
      </w:r>
      <w:r w:rsidRPr="008D0B36">
        <w:rPr>
          <w:rFonts w:cs="Sakkal Majalla"/>
          <w:sz w:val="36"/>
          <w:szCs w:val="38"/>
        </w:rPr>
        <w:t xml:space="preserve"> </w:t>
      </w:r>
      <w:r w:rsidRPr="008D0B36">
        <w:rPr>
          <w:rFonts w:cs="Sakkal Majalla"/>
          <w:sz w:val="36"/>
          <w:szCs w:val="38"/>
          <w:rtl/>
        </w:rPr>
        <w:t>نجاح</w:t>
      </w:r>
      <w:r w:rsidRPr="008D0B36">
        <w:rPr>
          <w:rFonts w:cs="Sakkal Majalla"/>
          <w:sz w:val="36"/>
          <w:szCs w:val="38"/>
        </w:rPr>
        <w:t xml:space="preserve"> </w:t>
      </w:r>
      <w:r w:rsidRPr="008D0B36">
        <w:rPr>
          <w:rFonts w:cs="Sakkal Majalla"/>
          <w:sz w:val="36"/>
          <w:szCs w:val="38"/>
          <w:rtl/>
        </w:rPr>
        <w:t>المشاريع،</w:t>
      </w:r>
      <w:r w:rsidRPr="008D0B36">
        <w:rPr>
          <w:rFonts w:cs="Sakkal Majalla"/>
          <w:sz w:val="36"/>
          <w:szCs w:val="38"/>
        </w:rPr>
        <w:t xml:space="preserve"> </w:t>
      </w:r>
      <w:r w:rsidRPr="008D0B36">
        <w:rPr>
          <w:rFonts w:cs="Sakkal Majalla"/>
          <w:sz w:val="36"/>
          <w:szCs w:val="38"/>
          <w:rtl/>
        </w:rPr>
        <w:t>وتقديم</w:t>
      </w:r>
      <w:r w:rsidRPr="008D0B36">
        <w:rPr>
          <w:rFonts w:cs="Sakkal Majalla"/>
          <w:sz w:val="36"/>
          <w:szCs w:val="38"/>
        </w:rPr>
        <w:t xml:space="preserve"> </w:t>
      </w:r>
      <w:r w:rsidRPr="008D0B36">
        <w:rPr>
          <w:rFonts w:cs="Sakkal Majalla"/>
          <w:sz w:val="36"/>
          <w:szCs w:val="38"/>
          <w:rtl/>
        </w:rPr>
        <w:t>توصيات</w:t>
      </w:r>
      <w:r w:rsidRPr="008D0B36">
        <w:rPr>
          <w:rFonts w:cs="Sakkal Majalla"/>
          <w:sz w:val="36"/>
          <w:szCs w:val="38"/>
        </w:rPr>
        <w:t xml:space="preserve"> </w:t>
      </w:r>
      <w:r w:rsidRPr="008D0B36">
        <w:rPr>
          <w:rFonts w:cs="Sakkal Majalla"/>
          <w:sz w:val="36"/>
          <w:szCs w:val="38"/>
          <w:rtl/>
        </w:rPr>
        <w:t>عملية</w:t>
      </w:r>
      <w:r w:rsidRPr="008D0B36">
        <w:rPr>
          <w:rFonts w:cs="Sakkal Majalla"/>
          <w:sz w:val="36"/>
          <w:szCs w:val="38"/>
        </w:rPr>
        <w:t xml:space="preserve"> </w:t>
      </w:r>
      <w:r w:rsidRPr="008D0B36">
        <w:rPr>
          <w:rFonts w:cs="Sakkal Majalla"/>
          <w:sz w:val="36"/>
          <w:szCs w:val="38"/>
          <w:rtl/>
        </w:rPr>
        <w:t>لتطوير</w:t>
      </w:r>
      <w:r w:rsidRPr="008D0B36">
        <w:rPr>
          <w:rFonts w:cs="Sakkal Majalla"/>
          <w:sz w:val="36"/>
          <w:szCs w:val="38"/>
        </w:rPr>
        <w:t xml:space="preserve"> </w:t>
      </w:r>
      <w:r w:rsidRPr="008D0B36">
        <w:rPr>
          <w:rFonts w:cs="Sakkal Majalla"/>
          <w:sz w:val="36"/>
          <w:szCs w:val="38"/>
          <w:rtl/>
        </w:rPr>
        <w:t>إدارة</w:t>
      </w:r>
      <w:r w:rsidRPr="008D0B36">
        <w:rPr>
          <w:rFonts w:cs="Sakkal Majalla"/>
          <w:sz w:val="36"/>
          <w:szCs w:val="38"/>
        </w:rPr>
        <w:t xml:space="preserve"> </w:t>
      </w:r>
      <w:r w:rsidRPr="008D0B36">
        <w:rPr>
          <w:rFonts w:cs="Sakkal Majalla"/>
          <w:sz w:val="36"/>
          <w:szCs w:val="38"/>
          <w:rtl/>
        </w:rPr>
        <w:t>المشاريع</w:t>
      </w:r>
      <w:r w:rsidRPr="008D0B36">
        <w:rPr>
          <w:rFonts w:cs="Sakkal Majalla"/>
          <w:sz w:val="36"/>
          <w:szCs w:val="38"/>
        </w:rPr>
        <w:t xml:space="preserve"> </w:t>
      </w:r>
      <w:r w:rsidRPr="008D0B36">
        <w:rPr>
          <w:rFonts w:cs="Sakkal Majalla"/>
          <w:sz w:val="36"/>
          <w:szCs w:val="38"/>
          <w:rtl/>
        </w:rPr>
        <w:t>الرقمية</w:t>
      </w:r>
      <w:r w:rsidRPr="008D0B36">
        <w:rPr>
          <w:rFonts w:cs="Sakkal Majalla"/>
          <w:sz w:val="36"/>
          <w:szCs w:val="38"/>
        </w:rPr>
        <w:t>.</w:t>
      </w:r>
    </w:p>
    <w:p w14:paraId="3A747555" w14:textId="77777777" w:rsidR="008E006D" w:rsidRPr="008D0B36" w:rsidRDefault="008E006D" w:rsidP="008D0B36">
      <w:pPr>
        <w:pStyle w:val="ListParagraph"/>
        <w:numPr>
          <w:ilvl w:val="0"/>
          <w:numId w:val="23"/>
        </w:numPr>
        <w:rPr>
          <w:rFonts w:cs="Sakkal Majalla"/>
          <w:sz w:val="36"/>
          <w:szCs w:val="38"/>
        </w:rPr>
      </w:pPr>
      <w:r w:rsidRPr="008D0B36">
        <w:rPr>
          <w:rFonts w:cs="Sakkal Majalla"/>
          <w:sz w:val="36"/>
          <w:szCs w:val="38"/>
          <w:rtl/>
        </w:rPr>
        <w:t>تقديم</w:t>
      </w:r>
      <w:r w:rsidRPr="008D0B36">
        <w:rPr>
          <w:rFonts w:cs="Sakkal Majalla"/>
          <w:sz w:val="36"/>
          <w:szCs w:val="38"/>
        </w:rPr>
        <w:t xml:space="preserve"> </w:t>
      </w:r>
      <w:r w:rsidRPr="008D0B36">
        <w:rPr>
          <w:rFonts w:cs="Sakkal Majalla"/>
          <w:sz w:val="36"/>
          <w:szCs w:val="38"/>
          <w:rtl/>
        </w:rPr>
        <w:t>نموذج</w:t>
      </w:r>
      <w:r w:rsidRPr="008D0B36">
        <w:rPr>
          <w:rFonts w:cs="Sakkal Majalla"/>
          <w:sz w:val="36"/>
          <w:szCs w:val="38"/>
        </w:rPr>
        <w:t xml:space="preserve"> </w:t>
      </w:r>
      <w:r w:rsidRPr="008D0B36">
        <w:rPr>
          <w:rFonts w:cs="Sakkal Majalla"/>
          <w:sz w:val="36"/>
          <w:szCs w:val="38"/>
          <w:rtl/>
        </w:rPr>
        <w:t>عمل</w:t>
      </w:r>
      <w:r w:rsidRPr="008D0B36">
        <w:rPr>
          <w:rFonts w:cs="Sakkal Majalla"/>
          <w:sz w:val="36"/>
          <w:szCs w:val="38"/>
        </w:rPr>
        <w:t xml:space="preserve"> </w:t>
      </w:r>
      <w:r w:rsidRPr="008D0B36">
        <w:rPr>
          <w:rFonts w:cs="Sakkal Majalla"/>
          <w:sz w:val="36"/>
          <w:szCs w:val="38"/>
          <w:rtl/>
        </w:rPr>
        <w:t>مقترح</w:t>
      </w:r>
      <w:r w:rsidRPr="008D0B36">
        <w:rPr>
          <w:rFonts w:cs="Sakkal Majalla"/>
          <w:sz w:val="36"/>
          <w:szCs w:val="38"/>
        </w:rPr>
        <w:t xml:space="preserve"> </w:t>
      </w:r>
      <w:r w:rsidRPr="008D0B36">
        <w:rPr>
          <w:rFonts w:cs="Sakkal Majalla"/>
          <w:sz w:val="36"/>
          <w:szCs w:val="38"/>
          <w:rtl/>
        </w:rPr>
        <w:t>لمكاتب</w:t>
      </w:r>
      <w:r w:rsidRPr="008D0B36">
        <w:rPr>
          <w:rFonts w:cs="Sakkal Majalla"/>
          <w:sz w:val="36"/>
          <w:szCs w:val="38"/>
        </w:rPr>
        <w:t xml:space="preserve"> </w:t>
      </w:r>
      <w:r w:rsidRPr="008D0B36">
        <w:rPr>
          <w:rFonts w:cs="Sakkal Majalla"/>
          <w:sz w:val="36"/>
          <w:szCs w:val="38"/>
          <w:rtl/>
        </w:rPr>
        <w:t>إدارة</w:t>
      </w:r>
      <w:r w:rsidRPr="008D0B36">
        <w:rPr>
          <w:rFonts w:cs="Sakkal Majalla"/>
          <w:sz w:val="36"/>
          <w:szCs w:val="38"/>
        </w:rPr>
        <w:t xml:space="preserve"> </w:t>
      </w:r>
      <w:r w:rsidRPr="008D0B36">
        <w:rPr>
          <w:rFonts w:cs="Sakkal Majalla"/>
          <w:sz w:val="36"/>
          <w:szCs w:val="38"/>
          <w:rtl/>
        </w:rPr>
        <w:t>المشاريع</w:t>
      </w:r>
      <w:r w:rsidRPr="008D0B36">
        <w:rPr>
          <w:rFonts w:cs="Sakkal Majalla"/>
          <w:sz w:val="36"/>
          <w:szCs w:val="38"/>
        </w:rPr>
        <w:t xml:space="preserve"> </w:t>
      </w:r>
      <w:r w:rsidRPr="008D0B36">
        <w:rPr>
          <w:rFonts w:cs="Sakkal Majalla"/>
          <w:sz w:val="36"/>
          <w:szCs w:val="38"/>
          <w:rtl/>
        </w:rPr>
        <w:t>الحكومية</w:t>
      </w:r>
      <w:r w:rsidRPr="008D0B36">
        <w:rPr>
          <w:rFonts w:cs="Sakkal Majalla"/>
          <w:sz w:val="36"/>
          <w:szCs w:val="38"/>
        </w:rPr>
        <w:t xml:space="preserve"> </w:t>
      </w:r>
      <w:r w:rsidRPr="008D0B36">
        <w:rPr>
          <w:rFonts w:cs="Sakkal Majalla"/>
          <w:sz w:val="36"/>
          <w:szCs w:val="38"/>
          <w:rtl/>
        </w:rPr>
        <w:t>يدعم</w:t>
      </w:r>
      <w:r w:rsidRPr="008D0B36">
        <w:rPr>
          <w:rFonts w:cs="Sakkal Majalla"/>
          <w:sz w:val="36"/>
          <w:szCs w:val="38"/>
        </w:rPr>
        <w:t xml:space="preserve"> </w:t>
      </w:r>
      <w:r w:rsidRPr="008D0B36">
        <w:rPr>
          <w:rFonts w:cs="Sakkal Majalla"/>
          <w:sz w:val="36"/>
          <w:szCs w:val="38"/>
          <w:rtl/>
        </w:rPr>
        <w:t>التحسين</w:t>
      </w:r>
      <w:r w:rsidRPr="008D0B36">
        <w:rPr>
          <w:rFonts w:cs="Sakkal Majalla"/>
          <w:sz w:val="36"/>
          <w:szCs w:val="38"/>
        </w:rPr>
        <w:t xml:space="preserve"> </w:t>
      </w:r>
      <w:r w:rsidRPr="008D0B36">
        <w:rPr>
          <w:rFonts w:cs="Sakkal Majalla"/>
          <w:sz w:val="36"/>
          <w:szCs w:val="38"/>
          <w:rtl/>
        </w:rPr>
        <w:t>المستمر</w:t>
      </w:r>
      <w:r w:rsidRPr="008D0B36">
        <w:rPr>
          <w:rFonts w:cs="Sakkal Majalla"/>
          <w:sz w:val="36"/>
          <w:szCs w:val="38"/>
        </w:rPr>
        <w:t xml:space="preserve"> </w:t>
      </w:r>
      <w:r w:rsidRPr="008D0B36">
        <w:rPr>
          <w:rFonts w:cs="Sakkal Majalla"/>
          <w:sz w:val="36"/>
          <w:szCs w:val="38"/>
          <w:rtl/>
        </w:rPr>
        <w:t>في</w:t>
      </w:r>
      <w:r w:rsidRPr="008D0B36">
        <w:rPr>
          <w:rFonts w:cs="Sakkal Majalla"/>
          <w:sz w:val="36"/>
          <w:szCs w:val="38"/>
        </w:rPr>
        <w:t xml:space="preserve"> </w:t>
      </w:r>
      <w:r w:rsidRPr="008D0B36">
        <w:rPr>
          <w:rFonts w:cs="Sakkal Majalla"/>
          <w:sz w:val="36"/>
          <w:szCs w:val="38"/>
          <w:rtl/>
        </w:rPr>
        <w:t>بيئة</w:t>
      </w:r>
      <w:r w:rsidRPr="008D0B36">
        <w:rPr>
          <w:rFonts w:cs="Sakkal Majalla"/>
          <w:sz w:val="36"/>
          <w:szCs w:val="38"/>
        </w:rPr>
        <w:t xml:space="preserve"> </w:t>
      </w:r>
      <w:r w:rsidRPr="008D0B36">
        <w:rPr>
          <w:rFonts w:cs="Sakkal Majalla"/>
          <w:sz w:val="36"/>
          <w:szCs w:val="38"/>
          <w:rtl/>
        </w:rPr>
        <w:t>التحول</w:t>
      </w:r>
      <w:r w:rsidRPr="008D0B36">
        <w:rPr>
          <w:rFonts w:cs="Sakkal Majalla"/>
          <w:sz w:val="36"/>
          <w:szCs w:val="38"/>
        </w:rPr>
        <w:t xml:space="preserve"> </w:t>
      </w:r>
      <w:r w:rsidRPr="008D0B36">
        <w:rPr>
          <w:rFonts w:cs="Sakkal Majalla"/>
          <w:sz w:val="36"/>
          <w:szCs w:val="38"/>
          <w:rtl/>
        </w:rPr>
        <w:t>الرقمي</w:t>
      </w:r>
      <w:r w:rsidRPr="008D0B36">
        <w:rPr>
          <w:rFonts w:cs="Sakkal Majalla"/>
          <w:sz w:val="36"/>
          <w:szCs w:val="38"/>
        </w:rPr>
        <w:t>.</w:t>
      </w:r>
    </w:p>
    <w:p w14:paraId="20C6158C" w14:textId="77777777" w:rsidR="008E006D" w:rsidRPr="002D5B89" w:rsidRDefault="008E006D" w:rsidP="002D5B89">
      <w:pPr>
        <w:pStyle w:val="Heading1"/>
        <w:pageBreakBefore w:val="0"/>
        <w:spacing w:after="200" w:line="276" w:lineRule="auto"/>
        <w:jc w:val="left"/>
        <w:rPr>
          <w:rFonts w:ascii="Sakkal Majalla" w:eastAsia="Noto Sans Arabic" w:hAnsi="Sakkal Majalla" w:cs="Sakkal Majalla"/>
          <w:b/>
          <w:bCs/>
          <w:color w:val="10365E"/>
          <w:sz w:val="38"/>
          <w:szCs w:val="38"/>
        </w:rPr>
      </w:pPr>
      <w:bookmarkStart w:id="6" w:name="_Toc234793620"/>
      <w:r w:rsidRPr="002D5B89">
        <w:rPr>
          <w:rFonts w:ascii="Sakkal Majalla" w:eastAsia="Noto Sans Arabic" w:hAnsi="Sakkal Majalla" w:cs="Sakkal Majalla"/>
          <w:b/>
          <w:bCs/>
          <w:color w:val="10365E"/>
          <w:sz w:val="38"/>
          <w:szCs w:val="38"/>
        </w:rPr>
        <w:lastRenderedPageBreak/>
        <w:t xml:space="preserve">1.5 </w:t>
      </w:r>
      <w:r w:rsidRPr="002D5B89">
        <w:rPr>
          <w:rFonts w:ascii="Sakkal Majalla" w:eastAsia="Noto Sans Arabic" w:hAnsi="Sakkal Majalla" w:cs="Sakkal Majalla"/>
          <w:b/>
          <w:bCs/>
          <w:color w:val="10365E"/>
          <w:sz w:val="38"/>
          <w:szCs w:val="38"/>
          <w:rtl/>
        </w:rPr>
        <w:t>أهمية</w:t>
      </w:r>
      <w:r w:rsidRPr="002D5B89">
        <w:rPr>
          <w:rFonts w:ascii="Sakkal Majalla" w:eastAsia="Noto Sans Arabic" w:hAnsi="Sakkal Majalla" w:cs="Sakkal Majalla"/>
          <w:b/>
          <w:bCs/>
          <w:color w:val="10365E"/>
          <w:sz w:val="38"/>
          <w:szCs w:val="38"/>
        </w:rPr>
        <w:t xml:space="preserve"> </w:t>
      </w:r>
      <w:r w:rsidRPr="002D5B89">
        <w:rPr>
          <w:rFonts w:ascii="Sakkal Majalla" w:eastAsia="Noto Sans Arabic" w:hAnsi="Sakkal Majalla" w:cs="Sakkal Majalla"/>
          <w:b/>
          <w:bCs/>
          <w:color w:val="10365E"/>
          <w:sz w:val="38"/>
          <w:szCs w:val="38"/>
          <w:rtl/>
        </w:rPr>
        <w:t>الدراسة</w:t>
      </w:r>
      <w:r w:rsidR="008D0B36" w:rsidRPr="002D5B89">
        <w:rPr>
          <w:rFonts w:ascii="Sakkal Majalla" w:eastAsia="Noto Sans Arabic" w:hAnsi="Sakkal Majalla" w:cs="Sakkal Majalla" w:hint="cs"/>
          <w:b/>
          <w:bCs/>
          <w:color w:val="10365E"/>
          <w:sz w:val="38"/>
          <w:szCs w:val="38"/>
          <w:rtl/>
        </w:rPr>
        <w:t>:</w:t>
      </w:r>
      <w:bookmarkEnd w:id="6"/>
      <w:r w:rsidR="008D0B36" w:rsidRPr="002D5B89">
        <w:rPr>
          <w:rFonts w:ascii="Sakkal Majalla" w:eastAsia="Noto Sans Arabic" w:hAnsi="Sakkal Majalla" w:cs="Sakkal Majalla" w:hint="cs"/>
          <w:b/>
          <w:bCs/>
          <w:color w:val="10365E"/>
          <w:sz w:val="38"/>
          <w:szCs w:val="38"/>
          <w:rtl/>
        </w:rPr>
        <w:t xml:space="preserve"> </w:t>
      </w:r>
    </w:p>
    <w:p w14:paraId="6A3571A6" w14:textId="77777777" w:rsidR="008E006D" w:rsidRPr="008E006D" w:rsidRDefault="008E006D" w:rsidP="008D0B36">
      <w:pPr>
        <w:ind w:firstLine="720"/>
        <w:rPr>
          <w:rFonts w:cs="Sakkal Majalla"/>
          <w:sz w:val="36"/>
          <w:szCs w:val="38"/>
        </w:rPr>
      </w:pPr>
      <w:r w:rsidRPr="008E006D">
        <w:rPr>
          <w:rFonts w:cs="Sakkal Majalla"/>
          <w:sz w:val="36"/>
          <w:szCs w:val="38"/>
          <w:rtl/>
        </w:rPr>
        <w:t>تنبع</w:t>
      </w:r>
      <w:r w:rsidRPr="008E006D">
        <w:rPr>
          <w:rFonts w:cs="Sakkal Majalla"/>
          <w:sz w:val="36"/>
          <w:szCs w:val="38"/>
        </w:rPr>
        <w:t xml:space="preserve"> </w:t>
      </w:r>
      <w:r w:rsidRPr="008E006D">
        <w:rPr>
          <w:rFonts w:cs="Sakkal Majalla"/>
          <w:sz w:val="36"/>
          <w:szCs w:val="38"/>
          <w:rtl/>
        </w:rPr>
        <w:t>أهمية</w:t>
      </w:r>
      <w:r w:rsidRPr="008E006D">
        <w:rPr>
          <w:rFonts w:cs="Sakkal Majalla"/>
          <w:sz w:val="36"/>
          <w:szCs w:val="38"/>
        </w:rPr>
        <w:t xml:space="preserve"> </w:t>
      </w:r>
      <w:r w:rsidRPr="008E006D">
        <w:rPr>
          <w:rFonts w:cs="Sakkal Majalla"/>
          <w:sz w:val="36"/>
          <w:szCs w:val="38"/>
          <w:rtl/>
        </w:rPr>
        <w:t>الدراسة</w:t>
      </w:r>
      <w:r w:rsidRPr="008E006D">
        <w:rPr>
          <w:rFonts w:cs="Sakkal Majalla"/>
          <w:sz w:val="36"/>
          <w:szCs w:val="38"/>
        </w:rPr>
        <w:t xml:space="preserve"> </w:t>
      </w:r>
      <w:r w:rsidRPr="008E006D">
        <w:rPr>
          <w:rFonts w:cs="Sakkal Majalla"/>
          <w:sz w:val="36"/>
          <w:szCs w:val="38"/>
          <w:rtl/>
        </w:rPr>
        <w:t>من</w:t>
      </w:r>
      <w:r w:rsidRPr="008E006D">
        <w:rPr>
          <w:rFonts w:cs="Sakkal Majalla"/>
          <w:sz w:val="36"/>
          <w:szCs w:val="38"/>
        </w:rPr>
        <w:t xml:space="preserve"> </w:t>
      </w:r>
      <w:r w:rsidRPr="008E006D">
        <w:rPr>
          <w:rFonts w:cs="Sakkal Majalla"/>
          <w:sz w:val="36"/>
          <w:szCs w:val="38"/>
          <w:rtl/>
        </w:rPr>
        <w:t>كونها</w:t>
      </w:r>
      <w:r w:rsidRPr="008E006D">
        <w:rPr>
          <w:rFonts w:cs="Sakkal Majalla"/>
          <w:sz w:val="36"/>
          <w:szCs w:val="38"/>
        </w:rPr>
        <w:t xml:space="preserve"> </w:t>
      </w:r>
      <w:r w:rsidRPr="008E006D">
        <w:rPr>
          <w:rFonts w:cs="Sakkal Majalla"/>
          <w:sz w:val="36"/>
          <w:szCs w:val="38"/>
          <w:rtl/>
        </w:rPr>
        <w:t>تقع</w:t>
      </w:r>
      <w:r w:rsidRPr="008E006D">
        <w:rPr>
          <w:rFonts w:cs="Sakkal Majalla"/>
          <w:sz w:val="36"/>
          <w:szCs w:val="38"/>
        </w:rPr>
        <w:t xml:space="preserve"> </w:t>
      </w:r>
      <w:r w:rsidRPr="008E006D">
        <w:rPr>
          <w:rFonts w:cs="Sakkal Majalla"/>
          <w:sz w:val="36"/>
          <w:szCs w:val="38"/>
          <w:rtl/>
        </w:rPr>
        <w:t>عند</w:t>
      </w:r>
      <w:r w:rsidRPr="008E006D">
        <w:rPr>
          <w:rFonts w:cs="Sakkal Majalla"/>
          <w:sz w:val="36"/>
          <w:szCs w:val="38"/>
        </w:rPr>
        <w:t xml:space="preserve"> </w:t>
      </w:r>
      <w:r w:rsidRPr="008E006D">
        <w:rPr>
          <w:rFonts w:cs="Sakkal Majalla"/>
          <w:sz w:val="36"/>
          <w:szCs w:val="38"/>
          <w:rtl/>
        </w:rPr>
        <w:t>تقاطع</w:t>
      </w:r>
      <w:r w:rsidRPr="008E006D">
        <w:rPr>
          <w:rFonts w:cs="Sakkal Majalla"/>
          <w:sz w:val="36"/>
          <w:szCs w:val="38"/>
        </w:rPr>
        <w:t xml:space="preserve"> </w:t>
      </w:r>
      <w:r w:rsidRPr="008E006D">
        <w:rPr>
          <w:rFonts w:cs="Sakkal Majalla"/>
          <w:sz w:val="36"/>
          <w:szCs w:val="38"/>
          <w:rtl/>
        </w:rPr>
        <w:t>ثلاثة</w:t>
      </w:r>
      <w:r w:rsidRPr="008E006D">
        <w:rPr>
          <w:rFonts w:cs="Sakkal Majalla"/>
          <w:sz w:val="36"/>
          <w:szCs w:val="38"/>
        </w:rPr>
        <w:t xml:space="preserve"> </w:t>
      </w:r>
      <w:r w:rsidRPr="008E006D">
        <w:rPr>
          <w:rFonts w:cs="Sakkal Majalla"/>
          <w:sz w:val="36"/>
          <w:szCs w:val="38"/>
          <w:rtl/>
        </w:rPr>
        <w:t>مجالات</w:t>
      </w:r>
      <w:r w:rsidRPr="008E006D">
        <w:rPr>
          <w:rFonts w:cs="Sakkal Majalla"/>
          <w:sz w:val="36"/>
          <w:szCs w:val="38"/>
        </w:rPr>
        <w:t xml:space="preserve"> </w:t>
      </w:r>
      <w:r w:rsidRPr="008E006D">
        <w:rPr>
          <w:rFonts w:cs="Sakkal Majalla"/>
          <w:sz w:val="36"/>
          <w:szCs w:val="38"/>
          <w:rtl/>
        </w:rPr>
        <w:t>متداخلة</w:t>
      </w:r>
      <w:r w:rsidRPr="008E006D">
        <w:rPr>
          <w:rFonts w:cs="Sakkal Majalla"/>
          <w:sz w:val="36"/>
          <w:szCs w:val="38"/>
        </w:rPr>
        <w:t xml:space="preserve">: </w:t>
      </w:r>
      <w:r w:rsidRPr="008E006D">
        <w:rPr>
          <w:rFonts w:cs="Sakkal Majalla"/>
          <w:sz w:val="36"/>
          <w:szCs w:val="38"/>
          <w:rtl/>
        </w:rPr>
        <w:t>التحول</w:t>
      </w:r>
      <w:r w:rsidRPr="008E006D">
        <w:rPr>
          <w:rFonts w:cs="Sakkal Majalla"/>
          <w:sz w:val="36"/>
          <w:szCs w:val="38"/>
        </w:rPr>
        <w:t xml:space="preserve"> </w:t>
      </w:r>
      <w:r w:rsidRPr="008E006D">
        <w:rPr>
          <w:rFonts w:cs="Sakkal Majalla"/>
          <w:sz w:val="36"/>
          <w:szCs w:val="38"/>
          <w:rtl/>
        </w:rPr>
        <w:t>الرقمي</w:t>
      </w:r>
      <w:r w:rsidRPr="008E006D">
        <w:rPr>
          <w:rFonts w:cs="Sakkal Majalla"/>
          <w:sz w:val="36"/>
          <w:szCs w:val="38"/>
        </w:rPr>
        <w:t xml:space="preserve"> </w:t>
      </w:r>
      <w:r w:rsidRPr="008E006D">
        <w:rPr>
          <w:rFonts w:cs="Sakkal Majalla"/>
          <w:sz w:val="36"/>
          <w:szCs w:val="38"/>
          <w:rtl/>
        </w:rPr>
        <w:t>الحكومي،</w:t>
      </w:r>
      <w:r w:rsidRPr="008E006D">
        <w:rPr>
          <w:rFonts w:cs="Sakkal Majalla"/>
          <w:sz w:val="36"/>
          <w:szCs w:val="38"/>
        </w:rPr>
        <w:t xml:space="preserve"> </w:t>
      </w:r>
      <w:r w:rsidRPr="008E006D">
        <w:rPr>
          <w:rFonts w:cs="Sakkal Majalla"/>
          <w:sz w:val="36"/>
          <w:szCs w:val="38"/>
          <w:rtl/>
        </w:rPr>
        <w:t>وإدارة</w:t>
      </w:r>
      <w:r w:rsidRPr="008E006D">
        <w:rPr>
          <w:rFonts w:cs="Sakkal Majalla"/>
          <w:sz w:val="36"/>
          <w:szCs w:val="38"/>
        </w:rPr>
        <w:t xml:space="preserve"> </w:t>
      </w:r>
      <w:r w:rsidRPr="008E006D">
        <w:rPr>
          <w:rFonts w:cs="Sakkal Majalla"/>
          <w:sz w:val="36"/>
          <w:szCs w:val="38"/>
          <w:rtl/>
        </w:rPr>
        <w:t>المشاريع،</w:t>
      </w:r>
      <w:r w:rsidRPr="008E006D">
        <w:rPr>
          <w:rFonts w:cs="Sakkal Majalla"/>
          <w:sz w:val="36"/>
          <w:szCs w:val="38"/>
        </w:rPr>
        <w:t xml:space="preserve"> </w:t>
      </w:r>
      <w:r w:rsidRPr="008E006D">
        <w:rPr>
          <w:rFonts w:cs="Sakkal Majalla"/>
          <w:sz w:val="36"/>
          <w:szCs w:val="38"/>
          <w:rtl/>
        </w:rPr>
        <w:t>ونجاح</w:t>
      </w:r>
      <w:r w:rsidRPr="008E006D">
        <w:rPr>
          <w:rFonts w:cs="Sakkal Majalla"/>
          <w:sz w:val="36"/>
          <w:szCs w:val="38"/>
        </w:rPr>
        <w:t xml:space="preserve"> </w:t>
      </w:r>
      <w:r w:rsidRPr="008E006D">
        <w:rPr>
          <w:rFonts w:cs="Sakkal Majalla"/>
          <w:sz w:val="36"/>
          <w:szCs w:val="38"/>
          <w:rtl/>
        </w:rPr>
        <w:t>المشاريع</w:t>
      </w:r>
      <w:r w:rsidRPr="008E006D">
        <w:rPr>
          <w:rFonts w:cs="Sakkal Majalla"/>
          <w:sz w:val="36"/>
          <w:szCs w:val="38"/>
        </w:rPr>
        <w:t xml:space="preserve"> </w:t>
      </w:r>
      <w:r w:rsidRPr="008E006D">
        <w:rPr>
          <w:rFonts w:cs="Sakkal Majalla"/>
          <w:sz w:val="36"/>
          <w:szCs w:val="38"/>
          <w:rtl/>
        </w:rPr>
        <w:t>العامة</w:t>
      </w:r>
      <w:r w:rsidRPr="008E006D">
        <w:rPr>
          <w:rFonts w:cs="Sakkal Majalla"/>
          <w:sz w:val="36"/>
          <w:szCs w:val="38"/>
        </w:rPr>
        <w:t xml:space="preserve">. </w:t>
      </w:r>
      <w:r w:rsidRPr="008E006D">
        <w:rPr>
          <w:rFonts w:cs="Sakkal Majalla"/>
          <w:sz w:val="36"/>
          <w:szCs w:val="38"/>
          <w:rtl/>
        </w:rPr>
        <w:t>وهذا</w:t>
      </w:r>
      <w:r w:rsidRPr="008E006D">
        <w:rPr>
          <w:rFonts w:cs="Sakkal Majalla"/>
          <w:sz w:val="36"/>
          <w:szCs w:val="38"/>
        </w:rPr>
        <w:t xml:space="preserve"> </w:t>
      </w:r>
      <w:r w:rsidRPr="008E006D">
        <w:rPr>
          <w:rFonts w:cs="Sakkal Majalla"/>
          <w:sz w:val="36"/>
          <w:szCs w:val="38"/>
          <w:rtl/>
        </w:rPr>
        <w:t>التقاطع</w:t>
      </w:r>
      <w:r w:rsidRPr="008E006D">
        <w:rPr>
          <w:rFonts w:cs="Sakkal Majalla"/>
          <w:sz w:val="36"/>
          <w:szCs w:val="38"/>
        </w:rPr>
        <w:t xml:space="preserve"> </w:t>
      </w:r>
      <w:r w:rsidRPr="008E006D">
        <w:rPr>
          <w:rFonts w:cs="Sakkal Majalla"/>
          <w:sz w:val="36"/>
          <w:szCs w:val="38"/>
          <w:rtl/>
        </w:rPr>
        <w:t>يمثل</w:t>
      </w:r>
      <w:r w:rsidRPr="008E006D">
        <w:rPr>
          <w:rFonts w:cs="Sakkal Majalla"/>
          <w:sz w:val="36"/>
          <w:szCs w:val="38"/>
        </w:rPr>
        <w:t xml:space="preserve"> </w:t>
      </w:r>
      <w:r w:rsidRPr="008E006D">
        <w:rPr>
          <w:rFonts w:cs="Sakkal Majalla"/>
          <w:sz w:val="36"/>
          <w:szCs w:val="38"/>
          <w:rtl/>
        </w:rPr>
        <w:t>مجالًا</w:t>
      </w:r>
      <w:r w:rsidRPr="008E006D">
        <w:rPr>
          <w:rFonts w:cs="Sakkal Majalla"/>
          <w:sz w:val="36"/>
          <w:szCs w:val="38"/>
        </w:rPr>
        <w:t xml:space="preserve"> </w:t>
      </w:r>
      <w:r w:rsidRPr="008E006D">
        <w:rPr>
          <w:rFonts w:cs="Sakkal Majalla"/>
          <w:sz w:val="36"/>
          <w:szCs w:val="38"/>
          <w:rtl/>
        </w:rPr>
        <w:t>مهمًا</w:t>
      </w:r>
      <w:r w:rsidRPr="008E006D">
        <w:rPr>
          <w:rFonts w:cs="Sakkal Majalla"/>
          <w:sz w:val="36"/>
          <w:szCs w:val="38"/>
        </w:rPr>
        <w:t xml:space="preserve"> </w:t>
      </w:r>
      <w:r w:rsidRPr="008E006D">
        <w:rPr>
          <w:rFonts w:cs="Sakkal Majalla"/>
          <w:sz w:val="36"/>
          <w:szCs w:val="38"/>
          <w:rtl/>
        </w:rPr>
        <w:t>في</w:t>
      </w:r>
      <w:r w:rsidRPr="008E006D">
        <w:rPr>
          <w:rFonts w:cs="Sakkal Majalla"/>
          <w:sz w:val="36"/>
          <w:szCs w:val="38"/>
        </w:rPr>
        <w:t xml:space="preserve"> </w:t>
      </w:r>
      <w:r w:rsidRPr="008E006D">
        <w:rPr>
          <w:rFonts w:cs="Sakkal Majalla"/>
          <w:sz w:val="36"/>
          <w:szCs w:val="38"/>
          <w:rtl/>
        </w:rPr>
        <w:t>ظل</w:t>
      </w:r>
      <w:r w:rsidRPr="008E006D">
        <w:rPr>
          <w:rFonts w:cs="Sakkal Majalla"/>
          <w:sz w:val="36"/>
          <w:szCs w:val="38"/>
        </w:rPr>
        <w:t xml:space="preserve"> </w:t>
      </w:r>
      <w:r w:rsidRPr="008E006D">
        <w:rPr>
          <w:rFonts w:cs="Sakkal Majalla"/>
          <w:sz w:val="36"/>
          <w:szCs w:val="38"/>
          <w:rtl/>
        </w:rPr>
        <w:t>توجه</w:t>
      </w:r>
      <w:r w:rsidRPr="008E006D">
        <w:rPr>
          <w:rFonts w:cs="Sakkal Majalla"/>
          <w:sz w:val="36"/>
          <w:szCs w:val="38"/>
        </w:rPr>
        <w:t xml:space="preserve"> </w:t>
      </w:r>
      <w:r w:rsidRPr="008E006D">
        <w:rPr>
          <w:rFonts w:cs="Sakkal Majalla"/>
          <w:sz w:val="36"/>
          <w:szCs w:val="38"/>
          <w:rtl/>
        </w:rPr>
        <w:t>المملكة</w:t>
      </w:r>
      <w:r w:rsidRPr="008E006D">
        <w:rPr>
          <w:rFonts w:cs="Sakkal Majalla"/>
          <w:sz w:val="36"/>
          <w:szCs w:val="38"/>
        </w:rPr>
        <w:t xml:space="preserve"> </w:t>
      </w:r>
      <w:r w:rsidRPr="008E006D">
        <w:rPr>
          <w:rFonts w:cs="Sakkal Majalla"/>
          <w:sz w:val="36"/>
          <w:szCs w:val="38"/>
          <w:rtl/>
        </w:rPr>
        <w:t>نحو</w:t>
      </w:r>
      <w:r w:rsidRPr="008E006D">
        <w:rPr>
          <w:rFonts w:cs="Sakkal Majalla"/>
          <w:sz w:val="36"/>
          <w:szCs w:val="38"/>
        </w:rPr>
        <w:t xml:space="preserve"> </w:t>
      </w:r>
      <w:r w:rsidRPr="008E006D">
        <w:rPr>
          <w:rFonts w:cs="Sakkal Majalla"/>
          <w:sz w:val="36"/>
          <w:szCs w:val="38"/>
          <w:rtl/>
        </w:rPr>
        <w:t>حكومة</w:t>
      </w:r>
      <w:r w:rsidRPr="008E006D">
        <w:rPr>
          <w:rFonts w:cs="Sakkal Majalla"/>
          <w:sz w:val="36"/>
          <w:szCs w:val="38"/>
        </w:rPr>
        <w:t xml:space="preserve"> </w:t>
      </w:r>
      <w:r w:rsidRPr="008E006D">
        <w:rPr>
          <w:rFonts w:cs="Sakkal Majalla"/>
          <w:sz w:val="36"/>
          <w:szCs w:val="38"/>
          <w:rtl/>
        </w:rPr>
        <w:t>رقمية</w:t>
      </w:r>
      <w:r w:rsidRPr="008E006D">
        <w:rPr>
          <w:rFonts w:cs="Sakkal Majalla"/>
          <w:sz w:val="36"/>
          <w:szCs w:val="38"/>
        </w:rPr>
        <w:t xml:space="preserve"> </w:t>
      </w:r>
      <w:r w:rsidRPr="008E006D">
        <w:rPr>
          <w:rFonts w:cs="Sakkal Majalla"/>
          <w:sz w:val="36"/>
          <w:szCs w:val="38"/>
          <w:rtl/>
        </w:rPr>
        <w:t>أكثر</w:t>
      </w:r>
      <w:r w:rsidRPr="008E006D">
        <w:rPr>
          <w:rFonts w:cs="Sakkal Majalla"/>
          <w:sz w:val="36"/>
          <w:szCs w:val="38"/>
        </w:rPr>
        <w:t xml:space="preserve"> </w:t>
      </w:r>
      <w:r w:rsidRPr="008E006D">
        <w:rPr>
          <w:rFonts w:cs="Sakkal Majalla"/>
          <w:sz w:val="36"/>
          <w:szCs w:val="38"/>
          <w:rtl/>
        </w:rPr>
        <w:t>تكاملًا،</w:t>
      </w:r>
      <w:r w:rsidRPr="008E006D">
        <w:rPr>
          <w:rFonts w:cs="Sakkal Majalla"/>
          <w:sz w:val="36"/>
          <w:szCs w:val="38"/>
        </w:rPr>
        <w:t xml:space="preserve"> </w:t>
      </w:r>
      <w:r w:rsidRPr="008E006D">
        <w:rPr>
          <w:rFonts w:cs="Sakkal Majalla"/>
          <w:sz w:val="36"/>
          <w:szCs w:val="38"/>
          <w:rtl/>
        </w:rPr>
        <w:t>وفي</w:t>
      </w:r>
      <w:r w:rsidRPr="008E006D">
        <w:rPr>
          <w:rFonts w:cs="Sakkal Majalla"/>
          <w:sz w:val="36"/>
          <w:szCs w:val="38"/>
        </w:rPr>
        <w:t xml:space="preserve"> </w:t>
      </w:r>
      <w:r w:rsidRPr="008E006D">
        <w:rPr>
          <w:rFonts w:cs="Sakkal Majalla"/>
          <w:sz w:val="36"/>
          <w:szCs w:val="38"/>
          <w:rtl/>
        </w:rPr>
        <w:t>ظل</w:t>
      </w:r>
      <w:r w:rsidRPr="008E006D">
        <w:rPr>
          <w:rFonts w:cs="Sakkal Majalla"/>
          <w:sz w:val="36"/>
          <w:szCs w:val="38"/>
        </w:rPr>
        <w:t xml:space="preserve"> </w:t>
      </w:r>
      <w:r w:rsidRPr="008E006D">
        <w:rPr>
          <w:rFonts w:cs="Sakkal Majalla"/>
          <w:sz w:val="36"/>
          <w:szCs w:val="38"/>
          <w:rtl/>
        </w:rPr>
        <w:t>الحاجة</w:t>
      </w:r>
      <w:r w:rsidRPr="008E006D">
        <w:rPr>
          <w:rFonts w:cs="Sakkal Majalla"/>
          <w:sz w:val="36"/>
          <w:szCs w:val="38"/>
        </w:rPr>
        <w:t xml:space="preserve"> </w:t>
      </w:r>
      <w:r w:rsidRPr="008E006D">
        <w:rPr>
          <w:rFonts w:cs="Sakkal Majalla"/>
          <w:sz w:val="36"/>
          <w:szCs w:val="38"/>
          <w:rtl/>
        </w:rPr>
        <w:t>إلى</w:t>
      </w:r>
      <w:r w:rsidRPr="008E006D">
        <w:rPr>
          <w:rFonts w:cs="Sakkal Majalla"/>
          <w:sz w:val="36"/>
          <w:szCs w:val="38"/>
        </w:rPr>
        <w:t xml:space="preserve"> </w:t>
      </w:r>
      <w:r w:rsidRPr="008E006D">
        <w:rPr>
          <w:rFonts w:cs="Sakkal Majalla"/>
          <w:sz w:val="36"/>
          <w:szCs w:val="38"/>
          <w:rtl/>
        </w:rPr>
        <w:t>ربط</w:t>
      </w:r>
      <w:r w:rsidRPr="008E006D">
        <w:rPr>
          <w:rFonts w:cs="Sakkal Majalla"/>
          <w:sz w:val="36"/>
          <w:szCs w:val="38"/>
        </w:rPr>
        <w:t xml:space="preserve"> </w:t>
      </w:r>
      <w:r w:rsidRPr="008E006D">
        <w:rPr>
          <w:rFonts w:cs="Sakkal Majalla"/>
          <w:sz w:val="36"/>
          <w:szCs w:val="38"/>
          <w:rtl/>
        </w:rPr>
        <w:t>الاستثمار</w:t>
      </w:r>
      <w:r w:rsidRPr="008E006D">
        <w:rPr>
          <w:rFonts w:cs="Sakkal Majalla"/>
          <w:sz w:val="36"/>
          <w:szCs w:val="38"/>
        </w:rPr>
        <w:t xml:space="preserve"> </w:t>
      </w:r>
      <w:r w:rsidRPr="008E006D">
        <w:rPr>
          <w:rFonts w:cs="Sakkal Majalla"/>
          <w:sz w:val="36"/>
          <w:szCs w:val="38"/>
          <w:rtl/>
        </w:rPr>
        <w:t>التقني</w:t>
      </w:r>
      <w:r w:rsidRPr="008E006D">
        <w:rPr>
          <w:rFonts w:cs="Sakkal Majalla"/>
          <w:sz w:val="36"/>
          <w:szCs w:val="38"/>
        </w:rPr>
        <w:t xml:space="preserve"> </w:t>
      </w:r>
      <w:r w:rsidRPr="008E006D">
        <w:rPr>
          <w:rFonts w:cs="Sakkal Majalla"/>
          <w:sz w:val="36"/>
          <w:szCs w:val="38"/>
          <w:rtl/>
        </w:rPr>
        <w:t>بنتائج</w:t>
      </w:r>
      <w:r w:rsidRPr="008E006D">
        <w:rPr>
          <w:rFonts w:cs="Sakkal Majalla"/>
          <w:sz w:val="36"/>
          <w:szCs w:val="38"/>
        </w:rPr>
        <w:t xml:space="preserve"> </w:t>
      </w:r>
      <w:r w:rsidRPr="008E006D">
        <w:rPr>
          <w:rFonts w:cs="Sakkal Majalla"/>
          <w:sz w:val="36"/>
          <w:szCs w:val="38"/>
          <w:rtl/>
        </w:rPr>
        <w:t>ملموسة</w:t>
      </w:r>
      <w:r w:rsidRPr="008E006D">
        <w:rPr>
          <w:rFonts w:cs="Sakkal Majalla"/>
          <w:sz w:val="36"/>
          <w:szCs w:val="38"/>
        </w:rPr>
        <w:t xml:space="preserve"> </w:t>
      </w:r>
      <w:r w:rsidRPr="008E006D">
        <w:rPr>
          <w:rFonts w:cs="Sakkal Majalla"/>
          <w:sz w:val="36"/>
          <w:szCs w:val="38"/>
          <w:rtl/>
        </w:rPr>
        <w:t>على</w:t>
      </w:r>
      <w:r w:rsidRPr="008E006D">
        <w:rPr>
          <w:rFonts w:cs="Sakkal Majalla"/>
          <w:sz w:val="36"/>
          <w:szCs w:val="38"/>
        </w:rPr>
        <w:t xml:space="preserve"> </w:t>
      </w:r>
      <w:r w:rsidRPr="008E006D">
        <w:rPr>
          <w:rFonts w:cs="Sakkal Majalla"/>
          <w:sz w:val="36"/>
          <w:szCs w:val="38"/>
          <w:rtl/>
        </w:rPr>
        <w:t>مستوى</w:t>
      </w:r>
      <w:r w:rsidRPr="008E006D">
        <w:rPr>
          <w:rFonts w:cs="Sakkal Majalla"/>
          <w:sz w:val="36"/>
          <w:szCs w:val="38"/>
        </w:rPr>
        <w:t xml:space="preserve"> </w:t>
      </w:r>
      <w:r w:rsidRPr="008E006D">
        <w:rPr>
          <w:rFonts w:cs="Sakkal Majalla"/>
          <w:sz w:val="36"/>
          <w:szCs w:val="38"/>
          <w:rtl/>
        </w:rPr>
        <w:t>المشاريع</w:t>
      </w:r>
      <w:r w:rsidRPr="008E006D">
        <w:rPr>
          <w:rFonts w:cs="Sakkal Majalla"/>
          <w:sz w:val="36"/>
          <w:szCs w:val="38"/>
        </w:rPr>
        <w:t xml:space="preserve"> </w:t>
      </w:r>
      <w:r w:rsidRPr="008E006D">
        <w:rPr>
          <w:rFonts w:cs="Sakkal Majalla"/>
          <w:sz w:val="36"/>
          <w:szCs w:val="38"/>
          <w:rtl/>
        </w:rPr>
        <w:t>والخدمات</w:t>
      </w:r>
      <w:r w:rsidRPr="008E006D">
        <w:rPr>
          <w:rFonts w:cs="Sakkal Majalla"/>
          <w:sz w:val="36"/>
          <w:szCs w:val="38"/>
        </w:rPr>
        <w:t>.</w:t>
      </w:r>
    </w:p>
    <w:p w14:paraId="1F55ECAF" w14:textId="77777777" w:rsidR="008E006D" w:rsidRPr="008E006D" w:rsidRDefault="008E006D" w:rsidP="008E006D">
      <w:pPr>
        <w:ind w:firstLine="0"/>
        <w:rPr>
          <w:rFonts w:cs="Sakkal Majalla"/>
          <w:b/>
          <w:sz w:val="36"/>
          <w:szCs w:val="38"/>
        </w:rPr>
      </w:pPr>
      <w:r w:rsidRPr="008E006D">
        <w:rPr>
          <w:rFonts w:cs="Sakkal Majalla"/>
          <w:b/>
          <w:sz w:val="36"/>
          <w:szCs w:val="38"/>
        </w:rPr>
        <w:t xml:space="preserve">1.5.1 </w:t>
      </w:r>
      <w:r w:rsidRPr="008E006D">
        <w:rPr>
          <w:rFonts w:cs="Sakkal Majalla"/>
          <w:b/>
          <w:bCs/>
          <w:sz w:val="36"/>
          <w:szCs w:val="38"/>
          <w:rtl/>
        </w:rPr>
        <w:t>الأهمية</w:t>
      </w:r>
      <w:r w:rsidRPr="008E006D">
        <w:rPr>
          <w:rFonts w:cs="Sakkal Majalla"/>
          <w:b/>
          <w:sz w:val="36"/>
          <w:szCs w:val="38"/>
        </w:rPr>
        <w:t xml:space="preserve"> </w:t>
      </w:r>
      <w:r w:rsidRPr="008E006D">
        <w:rPr>
          <w:rFonts w:cs="Sakkal Majalla"/>
          <w:b/>
          <w:bCs/>
          <w:sz w:val="36"/>
          <w:szCs w:val="38"/>
          <w:rtl/>
        </w:rPr>
        <w:t>العلمية</w:t>
      </w:r>
      <w:r w:rsidR="008D0B36">
        <w:rPr>
          <w:rFonts w:cs="Sakkal Majalla" w:hint="cs"/>
          <w:b/>
          <w:bCs/>
          <w:sz w:val="36"/>
          <w:szCs w:val="38"/>
          <w:rtl/>
        </w:rPr>
        <w:t xml:space="preserve">: </w:t>
      </w:r>
    </w:p>
    <w:p w14:paraId="3E65C752" w14:textId="77777777" w:rsidR="008E006D" w:rsidRPr="008D0B36" w:rsidRDefault="008E006D" w:rsidP="008D0B36">
      <w:pPr>
        <w:ind w:left="335" w:hanging="335"/>
        <w:rPr>
          <w:rFonts w:cs="Sakkal Majalla"/>
          <w:sz w:val="36"/>
          <w:szCs w:val="38"/>
        </w:rPr>
      </w:pPr>
      <w:r w:rsidRPr="008D0B36">
        <w:rPr>
          <w:rFonts w:ascii="Arial" w:hAnsi="Arial" w:cs="Arial"/>
          <w:sz w:val="36"/>
          <w:szCs w:val="38"/>
        </w:rPr>
        <w:t>▪</w:t>
      </w:r>
      <w:r w:rsidRPr="008D0B36">
        <w:rPr>
          <w:rFonts w:cs="Sakkal Majalla"/>
          <w:sz w:val="36"/>
          <w:szCs w:val="38"/>
        </w:rPr>
        <w:t xml:space="preserve"> </w:t>
      </w:r>
      <w:r w:rsidRPr="008D0B36">
        <w:rPr>
          <w:rFonts w:cs="Sakkal Majalla"/>
          <w:sz w:val="36"/>
          <w:szCs w:val="38"/>
          <w:rtl/>
        </w:rPr>
        <w:t>إثراء</w:t>
      </w:r>
      <w:r w:rsidRPr="008D0B36">
        <w:rPr>
          <w:rFonts w:cs="Sakkal Majalla"/>
          <w:sz w:val="36"/>
          <w:szCs w:val="38"/>
        </w:rPr>
        <w:t xml:space="preserve"> </w:t>
      </w:r>
      <w:r w:rsidRPr="008D0B36">
        <w:rPr>
          <w:rFonts w:cs="Sakkal Majalla"/>
          <w:sz w:val="36"/>
          <w:szCs w:val="38"/>
          <w:rtl/>
        </w:rPr>
        <w:t>الأدبيات</w:t>
      </w:r>
      <w:r w:rsidRPr="008D0B36">
        <w:rPr>
          <w:rFonts w:cs="Sakkal Majalla"/>
          <w:sz w:val="36"/>
          <w:szCs w:val="38"/>
        </w:rPr>
        <w:t xml:space="preserve"> </w:t>
      </w:r>
      <w:r w:rsidRPr="008D0B36">
        <w:rPr>
          <w:rFonts w:cs="Sakkal Majalla"/>
          <w:sz w:val="36"/>
          <w:szCs w:val="38"/>
          <w:rtl/>
        </w:rPr>
        <w:t>العربية</w:t>
      </w:r>
      <w:r w:rsidRPr="008D0B36">
        <w:rPr>
          <w:rFonts w:cs="Sakkal Majalla"/>
          <w:sz w:val="36"/>
          <w:szCs w:val="38"/>
        </w:rPr>
        <w:t xml:space="preserve"> </w:t>
      </w:r>
      <w:r w:rsidRPr="008D0B36">
        <w:rPr>
          <w:rFonts w:cs="Sakkal Majalla"/>
          <w:sz w:val="36"/>
          <w:szCs w:val="38"/>
          <w:rtl/>
        </w:rPr>
        <w:t>في</w:t>
      </w:r>
      <w:r w:rsidRPr="008D0B36">
        <w:rPr>
          <w:rFonts w:cs="Sakkal Majalla"/>
          <w:sz w:val="36"/>
          <w:szCs w:val="38"/>
        </w:rPr>
        <w:t xml:space="preserve"> </w:t>
      </w:r>
      <w:r w:rsidRPr="008D0B36">
        <w:rPr>
          <w:rFonts w:cs="Sakkal Majalla"/>
          <w:sz w:val="36"/>
          <w:szCs w:val="38"/>
          <w:rtl/>
        </w:rPr>
        <w:t>موضوع</w:t>
      </w:r>
      <w:r w:rsidRPr="008D0B36">
        <w:rPr>
          <w:rFonts w:cs="Sakkal Majalla"/>
          <w:sz w:val="36"/>
          <w:szCs w:val="38"/>
        </w:rPr>
        <w:t xml:space="preserve"> </w:t>
      </w:r>
      <w:r w:rsidRPr="008D0B36">
        <w:rPr>
          <w:rFonts w:cs="Sakkal Majalla"/>
          <w:sz w:val="36"/>
          <w:szCs w:val="38"/>
          <w:rtl/>
        </w:rPr>
        <w:t>يجمع</w:t>
      </w:r>
      <w:r w:rsidRPr="008D0B36">
        <w:rPr>
          <w:rFonts w:cs="Sakkal Majalla"/>
          <w:sz w:val="36"/>
          <w:szCs w:val="38"/>
        </w:rPr>
        <w:t xml:space="preserve"> </w:t>
      </w:r>
      <w:r w:rsidRPr="008D0B36">
        <w:rPr>
          <w:rFonts w:cs="Sakkal Majalla"/>
          <w:sz w:val="36"/>
          <w:szCs w:val="38"/>
          <w:rtl/>
        </w:rPr>
        <w:t>بين</w:t>
      </w:r>
      <w:r w:rsidRPr="008D0B36">
        <w:rPr>
          <w:rFonts w:cs="Sakkal Majalla"/>
          <w:sz w:val="36"/>
          <w:szCs w:val="38"/>
        </w:rPr>
        <w:t xml:space="preserve"> </w:t>
      </w:r>
      <w:r w:rsidRPr="008D0B36">
        <w:rPr>
          <w:rFonts w:cs="Sakkal Majalla"/>
          <w:sz w:val="36"/>
          <w:szCs w:val="38"/>
          <w:rtl/>
        </w:rPr>
        <w:t>التحول</w:t>
      </w:r>
      <w:r w:rsidRPr="008D0B36">
        <w:rPr>
          <w:rFonts w:cs="Sakkal Majalla"/>
          <w:sz w:val="36"/>
          <w:szCs w:val="38"/>
        </w:rPr>
        <w:t xml:space="preserve"> </w:t>
      </w:r>
      <w:r w:rsidRPr="008D0B36">
        <w:rPr>
          <w:rFonts w:cs="Sakkal Majalla"/>
          <w:sz w:val="36"/>
          <w:szCs w:val="38"/>
          <w:rtl/>
        </w:rPr>
        <w:t>الرقمي</w:t>
      </w:r>
      <w:r w:rsidRPr="008D0B36">
        <w:rPr>
          <w:rFonts w:cs="Sakkal Majalla"/>
          <w:sz w:val="36"/>
          <w:szCs w:val="38"/>
        </w:rPr>
        <w:t xml:space="preserve"> </w:t>
      </w:r>
      <w:r w:rsidRPr="008D0B36">
        <w:rPr>
          <w:rFonts w:cs="Sakkal Majalla"/>
          <w:sz w:val="36"/>
          <w:szCs w:val="38"/>
          <w:rtl/>
        </w:rPr>
        <w:t>وإدارة</w:t>
      </w:r>
      <w:r w:rsidRPr="008D0B36">
        <w:rPr>
          <w:rFonts w:cs="Sakkal Majalla"/>
          <w:sz w:val="36"/>
          <w:szCs w:val="38"/>
        </w:rPr>
        <w:t xml:space="preserve"> </w:t>
      </w:r>
      <w:r w:rsidRPr="008D0B36">
        <w:rPr>
          <w:rFonts w:cs="Sakkal Majalla"/>
          <w:sz w:val="36"/>
          <w:szCs w:val="38"/>
          <w:rtl/>
        </w:rPr>
        <w:t>المشاريع</w:t>
      </w:r>
      <w:r w:rsidRPr="008D0B36">
        <w:rPr>
          <w:rFonts w:cs="Sakkal Majalla"/>
          <w:sz w:val="36"/>
          <w:szCs w:val="38"/>
        </w:rPr>
        <w:t xml:space="preserve"> </w:t>
      </w:r>
      <w:r w:rsidRPr="008D0B36">
        <w:rPr>
          <w:rFonts w:cs="Sakkal Majalla"/>
          <w:sz w:val="36"/>
          <w:szCs w:val="38"/>
          <w:rtl/>
        </w:rPr>
        <w:t>الحكومية،</w:t>
      </w:r>
      <w:r w:rsidRPr="008D0B36">
        <w:rPr>
          <w:rFonts w:cs="Sakkal Majalla"/>
          <w:sz w:val="36"/>
          <w:szCs w:val="38"/>
        </w:rPr>
        <w:t xml:space="preserve"> </w:t>
      </w:r>
      <w:r w:rsidRPr="008D0B36">
        <w:rPr>
          <w:rFonts w:cs="Sakkal Majalla"/>
          <w:sz w:val="36"/>
          <w:szCs w:val="38"/>
          <w:rtl/>
        </w:rPr>
        <w:t>وهو</w:t>
      </w:r>
      <w:r w:rsidRPr="008D0B36">
        <w:rPr>
          <w:rFonts w:cs="Sakkal Majalla"/>
          <w:sz w:val="36"/>
          <w:szCs w:val="38"/>
        </w:rPr>
        <w:t xml:space="preserve"> </w:t>
      </w:r>
      <w:r w:rsidRPr="008D0B36">
        <w:rPr>
          <w:rFonts w:cs="Sakkal Majalla"/>
          <w:sz w:val="36"/>
          <w:szCs w:val="38"/>
          <w:rtl/>
        </w:rPr>
        <w:t>مجال</w:t>
      </w:r>
      <w:r w:rsidRPr="008D0B36">
        <w:rPr>
          <w:rFonts w:cs="Sakkal Majalla"/>
          <w:sz w:val="36"/>
          <w:szCs w:val="38"/>
        </w:rPr>
        <w:t xml:space="preserve"> </w:t>
      </w:r>
      <w:r w:rsidRPr="008D0B36">
        <w:rPr>
          <w:rFonts w:cs="Sakkal Majalla"/>
          <w:sz w:val="36"/>
          <w:szCs w:val="38"/>
          <w:rtl/>
        </w:rPr>
        <w:t>لا</w:t>
      </w:r>
      <w:r w:rsidRPr="008D0B36">
        <w:rPr>
          <w:rFonts w:cs="Sakkal Majalla"/>
          <w:sz w:val="36"/>
          <w:szCs w:val="38"/>
        </w:rPr>
        <w:t xml:space="preserve"> </w:t>
      </w:r>
      <w:r w:rsidRPr="008D0B36">
        <w:rPr>
          <w:rFonts w:cs="Sakkal Majalla"/>
          <w:sz w:val="36"/>
          <w:szCs w:val="38"/>
          <w:rtl/>
        </w:rPr>
        <w:t>يزال</w:t>
      </w:r>
      <w:r w:rsidRPr="008D0B36">
        <w:rPr>
          <w:rFonts w:cs="Sakkal Majalla"/>
          <w:sz w:val="36"/>
          <w:szCs w:val="38"/>
        </w:rPr>
        <w:t xml:space="preserve"> </w:t>
      </w:r>
      <w:r w:rsidRPr="008D0B36">
        <w:rPr>
          <w:rFonts w:cs="Sakkal Majalla"/>
          <w:sz w:val="36"/>
          <w:szCs w:val="38"/>
          <w:rtl/>
        </w:rPr>
        <w:t>بحاجة</w:t>
      </w:r>
      <w:r w:rsidRPr="008D0B36">
        <w:rPr>
          <w:rFonts w:cs="Sakkal Majalla"/>
          <w:sz w:val="36"/>
          <w:szCs w:val="38"/>
        </w:rPr>
        <w:t xml:space="preserve"> </w:t>
      </w:r>
      <w:r w:rsidRPr="008D0B36">
        <w:rPr>
          <w:rFonts w:cs="Sakkal Majalla"/>
          <w:sz w:val="36"/>
          <w:szCs w:val="38"/>
          <w:rtl/>
        </w:rPr>
        <w:t>إلى</w:t>
      </w:r>
      <w:r w:rsidRPr="008D0B36">
        <w:rPr>
          <w:rFonts w:cs="Sakkal Majalla"/>
          <w:sz w:val="36"/>
          <w:szCs w:val="38"/>
        </w:rPr>
        <w:t xml:space="preserve"> </w:t>
      </w:r>
      <w:r w:rsidRPr="008D0B36">
        <w:rPr>
          <w:rFonts w:cs="Sakkal Majalla"/>
          <w:sz w:val="36"/>
          <w:szCs w:val="38"/>
          <w:rtl/>
        </w:rPr>
        <w:t>مزيد</w:t>
      </w:r>
      <w:r w:rsidRPr="008D0B36">
        <w:rPr>
          <w:rFonts w:cs="Sakkal Majalla"/>
          <w:sz w:val="36"/>
          <w:szCs w:val="38"/>
        </w:rPr>
        <w:t xml:space="preserve"> </w:t>
      </w:r>
      <w:r w:rsidRPr="008D0B36">
        <w:rPr>
          <w:rFonts w:cs="Sakkal Majalla"/>
          <w:sz w:val="36"/>
          <w:szCs w:val="38"/>
          <w:rtl/>
        </w:rPr>
        <w:t>من</w:t>
      </w:r>
      <w:r w:rsidRPr="008D0B36">
        <w:rPr>
          <w:rFonts w:cs="Sakkal Majalla"/>
          <w:sz w:val="36"/>
          <w:szCs w:val="38"/>
        </w:rPr>
        <w:t xml:space="preserve"> </w:t>
      </w:r>
      <w:r w:rsidRPr="008D0B36">
        <w:rPr>
          <w:rFonts w:cs="Sakkal Majalla"/>
          <w:sz w:val="36"/>
          <w:szCs w:val="38"/>
          <w:rtl/>
        </w:rPr>
        <w:t>الدراسات</w:t>
      </w:r>
      <w:r w:rsidRPr="008D0B36">
        <w:rPr>
          <w:rFonts w:cs="Sakkal Majalla"/>
          <w:sz w:val="36"/>
          <w:szCs w:val="38"/>
        </w:rPr>
        <w:t xml:space="preserve"> </w:t>
      </w:r>
      <w:r w:rsidRPr="008D0B36">
        <w:rPr>
          <w:rFonts w:cs="Sakkal Majalla"/>
          <w:sz w:val="36"/>
          <w:szCs w:val="38"/>
          <w:rtl/>
        </w:rPr>
        <w:t>الميدانية</w:t>
      </w:r>
      <w:r w:rsidRPr="008D0B36">
        <w:rPr>
          <w:rFonts w:cs="Sakkal Majalla"/>
          <w:sz w:val="36"/>
          <w:szCs w:val="38"/>
        </w:rPr>
        <w:t xml:space="preserve"> </w:t>
      </w:r>
      <w:r w:rsidRPr="008D0B36">
        <w:rPr>
          <w:rFonts w:cs="Sakkal Majalla"/>
          <w:sz w:val="36"/>
          <w:szCs w:val="38"/>
          <w:rtl/>
        </w:rPr>
        <w:t>في</w:t>
      </w:r>
      <w:r w:rsidRPr="008D0B36">
        <w:rPr>
          <w:rFonts w:cs="Sakkal Majalla"/>
          <w:sz w:val="36"/>
          <w:szCs w:val="38"/>
        </w:rPr>
        <w:t xml:space="preserve"> </w:t>
      </w:r>
      <w:r w:rsidRPr="008D0B36">
        <w:rPr>
          <w:rFonts w:cs="Sakkal Majalla"/>
          <w:sz w:val="36"/>
          <w:szCs w:val="38"/>
          <w:rtl/>
        </w:rPr>
        <w:t>السياق</w:t>
      </w:r>
      <w:r w:rsidRPr="008D0B36">
        <w:rPr>
          <w:rFonts w:cs="Sakkal Majalla"/>
          <w:sz w:val="36"/>
          <w:szCs w:val="38"/>
        </w:rPr>
        <w:t xml:space="preserve"> </w:t>
      </w:r>
      <w:r w:rsidRPr="008D0B36">
        <w:rPr>
          <w:rFonts w:cs="Sakkal Majalla"/>
          <w:sz w:val="36"/>
          <w:szCs w:val="38"/>
          <w:rtl/>
        </w:rPr>
        <w:t>السعودي</w:t>
      </w:r>
      <w:r w:rsidRPr="008D0B36">
        <w:rPr>
          <w:rFonts w:cs="Sakkal Majalla"/>
          <w:sz w:val="36"/>
          <w:szCs w:val="38"/>
        </w:rPr>
        <w:t>.</w:t>
      </w:r>
    </w:p>
    <w:p w14:paraId="619C7525" w14:textId="77777777" w:rsidR="008E006D" w:rsidRPr="008D0B36" w:rsidRDefault="008E006D" w:rsidP="008D0B36">
      <w:pPr>
        <w:ind w:left="335" w:hanging="335"/>
        <w:rPr>
          <w:rFonts w:cs="Sakkal Majalla"/>
          <w:sz w:val="36"/>
          <w:szCs w:val="38"/>
        </w:rPr>
      </w:pPr>
      <w:r w:rsidRPr="008D0B36">
        <w:rPr>
          <w:rFonts w:ascii="Arial" w:hAnsi="Arial" w:cs="Arial"/>
          <w:sz w:val="36"/>
          <w:szCs w:val="38"/>
        </w:rPr>
        <w:t>▪</w:t>
      </w:r>
      <w:r w:rsidRPr="008D0B36">
        <w:rPr>
          <w:rFonts w:cs="Sakkal Majalla"/>
          <w:sz w:val="36"/>
          <w:szCs w:val="38"/>
        </w:rPr>
        <w:t xml:space="preserve"> </w:t>
      </w:r>
      <w:r w:rsidRPr="008D0B36">
        <w:rPr>
          <w:rFonts w:cs="Sakkal Majalla"/>
          <w:sz w:val="36"/>
          <w:szCs w:val="38"/>
          <w:rtl/>
        </w:rPr>
        <w:t>تقديم</w:t>
      </w:r>
      <w:r w:rsidRPr="008D0B36">
        <w:rPr>
          <w:rFonts w:cs="Sakkal Majalla"/>
          <w:sz w:val="36"/>
          <w:szCs w:val="38"/>
        </w:rPr>
        <w:t xml:space="preserve"> </w:t>
      </w:r>
      <w:r w:rsidRPr="008D0B36">
        <w:rPr>
          <w:rFonts w:cs="Sakkal Majalla"/>
          <w:sz w:val="36"/>
          <w:szCs w:val="38"/>
          <w:rtl/>
        </w:rPr>
        <w:t>نموذج</w:t>
      </w:r>
      <w:r w:rsidRPr="008D0B36">
        <w:rPr>
          <w:rFonts w:cs="Sakkal Majalla"/>
          <w:sz w:val="36"/>
          <w:szCs w:val="38"/>
        </w:rPr>
        <w:t xml:space="preserve"> </w:t>
      </w:r>
      <w:r w:rsidRPr="008D0B36">
        <w:rPr>
          <w:rFonts w:cs="Sakkal Majalla"/>
          <w:sz w:val="36"/>
          <w:szCs w:val="38"/>
          <w:rtl/>
        </w:rPr>
        <w:t>تحليلي</w:t>
      </w:r>
      <w:r w:rsidRPr="008D0B36">
        <w:rPr>
          <w:rFonts w:cs="Sakkal Majalla"/>
          <w:sz w:val="36"/>
          <w:szCs w:val="38"/>
        </w:rPr>
        <w:t xml:space="preserve"> </w:t>
      </w:r>
      <w:r w:rsidRPr="008D0B36">
        <w:rPr>
          <w:rFonts w:cs="Sakkal Majalla"/>
          <w:sz w:val="36"/>
          <w:szCs w:val="38"/>
          <w:rtl/>
        </w:rPr>
        <w:t>يربط</w:t>
      </w:r>
      <w:r w:rsidRPr="008D0B36">
        <w:rPr>
          <w:rFonts w:cs="Sakkal Majalla"/>
          <w:sz w:val="36"/>
          <w:szCs w:val="38"/>
        </w:rPr>
        <w:t xml:space="preserve"> </w:t>
      </w:r>
      <w:r w:rsidRPr="008D0B36">
        <w:rPr>
          <w:rFonts w:cs="Sakkal Majalla"/>
          <w:sz w:val="36"/>
          <w:szCs w:val="38"/>
          <w:rtl/>
        </w:rPr>
        <w:t>بين</w:t>
      </w:r>
      <w:r w:rsidRPr="008D0B36">
        <w:rPr>
          <w:rFonts w:cs="Sakkal Majalla"/>
          <w:sz w:val="36"/>
          <w:szCs w:val="38"/>
        </w:rPr>
        <w:t xml:space="preserve"> </w:t>
      </w:r>
      <w:r w:rsidRPr="008D0B36">
        <w:rPr>
          <w:rFonts w:cs="Sakkal Majalla"/>
          <w:sz w:val="36"/>
          <w:szCs w:val="38"/>
          <w:rtl/>
        </w:rPr>
        <w:t>أربعة</w:t>
      </w:r>
      <w:r w:rsidRPr="008D0B36">
        <w:rPr>
          <w:rFonts w:cs="Sakkal Majalla"/>
          <w:sz w:val="36"/>
          <w:szCs w:val="38"/>
        </w:rPr>
        <w:t xml:space="preserve"> </w:t>
      </w:r>
      <w:r w:rsidRPr="008D0B36">
        <w:rPr>
          <w:rFonts w:cs="Sakkal Majalla"/>
          <w:sz w:val="36"/>
          <w:szCs w:val="38"/>
          <w:rtl/>
        </w:rPr>
        <w:t>أبعاد</w:t>
      </w:r>
      <w:r w:rsidRPr="008D0B36">
        <w:rPr>
          <w:rFonts w:cs="Sakkal Majalla"/>
          <w:sz w:val="36"/>
          <w:szCs w:val="38"/>
        </w:rPr>
        <w:t xml:space="preserve"> </w:t>
      </w:r>
      <w:r w:rsidRPr="008D0B36">
        <w:rPr>
          <w:rFonts w:cs="Sakkal Majalla"/>
          <w:sz w:val="36"/>
          <w:szCs w:val="38"/>
          <w:rtl/>
        </w:rPr>
        <w:t>للتحول</w:t>
      </w:r>
      <w:r w:rsidRPr="008D0B36">
        <w:rPr>
          <w:rFonts w:cs="Sakkal Majalla"/>
          <w:sz w:val="36"/>
          <w:szCs w:val="38"/>
        </w:rPr>
        <w:t xml:space="preserve"> </w:t>
      </w:r>
      <w:r w:rsidRPr="008D0B36">
        <w:rPr>
          <w:rFonts w:cs="Sakkal Majalla"/>
          <w:sz w:val="36"/>
          <w:szCs w:val="38"/>
          <w:rtl/>
        </w:rPr>
        <w:t>الرقمي</w:t>
      </w:r>
      <w:r w:rsidRPr="008D0B36">
        <w:rPr>
          <w:rFonts w:cs="Sakkal Majalla"/>
          <w:sz w:val="36"/>
          <w:szCs w:val="38"/>
        </w:rPr>
        <w:t xml:space="preserve"> </w:t>
      </w:r>
      <w:r w:rsidRPr="008D0B36">
        <w:rPr>
          <w:rFonts w:cs="Sakkal Majalla"/>
          <w:sz w:val="36"/>
          <w:szCs w:val="38"/>
          <w:rtl/>
        </w:rPr>
        <w:t>وبين</w:t>
      </w:r>
      <w:r w:rsidRPr="008D0B36">
        <w:rPr>
          <w:rFonts w:cs="Sakkal Majalla"/>
          <w:sz w:val="36"/>
          <w:szCs w:val="38"/>
        </w:rPr>
        <w:t xml:space="preserve"> </w:t>
      </w:r>
      <w:r w:rsidRPr="008D0B36">
        <w:rPr>
          <w:rFonts w:cs="Sakkal Majalla"/>
          <w:sz w:val="36"/>
          <w:szCs w:val="38"/>
          <w:rtl/>
        </w:rPr>
        <w:t>نجاح</w:t>
      </w:r>
      <w:r w:rsidRPr="008D0B36">
        <w:rPr>
          <w:rFonts w:cs="Sakkal Majalla"/>
          <w:sz w:val="36"/>
          <w:szCs w:val="38"/>
        </w:rPr>
        <w:t xml:space="preserve"> </w:t>
      </w:r>
      <w:r w:rsidRPr="008D0B36">
        <w:rPr>
          <w:rFonts w:cs="Sakkal Majalla"/>
          <w:sz w:val="36"/>
          <w:szCs w:val="38"/>
          <w:rtl/>
        </w:rPr>
        <w:t>المشاريع</w:t>
      </w:r>
      <w:r w:rsidRPr="008D0B36">
        <w:rPr>
          <w:rFonts w:cs="Sakkal Majalla"/>
          <w:sz w:val="36"/>
          <w:szCs w:val="38"/>
        </w:rPr>
        <w:t xml:space="preserve"> </w:t>
      </w:r>
      <w:r w:rsidRPr="008D0B36">
        <w:rPr>
          <w:rFonts w:cs="Sakkal Majalla"/>
          <w:sz w:val="36"/>
          <w:szCs w:val="38"/>
          <w:rtl/>
        </w:rPr>
        <w:t>وفق</w:t>
      </w:r>
      <w:r w:rsidRPr="008D0B36">
        <w:rPr>
          <w:rFonts w:cs="Sakkal Majalla"/>
          <w:sz w:val="36"/>
          <w:szCs w:val="38"/>
        </w:rPr>
        <w:t xml:space="preserve"> </w:t>
      </w:r>
      <w:r w:rsidRPr="008D0B36">
        <w:rPr>
          <w:rFonts w:cs="Sakkal Majalla"/>
          <w:sz w:val="36"/>
          <w:szCs w:val="38"/>
          <w:rtl/>
        </w:rPr>
        <w:t>منظور</w:t>
      </w:r>
      <w:r w:rsidRPr="008D0B36">
        <w:rPr>
          <w:rFonts w:cs="Sakkal Majalla"/>
          <w:sz w:val="36"/>
          <w:szCs w:val="38"/>
        </w:rPr>
        <w:t xml:space="preserve"> </w:t>
      </w:r>
      <w:r w:rsidRPr="008D0B36">
        <w:rPr>
          <w:rFonts w:cs="Sakkal Majalla"/>
          <w:sz w:val="36"/>
          <w:szCs w:val="38"/>
          <w:rtl/>
        </w:rPr>
        <w:t>حديث</w:t>
      </w:r>
      <w:r w:rsidRPr="008D0B36">
        <w:rPr>
          <w:rFonts w:cs="Sakkal Majalla"/>
          <w:sz w:val="36"/>
          <w:szCs w:val="38"/>
        </w:rPr>
        <w:t xml:space="preserve"> </w:t>
      </w:r>
      <w:r w:rsidRPr="008D0B36">
        <w:rPr>
          <w:rFonts w:cs="Sakkal Majalla"/>
          <w:sz w:val="36"/>
          <w:szCs w:val="38"/>
          <w:rtl/>
        </w:rPr>
        <w:t>يتجاوز</w:t>
      </w:r>
      <w:r w:rsidRPr="008D0B36">
        <w:rPr>
          <w:rFonts w:cs="Sakkal Majalla"/>
          <w:sz w:val="36"/>
          <w:szCs w:val="38"/>
        </w:rPr>
        <w:t xml:space="preserve"> </w:t>
      </w:r>
      <w:r w:rsidRPr="008D0B36">
        <w:rPr>
          <w:rFonts w:cs="Sakkal Majalla"/>
          <w:sz w:val="36"/>
          <w:szCs w:val="38"/>
          <w:rtl/>
        </w:rPr>
        <w:t>مثلث</w:t>
      </w:r>
      <w:r w:rsidRPr="008D0B36">
        <w:rPr>
          <w:rFonts w:cs="Sakkal Majalla"/>
          <w:sz w:val="36"/>
          <w:szCs w:val="38"/>
        </w:rPr>
        <w:t xml:space="preserve"> </w:t>
      </w:r>
      <w:r w:rsidRPr="008D0B36">
        <w:rPr>
          <w:rFonts w:cs="Sakkal Majalla"/>
          <w:sz w:val="36"/>
          <w:szCs w:val="38"/>
          <w:rtl/>
        </w:rPr>
        <w:t>الوقت</w:t>
      </w:r>
      <w:r w:rsidRPr="008D0B36">
        <w:rPr>
          <w:rFonts w:cs="Sakkal Majalla"/>
          <w:sz w:val="36"/>
          <w:szCs w:val="38"/>
        </w:rPr>
        <w:t xml:space="preserve"> </w:t>
      </w:r>
      <w:r w:rsidRPr="008D0B36">
        <w:rPr>
          <w:rFonts w:cs="Sakkal Majalla"/>
          <w:sz w:val="36"/>
          <w:szCs w:val="38"/>
          <w:rtl/>
        </w:rPr>
        <w:t>والتكلفة</w:t>
      </w:r>
      <w:r w:rsidRPr="008D0B36">
        <w:rPr>
          <w:rFonts w:cs="Sakkal Majalla"/>
          <w:sz w:val="36"/>
          <w:szCs w:val="38"/>
        </w:rPr>
        <w:t xml:space="preserve"> </w:t>
      </w:r>
      <w:r w:rsidRPr="008D0B36">
        <w:rPr>
          <w:rFonts w:cs="Sakkal Majalla"/>
          <w:sz w:val="36"/>
          <w:szCs w:val="38"/>
          <w:rtl/>
        </w:rPr>
        <w:t>والنطاق</w:t>
      </w:r>
      <w:r w:rsidRPr="008D0B36">
        <w:rPr>
          <w:rFonts w:cs="Sakkal Majalla"/>
          <w:sz w:val="36"/>
          <w:szCs w:val="38"/>
        </w:rPr>
        <w:t>.</w:t>
      </w:r>
    </w:p>
    <w:p w14:paraId="4A46FCE9" w14:textId="77777777" w:rsidR="008E006D" w:rsidRPr="008D0B36" w:rsidRDefault="008E006D" w:rsidP="008D0B36">
      <w:pPr>
        <w:ind w:left="335" w:hanging="335"/>
        <w:rPr>
          <w:rFonts w:cs="Sakkal Majalla"/>
          <w:sz w:val="36"/>
          <w:szCs w:val="38"/>
        </w:rPr>
      </w:pPr>
      <w:r w:rsidRPr="008D0B36">
        <w:rPr>
          <w:rFonts w:ascii="Arial" w:hAnsi="Arial" w:cs="Arial"/>
          <w:sz w:val="36"/>
          <w:szCs w:val="38"/>
        </w:rPr>
        <w:t>▪</w:t>
      </w:r>
      <w:r w:rsidRPr="008D0B36">
        <w:rPr>
          <w:rFonts w:cs="Sakkal Majalla"/>
          <w:sz w:val="36"/>
          <w:szCs w:val="38"/>
        </w:rPr>
        <w:t xml:space="preserve"> </w:t>
      </w:r>
      <w:r w:rsidRPr="008D0B36">
        <w:rPr>
          <w:rFonts w:cs="Sakkal Majalla"/>
          <w:sz w:val="36"/>
          <w:szCs w:val="38"/>
          <w:rtl/>
        </w:rPr>
        <w:t>سد</w:t>
      </w:r>
      <w:r w:rsidRPr="008D0B36">
        <w:rPr>
          <w:rFonts w:cs="Sakkal Majalla"/>
          <w:sz w:val="36"/>
          <w:szCs w:val="38"/>
        </w:rPr>
        <w:t xml:space="preserve"> </w:t>
      </w:r>
      <w:r w:rsidRPr="008D0B36">
        <w:rPr>
          <w:rFonts w:cs="Sakkal Majalla"/>
          <w:sz w:val="36"/>
          <w:szCs w:val="38"/>
          <w:rtl/>
        </w:rPr>
        <w:t>فجوة</w:t>
      </w:r>
      <w:r w:rsidRPr="008D0B36">
        <w:rPr>
          <w:rFonts w:cs="Sakkal Majalla"/>
          <w:sz w:val="36"/>
          <w:szCs w:val="38"/>
        </w:rPr>
        <w:t xml:space="preserve"> </w:t>
      </w:r>
      <w:r w:rsidRPr="008D0B36">
        <w:rPr>
          <w:rFonts w:cs="Sakkal Majalla"/>
          <w:sz w:val="36"/>
          <w:szCs w:val="38"/>
          <w:rtl/>
        </w:rPr>
        <w:t>بحثية</w:t>
      </w:r>
      <w:r w:rsidRPr="008D0B36">
        <w:rPr>
          <w:rFonts w:cs="Sakkal Majalla"/>
          <w:sz w:val="36"/>
          <w:szCs w:val="38"/>
        </w:rPr>
        <w:t xml:space="preserve"> </w:t>
      </w:r>
      <w:r w:rsidRPr="008D0B36">
        <w:rPr>
          <w:rFonts w:cs="Sakkal Majalla"/>
          <w:sz w:val="36"/>
          <w:szCs w:val="38"/>
          <w:rtl/>
        </w:rPr>
        <w:t>تتعلق</w:t>
      </w:r>
      <w:r w:rsidRPr="008D0B36">
        <w:rPr>
          <w:rFonts w:cs="Sakkal Majalla"/>
          <w:sz w:val="36"/>
          <w:szCs w:val="38"/>
        </w:rPr>
        <w:t xml:space="preserve"> </w:t>
      </w:r>
      <w:r w:rsidRPr="008D0B36">
        <w:rPr>
          <w:rFonts w:cs="Sakkal Majalla"/>
          <w:sz w:val="36"/>
          <w:szCs w:val="38"/>
          <w:rtl/>
        </w:rPr>
        <w:t>بقلة</w:t>
      </w:r>
      <w:r w:rsidRPr="008D0B36">
        <w:rPr>
          <w:rFonts w:cs="Sakkal Majalla"/>
          <w:sz w:val="36"/>
          <w:szCs w:val="38"/>
        </w:rPr>
        <w:t xml:space="preserve"> </w:t>
      </w:r>
      <w:r w:rsidRPr="008D0B36">
        <w:rPr>
          <w:rFonts w:cs="Sakkal Majalla"/>
          <w:sz w:val="36"/>
          <w:szCs w:val="38"/>
          <w:rtl/>
        </w:rPr>
        <w:t>الدراسات</w:t>
      </w:r>
      <w:r w:rsidRPr="008D0B36">
        <w:rPr>
          <w:rFonts w:cs="Sakkal Majalla"/>
          <w:sz w:val="36"/>
          <w:szCs w:val="38"/>
        </w:rPr>
        <w:t xml:space="preserve"> </w:t>
      </w:r>
      <w:r w:rsidRPr="008D0B36">
        <w:rPr>
          <w:rFonts w:cs="Sakkal Majalla"/>
          <w:sz w:val="36"/>
          <w:szCs w:val="38"/>
          <w:rtl/>
        </w:rPr>
        <w:t>التي</w:t>
      </w:r>
      <w:r w:rsidRPr="008D0B36">
        <w:rPr>
          <w:rFonts w:cs="Sakkal Majalla"/>
          <w:sz w:val="36"/>
          <w:szCs w:val="38"/>
        </w:rPr>
        <w:t xml:space="preserve"> </w:t>
      </w:r>
      <w:r w:rsidRPr="008D0B36">
        <w:rPr>
          <w:rFonts w:cs="Sakkal Majalla"/>
          <w:sz w:val="36"/>
          <w:szCs w:val="38"/>
          <w:rtl/>
        </w:rPr>
        <w:t>تختبر</w:t>
      </w:r>
      <w:r w:rsidRPr="008D0B36">
        <w:rPr>
          <w:rFonts w:cs="Sakkal Majalla"/>
          <w:sz w:val="36"/>
          <w:szCs w:val="38"/>
        </w:rPr>
        <w:t xml:space="preserve"> </w:t>
      </w:r>
      <w:r w:rsidRPr="008D0B36">
        <w:rPr>
          <w:rFonts w:cs="Sakkal Majalla"/>
          <w:sz w:val="36"/>
          <w:szCs w:val="38"/>
          <w:rtl/>
        </w:rPr>
        <w:t>أثر</w:t>
      </w:r>
      <w:r w:rsidRPr="008D0B36">
        <w:rPr>
          <w:rFonts w:cs="Sakkal Majalla"/>
          <w:sz w:val="36"/>
          <w:szCs w:val="38"/>
        </w:rPr>
        <w:t xml:space="preserve"> </w:t>
      </w:r>
      <w:r w:rsidRPr="008D0B36">
        <w:rPr>
          <w:rFonts w:cs="Sakkal Majalla"/>
          <w:sz w:val="36"/>
          <w:szCs w:val="38"/>
          <w:rtl/>
        </w:rPr>
        <w:t>أبعاد</w:t>
      </w:r>
      <w:r w:rsidRPr="008D0B36">
        <w:rPr>
          <w:rFonts w:cs="Sakkal Majalla"/>
          <w:sz w:val="36"/>
          <w:szCs w:val="38"/>
        </w:rPr>
        <w:t xml:space="preserve"> </w:t>
      </w:r>
      <w:r w:rsidRPr="008D0B36">
        <w:rPr>
          <w:rFonts w:cs="Sakkal Majalla"/>
          <w:sz w:val="36"/>
          <w:szCs w:val="38"/>
          <w:rtl/>
        </w:rPr>
        <w:t>التحول</w:t>
      </w:r>
      <w:r w:rsidRPr="008D0B36">
        <w:rPr>
          <w:rFonts w:cs="Sakkal Majalla"/>
          <w:sz w:val="36"/>
          <w:szCs w:val="38"/>
        </w:rPr>
        <w:t xml:space="preserve"> </w:t>
      </w:r>
      <w:r w:rsidRPr="008D0B36">
        <w:rPr>
          <w:rFonts w:cs="Sakkal Majalla"/>
          <w:sz w:val="36"/>
          <w:szCs w:val="38"/>
          <w:rtl/>
        </w:rPr>
        <w:t>الرقمي</w:t>
      </w:r>
      <w:r w:rsidRPr="008D0B36">
        <w:rPr>
          <w:rFonts w:cs="Sakkal Majalla"/>
          <w:sz w:val="36"/>
          <w:szCs w:val="38"/>
        </w:rPr>
        <w:t xml:space="preserve"> </w:t>
      </w:r>
      <w:r w:rsidRPr="008D0B36">
        <w:rPr>
          <w:rFonts w:cs="Sakkal Majalla"/>
          <w:sz w:val="36"/>
          <w:szCs w:val="38"/>
          <w:rtl/>
        </w:rPr>
        <w:t>على</w:t>
      </w:r>
      <w:r w:rsidRPr="008D0B36">
        <w:rPr>
          <w:rFonts w:cs="Sakkal Majalla"/>
          <w:sz w:val="36"/>
          <w:szCs w:val="38"/>
        </w:rPr>
        <w:t xml:space="preserve"> </w:t>
      </w:r>
      <w:r w:rsidRPr="008D0B36">
        <w:rPr>
          <w:rFonts w:cs="Sakkal Majalla"/>
          <w:sz w:val="36"/>
          <w:szCs w:val="38"/>
          <w:rtl/>
        </w:rPr>
        <w:t>نجاح</w:t>
      </w:r>
      <w:r w:rsidRPr="008D0B36">
        <w:rPr>
          <w:rFonts w:cs="Sakkal Majalla"/>
          <w:sz w:val="36"/>
          <w:szCs w:val="38"/>
        </w:rPr>
        <w:t xml:space="preserve"> </w:t>
      </w:r>
      <w:r w:rsidRPr="008D0B36">
        <w:rPr>
          <w:rFonts w:cs="Sakkal Majalla"/>
          <w:sz w:val="36"/>
          <w:szCs w:val="38"/>
          <w:rtl/>
        </w:rPr>
        <w:t>المشاريع</w:t>
      </w:r>
      <w:r w:rsidRPr="008D0B36">
        <w:rPr>
          <w:rFonts w:cs="Sakkal Majalla"/>
          <w:sz w:val="36"/>
          <w:szCs w:val="38"/>
        </w:rPr>
        <w:t xml:space="preserve"> </w:t>
      </w:r>
      <w:r w:rsidRPr="008D0B36">
        <w:rPr>
          <w:rFonts w:cs="Sakkal Majalla"/>
          <w:sz w:val="36"/>
          <w:szCs w:val="38"/>
          <w:rtl/>
        </w:rPr>
        <w:t>الحكومية</w:t>
      </w:r>
      <w:r w:rsidRPr="008D0B36">
        <w:rPr>
          <w:rFonts w:cs="Sakkal Majalla"/>
          <w:sz w:val="36"/>
          <w:szCs w:val="38"/>
        </w:rPr>
        <w:t xml:space="preserve"> </w:t>
      </w:r>
      <w:r w:rsidRPr="008D0B36">
        <w:rPr>
          <w:rFonts w:cs="Sakkal Majalla"/>
          <w:sz w:val="36"/>
          <w:szCs w:val="38"/>
          <w:rtl/>
        </w:rPr>
        <w:t>السعودية</w:t>
      </w:r>
      <w:r w:rsidRPr="008D0B36">
        <w:rPr>
          <w:rFonts w:cs="Sakkal Majalla"/>
          <w:sz w:val="36"/>
          <w:szCs w:val="38"/>
        </w:rPr>
        <w:t xml:space="preserve"> </w:t>
      </w:r>
      <w:r w:rsidRPr="008D0B36">
        <w:rPr>
          <w:rFonts w:cs="Sakkal Majalla"/>
          <w:sz w:val="36"/>
          <w:szCs w:val="38"/>
          <w:rtl/>
        </w:rPr>
        <w:t>تحديدًا</w:t>
      </w:r>
      <w:r w:rsidRPr="008D0B36">
        <w:rPr>
          <w:rFonts w:cs="Sakkal Majalla"/>
          <w:sz w:val="36"/>
          <w:szCs w:val="38"/>
        </w:rPr>
        <w:t>.</w:t>
      </w:r>
    </w:p>
    <w:p w14:paraId="206142C6" w14:textId="77777777" w:rsidR="008E006D" w:rsidRPr="008D0B36" w:rsidRDefault="008E006D" w:rsidP="008D0B36">
      <w:pPr>
        <w:ind w:left="335" w:hanging="335"/>
        <w:rPr>
          <w:rFonts w:cs="Sakkal Majalla"/>
          <w:sz w:val="36"/>
          <w:szCs w:val="38"/>
        </w:rPr>
      </w:pPr>
      <w:r w:rsidRPr="008D0B36">
        <w:rPr>
          <w:rFonts w:ascii="Arial" w:hAnsi="Arial" w:cs="Arial"/>
          <w:sz w:val="36"/>
          <w:szCs w:val="38"/>
        </w:rPr>
        <w:t>▪</w:t>
      </w:r>
      <w:r w:rsidRPr="008D0B36">
        <w:rPr>
          <w:rFonts w:cs="Sakkal Majalla"/>
          <w:sz w:val="36"/>
          <w:szCs w:val="38"/>
        </w:rPr>
        <w:t xml:space="preserve"> </w:t>
      </w:r>
      <w:r w:rsidRPr="008D0B36">
        <w:rPr>
          <w:rFonts w:cs="Sakkal Majalla"/>
          <w:sz w:val="36"/>
          <w:szCs w:val="38"/>
          <w:rtl/>
        </w:rPr>
        <w:t>المساهمة</w:t>
      </w:r>
      <w:r w:rsidRPr="008D0B36">
        <w:rPr>
          <w:rFonts w:cs="Sakkal Majalla"/>
          <w:sz w:val="36"/>
          <w:szCs w:val="38"/>
        </w:rPr>
        <w:t xml:space="preserve"> </w:t>
      </w:r>
      <w:r w:rsidRPr="008D0B36">
        <w:rPr>
          <w:rFonts w:cs="Sakkal Majalla"/>
          <w:sz w:val="36"/>
          <w:szCs w:val="38"/>
          <w:rtl/>
        </w:rPr>
        <w:t>في</w:t>
      </w:r>
      <w:r w:rsidRPr="008D0B36">
        <w:rPr>
          <w:rFonts w:cs="Sakkal Majalla"/>
          <w:sz w:val="36"/>
          <w:szCs w:val="38"/>
        </w:rPr>
        <w:t xml:space="preserve"> </w:t>
      </w:r>
      <w:r w:rsidRPr="008D0B36">
        <w:rPr>
          <w:rFonts w:cs="Sakkal Majalla"/>
          <w:sz w:val="36"/>
          <w:szCs w:val="38"/>
          <w:rtl/>
        </w:rPr>
        <w:t>تطوير</w:t>
      </w:r>
      <w:r w:rsidRPr="008D0B36">
        <w:rPr>
          <w:rFonts w:cs="Sakkal Majalla"/>
          <w:sz w:val="36"/>
          <w:szCs w:val="38"/>
        </w:rPr>
        <w:t xml:space="preserve"> </w:t>
      </w:r>
      <w:r w:rsidRPr="008D0B36">
        <w:rPr>
          <w:rFonts w:cs="Sakkal Majalla"/>
          <w:sz w:val="36"/>
          <w:szCs w:val="38"/>
          <w:rtl/>
        </w:rPr>
        <w:t>أدوات</w:t>
      </w:r>
      <w:r w:rsidRPr="008D0B36">
        <w:rPr>
          <w:rFonts w:cs="Sakkal Majalla"/>
          <w:sz w:val="36"/>
          <w:szCs w:val="38"/>
        </w:rPr>
        <w:t xml:space="preserve"> </w:t>
      </w:r>
      <w:r w:rsidRPr="008D0B36">
        <w:rPr>
          <w:rFonts w:cs="Sakkal Majalla"/>
          <w:sz w:val="36"/>
          <w:szCs w:val="38"/>
          <w:rtl/>
        </w:rPr>
        <w:t>قياس</w:t>
      </w:r>
      <w:r w:rsidRPr="008D0B36">
        <w:rPr>
          <w:rFonts w:cs="Sakkal Majalla"/>
          <w:sz w:val="36"/>
          <w:szCs w:val="38"/>
        </w:rPr>
        <w:t xml:space="preserve"> </w:t>
      </w:r>
      <w:r w:rsidRPr="008D0B36">
        <w:rPr>
          <w:rFonts w:cs="Sakkal Majalla"/>
          <w:sz w:val="36"/>
          <w:szCs w:val="38"/>
          <w:rtl/>
        </w:rPr>
        <w:t>عربية</w:t>
      </w:r>
      <w:r w:rsidRPr="008D0B36">
        <w:rPr>
          <w:rFonts w:cs="Sakkal Majalla"/>
          <w:sz w:val="36"/>
          <w:szCs w:val="38"/>
        </w:rPr>
        <w:t xml:space="preserve"> </w:t>
      </w:r>
      <w:r w:rsidRPr="008D0B36">
        <w:rPr>
          <w:rFonts w:cs="Sakkal Majalla"/>
          <w:sz w:val="36"/>
          <w:szCs w:val="38"/>
          <w:rtl/>
        </w:rPr>
        <w:t>قابلة</w:t>
      </w:r>
      <w:r w:rsidRPr="008D0B36">
        <w:rPr>
          <w:rFonts w:cs="Sakkal Majalla"/>
          <w:sz w:val="36"/>
          <w:szCs w:val="38"/>
        </w:rPr>
        <w:t xml:space="preserve"> </w:t>
      </w:r>
      <w:r w:rsidRPr="008D0B36">
        <w:rPr>
          <w:rFonts w:cs="Sakkal Majalla"/>
          <w:sz w:val="36"/>
          <w:szCs w:val="38"/>
          <w:rtl/>
        </w:rPr>
        <w:t>للاستخدام</w:t>
      </w:r>
      <w:r w:rsidRPr="008D0B36">
        <w:rPr>
          <w:rFonts w:cs="Sakkal Majalla"/>
          <w:sz w:val="36"/>
          <w:szCs w:val="38"/>
        </w:rPr>
        <w:t xml:space="preserve"> </w:t>
      </w:r>
      <w:r w:rsidRPr="008D0B36">
        <w:rPr>
          <w:rFonts w:cs="Sakkal Majalla"/>
          <w:sz w:val="36"/>
          <w:szCs w:val="38"/>
          <w:rtl/>
        </w:rPr>
        <w:t>في</w:t>
      </w:r>
      <w:r w:rsidRPr="008D0B36">
        <w:rPr>
          <w:rFonts w:cs="Sakkal Majalla"/>
          <w:sz w:val="36"/>
          <w:szCs w:val="38"/>
        </w:rPr>
        <w:t xml:space="preserve"> </w:t>
      </w:r>
      <w:r w:rsidRPr="008D0B36">
        <w:rPr>
          <w:rFonts w:cs="Sakkal Majalla"/>
          <w:sz w:val="36"/>
          <w:szCs w:val="38"/>
          <w:rtl/>
        </w:rPr>
        <w:t>دراسات</w:t>
      </w:r>
      <w:r w:rsidRPr="008D0B36">
        <w:rPr>
          <w:rFonts w:cs="Sakkal Majalla"/>
          <w:sz w:val="36"/>
          <w:szCs w:val="38"/>
        </w:rPr>
        <w:t xml:space="preserve"> </w:t>
      </w:r>
      <w:r w:rsidRPr="008D0B36">
        <w:rPr>
          <w:rFonts w:cs="Sakkal Majalla"/>
          <w:sz w:val="36"/>
          <w:szCs w:val="38"/>
          <w:rtl/>
        </w:rPr>
        <w:t>لاحقة</w:t>
      </w:r>
      <w:r w:rsidRPr="008D0B36">
        <w:rPr>
          <w:rFonts w:cs="Sakkal Majalla"/>
          <w:sz w:val="36"/>
          <w:szCs w:val="38"/>
        </w:rPr>
        <w:t xml:space="preserve"> </w:t>
      </w:r>
      <w:r w:rsidRPr="008D0B36">
        <w:rPr>
          <w:rFonts w:cs="Sakkal Majalla"/>
          <w:sz w:val="36"/>
          <w:szCs w:val="38"/>
          <w:rtl/>
        </w:rPr>
        <w:t>حول</w:t>
      </w:r>
      <w:r w:rsidRPr="008D0B36">
        <w:rPr>
          <w:rFonts w:cs="Sakkal Majalla"/>
          <w:sz w:val="36"/>
          <w:szCs w:val="38"/>
        </w:rPr>
        <w:t xml:space="preserve"> </w:t>
      </w:r>
      <w:r w:rsidRPr="008D0B36">
        <w:rPr>
          <w:rFonts w:cs="Sakkal Majalla"/>
          <w:sz w:val="36"/>
          <w:szCs w:val="38"/>
          <w:rtl/>
        </w:rPr>
        <w:t>نضج</w:t>
      </w:r>
      <w:r w:rsidRPr="008D0B36">
        <w:rPr>
          <w:rFonts w:cs="Sakkal Majalla"/>
          <w:sz w:val="36"/>
          <w:szCs w:val="38"/>
        </w:rPr>
        <w:t xml:space="preserve"> </w:t>
      </w:r>
      <w:r w:rsidRPr="008D0B36">
        <w:rPr>
          <w:rFonts w:cs="Sakkal Majalla"/>
          <w:sz w:val="36"/>
          <w:szCs w:val="38"/>
          <w:rtl/>
        </w:rPr>
        <w:t>إدارة</w:t>
      </w:r>
      <w:r w:rsidRPr="008D0B36">
        <w:rPr>
          <w:rFonts w:cs="Sakkal Majalla"/>
          <w:sz w:val="36"/>
          <w:szCs w:val="38"/>
        </w:rPr>
        <w:t xml:space="preserve"> </w:t>
      </w:r>
      <w:r w:rsidRPr="008D0B36">
        <w:rPr>
          <w:rFonts w:cs="Sakkal Majalla"/>
          <w:sz w:val="36"/>
          <w:szCs w:val="38"/>
          <w:rtl/>
        </w:rPr>
        <w:t>المشاريع</w:t>
      </w:r>
      <w:r w:rsidRPr="008D0B36">
        <w:rPr>
          <w:rFonts w:cs="Sakkal Majalla"/>
          <w:sz w:val="36"/>
          <w:szCs w:val="38"/>
        </w:rPr>
        <w:t xml:space="preserve"> </w:t>
      </w:r>
      <w:r w:rsidRPr="008D0B36">
        <w:rPr>
          <w:rFonts w:cs="Sakkal Majalla"/>
          <w:sz w:val="36"/>
          <w:szCs w:val="38"/>
          <w:rtl/>
        </w:rPr>
        <w:t>الرقمية</w:t>
      </w:r>
      <w:r w:rsidRPr="008D0B36">
        <w:rPr>
          <w:rFonts w:cs="Sakkal Majalla"/>
          <w:sz w:val="36"/>
          <w:szCs w:val="38"/>
        </w:rPr>
        <w:t xml:space="preserve"> </w:t>
      </w:r>
      <w:r w:rsidRPr="008D0B36">
        <w:rPr>
          <w:rFonts w:cs="Sakkal Majalla"/>
          <w:sz w:val="36"/>
          <w:szCs w:val="38"/>
          <w:rtl/>
        </w:rPr>
        <w:t>في</w:t>
      </w:r>
      <w:r w:rsidRPr="008D0B36">
        <w:rPr>
          <w:rFonts w:cs="Sakkal Majalla"/>
          <w:sz w:val="36"/>
          <w:szCs w:val="38"/>
        </w:rPr>
        <w:t xml:space="preserve"> </w:t>
      </w:r>
      <w:r w:rsidRPr="008D0B36">
        <w:rPr>
          <w:rFonts w:cs="Sakkal Majalla"/>
          <w:sz w:val="36"/>
          <w:szCs w:val="38"/>
          <w:rtl/>
        </w:rPr>
        <w:t>القطاع</w:t>
      </w:r>
      <w:r w:rsidRPr="008D0B36">
        <w:rPr>
          <w:rFonts w:cs="Sakkal Majalla"/>
          <w:sz w:val="36"/>
          <w:szCs w:val="38"/>
        </w:rPr>
        <w:t xml:space="preserve"> </w:t>
      </w:r>
      <w:r w:rsidRPr="008D0B36">
        <w:rPr>
          <w:rFonts w:cs="Sakkal Majalla"/>
          <w:sz w:val="36"/>
          <w:szCs w:val="38"/>
          <w:rtl/>
        </w:rPr>
        <w:t>العام</w:t>
      </w:r>
      <w:r w:rsidRPr="008D0B36">
        <w:rPr>
          <w:rFonts w:cs="Sakkal Majalla"/>
          <w:sz w:val="36"/>
          <w:szCs w:val="38"/>
        </w:rPr>
        <w:t>.</w:t>
      </w:r>
    </w:p>
    <w:p w14:paraId="4E4B6E63" w14:textId="77777777" w:rsidR="008E006D" w:rsidRPr="008E006D" w:rsidRDefault="008E006D" w:rsidP="008E006D">
      <w:pPr>
        <w:ind w:firstLine="0"/>
        <w:rPr>
          <w:rFonts w:cs="Sakkal Majalla"/>
          <w:b/>
          <w:sz w:val="36"/>
          <w:szCs w:val="38"/>
        </w:rPr>
      </w:pPr>
      <w:r w:rsidRPr="008E006D">
        <w:rPr>
          <w:rFonts w:cs="Sakkal Majalla"/>
          <w:b/>
          <w:sz w:val="36"/>
          <w:szCs w:val="38"/>
        </w:rPr>
        <w:t xml:space="preserve">1.5.2 </w:t>
      </w:r>
      <w:r w:rsidRPr="008E006D">
        <w:rPr>
          <w:rFonts w:cs="Sakkal Majalla"/>
          <w:b/>
          <w:bCs/>
          <w:sz w:val="36"/>
          <w:szCs w:val="38"/>
          <w:rtl/>
        </w:rPr>
        <w:t>الأهمية</w:t>
      </w:r>
      <w:r w:rsidRPr="008E006D">
        <w:rPr>
          <w:rFonts w:cs="Sakkal Majalla"/>
          <w:b/>
          <w:sz w:val="36"/>
          <w:szCs w:val="38"/>
        </w:rPr>
        <w:t xml:space="preserve"> </w:t>
      </w:r>
      <w:r w:rsidRPr="008E006D">
        <w:rPr>
          <w:rFonts w:cs="Sakkal Majalla"/>
          <w:b/>
          <w:bCs/>
          <w:sz w:val="36"/>
          <w:szCs w:val="38"/>
          <w:rtl/>
        </w:rPr>
        <w:t>العملية</w:t>
      </w:r>
      <w:r w:rsidR="008D0B36">
        <w:rPr>
          <w:rFonts w:cs="Sakkal Majalla" w:hint="cs"/>
          <w:b/>
          <w:bCs/>
          <w:sz w:val="36"/>
          <w:szCs w:val="38"/>
          <w:rtl/>
        </w:rPr>
        <w:t xml:space="preserve">: </w:t>
      </w:r>
    </w:p>
    <w:p w14:paraId="3ED6983E" w14:textId="77777777" w:rsidR="008E006D" w:rsidRPr="008E006D" w:rsidRDefault="008E006D" w:rsidP="008E006D">
      <w:pPr>
        <w:ind w:firstLine="0"/>
        <w:rPr>
          <w:rFonts w:cs="Sakkal Majalla"/>
          <w:sz w:val="36"/>
          <w:szCs w:val="38"/>
        </w:rPr>
      </w:pPr>
      <w:r w:rsidRPr="008E006D">
        <w:rPr>
          <w:rFonts w:ascii="Arial" w:hAnsi="Arial" w:cs="Arial"/>
          <w:sz w:val="36"/>
          <w:szCs w:val="38"/>
        </w:rPr>
        <w:t>▪</w:t>
      </w:r>
      <w:r w:rsidRPr="008E006D">
        <w:rPr>
          <w:rFonts w:cs="Sakkal Majalla"/>
          <w:sz w:val="36"/>
          <w:szCs w:val="38"/>
        </w:rPr>
        <w:t xml:space="preserve"> </w:t>
      </w:r>
      <w:r w:rsidRPr="008E006D">
        <w:rPr>
          <w:rFonts w:cs="Sakkal Majalla"/>
          <w:sz w:val="36"/>
          <w:szCs w:val="38"/>
          <w:rtl/>
        </w:rPr>
        <w:t>مساعدة</w:t>
      </w:r>
      <w:r w:rsidRPr="008E006D">
        <w:rPr>
          <w:rFonts w:cs="Sakkal Majalla"/>
          <w:sz w:val="36"/>
          <w:szCs w:val="38"/>
        </w:rPr>
        <w:t xml:space="preserve"> </w:t>
      </w:r>
      <w:r w:rsidRPr="008E006D">
        <w:rPr>
          <w:rFonts w:cs="Sakkal Majalla"/>
          <w:sz w:val="36"/>
          <w:szCs w:val="38"/>
          <w:rtl/>
        </w:rPr>
        <w:t>صناع</w:t>
      </w:r>
      <w:r w:rsidRPr="008E006D">
        <w:rPr>
          <w:rFonts w:cs="Sakkal Majalla"/>
          <w:sz w:val="36"/>
          <w:szCs w:val="38"/>
        </w:rPr>
        <w:t xml:space="preserve"> </w:t>
      </w:r>
      <w:r w:rsidRPr="008E006D">
        <w:rPr>
          <w:rFonts w:cs="Sakkal Majalla"/>
          <w:sz w:val="36"/>
          <w:szCs w:val="38"/>
          <w:rtl/>
        </w:rPr>
        <w:t>القرار</w:t>
      </w:r>
      <w:r w:rsidRPr="008E006D">
        <w:rPr>
          <w:rFonts w:cs="Sakkal Majalla"/>
          <w:sz w:val="36"/>
          <w:szCs w:val="38"/>
        </w:rPr>
        <w:t xml:space="preserve"> </w:t>
      </w:r>
      <w:r w:rsidRPr="008E006D">
        <w:rPr>
          <w:rFonts w:cs="Sakkal Majalla"/>
          <w:sz w:val="36"/>
          <w:szCs w:val="38"/>
          <w:rtl/>
        </w:rPr>
        <w:t>في</w:t>
      </w:r>
      <w:r w:rsidRPr="008E006D">
        <w:rPr>
          <w:rFonts w:cs="Sakkal Majalla"/>
          <w:sz w:val="36"/>
          <w:szCs w:val="38"/>
        </w:rPr>
        <w:t xml:space="preserve"> </w:t>
      </w:r>
      <w:r w:rsidRPr="008E006D">
        <w:rPr>
          <w:rFonts w:cs="Sakkal Majalla"/>
          <w:sz w:val="36"/>
          <w:szCs w:val="38"/>
          <w:rtl/>
        </w:rPr>
        <w:t>الجهات</w:t>
      </w:r>
      <w:r w:rsidRPr="008E006D">
        <w:rPr>
          <w:rFonts w:cs="Sakkal Majalla"/>
          <w:sz w:val="36"/>
          <w:szCs w:val="38"/>
        </w:rPr>
        <w:t xml:space="preserve"> </w:t>
      </w:r>
      <w:r w:rsidRPr="008E006D">
        <w:rPr>
          <w:rFonts w:cs="Sakkal Majalla"/>
          <w:sz w:val="36"/>
          <w:szCs w:val="38"/>
          <w:rtl/>
        </w:rPr>
        <w:t>الحكومية</w:t>
      </w:r>
      <w:r w:rsidRPr="008E006D">
        <w:rPr>
          <w:rFonts w:cs="Sakkal Majalla"/>
          <w:sz w:val="36"/>
          <w:szCs w:val="38"/>
        </w:rPr>
        <w:t xml:space="preserve"> </w:t>
      </w:r>
      <w:r w:rsidRPr="008E006D">
        <w:rPr>
          <w:rFonts w:cs="Sakkal Majalla"/>
          <w:sz w:val="36"/>
          <w:szCs w:val="38"/>
          <w:rtl/>
        </w:rPr>
        <w:t>على</w:t>
      </w:r>
      <w:r w:rsidRPr="008E006D">
        <w:rPr>
          <w:rFonts w:cs="Sakkal Majalla"/>
          <w:sz w:val="36"/>
          <w:szCs w:val="38"/>
        </w:rPr>
        <w:t xml:space="preserve"> </w:t>
      </w:r>
      <w:r w:rsidRPr="008E006D">
        <w:rPr>
          <w:rFonts w:cs="Sakkal Majalla"/>
          <w:sz w:val="36"/>
          <w:szCs w:val="38"/>
          <w:rtl/>
        </w:rPr>
        <w:t>تحديد</w:t>
      </w:r>
      <w:r w:rsidRPr="008E006D">
        <w:rPr>
          <w:rFonts w:cs="Sakkal Majalla"/>
          <w:sz w:val="36"/>
          <w:szCs w:val="38"/>
        </w:rPr>
        <w:t xml:space="preserve"> </w:t>
      </w:r>
      <w:r w:rsidRPr="008E006D">
        <w:rPr>
          <w:rFonts w:cs="Sakkal Majalla"/>
          <w:sz w:val="36"/>
          <w:szCs w:val="38"/>
          <w:rtl/>
        </w:rPr>
        <w:t>أولويات</w:t>
      </w:r>
      <w:r w:rsidRPr="008E006D">
        <w:rPr>
          <w:rFonts w:cs="Sakkal Majalla"/>
          <w:sz w:val="36"/>
          <w:szCs w:val="38"/>
        </w:rPr>
        <w:t xml:space="preserve"> </w:t>
      </w:r>
      <w:r w:rsidRPr="008E006D">
        <w:rPr>
          <w:rFonts w:cs="Sakkal Majalla"/>
          <w:sz w:val="36"/>
          <w:szCs w:val="38"/>
          <w:rtl/>
        </w:rPr>
        <w:t>الاستثمار</w:t>
      </w:r>
      <w:r w:rsidRPr="008E006D">
        <w:rPr>
          <w:rFonts w:cs="Sakkal Majalla"/>
          <w:sz w:val="36"/>
          <w:szCs w:val="38"/>
        </w:rPr>
        <w:t xml:space="preserve"> </w:t>
      </w:r>
      <w:r w:rsidRPr="008E006D">
        <w:rPr>
          <w:rFonts w:cs="Sakkal Majalla"/>
          <w:sz w:val="36"/>
          <w:szCs w:val="38"/>
          <w:rtl/>
        </w:rPr>
        <w:t>بين</w:t>
      </w:r>
      <w:r w:rsidRPr="008E006D">
        <w:rPr>
          <w:rFonts w:cs="Sakkal Majalla"/>
          <w:sz w:val="36"/>
          <w:szCs w:val="38"/>
        </w:rPr>
        <w:t xml:space="preserve"> </w:t>
      </w:r>
      <w:r w:rsidRPr="008E006D">
        <w:rPr>
          <w:rFonts w:cs="Sakkal Majalla"/>
          <w:sz w:val="36"/>
          <w:szCs w:val="38"/>
          <w:rtl/>
        </w:rPr>
        <w:t>البنية</w:t>
      </w:r>
      <w:r w:rsidRPr="008E006D">
        <w:rPr>
          <w:rFonts w:cs="Sakkal Majalla"/>
          <w:sz w:val="36"/>
          <w:szCs w:val="38"/>
        </w:rPr>
        <w:t xml:space="preserve"> </w:t>
      </w:r>
      <w:r w:rsidRPr="008E006D">
        <w:rPr>
          <w:rFonts w:cs="Sakkal Majalla"/>
          <w:sz w:val="36"/>
          <w:szCs w:val="38"/>
          <w:rtl/>
        </w:rPr>
        <w:t>التقنية</w:t>
      </w:r>
      <w:r w:rsidRPr="008E006D">
        <w:rPr>
          <w:rFonts w:cs="Sakkal Majalla"/>
          <w:sz w:val="36"/>
          <w:szCs w:val="38"/>
        </w:rPr>
        <w:t xml:space="preserve"> </w:t>
      </w:r>
      <w:r w:rsidRPr="008E006D">
        <w:rPr>
          <w:rFonts w:cs="Sakkal Majalla"/>
          <w:sz w:val="36"/>
          <w:szCs w:val="38"/>
          <w:rtl/>
        </w:rPr>
        <w:t>وبناء</w:t>
      </w:r>
      <w:r w:rsidRPr="008E006D">
        <w:rPr>
          <w:rFonts w:cs="Sakkal Majalla"/>
          <w:sz w:val="36"/>
          <w:szCs w:val="38"/>
        </w:rPr>
        <w:t xml:space="preserve"> </w:t>
      </w:r>
      <w:r w:rsidRPr="008E006D">
        <w:rPr>
          <w:rFonts w:cs="Sakkal Majalla"/>
          <w:sz w:val="36"/>
          <w:szCs w:val="38"/>
          <w:rtl/>
        </w:rPr>
        <w:t>الثقافة</w:t>
      </w:r>
      <w:r w:rsidRPr="008E006D">
        <w:rPr>
          <w:rFonts w:cs="Sakkal Majalla"/>
          <w:sz w:val="36"/>
          <w:szCs w:val="38"/>
        </w:rPr>
        <w:t xml:space="preserve"> </w:t>
      </w:r>
      <w:r w:rsidRPr="008E006D">
        <w:rPr>
          <w:rFonts w:cs="Sakkal Majalla"/>
          <w:sz w:val="36"/>
          <w:szCs w:val="38"/>
          <w:rtl/>
        </w:rPr>
        <w:t>الرقمية</w:t>
      </w:r>
      <w:r w:rsidRPr="008E006D">
        <w:rPr>
          <w:rFonts w:cs="Sakkal Majalla"/>
          <w:sz w:val="36"/>
          <w:szCs w:val="38"/>
        </w:rPr>
        <w:t xml:space="preserve"> </w:t>
      </w:r>
      <w:r w:rsidRPr="008E006D">
        <w:rPr>
          <w:rFonts w:cs="Sakkal Majalla"/>
          <w:sz w:val="36"/>
          <w:szCs w:val="38"/>
          <w:rtl/>
        </w:rPr>
        <w:t>وتطوير</w:t>
      </w:r>
      <w:r w:rsidRPr="008E006D">
        <w:rPr>
          <w:rFonts w:cs="Sakkal Majalla"/>
          <w:sz w:val="36"/>
          <w:szCs w:val="38"/>
        </w:rPr>
        <w:t xml:space="preserve"> </w:t>
      </w:r>
      <w:r w:rsidRPr="008E006D">
        <w:rPr>
          <w:rFonts w:cs="Sakkal Majalla"/>
          <w:sz w:val="36"/>
          <w:szCs w:val="38"/>
          <w:rtl/>
        </w:rPr>
        <w:t>القيادة</w:t>
      </w:r>
      <w:r w:rsidRPr="008E006D">
        <w:rPr>
          <w:rFonts w:cs="Sakkal Majalla"/>
          <w:sz w:val="36"/>
          <w:szCs w:val="38"/>
        </w:rPr>
        <w:t xml:space="preserve"> </w:t>
      </w:r>
      <w:r w:rsidRPr="008E006D">
        <w:rPr>
          <w:rFonts w:cs="Sakkal Majalla"/>
          <w:sz w:val="36"/>
          <w:szCs w:val="38"/>
          <w:rtl/>
        </w:rPr>
        <w:t>وتوظيف</w:t>
      </w:r>
      <w:r w:rsidRPr="008E006D">
        <w:rPr>
          <w:rFonts w:cs="Sakkal Majalla"/>
          <w:sz w:val="36"/>
          <w:szCs w:val="38"/>
        </w:rPr>
        <w:t xml:space="preserve"> </w:t>
      </w:r>
      <w:r w:rsidRPr="008E006D">
        <w:rPr>
          <w:rFonts w:cs="Sakkal Majalla"/>
          <w:sz w:val="36"/>
          <w:szCs w:val="38"/>
          <w:rtl/>
        </w:rPr>
        <w:t>التقنيات</w:t>
      </w:r>
      <w:r w:rsidRPr="008E006D">
        <w:rPr>
          <w:rFonts w:cs="Sakkal Majalla"/>
          <w:sz w:val="36"/>
          <w:szCs w:val="38"/>
        </w:rPr>
        <w:t xml:space="preserve"> </w:t>
      </w:r>
      <w:r w:rsidRPr="008E006D">
        <w:rPr>
          <w:rFonts w:cs="Sakkal Majalla"/>
          <w:sz w:val="36"/>
          <w:szCs w:val="38"/>
          <w:rtl/>
        </w:rPr>
        <w:t>الذكية</w:t>
      </w:r>
      <w:r w:rsidRPr="008E006D">
        <w:rPr>
          <w:rFonts w:cs="Sakkal Majalla"/>
          <w:sz w:val="36"/>
          <w:szCs w:val="38"/>
        </w:rPr>
        <w:t>.</w:t>
      </w:r>
    </w:p>
    <w:p w14:paraId="499B58EA" w14:textId="77777777" w:rsidR="008E006D" w:rsidRPr="008E006D" w:rsidRDefault="008E006D" w:rsidP="008E006D">
      <w:pPr>
        <w:ind w:firstLine="0"/>
        <w:rPr>
          <w:rFonts w:cs="Sakkal Majalla"/>
          <w:sz w:val="36"/>
          <w:szCs w:val="38"/>
        </w:rPr>
      </w:pPr>
      <w:r w:rsidRPr="008E006D">
        <w:rPr>
          <w:rFonts w:ascii="Arial" w:hAnsi="Arial" w:cs="Arial"/>
          <w:sz w:val="36"/>
          <w:szCs w:val="38"/>
        </w:rPr>
        <w:t>▪</w:t>
      </w:r>
      <w:r w:rsidRPr="008E006D">
        <w:rPr>
          <w:rFonts w:cs="Sakkal Majalla"/>
          <w:sz w:val="36"/>
          <w:szCs w:val="38"/>
        </w:rPr>
        <w:t xml:space="preserve"> </w:t>
      </w:r>
      <w:r w:rsidRPr="008E006D">
        <w:rPr>
          <w:rFonts w:cs="Sakkal Majalla"/>
          <w:sz w:val="36"/>
          <w:szCs w:val="38"/>
          <w:rtl/>
        </w:rPr>
        <w:t>تقديم</w:t>
      </w:r>
      <w:r w:rsidRPr="008E006D">
        <w:rPr>
          <w:rFonts w:cs="Sakkal Majalla"/>
          <w:sz w:val="36"/>
          <w:szCs w:val="38"/>
        </w:rPr>
        <w:t xml:space="preserve"> </w:t>
      </w:r>
      <w:r w:rsidRPr="008E006D">
        <w:rPr>
          <w:rFonts w:cs="Sakkal Majalla"/>
          <w:sz w:val="36"/>
          <w:szCs w:val="38"/>
          <w:rtl/>
        </w:rPr>
        <w:t>مؤشرات</w:t>
      </w:r>
      <w:r w:rsidRPr="008E006D">
        <w:rPr>
          <w:rFonts w:cs="Sakkal Majalla"/>
          <w:sz w:val="36"/>
          <w:szCs w:val="38"/>
        </w:rPr>
        <w:t xml:space="preserve"> </w:t>
      </w:r>
      <w:r w:rsidRPr="008E006D">
        <w:rPr>
          <w:rFonts w:cs="Sakkal Majalla"/>
          <w:sz w:val="36"/>
          <w:szCs w:val="38"/>
          <w:rtl/>
        </w:rPr>
        <w:t>عملية</w:t>
      </w:r>
      <w:r w:rsidRPr="008E006D">
        <w:rPr>
          <w:rFonts w:cs="Sakkal Majalla"/>
          <w:sz w:val="36"/>
          <w:szCs w:val="38"/>
        </w:rPr>
        <w:t xml:space="preserve"> </w:t>
      </w:r>
      <w:r w:rsidRPr="008E006D">
        <w:rPr>
          <w:rFonts w:cs="Sakkal Majalla"/>
          <w:sz w:val="36"/>
          <w:szCs w:val="38"/>
          <w:rtl/>
        </w:rPr>
        <w:t>يمكن</w:t>
      </w:r>
      <w:r w:rsidRPr="008E006D">
        <w:rPr>
          <w:rFonts w:cs="Sakkal Majalla"/>
          <w:sz w:val="36"/>
          <w:szCs w:val="38"/>
        </w:rPr>
        <w:t xml:space="preserve"> </w:t>
      </w:r>
      <w:r w:rsidRPr="008E006D">
        <w:rPr>
          <w:rFonts w:cs="Sakkal Majalla"/>
          <w:sz w:val="36"/>
          <w:szCs w:val="38"/>
          <w:rtl/>
        </w:rPr>
        <w:t>أن</w:t>
      </w:r>
      <w:r w:rsidRPr="008E006D">
        <w:rPr>
          <w:rFonts w:cs="Sakkal Majalla"/>
          <w:sz w:val="36"/>
          <w:szCs w:val="38"/>
        </w:rPr>
        <w:t xml:space="preserve"> </w:t>
      </w:r>
      <w:r w:rsidRPr="008E006D">
        <w:rPr>
          <w:rFonts w:cs="Sakkal Majalla"/>
          <w:sz w:val="36"/>
          <w:szCs w:val="38"/>
          <w:rtl/>
        </w:rPr>
        <w:t>يستفيد</w:t>
      </w:r>
      <w:r w:rsidRPr="008E006D">
        <w:rPr>
          <w:rFonts w:cs="Sakkal Majalla"/>
          <w:sz w:val="36"/>
          <w:szCs w:val="38"/>
        </w:rPr>
        <w:t xml:space="preserve"> </w:t>
      </w:r>
      <w:r w:rsidRPr="008E006D">
        <w:rPr>
          <w:rFonts w:cs="Sakkal Majalla"/>
          <w:sz w:val="36"/>
          <w:szCs w:val="38"/>
          <w:rtl/>
        </w:rPr>
        <w:t>منها</w:t>
      </w:r>
      <w:r w:rsidRPr="008E006D">
        <w:rPr>
          <w:rFonts w:cs="Sakkal Majalla"/>
          <w:sz w:val="36"/>
          <w:szCs w:val="38"/>
        </w:rPr>
        <w:t xml:space="preserve"> </w:t>
      </w:r>
      <w:r w:rsidRPr="008E006D">
        <w:rPr>
          <w:rFonts w:cs="Sakkal Majalla"/>
          <w:sz w:val="36"/>
          <w:szCs w:val="38"/>
          <w:rtl/>
        </w:rPr>
        <w:t>مديرو</w:t>
      </w:r>
      <w:r w:rsidRPr="008E006D">
        <w:rPr>
          <w:rFonts w:cs="Sakkal Majalla"/>
          <w:sz w:val="36"/>
          <w:szCs w:val="38"/>
        </w:rPr>
        <w:t xml:space="preserve"> </w:t>
      </w:r>
      <w:r w:rsidRPr="008E006D">
        <w:rPr>
          <w:rFonts w:cs="Sakkal Majalla"/>
          <w:sz w:val="36"/>
          <w:szCs w:val="38"/>
          <w:rtl/>
        </w:rPr>
        <w:t>مكاتب</w:t>
      </w:r>
      <w:r w:rsidRPr="008E006D">
        <w:rPr>
          <w:rFonts w:cs="Sakkal Majalla"/>
          <w:sz w:val="36"/>
          <w:szCs w:val="38"/>
        </w:rPr>
        <w:t xml:space="preserve"> </w:t>
      </w:r>
      <w:r w:rsidRPr="008E006D">
        <w:rPr>
          <w:rFonts w:cs="Sakkal Majalla"/>
          <w:sz w:val="36"/>
          <w:szCs w:val="38"/>
          <w:rtl/>
        </w:rPr>
        <w:t>إدارة</w:t>
      </w:r>
      <w:r w:rsidRPr="008E006D">
        <w:rPr>
          <w:rFonts w:cs="Sakkal Majalla"/>
          <w:sz w:val="36"/>
          <w:szCs w:val="38"/>
        </w:rPr>
        <w:t xml:space="preserve"> </w:t>
      </w:r>
      <w:r w:rsidRPr="008E006D">
        <w:rPr>
          <w:rFonts w:cs="Sakkal Majalla"/>
          <w:sz w:val="36"/>
          <w:szCs w:val="38"/>
          <w:rtl/>
        </w:rPr>
        <w:t>المشاريع</w:t>
      </w:r>
      <w:r w:rsidRPr="008E006D">
        <w:rPr>
          <w:rFonts w:cs="Sakkal Majalla"/>
          <w:sz w:val="36"/>
          <w:szCs w:val="38"/>
        </w:rPr>
        <w:t xml:space="preserve"> PMO </w:t>
      </w:r>
      <w:r w:rsidRPr="008E006D">
        <w:rPr>
          <w:rFonts w:cs="Sakkal Majalla"/>
          <w:sz w:val="36"/>
          <w:szCs w:val="38"/>
          <w:rtl/>
        </w:rPr>
        <w:t>في</w:t>
      </w:r>
      <w:r w:rsidRPr="008E006D">
        <w:rPr>
          <w:rFonts w:cs="Sakkal Majalla"/>
          <w:sz w:val="36"/>
          <w:szCs w:val="38"/>
        </w:rPr>
        <w:t xml:space="preserve"> </w:t>
      </w:r>
      <w:r w:rsidRPr="008E006D">
        <w:rPr>
          <w:rFonts w:cs="Sakkal Majalla"/>
          <w:sz w:val="36"/>
          <w:szCs w:val="38"/>
          <w:rtl/>
        </w:rPr>
        <w:t>تحسين</w:t>
      </w:r>
      <w:r w:rsidRPr="008E006D">
        <w:rPr>
          <w:rFonts w:cs="Sakkal Majalla"/>
          <w:sz w:val="36"/>
          <w:szCs w:val="38"/>
        </w:rPr>
        <w:t xml:space="preserve"> </w:t>
      </w:r>
      <w:r w:rsidRPr="008E006D">
        <w:rPr>
          <w:rFonts w:cs="Sakkal Majalla"/>
          <w:sz w:val="36"/>
          <w:szCs w:val="38"/>
          <w:rtl/>
        </w:rPr>
        <w:t>التخطيط</w:t>
      </w:r>
      <w:r w:rsidRPr="008E006D">
        <w:rPr>
          <w:rFonts w:cs="Sakkal Majalla"/>
          <w:sz w:val="36"/>
          <w:szCs w:val="38"/>
        </w:rPr>
        <w:t xml:space="preserve"> </w:t>
      </w:r>
      <w:r w:rsidRPr="008E006D">
        <w:rPr>
          <w:rFonts w:cs="Sakkal Majalla"/>
          <w:sz w:val="36"/>
          <w:szCs w:val="38"/>
          <w:rtl/>
        </w:rPr>
        <w:t>والمتابعة</w:t>
      </w:r>
      <w:r w:rsidRPr="008E006D">
        <w:rPr>
          <w:rFonts w:cs="Sakkal Majalla"/>
          <w:sz w:val="36"/>
          <w:szCs w:val="38"/>
        </w:rPr>
        <w:t xml:space="preserve"> </w:t>
      </w:r>
      <w:r w:rsidRPr="008E006D">
        <w:rPr>
          <w:rFonts w:cs="Sakkal Majalla"/>
          <w:sz w:val="36"/>
          <w:szCs w:val="38"/>
          <w:rtl/>
        </w:rPr>
        <w:t>وإدارة</w:t>
      </w:r>
      <w:r w:rsidRPr="008E006D">
        <w:rPr>
          <w:rFonts w:cs="Sakkal Majalla"/>
          <w:sz w:val="36"/>
          <w:szCs w:val="38"/>
        </w:rPr>
        <w:t xml:space="preserve"> </w:t>
      </w:r>
      <w:r w:rsidRPr="008E006D">
        <w:rPr>
          <w:rFonts w:cs="Sakkal Majalla"/>
          <w:sz w:val="36"/>
          <w:szCs w:val="38"/>
          <w:rtl/>
        </w:rPr>
        <w:t>المخاطر</w:t>
      </w:r>
      <w:r w:rsidRPr="008E006D">
        <w:rPr>
          <w:rFonts w:cs="Sakkal Majalla"/>
          <w:sz w:val="36"/>
          <w:szCs w:val="38"/>
        </w:rPr>
        <w:t>.</w:t>
      </w:r>
    </w:p>
    <w:p w14:paraId="67AEF367" w14:textId="77777777" w:rsidR="008E006D" w:rsidRPr="008E006D" w:rsidRDefault="008E006D" w:rsidP="008E006D">
      <w:pPr>
        <w:ind w:firstLine="0"/>
        <w:rPr>
          <w:rFonts w:cs="Sakkal Majalla"/>
          <w:sz w:val="36"/>
          <w:szCs w:val="38"/>
        </w:rPr>
      </w:pPr>
      <w:r w:rsidRPr="008E006D">
        <w:rPr>
          <w:rFonts w:ascii="Arial" w:hAnsi="Arial" w:cs="Arial"/>
          <w:sz w:val="36"/>
          <w:szCs w:val="38"/>
        </w:rPr>
        <w:t>▪</w:t>
      </w:r>
      <w:r w:rsidRPr="008E006D">
        <w:rPr>
          <w:rFonts w:cs="Sakkal Majalla"/>
          <w:sz w:val="36"/>
          <w:szCs w:val="38"/>
        </w:rPr>
        <w:t xml:space="preserve"> </w:t>
      </w:r>
      <w:r w:rsidRPr="008E006D">
        <w:rPr>
          <w:rFonts w:cs="Sakkal Majalla"/>
          <w:sz w:val="36"/>
          <w:szCs w:val="38"/>
          <w:rtl/>
        </w:rPr>
        <w:t>دعم</w:t>
      </w:r>
      <w:r w:rsidRPr="008E006D">
        <w:rPr>
          <w:rFonts w:cs="Sakkal Majalla"/>
          <w:sz w:val="36"/>
          <w:szCs w:val="38"/>
        </w:rPr>
        <w:t xml:space="preserve"> </w:t>
      </w:r>
      <w:r w:rsidRPr="008E006D">
        <w:rPr>
          <w:rFonts w:cs="Sakkal Majalla"/>
          <w:sz w:val="36"/>
          <w:szCs w:val="38"/>
          <w:rtl/>
        </w:rPr>
        <w:t>مستهدفات</w:t>
      </w:r>
      <w:r w:rsidRPr="008E006D">
        <w:rPr>
          <w:rFonts w:cs="Sakkal Majalla"/>
          <w:sz w:val="36"/>
          <w:szCs w:val="38"/>
        </w:rPr>
        <w:t xml:space="preserve"> </w:t>
      </w:r>
      <w:r w:rsidRPr="008E006D">
        <w:rPr>
          <w:rFonts w:cs="Sakkal Majalla"/>
          <w:sz w:val="36"/>
          <w:szCs w:val="38"/>
          <w:rtl/>
        </w:rPr>
        <w:t>رؤية</w:t>
      </w:r>
      <w:r w:rsidRPr="008E006D">
        <w:rPr>
          <w:rFonts w:cs="Sakkal Majalla"/>
          <w:sz w:val="36"/>
          <w:szCs w:val="38"/>
        </w:rPr>
        <w:t xml:space="preserve"> </w:t>
      </w:r>
      <w:r w:rsidRPr="008E006D">
        <w:rPr>
          <w:rFonts w:cs="Sakkal Majalla"/>
          <w:sz w:val="36"/>
          <w:szCs w:val="38"/>
          <w:rtl/>
        </w:rPr>
        <w:t>السعودية</w:t>
      </w:r>
      <w:r w:rsidRPr="008E006D">
        <w:rPr>
          <w:rFonts w:cs="Sakkal Majalla"/>
          <w:sz w:val="36"/>
          <w:szCs w:val="38"/>
        </w:rPr>
        <w:t xml:space="preserve"> 2030 </w:t>
      </w:r>
      <w:r w:rsidRPr="008E006D">
        <w:rPr>
          <w:rFonts w:cs="Sakkal Majalla"/>
          <w:sz w:val="36"/>
          <w:szCs w:val="38"/>
          <w:rtl/>
        </w:rPr>
        <w:t>وبرنامج</w:t>
      </w:r>
      <w:r w:rsidRPr="008E006D">
        <w:rPr>
          <w:rFonts w:cs="Sakkal Majalla"/>
          <w:sz w:val="36"/>
          <w:szCs w:val="38"/>
        </w:rPr>
        <w:t xml:space="preserve"> </w:t>
      </w:r>
      <w:r w:rsidRPr="008E006D">
        <w:rPr>
          <w:rFonts w:cs="Sakkal Majalla"/>
          <w:sz w:val="36"/>
          <w:szCs w:val="38"/>
          <w:rtl/>
        </w:rPr>
        <w:t>التحول</w:t>
      </w:r>
      <w:r w:rsidRPr="008E006D">
        <w:rPr>
          <w:rFonts w:cs="Sakkal Majalla"/>
          <w:sz w:val="36"/>
          <w:szCs w:val="38"/>
        </w:rPr>
        <w:t xml:space="preserve"> </w:t>
      </w:r>
      <w:r w:rsidRPr="008E006D">
        <w:rPr>
          <w:rFonts w:cs="Sakkal Majalla"/>
          <w:sz w:val="36"/>
          <w:szCs w:val="38"/>
          <w:rtl/>
        </w:rPr>
        <w:t>الوطني</w:t>
      </w:r>
      <w:r w:rsidRPr="008E006D">
        <w:rPr>
          <w:rFonts w:cs="Sakkal Majalla"/>
          <w:sz w:val="36"/>
          <w:szCs w:val="38"/>
        </w:rPr>
        <w:t xml:space="preserve"> </w:t>
      </w:r>
      <w:r w:rsidRPr="008E006D">
        <w:rPr>
          <w:rFonts w:cs="Sakkal Majalla"/>
          <w:sz w:val="36"/>
          <w:szCs w:val="38"/>
          <w:rtl/>
        </w:rPr>
        <w:t>من</w:t>
      </w:r>
      <w:r w:rsidRPr="008E006D">
        <w:rPr>
          <w:rFonts w:cs="Sakkal Majalla"/>
          <w:sz w:val="36"/>
          <w:szCs w:val="38"/>
        </w:rPr>
        <w:t xml:space="preserve"> </w:t>
      </w:r>
      <w:r w:rsidRPr="008E006D">
        <w:rPr>
          <w:rFonts w:cs="Sakkal Majalla"/>
          <w:sz w:val="36"/>
          <w:szCs w:val="38"/>
          <w:rtl/>
        </w:rPr>
        <w:t>خلال</w:t>
      </w:r>
      <w:r w:rsidRPr="008E006D">
        <w:rPr>
          <w:rFonts w:cs="Sakkal Majalla"/>
          <w:sz w:val="36"/>
          <w:szCs w:val="38"/>
        </w:rPr>
        <w:t xml:space="preserve"> </w:t>
      </w:r>
      <w:r w:rsidRPr="008E006D">
        <w:rPr>
          <w:rFonts w:cs="Sakkal Majalla"/>
          <w:sz w:val="36"/>
          <w:szCs w:val="38"/>
          <w:rtl/>
        </w:rPr>
        <w:t>تحسين</w:t>
      </w:r>
      <w:r w:rsidRPr="008E006D">
        <w:rPr>
          <w:rFonts w:cs="Sakkal Majalla"/>
          <w:sz w:val="36"/>
          <w:szCs w:val="38"/>
        </w:rPr>
        <w:t xml:space="preserve"> </w:t>
      </w:r>
      <w:r w:rsidRPr="008E006D">
        <w:rPr>
          <w:rFonts w:cs="Sakkal Majalla"/>
          <w:sz w:val="36"/>
          <w:szCs w:val="38"/>
          <w:rtl/>
        </w:rPr>
        <w:t>كفاءة</w:t>
      </w:r>
      <w:r w:rsidRPr="008E006D">
        <w:rPr>
          <w:rFonts w:cs="Sakkal Majalla"/>
          <w:sz w:val="36"/>
          <w:szCs w:val="38"/>
        </w:rPr>
        <w:t xml:space="preserve"> </w:t>
      </w:r>
      <w:r w:rsidRPr="008E006D">
        <w:rPr>
          <w:rFonts w:cs="Sakkal Majalla"/>
          <w:sz w:val="36"/>
          <w:szCs w:val="38"/>
          <w:rtl/>
        </w:rPr>
        <w:t>تنفيذ</w:t>
      </w:r>
      <w:r w:rsidRPr="008E006D">
        <w:rPr>
          <w:rFonts w:cs="Sakkal Majalla"/>
          <w:sz w:val="36"/>
          <w:szCs w:val="38"/>
        </w:rPr>
        <w:t xml:space="preserve"> </w:t>
      </w:r>
      <w:r w:rsidRPr="008E006D">
        <w:rPr>
          <w:rFonts w:cs="Sakkal Majalla"/>
          <w:sz w:val="36"/>
          <w:szCs w:val="38"/>
          <w:rtl/>
        </w:rPr>
        <w:t>المشاريع</w:t>
      </w:r>
      <w:r w:rsidRPr="008E006D">
        <w:rPr>
          <w:rFonts w:cs="Sakkal Majalla"/>
          <w:sz w:val="36"/>
          <w:szCs w:val="38"/>
        </w:rPr>
        <w:t xml:space="preserve"> </w:t>
      </w:r>
      <w:r w:rsidRPr="008E006D">
        <w:rPr>
          <w:rFonts w:cs="Sakkal Majalla"/>
          <w:sz w:val="36"/>
          <w:szCs w:val="38"/>
          <w:rtl/>
        </w:rPr>
        <w:t>الرقمية</w:t>
      </w:r>
      <w:r w:rsidRPr="008E006D">
        <w:rPr>
          <w:rFonts w:cs="Sakkal Majalla"/>
          <w:sz w:val="36"/>
          <w:szCs w:val="38"/>
        </w:rPr>
        <w:t xml:space="preserve"> </w:t>
      </w:r>
      <w:r w:rsidRPr="008E006D">
        <w:rPr>
          <w:rFonts w:cs="Sakkal Majalla"/>
          <w:sz w:val="36"/>
          <w:szCs w:val="38"/>
          <w:rtl/>
        </w:rPr>
        <w:t>ورفع</w:t>
      </w:r>
      <w:r w:rsidRPr="008E006D">
        <w:rPr>
          <w:rFonts w:cs="Sakkal Majalla"/>
          <w:sz w:val="36"/>
          <w:szCs w:val="38"/>
        </w:rPr>
        <w:t xml:space="preserve"> </w:t>
      </w:r>
      <w:r w:rsidRPr="008E006D">
        <w:rPr>
          <w:rFonts w:cs="Sakkal Majalla"/>
          <w:sz w:val="36"/>
          <w:szCs w:val="38"/>
          <w:rtl/>
        </w:rPr>
        <w:t>جودة</w:t>
      </w:r>
      <w:r w:rsidRPr="008E006D">
        <w:rPr>
          <w:rFonts w:cs="Sakkal Majalla"/>
          <w:sz w:val="36"/>
          <w:szCs w:val="38"/>
        </w:rPr>
        <w:t xml:space="preserve"> </w:t>
      </w:r>
      <w:r w:rsidRPr="008E006D">
        <w:rPr>
          <w:rFonts w:cs="Sakkal Majalla"/>
          <w:sz w:val="36"/>
          <w:szCs w:val="38"/>
          <w:rtl/>
        </w:rPr>
        <w:t>الخدمات</w:t>
      </w:r>
      <w:r w:rsidRPr="008E006D">
        <w:rPr>
          <w:rFonts w:cs="Sakkal Majalla"/>
          <w:sz w:val="36"/>
          <w:szCs w:val="38"/>
        </w:rPr>
        <w:t xml:space="preserve"> </w:t>
      </w:r>
      <w:r w:rsidRPr="008E006D">
        <w:rPr>
          <w:rFonts w:cs="Sakkal Majalla"/>
          <w:sz w:val="36"/>
          <w:szCs w:val="38"/>
          <w:rtl/>
        </w:rPr>
        <w:t>الحكومية</w:t>
      </w:r>
      <w:r w:rsidRPr="008E006D">
        <w:rPr>
          <w:rFonts w:cs="Sakkal Majalla"/>
          <w:sz w:val="36"/>
          <w:szCs w:val="38"/>
        </w:rPr>
        <w:t>.</w:t>
      </w:r>
    </w:p>
    <w:p w14:paraId="3DBCB3EC" w14:textId="77777777" w:rsidR="008E006D" w:rsidRPr="008E006D" w:rsidRDefault="008E006D" w:rsidP="008E006D">
      <w:pPr>
        <w:ind w:firstLine="0"/>
        <w:rPr>
          <w:rFonts w:cs="Sakkal Majalla"/>
          <w:sz w:val="36"/>
          <w:szCs w:val="38"/>
        </w:rPr>
      </w:pPr>
      <w:r w:rsidRPr="008E006D">
        <w:rPr>
          <w:rFonts w:ascii="Arial" w:hAnsi="Arial" w:cs="Arial"/>
          <w:sz w:val="36"/>
          <w:szCs w:val="38"/>
        </w:rPr>
        <w:t>▪</w:t>
      </w:r>
      <w:r w:rsidRPr="008E006D">
        <w:rPr>
          <w:rFonts w:cs="Sakkal Majalla"/>
          <w:sz w:val="36"/>
          <w:szCs w:val="38"/>
        </w:rPr>
        <w:t xml:space="preserve"> </w:t>
      </w:r>
      <w:r w:rsidRPr="008E006D">
        <w:rPr>
          <w:rFonts w:cs="Sakkal Majalla"/>
          <w:sz w:val="36"/>
          <w:szCs w:val="38"/>
          <w:rtl/>
        </w:rPr>
        <w:t>تعزيز</w:t>
      </w:r>
      <w:r w:rsidRPr="008E006D">
        <w:rPr>
          <w:rFonts w:cs="Sakkal Majalla"/>
          <w:sz w:val="36"/>
          <w:szCs w:val="38"/>
        </w:rPr>
        <w:t xml:space="preserve"> </w:t>
      </w:r>
      <w:r w:rsidRPr="008E006D">
        <w:rPr>
          <w:rFonts w:cs="Sakkal Majalla"/>
          <w:sz w:val="36"/>
          <w:szCs w:val="38"/>
          <w:rtl/>
        </w:rPr>
        <w:t>قدرة</w:t>
      </w:r>
      <w:r w:rsidRPr="008E006D">
        <w:rPr>
          <w:rFonts w:cs="Sakkal Majalla"/>
          <w:sz w:val="36"/>
          <w:szCs w:val="38"/>
        </w:rPr>
        <w:t xml:space="preserve"> </w:t>
      </w:r>
      <w:r w:rsidRPr="008E006D">
        <w:rPr>
          <w:rFonts w:cs="Sakkal Majalla"/>
          <w:sz w:val="36"/>
          <w:szCs w:val="38"/>
          <w:rtl/>
        </w:rPr>
        <w:t>الجهات</w:t>
      </w:r>
      <w:r w:rsidRPr="008E006D">
        <w:rPr>
          <w:rFonts w:cs="Sakkal Majalla"/>
          <w:sz w:val="36"/>
          <w:szCs w:val="38"/>
        </w:rPr>
        <w:t xml:space="preserve"> </w:t>
      </w:r>
      <w:r w:rsidRPr="008E006D">
        <w:rPr>
          <w:rFonts w:cs="Sakkal Majalla"/>
          <w:sz w:val="36"/>
          <w:szCs w:val="38"/>
          <w:rtl/>
        </w:rPr>
        <w:t>الحكومية</w:t>
      </w:r>
      <w:r w:rsidRPr="008E006D">
        <w:rPr>
          <w:rFonts w:cs="Sakkal Majalla"/>
          <w:sz w:val="36"/>
          <w:szCs w:val="38"/>
        </w:rPr>
        <w:t xml:space="preserve"> </w:t>
      </w:r>
      <w:r w:rsidRPr="008E006D">
        <w:rPr>
          <w:rFonts w:cs="Sakkal Majalla"/>
          <w:sz w:val="36"/>
          <w:szCs w:val="38"/>
          <w:rtl/>
        </w:rPr>
        <w:t>على</w:t>
      </w:r>
      <w:r w:rsidRPr="008E006D">
        <w:rPr>
          <w:rFonts w:cs="Sakkal Majalla"/>
          <w:sz w:val="36"/>
          <w:szCs w:val="38"/>
        </w:rPr>
        <w:t xml:space="preserve"> </w:t>
      </w:r>
      <w:r w:rsidRPr="008E006D">
        <w:rPr>
          <w:rFonts w:cs="Sakkal Majalla"/>
          <w:sz w:val="36"/>
          <w:szCs w:val="38"/>
          <w:rtl/>
        </w:rPr>
        <w:t>تحويل</w:t>
      </w:r>
      <w:r w:rsidRPr="008E006D">
        <w:rPr>
          <w:rFonts w:cs="Sakkal Majalla"/>
          <w:sz w:val="36"/>
          <w:szCs w:val="38"/>
        </w:rPr>
        <w:t xml:space="preserve"> </w:t>
      </w:r>
      <w:r w:rsidRPr="008E006D">
        <w:rPr>
          <w:rFonts w:cs="Sakkal Majalla"/>
          <w:sz w:val="36"/>
          <w:szCs w:val="38"/>
          <w:rtl/>
        </w:rPr>
        <w:t>البيانات</w:t>
      </w:r>
      <w:r w:rsidRPr="008E006D">
        <w:rPr>
          <w:rFonts w:cs="Sakkal Majalla"/>
          <w:sz w:val="36"/>
          <w:szCs w:val="38"/>
        </w:rPr>
        <w:t xml:space="preserve"> </w:t>
      </w:r>
      <w:r w:rsidRPr="008E006D">
        <w:rPr>
          <w:rFonts w:cs="Sakkal Majalla"/>
          <w:sz w:val="36"/>
          <w:szCs w:val="38"/>
          <w:rtl/>
        </w:rPr>
        <w:t>والمنصات</w:t>
      </w:r>
      <w:r w:rsidRPr="008E006D">
        <w:rPr>
          <w:rFonts w:cs="Sakkal Majalla"/>
          <w:sz w:val="36"/>
          <w:szCs w:val="38"/>
        </w:rPr>
        <w:t xml:space="preserve"> </w:t>
      </w:r>
      <w:r w:rsidRPr="008E006D">
        <w:rPr>
          <w:rFonts w:cs="Sakkal Majalla"/>
          <w:sz w:val="36"/>
          <w:szCs w:val="38"/>
          <w:rtl/>
        </w:rPr>
        <w:t>الرقمية</w:t>
      </w:r>
      <w:r w:rsidRPr="008E006D">
        <w:rPr>
          <w:rFonts w:cs="Sakkal Majalla"/>
          <w:sz w:val="36"/>
          <w:szCs w:val="38"/>
        </w:rPr>
        <w:t xml:space="preserve"> </w:t>
      </w:r>
      <w:r w:rsidRPr="008E006D">
        <w:rPr>
          <w:rFonts w:cs="Sakkal Majalla"/>
          <w:sz w:val="36"/>
          <w:szCs w:val="38"/>
          <w:rtl/>
        </w:rPr>
        <w:t>إلى</w:t>
      </w:r>
      <w:r w:rsidRPr="008E006D">
        <w:rPr>
          <w:rFonts w:cs="Sakkal Majalla"/>
          <w:sz w:val="36"/>
          <w:szCs w:val="38"/>
        </w:rPr>
        <w:t xml:space="preserve"> </w:t>
      </w:r>
      <w:r w:rsidRPr="008E006D">
        <w:rPr>
          <w:rFonts w:cs="Sakkal Majalla"/>
          <w:sz w:val="36"/>
          <w:szCs w:val="38"/>
          <w:rtl/>
        </w:rPr>
        <w:t>أثر</w:t>
      </w:r>
      <w:r w:rsidRPr="008E006D">
        <w:rPr>
          <w:rFonts w:cs="Sakkal Majalla"/>
          <w:sz w:val="36"/>
          <w:szCs w:val="38"/>
        </w:rPr>
        <w:t xml:space="preserve"> </w:t>
      </w:r>
      <w:r w:rsidRPr="008E006D">
        <w:rPr>
          <w:rFonts w:cs="Sakkal Majalla"/>
          <w:sz w:val="36"/>
          <w:szCs w:val="38"/>
          <w:rtl/>
        </w:rPr>
        <w:t>ملموس</w:t>
      </w:r>
      <w:r w:rsidRPr="008E006D">
        <w:rPr>
          <w:rFonts w:cs="Sakkal Majalla"/>
          <w:sz w:val="36"/>
          <w:szCs w:val="38"/>
        </w:rPr>
        <w:t xml:space="preserve"> </w:t>
      </w:r>
      <w:r w:rsidRPr="008E006D">
        <w:rPr>
          <w:rFonts w:cs="Sakkal Majalla"/>
          <w:sz w:val="36"/>
          <w:szCs w:val="38"/>
          <w:rtl/>
        </w:rPr>
        <w:t>في</w:t>
      </w:r>
      <w:r w:rsidRPr="008E006D">
        <w:rPr>
          <w:rFonts w:cs="Sakkal Majalla"/>
          <w:sz w:val="36"/>
          <w:szCs w:val="38"/>
        </w:rPr>
        <w:t xml:space="preserve"> </w:t>
      </w:r>
      <w:r w:rsidRPr="008E006D">
        <w:rPr>
          <w:rFonts w:cs="Sakkal Majalla"/>
          <w:sz w:val="36"/>
          <w:szCs w:val="38"/>
          <w:rtl/>
        </w:rPr>
        <w:t>نجاح</w:t>
      </w:r>
      <w:r w:rsidRPr="008E006D">
        <w:rPr>
          <w:rFonts w:cs="Sakkal Majalla"/>
          <w:sz w:val="36"/>
          <w:szCs w:val="38"/>
        </w:rPr>
        <w:t xml:space="preserve"> </w:t>
      </w:r>
      <w:r w:rsidRPr="008E006D">
        <w:rPr>
          <w:rFonts w:cs="Sakkal Majalla"/>
          <w:sz w:val="36"/>
          <w:szCs w:val="38"/>
          <w:rtl/>
        </w:rPr>
        <w:t>المشاريع</w:t>
      </w:r>
      <w:r w:rsidRPr="008E006D">
        <w:rPr>
          <w:rFonts w:cs="Sakkal Majalla"/>
          <w:sz w:val="36"/>
          <w:szCs w:val="38"/>
        </w:rPr>
        <w:t xml:space="preserve"> </w:t>
      </w:r>
      <w:r w:rsidRPr="008E006D">
        <w:rPr>
          <w:rFonts w:cs="Sakkal Majalla"/>
          <w:sz w:val="36"/>
          <w:szCs w:val="38"/>
          <w:rtl/>
        </w:rPr>
        <w:t>ورضا</w:t>
      </w:r>
      <w:r w:rsidRPr="008E006D">
        <w:rPr>
          <w:rFonts w:cs="Sakkal Majalla"/>
          <w:sz w:val="36"/>
          <w:szCs w:val="38"/>
        </w:rPr>
        <w:t xml:space="preserve"> </w:t>
      </w:r>
      <w:r w:rsidRPr="008E006D">
        <w:rPr>
          <w:rFonts w:cs="Sakkal Majalla"/>
          <w:sz w:val="36"/>
          <w:szCs w:val="38"/>
          <w:rtl/>
        </w:rPr>
        <w:t>أصحاب</w:t>
      </w:r>
      <w:r w:rsidRPr="008E006D">
        <w:rPr>
          <w:rFonts w:cs="Sakkal Majalla"/>
          <w:sz w:val="36"/>
          <w:szCs w:val="38"/>
        </w:rPr>
        <w:t xml:space="preserve"> </w:t>
      </w:r>
      <w:r w:rsidRPr="008E006D">
        <w:rPr>
          <w:rFonts w:cs="Sakkal Majalla"/>
          <w:sz w:val="36"/>
          <w:szCs w:val="38"/>
          <w:rtl/>
        </w:rPr>
        <w:t>المصلحة</w:t>
      </w:r>
      <w:r w:rsidRPr="008E006D">
        <w:rPr>
          <w:rFonts w:cs="Sakkal Majalla"/>
          <w:sz w:val="36"/>
          <w:szCs w:val="38"/>
        </w:rPr>
        <w:t>.</w:t>
      </w:r>
    </w:p>
    <w:p w14:paraId="0B4F4818" w14:textId="77777777" w:rsidR="008E006D" w:rsidRPr="008E006D" w:rsidRDefault="008E006D" w:rsidP="008D0B36">
      <w:pPr>
        <w:ind w:firstLine="0"/>
        <w:jc w:val="center"/>
        <w:rPr>
          <w:rFonts w:cs="Sakkal Majalla"/>
          <w:bCs/>
          <w:sz w:val="36"/>
          <w:szCs w:val="38"/>
        </w:rPr>
      </w:pPr>
      <w:r w:rsidRPr="008E006D">
        <w:rPr>
          <w:rFonts w:cs="Sakkal Majalla"/>
          <w:b/>
          <w:bCs/>
          <w:sz w:val="36"/>
          <w:szCs w:val="38"/>
          <w:rtl/>
        </w:rPr>
        <w:lastRenderedPageBreak/>
        <w:t>جدول</w:t>
      </w:r>
      <w:r w:rsidRPr="008E006D">
        <w:rPr>
          <w:rFonts w:cs="Sakkal Majalla"/>
          <w:b/>
          <w:bCs/>
          <w:sz w:val="36"/>
          <w:szCs w:val="38"/>
        </w:rPr>
        <w:t xml:space="preserve"> (1-1</w:t>
      </w:r>
      <w:proofErr w:type="gramStart"/>
      <w:r w:rsidRPr="008E006D">
        <w:rPr>
          <w:rFonts w:cs="Sakkal Majalla"/>
          <w:b/>
          <w:bCs/>
          <w:sz w:val="36"/>
          <w:szCs w:val="38"/>
        </w:rPr>
        <w:t>)</w:t>
      </w:r>
      <w:r w:rsidR="008D0B36">
        <w:rPr>
          <w:rFonts w:cs="Sakkal Majalla" w:hint="cs"/>
          <w:b/>
          <w:bCs/>
          <w:sz w:val="36"/>
          <w:szCs w:val="38"/>
          <w:rtl/>
        </w:rPr>
        <w:t xml:space="preserve"> </w:t>
      </w:r>
      <w:r w:rsidRPr="008E006D">
        <w:rPr>
          <w:rFonts w:cs="Sakkal Majalla"/>
          <w:b/>
          <w:bCs/>
          <w:sz w:val="36"/>
          <w:szCs w:val="38"/>
        </w:rPr>
        <w:t>:</w:t>
      </w:r>
      <w:proofErr w:type="gramEnd"/>
      <w:r w:rsidR="008D0B36">
        <w:rPr>
          <w:rFonts w:cs="Sakkal Majalla" w:hint="cs"/>
          <w:b/>
          <w:bCs/>
          <w:sz w:val="36"/>
          <w:szCs w:val="38"/>
          <w:rtl/>
        </w:rPr>
        <w:t xml:space="preserve"> </w:t>
      </w:r>
      <w:r w:rsidRPr="008E006D">
        <w:rPr>
          <w:rFonts w:cs="Sakkal Majalla"/>
          <w:b/>
          <w:bCs/>
          <w:sz w:val="36"/>
          <w:szCs w:val="38"/>
        </w:rPr>
        <w:t xml:space="preserve"> </w:t>
      </w:r>
      <w:r w:rsidRPr="008E006D">
        <w:rPr>
          <w:rFonts w:cs="Sakkal Majalla"/>
          <w:b/>
          <w:bCs/>
          <w:sz w:val="36"/>
          <w:szCs w:val="38"/>
          <w:rtl/>
        </w:rPr>
        <w:t>أوجه</w:t>
      </w:r>
      <w:r w:rsidRPr="008E006D">
        <w:rPr>
          <w:rFonts w:cs="Sakkal Majalla"/>
          <w:b/>
          <w:bCs/>
          <w:sz w:val="36"/>
          <w:szCs w:val="38"/>
        </w:rPr>
        <w:t xml:space="preserve"> </w:t>
      </w:r>
      <w:r w:rsidRPr="008E006D">
        <w:rPr>
          <w:rFonts w:cs="Sakkal Majalla"/>
          <w:b/>
          <w:bCs/>
          <w:sz w:val="36"/>
          <w:szCs w:val="38"/>
          <w:rtl/>
        </w:rPr>
        <w:t>الأهمية</w:t>
      </w:r>
      <w:r w:rsidRPr="008E006D">
        <w:rPr>
          <w:rFonts w:cs="Sakkal Majalla"/>
          <w:b/>
          <w:bCs/>
          <w:sz w:val="36"/>
          <w:szCs w:val="38"/>
        </w:rPr>
        <w:t xml:space="preserve"> </w:t>
      </w:r>
      <w:r w:rsidRPr="008E006D">
        <w:rPr>
          <w:rFonts w:cs="Sakkal Majalla"/>
          <w:b/>
          <w:bCs/>
          <w:sz w:val="36"/>
          <w:szCs w:val="38"/>
          <w:rtl/>
        </w:rPr>
        <w:t>العلمية</w:t>
      </w:r>
      <w:r w:rsidRPr="008E006D">
        <w:rPr>
          <w:rFonts w:cs="Sakkal Majalla"/>
          <w:b/>
          <w:bCs/>
          <w:sz w:val="36"/>
          <w:szCs w:val="38"/>
        </w:rPr>
        <w:t xml:space="preserve"> </w:t>
      </w:r>
      <w:r w:rsidRPr="008E006D">
        <w:rPr>
          <w:rFonts w:cs="Sakkal Majalla"/>
          <w:b/>
          <w:bCs/>
          <w:sz w:val="36"/>
          <w:szCs w:val="38"/>
          <w:rtl/>
        </w:rPr>
        <w:t>والعملية</w:t>
      </w:r>
      <w:r w:rsidRPr="008E006D">
        <w:rPr>
          <w:rFonts w:cs="Sakkal Majalla"/>
          <w:b/>
          <w:bCs/>
          <w:sz w:val="36"/>
          <w:szCs w:val="38"/>
        </w:rPr>
        <w:t xml:space="preserve"> </w:t>
      </w:r>
      <w:r w:rsidRPr="008E006D">
        <w:rPr>
          <w:rFonts w:cs="Sakkal Majalla"/>
          <w:b/>
          <w:bCs/>
          <w:sz w:val="36"/>
          <w:szCs w:val="38"/>
          <w:rtl/>
        </w:rPr>
        <w:t>للدراسة</w:t>
      </w:r>
    </w:p>
    <w:tbl>
      <w:tblPr>
        <w:tblStyle w:val="TableGrid"/>
        <w:bidiVisual/>
        <w:tblW w:w="9922" w:type="dxa"/>
        <w:tblInd w:w="381" w:type="dxa"/>
        <w:tblLayout w:type="fixed"/>
        <w:tblLook w:val="04A0" w:firstRow="1" w:lastRow="0" w:firstColumn="1" w:lastColumn="0" w:noHBand="0" w:noVBand="1"/>
      </w:tblPr>
      <w:tblGrid>
        <w:gridCol w:w="1984"/>
        <w:gridCol w:w="5103"/>
        <w:gridCol w:w="2835"/>
      </w:tblGrid>
      <w:tr w:rsidR="008E006D" w:rsidRPr="008E006D" w14:paraId="6BDE61A5" w14:textId="77777777" w:rsidTr="008D0B36">
        <w:tc>
          <w:tcPr>
            <w:tcW w:w="1984" w:type="dxa"/>
            <w:shd w:val="clear" w:color="auto" w:fill="FBE4D5" w:themeFill="accent2" w:themeFillTint="33"/>
            <w:tcMar>
              <w:top w:w="110" w:type="dxa"/>
              <w:left w:w="110" w:type="dxa"/>
              <w:bottom w:w="110" w:type="dxa"/>
              <w:right w:w="110" w:type="dxa"/>
            </w:tcMar>
            <w:vAlign w:val="center"/>
          </w:tcPr>
          <w:p w14:paraId="7B8D6EA6" w14:textId="77777777" w:rsidR="008E006D" w:rsidRPr="008E006D" w:rsidRDefault="008E006D" w:rsidP="008D0B36">
            <w:pPr>
              <w:ind w:firstLine="0"/>
              <w:jc w:val="center"/>
              <w:rPr>
                <w:rFonts w:cs="Sakkal Majalla"/>
                <w:sz w:val="36"/>
                <w:szCs w:val="38"/>
              </w:rPr>
            </w:pPr>
            <w:r w:rsidRPr="008E006D">
              <w:rPr>
                <w:rFonts w:cs="Sakkal Majalla"/>
                <w:b/>
                <w:bCs/>
                <w:sz w:val="36"/>
                <w:szCs w:val="38"/>
                <w:rtl/>
              </w:rPr>
              <w:t>جانب</w:t>
            </w:r>
            <w:r w:rsidRPr="008E006D">
              <w:rPr>
                <w:rFonts w:cs="Sakkal Majalla"/>
                <w:b/>
                <w:sz w:val="36"/>
                <w:szCs w:val="38"/>
              </w:rPr>
              <w:t xml:space="preserve"> </w:t>
            </w:r>
            <w:r w:rsidRPr="008E006D">
              <w:rPr>
                <w:rFonts w:cs="Sakkal Majalla"/>
                <w:b/>
                <w:bCs/>
                <w:sz w:val="36"/>
                <w:szCs w:val="38"/>
                <w:rtl/>
              </w:rPr>
              <w:t>الأهمية</w:t>
            </w:r>
          </w:p>
        </w:tc>
        <w:tc>
          <w:tcPr>
            <w:tcW w:w="5103" w:type="dxa"/>
            <w:shd w:val="clear" w:color="auto" w:fill="FBE4D5" w:themeFill="accent2" w:themeFillTint="33"/>
            <w:tcMar>
              <w:top w:w="110" w:type="dxa"/>
              <w:left w:w="110" w:type="dxa"/>
              <w:bottom w:w="110" w:type="dxa"/>
              <w:right w:w="110" w:type="dxa"/>
            </w:tcMar>
            <w:vAlign w:val="center"/>
          </w:tcPr>
          <w:p w14:paraId="7BDABD67" w14:textId="77777777" w:rsidR="008E006D" w:rsidRPr="008E006D" w:rsidRDefault="008E006D" w:rsidP="008D0B36">
            <w:pPr>
              <w:ind w:firstLine="0"/>
              <w:jc w:val="center"/>
              <w:rPr>
                <w:rFonts w:cs="Sakkal Majalla"/>
                <w:sz w:val="36"/>
                <w:szCs w:val="38"/>
              </w:rPr>
            </w:pPr>
            <w:r w:rsidRPr="008E006D">
              <w:rPr>
                <w:rFonts w:cs="Sakkal Majalla"/>
                <w:b/>
                <w:bCs/>
                <w:sz w:val="36"/>
                <w:szCs w:val="38"/>
                <w:rtl/>
              </w:rPr>
              <w:t>ما</w:t>
            </w:r>
            <w:r w:rsidRPr="008E006D">
              <w:rPr>
                <w:rFonts w:cs="Sakkal Majalla"/>
                <w:b/>
                <w:sz w:val="36"/>
                <w:szCs w:val="38"/>
              </w:rPr>
              <w:t xml:space="preserve"> </w:t>
            </w:r>
            <w:r w:rsidRPr="008E006D">
              <w:rPr>
                <w:rFonts w:cs="Sakkal Majalla"/>
                <w:b/>
                <w:bCs/>
                <w:sz w:val="36"/>
                <w:szCs w:val="38"/>
                <w:rtl/>
              </w:rPr>
              <w:t>تضيفه</w:t>
            </w:r>
            <w:r w:rsidRPr="008E006D">
              <w:rPr>
                <w:rFonts w:cs="Sakkal Majalla"/>
                <w:b/>
                <w:sz w:val="36"/>
                <w:szCs w:val="38"/>
              </w:rPr>
              <w:t xml:space="preserve"> </w:t>
            </w:r>
            <w:r w:rsidRPr="008E006D">
              <w:rPr>
                <w:rFonts w:cs="Sakkal Majalla"/>
                <w:b/>
                <w:bCs/>
                <w:sz w:val="36"/>
                <w:szCs w:val="38"/>
                <w:rtl/>
              </w:rPr>
              <w:t>الدراسة</w:t>
            </w:r>
          </w:p>
        </w:tc>
        <w:tc>
          <w:tcPr>
            <w:tcW w:w="2835" w:type="dxa"/>
            <w:shd w:val="clear" w:color="auto" w:fill="FBE4D5" w:themeFill="accent2" w:themeFillTint="33"/>
            <w:tcMar>
              <w:top w:w="110" w:type="dxa"/>
              <w:left w:w="110" w:type="dxa"/>
              <w:bottom w:w="110" w:type="dxa"/>
              <w:right w:w="110" w:type="dxa"/>
            </w:tcMar>
            <w:vAlign w:val="center"/>
          </w:tcPr>
          <w:p w14:paraId="11A1163A" w14:textId="77777777" w:rsidR="008E006D" w:rsidRPr="008E006D" w:rsidRDefault="008E006D" w:rsidP="008D0B36">
            <w:pPr>
              <w:ind w:firstLine="0"/>
              <w:jc w:val="center"/>
              <w:rPr>
                <w:rFonts w:cs="Sakkal Majalla"/>
                <w:sz w:val="36"/>
                <w:szCs w:val="38"/>
              </w:rPr>
            </w:pPr>
            <w:r w:rsidRPr="008E006D">
              <w:rPr>
                <w:rFonts w:cs="Sakkal Majalla"/>
                <w:b/>
                <w:bCs/>
                <w:sz w:val="36"/>
                <w:szCs w:val="38"/>
                <w:rtl/>
              </w:rPr>
              <w:t>المستفيد</w:t>
            </w:r>
            <w:r w:rsidRPr="008E006D">
              <w:rPr>
                <w:rFonts w:cs="Sakkal Majalla"/>
                <w:b/>
                <w:sz w:val="36"/>
                <w:szCs w:val="38"/>
              </w:rPr>
              <w:t xml:space="preserve"> </w:t>
            </w:r>
            <w:r w:rsidRPr="008E006D">
              <w:rPr>
                <w:rFonts w:cs="Sakkal Majalla"/>
                <w:b/>
                <w:bCs/>
                <w:sz w:val="36"/>
                <w:szCs w:val="38"/>
                <w:rtl/>
              </w:rPr>
              <w:t>المتوقع</w:t>
            </w:r>
          </w:p>
        </w:tc>
      </w:tr>
      <w:tr w:rsidR="008E006D" w:rsidRPr="008E006D" w14:paraId="6F0BD258" w14:textId="77777777" w:rsidTr="008D0B36">
        <w:tc>
          <w:tcPr>
            <w:tcW w:w="1984" w:type="dxa"/>
            <w:shd w:val="clear" w:color="auto" w:fill="F2F6FA"/>
            <w:tcMar>
              <w:top w:w="110" w:type="dxa"/>
              <w:left w:w="110" w:type="dxa"/>
              <w:bottom w:w="110" w:type="dxa"/>
              <w:right w:w="110" w:type="dxa"/>
            </w:tcMar>
            <w:vAlign w:val="center"/>
          </w:tcPr>
          <w:p w14:paraId="4D54E815" w14:textId="77777777" w:rsidR="008E006D" w:rsidRPr="008E006D" w:rsidRDefault="008E006D" w:rsidP="008D0B36">
            <w:pPr>
              <w:ind w:firstLine="0"/>
              <w:jc w:val="center"/>
              <w:rPr>
                <w:rFonts w:cs="Sakkal Majalla"/>
                <w:sz w:val="36"/>
                <w:szCs w:val="38"/>
              </w:rPr>
            </w:pPr>
            <w:r w:rsidRPr="008E006D">
              <w:rPr>
                <w:rFonts w:cs="Sakkal Majalla"/>
                <w:sz w:val="36"/>
                <w:szCs w:val="38"/>
                <w:rtl/>
              </w:rPr>
              <w:t>علميًا</w:t>
            </w:r>
          </w:p>
        </w:tc>
        <w:tc>
          <w:tcPr>
            <w:tcW w:w="5103" w:type="dxa"/>
            <w:shd w:val="clear" w:color="auto" w:fill="F2F6FA"/>
            <w:tcMar>
              <w:top w:w="110" w:type="dxa"/>
              <w:left w:w="110" w:type="dxa"/>
              <w:bottom w:w="110" w:type="dxa"/>
              <w:right w:w="110" w:type="dxa"/>
            </w:tcMar>
            <w:vAlign w:val="center"/>
          </w:tcPr>
          <w:p w14:paraId="4D585242" w14:textId="77777777" w:rsidR="008E006D" w:rsidRPr="008E006D" w:rsidRDefault="008E006D" w:rsidP="008D0B36">
            <w:pPr>
              <w:ind w:firstLine="0"/>
              <w:jc w:val="center"/>
              <w:rPr>
                <w:rFonts w:cs="Sakkal Majalla"/>
                <w:sz w:val="36"/>
                <w:szCs w:val="38"/>
              </w:rPr>
            </w:pPr>
            <w:r w:rsidRPr="008E006D">
              <w:rPr>
                <w:rFonts w:cs="Sakkal Majalla"/>
                <w:sz w:val="36"/>
                <w:szCs w:val="38"/>
                <w:rtl/>
              </w:rPr>
              <w:t>تطوير</w:t>
            </w:r>
            <w:r w:rsidRPr="008E006D">
              <w:rPr>
                <w:rFonts w:cs="Sakkal Majalla"/>
                <w:sz w:val="36"/>
                <w:szCs w:val="38"/>
              </w:rPr>
              <w:t xml:space="preserve"> </w:t>
            </w:r>
            <w:r w:rsidRPr="008E006D">
              <w:rPr>
                <w:rFonts w:cs="Sakkal Majalla"/>
                <w:sz w:val="36"/>
                <w:szCs w:val="38"/>
                <w:rtl/>
              </w:rPr>
              <w:t>نموذج</w:t>
            </w:r>
            <w:r w:rsidRPr="008E006D">
              <w:rPr>
                <w:rFonts w:cs="Sakkal Majalla"/>
                <w:sz w:val="36"/>
                <w:szCs w:val="38"/>
              </w:rPr>
              <w:t xml:space="preserve"> </w:t>
            </w:r>
            <w:r w:rsidRPr="008E006D">
              <w:rPr>
                <w:rFonts w:cs="Sakkal Majalla"/>
                <w:sz w:val="36"/>
                <w:szCs w:val="38"/>
                <w:rtl/>
              </w:rPr>
              <w:t>يربط</w:t>
            </w:r>
            <w:r w:rsidRPr="008E006D">
              <w:rPr>
                <w:rFonts w:cs="Sakkal Majalla"/>
                <w:sz w:val="36"/>
                <w:szCs w:val="38"/>
              </w:rPr>
              <w:t xml:space="preserve"> </w:t>
            </w:r>
            <w:r w:rsidRPr="008E006D">
              <w:rPr>
                <w:rFonts w:cs="Sakkal Majalla"/>
                <w:sz w:val="36"/>
                <w:szCs w:val="38"/>
                <w:rtl/>
              </w:rPr>
              <w:t>بين</w:t>
            </w:r>
            <w:r w:rsidRPr="008E006D">
              <w:rPr>
                <w:rFonts w:cs="Sakkal Majalla"/>
                <w:sz w:val="36"/>
                <w:szCs w:val="38"/>
              </w:rPr>
              <w:t xml:space="preserve"> </w:t>
            </w:r>
            <w:r w:rsidRPr="008E006D">
              <w:rPr>
                <w:rFonts w:cs="Sakkal Majalla"/>
                <w:sz w:val="36"/>
                <w:szCs w:val="38"/>
                <w:rtl/>
              </w:rPr>
              <w:t>أبعاد</w:t>
            </w:r>
            <w:r w:rsidRPr="008E006D">
              <w:rPr>
                <w:rFonts w:cs="Sakkal Majalla"/>
                <w:sz w:val="36"/>
                <w:szCs w:val="38"/>
              </w:rPr>
              <w:t xml:space="preserve"> </w:t>
            </w:r>
            <w:r w:rsidRPr="008E006D">
              <w:rPr>
                <w:rFonts w:cs="Sakkal Majalla"/>
                <w:sz w:val="36"/>
                <w:szCs w:val="38"/>
                <w:rtl/>
              </w:rPr>
              <w:t>التحول</w:t>
            </w:r>
            <w:r w:rsidRPr="008E006D">
              <w:rPr>
                <w:rFonts w:cs="Sakkal Majalla"/>
                <w:sz w:val="36"/>
                <w:szCs w:val="38"/>
              </w:rPr>
              <w:t xml:space="preserve"> </w:t>
            </w:r>
            <w:r w:rsidRPr="008E006D">
              <w:rPr>
                <w:rFonts w:cs="Sakkal Majalla"/>
                <w:sz w:val="36"/>
                <w:szCs w:val="38"/>
                <w:rtl/>
              </w:rPr>
              <w:t>الرقمي</w:t>
            </w:r>
            <w:r w:rsidRPr="008E006D">
              <w:rPr>
                <w:rFonts w:cs="Sakkal Majalla"/>
                <w:sz w:val="36"/>
                <w:szCs w:val="38"/>
              </w:rPr>
              <w:t xml:space="preserve"> </w:t>
            </w:r>
            <w:r w:rsidRPr="008E006D">
              <w:rPr>
                <w:rFonts w:cs="Sakkal Majalla"/>
                <w:sz w:val="36"/>
                <w:szCs w:val="38"/>
                <w:rtl/>
              </w:rPr>
              <w:t>ونجاح</w:t>
            </w:r>
            <w:r w:rsidRPr="008E006D">
              <w:rPr>
                <w:rFonts w:cs="Sakkal Majalla"/>
                <w:sz w:val="36"/>
                <w:szCs w:val="38"/>
              </w:rPr>
              <w:t xml:space="preserve"> </w:t>
            </w:r>
            <w:r w:rsidRPr="008E006D">
              <w:rPr>
                <w:rFonts w:cs="Sakkal Majalla"/>
                <w:sz w:val="36"/>
                <w:szCs w:val="38"/>
                <w:rtl/>
              </w:rPr>
              <w:t>المشاريع</w:t>
            </w:r>
            <w:r w:rsidRPr="008E006D">
              <w:rPr>
                <w:rFonts w:cs="Sakkal Majalla"/>
                <w:sz w:val="36"/>
                <w:szCs w:val="38"/>
              </w:rPr>
              <w:t xml:space="preserve"> </w:t>
            </w:r>
            <w:r w:rsidRPr="008E006D">
              <w:rPr>
                <w:rFonts w:cs="Sakkal Majalla"/>
                <w:sz w:val="36"/>
                <w:szCs w:val="38"/>
                <w:rtl/>
              </w:rPr>
              <w:t>الحكومية</w:t>
            </w:r>
            <w:r w:rsidRPr="008E006D">
              <w:rPr>
                <w:rFonts w:cs="Sakkal Majalla"/>
                <w:sz w:val="36"/>
                <w:szCs w:val="38"/>
              </w:rPr>
              <w:t>.</w:t>
            </w:r>
          </w:p>
        </w:tc>
        <w:tc>
          <w:tcPr>
            <w:tcW w:w="2835" w:type="dxa"/>
            <w:shd w:val="clear" w:color="auto" w:fill="F2F6FA"/>
            <w:tcMar>
              <w:top w:w="110" w:type="dxa"/>
              <w:left w:w="110" w:type="dxa"/>
              <w:bottom w:w="110" w:type="dxa"/>
              <w:right w:w="110" w:type="dxa"/>
            </w:tcMar>
            <w:vAlign w:val="center"/>
          </w:tcPr>
          <w:p w14:paraId="505885A4" w14:textId="77777777" w:rsidR="008E006D" w:rsidRPr="008E006D" w:rsidRDefault="008E006D" w:rsidP="008D0B36">
            <w:pPr>
              <w:ind w:firstLine="0"/>
              <w:jc w:val="center"/>
              <w:rPr>
                <w:rFonts w:cs="Sakkal Majalla"/>
                <w:sz w:val="36"/>
                <w:szCs w:val="38"/>
              </w:rPr>
            </w:pPr>
            <w:r w:rsidRPr="008E006D">
              <w:rPr>
                <w:rFonts w:cs="Sakkal Majalla"/>
                <w:sz w:val="36"/>
                <w:szCs w:val="38"/>
                <w:rtl/>
              </w:rPr>
              <w:t>الباحثون</w:t>
            </w:r>
            <w:r w:rsidRPr="008E006D">
              <w:rPr>
                <w:rFonts w:cs="Sakkal Majalla"/>
                <w:sz w:val="36"/>
                <w:szCs w:val="38"/>
              </w:rPr>
              <w:t xml:space="preserve"> </w:t>
            </w:r>
            <w:r w:rsidRPr="008E006D">
              <w:rPr>
                <w:rFonts w:cs="Sakkal Majalla"/>
                <w:sz w:val="36"/>
                <w:szCs w:val="38"/>
                <w:rtl/>
              </w:rPr>
              <w:t>وطلاب</w:t>
            </w:r>
            <w:r w:rsidRPr="008E006D">
              <w:rPr>
                <w:rFonts w:cs="Sakkal Majalla"/>
                <w:sz w:val="36"/>
                <w:szCs w:val="38"/>
              </w:rPr>
              <w:t xml:space="preserve"> </w:t>
            </w:r>
            <w:r w:rsidRPr="008E006D">
              <w:rPr>
                <w:rFonts w:cs="Sakkal Majalla"/>
                <w:sz w:val="36"/>
                <w:szCs w:val="38"/>
                <w:rtl/>
              </w:rPr>
              <w:t>الدراسات</w:t>
            </w:r>
            <w:r w:rsidRPr="008E006D">
              <w:rPr>
                <w:rFonts w:cs="Sakkal Majalla"/>
                <w:sz w:val="36"/>
                <w:szCs w:val="38"/>
              </w:rPr>
              <w:t xml:space="preserve"> </w:t>
            </w:r>
            <w:r w:rsidRPr="008E006D">
              <w:rPr>
                <w:rFonts w:cs="Sakkal Majalla"/>
                <w:sz w:val="36"/>
                <w:szCs w:val="38"/>
                <w:rtl/>
              </w:rPr>
              <w:t>العليا</w:t>
            </w:r>
            <w:r w:rsidRPr="008E006D">
              <w:rPr>
                <w:rFonts w:cs="Sakkal Majalla"/>
                <w:sz w:val="36"/>
                <w:szCs w:val="38"/>
              </w:rPr>
              <w:t>.</w:t>
            </w:r>
          </w:p>
        </w:tc>
      </w:tr>
      <w:tr w:rsidR="008E006D" w:rsidRPr="008E006D" w14:paraId="7087995A" w14:textId="77777777" w:rsidTr="008D0B36">
        <w:tc>
          <w:tcPr>
            <w:tcW w:w="1984" w:type="dxa"/>
            <w:shd w:val="clear" w:color="auto" w:fill="FFFFFF"/>
            <w:tcMar>
              <w:top w:w="110" w:type="dxa"/>
              <w:left w:w="110" w:type="dxa"/>
              <w:bottom w:w="110" w:type="dxa"/>
              <w:right w:w="110" w:type="dxa"/>
            </w:tcMar>
            <w:vAlign w:val="center"/>
          </w:tcPr>
          <w:p w14:paraId="33917E25" w14:textId="77777777" w:rsidR="008E006D" w:rsidRPr="008E006D" w:rsidRDefault="008E006D" w:rsidP="008D0B36">
            <w:pPr>
              <w:ind w:firstLine="0"/>
              <w:jc w:val="center"/>
              <w:rPr>
                <w:rFonts w:cs="Sakkal Majalla"/>
                <w:sz w:val="36"/>
                <w:szCs w:val="38"/>
              </w:rPr>
            </w:pPr>
            <w:r w:rsidRPr="008E006D">
              <w:rPr>
                <w:rFonts w:cs="Sakkal Majalla"/>
                <w:sz w:val="36"/>
                <w:szCs w:val="38"/>
                <w:rtl/>
              </w:rPr>
              <w:t>مهنيًا</w:t>
            </w:r>
          </w:p>
        </w:tc>
        <w:tc>
          <w:tcPr>
            <w:tcW w:w="5103" w:type="dxa"/>
            <w:shd w:val="clear" w:color="auto" w:fill="FFFFFF"/>
            <w:tcMar>
              <w:top w:w="110" w:type="dxa"/>
              <w:left w:w="110" w:type="dxa"/>
              <w:bottom w:w="110" w:type="dxa"/>
              <w:right w:w="110" w:type="dxa"/>
            </w:tcMar>
            <w:vAlign w:val="center"/>
          </w:tcPr>
          <w:p w14:paraId="6FA114CD" w14:textId="77777777" w:rsidR="008E006D" w:rsidRPr="008E006D" w:rsidRDefault="008E006D" w:rsidP="008D0B36">
            <w:pPr>
              <w:ind w:firstLine="0"/>
              <w:jc w:val="center"/>
              <w:rPr>
                <w:rFonts w:cs="Sakkal Majalla"/>
                <w:sz w:val="36"/>
                <w:szCs w:val="38"/>
              </w:rPr>
            </w:pPr>
            <w:r w:rsidRPr="008E006D">
              <w:rPr>
                <w:rFonts w:cs="Sakkal Majalla"/>
                <w:sz w:val="36"/>
                <w:szCs w:val="38"/>
                <w:rtl/>
              </w:rPr>
              <w:t>تحديد</w:t>
            </w:r>
            <w:r w:rsidRPr="008E006D">
              <w:rPr>
                <w:rFonts w:cs="Sakkal Majalla"/>
                <w:sz w:val="36"/>
                <w:szCs w:val="38"/>
              </w:rPr>
              <w:t xml:space="preserve"> </w:t>
            </w:r>
            <w:r w:rsidRPr="008E006D">
              <w:rPr>
                <w:rFonts w:cs="Sakkal Majalla"/>
                <w:sz w:val="36"/>
                <w:szCs w:val="38"/>
                <w:rtl/>
              </w:rPr>
              <w:t>أكثر</w:t>
            </w:r>
            <w:r w:rsidRPr="008E006D">
              <w:rPr>
                <w:rFonts w:cs="Sakkal Majalla"/>
                <w:sz w:val="36"/>
                <w:szCs w:val="38"/>
              </w:rPr>
              <w:t xml:space="preserve"> </w:t>
            </w:r>
            <w:r w:rsidRPr="008E006D">
              <w:rPr>
                <w:rFonts w:cs="Sakkal Majalla"/>
                <w:sz w:val="36"/>
                <w:szCs w:val="38"/>
                <w:rtl/>
              </w:rPr>
              <w:t>الأبعاد</w:t>
            </w:r>
            <w:r w:rsidRPr="008E006D">
              <w:rPr>
                <w:rFonts w:cs="Sakkal Majalla"/>
                <w:sz w:val="36"/>
                <w:szCs w:val="38"/>
              </w:rPr>
              <w:t xml:space="preserve"> </w:t>
            </w:r>
            <w:r w:rsidRPr="008E006D">
              <w:rPr>
                <w:rFonts w:cs="Sakkal Majalla"/>
                <w:sz w:val="36"/>
                <w:szCs w:val="38"/>
                <w:rtl/>
              </w:rPr>
              <w:t>تأثيرًا</w:t>
            </w:r>
            <w:r w:rsidRPr="008E006D">
              <w:rPr>
                <w:rFonts w:cs="Sakkal Majalla"/>
                <w:sz w:val="36"/>
                <w:szCs w:val="38"/>
              </w:rPr>
              <w:t xml:space="preserve"> </w:t>
            </w:r>
            <w:r w:rsidRPr="008E006D">
              <w:rPr>
                <w:rFonts w:cs="Sakkal Majalla"/>
                <w:sz w:val="36"/>
                <w:szCs w:val="38"/>
                <w:rtl/>
              </w:rPr>
              <w:t>في</w:t>
            </w:r>
            <w:r w:rsidRPr="008E006D">
              <w:rPr>
                <w:rFonts w:cs="Sakkal Majalla"/>
                <w:sz w:val="36"/>
                <w:szCs w:val="38"/>
              </w:rPr>
              <w:t xml:space="preserve"> </w:t>
            </w:r>
            <w:r w:rsidRPr="008E006D">
              <w:rPr>
                <w:rFonts w:cs="Sakkal Majalla"/>
                <w:sz w:val="36"/>
                <w:szCs w:val="38"/>
                <w:rtl/>
              </w:rPr>
              <w:t>نجاح</w:t>
            </w:r>
            <w:r w:rsidRPr="008E006D">
              <w:rPr>
                <w:rFonts w:cs="Sakkal Majalla"/>
                <w:sz w:val="36"/>
                <w:szCs w:val="38"/>
              </w:rPr>
              <w:t xml:space="preserve"> </w:t>
            </w:r>
            <w:r w:rsidRPr="008E006D">
              <w:rPr>
                <w:rFonts w:cs="Sakkal Majalla"/>
                <w:sz w:val="36"/>
                <w:szCs w:val="38"/>
                <w:rtl/>
              </w:rPr>
              <w:t>المشاريع</w:t>
            </w:r>
            <w:r w:rsidRPr="008E006D">
              <w:rPr>
                <w:rFonts w:cs="Sakkal Majalla"/>
                <w:sz w:val="36"/>
                <w:szCs w:val="38"/>
              </w:rPr>
              <w:t xml:space="preserve"> </w:t>
            </w:r>
            <w:r w:rsidRPr="008E006D">
              <w:rPr>
                <w:rFonts w:cs="Sakkal Majalla"/>
                <w:sz w:val="36"/>
                <w:szCs w:val="38"/>
                <w:rtl/>
              </w:rPr>
              <w:t>الرقمية</w:t>
            </w:r>
            <w:r w:rsidRPr="008E006D">
              <w:rPr>
                <w:rFonts w:cs="Sakkal Majalla"/>
                <w:sz w:val="36"/>
                <w:szCs w:val="38"/>
              </w:rPr>
              <w:t>.</w:t>
            </w:r>
          </w:p>
        </w:tc>
        <w:tc>
          <w:tcPr>
            <w:tcW w:w="2835" w:type="dxa"/>
            <w:shd w:val="clear" w:color="auto" w:fill="FFFFFF"/>
            <w:tcMar>
              <w:top w:w="110" w:type="dxa"/>
              <w:left w:w="110" w:type="dxa"/>
              <w:bottom w:w="110" w:type="dxa"/>
              <w:right w:w="110" w:type="dxa"/>
            </w:tcMar>
            <w:vAlign w:val="center"/>
          </w:tcPr>
          <w:p w14:paraId="11A7E1A1" w14:textId="77777777" w:rsidR="008E006D" w:rsidRPr="008E006D" w:rsidRDefault="008E006D" w:rsidP="008D0B36">
            <w:pPr>
              <w:ind w:firstLine="0"/>
              <w:jc w:val="center"/>
              <w:rPr>
                <w:rFonts w:cs="Sakkal Majalla"/>
                <w:sz w:val="36"/>
                <w:szCs w:val="38"/>
              </w:rPr>
            </w:pPr>
            <w:r w:rsidRPr="008E006D">
              <w:rPr>
                <w:rFonts w:cs="Sakkal Majalla"/>
                <w:sz w:val="36"/>
                <w:szCs w:val="38"/>
                <w:rtl/>
              </w:rPr>
              <w:t>مديرو</w:t>
            </w:r>
            <w:r w:rsidRPr="008E006D">
              <w:rPr>
                <w:rFonts w:cs="Sakkal Majalla"/>
                <w:sz w:val="36"/>
                <w:szCs w:val="38"/>
              </w:rPr>
              <w:t xml:space="preserve"> </w:t>
            </w:r>
            <w:r w:rsidRPr="008E006D">
              <w:rPr>
                <w:rFonts w:cs="Sakkal Majalla"/>
                <w:sz w:val="36"/>
                <w:szCs w:val="38"/>
                <w:rtl/>
              </w:rPr>
              <w:t>المشاريع</w:t>
            </w:r>
            <w:r w:rsidRPr="008E006D">
              <w:rPr>
                <w:rFonts w:cs="Sakkal Majalla"/>
                <w:sz w:val="36"/>
                <w:szCs w:val="38"/>
              </w:rPr>
              <w:t xml:space="preserve"> </w:t>
            </w:r>
            <w:r w:rsidRPr="008E006D">
              <w:rPr>
                <w:rFonts w:cs="Sakkal Majalla"/>
                <w:sz w:val="36"/>
                <w:szCs w:val="38"/>
                <w:rtl/>
              </w:rPr>
              <w:t>ومكاتب</w:t>
            </w:r>
            <w:r w:rsidRPr="008E006D">
              <w:rPr>
                <w:rFonts w:cs="Sakkal Majalla"/>
                <w:sz w:val="36"/>
                <w:szCs w:val="38"/>
              </w:rPr>
              <w:t xml:space="preserve"> PMO.</w:t>
            </w:r>
          </w:p>
        </w:tc>
      </w:tr>
      <w:tr w:rsidR="008E006D" w:rsidRPr="008E006D" w14:paraId="0FA01677" w14:textId="77777777" w:rsidTr="008D0B36">
        <w:tc>
          <w:tcPr>
            <w:tcW w:w="1984" w:type="dxa"/>
            <w:shd w:val="clear" w:color="auto" w:fill="F2F6FA"/>
            <w:tcMar>
              <w:top w:w="110" w:type="dxa"/>
              <w:left w:w="110" w:type="dxa"/>
              <w:bottom w:w="110" w:type="dxa"/>
              <w:right w:w="110" w:type="dxa"/>
            </w:tcMar>
            <w:vAlign w:val="center"/>
          </w:tcPr>
          <w:p w14:paraId="1D1316EC" w14:textId="77777777" w:rsidR="008E006D" w:rsidRPr="008E006D" w:rsidRDefault="008E006D" w:rsidP="008D0B36">
            <w:pPr>
              <w:ind w:firstLine="0"/>
              <w:jc w:val="center"/>
              <w:rPr>
                <w:rFonts w:cs="Sakkal Majalla"/>
                <w:sz w:val="36"/>
                <w:szCs w:val="38"/>
              </w:rPr>
            </w:pPr>
            <w:r w:rsidRPr="008E006D">
              <w:rPr>
                <w:rFonts w:cs="Sakkal Majalla"/>
                <w:sz w:val="36"/>
                <w:szCs w:val="38"/>
                <w:rtl/>
              </w:rPr>
              <w:t>استراتيجيًا</w:t>
            </w:r>
          </w:p>
        </w:tc>
        <w:tc>
          <w:tcPr>
            <w:tcW w:w="5103" w:type="dxa"/>
            <w:shd w:val="clear" w:color="auto" w:fill="F2F6FA"/>
            <w:tcMar>
              <w:top w:w="110" w:type="dxa"/>
              <w:left w:w="110" w:type="dxa"/>
              <w:bottom w:w="110" w:type="dxa"/>
              <w:right w:w="110" w:type="dxa"/>
            </w:tcMar>
            <w:vAlign w:val="center"/>
          </w:tcPr>
          <w:p w14:paraId="00630DB7" w14:textId="77777777" w:rsidR="008E006D" w:rsidRPr="008E006D" w:rsidRDefault="008E006D" w:rsidP="008D0B36">
            <w:pPr>
              <w:ind w:firstLine="0"/>
              <w:jc w:val="center"/>
              <w:rPr>
                <w:rFonts w:cs="Sakkal Majalla"/>
                <w:sz w:val="36"/>
                <w:szCs w:val="38"/>
              </w:rPr>
            </w:pPr>
            <w:r w:rsidRPr="008E006D">
              <w:rPr>
                <w:rFonts w:cs="Sakkal Majalla"/>
                <w:sz w:val="36"/>
                <w:szCs w:val="38"/>
                <w:rtl/>
              </w:rPr>
              <w:t>دعم</w:t>
            </w:r>
            <w:r w:rsidRPr="008E006D">
              <w:rPr>
                <w:rFonts w:cs="Sakkal Majalla"/>
                <w:sz w:val="36"/>
                <w:szCs w:val="38"/>
              </w:rPr>
              <w:t xml:space="preserve"> </w:t>
            </w:r>
            <w:r w:rsidRPr="008E006D">
              <w:rPr>
                <w:rFonts w:cs="Sakkal Majalla"/>
                <w:sz w:val="36"/>
                <w:szCs w:val="38"/>
                <w:rtl/>
              </w:rPr>
              <w:t>مواءمة</w:t>
            </w:r>
            <w:r w:rsidRPr="008E006D">
              <w:rPr>
                <w:rFonts w:cs="Sakkal Majalla"/>
                <w:sz w:val="36"/>
                <w:szCs w:val="38"/>
              </w:rPr>
              <w:t xml:space="preserve"> </w:t>
            </w:r>
            <w:r w:rsidRPr="008E006D">
              <w:rPr>
                <w:rFonts w:cs="Sakkal Majalla"/>
                <w:sz w:val="36"/>
                <w:szCs w:val="38"/>
                <w:rtl/>
              </w:rPr>
              <w:t>إدارة</w:t>
            </w:r>
            <w:r w:rsidRPr="008E006D">
              <w:rPr>
                <w:rFonts w:cs="Sakkal Majalla"/>
                <w:sz w:val="36"/>
                <w:szCs w:val="38"/>
              </w:rPr>
              <w:t xml:space="preserve"> </w:t>
            </w:r>
            <w:r w:rsidRPr="008E006D">
              <w:rPr>
                <w:rFonts w:cs="Sakkal Majalla"/>
                <w:sz w:val="36"/>
                <w:szCs w:val="38"/>
                <w:rtl/>
              </w:rPr>
              <w:t>المشاريع</w:t>
            </w:r>
            <w:r w:rsidRPr="008E006D">
              <w:rPr>
                <w:rFonts w:cs="Sakkal Majalla"/>
                <w:sz w:val="36"/>
                <w:szCs w:val="38"/>
              </w:rPr>
              <w:t xml:space="preserve"> </w:t>
            </w:r>
            <w:r w:rsidRPr="008E006D">
              <w:rPr>
                <w:rFonts w:cs="Sakkal Majalla"/>
                <w:sz w:val="36"/>
                <w:szCs w:val="38"/>
                <w:rtl/>
              </w:rPr>
              <w:t>مع</w:t>
            </w:r>
            <w:r w:rsidRPr="008E006D">
              <w:rPr>
                <w:rFonts w:cs="Sakkal Majalla"/>
                <w:sz w:val="36"/>
                <w:szCs w:val="38"/>
              </w:rPr>
              <w:t xml:space="preserve"> </w:t>
            </w:r>
            <w:r w:rsidRPr="008E006D">
              <w:rPr>
                <w:rFonts w:cs="Sakkal Majalla"/>
                <w:sz w:val="36"/>
                <w:szCs w:val="38"/>
                <w:rtl/>
              </w:rPr>
              <w:t>مستهدفات</w:t>
            </w:r>
            <w:r w:rsidRPr="008E006D">
              <w:rPr>
                <w:rFonts w:cs="Sakkal Majalla"/>
                <w:sz w:val="36"/>
                <w:szCs w:val="38"/>
              </w:rPr>
              <w:t xml:space="preserve"> </w:t>
            </w:r>
            <w:r w:rsidRPr="008E006D">
              <w:rPr>
                <w:rFonts w:cs="Sakkal Majalla"/>
                <w:sz w:val="36"/>
                <w:szCs w:val="38"/>
                <w:rtl/>
              </w:rPr>
              <w:t>التحول</w:t>
            </w:r>
            <w:r w:rsidRPr="008E006D">
              <w:rPr>
                <w:rFonts w:cs="Sakkal Majalla"/>
                <w:sz w:val="36"/>
                <w:szCs w:val="38"/>
              </w:rPr>
              <w:t xml:space="preserve"> </w:t>
            </w:r>
            <w:r w:rsidRPr="008E006D">
              <w:rPr>
                <w:rFonts w:cs="Sakkal Majalla"/>
                <w:sz w:val="36"/>
                <w:szCs w:val="38"/>
                <w:rtl/>
              </w:rPr>
              <w:t>الوطني</w:t>
            </w:r>
            <w:r w:rsidRPr="008E006D">
              <w:rPr>
                <w:rFonts w:cs="Sakkal Majalla"/>
                <w:sz w:val="36"/>
                <w:szCs w:val="38"/>
              </w:rPr>
              <w:t xml:space="preserve"> </w:t>
            </w:r>
            <w:r w:rsidRPr="008E006D">
              <w:rPr>
                <w:rFonts w:cs="Sakkal Majalla"/>
                <w:sz w:val="36"/>
                <w:szCs w:val="38"/>
                <w:rtl/>
              </w:rPr>
              <w:t>والحكومة</w:t>
            </w:r>
            <w:r w:rsidRPr="008E006D">
              <w:rPr>
                <w:rFonts w:cs="Sakkal Majalla"/>
                <w:sz w:val="36"/>
                <w:szCs w:val="38"/>
              </w:rPr>
              <w:t xml:space="preserve"> </w:t>
            </w:r>
            <w:r w:rsidRPr="008E006D">
              <w:rPr>
                <w:rFonts w:cs="Sakkal Majalla"/>
                <w:sz w:val="36"/>
                <w:szCs w:val="38"/>
                <w:rtl/>
              </w:rPr>
              <w:t>الرقمية</w:t>
            </w:r>
            <w:r w:rsidRPr="008E006D">
              <w:rPr>
                <w:rFonts w:cs="Sakkal Majalla"/>
                <w:sz w:val="36"/>
                <w:szCs w:val="38"/>
              </w:rPr>
              <w:t>.</w:t>
            </w:r>
          </w:p>
        </w:tc>
        <w:tc>
          <w:tcPr>
            <w:tcW w:w="2835" w:type="dxa"/>
            <w:shd w:val="clear" w:color="auto" w:fill="F2F6FA"/>
            <w:tcMar>
              <w:top w:w="110" w:type="dxa"/>
              <w:left w:w="110" w:type="dxa"/>
              <w:bottom w:w="110" w:type="dxa"/>
              <w:right w:w="110" w:type="dxa"/>
            </w:tcMar>
            <w:vAlign w:val="center"/>
          </w:tcPr>
          <w:p w14:paraId="7311DEDF" w14:textId="77777777" w:rsidR="008E006D" w:rsidRPr="008E006D" w:rsidRDefault="008E006D" w:rsidP="008D0B36">
            <w:pPr>
              <w:ind w:firstLine="0"/>
              <w:jc w:val="center"/>
              <w:rPr>
                <w:rFonts w:cs="Sakkal Majalla"/>
                <w:sz w:val="36"/>
                <w:szCs w:val="38"/>
              </w:rPr>
            </w:pPr>
            <w:r w:rsidRPr="008E006D">
              <w:rPr>
                <w:rFonts w:cs="Sakkal Majalla"/>
                <w:sz w:val="36"/>
                <w:szCs w:val="38"/>
                <w:rtl/>
              </w:rPr>
              <w:t>القيادات</w:t>
            </w:r>
            <w:r w:rsidRPr="008E006D">
              <w:rPr>
                <w:rFonts w:cs="Sakkal Majalla"/>
                <w:sz w:val="36"/>
                <w:szCs w:val="38"/>
              </w:rPr>
              <w:t xml:space="preserve"> </w:t>
            </w:r>
            <w:r w:rsidRPr="008E006D">
              <w:rPr>
                <w:rFonts w:cs="Sakkal Majalla"/>
                <w:sz w:val="36"/>
                <w:szCs w:val="38"/>
                <w:rtl/>
              </w:rPr>
              <w:t>وصناع</w:t>
            </w:r>
            <w:r w:rsidRPr="008E006D">
              <w:rPr>
                <w:rFonts w:cs="Sakkal Majalla"/>
                <w:sz w:val="36"/>
                <w:szCs w:val="38"/>
              </w:rPr>
              <w:t xml:space="preserve"> </w:t>
            </w:r>
            <w:r w:rsidRPr="008E006D">
              <w:rPr>
                <w:rFonts w:cs="Sakkal Majalla"/>
                <w:sz w:val="36"/>
                <w:szCs w:val="38"/>
                <w:rtl/>
              </w:rPr>
              <w:t>القرار</w:t>
            </w:r>
            <w:r w:rsidRPr="008E006D">
              <w:rPr>
                <w:rFonts w:cs="Sakkal Majalla"/>
                <w:sz w:val="36"/>
                <w:szCs w:val="38"/>
              </w:rPr>
              <w:t>.</w:t>
            </w:r>
          </w:p>
        </w:tc>
      </w:tr>
      <w:tr w:rsidR="008E006D" w:rsidRPr="008E006D" w14:paraId="7FD2D88F" w14:textId="77777777" w:rsidTr="008D0B36">
        <w:tc>
          <w:tcPr>
            <w:tcW w:w="1984" w:type="dxa"/>
            <w:shd w:val="clear" w:color="auto" w:fill="FFFFFF"/>
            <w:tcMar>
              <w:top w:w="110" w:type="dxa"/>
              <w:left w:w="110" w:type="dxa"/>
              <w:bottom w:w="110" w:type="dxa"/>
              <w:right w:w="110" w:type="dxa"/>
            </w:tcMar>
            <w:vAlign w:val="center"/>
          </w:tcPr>
          <w:p w14:paraId="0B8A8210" w14:textId="77777777" w:rsidR="008E006D" w:rsidRPr="008E006D" w:rsidRDefault="008E006D" w:rsidP="008D0B36">
            <w:pPr>
              <w:ind w:firstLine="0"/>
              <w:jc w:val="center"/>
              <w:rPr>
                <w:rFonts w:cs="Sakkal Majalla"/>
                <w:sz w:val="36"/>
                <w:szCs w:val="38"/>
              </w:rPr>
            </w:pPr>
            <w:r w:rsidRPr="008E006D">
              <w:rPr>
                <w:rFonts w:cs="Sakkal Majalla"/>
                <w:sz w:val="36"/>
                <w:szCs w:val="38"/>
                <w:rtl/>
              </w:rPr>
              <w:t>مجتمعيًا</w:t>
            </w:r>
          </w:p>
        </w:tc>
        <w:tc>
          <w:tcPr>
            <w:tcW w:w="5103" w:type="dxa"/>
            <w:shd w:val="clear" w:color="auto" w:fill="FFFFFF"/>
            <w:tcMar>
              <w:top w:w="110" w:type="dxa"/>
              <w:left w:w="110" w:type="dxa"/>
              <w:bottom w:w="110" w:type="dxa"/>
              <w:right w:w="110" w:type="dxa"/>
            </w:tcMar>
            <w:vAlign w:val="center"/>
          </w:tcPr>
          <w:p w14:paraId="5BAC6771" w14:textId="77777777" w:rsidR="008E006D" w:rsidRPr="008E006D" w:rsidRDefault="008E006D" w:rsidP="008D0B36">
            <w:pPr>
              <w:ind w:firstLine="0"/>
              <w:jc w:val="center"/>
              <w:rPr>
                <w:rFonts w:cs="Sakkal Majalla"/>
                <w:sz w:val="36"/>
                <w:szCs w:val="38"/>
              </w:rPr>
            </w:pPr>
            <w:r w:rsidRPr="008E006D">
              <w:rPr>
                <w:rFonts w:cs="Sakkal Majalla"/>
                <w:sz w:val="36"/>
                <w:szCs w:val="38"/>
                <w:rtl/>
              </w:rPr>
              <w:t>تحسين</w:t>
            </w:r>
            <w:r w:rsidRPr="008E006D">
              <w:rPr>
                <w:rFonts w:cs="Sakkal Majalla"/>
                <w:sz w:val="36"/>
                <w:szCs w:val="38"/>
              </w:rPr>
              <w:t xml:space="preserve"> </w:t>
            </w:r>
            <w:r w:rsidRPr="008E006D">
              <w:rPr>
                <w:rFonts w:cs="Sakkal Majalla"/>
                <w:sz w:val="36"/>
                <w:szCs w:val="38"/>
                <w:rtl/>
              </w:rPr>
              <w:t>جودة</w:t>
            </w:r>
            <w:r w:rsidRPr="008E006D">
              <w:rPr>
                <w:rFonts w:cs="Sakkal Majalla"/>
                <w:sz w:val="36"/>
                <w:szCs w:val="38"/>
              </w:rPr>
              <w:t xml:space="preserve"> </w:t>
            </w:r>
            <w:r w:rsidRPr="008E006D">
              <w:rPr>
                <w:rFonts w:cs="Sakkal Majalla"/>
                <w:sz w:val="36"/>
                <w:szCs w:val="38"/>
                <w:rtl/>
              </w:rPr>
              <w:t>الخدمات</w:t>
            </w:r>
            <w:r w:rsidRPr="008E006D">
              <w:rPr>
                <w:rFonts w:cs="Sakkal Majalla"/>
                <w:sz w:val="36"/>
                <w:szCs w:val="38"/>
              </w:rPr>
              <w:t xml:space="preserve"> </w:t>
            </w:r>
            <w:r w:rsidRPr="008E006D">
              <w:rPr>
                <w:rFonts w:cs="Sakkal Majalla"/>
                <w:sz w:val="36"/>
                <w:szCs w:val="38"/>
                <w:rtl/>
              </w:rPr>
              <w:t>الحكومية</w:t>
            </w:r>
            <w:r w:rsidRPr="008E006D">
              <w:rPr>
                <w:rFonts w:cs="Sakkal Majalla"/>
                <w:sz w:val="36"/>
                <w:szCs w:val="38"/>
              </w:rPr>
              <w:t xml:space="preserve"> </w:t>
            </w:r>
            <w:r w:rsidRPr="008E006D">
              <w:rPr>
                <w:rFonts w:cs="Sakkal Majalla"/>
                <w:sz w:val="36"/>
                <w:szCs w:val="38"/>
                <w:rtl/>
              </w:rPr>
              <w:t>ورفع</w:t>
            </w:r>
            <w:r w:rsidRPr="008E006D">
              <w:rPr>
                <w:rFonts w:cs="Sakkal Majalla"/>
                <w:sz w:val="36"/>
                <w:szCs w:val="38"/>
              </w:rPr>
              <w:t xml:space="preserve"> </w:t>
            </w:r>
            <w:r w:rsidRPr="008E006D">
              <w:rPr>
                <w:rFonts w:cs="Sakkal Majalla"/>
                <w:sz w:val="36"/>
                <w:szCs w:val="38"/>
                <w:rtl/>
              </w:rPr>
              <w:t>رضا</w:t>
            </w:r>
            <w:r w:rsidRPr="008E006D">
              <w:rPr>
                <w:rFonts w:cs="Sakkal Majalla"/>
                <w:sz w:val="36"/>
                <w:szCs w:val="38"/>
              </w:rPr>
              <w:t xml:space="preserve"> </w:t>
            </w:r>
            <w:r w:rsidRPr="008E006D">
              <w:rPr>
                <w:rFonts w:cs="Sakkal Majalla"/>
                <w:sz w:val="36"/>
                <w:szCs w:val="38"/>
                <w:rtl/>
              </w:rPr>
              <w:t>المستفيدين</w:t>
            </w:r>
            <w:r w:rsidRPr="008E006D">
              <w:rPr>
                <w:rFonts w:cs="Sakkal Majalla"/>
                <w:sz w:val="36"/>
                <w:szCs w:val="38"/>
              </w:rPr>
              <w:t>.</w:t>
            </w:r>
          </w:p>
        </w:tc>
        <w:tc>
          <w:tcPr>
            <w:tcW w:w="2835" w:type="dxa"/>
            <w:shd w:val="clear" w:color="auto" w:fill="FFFFFF"/>
            <w:tcMar>
              <w:top w:w="110" w:type="dxa"/>
              <w:left w:w="110" w:type="dxa"/>
              <w:bottom w:w="110" w:type="dxa"/>
              <w:right w:w="110" w:type="dxa"/>
            </w:tcMar>
            <w:vAlign w:val="center"/>
          </w:tcPr>
          <w:p w14:paraId="00094CC5" w14:textId="77777777" w:rsidR="008E006D" w:rsidRPr="008E006D" w:rsidRDefault="008E006D" w:rsidP="008D0B36">
            <w:pPr>
              <w:ind w:firstLine="0"/>
              <w:jc w:val="center"/>
              <w:rPr>
                <w:rFonts w:cs="Sakkal Majalla"/>
                <w:sz w:val="36"/>
                <w:szCs w:val="38"/>
              </w:rPr>
            </w:pPr>
            <w:r w:rsidRPr="008E006D">
              <w:rPr>
                <w:rFonts w:cs="Sakkal Majalla"/>
                <w:sz w:val="36"/>
                <w:szCs w:val="38"/>
                <w:rtl/>
              </w:rPr>
              <w:t>المستفيدون</w:t>
            </w:r>
            <w:r w:rsidRPr="008E006D">
              <w:rPr>
                <w:rFonts w:cs="Sakkal Majalla"/>
                <w:sz w:val="36"/>
                <w:szCs w:val="38"/>
              </w:rPr>
              <w:t xml:space="preserve"> </w:t>
            </w:r>
            <w:r w:rsidRPr="008E006D">
              <w:rPr>
                <w:rFonts w:cs="Sakkal Majalla"/>
                <w:sz w:val="36"/>
                <w:szCs w:val="38"/>
                <w:rtl/>
              </w:rPr>
              <w:t>من</w:t>
            </w:r>
            <w:r w:rsidRPr="008E006D">
              <w:rPr>
                <w:rFonts w:cs="Sakkal Majalla"/>
                <w:sz w:val="36"/>
                <w:szCs w:val="38"/>
              </w:rPr>
              <w:t xml:space="preserve"> </w:t>
            </w:r>
            <w:r w:rsidRPr="008E006D">
              <w:rPr>
                <w:rFonts w:cs="Sakkal Majalla"/>
                <w:sz w:val="36"/>
                <w:szCs w:val="38"/>
                <w:rtl/>
              </w:rPr>
              <w:t>الخدمات</w:t>
            </w:r>
            <w:r w:rsidRPr="008E006D">
              <w:rPr>
                <w:rFonts w:cs="Sakkal Majalla"/>
                <w:sz w:val="36"/>
                <w:szCs w:val="38"/>
              </w:rPr>
              <w:t xml:space="preserve"> </w:t>
            </w:r>
            <w:r w:rsidRPr="008E006D">
              <w:rPr>
                <w:rFonts w:cs="Sakkal Majalla"/>
                <w:sz w:val="36"/>
                <w:szCs w:val="38"/>
                <w:rtl/>
              </w:rPr>
              <w:t>الحكومية</w:t>
            </w:r>
            <w:r w:rsidRPr="008E006D">
              <w:rPr>
                <w:rFonts w:cs="Sakkal Majalla"/>
                <w:sz w:val="36"/>
                <w:szCs w:val="38"/>
              </w:rPr>
              <w:t>.</w:t>
            </w:r>
          </w:p>
        </w:tc>
      </w:tr>
    </w:tbl>
    <w:p w14:paraId="56CAF297" w14:textId="77777777" w:rsidR="008E006D" w:rsidRPr="008E006D" w:rsidRDefault="008E006D" w:rsidP="008E006D">
      <w:pPr>
        <w:ind w:firstLine="0"/>
        <w:rPr>
          <w:rFonts w:cs="Sakkal Majalla"/>
          <w:sz w:val="36"/>
          <w:szCs w:val="38"/>
        </w:rPr>
      </w:pPr>
      <w:r w:rsidRPr="008E006D">
        <w:rPr>
          <w:rFonts w:cs="Sakkal Majalla"/>
          <w:sz w:val="36"/>
          <w:szCs w:val="38"/>
          <w:rtl/>
        </w:rPr>
        <w:t>المصدر</w:t>
      </w:r>
      <w:r w:rsidRPr="008E006D">
        <w:rPr>
          <w:rFonts w:cs="Sakkal Majalla"/>
          <w:sz w:val="36"/>
          <w:szCs w:val="38"/>
        </w:rPr>
        <w:t xml:space="preserve">: </w:t>
      </w:r>
      <w:r w:rsidRPr="008E006D">
        <w:rPr>
          <w:rFonts w:cs="Sakkal Majalla"/>
          <w:sz w:val="36"/>
          <w:szCs w:val="38"/>
          <w:rtl/>
        </w:rPr>
        <w:t>إعداد</w:t>
      </w:r>
      <w:r w:rsidRPr="008E006D">
        <w:rPr>
          <w:rFonts w:cs="Sakkal Majalla"/>
          <w:sz w:val="36"/>
          <w:szCs w:val="38"/>
        </w:rPr>
        <w:t xml:space="preserve"> </w:t>
      </w:r>
      <w:r w:rsidRPr="008E006D">
        <w:rPr>
          <w:rFonts w:cs="Sakkal Majalla"/>
          <w:sz w:val="36"/>
          <w:szCs w:val="38"/>
          <w:rtl/>
        </w:rPr>
        <w:t>الباحثة</w:t>
      </w:r>
      <w:r w:rsidRPr="008E006D">
        <w:rPr>
          <w:rFonts w:cs="Sakkal Majalla"/>
          <w:sz w:val="36"/>
          <w:szCs w:val="38"/>
        </w:rPr>
        <w:t xml:space="preserve"> </w:t>
      </w:r>
      <w:r w:rsidRPr="008E006D">
        <w:rPr>
          <w:rFonts w:cs="Sakkal Majalla"/>
          <w:sz w:val="36"/>
          <w:szCs w:val="38"/>
          <w:rtl/>
        </w:rPr>
        <w:t>استنادًا</w:t>
      </w:r>
      <w:r w:rsidRPr="008E006D">
        <w:rPr>
          <w:rFonts w:cs="Sakkal Majalla"/>
          <w:sz w:val="36"/>
          <w:szCs w:val="38"/>
        </w:rPr>
        <w:t xml:space="preserve"> </w:t>
      </w:r>
      <w:r w:rsidRPr="008E006D">
        <w:rPr>
          <w:rFonts w:cs="Sakkal Majalla"/>
          <w:sz w:val="36"/>
          <w:szCs w:val="38"/>
          <w:rtl/>
        </w:rPr>
        <w:t>إلى</w:t>
      </w:r>
      <w:r w:rsidRPr="008E006D">
        <w:rPr>
          <w:rFonts w:cs="Sakkal Majalla"/>
          <w:sz w:val="36"/>
          <w:szCs w:val="38"/>
        </w:rPr>
        <w:t xml:space="preserve"> </w:t>
      </w:r>
      <w:r w:rsidRPr="008E006D">
        <w:rPr>
          <w:rFonts w:cs="Sakkal Majalla"/>
          <w:sz w:val="36"/>
          <w:szCs w:val="38"/>
          <w:rtl/>
        </w:rPr>
        <w:t>الأدبيات</w:t>
      </w:r>
      <w:r w:rsidRPr="008E006D">
        <w:rPr>
          <w:rFonts w:cs="Sakkal Majalla"/>
          <w:sz w:val="36"/>
          <w:szCs w:val="38"/>
        </w:rPr>
        <w:t xml:space="preserve"> </w:t>
      </w:r>
      <w:r w:rsidRPr="008E006D">
        <w:rPr>
          <w:rFonts w:cs="Sakkal Majalla"/>
          <w:sz w:val="36"/>
          <w:szCs w:val="38"/>
          <w:rtl/>
        </w:rPr>
        <w:t>ونتائج</w:t>
      </w:r>
      <w:r w:rsidRPr="008E006D">
        <w:rPr>
          <w:rFonts w:cs="Sakkal Majalla"/>
          <w:sz w:val="36"/>
          <w:szCs w:val="38"/>
        </w:rPr>
        <w:t xml:space="preserve"> </w:t>
      </w:r>
      <w:r w:rsidRPr="008E006D">
        <w:rPr>
          <w:rFonts w:cs="Sakkal Majalla"/>
          <w:sz w:val="36"/>
          <w:szCs w:val="38"/>
          <w:rtl/>
        </w:rPr>
        <w:t>التحليل</w:t>
      </w:r>
      <w:r w:rsidRPr="008E006D">
        <w:rPr>
          <w:rFonts w:cs="Sakkal Majalla"/>
          <w:sz w:val="36"/>
          <w:szCs w:val="38"/>
        </w:rPr>
        <w:t>.</w:t>
      </w:r>
    </w:p>
    <w:p w14:paraId="42C97015" w14:textId="77777777" w:rsidR="008E006D" w:rsidRPr="002D5B89" w:rsidRDefault="008E006D" w:rsidP="002D5B89">
      <w:pPr>
        <w:pStyle w:val="Heading1"/>
        <w:pageBreakBefore w:val="0"/>
        <w:spacing w:after="200" w:line="276" w:lineRule="auto"/>
        <w:jc w:val="left"/>
        <w:rPr>
          <w:rFonts w:ascii="Sakkal Majalla" w:eastAsia="Noto Sans Arabic" w:hAnsi="Sakkal Majalla" w:cs="Sakkal Majalla"/>
          <w:b/>
          <w:bCs/>
          <w:color w:val="10365E"/>
          <w:sz w:val="38"/>
          <w:szCs w:val="38"/>
        </w:rPr>
      </w:pPr>
      <w:bookmarkStart w:id="7" w:name="_Toc234793621"/>
      <w:r w:rsidRPr="002D5B89">
        <w:rPr>
          <w:rFonts w:ascii="Sakkal Majalla" w:eastAsia="Noto Sans Arabic" w:hAnsi="Sakkal Majalla" w:cs="Sakkal Majalla"/>
          <w:b/>
          <w:bCs/>
          <w:color w:val="10365E"/>
          <w:sz w:val="38"/>
          <w:szCs w:val="38"/>
        </w:rPr>
        <w:t xml:space="preserve">1.6 </w:t>
      </w:r>
      <w:r w:rsidRPr="002D5B89">
        <w:rPr>
          <w:rFonts w:ascii="Sakkal Majalla" w:eastAsia="Noto Sans Arabic" w:hAnsi="Sakkal Majalla" w:cs="Sakkal Majalla"/>
          <w:b/>
          <w:bCs/>
          <w:color w:val="10365E"/>
          <w:sz w:val="38"/>
          <w:szCs w:val="38"/>
          <w:rtl/>
        </w:rPr>
        <w:t>فرضيات</w:t>
      </w:r>
      <w:r w:rsidRPr="002D5B89">
        <w:rPr>
          <w:rFonts w:ascii="Sakkal Majalla" w:eastAsia="Noto Sans Arabic" w:hAnsi="Sakkal Majalla" w:cs="Sakkal Majalla"/>
          <w:b/>
          <w:bCs/>
          <w:color w:val="10365E"/>
          <w:sz w:val="38"/>
          <w:szCs w:val="38"/>
        </w:rPr>
        <w:t xml:space="preserve"> </w:t>
      </w:r>
      <w:r w:rsidRPr="002D5B89">
        <w:rPr>
          <w:rFonts w:ascii="Sakkal Majalla" w:eastAsia="Noto Sans Arabic" w:hAnsi="Sakkal Majalla" w:cs="Sakkal Majalla"/>
          <w:b/>
          <w:bCs/>
          <w:color w:val="10365E"/>
          <w:sz w:val="38"/>
          <w:szCs w:val="38"/>
          <w:rtl/>
        </w:rPr>
        <w:t>الدراسة</w:t>
      </w:r>
      <w:r w:rsidR="008D0B36" w:rsidRPr="002D5B89">
        <w:rPr>
          <w:rFonts w:ascii="Sakkal Majalla" w:eastAsia="Noto Sans Arabic" w:hAnsi="Sakkal Majalla" w:cs="Sakkal Majalla" w:hint="cs"/>
          <w:b/>
          <w:bCs/>
          <w:color w:val="10365E"/>
          <w:sz w:val="38"/>
          <w:szCs w:val="38"/>
          <w:rtl/>
        </w:rPr>
        <w:t>:</w:t>
      </w:r>
      <w:bookmarkEnd w:id="7"/>
      <w:r w:rsidR="008D0B36" w:rsidRPr="002D5B89">
        <w:rPr>
          <w:rFonts w:ascii="Sakkal Majalla" w:eastAsia="Noto Sans Arabic" w:hAnsi="Sakkal Majalla" w:cs="Sakkal Majalla" w:hint="cs"/>
          <w:b/>
          <w:bCs/>
          <w:color w:val="10365E"/>
          <w:sz w:val="38"/>
          <w:szCs w:val="38"/>
          <w:rtl/>
        </w:rPr>
        <w:t xml:space="preserve"> </w:t>
      </w:r>
    </w:p>
    <w:p w14:paraId="44DDBEAE" w14:textId="77777777" w:rsidR="008E006D" w:rsidRPr="008E006D" w:rsidRDefault="008E006D" w:rsidP="008D0B36">
      <w:pPr>
        <w:ind w:firstLine="720"/>
        <w:rPr>
          <w:rFonts w:cs="Sakkal Majalla"/>
          <w:sz w:val="36"/>
          <w:szCs w:val="38"/>
        </w:rPr>
      </w:pPr>
      <w:r w:rsidRPr="008E006D">
        <w:rPr>
          <w:rFonts w:cs="Sakkal Majalla"/>
          <w:sz w:val="36"/>
          <w:szCs w:val="38"/>
          <w:rtl/>
        </w:rPr>
        <w:t>في</w:t>
      </w:r>
      <w:r w:rsidRPr="008E006D">
        <w:rPr>
          <w:rFonts w:cs="Sakkal Majalla"/>
          <w:sz w:val="36"/>
          <w:szCs w:val="38"/>
        </w:rPr>
        <w:t xml:space="preserve"> </w:t>
      </w:r>
      <w:r w:rsidRPr="008E006D">
        <w:rPr>
          <w:rFonts w:cs="Sakkal Majalla"/>
          <w:sz w:val="36"/>
          <w:szCs w:val="38"/>
          <w:rtl/>
        </w:rPr>
        <w:t>ضوء</w:t>
      </w:r>
      <w:r w:rsidRPr="008E006D">
        <w:rPr>
          <w:rFonts w:cs="Sakkal Majalla"/>
          <w:sz w:val="36"/>
          <w:szCs w:val="38"/>
        </w:rPr>
        <w:t xml:space="preserve"> </w:t>
      </w:r>
      <w:r w:rsidRPr="008E006D">
        <w:rPr>
          <w:rFonts w:cs="Sakkal Majalla"/>
          <w:sz w:val="36"/>
          <w:szCs w:val="38"/>
          <w:rtl/>
        </w:rPr>
        <w:t>مشكلة</w:t>
      </w:r>
      <w:r w:rsidRPr="008E006D">
        <w:rPr>
          <w:rFonts w:cs="Sakkal Majalla"/>
          <w:sz w:val="36"/>
          <w:szCs w:val="38"/>
        </w:rPr>
        <w:t xml:space="preserve"> </w:t>
      </w:r>
      <w:r w:rsidRPr="008E006D">
        <w:rPr>
          <w:rFonts w:cs="Sakkal Majalla"/>
          <w:sz w:val="36"/>
          <w:szCs w:val="38"/>
          <w:rtl/>
        </w:rPr>
        <w:t>الدراسة</w:t>
      </w:r>
      <w:r w:rsidRPr="008E006D">
        <w:rPr>
          <w:rFonts w:cs="Sakkal Majalla"/>
          <w:sz w:val="36"/>
          <w:szCs w:val="38"/>
        </w:rPr>
        <w:t xml:space="preserve"> </w:t>
      </w:r>
      <w:r w:rsidRPr="008E006D">
        <w:rPr>
          <w:rFonts w:cs="Sakkal Majalla"/>
          <w:sz w:val="36"/>
          <w:szCs w:val="38"/>
          <w:rtl/>
        </w:rPr>
        <w:t>وأهدافها</w:t>
      </w:r>
      <w:r w:rsidRPr="008E006D">
        <w:rPr>
          <w:rFonts w:cs="Sakkal Majalla"/>
          <w:sz w:val="36"/>
          <w:szCs w:val="38"/>
        </w:rPr>
        <w:t xml:space="preserve"> </w:t>
      </w:r>
      <w:r w:rsidRPr="008E006D">
        <w:rPr>
          <w:rFonts w:cs="Sakkal Majalla"/>
          <w:sz w:val="36"/>
          <w:szCs w:val="38"/>
          <w:rtl/>
        </w:rPr>
        <w:t>ونموذجها</w:t>
      </w:r>
      <w:r w:rsidRPr="008E006D">
        <w:rPr>
          <w:rFonts w:cs="Sakkal Majalla"/>
          <w:sz w:val="36"/>
          <w:szCs w:val="38"/>
        </w:rPr>
        <w:t xml:space="preserve"> </w:t>
      </w:r>
      <w:r w:rsidRPr="008E006D">
        <w:rPr>
          <w:rFonts w:cs="Sakkal Majalla"/>
          <w:sz w:val="36"/>
          <w:szCs w:val="38"/>
          <w:rtl/>
        </w:rPr>
        <w:t>المفاهيمي،</w:t>
      </w:r>
      <w:r w:rsidRPr="008E006D">
        <w:rPr>
          <w:rFonts w:cs="Sakkal Majalla"/>
          <w:sz w:val="36"/>
          <w:szCs w:val="38"/>
        </w:rPr>
        <w:t xml:space="preserve"> </w:t>
      </w:r>
      <w:r w:rsidRPr="008E006D">
        <w:rPr>
          <w:rFonts w:cs="Sakkal Majalla"/>
          <w:sz w:val="36"/>
          <w:szCs w:val="38"/>
          <w:rtl/>
        </w:rPr>
        <w:t>صيغت</w:t>
      </w:r>
      <w:r w:rsidRPr="008E006D">
        <w:rPr>
          <w:rFonts w:cs="Sakkal Majalla"/>
          <w:sz w:val="36"/>
          <w:szCs w:val="38"/>
        </w:rPr>
        <w:t xml:space="preserve"> </w:t>
      </w:r>
      <w:r w:rsidRPr="008E006D">
        <w:rPr>
          <w:rFonts w:cs="Sakkal Majalla"/>
          <w:sz w:val="36"/>
          <w:szCs w:val="38"/>
          <w:rtl/>
        </w:rPr>
        <w:t>الفرضية</w:t>
      </w:r>
      <w:r w:rsidRPr="008E006D">
        <w:rPr>
          <w:rFonts w:cs="Sakkal Majalla"/>
          <w:sz w:val="36"/>
          <w:szCs w:val="38"/>
        </w:rPr>
        <w:t xml:space="preserve"> </w:t>
      </w:r>
      <w:r w:rsidRPr="008E006D">
        <w:rPr>
          <w:rFonts w:cs="Sakkal Majalla"/>
          <w:sz w:val="36"/>
          <w:szCs w:val="38"/>
          <w:rtl/>
        </w:rPr>
        <w:t>الرئيسة</w:t>
      </w:r>
      <w:r w:rsidRPr="008E006D">
        <w:rPr>
          <w:rFonts w:cs="Sakkal Majalla"/>
          <w:sz w:val="36"/>
          <w:szCs w:val="38"/>
        </w:rPr>
        <w:t xml:space="preserve"> </w:t>
      </w:r>
      <w:r w:rsidRPr="008E006D">
        <w:rPr>
          <w:rFonts w:cs="Sakkal Majalla"/>
          <w:sz w:val="36"/>
          <w:szCs w:val="38"/>
          <w:rtl/>
        </w:rPr>
        <w:t>والفرضيات</w:t>
      </w:r>
      <w:r w:rsidRPr="008E006D">
        <w:rPr>
          <w:rFonts w:cs="Sakkal Majalla"/>
          <w:sz w:val="36"/>
          <w:szCs w:val="38"/>
        </w:rPr>
        <w:t xml:space="preserve"> </w:t>
      </w:r>
      <w:r w:rsidRPr="008E006D">
        <w:rPr>
          <w:rFonts w:cs="Sakkal Majalla"/>
          <w:sz w:val="36"/>
          <w:szCs w:val="38"/>
          <w:rtl/>
        </w:rPr>
        <w:t>الفرعية</w:t>
      </w:r>
      <w:r w:rsidRPr="008E006D">
        <w:rPr>
          <w:rFonts w:cs="Sakkal Majalla"/>
          <w:sz w:val="36"/>
          <w:szCs w:val="38"/>
        </w:rPr>
        <w:t xml:space="preserve"> </w:t>
      </w:r>
      <w:r w:rsidRPr="008E006D">
        <w:rPr>
          <w:rFonts w:cs="Sakkal Majalla"/>
          <w:sz w:val="36"/>
          <w:szCs w:val="38"/>
          <w:rtl/>
        </w:rPr>
        <w:t>على</w:t>
      </w:r>
      <w:r w:rsidRPr="008E006D">
        <w:rPr>
          <w:rFonts w:cs="Sakkal Majalla"/>
          <w:sz w:val="36"/>
          <w:szCs w:val="38"/>
        </w:rPr>
        <w:t xml:space="preserve"> </w:t>
      </w:r>
      <w:r w:rsidRPr="008E006D">
        <w:rPr>
          <w:rFonts w:cs="Sakkal Majalla"/>
          <w:sz w:val="36"/>
          <w:szCs w:val="38"/>
          <w:rtl/>
        </w:rPr>
        <w:t>النحو</w:t>
      </w:r>
      <w:r w:rsidRPr="008E006D">
        <w:rPr>
          <w:rFonts w:cs="Sakkal Majalla"/>
          <w:sz w:val="36"/>
          <w:szCs w:val="38"/>
        </w:rPr>
        <w:t xml:space="preserve"> </w:t>
      </w:r>
      <w:r w:rsidRPr="008E006D">
        <w:rPr>
          <w:rFonts w:cs="Sakkal Majalla"/>
          <w:sz w:val="36"/>
          <w:szCs w:val="38"/>
          <w:rtl/>
        </w:rPr>
        <w:t>الآتي</w:t>
      </w:r>
      <w:r w:rsidRPr="008E006D">
        <w:rPr>
          <w:rFonts w:cs="Sakkal Majalla"/>
          <w:sz w:val="36"/>
          <w:szCs w:val="38"/>
        </w:rPr>
        <w:t>:</w:t>
      </w:r>
    </w:p>
    <w:p w14:paraId="09E8E604" w14:textId="77777777" w:rsidR="008E006D" w:rsidRPr="008E006D" w:rsidRDefault="008E006D" w:rsidP="008E006D">
      <w:pPr>
        <w:ind w:firstLine="0"/>
        <w:rPr>
          <w:rFonts w:cs="Sakkal Majalla"/>
          <w:sz w:val="36"/>
          <w:szCs w:val="38"/>
        </w:rPr>
      </w:pPr>
      <w:r w:rsidRPr="008E006D">
        <w:rPr>
          <w:rFonts w:ascii="Arial" w:hAnsi="Arial" w:cs="Arial"/>
          <w:sz w:val="36"/>
          <w:szCs w:val="38"/>
        </w:rPr>
        <w:t>▪</w:t>
      </w:r>
      <w:r w:rsidRPr="008E006D">
        <w:rPr>
          <w:rFonts w:cs="Sakkal Majalla"/>
          <w:sz w:val="36"/>
          <w:szCs w:val="38"/>
        </w:rPr>
        <w:t xml:space="preserve"> </w:t>
      </w:r>
      <w:r w:rsidRPr="008E006D">
        <w:rPr>
          <w:rFonts w:cs="Sakkal Majalla"/>
          <w:sz w:val="36"/>
          <w:szCs w:val="38"/>
          <w:rtl/>
        </w:rPr>
        <w:t>الفرضية</w:t>
      </w:r>
      <w:r w:rsidRPr="008E006D">
        <w:rPr>
          <w:rFonts w:cs="Sakkal Majalla"/>
          <w:sz w:val="36"/>
          <w:szCs w:val="38"/>
        </w:rPr>
        <w:t xml:space="preserve"> </w:t>
      </w:r>
      <w:r w:rsidRPr="008E006D">
        <w:rPr>
          <w:rFonts w:cs="Sakkal Majalla"/>
          <w:sz w:val="36"/>
          <w:szCs w:val="38"/>
          <w:rtl/>
        </w:rPr>
        <w:t>الرئيسة</w:t>
      </w:r>
      <w:r w:rsidRPr="008E006D">
        <w:rPr>
          <w:rFonts w:cs="Sakkal Majalla"/>
          <w:sz w:val="36"/>
          <w:szCs w:val="38"/>
        </w:rPr>
        <w:t xml:space="preserve"> H0/H</w:t>
      </w:r>
      <w:proofErr w:type="gramStart"/>
      <w:r w:rsidRPr="008E006D">
        <w:rPr>
          <w:rFonts w:cs="Sakkal Majalla"/>
          <w:sz w:val="36"/>
          <w:szCs w:val="38"/>
        </w:rPr>
        <w:t>1</w:t>
      </w:r>
      <w:r w:rsidR="008D0B36">
        <w:rPr>
          <w:rFonts w:cs="Sakkal Majalla" w:hint="cs"/>
          <w:sz w:val="36"/>
          <w:szCs w:val="38"/>
          <w:rtl/>
        </w:rPr>
        <w:t xml:space="preserve"> </w:t>
      </w:r>
      <w:r w:rsidRPr="008E006D">
        <w:rPr>
          <w:rFonts w:cs="Sakkal Majalla"/>
          <w:sz w:val="36"/>
          <w:szCs w:val="38"/>
        </w:rPr>
        <w:t>:</w:t>
      </w:r>
      <w:proofErr w:type="gramEnd"/>
      <w:r w:rsidR="008D0B36">
        <w:rPr>
          <w:rFonts w:cs="Sakkal Majalla" w:hint="cs"/>
          <w:sz w:val="36"/>
          <w:szCs w:val="38"/>
          <w:rtl/>
        </w:rPr>
        <w:t xml:space="preserve"> </w:t>
      </w:r>
      <w:r w:rsidRPr="008E006D">
        <w:rPr>
          <w:rFonts w:cs="Sakkal Majalla"/>
          <w:sz w:val="36"/>
          <w:szCs w:val="38"/>
        </w:rPr>
        <w:t xml:space="preserve"> </w:t>
      </w:r>
      <w:r w:rsidRPr="008E006D">
        <w:rPr>
          <w:rFonts w:cs="Sakkal Majalla"/>
          <w:sz w:val="36"/>
          <w:szCs w:val="38"/>
          <w:rtl/>
        </w:rPr>
        <w:t>يوجد</w:t>
      </w:r>
      <w:r w:rsidRPr="008E006D">
        <w:rPr>
          <w:rFonts w:cs="Sakkal Majalla"/>
          <w:sz w:val="36"/>
          <w:szCs w:val="38"/>
        </w:rPr>
        <w:t xml:space="preserve"> </w:t>
      </w:r>
      <w:r w:rsidRPr="008E006D">
        <w:rPr>
          <w:rFonts w:cs="Sakkal Majalla"/>
          <w:sz w:val="36"/>
          <w:szCs w:val="38"/>
          <w:rtl/>
        </w:rPr>
        <w:t>أثر</w:t>
      </w:r>
      <w:r w:rsidRPr="008E006D">
        <w:rPr>
          <w:rFonts w:cs="Sakkal Majalla"/>
          <w:sz w:val="36"/>
          <w:szCs w:val="38"/>
        </w:rPr>
        <w:t xml:space="preserve"> </w:t>
      </w:r>
      <w:r w:rsidRPr="008E006D">
        <w:rPr>
          <w:rFonts w:cs="Sakkal Majalla"/>
          <w:sz w:val="36"/>
          <w:szCs w:val="38"/>
          <w:rtl/>
        </w:rPr>
        <w:t>ذو</w:t>
      </w:r>
      <w:r w:rsidRPr="008E006D">
        <w:rPr>
          <w:rFonts w:cs="Sakkal Majalla"/>
          <w:sz w:val="36"/>
          <w:szCs w:val="38"/>
        </w:rPr>
        <w:t xml:space="preserve"> </w:t>
      </w:r>
      <w:r w:rsidRPr="008E006D">
        <w:rPr>
          <w:rFonts w:cs="Sakkal Majalla"/>
          <w:sz w:val="36"/>
          <w:szCs w:val="38"/>
          <w:rtl/>
        </w:rPr>
        <w:t>دلالة</w:t>
      </w:r>
      <w:r w:rsidRPr="008E006D">
        <w:rPr>
          <w:rFonts w:cs="Sakkal Majalla"/>
          <w:sz w:val="36"/>
          <w:szCs w:val="38"/>
        </w:rPr>
        <w:t xml:space="preserve"> </w:t>
      </w:r>
      <w:r w:rsidRPr="008E006D">
        <w:rPr>
          <w:rFonts w:cs="Sakkal Majalla"/>
          <w:sz w:val="36"/>
          <w:szCs w:val="38"/>
          <w:rtl/>
        </w:rPr>
        <w:t>إحصائية</w:t>
      </w:r>
      <w:r w:rsidRPr="008E006D">
        <w:rPr>
          <w:rFonts w:cs="Sakkal Majalla"/>
          <w:sz w:val="36"/>
          <w:szCs w:val="38"/>
        </w:rPr>
        <w:t xml:space="preserve"> </w:t>
      </w:r>
      <w:r w:rsidRPr="008E006D">
        <w:rPr>
          <w:rFonts w:cs="Sakkal Majalla"/>
          <w:sz w:val="36"/>
          <w:szCs w:val="38"/>
          <w:rtl/>
        </w:rPr>
        <w:t>لأبعاد</w:t>
      </w:r>
      <w:r w:rsidRPr="008E006D">
        <w:rPr>
          <w:rFonts w:cs="Sakkal Majalla"/>
          <w:sz w:val="36"/>
          <w:szCs w:val="38"/>
        </w:rPr>
        <w:t xml:space="preserve"> </w:t>
      </w:r>
      <w:r w:rsidRPr="008E006D">
        <w:rPr>
          <w:rFonts w:cs="Sakkal Majalla"/>
          <w:sz w:val="36"/>
          <w:szCs w:val="38"/>
          <w:rtl/>
        </w:rPr>
        <w:t>التحول</w:t>
      </w:r>
      <w:r w:rsidRPr="008E006D">
        <w:rPr>
          <w:rFonts w:cs="Sakkal Majalla"/>
          <w:sz w:val="36"/>
          <w:szCs w:val="38"/>
        </w:rPr>
        <w:t xml:space="preserve"> </w:t>
      </w:r>
      <w:r w:rsidRPr="008E006D">
        <w:rPr>
          <w:rFonts w:cs="Sakkal Majalla"/>
          <w:sz w:val="36"/>
          <w:szCs w:val="38"/>
          <w:rtl/>
        </w:rPr>
        <w:t>الرقمي</w:t>
      </w:r>
      <w:r w:rsidRPr="008E006D">
        <w:rPr>
          <w:rFonts w:cs="Sakkal Majalla"/>
          <w:sz w:val="36"/>
          <w:szCs w:val="38"/>
        </w:rPr>
        <w:t xml:space="preserve"> </w:t>
      </w:r>
      <w:r w:rsidRPr="008E006D">
        <w:rPr>
          <w:rFonts w:cs="Sakkal Majalla"/>
          <w:sz w:val="36"/>
          <w:szCs w:val="38"/>
          <w:rtl/>
        </w:rPr>
        <w:t>في</w:t>
      </w:r>
      <w:r w:rsidRPr="008E006D">
        <w:rPr>
          <w:rFonts w:cs="Sakkal Majalla"/>
          <w:sz w:val="36"/>
          <w:szCs w:val="38"/>
        </w:rPr>
        <w:t xml:space="preserve"> </w:t>
      </w:r>
      <w:r w:rsidRPr="008E006D">
        <w:rPr>
          <w:rFonts w:cs="Sakkal Majalla"/>
          <w:sz w:val="36"/>
          <w:szCs w:val="38"/>
          <w:rtl/>
        </w:rPr>
        <w:t>إدارة</w:t>
      </w:r>
      <w:r w:rsidRPr="008E006D">
        <w:rPr>
          <w:rFonts w:cs="Sakkal Majalla"/>
          <w:sz w:val="36"/>
          <w:szCs w:val="38"/>
        </w:rPr>
        <w:t xml:space="preserve"> </w:t>
      </w:r>
      <w:r w:rsidRPr="008E006D">
        <w:rPr>
          <w:rFonts w:cs="Sakkal Majalla"/>
          <w:sz w:val="36"/>
          <w:szCs w:val="38"/>
          <w:rtl/>
        </w:rPr>
        <w:t>المشاريع</w:t>
      </w:r>
      <w:r w:rsidRPr="008E006D">
        <w:rPr>
          <w:rFonts w:cs="Sakkal Majalla"/>
          <w:sz w:val="36"/>
          <w:szCs w:val="38"/>
        </w:rPr>
        <w:t xml:space="preserve"> </w:t>
      </w:r>
      <w:r w:rsidRPr="008E006D">
        <w:rPr>
          <w:rFonts w:cs="Sakkal Majalla"/>
          <w:sz w:val="36"/>
          <w:szCs w:val="38"/>
          <w:rtl/>
        </w:rPr>
        <w:t>مجتمعة</w:t>
      </w:r>
      <w:r w:rsidRPr="008E006D">
        <w:rPr>
          <w:rFonts w:cs="Sakkal Majalla"/>
          <w:sz w:val="36"/>
          <w:szCs w:val="38"/>
        </w:rPr>
        <w:t xml:space="preserve"> </w:t>
      </w:r>
      <w:r w:rsidRPr="008E006D">
        <w:rPr>
          <w:rFonts w:cs="Sakkal Majalla"/>
          <w:sz w:val="36"/>
          <w:szCs w:val="38"/>
          <w:rtl/>
        </w:rPr>
        <w:t>على</w:t>
      </w:r>
      <w:r w:rsidRPr="008E006D">
        <w:rPr>
          <w:rFonts w:cs="Sakkal Majalla"/>
          <w:sz w:val="36"/>
          <w:szCs w:val="38"/>
        </w:rPr>
        <w:t xml:space="preserve"> </w:t>
      </w:r>
      <w:r w:rsidRPr="008E006D">
        <w:rPr>
          <w:rFonts w:cs="Sakkal Majalla"/>
          <w:sz w:val="36"/>
          <w:szCs w:val="38"/>
          <w:rtl/>
        </w:rPr>
        <w:t>نجاح</w:t>
      </w:r>
      <w:r w:rsidRPr="008E006D">
        <w:rPr>
          <w:rFonts w:cs="Sakkal Majalla"/>
          <w:sz w:val="36"/>
          <w:szCs w:val="38"/>
        </w:rPr>
        <w:t xml:space="preserve"> </w:t>
      </w:r>
      <w:r w:rsidRPr="008E006D">
        <w:rPr>
          <w:rFonts w:cs="Sakkal Majalla"/>
          <w:sz w:val="36"/>
          <w:szCs w:val="38"/>
          <w:rtl/>
        </w:rPr>
        <w:t>المشاريع</w:t>
      </w:r>
      <w:r w:rsidRPr="008E006D">
        <w:rPr>
          <w:rFonts w:cs="Sakkal Majalla"/>
          <w:sz w:val="36"/>
          <w:szCs w:val="38"/>
        </w:rPr>
        <w:t xml:space="preserve"> </w:t>
      </w:r>
      <w:r w:rsidRPr="008E006D">
        <w:rPr>
          <w:rFonts w:cs="Sakkal Majalla"/>
          <w:sz w:val="36"/>
          <w:szCs w:val="38"/>
          <w:rtl/>
        </w:rPr>
        <w:t>في</w:t>
      </w:r>
      <w:r w:rsidRPr="008E006D">
        <w:rPr>
          <w:rFonts w:cs="Sakkal Majalla"/>
          <w:sz w:val="36"/>
          <w:szCs w:val="38"/>
        </w:rPr>
        <w:t xml:space="preserve"> </w:t>
      </w:r>
      <w:r w:rsidRPr="008E006D">
        <w:rPr>
          <w:rFonts w:cs="Sakkal Majalla"/>
          <w:sz w:val="36"/>
          <w:szCs w:val="38"/>
          <w:rtl/>
        </w:rPr>
        <w:t>الجهات</w:t>
      </w:r>
      <w:r w:rsidRPr="008E006D">
        <w:rPr>
          <w:rFonts w:cs="Sakkal Majalla"/>
          <w:sz w:val="36"/>
          <w:szCs w:val="38"/>
        </w:rPr>
        <w:t xml:space="preserve"> </w:t>
      </w:r>
      <w:r w:rsidRPr="008E006D">
        <w:rPr>
          <w:rFonts w:cs="Sakkal Majalla"/>
          <w:sz w:val="36"/>
          <w:szCs w:val="38"/>
          <w:rtl/>
        </w:rPr>
        <w:t>الحكومية</w:t>
      </w:r>
      <w:r w:rsidRPr="008E006D">
        <w:rPr>
          <w:rFonts w:cs="Sakkal Majalla"/>
          <w:sz w:val="36"/>
          <w:szCs w:val="38"/>
        </w:rPr>
        <w:t xml:space="preserve"> </w:t>
      </w:r>
      <w:r w:rsidRPr="008E006D">
        <w:rPr>
          <w:rFonts w:cs="Sakkal Majalla"/>
          <w:sz w:val="36"/>
          <w:szCs w:val="38"/>
          <w:rtl/>
        </w:rPr>
        <w:t>السعودية</w:t>
      </w:r>
      <w:r w:rsidRPr="008E006D">
        <w:rPr>
          <w:rFonts w:cs="Sakkal Majalla"/>
          <w:sz w:val="36"/>
          <w:szCs w:val="38"/>
        </w:rPr>
        <w:t xml:space="preserve"> </w:t>
      </w:r>
      <w:r w:rsidRPr="008E006D">
        <w:rPr>
          <w:rFonts w:cs="Sakkal Majalla"/>
          <w:sz w:val="36"/>
          <w:szCs w:val="38"/>
          <w:rtl/>
        </w:rPr>
        <w:t>عند</w:t>
      </w:r>
      <w:r w:rsidRPr="008E006D">
        <w:rPr>
          <w:rFonts w:cs="Sakkal Majalla"/>
          <w:sz w:val="36"/>
          <w:szCs w:val="38"/>
        </w:rPr>
        <w:t xml:space="preserve"> </w:t>
      </w:r>
      <w:r w:rsidRPr="008E006D">
        <w:rPr>
          <w:rFonts w:cs="Sakkal Majalla"/>
          <w:sz w:val="36"/>
          <w:szCs w:val="38"/>
          <w:rtl/>
        </w:rPr>
        <w:t>مستوى</w:t>
      </w:r>
      <w:r w:rsidRPr="008E006D">
        <w:rPr>
          <w:rFonts w:cs="Sakkal Majalla"/>
          <w:sz w:val="36"/>
          <w:szCs w:val="38"/>
        </w:rPr>
        <w:t xml:space="preserve"> </w:t>
      </w:r>
      <w:r w:rsidRPr="008E006D">
        <w:rPr>
          <w:rFonts w:cs="Sakkal Majalla"/>
          <w:sz w:val="36"/>
          <w:szCs w:val="38"/>
          <w:rtl/>
        </w:rPr>
        <w:t>دلالة</w:t>
      </w:r>
      <w:r w:rsidRPr="008E006D">
        <w:rPr>
          <w:rFonts w:cs="Sakkal Majalla"/>
          <w:sz w:val="36"/>
          <w:szCs w:val="38"/>
        </w:rPr>
        <w:t xml:space="preserve"> (0.05).</w:t>
      </w:r>
    </w:p>
    <w:p w14:paraId="46CCE1E6" w14:textId="77777777" w:rsidR="008E006D" w:rsidRPr="008E006D" w:rsidRDefault="008E006D" w:rsidP="008E006D">
      <w:pPr>
        <w:ind w:firstLine="0"/>
        <w:rPr>
          <w:rFonts w:cs="Sakkal Majalla"/>
          <w:sz w:val="36"/>
          <w:szCs w:val="38"/>
        </w:rPr>
      </w:pPr>
      <w:proofErr w:type="gramStart"/>
      <w:r w:rsidRPr="008E006D">
        <w:rPr>
          <w:rFonts w:ascii="Arial" w:hAnsi="Arial" w:cs="Arial"/>
          <w:sz w:val="36"/>
          <w:szCs w:val="38"/>
        </w:rPr>
        <w:t>▪</w:t>
      </w:r>
      <w:r w:rsidRPr="008E006D">
        <w:rPr>
          <w:rFonts w:cs="Sakkal Majalla"/>
          <w:sz w:val="36"/>
          <w:szCs w:val="38"/>
        </w:rPr>
        <w:t xml:space="preserve"> </w:t>
      </w:r>
      <w:r w:rsidR="008D0B36">
        <w:rPr>
          <w:rFonts w:cs="Sakkal Majalla" w:hint="cs"/>
          <w:sz w:val="36"/>
          <w:szCs w:val="38"/>
          <w:rtl/>
        </w:rPr>
        <w:t xml:space="preserve"> </w:t>
      </w:r>
      <w:r w:rsidRPr="008E006D">
        <w:rPr>
          <w:rFonts w:cs="Sakkal Majalla"/>
          <w:sz w:val="36"/>
          <w:szCs w:val="38"/>
        </w:rPr>
        <w:t>H1</w:t>
      </w:r>
      <w:r w:rsidR="008D0B36">
        <w:rPr>
          <w:rFonts w:cs="Sakkal Majalla" w:hint="cs"/>
          <w:sz w:val="36"/>
          <w:szCs w:val="38"/>
          <w:rtl/>
        </w:rPr>
        <w:t xml:space="preserve"> </w:t>
      </w:r>
      <w:r w:rsidRPr="008E006D">
        <w:rPr>
          <w:rFonts w:cs="Sakkal Majalla"/>
          <w:sz w:val="36"/>
          <w:szCs w:val="38"/>
        </w:rPr>
        <w:t>:</w:t>
      </w:r>
      <w:proofErr w:type="gramEnd"/>
      <w:r w:rsidRPr="008E006D">
        <w:rPr>
          <w:rFonts w:cs="Sakkal Majalla"/>
          <w:sz w:val="36"/>
          <w:szCs w:val="38"/>
        </w:rPr>
        <w:t xml:space="preserve"> </w:t>
      </w:r>
      <w:r w:rsidR="008D0B36">
        <w:rPr>
          <w:rFonts w:cs="Sakkal Majalla" w:hint="cs"/>
          <w:sz w:val="36"/>
          <w:szCs w:val="38"/>
          <w:rtl/>
        </w:rPr>
        <w:t xml:space="preserve"> </w:t>
      </w:r>
      <w:r w:rsidRPr="008E006D">
        <w:rPr>
          <w:rFonts w:cs="Sakkal Majalla"/>
          <w:sz w:val="36"/>
          <w:szCs w:val="38"/>
          <w:rtl/>
        </w:rPr>
        <w:t>يوجد</w:t>
      </w:r>
      <w:r w:rsidRPr="008E006D">
        <w:rPr>
          <w:rFonts w:cs="Sakkal Majalla"/>
          <w:sz w:val="36"/>
          <w:szCs w:val="38"/>
        </w:rPr>
        <w:t xml:space="preserve"> </w:t>
      </w:r>
      <w:r w:rsidRPr="008E006D">
        <w:rPr>
          <w:rFonts w:cs="Sakkal Majalla"/>
          <w:sz w:val="36"/>
          <w:szCs w:val="38"/>
          <w:rtl/>
        </w:rPr>
        <w:t>أثر</w:t>
      </w:r>
      <w:r w:rsidRPr="008E006D">
        <w:rPr>
          <w:rFonts w:cs="Sakkal Majalla"/>
          <w:sz w:val="36"/>
          <w:szCs w:val="38"/>
        </w:rPr>
        <w:t xml:space="preserve"> </w:t>
      </w:r>
      <w:r w:rsidRPr="008E006D">
        <w:rPr>
          <w:rFonts w:cs="Sakkal Majalla"/>
          <w:sz w:val="36"/>
          <w:szCs w:val="38"/>
          <w:rtl/>
        </w:rPr>
        <w:t>ذو</w:t>
      </w:r>
      <w:r w:rsidRPr="008E006D">
        <w:rPr>
          <w:rFonts w:cs="Sakkal Majalla"/>
          <w:sz w:val="36"/>
          <w:szCs w:val="38"/>
        </w:rPr>
        <w:t xml:space="preserve"> </w:t>
      </w:r>
      <w:r w:rsidRPr="008E006D">
        <w:rPr>
          <w:rFonts w:cs="Sakkal Majalla"/>
          <w:sz w:val="36"/>
          <w:szCs w:val="38"/>
          <w:rtl/>
        </w:rPr>
        <w:t>دلالة</w:t>
      </w:r>
      <w:r w:rsidRPr="008E006D">
        <w:rPr>
          <w:rFonts w:cs="Sakkal Majalla"/>
          <w:sz w:val="36"/>
          <w:szCs w:val="38"/>
        </w:rPr>
        <w:t xml:space="preserve"> </w:t>
      </w:r>
      <w:r w:rsidRPr="008E006D">
        <w:rPr>
          <w:rFonts w:cs="Sakkal Majalla"/>
          <w:sz w:val="36"/>
          <w:szCs w:val="38"/>
          <w:rtl/>
        </w:rPr>
        <w:t>إحصائية</w:t>
      </w:r>
      <w:r w:rsidRPr="008E006D">
        <w:rPr>
          <w:rFonts w:cs="Sakkal Majalla"/>
          <w:sz w:val="36"/>
          <w:szCs w:val="38"/>
        </w:rPr>
        <w:t xml:space="preserve"> </w:t>
      </w:r>
      <w:r w:rsidRPr="008E006D">
        <w:rPr>
          <w:rFonts w:cs="Sakkal Majalla"/>
          <w:sz w:val="36"/>
          <w:szCs w:val="38"/>
          <w:rtl/>
        </w:rPr>
        <w:t>للبنية</w:t>
      </w:r>
      <w:r w:rsidRPr="008E006D">
        <w:rPr>
          <w:rFonts w:cs="Sakkal Majalla"/>
          <w:sz w:val="36"/>
          <w:szCs w:val="38"/>
        </w:rPr>
        <w:t xml:space="preserve"> </w:t>
      </w:r>
      <w:r w:rsidRPr="008E006D">
        <w:rPr>
          <w:rFonts w:cs="Sakkal Majalla"/>
          <w:sz w:val="36"/>
          <w:szCs w:val="38"/>
          <w:rtl/>
        </w:rPr>
        <w:t>التحتية</w:t>
      </w:r>
      <w:r w:rsidRPr="008E006D">
        <w:rPr>
          <w:rFonts w:cs="Sakkal Majalla"/>
          <w:sz w:val="36"/>
          <w:szCs w:val="38"/>
        </w:rPr>
        <w:t xml:space="preserve"> </w:t>
      </w:r>
      <w:r w:rsidRPr="008E006D">
        <w:rPr>
          <w:rFonts w:cs="Sakkal Majalla"/>
          <w:sz w:val="36"/>
          <w:szCs w:val="38"/>
          <w:rtl/>
        </w:rPr>
        <w:t>الرقمية</w:t>
      </w:r>
      <w:r w:rsidRPr="008E006D">
        <w:rPr>
          <w:rFonts w:cs="Sakkal Majalla"/>
          <w:sz w:val="36"/>
          <w:szCs w:val="38"/>
        </w:rPr>
        <w:t xml:space="preserve"> </w:t>
      </w:r>
      <w:r w:rsidRPr="008E006D">
        <w:rPr>
          <w:rFonts w:cs="Sakkal Majalla"/>
          <w:sz w:val="36"/>
          <w:szCs w:val="38"/>
          <w:rtl/>
        </w:rPr>
        <w:t>على</w:t>
      </w:r>
      <w:r w:rsidRPr="008E006D">
        <w:rPr>
          <w:rFonts w:cs="Sakkal Majalla"/>
          <w:sz w:val="36"/>
          <w:szCs w:val="38"/>
        </w:rPr>
        <w:t xml:space="preserve"> </w:t>
      </w:r>
      <w:r w:rsidRPr="008E006D">
        <w:rPr>
          <w:rFonts w:cs="Sakkal Majalla"/>
          <w:sz w:val="36"/>
          <w:szCs w:val="38"/>
          <w:rtl/>
        </w:rPr>
        <w:t>نجاح</w:t>
      </w:r>
      <w:r w:rsidRPr="008E006D">
        <w:rPr>
          <w:rFonts w:cs="Sakkal Majalla"/>
          <w:sz w:val="36"/>
          <w:szCs w:val="38"/>
        </w:rPr>
        <w:t xml:space="preserve"> </w:t>
      </w:r>
      <w:r w:rsidRPr="008E006D">
        <w:rPr>
          <w:rFonts w:cs="Sakkal Majalla"/>
          <w:sz w:val="36"/>
          <w:szCs w:val="38"/>
          <w:rtl/>
        </w:rPr>
        <w:t>المشاريع</w:t>
      </w:r>
      <w:r w:rsidRPr="008E006D">
        <w:rPr>
          <w:rFonts w:cs="Sakkal Majalla"/>
          <w:sz w:val="36"/>
          <w:szCs w:val="38"/>
        </w:rPr>
        <w:t xml:space="preserve"> </w:t>
      </w:r>
      <w:r w:rsidRPr="008E006D">
        <w:rPr>
          <w:rFonts w:cs="Sakkal Majalla"/>
          <w:sz w:val="36"/>
          <w:szCs w:val="38"/>
          <w:rtl/>
        </w:rPr>
        <w:t>في</w:t>
      </w:r>
      <w:r w:rsidRPr="008E006D">
        <w:rPr>
          <w:rFonts w:cs="Sakkal Majalla"/>
          <w:sz w:val="36"/>
          <w:szCs w:val="38"/>
        </w:rPr>
        <w:t xml:space="preserve"> </w:t>
      </w:r>
      <w:r w:rsidRPr="008E006D">
        <w:rPr>
          <w:rFonts w:cs="Sakkal Majalla"/>
          <w:sz w:val="36"/>
          <w:szCs w:val="38"/>
          <w:rtl/>
        </w:rPr>
        <w:t>الجهات</w:t>
      </w:r>
      <w:r w:rsidRPr="008E006D">
        <w:rPr>
          <w:rFonts w:cs="Sakkal Majalla"/>
          <w:sz w:val="36"/>
          <w:szCs w:val="38"/>
        </w:rPr>
        <w:t xml:space="preserve"> </w:t>
      </w:r>
      <w:r w:rsidRPr="008E006D">
        <w:rPr>
          <w:rFonts w:cs="Sakkal Majalla"/>
          <w:sz w:val="36"/>
          <w:szCs w:val="38"/>
          <w:rtl/>
        </w:rPr>
        <w:t>الحكومية</w:t>
      </w:r>
      <w:r w:rsidRPr="008E006D">
        <w:rPr>
          <w:rFonts w:cs="Sakkal Majalla"/>
          <w:sz w:val="36"/>
          <w:szCs w:val="38"/>
        </w:rPr>
        <w:t xml:space="preserve"> </w:t>
      </w:r>
      <w:r w:rsidRPr="008E006D">
        <w:rPr>
          <w:rFonts w:cs="Sakkal Majalla"/>
          <w:sz w:val="36"/>
          <w:szCs w:val="38"/>
          <w:rtl/>
        </w:rPr>
        <w:t>السعودية</w:t>
      </w:r>
      <w:r w:rsidRPr="008E006D">
        <w:rPr>
          <w:rFonts w:cs="Sakkal Majalla"/>
          <w:sz w:val="36"/>
          <w:szCs w:val="38"/>
        </w:rPr>
        <w:t>.</w:t>
      </w:r>
    </w:p>
    <w:p w14:paraId="3D03021B" w14:textId="77777777" w:rsidR="008E006D" w:rsidRPr="008E006D" w:rsidRDefault="008E006D" w:rsidP="008E006D">
      <w:pPr>
        <w:ind w:firstLine="0"/>
        <w:rPr>
          <w:rFonts w:cs="Sakkal Majalla"/>
          <w:sz w:val="36"/>
          <w:szCs w:val="38"/>
        </w:rPr>
      </w:pPr>
      <w:proofErr w:type="gramStart"/>
      <w:r w:rsidRPr="008E006D">
        <w:rPr>
          <w:rFonts w:ascii="Arial" w:hAnsi="Arial" w:cs="Arial"/>
          <w:sz w:val="36"/>
          <w:szCs w:val="38"/>
        </w:rPr>
        <w:t>▪</w:t>
      </w:r>
      <w:r w:rsidRPr="008E006D">
        <w:rPr>
          <w:rFonts w:cs="Sakkal Majalla"/>
          <w:sz w:val="36"/>
          <w:szCs w:val="38"/>
        </w:rPr>
        <w:t xml:space="preserve"> </w:t>
      </w:r>
      <w:r w:rsidR="008D0B36">
        <w:rPr>
          <w:rFonts w:cs="Sakkal Majalla" w:hint="cs"/>
          <w:sz w:val="36"/>
          <w:szCs w:val="38"/>
          <w:rtl/>
        </w:rPr>
        <w:t xml:space="preserve"> </w:t>
      </w:r>
      <w:r w:rsidRPr="008E006D">
        <w:rPr>
          <w:rFonts w:cs="Sakkal Majalla"/>
          <w:sz w:val="36"/>
          <w:szCs w:val="38"/>
        </w:rPr>
        <w:t>H2</w:t>
      </w:r>
      <w:r w:rsidR="008D0B36">
        <w:rPr>
          <w:rFonts w:cs="Sakkal Majalla" w:hint="cs"/>
          <w:sz w:val="36"/>
          <w:szCs w:val="38"/>
          <w:rtl/>
        </w:rPr>
        <w:t xml:space="preserve"> </w:t>
      </w:r>
      <w:r w:rsidRPr="008E006D">
        <w:rPr>
          <w:rFonts w:cs="Sakkal Majalla"/>
          <w:sz w:val="36"/>
          <w:szCs w:val="38"/>
        </w:rPr>
        <w:t>:</w:t>
      </w:r>
      <w:proofErr w:type="gramEnd"/>
      <w:r w:rsidR="008D0B36">
        <w:rPr>
          <w:rFonts w:cs="Sakkal Majalla" w:hint="cs"/>
          <w:sz w:val="36"/>
          <w:szCs w:val="38"/>
          <w:rtl/>
        </w:rPr>
        <w:t xml:space="preserve"> </w:t>
      </w:r>
      <w:r w:rsidRPr="008E006D">
        <w:rPr>
          <w:rFonts w:cs="Sakkal Majalla"/>
          <w:sz w:val="36"/>
          <w:szCs w:val="38"/>
        </w:rPr>
        <w:t xml:space="preserve"> </w:t>
      </w:r>
      <w:r w:rsidRPr="008E006D">
        <w:rPr>
          <w:rFonts w:cs="Sakkal Majalla"/>
          <w:sz w:val="36"/>
          <w:szCs w:val="38"/>
          <w:rtl/>
        </w:rPr>
        <w:t>يوجد</w:t>
      </w:r>
      <w:r w:rsidRPr="008E006D">
        <w:rPr>
          <w:rFonts w:cs="Sakkal Majalla"/>
          <w:sz w:val="36"/>
          <w:szCs w:val="38"/>
        </w:rPr>
        <w:t xml:space="preserve"> </w:t>
      </w:r>
      <w:r w:rsidRPr="008E006D">
        <w:rPr>
          <w:rFonts w:cs="Sakkal Majalla"/>
          <w:sz w:val="36"/>
          <w:szCs w:val="38"/>
          <w:rtl/>
        </w:rPr>
        <w:t>أثر</w:t>
      </w:r>
      <w:r w:rsidRPr="008E006D">
        <w:rPr>
          <w:rFonts w:cs="Sakkal Majalla"/>
          <w:sz w:val="36"/>
          <w:szCs w:val="38"/>
        </w:rPr>
        <w:t xml:space="preserve"> </w:t>
      </w:r>
      <w:r w:rsidRPr="008E006D">
        <w:rPr>
          <w:rFonts w:cs="Sakkal Majalla"/>
          <w:sz w:val="36"/>
          <w:szCs w:val="38"/>
          <w:rtl/>
        </w:rPr>
        <w:t>ذو</w:t>
      </w:r>
      <w:r w:rsidRPr="008E006D">
        <w:rPr>
          <w:rFonts w:cs="Sakkal Majalla"/>
          <w:sz w:val="36"/>
          <w:szCs w:val="38"/>
        </w:rPr>
        <w:t xml:space="preserve"> </w:t>
      </w:r>
      <w:r w:rsidRPr="008E006D">
        <w:rPr>
          <w:rFonts w:cs="Sakkal Majalla"/>
          <w:sz w:val="36"/>
          <w:szCs w:val="38"/>
          <w:rtl/>
        </w:rPr>
        <w:t>دلالة</w:t>
      </w:r>
      <w:r w:rsidRPr="008E006D">
        <w:rPr>
          <w:rFonts w:cs="Sakkal Majalla"/>
          <w:sz w:val="36"/>
          <w:szCs w:val="38"/>
        </w:rPr>
        <w:t xml:space="preserve"> </w:t>
      </w:r>
      <w:r w:rsidRPr="008E006D">
        <w:rPr>
          <w:rFonts w:cs="Sakkal Majalla"/>
          <w:sz w:val="36"/>
          <w:szCs w:val="38"/>
          <w:rtl/>
        </w:rPr>
        <w:t>إحصائية</w:t>
      </w:r>
      <w:r w:rsidRPr="008E006D">
        <w:rPr>
          <w:rFonts w:cs="Sakkal Majalla"/>
          <w:sz w:val="36"/>
          <w:szCs w:val="38"/>
        </w:rPr>
        <w:t xml:space="preserve"> </w:t>
      </w:r>
      <w:r w:rsidRPr="008E006D">
        <w:rPr>
          <w:rFonts w:cs="Sakkal Majalla"/>
          <w:sz w:val="36"/>
          <w:szCs w:val="38"/>
          <w:rtl/>
        </w:rPr>
        <w:t>للثقافة</w:t>
      </w:r>
      <w:r w:rsidRPr="008E006D">
        <w:rPr>
          <w:rFonts w:cs="Sakkal Majalla"/>
          <w:sz w:val="36"/>
          <w:szCs w:val="38"/>
        </w:rPr>
        <w:t xml:space="preserve"> </w:t>
      </w:r>
      <w:r w:rsidRPr="008E006D">
        <w:rPr>
          <w:rFonts w:cs="Sakkal Majalla"/>
          <w:sz w:val="36"/>
          <w:szCs w:val="38"/>
          <w:rtl/>
        </w:rPr>
        <w:t>الرقمية</w:t>
      </w:r>
      <w:r w:rsidRPr="008E006D">
        <w:rPr>
          <w:rFonts w:cs="Sakkal Majalla"/>
          <w:sz w:val="36"/>
          <w:szCs w:val="38"/>
        </w:rPr>
        <w:t xml:space="preserve"> </w:t>
      </w:r>
      <w:r w:rsidRPr="008E006D">
        <w:rPr>
          <w:rFonts w:cs="Sakkal Majalla"/>
          <w:sz w:val="36"/>
          <w:szCs w:val="38"/>
          <w:rtl/>
        </w:rPr>
        <w:t>على</w:t>
      </w:r>
      <w:r w:rsidRPr="008E006D">
        <w:rPr>
          <w:rFonts w:cs="Sakkal Majalla"/>
          <w:sz w:val="36"/>
          <w:szCs w:val="38"/>
        </w:rPr>
        <w:t xml:space="preserve"> </w:t>
      </w:r>
      <w:r w:rsidRPr="008E006D">
        <w:rPr>
          <w:rFonts w:cs="Sakkal Majalla"/>
          <w:sz w:val="36"/>
          <w:szCs w:val="38"/>
          <w:rtl/>
        </w:rPr>
        <w:t>نجاح</w:t>
      </w:r>
      <w:r w:rsidRPr="008E006D">
        <w:rPr>
          <w:rFonts w:cs="Sakkal Majalla"/>
          <w:sz w:val="36"/>
          <w:szCs w:val="38"/>
        </w:rPr>
        <w:t xml:space="preserve"> </w:t>
      </w:r>
      <w:r w:rsidRPr="008E006D">
        <w:rPr>
          <w:rFonts w:cs="Sakkal Majalla"/>
          <w:sz w:val="36"/>
          <w:szCs w:val="38"/>
          <w:rtl/>
        </w:rPr>
        <w:t>المشاريع</w:t>
      </w:r>
      <w:r w:rsidRPr="008E006D">
        <w:rPr>
          <w:rFonts w:cs="Sakkal Majalla"/>
          <w:sz w:val="36"/>
          <w:szCs w:val="38"/>
        </w:rPr>
        <w:t xml:space="preserve"> </w:t>
      </w:r>
      <w:r w:rsidRPr="008E006D">
        <w:rPr>
          <w:rFonts w:cs="Sakkal Majalla"/>
          <w:sz w:val="36"/>
          <w:szCs w:val="38"/>
          <w:rtl/>
        </w:rPr>
        <w:t>في</w:t>
      </w:r>
      <w:r w:rsidRPr="008E006D">
        <w:rPr>
          <w:rFonts w:cs="Sakkal Majalla"/>
          <w:sz w:val="36"/>
          <w:szCs w:val="38"/>
        </w:rPr>
        <w:t xml:space="preserve"> </w:t>
      </w:r>
      <w:r w:rsidRPr="008E006D">
        <w:rPr>
          <w:rFonts w:cs="Sakkal Majalla"/>
          <w:sz w:val="36"/>
          <w:szCs w:val="38"/>
          <w:rtl/>
        </w:rPr>
        <w:t>الجهات</w:t>
      </w:r>
      <w:r w:rsidRPr="008E006D">
        <w:rPr>
          <w:rFonts w:cs="Sakkal Majalla"/>
          <w:sz w:val="36"/>
          <w:szCs w:val="38"/>
        </w:rPr>
        <w:t xml:space="preserve"> </w:t>
      </w:r>
      <w:r w:rsidRPr="008E006D">
        <w:rPr>
          <w:rFonts w:cs="Sakkal Majalla"/>
          <w:sz w:val="36"/>
          <w:szCs w:val="38"/>
          <w:rtl/>
        </w:rPr>
        <w:t>الحكومية</w:t>
      </w:r>
      <w:r w:rsidRPr="008E006D">
        <w:rPr>
          <w:rFonts w:cs="Sakkal Majalla"/>
          <w:sz w:val="36"/>
          <w:szCs w:val="38"/>
        </w:rPr>
        <w:t xml:space="preserve"> </w:t>
      </w:r>
      <w:r w:rsidRPr="008E006D">
        <w:rPr>
          <w:rFonts w:cs="Sakkal Majalla"/>
          <w:sz w:val="36"/>
          <w:szCs w:val="38"/>
          <w:rtl/>
        </w:rPr>
        <w:t>السعودية</w:t>
      </w:r>
      <w:r w:rsidRPr="008E006D">
        <w:rPr>
          <w:rFonts w:cs="Sakkal Majalla"/>
          <w:sz w:val="36"/>
          <w:szCs w:val="38"/>
        </w:rPr>
        <w:t>.</w:t>
      </w:r>
    </w:p>
    <w:p w14:paraId="37749F93" w14:textId="77777777" w:rsidR="008E006D" w:rsidRPr="008E006D" w:rsidRDefault="008E006D" w:rsidP="008E006D">
      <w:pPr>
        <w:ind w:firstLine="0"/>
        <w:rPr>
          <w:rFonts w:cs="Sakkal Majalla"/>
          <w:sz w:val="36"/>
          <w:szCs w:val="38"/>
        </w:rPr>
      </w:pPr>
      <w:proofErr w:type="gramStart"/>
      <w:r w:rsidRPr="008E006D">
        <w:rPr>
          <w:rFonts w:ascii="Arial" w:hAnsi="Arial" w:cs="Arial"/>
          <w:sz w:val="36"/>
          <w:szCs w:val="38"/>
        </w:rPr>
        <w:lastRenderedPageBreak/>
        <w:t>▪</w:t>
      </w:r>
      <w:r w:rsidR="008D0B36">
        <w:rPr>
          <w:rFonts w:ascii="Arial" w:hAnsi="Arial" w:cs="Arial" w:hint="cs"/>
          <w:sz w:val="36"/>
          <w:szCs w:val="38"/>
          <w:rtl/>
        </w:rPr>
        <w:t xml:space="preserve"> </w:t>
      </w:r>
      <w:r w:rsidRPr="008E006D">
        <w:rPr>
          <w:rFonts w:cs="Sakkal Majalla"/>
          <w:sz w:val="36"/>
          <w:szCs w:val="38"/>
        </w:rPr>
        <w:t xml:space="preserve"> H3</w:t>
      </w:r>
      <w:r w:rsidR="008D0B36">
        <w:rPr>
          <w:rFonts w:cs="Sakkal Majalla" w:hint="cs"/>
          <w:sz w:val="36"/>
          <w:szCs w:val="38"/>
          <w:rtl/>
        </w:rPr>
        <w:t xml:space="preserve"> </w:t>
      </w:r>
      <w:r w:rsidRPr="008E006D">
        <w:rPr>
          <w:rFonts w:cs="Sakkal Majalla"/>
          <w:sz w:val="36"/>
          <w:szCs w:val="38"/>
        </w:rPr>
        <w:t>:</w:t>
      </w:r>
      <w:proofErr w:type="gramEnd"/>
      <w:r w:rsidR="008D0B36">
        <w:rPr>
          <w:rFonts w:cs="Sakkal Majalla" w:hint="cs"/>
          <w:sz w:val="36"/>
          <w:szCs w:val="38"/>
          <w:rtl/>
        </w:rPr>
        <w:t xml:space="preserve"> </w:t>
      </w:r>
      <w:r w:rsidRPr="008E006D">
        <w:rPr>
          <w:rFonts w:cs="Sakkal Majalla"/>
          <w:sz w:val="36"/>
          <w:szCs w:val="38"/>
        </w:rPr>
        <w:t xml:space="preserve"> </w:t>
      </w:r>
      <w:r w:rsidRPr="008E006D">
        <w:rPr>
          <w:rFonts w:cs="Sakkal Majalla"/>
          <w:sz w:val="36"/>
          <w:szCs w:val="38"/>
          <w:rtl/>
        </w:rPr>
        <w:t>يوجد</w:t>
      </w:r>
      <w:r w:rsidRPr="008E006D">
        <w:rPr>
          <w:rFonts w:cs="Sakkal Majalla"/>
          <w:sz w:val="36"/>
          <w:szCs w:val="38"/>
        </w:rPr>
        <w:t xml:space="preserve"> </w:t>
      </w:r>
      <w:r w:rsidRPr="008E006D">
        <w:rPr>
          <w:rFonts w:cs="Sakkal Majalla"/>
          <w:sz w:val="36"/>
          <w:szCs w:val="38"/>
          <w:rtl/>
        </w:rPr>
        <w:t>أثر</w:t>
      </w:r>
      <w:r w:rsidRPr="008E006D">
        <w:rPr>
          <w:rFonts w:cs="Sakkal Majalla"/>
          <w:sz w:val="36"/>
          <w:szCs w:val="38"/>
        </w:rPr>
        <w:t xml:space="preserve"> </w:t>
      </w:r>
      <w:r w:rsidRPr="008E006D">
        <w:rPr>
          <w:rFonts w:cs="Sakkal Majalla"/>
          <w:sz w:val="36"/>
          <w:szCs w:val="38"/>
          <w:rtl/>
        </w:rPr>
        <w:t>ذو</w:t>
      </w:r>
      <w:r w:rsidRPr="008E006D">
        <w:rPr>
          <w:rFonts w:cs="Sakkal Majalla"/>
          <w:sz w:val="36"/>
          <w:szCs w:val="38"/>
        </w:rPr>
        <w:t xml:space="preserve"> </w:t>
      </w:r>
      <w:r w:rsidRPr="008E006D">
        <w:rPr>
          <w:rFonts w:cs="Sakkal Majalla"/>
          <w:sz w:val="36"/>
          <w:szCs w:val="38"/>
          <w:rtl/>
        </w:rPr>
        <w:t>دلالة</w:t>
      </w:r>
      <w:r w:rsidRPr="008E006D">
        <w:rPr>
          <w:rFonts w:cs="Sakkal Majalla"/>
          <w:sz w:val="36"/>
          <w:szCs w:val="38"/>
        </w:rPr>
        <w:t xml:space="preserve"> </w:t>
      </w:r>
      <w:r w:rsidRPr="008E006D">
        <w:rPr>
          <w:rFonts w:cs="Sakkal Majalla"/>
          <w:sz w:val="36"/>
          <w:szCs w:val="38"/>
          <w:rtl/>
        </w:rPr>
        <w:t>إحصائية</w:t>
      </w:r>
      <w:r w:rsidRPr="008E006D">
        <w:rPr>
          <w:rFonts w:cs="Sakkal Majalla"/>
          <w:sz w:val="36"/>
          <w:szCs w:val="38"/>
        </w:rPr>
        <w:t xml:space="preserve"> </w:t>
      </w:r>
      <w:r w:rsidRPr="008E006D">
        <w:rPr>
          <w:rFonts w:cs="Sakkal Majalla"/>
          <w:sz w:val="36"/>
          <w:szCs w:val="38"/>
          <w:rtl/>
        </w:rPr>
        <w:t>للقيادة</w:t>
      </w:r>
      <w:r w:rsidRPr="008E006D">
        <w:rPr>
          <w:rFonts w:cs="Sakkal Majalla"/>
          <w:sz w:val="36"/>
          <w:szCs w:val="38"/>
        </w:rPr>
        <w:t xml:space="preserve"> </w:t>
      </w:r>
      <w:r w:rsidRPr="008E006D">
        <w:rPr>
          <w:rFonts w:cs="Sakkal Majalla"/>
          <w:sz w:val="36"/>
          <w:szCs w:val="38"/>
          <w:rtl/>
        </w:rPr>
        <w:t>الرقمية</w:t>
      </w:r>
      <w:r w:rsidRPr="008E006D">
        <w:rPr>
          <w:rFonts w:cs="Sakkal Majalla"/>
          <w:sz w:val="36"/>
          <w:szCs w:val="38"/>
        </w:rPr>
        <w:t xml:space="preserve"> </w:t>
      </w:r>
      <w:r w:rsidRPr="008E006D">
        <w:rPr>
          <w:rFonts w:cs="Sakkal Majalla"/>
          <w:sz w:val="36"/>
          <w:szCs w:val="38"/>
          <w:rtl/>
        </w:rPr>
        <w:t>على</w:t>
      </w:r>
      <w:r w:rsidRPr="008E006D">
        <w:rPr>
          <w:rFonts w:cs="Sakkal Majalla"/>
          <w:sz w:val="36"/>
          <w:szCs w:val="38"/>
        </w:rPr>
        <w:t xml:space="preserve"> </w:t>
      </w:r>
      <w:r w:rsidRPr="008E006D">
        <w:rPr>
          <w:rFonts w:cs="Sakkal Majalla"/>
          <w:sz w:val="36"/>
          <w:szCs w:val="38"/>
          <w:rtl/>
        </w:rPr>
        <w:t>نجاح</w:t>
      </w:r>
      <w:r w:rsidRPr="008E006D">
        <w:rPr>
          <w:rFonts w:cs="Sakkal Majalla"/>
          <w:sz w:val="36"/>
          <w:szCs w:val="38"/>
        </w:rPr>
        <w:t xml:space="preserve"> </w:t>
      </w:r>
      <w:r w:rsidRPr="008E006D">
        <w:rPr>
          <w:rFonts w:cs="Sakkal Majalla"/>
          <w:sz w:val="36"/>
          <w:szCs w:val="38"/>
          <w:rtl/>
        </w:rPr>
        <w:t>المشاريع</w:t>
      </w:r>
      <w:r w:rsidRPr="008E006D">
        <w:rPr>
          <w:rFonts w:cs="Sakkal Majalla"/>
          <w:sz w:val="36"/>
          <w:szCs w:val="38"/>
        </w:rPr>
        <w:t xml:space="preserve"> </w:t>
      </w:r>
      <w:r w:rsidRPr="008E006D">
        <w:rPr>
          <w:rFonts w:cs="Sakkal Majalla"/>
          <w:sz w:val="36"/>
          <w:szCs w:val="38"/>
          <w:rtl/>
        </w:rPr>
        <w:t>في</w:t>
      </w:r>
      <w:r w:rsidRPr="008E006D">
        <w:rPr>
          <w:rFonts w:cs="Sakkal Majalla"/>
          <w:sz w:val="36"/>
          <w:szCs w:val="38"/>
        </w:rPr>
        <w:t xml:space="preserve"> </w:t>
      </w:r>
      <w:r w:rsidRPr="008E006D">
        <w:rPr>
          <w:rFonts w:cs="Sakkal Majalla"/>
          <w:sz w:val="36"/>
          <w:szCs w:val="38"/>
          <w:rtl/>
        </w:rPr>
        <w:t>الجهات</w:t>
      </w:r>
      <w:r w:rsidRPr="008E006D">
        <w:rPr>
          <w:rFonts w:cs="Sakkal Majalla"/>
          <w:sz w:val="36"/>
          <w:szCs w:val="38"/>
        </w:rPr>
        <w:t xml:space="preserve"> </w:t>
      </w:r>
      <w:r w:rsidRPr="008E006D">
        <w:rPr>
          <w:rFonts w:cs="Sakkal Majalla"/>
          <w:sz w:val="36"/>
          <w:szCs w:val="38"/>
          <w:rtl/>
        </w:rPr>
        <w:t>الحكومية</w:t>
      </w:r>
      <w:r w:rsidRPr="008E006D">
        <w:rPr>
          <w:rFonts w:cs="Sakkal Majalla"/>
          <w:sz w:val="36"/>
          <w:szCs w:val="38"/>
        </w:rPr>
        <w:t xml:space="preserve"> </w:t>
      </w:r>
      <w:r w:rsidRPr="008E006D">
        <w:rPr>
          <w:rFonts w:cs="Sakkal Majalla"/>
          <w:sz w:val="36"/>
          <w:szCs w:val="38"/>
          <w:rtl/>
        </w:rPr>
        <w:t>السعودية</w:t>
      </w:r>
      <w:r w:rsidRPr="008E006D">
        <w:rPr>
          <w:rFonts w:cs="Sakkal Majalla"/>
          <w:sz w:val="36"/>
          <w:szCs w:val="38"/>
        </w:rPr>
        <w:t>.</w:t>
      </w:r>
    </w:p>
    <w:p w14:paraId="101A951C" w14:textId="77777777" w:rsidR="008E006D" w:rsidRPr="008E006D" w:rsidRDefault="008E006D" w:rsidP="008E006D">
      <w:pPr>
        <w:ind w:firstLine="0"/>
        <w:rPr>
          <w:rFonts w:cs="Sakkal Majalla"/>
          <w:sz w:val="36"/>
          <w:szCs w:val="38"/>
        </w:rPr>
      </w:pPr>
      <w:proofErr w:type="gramStart"/>
      <w:r w:rsidRPr="008E006D">
        <w:rPr>
          <w:rFonts w:ascii="Arial" w:hAnsi="Arial" w:cs="Arial"/>
          <w:sz w:val="36"/>
          <w:szCs w:val="38"/>
        </w:rPr>
        <w:t>▪</w:t>
      </w:r>
      <w:r w:rsidR="008D0B36">
        <w:rPr>
          <w:rFonts w:ascii="Arial" w:hAnsi="Arial" w:cs="Arial" w:hint="cs"/>
          <w:sz w:val="36"/>
          <w:szCs w:val="38"/>
          <w:rtl/>
        </w:rPr>
        <w:t xml:space="preserve"> </w:t>
      </w:r>
      <w:r w:rsidRPr="008E006D">
        <w:rPr>
          <w:rFonts w:cs="Sakkal Majalla"/>
          <w:sz w:val="36"/>
          <w:szCs w:val="38"/>
        </w:rPr>
        <w:t xml:space="preserve"> H4</w:t>
      </w:r>
      <w:r w:rsidR="008D0B36">
        <w:rPr>
          <w:rFonts w:cs="Sakkal Majalla" w:hint="cs"/>
          <w:sz w:val="36"/>
          <w:szCs w:val="38"/>
          <w:rtl/>
        </w:rPr>
        <w:t xml:space="preserve"> </w:t>
      </w:r>
      <w:r w:rsidRPr="008E006D">
        <w:rPr>
          <w:rFonts w:cs="Sakkal Majalla"/>
          <w:sz w:val="36"/>
          <w:szCs w:val="38"/>
        </w:rPr>
        <w:t>:</w:t>
      </w:r>
      <w:proofErr w:type="gramEnd"/>
      <w:r w:rsidR="008D0B36">
        <w:rPr>
          <w:rFonts w:cs="Sakkal Majalla" w:hint="cs"/>
          <w:sz w:val="36"/>
          <w:szCs w:val="38"/>
          <w:rtl/>
        </w:rPr>
        <w:t xml:space="preserve"> </w:t>
      </w:r>
      <w:r w:rsidRPr="008E006D">
        <w:rPr>
          <w:rFonts w:cs="Sakkal Majalla"/>
          <w:sz w:val="36"/>
          <w:szCs w:val="38"/>
        </w:rPr>
        <w:t xml:space="preserve"> </w:t>
      </w:r>
      <w:r w:rsidRPr="008E006D">
        <w:rPr>
          <w:rFonts w:cs="Sakkal Majalla"/>
          <w:sz w:val="36"/>
          <w:szCs w:val="38"/>
          <w:rtl/>
        </w:rPr>
        <w:t>يوجد</w:t>
      </w:r>
      <w:r w:rsidRPr="008E006D">
        <w:rPr>
          <w:rFonts w:cs="Sakkal Majalla"/>
          <w:sz w:val="36"/>
          <w:szCs w:val="38"/>
        </w:rPr>
        <w:t xml:space="preserve"> </w:t>
      </w:r>
      <w:r w:rsidRPr="008E006D">
        <w:rPr>
          <w:rFonts w:cs="Sakkal Majalla"/>
          <w:sz w:val="36"/>
          <w:szCs w:val="38"/>
          <w:rtl/>
        </w:rPr>
        <w:t>أثر</w:t>
      </w:r>
      <w:r w:rsidRPr="008E006D">
        <w:rPr>
          <w:rFonts w:cs="Sakkal Majalla"/>
          <w:sz w:val="36"/>
          <w:szCs w:val="38"/>
        </w:rPr>
        <w:t xml:space="preserve"> </w:t>
      </w:r>
      <w:r w:rsidRPr="008E006D">
        <w:rPr>
          <w:rFonts w:cs="Sakkal Majalla"/>
          <w:sz w:val="36"/>
          <w:szCs w:val="38"/>
          <w:rtl/>
        </w:rPr>
        <w:t>ذو</w:t>
      </w:r>
      <w:r w:rsidRPr="008E006D">
        <w:rPr>
          <w:rFonts w:cs="Sakkal Majalla"/>
          <w:sz w:val="36"/>
          <w:szCs w:val="38"/>
        </w:rPr>
        <w:t xml:space="preserve"> </w:t>
      </w:r>
      <w:r w:rsidRPr="008E006D">
        <w:rPr>
          <w:rFonts w:cs="Sakkal Majalla"/>
          <w:sz w:val="36"/>
          <w:szCs w:val="38"/>
          <w:rtl/>
        </w:rPr>
        <w:t>دلالة</w:t>
      </w:r>
      <w:r w:rsidRPr="008E006D">
        <w:rPr>
          <w:rFonts w:cs="Sakkal Majalla"/>
          <w:sz w:val="36"/>
          <w:szCs w:val="38"/>
        </w:rPr>
        <w:t xml:space="preserve"> </w:t>
      </w:r>
      <w:r w:rsidRPr="008E006D">
        <w:rPr>
          <w:rFonts w:cs="Sakkal Majalla"/>
          <w:sz w:val="36"/>
          <w:szCs w:val="38"/>
          <w:rtl/>
        </w:rPr>
        <w:t>إحصائية</w:t>
      </w:r>
      <w:r w:rsidRPr="008E006D">
        <w:rPr>
          <w:rFonts w:cs="Sakkal Majalla"/>
          <w:sz w:val="36"/>
          <w:szCs w:val="38"/>
        </w:rPr>
        <w:t xml:space="preserve"> </w:t>
      </w:r>
      <w:r w:rsidRPr="008E006D">
        <w:rPr>
          <w:rFonts w:cs="Sakkal Majalla"/>
          <w:sz w:val="36"/>
          <w:szCs w:val="38"/>
          <w:rtl/>
        </w:rPr>
        <w:t>للتقنيات</w:t>
      </w:r>
      <w:r w:rsidRPr="008E006D">
        <w:rPr>
          <w:rFonts w:cs="Sakkal Majalla"/>
          <w:sz w:val="36"/>
          <w:szCs w:val="38"/>
        </w:rPr>
        <w:t xml:space="preserve"> </w:t>
      </w:r>
      <w:r w:rsidRPr="008E006D">
        <w:rPr>
          <w:rFonts w:cs="Sakkal Majalla"/>
          <w:sz w:val="36"/>
          <w:szCs w:val="38"/>
          <w:rtl/>
        </w:rPr>
        <w:t>الذكية</w:t>
      </w:r>
      <w:r w:rsidRPr="008E006D">
        <w:rPr>
          <w:rFonts w:cs="Sakkal Majalla"/>
          <w:sz w:val="36"/>
          <w:szCs w:val="38"/>
        </w:rPr>
        <w:t xml:space="preserve"> </w:t>
      </w:r>
      <w:r w:rsidRPr="008E006D">
        <w:rPr>
          <w:rFonts w:cs="Sakkal Majalla"/>
          <w:sz w:val="36"/>
          <w:szCs w:val="38"/>
          <w:rtl/>
        </w:rPr>
        <w:t>على</w:t>
      </w:r>
      <w:r w:rsidRPr="008E006D">
        <w:rPr>
          <w:rFonts w:cs="Sakkal Majalla"/>
          <w:sz w:val="36"/>
          <w:szCs w:val="38"/>
        </w:rPr>
        <w:t xml:space="preserve"> </w:t>
      </w:r>
      <w:r w:rsidRPr="008E006D">
        <w:rPr>
          <w:rFonts w:cs="Sakkal Majalla"/>
          <w:sz w:val="36"/>
          <w:szCs w:val="38"/>
          <w:rtl/>
        </w:rPr>
        <w:t>نجاح</w:t>
      </w:r>
      <w:r w:rsidRPr="008E006D">
        <w:rPr>
          <w:rFonts w:cs="Sakkal Majalla"/>
          <w:sz w:val="36"/>
          <w:szCs w:val="38"/>
        </w:rPr>
        <w:t xml:space="preserve"> </w:t>
      </w:r>
      <w:r w:rsidRPr="008E006D">
        <w:rPr>
          <w:rFonts w:cs="Sakkal Majalla"/>
          <w:sz w:val="36"/>
          <w:szCs w:val="38"/>
          <w:rtl/>
        </w:rPr>
        <w:t>المشاريع</w:t>
      </w:r>
      <w:r w:rsidRPr="008E006D">
        <w:rPr>
          <w:rFonts w:cs="Sakkal Majalla"/>
          <w:sz w:val="36"/>
          <w:szCs w:val="38"/>
        </w:rPr>
        <w:t xml:space="preserve"> </w:t>
      </w:r>
      <w:r w:rsidRPr="008E006D">
        <w:rPr>
          <w:rFonts w:cs="Sakkal Majalla"/>
          <w:sz w:val="36"/>
          <w:szCs w:val="38"/>
          <w:rtl/>
        </w:rPr>
        <w:t>في</w:t>
      </w:r>
      <w:r w:rsidRPr="008E006D">
        <w:rPr>
          <w:rFonts w:cs="Sakkal Majalla"/>
          <w:sz w:val="36"/>
          <w:szCs w:val="38"/>
        </w:rPr>
        <w:t xml:space="preserve"> </w:t>
      </w:r>
      <w:r w:rsidRPr="008E006D">
        <w:rPr>
          <w:rFonts w:cs="Sakkal Majalla"/>
          <w:sz w:val="36"/>
          <w:szCs w:val="38"/>
          <w:rtl/>
        </w:rPr>
        <w:t>الجهات</w:t>
      </w:r>
      <w:r w:rsidRPr="008E006D">
        <w:rPr>
          <w:rFonts w:cs="Sakkal Majalla"/>
          <w:sz w:val="36"/>
          <w:szCs w:val="38"/>
        </w:rPr>
        <w:t xml:space="preserve"> </w:t>
      </w:r>
      <w:r w:rsidRPr="008E006D">
        <w:rPr>
          <w:rFonts w:cs="Sakkal Majalla"/>
          <w:sz w:val="36"/>
          <w:szCs w:val="38"/>
          <w:rtl/>
        </w:rPr>
        <w:t>الحكومية</w:t>
      </w:r>
      <w:r w:rsidRPr="008E006D">
        <w:rPr>
          <w:rFonts w:cs="Sakkal Majalla"/>
          <w:sz w:val="36"/>
          <w:szCs w:val="38"/>
        </w:rPr>
        <w:t xml:space="preserve"> </w:t>
      </w:r>
      <w:r w:rsidRPr="008E006D">
        <w:rPr>
          <w:rFonts w:cs="Sakkal Majalla"/>
          <w:sz w:val="36"/>
          <w:szCs w:val="38"/>
          <w:rtl/>
        </w:rPr>
        <w:t>السعودية</w:t>
      </w:r>
      <w:r w:rsidRPr="008E006D">
        <w:rPr>
          <w:rFonts w:cs="Sakkal Majalla"/>
          <w:sz w:val="36"/>
          <w:szCs w:val="38"/>
        </w:rPr>
        <w:t>.</w:t>
      </w:r>
    </w:p>
    <w:p w14:paraId="66D70A51" w14:textId="77777777" w:rsidR="008E006D" w:rsidRPr="002D5B89" w:rsidRDefault="008E006D" w:rsidP="002D5B89">
      <w:pPr>
        <w:pStyle w:val="Heading1"/>
        <w:pageBreakBefore w:val="0"/>
        <w:spacing w:after="200" w:line="276" w:lineRule="auto"/>
        <w:jc w:val="left"/>
        <w:rPr>
          <w:rFonts w:ascii="Sakkal Majalla" w:eastAsia="Noto Sans Arabic" w:hAnsi="Sakkal Majalla" w:cs="Sakkal Majalla"/>
          <w:b/>
          <w:bCs/>
          <w:color w:val="10365E"/>
          <w:sz w:val="38"/>
          <w:szCs w:val="38"/>
        </w:rPr>
      </w:pPr>
      <w:bookmarkStart w:id="8" w:name="_Toc234793622"/>
      <w:r w:rsidRPr="002D5B89">
        <w:rPr>
          <w:rFonts w:ascii="Sakkal Majalla" w:eastAsia="Noto Sans Arabic" w:hAnsi="Sakkal Majalla" w:cs="Sakkal Majalla"/>
          <w:b/>
          <w:bCs/>
          <w:color w:val="10365E"/>
          <w:sz w:val="38"/>
          <w:szCs w:val="38"/>
        </w:rPr>
        <w:t xml:space="preserve">1.7 </w:t>
      </w:r>
      <w:r w:rsidRPr="002D5B89">
        <w:rPr>
          <w:rFonts w:ascii="Sakkal Majalla" w:eastAsia="Noto Sans Arabic" w:hAnsi="Sakkal Majalla" w:cs="Sakkal Majalla"/>
          <w:b/>
          <w:bCs/>
          <w:color w:val="10365E"/>
          <w:sz w:val="38"/>
          <w:szCs w:val="38"/>
          <w:rtl/>
        </w:rPr>
        <w:t>النموذج</w:t>
      </w:r>
      <w:r w:rsidRPr="002D5B89">
        <w:rPr>
          <w:rFonts w:ascii="Sakkal Majalla" w:eastAsia="Noto Sans Arabic" w:hAnsi="Sakkal Majalla" w:cs="Sakkal Majalla"/>
          <w:b/>
          <w:bCs/>
          <w:color w:val="10365E"/>
          <w:sz w:val="38"/>
          <w:szCs w:val="38"/>
        </w:rPr>
        <w:t xml:space="preserve"> </w:t>
      </w:r>
      <w:r w:rsidRPr="002D5B89">
        <w:rPr>
          <w:rFonts w:ascii="Sakkal Majalla" w:eastAsia="Noto Sans Arabic" w:hAnsi="Sakkal Majalla" w:cs="Sakkal Majalla"/>
          <w:b/>
          <w:bCs/>
          <w:color w:val="10365E"/>
          <w:sz w:val="38"/>
          <w:szCs w:val="38"/>
          <w:rtl/>
        </w:rPr>
        <w:t>المفاهيمي</w:t>
      </w:r>
      <w:r w:rsidRPr="002D5B89">
        <w:rPr>
          <w:rFonts w:ascii="Sakkal Majalla" w:eastAsia="Noto Sans Arabic" w:hAnsi="Sakkal Majalla" w:cs="Sakkal Majalla"/>
          <w:b/>
          <w:bCs/>
          <w:color w:val="10365E"/>
          <w:sz w:val="38"/>
          <w:szCs w:val="38"/>
        </w:rPr>
        <w:t xml:space="preserve"> </w:t>
      </w:r>
      <w:r w:rsidRPr="002D5B89">
        <w:rPr>
          <w:rFonts w:ascii="Sakkal Majalla" w:eastAsia="Noto Sans Arabic" w:hAnsi="Sakkal Majalla" w:cs="Sakkal Majalla"/>
          <w:b/>
          <w:bCs/>
          <w:color w:val="10365E"/>
          <w:sz w:val="38"/>
          <w:szCs w:val="38"/>
          <w:rtl/>
        </w:rPr>
        <w:t>للدراسة</w:t>
      </w:r>
      <w:r w:rsidR="008D0B36" w:rsidRPr="002D5B89">
        <w:rPr>
          <w:rFonts w:ascii="Sakkal Majalla" w:eastAsia="Noto Sans Arabic" w:hAnsi="Sakkal Majalla" w:cs="Sakkal Majalla" w:hint="cs"/>
          <w:b/>
          <w:bCs/>
          <w:color w:val="10365E"/>
          <w:sz w:val="38"/>
          <w:szCs w:val="38"/>
          <w:rtl/>
        </w:rPr>
        <w:t>:</w:t>
      </w:r>
      <w:bookmarkEnd w:id="8"/>
      <w:r w:rsidR="008D0B36" w:rsidRPr="002D5B89">
        <w:rPr>
          <w:rFonts w:ascii="Sakkal Majalla" w:eastAsia="Noto Sans Arabic" w:hAnsi="Sakkal Majalla" w:cs="Sakkal Majalla" w:hint="cs"/>
          <w:b/>
          <w:bCs/>
          <w:color w:val="10365E"/>
          <w:sz w:val="38"/>
          <w:szCs w:val="38"/>
          <w:rtl/>
        </w:rPr>
        <w:t xml:space="preserve"> </w:t>
      </w:r>
    </w:p>
    <w:p w14:paraId="62B3B9A3" w14:textId="77777777" w:rsidR="008E006D" w:rsidRPr="008E006D" w:rsidRDefault="008E006D" w:rsidP="008D0B36">
      <w:pPr>
        <w:ind w:firstLine="720"/>
        <w:rPr>
          <w:rFonts w:cs="Sakkal Majalla"/>
          <w:sz w:val="36"/>
          <w:szCs w:val="38"/>
        </w:rPr>
      </w:pPr>
      <w:r w:rsidRPr="008E006D">
        <w:rPr>
          <w:rFonts w:cs="Sakkal Majalla"/>
          <w:sz w:val="36"/>
          <w:szCs w:val="38"/>
          <w:rtl/>
        </w:rPr>
        <w:t>يقوم</w:t>
      </w:r>
      <w:r w:rsidRPr="008E006D">
        <w:rPr>
          <w:rFonts w:cs="Sakkal Majalla"/>
          <w:sz w:val="36"/>
          <w:szCs w:val="38"/>
        </w:rPr>
        <w:t xml:space="preserve"> </w:t>
      </w:r>
      <w:r w:rsidRPr="008E006D">
        <w:rPr>
          <w:rFonts w:cs="Sakkal Majalla"/>
          <w:sz w:val="36"/>
          <w:szCs w:val="38"/>
          <w:rtl/>
        </w:rPr>
        <w:t>النموذج</w:t>
      </w:r>
      <w:r w:rsidRPr="008E006D">
        <w:rPr>
          <w:rFonts w:cs="Sakkal Majalla"/>
          <w:sz w:val="36"/>
          <w:szCs w:val="38"/>
        </w:rPr>
        <w:t xml:space="preserve"> </w:t>
      </w:r>
      <w:r w:rsidRPr="008E006D">
        <w:rPr>
          <w:rFonts w:cs="Sakkal Majalla"/>
          <w:sz w:val="36"/>
          <w:szCs w:val="38"/>
          <w:rtl/>
        </w:rPr>
        <w:t>المفاهيمي</w:t>
      </w:r>
      <w:r w:rsidRPr="008E006D">
        <w:rPr>
          <w:rFonts w:cs="Sakkal Majalla"/>
          <w:sz w:val="36"/>
          <w:szCs w:val="38"/>
        </w:rPr>
        <w:t xml:space="preserve"> </w:t>
      </w:r>
      <w:r w:rsidRPr="008E006D">
        <w:rPr>
          <w:rFonts w:cs="Sakkal Majalla"/>
          <w:sz w:val="36"/>
          <w:szCs w:val="38"/>
          <w:rtl/>
        </w:rPr>
        <w:t>على</w:t>
      </w:r>
      <w:r w:rsidRPr="008E006D">
        <w:rPr>
          <w:rFonts w:cs="Sakkal Majalla"/>
          <w:sz w:val="36"/>
          <w:szCs w:val="38"/>
        </w:rPr>
        <w:t xml:space="preserve"> </w:t>
      </w:r>
      <w:r w:rsidRPr="008E006D">
        <w:rPr>
          <w:rFonts w:cs="Sakkal Majalla"/>
          <w:sz w:val="36"/>
          <w:szCs w:val="38"/>
          <w:rtl/>
        </w:rPr>
        <w:t>افتراض</w:t>
      </w:r>
      <w:r w:rsidRPr="008E006D">
        <w:rPr>
          <w:rFonts w:cs="Sakkal Majalla"/>
          <w:sz w:val="36"/>
          <w:szCs w:val="38"/>
        </w:rPr>
        <w:t xml:space="preserve"> </w:t>
      </w:r>
      <w:r w:rsidRPr="008E006D">
        <w:rPr>
          <w:rFonts w:cs="Sakkal Majalla"/>
          <w:sz w:val="36"/>
          <w:szCs w:val="38"/>
          <w:rtl/>
        </w:rPr>
        <w:t>أن</w:t>
      </w:r>
      <w:r w:rsidRPr="008E006D">
        <w:rPr>
          <w:rFonts w:cs="Sakkal Majalla"/>
          <w:sz w:val="36"/>
          <w:szCs w:val="38"/>
        </w:rPr>
        <w:t xml:space="preserve"> </w:t>
      </w:r>
      <w:r w:rsidRPr="008E006D">
        <w:rPr>
          <w:rFonts w:cs="Sakkal Majalla"/>
          <w:sz w:val="36"/>
          <w:szCs w:val="38"/>
          <w:rtl/>
        </w:rPr>
        <w:t>أبعاد</w:t>
      </w:r>
      <w:r w:rsidRPr="008E006D">
        <w:rPr>
          <w:rFonts w:cs="Sakkal Majalla"/>
          <w:sz w:val="36"/>
          <w:szCs w:val="38"/>
        </w:rPr>
        <w:t xml:space="preserve"> </w:t>
      </w:r>
      <w:r w:rsidRPr="008E006D">
        <w:rPr>
          <w:rFonts w:cs="Sakkal Majalla"/>
          <w:sz w:val="36"/>
          <w:szCs w:val="38"/>
          <w:rtl/>
        </w:rPr>
        <w:t>التحول</w:t>
      </w:r>
      <w:r w:rsidRPr="008E006D">
        <w:rPr>
          <w:rFonts w:cs="Sakkal Majalla"/>
          <w:sz w:val="36"/>
          <w:szCs w:val="38"/>
        </w:rPr>
        <w:t xml:space="preserve"> </w:t>
      </w:r>
      <w:r w:rsidRPr="008E006D">
        <w:rPr>
          <w:rFonts w:cs="Sakkal Majalla"/>
          <w:sz w:val="36"/>
          <w:szCs w:val="38"/>
          <w:rtl/>
        </w:rPr>
        <w:t>الرقمي</w:t>
      </w:r>
      <w:r w:rsidRPr="008E006D">
        <w:rPr>
          <w:rFonts w:cs="Sakkal Majalla"/>
          <w:sz w:val="36"/>
          <w:szCs w:val="38"/>
        </w:rPr>
        <w:t xml:space="preserve"> </w:t>
      </w:r>
      <w:r w:rsidRPr="008E006D">
        <w:rPr>
          <w:rFonts w:cs="Sakkal Majalla"/>
          <w:sz w:val="36"/>
          <w:szCs w:val="38"/>
          <w:rtl/>
        </w:rPr>
        <w:t>في</w:t>
      </w:r>
      <w:r w:rsidRPr="008E006D">
        <w:rPr>
          <w:rFonts w:cs="Sakkal Majalla"/>
          <w:sz w:val="36"/>
          <w:szCs w:val="38"/>
        </w:rPr>
        <w:t xml:space="preserve"> </w:t>
      </w:r>
      <w:r w:rsidRPr="008E006D">
        <w:rPr>
          <w:rFonts w:cs="Sakkal Majalla"/>
          <w:sz w:val="36"/>
          <w:szCs w:val="38"/>
          <w:rtl/>
        </w:rPr>
        <w:t>إدارة</w:t>
      </w:r>
      <w:r w:rsidRPr="008E006D">
        <w:rPr>
          <w:rFonts w:cs="Sakkal Majalla"/>
          <w:sz w:val="36"/>
          <w:szCs w:val="38"/>
        </w:rPr>
        <w:t xml:space="preserve"> </w:t>
      </w:r>
      <w:r w:rsidRPr="008E006D">
        <w:rPr>
          <w:rFonts w:cs="Sakkal Majalla"/>
          <w:sz w:val="36"/>
          <w:szCs w:val="38"/>
          <w:rtl/>
        </w:rPr>
        <w:t>المشاريع</w:t>
      </w:r>
      <w:r w:rsidRPr="008E006D">
        <w:rPr>
          <w:rFonts w:cs="Sakkal Majalla"/>
          <w:sz w:val="36"/>
          <w:szCs w:val="38"/>
        </w:rPr>
        <w:t xml:space="preserve"> </w:t>
      </w:r>
      <w:r w:rsidRPr="008E006D">
        <w:rPr>
          <w:rFonts w:cs="Sakkal Majalla"/>
          <w:sz w:val="36"/>
          <w:szCs w:val="38"/>
          <w:rtl/>
        </w:rPr>
        <w:t>تمثل</w:t>
      </w:r>
      <w:r w:rsidRPr="008E006D">
        <w:rPr>
          <w:rFonts w:cs="Sakkal Majalla"/>
          <w:sz w:val="36"/>
          <w:szCs w:val="38"/>
        </w:rPr>
        <w:t xml:space="preserve"> </w:t>
      </w:r>
      <w:r w:rsidRPr="008E006D">
        <w:rPr>
          <w:rFonts w:cs="Sakkal Majalla"/>
          <w:sz w:val="36"/>
          <w:szCs w:val="38"/>
          <w:rtl/>
        </w:rPr>
        <w:t>المتغير</w:t>
      </w:r>
      <w:r w:rsidRPr="008E006D">
        <w:rPr>
          <w:rFonts w:cs="Sakkal Majalla"/>
          <w:sz w:val="36"/>
          <w:szCs w:val="38"/>
        </w:rPr>
        <w:t xml:space="preserve"> </w:t>
      </w:r>
      <w:r w:rsidRPr="008E006D">
        <w:rPr>
          <w:rFonts w:cs="Sakkal Majalla"/>
          <w:sz w:val="36"/>
          <w:szCs w:val="38"/>
          <w:rtl/>
        </w:rPr>
        <w:t>المستقل،</w:t>
      </w:r>
      <w:r w:rsidRPr="008E006D">
        <w:rPr>
          <w:rFonts w:cs="Sakkal Majalla"/>
          <w:sz w:val="36"/>
          <w:szCs w:val="38"/>
        </w:rPr>
        <w:t xml:space="preserve"> </w:t>
      </w:r>
      <w:r w:rsidRPr="008E006D">
        <w:rPr>
          <w:rFonts w:cs="Sakkal Majalla"/>
          <w:sz w:val="36"/>
          <w:szCs w:val="38"/>
          <w:rtl/>
        </w:rPr>
        <w:t>بينما</w:t>
      </w:r>
      <w:r w:rsidRPr="008E006D">
        <w:rPr>
          <w:rFonts w:cs="Sakkal Majalla"/>
          <w:sz w:val="36"/>
          <w:szCs w:val="38"/>
        </w:rPr>
        <w:t xml:space="preserve"> </w:t>
      </w:r>
      <w:r w:rsidRPr="008E006D">
        <w:rPr>
          <w:rFonts w:cs="Sakkal Majalla"/>
          <w:sz w:val="36"/>
          <w:szCs w:val="38"/>
          <w:rtl/>
        </w:rPr>
        <w:t>يمثل</w:t>
      </w:r>
      <w:r w:rsidRPr="008E006D">
        <w:rPr>
          <w:rFonts w:cs="Sakkal Majalla"/>
          <w:sz w:val="36"/>
          <w:szCs w:val="38"/>
        </w:rPr>
        <w:t xml:space="preserve"> </w:t>
      </w:r>
      <w:r w:rsidRPr="008E006D">
        <w:rPr>
          <w:rFonts w:cs="Sakkal Majalla"/>
          <w:sz w:val="36"/>
          <w:szCs w:val="38"/>
          <w:rtl/>
        </w:rPr>
        <w:t>نجاح</w:t>
      </w:r>
      <w:r w:rsidRPr="008E006D">
        <w:rPr>
          <w:rFonts w:cs="Sakkal Majalla"/>
          <w:sz w:val="36"/>
          <w:szCs w:val="38"/>
        </w:rPr>
        <w:t xml:space="preserve"> </w:t>
      </w:r>
      <w:r w:rsidRPr="008E006D">
        <w:rPr>
          <w:rFonts w:cs="Sakkal Majalla"/>
          <w:sz w:val="36"/>
          <w:szCs w:val="38"/>
          <w:rtl/>
        </w:rPr>
        <w:t>المشاريع</w:t>
      </w:r>
      <w:r w:rsidRPr="008E006D">
        <w:rPr>
          <w:rFonts w:cs="Sakkal Majalla"/>
          <w:sz w:val="36"/>
          <w:szCs w:val="38"/>
        </w:rPr>
        <w:t xml:space="preserve"> </w:t>
      </w:r>
      <w:r w:rsidRPr="008E006D">
        <w:rPr>
          <w:rFonts w:cs="Sakkal Majalla"/>
          <w:sz w:val="36"/>
          <w:szCs w:val="38"/>
          <w:rtl/>
        </w:rPr>
        <w:t>الحكومية</w:t>
      </w:r>
      <w:r w:rsidRPr="008E006D">
        <w:rPr>
          <w:rFonts w:cs="Sakkal Majalla"/>
          <w:sz w:val="36"/>
          <w:szCs w:val="38"/>
        </w:rPr>
        <w:t xml:space="preserve"> </w:t>
      </w:r>
      <w:r w:rsidRPr="008E006D">
        <w:rPr>
          <w:rFonts w:cs="Sakkal Majalla"/>
          <w:sz w:val="36"/>
          <w:szCs w:val="38"/>
          <w:rtl/>
        </w:rPr>
        <w:t>المتغير</w:t>
      </w:r>
      <w:r w:rsidRPr="008E006D">
        <w:rPr>
          <w:rFonts w:cs="Sakkal Majalla"/>
          <w:sz w:val="36"/>
          <w:szCs w:val="38"/>
        </w:rPr>
        <w:t xml:space="preserve"> </w:t>
      </w:r>
      <w:r w:rsidRPr="008E006D">
        <w:rPr>
          <w:rFonts w:cs="Sakkal Majalla"/>
          <w:sz w:val="36"/>
          <w:szCs w:val="38"/>
          <w:rtl/>
        </w:rPr>
        <w:t>التابع</w:t>
      </w:r>
      <w:r w:rsidRPr="008E006D">
        <w:rPr>
          <w:rFonts w:cs="Sakkal Majalla"/>
          <w:sz w:val="36"/>
          <w:szCs w:val="38"/>
        </w:rPr>
        <w:t xml:space="preserve">. </w:t>
      </w:r>
      <w:r w:rsidRPr="008E006D">
        <w:rPr>
          <w:rFonts w:cs="Sakkal Majalla"/>
          <w:sz w:val="36"/>
          <w:szCs w:val="38"/>
          <w:rtl/>
        </w:rPr>
        <w:t>ويتوقع</w:t>
      </w:r>
      <w:r w:rsidRPr="008E006D">
        <w:rPr>
          <w:rFonts w:cs="Sakkal Majalla"/>
          <w:sz w:val="36"/>
          <w:szCs w:val="38"/>
        </w:rPr>
        <w:t xml:space="preserve"> </w:t>
      </w:r>
      <w:r w:rsidRPr="008E006D">
        <w:rPr>
          <w:rFonts w:cs="Sakkal Majalla"/>
          <w:sz w:val="36"/>
          <w:szCs w:val="38"/>
          <w:rtl/>
        </w:rPr>
        <w:t>النموذج</w:t>
      </w:r>
      <w:r w:rsidRPr="008E006D">
        <w:rPr>
          <w:rFonts w:cs="Sakkal Majalla"/>
          <w:sz w:val="36"/>
          <w:szCs w:val="38"/>
        </w:rPr>
        <w:t xml:space="preserve"> </w:t>
      </w:r>
      <w:r w:rsidRPr="008E006D">
        <w:rPr>
          <w:rFonts w:cs="Sakkal Majalla"/>
          <w:sz w:val="36"/>
          <w:szCs w:val="38"/>
          <w:rtl/>
        </w:rPr>
        <w:t>أن</w:t>
      </w:r>
      <w:r w:rsidRPr="008E006D">
        <w:rPr>
          <w:rFonts w:cs="Sakkal Majalla"/>
          <w:sz w:val="36"/>
          <w:szCs w:val="38"/>
        </w:rPr>
        <w:t xml:space="preserve"> </w:t>
      </w:r>
      <w:r w:rsidRPr="008E006D">
        <w:rPr>
          <w:rFonts w:cs="Sakkal Majalla"/>
          <w:sz w:val="36"/>
          <w:szCs w:val="38"/>
          <w:rtl/>
        </w:rPr>
        <w:t>يسهم</w:t>
      </w:r>
      <w:r w:rsidRPr="008E006D">
        <w:rPr>
          <w:rFonts w:cs="Sakkal Majalla"/>
          <w:sz w:val="36"/>
          <w:szCs w:val="38"/>
        </w:rPr>
        <w:t xml:space="preserve"> </w:t>
      </w:r>
      <w:r w:rsidRPr="008E006D">
        <w:rPr>
          <w:rFonts w:cs="Sakkal Majalla"/>
          <w:sz w:val="36"/>
          <w:szCs w:val="38"/>
          <w:rtl/>
        </w:rPr>
        <w:t>كل</w:t>
      </w:r>
      <w:r w:rsidRPr="008E006D">
        <w:rPr>
          <w:rFonts w:cs="Sakkal Majalla"/>
          <w:sz w:val="36"/>
          <w:szCs w:val="38"/>
        </w:rPr>
        <w:t xml:space="preserve"> </w:t>
      </w:r>
      <w:r w:rsidRPr="008E006D">
        <w:rPr>
          <w:rFonts w:cs="Sakkal Majalla"/>
          <w:sz w:val="36"/>
          <w:szCs w:val="38"/>
          <w:rtl/>
        </w:rPr>
        <w:t>بعد</w:t>
      </w:r>
      <w:r w:rsidRPr="008E006D">
        <w:rPr>
          <w:rFonts w:cs="Sakkal Majalla"/>
          <w:sz w:val="36"/>
          <w:szCs w:val="38"/>
        </w:rPr>
        <w:t xml:space="preserve"> </w:t>
      </w:r>
      <w:r w:rsidRPr="008E006D">
        <w:rPr>
          <w:rFonts w:cs="Sakkal Majalla"/>
          <w:sz w:val="36"/>
          <w:szCs w:val="38"/>
          <w:rtl/>
        </w:rPr>
        <w:t>من</w:t>
      </w:r>
      <w:r w:rsidRPr="008E006D">
        <w:rPr>
          <w:rFonts w:cs="Sakkal Majalla"/>
          <w:sz w:val="36"/>
          <w:szCs w:val="38"/>
        </w:rPr>
        <w:t xml:space="preserve"> </w:t>
      </w:r>
      <w:r w:rsidRPr="008E006D">
        <w:rPr>
          <w:rFonts w:cs="Sakkal Majalla"/>
          <w:sz w:val="36"/>
          <w:szCs w:val="38"/>
          <w:rtl/>
        </w:rPr>
        <w:t>الأبعاد</w:t>
      </w:r>
      <w:r w:rsidRPr="008E006D">
        <w:rPr>
          <w:rFonts w:cs="Sakkal Majalla"/>
          <w:sz w:val="36"/>
          <w:szCs w:val="38"/>
        </w:rPr>
        <w:t xml:space="preserve"> </w:t>
      </w:r>
      <w:r w:rsidRPr="008E006D">
        <w:rPr>
          <w:rFonts w:cs="Sakkal Majalla"/>
          <w:sz w:val="36"/>
          <w:szCs w:val="38"/>
          <w:rtl/>
        </w:rPr>
        <w:t>الأربعة</w:t>
      </w:r>
      <w:r w:rsidRPr="008E006D">
        <w:rPr>
          <w:rFonts w:cs="Sakkal Majalla"/>
          <w:sz w:val="36"/>
          <w:szCs w:val="38"/>
        </w:rPr>
        <w:t xml:space="preserve"> </w:t>
      </w:r>
      <w:r w:rsidRPr="008E006D">
        <w:rPr>
          <w:rFonts w:cs="Sakkal Majalla"/>
          <w:sz w:val="36"/>
          <w:szCs w:val="38"/>
          <w:rtl/>
        </w:rPr>
        <w:t>في</w:t>
      </w:r>
      <w:r w:rsidRPr="008E006D">
        <w:rPr>
          <w:rFonts w:cs="Sakkal Majalla"/>
          <w:sz w:val="36"/>
          <w:szCs w:val="38"/>
        </w:rPr>
        <w:t xml:space="preserve"> </w:t>
      </w:r>
      <w:r w:rsidRPr="008E006D">
        <w:rPr>
          <w:rFonts w:cs="Sakkal Majalla"/>
          <w:sz w:val="36"/>
          <w:szCs w:val="38"/>
          <w:rtl/>
        </w:rPr>
        <w:t>تفسير</w:t>
      </w:r>
      <w:r w:rsidRPr="008E006D">
        <w:rPr>
          <w:rFonts w:cs="Sakkal Majalla"/>
          <w:sz w:val="36"/>
          <w:szCs w:val="38"/>
        </w:rPr>
        <w:t xml:space="preserve"> </w:t>
      </w:r>
      <w:r w:rsidRPr="008E006D">
        <w:rPr>
          <w:rFonts w:cs="Sakkal Majalla"/>
          <w:sz w:val="36"/>
          <w:szCs w:val="38"/>
          <w:rtl/>
        </w:rPr>
        <w:t>جزء</w:t>
      </w:r>
      <w:r w:rsidRPr="008E006D">
        <w:rPr>
          <w:rFonts w:cs="Sakkal Majalla"/>
          <w:sz w:val="36"/>
          <w:szCs w:val="38"/>
        </w:rPr>
        <w:t xml:space="preserve"> </w:t>
      </w:r>
      <w:r w:rsidRPr="008E006D">
        <w:rPr>
          <w:rFonts w:cs="Sakkal Majalla"/>
          <w:sz w:val="36"/>
          <w:szCs w:val="38"/>
          <w:rtl/>
        </w:rPr>
        <w:t>من</w:t>
      </w:r>
      <w:r w:rsidRPr="008E006D">
        <w:rPr>
          <w:rFonts w:cs="Sakkal Majalla"/>
          <w:sz w:val="36"/>
          <w:szCs w:val="38"/>
        </w:rPr>
        <w:t xml:space="preserve"> </w:t>
      </w:r>
      <w:r w:rsidRPr="008E006D">
        <w:rPr>
          <w:rFonts w:cs="Sakkal Majalla"/>
          <w:sz w:val="36"/>
          <w:szCs w:val="38"/>
          <w:rtl/>
        </w:rPr>
        <w:t>التباين</w:t>
      </w:r>
      <w:r w:rsidRPr="008E006D">
        <w:rPr>
          <w:rFonts w:cs="Sakkal Majalla"/>
          <w:sz w:val="36"/>
          <w:szCs w:val="38"/>
        </w:rPr>
        <w:t xml:space="preserve"> </w:t>
      </w:r>
      <w:r w:rsidRPr="008E006D">
        <w:rPr>
          <w:rFonts w:cs="Sakkal Majalla"/>
          <w:sz w:val="36"/>
          <w:szCs w:val="38"/>
          <w:rtl/>
        </w:rPr>
        <w:t>في</w:t>
      </w:r>
      <w:r w:rsidRPr="008E006D">
        <w:rPr>
          <w:rFonts w:cs="Sakkal Majalla"/>
          <w:sz w:val="36"/>
          <w:szCs w:val="38"/>
        </w:rPr>
        <w:t xml:space="preserve"> </w:t>
      </w:r>
      <w:r w:rsidRPr="008E006D">
        <w:rPr>
          <w:rFonts w:cs="Sakkal Majalla"/>
          <w:sz w:val="36"/>
          <w:szCs w:val="38"/>
          <w:rtl/>
        </w:rPr>
        <w:t>نجاح</w:t>
      </w:r>
      <w:r w:rsidRPr="008E006D">
        <w:rPr>
          <w:rFonts w:cs="Sakkal Majalla"/>
          <w:sz w:val="36"/>
          <w:szCs w:val="38"/>
        </w:rPr>
        <w:t xml:space="preserve"> </w:t>
      </w:r>
      <w:r w:rsidRPr="008E006D">
        <w:rPr>
          <w:rFonts w:cs="Sakkal Majalla"/>
          <w:sz w:val="36"/>
          <w:szCs w:val="38"/>
          <w:rtl/>
        </w:rPr>
        <w:t>المشاريع،</w:t>
      </w:r>
      <w:r w:rsidRPr="008E006D">
        <w:rPr>
          <w:rFonts w:cs="Sakkal Majalla"/>
          <w:sz w:val="36"/>
          <w:szCs w:val="38"/>
        </w:rPr>
        <w:t xml:space="preserve"> </w:t>
      </w:r>
      <w:r w:rsidRPr="008E006D">
        <w:rPr>
          <w:rFonts w:cs="Sakkal Majalla"/>
          <w:sz w:val="36"/>
          <w:szCs w:val="38"/>
          <w:rtl/>
        </w:rPr>
        <w:t>مع</w:t>
      </w:r>
      <w:r w:rsidRPr="008E006D">
        <w:rPr>
          <w:rFonts w:cs="Sakkal Majalla"/>
          <w:sz w:val="36"/>
          <w:szCs w:val="38"/>
        </w:rPr>
        <w:t xml:space="preserve"> </w:t>
      </w:r>
      <w:r w:rsidRPr="008E006D">
        <w:rPr>
          <w:rFonts w:cs="Sakkal Majalla"/>
          <w:sz w:val="36"/>
          <w:szCs w:val="38"/>
          <w:rtl/>
        </w:rPr>
        <w:t>احتمال</w:t>
      </w:r>
      <w:r w:rsidRPr="008E006D">
        <w:rPr>
          <w:rFonts w:cs="Sakkal Majalla"/>
          <w:sz w:val="36"/>
          <w:szCs w:val="38"/>
        </w:rPr>
        <w:t xml:space="preserve"> </w:t>
      </w:r>
      <w:r w:rsidRPr="008E006D">
        <w:rPr>
          <w:rFonts w:cs="Sakkal Majalla"/>
          <w:sz w:val="36"/>
          <w:szCs w:val="38"/>
          <w:rtl/>
        </w:rPr>
        <w:t>أن</w:t>
      </w:r>
      <w:r w:rsidRPr="008E006D">
        <w:rPr>
          <w:rFonts w:cs="Sakkal Majalla"/>
          <w:sz w:val="36"/>
          <w:szCs w:val="38"/>
        </w:rPr>
        <w:t xml:space="preserve"> </w:t>
      </w:r>
      <w:r w:rsidRPr="008E006D">
        <w:rPr>
          <w:rFonts w:cs="Sakkal Majalla"/>
          <w:sz w:val="36"/>
          <w:szCs w:val="38"/>
          <w:rtl/>
        </w:rPr>
        <w:t>تكون</w:t>
      </w:r>
      <w:r w:rsidRPr="008E006D">
        <w:rPr>
          <w:rFonts w:cs="Sakkal Majalla"/>
          <w:sz w:val="36"/>
          <w:szCs w:val="38"/>
        </w:rPr>
        <w:t xml:space="preserve"> </w:t>
      </w:r>
      <w:r w:rsidRPr="008E006D">
        <w:rPr>
          <w:rFonts w:cs="Sakkal Majalla"/>
          <w:sz w:val="36"/>
          <w:szCs w:val="38"/>
          <w:rtl/>
        </w:rPr>
        <w:t>القيادة</w:t>
      </w:r>
      <w:r w:rsidRPr="008E006D">
        <w:rPr>
          <w:rFonts w:cs="Sakkal Majalla"/>
          <w:sz w:val="36"/>
          <w:szCs w:val="38"/>
        </w:rPr>
        <w:t xml:space="preserve"> </w:t>
      </w:r>
      <w:r w:rsidRPr="008E006D">
        <w:rPr>
          <w:rFonts w:cs="Sakkal Majalla"/>
          <w:sz w:val="36"/>
          <w:szCs w:val="38"/>
          <w:rtl/>
        </w:rPr>
        <w:t>الرقمية</w:t>
      </w:r>
      <w:r w:rsidRPr="008E006D">
        <w:rPr>
          <w:rFonts w:cs="Sakkal Majalla"/>
          <w:sz w:val="36"/>
          <w:szCs w:val="38"/>
        </w:rPr>
        <w:t xml:space="preserve"> </w:t>
      </w:r>
      <w:r w:rsidRPr="008E006D">
        <w:rPr>
          <w:rFonts w:cs="Sakkal Majalla"/>
          <w:sz w:val="36"/>
          <w:szCs w:val="38"/>
          <w:rtl/>
        </w:rPr>
        <w:t>والبنية</w:t>
      </w:r>
      <w:r w:rsidRPr="008E006D">
        <w:rPr>
          <w:rFonts w:cs="Sakkal Majalla"/>
          <w:sz w:val="36"/>
          <w:szCs w:val="38"/>
        </w:rPr>
        <w:t xml:space="preserve"> </w:t>
      </w:r>
      <w:r w:rsidRPr="008E006D">
        <w:rPr>
          <w:rFonts w:cs="Sakkal Majalla"/>
          <w:sz w:val="36"/>
          <w:szCs w:val="38"/>
          <w:rtl/>
        </w:rPr>
        <w:t>التحتية</w:t>
      </w:r>
      <w:r w:rsidRPr="008E006D">
        <w:rPr>
          <w:rFonts w:cs="Sakkal Majalla"/>
          <w:sz w:val="36"/>
          <w:szCs w:val="38"/>
        </w:rPr>
        <w:t xml:space="preserve"> </w:t>
      </w:r>
      <w:r w:rsidRPr="008E006D">
        <w:rPr>
          <w:rFonts w:cs="Sakkal Majalla"/>
          <w:sz w:val="36"/>
          <w:szCs w:val="38"/>
          <w:rtl/>
        </w:rPr>
        <w:t>الرقمية</w:t>
      </w:r>
      <w:r w:rsidRPr="008E006D">
        <w:rPr>
          <w:rFonts w:cs="Sakkal Majalla"/>
          <w:sz w:val="36"/>
          <w:szCs w:val="38"/>
        </w:rPr>
        <w:t xml:space="preserve"> </w:t>
      </w:r>
      <w:r w:rsidRPr="008E006D">
        <w:rPr>
          <w:rFonts w:cs="Sakkal Majalla"/>
          <w:sz w:val="36"/>
          <w:szCs w:val="38"/>
          <w:rtl/>
        </w:rPr>
        <w:t>من</w:t>
      </w:r>
      <w:r w:rsidRPr="008E006D">
        <w:rPr>
          <w:rFonts w:cs="Sakkal Majalla"/>
          <w:sz w:val="36"/>
          <w:szCs w:val="38"/>
        </w:rPr>
        <w:t xml:space="preserve"> </w:t>
      </w:r>
      <w:r w:rsidRPr="008E006D">
        <w:rPr>
          <w:rFonts w:cs="Sakkal Majalla"/>
          <w:sz w:val="36"/>
          <w:szCs w:val="38"/>
          <w:rtl/>
        </w:rPr>
        <w:t>أكثر</w:t>
      </w:r>
      <w:r w:rsidRPr="008E006D">
        <w:rPr>
          <w:rFonts w:cs="Sakkal Majalla"/>
          <w:sz w:val="36"/>
          <w:szCs w:val="38"/>
        </w:rPr>
        <w:t xml:space="preserve"> </w:t>
      </w:r>
      <w:r w:rsidRPr="008E006D">
        <w:rPr>
          <w:rFonts w:cs="Sakkal Majalla"/>
          <w:sz w:val="36"/>
          <w:szCs w:val="38"/>
          <w:rtl/>
        </w:rPr>
        <w:t>الأبعاد</w:t>
      </w:r>
      <w:r w:rsidRPr="008E006D">
        <w:rPr>
          <w:rFonts w:cs="Sakkal Majalla"/>
          <w:sz w:val="36"/>
          <w:szCs w:val="38"/>
        </w:rPr>
        <w:t xml:space="preserve"> </w:t>
      </w:r>
      <w:r w:rsidRPr="008E006D">
        <w:rPr>
          <w:rFonts w:cs="Sakkal Majalla"/>
          <w:sz w:val="36"/>
          <w:szCs w:val="38"/>
          <w:rtl/>
        </w:rPr>
        <w:t>تأثيرًا</w:t>
      </w:r>
      <w:r w:rsidRPr="008E006D">
        <w:rPr>
          <w:rFonts w:cs="Sakkal Majalla"/>
          <w:sz w:val="36"/>
          <w:szCs w:val="38"/>
        </w:rPr>
        <w:t xml:space="preserve"> </w:t>
      </w:r>
      <w:r w:rsidRPr="008E006D">
        <w:rPr>
          <w:rFonts w:cs="Sakkal Majalla"/>
          <w:sz w:val="36"/>
          <w:szCs w:val="38"/>
          <w:rtl/>
        </w:rPr>
        <w:t>في</w:t>
      </w:r>
      <w:r w:rsidRPr="008E006D">
        <w:rPr>
          <w:rFonts w:cs="Sakkal Majalla"/>
          <w:sz w:val="36"/>
          <w:szCs w:val="38"/>
        </w:rPr>
        <w:t xml:space="preserve"> </w:t>
      </w:r>
      <w:r w:rsidRPr="008E006D">
        <w:rPr>
          <w:rFonts w:cs="Sakkal Majalla"/>
          <w:sz w:val="36"/>
          <w:szCs w:val="38"/>
          <w:rtl/>
        </w:rPr>
        <w:t>البيئة</w:t>
      </w:r>
      <w:r w:rsidRPr="008E006D">
        <w:rPr>
          <w:rFonts w:cs="Sakkal Majalla"/>
          <w:sz w:val="36"/>
          <w:szCs w:val="38"/>
        </w:rPr>
        <w:t xml:space="preserve"> </w:t>
      </w:r>
      <w:r w:rsidRPr="008E006D">
        <w:rPr>
          <w:rFonts w:cs="Sakkal Majalla"/>
          <w:sz w:val="36"/>
          <w:szCs w:val="38"/>
          <w:rtl/>
        </w:rPr>
        <w:t>الحكومية</w:t>
      </w:r>
      <w:r w:rsidRPr="008E006D">
        <w:rPr>
          <w:rFonts w:cs="Sakkal Majalla"/>
          <w:sz w:val="36"/>
          <w:szCs w:val="38"/>
        </w:rPr>
        <w:t xml:space="preserve">. </w:t>
      </w:r>
      <w:r w:rsidRPr="008E006D">
        <w:rPr>
          <w:rFonts w:cs="Sakkal Majalla"/>
          <w:sz w:val="36"/>
          <w:szCs w:val="38"/>
          <w:rtl/>
        </w:rPr>
        <w:t>ويميز</w:t>
      </w:r>
      <w:r w:rsidRPr="008E006D">
        <w:rPr>
          <w:rFonts w:cs="Sakkal Majalla"/>
          <w:sz w:val="36"/>
          <w:szCs w:val="38"/>
        </w:rPr>
        <w:t xml:space="preserve"> </w:t>
      </w:r>
      <w:r w:rsidRPr="008E006D">
        <w:rPr>
          <w:rFonts w:cs="Sakkal Majalla"/>
          <w:sz w:val="36"/>
          <w:szCs w:val="38"/>
          <w:rtl/>
        </w:rPr>
        <w:t>النموذج</w:t>
      </w:r>
      <w:r w:rsidRPr="008E006D">
        <w:rPr>
          <w:rFonts w:cs="Sakkal Majalla"/>
          <w:sz w:val="36"/>
          <w:szCs w:val="38"/>
        </w:rPr>
        <w:t xml:space="preserve"> </w:t>
      </w:r>
      <w:r w:rsidRPr="008E006D">
        <w:rPr>
          <w:rFonts w:cs="Sakkal Majalla"/>
          <w:sz w:val="36"/>
          <w:szCs w:val="38"/>
          <w:rtl/>
        </w:rPr>
        <w:t>بين</w:t>
      </w:r>
      <w:r w:rsidRPr="008E006D">
        <w:rPr>
          <w:rFonts w:cs="Sakkal Majalla"/>
          <w:sz w:val="36"/>
          <w:szCs w:val="38"/>
        </w:rPr>
        <w:t xml:space="preserve"> </w:t>
      </w:r>
      <w:r w:rsidRPr="008E006D">
        <w:rPr>
          <w:rFonts w:cs="Sakkal Majalla"/>
          <w:sz w:val="36"/>
          <w:szCs w:val="38"/>
          <w:rtl/>
        </w:rPr>
        <w:t>الموارد</w:t>
      </w:r>
      <w:r w:rsidRPr="008E006D">
        <w:rPr>
          <w:rFonts w:cs="Sakkal Majalla"/>
          <w:sz w:val="36"/>
          <w:szCs w:val="38"/>
        </w:rPr>
        <w:t xml:space="preserve"> </w:t>
      </w:r>
      <w:r w:rsidRPr="008E006D">
        <w:rPr>
          <w:rFonts w:cs="Sakkal Majalla"/>
          <w:sz w:val="36"/>
          <w:szCs w:val="38"/>
          <w:rtl/>
        </w:rPr>
        <w:t>التقنية</w:t>
      </w:r>
      <w:r w:rsidRPr="008E006D">
        <w:rPr>
          <w:rFonts w:cs="Sakkal Majalla"/>
          <w:sz w:val="36"/>
          <w:szCs w:val="38"/>
        </w:rPr>
        <w:t xml:space="preserve"> </w:t>
      </w:r>
      <w:r w:rsidRPr="008E006D">
        <w:rPr>
          <w:rFonts w:cs="Sakkal Majalla"/>
          <w:sz w:val="36"/>
          <w:szCs w:val="38"/>
          <w:rtl/>
        </w:rPr>
        <w:t>والتنظيمية</w:t>
      </w:r>
      <w:r w:rsidRPr="008E006D">
        <w:rPr>
          <w:rFonts w:cs="Sakkal Majalla"/>
          <w:sz w:val="36"/>
          <w:szCs w:val="38"/>
        </w:rPr>
        <w:t xml:space="preserve"> </w:t>
      </w:r>
      <w:r w:rsidRPr="008E006D">
        <w:rPr>
          <w:rFonts w:cs="Sakkal Majalla"/>
          <w:sz w:val="36"/>
          <w:szCs w:val="38"/>
          <w:rtl/>
        </w:rPr>
        <w:t>والقيادية</w:t>
      </w:r>
      <w:r w:rsidRPr="008E006D">
        <w:rPr>
          <w:rFonts w:cs="Sakkal Majalla"/>
          <w:sz w:val="36"/>
          <w:szCs w:val="38"/>
        </w:rPr>
        <w:t xml:space="preserve"> </w:t>
      </w:r>
      <w:r w:rsidRPr="008E006D">
        <w:rPr>
          <w:rFonts w:cs="Sakkal Majalla"/>
          <w:sz w:val="36"/>
          <w:szCs w:val="38"/>
          <w:rtl/>
        </w:rPr>
        <w:t>باعتبارها</w:t>
      </w:r>
      <w:r w:rsidRPr="008E006D">
        <w:rPr>
          <w:rFonts w:cs="Sakkal Majalla"/>
          <w:sz w:val="36"/>
          <w:szCs w:val="38"/>
        </w:rPr>
        <w:t xml:space="preserve"> </w:t>
      </w:r>
      <w:r w:rsidRPr="008E006D">
        <w:rPr>
          <w:rFonts w:cs="Sakkal Majalla"/>
          <w:sz w:val="36"/>
          <w:szCs w:val="38"/>
          <w:rtl/>
        </w:rPr>
        <w:t>منظومة</w:t>
      </w:r>
      <w:r w:rsidRPr="008E006D">
        <w:rPr>
          <w:rFonts w:cs="Sakkal Majalla"/>
          <w:sz w:val="36"/>
          <w:szCs w:val="38"/>
        </w:rPr>
        <w:t xml:space="preserve"> </w:t>
      </w:r>
      <w:r w:rsidRPr="008E006D">
        <w:rPr>
          <w:rFonts w:cs="Sakkal Majalla"/>
          <w:sz w:val="36"/>
          <w:szCs w:val="38"/>
          <w:rtl/>
        </w:rPr>
        <w:t>متكاملة،</w:t>
      </w:r>
      <w:r w:rsidRPr="008E006D">
        <w:rPr>
          <w:rFonts w:cs="Sakkal Majalla"/>
          <w:sz w:val="36"/>
          <w:szCs w:val="38"/>
        </w:rPr>
        <w:t xml:space="preserve"> </w:t>
      </w:r>
      <w:r w:rsidRPr="008E006D">
        <w:rPr>
          <w:rFonts w:cs="Sakkal Majalla"/>
          <w:sz w:val="36"/>
          <w:szCs w:val="38"/>
          <w:rtl/>
        </w:rPr>
        <w:t>بحيث</w:t>
      </w:r>
      <w:r w:rsidRPr="008E006D">
        <w:rPr>
          <w:rFonts w:cs="Sakkal Majalla"/>
          <w:sz w:val="36"/>
          <w:szCs w:val="38"/>
        </w:rPr>
        <w:t xml:space="preserve"> </w:t>
      </w:r>
      <w:r w:rsidRPr="008E006D">
        <w:rPr>
          <w:rFonts w:cs="Sakkal Majalla"/>
          <w:sz w:val="36"/>
          <w:szCs w:val="38"/>
          <w:rtl/>
        </w:rPr>
        <w:t>لا</w:t>
      </w:r>
      <w:r w:rsidRPr="008E006D">
        <w:rPr>
          <w:rFonts w:cs="Sakkal Majalla"/>
          <w:sz w:val="36"/>
          <w:szCs w:val="38"/>
        </w:rPr>
        <w:t xml:space="preserve"> </w:t>
      </w:r>
      <w:r w:rsidRPr="008E006D">
        <w:rPr>
          <w:rFonts w:cs="Sakkal Majalla"/>
          <w:sz w:val="36"/>
          <w:szCs w:val="38"/>
          <w:rtl/>
        </w:rPr>
        <w:t>يكفي</w:t>
      </w:r>
      <w:r w:rsidRPr="008E006D">
        <w:rPr>
          <w:rFonts w:cs="Sakkal Majalla"/>
          <w:sz w:val="36"/>
          <w:szCs w:val="38"/>
        </w:rPr>
        <w:t xml:space="preserve"> </w:t>
      </w:r>
      <w:r w:rsidRPr="008E006D">
        <w:rPr>
          <w:rFonts w:cs="Sakkal Majalla"/>
          <w:sz w:val="36"/>
          <w:szCs w:val="38"/>
          <w:rtl/>
        </w:rPr>
        <w:t>توفر</w:t>
      </w:r>
      <w:r w:rsidRPr="008E006D">
        <w:rPr>
          <w:rFonts w:cs="Sakkal Majalla"/>
          <w:sz w:val="36"/>
          <w:szCs w:val="38"/>
        </w:rPr>
        <w:t xml:space="preserve"> </w:t>
      </w:r>
      <w:r w:rsidRPr="008E006D">
        <w:rPr>
          <w:rFonts w:cs="Sakkal Majalla"/>
          <w:sz w:val="36"/>
          <w:szCs w:val="38"/>
          <w:rtl/>
        </w:rPr>
        <w:t>النظام</w:t>
      </w:r>
      <w:r w:rsidRPr="008E006D">
        <w:rPr>
          <w:rFonts w:cs="Sakkal Majalla"/>
          <w:sz w:val="36"/>
          <w:szCs w:val="38"/>
        </w:rPr>
        <w:t xml:space="preserve"> </w:t>
      </w:r>
      <w:r w:rsidRPr="008E006D">
        <w:rPr>
          <w:rFonts w:cs="Sakkal Majalla"/>
          <w:sz w:val="36"/>
          <w:szCs w:val="38"/>
          <w:rtl/>
        </w:rPr>
        <w:t>الرقمي</w:t>
      </w:r>
      <w:r w:rsidRPr="008E006D">
        <w:rPr>
          <w:rFonts w:cs="Sakkal Majalla"/>
          <w:sz w:val="36"/>
          <w:szCs w:val="38"/>
        </w:rPr>
        <w:t xml:space="preserve"> </w:t>
      </w:r>
      <w:r w:rsidRPr="008E006D">
        <w:rPr>
          <w:rFonts w:cs="Sakkal Majalla"/>
          <w:sz w:val="36"/>
          <w:szCs w:val="38"/>
          <w:rtl/>
        </w:rPr>
        <w:t>ما</w:t>
      </w:r>
      <w:r w:rsidRPr="008E006D">
        <w:rPr>
          <w:rFonts w:cs="Sakkal Majalla"/>
          <w:sz w:val="36"/>
          <w:szCs w:val="38"/>
        </w:rPr>
        <w:t xml:space="preserve"> </w:t>
      </w:r>
      <w:r w:rsidRPr="008E006D">
        <w:rPr>
          <w:rFonts w:cs="Sakkal Majalla"/>
          <w:sz w:val="36"/>
          <w:szCs w:val="38"/>
          <w:rtl/>
        </w:rPr>
        <w:t>لم</w:t>
      </w:r>
      <w:r w:rsidRPr="008E006D">
        <w:rPr>
          <w:rFonts w:cs="Sakkal Majalla"/>
          <w:sz w:val="36"/>
          <w:szCs w:val="38"/>
        </w:rPr>
        <w:t xml:space="preserve"> </w:t>
      </w:r>
      <w:r w:rsidRPr="008E006D">
        <w:rPr>
          <w:rFonts w:cs="Sakkal Majalla"/>
          <w:sz w:val="36"/>
          <w:szCs w:val="38"/>
          <w:rtl/>
        </w:rPr>
        <w:t>توجد</w:t>
      </w:r>
      <w:r w:rsidRPr="008E006D">
        <w:rPr>
          <w:rFonts w:cs="Sakkal Majalla"/>
          <w:sz w:val="36"/>
          <w:szCs w:val="38"/>
        </w:rPr>
        <w:t xml:space="preserve"> </w:t>
      </w:r>
      <w:r w:rsidRPr="008E006D">
        <w:rPr>
          <w:rFonts w:cs="Sakkal Majalla"/>
          <w:sz w:val="36"/>
          <w:szCs w:val="38"/>
          <w:rtl/>
        </w:rPr>
        <w:t>قيادة</w:t>
      </w:r>
      <w:r w:rsidRPr="008E006D">
        <w:rPr>
          <w:rFonts w:cs="Sakkal Majalla"/>
          <w:sz w:val="36"/>
          <w:szCs w:val="38"/>
        </w:rPr>
        <w:t xml:space="preserve"> </w:t>
      </w:r>
      <w:r w:rsidRPr="008E006D">
        <w:rPr>
          <w:rFonts w:cs="Sakkal Majalla"/>
          <w:sz w:val="36"/>
          <w:szCs w:val="38"/>
          <w:rtl/>
        </w:rPr>
        <w:t>تستخدمه</w:t>
      </w:r>
      <w:r w:rsidRPr="008E006D">
        <w:rPr>
          <w:rFonts w:cs="Sakkal Majalla"/>
          <w:sz w:val="36"/>
          <w:szCs w:val="38"/>
        </w:rPr>
        <w:t xml:space="preserve"> </w:t>
      </w:r>
      <w:r w:rsidRPr="008E006D">
        <w:rPr>
          <w:rFonts w:cs="Sakkal Majalla"/>
          <w:sz w:val="36"/>
          <w:szCs w:val="38"/>
          <w:rtl/>
        </w:rPr>
        <w:t>وثقافة</w:t>
      </w:r>
      <w:r w:rsidRPr="008E006D">
        <w:rPr>
          <w:rFonts w:cs="Sakkal Majalla"/>
          <w:sz w:val="36"/>
          <w:szCs w:val="38"/>
        </w:rPr>
        <w:t xml:space="preserve"> </w:t>
      </w:r>
      <w:r w:rsidRPr="008E006D">
        <w:rPr>
          <w:rFonts w:cs="Sakkal Majalla"/>
          <w:sz w:val="36"/>
          <w:szCs w:val="38"/>
          <w:rtl/>
        </w:rPr>
        <w:t>تتقبله</w:t>
      </w:r>
      <w:r w:rsidRPr="008E006D">
        <w:rPr>
          <w:rFonts w:cs="Sakkal Majalla"/>
          <w:sz w:val="36"/>
          <w:szCs w:val="38"/>
        </w:rPr>
        <w:t xml:space="preserve"> </w:t>
      </w:r>
      <w:r w:rsidRPr="008E006D">
        <w:rPr>
          <w:rFonts w:cs="Sakkal Majalla"/>
          <w:sz w:val="36"/>
          <w:szCs w:val="38"/>
          <w:rtl/>
        </w:rPr>
        <w:t>وبيانات</w:t>
      </w:r>
      <w:r w:rsidRPr="008E006D">
        <w:rPr>
          <w:rFonts w:cs="Sakkal Majalla"/>
          <w:sz w:val="36"/>
          <w:szCs w:val="38"/>
        </w:rPr>
        <w:t xml:space="preserve"> </w:t>
      </w:r>
      <w:r w:rsidRPr="008E006D">
        <w:rPr>
          <w:rFonts w:cs="Sakkal Majalla"/>
          <w:sz w:val="36"/>
          <w:szCs w:val="38"/>
          <w:rtl/>
        </w:rPr>
        <w:t>عالية</w:t>
      </w:r>
      <w:r w:rsidRPr="008E006D">
        <w:rPr>
          <w:rFonts w:cs="Sakkal Majalla"/>
          <w:sz w:val="36"/>
          <w:szCs w:val="38"/>
        </w:rPr>
        <w:t xml:space="preserve"> </w:t>
      </w:r>
      <w:r w:rsidRPr="008E006D">
        <w:rPr>
          <w:rFonts w:cs="Sakkal Majalla"/>
          <w:sz w:val="36"/>
          <w:szCs w:val="38"/>
          <w:rtl/>
        </w:rPr>
        <w:t>الجودة</w:t>
      </w:r>
      <w:r w:rsidRPr="008E006D">
        <w:rPr>
          <w:rFonts w:cs="Sakkal Majalla"/>
          <w:sz w:val="36"/>
          <w:szCs w:val="38"/>
        </w:rPr>
        <w:t xml:space="preserve"> </w:t>
      </w:r>
      <w:r w:rsidRPr="008E006D">
        <w:rPr>
          <w:rFonts w:cs="Sakkal Majalla"/>
          <w:sz w:val="36"/>
          <w:szCs w:val="38"/>
          <w:rtl/>
        </w:rPr>
        <w:t>تغذيه</w:t>
      </w:r>
      <w:r w:rsidRPr="008E006D">
        <w:rPr>
          <w:rFonts w:cs="Sakkal Majalla"/>
          <w:sz w:val="36"/>
          <w:szCs w:val="38"/>
        </w:rPr>
        <w:t>.</w:t>
      </w:r>
    </w:p>
    <w:p w14:paraId="23E597DB" w14:textId="77777777" w:rsidR="008E006D" w:rsidRPr="008E006D" w:rsidRDefault="008E006D" w:rsidP="008E006D">
      <w:pPr>
        <w:ind w:firstLine="0"/>
        <w:rPr>
          <w:rFonts w:cs="Sakkal Majalla"/>
          <w:sz w:val="36"/>
          <w:szCs w:val="38"/>
        </w:rPr>
      </w:pPr>
      <w:r w:rsidRPr="008E006D">
        <w:rPr>
          <w:rFonts w:cs="Sakkal Majalla"/>
          <w:noProof/>
          <w:sz w:val="36"/>
          <w:szCs w:val="38"/>
        </w:rPr>
        <w:drawing>
          <wp:inline distT="0" distB="0" distL="0" distR="0" wp14:anchorId="5EFEE0AD" wp14:editId="72FE3AB1">
            <wp:extent cx="5943600" cy="3467100"/>
            <wp:effectExtent l="0" t="0" r="0" b="0"/>
            <wp:docPr id="18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2.png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34671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9FF66C7" w14:textId="07827887" w:rsidR="008E006D" w:rsidRPr="008E006D" w:rsidRDefault="00946E8B" w:rsidP="008D0B36">
      <w:pPr>
        <w:ind w:firstLine="0"/>
        <w:jc w:val="center"/>
        <w:rPr>
          <w:rFonts w:cs="Sakkal Majalla"/>
          <w:bCs/>
          <w:sz w:val="36"/>
          <w:szCs w:val="38"/>
        </w:rPr>
      </w:pPr>
      <w:r>
        <w:rPr>
          <w:rFonts w:cs="Sakkal Majalla" w:hint="cs"/>
          <w:b/>
          <w:bCs/>
          <w:sz w:val="36"/>
          <w:szCs w:val="38"/>
          <w:rtl/>
        </w:rPr>
        <w:t xml:space="preserve">                     </w:t>
      </w:r>
      <w:r w:rsidR="008E006D" w:rsidRPr="008E006D">
        <w:rPr>
          <w:rFonts w:cs="Sakkal Majalla"/>
          <w:b/>
          <w:bCs/>
          <w:sz w:val="36"/>
          <w:szCs w:val="38"/>
          <w:rtl/>
        </w:rPr>
        <w:t>شكل</w:t>
      </w:r>
      <w:r w:rsidR="008E006D" w:rsidRPr="008E006D">
        <w:rPr>
          <w:rFonts w:cs="Sakkal Majalla"/>
          <w:b/>
          <w:bCs/>
          <w:sz w:val="36"/>
          <w:szCs w:val="38"/>
        </w:rPr>
        <w:t xml:space="preserve"> (1-1</w:t>
      </w:r>
      <w:proofErr w:type="gramStart"/>
      <w:r w:rsidR="008E006D" w:rsidRPr="008E006D">
        <w:rPr>
          <w:rFonts w:cs="Sakkal Majalla"/>
          <w:b/>
          <w:bCs/>
          <w:sz w:val="36"/>
          <w:szCs w:val="38"/>
        </w:rPr>
        <w:t>)</w:t>
      </w:r>
      <w:r w:rsidR="008D0B36">
        <w:rPr>
          <w:rFonts w:cs="Sakkal Majalla" w:hint="cs"/>
          <w:b/>
          <w:bCs/>
          <w:sz w:val="36"/>
          <w:szCs w:val="38"/>
          <w:rtl/>
        </w:rPr>
        <w:t xml:space="preserve"> </w:t>
      </w:r>
      <w:r w:rsidR="008E006D" w:rsidRPr="008E006D">
        <w:rPr>
          <w:rFonts w:cs="Sakkal Majalla"/>
          <w:b/>
          <w:bCs/>
          <w:sz w:val="36"/>
          <w:szCs w:val="38"/>
        </w:rPr>
        <w:t>:</w:t>
      </w:r>
      <w:proofErr w:type="gramEnd"/>
      <w:r w:rsidR="008D0B36">
        <w:rPr>
          <w:rFonts w:cs="Sakkal Majalla" w:hint="cs"/>
          <w:b/>
          <w:bCs/>
          <w:sz w:val="36"/>
          <w:szCs w:val="38"/>
          <w:rtl/>
        </w:rPr>
        <w:t xml:space="preserve"> </w:t>
      </w:r>
      <w:r w:rsidR="008E006D" w:rsidRPr="008E006D">
        <w:rPr>
          <w:rFonts w:cs="Sakkal Majalla"/>
          <w:b/>
          <w:bCs/>
          <w:sz w:val="36"/>
          <w:szCs w:val="38"/>
        </w:rPr>
        <w:t xml:space="preserve"> </w:t>
      </w:r>
      <w:r w:rsidR="008E006D" w:rsidRPr="008E006D">
        <w:rPr>
          <w:rFonts w:cs="Sakkal Majalla"/>
          <w:b/>
          <w:bCs/>
          <w:sz w:val="36"/>
          <w:szCs w:val="38"/>
          <w:rtl/>
        </w:rPr>
        <w:t>النموذج</w:t>
      </w:r>
      <w:r w:rsidR="008E006D" w:rsidRPr="008E006D">
        <w:rPr>
          <w:rFonts w:cs="Sakkal Majalla"/>
          <w:b/>
          <w:bCs/>
          <w:sz w:val="36"/>
          <w:szCs w:val="38"/>
        </w:rPr>
        <w:t xml:space="preserve"> </w:t>
      </w:r>
      <w:r w:rsidR="008E006D" w:rsidRPr="008E006D">
        <w:rPr>
          <w:rFonts w:cs="Sakkal Majalla"/>
          <w:b/>
          <w:bCs/>
          <w:sz w:val="36"/>
          <w:szCs w:val="38"/>
          <w:rtl/>
        </w:rPr>
        <w:t>المفاهيمي</w:t>
      </w:r>
      <w:r w:rsidR="008E006D" w:rsidRPr="008E006D">
        <w:rPr>
          <w:rFonts w:cs="Sakkal Majalla"/>
          <w:b/>
          <w:bCs/>
          <w:sz w:val="36"/>
          <w:szCs w:val="38"/>
        </w:rPr>
        <w:t xml:space="preserve"> </w:t>
      </w:r>
      <w:r w:rsidR="008E006D" w:rsidRPr="008E006D">
        <w:rPr>
          <w:rFonts w:cs="Sakkal Majalla"/>
          <w:b/>
          <w:bCs/>
          <w:sz w:val="36"/>
          <w:szCs w:val="38"/>
          <w:rtl/>
        </w:rPr>
        <w:t>المقترح</w:t>
      </w:r>
      <w:r w:rsidR="008E006D" w:rsidRPr="008E006D">
        <w:rPr>
          <w:rFonts w:cs="Sakkal Majalla"/>
          <w:b/>
          <w:bCs/>
          <w:sz w:val="36"/>
          <w:szCs w:val="38"/>
        </w:rPr>
        <w:t xml:space="preserve"> </w:t>
      </w:r>
      <w:r w:rsidR="008E006D" w:rsidRPr="008E006D">
        <w:rPr>
          <w:rFonts w:cs="Sakkal Majalla"/>
          <w:b/>
          <w:bCs/>
          <w:sz w:val="36"/>
          <w:szCs w:val="38"/>
          <w:rtl/>
        </w:rPr>
        <w:t>للدراسة</w:t>
      </w:r>
    </w:p>
    <w:p w14:paraId="1616BF4E" w14:textId="77777777" w:rsidR="008E006D" w:rsidRPr="008E006D" w:rsidRDefault="008E006D" w:rsidP="008E006D">
      <w:pPr>
        <w:ind w:firstLine="0"/>
        <w:rPr>
          <w:rFonts w:cs="Sakkal Majalla"/>
          <w:bCs/>
          <w:sz w:val="36"/>
          <w:szCs w:val="38"/>
        </w:rPr>
      </w:pPr>
      <w:r w:rsidRPr="008E006D">
        <w:rPr>
          <w:rFonts w:cs="Sakkal Majalla"/>
          <w:sz w:val="36"/>
          <w:szCs w:val="38"/>
          <w:rtl/>
        </w:rPr>
        <w:t>المصدر</w:t>
      </w:r>
      <w:r w:rsidRPr="008E006D">
        <w:rPr>
          <w:rFonts w:cs="Sakkal Majalla"/>
          <w:bCs/>
          <w:sz w:val="36"/>
          <w:szCs w:val="38"/>
        </w:rPr>
        <w:t xml:space="preserve">: </w:t>
      </w:r>
      <w:r w:rsidRPr="008E006D">
        <w:rPr>
          <w:rFonts w:cs="Sakkal Majalla"/>
          <w:sz w:val="36"/>
          <w:szCs w:val="38"/>
          <w:rtl/>
        </w:rPr>
        <w:t>إعداد</w:t>
      </w:r>
      <w:r w:rsidRPr="008E006D">
        <w:rPr>
          <w:rFonts w:cs="Sakkal Majalla"/>
          <w:bCs/>
          <w:sz w:val="36"/>
          <w:szCs w:val="38"/>
        </w:rPr>
        <w:t xml:space="preserve"> </w:t>
      </w:r>
      <w:r w:rsidRPr="008E006D">
        <w:rPr>
          <w:rFonts w:cs="Sakkal Majalla"/>
          <w:sz w:val="36"/>
          <w:szCs w:val="38"/>
          <w:rtl/>
        </w:rPr>
        <w:t>الباحثة</w:t>
      </w:r>
      <w:r w:rsidRPr="008E006D">
        <w:rPr>
          <w:rFonts w:cs="Sakkal Majalla"/>
          <w:bCs/>
          <w:sz w:val="36"/>
          <w:szCs w:val="38"/>
        </w:rPr>
        <w:t>.</w:t>
      </w:r>
    </w:p>
    <w:p w14:paraId="01B5D31B" w14:textId="77777777" w:rsidR="008E006D" w:rsidRPr="002D5B89" w:rsidRDefault="008E006D" w:rsidP="002D5B89">
      <w:pPr>
        <w:pStyle w:val="Heading1"/>
        <w:pageBreakBefore w:val="0"/>
        <w:spacing w:after="200" w:line="276" w:lineRule="auto"/>
        <w:jc w:val="left"/>
        <w:rPr>
          <w:rFonts w:ascii="Sakkal Majalla" w:eastAsia="Noto Sans Arabic" w:hAnsi="Sakkal Majalla" w:cs="Sakkal Majalla"/>
          <w:b/>
          <w:bCs/>
          <w:color w:val="10365E"/>
          <w:sz w:val="38"/>
          <w:szCs w:val="38"/>
        </w:rPr>
      </w:pPr>
      <w:bookmarkStart w:id="9" w:name="_Toc234793623"/>
      <w:r w:rsidRPr="002D5B89">
        <w:rPr>
          <w:rFonts w:ascii="Sakkal Majalla" w:eastAsia="Noto Sans Arabic" w:hAnsi="Sakkal Majalla" w:cs="Sakkal Majalla"/>
          <w:b/>
          <w:bCs/>
          <w:color w:val="10365E"/>
          <w:sz w:val="38"/>
          <w:szCs w:val="38"/>
        </w:rPr>
        <w:lastRenderedPageBreak/>
        <w:t xml:space="preserve">1.8 </w:t>
      </w:r>
      <w:r w:rsidRPr="002D5B89">
        <w:rPr>
          <w:rFonts w:ascii="Sakkal Majalla" w:eastAsia="Noto Sans Arabic" w:hAnsi="Sakkal Majalla" w:cs="Sakkal Majalla"/>
          <w:b/>
          <w:bCs/>
          <w:color w:val="10365E"/>
          <w:sz w:val="38"/>
          <w:szCs w:val="38"/>
          <w:rtl/>
        </w:rPr>
        <w:t>مصطلحات</w:t>
      </w:r>
      <w:r w:rsidRPr="002D5B89">
        <w:rPr>
          <w:rFonts w:ascii="Sakkal Majalla" w:eastAsia="Noto Sans Arabic" w:hAnsi="Sakkal Majalla" w:cs="Sakkal Majalla"/>
          <w:b/>
          <w:bCs/>
          <w:color w:val="10365E"/>
          <w:sz w:val="38"/>
          <w:szCs w:val="38"/>
        </w:rPr>
        <w:t xml:space="preserve"> </w:t>
      </w:r>
      <w:r w:rsidRPr="002D5B89">
        <w:rPr>
          <w:rFonts w:ascii="Sakkal Majalla" w:eastAsia="Noto Sans Arabic" w:hAnsi="Sakkal Majalla" w:cs="Sakkal Majalla"/>
          <w:b/>
          <w:bCs/>
          <w:color w:val="10365E"/>
          <w:sz w:val="38"/>
          <w:szCs w:val="38"/>
          <w:rtl/>
        </w:rPr>
        <w:t>الدراسة</w:t>
      </w:r>
      <w:r w:rsidRPr="002D5B89">
        <w:rPr>
          <w:rFonts w:ascii="Sakkal Majalla" w:eastAsia="Noto Sans Arabic" w:hAnsi="Sakkal Majalla" w:cs="Sakkal Majalla"/>
          <w:b/>
          <w:bCs/>
          <w:color w:val="10365E"/>
          <w:sz w:val="38"/>
          <w:szCs w:val="38"/>
        </w:rPr>
        <w:t xml:space="preserve"> </w:t>
      </w:r>
      <w:r w:rsidRPr="002D5B89">
        <w:rPr>
          <w:rFonts w:ascii="Sakkal Majalla" w:eastAsia="Noto Sans Arabic" w:hAnsi="Sakkal Majalla" w:cs="Sakkal Majalla"/>
          <w:b/>
          <w:bCs/>
          <w:color w:val="10365E"/>
          <w:sz w:val="38"/>
          <w:szCs w:val="38"/>
          <w:rtl/>
        </w:rPr>
        <w:t>وتعريفاتها</w:t>
      </w:r>
      <w:r w:rsidRPr="002D5B89">
        <w:rPr>
          <w:rFonts w:ascii="Sakkal Majalla" w:eastAsia="Noto Sans Arabic" w:hAnsi="Sakkal Majalla" w:cs="Sakkal Majalla"/>
          <w:b/>
          <w:bCs/>
          <w:color w:val="10365E"/>
          <w:sz w:val="38"/>
          <w:szCs w:val="38"/>
        </w:rPr>
        <w:t xml:space="preserve"> </w:t>
      </w:r>
      <w:r w:rsidRPr="002D5B89">
        <w:rPr>
          <w:rFonts w:ascii="Sakkal Majalla" w:eastAsia="Noto Sans Arabic" w:hAnsi="Sakkal Majalla" w:cs="Sakkal Majalla"/>
          <w:b/>
          <w:bCs/>
          <w:color w:val="10365E"/>
          <w:sz w:val="38"/>
          <w:szCs w:val="38"/>
          <w:rtl/>
        </w:rPr>
        <w:t>الإجرائية</w:t>
      </w:r>
      <w:bookmarkEnd w:id="9"/>
    </w:p>
    <w:p w14:paraId="37705607" w14:textId="77777777" w:rsidR="008E006D" w:rsidRPr="008E006D" w:rsidRDefault="008E006D" w:rsidP="008E006D">
      <w:pPr>
        <w:ind w:firstLine="0"/>
        <w:rPr>
          <w:rFonts w:cs="Sakkal Majalla"/>
          <w:bCs/>
          <w:sz w:val="36"/>
          <w:szCs w:val="38"/>
        </w:rPr>
      </w:pPr>
      <w:r w:rsidRPr="008E006D">
        <w:rPr>
          <w:rFonts w:cs="Sakkal Majalla"/>
          <w:b/>
          <w:bCs/>
          <w:sz w:val="36"/>
          <w:szCs w:val="38"/>
          <w:rtl/>
        </w:rPr>
        <w:t>جدول</w:t>
      </w:r>
      <w:r w:rsidRPr="008E006D">
        <w:rPr>
          <w:rFonts w:cs="Sakkal Majalla"/>
          <w:b/>
          <w:bCs/>
          <w:sz w:val="36"/>
          <w:szCs w:val="38"/>
        </w:rPr>
        <w:t xml:space="preserve"> (1-2): </w:t>
      </w:r>
      <w:r w:rsidRPr="008E006D">
        <w:rPr>
          <w:rFonts w:cs="Sakkal Majalla"/>
          <w:b/>
          <w:bCs/>
          <w:sz w:val="36"/>
          <w:szCs w:val="38"/>
          <w:rtl/>
        </w:rPr>
        <w:t>التعريفات</w:t>
      </w:r>
      <w:r w:rsidRPr="008E006D">
        <w:rPr>
          <w:rFonts w:cs="Sakkal Majalla"/>
          <w:b/>
          <w:bCs/>
          <w:sz w:val="36"/>
          <w:szCs w:val="38"/>
        </w:rPr>
        <w:t xml:space="preserve"> </w:t>
      </w:r>
      <w:r w:rsidRPr="008E006D">
        <w:rPr>
          <w:rFonts w:cs="Sakkal Majalla"/>
          <w:b/>
          <w:bCs/>
          <w:sz w:val="36"/>
          <w:szCs w:val="38"/>
          <w:rtl/>
        </w:rPr>
        <w:t>المفاهيمية</w:t>
      </w:r>
      <w:r w:rsidRPr="008E006D">
        <w:rPr>
          <w:rFonts w:cs="Sakkal Majalla"/>
          <w:b/>
          <w:bCs/>
          <w:sz w:val="36"/>
          <w:szCs w:val="38"/>
        </w:rPr>
        <w:t xml:space="preserve"> </w:t>
      </w:r>
      <w:r w:rsidRPr="008E006D">
        <w:rPr>
          <w:rFonts w:cs="Sakkal Majalla"/>
          <w:b/>
          <w:bCs/>
          <w:sz w:val="36"/>
          <w:szCs w:val="38"/>
          <w:rtl/>
        </w:rPr>
        <w:t>والإجرائية</w:t>
      </w:r>
      <w:r w:rsidRPr="008E006D">
        <w:rPr>
          <w:rFonts w:cs="Sakkal Majalla"/>
          <w:b/>
          <w:bCs/>
          <w:sz w:val="36"/>
          <w:szCs w:val="38"/>
        </w:rPr>
        <w:t xml:space="preserve"> </w:t>
      </w:r>
      <w:r w:rsidRPr="008E006D">
        <w:rPr>
          <w:rFonts w:cs="Sakkal Majalla"/>
          <w:b/>
          <w:bCs/>
          <w:sz w:val="36"/>
          <w:szCs w:val="38"/>
          <w:rtl/>
        </w:rPr>
        <w:t>لمتغيرات</w:t>
      </w:r>
      <w:r w:rsidRPr="008E006D">
        <w:rPr>
          <w:rFonts w:cs="Sakkal Majalla"/>
          <w:b/>
          <w:bCs/>
          <w:sz w:val="36"/>
          <w:szCs w:val="38"/>
        </w:rPr>
        <w:t xml:space="preserve"> </w:t>
      </w:r>
      <w:r w:rsidRPr="008E006D">
        <w:rPr>
          <w:rFonts w:cs="Sakkal Majalla"/>
          <w:b/>
          <w:bCs/>
          <w:sz w:val="36"/>
          <w:szCs w:val="38"/>
          <w:rtl/>
        </w:rPr>
        <w:t>الدراسة</w:t>
      </w:r>
    </w:p>
    <w:tbl>
      <w:tblPr>
        <w:tblStyle w:val="TableGrid"/>
        <w:bidiVisual/>
        <w:tblW w:w="9639" w:type="dxa"/>
        <w:tblLayout w:type="fixed"/>
        <w:tblLook w:val="04A0" w:firstRow="1" w:lastRow="0" w:firstColumn="1" w:lastColumn="0" w:noHBand="0" w:noVBand="1"/>
      </w:tblPr>
      <w:tblGrid>
        <w:gridCol w:w="1848"/>
        <w:gridCol w:w="4536"/>
        <w:gridCol w:w="3255"/>
      </w:tblGrid>
      <w:tr w:rsidR="008E006D" w:rsidRPr="002D5B89" w14:paraId="01FC7C88" w14:textId="77777777" w:rsidTr="002D5B89">
        <w:tc>
          <w:tcPr>
            <w:tcW w:w="1848" w:type="dxa"/>
            <w:shd w:val="clear" w:color="auto" w:fill="F7CAAC" w:themeFill="accent2" w:themeFillTint="66"/>
            <w:tcMar>
              <w:top w:w="110" w:type="dxa"/>
              <w:left w:w="110" w:type="dxa"/>
              <w:bottom w:w="110" w:type="dxa"/>
              <w:right w:w="110" w:type="dxa"/>
            </w:tcMar>
            <w:vAlign w:val="center"/>
          </w:tcPr>
          <w:p w14:paraId="6BA10C41" w14:textId="77777777" w:rsidR="008E006D" w:rsidRPr="002D5B89" w:rsidRDefault="008E006D" w:rsidP="008D0B36">
            <w:pPr>
              <w:ind w:firstLine="0"/>
              <w:jc w:val="center"/>
              <w:rPr>
                <w:rFonts w:cs="Sakkal Majalla"/>
                <w:sz w:val="32"/>
                <w:szCs w:val="34"/>
              </w:rPr>
            </w:pPr>
            <w:r w:rsidRPr="002D5B89">
              <w:rPr>
                <w:rFonts w:cs="Sakkal Majalla"/>
                <w:b/>
                <w:bCs/>
                <w:sz w:val="32"/>
                <w:szCs w:val="34"/>
                <w:rtl/>
              </w:rPr>
              <w:t>المصطلح</w:t>
            </w:r>
          </w:p>
        </w:tc>
        <w:tc>
          <w:tcPr>
            <w:tcW w:w="4536" w:type="dxa"/>
            <w:shd w:val="clear" w:color="auto" w:fill="F7CAAC" w:themeFill="accent2" w:themeFillTint="66"/>
            <w:tcMar>
              <w:top w:w="110" w:type="dxa"/>
              <w:left w:w="110" w:type="dxa"/>
              <w:bottom w:w="110" w:type="dxa"/>
              <w:right w:w="110" w:type="dxa"/>
            </w:tcMar>
            <w:vAlign w:val="center"/>
          </w:tcPr>
          <w:p w14:paraId="1C6015EC" w14:textId="77777777" w:rsidR="008E006D" w:rsidRPr="002D5B89" w:rsidRDefault="008E006D" w:rsidP="008D0B36">
            <w:pPr>
              <w:ind w:firstLine="0"/>
              <w:jc w:val="center"/>
              <w:rPr>
                <w:rFonts w:cs="Sakkal Majalla"/>
                <w:sz w:val="32"/>
                <w:szCs w:val="34"/>
              </w:rPr>
            </w:pPr>
            <w:r w:rsidRPr="002D5B89">
              <w:rPr>
                <w:rFonts w:cs="Sakkal Majalla"/>
                <w:b/>
                <w:bCs/>
                <w:sz w:val="32"/>
                <w:szCs w:val="34"/>
                <w:rtl/>
              </w:rPr>
              <w:t>التعريف</w:t>
            </w:r>
            <w:r w:rsidRPr="002D5B89">
              <w:rPr>
                <w:rFonts w:cs="Sakkal Majalla"/>
                <w:b/>
                <w:sz w:val="32"/>
                <w:szCs w:val="34"/>
              </w:rPr>
              <w:t xml:space="preserve"> </w:t>
            </w:r>
            <w:r w:rsidRPr="002D5B89">
              <w:rPr>
                <w:rFonts w:cs="Sakkal Majalla"/>
                <w:b/>
                <w:bCs/>
                <w:sz w:val="32"/>
                <w:szCs w:val="34"/>
                <w:rtl/>
              </w:rPr>
              <w:t>المفاهيمي</w:t>
            </w:r>
          </w:p>
        </w:tc>
        <w:tc>
          <w:tcPr>
            <w:tcW w:w="3255" w:type="dxa"/>
            <w:shd w:val="clear" w:color="auto" w:fill="F7CAAC" w:themeFill="accent2" w:themeFillTint="66"/>
            <w:tcMar>
              <w:top w:w="110" w:type="dxa"/>
              <w:left w:w="110" w:type="dxa"/>
              <w:bottom w:w="110" w:type="dxa"/>
              <w:right w:w="110" w:type="dxa"/>
            </w:tcMar>
            <w:vAlign w:val="center"/>
          </w:tcPr>
          <w:p w14:paraId="2D35BF66" w14:textId="77777777" w:rsidR="008E006D" w:rsidRPr="002D5B89" w:rsidRDefault="008E006D" w:rsidP="008D0B36">
            <w:pPr>
              <w:ind w:firstLine="0"/>
              <w:jc w:val="center"/>
              <w:rPr>
                <w:rFonts w:cs="Sakkal Majalla"/>
                <w:sz w:val="32"/>
                <w:szCs w:val="34"/>
              </w:rPr>
            </w:pPr>
            <w:r w:rsidRPr="002D5B89">
              <w:rPr>
                <w:rFonts w:cs="Sakkal Majalla"/>
                <w:b/>
                <w:bCs/>
                <w:sz w:val="32"/>
                <w:szCs w:val="34"/>
                <w:rtl/>
              </w:rPr>
              <w:t>التعريف</w:t>
            </w:r>
            <w:r w:rsidRPr="002D5B89">
              <w:rPr>
                <w:rFonts w:cs="Sakkal Majalla"/>
                <w:b/>
                <w:sz w:val="32"/>
                <w:szCs w:val="34"/>
              </w:rPr>
              <w:t xml:space="preserve"> </w:t>
            </w:r>
            <w:r w:rsidRPr="002D5B89">
              <w:rPr>
                <w:rFonts w:cs="Sakkal Majalla"/>
                <w:b/>
                <w:bCs/>
                <w:sz w:val="32"/>
                <w:szCs w:val="34"/>
                <w:rtl/>
              </w:rPr>
              <w:t>الإجرائي</w:t>
            </w:r>
          </w:p>
        </w:tc>
      </w:tr>
      <w:tr w:rsidR="008E006D" w:rsidRPr="002D5B89" w14:paraId="476610D4" w14:textId="77777777" w:rsidTr="002D5B89">
        <w:tc>
          <w:tcPr>
            <w:tcW w:w="1848" w:type="dxa"/>
            <w:shd w:val="clear" w:color="auto" w:fill="FFFFFF" w:themeFill="background1"/>
            <w:tcMar>
              <w:top w:w="110" w:type="dxa"/>
              <w:left w:w="110" w:type="dxa"/>
              <w:bottom w:w="110" w:type="dxa"/>
              <w:right w:w="110" w:type="dxa"/>
            </w:tcMar>
            <w:vAlign w:val="center"/>
          </w:tcPr>
          <w:p w14:paraId="4E422407" w14:textId="77777777" w:rsidR="008E006D" w:rsidRPr="002D5B89" w:rsidRDefault="008E006D" w:rsidP="008D0B36">
            <w:pPr>
              <w:ind w:firstLine="0"/>
              <w:jc w:val="center"/>
              <w:rPr>
                <w:rFonts w:cs="Sakkal Majalla"/>
                <w:sz w:val="32"/>
                <w:szCs w:val="34"/>
              </w:rPr>
            </w:pPr>
            <w:r w:rsidRPr="002D5B89">
              <w:rPr>
                <w:rFonts w:cs="Sakkal Majalla"/>
                <w:sz w:val="32"/>
                <w:szCs w:val="34"/>
                <w:rtl/>
              </w:rPr>
              <w:t>التحول</w:t>
            </w:r>
            <w:r w:rsidRPr="002D5B89">
              <w:rPr>
                <w:rFonts w:cs="Sakkal Majalla"/>
                <w:sz w:val="32"/>
                <w:szCs w:val="34"/>
              </w:rPr>
              <w:t xml:space="preserve"> </w:t>
            </w:r>
            <w:r w:rsidRPr="002D5B89">
              <w:rPr>
                <w:rFonts w:cs="Sakkal Majalla"/>
                <w:sz w:val="32"/>
                <w:szCs w:val="34"/>
                <w:rtl/>
              </w:rPr>
              <w:t>الرقمي</w:t>
            </w:r>
            <w:r w:rsidRPr="002D5B89">
              <w:rPr>
                <w:rFonts w:cs="Sakkal Majalla"/>
                <w:sz w:val="32"/>
                <w:szCs w:val="34"/>
              </w:rPr>
              <w:t xml:space="preserve"> </w:t>
            </w:r>
            <w:r w:rsidRPr="002D5B89">
              <w:rPr>
                <w:rFonts w:cs="Sakkal Majalla"/>
                <w:sz w:val="32"/>
                <w:szCs w:val="34"/>
                <w:rtl/>
              </w:rPr>
              <w:t>في</w:t>
            </w:r>
            <w:r w:rsidRPr="002D5B89">
              <w:rPr>
                <w:rFonts w:cs="Sakkal Majalla"/>
                <w:sz w:val="32"/>
                <w:szCs w:val="34"/>
              </w:rPr>
              <w:t xml:space="preserve"> </w:t>
            </w:r>
            <w:r w:rsidRPr="002D5B89">
              <w:rPr>
                <w:rFonts w:cs="Sakkal Majalla"/>
                <w:sz w:val="32"/>
                <w:szCs w:val="34"/>
                <w:rtl/>
              </w:rPr>
              <w:t>إدارة</w:t>
            </w:r>
            <w:r w:rsidRPr="002D5B89">
              <w:rPr>
                <w:rFonts w:cs="Sakkal Majalla"/>
                <w:sz w:val="32"/>
                <w:szCs w:val="34"/>
              </w:rPr>
              <w:t xml:space="preserve"> </w:t>
            </w:r>
            <w:r w:rsidRPr="002D5B89">
              <w:rPr>
                <w:rFonts w:cs="Sakkal Majalla"/>
                <w:sz w:val="32"/>
                <w:szCs w:val="34"/>
                <w:rtl/>
              </w:rPr>
              <w:t>المشاريع</w:t>
            </w:r>
          </w:p>
        </w:tc>
        <w:tc>
          <w:tcPr>
            <w:tcW w:w="4536" w:type="dxa"/>
            <w:shd w:val="clear" w:color="auto" w:fill="FFFFFF" w:themeFill="background1"/>
            <w:tcMar>
              <w:top w:w="110" w:type="dxa"/>
              <w:left w:w="110" w:type="dxa"/>
              <w:bottom w:w="110" w:type="dxa"/>
              <w:right w:w="110" w:type="dxa"/>
            </w:tcMar>
            <w:vAlign w:val="center"/>
          </w:tcPr>
          <w:p w14:paraId="5A6D0A58" w14:textId="77777777" w:rsidR="008E006D" w:rsidRPr="002D5B89" w:rsidRDefault="008E006D" w:rsidP="008D0B36">
            <w:pPr>
              <w:ind w:firstLine="0"/>
              <w:jc w:val="center"/>
              <w:rPr>
                <w:rFonts w:cs="Sakkal Majalla"/>
                <w:sz w:val="32"/>
                <w:szCs w:val="34"/>
              </w:rPr>
            </w:pPr>
            <w:r w:rsidRPr="002D5B89">
              <w:rPr>
                <w:rFonts w:cs="Sakkal Majalla"/>
                <w:sz w:val="32"/>
                <w:szCs w:val="34"/>
                <w:rtl/>
              </w:rPr>
              <w:t>توظيف</w:t>
            </w:r>
            <w:r w:rsidRPr="002D5B89">
              <w:rPr>
                <w:rFonts w:cs="Sakkal Majalla"/>
                <w:sz w:val="32"/>
                <w:szCs w:val="34"/>
              </w:rPr>
              <w:t xml:space="preserve"> </w:t>
            </w:r>
            <w:r w:rsidRPr="002D5B89">
              <w:rPr>
                <w:rFonts w:cs="Sakkal Majalla"/>
                <w:sz w:val="32"/>
                <w:szCs w:val="34"/>
                <w:rtl/>
              </w:rPr>
              <w:t>التقنيات</w:t>
            </w:r>
            <w:r w:rsidRPr="002D5B89">
              <w:rPr>
                <w:rFonts w:cs="Sakkal Majalla"/>
                <w:sz w:val="32"/>
                <w:szCs w:val="34"/>
              </w:rPr>
              <w:t xml:space="preserve"> </w:t>
            </w:r>
            <w:r w:rsidRPr="002D5B89">
              <w:rPr>
                <w:rFonts w:cs="Sakkal Majalla"/>
                <w:sz w:val="32"/>
                <w:szCs w:val="34"/>
                <w:rtl/>
              </w:rPr>
              <w:t>والمنصات</w:t>
            </w:r>
            <w:r w:rsidRPr="002D5B89">
              <w:rPr>
                <w:rFonts w:cs="Sakkal Majalla"/>
                <w:sz w:val="32"/>
                <w:szCs w:val="34"/>
              </w:rPr>
              <w:t xml:space="preserve"> </w:t>
            </w:r>
            <w:r w:rsidRPr="002D5B89">
              <w:rPr>
                <w:rFonts w:cs="Sakkal Majalla"/>
                <w:sz w:val="32"/>
                <w:szCs w:val="34"/>
                <w:rtl/>
              </w:rPr>
              <w:t>والبيانات</w:t>
            </w:r>
            <w:r w:rsidRPr="002D5B89">
              <w:rPr>
                <w:rFonts w:cs="Sakkal Majalla"/>
                <w:sz w:val="32"/>
                <w:szCs w:val="34"/>
              </w:rPr>
              <w:t xml:space="preserve"> </w:t>
            </w:r>
            <w:r w:rsidRPr="002D5B89">
              <w:rPr>
                <w:rFonts w:cs="Sakkal Majalla"/>
                <w:sz w:val="32"/>
                <w:szCs w:val="34"/>
                <w:rtl/>
              </w:rPr>
              <w:t>والثقافة</w:t>
            </w:r>
            <w:r w:rsidRPr="002D5B89">
              <w:rPr>
                <w:rFonts w:cs="Sakkal Majalla"/>
                <w:sz w:val="32"/>
                <w:szCs w:val="34"/>
              </w:rPr>
              <w:t xml:space="preserve"> </w:t>
            </w:r>
            <w:r w:rsidRPr="002D5B89">
              <w:rPr>
                <w:rFonts w:cs="Sakkal Majalla"/>
                <w:sz w:val="32"/>
                <w:szCs w:val="34"/>
                <w:rtl/>
              </w:rPr>
              <w:t>والقيادة</w:t>
            </w:r>
            <w:r w:rsidRPr="002D5B89">
              <w:rPr>
                <w:rFonts w:cs="Sakkal Majalla"/>
                <w:sz w:val="32"/>
                <w:szCs w:val="34"/>
              </w:rPr>
              <w:t xml:space="preserve"> </w:t>
            </w:r>
            <w:r w:rsidRPr="002D5B89">
              <w:rPr>
                <w:rFonts w:cs="Sakkal Majalla"/>
                <w:sz w:val="32"/>
                <w:szCs w:val="34"/>
                <w:rtl/>
              </w:rPr>
              <w:t>الرقمية</w:t>
            </w:r>
            <w:r w:rsidRPr="002D5B89">
              <w:rPr>
                <w:rFonts w:cs="Sakkal Majalla"/>
                <w:sz w:val="32"/>
                <w:szCs w:val="34"/>
              </w:rPr>
              <w:t xml:space="preserve"> </w:t>
            </w:r>
            <w:r w:rsidRPr="002D5B89">
              <w:rPr>
                <w:rFonts w:cs="Sakkal Majalla"/>
                <w:sz w:val="32"/>
                <w:szCs w:val="34"/>
                <w:rtl/>
              </w:rPr>
              <w:t>في</w:t>
            </w:r>
            <w:r w:rsidRPr="002D5B89">
              <w:rPr>
                <w:rFonts w:cs="Sakkal Majalla"/>
                <w:sz w:val="32"/>
                <w:szCs w:val="34"/>
              </w:rPr>
              <w:t xml:space="preserve"> </w:t>
            </w:r>
            <w:r w:rsidRPr="002D5B89">
              <w:rPr>
                <w:rFonts w:cs="Sakkal Majalla"/>
                <w:sz w:val="32"/>
                <w:szCs w:val="34"/>
                <w:rtl/>
              </w:rPr>
              <w:t>عمليات</w:t>
            </w:r>
            <w:r w:rsidRPr="002D5B89">
              <w:rPr>
                <w:rFonts w:cs="Sakkal Majalla"/>
                <w:sz w:val="32"/>
                <w:szCs w:val="34"/>
              </w:rPr>
              <w:t xml:space="preserve"> </w:t>
            </w:r>
            <w:r w:rsidRPr="002D5B89">
              <w:rPr>
                <w:rFonts w:cs="Sakkal Majalla"/>
                <w:sz w:val="32"/>
                <w:szCs w:val="34"/>
                <w:rtl/>
              </w:rPr>
              <w:t>التخطيط</w:t>
            </w:r>
            <w:r w:rsidRPr="002D5B89">
              <w:rPr>
                <w:rFonts w:cs="Sakkal Majalla"/>
                <w:sz w:val="32"/>
                <w:szCs w:val="34"/>
              </w:rPr>
              <w:t xml:space="preserve"> </w:t>
            </w:r>
            <w:r w:rsidRPr="002D5B89">
              <w:rPr>
                <w:rFonts w:cs="Sakkal Majalla"/>
                <w:sz w:val="32"/>
                <w:szCs w:val="34"/>
                <w:rtl/>
              </w:rPr>
              <w:t>والتنفيذ</w:t>
            </w:r>
            <w:r w:rsidRPr="002D5B89">
              <w:rPr>
                <w:rFonts w:cs="Sakkal Majalla"/>
                <w:sz w:val="32"/>
                <w:szCs w:val="34"/>
              </w:rPr>
              <w:t xml:space="preserve"> </w:t>
            </w:r>
            <w:r w:rsidRPr="002D5B89">
              <w:rPr>
                <w:rFonts w:cs="Sakkal Majalla"/>
                <w:sz w:val="32"/>
                <w:szCs w:val="34"/>
                <w:rtl/>
              </w:rPr>
              <w:t>والمتابعة</w:t>
            </w:r>
            <w:r w:rsidRPr="002D5B89">
              <w:rPr>
                <w:rFonts w:cs="Sakkal Majalla"/>
                <w:sz w:val="32"/>
                <w:szCs w:val="34"/>
              </w:rPr>
              <w:t xml:space="preserve"> </w:t>
            </w:r>
            <w:r w:rsidRPr="002D5B89">
              <w:rPr>
                <w:rFonts w:cs="Sakkal Majalla"/>
                <w:sz w:val="32"/>
                <w:szCs w:val="34"/>
                <w:rtl/>
              </w:rPr>
              <w:t>والتحكم</w:t>
            </w:r>
            <w:r w:rsidRPr="002D5B89">
              <w:rPr>
                <w:rFonts w:cs="Sakkal Majalla"/>
                <w:sz w:val="32"/>
                <w:szCs w:val="34"/>
              </w:rPr>
              <w:t xml:space="preserve"> </w:t>
            </w:r>
            <w:r w:rsidRPr="002D5B89">
              <w:rPr>
                <w:rFonts w:cs="Sakkal Majalla"/>
                <w:sz w:val="32"/>
                <w:szCs w:val="34"/>
                <w:rtl/>
              </w:rPr>
              <w:t>بالمشاريع</w:t>
            </w:r>
            <w:r w:rsidRPr="002D5B89">
              <w:rPr>
                <w:rFonts w:cs="Sakkal Majalla"/>
                <w:sz w:val="32"/>
                <w:szCs w:val="34"/>
              </w:rPr>
              <w:t>.</w:t>
            </w:r>
          </w:p>
        </w:tc>
        <w:tc>
          <w:tcPr>
            <w:tcW w:w="3255" w:type="dxa"/>
            <w:shd w:val="clear" w:color="auto" w:fill="FFFFFF" w:themeFill="background1"/>
            <w:tcMar>
              <w:top w:w="110" w:type="dxa"/>
              <w:left w:w="110" w:type="dxa"/>
              <w:bottom w:w="110" w:type="dxa"/>
              <w:right w:w="110" w:type="dxa"/>
            </w:tcMar>
            <w:vAlign w:val="center"/>
          </w:tcPr>
          <w:p w14:paraId="2432AEBB" w14:textId="77777777" w:rsidR="008E006D" w:rsidRPr="002D5B89" w:rsidRDefault="008E006D" w:rsidP="008D0B36">
            <w:pPr>
              <w:ind w:firstLine="0"/>
              <w:jc w:val="center"/>
              <w:rPr>
                <w:rFonts w:cs="Sakkal Majalla"/>
                <w:sz w:val="32"/>
                <w:szCs w:val="34"/>
              </w:rPr>
            </w:pPr>
            <w:r w:rsidRPr="002D5B89">
              <w:rPr>
                <w:rFonts w:cs="Sakkal Majalla"/>
                <w:sz w:val="32"/>
                <w:szCs w:val="34"/>
                <w:rtl/>
              </w:rPr>
              <w:t>يقاس</w:t>
            </w:r>
            <w:r w:rsidRPr="002D5B89">
              <w:rPr>
                <w:rFonts w:cs="Sakkal Majalla"/>
                <w:sz w:val="32"/>
                <w:szCs w:val="34"/>
              </w:rPr>
              <w:t xml:space="preserve"> </w:t>
            </w:r>
            <w:r w:rsidRPr="002D5B89">
              <w:rPr>
                <w:rFonts w:cs="Sakkal Majalla"/>
                <w:sz w:val="32"/>
                <w:szCs w:val="34"/>
                <w:rtl/>
              </w:rPr>
              <w:t>من</w:t>
            </w:r>
            <w:r w:rsidRPr="002D5B89">
              <w:rPr>
                <w:rFonts w:cs="Sakkal Majalla"/>
                <w:sz w:val="32"/>
                <w:szCs w:val="34"/>
              </w:rPr>
              <w:t xml:space="preserve"> </w:t>
            </w:r>
            <w:r w:rsidRPr="002D5B89">
              <w:rPr>
                <w:rFonts w:cs="Sakkal Majalla"/>
                <w:sz w:val="32"/>
                <w:szCs w:val="34"/>
                <w:rtl/>
              </w:rPr>
              <w:t>خلال</w:t>
            </w:r>
            <w:r w:rsidRPr="002D5B89">
              <w:rPr>
                <w:rFonts w:cs="Sakkal Majalla"/>
                <w:sz w:val="32"/>
                <w:szCs w:val="34"/>
              </w:rPr>
              <w:t xml:space="preserve"> </w:t>
            </w:r>
            <w:r w:rsidRPr="002D5B89">
              <w:rPr>
                <w:rFonts w:cs="Sakkal Majalla"/>
                <w:sz w:val="32"/>
                <w:szCs w:val="34"/>
                <w:rtl/>
              </w:rPr>
              <w:t>أربعة</w:t>
            </w:r>
            <w:r w:rsidRPr="002D5B89">
              <w:rPr>
                <w:rFonts w:cs="Sakkal Majalla"/>
                <w:sz w:val="32"/>
                <w:szCs w:val="34"/>
              </w:rPr>
              <w:t xml:space="preserve"> </w:t>
            </w:r>
            <w:r w:rsidRPr="002D5B89">
              <w:rPr>
                <w:rFonts w:cs="Sakkal Majalla"/>
                <w:sz w:val="32"/>
                <w:szCs w:val="34"/>
                <w:rtl/>
              </w:rPr>
              <w:t>أبعاد</w:t>
            </w:r>
            <w:r w:rsidRPr="002D5B89">
              <w:rPr>
                <w:rFonts w:cs="Sakkal Majalla"/>
                <w:sz w:val="32"/>
                <w:szCs w:val="34"/>
              </w:rPr>
              <w:t xml:space="preserve">: </w:t>
            </w:r>
            <w:r w:rsidRPr="002D5B89">
              <w:rPr>
                <w:rFonts w:cs="Sakkal Majalla"/>
                <w:sz w:val="32"/>
                <w:szCs w:val="34"/>
                <w:rtl/>
              </w:rPr>
              <w:t>البنية</w:t>
            </w:r>
            <w:r w:rsidRPr="002D5B89">
              <w:rPr>
                <w:rFonts w:cs="Sakkal Majalla"/>
                <w:sz w:val="32"/>
                <w:szCs w:val="34"/>
              </w:rPr>
              <w:t xml:space="preserve"> </w:t>
            </w:r>
            <w:r w:rsidRPr="002D5B89">
              <w:rPr>
                <w:rFonts w:cs="Sakkal Majalla"/>
                <w:sz w:val="32"/>
                <w:szCs w:val="34"/>
                <w:rtl/>
              </w:rPr>
              <w:t>التحتية</w:t>
            </w:r>
            <w:r w:rsidRPr="002D5B89">
              <w:rPr>
                <w:rFonts w:cs="Sakkal Majalla"/>
                <w:sz w:val="32"/>
                <w:szCs w:val="34"/>
              </w:rPr>
              <w:t xml:space="preserve"> </w:t>
            </w:r>
            <w:r w:rsidRPr="002D5B89">
              <w:rPr>
                <w:rFonts w:cs="Sakkal Majalla"/>
                <w:sz w:val="32"/>
                <w:szCs w:val="34"/>
                <w:rtl/>
              </w:rPr>
              <w:t>الرقمية،</w:t>
            </w:r>
            <w:r w:rsidRPr="002D5B89">
              <w:rPr>
                <w:rFonts w:cs="Sakkal Majalla"/>
                <w:sz w:val="32"/>
                <w:szCs w:val="34"/>
              </w:rPr>
              <w:t xml:space="preserve"> </w:t>
            </w:r>
            <w:r w:rsidRPr="002D5B89">
              <w:rPr>
                <w:rFonts w:cs="Sakkal Majalla"/>
                <w:sz w:val="32"/>
                <w:szCs w:val="34"/>
                <w:rtl/>
              </w:rPr>
              <w:t>الثقافة</w:t>
            </w:r>
            <w:r w:rsidRPr="002D5B89">
              <w:rPr>
                <w:rFonts w:cs="Sakkal Majalla"/>
                <w:sz w:val="32"/>
                <w:szCs w:val="34"/>
              </w:rPr>
              <w:t xml:space="preserve"> </w:t>
            </w:r>
            <w:r w:rsidRPr="002D5B89">
              <w:rPr>
                <w:rFonts w:cs="Sakkal Majalla"/>
                <w:sz w:val="32"/>
                <w:szCs w:val="34"/>
                <w:rtl/>
              </w:rPr>
              <w:t>الرقمية،</w:t>
            </w:r>
            <w:r w:rsidRPr="002D5B89">
              <w:rPr>
                <w:rFonts w:cs="Sakkal Majalla"/>
                <w:sz w:val="32"/>
                <w:szCs w:val="34"/>
              </w:rPr>
              <w:t xml:space="preserve"> </w:t>
            </w:r>
            <w:r w:rsidRPr="002D5B89">
              <w:rPr>
                <w:rFonts w:cs="Sakkal Majalla"/>
                <w:sz w:val="32"/>
                <w:szCs w:val="34"/>
                <w:rtl/>
              </w:rPr>
              <w:t>القيادة</w:t>
            </w:r>
            <w:r w:rsidRPr="002D5B89">
              <w:rPr>
                <w:rFonts w:cs="Sakkal Majalla"/>
                <w:sz w:val="32"/>
                <w:szCs w:val="34"/>
              </w:rPr>
              <w:t xml:space="preserve"> </w:t>
            </w:r>
            <w:r w:rsidRPr="002D5B89">
              <w:rPr>
                <w:rFonts w:cs="Sakkal Majalla"/>
                <w:sz w:val="32"/>
                <w:szCs w:val="34"/>
                <w:rtl/>
              </w:rPr>
              <w:t>الرقمية،</w:t>
            </w:r>
            <w:r w:rsidRPr="002D5B89">
              <w:rPr>
                <w:rFonts w:cs="Sakkal Majalla"/>
                <w:sz w:val="32"/>
                <w:szCs w:val="34"/>
              </w:rPr>
              <w:t xml:space="preserve"> </w:t>
            </w:r>
            <w:r w:rsidRPr="002D5B89">
              <w:rPr>
                <w:rFonts w:cs="Sakkal Majalla"/>
                <w:sz w:val="32"/>
                <w:szCs w:val="34"/>
                <w:rtl/>
              </w:rPr>
              <w:t>التقنيات</w:t>
            </w:r>
            <w:r w:rsidRPr="002D5B89">
              <w:rPr>
                <w:rFonts w:cs="Sakkal Majalla"/>
                <w:sz w:val="32"/>
                <w:szCs w:val="34"/>
              </w:rPr>
              <w:t xml:space="preserve"> </w:t>
            </w:r>
            <w:r w:rsidRPr="002D5B89">
              <w:rPr>
                <w:rFonts w:cs="Sakkal Majalla"/>
                <w:sz w:val="32"/>
                <w:szCs w:val="34"/>
                <w:rtl/>
              </w:rPr>
              <w:t>الذكية</w:t>
            </w:r>
            <w:r w:rsidRPr="002D5B89">
              <w:rPr>
                <w:rFonts w:cs="Sakkal Majalla"/>
                <w:sz w:val="32"/>
                <w:szCs w:val="34"/>
              </w:rPr>
              <w:t>.</w:t>
            </w:r>
          </w:p>
        </w:tc>
      </w:tr>
      <w:tr w:rsidR="008E006D" w:rsidRPr="002D5B89" w14:paraId="73B73924" w14:textId="77777777" w:rsidTr="002D5B89">
        <w:tc>
          <w:tcPr>
            <w:tcW w:w="1848" w:type="dxa"/>
            <w:shd w:val="clear" w:color="auto" w:fill="FFFFFF" w:themeFill="background1"/>
            <w:tcMar>
              <w:top w:w="110" w:type="dxa"/>
              <w:left w:w="110" w:type="dxa"/>
              <w:bottom w:w="110" w:type="dxa"/>
              <w:right w:w="110" w:type="dxa"/>
            </w:tcMar>
            <w:vAlign w:val="center"/>
          </w:tcPr>
          <w:p w14:paraId="31A06723" w14:textId="77777777" w:rsidR="008E006D" w:rsidRPr="002D5B89" w:rsidRDefault="008E006D" w:rsidP="008D0B36">
            <w:pPr>
              <w:ind w:firstLine="0"/>
              <w:jc w:val="center"/>
              <w:rPr>
                <w:rFonts w:cs="Sakkal Majalla"/>
                <w:sz w:val="32"/>
                <w:szCs w:val="34"/>
              </w:rPr>
            </w:pPr>
            <w:r w:rsidRPr="002D5B89">
              <w:rPr>
                <w:rFonts w:cs="Sakkal Majalla"/>
                <w:sz w:val="32"/>
                <w:szCs w:val="34"/>
                <w:rtl/>
              </w:rPr>
              <w:t>البنية</w:t>
            </w:r>
            <w:r w:rsidRPr="002D5B89">
              <w:rPr>
                <w:rFonts w:cs="Sakkal Majalla"/>
                <w:sz w:val="32"/>
                <w:szCs w:val="34"/>
              </w:rPr>
              <w:t xml:space="preserve"> </w:t>
            </w:r>
            <w:r w:rsidRPr="002D5B89">
              <w:rPr>
                <w:rFonts w:cs="Sakkal Majalla"/>
                <w:sz w:val="32"/>
                <w:szCs w:val="34"/>
                <w:rtl/>
              </w:rPr>
              <w:t>التحتية</w:t>
            </w:r>
            <w:r w:rsidRPr="002D5B89">
              <w:rPr>
                <w:rFonts w:cs="Sakkal Majalla"/>
                <w:sz w:val="32"/>
                <w:szCs w:val="34"/>
              </w:rPr>
              <w:t xml:space="preserve"> </w:t>
            </w:r>
            <w:r w:rsidRPr="002D5B89">
              <w:rPr>
                <w:rFonts w:cs="Sakkal Majalla"/>
                <w:sz w:val="32"/>
                <w:szCs w:val="34"/>
                <w:rtl/>
              </w:rPr>
              <w:t>الرقمية</w:t>
            </w:r>
          </w:p>
        </w:tc>
        <w:tc>
          <w:tcPr>
            <w:tcW w:w="4536" w:type="dxa"/>
            <w:shd w:val="clear" w:color="auto" w:fill="FFFFFF" w:themeFill="background1"/>
            <w:tcMar>
              <w:top w:w="110" w:type="dxa"/>
              <w:left w:w="110" w:type="dxa"/>
              <w:bottom w:w="110" w:type="dxa"/>
              <w:right w:w="110" w:type="dxa"/>
            </w:tcMar>
            <w:vAlign w:val="center"/>
          </w:tcPr>
          <w:p w14:paraId="71A1868C" w14:textId="77777777" w:rsidR="008E006D" w:rsidRPr="002D5B89" w:rsidRDefault="008E006D" w:rsidP="008D0B36">
            <w:pPr>
              <w:ind w:firstLine="0"/>
              <w:jc w:val="center"/>
              <w:rPr>
                <w:rFonts w:cs="Sakkal Majalla"/>
                <w:sz w:val="32"/>
                <w:szCs w:val="34"/>
              </w:rPr>
            </w:pPr>
            <w:r w:rsidRPr="002D5B89">
              <w:rPr>
                <w:rFonts w:cs="Sakkal Majalla"/>
                <w:sz w:val="32"/>
                <w:szCs w:val="34"/>
                <w:rtl/>
              </w:rPr>
              <w:t>توفر</w:t>
            </w:r>
            <w:r w:rsidRPr="002D5B89">
              <w:rPr>
                <w:rFonts w:cs="Sakkal Majalla"/>
                <w:sz w:val="32"/>
                <w:szCs w:val="34"/>
              </w:rPr>
              <w:t xml:space="preserve"> </w:t>
            </w:r>
            <w:r w:rsidRPr="002D5B89">
              <w:rPr>
                <w:rFonts w:cs="Sakkal Majalla"/>
                <w:sz w:val="32"/>
                <w:szCs w:val="34"/>
                <w:rtl/>
              </w:rPr>
              <w:t>الأنظمة</w:t>
            </w:r>
            <w:r w:rsidRPr="002D5B89">
              <w:rPr>
                <w:rFonts w:cs="Sakkal Majalla"/>
                <w:sz w:val="32"/>
                <w:szCs w:val="34"/>
              </w:rPr>
              <w:t xml:space="preserve"> </w:t>
            </w:r>
            <w:r w:rsidRPr="002D5B89">
              <w:rPr>
                <w:rFonts w:cs="Sakkal Majalla"/>
                <w:sz w:val="32"/>
                <w:szCs w:val="34"/>
                <w:rtl/>
              </w:rPr>
              <w:t>والمنصات</w:t>
            </w:r>
            <w:r w:rsidRPr="002D5B89">
              <w:rPr>
                <w:rFonts w:cs="Sakkal Majalla"/>
                <w:sz w:val="32"/>
                <w:szCs w:val="34"/>
              </w:rPr>
              <w:t xml:space="preserve"> </w:t>
            </w:r>
            <w:r w:rsidRPr="002D5B89">
              <w:rPr>
                <w:rFonts w:cs="Sakkal Majalla"/>
                <w:sz w:val="32"/>
                <w:szCs w:val="34"/>
                <w:rtl/>
              </w:rPr>
              <w:t>وقواعد</w:t>
            </w:r>
            <w:r w:rsidRPr="002D5B89">
              <w:rPr>
                <w:rFonts w:cs="Sakkal Majalla"/>
                <w:sz w:val="32"/>
                <w:szCs w:val="34"/>
              </w:rPr>
              <w:t xml:space="preserve"> </w:t>
            </w:r>
            <w:r w:rsidRPr="002D5B89">
              <w:rPr>
                <w:rFonts w:cs="Sakkal Majalla"/>
                <w:sz w:val="32"/>
                <w:szCs w:val="34"/>
                <w:rtl/>
              </w:rPr>
              <w:t>البيانات</w:t>
            </w:r>
            <w:r w:rsidRPr="002D5B89">
              <w:rPr>
                <w:rFonts w:cs="Sakkal Majalla"/>
                <w:sz w:val="32"/>
                <w:szCs w:val="34"/>
              </w:rPr>
              <w:t xml:space="preserve"> </w:t>
            </w:r>
            <w:r w:rsidRPr="002D5B89">
              <w:rPr>
                <w:rFonts w:cs="Sakkal Majalla"/>
                <w:sz w:val="32"/>
                <w:szCs w:val="34"/>
                <w:rtl/>
              </w:rPr>
              <w:t>وشبكات</w:t>
            </w:r>
            <w:r w:rsidRPr="002D5B89">
              <w:rPr>
                <w:rFonts w:cs="Sakkal Majalla"/>
                <w:sz w:val="32"/>
                <w:szCs w:val="34"/>
              </w:rPr>
              <w:t xml:space="preserve"> </w:t>
            </w:r>
            <w:r w:rsidRPr="002D5B89">
              <w:rPr>
                <w:rFonts w:cs="Sakkal Majalla"/>
                <w:sz w:val="32"/>
                <w:szCs w:val="34"/>
                <w:rtl/>
              </w:rPr>
              <w:t>الاتصال</w:t>
            </w:r>
            <w:r w:rsidRPr="002D5B89">
              <w:rPr>
                <w:rFonts w:cs="Sakkal Majalla"/>
                <w:sz w:val="32"/>
                <w:szCs w:val="34"/>
              </w:rPr>
              <w:t xml:space="preserve"> </w:t>
            </w:r>
            <w:r w:rsidRPr="002D5B89">
              <w:rPr>
                <w:rFonts w:cs="Sakkal Majalla"/>
                <w:sz w:val="32"/>
                <w:szCs w:val="34"/>
                <w:rtl/>
              </w:rPr>
              <w:t>وأمن</w:t>
            </w:r>
            <w:r w:rsidRPr="002D5B89">
              <w:rPr>
                <w:rFonts w:cs="Sakkal Majalla"/>
                <w:sz w:val="32"/>
                <w:szCs w:val="34"/>
              </w:rPr>
              <w:t xml:space="preserve"> </w:t>
            </w:r>
            <w:r w:rsidRPr="002D5B89">
              <w:rPr>
                <w:rFonts w:cs="Sakkal Majalla"/>
                <w:sz w:val="32"/>
                <w:szCs w:val="34"/>
                <w:rtl/>
              </w:rPr>
              <w:t>المعلومات</w:t>
            </w:r>
            <w:r w:rsidRPr="002D5B89">
              <w:rPr>
                <w:rFonts w:cs="Sakkal Majalla"/>
                <w:sz w:val="32"/>
                <w:szCs w:val="34"/>
              </w:rPr>
              <w:t xml:space="preserve"> </w:t>
            </w:r>
            <w:r w:rsidRPr="002D5B89">
              <w:rPr>
                <w:rFonts w:cs="Sakkal Majalla"/>
                <w:sz w:val="32"/>
                <w:szCs w:val="34"/>
                <w:rtl/>
              </w:rPr>
              <w:t>اللازمة</w:t>
            </w:r>
            <w:r w:rsidRPr="002D5B89">
              <w:rPr>
                <w:rFonts w:cs="Sakkal Majalla"/>
                <w:sz w:val="32"/>
                <w:szCs w:val="34"/>
              </w:rPr>
              <w:t xml:space="preserve"> </w:t>
            </w:r>
            <w:r w:rsidRPr="002D5B89">
              <w:rPr>
                <w:rFonts w:cs="Sakkal Majalla"/>
                <w:sz w:val="32"/>
                <w:szCs w:val="34"/>
                <w:rtl/>
              </w:rPr>
              <w:t>لإدارة</w:t>
            </w:r>
            <w:r w:rsidRPr="002D5B89">
              <w:rPr>
                <w:rFonts w:cs="Sakkal Majalla"/>
                <w:sz w:val="32"/>
                <w:szCs w:val="34"/>
              </w:rPr>
              <w:t xml:space="preserve"> </w:t>
            </w:r>
            <w:r w:rsidRPr="002D5B89">
              <w:rPr>
                <w:rFonts w:cs="Sakkal Majalla"/>
                <w:sz w:val="32"/>
                <w:szCs w:val="34"/>
                <w:rtl/>
              </w:rPr>
              <w:t>المشاريع</w:t>
            </w:r>
            <w:r w:rsidRPr="002D5B89">
              <w:rPr>
                <w:rFonts w:cs="Sakkal Majalla"/>
                <w:sz w:val="32"/>
                <w:szCs w:val="34"/>
              </w:rPr>
              <w:t>.</w:t>
            </w:r>
          </w:p>
        </w:tc>
        <w:tc>
          <w:tcPr>
            <w:tcW w:w="3255" w:type="dxa"/>
            <w:shd w:val="clear" w:color="auto" w:fill="FFFFFF" w:themeFill="background1"/>
            <w:tcMar>
              <w:top w:w="110" w:type="dxa"/>
              <w:left w:w="110" w:type="dxa"/>
              <w:bottom w:w="110" w:type="dxa"/>
              <w:right w:w="110" w:type="dxa"/>
            </w:tcMar>
            <w:vAlign w:val="center"/>
          </w:tcPr>
          <w:p w14:paraId="5CB3AB15" w14:textId="77777777" w:rsidR="008E006D" w:rsidRPr="002D5B89" w:rsidRDefault="008E006D" w:rsidP="008D0B36">
            <w:pPr>
              <w:ind w:firstLine="0"/>
              <w:jc w:val="center"/>
              <w:rPr>
                <w:rFonts w:cs="Sakkal Majalla"/>
                <w:sz w:val="32"/>
                <w:szCs w:val="34"/>
              </w:rPr>
            </w:pPr>
            <w:r w:rsidRPr="002D5B89">
              <w:rPr>
                <w:rFonts w:cs="Sakkal Majalla"/>
                <w:sz w:val="32"/>
                <w:szCs w:val="34"/>
                <w:rtl/>
              </w:rPr>
              <w:t>متوسط</w:t>
            </w:r>
            <w:r w:rsidRPr="002D5B89">
              <w:rPr>
                <w:rFonts w:cs="Sakkal Majalla"/>
                <w:sz w:val="32"/>
                <w:szCs w:val="34"/>
              </w:rPr>
              <w:t xml:space="preserve"> </w:t>
            </w:r>
            <w:r w:rsidRPr="002D5B89">
              <w:rPr>
                <w:rFonts w:cs="Sakkal Majalla"/>
                <w:sz w:val="32"/>
                <w:szCs w:val="34"/>
                <w:rtl/>
              </w:rPr>
              <w:t>استجابات</w:t>
            </w:r>
            <w:r w:rsidRPr="002D5B89">
              <w:rPr>
                <w:rFonts w:cs="Sakkal Majalla"/>
                <w:sz w:val="32"/>
                <w:szCs w:val="34"/>
              </w:rPr>
              <w:t xml:space="preserve"> </w:t>
            </w:r>
            <w:r w:rsidRPr="002D5B89">
              <w:rPr>
                <w:rFonts w:cs="Sakkal Majalla"/>
                <w:sz w:val="32"/>
                <w:szCs w:val="34"/>
                <w:rtl/>
              </w:rPr>
              <w:t>أفراد</w:t>
            </w:r>
            <w:r w:rsidRPr="002D5B89">
              <w:rPr>
                <w:rFonts w:cs="Sakkal Majalla"/>
                <w:sz w:val="32"/>
                <w:szCs w:val="34"/>
              </w:rPr>
              <w:t xml:space="preserve"> </w:t>
            </w:r>
            <w:r w:rsidRPr="002D5B89">
              <w:rPr>
                <w:rFonts w:cs="Sakkal Majalla"/>
                <w:sz w:val="32"/>
                <w:szCs w:val="34"/>
                <w:rtl/>
              </w:rPr>
              <w:t>العينة</w:t>
            </w:r>
            <w:r w:rsidRPr="002D5B89">
              <w:rPr>
                <w:rFonts w:cs="Sakkal Majalla"/>
                <w:sz w:val="32"/>
                <w:szCs w:val="34"/>
              </w:rPr>
              <w:t xml:space="preserve"> </w:t>
            </w:r>
            <w:r w:rsidRPr="002D5B89">
              <w:rPr>
                <w:rFonts w:cs="Sakkal Majalla"/>
                <w:sz w:val="32"/>
                <w:szCs w:val="34"/>
                <w:rtl/>
              </w:rPr>
              <w:t>على</w:t>
            </w:r>
            <w:r w:rsidRPr="002D5B89">
              <w:rPr>
                <w:rFonts w:cs="Sakkal Majalla"/>
                <w:sz w:val="32"/>
                <w:szCs w:val="34"/>
              </w:rPr>
              <w:t xml:space="preserve"> </w:t>
            </w:r>
            <w:r w:rsidRPr="002D5B89">
              <w:rPr>
                <w:rFonts w:cs="Sakkal Majalla"/>
                <w:sz w:val="32"/>
                <w:szCs w:val="34"/>
                <w:rtl/>
              </w:rPr>
              <w:t>فقرات</w:t>
            </w:r>
            <w:r w:rsidRPr="002D5B89">
              <w:rPr>
                <w:rFonts w:cs="Sakkal Majalla"/>
                <w:sz w:val="32"/>
                <w:szCs w:val="34"/>
              </w:rPr>
              <w:t xml:space="preserve"> </w:t>
            </w:r>
            <w:r w:rsidRPr="002D5B89">
              <w:rPr>
                <w:rFonts w:cs="Sakkal Majalla"/>
                <w:sz w:val="32"/>
                <w:szCs w:val="34"/>
                <w:rtl/>
              </w:rPr>
              <w:t>البنية</w:t>
            </w:r>
            <w:r w:rsidRPr="002D5B89">
              <w:rPr>
                <w:rFonts w:cs="Sakkal Majalla"/>
                <w:sz w:val="32"/>
                <w:szCs w:val="34"/>
              </w:rPr>
              <w:t xml:space="preserve"> </w:t>
            </w:r>
            <w:r w:rsidRPr="002D5B89">
              <w:rPr>
                <w:rFonts w:cs="Sakkal Majalla"/>
                <w:sz w:val="32"/>
                <w:szCs w:val="34"/>
                <w:rtl/>
              </w:rPr>
              <w:t>التحتية</w:t>
            </w:r>
            <w:r w:rsidRPr="002D5B89">
              <w:rPr>
                <w:rFonts w:cs="Sakkal Majalla"/>
                <w:sz w:val="32"/>
                <w:szCs w:val="34"/>
              </w:rPr>
              <w:t xml:space="preserve"> </w:t>
            </w:r>
            <w:r w:rsidRPr="002D5B89">
              <w:rPr>
                <w:rFonts w:cs="Sakkal Majalla"/>
                <w:sz w:val="32"/>
                <w:szCs w:val="34"/>
                <w:rtl/>
              </w:rPr>
              <w:t>الرقمية</w:t>
            </w:r>
            <w:r w:rsidRPr="002D5B89">
              <w:rPr>
                <w:rFonts w:cs="Sakkal Majalla"/>
                <w:sz w:val="32"/>
                <w:szCs w:val="34"/>
              </w:rPr>
              <w:t>.</w:t>
            </w:r>
          </w:p>
        </w:tc>
      </w:tr>
      <w:tr w:rsidR="008E006D" w:rsidRPr="002D5B89" w14:paraId="254EC9D0" w14:textId="77777777" w:rsidTr="002D5B89">
        <w:tc>
          <w:tcPr>
            <w:tcW w:w="1848" w:type="dxa"/>
            <w:shd w:val="clear" w:color="auto" w:fill="FFFFFF" w:themeFill="background1"/>
            <w:tcMar>
              <w:top w:w="110" w:type="dxa"/>
              <w:left w:w="110" w:type="dxa"/>
              <w:bottom w:w="110" w:type="dxa"/>
              <w:right w:w="110" w:type="dxa"/>
            </w:tcMar>
            <w:vAlign w:val="center"/>
          </w:tcPr>
          <w:p w14:paraId="57180539" w14:textId="77777777" w:rsidR="008E006D" w:rsidRPr="002D5B89" w:rsidRDefault="008E006D" w:rsidP="008D0B36">
            <w:pPr>
              <w:ind w:firstLine="0"/>
              <w:jc w:val="center"/>
              <w:rPr>
                <w:rFonts w:cs="Sakkal Majalla"/>
                <w:sz w:val="32"/>
                <w:szCs w:val="34"/>
              </w:rPr>
            </w:pPr>
            <w:r w:rsidRPr="002D5B89">
              <w:rPr>
                <w:rFonts w:cs="Sakkal Majalla"/>
                <w:sz w:val="32"/>
                <w:szCs w:val="34"/>
                <w:rtl/>
              </w:rPr>
              <w:t>الثقافة</w:t>
            </w:r>
            <w:r w:rsidRPr="002D5B89">
              <w:rPr>
                <w:rFonts w:cs="Sakkal Majalla"/>
                <w:sz w:val="32"/>
                <w:szCs w:val="34"/>
              </w:rPr>
              <w:t xml:space="preserve"> </w:t>
            </w:r>
            <w:r w:rsidRPr="002D5B89">
              <w:rPr>
                <w:rFonts w:cs="Sakkal Majalla"/>
                <w:sz w:val="32"/>
                <w:szCs w:val="34"/>
                <w:rtl/>
              </w:rPr>
              <w:t>الرقمية</w:t>
            </w:r>
          </w:p>
        </w:tc>
        <w:tc>
          <w:tcPr>
            <w:tcW w:w="4536" w:type="dxa"/>
            <w:shd w:val="clear" w:color="auto" w:fill="FFFFFF" w:themeFill="background1"/>
            <w:tcMar>
              <w:top w:w="110" w:type="dxa"/>
              <w:left w:w="110" w:type="dxa"/>
              <w:bottom w:w="110" w:type="dxa"/>
              <w:right w:w="110" w:type="dxa"/>
            </w:tcMar>
            <w:vAlign w:val="center"/>
          </w:tcPr>
          <w:p w14:paraId="4F8D5251" w14:textId="77777777" w:rsidR="008E006D" w:rsidRPr="002D5B89" w:rsidRDefault="008E006D" w:rsidP="008D0B36">
            <w:pPr>
              <w:ind w:firstLine="0"/>
              <w:jc w:val="center"/>
              <w:rPr>
                <w:rFonts w:cs="Sakkal Majalla"/>
                <w:sz w:val="32"/>
                <w:szCs w:val="34"/>
              </w:rPr>
            </w:pPr>
            <w:r w:rsidRPr="002D5B89">
              <w:rPr>
                <w:rFonts w:cs="Sakkal Majalla"/>
                <w:sz w:val="32"/>
                <w:szCs w:val="34"/>
                <w:rtl/>
              </w:rPr>
              <w:t>اتجاهات</w:t>
            </w:r>
            <w:r w:rsidRPr="002D5B89">
              <w:rPr>
                <w:rFonts w:cs="Sakkal Majalla"/>
                <w:sz w:val="32"/>
                <w:szCs w:val="34"/>
              </w:rPr>
              <w:t xml:space="preserve"> </w:t>
            </w:r>
            <w:r w:rsidRPr="002D5B89">
              <w:rPr>
                <w:rFonts w:cs="Sakkal Majalla"/>
                <w:sz w:val="32"/>
                <w:szCs w:val="34"/>
                <w:rtl/>
              </w:rPr>
              <w:t>وقيم</w:t>
            </w:r>
            <w:r w:rsidRPr="002D5B89">
              <w:rPr>
                <w:rFonts w:cs="Sakkal Majalla"/>
                <w:sz w:val="32"/>
                <w:szCs w:val="34"/>
              </w:rPr>
              <w:t xml:space="preserve"> </w:t>
            </w:r>
            <w:r w:rsidRPr="002D5B89">
              <w:rPr>
                <w:rFonts w:cs="Sakkal Majalla"/>
                <w:sz w:val="32"/>
                <w:szCs w:val="34"/>
                <w:rtl/>
              </w:rPr>
              <w:t>وسلوكيات</w:t>
            </w:r>
            <w:r w:rsidRPr="002D5B89">
              <w:rPr>
                <w:rFonts w:cs="Sakkal Majalla"/>
                <w:sz w:val="32"/>
                <w:szCs w:val="34"/>
              </w:rPr>
              <w:t xml:space="preserve"> </w:t>
            </w:r>
            <w:r w:rsidRPr="002D5B89">
              <w:rPr>
                <w:rFonts w:cs="Sakkal Majalla"/>
                <w:sz w:val="32"/>
                <w:szCs w:val="34"/>
                <w:rtl/>
              </w:rPr>
              <w:t>تشجع</w:t>
            </w:r>
            <w:r w:rsidRPr="002D5B89">
              <w:rPr>
                <w:rFonts w:cs="Sakkal Majalla"/>
                <w:sz w:val="32"/>
                <w:szCs w:val="34"/>
              </w:rPr>
              <w:t xml:space="preserve"> </w:t>
            </w:r>
            <w:r w:rsidRPr="002D5B89">
              <w:rPr>
                <w:rFonts w:cs="Sakkal Majalla"/>
                <w:sz w:val="32"/>
                <w:szCs w:val="34"/>
                <w:rtl/>
              </w:rPr>
              <w:t>استخدام</w:t>
            </w:r>
            <w:r w:rsidRPr="002D5B89">
              <w:rPr>
                <w:rFonts w:cs="Sakkal Majalla"/>
                <w:sz w:val="32"/>
                <w:szCs w:val="34"/>
              </w:rPr>
              <w:t xml:space="preserve"> </w:t>
            </w:r>
            <w:r w:rsidRPr="002D5B89">
              <w:rPr>
                <w:rFonts w:cs="Sakkal Majalla"/>
                <w:sz w:val="32"/>
                <w:szCs w:val="34"/>
                <w:rtl/>
              </w:rPr>
              <w:t>الأدوات</w:t>
            </w:r>
            <w:r w:rsidRPr="002D5B89">
              <w:rPr>
                <w:rFonts w:cs="Sakkal Majalla"/>
                <w:sz w:val="32"/>
                <w:szCs w:val="34"/>
              </w:rPr>
              <w:t xml:space="preserve"> </w:t>
            </w:r>
            <w:r w:rsidRPr="002D5B89">
              <w:rPr>
                <w:rFonts w:cs="Sakkal Majalla"/>
                <w:sz w:val="32"/>
                <w:szCs w:val="34"/>
                <w:rtl/>
              </w:rPr>
              <w:t>الرقمية</w:t>
            </w:r>
            <w:r w:rsidRPr="002D5B89">
              <w:rPr>
                <w:rFonts w:cs="Sakkal Majalla"/>
                <w:sz w:val="32"/>
                <w:szCs w:val="34"/>
              </w:rPr>
              <w:t xml:space="preserve"> </w:t>
            </w:r>
            <w:r w:rsidRPr="002D5B89">
              <w:rPr>
                <w:rFonts w:cs="Sakkal Majalla"/>
                <w:sz w:val="32"/>
                <w:szCs w:val="34"/>
                <w:rtl/>
              </w:rPr>
              <w:t>والتعلم</w:t>
            </w:r>
            <w:r w:rsidRPr="002D5B89">
              <w:rPr>
                <w:rFonts w:cs="Sakkal Majalla"/>
                <w:sz w:val="32"/>
                <w:szCs w:val="34"/>
              </w:rPr>
              <w:t xml:space="preserve"> </w:t>
            </w:r>
            <w:r w:rsidRPr="002D5B89">
              <w:rPr>
                <w:rFonts w:cs="Sakkal Majalla"/>
                <w:sz w:val="32"/>
                <w:szCs w:val="34"/>
                <w:rtl/>
              </w:rPr>
              <w:t>والتغيير</w:t>
            </w:r>
            <w:r w:rsidRPr="002D5B89">
              <w:rPr>
                <w:rFonts w:cs="Sakkal Majalla"/>
                <w:sz w:val="32"/>
                <w:szCs w:val="34"/>
              </w:rPr>
              <w:t xml:space="preserve"> </w:t>
            </w:r>
            <w:r w:rsidRPr="002D5B89">
              <w:rPr>
                <w:rFonts w:cs="Sakkal Majalla"/>
                <w:sz w:val="32"/>
                <w:szCs w:val="34"/>
                <w:rtl/>
              </w:rPr>
              <w:t>ومشاركة</w:t>
            </w:r>
            <w:r w:rsidRPr="002D5B89">
              <w:rPr>
                <w:rFonts w:cs="Sakkal Majalla"/>
                <w:sz w:val="32"/>
                <w:szCs w:val="34"/>
              </w:rPr>
              <w:t xml:space="preserve"> </w:t>
            </w:r>
            <w:r w:rsidRPr="002D5B89">
              <w:rPr>
                <w:rFonts w:cs="Sakkal Majalla"/>
                <w:sz w:val="32"/>
                <w:szCs w:val="34"/>
                <w:rtl/>
              </w:rPr>
              <w:t>المعرفة</w:t>
            </w:r>
            <w:r w:rsidRPr="002D5B89">
              <w:rPr>
                <w:rFonts w:cs="Sakkal Majalla"/>
                <w:sz w:val="32"/>
                <w:szCs w:val="34"/>
              </w:rPr>
              <w:t>.</w:t>
            </w:r>
          </w:p>
        </w:tc>
        <w:tc>
          <w:tcPr>
            <w:tcW w:w="3255" w:type="dxa"/>
            <w:shd w:val="clear" w:color="auto" w:fill="FFFFFF" w:themeFill="background1"/>
            <w:tcMar>
              <w:top w:w="110" w:type="dxa"/>
              <w:left w:w="110" w:type="dxa"/>
              <w:bottom w:w="110" w:type="dxa"/>
              <w:right w:w="110" w:type="dxa"/>
            </w:tcMar>
            <w:vAlign w:val="center"/>
          </w:tcPr>
          <w:p w14:paraId="7B9BDBDE" w14:textId="77777777" w:rsidR="008E006D" w:rsidRPr="002D5B89" w:rsidRDefault="008E006D" w:rsidP="008D0B36">
            <w:pPr>
              <w:ind w:firstLine="0"/>
              <w:jc w:val="center"/>
              <w:rPr>
                <w:rFonts w:cs="Sakkal Majalla"/>
                <w:sz w:val="32"/>
                <w:szCs w:val="34"/>
              </w:rPr>
            </w:pPr>
            <w:r w:rsidRPr="002D5B89">
              <w:rPr>
                <w:rFonts w:cs="Sakkal Majalla"/>
                <w:sz w:val="32"/>
                <w:szCs w:val="34"/>
                <w:rtl/>
              </w:rPr>
              <w:t>متوسط</w:t>
            </w:r>
            <w:r w:rsidRPr="002D5B89">
              <w:rPr>
                <w:rFonts w:cs="Sakkal Majalla"/>
                <w:sz w:val="32"/>
                <w:szCs w:val="34"/>
              </w:rPr>
              <w:t xml:space="preserve"> </w:t>
            </w:r>
            <w:r w:rsidRPr="002D5B89">
              <w:rPr>
                <w:rFonts w:cs="Sakkal Majalla"/>
                <w:sz w:val="32"/>
                <w:szCs w:val="34"/>
                <w:rtl/>
              </w:rPr>
              <w:t>استجابات</w:t>
            </w:r>
            <w:r w:rsidRPr="002D5B89">
              <w:rPr>
                <w:rFonts w:cs="Sakkal Majalla"/>
                <w:sz w:val="32"/>
                <w:szCs w:val="34"/>
              </w:rPr>
              <w:t xml:space="preserve"> </w:t>
            </w:r>
            <w:r w:rsidRPr="002D5B89">
              <w:rPr>
                <w:rFonts w:cs="Sakkal Majalla"/>
                <w:sz w:val="32"/>
                <w:szCs w:val="34"/>
                <w:rtl/>
              </w:rPr>
              <w:t>أفراد</w:t>
            </w:r>
            <w:r w:rsidRPr="002D5B89">
              <w:rPr>
                <w:rFonts w:cs="Sakkal Majalla"/>
                <w:sz w:val="32"/>
                <w:szCs w:val="34"/>
              </w:rPr>
              <w:t xml:space="preserve"> </w:t>
            </w:r>
            <w:r w:rsidRPr="002D5B89">
              <w:rPr>
                <w:rFonts w:cs="Sakkal Majalla"/>
                <w:sz w:val="32"/>
                <w:szCs w:val="34"/>
                <w:rtl/>
              </w:rPr>
              <w:t>العينة</w:t>
            </w:r>
            <w:r w:rsidRPr="002D5B89">
              <w:rPr>
                <w:rFonts w:cs="Sakkal Majalla"/>
                <w:sz w:val="32"/>
                <w:szCs w:val="34"/>
              </w:rPr>
              <w:t xml:space="preserve"> </w:t>
            </w:r>
            <w:r w:rsidRPr="002D5B89">
              <w:rPr>
                <w:rFonts w:cs="Sakkal Majalla"/>
                <w:sz w:val="32"/>
                <w:szCs w:val="34"/>
                <w:rtl/>
              </w:rPr>
              <w:t>على</w:t>
            </w:r>
            <w:r w:rsidRPr="002D5B89">
              <w:rPr>
                <w:rFonts w:cs="Sakkal Majalla"/>
                <w:sz w:val="32"/>
                <w:szCs w:val="34"/>
              </w:rPr>
              <w:t xml:space="preserve"> </w:t>
            </w:r>
            <w:r w:rsidRPr="002D5B89">
              <w:rPr>
                <w:rFonts w:cs="Sakkal Majalla"/>
                <w:sz w:val="32"/>
                <w:szCs w:val="34"/>
                <w:rtl/>
              </w:rPr>
              <w:t>فقرات</w:t>
            </w:r>
            <w:r w:rsidRPr="002D5B89">
              <w:rPr>
                <w:rFonts w:cs="Sakkal Majalla"/>
                <w:sz w:val="32"/>
                <w:szCs w:val="34"/>
              </w:rPr>
              <w:t xml:space="preserve"> </w:t>
            </w:r>
            <w:r w:rsidRPr="002D5B89">
              <w:rPr>
                <w:rFonts w:cs="Sakkal Majalla"/>
                <w:sz w:val="32"/>
                <w:szCs w:val="34"/>
                <w:rtl/>
              </w:rPr>
              <w:t>الثقافة</w:t>
            </w:r>
            <w:r w:rsidRPr="002D5B89">
              <w:rPr>
                <w:rFonts w:cs="Sakkal Majalla"/>
                <w:sz w:val="32"/>
                <w:szCs w:val="34"/>
              </w:rPr>
              <w:t xml:space="preserve"> </w:t>
            </w:r>
            <w:r w:rsidRPr="002D5B89">
              <w:rPr>
                <w:rFonts w:cs="Sakkal Majalla"/>
                <w:sz w:val="32"/>
                <w:szCs w:val="34"/>
                <w:rtl/>
              </w:rPr>
              <w:t>الرقمية</w:t>
            </w:r>
            <w:r w:rsidRPr="002D5B89">
              <w:rPr>
                <w:rFonts w:cs="Sakkal Majalla"/>
                <w:sz w:val="32"/>
                <w:szCs w:val="34"/>
              </w:rPr>
              <w:t>.</w:t>
            </w:r>
          </w:p>
        </w:tc>
      </w:tr>
      <w:tr w:rsidR="008E006D" w:rsidRPr="002D5B89" w14:paraId="30478E82" w14:textId="77777777" w:rsidTr="002D5B89">
        <w:tc>
          <w:tcPr>
            <w:tcW w:w="1848" w:type="dxa"/>
            <w:shd w:val="clear" w:color="auto" w:fill="FFFFFF" w:themeFill="background1"/>
            <w:tcMar>
              <w:top w:w="110" w:type="dxa"/>
              <w:left w:w="110" w:type="dxa"/>
              <w:bottom w:w="110" w:type="dxa"/>
              <w:right w:w="110" w:type="dxa"/>
            </w:tcMar>
            <w:vAlign w:val="center"/>
          </w:tcPr>
          <w:p w14:paraId="5AA0F545" w14:textId="77777777" w:rsidR="008E006D" w:rsidRPr="002D5B89" w:rsidRDefault="008E006D" w:rsidP="008D0B36">
            <w:pPr>
              <w:ind w:firstLine="0"/>
              <w:jc w:val="center"/>
              <w:rPr>
                <w:rFonts w:cs="Sakkal Majalla"/>
                <w:sz w:val="32"/>
                <w:szCs w:val="34"/>
              </w:rPr>
            </w:pPr>
            <w:r w:rsidRPr="002D5B89">
              <w:rPr>
                <w:rFonts w:cs="Sakkal Majalla"/>
                <w:sz w:val="32"/>
                <w:szCs w:val="34"/>
                <w:rtl/>
              </w:rPr>
              <w:t>القيادة</w:t>
            </w:r>
            <w:r w:rsidRPr="002D5B89">
              <w:rPr>
                <w:rFonts w:cs="Sakkal Majalla"/>
                <w:sz w:val="32"/>
                <w:szCs w:val="34"/>
              </w:rPr>
              <w:t xml:space="preserve"> </w:t>
            </w:r>
            <w:r w:rsidRPr="002D5B89">
              <w:rPr>
                <w:rFonts w:cs="Sakkal Majalla"/>
                <w:sz w:val="32"/>
                <w:szCs w:val="34"/>
                <w:rtl/>
              </w:rPr>
              <w:t>الرقمية</w:t>
            </w:r>
          </w:p>
        </w:tc>
        <w:tc>
          <w:tcPr>
            <w:tcW w:w="4536" w:type="dxa"/>
            <w:shd w:val="clear" w:color="auto" w:fill="FFFFFF" w:themeFill="background1"/>
            <w:tcMar>
              <w:top w:w="110" w:type="dxa"/>
              <w:left w:w="110" w:type="dxa"/>
              <w:bottom w:w="110" w:type="dxa"/>
              <w:right w:w="110" w:type="dxa"/>
            </w:tcMar>
            <w:vAlign w:val="center"/>
          </w:tcPr>
          <w:p w14:paraId="6BEE478F" w14:textId="77777777" w:rsidR="008E006D" w:rsidRPr="002D5B89" w:rsidRDefault="008E006D" w:rsidP="008D0B36">
            <w:pPr>
              <w:ind w:firstLine="0"/>
              <w:jc w:val="center"/>
              <w:rPr>
                <w:rFonts w:cs="Sakkal Majalla"/>
                <w:sz w:val="32"/>
                <w:szCs w:val="34"/>
              </w:rPr>
            </w:pPr>
            <w:r w:rsidRPr="002D5B89">
              <w:rPr>
                <w:rFonts w:cs="Sakkal Majalla"/>
                <w:sz w:val="32"/>
                <w:szCs w:val="34"/>
                <w:rtl/>
              </w:rPr>
              <w:t>قدرة</w:t>
            </w:r>
            <w:r w:rsidRPr="002D5B89">
              <w:rPr>
                <w:rFonts w:cs="Sakkal Majalla"/>
                <w:sz w:val="32"/>
                <w:szCs w:val="34"/>
              </w:rPr>
              <w:t xml:space="preserve"> </w:t>
            </w:r>
            <w:r w:rsidRPr="002D5B89">
              <w:rPr>
                <w:rFonts w:cs="Sakkal Majalla"/>
                <w:sz w:val="32"/>
                <w:szCs w:val="34"/>
                <w:rtl/>
              </w:rPr>
              <w:t>القيادات</w:t>
            </w:r>
            <w:r w:rsidRPr="002D5B89">
              <w:rPr>
                <w:rFonts w:cs="Sakkal Majalla"/>
                <w:sz w:val="32"/>
                <w:szCs w:val="34"/>
              </w:rPr>
              <w:t xml:space="preserve"> </w:t>
            </w:r>
            <w:r w:rsidRPr="002D5B89">
              <w:rPr>
                <w:rFonts w:cs="Sakkal Majalla"/>
                <w:sz w:val="32"/>
                <w:szCs w:val="34"/>
                <w:rtl/>
              </w:rPr>
              <w:t>على</w:t>
            </w:r>
            <w:r w:rsidRPr="002D5B89">
              <w:rPr>
                <w:rFonts w:cs="Sakkal Majalla"/>
                <w:sz w:val="32"/>
                <w:szCs w:val="34"/>
              </w:rPr>
              <w:t xml:space="preserve"> </w:t>
            </w:r>
            <w:r w:rsidRPr="002D5B89">
              <w:rPr>
                <w:rFonts w:cs="Sakkal Majalla"/>
                <w:sz w:val="32"/>
                <w:szCs w:val="34"/>
                <w:rtl/>
              </w:rPr>
              <w:t>بناء</w:t>
            </w:r>
            <w:r w:rsidRPr="002D5B89">
              <w:rPr>
                <w:rFonts w:cs="Sakkal Majalla"/>
                <w:sz w:val="32"/>
                <w:szCs w:val="34"/>
              </w:rPr>
              <w:t xml:space="preserve"> </w:t>
            </w:r>
            <w:r w:rsidRPr="002D5B89">
              <w:rPr>
                <w:rFonts w:cs="Sakkal Majalla"/>
                <w:sz w:val="32"/>
                <w:szCs w:val="34"/>
                <w:rtl/>
              </w:rPr>
              <w:t>رؤية</w:t>
            </w:r>
            <w:r w:rsidRPr="002D5B89">
              <w:rPr>
                <w:rFonts w:cs="Sakkal Majalla"/>
                <w:sz w:val="32"/>
                <w:szCs w:val="34"/>
              </w:rPr>
              <w:t xml:space="preserve"> </w:t>
            </w:r>
            <w:r w:rsidRPr="002D5B89">
              <w:rPr>
                <w:rFonts w:cs="Sakkal Majalla"/>
                <w:sz w:val="32"/>
                <w:szCs w:val="34"/>
                <w:rtl/>
              </w:rPr>
              <w:t>رقمية،</w:t>
            </w:r>
            <w:r w:rsidRPr="002D5B89">
              <w:rPr>
                <w:rFonts w:cs="Sakkal Majalla"/>
                <w:sz w:val="32"/>
                <w:szCs w:val="34"/>
              </w:rPr>
              <w:t xml:space="preserve"> </w:t>
            </w:r>
            <w:r w:rsidRPr="002D5B89">
              <w:rPr>
                <w:rFonts w:cs="Sakkal Majalla"/>
                <w:sz w:val="32"/>
                <w:szCs w:val="34"/>
                <w:rtl/>
              </w:rPr>
              <w:t>ودعم</w:t>
            </w:r>
            <w:r w:rsidRPr="002D5B89">
              <w:rPr>
                <w:rFonts w:cs="Sakkal Majalla"/>
                <w:sz w:val="32"/>
                <w:szCs w:val="34"/>
              </w:rPr>
              <w:t xml:space="preserve"> </w:t>
            </w:r>
            <w:r w:rsidRPr="002D5B89">
              <w:rPr>
                <w:rFonts w:cs="Sakkal Majalla"/>
                <w:sz w:val="32"/>
                <w:szCs w:val="34"/>
                <w:rtl/>
              </w:rPr>
              <w:t>التحول،</w:t>
            </w:r>
            <w:r w:rsidRPr="002D5B89">
              <w:rPr>
                <w:rFonts w:cs="Sakkal Majalla"/>
                <w:sz w:val="32"/>
                <w:szCs w:val="34"/>
              </w:rPr>
              <w:t xml:space="preserve"> </w:t>
            </w:r>
            <w:r w:rsidRPr="002D5B89">
              <w:rPr>
                <w:rFonts w:cs="Sakkal Majalla"/>
                <w:sz w:val="32"/>
                <w:szCs w:val="34"/>
                <w:rtl/>
              </w:rPr>
              <w:t>وتمكين</w:t>
            </w:r>
            <w:r w:rsidRPr="002D5B89">
              <w:rPr>
                <w:rFonts w:cs="Sakkal Majalla"/>
                <w:sz w:val="32"/>
                <w:szCs w:val="34"/>
              </w:rPr>
              <w:t xml:space="preserve"> </w:t>
            </w:r>
            <w:r w:rsidRPr="002D5B89">
              <w:rPr>
                <w:rFonts w:cs="Sakkal Majalla"/>
                <w:sz w:val="32"/>
                <w:szCs w:val="34"/>
                <w:rtl/>
              </w:rPr>
              <w:t>الفرق،</w:t>
            </w:r>
            <w:r w:rsidRPr="002D5B89">
              <w:rPr>
                <w:rFonts w:cs="Sakkal Majalla"/>
                <w:sz w:val="32"/>
                <w:szCs w:val="34"/>
              </w:rPr>
              <w:t xml:space="preserve"> </w:t>
            </w:r>
            <w:r w:rsidRPr="002D5B89">
              <w:rPr>
                <w:rFonts w:cs="Sakkal Majalla"/>
                <w:sz w:val="32"/>
                <w:szCs w:val="34"/>
                <w:rtl/>
              </w:rPr>
              <w:t>واتخاذ</w:t>
            </w:r>
            <w:r w:rsidRPr="002D5B89">
              <w:rPr>
                <w:rFonts w:cs="Sakkal Majalla"/>
                <w:sz w:val="32"/>
                <w:szCs w:val="34"/>
              </w:rPr>
              <w:t xml:space="preserve"> </w:t>
            </w:r>
            <w:r w:rsidRPr="002D5B89">
              <w:rPr>
                <w:rFonts w:cs="Sakkal Majalla"/>
                <w:sz w:val="32"/>
                <w:szCs w:val="34"/>
                <w:rtl/>
              </w:rPr>
              <w:t>قرارات</w:t>
            </w:r>
            <w:r w:rsidRPr="002D5B89">
              <w:rPr>
                <w:rFonts w:cs="Sakkal Majalla"/>
                <w:sz w:val="32"/>
                <w:szCs w:val="34"/>
              </w:rPr>
              <w:t xml:space="preserve"> </w:t>
            </w:r>
            <w:r w:rsidRPr="002D5B89">
              <w:rPr>
                <w:rFonts w:cs="Sakkal Majalla"/>
                <w:sz w:val="32"/>
                <w:szCs w:val="34"/>
                <w:rtl/>
              </w:rPr>
              <w:t>قائمة</w:t>
            </w:r>
            <w:r w:rsidRPr="002D5B89">
              <w:rPr>
                <w:rFonts w:cs="Sakkal Majalla"/>
                <w:sz w:val="32"/>
                <w:szCs w:val="34"/>
              </w:rPr>
              <w:t xml:space="preserve"> </w:t>
            </w:r>
            <w:r w:rsidRPr="002D5B89">
              <w:rPr>
                <w:rFonts w:cs="Sakkal Majalla"/>
                <w:sz w:val="32"/>
                <w:szCs w:val="34"/>
                <w:rtl/>
              </w:rPr>
              <w:t>على</w:t>
            </w:r>
            <w:r w:rsidRPr="002D5B89">
              <w:rPr>
                <w:rFonts w:cs="Sakkal Majalla"/>
                <w:sz w:val="32"/>
                <w:szCs w:val="34"/>
              </w:rPr>
              <w:t xml:space="preserve"> </w:t>
            </w:r>
            <w:r w:rsidRPr="002D5B89">
              <w:rPr>
                <w:rFonts w:cs="Sakkal Majalla"/>
                <w:sz w:val="32"/>
                <w:szCs w:val="34"/>
                <w:rtl/>
              </w:rPr>
              <w:t>البيانات</w:t>
            </w:r>
            <w:r w:rsidRPr="002D5B89">
              <w:rPr>
                <w:rFonts w:cs="Sakkal Majalla"/>
                <w:sz w:val="32"/>
                <w:szCs w:val="34"/>
              </w:rPr>
              <w:t>.</w:t>
            </w:r>
          </w:p>
        </w:tc>
        <w:tc>
          <w:tcPr>
            <w:tcW w:w="3255" w:type="dxa"/>
            <w:shd w:val="clear" w:color="auto" w:fill="FFFFFF" w:themeFill="background1"/>
            <w:tcMar>
              <w:top w:w="110" w:type="dxa"/>
              <w:left w:w="110" w:type="dxa"/>
              <w:bottom w:w="110" w:type="dxa"/>
              <w:right w:w="110" w:type="dxa"/>
            </w:tcMar>
            <w:vAlign w:val="center"/>
          </w:tcPr>
          <w:p w14:paraId="2F3C1D94" w14:textId="77777777" w:rsidR="008E006D" w:rsidRPr="002D5B89" w:rsidRDefault="008E006D" w:rsidP="008D0B36">
            <w:pPr>
              <w:ind w:firstLine="0"/>
              <w:jc w:val="center"/>
              <w:rPr>
                <w:rFonts w:cs="Sakkal Majalla"/>
                <w:sz w:val="32"/>
                <w:szCs w:val="34"/>
              </w:rPr>
            </w:pPr>
            <w:r w:rsidRPr="002D5B89">
              <w:rPr>
                <w:rFonts w:cs="Sakkal Majalla"/>
                <w:sz w:val="32"/>
                <w:szCs w:val="34"/>
                <w:rtl/>
              </w:rPr>
              <w:t>متوسط</w:t>
            </w:r>
            <w:r w:rsidRPr="002D5B89">
              <w:rPr>
                <w:rFonts w:cs="Sakkal Majalla"/>
                <w:sz w:val="32"/>
                <w:szCs w:val="34"/>
              </w:rPr>
              <w:t xml:space="preserve"> </w:t>
            </w:r>
            <w:r w:rsidRPr="002D5B89">
              <w:rPr>
                <w:rFonts w:cs="Sakkal Majalla"/>
                <w:sz w:val="32"/>
                <w:szCs w:val="34"/>
                <w:rtl/>
              </w:rPr>
              <w:t>استجابات</w:t>
            </w:r>
            <w:r w:rsidRPr="002D5B89">
              <w:rPr>
                <w:rFonts w:cs="Sakkal Majalla"/>
                <w:sz w:val="32"/>
                <w:szCs w:val="34"/>
              </w:rPr>
              <w:t xml:space="preserve"> </w:t>
            </w:r>
            <w:r w:rsidRPr="002D5B89">
              <w:rPr>
                <w:rFonts w:cs="Sakkal Majalla"/>
                <w:sz w:val="32"/>
                <w:szCs w:val="34"/>
                <w:rtl/>
              </w:rPr>
              <w:t>أفراد</w:t>
            </w:r>
            <w:r w:rsidRPr="002D5B89">
              <w:rPr>
                <w:rFonts w:cs="Sakkal Majalla"/>
                <w:sz w:val="32"/>
                <w:szCs w:val="34"/>
              </w:rPr>
              <w:t xml:space="preserve"> </w:t>
            </w:r>
            <w:r w:rsidRPr="002D5B89">
              <w:rPr>
                <w:rFonts w:cs="Sakkal Majalla"/>
                <w:sz w:val="32"/>
                <w:szCs w:val="34"/>
                <w:rtl/>
              </w:rPr>
              <w:t>العينة</w:t>
            </w:r>
            <w:r w:rsidRPr="002D5B89">
              <w:rPr>
                <w:rFonts w:cs="Sakkal Majalla"/>
                <w:sz w:val="32"/>
                <w:szCs w:val="34"/>
              </w:rPr>
              <w:t xml:space="preserve"> </w:t>
            </w:r>
            <w:r w:rsidRPr="002D5B89">
              <w:rPr>
                <w:rFonts w:cs="Sakkal Majalla"/>
                <w:sz w:val="32"/>
                <w:szCs w:val="34"/>
                <w:rtl/>
              </w:rPr>
              <w:t>على</w:t>
            </w:r>
            <w:r w:rsidRPr="002D5B89">
              <w:rPr>
                <w:rFonts w:cs="Sakkal Majalla"/>
                <w:sz w:val="32"/>
                <w:szCs w:val="34"/>
              </w:rPr>
              <w:t xml:space="preserve"> </w:t>
            </w:r>
            <w:r w:rsidRPr="002D5B89">
              <w:rPr>
                <w:rFonts w:cs="Sakkal Majalla"/>
                <w:sz w:val="32"/>
                <w:szCs w:val="34"/>
                <w:rtl/>
              </w:rPr>
              <w:t>فقرات</w:t>
            </w:r>
            <w:r w:rsidRPr="002D5B89">
              <w:rPr>
                <w:rFonts w:cs="Sakkal Majalla"/>
                <w:sz w:val="32"/>
                <w:szCs w:val="34"/>
              </w:rPr>
              <w:t xml:space="preserve"> </w:t>
            </w:r>
            <w:r w:rsidRPr="002D5B89">
              <w:rPr>
                <w:rFonts w:cs="Sakkal Majalla"/>
                <w:sz w:val="32"/>
                <w:szCs w:val="34"/>
                <w:rtl/>
              </w:rPr>
              <w:t>القيادة</w:t>
            </w:r>
            <w:r w:rsidRPr="002D5B89">
              <w:rPr>
                <w:rFonts w:cs="Sakkal Majalla"/>
                <w:sz w:val="32"/>
                <w:szCs w:val="34"/>
              </w:rPr>
              <w:t xml:space="preserve"> </w:t>
            </w:r>
            <w:r w:rsidRPr="002D5B89">
              <w:rPr>
                <w:rFonts w:cs="Sakkal Majalla"/>
                <w:sz w:val="32"/>
                <w:szCs w:val="34"/>
                <w:rtl/>
              </w:rPr>
              <w:t>الرقمية</w:t>
            </w:r>
            <w:r w:rsidRPr="002D5B89">
              <w:rPr>
                <w:rFonts w:cs="Sakkal Majalla"/>
                <w:sz w:val="32"/>
                <w:szCs w:val="34"/>
              </w:rPr>
              <w:t>.</w:t>
            </w:r>
          </w:p>
        </w:tc>
      </w:tr>
      <w:tr w:rsidR="008E006D" w:rsidRPr="002D5B89" w14:paraId="05382BEA" w14:textId="77777777" w:rsidTr="002D5B89">
        <w:tc>
          <w:tcPr>
            <w:tcW w:w="1848" w:type="dxa"/>
            <w:shd w:val="clear" w:color="auto" w:fill="FFFFFF" w:themeFill="background1"/>
            <w:tcMar>
              <w:top w:w="110" w:type="dxa"/>
              <w:left w:w="110" w:type="dxa"/>
              <w:bottom w:w="110" w:type="dxa"/>
              <w:right w:w="110" w:type="dxa"/>
            </w:tcMar>
            <w:vAlign w:val="center"/>
          </w:tcPr>
          <w:p w14:paraId="4432DF9A" w14:textId="77777777" w:rsidR="008E006D" w:rsidRPr="002D5B89" w:rsidRDefault="008E006D" w:rsidP="008D0B36">
            <w:pPr>
              <w:ind w:firstLine="0"/>
              <w:jc w:val="center"/>
              <w:rPr>
                <w:rFonts w:cs="Sakkal Majalla"/>
                <w:sz w:val="32"/>
                <w:szCs w:val="34"/>
              </w:rPr>
            </w:pPr>
            <w:r w:rsidRPr="002D5B89">
              <w:rPr>
                <w:rFonts w:cs="Sakkal Majalla"/>
                <w:sz w:val="32"/>
                <w:szCs w:val="34"/>
                <w:rtl/>
              </w:rPr>
              <w:t>التقنيات</w:t>
            </w:r>
            <w:r w:rsidRPr="002D5B89">
              <w:rPr>
                <w:rFonts w:cs="Sakkal Majalla"/>
                <w:sz w:val="32"/>
                <w:szCs w:val="34"/>
              </w:rPr>
              <w:t xml:space="preserve"> </w:t>
            </w:r>
            <w:r w:rsidRPr="002D5B89">
              <w:rPr>
                <w:rFonts w:cs="Sakkal Majalla"/>
                <w:sz w:val="32"/>
                <w:szCs w:val="34"/>
                <w:rtl/>
              </w:rPr>
              <w:t>الذكية</w:t>
            </w:r>
          </w:p>
        </w:tc>
        <w:tc>
          <w:tcPr>
            <w:tcW w:w="4536" w:type="dxa"/>
            <w:shd w:val="clear" w:color="auto" w:fill="FFFFFF" w:themeFill="background1"/>
            <w:tcMar>
              <w:top w:w="110" w:type="dxa"/>
              <w:left w:w="110" w:type="dxa"/>
              <w:bottom w:w="110" w:type="dxa"/>
              <w:right w:w="110" w:type="dxa"/>
            </w:tcMar>
            <w:vAlign w:val="center"/>
          </w:tcPr>
          <w:p w14:paraId="6EB8F0A2" w14:textId="77777777" w:rsidR="008E006D" w:rsidRPr="002D5B89" w:rsidRDefault="008E006D" w:rsidP="008D0B36">
            <w:pPr>
              <w:ind w:firstLine="0"/>
              <w:jc w:val="center"/>
              <w:rPr>
                <w:rFonts w:cs="Sakkal Majalla"/>
                <w:sz w:val="32"/>
                <w:szCs w:val="34"/>
              </w:rPr>
            </w:pPr>
            <w:r w:rsidRPr="002D5B89">
              <w:rPr>
                <w:rFonts w:cs="Sakkal Majalla"/>
                <w:sz w:val="32"/>
                <w:szCs w:val="34"/>
                <w:rtl/>
              </w:rPr>
              <w:t>استخدام</w:t>
            </w:r>
            <w:r w:rsidRPr="002D5B89">
              <w:rPr>
                <w:rFonts w:cs="Sakkal Majalla"/>
                <w:sz w:val="32"/>
                <w:szCs w:val="34"/>
              </w:rPr>
              <w:t xml:space="preserve"> </w:t>
            </w:r>
            <w:r w:rsidRPr="002D5B89">
              <w:rPr>
                <w:rFonts w:cs="Sakkal Majalla"/>
                <w:sz w:val="32"/>
                <w:szCs w:val="34"/>
                <w:rtl/>
              </w:rPr>
              <w:t>الذكاء</w:t>
            </w:r>
            <w:r w:rsidRPr="002D5B89">
              <w:rPr>
                <w:rFonts w:cs="Sakkal Majalla"/>
                <w:sz w:val="32"/>
                <w:szCs w:val="34"/>
              </w:rPr>
              <w:t xml:space="preserve"> </w:t>
            </w:r>
            <w:r w:rsidRPr="002D5B89">
              <w:rPr>
                <w:rFonts w:cs="Sakkal Majalla"/>
                <w:sz w:val="32"/>
                <w:szCs w:val="34"/>
                <w:rtl/>
              </w:rPr>
              <w:t>الاصطناعي</w:t>
            </w:r>
            <w:r w:rsidRPr="002D5B89">
              <w:rPr>
                <w:rFonts w:cs="Sakkal Majalla"/>
                <w:sz w:val="32"/>
                <w:szCs w:val="34"/>
              </w:rPr>
              <w:t xml:space="preserve"> </w:t>
            </w:r>
            <w:r w:rsidRPr="002D5B89">
              <w:rPr>
                <w:rFonts w:cs="Sakkal Majalla"/>
                <w:sz w:val="32"/>
                <w:szCs w:val="34"/>
                <w:rtl/>
              </w:rPr>
              <w:t>وتحليلات</w:t>
            </w:r>
            <w:r w:rsidRPr="002D5B89">
              <w:rPr>
                <w:rFonts w:cs="Sakkal Majalla"/>
                <w:sz w:val="32"/>
                <w:szCs w:val="34"/>
              </w:rPr>
              <w:t xml:space="preserve"> </w:t>
            </w:r>
            <w:r w:rsidRPr="002D5B89">
              <w:rPr>
                <w:rFonts w:cs="Sakkal Majalla"/>
                <w:sz w:val="32"/>
                <w:szCs w:val="34"/>
                <w:rtl/>
              </w:rPr>
              <w:t>البيانات</w:t>
            </w:r>
            <w:r w:rsidRPr="002D5B89">
              <w:rPr>
                <w:rFonts w:cs="Sakkal Majalla"/>
                <w:sz w:val="32"/>
                <w:szCs w:val="34"/>
              </w:rPr>
              <w:t xml:space="preserve"> </w:t>
            </w:r>
            <w:r w:rsidRPr="002D5B89">
              <w:rPr>
                <w:rFonts w:cs="Sakkal Majalla"/>
                <w:sz w:val="32"/>
                <w:szCs w:val="34"/>
                <w:rtl/>
              </w:rPr>
              <w:t>والأتمتة</w:t>
            </w:r>
            <w:r w:rsidRPr="002D5B89">
              <w:rPr>
                <w:rFonts w:cs="Sakkal Majalla"/>
                <w:sz w:val="32"/>
                <w:szCs w:val="34"/>
              </w:rPr>
              <w:t xml:space="preserve"> </w:t>
            </w:r>
            <w:r w:rsidRPr="002D5B89">
              <w:rPr>
                <w:rFonts w:cs="Sakkal Majalla"/>
                <w:sz w:val="32"/>
                <w:szCs w:val="34"/>
                <w:rtl/>
              </w:rPr>
              <w:t>ولوحات</w:t>
            </w:r>
            <w:r w:rsidRPr="002D5B89">
              <w:rPr>
                <w:rFonts w:cs="Sakkal Majalla"/>
                <w:sz w:val="32"/>
                <w:szCs w:val="34"/>
              </w:rPr>
              <w:t xml:space="preserve"> </w:t>
            </w:r>
            <w:r w:rsidRPr="002D5B89">
              <w:rPr>
                <w:rFonts w:cs="Sakkal Majalla"/>
                <w:sz w:val="32"/>
                <w:szCs w:val="34"/>
                <w:rtl/>
              </w:rPr>
              <w:t>المؤشرات</w:t>
            </w:r>
            <w:r w:rsidRPr="002D5B89">
              <w:rPr>
                <w:rFonts w:cs="Sakkal Majalla"/>
                <w:sz w:val="32"/>
                <w:szCs w:val="34"/>
              </w:rPr>
              <w:t xml:space="preserve"> </w:t>
            </w:r>
            <w:r w:rsidRPr="002D5B89">
              <w:rPr>
                <w:rFonts w:cs="Sakkal Majalla"/>
                <w:sz w:val="32"/>
                <w:szCs w:val="34"/>
                <w:rtl/>
              </w:rPr>
              <w:t>في</w:t>
            </w:r>
            <w:r w:rsidRPr="002D5B89">
              <w:rPr>
                <w:rFonts w:cs="Sakkal Majalla"/>
                <w:sz w:val="32"/>
                <w:szCs w:val="34"/>
              </w:rPr>
              <w:t xml:space="preserve"> </w:t>
            </w:r>
            <w:r w:rsidRPr="002D5B89">
              <w:rPr>
                <w:rFonts w:cs="Sakkal Majalla"/>
                <w:sz w:val="32"/>
                <w:szCs w:val="34"/>
                <w:rtl/>
              </w:rPr>
              <w:t>إدارة</w:t>
            </w:r>
            <w:r w:rsidRPr="002D5B89">
              <w:rPr>
                <w:rFonts w:cs="Sakkal Majalla"/>
                <w:sz w:val="32"/>
                <w:szCs w:val="34"/>
              </w:rPr>
              <w:t xml:space="preserve"> </w:t>
            </w:r>
            <w:r w:rsidRPr="002D5B89">
              <w:rPr>
                <w:rFonts w:cs="Sakkal Majalla"/>
                <w:sz w:val="32"/>
                <w:szCs w:val="34"/>
                <w:rtl/>
              </w:rPr>
              <w:t>المشاريع</w:t>
            </w:r>
            <w:r w:rsidRPr="002D5B89">
              <w:rPr>
                <w:rFonts w:cs="Sakkal Majalla"/>
                <w:sz w:val="32"/>
                <w:szCs w:val="34"/>
              </w:rPr>
              <w:t>.</w:t>
            </w:r>
          </w:p>
        </w:tc>
        <w:tc>
          <w:tcPr>
            <w:tcW w:w="3255" w:type="dxa"/>
            <w:shd w:val="clear" w:color="auto" w:fill="FFFFFF" w:themeFill="background1"/>
            <w:tcMar>
              <w:top w:w="110" w:type="dxa"/>
              <w:left w:w="110" w:type="dxa"/>
              <w:bottom w:w="110" w:type="dxa"/>
              <w:right w:w="110" w:type="dxa"/>
            </w:tcMar>
            <w:vAlign w:val="center"/>
          </w:tcPr>
          <w:p w14:paraId="47F460F3" w14:textId="77777777" w:rsidR="008E006D" w:rsidRPr="002D5B89" w:rsidRDefault="008E006D" w:rsidP="008D0B36">
            <w:pPr>
              <w:ind w:firstLine="0"/>
              <w:jc w:val="center"/>
              <w:rPr>
                <w:rFonts w:cs="Sakkal Majalla"/>
                <w:sz w:val="32"/>
                <w:szCs w:val="34"/>
              </w:rPr>
            </w:pPr>
            <w:r w:rsidRPr="002D5B89">
              <w:rPr>
                <w:rFonts w:cs="Sakkal Majalla"/>
                <w:sz w:val="32"/>
                <w:szCs w:val="34"/>
                <w:rtl/>
              </w:rPr>
              <w:t>متوسط</w:t>
            </w:r>
            <w:r w:rsidRPr="002D5B89">
              <w:rPr>
                <w:rFonts w:cs="Sakkal Majalla"/>
                <w:sz w:val="32"/>
                <w:szCs w:val="34"/>
              </w:rPr>
              <w:t xml:space="preserve"> </w:t>
            </w:r>
            <w:r w:rsidRPr="002D5B89">
              <w:rPr>
                <w:rFonts w:cs="Sakkal Majalla"/>
                <w:sz w:val="32"/>
                <w:szCs w:val="34"/>
                <w:rtl/>
              </w:rPr>
              <w:t>استجابات</w:t>
            </w:r>
            <w:r w:rsidRPr="002D5B89">
              <w:rPr>
                <w:rFonts w:cs="Sakkal Majalla"/>
                <w:sz w:val="32"/>
                <w:szCs w:val="34"/>
              </w:rPr>
              <w:t xml:space="preserve"> </w:t>
            </w:r>
            <w:r w:rsidRPr="002D5B89">
              <w:rPr>
                <w:rFonts w:cs="Sakkal Majalla"/>
                <w:sz w:val="32"/>
                <w:szCs w:val="34"/>
                <w:rtl/>
              </w:rPr>
              <w:t>أفراد</w:t>
            </w:r>
            <w:r w:rsidRPr="002D5B89">
              <w:rPr>
                <w:rFonts w:cs="Sakkal Majalla"/>
                <w:sz w:val="32"/>
                <w:szCs w:val="34"/>
              </w:rPr>
              <w:t xml:space="preserve"> </w:t>
            </w:r>
            <w:r w:rsidRPr="002D5B89">
              <w:rPr>
                <w:rFonts w:cs="Sakkal Majalla"/>
                <w:sz w:val="32"/>
                <w:szCs w:val="34"/>
                <w:rtl/>
              </w:rPr>
              <w:t>العينة</w:t>
            </w:r>
            <w:r w:rsidRPr="002D5B89">
              <w:rPr>
                <w:rFonts w:cs="Sakkal Majalla"/>
                <w:sz w:val="32"/>
                <w:szCs w:val="34"/>
              </w:rPr>
              <w:t xml:space="preserve"> </w:t>
            </w:r>
            <w:r w:rsidRPr="002D5B89">
              <w:rPr>
                <w:rFonts w:cs="Sakkal Majalla"/>
                <w:sz w:val="32"/>
                <w:szCs w:val="34"/>
                <w:rtl/>
              </w:rPr>
              <w:t>على</w:t>
            </w:r>
            <w:r w:rsidRPr="002D5B89">
              <w:rPr>
                <w:rFonts w:cs="Sakkal Majalla"/>
                <w:sz w:val="32"/>
                <w:szCs w:val="34"/>
              </w:rPr>
              <w:t xml:space="preserve"> </w:t>
            </w:r>
            <w:r w:rsidRPr="002D5B89">
              <w:rPr>
                <w:rFonts w:cs="Sakkal Majalla"/>
                <w:sz w:val="32"/>
                <w:szCs w:val="34"/>
                <w:rtl/>
              </w:rPr>
              <w:t>فقرات</w:t>
            </w:r>
            <w:r w:rsidRPr="002D5B89">
              <w:rPr>
                <w:rFonts w:cs="Sakkal Majalla"/>
                <w:sz w:val="32"/>
                <w:szCs w:val="34"/>
              </w:rPr>
              <w:t xml:space="preserve"> </w:t>
            </w:r>
            <w:r w:rsidRPr="002D5B89">
              <w:rPr>
                <w:rFonts w:cs="Sakkal Majalla"/>
                <w:sz w:val="32"/>
                <w:szCs w:val="34"/>
                <w:rtl/>
              </w:rPr>
              <w:t>التقنيات</w:t>
            </w:r>
            <w:r w:rsidRPr="002D5B89">
              <w:rPr>
                <w:rFonts w:cs="Sakkal Majalla"/>
                <w:sz w:val="32"/>
                <w:szCs w:val="34"/>
              </w:rPr>
              <w:t xml:space="preserve"> </w:t>
            </w:r>
            <w:r w:rsidRPr="002D5B89">
              <w:rPr>
                <w:rFonts w:cs="Sakkal Majalla"/>
                <w:sz w:val="32"/>
                <w:szCs w:val="34"/>
                <w:rtl/>
              </w:rPr>
              <w:t>الذكية</w:t>
            </w:r>
            <w:r w:rsidRPr="002D5B89">
              <w:rPr>
                <w:rFonts w:cs="Sakkal Majalla"/>
                <w:sz w:val="32"/>
                <w:szCs w:val="34"/>
              </w:rPr>
              <w:t>.</w:t>
            </w:r>
          </w:p>
        </w:tc>
      </w:tr>
      <w:tr w:rsidR="008E006D" w:rsidRPr="002D5B89" w14:paraId="0DC95B92" w14:textId="77777777" w:rsidTr="002D5B89">
        <w:tc>
          <w:tcPr>
            <w:tcW w:w="1848" w:type="dxa"/>
            <w:shd w:val="clear" w:color="auto" w:fill="FFFFFF" w:themeFill="background1"/>
            <w:tcMar>
              <w:top w:w="110" w:type="dxa"/>
              <w:left w:w="110" w:type="dxa"/>
              <w:bottom w:w="110" w:type="dxa"/>
              <w:right w:w="110" w:type="dxa"/>
            </w:tcMar>
            <w:vAlign w:val="center"/>
          </w:tcPr>
          <w:p w14:paraId="56F9571F" w14:textId="77777777" w:rsidR="008E006D" w:rsidRPr="002D5B89" w:rsidRDefault="008E006D" w:rsidP="008D0B36">
            <w:pPr>
              <w:ind w:firstLine="0"/>
              <w:jc w:val="center"/>
              <w:rPr>
                <w:rFonts w:cs="Sakkal Majalla"/>
                <w:sz w:val="32"/>
                <w:szCs w:val="34"/>
              </w:rPr>
            </w:pPr>
            <w:r w:rsidRPr="002D5B89">
              <w:rPr>
                <w:rFonts w:cs="Sakkal Majalla"/>
                <w:sz w:val="32"/>
                <w:szCs w:val="34"/>
                <w:rtl/>
              </w:rPr>
              <w:t>نجاح</w:t>
            </w:r>
            <w:r w:rsidRPr="002D5B89">
              <w:rPr>
                <w:rFonts w:cs="Sakkal Majalla"/>
                <w:sz w:val="32"/>
                <w:szCs w:val="34"/>
              </w:rPr>
              <w:t xml:space="preserve"> </w:t>
            </w:r>
            <w:r w:rsidRPr="002D5B89">
              <w:rPr>
                <w:rFonts w:cs="Sakkal Majalla"/>
                <w:sz w:val="32"/>
                <w:szCs w:val="34"/>
                <w:rtl/>
              </w:rPr>
              <w:t>المشاريع</w:t>
            </w:r>
            <w:r w:rsidRPr="002D5B89">
              <w:rPr>
                <w:rFonts w:cs="Sakkal Majalla"/>
                <w:sz w:val="32"/>
                <w:szCs w:val="34"/>
              </w:rPr>
              <w:t xml:space="preserve"> </w:t>
            </w:r>
            <w:r w:rsidRPr="002D5B89">
              <w:rPr>
                <w:rFonts w:cs="Sakkal Majalla"/>
                <w:sz w:val="32"/>
                <w:szCs w:val="34"/>
                <w:rtl/>
              </w:rPr>
              <w:t>الحكومية</w:t>
            </w:r>
          </w:p>
        </w:tc>
        <w:tc>
          <w:tcPr>
            <w:tcW w:w="4536" w:type="dxa"/>
            <w:shd w:val="clear" w:color="auto" w:fill="FFFFFF" w:themeFill="background1"/>
            <w:tcMar>
              <w:top w:w="110" w:type="dxa"/>
              <w:left w:w="110" w:type="dxa"/>
              <w:bottom w:w="110" w:type="dxa"/>
              <w:right w:w="110" w:type="dxa"/>
            </w:tcMar>
            <w:vAlign w:val="center"/>
          </w:tcPr>
          <w:p w14:paraId="3690130F" w14:textId="77777777" w:rsidR="008E006D" w:rsidRPr="002D5B89" w:rsidRDefault="008E006D" w:rsidP="008D0B36">
            <w:pPr>
              <w:ind w:firstLine="0"/>
              <w:jc w:val="center"/>
              <w:rPr>
                <w:rFonts w:cs="Sakkal Majalla"/>
                <w:sz w:val="32"/>
                <w:szCs w:val="34"/>
              </w:rPr>
            </w:pPr>
            <w:r w:rsidRPr="002D5B89">
              <w:rPr>
                <w:rFonts w:cs="Sakkal Majalla"/>
                <w:sz w:val="32"/>
                <w:szCs w:val="34"/>
                <w:rtl/>
              </w:rPr>
              <w:t>تحقق</w:t>
            </w:r>
            <w:r w:rsidRPr="002D5B89">
              <w:rPr>
                <w:rFonts w:cs="Sakkal Majalla"/>
                <w:sz w:val="32"/>
                <w:szCs w:val="34"/>
              </w:rPr>
              <w:t xml:space="preserve"> </w:t>
            </w:r>
            <w:r w:rsidRPr="002D5B89">
              <w:rPr>
                <w:rFonts w:cs="Sakkal Majalla"/>
                <w:sz w:val="32"/>
                <w:szCs w:val="34"/>
                <w:rtl/>
              </w:rPr>
              <w:t>أهداف</w:t>
            </w:r>
            <w:r w:rsidRPr="002D5B89">
              <w:rPr>
                <w:rFonts w:cs="Sakkal Majalla"/>
                <w:sz w:val="32"/>
                <w:szCs w:val="34"/>
              </w:rPr>
              <w:t xml:space="preserve"> </w:t>
            </w:r>
            <w:r w:rsidRPr="002D5B89">
              <w:rPr>
                <w:rFonts w:cs="Sakkal Majalla"/>
                <w:sz w:val="32"/>
                <w:szCs w:val="34"/>
                <w:rtl/>
              </w:rPr>
              <w:t>المشروع</w:t>
            </w:r>
            <w:r w:rsidRPr="002D5B89">
              <w:rPr>
                <w:rFonts w:cs="Sakkal Majalla"/>
                <w:sz w:val="32"/>
                <w:szCs w:val="34"/>
              </w:rPr>
              <w:t xml:space="preserve"> </w:t>
            </w:r>
            <w:r w:rsidRPr="002D5B89">
              <w:rPr>
                <w:rFonts w:cs="Sakkal Majalla"/>
                <w:sz w:val="32"/>
                <w:szCs w:val="34"/>
                <w:rtl/>
              </w:rPr>
              <w:t>من</w:t>
            </w:r>
            <w:r w:rsidRPr="002D5B89">
              <w:rPr>
                <w:rFonts w:cs="Sakkal Majalla"/>
                <w:sz w:val="32"/>
                <w:szCs w:val="34"/>
              </w:rPr>
              <w:t xml:space="preserve"> </w:t>
            </w:r>
            <w:r w:rsidRPr="002D5B89">
              <w:rPr>
                <w:rFonts w:cs="Sakkal Majalla"/>
                <w:sz w:val="32"/>
                <w:szCs w:val="34"/>
                <w:rtl/>
              </w:rPr>
              <w:t>حيث</w:t>
            </w:r>
            <w:r w:rsidRPr="002D5B89">
              <w:rPr>
                <w:rFonts w:cs="Sakkal Majalla"/>
                <w:sz w:val="32"/>
                <w:szCs w:val="34"/>
              </w:rPr>
              <w:t xml:space="preserve"> </w:t>
            </w:r>
            <w:r w:rsidRPr="002D5B89">
              <w:rPr>
                <w:rFonts w:cs="Sakkal Majalla"/>
                <w:sz w:val="32"/>
                <w:szCs w:val="34"/>
                <w:rtl/>
              </w:rPr>
              <w:t>الوقت</w:t>
            </w:r>
            <w:r w:rsidRPr="002D5B89">
              <w:rPr>
                <w:rFonts w:cs="Sakkal Majalla"/>
                <w:sz w:val="32"/>
                <w:szCs w:val="34"/>
              </w:rPr>
              <w:t xml:space="preserve"> </w:t>
            </w:r>
            <w:r w:rsidRPr="002D5B89">
              <w:rPr>
                <w:rFonts w:cs="Sakkal Majalla"/>
                <w:sz w:val="32"/>
                <w:szCs w:val="34"/>
                <w:rtl/>
              </w:rPr>
              <w:t>والتكلفة</w:t>
            </w:r>
            <w:r w:rsidRPr="002D5B89">
              <w:rPr>
                <w:rFonts w:cs="Sakkal Majalla"/>
                <w:sz w:val="32"/>
                <w:szCs w:val="34"/>
              </w:rPr>
              <w:t xml:space="preserve"> </w:t>
            </w:r>
            <w:r w:rsidRPr="002D5B89">
              <w:rPr>
                <w:rFonts w:cs="Sakkal Majalla"/>
                <w:sz w:val="32"/>
                <w:szCs w:val="34"/>
                <w:rtl/>
              </w:rPr>
              <w:t>والجودة</w:t>
            </w:r>
            <w:r w:rsidRPr="002D5B89">
              <w:rPr>
                <w:rFonts w:cs="Sakkal Majalla"/>
                <w:sz w:val="32"/>
                <w:szCs w:val="34"/>
              </w:rPr>
              <w:t xml:space="preserve"> </w:t>
            </w:r>
            <w:r w:rsidRPr="002D5B89">
              <w:rPr>
                <w:rFonts w:cs="Sakkal Majalla"/>
                <w:sz w:val="32"/>
                <w:szCs w:val="34"/>
                <w:rtl/>
              </w:rPr>
              <w:t>ورضا</w:t>
            </w:r>
            <w:r w:rsidRPr="002D5B89">
              <w:rPr>
                <w:rFonts w:cs="Sakkal Majalla"/>
                <w:sz w:val="32"/>
                <w:szCs w:val="34"/>
              </w:rPr>
              <w:t xml:space="preserve"> </w:t>
            </w:r>
            <w:r w:rsidRPr="002D5B89">
              <w:rPr>
                <w:rFonts w:cs="Sakkal Majalla"/>
                <w:sz w:val="32"/>
                <w:szCs w:val="34"/>
                <w:rtl/>
              </w:rPr>
              <w:t>أصحاب</w:t>
            </w:r>
            <w:r w:rsidRPr="002D5B89">
              <w:rPr>
                <w:rFonts w:cs="Sakkal Majalla"/>
                <w:sz w:val="32"/>
                <w:szCs w:val="34"/>
              </w:rPr>
              <w:t xml:space="preserve"> </w:t>
            </w:r>
            <w:r w:rsidRPr="002D5B89">
              <w:rPr>
                <w:rFonts w:cs="Sakkal Majalla"/>
                <w:sz w:val="32"/>
                <w:szCs w:val="34"/>
                <w:rtl/>
              </w:rPr>
              <w:t>المصلحة</w:t>
            </w:r>
            <w:r w:rsidRPr="002D5B89">
              <w:rPr>
                <w:rFonts w:cs="Sakkal Majalla"/>
                <w:sz w:val="32"/>
                <w:szCs w:val="34"/>
              </w:rPr>
              <w:t xml:space="preserve"> </w:t>
            </w:r>
            <w:r w:rsidRPr="002D5B89">
              <w:rPr>
                <w:rFonts w:cs="Sakkal Majalla"/>
                <w:sz w:val="32"/>
                <w:szCs w:val="34"/>
                <w:rtl/>
              </w:rPr>
              <w:t>والقيمة</w:t>
            </w:r>
            <w:r w:rsidRPr="002D5B89">
              <w:rPr>
                <w:rFonts w:cs="Sakkal Majalla"/>
                <w:sz w:val="32"/>
                <w:szCs w:val="34"/>
              </w:rPr>
              <w:t xml:space="preserve"> </w:t>
            </w:r>
            <w:r w:rsidRPr="002D5B89">
              <w:rPr>
                <w:rFonts w:cs="Sakkal Majalla"/>
                <w:sz w:val="32"/>
                <w:szCs w:val="34"/>
                <w:rtl/>
              </w:rPr>
              <w:t>العامة</w:t>
            </w:r>
            <w:r w:rsidRPr="002D5B89">
              <w:rPr>
                <w:rFonts w:cs="Sakkal Majalla"/>
                <w:sz w:val="32"/>
                <w:szCs w:val="34"/>
              </w:rPr>
              <w:t>.</w:t>
            </w:r>
          </w:p>
        </w:tc>
        <w:tc>
          <w:tcPr>
            <w:tcW w:w="3255" w:type="dxa"/>
            <w:shd w:val="clear" w:color="auto" w:fill="FFFFFF" w:themeFill="background1"/>
            <w:tcMar>
              <w:top w:w="110" w:type="dxa"/>
              <w:left w:w="110" w:type="dxa"/>
              <w:bottom w:w="110" w:type="dxa"/>
              <w:right w:w="110" w:type="dxa"/>
            </w:tcMar>
            <w:vAlign w:val="center"/>
          </w:tcPr>
          <w:p w14:paraId="5037F546" w14:textId="77777777" w:rsidR="008E006D" w:rsidRPr="002D5B89" w:rsidRDefault="008E006D" w:rsidP="008D0B36">
            <w:pPr>
              <w:ind w:firstLine="0"/>
              <w:jc w:val="center"/>
              <w:rPr>
                <w:rFonts w:cs="Sakkal Majalla"/>
                <w:sz w:val="32"/>
                <w:szCs w:val="34"/>
              </w:rPr>
            </w:pPr>
            <w:r w:rsidRPr="002D5B89">
              <w:rPr>
                <w:rFonts w:cs="Sakkal Majalla"/>
                <w:sz w:val="32"/>
                <w:szCs w:val="34"/>
                <w:rtl/>
              </w:rPr>
              <w:t>متوسط</w:t>
            </w:r>
            <w:r w:rsidRPr="002D5B89">
              <w:rPr>
                <w:rFonts w:cs="Sakkal Majalla"/>
                <w:sz w:val="32"/>
                <w:szCs w:val="34"/>
              </w:rPr>
              <w:t xml:space="preserve"> </w:t>
            </w:r>
            <w:r w:rsidRPr="002D5B89">
              <w:rPr>
                <w:rFonts w:cs="Sakkal Majalla"/>
                <w:sz w:val="32"/>
                <w:szCs w:val="34"/>
                <w:rtl/>
              </w:rPr>
              <w:t>استجابات</w:t>
            </w:r>
            <w:r w:rsidRPr="002D5B89">
              <w:rPr>
                <w:rFonts w:cs="Sakkal Majalla"/>
                <w:sz w:val="32"/>
                <w:szCs w:val="34"/>
              </w:rPr>
              <w:t xml:space="preserve"> </w:t>
            </w:r>
            <w:r w:rsidRPr="002D5B89">
              <w:rPr>
                <w:rFonts w:cs="Sakkal Majalla"/>
                <w:sz w:val="32"/>
                <w:szCs w:val="34"/>
                <w:rtl/>
              </w:rPr>
              <w:t>أفراد</w:t>
            </w:r>
            <w:r w:rsidRPr="002D5B89">
              <w:rPr>
                <w:rFonts w:cs="Sakkal Majalla"/>
                <w:sz w:val="32"/>
                <w:szCs w:val="34"/>
              </w:rPr>
              <w:t xml:space="preserve"> </w:t>
            </w:r>
            <w:r w:rsidRPr="002D5B89">
              <w:rPr>
                <w:rFonts w:cs="Sakkal Majalla"/>
                <w:sz w:val="32"/>
                <w:szCs w:val="34"/>
                <w:rtl/>
              </w:rPr>
              <w:t>العينة</w:t>
            </w:r>
            <w:r w:rsidRPr="002D5B89">
              <w:rPr>
                <w:rFonts w:cs="Sakkal Majalla"/>
                <w:sz w:val="32"/>
                <w:szCs w:val="34"/>
              </w:rPr>
              <w:t xml:space="preserve"> </w:t>
            </w:r>
            <w:r w:rsidRPr="002D5B89">
              <w:rPr>
                <w:rFonts w:cs="Sakkal Majalla"/>
                <w:sz w:val="32"/>
                <w:szCs w:val="34"/>
                <w:rtl/>
              </w:rPr>
              <w:t>على</w:t>
            </w:r>
            <w:r w:rsidRPr="002D5B89">
              <w:rPr>
                <w:rFonts w:cs="Sakkal Majalla"/>
                <w:sz w:val="32"/>
                <w:szCs w:val="34"/>
              </w:rPr>
              <w:t xml:space="preserve"> </w:t>
            </w:r>
            <w:r w:rsidRPr="002D5B89">
              <w:rPr>
                <w:rFonts w:cs="Sakkal Majalla"/>
                <w:sz w:val="32"/>
                <w:szCs w:val="34"/>
                <w:rtl/>
              </w:rPr>
              <w:t>فقرات</w:t>
            </w:r>
            <w:r w:rsidRPr="002D5B89">
              <w:rPr>
                <w:rFonts w:cs="Sakkal Majalla"/>
                <w:sz w:val="32"/>
                <w:szCs w:val="34"/>
              </w:rPr>
              <w:t xml:space="preserve"> </w:t>
            </w:r>
            <w:r w:rsidRPr="002D5B89">
              <w:rPr>
                <w:rFonts w:cs="Sakkal Majalla"/>
                <w:sz w:val="32"/>
                <w:szCs w:val="34"/>
                <w:rtl/>
              </w:rPr>
              <w:t>نجاح</w:t>
            </w:r>
            <w:r w:rsidRPr="002D5B89">
              <w:rPr>
                <w:rFonts w:cs="Sakkal Majalla"/>
                <w:sz w:val="32"/>
                <w:szCs w:val="34"/>
              </w:rPr>
              <w:t xml:space="preserve"> </w:t>
            </w:r>
            <w:r w:rsidRPr="002D5B89">
              <w:rPr>
                <w:rFonts w:cs="Sakkal Majalla"/>
                <w:sz w:val="32"/>
                <w:szCs w:val="34"/>
                <w:rtl/>
              </w:rPr>
              <w:t>المشاريع</w:t>
            </w:r>
            <w:r w:rsidRPr="002D5B89">
              <w:rPr>
                <w:rFonts w:cs="Sakkal Majalla"/>
                <w:sz w:val="32"/>
                <w:szCs w:val="34"/>
              </w:rPr>
              <w:t>.</w:t>
            </w:r>
          </w:p>
        </w:tc>
      </w:tr>
    </w:tbl>
    <w:p w14:paraId="00CA9B0D" w14:textId="77777777" w:rsidR="008E006D" w:rsidRPr="008E006D" w:rsidRDefault="008E006D" w:rsidP="008E006D">
      <w:pPr>
        <w:ind w:firstLine="0"/>
        <w:rPr>
          <w:rFonts w:cs="Sakkal Majalla"/>
          <w:sz w:val="36"/>
          <w:szCs w:val="38"/>
        </w:rPr>
      </w:pPr>
      <w:r w:rsidRPr="008E006D">
        <w:rPr>
          <w:rFonts w:cs="Sakkal Majalla"/>
          <w:sz w:val="36"/>
          <w:szCs w:val="38"/>
          <w:rtl/>
        </w:rPr>
        <w:t>المصدر</w:t>
      </w:r>
      <w:r w:rsidRPr="008E006D">
        <w:rPr>
          <w:rFonts w:cs="Sakkal Majalla"/>
          <w:sz w:val="36"/>
          <w:szCs w:val="38"/>
        </w:rPr>
        <w:t xml:space="preserve">: </w:t>
      </w:r>
      <w:r w:rsidRPr="008E006D">
        <w:rPr>
          <w:rFonts w:cs="Sakkal Majalla"/>
          <w:sz w:val="36"/>
          <w:szCs w:val="38"/>
          <w:rtl/>
        </w:rPr>
        <w:t>إعداد</w:t>
      </w:r>
      <w:r w:rsidRPr="008E006D">
        <w:rPr>
          <w:rFonts w:cs="Sakkal Majalla"/>
          <w:sz w:val="36"/>
          <w:szCs w:val="38"/>
        </w:rPr>
        <w:t xml:space="preserve"> </w:t>
      </w:r>
      <w:r w:rsidRPr="008E006D">
        <w:rPr>
          <w:rFonts w:cs="Sakkal Majalla"/>
          <w:sz w:val="36"/>
          <w:szCs w:val="38"/>
          <w:rtl/>
        </w:rPr>
        <w:t>الباحثة</w:t>
      </w:r>
      <w:r w:rsidRPr="008E006D">
        <w:rPr>
          <w:rFonts w:cs="Sakkal Majalla"/>
          <w:sz w:val="36"/>
          <w:szCs w:val="38"/>
        </w:rPr>
        <w:t xml:space="preserve"> </w:t>
      </w:r>
      <w:r w:rsidRPr="008E006D">
        <w:rPr>
          <w:rFonts w:cs="Sakkal Majalla"/>
          <w:sz w:val="36"/>
          <w:szCs w:val="38"/>
          <w:rtl/>
        </w:rPr>
        <w:t>استنادًا</w:t>
      </w:r>
      <w:r w:rsidRPr="008E006D">
        <w:rPr>
          <w:rFonts w:cs="Sakkal Majalla"/>
          <w:sz w:val="36"/>
          <w:szCs w:val="38"/>
        </w:rPr>
        <w:t xml:space="preserve"> </w:t>
      </w:r>
      <w:r w:rsidRPr="008E006D">
        <w:rPr>
          <w:rFonts w:cs="Sakkal Majalla"/>
          <w:sz w:val="36"/>
          <w:szCs w:val="38"/>
          <w:rtl/>
        </w:rPr>
        <w:t>إلى</w:t>
      </w:r>
      <w:r w:rsidRPr="008E006D">
        <w:rPr>
          <w:rFonts w:cs="Sakkal Majalla"/>
          <w:sz w:val="36"/>
          <w:szCs w:val="38"/>
        </w:rPr>
        <w:t xml:space="preserve"> </w:t>
      </w:r>
      <w:r w:rsidRPr="008E006D">
        <w:rPr>
          <w:rFonts w:cs="Sakkal Majalla"/>
          <w:sz w:val="36"/>
          <w:szCs w:val="38"/>
          <w:rtl/>
        </w:rPr>
        <w:t>الأدبيات</w:t>
      </w:r>
      <w:r w:rsidRPr="008E006D">
        <w:rPr>
          <w:rFonts w:cs="Sakkal Majalla"/>
          <w:sz w:val="36"/>
          <w:szCs w:val="38"/>
        </w:rPr>
        <w:t xml:space="preserve"> </w:t>
      </w:r>
      <w:r w:rsidRPr="008E006D">
        <w:rPr>
          <w:rFonts w:cs="Sakkal Majalla"/>
          <w:sz w:val="36"/>
          <w:szCs w:val="38"/>
          <w:rtl/>
        </w:rPr>
        <w:t>ونتائج</w:t>
      </w:r>
      <w:r w:rsidRPr="008E006D">
        <w:rPr>
          <w:rFonts w:cs="Sakkal Majalla"/>
          <w:sz w:val="36"/>
          <w:szCs w:val="38"/>
        </w:rPr>
        <w:t xml:space="preserve"> </w:t>
      </w:r>
      <w:r w:rsidRPr="008E006D">
        <w:rPr>
          <w:rFonts w:cs="Sakkal Majalla"/>
          <w:sz w:val="36"/>
          <w:szCs w:val="38"/>
          <w:rtl/>
        </w:rPr>
        <w:t>التحليل</w:t>
      </w:r>
      <w:r w:rsidRPr="008E006D">
        <w:rPr>
          <w:rFonts w:cs="Sakkal Majalla"/>
          <w:sz w:val="36"/>
          <w:szCs w:val="38"/>
        </w:rPr>
        <w:t>.</w:t>
      </w:r>
    </w:p>
    <w:p w14:paraId="77AAFF3C" w14:textId="77777777" w:rsidR="008E006D" w:rsidRPr="002D5B89" w:rsidRDefault="008D0B36" w:rsidP="002D5B89">
      <w:pPr>
        <w:pStyle w:val="Heading1"/>
        <w:pageBreakBefore w:val="0"/>
        <w:spacing w:after="200" w:line="276" w:lineRule="auto"/>
        <w:jc w:val="left"/>
        <w:rPr>
          <w:rFonts w:ascii="Sakkal Majalla" w:eastAsia="Noto Sans Arabic" w:hAnsi="Sakkal Majalla" w:cs="Sakkal Majalla"/>
          <w:b/>
          <w:bCs/>
          <w:color w:val="10365E"/>
          <w:sz w:val="38"/>
          <w:szCs w:val="38"/>
        </w:rPr>
      </w:pPr>
      <w:r>
        <w:rPr>
          <w:rFonts w:cs="Sakkal Majalla"/>
          <w:b/>
          <w:sz w:val="36"/>
          <w:szCs w:val="38"/>
        </w:rPr>
        <w:br w:type="page"/>
      </w:r>
      <w:bookmarkStart w:id="10" w:name="_Toc234793624"/>
      <w:r w:rsidR="008E006D" w:rsidRPr="002D5B89">
        <w:rPr>
          <w:rFonts w:ascii="Sakkal Majalla" w:eastAsia="Noto Sans Arabic" w:hAnsi="Sakkal Majalla" w:cs="Sakkal Majalla"/>
          <w:b/>
          <w:bCs/>
          <w:color w:val="10365E"/>
          <w:sz w:val="38"/>
          <w:szCs w:val="38"/>
        </w:rPr>
        <w:lastRenderedPageBreak/>
        <w:t xml:space="preserve">1.9 </w:t>
      </w:r>
      <w:r w:rsidR="008E006D" w:rsidRPr="002D5B89">
        <w:rPr>
          <w:rFonts w:ascii="Sakkal Majalla" w:eastAsia="Noto Sans Arabic" w:hAnsi="Sakkal Majalla" w:cs="Sakkal Majalla"/>
          <w:b/>
          <w:bCs/>
          <w:color w:val="10365E"/>
          <w:sz w:val="38"/>
          <w:szCs w:val="38"/>
          <w:rtl/>
        </w:rPr>
        <w:t>حدود</w:t>
      </w:r>
      <w:r w:rsidR="008E006D" w:rsidRPr="002D5B89">
        <w:rPr>
          <w:rFonts w:ascii="Sakkal Majalla" w:eastAsia="Noto Sans Arabic" w:hAnsi="Sakkal Majalla" w:cs="Sakkal Majalla"/>
          <w:b/>
          <w:bCs/>
          <w:color w:val="10365E"/>
          <w:sz w:val="38"/>
          <w:szCs w:val="38"/>
        </w:rPr>
        <w:t xml:space="preserve"> </w:t>
      </w:r>
      <w:r w:rsidR="008E006D" w:rsidRPr="002D5B89">
        <w:rPr>
          <w:rFonts w:ascii="Sakkal Majalla" w:eastAsia="Noto Sans Arabic" w:hAnsi="Sakkal Majalla" w:cs="Sakkal Majalla"/>
          <w:b/>
          <w:bCs/>
          <w:color w:val="10365E"/>
          <w:sz w:val="38"/>
          <w:szCs w:val="38"/>
          <w:rtl/>
        </w:rPr>
        <w:t>ومجالات</w:t>
      </w:r>
      <w:r w:rsidR="008E006D" w:rsidRPr="002D5B89">
        <w:rPr>
          <w:rFonts w:ascii="Sakkal Majalla" w:eastAsia="Noto Sans Arabic" w:hAnsi="Sakkal Majalla" w:cs="Sakkal Majalla"/>
          <w:b/>
          <w:bCs/>
          <w:color w:val="10365E"/>
          <w:sz w:val="38"/>
          <w:szCs w:val="38"/>
        </w:rPr>
        <w:t xml:space="preserve"> </w:t>
      </w:r>
      <w:r w:rsidR="008E006D" w:rsidRPr="002D5B89">
        <w:rPr>
          <w:rFonts w:ascii="Sakkal Majalla" w:eastAsia="Noto Sans Arabic" w:hAnsi="Sakkal Majalla" w:cs="Sakkal Majalla"/>
          <w:b/>
          <w:bCs/>
          <w:color w:val="10365E"/>
          <w:sz w:val="38"/>
          <w:szCs w:val="38"/>
          <w:rtl/>
        </w:rPr>
        <w:t>الدراسة</w:t>
      </w:r>
      <w:r w:rsidRPr="002D5B89">
        <w:rPr>
          <w:rFonts w:ascii="Sakkal Majalla" w:eastAsia="Noto Sans Arabic" w:hAnsi="Sakkal Majalla" w:cs="Sakkal Majalla" w:hint="cs"/>
          <w:b/>
          <w:bCs/>
          <w:color w:val="10365E"/>
          <w:sz w:val="38"/>
          <w:szCs w:val="38"/>
          <w:rtl/>
        </w:rPr>
        <w:t>:</w:t>
      </w:r>
      <w:bookmarkEnd w:id="10"/>
      <w:r w:rsidRPr="002D5B89">
        <w:rPr>
          <w:rFonts w:ascii="Sakkal Majalla" w:eastAsia="Noto Sans Arabic" w:hAnsi="Sakkal Majalla" w:cs="Sakkal Majalla" w:hint="cs"/>
          <w:b/>
          <w:bCs/>
          <w:color w:val="10365E"/>
          <w:sz w:val="38"/>
          <w:szCs w:val="38"/>
          <w:rtl/>
        </w:rPr>
        <w:t xml:space="preserve"> </w:t>
      </w:r>
    </w:p>
    <w:p w14:paraId="760EA5DE" w14:textId="77777777" w:rsidR="008E006D" w:rsidRPr="008E006D" w:rsidRDefault="008E006D" w:rsidP="008D0B36">
      <w:pPr>
        <w:ind w:firstLine="0"/>
        <w:jc w:val="center"/>
        <w:rPr>
          <w:rFonts w:cs="Sakkal Majalla"/>
          <w:bCs/>
          <w:sz w:val="36"/>
          <w:szCs w:val="38"/>
        </w:rPr>
      </w:pPr>
      <w:r w:rsidRPr="008E006D">
        <w:rPr>
          <w:rFonts w:cs="Sakkal Majalla"/>
          <w:b/>
          <w:bCs/>
          <w:sz w:val="36"/>
          <w:szCs w:val="38"/>
          <w:rtl/>
        </w:rPr>
        <w:t>جدول</w:t>
      </w:r>
      <w:r w:rsidRPr="008E006D">
        <w:rPr>
          <w:rFonts w:cs="Sakkal Majalla"/>
          <w:b/>
          <w:bCs/>
          <w:sz w:val="36"/>
          <w:szCs w:val="38"/>
        </w:rPr>
        <w:t xml:space="preserve"> (1-3</w:t>
      </w:r>
      <w:proofErr w:type="gramStart"/>
      <w:r w:rsidRPr="008E006D">
        <w:rPr>
          <w:rFonts w:cs="Sakkal Majalla"/>
          <w:b/>
          <w:bCs/>
          <w:sz w:val="36"/>
          <w:szCs w:val="38"/>
        </w:rPr>
        <w:t>)</w:t>
      </w:r>
      <w:r w:rsidR="008D0B36">
        <w:rPr>
          <w:rFonts w:cs="Sakkal Majalla" w:hint="cs"/>
          <w:b/>
          <w:bCs/>
          <w:sz w:val="36"/>
          <w:szCs w:val="38"/>
          <w:rtl/>
        </w:rPr>
        <w:t xml:space="preserve"> </w:t>
      </w:r>
      <w:r w:rsidRPr="008E006D">
        <w:rPr>
          <w:rFonts w:cs="Sakkal Majalla"/>
          <w:b/>
          <w:bCs/>
          <w:sz w:val="36"/>
          <w:szCs w:val="38"/>
        </w:rPr>
        <w:t>:</w:t>
      </w:r>
      <w:proofErr w:type="gramEnd"/>
      <w:r w:rsidR="008D0B36">
        <w:rPr>
          <w:rFonts w:cs="Sakkal Majalla" w:hint="cs"/>
          <w:b/>
          <w:bCs/>
          <w:sz w:val="36"/>
          <w:szCs w:val="38"/>
          <w:rtl/>
        </w:rPr>
        <w:t xml:space="preserve"> </w:t>
      </w:r>
      <w:r w:rsidRPr="008E006D">
        <w:rPr>
          <w:rFonts w:cs="Sakkal Majalla"/>
          <w:b/>
          <w:bCs/>
          <w:sz w:val="36"/>
          <w:szCs w:val="38"/>
        </w:rPr>
        <w:t xml:space="preserve"> </w:t>
      </w:r>
      <w:r w:rsidRPr="008E006D">
        <w:rPr>
          <w:rFonts w:cs="Sakkal Majalla"/>
          <w:b/>
          <w:bCs/>
          <w:sz w:val="36"/>
          <w:szCs w:val="38"/>
          <w:rtl/>
        </w:rPr>
        <w:t>حدود</w:t>
      </w:r>
      <w:r w:rsidRPr="008E006D">
        <w:rPr>
          <w:rFonts w:cs="Sakkal Majalla"/>
          <w:b/>
          <w:bCs/>
          <w:sz w:val="36"/>
          <w:szCs w:val="38"/>
        </w:rPr>
        <w:t xml:space="preserve"> </w:t>
      </w:r>
      <w:r w:rsidRPr="008E006D">
        <w:rPr>
          <w:rFonts w:cs="Sakkal Majalla"/>
          <w:b/>
          <w:bCs/>
          <w:sz w:val="36"/>
          <w:szCs w:val="38"/>
          <w:rtl/>
        </w:rPr>
        <w:t>ومجالات</w:t>
      </w:r>
      <w:r w:rsidRPr="008E006D">
        <w:rPr>
          <w:rFonts w:cs="Sakkal Majalla"/>
          <w:b/>
          <w:bCs/>
          <w:sz w:val="36"/>
          <w:szCs w:val="38"/>
        </w:rPr>
        <w:t xml:space="preserve"> </w:t>
      </w:r>
      <w:r w:rsidRPr="008E006D">
        <w:rPr>
          <w:rFonts w:cs="Sakkal Majalla"/>
          <w:b/>
          <w:bCs/>
          <w:sz w:val="36"/>
          <w:szCs w:val="38"/>
          <w:rtl/>
        </w:rPr>
        <w:t>الدراسة</w:t>
      </w:r>
    </w:p>
    <w:tbl>
      <w:tblPr>
        <w:tblStyle w:val="TableGrid"/>
        <w:bidiVisual/>
        <w:tblW w:w="0" w:type="auto"/>
        <w:jc w:val="center"/>
        <w:tblLayout w:type="fixed"/>
        <w:tblLook w:val="04A0" w:firstRow="1" w:lastRow="0" w:firstColumn="1" w:lastColumn="0" w:noHBand="0" w:noVBand="1"/>
      </w:tblPr>
      <w:tblGrid>
        <w:gridCol w:w="2268"/>
        <w:gridCol w:w="7371"/>
      </w:tblGrid>
      <w:tr w:rsidR="008E006D" w:rsidRPr="008E006D" w14:paraId="71FD50CF" w14:textId="77777777" w:rsidTr="003A166C">
        <w:trPr>
          <w:jc w:val="center"/>
        </w:trPr>
        <w:tc>
          <w:tcPr>
            <w:tcW w:w="2268" w:type="dxa"/>
            <w:shd w:val="clear" w:color="auto" w:fill="1F4E79"/>
            <w:tcMar>
              <w:top w:w="110" w:type="dxa"/>
              <w:left w:w="110" w:type="dxa"/>
              <w:bottom w:w="110" w:type="dxa"/>
              <w:right w:w="110" w:type="dxa"/>
            </w:tcMar>
            <w:vAlign w:val="center"/>
          </w:tcPr>
          <w:p w14:paraId="2AFE31CE" w14:textId="77777777" w:rsidR="008E006D" w:rsidRPr="008D0B36" w:rsidRDefault="008E006D" w:rsidP="008D0B36">
            <w:pPr>
              <w:ind w:firstLine="0"/>
              <w:jc w:val="center"/>
              <w:rPr>
                <w:rFonts w:cs="Sakkal Majalla"/>
                <w:color w:val="FFFFFF" w:themeColor="background1"/>
                <w:sz w:val="36"/>
                <w:szCs w:val="38"/>
              </w:rPr>
            </w:pPr>
            <w:r w:rsidRPr="008D0B36">
              <w:rPr>
                <w:rFonts w:cs="Sakkal Majalla"/>
                <w:b/>
                <w:bCs/>
                <w:color w:val="FFFFFF" w:themeColor="background1"/>
                <w:sz w:val="36"/>
                <w:szCs w:val="38"/>
                <w:rtl/>
              </w:rPr>
              <w:t>نوع</w:t>
            </w:r>
            <w:r w:rsidRPr="008D0B36">
              <w:rPr>
                <w:rFonts w:cs="Sakkal Majalla"/>
                <w:b/>
                <w:color w:val="FFFFFF" w:themeColor="background1"/>
                <w:sz w:val="36"/>
                <w:szCs w:val="38"/>
              </w:rPr>
              <w:t xml:space="preserve"> </w:t>
            </w:r>
            <w:r w:rsidRPr="008D0B36">
              <w:rPr>
                <w:rFonts w:cs="Sakkal Majalla"/>
                <w:b/>
                <w:bCs/>
                <w:color w:val="FFFFFF" w:themeColor="background1"/>
                <w:sz w:val="36"/>
                <w:szCs w:val="38"/>
                <w:rtl/>
              </w:rPr>
              <w:t>الحد</w:t>
            </w:r>
          </w:p>
        </w:tc>
        <w:tc>
          <w:tcPr>
            <w:tcW w:w="7371" w:type="dxa"/>
            <w:shd w:val="clear" w:color="auto" w:fill="1F4E79"/>
            <w:tcMar>
              <w:top w:w="110" w:type="dxa"/>
              <w:left w:w="110" w:type="dxa"/>
              <w:bottom w:w="110" w:type="dxa"/>
              <w:right w:w="110" w:type="dxa"/>
            </w:tcMar>
            <w:vAlign w:val="center"/>
          </w:tcPr>
          <w:p w14:paraId="74C984EC" w14:textId="77777777" w:rsidR="008E006D" w:rsidRPr="008D0B36" w:rsidRDefault="008E006D" w:rsidP="008D0B36">
            <w:pPr>
              <w:ind w:firstLine="0"/>
              <w:jc w:val="center"/>
              <w:rPr>
                <w:rFonts w:cs="Sakkal Majalla"/>
                <w:color w:val="FFFFFF" w:themeColor="background1"/>
                <w:sz w:val="36"/>
                <w:szCs w:val="38"/>
              </w:rPr>
            </w:pPr>
            <w:r w:rsidRPr="008D0B36">
              <w:rPr>
                <w:rFonts w:cs="Sakkal Majalla"/>
                <w:b/>
                <w:bCs/>
                <w:color w:val="FFFFFF" w:themeColor="background1"/>
                <w:sz w:val="36"/>
                <w:szCs w:val="38"/>
                <w:rtl/>
              </w:rPr>
              <w:t>الوصف</w:t>
            </w:r>
          </w:p>
        </w:tc>
      </w:tr>
      <w:tr w:rsidR="008E006D" w:rsidRPr="008E006D" w14:paraId="0F7D821F" w14:textId="77777777" w:rsidTr="003A166C">
        <w:trPr>
          <w:jc w:val="center"/>
        </w:trPr>
        <w:tc>
          <w:tcPr>
            <w:tcW w:w="2268" w:type="dxa"/>
            <w:shd w:val="clear" w:color="auto" w:fill="F2F6FA"/>
            <w:tcMar>
              <w:top w:w="110" w:type="dxa"/>
              <w:left w:w="110" w:type="dxa"/>
              <w:bottom w:w="110" w:type="dxa"/>
              <w:right w:w="110" w:type="dxa"/>
            </w:tcMar>
            <w:vAlign w:val="center"/>
          </w:tcPr>
          <w:p w14:paraId="1E1217CD" w14:textId="77777777" w:rsidR="008E006D" w:rsidRPr="008E006D" w:rsidRDefault="008E006D" w:rsidP="008D0B36">
            <w:pPr>
              <w:ind w:firstLine="0"/>
              <w:jc w:val="center"/>
              <w:rPr>
                <w:rFonts w:cs="Sakkal Majalla"/>
                <w:sz w:val="36"/>
                <w:szCs w:val="38"/>
              </w:rPr>
            </w:pPr>
            <w:r w:rsidRPr="008E006D">
              <w:rPr>
                <w:rFonts w:cs="Sakkal Majalla"/>
                <w:sz w:val="36"/>
                <w:szCs w:val="38"/>
                <w:rtl/>
              </w:rPr>
              <w:t>الحدود</w:t>
            </w:r>
            <w:r w:rsidRPr="008E006D">
              <w:rPr>
                <w:rFonts w:cs="Sakkal Majalla"/>
                <w:sz w:val="36"/>
                <w:szCs w:val="38"/>
              </w:rPr>
              <w:t xml:space="preserve"> </w:t>
            </w:r>
            <w:r w:rsidRPr="008E006D">
              <w:rPr>
                <w:rFonts w:cs="Sakkal Majalla"/>
                <w:sz w:val="36"/>
                <w:szCs w:val="38"/>
                <w:rtl/>
              </w:rPr>
              <w:t>الموضوعية</w:t>
            </w:r>
          </w:p>
        </w:tc>
        <w:tc>
          <w:tcPr>
            <w:tcW w:w="7371" w:type="dxa"/>
            <w:shd w:val="clear" w:color="auto" w:fill="F2F6FA"/>
            <w:tcMar>
              <w:top w:w="110" w:type="dxa"/>
              <w:left w:w="110" w:type="dxa"/>
              <w:bottom w:w="110" w:type="dxa"/>
              <w:right w:w="110" w:type="dxa"/>
            </w:tcMar>
            <w:vAlign w:val="center"/>
          </w:tcPr>
          <w:p w14:paraId="3727DE07" w14:textId="77777777" w:rsidR="008E006D" w:rsidRPr="008E006D" w:rsidRDefault="008E006D" w:rsidP="008D0B36">
            <w:pPr>
              <w:ind w:firstLine="0"/>
              <w:jc w:val="center"/>
              <w:rPr>
                <w:rFonts w:cs="Sakkal Majalla"/>
                <w:sz w:val="36"/>
                <w:szCs w:val="38"/>
              </w:rPr>
            </w:pPr>
            <w:r w:rsidRPr="008E006D">
              <w:rPr>
                <w:rFonts w:cs="Sakkal Majalla"/>
                <w:sz w:val="36"/>
                <w:szCs w:val="38"/>
                <w:rtl/>
              </w:rPr>
              <w:t>تقتصر</w:t>
            </w:r>
            <w:r w:rsidRPr="008E006D">
              <w:rPr>
                <w:rFonts w:cs="Sakkal Majalla"/>
                <w:sz w:val="36"/>
                <w:szCs w:val="38"/>
              </w:rPr>
              <w:t xml:space="preserve"> </w:t>
            </w:r>
            <w:r w:rsidRPr="008E006D">
              <w:rPr>
                <w:rFonts w:cs="Sakkal Majalla"/>
                <w:sz w:val="36"/>
                <w:szCs w:val="38"/>
                <w:rtl/>
              </w:rPr>
              <w:t>الدراسة</w:t>
            </w:r>
            <w:r w:rsidRPr="008E006D">
              <w:rPr>
                <w:rFonts w:cs="Sakkal Majalla"/>
                <w:sz w:val="36"/>
                <w:szCs w:val="38"/>
              </w:rPr>
              <w:t xml:space="preserve"> </w:t>
            </w:r>
            <w:r w:rsidRPr="008E006D">
              <w:rPr>
                <w:rFonts w:cs="Sakkal Majalla"/>
                <w:sz w:val="36"/>
                <w:szCs w:val="38"/>
                <w:rtl/>
              </w:rPr>
              <w:t>على</w:t>
            </w:r>
            <w:r w:rsidRPr="008E006D">
              <w:rPr>
                <w:rFonts w:cs="Sakkal Majalla"/>
                <w:sz w:val="36"/>
                <w:szCs w:val="38"/>
              </w:rPr>
              <w:t xml:space="preserve"> </w:t>
            </w:r>
            <w:r w:rsidRPr="008E006D">
              <w:rPr>
                <w:rFonts w:cs="Sakkal Majalla"/>
                <w:sz w:val="36"/>
                <w:szCs w:val="38"/>
                <w:rtl/>
              </w:rPr>
              <w:t>أثر</w:t>
            </w:r>
            <w:r w:rsidRPr="008E006D">
              <w:rPr>
                <w:rFonts w:cs="Sakkal Majalla"/>
                <w:sz w:val="36"/>
                <w:szCs w:val="38"/>
              </w:rPr>
              <w:t xml:space="preserve"> </w:t>
            </w:r>
            <w:r w:rsidRPr="008E006D">
              <w:rPr>
                <w:rFonts w:cs="Sakkal Majalla"/>
                <w:sz w:val="36"/>
                <w:szCs w:val="38"/>
                <w:rtl/>
              </w:rPr>
              <w:t>أبعاد</w:t>
            </w:r>
            <w:r w:rsidRPr="008E006D">
              <w:rPr>
                <w:rFonts w:cs="Sakkal Majalla"/>
                <w:sz w:val="36"/>
                <w:szCs w:val="38"/>
              </w:rPr>
              <w:t xml:space="preserve"> </w:t>
            </w:r>
            <w:r w:rsidRPr="008E006D">
              <w:rPr>
                <w:rFonts w:cs="Sakkal Majalla"/>
                <w:sz w:val="36"/>
                <w:szCs w:val="38"/>
                <w:rtl/>
              </w:rPr>
              <w:t>التحول</w:t>
            </w:r>
            <w:r w:rsidRPr="008E006D">
              <w:rPr>
                <w:rFonts w:cs="Sakkal Majalla"/>
                <w:sz w:val="36"/>
                <w:szCs w:val="38"/>
              </w:rPr>
              <w:t xml:space="preserve"> </w:t>
            </w:r>
            <w:r w:rsidRPr="008E006D">
              <w:rPr>
                <w:rFonts w:cs="Sakkal Majalla"/>
                <w:sz w:val="36"/>
                <w:szCs w:val="38"/>
                <w:rtl/>
              </w:rPr>
              <w:t>الرقمي</w:t>
            </w:r>
            <w:r w:rsidRPr="008E006D">
              <w:rPr>
                <w:rFonts w:cs="Sakkal Majalla"/>
                <w:sz w:val="36"/>
                <w:szCs w:val="38"/>
              </w:rPr>
              <w:t xml:space="preserve"> </w:t>
            </w:r>
            <w:r w:rsidRPr="008E006D">
              <w:rPr>
                <w:rFonts w:cs="Sakkal Majalla"/>
                <w:sz w:val="36"/>
                <w:szCs w:val="38"/>
                <w:rtl/>
              </w:rPr>
              <w:t>في</w:t>
            </w:r>
            <w:r w:rsidRPr="008E006D">
              <w:rPr>
                <w:rFonts w:cs="Sakkal Majalla"/>
                <w:sz w:val="36"/>
                <w:szCs w:val="38"/>
              </w:rPr>
              <w:t xml:space="preserve"> </w:t>
            </w:r>
            <w:r w:rsidRPr="008E006D">
              <w:rPr>
                <w:rFonts w:cs="Sakkal Majalla"/>
                <w:sz w:val="36"/>
                <w:szCs w:val="38"/>
                <w:rtl/>
              </w:rPr>
              <w:t>إدارة</w:t>
            </w:r>
            <w:r w:rsidRPr="008E006D">
              <w:rPr>
                <w:rFonts w:cs="Sakkal Majalla"/>
                <w:sz w:val="36"/>
                <w:szCs w:val="38"/>
              </w:rPr>
              <w:t xml:space="preserve"> </w:t>
            </w:r>
            <w:r w:rsidRPr="008E006D">
              <w:rPr>
                <w:rFonts w:cs="Sakkal Majalla"/>
                <w:sz w:val="36"/>
                <w:szCs w:val="38"/>
                <w:rtl/>
              </w:rPr>
              <w:t>المشاريع</w:t>
            </w:r>
            <w:r w:rsidRPr="008E006D">
              <w:rPr>
                <w:rFonts w:cs="Sakkal Majalla"/>
                <w:sz w:val="36"/>
                <w:szCs w:val="38"/>
              </w:rPr>
              <w:t xml:space="preserve"> </w:t>
            </w:r>
            <w:r w:rsidRPr="008E006D">
              <w:rPr>
                <w:rFonts w:cs="Sakkal Majalla"/>
                <w:sz w:val="36"/>
                <w:szCs w:val="38"/>
                <w:rtl/>
              </w:rPr>
              <w:t>على</w:t>
            </w:r>
            <w:r w:rsidRPr="008E006D">
              <w:rPr>
                <w:rFonts w:cs="Sakkal Majalla"/>
                <w:sz w:val="36"/>
                <w:szCs w:val="38"/>
              </w:rPr>
              <w:t xml:space="preserve"> </w:t>
            </w:r>
            <w:r w:rsidRPr="008E006D">
              <w:rPr>
                <w:rFonts w:cs="Sakkal Majalla"/>
                <w:sz w:val="36"/>
                <w:szCs w:val="38"/>
                <w:rtl/>
              </w:rPr>
              <w:t>نجاح</w:t>
            </w:r>
            <w:r w:rsidRPr="008E006D">
              <w:rPr>
                <w:rFonts w:cs="Sakkal Majalla"/>
                <w:sz w:val="36"/>
                <w:szCs w:val="38"/>
              </w:rPr>
              <w:t xml:space="preserve"> </w:t>
            </w:r>
            <w:r w:rsidRPr="008E006D">
              <w:rPr>
                <w:rFonts w:cs="Sakkal Majalla"/>
                <w:sz w:val="36"/>
                <w:szCs w:val="38"/>
                <w:rtl/>
              </w:rPr>
              <w:t>المشاريع</w:t>
            </w:r>
            <w:r w:rsidRPr="008E006D">
              <w:rPr>
                <w:rFonts w:cs="Sakkal Majalla"/>
                <w:sz w:val="36"/>
                <w:szCs w:val="38"/>
              </w:rPr>
              <w:t xml:space="preserve"> </w:t>
            </w:r>
            <w:r w:rsidRPr="008E006D">
              <w:rPr>
                <w:rFonts w:cs="Sakkal Majalla"/>
                <w:sz w:val="36"/>
                <w:szCs w:val="38"/>
                <w:rtl/>
              </w:rPr>
              <w:t>الحكومية</w:t>
            </w:r>
            <w:r w:rsidRPr="008E006D">
              <w:rPr>
                <w:rFonts w:cs="Sakkal Majalla"/>
                <w:sz w:val="36"/>
                <w:szCs w:val="38"/>
              </w:rPr>
              <w:t>.</w:t>
            </w:r>
          </w:p>
        </w:tc>
      </w:tr>
      <w:tr w:rsidR="008E006D" w:rsidRPr="008E006D" w14:paraId="423C9DBC" w14:textId="77777777" w:rsidTr="003A166C">
        <w:trPr>
          <w:jc w:val="center"/>
        </w:trPr>
        <w:tc>
          <w:tcPr>
            <w:tcW w:w="2268" w:type="dxa"/>
            <w:shd w:val="clear" w:color="auto" w:fill="FFFFFF"/>
            <w:tcMar>
              <w:top w:w="110" w:type="dxa"/>
              <w:left w:w="110" w:type="dxa"/>
              <w:bottom w:w="110" w:type="dxa"/>
              <w:right w:w="110" w:type="dxa"/>
            </w:tcMar>
            <w:vAlign w:val="center"/>
          </w:tcPr>
          <w:p w14:paraId="5CF58EFD" w14:textId="77777777" w:rsidR="008E006D" w:rsidRPr="008E006D" w:rsidRDefault="008E006D" w:rsidP="008D0B36">
            <w:pPr>
              <w:ind w:firstLine="0"/>
              <w:jc w:val="center"/>
              <w:rPr>
                <w:rFonts w:cs="Sakkal Majalla"/>
                <w:sz w:val="36"/>
                <w:szCs w:val="38"/>
              </w:rPr>
            </w:pPr>
            <w:r w:rsidRPr="008E006D">
              <w:rPr>
                <w:rFonts w:cs="Sakkal Majalla"/>
                <w:sz w:val="36"/>
                <w:szCs w:val="38"/>
                <w:rtl/>
              </w:rPr>
              <w:t>الحدود</w:t>
            </w:r>
            <w:r w:rsidRPr="008E006D">
              <w:rPr>
                <w:rFonts w:cs="Sakkal Majalla"/>
                <w:sz w:val="36"/>
                <w:szCs w:val="38"/>
              </w:rPr>
              <w:t xml:space="preserve"> </w:t>
            </w:r>
            <w:r w:rsidRPr="008E006D">
              <w:rPr>
                <w:rFonts w:cs="Sakkal Majalla"/>
                <w:sz w:val="36"/>
                <w:szCs w:val="38"/>
                <w:rtl/>
              </w:rPr>
              <w:t>المكانية</w:t>
            </w:r>
          </w:p>
        </w:tc>
        <w:tc>
          <w:tcPr>
            <w:tcW w:w="7371" w:type="dxa"/>
            <w:shd w:val="clear" w:color="auto" w:fill="FFFFFF"/>
            <w:tcMar>
              <w:top w:w="110" w:type="dxa"/>
              <w:left w:w="110" w:type="dxa"/>
              <w:bottom w:w="110" w:type="dxa"/>
              <w:right w:w="110" w:type="dxa"/>
            </w:tcMar>
            <w:vAlign w:val="center"/>
          </w:tcPr>
          <w:p w14:paraId="537B74CC" w14:textId="77777777" w:rsidR="008E006D" w:rsidRPr="008E006D" w:rsidRDefault="008E006D" w:rsidP="008D0B36">
            <w:pPr>
              <w:ind w:firstLine="0"/>
              <w:jc w:val="center"/>
              <w:rPr>
                <w:rFonts w:cs="Sakkal Majalla"/>
                <w:sz w:val="36"/>
                <w:szCs w:val="38"/>
              </w:rPr>
            </w:pPr>
            <w:r w:rsidRPr="008E006D">
              <w:rPr>
                <w:rFonts w:cs="Sakkal Majalla"/>
                <w:sz w:val="36"/>
                <w:szCs w:val="38"/>
                <w:rtl/>
              </w:rPr>
              <w:t>الجهات</w:t>
            </w:r>
            <w:r w:rsidRPr="008E006D">
              <w:rPr>
                <w:rFonts w:cs="Sakkal Majalla"/>
                <w:sz w:val="36"/>
                <w:szCs w:val="38"/>
              </w:rPr>
              <w:t xml:space="preserve"> </w:t>
            </w:r>
            <w:r w:rsidRPr="008E006D">
              <w:rPr>
                <w:rFonts w:cs="Sakkal Majalla"/>
                <w:sz w:val="36"/>
                <w:szCs w:val="38"/>
                <w:rtl/>
              </w:rPr>
              <w:t>الحكومية</w:t>
            </w:r>
            <w:r w:rsidRPr="008E006D">
              <w:rPr>
                <w:rFonts w:cs="Sakkal Majalla"/>
                <w:sz w:val="36"/>
                <w:szCs w:val="38"/>
              </w:rPr>
              <w:t xml:space="preserve"> </w:t>
            </w:r>
            <w:r w:rsidRPr="008E006D">
              <w:rPr>
                <w:rFonts w:cs="Sakkal Majalla"/>
                <w:sz w:val="36"/>
                <w:szCs w:val="38"/>
                <w:rtl/>
              </w:rPr>
              <w:t>السعودية</w:t>
            </w:r>
            <w:r w:rsidRPr="008E006D">
              <w:rPr>
                <w:rFonts w:cs="Sakkal Majalla"/>
                <w:sz w:val="36"/>
                <w:szCs w:val="38"/>
              </w:rPr>
              <w:t xml:space="preserve"> </w:t>
            </w:r>
            <w:r w:rsidRPr="008E006D">
              <w:rPr>
                <w:rFonts w:cs="Sakkal Majalla"/>
                <w:sz w:val="36"/>
                <w:szCs w:val="38"/>
                <w:rtl/>
              </w:rPr>
              <w:t>التي</w:t>
            </w:r>
            <w:r w:rsidRPr="008E006D">
              <w:rPr>
                <w:rFonts w:cs="Sakkal Majalla"/>
                <w:sz w:val="36"/>
                <w:szCs w:val="38"/>
              </w:rPr>
              <w:t xml:space="preserve"> </w:t>
            </w:r>
            <w:r w:rsidRPr="008E006D">
              <w:rPr>
                <w:rFonts w:cs="Sakkal Majalla"/>
                <w:sz w:val="36"/>
                <w:szCs w:val="38"/>
                <w:rtl/>
              </w:rPr>
              <w:t>تنفذ</w:t>
            </w:r>
            <w:r w:rsidRPr="008E006D">
              <w:rPr>
                <w:rFonts w:cs="Sakkal Majalla"/>
                <w:sz w:val="36"/>
                <w:szCs w:val="38"/>
              </w:rPr>
              <w:t xml:space="preserve"> </w:t>
            </w:r>
            <w:r w:rsidRPr="008E006D">
              <w:rPr>
                <w:rFonts w:cs="Sakkal Majalla"/>
                <w:sz w:val="36"/>
                <w:szCs w:val="38"/>
                <w:rtl/>
              </w:rPr>
              <w:t>أو</w:t>
            </w:r>
            <w:r w:rsidRPr="008E006D">
              <w:rPr>
                <w:rFonts w:cs="Sakkal Majalla"/>
                <w:sz w:val="36"/>
                <w:szCs w:val="38"/>
              </w:rPr>
              <w:t xml:space="preserve"> </w:t>
            </w:r>
            <w:r w:rsidRPr="008E006D">
              <w:rPr>
                <w:rFonts w:cs="Sakkal Majalla"/>
                <w:sz w:val="36"/>
                <w:szCs w:val="38"/>
                <w:rtl/>
              </w:rPr>
              <w:t>تشرف</w:t>
            </w:r>
            <w:r w:rsidRPr="008E006D">
              <w:rPr>
                <w:rFonts w:cs="Sakkal Majalla"/>
                <w:sz w:val="36"/>
                <w:szCs w:val="38"/>
              </w:rPr>
              <w:t xml:space="preserve"> </w:t>
            </w:r>
            <w:r w:rsidRPr="008E006D">
              <w:rPr>
                <w:rFonts w:cs="Sakkal Majalla"/>
                <w:sz w:val="36"/>
                <w:szCs w:val="38"/>
                <w:rtl/>
              </w:rPr>
              <w:t>على</w:t>
            </w:r>
            <w:r w:rsidRPr="008E006D">
              <w:rPr>
                <w:rFonts w:cs="Sakkal Majalla"/>
                <w:sz w:val="36"/>
                <w:szCs w:val="38"/>
              </w:rPr>
              <w:t xml:space="preserve"> </w:t>
            </w:r>
            <w:r w:rsidRPr="008E006D">
              <w:rPr>
                <w:rFonts w:cs="Sakkal Majalla"/>
                <w:sz w:val="36"/>
                <w:szCs w:val="38"/>
                <w:rtl/>
              </w:rPr>
              <w:t>مشاريع</w:t>
            </w:r>
            <w:r w:rsidRPr="008E006D">
              <w:rPr>
                <w:rFonts w:cs="Sakkal Majalla"/>
                <w:sz w:val="36"/>
                <w:szCs w:val="38"/>
              </w:rPr>
              <w:t xml:space="preserve"> </w:t>
            </w:r>
            <w:r w:rsidRPr="008E006D">
              <w:rPr>
                <w:rFonts w:cs="Sakkal Majalla"/>
                <w:sz w:val="36"/>
                <w:szCs w:val="38"/>
                <w:rtl/>
              </w:rPr>
              <w:t>رقمية</w:t>
            </w:r>
            <w:r w:rsidRPr="008E006D">
              <w:rPr>
                <w:rFonts w:cs="Sakkal Majalla"/>
                <w:sz w:val="36"/>
                <w:szCs w:val="38"/>
              </w:rPr>
              <w:t xml:space="preserve"> </w:t>
            </w:r>
            <w:r w:rsidRPr="008E006D">
              <w:rPr>
                <w:rFonts w:cs="Sakkal Majalla"/>
                <w:sz w:val="36"/>
                <w:szCs w:val="38"/>
                <w:rtl/>
              </w:rPr>
              <w:t>أو</w:t>
            </w:r>
            <w:r w:rsidRPr="008E006D">
              <w:rPr>
                <w:rFonts w:cs="Sakkal Majalla"/>
                <w:sz w:val="36"/>
                <w:szCs w:val="38"/>
              </w:rPr>
              <w:t xml:space="preserve"> </w:t>
            </w:r>
            <w:r w:rsidRPr="008E006D">
              <w:rPr>
                <w:rFonts w:cs="Sakkal Majalla"/>
                <w:sz w:val="36"/>
                <w:szCs w:val="38"/>
                <w:rtl/>
              </w:rPr>
              <w:t>مشاريع</w:t>
            </w:r>
            <w:r w:rsidRPr="008E006D">
              <w:rPr>
                <w:rFonts w:cs="Sakkal Majalla"/>
                <w:sz w:val="36"/>
                <w:szCs w:val="38"/>
              </w:rPr>
              <w:t xml:space="preserve"> </w:t>
            </w:r>
            <w:r w:rsidRPr="008E006D">
              <w:rPr>
                <w:rFonts w:cs="Sakkal Majalla"/>
                <w:sz w:val="36"/>
                <w:szCs w:val="38"/>
                <w:rtl/>
              </w:rPr>
              <w:t>تتضمن</w:t>
            </w:r>
            <w:r w:rsidRPr="008E006D">
              <w:rPr>
                <w:rFonts w:cs="Sakkal Majalla"/>
                <w:sz w:val="36"/>
                <w:szCs w:val="38"/>
              </w:rPr>
              <w:t xml:space="preserve"> </w:t>
            </w:r>
            <w:r w:rsidRPr="008E006D">
              <w:rPr>
                <w:rFonts w:cs="Sakkal Majalla"/>
                <w:sz w:val="36"/>
                <w:szCs w:val="38"/>
                <w:rtl/>
              </w:rPr>
              <w:t>مكونات</w:t>
            </w:r>
            <w:r w:rsidRPr="008E006D">
              <w:rPr>
                <w:rFonts w:cs="Sakkal Majalla"/>
                <w:sz w:val="36"/>
                <w:szCs w:val="38"/>
              </w:rPr>
              <w:t xml:space="preserve"> </w:t>
            </w:r>
            <w:r w:rsidRPr="008E006D">
              <w:rPr>
                <w:rFonts w:cs="Sakkal Majalla"/>
                <w:sz w:val="36"/>
                <w:szCs w:val="38"/>
                <w:rtl/>
              </w:rPr>
              <w:t>رقمية</w:t>
            </w:r>
            <w:r w:rsidRPr="008E006D">
              <w:rPr>
                <w:rFonts w:cs="Sakkal Majalla"/>
                <w:sz w:val="36"/>
                <w:szCs w:val="38"/>
              </w:rPr>
              <w:t>.</w:t>
            </w:r>
          </w:p>
        </w:tc>
      </w:tr>
      <w:tr w:rsidR="008E006D" w:rsidRPr="008E006D" w14:paraId="59F488A7" w14:textId="77777777" w:rsidTr="003A166C">
        <w:trPr>
          <w:jc w:val="center"/>
        </w:trPr>
        <w:tc>
          <w:tcPr>
            <w:tcW w:w="2268" w:type="dxa"/>
            <w:shd w:val="clear" w:color="auto" w:fill="F2F6FA"/>
            <w:tcMar>
              <w:top w:w="110" w:type="dxa"/>
              <w:left w:w="110" w:type="dxa"/>
              <w:bottom w:w="110" w:type="dxa"/>
              <w:right w:w="110" w:type="dxa"/>
            </w:tcMar>
            <w:vAlign w:val="center"/>
          </w:tcPr>
          <w:p w14:paraId="2A7C1728" w14:textId="77777777" w:rsidR="008E006D" w:rsidRPr="008E006D" w:rsidRDefault="008E006D" w:rsidP="008D0B36">
            <w:pPr>
              <w:ind w:firstLine="0"/>
              <w:jc w:val="center"/>
              <w:rPr>
                <w:rFonts w:cs="Sakkal Majalla"/>
                <w:sz w:val="36"/>
                <w:szCs w:val="38"/>
              </w:rPr>
            </w:pPr>
            <w:r w:rsidRPr="008E006D">
              <w:rPr>
                <w:rFonts w:cs="Sakkal Majalla"/>
                <w:sz w:val="36"/>
                <w:szCs w:val="38"/>
                <w:rtl/>
              </w:rPr>
              <w:t>الحدود</w:t>
            </w:r>
            <w:r w:rsidRPr="008E006D">
              <w:rPr>
                <w:rFonts w:cs="Sakkal Majalla"/>
                <w:sz w:val="36"/>
                <w:szCs w:val="38"/>
              </w:rPr>
              <w:t xml:space="preserve"> </w:t>
            </w:r>
            <w:r w:rsidRPr="008E006D">
              <w:rPr>
                <w:rFonts w:cs="Sakkal Majalla"/>
                <w:sz w:val="36"/>
                <w:szCs w:val="38"/>
                <w:rtl/>
              </w:rPr>
              <w:t>البشرية</w:t>
            </w:r>
          </w:p>
        </w:tc>
        <w:tc>
          <w:tcPr>
            <w:tcW w:w="7371" w:type="dxa"/>
            <w:shd w:val="clear" w:color="auto" w:fill="F2F6FA"/>
            <w:tcMar>
              <w:top w:w="110" w:type="dxa"/>
              <w:left w:w="110" w:type="dxa"/>
              <w:bottom w:w="110" w:type="dxa"/>
              <w:right w:w="110" w:type="dxa"/>
            </w:tcMar>
            <w:vAlign w:val="center"/>
          </w:tcPr>
          <w:p w14:paraId="7591158C" w14:textId="77777777" w:rsidR="008E006D" w:rsidRPr="008E006D" w:rsidRDefault="008E006D" w:rsidP="008D0B36">
            <w:pPr>
              <w:ind w:firstLine="0"/>
              <w:jc w:val="center"/>
              <w:rPr>
                <w:rFonts w:cs="Sakkal Majalla"/>
                <w:sz w:val="36"/>
                <w:szCs w:val="38"/>
              </w:rPr>
            </w:pPr>
            <w:r w:rsidRPr="008E006D">
              <w:rPr>
                <w:rFonts w:cs="Sakkal Majalla"/>
                <w:sz w:val="36"/>
                <w:szCs w:val="38"/>
                <w:rtl/>
              </w:rPr>
              <w:t>مديرو</w:t>
            </w:r>
            <w:r w:rsidRPr="008E006D">
              <w:rPr>
                <w:rFonts w:cs="Sakkal Majalla"/>
                <w:sz w:val="36"/>
                <w:szCs w:val="38"/>
              </w:rPr>
              <w:t xml:space="preserve"> </w:t>
            </w:r>
            <w:r w:rsidRPr="008E006D">
              <w:rPr>
                <w:rFonts w:cs="Sakkal Majalla"/>
                <w:sz w:val="36"/>
                <w:szCs w:val="38"/>
                <w:rtl/>
              </w:rPr>
              <w:t>المشاريع،</w:t>
            </w:r>
            <w:r w:rsidRPr="008E006D">
              <w:rPr>
                <w:rFonts w:cs="Sakkal Majalla"/>
                <w:sz w:val="36"/>
                <w:szCs w:val="38"/>
              </w:rPr>
              <w:t xml:space="preserve"> </w:t>
            </w:r>
            <w:r w:rsidRPr="008E006D">
              <w:rPr>
                <w:rFonts w:cs="Sakkal Majalla"/>
                <w:sz w:val="36"/>
                <w:szCs w:val="38"/>
                <w:rtl/>
              </w:rPr>
              <w:t>مديرو</w:t>
            </w:r>
            <w:r w:rsidRPr="008E006D">
              <w:rPr>
                <w:rFonts w:cs="Sakkal Majalla"/>
                <w:sz w:val="36"/>
                <w:szCs w:val="38"/>
              </w:rPr>
              <w:t xml:space="preserve"> </w:t>
            </w:r>
            <w:r w:rsidRPr="008E006D">
              <w:rPr>
                <w:rFonts w:cs="Sakkal Majalla"/>
                <w:sz w:val="36"/>
                <w:szCs w:val="38"/>
                <w:rtl/>
              </w:rPr>
              <w:t>مكاتب</w:t>
            </w:r>
            <w:r w:rsidRPr="008E006D">
              <w:rPr>
                <w:rFonts w:cs="Sakkal Majalla"/>
                <w:sz w:val="36"/>
                <w:szCs w:val="38"/>
              </w:rPr>
              <w:t xml:space="preserve"> </w:t>
            </w:r>
            <w:r w:rsidRPr="008E006D">
              <w:rPr>
                <w:rFonts w:cs="Sakkal Majalla"/>
                <w:sz w:val="36"/>
                <w:szCs w:val="38"/>
                <w:rtl/>
              </w:rPr>
              <w:t>إدارة</w:t>
            </w:r>
            <w:r w:rsidRPr="008E006D">
              <w:rPr>
                <w:rFonts w:cs="Sakkal Majalla"/>
                <w:sz w:val="36"/>
                <w:szCs w:val="38"/>
              </w:rPr>
              <w:t xml:space="preserve"> </w:t>
            </w:r>
            <w:r w:rsidRPr="008E006D">
              <w:rPr>
                <w:rFonts w:cs="Sakkal Majalla"/>
                <w:sz w:val="36"/>
                <w:szCs w:val="38"/>
                <w:rtl/>
              </w:rPr>
              <w:t>المشاريع،</w:t>
            </w:r>
            <w:r w:rsidRPr="008E006D">
              <w:rPr>
                <w:rFonts w:cs="Sakkal Majalla"/>
                <w:sz w:val="36"/>
                <w:szCs w:val="38"/>
              </w:rPr>
              <w:t xml:space="preserve"> </w:t>
            </w:r>
            <w:r w:rsidRPr="008E006D">
              <w:rPr>
                <w:rFonts w:cs="Sakkal Majalla"/>
                <w:sz w:val="36"/>
                <w:szCs w:val="38"/>
                <w:rtl/>
              </w:rPr>
              <w:t>أعضاء</w:t>
            </w:r>
            <w:r w:rsidRPr="008E006D">
              <w:rPr>
                <w:rFonts w:cs="Sakkal Majalla"/>
                <w:sz w:val="36"/>
                <w:szCs w:val="38"/>
              </w:rPr>
              <w:t xml:space="preserve"> </w:t>
            </w:r>
            <w:r w:rsidRPr="008E006D">
              <w:rPr>
                <w:rFonts w:cs="Sakkal Majalla"/>
                <w:sz w:val="36"/>
                <w:szCs w:val="38"/>
                <w:rtl/>
              </w:rPr>
              <w:t>فرق</w:t>
            </w:r>
            <w:r w:rsidRPr="008E006D">
              <w:rPr>
                <w:rFonts w:cs="Sakkal Majalla"/>
                <w:sz w:val="36"/>
                <w:szCs w:val="38"/>
              </w:rPr>
              <w:t xml:space="preserve"> </w:t>
            </w:r>
            <w:r w:rsidRPr="008E006D">
              <w:rPr>
                <w:rFonts w:cs="Sakkal Majalla"/>
                <w:sz w:val="36"/>
                <w:szCs w:val="38"/>
                <w:rtl/>
              </w:rPr>
              <w:t>المشاريع،</w:t>
            </w:r>
            <w:r w:rsidRPr="008E006D">
              <w:rPr>
                <w:rFonts w:cs="Sakkal Majalla"/>
                <w:sz w:val="36"/>
                <w:szCs w:val="38"/>
              </w:rPr>
              <w:t xml:space="preserve"> </w:t>
            </w:r>
            <w:r w:rsidRPr="008E006D">
              <w:rPr>
                <w:rFonts w:cs="Sakkal Majalla"/>
                <w:sz w:val="36"/>
                <w:szCs w:val="38"/>
                <w:rtl/>
              </w:rPr>
              <w:t>المختصون</w:t>
            </w:r>
            <w:r w:rsidRPr="008E006D">
              <w:rPr>
                <w:rFonts w:cs="Sakkal Majalla"/>
                <w:sz w:val="36"/>
                <w:szCs w:val="38"/>
              </w:rPr>
              <w:t xml:space="preserve"> </w:t>
            </w:r>
            <w:r w:rsidRPr="008E006D">
              <w:rPr>
                <w:rFonts w:cs="Sakkal Majalla"/>
                <w:sz w:val="36"/>
                <w:szCs w:val="38"/>
                <w:rtl/>
              </w:rPr>
              <w:t>بالتحول</w:t>
            </w:r>
            <w:r w:rsidRPr="008E006D">
              <w:rPr>
                <w:rFonts w:cs="Sakkal Majalla"/>
                <w:sz w:val="36"/>
                <w:szCs w:val="38"/>
              </w:rPr>
              <w:t xml:space="preserve"> </w:t>
            </w:r>
            <w:r w:rsidRPr="008E006D">
              <w:rPr>
                <w:rFonts w:cs="Sakkal Majalla"/>
                <w:sz w:val="36"/>
                <w:szCs w:val="38"/>
                <w:rtl/>
              </w:rPr>
              <w:t>الرقمي</w:t>
            </w:r>
            <w:r w:rsidRPr="008E006D">
              <w:rPr>
                <w:rFonts w:cs="Sakkal Majalla"/>
                <w:sz w:val="36"/>
                <w:szCs w:val="38"/>
              </w:rPr>
              <w:t xml:space="preserve"> </w:t>
            </w:r>
            <w:r w:rsidRPr="008E006D">
              <w:rPr>
                <w:rFonts w:cs="Sakkal Majalla"/>
                <w:sz w:val="36"/>
                <w:szCs w:val="38"/>
                <w:rtl/>
              </w:rPr>
              <w:t>في</w:t>
            </w:r>
            <w:r w:rsidRPr="008E006D">
              <w:rPr>
                <w:rFonts w:cs="Sakkal Majalla"/>
                <w:sz w:val="36"/>
                <w:szCs w:val="38"/>
              </w:rPr>
              <w:t xml:space="preserve"> </w:t>
            </w:r>
            <w:r w:rsidRPr="008E006D">
              <w:rPr>
                <w:rFonts w:cs="Sakkal Majalla"/>
                <w:sz w:val="36"/>
                <w:szCs w:val="38"/>
                <w:rtl/>
              </w:rPr>
              <w:t>الجهات</w:t>
            </w:r>
            <w:r w:rsidRPr="008E006D">
              <w:rPr>
                <w:rFonts w:cs="Sakkal Majalla"/>
                <w:sz w:val="36"/>
                <w:szCs w:val="38"/>
              </w:rPr>
              <w:t xml:space="preserve"> </w:t>
            </w:r>
            <w:r w:rsidRPr="008E006D">
              <w:rPr>
                <w:rFonts w:cs="Sakkal Majalla"/>
                <w:sz w:val="36"/>
                <w:szCs w:val="38"/>
                <w:rtl/>
              </w:rPr>
              <w:t>الحكومية</w:t>
            </w:r>
            <w:r w:rsidRPr="008E006D">
              <w:rPr>
                <w:rFonts w:cs="Sakkal Majalla"/>
                <w:sz w:val="36"/>
                <w:szCs w:val="38"/>
              </w:rPr>
              <w:t>.</w:t>
            </w:r>
          </w:p>
        </w:tc>
      </w:tr>
      <w:tr w:rsidR="008E006D" w:rsidRPr="008E006D" w14:paraId="3CDBA366" w14:textId="77777777" w:rsidTr="003A166C">
        <w:trPr>
          <w:jc w:val="center"/>
        </w:trPr>
        <w:tc>
          <w:tcPr>
            <w:tcW w:w="2268" w:type="dxa"/>
            <w:shd w:val="clear" w:color="auto" w:fill="FFFFFF"/>
            <w:tcMar>
              <w:top w:w="110" w:type="dxa"/>
              <w:left w:w="110" w:type="dxa"/>
              <w:bottom w:w="110" w:type="dxa"/>
              <w:right w:w="110" w:type="dxa"/>
            </w:tcMar>
            <w:vAlign w:val="center"/>
          </w:tcPr>
          <w:p w14:paraId="152B64FC" w14:textId="77777777" w:rsidR="008E006D" w:rsidRPr="008E006D" w:rsidRDefault="008E006D" w:rsidP="008D0B36">
            <w:pPr>
              <w:ind w:firstLine="0"/>
              <w:jc w:val="center"/>
              <w:rPr>
                <w:rFonts w:cs="Sakkal Majalla"/>
                <w:sz w:val="36"/>
                <w:szCs w:val="38"/>
              </w:rPr>
            </w:pPr>
            <w:r w:rsidRPr="008E006D">
              <w:rPr>
                <w:rFonts w:cs="Sakkal Majalla"/>
                <w:sz w:val="36"/>
                <w:szCs w:val="38"/>
                <w:rtl/>
              </w:rPr>
              <w:t>الحدود</w:t>
            </w:r>
            <w:r w:rsidRPr="008E006D">
              <w:rPr>
                <w:rFonts w:cs="Sakkal Majalla"/>
                <w:sz w:val="36"/>
                <w:szCs w:val="38"/>
              </w:rPr>
              <w:t xml:space="preserve"> </w:t>
            </w:r>
            <w:r w:rsidRPr="008E006D">
              <w:rPr>
                <w:rFonts w:cs="Sakkal Majalla"/>
                <w:sz w:val="36"/>
                <w:szCs w:val="38"/>
                <w:rtl/>
              </w:rPr>
              <w:t>الزمانية</w:t>
            </w:r>
          </w:p>
        </w:tc>
        <w:tc>
          <w:tcPr>
            <w:tcW w:w="7371" w:type="dxa"/>
            <w:shd w:val="clear" w:color="auto" w:fill="FFFFFF"/>
            <w:tcMar>
              <w:top w:w="110" w:type="dxa"/>
              <w:left w:w="110" w:type="dxa"/>
              <w:bottom w:w="110" w:type="dxa"/>
              <w:right w:w="110" w:type="dxa"/>
            </w:tcMar>
            <w:vAlign w:val="center"/>
          </w:tcPr>
          <w:p w14:paraId="3CCDC3C1" w14:textId="77777777" w:rsidR="008E006D" w:rsidRPr="008E006D" w:rsidRDefault="008E006D" w:rsidP="008D0B36">
            <w:pPr>
              <w:ind w:firstLine="0"/>
              <w:jc w:val="center"/>
              <w:rPr>
                <w:rFonts w:cs="Sakkal Majalla"/>
                <w:sz w:val="36"/>
                <w:szCs w:val="38"/>
              </w:rPr>
            </w:pPr>
            <w:r w:rsidRPr="008E006D">
              <w:rPr>
                <w:rFonts w:cs="Sakkal Majalla"/>
                <w:sz w:val="36"/>
                <w:szCs w:val="38"/>
                <w:rtl/>
              </w:rPr>
              <w:t>العام</w:t>
            </w:r>
            <w:r w:rsidRPr="008E006D">
              <w:rPr>
                <w:rFonts w:cs="Sakkal Majalla"/>
                <w:sz w:val="36"/>
                <w:szCs w:val="38"/>
              </w:rPr>
              <w:t xml:space="preserve"> </w:t>
            </w:r>
            <w:r w:rsidRPr="008E006D">
              <w:rPr>
                <w:rFonts w:cs="Sakkal Majalla"/>
                <w:sz w:val="36"/>
                <w:szCs w:val="38"/>
                <w:rtl/>
              </w:rPr>
              <w:t>الجامعي</w:t>
            </w:r>
            <w:r w:rsidRPr="008E006D">
              <w:rPr>
                <w:rFonts w:cs="Sakkal Majalla"/>
                <w:sz w:val="36"/>
                <w:szCs w:val="38"/>
              </w:rPr>
              <w:t xml:space="preserve"> 1448</w:t>
            </w:r>
            <w:r w:rsidRPr="008E006D">
              <w:rPr>
                <w:rFonts w:cs="Sakkal Majalla"/>
                <w:sz w:val="36"/>
                <w:szCs w:val="38"/>
                <w:rtl/>
              </w:rPr>
              <w:t>هـ</w:t>
            </w:r>
            <w:r w:rsidRPr="008E006D">
              <w:rPr>
                <w:rFonts w:cs="Sakkal Majalla"/>
                <w:sz w:val="36"/>
                <w:szCs w:val="38"/>
              </w:rPr>
              <w:t xml:space="preserve"> -</w:t>
            </w:r>
            <w:r w:rsidR="008D0B36">
              <w:rPr>
                <w:rFonts w:cs="Sakkal Majalla" w:hint="cs"/>
                <w:sz w:val="36"/>
                <w:szCs w:val="38"/>
                <w:rtl/>
              </w:rPr>
              <w:t xml:space="preserve"> </w:t>
            </w:r>
            <w:r w:rsidRPr="008E006D">
              <w:rPr>
                <w:rFonts w:cs="Sakkal Majalla"/>
                <w:sz w:val="36"/>
                <w:szCs w:val="38"/>
              </w:rPr>
              <w:t xml:space="preserve"> 2026</w:t>
            </w:r>
            <w:r w:rsidRPr="008E006D">
              <w:rPr>
                <w:rFonts w:cs="Sakkal Majalla"/>
                <w:sz w:val="36"/>
                <w:szCs w:val="38"/>
                <w:rtl/>
              </w:rPr>
              <w:t>م،</w:t>
            </w:r>
            <w:r w:rsidRPr="008E006D">
              <w:rPr>
                <w:rFonts w:cs="Sakkal Majalla"/>
                <w:sz w:val="36"/>
                <w:szCs w:val="38"/>
              </w:rPr>
              <w:t xml:space="preserve"> </w:t>
            </w:r>
            <w:r w:rsidRPr="008E006D">
              <w:rPr>
                <w:rFonts w:cs="Sakkal Majalla"/>
                <w:sz w:val="36"/>
                <w:szCs w:val="38"/>
                <w:rtl/>
              </w:rPr>
              <w:t>مع</w:t>
            </w:r>
            <w:r w:rsidRPr="008E006D">
              <w:rPr>
                <w:rFonts w:cs="Sakkal Majalla"/>
                <w:sz w:val="36"/>
                <w:szCs w:val="38"/>
              </w:rPr>
              <w:t xml:space="preserve"> </w:t>
            </w:r>
            <w:r w:rsidRPr="008E006D">
              <w:rPr>
                <w:rFonts w:cs="Sakkal Majalla"/>
                <w:sz w:val="36"/>
                <w:szCs w:val="38"/>
                <w:rtl/>
              </w:rPr>
              <w:t>اعتماد</w:t>
            </w:r>
            <w:r w:rsidRPr="008E006D">
              <w:rPr>
                <w:rFonts w:cs="Sakkal Majalla"/>
                <w:sz w:val="36"/>
                <w:szCs w:val="38"/>
              </w:rPr>
              <w:t xml:space="preserve"> </w:t>
            </w:r>
            <w:r w:rsidRPr="008E006D">
              <w:rPr>
                <w:rFonts w:cs="Sakkal Majalla"/>
                <w:sz w:val="36"/>
                <w:szCs w:val="38"/>
                <w:rtl/>
              </w:rPr>
              <w:t>البيانات</w:t>
            </w:r>
            <w:r w:rsidRPr="008E006D">
              <w:rPr>
                <w:rFonts w:cs="Sakkal Majalla"/>
                <w:sz w:val="36"/>
                <w:szCs w:val="38"/>
              </w:rPr>
              <w:t xml:space="preserve"> </w:t>
            </w:r>
            <w:r w:rsidRPr="008E006D">
              <w:rPr>
                <w:rFonts w:cs="Sakkal Majalla"/>
                <w:sz w:val="36"/>
                <w:szCs w:val="38"/>
                <w:rtl/>
              </w:rPr>
              <w:t>والتحليل</w:t>
            </w:r>
            <w:r w:rsidRPr="008E006D">
              <w:rPr>
                <w:rFonts w:cs="Sakkal Majalla"/>
                <w:sz w:val="36"/>
                <w:szCs w:val="38"/>
              </w:rPr>
              <w:t xml:space="preserve"> </w:t>
            </w:r>
            <w:r w:rsidRPr="008E006D">
              <w:rPr>
                <w:rFonts w:cs="Sakkal Majalla"/>
                <w:sz w:val="36"/>
                <w:szCs w:val="38"/>
                <w:rtl/>
              </w:rPr>
              <w:t>وفق</w:t>
            </w:r>
            <w:r w:rsidRPr="008E006D">
              <w:rPr>
                <w:rFonts w:cs="Sakkal Majalla"/>
                <w:sz w:val="36"/>
                <w:szCs w:val="38"/>
              </w:rPr>
              <w:t xml:space="preserve"> </w:t>
            </w:r>
            <w:r w:rsidRPr="008E006D">
              <w:rPr>
                <w:rFonts w:cs="Sakkal Majalla"/>
                <w:sz w:val="36"/>
                <w:szCs w:val="38"/>
                <w:rtl/>
              </w:rPr>
              <w:t>الفترة</w:t>
            </w:r>
            <w:r w:rsidRPr="008E006D">
              <w:rPr>
                <w:rFonts w:cs="Sakkal Majalla"/>
                <w:sz w:val="36"/>
                <w:szCs w:val="38"/>
              </w:rPr>
              <w:t xml:space="preserve"> </w:t>
            </w:r>
            <w:r w:rsidRPr="008E006D">
              <w:rPr>
                <w:rFonts w:cs="Sakkal Majalla"/>
                <w:sz w:val="36"/>
                <w:szCs w:val="38"/>
                <w:rtl/>
              </w:rPr>
              <w:t>التي</w:t>
            </w:r>
            <w:r w:rsidRPr="008E006D">
              <w:rPr>
                <w:rFonts w:cs="Sakkal Majalla"/>
                <w:sz w:val="36"/>
                <w:szCs w:val="38"/>
              </w:rPr>
              <w:t xml:space="preserve"> </w:t>
            </w:r>
            <w:r w:rsidRPr="008E006D">
              <w:rPr>
                <w:rFonts w:cs="Sakkal Majalla"/>
                <w:sz w:val="36"/>
                <w:szCs w:val="38"/>
                <w:rtl/>
              </w:rPr>
              <w:t>تنفذ</w:t>
            </w:r>
            <w:r w:rsidRPr="008E006D">
              <w:rPr>
                <w:rFonts w:cs="Sakkal Majalla"/>
                <w:sz w:val="36"/>
                <w:szCs w:val="38"/>
              </w:rPr>
              <w:t xml:space="preserve"> </w:t>
            </w:r>
            <w:r w:rsidRPr="008E006D">
              <w:rPr>
                <w:rFonts w:cs="Sakkal Majalla"/>
                <w:sz w:val="36"/>
                <w:szCs w:val="38"/>
                <w:rtl/>
              </w:rPr>
              <w:t>فيها</w:t>
            </w:r>
            <w:r w:rsidRPr="008E006D">
              <w:rPr>
                <w:rFonts w:cs="Sakkal Majalla"/>
                <w:sz w:val="36"/>
                <w:szCs w:val="38"/>
              </w:rPr>
              <w:t xml:space="preserve"> </w:t>
            </w:r>
            <w:r w:rsidRPr="008E006D">
              <w:rPr>
                <w:rFonts w:cs="Sakkal Majalla"/>
                <w:sz w:val="36"/>
                <w:szCs w:val="38"/>
                <w:rtl/>
              </w:rPr>
              <w:t>الدراسة</w:t>
            </w:r>
            <w:r w:rsidRPr="008E006D">
              <w:rPr>
                <w:rFonts w:cs="Sakkal Majalla"/>
                <w:sz w:val="36"/>
                <w:szCs w:val="38"/>
              </w:rPr>
              <w:t xml:space="preserve"> </w:t>
            </w:r>
            <w:r w:rsidRPr="008E006D">
              <w:rPr>
                <w:rFonts w:cs="Sakkal Majalla"/>
                <w:sz w:val="36"/>
                <w:szCs w:val="38"/>
                <w:rtl/>
              </w:rPr>
              <w:t>الميدانية</w:t>
            </w:r>
            <w:r w:rsidRPr="008E006D">
              <w:rPr>
                <w:rFonts w:cs="Sakkal Majalla"/>
                <w:sz w:val="36"/>
                <w:szCs w:val="38"/>
              </w:rPr>
              <w:t>.</w:t>
            </w:r>
          </w:p>
        </w:tc>
      </w:tr>
    </w:tbl>
    <w:p w14:paraId="51184331" w14:textId="77777777" w:rsidR="008E006D" w:rsidRPr="008E006D" w:rsidRDefault="008E006D" w:rsidP="008E006D">
      <w:pPr>
        <w:ind w:firstLine="0"/>
        <w:rPr>
          <w:rFonts w:cs="Sakkal Majalla"/>
          <w:sz w:val="36"/>
          <w:szCs w:val="38"/>
        </w:rPr>
      </w:pPr>
      <w:proofErr w:type="gramStart"/>
      <w:r w:rsidRPr="008E006D">
        <w:rPr>
          <w:rFonts w:cs="Sakkal Majalla"/>
          <w:sz w:val="36"/>
          <w:szCs w:val="38"/>
          <w:rtl/>
        </w:rPr>
        <w:t>المصدر</w:t>
      </w:r>
      <w:r w:rsidRPr="008E006D">
        <w:rPr>
          <w:rFonts w:cs="Sakkal Majalla"/>
          <w:sz w:val="36"/>
          <w:szCs w:val="38"/>
        </w:rPr>
        <w:t xml:space="preserve">: </w:t>
      </w:r>
      <w:r w:rsidR="008D0B36">
        <w:rPr>
          <w:rFonts w:cs="Sakkal Majalla" w:hint="cs"/>
          <w:sz w:val="36"/>
          <w:szCs w:val="38"/>
          <w:rtl/>
        </w:rPr>
        <w:t xml:space="preserve"> </w:t>
      </w:r>
      <w:r w:rsidRPr="008E006D">
        <w:rPr>
          <w:rFonts w:cs="Sakkal Majalla"/>
          <w:sz w:val="36"/>
          <w:szCs w:val="38"/>
          <w:rtl/>
        </w:rPr>
        <w:t>إعداد</w:t>
      </w:r>
      <w:proofErr w:type="gramEnd"/>
      <w:r w:rsidRPr="008E006D">
        <w:rPr>
          <w:rFonts w:cs="Sakkal Majalla"/>
          <w:sz w:val="36"/>
          <w:szCs w:val="38"/>
        </w:rPr>
        <w:t xml:space="preserve"> </w:t>
      </w:r>
      <w:r w:rsidRPr="008E006D">
        <w:rPr>
          <w:rFonts w:cs="Sakkal Majalla"/>
          <w:sz w:val="36"/>
          <w:szCs w:val="38"/>
          <w:rtl/>
        </w:rPr>
        <w:t>الباحثة</w:t>
      </w:r>
      <w:r w:rsidRPr="008E006D">
        <w:rPr>
          <w:rFonts w:cs="Sakkal Majalla"/>
          <w:sz w:val="36"/>
          <w:szCs w:val="38"/>
        </w:rPr>
        <w:t xml:space="preserve"> </w:t>
      </w:r>
      <w:r w:rsidRPr="008E006D">
        <w:rPr>
          <w:rFonts w:cs="Sakkal Majalla"/>
          <w:sz w:val="36"/>
          <w:szCs w:val="38"/>
          <w:rtl/>
        </w:rPr>
        <w:t>استنادًا</w:t>
      </w:r>
      <w:r w:rsidRPr="008E006D">
        <w:rPr>
          <w:rFonts w:cs="Sakkal Majalla"/>
          <w:sz w:val="36"/>
          <w:szCs w:val="38"/>
        </w:rPr>
        <w:t xml:space="preserve"> </w:t>
      </w:r>
      <w:r w:rsidRPr="008E006D">
        <w:rPr>
          <w:rFonts w:cs="Sakkal Majalla"/>
          <w:sz w:val="36"/>
          <w:szCs w:val="38"/>
          <w:rtl/>
        </w:rPr>
        <w:t>إلى</w:t>
      </w:r>
      <w:r w:rsidRPr="008E006D">
        <w:rPr>
          <w:rFonts w:cs="Sakkal Majalla"/>
          <w:sz w:val="36"/>
          <w:szCs w:val="38"/>
        </w:rPr>
        <w:t xml:space="preserve"> </w:t>
      </w:r>
      <w:r w:rsidRPr="008E006D">
        <w:rPr>
          <w:rFonts w:cs="Sakkal Majalla"/>
          <w:sz w:val="36"/>
          <w:szCs w:val="38"/>
          <w:rtl/>
        </w:rPr>
        <w:t>الأدبيات</w:t>
      </w:r>
      <w:r w:rsidRPr="008E006D">
        <w:rPr>
          <w:rFonts w:cs="Sakkal Majalla"/>
          <w:sz w:val="36"/>
          <w:szCs w:val="38"/>
        </w:rPr>
        <w:t xml:space="preserve"> </w:t>
      </w:r>
      <w:r w:rsidRPr="008E006D">
        <w:rPr>
          <w:rFonts w:cs="Sakkal Majalla"/>
          <w:sz w:val="36"/>
          <w:szCs w:val="38"/>
          <w:rtl/>
        </w:rPr>
        <w:t>ونتائج</w:t>
      </w:r>
      <w:r w:rsidRPr="008E006D">
        <w:rPr>
          <w:rFonts w:cs="Sakkal Majalla"/>
          <w:sz w:val="36"/>
          <w:szCs w:val="38"/>
        </w:rPr>
        <w:t xml:space="preserve"> </w:t>
      </w:r>
      <w:r w:rsidRPr="008E006D">
        <w:rPr>
          <w:rFonts w:cs="Sakkal Majalla"/>
          <w:sz w:val="36"/>
          <w:szCs w:val="38"/>
          <w:rtl/>
        </w:rPr>
        <w:t>التحليل</w:t>
      </w:r>
      <w:r w:rsidRPr="008E006D">
        <w:rPr>
          <w:rFonts w:cs="Sakkal Majalla"/>
          <w:sz w:val="36"/>
          <w:szCs w:val="38"/>
        </w:rPr>
        <w:t>.</w:t>
      </w:r>
    </w:p>
    <w:p w14:paraId="2AD67F0D" w14:textId="77777777" w:rsidR="008E006D" w:rsidRPr="002D5B89" w:rsidRDefault="008E006D" w:rsidP="002D5B89">
      <w:pPr>
        <w:pStyle w:val="Heading1"/>
        <w:pageBreakBefore w:val="0"/>
        <w:spacing w:after="200" w:line="276" w:lineRule="auto"/>
        <w:jc w:val="left"/>
        <w:rPr>
          <w:rFonts w:ascii="Sakkal Majalla" w:eastAsia="Noto Sans Arabic" w:hAnsi="Sakkal Majalla" w:cs="Sakkal Majalla"/>
          <w:b/>
          <w:bCs/>
          <w:color w:val="10365E"/>
          <w:sz w:val="38"/>
          <w:szCs w:val="38"/>
        </w:rPr>
      </w:pPr>
      <w:bookmarkStart w:id="11" w:name="_Toc234793625"/>
      <w:r w:rsidRPr="002D5B89">
        <w:rPr>
          <w:rFonts w:ascii="Sakkal Majalla" w:eastAsia="Noto Sans Arabic" w:hAnsi="Sakkal Majalla" w:cs="Sakkal Majalla"/>
          <w:b/>
          <w:bCs/>
          <w:color w:val="10365E"/>
          <w:sz w:val="38"/>
          <w:szCs w:val="38"/>
        </w:rPr>
        <w:t xml:space="preserve">1.10 </w:t>
      </w:r>
      <w:r w:rsidRPr="002D5B89">
        <w:rPr>
          <w:rFonts w:ascii="Sakkal Majalla" w:eastAsia="Noto Sans Arabic" w:hAnsi="Sakkal Majalla" w:cs="Sakkal Majalla"/>
          <w:b/>
          <w:bCs/>
          <w:color w:val="10365E"/>
          <w:sz w:val="38"/>
          <w:szCs w:val="38"/>
          <w:rtl/>
        </w:rPr>
        <w:t>تسلسل</w:t>
      </w:r>
      <w:r w:rsidRPr="002D5B89">
        <w:rPr>
          <w:rFonts w:ascii="Sakkal Majalla" w:eastAsia="Noto Sans Arabic" w:hAnsi="Sakkal Majalla" w:cs="Sakkal Majalla"/>
          <w:b/>
          <w:bCs/>
          <w:color w:val="10365E"/>
          <w:sz w:val="38"/>
          <w:szCs w:val="38"/>
        </w:rPr>
        <w:t xml:space="preserve"> </w:t>
      </w:r>
      <w:r w:rsidRPr="002D5B89">
        <w:rPr>
          <w:rFonts w:ascii="Sakkal Majalla" w:eastAsia="Noto Sans Arabic" w:hAnsi="Sakkal Majalla" w:cs="Sakkal Majalla"/>
          <w:b/>
          <w:bCs/>
          <w:color w:val="10365E"/>
          <w:sz w:val="38"/>
          <w:szCs w:val="38"/>
          <w:rtl/>
        </w:rPr>
        <w:t>فصول</w:t>
      </w:r>
      <w:r w:rsidRPr="002D5B89">
        <w:rPr>
          <w:rFonts w:ascii="Sakkal Majalla" w:eastAsia="Noto Sans Arabic" w:hAnsi="Sakkal Majalla" w:cs="Sakkal Majalla"/>
          <w:b/>
          <w:bCs/>
          <w:color w:val="10365E"/>
          <w:sz w:val="38"/>
          <w:szCs w:val="38"/>
        </w:rPr>
        <w:t xml:space="preserve"> </w:t>
      </w:r>
      <w:r w:rsidRPr="002D5B89">
        <w:rPr>
          <w:rFonts w:ascii="Sakkal Majalla" w:eastAsia="Noto Sans Arabic" w:hAnsi="Sakkal Majalla" w:cs="Sakkal Majalla"/>
          <w:b/>
          <w:bCs/>
          <w:color w:val="10365E"/>
          <w:sz w:val="38"/>
          <w:szCs w:val="38"/>
          <w:rtl/>
        </w:rPr>
        <w:t>الدراسة</w:t>
      </w:r>
      <w:r w:rsidR="008D0B36" w:rsidRPr="002D5B89">
        <w:rPr>
          <w:rFonts w:ascii="Sakkal Majalla" w:eastAsia="Noto Sans Arabic" w:hAnsi="Sakkal Majalla" w:cs="Sakkal Majalla" w:hint="cs"/>
          <w:b/>
          <w:bCs/>
          <w:color w:val="10365E"/>
          <w:sz w:val="38"/>
          <w:szCs w:val="38"/>
          <w:rtl/>
        </w:rPr>
        <w:t>:</w:t>
      </w:r>
      <w:bookmarkEnd w:id="11"/>
      <w:r w:rsidR="008D0B36" w:rsidRPr="002D5B89">
        <w:rPr>
          <w:rFonts w:ascii="Sakkal Majalla" w:eastAsia="Noto Sans Arabic" w:hAnsi="Sakkal Majalla" w:cs="Sakkal Majalla" w:hint="cs"/>
          <w:b/>
          <w:bCs/>
          <w:color w:val="10365E"/>
          <w:sz w:val="38"/>
          <w:szCs w:val="38"/>
          <w:rtl/>
        </w:rPr>
        <w:t xml:space="preserve"> </w:t>
      </w:r>
    </w:p>
    <w:p w14:paraId="01D4DDCF" w14:textId="77777777" w:rsidR="008E006D" w:rsidRPr="008E006D" w:rsidRDefault="008E006D" w:rsidP="008D0B36">
      <w:pPr>
        <w:ind w:firstLine="720"/>
        <w:rPr>
          <w:rFonts w:cs="Sakkal Majalla"/>
          <w:sz w:val="36"/>
          <w:szCs w:val="38"/>
        </w:rPr>
      </w:pPr>
      <w:r w:rsidRPr="008E006D">
        <w:rPr>
          <w:rFonts w:cs="Sakkal Majalla"/>
          <w:sz w:val="36"/>
          <w:szCs w:val="38"/>
          <w:rtl/>
        </w:rPr>
        <w:t>تنتظم</w:t>
      </w:r>
      <w:r w:rsidRPr="008E006D">
        <w:rPr>
          <w:rFonts w:cs="Sakkal Majalla"/>
          <w:sz w:val="36"/>
          <w:szCs w:val="38"/>
        </w:rPr>
        <w:t xml:space="preserve"> </w:t>
      </w:r>
      <w:r w:rsidRPr="008E006D">
        <w:rPr>
          <w:rFonts w:cs="Sakkal Majalla"/>
          <w:sz w:val="36"/>
          <w:szCs w:val="38"/>
          <w:rtl/>
        </w:rPr>
        <w:t>الدراسة</w:t>
      </w:r>
      <w:r w:rsidRPr="008E006D">
        <w:rPr>
          <w:rFonts w:cs="Sakkal Majalla"/>
          <w:sz w:val="36"/>
          <w:szCs w:val="38"/>
        </w:rPr>
        <w:t xml:space="preserve"> </w:t>
      </w:r>
      <w:r w:rsidRPr="008E006D">
        <w:rPr>
          <w:rFonts w:cs="Sakkal Majalla"/>
          <w:sz w:val="36"/>
          <w:szCs w:val="38"/>
          <w:rtl/>
        </w:rPr>
        <w:t>في</w:t>
      </w:r>
      <w:r w:rsidRPr="008E006D">
        <w:rPr>
          <w:rFonts w:cs="Sakkal Majalla"/>
          <w:sz w:val="36"/>
          <w:szCs w:val="38"/>
        </w:rPr>
        <w:t xml:space="preserve"> </w:t>
      </w:r>
      <w:r w:rsidRPr="008E006D">
        <w:rPr>
          <w:rFonts w:cs="Sakkal Majalla"/>
          <w:sz w:val="36"/>
          <w:szCs w:val="38"/>
          <w:rtl/>
        </w:rPr>
        <w:t>خمسة</w:t>
      </w:r>
      <w:r w:rsidRPr="008E006D">
        <w:rPr>
          <w:rFonts w:cs="Sakkal Majalla"/>
          <w:sz w:val="36"/>
          <w:szCs w:val="38"/>
        </w:rPr>
        <w:t xml:space="preserve"> </w:t>
      </w:r>
      <w:r w:rsidRPr="008E006D">
        <w:rPr>
          <w:rFonts w:cs="Sakkal Majalla"/>
          <w:sz w:val="36"/>
          <w:szCs w:val="38"/>
          <w:rtl/>
        </w:rPr>
        <w:t>فصول</w:t>
      </w:r>
      <w:r w:rsidRPr="008E006D">
        <w:rPr>
          <w:rFonts w:cs="Sakkal Majalla"/>
          <w:sz w:val="36"/>
          <w:szCs w:val="38"/>
        </w:rPr>
        <w:t xml:space="preserve">. </w:t>
      </w:r>
      <w:r w:rsidRPr="008E006D">
        <w:rPr>
          <w:rFonts w:cs="Sakkal Majalla"/>
          <w:sz w:val="36"/>
          <w:szCs w:val="38"/>
          <w:rtl/>
        </w:rPr>
        <w:t>يعرض</w:t>
      </w:r>
      <w:r w:rsidRPr="008E006D">
        <w:rPr>
          <w:rFonts w:cs="Sakkal Majalla"/>
          <w:sz w:val="36"/>
          <w:szCs w:val="38"/>
        </w:rPr>
        <w:t xml:space="preserve"> </w:t>
      </w:r>
      <w:r w:rsidRPr="008E006D">
        <w:rPr>
          <w:rFonts w:cs="Sakkal Majalla"/>
          <w:sz w:val="36"/>
          <w:szCs w:val="38"/>
          <w:rtl/>
        </w:rPr>
        <w:t>الفصل</w:t>
      </w:r>
      <w:r w:rsidRPr="008E006D">
        <w:rPr>
          <w:rFonts w:cs="Sakkal Majalla"/>
          <w:sz w:val="36"/>
          <w:szCs w:val="38"/>
        </w:rPr>
        <w:t xml:space="preserve"> </w:t>
      </w:r>
      <w:r w:rsidRPr="008E006D">
        <w:rPr>
          <w:rFonts w:cs="Sakkal Majalla"/>
          <w:sz w:val="36"/>
          <w:szCs w:val="38"/>
          <w:rtl/>
        </w:rPr>
        <w:t>الأول</w:t>
      </w:r>
      <w:r w:rsidRPr="008E006D">
        <w:rPr>
          <w:rFonts w:cs="Sakkal Majalla"/>
          <w:sz w:val="36"/>
          <w:szCs w:val="38"/>
        </w:rPr>
        <w:t xml:space="preserve"> </w:t>
      </w:r>
      <w:r w:rsidRPr="008E006D">
        <w:rPr>
          <w:rFonts w:cs="Sakkal Majalla"/>
          <w:sz w:val="36"/>
          <w:szCs w:val="38"/>
          <w:rtl/>
        </w:rPr>
        <w:t>الإطار</w:t>
      </w:r>
      <w:r w:rsidRPr="008E006D">
        <w:rPr>
          <w:rFonts w:cs="Sakkal Majalla"/>
          <w:sz w:val="36"/>
          <w:szCs w:val="38"/>
        </w:rPr>
        <w:t xml:space="preserve"> </w:t>
      </w:r>
      <w:r w:rsidRPr="008E006D">
        <w:rPr>
          <w:rFonts w:cs="Sakkal Majalla"/>
          <w:sz w:val="36"/>
          <w:szCs w:val="38"/>
          <w:rtl/>
        </w:rPr>
        <w:t>العام</w:t>
      </w:r>
      <w:r w:rsidRPr="008E006D">
        <w:rPr>
          <w:rFonts w:cs="Sakkal Majalla"/>
          <w:sz w:val="36"/>
          <w:szCs w:val="38"/>
        </w:rPr>
        <w:t xml:space="preserve"> </w:t>
      </w:r>
      <w:r w:rsidRPr="008E006D">
        <w:rPr>
          <w:rFonts w:cs="Sakkal Majalla"/>
          <w:sz w:val="36"/>
          <w:szCs w:val="38"/>
          <w:rtl/>
        </w:rPr>
        <w:t>للدراسة،</w:t>
      </w:r>
      <w:r w:rsidRPr="008E006D">
        <w:rPr>
          <w:rFonts w:cs="Sakkal Majalla"/>
          <w:sz w:val="36"/>
          <w:szCs w:val="38"/>
        </w:rPr>
        <w:t xml:space="preserve"> </w:t>
      </w:r>
      <w:r w:rsidRPr="008E006D">
        <w:rPr>
          <w:rFonts w:cs="Sakkal Majalla"/>
          <w:sz w:val="36"/>
          <w:szCs w:val="38"/>
          <w:rtl/>
        </w:rPr>
        <w:t>ويتناول</w:t>
      </w:r>
      <w:r w:rsidRPr="008E006D">
        <w:rPr>
          <w:rFonts w:cs="Sakkal Majalla"/>
          <w:sz w:val="36"/>
          <w:szCs w:val="38"/>
        </w:rPr>
        <w:t xml:space="preserve"> </w:t>
      </w:r>
      <w:r w:rsidRPr="008E006D">
        <w:rPr>
          <w:rFonts w:cs="Sakkal Majalla"/>
          <w:sz w:val="36"/>
          <w:szCs w:val="38"/>
          <w:rtl/>
        </w:rPr>
        <w:t>الفصل</w:t>
      </w:r>
      <w:r w:rsidRPr="008E006D">
        <w:rPr>
          <w:rFonts w:cs="Sakkal Majalla"/>
          <w:sz w:val="36"/>
          <w:szCs w:val="38"/>
        </w:rPr>
        <w:t xml:space="preserve"> </w:t>
      </w:r>
      <w:r w:rsidRPr="008E006D">
        <w:rPr>
          <w:rFonts w:cs="Sakkal Majalla"/>
          <w:sz w:val="36"/>
          <w:szCs w:val="38"/>
          <w:rtl/>
        </w:rPr>
        <w:t>الثاني</w:t>
      </w:r>
      <w:r w:rsidRPr="008E006D">
        <w:rPr>
          <w:rFonts w:cs="Sakkal Majalla"/>
          <w:sz w:val="36"/>
          <w:szCs w:val="38"/>
        </w:rPr>
        <w:t xml:space="preserve"> </w:t>
      </w:r>
      <w:r w:rsidRPr="008E006D">
        <w:rPr>
          <w:rFonts w:cs="Sakkal Majalla"/>
          <w:sz w:val="36"/>
          <w:szCs w:val="38"/>
          <w:rtl/>
        </w:rPr>
        <w:t>الإطار</w:t>
      </w:r>
      <w:r w:rsidRPr="008E006D">
        <w:rPr>
          <w:rFonts w:cs="Sakkal Majalla"/>
          <w:sz w:val="36"/>
          <w:szCs w:val="38"/>
        </w:rPr>
        <w:t xml:space="preserve"> </w:t>
      </w:r>
      <w:r w:rsidRPr="008E006D">
        <w:rPr>
          <w:rFonts w:cs="Sakkal Majalla"/>
          <w:sz w:val="36"/>
          <w:szCs w:val="38"/>
          <w:rtl/>
        </w:rPr>
        <w:t>النظري</w:t>
      </w:r>
      <w:r w:rsidRPr="008E006D">
        <w:rPr>
          <w:rFonts w:cs="Sakkal Majalla"/>
          <w:sz w:val="36"/>
          <w:szCs w:val="38"/>
        </w:rPr>
        <w:t xml:space="preserve"> </w:t>
      </w:r>
      <w:r w:rsidRPr="008E006D">
        <w:rPr>
          <w:rFonts w:cs="Sakkal Majalla"/>
          <w:sz w:val="36"/>
          <w:szCs w:val="38"/>
          <w:rtl/>
        </w:rPr>
        <w:t>والدراسات</w:t>
      </w:r>
      <w:r w:rsidRPr="008E006D">
        <w:rPr>
          <w:rFonts w:cs="Sakkal Majalla"/>
          <w:sz w:val="36"/>
          <w:szCs w:val="38"/>
        </w:rPr>
        <w:t xml:space="preserve"> </w:t>
      </w:r>
      <w:r w:rsidRPr="008E006D">
        <w:rPr>
          <w:rFonts w:cs="Sakkal Majalla"/>
          <w:sz w:val="36"/>
          <w:szCs w:val="38"/>
          <w:rtl/>
        </w:rPr>
        <w:t>السابقة،</w:t>
      </w:r>
      <w:r w:rsidRPr="008E006D">
        <w:rPr>
          <w:rFonts w:cs="Sakkal Majalla"/>
          <w:sz w:val="36"/>
          <w:szCs w:val="38"/>
        </w:rPr>
        <w:t xml:space="preserve"> </w:t>
      </w:r>
      <w:r w:rsidRPr="008E006D">
        <w:rPr>
          <w:rFonts w:cs="Sakkal Majalla"/>
          <w:sz w:val="36"/>
          <w:szCs w:val="38"/>
          <w:rtl/>
        </w:rPr>
        <w:t>ويوضح</w:t>
      </w:r>
      <w:r w:rsidRPr="008E006D">
        <w:rPr>
          <w:rFonts w:cs="Sakkal Majalla"/>
          <w:sz w:val="36"/>
          <w:szCs w:val="38"/>
        </w:rPr>
        <w:t xml:space="preserve"> </w:t>
      </w:r>
      <w:r w:rsidRPr="008E006D">
        <w:rPr>
          <w:rFonts w:cs="Sakkal Majalla"/>
          <w:sz w:val="36"/>
          <w:szCs w:val="38"/>
          <w:rtl/>
        </w:rPr>
        <w:t>الفصل</w:t>
      </w:r>
      <w:r w:rsidRPr="008E006D">
        <w:rPr>
          <w:rFonts w:cs="Sakkal Majalla"/>
          <w:sz w:val="36"/>
          <w:szCs w:val="38"/>
        </w:rPr>
        <w:t xml:space="preserve"> </w:t>
      </w:r>
      <w:r w:rsidRPr="008E006D">
        <w:rPr>
          <w:rFonts w:cs="Sakkal Majalla"/>
          <w:sz w:val="36"/>
          <w:szCs w:val="38"/>
          <w:rtl/>
        </w:rPr>
        <w:t>الثالث</w:t>
      </w:r>
      <w:r w:rsidRPr="008E006D">
        <w:rPr>
          <w:rFonts w:cs="Sakkal Majalla"/>
          <w:sz w:val="36"/>
          <w:szCs w:val="38"/>
        </w:rPr>
        <w:t xml:space="preserve"> </w:t>
      </w:r>
      <w:r w:rsidRPr="008E006D">
        <w:rPr>
          <w:rFonts w:cs="Sakkal Majalla"/>
          <w:sz w:val="36"/>
          <w:szCs w:val="38"/>
          <w:rtl/>
        </w:rPr>
        <w:t>المنهجية</w:t>
      </w:r>
      <w:r w:rsidRPr="008E006D">
        <w:rPr>
          <w:rFonts w:cs="Sakkal Majalla"/>
          <w:sz w:val="36"/>
          <w:szCs w:val="38"/>
        </w:rPr>
        <w:t xml:space="preserve"> </w:t>
      </w:r>
      <w:r w:rsidRPr="008E006D">
        <w:rPr>
          <w:rFonts w:cs="Sakkal Majalla"/>
          <w:sz w:val="36"/>
          <w:szCs w:val="38"/>
          <w:rtl/>
        </w:rPr>
        <w:t>والإجراءات،</w:t>
      </w:r>
      <w:r w:rsidRPr="008E006D">
        <w:rPr>
          <w:rFonts w:cs="Sakkal Majalla"/>
          <w:sz w:val="36"/>
          <w:szCs w:val="38"/>
        </w:rPr>
        <w:t xml:space="preserve"> </w:t>
      </w:r>
      <w:r w:rsidRPr="008E006D">
        <w:rPr>
          <w:rFonts w:cs="Sakkal Majalla"/>
          <w:sz w:val="36"/>
          <w:szCs w:val="38"/>
          <w:rtl/>
        </w:rPr>
        <w:t>أما</w:t>
      </w:r>
      <w:r w:rsidRPr="008E006D">
        <w:rPr>
          <w:rFonts w:cs="Sakkal Majalla"/>
          <w:sz w:val="36"/>
          <w:szCs w:val="38"/>
        </w:rPr>
        <w:t xml:space="preserve"> </w:t>
      </w:r>
      <w:r w:rsidRPr="008E006D">
        <w:rPr>
          <w:rFonts w:cs="Sakkal Majalla"/>
          <w:sz w:val="36"/>
          <w:szCs w:val="38"/>
          <w:rtl/>
        </w:rPr>
        <w:t>الفصل</w:t>
      </w:r>
      <w:r w:rsidRPr="008E006D">
        <w:rPr>
          <w:rFonts w:cs="Sakkal Majalla"/>
          <w:sz w:val="36"/>
          <w:szCs w:val="38"/>
        </w:rPr>
        <w:t xml:space="preserve"> </w:t>
      </w:r>
      <w:r w:rsidRPr="008E006D">
        <w:rPr>
          <w:rFonts w:cs="Sakkal Majalla"/>
          <w:sz w:val="36"/>
          <w:szCs w:val="38"/>
          <w:rtl/>
        </w:rPr>
        <w:t>الرابع</w:t>
      </w:r>
      <w:r w:rsidRPr="008E006D">
        <w:rPr>
          <w:rFonts w:cs="Sakkal Majalla"/>
          <w:sz w:val="36"/>
          <w:szCs w:val="38"/>
        </w:rPr>
        <w:t xml:space="preserve"> </w:t>
      </w:r>
      <w:r w:rsidRPr="008E006D">
        <w:rPr>
          <w:rFonts w:cs="Sakkal Majalla"/>
          <w:sz w:val="36"/>
          <w:szCs w:val="38"/>
          <w:rtl/>
        </w:rPr>
        <w:t>فيعرض</w:t>
      </w:r>
      <w:r w:rsidRPr="008E006D">
        <w:rPr>
          <w:rFonts w:cs="Sakkal Majalla"/>
          <w:sz w:val="36"/>
          <w:szCs w:val="38"/>
        </w:rPr>
        <w:t xml:space="preserve"> </w:t>
      </w:r>
      <w:r w:rsidRPr="008E006D">
        <w:rPr>
          <w:rFonts w:cs="Sakkal Majalla"/>
          <w:sz w:val="36"/>
          <w:szCs w:val="38"/>
          <w:rtl/>
        </w:rPr>
        <w:t>النتائج</w:t>
      </w:r>
      <w:r w:rsidRPr="008E006D">
        <w:rPr>
          <w:rFonts w:cs="Sakkal Majalla"/>
          <w:sz w:val="36"/>
          <w:szCs w:val="38"/>
        </w:rPr>
        <w:t xml:space="preserve"> </w:t>
      </w:r>
      <w:r w:rsidRPr="008E006D">
        <w:rPr>
          <w:rFonts w:cs="Sakkal Majalla"/>
          <w:sz w:val="36"/>
          <w:szCs w:val="38"/>
          <w:rtl/>
        </w:rPr>
        <w:t>والتحليل</w:t>
      </w:r>
      <w:r w:rsidRPr="008E006D">
        <w:rPr>
          <w:rFonts w:cs="Sakkal Majalla"/>
          <w:sz w:val="36"/>
          <w:szCs w:val="38"/>
        </w:rPr>
        <w:t xml:space="preserve"> </w:t>
      </w:r>
      <w:r w:rsidRPr="008E006D">
        <w:rPr>
          <w:rFonts w:cs="Sakkal Majalla"/>
          <w:sz w:val="36"/>
          <w:szCs w:val="38"/>
          <w:rtl/>
        </w:rPr>
        <w:t>الإحصائي،</w:t>
      </w:r>
      <w:r w:rsidRPr="008E006D">
        <w:rPr>
          <w:rFonts w:cs="Sakkal Majalla"/>
          <w:sz w:val="36"/>
          <w:szCs w:val="38"/>
        </w:rPr>
        <w:t xml:space="preserve"> </w:t>
      </w:r>
      <w:r w:rsidRPr="008E006D">
        <w:rPr>
          <w:rFonts w:cs="Sakkal Majalla"/>
          <w:sz w:val="36"/>
          <w:szCs w:val="38"/>
          <w:rtl/>
        </w:rPr>
        <w:t>ويخصص</w:t>
      </w:r>
      <w:r w:rsidRPr="008E006D">
        <w:rPr>
          <w:rFonts w:cs="Sakkal Majalla"/>
          <w:sz w:val="36"/>
          <w:szCs w:val="38"/>
        </w:rPr>
        <w:t xml:space="preserve"> </w:t>
      </w:r>
      <w:r w:rsidRPr="008E006D">
        <w:rPr>
          <w:rFonts w:cs="Sakkal Majalla"/>
          <w:sz w:val="36"/>
          <w:szCs w:val="38"/>
          <w:rtl/>
        </w:rPr>
        <w:t>الفصل</w:t>
      </w:r>
      <w:r w:rsidRPr="008E006D">
        <w:rPr>
          <w:rFonts w:cs="Sakkal Majalla"/>
          <w:sz w:val="36"/>
          <w:szCs w:val="38"/>
        </w:rPr>
        <w:t xml:space="preserve"> </w:t>
      </w:r>
      <w:r w:rsidRPr="008E006D">
        <w:rPr>
          <w:rFonts w:cs="Sakkal Majalla"/>
          <w:sz w:val="36"/>
          <w:szCs w:val="38"/>
          <w:rtl/>
        </w:rPr>
        <w:t>الخامس</w:t>
      </w:r>
      <w:r w:rsidRPr="008E006D">
        <w:rPr>
          <w:rFonts w:cs="Sakkal Majalla"/>
          <w:sz w:val="36"/>
          <w:szCs w:val="38"/>
        </w:rPr>
        <w:t xml:space="preserve"> </w:t>
      </w:r>
      <w:r w:rsidRPr="008E006D">
        <w:rPr>
          <w:rFonts w:cs="Sakkal Majalla"/>
          <w:sz w:val="36"/>
          <w:szCs w:val="38"/>
          <w:rtl/>
        </w:rPr>
        <w:t>للمناقشة</w:t>
      </w:r>
      <w:r w:rsidRPr="008E006D">
        <w:rPr>
          <w:rFonts w:cs="Sakkal Majalla"/>
          <w:sz w:val="36"/>
          <w:szCs w:val="38"/>
        </w:rPr>
        <w:t xml:space="preserve"> </w:t>
      </w:r>
      <w:r w:rsidRPr="008E006D">
        <w:rPr>
          <w:rFonts w:cs="Sakkal Majalla"/>
          <w:sz w:val="36"/>
          <w:szCs w:val="38"/>
          <w:rtl/>
        </w:rPr>
        <w:t>والاستنتاجات</w:t>
      </w:r>
      <w:r w:rsidRPr="008E006D">
        <w:rPr>
          <w:rFonts w:cs="Sakkal Majalla"/>
          <w:sz w:val="36"/>
          <w:szCs w:val="38"/>
        </w:rPr>
        <w:t xml:space="preserve"> </w:t>
      </w:r>
      <w:r w:rsidRPr="008E006D">
        <w:rPr>
          <w:rFonts w:cs="Sakkal Majalla"/>
          <w:sz w:val="36"/>
          <w:szCs w:val="38"/>
          <w:rtl/>
        </w:rPr>
        <w:t>والتوصيات</w:t>
      </w:r>
      <w:r w:rsidRPr="008E006D">
        <w:rPr>
          <w:rFonts w:cs="Sakkal Majalla"/>
          <w:sz w:val="36"/>
          <w:szCs w:val="38"/>
        </w:rPr>
        <w:t xml:space="preserve"> </w:t>
      </w:r>
      <w:r w:rsidRPr="008E006D">
        <w:rPr>
          <w:rFonts w:cs="Sakkal Majalla"/>
          <w:sz w:val="36"/>
          <w:szCs w:val="38"/>
          <w:rtl/>
        </w:rPr>
        <w:t>والنموذج</w:t>
      </w:r>
      <w:r w:rsidRPr="008E006D">
        <w:rPr>
          <w:rFonts w:cs="Sakkal Majalla"/>
          <w:sz w:val="36"/>
          <w:szCs w:val="38"/>
        </w:rPr>
        <w:t xml:space="preserve"> </w:t>
      </w:r>
      <w:r w:rsidRPr="008E006D">
        <w:rPr>
          <w:rFonts w:cs="Sakkal Majalla"/>
          <w:sz w:val="36"/>
          <w:szCs w:val="38"/>
          <w:rtl/>
        </w:rPr>
        <w:t>التطبيقي</w:t>
      </w:r>
      <w:r w:rsidRPr="008E006D">
        <w:rPr>
          <w:rFonts w:cs="Sakkal Majalla"/>
          <w:sz w:val="36"/>
          <w:szCs w:val="38"/>
        </w:rPr>
        <w:t xml:space="preserve"> </w:t>
      </w:r>
      <w:r w:rsidRPr="008E006D">
        <w:rPr>
          <w:rFonts w:cs="Sakkal Majalla"/>
          <w:sz w:val="36"/>
          <w:szCs w:val="38"/>
          <w:rtl/>
        </w:rPr>
        <w:t>المقترح</w:t>
      </w:r>
      <w:r w:rsidRPr="008E006D">
        <w:rPr>
          <w:rFonts w:cs="Sakkal Majalla"/>
          <w:sz w:val="36"/>
          <w:szCs w:val="38"/>
        </w:rPr>
        <w:t xml:space="preserve">. </w:t>
      </w:r>
      <w:r w:rsidRPr="008E006D">
        <w:rPr>
          <w:rFonts w:cs="Sakkal Majalla"/>
          <w:sz w:val="36"/>
          <w:szCs w:val="38"/>
          <w:rtl/>
        </w:rPr>
        <w:t>وتختم</w:t>
      </w:r>
      <w:r w:rsidRPr="008E006D">
        <w:rPr>
          <w:rFonts w:cs="Sakkal Majalla"/>
          <w:sz w:val="36"/>
          <w:szCs w:val="38"/>
        </w:rPr>
        <w:t xml:space="preserve"> </w:t>
      </w:r>
      <w:r w:rsidRPr="008E006D">
        <w:rPr>
          <w:rFonts w:cs="Sakkal Majalla"/>
          <w:sz w:val="36"/>
          <w:szCs w:val="38"/>
          <w:rtl/>
        </w:rPr>
        <w:t>الدراسة</w:t>
      </w:r>
      <w:r w:rsidRPr="008E006D">
        <w:rPr>
          <w:rFonts w:cs="Sakkal Majalla"/>
          <w:sz w:val="36"/>
          <w:szCs w:val="38"/>
        </w:rPr>
        <w:t xml:space="preserve"> </w:t>
      </w:r>
      <w:r w:rsidRPr="008E006D">
        <w:rPr>
          <w:rFonts w:cs="Sakkal Majalla"/>
          <w:sz w:val="36"/>
          <w:szCs w:val="38"/>
          <w:rtl/>
        </w:rPr>
        <w:t>بقائمة</w:t>
      </w:r>
      <w:r w:rsidRPr="008E006D">
        <w:rPr>
          <w:rFonts w:cs="Sakkal Majalla"/>
          <w:sz w:val="36"/>
          <w:szCs w:val="38"/>
        </w:rPr>
        <w:t xml:space="preserve"> </w:t>
      </w:r>
      <w:r w:rsidRPr="008E006D">
        <w:rPr>
          <w:rFonts w:cs="Sakkal Majalla"/>
          <w:sz w:val="36"/>
          <w:szCs w:val="38"/>
          <w:rtl/>
        </w:rPr>
        <w:t>المراجع</w:t>
      </w:r>
      <w:r w:rsidRPr="008E006D">
        <w:rPr>
          <w:rFonts w:cs="Sakkal Majalla"/>
          <w:sz w:val="36"/>
          <w:szCs w:val="38"/>
        </w:rPr>
        <w:t xml:space="preserve"> </w:t>
      </w:r>
      <w:r w:rsidRPr="008E006D">
        <w:rPr>
          <w:rFonts w:cs="Sakkal Majalla"/>
          <w:sz w:val="36"/>
          <w:szCs w:val="38"/>
          <w:rtl/>
        </w:rPr>
        <w:t>والملاحق</w:t>
      </w:r>
      <w:r w:rsidRPr="008E006D">
        <w:rPr>
          <w:rFonts w:cs="Sakkal Majalla"/>
          <w:sz w:val="36"/>
          <w:szCs w:val="38"/>
        </w:rPr>
        <w:t xml:space="preserve"> </w:t>
      </w:r>
      <w:r w:rsidRPr="008E006D">
        <w:rPr>
          <w:rFonts w:cs="Sakkal Majalla"/>
          <w:sz w:val="36"/>
          <w:szCs w:val="38"/>
          <w:rtl/>
        </w:rPr>
        <w:t>التي</w:t>
      </w:r>
      <w:r w:rsidRPr="008E006D">
        <w:rPr>
          <w:rFonts w:cs="Sakkal Majalla"/>
          <w:sz w:val="36"/>
          <w:szCs w:val="38"/>
        </w:rPr>
        <w:t xml:space="preserve"> </w:t>
      </w:r>
      <w:r w:rsidRPr="008E006D">
        <w:rPr>
          <w:rFonts w:cs="Sakkal Majalla"/>
          <w:sz w:val="36"/>
          <w:szCs w:val="38"/>
          <w:rtl/>
        </w:rPr>
        <w:t>تضم</w:t>
      </w:r>
      <w:r w:rsidRPr="008E006D">
        <w:rPr>
          <w:rFonts w:cs="Sakkal Majalla"/>
          <w:sz w:val="36"/>
          <w:szCs w:val="38"/>
        </w:rPr>
        <w:t xml:space="preserve"> </w:t>
      </w:r>
      <w:r w:rsidRPr="008E006D">
        <w:rPr>
          <w:rFonts w:cs="Sakkal Majalla"/>
          <w:sz w:val="36"/>
          <w:szCs w:val="38"/>
          <w:rtl/>
        </w:rPr>
        <w:t>أداة</w:t>
      </w:r>
      <w:r w:rsidRPr="008E006D">
        <w:rPr>
          <w:rFonts w:cs="Sakkal Majalla"/>
          <w:sz w:val="36"/>
          <w:szCs w:val="38"/>
        </w:rPr>
        <w:t xml:space="preserve"> </w:t>
      </w:r>
      <w:r w:rsidRPr="008E006D">
        <w:rPr>
          <w:rFonts w:cs="Sakkal Majalla"/>
          <w:sz w:val="36"/>
          <w:szCs w:val="38"/>
          <w:rtl/>
        </w:rPr>
        <w:t>الدراسة</w:t>
      </w:r>
      <w:r w:rsidRPr="008E006D">
        <w:rPr>
          <w:rFonts w:cs="Sakkal Majalla"/>
          <w:sz w:val="36"/>
          <w:szCs w:val="38"/>
        </w:rPr>
        <w:t xml:space="preserve"> </w:t>
      </w:r>
      <w:r w:rsidRPr="008E006D">
        <w:rPr>
          <w:rFonts w:cs="Sakkal Majalla"/>
          <w:sz w:val="36"/>
          <w:szCs w:val="38"/>
          <w:rtl/>
        </w:rPr>
        <w:t>والجداول</w:t>
      </w:r>
      <w:r w:rsidRPr="008E006D">
        <w:rPr>
          <w:rFonts w:cs="Sakkal Majalla"/>
          <w:sz w:val="36"/>
          <w:szCs w:val="38"/>
        </w:rPr>
        <w:t xml:space="preserve"> </w:t>
      </w:r>
      <w:r w:rsidRPr="008E006D">
        <w:rPr>
          <w:rFonts w:cs="Sakkal Majalla"/>
          <w:sz w:val="36"/>
          <w:szCs w:val="38"/>
          <w:rtl/>
        </w:rPr>
        <w:t>المساندة</w:t>
      </w:r>
      <w:r w:rsidRPr="008E006D">
        <w:rPr>
          <w:rFonts w:cs="Sakkal Majalla"/>
          <w:sz w:val="36"/>
          <w:szCs w:val="38"/>
        </w:rPr>
        <w:t>.</w:t>
      </w:r>
    </w:p>
    <w:p w14:paraId="5E4DF7A2" w14:textId="77777777" w:rsidR="008E006D" w:rsidRPr="008E006D" w:rsidRDefault="008E006D" w:rsidP="008E006D">
      <w:pPr>
        <w:ind w:firstLine="0"/>
        <w:rPr>
          <w:rFonts w:cs="Sakkal Majalla"/>
          <w:sz w:val="36"/>
          <w:szCs w:val="38"/>
        </w:rPr>
      </w:pPr>
      <w:r w:rsidRPr="008E006D">
        <w:rPr>
          <w:rFonts w:cs="Sakkal Majalla"/>
          <w:sz w:val="36"/>
          <w:szCs w:val="38"/>
        </w:rPr>
        <w:br w:type="page"/>
      </w:r>
    </w:p>
    <w:p w14:paraId="7021ECD9" w14:textId="77777777" w:rsidR="008E006D" w:rsidRPr="002D5B89" w:rsidRDefault="008E006D" w:rsidP="002D5B89">
      <w:pPr>
        <w:pStyle w:val="Heading1"/>
        <w:pageBreakBefore w:val="0"/>
        <w:spacing w:after="200" w:line="276" w:lineRule="auto"/>
        <w:rPr>
          <w:rFonts w:ascii="Sakkal Majalla" w:eastAsia="Noto Sans Arabic" w:hAnsi="Sakkal Majalla" w:cs="Sakkal Majalla"/>
          <w:b/>
          <w:bCs/>
          <w:color w:val="10365E"/>
          <w:sz w:val="38"/>
          <w:szCs w:val="38"/>
        </w:rPr>
      </w:pPr>
      <w:bookmarkStart w:id="12" w:name="_Toc234793626"/>
      <w:r w:rsidRPr="002D5B89">
        <w:rPr>
          <w:rFonts w:ascii="Sakkal Majalla" w:eastAsia="Noto Sans Arabic" w:hAnsi="Sakkal Majalla" w:cs="Sakkal Majalla"/>
          <w:b/>
          <w:bCs/>
          <w:color w:val="10365E"/>
          <w:sz w:val="38"/>
          <w:szCs w:val="38"/>
          <w:rtl/>
        </w:rPr>
        <w:lastRenderedPageBreak/>
        <w:t>الفصل</w:t>
      </w:r>
      <w:r w:rsidRPr="002D5B89">
        <w:rPr>
          <w:rFonts w:ascii="Sakkal Majalla" w:eastAsia="Noto Sans Arabic" w:hAnsi="Sakkal Majalla" w:cs="Sakkal Majalla"/>
          <w:b/>
          <w:bCs/>
          <w:color w:val="10365E"/>
          <w:sz w:val="38"/>
          <w:szCs w:val="38"/>
        </w:rPr>
        <w:t xml:space="preserve"> </w:t>
      </w:r>
      <w:r w:rsidRPr="002D5B89">
        <w:rPr>
          <w:rFonts w:ascii="Sakkal Majalla" w:eastAsia="Noto Sans Arabic" w:hAnsi="Sakkal Majalla" w:cs="Sakkal Majalla"/>
          <w:b/>
          <w:bCs/>
          <w:color w:val="10365E"/>
          <w:sz w:val="38"/>
          <w:szCs w:val="38"/>
          <w:rtl/>
        </w:rPr>
        <w:t>الثاني</w:t>
      </w:r>
      <w:r w:rsidRPr="002D5B89">
        <w:rPr>
          <w:rFonts w:ascii="Sakkal Majalla" w:eastAsia="Noto Sans Arabic" w:hAnsi="Sakkal Majalla" w:cs="Sakkal Majalla"/>
          <w:b/>
          <w:bCs/>
          <w:color w:val="10365E"/>
          <w:sz w:val="38"/>
          <w:szCs w:val="38"/>
        </w:rPr>
        <w:t xml:space="preserve">: </w:t>
      </w:r>
      <w:r w:rsidRPr="002D5B89">
        <w:rPr>
          <w:rFonts w:ascii="Sakkal Majalla" w:eastAsia="Noto Sans Arabic" w:hAnsi="Sakkal Majalla" w:cs="Sakkal Majalla"/>
          <w:b/>
          <w:bCs/>
          <w:color w:val="10365E"/>
          <w:sz w:val="38"/>
          <w:szCs w:val="38"/>
          <w:rtl/>
        </w:rPr>
        <w:t>الإطار</w:t>
      </w:r>
      <w:r w:rsidRPr="002D5B89">
        <w:rPr>
          <w:rFonts w:ascii="Sakkal Majalla" w:eastAsia="Noto Sans Arabic" w:hAnsi="Sakkal Majalla" w:cs="Sakkal Majalla"/>
          <w:b/>
          <w:bCs/>
          <w:color w:val="10365E"/>
          <w:sz w:val="38"/>
          <w:szCs w:val="38"/>
        </w:rPr>
        <w:t xml:space="preserve"> </w:t>
      </w:r>
      <w:r w:rsidRPr="002D5B89">
        <w:rPr>
          <w:rFonts w:ascii="Sakkal Majalla" w:eastAsia="Noto Sans Arabic" w:hAnsi="Sakkal Majalla" w:cs="Sakkal Majalla"/>
          <w:b/>
          <w:bCs/>
          <w:color w:val="10365E"/>
          <w:sz w:val="38"/>
          <w:szCs w:val="38"/>
          <w:rtl/>
        </w:rPr>
        <w:t>النظري</w:t>
      </w:r>
      <w:r w:rsidRPr="002D5B89">
        <w:rPr>
          <w:rFonts w:ascii="Sakkal Majalla" w:eastAsia="Noto Sans Arabic" w:hAnsi="Sakkal Majalla" w:cs="Sakkal Majalla"/>
          <w:b/>
          <w:bCs/>
          <w:color w:val="10365E"/>
          <w:sz w:val="38"/>
          <w:szCs w:val="38"/>
        </w:rPr>
        <w:t xml:space="preserve"> </w:t>
      </w:r>
      <w:r w:rsidRPr="002D5B89">
        <w:rPr>
          <w:rFonts w:ascii="Sakkal Majalla" w:eastAsia="Noto Sans Arabic" w:hAnsi="Sakkal Majalla" w:cs="Sakkal Majalla"/>
          <w:b/>
          <w:bCs/>
          <w:color w:val="10365E"/>
          <w:sz w:val="38"/>
          <w:szCs w:val="38"/>
          <w:rtl/>
        </w:rPr>
        <w:t>والدراسات</w:t>
      </w:r>
      <w:r w:rsidRPr="002D5B89">
        <w:rPr>
          <w:rFonts w:ascii="Sakkal Majalla" w:eastAsia="Noto Sans Arabic" w:hAnsi="Sakkal Majalla" w:cs="Sakkal Majalla"/>
          <w:b/>
          <w:bCs/>
          <w:color w:val="10365E"/>
          <w:sz w:val="38"/>
          <w:szCs w:val="38"/>
        </w:rPr>
        <w:t xml:space="preserve"> </w:t>
      </w:r>
      <w:r w:rsidRPr="002D5B89">
        <w:rPr>
          <w:rFonts w:ascii="Sakkal Majalla" w:eastAsia="Noto Sans Arabic" w:hAnsi="Sakkal Majalla" w:cs="Sakkal Majalla"/>
          <w:b/>
          <w:bCs/>
          <w:color w:val="10365E"/>
          <w:sz w:val="38"/>
          <w:szCs w:val="38"/>
          <w:rtl/>
        </w:rPr>
        <w:t>السابقة</w:t>
      </w:r>
      <w:bookmarkEnd w:id="12"/>
    </w:p>
    <w:p w14:paraId="6088405C" w14:textId="77777777" w:rsidR="008E006D" w:rsidRPr="002D5B89" w:rsidRDefault="008E006D" w:rsidP="002D5B89">
      <w:pPr>
        <w:pStyle w:val="Heading1"/>
        <w:pageBreakBefore w:val="0"/>
        <w:spacing w:after="200" w:line="276" w:lineRule="auto"/>
        <w:jc w:val="left"/>
        <w:rPr>
          <w:rFonts w:ascii="Sakkal Majalla" w:eastAsia="Noto Sans Arabic" w:hAnsi="Sakkal Majalla" w:cs="Sakkal Majalla"/>
          <w:b/>
          <w:bCs/>
          <w:color w:val="10365E"/>
          <w:sz w:val="38"/>
          <w:szCs w:val="38"/>
        </w:rPr>
      </w:pPr>
      <w:bookmarkStart w:id="13" w:name="_Toc234793627"/>
      <w:r w:rsidRPr="002D5B89">
        <w:rPr>
          <w:rFonts w:ascii="Sakkal Majalla" w:eastAsia="Noto Sans Arabic" w:hAnsi="Sakkal Majalla" w:cs="Sakkal Majalla"/>
          <w:b/>
          <w:bCs/>
          <w:color w:val="10365E"/>
          <w:sz w:val="38"/>
          <w:szCs w:val="38"/>
        </w:rPr>
        <w:t xml:space="preserve">2.1 </w:t>
      </w:r>
      <w:r w:rsidRPr="002D5B89">
        <w:rPr>
          <w:rFonts w:ascii="Sakkal Majalla" w:eastAsia="Noto Sans Arabic" w:hAnsi="Sakkal Majalla" w:cs="Sakkal Majalla"/>
          <w:b/>
          <w:bCs/>
          <w:color w:val="10365E"/>
          <w:sz w:val="38"/>
          <w:szCs w:val="38"/>
          <w:rtl/>
        </w:rPr>
        <w:t>تمهيد</w:t>
      </w:r>
      <w:r w:rsidR="008D0B36" w:rsidRPr="002D5B89">
        <w:rPr>
          <w:rFonts w:ascii="Sakkal Majalla" w:eastAsia="Noto Sans Arabic" w:hAnsi="Sakkal Majalla" w:cs="Sakkal Majalla" w:hint="cs"/>
          <w:b/>
          <w:bCs/>
          <w:color w:val="10365E"/>
          <w:sz w:val="38"/>
          <w:szCs w:val="38"/>
          <w:rtl/>
        </w:rPr>
        <w:t>:</w:t>
      </w:r>
      <w:bookmarkEnd w:id="13"/>
      <w:r w:rsidR="008D0B36" w:rsidRPr="002D5B89">
        <w:rPr>
          <w:rFonts w:ascii="Sakkal Majalla" w:eastAsia="Noto Sans Arabic" w:hAnsi="Sakkal Majalla" w:cs="Sakkal Majalla" w:hint="cs"/>
          <w:b/>
          <w:bCs/>
          <w:color w:val="10365E"/>
          <w:sz w:val="38"/>
          <w:szCs w:val="38"/>
          <w:rtl/>
        </w:rPr>
        <w:t xml:space="preserve"> </w:t>
      </w:r>
    </w:p>
    <w:p w14:paraId="6619E941" w14:textId="77777777" w:rsidR="008E006D" w:rsidRPr="008E006D" w:rsidRDefault="008E006D" w:rsidP="008D0B36">
      <w:pPr>
        <w:ind w:firstLine="720"/>
        <w:rPr>
          <w:rFonts w:cs="Sakkal Majalla"/>
          <w:sz w:val="36"/>
          <w:szCs w:val="38"/>
        </w:rPr>
      </w:pPr>
      <w:r w:rsidRPr="008E006D">
        <w:rPr>
          <w:rFonts w:cs="Sakkal Majalla"/>
          <w:sz w:val="36"/>
          <w:szCs w:val="38"/>
          <w:rtl/>
        </w:rPr>
        <w:t>يهدف</w:t>
      </w:r>
      <w:r w:rsidRPr="008E006D">
        <w:rPr>
          <w:rFonts w:cs="Sakkal Majalla"/>
          <w:sz w:val="36"/>
          <w:szCs w:val="38"/>
        </w:rPr>
        <w:t xml:space="preserve"> </w:t>
      </w:r>
      <w:r w:rsidRPr="008E006D">
        <w:rPr>
          <w:rFonts w:cs="Sakkal Majalla"/>
          <w:sz w:val="36"/>
          <w:szCs w:val="38"/>
          <w:rtl/>
        </w:rPr>
        <w:t>هذا</w:t>
      </w:r>
      <w:r w:rsidRPr="008E006D">
        <w:rPr>
          <w:rFonts w:cs="Sakkal Majalla"/>
          <w:sz w:val="36"/>
          <w:szCs w:val="38"/>
        </w:rPr>
        <w:t xml:space="preserve"> </w:t>
      </w:r>
      <w:r w:rsidRPr="008E006D">
        <w:rPr>
          <w:rFonts w:cs="Sakkal Majalla"/>
          <w:sz w:val="36"/>
          <w:szCs w:val="38"/>
          <w:rtl/>
        </w:rPr>
        <w:t>الفصل</w:t>
      </w:r>
      <w:r w:rsidRPr="008E006D">
        <w:rPr>
          <w:rFonts w:cs="Sakkal Majalla"/>
          <w:sz w:val="36"/>
          <w:szCs w:val="38"/>
        </w:rPr>
        <w:t xml:space="preserve"> </w:t>
      </w:r>
      <w:r w:rsidRPr="008E006D">
        <w:rPr>
          <w:rFonts w:cs="Sakkal Majalla"/>
          <w:sz w:val="36"/>
          <w:szCs w:val="38"/>
          <w:rtl/>
        </w:rPr>
        <w:t>إلى</w:t>
      </w:r>
      <w:r w:rsidRPr="008E006D">
        <w:rPr>
          <w:rFonts w:cs="Sakkal Majalla"/>
          <w:sz w:val="36"/>
          <w:szCs w:val="38"/>
        </w:rPr>
        <w:t xml:space="preserve"> </w:t>
      </w:r>
      <w:r w:rsidRPr="008E006D">
        <w:rPr>
          <w:rFonts w:cs="Sakkal Majalla"/>
          <w:sz w:val="36"/>
          <w:szCs w:val="38"/>
          <w:rtl/>
        </w:rPr>
        <w:t>بناء</w:t>
      </w:r>
      <w:r w:rsidRPr="008E006D">
        <w:rPr>
          <w:rFonts w:cs="Sakkal Majalla"/>
          <w:sz w:val="36"/>
          <w:szCs w:val="38"/>
        </w:rPr>
        <w:t xml:space="preserve"> </w:t>
      </w:r>
      <w:r w:rsidRPr="008E006D">
        <w:rPr>
          <w:rFonts w:cs="Sakkal Majalla"/>
          <w:sz w:val="36"/>
          <w:szCs w:val="38"/>
          <w:rtl/>
        </w:rPr>
        <w:t>أساس</w:t>
      </w:r>
      <w:r w:rsidRPr="008E006D">
        <w:rPr>
          <w:rFonts w:cs="Sakkal Majalla"/>
          <w:sz w:val="36"/>
          <w:szCs w:val="38"/>
        </w:rPr>
        <w:t xml:space="preserve"> </w:t>
      </w:r>
      <w:r w:rsidRPr="008E006D">
        <w:rPr>
          <w:rFonts w:cs="Sakkal Majalla"/>
          <w:sz w:val="36"/>
          <w:szCs w:val="38"/>
          <w:rtl/>
        </w:rPr>
        <w:t>نظري</w:t>
      </w:r>
      <w:r w:rsidRPr="008E006D">
        <w:rPr>
          <w:rFonts w:cs="Sakkal Majalla"/>
          <w:sz w:val="36"/>
          <w:szCs w:val="38"/>
        </w:rPr>
        <w:t xml:space="preserve"> </w:t>
      </w:r>
      <w:r w:rsidRPr="008E006D">
        <w:rPr>
          <w:rFonts w:cs="Sakkal Majalla"/>
          <w:sz w:val="36"/>
          <w:szCs w:val="38"/>
          <w:rtl/>
        </w:rPr>
        <w:t>متكامل</w:t>
      </w:r>
      <w:r w:rsidRPr="008E006D">
        <w:rPr>
          <w:rFonts w:cs="Sakkal Majalla"/>
          <w:sz w:val="36"/>
          <w:szCs w:val="38"/>
        </w:rPr>
        <w:t xml:space="preserve"> </w:t>
      </w:r>
      <w:r w:rsidRPr="008E006D">
        <w:rPr>
          <w:rFonts w:cs="Sakkal Majalla"/>
          <w:sz w:val="36"/>
          <w:szCs w:val="38"/>
          <w:rtl/>
        </w:rPr>
        <w:t>للدراسة</w:t>
      </w:r>
      <w:r w:rsidRPr="008E006D">
        <w:rPr>
          <w:rFonts w:cs="Sakkal Majalla"/>
          <w:sz w:val="36"/>
          <w:szCs w:val="38"/>
        </w:rPr>
        <w:t xml:space="preserve"> </w:t>
      </w:r>
      <w:r w:rsidRPr="008E006D">
        <w:rPr>
          <w:rFonts w:cs="Sakkal Majalla"/>
          <w:sz w:val="36"/>
          <w:szCs w:val="38"/>
          <w:rtl/>
        </w:rPr>
        <w:t>من</w:t>
      </w:r>
      <w:r w:rsidRPr="008E006D">
        <w:rPr>
          <w:rFonts w:cs="Sakkal Majalla"/>
          <w:sz w:val="36"/>
          <w:szCs w:val="38"/>
        </w:rPr>
        <w:t xml:space="preserve"> </w:t>
      </w:r>
      <w:r w:rsidRPr="008E006D">
        <w:rPr>
          <w:rFonts w:cs="Sakkal Majalla"/>
          <w:sz w:val="36"/>
          <w:szCs w:val="38"/>
          <w:rtl/>
        </w:rPr>
        <w:t>خلال</w:t>
      </w:r>
      <w:r w:rsidRPr="008E006D">
        <w:rPr>
          <w:rFonts w:cs="Sakkal Majalla"/>
          <w:sz w:val="36"/>
          <w:szCs w:val="38"/>
        </w:rPr>
        <w:t xml:space="preserve"> </w:t>
      </w:r>
      <w:r w:rsidRPr="008E006D">
        <w:rPr>
          <w:rFonts w:cs="Sakkal Majalla"/>
          <w:sz w:val="36"/>
          <w:szCs w:val="38"/>
          <w:rtl/>
        </w:rPr>
        <w:t>عرض</w:t>
      </w:r>
      <w:r w:rsidRPr="008E006D">
        <w:rPr>
          <w:rFonts w:cs="Sakkal Majalla"/>
          <w:sz w:val="36"/>
          <w:szCs w:val="38"/>
        </w:rPr>
        <w:t xml:space="preserve"> </w:t>
      </w:r>
      <w:r w:rsidRPr="008E006D">
        <w:rPr>
          <w:rFonts w:cs="Sakkal Majalla"/>
          <w:sz w:val="36"/>
          <w:szCs w:val="38"/>
          <w:rtl/>
        </w:rPr>
        <w:t>المفاهيم</w:t>
      </w:r>
      <w:r w:rsidRPr="008E006D">
        <w:rPr>
          <w:rFonts w:cs="Sakkal Majalla"/>
          <w:sz w:val="36"/>
          <w:szCs w:val="38"/>
        </w:rPr>
        <w:t xml:space="preserve"> </w:t>
      </w:r>
      <w:r w:rsidRPr="008E006D">
        <w:rPr>
          <w:rFonts w:cs="Sakkal Majalla"/>
          <w:sz w:val="36"/>
          <w:szCs w:val="38"/>
          <w:rtl/>
        </w:rPr>
        <w:t>الرئيسة</w:t>
      </w:r>
      <w:r w:rsidRPr="008E006D">
        <w:rPr>
          <w:rFonts w:cs="Sakkal Majalla"/>
          <w:sz w:val="36"/>
          <w:szCs w:val="38"/>
        </w:rPr>
        <w:t xml:space="preserve"> </w:t>
      </w:r>
      <w:r w:rsidRPr="008E006D">
        <w:rPr>
          <w:rFonts w:cs="Sakkal Majalla"/>
          <w:sz w:val="36"/>
          <w:szCs w:val="38"/>
          <w:rtl/>
        </w:rPr>
        <w:t>للتحول</w:t>
      </w:r>
      <w:r w:rsidRPr="008E006D">
        <w:rPr>
          <w:rFonts w:cs="Sakkal Majalla"/>
          <w:sz w:val="36"/>
          <w:szCs w:val="38"/>
        </w:rPr>
        <w:t xml:space="preserve"> </w:t>
      </w:r>
      <w:r w:rsidRPr="008E006D">
        <w:rPr>
          <w:rFonts w:cs="Sakkal Majalla"/>
          <w:sz w:val="36"/>
          <w:szCs w:val="38"/>
          <w:rtl/>
        </w:rPr>
        <w:t>الرقمي</w:t>
      </w:r>
      <w:r w:rsidRPr="008E006D">
        <w:rPr>
          <w:rFonts w:cs="Sakkal Majalla"/>
          <w:sz w:val="36"/>
          <w:szCs w:val="38"/>
        </w:rPr>
        <w:t xml:space="preserve"> </w:t>
      </w:r>
      <w:r w:rsidRPr="008E006D">
        <w:rPr>
          <w:rFonts w:cs="Sakkal Majalla"/>
          <w:sz w:val="36"/>
          <w:szCs w:val="38"/>
          <w:rtl/>
        </w:rPr>
        <w:t>وإدارة</w:t>
      </w:r>
      <w:r w:rsidRPr="008E006D">
        <w:rPr>
          <w:rFonts w:cs="Sakkal Majalla"/>
          <w:sz w:val="36"/>
          <w:szCs w:val="38"/>
        </w:rPr>
        <w:t xml:space="preserve"> </w:t>
      </w:r>
      <w:r w:rsidRPr="008E006D">
        <w:rPr>
          <w:rFonts w:cs="Sakkal Majalla"/>
          <w:sz w:val="36"/>
          <w:szCs w:val="38"/>
          <w:rtl/>
        </w:rPr>
        <w:t>المشاريع</w:t>
      </w:r>
      <w:r w:rsidRPr="008E006D">
        <w:rPr>
          <w:rFonts w:cs="Sakkal Majalla"/>
          <w:sz w:val="36"/>
          <w:szCs w:val="38"/>
        </w:rPr>
        <w:t xml:space="preserve"> </w:t>
      </w:r>
      <w:r w:rsidRPr="008E006D">
        <w:rPr>
          <w:rFonts w:cs="Sakkal Majalla"/>
          <w:sz w:val="36"/>
          <w:szCs w:val="38"/>
          <w:rtl/>
        </w:rPr>
        <w:t>ونجاح</w:t>
      </w:r>
      <w:r w:rsidRPr="008E006D">
        <w:rPr>
          <w:rFonts w:cs="Sakkal Majalla"/>
          <w:sz w:val="36"/>
          <w:szCs w:val="38"/>
        </w:rPr>
        <w:t xml:space="preserve"> </w:t>
      </w:r>
      <w:r w:rsidRPr="008E006D">
        <w:rPr>
          <w:rFonts w:cs="Sakkal Majalla"/>
          <w:sz w:val="36"/>
          <w:szCs w:val="38"/>
          <w:rtl/>
        </w:rPr>
        <w:t>المشاريع</w:t>
      </w:r>
      <w:r w:rsidRPr="008E006D">
        <w:rPr>
          <w:rFonts w:cs="Sakkal Majalla"/>
          <w:sz w:val="36"/>
          <w:szCs w:val="38"/>
        </w:rPr>
        <w:t xml:space="preserve"> </w:t>
      </w:r>
      <w:r w:rsidRPr="008E006D">
        <w:rPr>
          <w:rFonts w:cs="Sakkal Majalla"/>
          <w:sz w:val="36"/>
          <w:szCs w:val="38"/>
          <w:rtl/>
        </w:rPr>
        <w:t>الحكومية،</w:t>
      </w:r>
      <w:r w:rsidRPr="008E006D">
        <w:rPr>
          <w:rFonts w:cs="Sakkal Majalla"/>
          <w:sz w:val="36"/>
          <w:szCs w:val="38"/>
        </w:rPr>
        <w:t xml:space="preserve"> </w:t>
      </w:r>
      <w:r w:rsidRPr="008E006D">
        <w:rPr>
          <w:rFonts w:cs="Sakkal Majalla"/>
          <w:sz w:val="36"/>
          <w:szCs w:val="38"/>
          <w:rtl/>
        </w:rPr>
        <w:t>ثم</w:t>
      </w:r>
      <w:r w:rsidRPr="008E006D">
        <w:rPr>
          <w:rFonts w:cs="Sakkal Majalla"/>
          <w:sz w:val="36"/>
          <w:szCs w:val="38"/>
        </w:rPr>
        <w:t xml:space="preserve"> </w:t>
      </w:r>
      <w:r w:rsidRPr="008E006D">
        <w:rPr>
          <w:rFonts w:cs="Sakkal Majalla"/>
          <w:sz w:val="36"/>
          <w:szCs w:val="38"/>
          <w:rtl/>
        </w:rPr>
        <w:t>تحليل</w:t>
      </w:r>
      <w:r w:rsidRPr="008E006D">
        <w:rPr>
          <w:rFonts w:cs="Sakkal Majalla"/>
          <w:sz w:val="36"/>
          <w:szCs w:val="38"/>
        </w:rPr>
        <w:t xml:space="preserve"> </w:t>
      </w:r>
      <w:r w:rsidRPr="008E006D">
        <w:rPr>
          <w:rFonts w:cs="Sakkal Majalla"/>
          <w:sz w:val="36"/>
          <w:szCs w:val="38"/>
          <w:rtl/>
        </w:rPr>
        <w:t>الدراسات</w:t>
      </w:r>
      <w:r w:rsidRPr="008E006D">
        <w:rPr>
          <w:rFonts w:cs="Sakkal Majalla"/>
          <w:sz w:val="36"/>
          <w:szCs w:val="38"/>
        </w:rPr>
        <w:t xml:space="preserve"> </w:t>
      </w:r>
      <w:r w:rsidRPr="008E006D">
        <w:rPr>
          <w:rFonts w:cs="Sakkal Majalla"/>
          <w:sz w:val="36"/>
          <w:szCs w:val="38"/>
          <w:rtl/>
        </w:rPr>
        <w:t>السابقة</w:t>
      </w:r>
      <w:r w:rsidRPr="008E006D">
        <w:rPr>
          <w:rFonts w:cs="Sakkal Majalla"/>
          <w:sz w:val="36"/>
          <w:szCs w:val="38"/>
        </w:rPr>
        <w:t xml:space="preserve"> </w:t>
      </w:r>
      <w:r w:rsidRPr="008E006D">
        <w:rPr>
          <w:rFonts w:cs="Sakkal Majalla"/>
          <w:sz w:val="36"/>
          <w:szCs w:val="38"/>
          <w:rtl/>
        </w:rPr>
        <w:t>العربية</w:t>
      </w:r>
      <w:r w:rsidRPr="008E006D">
        <w:rPr>
          <w:rFonts w:cs="Sakkal Majalla"/>
          <w:sz w:val="36"/>
          <w:szCs w:val="38"/>
        </w:rPr>
        <w:t xml:space="preserve"> </w:t>
      </w:r>
      <w:r w:rsidRPr="008E006D">
        <w:rPr>
          <w:rFonts w:cs="Sakkal Majalla"/>
          <w:sz w:val="36"/>
          <w:szCs w:val="38"/>
          <w:rtl/>
        </w:rPr>
        <w:t>والأجنبية</w:t>
      </w:r>
      <w:r w:rsidRPr="008E006D">
        <w:rPr>
          <w:rFonts w:cs="Sakkal Majalla"/>
          <w:sz w:val="36"/>
          <w:szCs w:val="38"/>
        </w:rPr>
        <w:t xml:space="preserve"> </w:t>
      </w:r>
      <w:r w:rsidRPr="008E006D">
        <w:rPr>
          <w:rFonts w:cs="Sakkal Majalla"/>
          <w:sz w:val="36"/>
          <w:szCs w:val="38"/>
          <w:rtl/>
        </w:rPr>
        <w:t>ذات</w:t>
      </w:r>
      <w:r w:rsidRPr="008E006D">
        <w:rPr>
          <w:rFonts w:cs="Sakkal Majalla"/>
          <w:sz w:val="36"/>
          <w:szCs w:val="38"/>
        </w:rPr>
        <w:t xml:space="preserve"> </w:t>
      </w:r>
      <w:r w:rsidRPr="008E006D">
        <w:rPr>
          <w:rFonts w:cs="Sakkal Majalla"/>
          <w:sz w:val="36"/>
          <w:szCs w:val="38"/>
          <w:rtl/>
        </w:rPr>
        <w:t>الصلة</w:t>
      </w:r>
      <w:r w:rsidRPr="008E006D">
        <w:rPr>
          <w:rFonts w:cs="Sakkal Majalla"/>
          <w:sz w:val="36"/>
          <w:szCs w:val="38"/>
        </w:rPr>
        <w:t xml:space="preserve">. </w:t>
      </w:r>
      <w:r w:rsidRPr="008E006D">
        <w:rPr>
          <w:rFonts w:cs="Sakkal Majalla"/>
          <w:sz w:val="36"/>
          <w:szCs w:val="38"/>
          <w:rtl/>
        </w:rPr>
        <w:t>وتم</w:t>
      </w:r>
      <w:r w:rsidRPr="008E006D">
        <w:rPr>
          <w:rFonts w:cs="Sakkal Majalla"/>
          <w:sz w:val="36"/>
          <w:szCs w:val="38"/>
        </w:rPr>
        <w:t xml:space="preserve"> </w:t>
      </w:r>
      <w:r w:rsidRPr="008E006D">
        <w:rPr>
          <w:rFonts w:cs="Sakkal Majalla"/>
          <w:sz w:val="36"/>
          <w:szCs w:val="38"/>
          <w:rtl/>
        </w:rPr>
        <w:t>تنظيم</w:t>
      </w:r>
      <w:r w:rsidRPr="008E006D">
        <w:rPr>
          <w:rFonts w:cs="Sakkal Majalla"/>
          <w:sz w:val="36"/>
          <w:szCs w:val="38"/>
        </w:rPr>
        <w:t xml:space="preserve"> </w:t>
      </w:r>
      <w:r w:rsidRPr="008E006D">
        <w:rPr>
          <w:rFonts w:cs="Sakkal Majalla"/>
          <w:sz w:val="36"/>
          <w:szCs w:val="38"/>
          <w:rtl/>
        </w:rPr>
        <w:t>هذا</w:t>
      </w:r>
      <w:r w:rsidRPr="008E006D">
        <w:rPr>
          <w:rFonts w:cs="Sakkal Majalla"/>
          <w:sz w:val="36"/>
          <w:szCs w:val="38"/>
        </w:rPr>
        <w:t xml:space="preserve"> </w:t>
      </w:r>
      <w:r w:rsidRPr="008E006D">
        <w:rPr>
          <w:rFonts w:cs="Sakkal Majalla"/>
          <w:sz w:val="36"/>
          <w:szCs w:val="38"/>
          <w:rtl/>
        </w:rPr>
        <w:t>الفصل</w:t>
      </w:r>
      <w:r w:rsidRPr="008E006D">
        <w:rPr>
          <w:rFonts w:cs="Sakkal Majalla"/>
          <w:sz w:val="36"/>
          <w:szCs w:val="38"/>
        </w:rPr>
        <w:t xml:space="preserve"> </w:t>
      </w:r>
      <w:r w:rsidRPr="008E006D">
        <w:rPr>
          <w:rFonts w:cs="Sakkal Majalla"/>
          <w:sz w:val="36"/>
          <w:szCs w:val="38"/>
          <w:rtl/>
        </w:rPr>
        <w:t>بما</w:t>
      </w:r>
      <w:r w:rsidRPr="008E006D">
        <w:rPr>
          <w:rFonts w:cs="Sakkal Majalla"/>
          <w:sz w:val="36"/>
          <w:szCs w:val="38"/>
        </w:rPr>
        <w:t xml:space="preserve"> </w:t>
      </w:r>
      <w:r w:rsidRPr="008E006D">
        <w:rPr>
          <w:rFonts w:cs="Sakkal Majalla"/>
          <w:sz w:val="36"/>
          <w:szCs w:val="38"/>
          <w:rtl/>
        </w:rPr>
        <w:t>يبرز</w:t>
      </w:r>
      <w:r w:rsidRPr="008E006D">
        <w:rPr>
          <w:rFonts w:cs="Sakkal Majalla"/>
          <w:sz w:val="36"/>
          <w:szCs w:val="38"/>
        </w:rPr>
        <w:t xml:space="preserve"> </w:t>
      </w:r>
      <w:r w:rsidRPr="008E006D">
        <w:rPr>
          <w:rFonts w:cs="Sakkal Majalla"/>
          <w:sz w:val="36"/>
          <w:szCs w:val="38"/>
          <w:rtl/>
        </w:rPr>
        <w:t>المنطلقات</w:t>
      </w:r>
      <w:r w:rsidRPr="008E006D">
        <w:rPr>
          <w:rFonts w:cs="Sakkal Majalla"/>
          <w:sz w:val="36"/>
          <w:szCs w:val="38"/>
        </w:rPr>
        <w:t xml:space="preserve"> </w:t>
      </w:r>
      <w:r w:rsidRPr="008E006D">
        <w:rPr>
          <w:rFonts w:cs="Sakkal Majalla"/>
          <w:sz w:val="36"/>
          <w:szCs w:val="38"/>
          <w:rtl/>
        </w:rPr>
        <w:t>النظرية،</w:t>
      </w:r>
      <w:r w:rsidRPr="008E006D">
        <w:rPr>
          <w:rFonts w:cs="Sakkal Majalla"/>
          <w:sz w:val="36"/>
          <w:szCs w:val="38"/>
        </w:rPr>
        <w:t xml:space="preserve"> </w:t>
      </w:r>
      <w:r w:rsidRPr="008E006D">
        <w:rPr>
          <w:rFonts w:cs="Sakkal Majalla"/>
          <w:sz w:val="36"/>
          <w:szCs w:val="38"/>
          <w:rtl/>
        </w:rPr>
        <w:t>ويشرح</w:t>
      </w:r>
      <w:r w:rsidRPr="008E006D">
        <w:rPr>
          <w:rFonts w:cs="Sakkal Majalla"/>
          <w:sz w:val="36"/>
          <w:szCs w:val="38"/>
        </w:rPr>
        <w:t xml:space="preserve"> </w:t>
      </w:r>
      <w:r w:rsidRPr="008E006D">
        <w:rPr>
          <w:rFonts w:cs="Sakkal Majalla"/>
          <w:sz w:val="36"/>
          <w:szCs w:val="38"/>
          <w:rtl/>
        </w:rPr>
        <w:t>أبعاد</w:t>
      </w:r>
      <w:r w:rsidRPr="008E006D">
        <w:rPr>
          <w:rFonts w:cs="Sakkal Majalla"/>
          <w:sz w:val="36"/>
          <w:szCs w:val="38"/>
        </w:rPr>
        <w:t xml:space="preserve"> </w:t>
      </w:r>
      <w:r w:rsidRPr="008E006D">
        <w:rPr>
          <w:rFonts w:cs="Sakkal Majalla"/>
          <w:sz w:val="36"/>
          <w:szCs w:val="38"/>
          <w:rtl/>
        </w:rPr>
        <w:t>التحول</w:t>
      </w:r>
      <w:r w:rsidRPr="008E006D">
        <w:rPr>
          <w:rFonts w:cs="Sakkal Majalla"/>
          <w:sz w:val="36"/>
          <w:szCs w:val="38"/>
        </w:rPr>
        <w:t xml:space="preserve"> </w:t>
      </w:r>
      <w:r w:rsidRPr="008E006D">
        <w:rPr>
          <w:rFonts w:cs="Sakkal Majalla"/>
          <w:sz w:val="36"/>
          <w:szCs w:val="38"/>
          <w:rtl/>
        </w:rPr>
        <w:t>الرقمي</w:t>
      </w:r>
      <w:r w:rsidRPr="008E006D">
        <w:rPr>
          <w:rFonts w:cs="Sakkal Majalla"/>
          <w:sz w:val="36"/>
          <w:szCs w:val="38"/>
        </w:rPr>
        <w:t xml:space="preserve"> </w:t>
      </w:r>
      <w:r w:rsidRPr="008E006D">
        <w:rPr>
          <w:rFonts w:cs="Sakkal Majalla"/>
          <w:sz w:val="36"/>
          <w:szCs w:val="38"/>
          <w:rtl/>
        </w:rPr>
        <w:t>في</w:t>
      </w:r>
      <w:r w:rsidRPr="008E006D">
        <w:rPr>
          <w:rFonts w:cs="Sakkal Majalla"/>
          <w:sz w:val="36"/>
          <w:szCs w:val="38"/>
        </w:rPr>
        <w:t xml:space="preserve"> </w:t>
      </w:r>
      <w:r w:rsidRPr="008E006D">
        <w:rPr>
          <w:rFonts w:cs="Sakkal Majalla"/>
          <w:sz w:val="36"/>
          <w:szCs w:val="38"/>
          <w:rtl/>
        </w:rPr>
        <w:t>بيئة</w:t>
      </w:r>
      <w:r w:rsidRPr="008E006D">
        <w:rPr>
          <w:rFonts w:cs="Sakkal Majalla"/>
          <w:sz w:val="36"/>
          <w:szCs w:val="38"/>
        </w:rPr>
        <w:t xml:space="preserve"> </w:t>
      </w:r>
      <w:r w:rsidRPr="008E006D">
        <w:rPr>
          <w:rFonts w:cs="Sakkal Majalla"/>
          <w:sz w:val="36"/>
          <w:szCs w:val="38"/>
          <w:rtl/>
        </w:rPr>
        <w:t>إدارة</w:t>
      </w:r>
      <w:r w:rsidRPr="008E006D">
        <w:rPr>
          <w:rFonts w:cs="Sakkal Majalla"/>
          <w:sz w:val="36"/>
          <w:szCs w:val="38"/>
        </w:rPr>
        <w:t xml:space="preserve"> </w:t>
      </w:r>
      <w:r w:rsidRPr="008E006D">
        <w:rPr>
          <w:rFonts w:cs="Sakkal Majalla"/>
          <w:sz w:val="36"/>
          <w:szCs w:val="38"/>
          <w:rtl/>
        </w:rPr>
        <w:t>المشاريع،</w:t>
      </w:r>
      <w:r w:rsidRPr="008E006D">
        <w:rPr>
          <w:rFonts w:cs="Sakkal Majalla"/>
          <w:sz w:val="36"/>
          <w:szCs w:val="38"/>
        </w:rPr>
        <w:t xml:space="preserve"> </w:t>
      </w:r>
      <w:r w:rsidRPr="008E006D">
        <w:rPr>
          <w:rFonts w:cs="Sakkal Majalla"/>
          <w:sz w:val="36"/>
          <w:szCs w:val="38"/>
          <w:rtl/>
        </w:rPr>
        <w:t>ويوضح</w:t>
      </w:r>
      <w:r w:rsidRPr="008E006D">
        <w:rPr>
          <w:rFonts w:cs="Sakkal Majalla"/>
          <w:sz w:val="36"/>
          <w:szCs w:val="38"/>
        </w:rPr>
        <w:t xml:space="preserve"> </w:t>
      </w:r>
      <w:r w:rsidRPr="008E006D">
        <w:rPr>
          <w:rFonts w:cs="Sakkal Majalla"/>
          <w:sz w:val="36"/>
          <w:szCs w:val="38"/>
          <w:rtl/>
        </w:rPr>
        <w:t>العلاقة</w:t>
      </w:r>
      <w:r w:rsidRPr="008E006D">
        <w:rPr>
          <w:rFonts w:cs="Sakkal Majalla"/>
          <w:sz w:val="36"/>
          <w:szCs w:val="38"/>
        </w:rPr>
        <w:t xml:space="preserve"> </w:t>
      </w:r>
      <w:r w:rsidRPr="008E006D">
        <w:rPr>
          <w:rFonts w:cs="Sakkal Majalla"/>
          <w:sz w:val="36"/>
          <w:szCs w:val="38"/>
          <w:rtl/>
        </w:rPr>
        <w:t>المفترضة</w:t>
      </w:r>
      <w:r w:rsidRPr="008E006D">
        <w:rPr>
          <w:rFonts w:cs="Sakkal Majalla"/>
          <w:sz w:val="36"/>
          <w:szCs w:val="38"/>
        </w:rPr>
        <w:t xml:space="preserve"> </w:t>
      </w:r>
      <w:r w:rsidRPr="008E006D">
        <w:rPr>
          <w:rFonts w:cs="Sakkal Majalla"/>
          <w:sz w:val="36"/>
          <w:szCs w:val="38"/>
          <w:rtl/>
        </w:rPr>
        <w:t>بين</w:t>
      </w:r>
      <w:r w:rsidRPr="008E006D">
        <w:rPr>
          <w:rFonts w:cs="Sakkal Majalla"/>
          <w:sz w:val="36"/>
          <w:szCs w:val="38"/>
        </w:rPr>
        <w:t xml:space="preserve"> </w:t>
      </w:r>
      <w:r w:rsidRPr="008E006D">
        <w:rPr>
          <w:rFonts w:cs="Sakkal Majalla"/>
          <w:sz w:val="36"/>
          <w:szCs w:val="38"/>
          <w:rtl/>
        </w:rPr>
        <w:t>هذه</w:t>
      </w:r>
      <w:r w:rsidRPr="008E006D">
        <w:rPr>
          <w:rFonts w:cs="Sakkal Majalla"/>
          <w:sz w:val="36"/>
          <w:szCs w:val="38"/>
        </w:rPr>
        <w:t xml:space="preserve"> </w:t>
      </w:r>
      <w:r w:rsidRPr="008E006D">
        <w:rPr>
          <w:rFonts w:cs="Sakkal Majalla"/>
          <w:sz w:val="36"/>
          <w:szCs w:val="38"/>
          <w:rtl/>
        </w:rPr>
        <w:t>الأبعاد</w:t>
      </w:r>
      <w:r w:rsidRPr="008E006D">
        <w:rPr>
          <w:rFonts w:cs="Sakkal Majalla"/>
          <w:sz w:val="36"/>
          <w:szCs w:val="38"/>
        </w:rPr>
        <w:t xml:space="preserve"> </w:t>
      </w:r>
      <w:r w:rsidRPr="008E006D">
        <w:rPr>
          <w:rFonts w:cs="Sakkal Majalla"/>
          <w:sz w:val="36"/>
          <w:szCs w:val="38"/>
          <w:rtl/>
        </w:rPr>
        <w:t>ونجاح</w:t>
      </w:r>
      <w:r w:rsidRPr="008E006D">
        <w:rPr>
          <w:rFonts w:cs="Sakkal Majalla"/>
          <w:sz w:val="36"/>
          <w:szCs w:val="38"/>
        </w:rPr>
        <w:t xml:space="preserve"> </w:t>
      </w:r>
      <w:r w:rsidRPr="008E006D">
        <w:rPr>
          <w:rFonts w:cs="Sakkal Majalla"/>
          <w:sz w:val="36"/>
          <w:szCs w:val="38"/>
          <w:rtl/>
        </w:rPr>
        <w:t>المشاريع،</w:t>
      </w:r>
      <w:r w:rsidRPr="008E006D">
        <w:rPr>
          <w:rFonts w:cs="Sakkal Majalla"/>
          <w:sz w:val="36"/>
          <w:szCs w:val="38"/>
        </w:rPr>
        <w:t xml:space="preserve"> </w:t>
      </w:r>
      <w:r w:rsidRPr="008E006D">
        <w:rPr>
          <w:rFonts w:cs="Sakkal Majalla"/>
          <w:sz w:val="36"/>
          <w:szCs w:val="38"/>
          <w:rtl/>
        </w:rPr>
        <w:t>وصولًا</w:t>
      </w:r>
      <w:r w:rsidRPr="008E006D">
        <w:rPr>
          <w:rFonts w:cs="Sakkal Majalla"/>
          <w:sz w:val="36"/>
          <w:szCs w:val="38"/>
        </w:rPr>
        <w:t xml:space="preserve"> </w:t>
      </w:r>
      <w:r w:rsidRPr="008E006D">
        <w:rPr>
          <w:rFonts w:cs="Sakkal Majalla"/>
          <w:sz w:val="36"/>
          <w:szCs w:val="38"/>
          <w:rtl/>
        </w:rPr>
        <w:t>إلى</w:t>
      </w:r>
      <w:r w:rsidRPr="008E006D">
        <w:rPr>
          <w:rFonts w:cs="Sakkal Majalla"/>
          <w:sz w:val="36"/>
          <w:szCs w:val="38"/>
        </w:rPr>
        <w:t xml:space="preserve"> </w:t>
      </w:r>
      <w:r w:rsidRPr="008E006D">
        <w:rPr>
          <w:rFonts w:cs="Sakkal Majalla"/>
          <w:sz w:val="36"/>
          <w:szCs w:val="38"/>
          <w:rtl/>
        </w:rPr>
        <w:t>تحديد</w:t>
      </w:r>
      <w:r w:rsidRPr="008E006D">
        <w:rPr>
          <w:rFonts w:cs="Sakkal Majalla"/>
          <w:sz w:val="36"/>
          <w:szCs w:val="38"/>
        </w:rPr>
        <w:t xml:space="preserve"> </w:t>
      </w:r>
      <w:r w:rsidRPr="008E006D">
        <w:rPr>
          <w:rFonts w:cs="Sakkal Majalla"/>
          <w:sz w:val="36"/>
          <w:szCs w:val="38"/>
          <w:rtl/>
        </w:rPr>
        <w:t>الفجوة</w:t>
      </w:r>
      <w:r w:rsidRPr="008E006D">
        <w:rPr>
          <w:rFonts w:cs="Sakkal Majalla"/>
          <w:sz w:val="36"/>
          <w:szCs w:val="38"/>
        </w:rPr>
        <w:t xml:space="preserve"> </w:t>
      </w:r>
      <w:r w:rsidRPr="008E006D">
        <w:rPr>
          <w:rFonts w:cs="Sakkal Majalla"/>
          <w:sz w:val="36"/>
          <w:szCs w:val="38"/>
          <w:rtl/>
        </w:rPr>
        <w:t>البحثية</w:t>
      </w:r>
      <w:r w:rsidRPr="008E006D">
        <w:rPr>
          <w:rFonts w:cs="Sakkal Majalla"/>
          <w:sz w:val="36"/>
          <w:szCs w:val="38"/>
        </w:rPr>
        <w:t xml:space="preserve"> </w:t>
      </w:r>
      <w:r w:rsidRPr="008E006D">
        <w:rPr>
          <w:rFonts w:cs="Sakkal Majalla"/>
          <w:sz w:val="36"/>
          <w:szCs w:val="38"/>
          <w:rtl/>
        </w:rPr>
        <w:t>التي</w:t>
      </w:r>
      <w:r w:rsidRPr="008E006D">
        <w:rPr>
          <w:rFonts w:cs="Sakkal Majalla"/>
          <w:sz w:val="36"/>
          <w:szCs w:val="38"/>
        </w:rPr>
        <w:t xml:space="preserve"> </w:t>
      </w:r>
      <w:r w:rsidRPr="008E006D">
        <w:rPr>
          <w:rFonts w:cs="Sakkal Majalla"/>
          <w:sz w:val="36"/>
          <w:szCs w:val="38"/>
          <w:rtl/>
        </w:rPr>
        <w:t>تسعى</w:t>
      </w:r>
      <w:r w:rsidRPr="008E006D">
        <w:rPr>
          <w:rFonts w:cs="Sakkal Majalla"/>
          <w:sz w:val="36"/>
          <w:szCs w:val="38"/>
        </w:rPr>
        <w:t xml:space="preserve"> </w:t>
      </w:r>
      <w:r w:rsidRPr="008E006D">
        <w:rPr>
          <w:rFonts w:cs="Sakkal Majalla"/>
          <w:sz w:val="36"/>
          <w:szCs w:val="38"/>
          <w:rtl/>
        </w:rPr>
        <w:t>الدراسة</w:t>
      </w:r>
      <w:r w:rsidRPr="008E006D">
        <w:rPr>
          <w:rFonts w:cs="Sakkal Majalla"/>
          <w:sz w:val="36"/>
          <w:szCs w:val="38"/>
        </w:rPr>
        <w:t xml:space="preserve"> </w:t>
      </w:r>
      <w:r w:rsidRPr="008E006D">
        <w:rPr>
          <w:rFonts w:cs="Sakkal Majalla"/>
          <w:sz w:val="36"/>
          <w:szCs w:val="38"/>
          <w:rtl/>
        </w:rPr>
        <w:t>إلى</w:t>
      </w:r>
      <w:r w:rsidRPr="008E006D">
        <w:rPr>
          <w:rFonts w:cs="Sakkal Majalla"/>
          <w:sz w:val="36"/>
          <w:szCs w:val="38"/>
        </w:rPr>
        <w:t xml:space="preserve"> </w:t>
      </w:r>
      <w:r w:rsidRPr="008E006D">
        <w:rPr>
          <w:rFonts w:cs="Sakkal Majalla"/>
          <w:sz w:val="36"/>
          <w:szCs w:val="38"/>
          <w:rtl/>
        </w:rPr>
        <w:t>معالجتها</w:t>
      </w:r>
      <w:r w:rsidRPr="008E006D">
        <w:rPr>
          <w:rFonts w:cs="Sakkal Majalla"/>
          <w:sz w:val="36"/>
          <w:szCs w:val="38"/>
        </w:rPr>
        <w:t>.</w:t>
      </w:r>
    </w:p>
    <w:p w14:paraId="0B1648AB" w14:textId="77777777" w:rsidR="008E006D" w:rsidRPr="008E006D" w:rsidRDefault="008E006D" w:rsidP="008D0B36">
      <w:pPr>
        <w:ind w:firstLine="720"/>
        <w:rPr>
          <w:rFonts w:cs="Sakkal Majalla"/>
          <w:sz w:val="36"/>
          <w:szCs w:val="38"/>
        </w:rPr>
      </w:pPr>
      <w:r w:rsidRPr="008E006D">
        <w:rPr>
          <w:rFonts w:cs="Sakkal Majalla"/>
          <w:sz w:val="36"/>
          <w:szCs w:val="38"/>
          <w:rtl/>
        </w:rPr>
        <w:t>ينطلق</w:t>
      </w:r>
      <w:r w:rsidRPr="008E006D">
        <w:rPr>
          <w:rFonts w:cs="Sakkal Majalla"/>
          <w:sz w:val="36"/>
          <w:szCs w:val="38"/>
        </w:rPr>
        <w:t xml:space="preserve"> </w:t>
      </w:r>
      <w:r w:rsidRPr="008E006D">
        <w:rPr>
          <w:rFonts w:cs="Sakkal Majalla"/>
          <w:sz w:val="36"/>
          <w:szCs w:val="38"/>
          <w:rtl/>
        </w:rPr>
        <w:t>الفصل</w:t>
      </w:r>
      <w:r w:rsidRPr="008E006D">
        <w:rPr>
          <w:rFonts w:cs="Sakkal Majalla"/>
          <w:sz w:val="36"/>
          <w:szCs w:val="38"/>
        </w:rPr>
        <w:t xml:space="preserve"> </w:t>
      </w:r>
      <w:r w:rsidRPr="008E006D">
        <w:rPr>
          <w:rFonts w:cs="Sakkal Majalla"/>
          <w:sz w:val="36"/>
          <w:szCs w:val="38"/>
          <w:rtl/>
        </w:rPr>
        <w:t>من</w:t>
      </w:r>
      <w:r w:rsidRPr="008E006D">
        <w:rPr>
          <w:rFonts w:cs="Sakkal Majalla"/>
          <w:sz w:val="36"/>
          <w:szCs w:val="38"/>
        </w:rPr>
        <w:t xml:space="preserve"> </w:t>
      </w:r>
      <w:r w:rsidRPr="008E006D">
        <w:rPr>
          <w:rFonts w:cs="Sakkal Majalla"/>
          <w:sz w:val="36"/>
          <w:szCs w:val="38"/>
          <w:rtl/>
        </w:rPr>
        <w:t>أن</w:t>
      </w:r>
      <w:r w:rsidRPr="008E006D">
        <w:rPr>
          <w:rFonts w:cs="Sakkal Majalla"/>
          <w:sz w:val="36"/>
          <w:szCs w:val="38"/>
        </w:rPr>
        <w:t xml:space="preserve"> </w:t>
      </w:r>
      <w:r w:rsidRPr="008E006D">
        <w:rPr>
          <w:rFonts w:cs="Sakkal Majalla"/>
          <w:sz w:val="36"/>
          <w:szCs w:val="38"/>
          <w:rtl/>
        </w:rPr>
        <w:t>التحول</w:t>
      </w:r>
      <w:r w:rsidRPr="008E006D">
        <w:rPr>
          <w:rFonts w:cs="Sakkal Majalla"/>
          <w:sz w:val="36"/>
          <w:szCs w:val="38"/>
        </w:rPr>
        <w:t xml:space="preserve"> </w:t>
      </w:r>
      <w:r w:rsidRPr="008E006D">
        <w:rPr>
          <w:rFonts w:cs="Sakkal Majalla"/>
          <w:sz w:val="36"/>
          <w:szCs w:val="38"/>
          <w:rtl/>
        </w:rPr>
        <w:t>الرقمي</w:t>
      </w:r>
      <w:r w:rsidRPr="008E006D">
        <w:rPr>
          <w:rFonts w:cs="Sakkal Majalla"/>
          <w:sz w:val="36"/>
          <w:szCs w:val="38"/>
        </w:rPr>
        <w:t xml:space="preserve"> </w:t>
      </w:r>
      <w:r w:rsidRPr="008E006D">
        <w:rPr>
          <w:rFonts w:cs="Sakkal Majalla"/>
          <w:sz w:val="36"/>
          <w:szCs w:val="38"/>
          <w:rtl/>
        </w:rPr>
        <w:t>في</w:t>
      </w:r>
      <w:r w:rsidRPr="008E006D">
        <w:rPr>
          <w:rFonts w:cs="Sakkal Majalla"/>
          <w:sz w:val="36"/>
          <w:szCs w:val="38"/>
        </w:rPr>
        <w:t xml:space="preserve"> </w:t>
      </w:r>
      <w:r w:rsidRPr="008E006D">
        <w:rPr>
          <w:rFonts w:cs="Sakkal Majalla"/>
          <w:sz w:val="36"/>
          <w:szCs w:val="38"/>
          <w:rtl/>
        </w:rPr>
        <w:t>إدارة</w:t>
      </w:r>
      <w:r w:rsidRPr="008E006D">
        <w:rPr>
          <w:rFonts w:cs="Sakkal Majalla"/>
          <w:sz w:val="36"/>
          <w:szCs w:val="38"/>
        </w:rPr>
        <w:t xml:space="preserve"> </w:t>
      </w:r>
      <w:r w:rsidRPr="008E006D">
        <w:rPr>
          <w:rFonts w:cs="Sakkal Majalla"/>
          <w:sz w:val="36"/>
          <w:szCs w:val="38"/>
          <w:rtl/>
        </w:rPr>
        <w:t>المشاريع</w:t>
      </w:r>
      <w:r w:rsidRPr="008E006D">
        <w:rPr>
          <w:rFonts w:cs="Sakkal Majalla"/>
          <w:sz w:val="36"/>
          <w:szCs w:val="38"/>
        </w:rPr>
        <w:t xml:space="preserve"> </w:t>
      </w:r>
      <w:r w:rsidRPr="008E006D">
        <w:rPr>
          <w:rFonts w:cs="Sakkal Majalla"/>
          <w:sz w:val="36"/>
          <w:szCs w:val="38"/>
          <w:rtl/>
        </w:rPr>
        <w:t>ليس</w:t>
      </w:r>
      <w:r w:rsidRPr="008E006D">
        <w:rPr>
          <w:rFonts w:cs="Sakkal Majalla"/>
          <w:sz w:val="36"/>
          <w:szCs w:val="38"/>
        </w:rPr>
        <w:t xml:space="preserve"> </w:t>
      </w:r>
      <w:r w:rsidRPr="008E006D">
        <w:rPr>
          <w:rFonts w:cs="Sakkal Majalla"/>
          <w:sz w:val="36"/>
          <w:szCs w:val="38"/>
          <w:rtl/>
        </w:rPr>
        <w:t>مجرد</w:t>
      </w:r>
      <w:r w:rsidRPr="008E006D">
        <w:rPr>
          <w:rFonts w:cs="Sakkal Majalla"/>
          <w:sz w:val="36"/>
          <w:szCs w:val="38"/>
        </w:rPr>
        <w:t xml:space="preserve"> </w:t>
      </w:r>
      <w:r w:rsidRPr="008E006D">
        <w:rPr>
          <w:rFonts w:cs="Sakkal Majalla"/>
          <w:sz w:val="36"/>
          <w:szCs w:val="38"/>
          <w:rtl/>
        </w:rPr>
        <w:t>استخدام</w:t>
      </w:r>
      <w:r w:rsidRPr="008E006D">
        <w:rPr>
          <w:rFonts w:cs="Sakkal Majalla"/>
          <w:sz w:val="36"/>
          <w:szCs w:val="38"/>
        </w:rPr>
        <w:t xml:space="preserve"> </w:t>
      </w:r>
      <w:r w:rsidRPr="008E006D">
        <w:rPr>
          <w:rFonts w:cs="Sakkal Majalla"/>
          <w:sz w:val="36"/>
          <w:szCs w:val="38"/>
          <w:rtl/>
        </w:rPr>
        <w:t>برنامج</w:t>
      </w:r>
      <w:r w:rsidRPr="008E006D">
        <w:rPr>
          <w:rFonts w:cs="Sakkal Majalla"/>
          <w:sz w:val="36"/>
          <w:szCs w:val="38"/>
        </w:rPr>
        <w:t xml:space="preserve"> </w:t>
      </w:r>
      <w:r w:rsidRPr="008E006D">
        <w:rPr>
          <w:rFonts w:cs="Sakkal Majalla"/>
          <w:sz w:val="36"/>
          <w:szCs w:val="38"/>
          <w:rtl/>
        </w:rPr>
        <w:t>للجدولة</w:t>
      </w:r>
      <w:r w:rsidRPr="008E006D">
        <w:rPr>
          <w:rFonts w:cs="Sakkal Majalla"/>
          <w:sz w:val="36"/>
          <w:szCs w:val="38"/>
        </w:rPr>
        <w:t xml:space="preserve"> </w:t>
      </w:r>
      <w:r w:rsidRPr="008E006D">
        <w:rPr>
          <w:rFonts w:cs="Sakkal Majalla"/>
          <w:sz w:val="36"/>
          <w:szCs w:val="38"/>
          <w:rtl/>
        </w:rPr>
        <w:t>أو</w:t>
      </w:r>
      <w:r w:rsidRPr="008E006D">
        <w:rPr>
          <w:rFonts w:cs="Sakkal Majalla"/>
          <w:sz w:val="36"/>
          <w:szCs w:val="38"/>
        </w:rPr>
        <w:t xml:space="preserve"> </w:t>
      </w:r>
      <w:r w:rsidRPr="008E006D">
        <w:rPr>
          <w:rFonts w:cs="Sakkal Majalla"/>
          <w:sz w:val="36"/>
          <w:szCs w:val="38"/>
          <w:rtl/>
        </w:rPr>
        <w:t>منصة</w:t>
      </w:r>
      <w:r w:rsidRPr="008E006D">
        <w:rPr>
          <w:rFonts w:cs="Sakkal Majalla"/>
          <w:sz w:val="36"/>
          <w:szCs w:val="38"/>
        </w:rPr>
        <w:t xml:space="preserve"> </w:t>
      </w:r>
      <w:r w:rsidRPr="008E006D">
        <w:rPr>
          <w:rFonts w:cs="Sakkal Majalla"/>
          <w:sz w:val="36"/>
          <w:szCs w:val="38"/>
          <w:rtl/>
        </w:rPr>
        <w:t>للتقارير،</w:t>
      </w:r>
      <w:r w:rsidRPr="008E006D">
        <w:rPr>
          <w:rFonts w:cs="Sakkal Majalla"/>
          <w:sz w:val="36"/>
          <w:szCs w:val="38"/>
        </w:rPr>
        <w:t xml:space="preserve"> </w:t>
      </w:r>
      <w:r w:rsidRPr="008E006D">
        <w:rPr>
          <w:rFonts w:cs="Sakkal Majalla"/>
          <w:sz w:val="36"/>
          <w:szCs w:val="38"/>
          <w:rtl/>
        </w:rPr>
        <w:t>بل</w:t>
      </w:r>
      <w:r w:rsidRPr="008E006D">
        <w:rPr>
          <w:rFonts w:cs="Sakkal Majalla"/>
          <w:sz w:val="36"/>
          <w:szCs w:val="38"/>
        </w:rPr>
        <w:t xml:space="preserve"> </w:t>
      </w:r>
      <w:r w:rsidRPr="008E006D">
        <w:rPr>
          <w:rFonts w:cs="Sakkal Majalla"/>
          <w:sz w:val="36"/>
          <w:szCs w:val="38"/>
          <w:rtl/>
        </w:rPr>
        <w:t>هو</w:t>
      </w:r>
      <w:r w:rsidRPr="008E006D">
        <w:rPr>
          <w:rFonts w:cs="Sakkal Majalla"/>
          <w:sz w:val="36"/>
          <w:szCs w:val="38"/>
        </w:rPr>
        <w:t xml:space="preserve"> </w:t>
      </w:r>
      <w:r w:rsidRPr="008E006D">
        <w:rPr>
          <w:rFonts w:cs="Sakkal Majalla"/>
          <w:sz w:val="36"/>
          <w:szCs w:val="38"/>
          <w:rtl/>
        </w:rPr>
        <w:t>تحول</w:t>
      </w:r>
      <w:r w:rsidRPr="008E006D">
        <w:rPr>
          <w:rFonts w:cs="Sakkal Majalla"/>
          <w:sz w:val="36"/>
          <w:szCs w:val="38"/>
        </w:rPr>
        <w:t xml:space="preserve"> </w:t>
      </w:r>
      <w:r w:rsidRPr="008E006D">
        <w:rPr>
          <w:rFonts w:cs="Sakkal Majalla"/>
          <w:sz w:val="36"/>
          <w:szCs w:val="38"/>
          <w:rtl/>
        </w:rPr>
        <w:t>في</w:t>
      </w:r>
      <w:r w:rsidRPr="008E006D">
        <w:rPr>
          <w:rFonts w:cs="Sakkal Majalla"/>
          <w:sz w:val="36"/>
          <w:szCs w:val="38"/>
        </w:rPr>
        <w:t xml:space="preserve"> </w:t>
      </w:r>
      <w:r w:rsidRPr="008E006D">
        <w:rPr>
          <w:rFonts w:cs="Sakkal Majalla"/>
          <w:sz w:val="36"/>
          <w:szCs w:val="38"/>
          <w:rtl/>
        </w:rPr>
        <w:t>طريقة</w:t>
      </w:r>
      <w:r w:rsidRPr="008E006D">
        <w:rPr>
          <w:rFonts w:cs="Sakkal Majalla"/>
          <w:sz w:val="36"/>
          <w:szCs w:val="38"/>
        </w:rPr>
        <w:t xml:space="preserve"> </w:t>
      </w:r>
      <w:r w:rsidRPr="008E006D">
        <w:rPr>
          <w:rFonts w:cs="Sakkal Majalla"/>
          <w:sz w:val="36"/>
          <w:szCs w:val="38"/>
          <w:rtl/>
        </w:rPr>
        <w:t>التخطيط</w:t>
      </w:r>
      <w:r w:rsidRPr="008E006D">
        <w:rPr>
          <w:rFonts w:cs="Sakkal Majalla"/>
          <w:sz w:val="36"/>
          <w:szCs w:val="38"/>
        </w:rPr>
        <w:t xml:space="preserve"> </w:t>
      </w:r>
      <w:r w:rsidRPr="008E006D">
        <w:rPr>
          <w:rFonts w:cs="Sakkal Majalla"/>
          <w:sz w:val="36"/>
          <w:szCs w:val="38"/>
          <w:rtl/>
        </w:rPr>
        <w:t>والتنفيذ</w:t>
      </w:r>
      <w:r w:rsidRPr="008E006D">
        <w:rPr>
          <w:rFonts w:cs="Sakkal Majalla"/>
          <w:sz w:val="36"/>
          <w:szCs w:val="38"/>
        </w:rPr>
        <w:t xml:space="preserve"> </w:t>
      </w:r>
      <w:r w:rsidRPr="008E006D">
        <w:rPr>
          <w:rFonts w:cs="Sakkal Majalla"/>
          <w:sz w:val="36"/>
          <w:szCs w:val="38"/>
          <w:rtl/>
        </w:rPr>
        <w:t>والرقابة</w:t>
      </w:r>
      <w:r w:rsidRPr="008E006D">
        <w:rPr>
          <w:rFonts w:cs="Sakkal Majalla"/>
          <w:sz w:val="36"/>
          <w:szCs w:val="38"/>
        </w:rPr>
        <w:t xml:space="preserve"> </w:t>
      </w:r>
      <w:r w:rsidRPr="008E006D">
        <w:rPr>
          <w:rFonts w:cs="Sakkal Majalla"/>
          <w:sz w:val="36"/>
          <w:szCs w:val="38"/>
          <w:rtl/>
        </w:rPr>
        <w:t>واتخاذ</w:t>
      </w:r>
      <w:r w:rsidRPr="008E006D">
        <w:rPr>
          <w:rFonts w:cs="Sakkal Majalla"/>
          <w:sz w:val="36"/>
          <w:szCs w:val="38"/>
        </w:rPr>
        <w:t xml:space="preserve"> </w:t>
      </w:r>
      <w:r w:rsidRPr="008E006D">
        <w:rPr>
          <w:rFonts w:cs="Sakkal Majalla"/>
          <w:sz w:val="36"/>
          <w:szCs w:val="38"/>
          <w:rtl/>
        </w:rPr>
        <w:t>القرار</w:t>
      </w:r>
      <w:r w:rsidRPr="008E006D">
        <w:rPr>
          <w:rFonts w:cs="Sakkal Majalla"/>
          <w:sz w:val="36"/>
          <w:szCs w:val="38"/>
        </w:rPr>
        <w:t xml:space="preserve">. </w:t>
      </w:r>
      <w:r w:rsidRPr="008E006D">
        <w:rPr>
          <w:rFonts w:cs="Sakkal Majalla"/>
          <w:sz w:val="36"/>
          <w:szCs w:val="38"/>
          <w:rtl/>
        </w:rPr>
        <w:t>ومن</w:t>
      </w:r>
      <w:r w:rsidRPr="008E006D">
        <w:rPr>
          <w:rFonts w:cs="Sakkal Majalla"/>
          <w:sz w:val="36"/>
          <w:szCs w:val="38"/>
        </w:rPr>
        <w:t xml:space="preserve"> </w:t>
      </w:r>
      <w:r w:rsidRPr="008E006D">
        <w:rPr>
          <w:rFonts w:cs="Sakkal Majalla"/>
          <w:sz w:val="36"/>
          <w:szCs w:val="38"/>
          <w:rtl/>
        </w:rPr>
        <w:t>ثم</w:t>
      </w:r>
      <w:r w:rsidRPr="008E006D">
        <w:rPr>
          <w:rFonts w:cs="Sakkal Majalla"/>
          <w:sz w:val="36"/>
          <w:szCs w:val="38"/>
        </w:rPr>
        <w:t xml:space="preserve"> </w:t>
      </w:r>
      <w:r w:rsidRPr="008E006D">
        <w:rPr>
          <w:rFonts w:cs="Sakkal Majalla"/>
          <w:sz w:val="36"/>
          <w:szCs w:val="38"/>
          <w:rtl/>
        </w:rPr>
        <w:t>فإن</w:t>
      </w:r>
      <w:r w:rsidRPr="008E006D">
        <w:rPr>
          <w:rFonts w:cs="Sakkal Majalla"/>
          <w:sz w:val="36"/>
          <w:szCs w:val="38"/>
        </w:rPr>
        <w:t xml:space="preserve"> </w:t>
      </w:r>
      <w:r w:rsidRPr="008E006D">
        <w:rPr>
          <w:rFonts w:cs="Sakkal Majalla"/>
          <w:sz w:val="36"/>
          <w:szCs w:val="38"/>
          <w:rtl/>
        </w:rPr>
        <w:t>الإطار</w:t>
      </w:r>
      <w:r w:rsidRPr="008E006D">
        <w:rPr>
          <w:rFonts w:cs="Sakkal Majalla"/>
          <w:sz w:val="36"/>
          <w:szCs w:val="38"/>
        </w:rPr>
        <w:t xml:space="preserve"> </w:t>
      </w:r>
      <w:r w:rsidRPr="008E006D">
        <w:rPr>
          <w:rFonts w:cs="Sakkal Majalla"/>
          <w:sz w:val="36"/>
          <w:szCs w:val="38"/>
          <w:rtl/>
        </w:rPr>
        <w:t>النظري</w:t>
      </w:r>
      <w:r w:rsidRPr="008E006D">
        <w:rPr>
          <w:rFonts w:cs="Sakkal Majalla"/>
          <w:sz w:val="36"/>
          <w:szCs w:val="38"/>
        </w:rPr>
        <w:t xml:space="preserve"> </w:t>
      </w:r>
      <w:r w:rsidRPr="008E006D">
        <w:rPr>
          <w:rFonts w:cs="Sakkal Majalla"/>
          <w:sz w:val="36"/>
          <w:szCs w:val="38"/>
          <w:rtl/>
        </w:rPr>
        <w:t>يدمج</w:t>
      </w:r>
      <w:r w:rsidRPr="008E006D">
        <w:rPr>
          <w:rFonts w:cs="Sakkal Majalla"/>
          <w:sz w:val="36"/>
          <w:szCs w:val="38"/>
        </w:rPr>
        <w:t xml:space="preserve"> </w:t>
      </w:r>
      <w:r w:rsidRPr="008E006D">
        <w:rPr>
          <w:rFonts w:cs="Sakkal Majalla"/>
          <w:sz w:val="36"/>
          <w:szCs w:val="38"/>
          <w:rtl/>
        </w:rPr>
        <w:t>بين</w:t>
      </w:r>
      <w:r w:rsidRPr="008E006D">
        <w:rPr>
          <w:rFonts w:cs="Sakkal Majalla"/>
          <w:sz w:val="36"/>
          <w:szCs w:val="38"/>
        </w:rPr>
        <w:t xml:space="preserve"> </w:t>
      </w:r>
      <w:r w:rsidRPr="008E006D">
        <w:rPr>
          <w:rFonts w:cs="Sakkal Majalla"/>
          <w:sz w:val="36"/>
          <w:szCs w:val="38"/>
          <w:rtl/>
        </w:rPr>
        <w:t>المنظور</w:t>
      </w:r>
      <w:r w:rsidRPr="008E006D">
        <w:rPr>
          <w:rFonts w:cs="Sakkal Majalla"/>
          <w:sz w:val="36"/>
          <w:szCs w:val="38"/>
        </w:rPr>
        <w:t xml:space="preserve"> </w:t>
      </w:r>
      <w:r w:rsidRPr="008E006D">
        <w:rPr>
          <w:rFonts w:cs="Sakkal Majalla"/>
          <w:sz w:val="36"/>
          <w:szCs w:val="38"/>
          <w:rtl/>
        </w:rPr>
        <w:t>التقني،</w:t>
      </w:r>
      <w:r w:rsidRPr="008E006D">
        <w:rPr>
          <w:rFonts w:cs="Sakkal Majalla"/>
          <w:sz w:val="36"/>
          <w:szCs w:val="38"/>
        </w:rPr>
        <w:t xml:space="preserve"> </w:t>
      </w:r>
      <w:r w:rsidRPr="008E006D">
        <w:rPr>
          <w:rFonts w:cs="Sakkal Majalla"/>
          <w:sz w:val="36"/>
          <w:szCs w:val="38"/>
          <w:rtl/>
        </w:rPr>
        <w:t>والمنظور</w:t>
      </w:r>
      <w:r w:rsidRPr="008E006D">
        <w:rPr>
          <w:rFonts w:cs="Sakkal Majalla"/>
          <w:sz w:val="36"/>
          <w:szCs w:val="38"/>
        </w:rPr>
        <w:t xml:space="preserve"> </w:t>
      </w:r>
      <w:r w:rsidRPr="008E006D">
        <w:rPr>
          <w:rFonts w:cs="Sakkal Majalla"/>
          <w:sz w:val="36"/>
          <w:szCs w:val="38"/>
          <w:rtl/>
        </w:rPr>
        <w:t>الاجتماعي</w:t>
      </w:r>
      <w:r w:rsidRPr="008E006D">
        <w:rPr>
          <w:rFonts w:cs="Sakkal Majalla"/>
          <w:sz w:val="36"/>
          <w:szCs w:val="38"/>
        </w:rPr>
        <w:t xml:space="preserve"> </w:t>
      </w:r>
      <w:r w:rsidRPr="008E006D">
        <w:rPr>
          <w:rFonts w:cs="Sakkal Majalla"/>
          <w:sz w:val="36"/>
          <w:szCs w:val="38"/>
          <w:rtl/>
        </w:rPr>
        <w:t>التنظيمي،</w:t>
      </w:r>
      <w:r w:rsidRPr="008E006D">
        <w:rPr>
          <w:rFonts w:cs="Sakkal Majalla"/>
          <w:sz w:val="36"/>
          <w:szCs w:val="38"/>
        </w:rPr>
        <w:t xml:space="preserve"> </w:t>
      </w:r>
      <w:r w:rsidRPr="008E006D">
        <w:rPr>
          <w:rFonts w:cs="Sakkal Majalla"/>
          <w:sz w:val="36"/>
          <w:szCs w:val="38"/>
          <w:rtl/>
        </w:rPr>
        <w:t>ومنظور</w:t>
      </w:r>
      <w:r w:rsidRPr="008E006D">
        <w:rPr>
          <w:rFonts w:cs="Sakkal Majalla"/>
          <w:sz w:val="36"/>
          <w:szCs w:val="38"/>
        </w:rPr>
        <w:t xml:space="preserve"> </w:t>
      </w:r>
      <w:r w:rsidRPr="008E006D">
        <w:rPr>
          <w:rFonts w:cs="Sakkal Majalla"/>
          <w:sz w:val="36"/>
          <w:szCs w:val="38"/>
          <w:rtl/>
        </w:rPr>
        <w:t>تسليم</w:t>
      </w:r>
      <w:r w:rsidRPr="008E006D">
        <w:rPr>
          <w:rFonts w:cs="Sakkal Majalla"/>
          <w:sz w:val="36"/>
          <w:szCs w:val="38"/>
        </w:rPr>
        <w:t xml:space="preserve"> </w:t>
      </w:r>
      <w:r w:rsidRPr="008E006D">
        <w:rPr>
          <w:rFonts w:cs="Sakkal Majalla"/>
          <w:sz w:val="36"/>
          <w:szCs w:val="38"/>
          <w:rtl/>
        </w:rPr>
        <w:t>القيمة</w:t>
      </w:r>
      <w:r w:rsidRPr="008E006D">
        <w:rPr>
          <w:rFonts w:cs="Sakkal Majalla"/>
          <w:sz w:val="36"/>
          <w:szCs w:val="38"/>
        </w:rPr>
        <w:t xml:space="preserve"> </w:t>
      </w:r>
      <w:r w:rsidRPr="008E006D">
        <w:rPr>
          <w:rFonts w:cs="Sakkal Majalla"/>
          <w:sz w:val="36"/>
          <w:szCs w:val="38"/>
          <w:rtl/>
        </w:rPr>
        <w:t>في</w:t>
      </w:r>
      <w:r w:rsidRPr="008E006D">
        <w:rPr>
          <w:rFonts w:cs="Sakkal Majalla"/>
          <w:sz w:val="36"/>
          <w:szCs w:val="38"/>
        </w:rPr>
        <w:t xml:space="preserve"> </w:t>
      </w:r>
      <w:r w:rsidRPr="008E006D">
        <w:rPr>
          <w:rFonts w:cs="Sakkal Majalla"/>
          <w:sz w:val="36"/>
          <w:szCs w:val="38"/>
          <w:rtl/>
        </w:rPr>
        <w:t>إدارة</w:t>
      </w:r>
      <w:r w:rsidRPr="008E006D">
        <w:rPr>
          <w:rFonts w:cs="Sakkal Majalla"/>
          <w:sz w:val="36"/>
          <w:szCs w:val="38"/>
        </w:rPr>
        <w:t xml:space="preserve"> </w:t>
      </w:r>
      <w:r w:rsidRPr="008E006D">
        <w:rPr>
          <w:rFonts w:cs="Sakkal Majalla"/>
          <w:sz w:val="36"/>
          <w:szCs w:val="38"/>
          <w:rtl/>
        </w:rPr>
        <w:t>المشاريع،</w:t>
      </w:r>
      <w:r w:rsidRPr="008E006D">
        <w:rPr>
          <w:rFonts w:cs="Sakkal Majalla"/>
          <w:sz w:val="36"/>
          <w:szCs w:val="38"/>
        </w:rPr>
        <w:t xml:space="preserve"> </w:t>
      </w:r>
      <w:r w:rsidRPr="008E006D">
        <w:rPr>
          <w:rFonts w:cs="Sakkal Majalla"/>
          <w:sz w:val="36"/>
          <w:szCs w:val="38"/>
          <w:rtl/>
        </w:rPr>
        <w:t>بما</w:t>
      </w:r>
      <w:r w:rsidRPr="008E006D">
        <w:rPr>
          <w:rFonts w:cs="Sakkal Majalla"/>
          <w:sz w:val="36"/>
          <w:szCs w:val="38"/>
        </w:rPr>
        <w:t xml:space="preserve"> </w:t>
      </w:r>
      <w:r w:rsidRPr="008E006D">
        <w:rPr>
          <w:rFonts w:cs="Sakkal Majalla"/>
          <w:sz w:val="36"/>
          <w:szCs w:val="38"/>
          <w:rtl/>
        </w:rPr>
        <w:t>يسمح</w:t>
      </w:r>
      <w:r w:rsidRPr="008E006D">
        <w:rPr>
          <w:rFonts w:cs="Sakkal Majalla"/>
          <w:sz w:val="36"/>
          <w:szCs w:val="38"/>
        </w:rPr>
        <w:t xml:space="preserve"> </w:t>
      </w:r>
      <w:r w:rsidRPr="008E006D">
        <w:rPr>
          <w:rFonts w:cs="Sakkal Majalla"/>
          <w:sz w:val="36"/>
          <w:szCs w:val="38"/>
          <w:rtl/>
        </w:rPr>
        <w:t>بتفسير</w:t>
      </w:r>
      <w:r w:rsidRPr="008E006D">
        <w:rPr>
          <w:rFonts w:cs="Sakkal Majalla"/>
          <w:sz w:val="36"/>
          <w:szCs w:val="38"/>
        </w:rPr>
        <w:t xml:space="preserve"> </w:t>
      </w:r>
      <w:r w:rsidRPr="008E006D">
        <w:rPr>
          <w:rFonts w:cs="Sakkal Majalla"/>
          <w:sz w:val="36"/>
          <w:szCs w:val="38"/>
          <w:rtl/>
        </w:rPr>
        <w:t>العلاقة</w:t>
      </w:r>
      <w:r w:rsidRPr="008E006D">
        <w:rPr>
          <w:rFonts w:cs="Sakkal Majalla"/>
          <w:sz w:val="36"/>
          <w:szCs w:val="38"/>
        </w:rPr>
        <w:t xml:space="preserve"> </w:t>
      </w:r>
      <w:r w:rsidRPr="008E006D">
        <w:rPr>
          <w:rFonts w:cs="Sakkal Majalla"/>
          <w:sz w:val="36"/>
          <w:szCs w:val="38"/>
          <w:rtl/>
        </w:rPr>
        <w:t>بين</w:t>
      </w:r>
      <w:r w:rsidRPr="008E006D">
        <w:rPr>
          <w:rFonts w:cs="Sakkal Majalla"/>
          <w:sz w:val="36"/>
          <w:szCs w:val="38"/>
        </w:rPr>
        <w:t xml:space="preserve"> </w:t>
      </w:r>
      <w:r w:rsidRPr="008E006D">
        <w:rPr>
          <w:rFonts w:cs="Sakkal Majalla"/>
          <w:sz w:val="36"/>
          <w:szCs w:val="38"/>
          <w:rtl/>
        </w:rPr>
        <w:t>الموارد</w:t>
      </w:r>
      <w:r w:rsidRPr="008E006D">
        <w:rPr>
          <w:rFonts w:cs="Sakkal Majalla"/>
          <w:sz w:val="36"/>
          <w:szCs w:val="38"/>
        </w:rPr>
        <w:t xml:space="preserve"> </w:t>
      </w:r>
      <w:r w:rsidRPr="008E006D">
        <w:rPr>
          <w:rFonts w:cs="Sakkal Majalla"/>
          <w:sz w:val="36"/>
          <w:szCs w:val="38"/>
          <w:rtl/>
        </w:rPr>
        <w:t>الرقمية</w:t>
      </w:r>
      <w:r w:rsidRPr="008E006D">
        <w:rPr>
          <w:rFonts w:cs="Sakkal Majalla"/>
          <w:sz w:val="36"/>
          <w:szCs w:val="38"/>
        </w:rPr>
        <w:t xml:space="preserve"> </w:t>
      </w:r>
      <w:r w:rsidRPr="008E006D">
        <w:rPr>
          <w:rFonts w:cs="Sakkal Majalla"/>
          <w:sz w:val="36"/>
          <w:szCs w:val="38"/>
          <w:rtl/>
        </w:rPr>
        <w:t>والسلوك</w:t>
      </w:r>
      <w:r w:rsidRPr="008E006D">
        <w:rPr>
          <w:rFonts w:cs="Sakkal Majalla"/>
          <w:sz w:val="36"/>
          <w:szCs w:val="38"/>
        </w:rPr>
        <w:t xml:space="preserve"> </w:t>
      </w:r>
      <w:r w:rsidRPr="008E006D">
        <w:rPr>
          <w:rFonts w:cs="Sakkal Majalla"/>
          <w:sz w:val="36"/>
          <w:szCs w:val="38"/>
          <w:rtl/>
        </w:rPr>
        <w:t>التنظيمي</w:t>
      </w:r>
      <w:r w:rsidRPr="008E006D">
        <w:rPr>
          <w:rFonts w:cs="Sakkal Majalla"/>
          <w:sz w:val="36"/>
          <w:szCs w:val="38"/>
        </w:rPr>
        <w:t xml:space="preserve"> </w:t>
      </w:r>
      <w:r w:rsidRPr="008E006D">
        <w:rPr>
          <w:rFonts w:cs="Sakkal Majalla"/>
          <w:sz w:val="36"/>
          <w:szCs w:val="38"/>
          <w:rtl/>
        </w:rPr>
        <w:t>ونتائج</w:t>
      </w:r>
      <w:r w:rsidRPr="008E006D">
        <w:rPr>
          <w:rFonts w:cs="Sakkal Majalla"/>
          <w:sz w:val="36"/>
          <w:szCs w:val="38"/>
        </w:rPr>
        <w:t xml:space="preserve"> </w:t>
      </w:r>
      <w:r w:rsidRPr="008E006D">
        <w:rPr>
          <w:rFonts w:cs="Sakkal Majalla"/>
          <w:sz w:val="36"/>
          <w:szCs w:val="38"/>
          <w:rtl/>
        </w:rPr>
        <w:t>المشروع</w:t>
      </w:r>
      <w:r w:rsidRPr="008E006D">
        <w:rPr>
          <w:rFonts w:cs="Sakkal Majalla"/>
          <w:sz w:val="36"/>
          <w:szCs w:val="38"/>
        </w:rPr>
        <w:t>.</w:t>
      </w:r>
    </w:p>
    <w:p w14:paraId="70EE8ABB" w14:textId="77777777" w:rsidR="008E006D" w:rsidRPr="002D5B89" w:rsidRDefault="008E006D" w:rsidP="002D5B89">
      <w:pPr>
        <w:pStyle w:val="Heading1"/>
        <w:pageBreakBefore w:val="0"/>
        <w:spacing w:after="200" w:line="276" w:lineRule="auto"/>
        <w:rPr>
          <w:rFonts w:ascii="Sakkal Majalla" w:eastAsia="Noto Sans Arabic" w:hAnsi="Sakkal Majalla" w:cs="Sakkal Majalla"/>
          <w:b/>
          <w:bCs/>
          <w:color w:val="10365E"/>
          <w:sz w:val="38"/>
          <w:szCs w:val="38"/>
        </w:rPr>
      </w:pPr>
      <w:bookmarkStart w:id="14" w:name="_Toc234793628"/>
      <w:r w:rsidRPr="002D5B89">
        <w:rPr>
          <w:rFonts w:ascii="Sakkal Majalla" w:eastAsia="Noto Sans Arabic" w:hAnsi="Sakkal Majalla" w:cs="Sakkal Majalla"/>
          <w:b/>
          <w:bCs/>
          <w:color w:val="10365E"/>
          <w:sz w:val="38"/>
          <w:szCs w:val="38"/>
        </w:rPr>
        <w:t xml:space="preserve">2.2 </w:t>
      </w:r>
      <w:r w:rsidRPr="002D5B89">
        <w:rPr>
          <w:rFonts w:ascii="Sakkal Majalla" w:eastAsia="Noto Sans Arabic" w:hAnsi="Sakkal Majalla" w:cs="Sakkal Majalla"/>
          <w:b/>
          <w:bCs/>
          <w:color w:val="10365E"/>
          <w:sz w:val="38"/>
          <w:szCs w:val="38"/>
          <w:rtl/>
        </w:rPr>
        <w:t>المنطلقات</w:t>
      </w:r>
      <w:r w:rsidRPr="002D5B89">
        <w:rPr>
          <w:rFonts w:ascii="Sakkal Majalla" w:eastAsia="Noto Sans Arabic" w:hAnsi="Sakkal Majalla" w:cs="Sakkal Majalla"/>
          <w:b/>
          <w:bCs/>
          <w:color w:val="10365E"/>
          <w:sz w:val="38"/>
          <w:szCs w:val="38"/>
        </w:rPr>
        <w:t xml:space="preserve"> </w:t>
      </w:r>
      <w:r w:rsidRPr="002D5B89">
        <w:rPr>
          <w:rFonts w:ascii="Sakkal Majalla" w:eastAsia="Noto Sans Arabic" w:hAnsi="Sakkal Majalla" w:cs="Sakkal Majalla"/>
          <w:b/>
          <w:bCs/>
          <w:color w:val="10365E"/>
          <w:sz w:val="38"/>
          <w:szCs w:val="38"/>
          <w:rtl/>
        </w:rPr>
        <w:t>النظرية</w:t>
      </w:r>
      <w:r w:rsidRPr="002D5B89">
        <w:rPr>
          <w:rFonts w:ascii="Sakkal Majalla" w:eastAsia="Noto Sans Arabic" w:hAnsi="Sakkal Majalla" w:cs="Sakkal Majalla"/>
          <w:b/>
          <w:bCs/>
          <w:color w:val="10365E"/>
          <w:sz w:val="38"/>
          <w:szCs w:val="38"/>
        </w:rPr>
        <w:t xml:space="preserve"> </w:t>
      </w:r>
      <w:proofErr w:type="gramStart"/>
      <w:r w:rsidRPr="002D5B89">
        <w:rPr>
          <w:rFonts w:ascii="Sakkal Majalla" w:eastAsia="Noto Sans Arabic" w:hAnsi="Sakkal Majalla" w:cs="Sakkal Majalla"/>
          <w:b/>
          <w:bCs/>
          <w:color w:val="10365E"/>
          <w:sz w:val="38"/>
          <w:szCs w:val="38"/>
          <w:rtl/>
        </w:rPr>
        <w:t>للدراسة</w:t>
      </w:r>
      <w:r w:rsidR="008D0B36" w:rsidRPr="002D5B89">
        <w:rPr>
          <w:rFonts w:ascii="Sakkal Majalla" w:eastAsia="Noto Sans Arabic" w:hAnsi="Sakkal Majalla" w:cs="Sakkal Majalla" w:hint="cs"/>
          <w:b/>
          <w:bCs/>
          <w:color w:val="10365E"/>
          <w:sz w:val="38"/>
          <w:szCs w:val="38"/>
          <w:rtl/>
        </w:rPr>
        <w:t xml:space="preserve"> :</w:t>
      </w:r>
      <w:bookmarkEnd w:id="14"/>
      <w:proofErr w:type="gramEnd"/>
    </w:p>
    <w:p w14:paraId="0A4D1422" w14:textId="77777777" w:rsidR="008E006D" w:rsidRPr="008E006D" w:rsidRDefault="008E006D" w:rsidP="008E006D">
      <w:pPr>
        <w:ind w:firstLine="0"/>
        <w:rPr>
          <w:rFonts w:cs="Sakkal Majalla"/>
          <w:b/>
          <w:sz w:val="36"/>
          <w:szCs w:val="38"/>
        </w:rPr>
      </w:pPr>
      <w:r w:rsidRPr="008E006D">
        <w:rPr>
          <w:rFonts w:cs="Sakkal Majalla"/>
          <w:b/>
          <w:sz w:val="36"/>
          <w:szCs w:val="38"/>
        </w:rPr>
        <w:t xml:space="preserve">2.2.1 </w:t>
      </w:r>
      <w:r w:rsidRPr="008E006D">
        <w:rPr>
          <w:rFonts w:cs="Sakkal Majalla"/>
          <w:b/>
          <w:bCs/>
          <w:sz w:val="36"/>
          <w:szCs w:val="38"/>
          <w:rtl/>
        </w:rPr>
        <w:t>نظرية</w:t>
      </w:r>
      <w:r w:rsidRPr="008E006D">
        <w:rPr>
          <w:rFonts w:cs="Sakkal Majalla"/>
          <w:b/>
          <w:sz w:val="36"/>
          <w:szCs w:val="38"/>
        </w:rPr>
        <w:t xml:space="preserve"> </w:t>
      </w:r>
      <w:r w:rsidRPr="008E006D">
        <w:rPr>
          <w:rFonts w:cs="Sakkal Majalla"/>
          <w:b/>
          <w:bCs/>
          <w:sz w:val="36"/>
          <w:szCs w:val="38"/>
          <w:rtl/>
        </w:rPr>
        <w:t>القدرات</w:t>
      </w:r>
      <w:r w:rsidRPr="008E006D">
        <w:rPr>
          <w:rFonts w:cs="Sakkal Majalla"/>
          <w:b/>
          <w:sz w:val="36"/>
          <w:szCs w:val="38"/>
        </w:rPr>
        <w:t xml:space="preserve"> </w:t>
      </w:r>
      <w:r w:rsidRPr="008E006D">
        <w:rPr>
          <w:rFonts w:cs="Sakkal Majalla"/>
          <w:b/>
          <w:bCs/>
          <w:sz w:val="36"/>
          <w:szCs w:val="38"/>
          <w:rtl/>
        </w:rPr>
        <w:t>الديناميكية</w:t>
      </w:r>
      <w:r w:rsidR="008D0B36">
        <w:rPr>
          <w:rFonts w:cs="Sakkal Majalla" w:hint="cs"/>
          <w:b/>
          <w:bCs/>
          <w:sz w:val="36"/>
          <w:szCs w:val="38"/>
          <w:rtl/>
        </w:rPr>
        <w:t xml:space="preserve">: </w:t>
      </w:r>
    </w:p>
    <w:p w14:paraId="4A0A1AEB" w14:textId="77777777" w:rsidR="008E006D" w:rsidRPr="008E006D" w:rsidRDefault="008E006D" w:rsidP="008D0B36">
      <w:pPr>
        <w:ind w:firstLine="720"/>
        <w:rPr>
          <w:rFonts w:cs="Sakkal Majalla"/>
          <w:sz w:val="36"/>
          <w:szCs w:val="38"/>
        </w:rPr>
      </w:pPr>
      <w:r w:rsidRPr="008E006D">
        <w:rPr>
          <w:rFonts w:cs="Sakkal Majalla"/>
          <w:sz w:val="36"/>
          <w:szCs w:val="38"/>
          <w:rtl/>
        </w:rPr>
        <w:t>تستند</w:t>
      </w:r>
      <w:r w:rsidRPr="008E006D">
        <w:rPr>
          <w:rFonts w:cs="Sakkal Majalla"/>
          <w:sz w:val="36"/>
          <w:szCs w:val="38"/>
        </w:rPr>
        <w:t xml:space="preserve"> </w:t>
      </w:r>
      <w:r w:rsidRPr="008E006D">
        <w:rPr>
          <w:rFonts w:cs="Sakkal Majalla"/>
          <w:sz w:val="36"/>
          <w:szCs w:val="38"/>
          <w:rtl/>
        </w:rPr>
        <w:t>الدراسة</w:t>
      </w:r>
      <w:r w:rsidRPr="008E006D">
        <w:rPr>
          <w:rFonts w:cs="Sakkal Majalla"/>
          <w:sz w:val="36"/>
          <w:szCs w:val="38"/>
        </w:rPr>
        <w:t xml:space="preserve"> </w:t>
      </w:r>
      <w:r w:rsidRPr="008E006D">
        <w:rPr>
          <w:rFonts w:cs="Sakkal Majalla"/>
          <w:sz w:val="36"/>
          <w:szCs w:val="38"/>
          <w:rtl/>
        </w:rPr>
        <w:t>إلى</w:t>
      </w:r>
      <w:r w:rsidRPr="008E006D">
        <w:rPr>
          <w:rFonts w:cs="Sakkal Majalla"/>
          <w:sz w:val="36"/>
          <w:szCs w:val="38"/>
        </w:rPr>
        <w:t xml:space="preserve"> </w:t>
      </w:r>
      <w:r w:rsidRPr="008E006D">
        <w:rPr>
          <w:rFonts w:cs="Sakkal Majalla"/>
          <w:sz w:val="36"/>
          <w:szCs w:val="38"/>
          <w:rtl/>
        </w:rPr>
        <w:t>نظرية</w:t>
      </w:r>
      <w:r w:rsidRPr="008E006D">
        <w:rPr>
          <w:rFonts w:cs="Sakkal Majalla"/>
          <w:sz w:val="36"/>
          <w:szCs w:val="38"/>
        </w:rPr>
        <w:t xml:space="preserve"> </w:t>
      </w:r>
      <w:r w:rsidRPr="008E006D">
        <w:rPr>
          <w:rFonts w:cs="Sakkal Majalla"/>
          <w:sz w:val="36"/>
          <w:szCs w:val="38"/>
          <w:rtl/>
        </w:rPr>
        <w:t>القدرات</w:t>
      </w:r>
      <w:r w:rsidRPr="008E006D">
        <w:rPr>
          <w:rFonts w:cs="Sakkal Majalla"/>
          <w:sz w:val="36"/>
          <w:szCs w:val="38"/>
        </w:rPr>
        <w:t xml:space="preserve"> </w:t>
      </w:r>
      <w:r w:rsidRPr="008E006D">
        <w:rPr>
          <w:rFonts w:cs="Sakkal Majalla"/>
          <w:sz w:val="36"/>
          <w:szCs w:val="38"/>
          <w:rtl/>
        </w:rPr>
        <w:t>الديناميكية</w:t>
      </w:r>
      <w:r w:rsidRPr="008E006D">
        <w:rPr>
          <w:rFonts w:cs="Sakkal Majalla"/>
          <w:sz w:val="36"/>
          <w:szCs w:val="38"/>
        </w:rPr>
        <w:t xml:space="preserve"> </w:t>
      </w:r>
      <w:r w:rsidRPr="008E006D">
        <w:rPr>
          <w:rFonts w:cs="Sakkal Majalla"/>
          <w:sz w:val="36"/>
          <w:szCs w:val="38"/>
          <w:rtl/>
        </w:rPr>
        <w:t>التي</w:t>
      </w:r>
      <w:r w:rsidRPr="008E006D">
        <w:rPr>
          <w:rFonts w:cs="Sakkal Majalla"/>
          <w:sz w:val="36"/>
          <w:szCs w:val="38"/>
        </w:rPr>
        <w:t xml:space="preserve"> </w:t>
      </w:r>
      <w:r w:rsidRPr="008E006D">
        <w:rPr>
          <w:rFonts w:cs="Sakkal Majalla"/>
          <w:sz w:val="36"/>
          <w:szCs w:val="38"/>
          <w:rtl/>
        </w:rPr>
        <w:t>ترى</w:t>
      </w:r>
      <w:r w:rsidRPr="008E006D">
        <w:rPr>
          <w:rFonts w:cs="Sakkal Majalla"/>
          <w:sz w:val="36"/>
          <w:szCs w:val="38"/>
        </w:rPr>
        <w:t xml:space="preserve"> </w:t>
      </w:r>
      <w:r w:rsidRPr="008E006D">
        <w:rPr>
          <w:rFonts w:cs="Sakkal Majalla"/>
          <w:sz w:val="36"/>
          <w:szCs w:val="38"/>
          <w:rtl/>
        </w:rPr>
        <w:t>أن</w:t>
      </w:r>
      <w:r w:rsidRPr="008E006D">
        <w:rPr>
          <w:rFonts w:cs="Sakkal Majalla"/>
          <w:sz w:val="36"/>
          <w:szCs w:val="38"/>
        </w:rPr>
        <w:t xml:space="preserve"> </w:t>
      </w:r>
      <w:r w:rsidRPr="008E006D">
        <w:rPr>
          <w:rFonts w:cs="Sakkal Majalla"/>
          <w:sz w:val="36"/>
          <w:szCs w:val="38"/>
          <w:rtl/>
        </w:rPr>
        <w:t>نجاح</w:t>
      </w:r>
      <w:r w:rsidRPr="008E006D">
        <w:rPr>
          <w:rFonts w:cs="Sakkal Majalla"/>
          <w:sz w:val="36"/>
          <w:szCs w:val="38"/>
        </w:rPr>
        <w:t xml:space="preserve"> </w:t>
      </w:r>
      <w:r w:rsidRPr="008E006D">
        <w:rPr>
          <w:rFonts w:cs="Sakkal Majalla"/>
          <w:sz w:val="36"/>
          <w:szCs w:val="38"/>
          <w:rtl/>
        </w:rPr>
        <w:t>المنظمات</w:t>
      </w:r>
      <w:r w:rsidRPr="008E006D">
        <w:rPr>
          <w:rFonts w:cs="Sakkal Majalla"/>
          <w:sz w:val="36"/>
          <w:szCs w:val="38"/>
        </w:rPr>
        <w:t xml:space="preserve"> </w:t>
      </w:r>
      <w:r w:rsidRPr="008E006D">
        <w:rPr>
          <w:rFonts w:cs="Sakkal Majalla"/>
          <w:sz w:val="36"/>
          <w:szCs w:val="38"/>
          <w:rtl/>
        </w:rPr>
        <w:t>في</w:t>
      </w:r>
      <w:r w:rsidRPr="008E006D">
        <w:rPr>
          <w:rFonts w:cs="Sakkal Majalla"/>
          <w:sz w:val="36"/>
          <w:szCs w:val="38"/>
        </w:rPr>
        <w:t xml:space="preserve"> </w:t>
      </w:r>
      <w:r w:rsidRPr="008E006D">
        <w:rPr>
          <w:rFonts w:cs="Sakkal Majalla"/>
          <w:sz w:val="36"/>
          <w:szCs w:val="38"/>
          <w:rtl/>
        </w:rPr>
        <w:t>البيئات</w:t>
      </w:r>
      <w:r w:rsidRPr="008E006D">
        <w:rPr>
          <w:rFonts w:cs="Sakkal Majalla"/>
          <w:sz w:val="36"/>
          <w:szCs w:val="38"/>
        </w:rPr>
        <w:t xml:space="preserve"> </w:t>
      </w:r>
      <w:r w:rsidRPr="008E006D">
        <w:rPr>
          <w:rFonts w:cs="Sakkal Majalla"/>
          <w:sz w:val="36"/>
          <w:szCs w:val="38"/>
          <w:rtl/>
        </w:rPr>
        <w:t>المتغيرة</w:t>
      </w:r>
      <w:r w:rsidRPr="008E006D">
        <w:rPr>
          <w:rFonts w:cs="Sakkal Majalla"/>
          <w:sz w:val="36"/>
          <w:szCs w:val="38"/>
        </w:rPr>
        <w:t xml:space="preserve"> </w:t>
      </w:r>
      <w:r w:rsidRPr="008E006D">
        <w:rPr>
          <w:rFonts w:cs="Sakkal Majalla"/>
          <w:sz w:val="36"/>
          <w:szCs w:val="38"/>
          <w:rtl/>
        </w:rPr>
        <w:t>يعتمد</w:t>
      </w:r>
      <w:r w:rsidRPr="008E006D">
        <w:rPr>
          <w:rFonts w:cs="Sakkal Majalla"/>
          <w:sz w:val="36"/>
          <w:szCs w:val="38"/>
        </w:rPr>
        <w:t xml:space="preserve"> </w:t>
      </w:r>
      <w:r w:rsidRPr="008E006D">
        <w:rPr>
          <w:rFonts w:cs="Sakkal Majalla"/>
          <w:sz w:val="36"/>
          <w:szCs w:val="38"/>
          <w:rtl/>
        </w:rPr>
        <w:t>على</w:t>
      </w:r>
      <w:r w:rsidRPr="008E006D">
        <w:rPr>
          <w:rFonts w:cs="Sakkal Majalla"/>
          <w:sz w:val="36"/>
          <w:szCs w:val="38"/>
        </w:rPr>
        <w:t xml:space="preserve"> </w:t>
      </w:r>
      <w:r w:rsidRPr="008E006D">
        <w:rPr>
          <w:rFonts w:cs="Sakkal Majalla"/>
          <w:sz w:val="36"/>
          <w:szCs w:val="38"/>
          <w:rtl/>
        </w:rPr>
        <w:t>قدرتها</w:t>
      </w:r>
      <w:r w:rsidRPr="008E006D">
        <w:rPr>
          <w:rFonts w:cs="Sakkal Majalla"/>
          <w:sz w:val="36"/>
          <w:szCs w:val="38"/>
        </w:rPr>
        <w:t xml:space="preserve"> </w:t>
      </w:r>
      <w:r w:rsidRPr="008E006D">
        <w:rPr>
          <w:rFonts w:cs="Sakkal Majalla"/>
          <w:sz w:val="36"/>
          <w:szCs w:val="38"/>
          <w:rtl/>
        </w:rPr>
        <w:t>على</w:t>
      </w:r>
      <w:r w:rsidRPr="008E006D">
        <w:rPr>
          <w:rFonts w:cs="Sakkal Majalla"/>
          <w:sz w:val="36"/>
          <w:szCs w:val="38"/>
        </w:rPr>
        <w:t xml:space="preserve"> </w:t>
      </w:r>
      <w:r w:rsidRPr="008E006D">
        <w:rPr>
          <w:rFonts w:cs="Sakkal Majalla"/>
          <w:sz w:val="36"/>
          <w:szCs w:val="38"/>
          <w:rtl/>
        </w:rPr>
        <w:t>استشعار</w:t>
      </w:r>
      <w:r w:rsidRPr="008E006D">
        <w:rPr>
          <w:rFonts w:cs="Sakkal Majalla"/>
          <w:sz w:val="36"/>
          <w:szCs w:val="38"/>
        </w:rPr>
        <w:t xml:space="preserve"> </w:t>
      </w:r>
      <w:r w:rsidRPr="008E006D">
        <w:rPr>
          <w:rFonts w:cs="Sakkal Majalla"/>
          <w:sz w:val="36"/>
          <w:szCs w:val="38"/>
          <w:rtl/>
        </w:rPr>
        <w:t>الفرص</w:t>
      </w:r>
      <w:r w:rsidRPr="008E006D">
        <w:rPr>
          <w:rFonts w:cs="Sakkal Majalla"/>
          <w:sz w:val="36"/>
          <w:szCs w:val="38"/>
        </w:rPr>
        <w:t xml:space="preserve"> </w:t>
      </w:r>
      <w:r w:rsidRPr="008E006D">
        <w:rPr>
          <w:rFonts w:cs="Sakkal Majalla"/>
          <w:sz w:val="36"/>
          <w:szCs w:val="38"/>
          <w:rtl/>
        </w:rPr>
        <w:t>والتهديدات</w:t>
      </w:r>
      <w:r w:rsidRPr="008E006D">
        <w:rPr>
          <w:rFonts w:cs="Sakkal Majalla"/>
          <w:sz w:val="36"/>
          <w:szCs w:val="38"/>
        </w:rPr>
        <w:t xml:space="preserve"> </w:t>
      </w:r>
      <w:r w:rsidRPr="008E006D">
        <w:rPr>
          <w:rFonts w:cs="Sakkal Majalla"/>
          <w:sz w:val="36"/>
          <w:szCs w:val="38"/>
          <w:rtl/>
        </w:rPr>
        <w:t>واغتنامها</w:t>
      </w:r>
      <w:r w:rsidRPr="008E006D">
        <w:rPr>
          <w:rFonts w:cs="Sakkal Majalla"/>
          <w:sz w:val="36"/>
          <w:szCs w:val="38"/>
        </w:rPr>
        <w:t xml:space="preserve"> </w:t>
      </w:r>
      <w:r w:rsidRPr="008E006D">
        <w:rPr>
          <w:rFonts w:cs="Sakkal Majalla"/>
          <w:sz w:val="36"/>
          <w:szCs w:val="38"/>
          <w:rtl/>
        </w:rPr>
        <w:t>وإعادة</w:t>
      </w:r>
      <w:r w:rsidRPr="008E006D">
        <w:rPr>
          <w:rFonts w:cs="Sakkal Majalla"/>
          <w:sz w:val="36"/>
          <w:szCs w:val="38"/>
        </w:rPr>
        <w:t xml:space="preserve"> </w:t>
      </w:r>
      <w:r w:rsidRPr="008E006D">
        <w:rPr>
          <w:rFonts w:cs="Sakkal Majalla"/>
          <w:sz w:val="36"/>
          <w:szCs w:val="38"/>
          <w:rtl/>
        </w:rPr>
        <w:t>تشكيل</w:t>
      </w:r>
      <w:r w:rsidRPr="008E006D">
        <w:rPr>
          <w:rFonts w:cs="Sakkal Majalla"/>
          <w:sz w:val="36"/>
          <w:szCs w:val="38"/>
        </w:rPr>
        <w:t xml:space="preserve"> </w:t>
      </w:r>
      <w:r w:rsidRPr="008E006D">
        <w:rPr>
          <w:rFonts w:cs="Sakkal Majalla"/>
          <w:sz w:val="36"/>
          <w:szCs w:val="38"/>
          <w:rtl/>
        </w:rPr>
        <w:t>مواردها</w:t>
      </w:r>
      <w:r w:rsidRPr="008E006D">
        <w:rPr>
          <w:rFonts w:cs="Sakkal Majalla"/>
          <w:sz w:val="36"/>
          <w:szCs w:val="38"/>
        </w:rPr>
        <w:t xml:space="preserve"> </w:t>
      </w:r>
      <w:r w:rsidRPr="008E006D">
        <w:rPr>
          <w:rFonts w:cs="Sakkal Majalla"/>
          <w:sz w:val="36"/>
          <w:szCs w:val="38"/>
          <w:rtl/>
        </w:rPr>
        <w:t>وقدراتها</w:t>
      </w:r>
      <w:r w:rsidRPr="008E006D">
        <w:rPr>
          <w:rFonts w:cs="Sakkal Majalla"/>
          <w:sz w:val="36"/>
          <w:szCs w:val="38"/>
        </w:rPr>
        <w:t xml:space="preserve">. </w:t>
      </w:r>
      <w:r w:rsidRPr="008E006D">
        <w:rPr>
          <w:rFonts w:cs="Sakkal Majalla"/>
          <w:sz w:val="36"/>
          <w:szCs w:val="38"/>
          <w:rtl/>
        </w:rPr>
        <w:t>وفي</w:t>
      </w:r>
      <w:r w:rsidRPr="008E006D">
        <w:rPr>
          <w:rFonts w:cs="Sakkal Majalla"/>
          <w:sz w:val="36"/>
          <w:szCs w:val="38"/>
        </w:rPr>
        <w:t xml:space="preserve"> </w:t>
      </w:r>
      <w:r w:rsidRPr="008E006D">
        <w:rPr>
          <w:rFonts w:cs="Sakkal Majalla"/>
          <w:sz w:val="36"/>
          <w:szCs w:val="38"/>
          <w:rtl/>
        </w:rPr>
        <w:t>سياق</w:t>
      </w:r>
      <w:r w:rsidRPr="008E006D">
        <w:rPr>
          <w:rFonts w:cs="Sakkal Majalla"/>
          <w:sz w:val="36"/>
          <w:szCs w:val="38"/>
        </w:rPr>
        <w:t xml:space="preserve"> </w:t>
      </w:r>
      <w:r w:rsidRPr="008E006D">
        <w:rPr>
          <w:rFonts w:cs="Sakkal Majalla"/>
          <w:sz w:val="36"/>
          <w:szCs w:val="38"/>
          <w:rtl/>
        </w:rPr>
        <w:t>التحول</w:t>
      </w:r>
      <w:r w:rsidRPr="008E006D">
        <w:rPr>
          <w:rFonts w:cs="Sakkal Majalla"/>
          <w:sz w:val="36"/>
          <w:szCs w:val="38"/>
        </w:rPr>
        <w:t xml:space="preserve"> </w:t>
      </w:r>
      <w:r w:rsidRPr="008E006D">
        <w:rPr>
          <w:rFonts w:cs="Sakkal Majalla"/>
          <w:sz w:val="36"/>
          <w:szCs w:val="38"/>
          <w:rtl/>
        </w:rPr>
        <w:t>الرقمي،</w:t>
      </w:r>
      <w:r w:rsidRPr="008E006D">
        <w:rPr>
          <w:rFonts w:cs="Sakkal Majalla"/>
          <w:sz w:val="36"/>
          <w:szCs w:val="38"/>
        </w:rPr>
        <w:t xml:space="preserve"> </w:t>
      </w:r>
      <w:r w:rsidRPr="008E006D">
        <w:rPr>
          <w:rFonts w:cs="Sakkal Majalla"/>
          <w:sz w:val="36"/>
          <w:szCs w:val="38"/>
          <w:rtl/>
        </w:rPr>
        <w:t>لا</w:t>
      </w:r>
      <w:r w:rsidRPr="008E006D">
        <w:rPr>
          <w:rFonts w:cs="Sakkal Majalla"/>
          <w:sz w:val="36"/>
          <w:szCs w:val="38"/>
        </w:rPr>
        <w:t xml:space="preserve"> </w:t>
      </w:r>
      <w:r w:rsidRPr="008E006D">
        <w:rPr>
          <w:rFonts w:cs="Sakkal Majalla"/>
          <w:sz w:val="36"/>
          <w:szCs w:val="38"/>
          <w:rtl/>
        </w:rPr>
        <w:t>تكفي</w:t>
      </w:r>
      <w:r w:rsidRPr="008E006D">
        <w:rPr>
          <w:rFonts w:cs="Sakkal Majalla"/>
          <w:sz w:val="36"/>
          <w:szCs w:val="38"/>
        </w:rPr>
        <w:t xml:space="preserve"> </w:t>
      </w:r>
      <w:r w:rsidRPr="008E006D">
        <w:rPr>
          <w:rFonts w:cs="Sakkal Majalla"/>
          <w:sz w:val="36"/>
          <w:szCs w:val="38"/>
          <w:rtl/>
        </w:rPr>
        <w:t>الموارد</w:t>
      </w:r>
      <w:r w:rsidRPr="008E006D">
        <w:rPr>
          <w:rFonts w:cs="Sakkal Majalla"/>
          <w:sz w:val="36"/>
          <w:szCs w:val="38"/>
        </w:rPr>
        <w:t xml:space="preserve"> </w:t>
      </w:r>
      <w:r w:rsidRPr="008E006D">
        <w:rPr>
          <w:rFonts w:cs="Sakkal Majalla"/>
          <w:sz w:val="36"/>
          <w:szCs w:val="38"/>
          <w:rtl/>
        </w:rPr>
        <w:t>التقنية</w:t>
      </w:r>
      <w:r w:rsidRPr="008E006D">
        <w:rPr>
          <w:rFonts w:cs="Sakkal Majalla"/>
          <w:sz w:val="36"/>
          <w:szCs w:val="38"/>
        </w:rPr>
        <w:t xml:space="preserve"> </w:t>
      </w:r>
      <w:r w:rsidRPr="008E006D">
        <w:rPr>
          <w:rFonts w:cs="Sakkal Majalla"/>
          <w:sz w:val="36"/>
          <w:szCs w:val="38"/>
          <w:rtl/>
        </w:rPr>
        <w:t>وحدها،</w:t>
      </w:r>
      <w:r w:rsidRPr="008E006D">
        <w:rPr>
          <w:rFonts w:cs="Sakkal Majalla"/>
          <w:sz w:val="36"/>
          <w:szCs w:val="38"/>
        </w:rPr>
        <w:t xml:space="preserve"> </w:t>
      </w:r>
      <w:r w:rsidRPr="008E006D">
        <w:rPr>
          <w:rFonts w:cs="Sakkal Majalla"/>
          <w:sz w:val="36"/>
          <w:szCs w:val="38"/>
          <w:rtl/>
        </w:rPr>
        <w:t>بل</w:t>
      </w:r>
      <w:r w:rsidRPr="008E006D">
        <w:rPr>
          <w:rFonts w:cs="Sakkal Majalla"/>
          <w:sz w:val="36"/>
          <w:szCs w:val="38"/>
        </w:rPr>
        <w:t xml:space="preserve"> </w:t>
      </w:r>
      <w:r w:rsidRPr="008E006D">
        <w:rPr>
          <w:rFonts w:cs="Sakkal Majalla"/>
          <w:sz w:val="36"/>
          <w:szCs w:val="38"/>
          <w:rtl/>
        </w:rPr>
        <w:t>يجب</w:t>
      </w:r>
      <w:r w:rsidRPr="008E006D">
        <w:rPr>
          <w:rFonts w:cs="Sakkal Majalla"/>
          <w:sz w:val="36"/>
          <w:szCs w:val="38"/>
        </w:rPr>
        <w:t xml:space="preserve"> </w:t>
      </w:r>
      <w:r w:rsidRPr="008E006D">
        <w:rPr>
          <w:rFonts w:cs="Sakkal Majalla"/>
          <w:sz w:val="36"/>
          <w:szCs w:val="38"/>
          <w:rtl/>
        </w:rPr>
        <w:t>أن</w:t>
      </w:r>
      <w:r w:rsidRPr="008E006D">
        <w:rPr>
          <w:rFonts w:cs="Sakkal Majalla"/>
          <w:sz w:val="36"/>
          <w:szCs w:val="38"/>
        </w:rPr>
        <w:t xml:space="preserve"> </w:t>
      </w:r>
      <w:r w:rsidRPr="008E006D">
        <w:rPr>
          <w:rFonts w:cs="Sakkal Majalla"/>
          <w:sz w:val="36"/>
          <w:szCs w:val="38"/>
          <w:rtl/>
        </w:rPr>
        <w:t>تمتلك</w:t>
      </w:r>
      <w:r w:rsidRPr="008E006D">
        <w:rPr>
          <w:rFonts w:cs="Sakkal Majalla"/>
          <w:sz w:val="36"/>
          <w:szCs w:val="38"/>
        </w:rPr>
        <w:t xml:space="preserve"> </w:t>
      </w:r>
      <w:r w:rsidRPr="008E006D">
        <w:rPr>
          <w:rFonts w:cs="Sakkal Majalla"/>
          <w:sz w:val="36"/>
          <w:szCs w:val="38"/>
          <w:rtl/>
        </w:rPr>
        <w:t>الجهة</w:t>
      </w:r>
      <w:r w:rsidRPr="008E006D">
        <w:rPr>
          <w:rFonts w:cs="Sakkal Majalla"/>
          <w:sz w:val="36"/>
          <w:szCs w:val="38"/>
        </w:rPr>
        <w:t xml:space="preserve"> </w:t>
      </w:r>
      <w:r w:rsidRPr="008E006D">
        <w:rPr>
          <w:rFonts w:cs="Sakkal Majalla"/>
          <w:sz w:val="36"/>
          <w:szCs w:val="38"/>
          <w:rtl/>
        </w:rPr>
        <w:t>قدرة</w:t>
      </w:r>
      <w:r w:rsidRPr="008E006D">
        <w:rPr>
          <w:rFonts w:cs="Sakkal Majalla"/>
          <w:sz w:val="36"/>
          <w:szCs w:val="38"/>
        </w:rPr>
        <w:t xml:space="preserve"> </w:t>
      </w:r>
      <w:r w:rsidRPr="008E006D">
        <w:rPr>
          <w:rFonts w:cs="Sakkal Majalla"/>
          <w:sz w:val="36"/>
          <w:szCs w:val="38"/>
          <w:rtl/>
        </w:rPr>
        <w:t>على</w:t>
      </w:r>
      <w:r w:rsidRPr="008E006D">
        <w:rPr>
          <w:rFonts w:cs="Sakkal Majalla"/>
          <w:sz w:val="36"/>
          <w:szCs w:val="38"/>
        </w:rPr>
        <w:t xml:space="preserve"> </w:t>
      </w:r>
      <w:r w:rsidRPr="008E006D">
        <w:rPr>
          <w:rFonts w:cs="Sakkal Majalla"/>
          <w:sz w:val="36"/>
          <w:szCs w:val="38"/>
          <w:rtl/>
        </w:rPr>
        <w:t>إعادة</w:t>
      </w:r>
      <w:r w:rsidRPr="008E006D">
        <w:rPr>
          <w:rFonts w:cs="Sakkal Majalla"/>
          <w:sz w:val="36"/>
          <w:szCs w:val="38"/>
        </w:rPr>
        <w:t xml:space="preserve"> </w:t>
      </w:r>
      <w:r w:rsidRPr="008E006D">
        <w:rPr>
          <w:rFonts w:cs="Sakkal Majalla"/>
          <w:sz w:val="36"/>
          <w:szCs w:val="38"/>
          <w:rtl/>
        </w:rPr>
        <w:t>تصميم</w:t>
      </w:r>
      <w:r w:rsidRPr="008E006D">
        <w:rPr>
          <w:rFonts w:cs="Sakkal Majalla"/>
          <w:sz w:val="36"/>
          <w:szCs w:val="38"/>
        </w:rPr>
        <w:t xml:space="preserve"> </w:t>
      </w:r>
      <w:r w:rsidRPr="008E006D">
        <w:rPr>
          <w:rFonts w:cs="Sakkal Majalla"/>
          <w:sz w:val="36"/>
          <w:szCs w:val="38"/>
          <w:rtl/>
        </w:rPr>
        <w:t>العمليات</w:t>
      </w:r>
      <w:r w:rsidRPr="008E006D">
        <w:rPr>
          <w:rFonts w:cs="Sakkal Majalla"/>
          <w:sz w:val="36"/>
          <w:szCs w:val="38"/>
        </w:rPr>
        <w:t xml:space="preserve"> </w:t>
      </w:r>
      <w:r w:rsidRPr="008E006D">
        <w:rPr>
          <w:rFonts w:cs="Sakkal Majalla"/>
          <w:sz w:val="36"/>
          <w:szCs w:val="38"/>
          <w:rtl/>
        </w:rPr>
        <w:t>وتطوير</w:t>
      </w:r>
      <w:r w:rsidRPr="008E006D">
        <w:rPr>
          <w:rFonts w:cs="Sakkal Majalla"/>
          <w:sz w:val="36"/>
          <w:szCs w:val="38"/>
        </w:rPr>
        <w:t xml:space="preserve"> </w:t>
      </w:r>
      <w:r w:rsidRPr="008E006D">
        <w:rPr>
          <w:rFonts w:cs="Sakkal Majalla"/>
          <w:sz w:val="36"/>
          <w:szCs w:val="38"/>
          <w:rtl/>
        </w:rPr>
        <w:t>المهارات</w:t>
      </w:r>
      <w:r w:rsidRPr="008E006D">
        <w:rPr>
          <w:rFonts w:cs="Sakkal Majalla"/>
          <w:sz w:val="36"/>
          <w:szCs w:val="38"/>
        </w:rPr>
        <w:t xml:space="preserve"> </w:t>
      </w:r>
      <w:r w:rsidRPr="008E006D">
        <w:rPr>
          <w:rFonts w:cs="Sakkal Majalla"/>
          <w:sz w:val="36"/>
          <w:szCs w:val="38"/>
          <w:rtl/>
        </w:rPr>
        <w:t>وبناء</w:t>
      </w:r>
      <w:r w:rsidRPr="008E006D">
        <w:rPr>
          <w:rFonts w:cs="Sakkal Majalla"/>
          <w:sz w:val="36"/>
          <w:szCs w:val="38"/>
        </w:rPr>
        <w:t xml:space="preserve"> </w:t>
      </w:r>
      <w:r w:rsidRPr="008E006D">
        <w:rPr>
          <w:rFonts w:cs="Sakkal Majalla"/>
          <w:sz w:val="36"/>
          <w:szCs w:val="38"/>
          <w:rtl/>
        </w:rPr>
        <w:t>آليات</w:t>
      </w:r>
      <w:r w:rsidRPr="008E006D">
        <w:rPr>
          <w:rFonts w:cs="Sakkal Majalla"/>
          <w:sz w:val="36"/>
          <w:szCs w:val="38"/>
        </w:rPr>
        <w:t xml:space="preserve"> </w:t>
      </w:r>
      <w:r w:rsidRPr="008E006D">
        <w:rPr>
          <w:rFonts w:cs="Sakkal Majalla"/>
          <w:sz w:val="36"/>
          <w:szCs w:val="38"/>
          <w:rtl/>
        </w:rPr>
        <w:t>تعلم</w:t>
      </w:r>
      <w:r w:rsidRPr="008E006D">
        <w:rPr>
          <w:rFonts w:cs="Sakkal Majalla"/>
          <w:sz w:val="36"/>
          <w:szCs w:val="38"/>
        </w:rPr>
        <w:t xml:space="preserve"> </w:t>
      </w:r>
      <w:r w:rsidRPr="008E006D">
        <w:rPr>
          <w:rFonts w:cs="Sakkal Majalla"/>
          <w:sz w:val="36"/>
          <w:szCs w:val="38"/>
          <w:rtl/>
        </w:rPr>
        <w:t>مستمر،</w:t>
      </w:r>
      <w:r w:rsidRPr="008E006D">
        <w:rPr>
          <w:rFonts w:cs="Sakkal Majalla"/>
          <w:sz w:val="36"/>
          <w:szCs w:val="38"/>
        </w:rPr>
        <w:t xml:space="preserve"> </w:t>
      </w:r>
      <w:r w:rsidRPr="008E006D">
        <w:rPr>
          <w:rFonts w:cs="Sakkal Majalla"/>
          <w:sz w:val="36"/>
          <w:szCs w:val="38"/>
          <w:rtl/>
        </w:rPr>
        <w:t>بما</w:t>
      </w:r>
      <w:r w:rsidRPr="008E006D">
        <w:rPr>
          <w:rFonts w:cs="Sakkal Majalla"/>
          <w:sz w:val="36"/>
          <w:szCs w:val="38"/>
        </w:rPr>
        <w:t xml:space="preserve"> </w:t>
      </w:r>
      <w:r w:rsidRPr="008E006D">
        <w:rPr>
          <w:rFonts w:cs="Sakkal Majalla"/>
          <w:sz w:val="36"/>
          <w:szCs w:val="38"/>
          <w:rtl/>
        </w:rPr>
        <w:t>يسمح</w:t>
      </w:r>
      <w:r w:rsidRPr="008E006D">
        <w:rPr>
          <w:rFonts w:cs="Sakkal Majalla"/>
          <w:sz w:val="36"/>
          <w:szCs w:val="38"/>
        </w:rPr>
        <w:t xml:space="preserve"> </w:t>
      </w:r>
      <w:r w:rsidRPr="008E006D">
        <w:rPr>
          <w:rFonts w:cs="Sakkal Majalla"/>
          <w:sz w:val="36"/>
          <w:szCs w:val="38"/>
          <w:rtl/>
        </w:rPr>
        <w:t>بتحويل</w:t>
      </w:r>
      <w:r w:rsidRPr="008E006D">
        <w:rPr>
          <w:rFonts w:cs="Sakkal Majalla"/>
          <w:sz w:val="36"/>
          <w:szCs w:val="38"/>
        </w:rPr>
        <w:t xml:space="preserve"> </w:t>
      </w:r>
      <w:r w:rsidRPr="008E006D">
        <w:rPr>
          <w:rFonts w:cs="Sakkal Majalla"/>
          <w:sz w:val="36"/>
          <w:szCs w:val="38"/>
          <w:rtl/>
        </w:rPr>
        <w:t>التقنية</w:t>
      </w:r>
      <w:r w:rsidRPr="008E006D">
        <w:rPr>
          <w:rFonts w:cs="Sakkal Majalla"/>
          <w:sz w:val="36"/>
          <w:szCs w:val="38"/>
        </w:rPr>
        <w:t xml:space="preserve"> </w:t>
      </w:r>
      <w:r w:rsidRPr="008E006D">
        <w:rPr>
          <w:rFonts w:cs="Sakkal Majalla"/>
          <w:sz w:val="36"/>
          <w:szCs w:val="38"/>
          <w:rtl/>
        </w:rPr>
        <w:t>إلى</w:t>
      </w:r>
      <w:r w:rsidRPr="008E006D">
        <w:rPr>
          <w:rFonts w:cs="Sakkal Majalla"/>
          <w:sz w:val="36"/>
          <w:szCs w:val="38"/>
        </w:rPr>
        <w:t xml:space="preserve"> </w:t>
      </w:r>
      <w:r w:rsidRPr="008E006D">
        <w:rPr>
          <w:rFonts w:cs="Sakkal Majalla"/>
          <w:sz w:val="36"/>
          <w:szCs w:val="38"/>
          <w:rtl/>
        </w:rPr>
        <w:t>قيمة</w:t>
      </w:r>
      <w:r w:rsidRPr="008E006D">
        <w:rPr>
          <w:rFonts w:cs="Sakkal Majalla"/>
          <w:sz w:val="36"/>
          <w:szCs w:val="38"/>
        </w:rPr>
        <w:t xml:space="preserve"> </w:t>
      </w:r>
      <w:r w:rsidRPr="008E006D">
        <w:rPr>
          <w:rFonts w:cs="Sakkal Majalla"/>
          <w:sz w:val="36"/>
          <w:szCs w:val="38"/>
          <w:rtl/>
        </w:rPr>
        <w:t>تنفيذية</w:t>
      </w:r>
      <w:r w:rsidRPr="008E006D">
        <w:rPr>
          <w:rFonts w:cs="Sakkal Majalla"/>
          <w:sz w:val="36"/>
          <w:szCs w:val="38"/>
        </w:rPr>
        <w:t xml:space="preserve"> </w:t>
      </w:r>
      <w:r w:rsidRPr="008E006D">
        <w:rPr>
          <w:rFonts w:cs="Sakkal Majalla"/>
          <w:sz w:val="36"/>
          <w:szCs w:val="38"/>
          <w:rtl/>
        </w:rPr>
        <w:t>في</w:t>
      </w:r>
      <w:r w:rsidRPr="008E006D">
        <w:rPr>
          <w:rFonts w:cs="Sakkal Majalla"/>
          <w:sz w:val="36"/>
          <w:szCs w:val="38"/>
        </w:rPr>
        <w:t xml:space="preserve"> </w:t>
      </w:r>
      <w:r w:rsidRPr="008E006D">
        <w:rPr>
          <w:rFonts w:cs="Sakkal Majalla"/>
          <w:sz w:val="36"/>
          <w:szCs w:val="38"/>
          <w:rtl/>
        </w:rPr>
        <w:t>إدارة</w:t>
      </w:r>
      <w:r w:rsidRPr="008E006D">
        <w:rPr>
          <w:rFonts w:cs="Sakkal Majalla"/>
          <w:sz w:val="36"/>
          <w:szCs w:val="38"/>
        </w:rPr>
        <w:t xml:space="preserve"> </w:t>
      </w:r>
      <w:r w:rsidRPr="008E006D">
        <w:rPr>
          <w:rFonts w:cs="Sakkal Majalla"/>
          <w:sz w:val="36"/>
          <w:szCs w:val="38"/>
          <w:rtl/>
        </w:rPr>
        <w:t>المشاريع</w:t>
      </w:r>
      <w:r w:rsidRPr="008E006D">
        <w:rPr>
          <w:rFonts w:cs="Sakkal Majalla"/>
          <w:sz w:val="36"/>
          <w:szCs w:val="38"/>
        </w:rPr>
        <w:t xml:space="preserve"> (Warner &amp; Wäger, 2019).</w:t>
      </w:r>
    </w:p>
    <w:p w14:paraId="00B7768D" w14:textId="77777777" w:rsidR="008E006D" w:rsidRPr="008E006D" w:rsidRDefault="008E006D" w:rsidP="008D0B36">
      <w:pPr>
        <w:ind w:firstLine="720"/>
        <w:rPr>
          <w:rFonts w:cs="Sakkal Majalla"/>
          <w:sz w:val="36"/>
          <w:szCs w:val="38"/>
        </w:rPr>
      </w:pPr>
      <w:r w:rsidRPr="008E006D">
        <w:rPr>
          <w:rFonts w:cs="Sakkal Majalla"/>
          <w:sz w:val="36"/>
          <w:szCs w:val="38"/>
          <w:rtl/>
        </w:rPr>
        <w:t>تساعد</w:t>
      </w:r>
      <w:r w:rsidRPr="008E006D">
        <w:rPr>
          <w:rFonts w:cs="Sakkal Majalla"/>
          <w:sz w:val="36"/>
          <w:szCs w:val="38"/>
        </w:rPr>
        <w:t xml:space="preserve"> </w:t>
      </w:r>
      <w:r w:rsidRPr="008E006D">
        <w:rPr>
          <w:rFonts w:cs="Sakkal Majalla"/>
          <w:sz w:val="36"/>
          <w:szCs w:val="38"/>
          <w:rtl/>
        </w:rPr>
        <w:t>هذه</w:t>
      </w:r>
      <w:r w:rsidRPr="008E006D">
        <w:rPr>
          <w:rFonts w:cs="Sakkal Majalla"/>
          <w:sz w:val="36"/>
          <w:szCs w:val="38"/>
        </w:rPr>
        <w:t xml:space="preserve"> </w:t>
      </w:r>
      <w:r w:rsidRPr="008E006D">
        <w:rPr>
          <w:rFonts w:cs="Sakkal Majalla"/>
          <w:sz w:val="36"/>
          <w:szCs w:val="38"/>
          <w:rtl/>
        </w:rPr>
        <w:t>النظرية</w:t>
      </w:r>
      <w:r w:rsidRPr="008E006D">
        <w:rPr>
          <w:rFonts w:cs="Sakkal Majalla"/>
          <w:sz w:val="36"/>
          <w:szCs w:val="38"/>
        </w:rPr>
        <w:t xml:space="preserve"> </w:t>
      </w:r>
      <w:r w:rsidRPr="008E006D">
        <w:rPr>
          <w:rFonts w:cs="Sakkal Majalla"/>
          <w:sz w:val="36"/>
          <w:szCs w:val="38"/>
          <w:rtl/>
        </w:rPr>
        <w:t>في</w:t>
      </w:r>
      <w:r w:rsidRPr="008E006D">
        <w:rPr>
          <w:rFonts w:cs="Sakkal Majalla"/>
          <w:sz w:val="36"/>
          <w:szCs w:val="38"/>
        </w:rPr>
        <w:t xml:space="preserve"> </w:t>
      </w:r>
      <w:r w:rsidRPr="008E006D">
        <w:rPr>
          <w:rFonts w:cs="Sakkal Majalla"/>
          <w:sz w:val="36"/>
          <w:szCs w:val="38"/>
          <w:rtl/>
        </w:rPr>
        <w:t>تفسير</w:t>
      </w:r>
      <w:r w:rsidRPr="008E006D">
        <w:rPr>
          <w:rFonts w:cs="Sakkal Majalla"/>
          <w:sz w:val="36"/>
          <w:szCs w:val="38"/>
        </w:rPr>
        <w:t xml:space="preserve"> </w:t>
      </w:r>
      <w:r w:rsidRPr="008E006D">
        <w:rPr>
          <w:rFonts w:cs="Sakkal Majalla"/>
          <w:sz w:val="36"/>
          <w:szCs w:val="38"/>
          <w:rtl/>
        </w:rPr>
        <w:t>سبب</w:t>
      </w:r>
      <w:r w:rsidRPr="008E006D">
        <w:rPr>
          <w:rFonts w:cs="Sakkal Majalla"/>
          <w:sz w:val="36"/>
          <w:szCs w:val="38"/>
        </w:rPr>
        <w:t xml:space="preserve"> </w:t>
      </w:r>
      <w:r w:rsidRPr="008E006D">
        <w:rPr>
          <w:rFonts w:cs="Sakkal Majalla"/>
          <w:sz w:val="36"/>
          <w:szCs w:val="38"/>
          <w:rtl/>
        </w:rPr>
        <w:t>اختلاف</w:t>
      </w:r>
      <w:r w:rsidRPr="008E006D">
        <w:rPr>
          <w:rFonts w:cs="Sakkal Majalla"/>
          <w:sz w:val="36"/>
          <w:szCs w:val="38"/>
        </w:rPr>
        <w:t xml:space="preserve"> </w:t>
      </w:r>
      <w:r w:rsidRPr="008E006D">
        <w:rPr>
          <w:rFonts w:cs="Sakkal Majalla"/>
          <w:sz w:val="36"/>
          <w:szCs w:val="38"/>
          <w:rtl/>
        </w:rPr>
        <w:t>أثر</w:t>
      </w:r>
      <w:r w:rsidRPr="008E006D">
        <w:rPr>
          <w:rFonts w:cs="Sakkal Majalla"/>
          <w:sz w:val="36"/>
          <w:szCs w:val="38"/>
        </w:rPr>
        <w:t xml:space="preserve"> </w:t>
      </w:r>
      <w:r w:rsidRPr="008E006D">
        <w:rPr>
          <w:rFonts w:cs="Sakkal Majalla"/>
          <w:sz w:val="36"/>
          <w:szCs w:val="38"/>
          <w:rtl/>
        </w:rPr>
        <w:t>التحول</w:t>
      </w:r>
      <w:r w:rsidRPr="008E006D">
        <w:rPr>
          <w:rFonts w:cs="Sakkal Majalla"/>
          <w:sz w:val="36"/>
          <w:szCs w:val="38"/>
        </w:rPr>
        <w:t xml:space="preserve"> </w:t>
      </w:r>
      <w:r w:rsidRPr="008E006D">
        <w:rPr>
          <w:rFonts w:cs="Sakkal Majalla"/>
          <w:sz w:val="36"/>
          <w:szCs w:val="38"/>
          <w:rtl/>
        </w:rPr>
        <w:t>الرقمي</w:t>
      </w:r>
      <w:r w:rsidRPr="008E006D">
        <w:rPr>
          <w:rFonts w:cs="Sakkal Majalla"/>
          <w:sz w:val="36"/>
          <w:szCs w:val="38"/>
        </w:rPr>
        <w:t xml:space="preserve"> </w:t>
      </w:r>
      <w:r w:rsidRPr="008E006D">
        <w:rPr>
          <w:rFonts w:cs="Sakkal Majalla"/>
          <w:sz w:val="36"/>
          <w:szCs w:val="38"/>
          <w:rtl/>
        </w:rPr>
        <w:t>بين</w:t>
      </w:r>
      <w:r w:rsidRPr="008E006D">
        <w:rPr>
          <w:rFonts w:cs="Sakkal Majalla"/>
          <w:sz w:val="36"/>
          <w:szCs w:val="38"/>
        </w:rPr>
        <w:t xml:space="preserve"> </w:t>
      </w:r>
      <w:r w:rsidRPr="008E006D">
        <w:rPr>
          <w:rFonts w:cs="Sakkal Majalla"/>
          <w:sz w:val="36"/>
          <w:szCs w:val="38"/>
          <w:rtl/>
        </w:rPr>
        <w:t>جهة</w:t>
      </w:r>
      <w:r w:rsidRPr="008E006D">
        <w:rPr>
          <w:rFonts w:cs="Sakkal Majalla"/>
          <w:sz w:val="36"/>
          <w:szCs w:val="38"/>
        </w:rPr>
        <w:t xml:space="preserve"> </w:t>
      </w:r>
      <w:r w:rsidRPr="008E006D">
        <w:rPr>
          <w:rFonts w:cs="Sakkal Majalla"/>
          <w:sz w:val="36"/>
          <w:szCs w:val="38"/>
          <w:rtl/>
        </w:rPr>
        <w:t>وأخرى</w:t>
      </w:r>
      <w:r w:rsidRPr="008E006D">
        <w:rPr>
          <w:rFonts w:cs="Sakkal Majalla"/>
          <w:sz w:val="36"/>
          <w:szCs w:val="38"/>
        </w:rPr>
        <w:t xml:space="preserve"> </w:t>
      </w:r>
      <w:r w:rsidRPr="008E006D">
        <w:rPr>
          <w:rFonts w:cs="Sakkal Majalla"/>
          <w:sz w:val="36"/>
          <w:szCs w:val="38"/>
          <w:rtl/>
        </w:rPr>
        <w:t>رغم</w:t>
      </w:r>
      <w:r w:rsidRPr="008E006D">
        <w:rPr>
          <w:rFonts w:cs="Sakkal Majalla"/>
          <w:sz w:val="36"/>
          <w:szCs w:val="38"/>
        </w:rPr>
        <w:t xml:space="preserve"> </w:t>
      </w:r>
      <w:r w:rsidRPr="008E006D">
        <w:rPr>
          <w:rFonts w:cs="Sakkal Majalla"/>
          <w:sz w:val="36"/>
          <w:szCs w:val="38"/>
          <w:rtl/>
        </w:rPr>
        <w:t>تشابه</w:t>
      </w:r>
      <w:r w:rsidRPr="008E006D">
        <w:rPr>
          <w:rFonts w:cs="Sakkal Majalla"/>
          <w:sz w:val="36"/>
          <w:szCs w:val="38"/>
        </w:rPr>
        <w:t xml:space="preserve"> </w:t>
      </w:r>
      <w:r w:rsidRPr="008E006D">
        <w:rPr>
          <w:rFonts w:cs="Sakkal Majalla"/>
          <w:sz w:val="36"/>
          <w:szCs w:val="38"/>
          <w:rtl/>
        </w:rPr>
        <w:t>الأنظمة</w:t>
      </w:r>
      <w:r w:rsidRPr="008E006D">
        <w:rPr>
          <w:rFonts w:cs="Sakkal Majalla"/>
          <w:sz w:val="36"/>
          <w:szCs w:val="38"/>
        </w:rPr>
        <w:t xml:space="preserve"> </w:t>
      </w:r>
      <w:r w:rsidRPr="008E006D">
        <w:rPr>
          <w:rFonts w:cs="Sakkal Majalla"/>
          <w:sz w:val="36"/>
          <w:szCs w:val="38"/>
          <w:rtl/>
        </w:rPr>
        <w:t>المستخدمة؛</w:t>
      </w:r>
      <w:r w:rsidRPr="008E006D">
        <w:rPr>
          <w:rFonts w:cs="Sakkal Majalla"/>
          <w:sz w:val="36"/>
          <w:szCs w:val="38"/>
        </w:rPr>
        <w:t xml:space="preserve"> </w:t>
      </w:r>
      <w:r w:rsidRPr="008E006D">
        <w:rPr>
          <w:rFonts w:cs="Sakkal Majalla"/>
          <w:sz w:val="36"/>
          <w:szCs w:val="38"/>
          <w:rtl/>
        </w:rPr>
        <w:t>فالجهة</w:t>
      </w:r>
      <w:r w:rsidRPr="008E006D">
        <w:rPr>
          <w:rFonts w:cs="Sakkal Majalla"/>
          <w:sz w:val="36"/>
          <w:szCs w:val="38"/>
        </w:rPr>
        <w:t xml:space="preserve"> </w:t>
      </w:r>
      <w:r w:rsidRPr="008E006D">
        <w:rPr>
          <w:rFonts w:cs="Sakkal Majalla"/>
          <w:sz w:val="36"/>
          <w:szCs w:val="38"/>
          <w:rtl/>
        </w:rPr>
        <w:t>التي</w:t>
      </w:r>
      <w:r w:rsidRPr="008E006D">
        <w:rPr>
          <w:rFonts w:cs="Sakkal Majalla"/>
          <w:sz w:val="36"/>
          <w:szCs w:val="38"/>
        </w:rPr>
        <w:t xml:space="preserve"> </w:t>
      </w:r>
      <w:r w:rsidRPr="008E006D">
        <w:rPr>
          <w:rFonts w:cs="Sakkal Majalla"/>
          <w:sz w:val="36"/>
          <w:szCs w:val="38"/>
          <w:rtl/>
        </w:rPr>
        <w:t>تمتلك</w:t>
      </w:r>
      <w:r w:rsidRPr="008E006D">
        <w:rPr>
          <w:rFonts w:cs="Sakkal Majalla"/>
          <w:sz w:val="36"/>
          <w:szCs w:val="38"/>
        </w:rPr>
        <w:t xml:space="preserve"> </w:t>
      </w:r>
      <w:r w:rsidRPr="008E006D">
        <w:rPr>
          <w:rFonts w:cs="Sakkal Majalla"/>
          <w:sz w:val="36"/>
          <w:szCs w:val="38"/>
          <w:rtl/>
        </w:rPr>
        <w:t>قيادة</w:t>
      </w:r>
      <w:r w:rsidRPr="008E006D">
        <w:rPr>
          <w:rFonts w:cs="Sakkal Majalla"/>
          <w:sz w:val="36"/>
          <w:szCs w:val="38"/>
        </w:rPr>
        <w:t xml:space="preserve"> </w:t>
      </w:r>
      <w:r w:rsidRPr="008E006D">
        <w:rPr>
          <w:rFonts w:cs="Sakkal Majalla"/>
          <w:sz w:val="36"/>
          <w:szCs w:val="38"/>
          <w:rtl/>
        </w:rPr>
        <w:t>رقمية</w:t>
      </w:r>
      <w:r w:rsidRPr="008E006D">
        <w:rPr>
          <w:rFonts w:cs="Sakkal Majalla"/>
          <w:sz w:val="36"/>
          <w:szCs w:val="38"/>
        </w:rPr>
        <w:t xml:space="preserve"> </w:t>
      </w:r>
      <w:r w:rsidRPr="008E006D">
        <w:rPr>
          <w:rFonts w:cs="Sakkal Majalla"/>
          <w:sz w:val="36"/>
          <w:szCs w:val="38"/>
          <w:rtl/>
        </w:rPr>
        <w:t>وثقافة</w:t>
      </w:r>
      <w:r w:rsidRPr="008E006D">
        <w:rPr>
          <w:rFonts w:cs="Sakkal Majalla"/>
          <w:sz w:val="36"/>
          <w:szCs w:val="38"/>
        </w:rPr>
        <w:t xml:space="preserve"> </w:t>
      </w:r>
      <w:r w:rsidRPr="008E006D">
        <w:rPr>
          <w:rFonts w:cs="Sakkal Majalla"/>
          <w:sz w:val="36"/>
          <w:szCs w:val="38"/>
          <w:rtl/>
        </w:rPr>
        <w:t>تعلم</w:t>
      </w:r>
      <w:r w:rsidRPr="008E006D">
        <w:rPr>
          <w:rFonts w:cs="Sakkal Majalla"/>
          <w:sz w:val="36"/>
          <w:szCs w:val="38"/>
        </w:rPr>
        <w:t xml:space="preserve"> </w:t>
      </w:r>
      <w:r w:rsidRPr="008E006D">
        <w:rPr>
          <w:rFonts w:cs="Sakkal Majalla"/>
          <w:sz w:val="36"/>
          <w:szCs w:val="38"/>
          <w:rtl/>
        </w:rPr>
        <w:t>وقدرة</w:t>
      </w:r>
      <w:r w:rsidRPr="008E006D">
        <w:rPr>
          <w:rFonts w:cs="Sakkal Majalla"/>
          <w:sz w:val="36"/>
          <w:szCs w:val="38"/>
        </w:rPr>
        <w:t xml:space="preserve"> </w:t>
      </w:r>
      <w:r w:rsidRPr="008E006D">
        <w:rPr>
          <w:rFonts w:cs="Sakkal Majalla"/>
          <w:sz w:val="36"/>
          <w:szCs w:val="38"/>
          <w:rtl/>
        </w:rPr>
        <w:t>على</w:t>
      </w:r>
      <w:r w:rsidRPr="008E006D">
        <w:rPr>
          <w:rFonts w:cs="Sakkal Majalla"/>
          <w:sz w:val="36"/>
          <w:szCs w:val="38"/>
        </w:rPr>
        <w:t xml:space="preserve"> </w:t>
      </w:r>
      <w:r w:rsidRPr="008E006D">
        <w:rPr>
          <w:rFonts w:cs="Sakkal Majalla"/>
          <w:sz w:val="36"/>
          <w:szCs w:val="38"/>
          <w:rtl/>
        </w:rPr>
        <w:lastRenderedPageBreak/>
        <w:t>إعادة</w:t>
      </w:r>
      <w:r w:rsidRPr="008E006D">
        <w:rPr>
          <w:rFonts w:cs="Sakkal Majalla"/>
          <w:sz w:val="36"/>
          <w:szCs w:val="38"/>
        </w:rPr>
        <w:t xml:space="preserve"> </w:t>
      </w:r>
      <w:r w:rsidRPr="008E006D">
        <w:rPr>
          <w:rFonts w:cs="Sakkal Majalla"/>
          <w:sz w:val="36"/>
          <w:szCs w:val="38"/>
          <w:rtl/>
        </w:rPr>
        <w:t>تشكيل</w:t>
      </w:r>
      <w:r w:rsidRPr="008E006D">
        <w:rPr>
          <w:rFonts w:cs="Sakkal Majalla"/>
          <w:sz w:val="36"/>
          <w:szCs w:val="38"/>
        </w:rPr>
        <w:t xml:space="preserve"> </w:t>
      </w:r>
      <w:r w:rsidRPr="008E006D">
        <w:rPr>
          <w:rFonts w:cs="Sakkal Majalla"/>
          <w:sz w:val="36"/>
          <w:szCs w:val="38"/>
          <w:rtl/>
        </w:rPr>
        <w:t>العمليات</w:t>
      </w:r>
      <w:r w:rsidRPr="008E006D">
        <w:rPr>
          <w:rFonts w:cs="Sakkal Majalla"/>
          <w:sz w:val="36"/>
          <w:szCs w:val="38"/>
        </w:rPr>
        <w:t xml:space="preserve"> </w:t>
      </w:r>
      <w:r w:rsidRPr="008E006D">
        <w:rPr>
          <w:rFonts w:cs="Sakkal Majalla"/>
          <w:sz w:val="36"/>
          <w:szCs w:val="38"/>
          <w:rtl/>
        </w:rPr>
        <w:t>تكون</w:t>
      </w:r>
      <w:r w:rsidRPr="008E006D">
        <w:rPr>
          <w:rFonts w:cs="Sakkal Majalla"/>
          <w:sz w:val="36"/>
          <w:szCs w:val="38"/>
        </w:rPr>
        <w:t xml:space="preserve"> </w:t>
      </w:r>
      <w:r w:rsidRPr="008E006D">
        <w:rPr>
          <w:rFonts w:cs="Sakkal Majalla"/>
          <w:sz w:val="36"/>
          <w:szCs w:val="38"/>
          <w:rtl/>
        </w:rPr>
        <w:t>أقدر</w:t>
      </w:r>
      <w:r w:rsidRPr="008E006D">
        <w:rPr>
          <w:rFonts w:cs="Sakkal Majalla"/>
          <w:sz w:val="36"/>
          <w:szCs w:val="38"/>
        </w:rPr>
        <w:t xml:space="preserve"> </w:t>
      </w:r>
      <w:r w:rsidRPr="008E006D">
        <w:rPr>
          <w:rFonts w:cs="Sakkal Majalla"/>
          <w:sz w:val="36"/>
          <w:szCs w:val="38"/>
          <w:rtl/>
        </w:rPr>
        <w:t>على</w:t>
      </w:r>
      <w:r w:rsidRPr="008E006D">
        <w:rPr>
          <w:rFonts w:cs="Sakkal Majalla"/>
          <w:sz w:val="36"/>
          <w:szCs w:val="38"/>
        </w:rPr>
        <w:t xml:space="preserve"> </w:t>
      </w:r>
      <w:r w:rsidRPr="008E006D">
        <w:rPr>
          <w:rFonts w:cs="Sakkal Majalla"/>
          <w:sz w:val="36"/>
          <w:szCs w:val="38"/>
          <w:rtl/>
        </w:rPr>
        <w:t>تحويل</w:t>
      </w:r>
      <w:r w:rsidRPr="008E006D">
        <w:rPr>
          <w:rFonts w:cs="Sakkal Majalla"/>
          <w:sz w:val="36"/>
          <w:szCs w:val="38"/>
        </w:rPr>
        <w:t xml:space="preserve"> </w:t>
      </w:r>
      <w:r w:rsidRPr="008E006D">
        <w:rPr>
          <w:rFonts w:cs="Sakkal Majalla"/>
          <w:sz w:val="36"/>
          <w:szCs w:val="38"/>
          <w:rtl/>
        </w:rPr>
        <w:t>المنصات</w:t>
      </w:r>
      <w:r w:rsidRPr="008E006D">
        <w:rPr>
          <w:rFonts w:cs="Sakkal Majalla"/>
          <w:sz w:val="36"/>
          <w:szCs w:val="38"/>
        </w:rPr>
        <w:t xml:space="preserve"> </w:t>
      </w:r>
      <w:r w:rsidRPr="008E006D">
        <w:rPr>
          <w:rFonts w:cs="Sakkal Majalla"/>
          <w:sz w:val="36"/>
          <w:szCs w:val="38"/>
          <w:rtl/>
        </w:rPr>
        <w:t>والبيانات</w:t>
      </w:r>
      <w:r w:rsidRPr="008E006D">
        <w:rPr>
          <w:rFonts w:cs="Sakkal Majalla"/>
          <w:sz w:val="36"/>
          <w:szCs w:val="38"/>
        </w:rPr>
        <w:t xml:space="preserve"> </w:t>
      </w:r>
      <w:r w:rsidRPr="008E006D">
        <w:rPr>
          <w:rFonts w:cs="Sakkal Majalla"/>
          <w:sz w:val="36"/>
          <w:szCs w:val="38"/>
          <w:rtl/>
        </w:rPr>
        <w:t>إلى</w:t>
      </w:r>
      <w:r w:rsidRPr="008E006D">
        <w:rPr>
          <w:rFonts w:cs="Sakkal Majalla"/>
          <w:sz w:val="36"/>
          <w:szCs w:val="38"/>
        </w:rPr>
        <w:t xml:space="preserve"> </w:t>
      </w:r>
      <w:r w:rsidRPr="008E006D">
        <w:rPr>
          <w:rFonts w:cs="Sakkal Majalla"/>
          <w:sz w:val="36"/>
          <w:szCs w:val="38"/>
          <w:rtl/>
        </w:rPr>
        <w:t>قرارات</w:t>
      </w:r>
      <w:r w:rsidRPr="008E006D">
        <w:rPr>
          <w:rFonts w:cs="Sakkal Majalla"/>
          <w:sz w:val="36"/>
          <w:szCs w:val="38"/>
        </w:rPr>
        <w:t xml:space="preserve"> </w:t>
      </w:r>
      <w:r w:rsidRPr="008E006D">
        <w:rPr>
          <w:rFonts w:cs="Sakkal Majalla"/>
          <w:sz w:val="36"/>
          <w:szCs w:val="38"/>
          <w:rtl/>
        </w:rPr>
        <w:t>وتنفيذ</w:t>
      </w:r>
      <w:r w:rsidRPr="008E006D">
        <w:rPr>
          <w:rFonts w:cs="Sakkal Majalla"/>
          <w:sz w:val="36"/>
          <w:szCs w:val="38"/>
        </w:rPr>
        <w:t xml:space="preserve"> </w:t>
      </w:r>
      <w:r w:rsidRPr="008E006D">
        <w:rPr>
          <w:rFonts w:cs="Sakkal Majalla"/>
          <w:sz w:val="36"/>
          <w:szCs w:val="38"/>
          <w:rtl/>
        </w:rPr>
        <w:t>فعّال</w:t>
      </w:r>
      <w:r w:rsidRPr="008E006D">
        <w:rPr>
          <w:rFonts w:cs="Sakkal Majalla"/>
          <w:sz w:val="36"/>
          <w:szCs w:val="38"/>
        </w:rPr>
        <w:t xml:space="preserve">. </w:t>
      </w:r>
      <w:r w:rsidRPr="008E006D">
        <w:rPr>
          <w:rFonts w:cs="Sakkal Majalla"/>
          <w:sz w:val="36"/>
          <w:szCs w:val="38"/>
          <w:rtl/>
        </w:rPr>
        <w:t>أما</w:t>
      </w:r>
      <w:r w:rsidRPr="008E006D">
        <w:rPr>
          <w:rFonts w:cs="Sakkal Majalla"/>
          <w:sz w:val="36"/>
          <w:szCs w:val="38"/>
        </w:rPr>
        <w:t xml:space="preserve"> </w:t>
      </w:r>
      <w:r w:rsidRPr="008E006D">
        <w:rPr>
          <w:rFonts w:cs="Sakkal Majalla"/>
          <w:sz w:val="36"/>
          <w:szCs w:val="38"/>
          <w:rtl/>
        </w:rPr>
        <w:t>الجهة</w:t>
      </w:r>
      <w:r w:rsidRPr="008E006D">
        <w:rPr>
          <w:rFonts w:cs="Sakkal Majalla"/>
          <w:sz w:val="36"/>
          <w:szCs w:val="38"/>
        </w:rPr>
        <w:t xml:space="preserve"> </w:t>
      </w:r>
      <w:r w:rsidRPr="008E006D">
        <w:rPr>
          <w:rFonts w:cs="Sakkal Majalla"/>
          <w:sz w:val="36"/>
          <w:szCs w:val="38"/>
          <w:rtl/>
        </w:rPr>
        <w:t>التي</w:t>
      </w:r>
      <w:r w:rsidRPr="008E006D">
        <w:rPr>
          <w:rFonts w:cs="Sakkal Majalla"/>
          <w:sz w:val="36"/>
          <w:szCs w:val="38"/>
        </w:rPr>
        <w:t xml:space="preserve"> </w:t>
      </w:r>
      <w:r w:rsidRPr="008E006D">
        <w:rPr>
          <w:rFonts w:cs="Sakkal Majalla"/>
          <w:sz w:val="36"/>
          <w:szCs w:val="38"/>
          <w:rtl/>
        </w:rPr>
        <w:t>تنظر</w:t>
      </w:r>
      <w:r w:rsidRPr="008E006D">
        <w:rPr>
          <w:rFonts w:cs="Sakkal Majalla"/>
          <w:sz w:val="36"/>
          <w:szCs w:val="38"/>
        </w:rPr>
        <w:t xml:space="preserve"> </w:t>
      </w:r>
      <w:r w:rsidRPr="008E006D">
        <w:rPr>
          <w:rFonts w:cs="Sakkal Majalla"/>
          <w:sz w:val="36"/>
          <w:szCs w:val="38"/>
          <w:rtl/>
        </w:rPr>
        <w:t>إلى</w:t>
      </w:r>
      <w:r w:rsidRPr="008E006D">
        <w:rPr>
          <w:rFonts w:cs="Sakkal Majalla"/>
          <w:sz w:val="36"/>
          <w:szCs w:val="38"/>
        </w:rPr>
        <w:t xml:space="preserve"> </w:t>
      </w:r>
      <w:r w:rsidRPr="008E006D">
        <w:rPr>
          <w:rFonts w:cs="Sakkal Majalla"/>
          <w:sz w:val="36"/>
          <w:szCs w:val="38"/>
          <w:rtl/>
        </w:rPr>
        <w:t>التقنية</w:t>
      </w:r>
      <w:r w:rsidRPr="008E006D">
        <w:rPr>
          <w:rFonts w:cs="Sakkal Majalla"/>
          <w:sz w:val="36"/>
          <w:szCs w:val="38"/>
        </w:rPr>
        <w:t xml:space="preserve"> </w:t>
      </w:r>
      <w:r w:rsidRPr="008E006D">
        <w:rPr>
          <w:rFonts w:cs="Sakkal Majalla"/>
          <w:sz w:val="36"/>
          <w:szCs w:val="38"/>
          <w:rtl/>
        </w:rPr>
        <w:t>بوصفها</w:t>
      </w:r>
      <w:r w:rsidRPr="008E006D">
        <w:rPr>
          <w:rFonts w:cs="Sakkal Majalla"/>
          <w:sz w:val="36"/>
          <w:szCs w:val="38"/>
        </w:rPr>
        <w:t xml:space="preserve"> </w:t>
      </w:r>
      <w:r w:rsidRPr="008E006D">
        <w:rPr>
          <w:rFonts w:cs="Sakkal Majalla"/>
          <w:sz w:val="36"/>
          <w:szCs w:val="38"/>
          <w:rtl/>
        </w:rPr>
        <w:t>موردًا</w:t>
      </w:r>
      <w:r w:rsidRPr="008E006D">
        <w:rPr>
          <w:rFonts w:cs="Sakkal Majalla"/>
          <w:sz w:val="36"/>
          <w:szCs w:val="38"/>
        </w:rPr>
        <w:t xml:space="preserve"> </w:t>
      </w:r>
      <w:r w:rsidRPr="008E006D">
        <w:rPr>
          <w:rFonts w:cs="Sakkal Majalla"/>
          <w:sz w:val="36"/>
          <w:szCs w:val="38"/>
          <w:rtl/>
        </w:rPr>
        <w:t>ثابتًا</w:t>
      </w:r>
      <w:r w:rsidRPr="008E006D">
        <w:rPr>
          <w:rFonts w:cs="Sakkal Majalla"/>
          <w:sz w:val="36"/>
          <w:szCs w:val="38"/>
        </w:rPr>
        <w:t xml:space="preserve"> </w:t>
      </w:r>
      <w:r w:rsidRPr="008E006D">
        <w:rPr>
          <w:rFonts w:cs="Sakkal Majalla"/>
          <w:sz w:val="36"/>
          <w:szCs w:val="38"/>
          <w:rtl/>
        </w:rPr>
        <w:t>فقد</w:t>
      </w:r>
      <w:r w:rsidRPr="008E006D">
        <w:rPr>
          <w:rFonts w:cs="Sakkal Majalla"/>
          <w:sz w:val="36"/>
          <w:szCs w:val="38"/>
        </w:rPr>
        <w:t xml:space="preserve"> </w:t>
      </w:r>
      <w:r w:rsidRPr="008E006D">
        <w:rPr>
          <w:rFonts w:cs="Sakkal Majalla"/>
          <w:sz w:val="36"/>
          <w:szCs w:val="38"/>
          <w:rtl/>
        </w:rPr>
        <w:t>تكتفي</w:t>
      </w:r>
      <w:r w:rsidRPr="008E006D">
        <w:rPr>
          <w:rFonts w:cs="Sakkal Majalla"/>
          <w:sz w:val="36"/>
          <w:szCs w:val="38"/>
        </w:rPr>
        <w:t xml:space="preserve"> </w:t>
      </w:r>
      <w:r w:rsidRPr="008E006D">
        <w:rPr>
          <w:rFonts w:cs="Sakkal Majalla"/>
          <w:sz w:val="36"/>
          <w:szCs w:val="38"/>
          <w:rtl/>
        </w:rPr>
        <w:t>بشراء</w:t>
      </w:r>
      <w:r w:rsidRPr="008E006D">
        <w:rPr>
          <w:rFonts w:cs="Sakkal Majalla"/>
          <w:sz w:val="36"/>
          <w:szCs w:val="38"/>
        </w:rPr>
        <w:t xml:space="preserve"> </w:t>
      </w:r>
      <w:r w:rsidRPr="008E006D">
        <w:rPr>
          <w:rFonts w:cs="Sakkal Majalla"/>
          <w:sz w:val="36"/>
          <w:szCs w:val="38"/>
          <w:rtl/>
        </w:rPr>
        <w:t>الأدوات</w:t>
      </w:r>
      <w:r w:rsidRPr="008E006D">
        <w:rPr>
          <w:rFonts w:cs="Sakkal Majalla"/>
          <w:sz w:val="36"/>
          <w:szCs w:val="38"/>
        </w:rPr>
        <w:t xml:space="preserve"> </w:t>
      </w:r>
      <w:r w:rsidRPr="008E006D">
        <w:rPr>
          <w:rFonts w:cs="Sakkal Majalla"/>
          <w:sz w:val="36"/>
          <w:szCs w:val="38"/>
          <w:rtl/>
        </w:rPr>
        <w:t>دون</w:t>
      </w:r>
      <w:r w:rsidRPr="008E006D">
        <w:rPr>
          <w:rFonts w:cs="Sakkal Majalla"/>
          <w:sz w:val="36"/>
          <w:szCs w:val="38"/>
        </w:rPr>
        <w:t xml:space="preserve"> </w:t>
      </w:r>
      <w:r w:rsidRPr="008E006D">
        <w:rPr>
          <w:rFonts w:cs="Sakkal Majalla"/>
          <w:sz w:val="36"/>
          <w:szCs w:val="38"/>
          <w:rtl/>
        </w:rPr>
        <w:t>تحويلها</w:t>
      </w:r>
      <w:r w:rsidRPr="008E006D">
        <w:rPr>
          <w:rFonts w:cs="Sakkal Majalla"/>
          <w:sz w:val="36"/>
          <w:szCs w:val="38"/>
        </w:rPr>
        <w:t xml:space="preserve"> </w:t>
      </w:r>
      <w:r w:rsidRPr="008E006D">
        <w:rPr>
          <w:rFonts w:cs="Sakkal Majalla"/>
          <w:sz w:val="36"/>
          <w:szCs w:val="38"/>
          <w:rtl/>
        </w:rPr>
        <w:t>إلى</w:t>
      </w:r>
      <w:r w:rsidRPr="008E006D">
        <w:rPr>
          <w:rFonts w:cs="Sakkal Majalla"/>
          <w:sz w:val="36"/>
          <w:szCs w:val="38"/>
        </w:rPr>
        <w:t xml:space="preserve"> </w:t>
      </w:r>
      <w:r w:rsidRPr="008E006D">
        <w:rPr>
          <w:rFonts w:cs="Sakkal Majalla"/>
          <w:sz w:val="36"/>
          <w:szCs w:val="38"/>
          <w:rtl/>
        </w:rPr>
        <w:t>قدرة</w:t>
      </w:r>
      <w:r w:rsidRPr="008E006D">
        <w:rPr>
          <w:rFonts w:cs="Sakkal Majalla"/>
          <w:sz w:val="36"/>
          <w:szCs w:val="38"/>
        </w:rPr>
        <w:t xml:space="preserve"> </w:t>
      </w:r>
      <w:r w:rsidRPr="008E006D">
        <w:rPr>
          <w:rFonts w:cs="Sakkal Majalla"/>
          <w:sz w:val="36"/>
          <w:szCs w:val="38"/>
          <w:rtl/>
        </w:rPr>
        <w:t>تنظيمية</w:t>
      </w:r>
      <w:r w:rsidRPr="008E006D">
        <w:rPr>
          <w:rFonts w:cs="Sakkal Majalla"/>
          <w:sz w:val="36"/>
          <w:szCs w:val="38"/>
        </w:rPr>
        <w:t xml:space="preserve"> </w:t>
      </w:r>
      <w:r w:rsidRPr="008E006D">
        <w:rPr>
          <w:rFonts w:cs="Sakkal Majalla"/>
          <w:sz w:val="36"/>
          <w:szCs w:val="38"/>
          <w:rtl/>
        </w:rPr>
        <w:t>متجددة</w:t>
      </w:r>
      <w:r w:rsidRPr="008E006D">
        <w:rPr>
          <w:rFonts w:cs="Sakkal Majalla"/>
          <w:sz w:val="36"/>
          <w:szCs w:val="38"/>
        </w:rPr>
        <w:t>.</w:t>
      </w:r>
    </w:p>
    <w:p w14:paraId="194BB626" w14:textId="77777777" w:rsidR="008E006D" w:rsidRPr="008E006D" w:rsidRDefault="008E006D" w:rsidP="008E006D">
      <w:pPr>
        <w:ind w:firstLine="0"/>
        <w:rPr>
          <w:rFonts w:cs="Sakkal Majalla"/>
          <w:b/>
          <w:sz w:val="36"/>
          <w:szCs w:val="38"/>
        </w:rPr>
      </w:pPr>
      <w:r w:rsidRPr="008E006D">
        <w:rPr>
          <w:rFonts w:cs="Sakkal Majalla"/>
          <w:b/>
          <w:sz w:val="36"/>
          <w:szCs w:val="38"/>
        </w:rPr>
        <w:t xml:space="preserve">2.2.2 </w:t>
      </w:r>
      <w:r w:rsidRPr="008E006D">
        <w:rPr>
          <w:rFonts w:cs="Sakkal Majalla"/>
          <w:b/>
          <w:bCs/>
          <w:sz w:val="36"/>
          <w:szCs w:val="38"/>
          <w:rtl/>
        </w:rPr>
        <w:t>المنظور</w:t>
      </w:r>
      <w:r w:rsidRPr="008E006D">
        <w:rPr>
          <w:rFonts w:cs="Sakkal Majalla"/>
          <w:b/>
          <w:sz w:val="36"/>
          <w:szCs w:val="38"/>
        </w:rPr>
        <w:t xml:space="preserve"> </w:t>
      </w:r>
      <w:r w:rsidRPr="008E006D">
        <w:rPr>
          <w:rFonts w:cs="Sakkal Majalla"/>
          <w:b/>
          <w:bCs/>
          <w:sz w:val="36"/>
          <w:szCs w:val="38"/>
          <w:rtl/>
        </w:rPr>
        <w:t>الاجتماعي</w:t>
      </w:r>
      <w:r w:rsidRPr="008E006D">
        <w:rPr>
          <w:rFonts w:cs="Sakkal Majalla"/>
          <w:b/>
          <w:sz w:val="36"/>
          <w:szCs w:val="38"/>
        </w:rPr>
        <w:t>-</w:t>
      </w:r>
      <w:proofErr w:type="gramStart"/>
      <w:r w:rsidRPr="008E006D">
        <w:rPr>
          <w:rFonts w:cs="Sakkal Majalla"/>
          <w:b/>
          <w:bCs/>
          <w:sz w:val="36"/>
          <w:szCs w:val="38"/>
          <w:rtl/>
        </w:rPr>
        <w:t>التقني</w:t>
      </w:r>
      <w:r w:rsidR="008D0B36">
        <w:rPr>
          <w:rFonts w:cs="Sakkal Majalla" w:hint="cs"/>
          <w:b/>
          <w:bCs/>
          <w:sz w:val="36"/>
          <w:szCs w:val="38"/>
          <w:rtl/>
        </w:rPr>
        <w:t xml:space="preserve"> :</w:t>
      </w:r>
      <w:proofErr w:type="gramEnd"/>
      <w:r w:rsidR="008D0B36">
        <w:rPr>
          <w:rFonts w:cs="Sakkal Majalla" w:hint="cs"/>
          <w:b/>
          <w:bCs/>
          <w:sz w:val="36"/>
          <w:szCs w:val="38"/>
          <w:rtl/>
        </w:rPr>
        <w:t xml:space="preserve"> </w:t>
      </w:r>
    </w:p>
    <w:p w14:paraId="089788C1" w14:textId="77777777" w:rsidR="008E006D" w:rsidRPr="008E006D" w:rsidRDefault="008E006D" w:rsidP="008D0B36">
      <w:pPr>
        <w:ind w:firstLine="720"/>
        <w:rPr>
          <w:rFonts w:cs="Sakkal Majalla"/>
          <w:sz w:val="36"/>
          <w:szCs w:val="38"/>
        </w:rPr>
      </w:pPr>
      <w:r w:rsidRPr="008E006D">
        <w:rPr>
          <w:rFonts w:cs="Sakkal Majalla"/>
          <w:sz w:val="36"/>
          <w:szCs w:val="38"/>
          <w:rtl/>
        </w:rPr>
        <w:t>يفترض</w:t>
      </w:r>
      <w:r w:rsidRPr="008E006D">
        <w:rPr>
          <w:rFonts w:cs="Sakkal Majalla"/>
          <w:sz w:val="36"/>
          <w:szCs w:val="38"/>
        </w:rPr>
        <w:t xml:space="preserve"> </w:t>
      </w:r>
      <w:r w:rsidRPr="008E006D">
        <w:rPr>
          <w:rFonts w:cs="Sakkal Majalla"/>
          <w:sz w:val="36"/>
          <w:szCs w:val="38"/>
          <w:rtl/>
        </w:rPr>
        <w:t>المنظور</w:t>
      </w:r>
      <w:r w:rsidRPr="008E006D">
        <w:rPr>
          <w:rFonts w:cs="Sakkal Majalla"/>
          <w:sz w:val="36"/>
          <w:szCs w:val="38"/>
        </w:rPr>
        <w:t xml:space="preserve"> </w:t>
      </w:r>
      <w:r w:rsidRPr="008E006D">
        <w:rPr>
          <w:rFonts w:cs="Sakkal Majalla"/>
          <w:sz w:val="36"/>
          <w:szCs w:val="38"/>
          <w:rtl/>
        </w:rPr>
        <w:t>الاجتماعي</w:t>
      </w:r>
      <w:r w:rsidRPr="008E006D">
        <w:rPr>
          <w:rFonts w:cs="Sakkal Majalla"/>
          <w:sz w:val="36"/>
          <w:szCs w:val="38"/>
        </w:rPr>
        <w:t>-</w:t>
      </w:r>
      <w:r w:rsidRPr="008E006D">
        <w:rPr>
          <w:rFonts w:cs="Sakkal Majalla"/>
          <w:sz w:val="36"/>
          <w:szCs w:val="38"/>
          <w:rtl/>
        </w:rPr>
        <w:t>التقني</w:t>
      </w:r>
      <w:r w:rsidRPr="008E006D">
        <w:rPr>
          <w:rFonts w:cs="Sakkal Majalla"/>
          <w:sz w:val="36"/>
          <w:szCs w:val="38"/>
        </w:rPr>
        <w:t xml:space="preserve"> </w:t>
      </w:r>
      <w:r w:rsidRPr="008E006D">
        <w:rPr>
          <w:rFonts w:cs="Sakkal Majalla"/>
          <w:sz w:val="36"/>
          <w:szCs w:val="38"/>
          <w:rtl/>
        </w:rPr>
        <w:t>أن</w:t>
      </w:r>
      <w:r w:rsidRPr="008E006D">
        <w:rPr>
          <w:rFonts w:cs="Sakkal Majalla"/>
          <w:sz w:val="36"/>
          <w:szCs w:val="38"/>
        </w:rPr>
        <w:t xml:space="preserve"> </w:t>
      </w:r>
      <w:r w:rsidRPr="008E006D">
        <w:rPr>
          <w:rFonts w:cs="Sakkal Majalla"/>
          <w:sz w:val="36"/>
          <w:szCs w:val="38"/>
          <w:rtl/>
        </w:rPr>
        <w:t>الأداء</w:t>
      </w:r>
      <w:r w:rsidRPr="008E006D">
        <w:rPr>
          <w:rFonts w:cs="Sakkal Majalla"/>
          <w:sz w:val="36"/>
          <w:szCs w:val="38"/>
        </w:rPr>
        <w:t xml:space="preserve"> </w:t>
      </w:r>
      <w:r w:rsidRPr="008E006D">
        <w:rPr>
          <w:rFonts w:cs="Sakkal Majalla"/>
          <w:sz w:val="36"/>
          <w:szCs w:val="38"/>
          <w:rtl/>
        </w:rPr>
        <w:t>المؤسسي</w:t>
      </w:r>
      <w:r w:rsidRPr="008E006D">
        <w:rPr>
          <w:rFonts w:cs="Sakkal Majalla"/>
          <w:sz w:val="36"/>
          <w:szCs w:val="38"/>
        </w:rPr>
        <w:t xml:space="preserve"> </w:t>
      </w:r>
      <w:r w:rsidRPr="008E006D">
        <w:rPr>
          <w:rFonts w:cs="Sakkal Majalla"/>
          <w:sz w:val="36"/>
          <w:szCs w:val="38"/>
          <w:rtl/>
        </w:rPr>
        <w:t>ينتج</w:t>
      </w:r>
      <w:r w:rsidRPr="008E006D">
        <w:rPr>
          <w:rFonts w:cs="Sakkal Majalla"/>
          <w:sz w:val="36"/>
          <w:szCs w:val="38"/>
        </w:rPr>
        <w:t xml:space="preserve"> </w:t>
      </w:r>
      <w:r w:rsidRPr="008E006D">
        <w:rPr>
          <w:rFonts w:cs="Sakkal Majalla"/>
          <w:sz w:val="36"/>
          <w:szCs w:val="38"/>
          <w:rtl/>
        </w:rPr>
        <w:t>من</w:t>
      </w:r>
      <w:r w:rsidRPr="008E006D">
        <w:rPr>
          <w:rFonts w:cs="Sakkal Majalla"/>
          <w:sz w:val="36"/>
          <w:szCs w:val="38"/>
        </w:rPr>
        <w:t xml:space="preserve"> </w:t>
      </w:r>
      <w:r w:rsidRPr="008E006D">
        <w:rPr>
          <w:rFonts w:cs="Sakkal Majalla"/>
          <w:sz w:val="36"/>
          <w:szCs w:val="38"/>
          <w:rtl/>
        </w:rPr>
        <w:t>تفاعل</w:t>
      </w:r>
      <w:r w:rsidRPr="008E006D">
        <w:rPr>
          <w:rFonts w:cs="Sakkal Majalla"/>
          <w:sz w:val="36"/>
          <w:szCs w:val="38"/>
        </w:rPr>
        <w:t xml:space="preserve"> </w:t>
      </w:r>
      <w:r w:rsidRPr="008E006D">
        <w:rPr>
          <w:rFonts w:cs="Sakkal Majalla"/>
          <w:sz w:val="36"/>
          <w:szCs w:val="38"/>
          <w:rtl/>
        </w:rPr>
        <w:t>متوازن</w:t>
      </w:r>
      <w:r w:rsidRPr="008E006D">
        <w:rPr>
          <w:rFonts w:cs="Sakkal Majalla"/>
          <w:sz w:val="36"/>
          <w:szCs w:val="38"/>
        </w:rPr>
        <w:t xml:space="preserve"> </w:t>
      </w:r>
      <w:r w:rsidRPr="008E006D">
        <w:rPr>
          <w:rFonts w:cs="Sakkal Majalla"/>
          <w:sz w:val="36"/>
          <w:szCs w:val="38"/>
          <w:rtl/>
        </w:rPr>
        <w:t>بين</w:t>
      </w:r>
      <w:r w:rsidRPr="008E006D">
        <w:rPr>
          <w:rFonts w:cs="Sakkal Majalla"/>
          <w:sz w:val="36"/>
          <w:szCs w:val="38"/>
        </w:rPr>
        <w:t xml:space="preserve"> </w:t>
      </w:r>
      <w:r w:rsidRPr="008E006D">
        <w:rPr>
          <w:rFonts w:cs="Sakkal Majalla"/>
          <w:sz w:val="36"/>
          <w:szCs w:val="38"/>
          <w:rtl/>
        </w:rPr>
        <w:t>النظام</w:t>
      </w:r>
      <w:r w:rsidRPr="008E006D">
        <w:rPr>
          <w:rFonts w:cs="Sakkal Majalla"/>
          <w:sz w:val="36"/>
          <w:szCs w:val="38"/>
        </w:rPr>
        <w:t xml:space="preserve"> </w:t>
      </w:r>
      <w:r w:rsidRPr="008E006D">
        <w:rPr>
          <w:rFonts w:cs="Sakkal Majalla"/>
          <w:sz w:val="36"/>
          <w:szCs w:val="38"/>
          <w:rtl/>
        </w:rPr>
        <w:t>التقني</w:t>
      </w:r>
      <w:r w:rsidRPr="008E006D">
        <w:rPr>
          <w:rFonts w:cs="Sakkal Majalla"/>
          <w:sz w:val="36"/>
          <w:szCs w:val="38"/>
        </w:rPr>
        <w:t xml:space="preserve"> </w:t>
      </w:r>
      <w:r w:rsidRPr="008E006D">
        <w:rPr>
          <w:rFonts w:cs="Sakkal Majalla"/>
          <w:sz w:val="36"/>
          <w:szCs w:val="38"/>
          <w:rtl/>
        </w:rPr>
        <w:t>والنظام</w:t>
      </w:r>
      <w:r w:rsidRPr="008E006D">
        <w:rPr>
          <w:rFonts w:cs="Sakkal Majalla"/>
          <w:sz w:val="36"/>
          <w:szCs w:val="38"/>
        </w:rPr>
        <w:t xml:space="preserve"> </w:t>
      </w:r>
      <w:r w:rsidRPr="008E006D">
        <w:rPr>
          <w:rFonts w:cs="Sakkal Majalla"/>
          <w:sz w:val="36"/>
          <w:szCs w:val="38"/>
          <w:rtl/>
        </w:rPr>
        <w:t>الاجتماعي</w:t>
      </w:r>
      <w:r w:rsidRPr="008E006D">
        <w:rPr>
          <w:rFonts w:cs="Sakkal Majalla"/>
          <w:sz w:val="36"/>
          <w:szCs w:val="38"/>
        </w:rPr>
        <w:t xml:space="preserve">. </w:t>
      </w:r>
      <w:r w:rsidRPr="008E006D">
        <w:rPr>
          <w:rFonts w:cs="Sakkal Majalla"/>
          <w:sz w:val="36"/>
          <w:szCs w:val="38"/>
          <w:rtl/>
        </w:rPr>
        <w:t>وبناءً</w:t>
      </w:r>
      <w:r w:rsidRPr="008E006D">
        <w:rPr>
          <w:rFonts w:cs="Sakkal Majalla"/>
          <w:sz w:val="36"/>
          <w:szCs w:val="38"/>
        </w:rPr>
        <w:t xml:space="preserve"> </w:t>
      </w:r>
      <w:r w:rsidRPr="008E006D">
        <w:rPr>
          <w:rFonts w:cs="Sakkal Majalla"/>
          <w:sz w:val="36"/>
          <w:szCs w:val="38"/>
          <w:rtl/>
        </w:rPr>
        <w:t>على</w:t>
      </w:r>
      <w:r w:rsidRPr="008E006D">
        <w:rPr>
          <w:rFonts w:cs="Sakkal Majalla"/>
          <w:sz w:val="36"/>
          <w:szCs w:val="38"/>
        </w:rPr>
        <w:t xml:space="preserve"> </w:t>
      </w:r>
      <w:r w:rsidRPr="008E006D">
        <w:rPr>
          <w:rFonts w:cs="Sakkal Majalla"/>
          <w:sz w:val="36"/>
          <w:szCs w:val="38"/>
          <w:rtl/>
        </w:rPr>
        <w:t>ذلك،</w:t>
      </w:r>
      <w:r w:rsidRPr="008E006D">
        <w:rPr>
          <w:rFonts w:cs="Sakkal Majalla"/>
          <w:sz w:val="36"/>
          <w:szCs w:val="38"/>
        </w:rPr>
        <w:t xml:space="preserve"> </w:t>
      </w:r>
      <w:r w:rsidRPr="008E006D">
        <w:rPr>
          <w:rFonts w:cs="Sakkal Majalla"/>
          <w:sz w:val="36"/>
          <w:szCs w:val="38"/>
          <w:rtl/>
        </w:rPr>
        <w:t>فإن</w:t>
      </w:r>
      <w:r w:rsidRPr="008E006D">
        <w:rPr>
          <w:rFonts w:cs="Sakkal Majalla"/>
          <w:sz w:val="36"/>
          <w:szCs w:val="38"/>
        </w:rPr>
        <w:t xml:space="preserve"> </w:t>
      </w:r>
      <w:r w:rsidRPr="008E006D">
        <w:rPr>
          <w:rFonts w:cs="Sakkal Majalla"/>
          <w:sz w:val="36"/>
          <w:szCs w:val="38"/>
          <w:rtl/>
        </w:rPr>
        <w:t>نجاح</w:t>
      </w:r>
      <w:r w:rsidRPr="008E006D">
        <w:rPr>
          <w:rFonts w:cs="Sakkal Majalla"/>
          <w:sz w:val="36"/>
          <w:szCs w:val="38"/>
        </w:rPr>
        <w:t xml:space="preserve"> </w:t>
      </w:r>
      <w:r w:rsidRPr="008E006D">
        <w:rPr>
          <w:rFonts w:cs="Sakkal Majalla"/>
          <w:sz w:val="36"/>
          <w:szCs w:val="38"/>
          <w:rtl/>
        </w:rPr>
        <w:t>مشاريع</w:t>
      </w:r>
      <w:r w:rsidRPr="008E006D">
        <w:rPr>
          <w:rFonts w:cs="Sakkal Majalla"/>
          <w:sz w:val="36"/>
          <w:szCs w:val="38"/>
        </w:rPr>
        <w:t xml:space="preserve"> </w:t>
      </w:r>
      <w:r w:rsidRPr="008E006D">
        <w:rPr>
          <w:rFonts w:cs="Sakkal Majalla"/>
          <w:sz w:val="36"/>
          <w:szCs w:val="38"/>
          <w:rtl/>
        </w:rPr>
        <w:t>التحول</w:t>
      </w:r>
      <w:r w:rsidRPr="008E006D">
        <w:rPr>
          <w:rFonts w:cs="Sakkal Majalla"/>
          <w:sz w:val="36"/>
          <w:szCs w:val="38"/>
        </w:rPr>
        <w:t xml:space="preserve"> </w:t>
      </w:r>
      <w:r w:rsidRPr="008E006D">
        <w:rPr>
          <w:rFonts w:cs="Sakkal Majalla"/>
          <w:sz w:val="36"/>
          <w:szCs w:val="38"/>
          <w:rtl/>
        </w:rPr>
        <w:t>الرقمي</w:t>
      </w:r>
      <w:r w:rsidRPr="008E006D">
        <w:rPr>
          <w:rFonts w:cs="Sakkal Majalla"/>
          <w:sz w:val="36"/>
          <w:szCs w:val="38"/>
        </w:rPr>
        <w:t xml:space="preserve"> </w:t>
      </w:r>
      <w:r w:rsidRPr="008E006D">
        <w:rPr>
          <w:rFonts w:cs="Sakkal Majalla"/>
          <w:sz w:val="36"/>
          <w:szCs w:val="38"/>
          <w:rtl/>
        </w:rPr>
        <w:t>لا</w:t>
      </w:r>
      <w:r w:rsidRPr="008E006D">
        <w:rPr>
          <w:rFonts w:cs="Sakkal Majalla"/>
          <w:sz w:val="36"/>
          <w:szCs w:val="38"/>
        </w:rPr>
        <w:t xml:space="preserve"> </w:t>
      </w:r>
      <w:r w:rsidRPr="008E006D">
        <w:rPr>
          <w:rFonts w:cs="Sakkal Majalla"/>
          <w:sz w:val="36"/>
          <w:szCs w:val="38"/>
          <w:rtl/>
        </w:rPr>
        <w:t>يتحقق</w:t>
      </w:r>
      <w:r w:rsidRPr="008E006D">
        <w:rPr>
          <w:rFonts w:cs="Sakkal Majalla"/>
          <w:sz w:val="36"/>
          <w:szCs w:val="38"/>
        </w:rPr>
        <w:t xml:space="preserve"> </w:t>
      </w:r>
      <w:r w:rsidRPr="008E006D">
        <w:rPr>
          <w:rFonts w:cs="Sakkal Majalla"/>
          <w:sz w:val="36"/>
          <w:szCs w:val="38"/>
          <w:rtl/>
        </w:rPr>
        <w:t>بمجرد</w:t>
      </w:r>
      <w:r w:rsidRPr="008E006D">
        <w:rPr>
          <w:rFonts w:cs="Sakkal Majalla"/>
          <w:sz w:val="36"/>
          <w:szCs w:val="38"/>
        </w:rPr>
        <w:t xml:space="preserve"> </w:t>
      </w:r>
      <w:r w:rsidRPr="008E006D">
        <w:rPr>
          <w:rFonts w:cs="Sakkal Majalla"/>
          <w:sz w:val="36"/>
          <w:szCs w:val="38"/>
          <w:rtl/>
        </w:rPr>
        <w:t>توفير</w:t>
      </w:r>
      <w:r w:rsidRPr="008E006D">
        <w:rPr>
          <w:rFonts w:cs="Sakkal Majalla"/>
          <w:sz w:val="36"/>
          <w:szCs w:val="38"/>
        </w:rPr>
        <w:t xml:space="preserve"> </w:t>
      </w:r>
      <w:r w:rsidRPr="008E006D">
        <w:rPr>
          <w:rFonts w:cs="Sakkal Majalla"/>
          <w:sz w:val="36"/>
          <w:szCs w:val="38"/>
          <w:rtl/>
        </w:rPr>
        <w:t>المنصات</w:t>
      </w:r>
      <w:r w:rsidRPr="008E006D">
        <w:rPr>
          <w:rFonts w:cs="Sakkal Majalla"/>
          <w:sz w:val="36"/>
          <w:szCs w:val="38"/>
        </w:rPr>
        <w:t xml:space="preserve"> </w:t>
      </w:r>
      <w:r w:rsidRPr="008E006D">
        <w:rPr>
          <w:rFonts w:cs="Sakkal Majalla"/>
          <w:sz w:val="36"/>
          <w:szCs w:val="38"/>
          <w:rtl/>
        </w:rPr>
        <w:t>والأنظمة،</w:t>
      </w:r>
      <w:r w:rsidRPr="008E006D">
        <w:rPr>
          <w:rFonts w:cs="Sakkal Majalla"/>
          <w:sz w:val="36"/>
          <w:szCs w:val="38"/>
        </w:rPr>
        <w:t xml:space="preserve"> </w:t>
      </w:r>
      <w:r w:rsidRPr="008E006D">
        <w:rPr>
          <w:rFonts w:cs="Sakkal Majalla"/>
          <w:sz w:val="36"/>
          <w:szCs w:val="38"/>
          <w:rtl/>
        </w:rPr>
        <w:t>بل</w:t>
      </w:r>
      <w:r w:rsidRPr="008E006D">
        <w:rPr>
          <w:rFonts w:cs="Sakkal Majalla"/>
          <w:sz w:val="36"/>
          <w:szCs w:val="38"/>
        </w:rPr>
        <w:t xml:space="preserve"> </w:t>
      </w:r>
      <w:r w:rsidRPr="008E006D">
        <w:rPr>
          <w:rFonts w:cs="Sakkal Majalla"/>
          <w:sz w:val="36"/>
          <w:szCs w:val="38"/>
          <w:rtl/>
        </w:rPr>
        <w:t>يتطلب</w:t>
      </w:r>
      <w:r w:rsidRPr="008E006D">
        <w:rPr>
          <w:rFonts w:cs="Sakkal Majalla"/>
          <w:sz w:val="36"/>
          <w:szCs w:val="38"/>
        </w:rPr>
        <w:t xml:space="preserve"> </w:t>
      </w:r>
      <w:r w:rsidRPr="008E006D">
        <w:rPr>
          <w:rFonts w:cs="Sakkal Majalla"/>
          <w:sz w:val="36"/>
          <w:szCs w:val="38"/>
          <w:rtl/>
        </w:rPr>
        <w:t>ثقافة</w:t>
      </w:r>
      <w:r w:rsidRPr="008E006D">
        <w:rPr>
          <w:rFonts w:cs="Sakkal Majalla"/>
          <w:sz w:val="36"/>
          <w:szCs w:val="38"/>
        </w:rPr>
        <w:t xml:space="preserve"> </w:t>
      </w:r>
      <w:r w:rsidRPr="008E006D">
        <w:rPr>
          <w:rFonts w:cs="Sakkal Majalla"/>
          <w:sz w:val="36"/>
          <w:szCs w:val="38"/>
          <w:rtl/>
        </w:rPr>
        <w:t>داعمة،</w:t>
      </w:r>
      <w:r w:rsidRPr="008E006D">
        <w:rPr>
          <w:rFonts w:cs="Sakkal Majalla"/>
          <w:sz w:val="36"/>
          <w:szCs w:val="38"/>
        </w:rPr>
        <w:t xml:space="preserve"> </w:t>
      </w:r>
      <w:r w:rsidRPr="008E006D">
        <w:rPr>
          <w:rFonts w:cs="Sakkal Majalla"/>
          <w:sz w:val="36"/>
          <w:szCs w:val="38"/>
          <w:rtl/>
        </w:rPr>
        <w:t>وقيادة</w:t>
      </w:r>
      <w:r w:rsidRPr="008E006D">
        <w:rPr>
          <w:rFonts w:cs="Sakkal Majalla"/>
          <w:sz w:val="36"/>
          <w:szCs w:val="38"/>
        </w:rPr>
        <w:t xml:space="preserve"> </w:t>
      </w:r>
      <w:r w:rsidRPr="008E006D">
        <w:rPr>
          <w:rFonts w:cs="Sakkal Majalla"/>
          <w:sz w:val="36"/>
          <w:szCs w:val="38"/>
          <w:rtl/>
        </w:rPr>
        <w:t>قادرة</w:t>
      </w:r>
      <w:r w:rsidRPr="008E006D">
        <w:rPr>
          <w:rFonts w:cs="Sakkal Majalla"/>
          <w:sz w:val="36"/>
          <w:szCs w:val="38"/>
        </w:rPr>
        <w:t xml:space="preserve"> </w:t>
      </w:r>
      <w:r w:rsidRPr="008E006D">
        <w:rPr>
          <w:rFonts w:cs="Sakkal Majalla"/>
          <w:sz w:val="36"/>
          <w:szCs w:val="38"/>
          <w:rtl/>
        </w:rPr>
        <w:t>على</w:t>
      </w:r>
      <w:r w:rsidRPr="008E006D">
        <w:rPr>
          <w:rFonts w:cs="Sakkal Majalla"/>
          <w:sz w:val="36"/>
          <w:szCs w:val="38"/>
        </w:rPr>
        <w:t xml:space="preserve"> </w:t>
      </w:r>
      <w:r w:rsidRPr="008E006D">
        <w:rPr>
          <w:rFonts w:cs="Sakkal Majalla"/>
          <w:sz w:val="36"/>
          <w:szCs w:val="38"/>
          <w:rtl/>
        </w:rPr>
        <w:t>التمكين،</w:t>
      </w:r>
      <w:r w:rsidRPr="008E006D">
        <w:rPr>
          <w:rFonts w:cs="Sakkal Majalla"/>
          <w:sz w:val="36"/>
          <w:szCs w:val="38"/>
        </w:rPr>
        <w:t xml:space="preserve"> </w:t>
      </w:r>
      <w:r w:rsidRPr="008E006D">
        <w:rPr>
          <w:rFonts w:cs="Sakkal Majalla"/>
          <w:sz w:val="36"/>
          <w:szCs w:val="38"/>
          <w:rtl/>
        </w:rPr>
        <w:t>ومهارات</w:t>
      </w:r>
      <w:r w:rsidRPr="008E006D">
        <w:rPr>
          <w:rFonts w:cs="Sakkal Majalla"/>
          <w:sz w:val="36"/>
          <w:szCs w:val="38"/>
        </w:rPr>
        <w:t xml:space="preserve"> </w:t>
      </w:r>
      <w:r w:rsidRPr="008E006D">
        <w:rPr>
          <w:rFonts w:cs="Sakkal Majalla"/>
          <w:sz w:val="36"/>
          <w:szCs w:val="38"/>
          <w:rtl/>
        </w:rPr>
        <w:t>بشرية،</w:t>
      </w:r>
      <w:r w:rsidRPr="008E006D">
        <w:rPr>
          <w:rFonts w:cs="Sakkal Majalla"/>
          <w:sz w:val="36"/>
          <w:szCs w:val="38"/>
        </w:rPr>
        <w:t xml:space="preserve"> </w:t>
      </w:r>
      <w:r w:rsidRPr="008E006D">
        <w:rPr>
          <w:rFonts w:cs="Sakkal Majalla"/>
          <w:sz w:val="36"/>
          <w:szCs w:val="38"/>
          <w:rtl/>
        </w:rPr>
        <w:t>وحوكمة</w:t>
      </w:r>
      <w:r w:rsidRPr="008E006D">
        <w:rPr>
          <w:rFonts w:cs="Sakkal Majalla"/>
          <w:sz w:val="36"/>
          <w:szCs w:val="38"/>
        </w:rPr>
        <w:t xml:space="preserve"> </w:t>
      </w:r>
      <w:r w:rsidRPr="008E006D">
        <w:rPr>
          <w:rFonts w:cs="Sakkal Majalla"/>
          <w:sz w:val="36"/>
          <w:szCs w:val="38"/>
          <w:rtl/>
        </w:rPr>
        <w:t>واضحة</w:t>
      </w:r>
      <w:r w:rsidRPr="008E006D">
        <w:rPr>
          <w:rFonts w:cs="Sakkal Majalla"/>
          <w:sz w:val="36"/>
          <w:szCs w:val="38"/>
        </w:rPr>
        <w:t xml:space="preserve"> </w:t>
      </w:r>
      <w:r w:rsidRPr="008E006D">
        <w:rPr>
          <w:rFonts w:cs="Sakkal Majalla"/>
          <w:sz w:val="36"/>
          <w:szCs w:val="38"/>
          <w:rtl/>
        </w:rPr>
        <w:t>لاستخدام</w:t>
      </w:r>
      <w:r w:rsidRPr="008E006D">
        <w:rPr>
          <w:rFonts w:cs="Sakkal Majalla"/>
          <w:sz w:val="36"/>
          <w:szCs w:val="38"/>
        </w:rPr>
        <w:t xml:space="preserve"> </w:t>
      </w:r>
      <w:r w:rsidRPr="008E006D">
        <w:rPr>
          <w:rFonts w:cs="Sakkal Majalla"/>
          <w:sz w:val="36"/>
          <w:szCs w:val="38"/>
          <w:rtl/>
        </w:rPr>
        <w:t>البيانات</w:t>
      </w:r>
      <w:r w:rsidRPr="008E006D">
        <w:rPr>
          <w:rFonts w:cs="Sakkal Majalla"/>
          <w:sz w:val="36"/>
          <w:szCs w:val="38"/>
        </w:rPr>
        <w:t xml:space="preserve"> </w:t>
      </w:r>
      <w:r w:rsidRPr="008E006D">
        <w:rPr>
          <w:rFonts w:cs="Sakkal Majalla"/>
          <w:sz w:val="36"/>
          <w:szCs w:val="38"/>
          <w:rtl/>
        </w:rPr>
        <w:t>والأدوات</w:t>
      </w:r>
      <w:r w:rsidRPr="008E006D">
        <w:rPr>
          <w:rFonts w:cs="Sakkal Majalla"/>
          <w:sz w:val="36"/>
          <w:szCs w:val="38"/>
        </w:rPr>
        <w:t xml:space="preserve"> </w:t>
      </w:r>
      <w:r w:rsidRPr="008E006D">
        <w:rPr>
          <w:rFonts w:cs="Sakkal Majalla"/>
          <w:sz w:val="36"/>
          <w:szCs w:val="38"/>
          <w:rtl/>
        </w:rPr>
        <w:t>الرقمية</w:t>
      </w:r>
      <w:r w:rsidRPr="008E006D">
        <w:rPr>
          <w:rFonts w:cs="Sakkal Majalla"/>
          <w:sz w:val="36"/>
          <w:szCs w:val="38"/>
        </w:rPr>
        <w:t>.</w:t>
      </w:r>
    </w:p>
    <w:p w14:paraId="386614E4" w14:textId="77777777" w:rsidR="008E006D" w:rsidRPr="008E006D" w:rsidRDefault="008E006D" w:rsidP="008D0B36">
      <w:pPr>
        <w:ind w:firstLine="720"/>
        <w:rPr>
          <w:rFonts w:cs="Sakkal Majalla"/>
          <w:sz w:val="36"/>
          <w:szCs w:val="38"/>
        </w:rPr>
      </w:pPr>
      <w:r w:rsidRPr="008E006D">
        <w:rPr>
          <w:rFonts w:cs="Sakkal Majalla"/>
          <w:sz w:val="36"/>
          <w:szCs w:val="38"/>
          <w:rtl/>
        </w:rPr>
        <w:t>يساعد</w:t>
      </w:r>
      <w:r w:rsidRPr="008E006D">
        <w:rPr>
          <w:rFonts w:cs="Sakkal Majalla"/>
          <w:sz w:val="36"/>
          <w:szCs w:val="38"/>
        </w:rPr>
        <w:t xml:space="preserve"> </w:t>
      </w:r>
      <w:r w:rsidRPr="008E006D">
        <w:rPr>
          <w:rFonts w:cs="Sakkal Majalla"/>
          <w:sz w:val="36"/>
          <w:szCs w:val="38"/>
          <w:rtl/>
        </w:rPr>
        <w:t>هذا</w:t>
      </w:r>
      <w:r w:rsidRPr="008E006D">
        <w:rPr>
          <w:rFonts w:cs="Sakkal Majalla"/>
          <w:sz w:val="36"/>
          <w:szCs w:val="38"/>
        </w:rPr>
        <w:t xml:space="preserve"> </w:t>
      </w:r>
      <w:r w:rsidRPr="008E006D">
        <w:rPr>
          <w:rFonts w:cs="Sakkal Majalla"/>
          <w:sz w:val="36"/>
          <w:szCs w:val="38"/>
          <w:rtl/>
        </w:rPr>
        <w:t>المنظور</w:t>
      </w:r>
      <w:r w:rsidRPr="008E006D">
        <w:rPr>
          <w:rFonts w:cs="Sakkal Majalla"/>
          <w:sz w:val="36"/>
          <w:szCs w:val="38"/>
        </w:rPr>
        <w:t xml:space="preserve"> </w:t>
      </w:r>
      <w:r w:rsidRPr="008E006D">
        <w:rPr>
          <w:rFonts w:cs="Sakkal Majalla"/>
          <w:sz w:val="36"/>
          <w:szCs w:val="38"/>
          <w:rtl/>
        </w:rPr>
        <w:t>في</w:t>
      </w:r>
      <w:r w:rsidRPr="008E006D">
        <w:rPr>
          <w:rFonts w:cs="Sakkal Majalla"/>
          <w:sz w:val="36"/>
          <w:szCs w:val="38"/>
        </w:rPr>
        <w:t xml:space="preserve"> </w:t>
      </w:r>
      <w:r w:rsidRPr="008E006D">
        <w:rPr>
          <w:rFonts w:cs="Sakkal Majalla"/>
          <w:sz w:val="36"/>
          <w:szCs w:val="38"/>
          <w:rtl/>
        </w:rPr>
        <w:t>فهم</w:t>
      </w:r>
      <w:r w:rsidRPr="008E006D">
        <w:rPr>
          <w:rFonts w:cs="Sakkal Majalla"/>
          <w:sz w:val="36"/>
          <w:szCs w:val="38"/>
        </w:rPr>
        <w:t xml:space="preserve"> </w:t>
      </w:r>
      <w:r w:rsidRPr="008E006D">
        <w:rPr>
          <w:rFonts w:cs="Sakkal Majalla"/>
          <w:sz w:val="36"/>
          <w:szCs w:val="38"/>
          <w:rtl/>
        </w:rPr>
        <w:t>حالات</w:t>
      </w:r>
      <w:r w:rsidRPr="008E006D">
        <w:rPr>
          <w:rFonts w:cs="Sakkal Majalla"/>
          <w:sz w:val="36"/>
          <w:szCs w:val="38"/>
        </w:rPr>
        <w:t xml:space="preserve"> </w:t>
      </w:r>
      <w:r w:rsidRPr="008E006D">
        <w:rPr>
          <w:rFonts w:cs="Sakkal Majalla"/>
          <w:sz w:val="36"/>
          <w:szCs w:val="38"/>
          <w:rtl/>
        </w:rPr>
        <w:t>التعثر</w:t>
      </w:r>
      <w:r w:rsidRPr="008E006D">
        <w:rPr>
          <w:rFonts w:cs="Sakkal Majalla"/>
          <w:sz w:val="36"/>
          <w:szCs w:val="38"/>
        </w:rPr>
        <w:t xml:space="preserve"> </w:t>
      </w:r>
      <w:r w:rsidRPr="008E006D">
        <w:rPr>
          <w:rFonts w:cs="Sakkal Majalla"/>
          <w:sz w:val="36"/>
          <w:szCs w:val="38"/>
          <w:rtl/>
        </w:rPr>
        <w:t>التي</w:t>
      </w:r>
      <w:r w:rsidRPr="008E006D">
        <w:rPr>
          <w:rFonts w:cs="Sakkal Majalla"/>
          <w:sz w:val="36"/>
          <w:szCs w:val="38"/>
        </w:rPr>
        <w:t xml:space="preserve"> </w:t>
      </w:r>
      <w:r w:rsidRPr="008E006D">
        <w:rPr>
          <w:rFonts w:cs="Sakkal Majalla"/>
          <w:sz w:val="36"/>
          <w:szCs w:val="38"/>
          <w:rtl/>
        </w:rPr>
        <w:t>قد</w:t>
      </w:r>
      <w:r w:rsidRPr="008E006D">
        <w:rPr>
          <w:rFonts w:cs="Sakkal Majalla"/>
          <w:sz w:val="36"/>
          <w:szCs w:val="38"/>
        </w:rPr>
        <w:t xml:space="preserve"> </w:t>
      </w:r>
      <w:r w:rsidRPr="008E006D">
        <w:rPr>
          <w:rFonts w:cs="Sakkal Majalla"/>
          <w:sz w:val="36"/>
          <w:szCs w:val="38"/>
          <w:rtl/>
        </w:rPr>
        <w:t>تحدث</w:t>
      </w:r>
      <w:r w:rsidRPr="008E006D">
        <w:rPr>
          <w:rFonts w:cs="Sakkal Majalla"/>
          <w:sz w:val="36"/>
          <w:szCs w:val="38"/>
        </w:rPr>
        <w:t xml:space="preserve"> </w:t>
      </w:r>
      <w:r w:rsidRPr="008E006D">
        <w:rPr>
          <w:rFonts w:cs="Sakkal Majalla"/>
          <w:sz w:val="36"/>
          <w:szCs w:val="38"/>
          <w:rtl/>
        </w:rPr>
        <w:t>في</w:t>
      </w:r>
      <w:r w:rsidRPr="008E006D">
        <w:rPr>
          <w:rFonts w:cs="Sakkal Majalla"/>
          <w:sz w:val="36"/>
          <w:szCs w:val="38"/>
        </w:rPr>
        <w:t xml:space="preserve"> </w:t>
      </w:r>
      <w:r w:rsidRPr="008E006D">
        <w:rPr>
          <w:rFonts w:cs="Sakkal Majalla"/>
          <w:sz w:val="36"/>
          <w:szCs w:val="38"/>
          <w:rtl/>
        </w:rPr>
        <w:t>مشاريع</w:t>
      </w:r>
      <w:r w:rsidRPr="008E006D">
        <w:rPr>
          <w:rFonts w:cs="Sakkal Majalla"/>
          <w:sz w:val="36"/>
          <w:szCs w:val="38"/>
        </w:rPr>
        <w:t xml:space="preserve"> </w:t>
      </w:r>
      <w:r w:rsidRPr="008E006D">
        <w:rPr>
          <w:rFonts w:cs="Sakkal Majalla"/>
          <w:sz w:val="36"/>
          <w:szCs w:val="38"/>
          <w:rtl/>
        </w:rPr>
        <w:t>رقمية</w:t>
      </w:r>
      <w:r w:rsidRPr="008E006D">
        <w:rPr>
          <w:rFonts w:cs="Sakkal Majalla"/>
          <w:sz w:val="36"/>
          <w:szCs w:val="38"/>
        </w:rPr>
        <w:t xml:space="preserve"> </w:t>
      </w:r>
      <w:r w:rsidRPr="008E006D">
        <w:rPr>
          <w:rFonts w:cs="Sakkal Majalla"/>
          <w:sz w:val="36"/>
          <w:szCs w:val="38"/>
          <w:rtl/>
        </w:rPr>
        <w:t>تمتلك</w:t>
      </w:r>
      <w:r w:rsidRPr="008E006D">
        <w:rPr>
          <w:rFonts w:cs="Sakkal Majalla"/>
          <w:sz w:val="36"/>
          <w:szCs w:val="38"/>
        </w:rPr>
        <w:t xml:space="preserve"> </w:t>
      </w:r>
      <w:r w:rsidRPr="008E006D">
        <w:rPr>
          <w:rFonts w:cs="Sakkal Majalla"/>
          <w:sz w:val="36"/>
          <w:szCs w:val="38"/>
          <w:rtl/>
        </w:rPr>
        <w:t>أدوات</w:t>
      </w:r>
      <w:r w:rsidRPr="008E006D">
        <w:rPr>
          <w:rFonts w:cs="Sakkal Majalla"/>
          <w:sz w:val="36"/>
          <w:szCs w:val="38"/>
        </w:rPr>
        <w:t xml:space="preserve"> </w:t>
      </w:r>
      <w:r w:rsidRPr="008E006D">
        <w:rPr>
          <w:rFonts w:cs="Sakkal Majalla"/>
          <w:sz w:val="36"/>
          <w:szCs w:val="38"/>
          <w:rtl/>
        </w:rPr>
        <w:t>متقدمة</w:t>
      </w:r>
      <w:r w:rsidRPr="008E006D">
        <w:rPr>
          <w:rFonts w:cs="Sakkal Majalla"/>
          <w:sz w:val="36"/>
          <w:szCs w:val="38"/>
        </w:rPr>
        <w:t xml:space="preserve"> </w:t>
      </w:r>
      <w:r w:rsidRPr="008E006D">
        <w:rPr>
          <w:rFonts w:cs="Sakkal Majalla"/>
          <w:sz w:val="36"/>
          <w:szCs w:val="38"/>
          <w:rtl/>
        </w:rPr>
        <w:t>لكنها</w:t>
      </w:r>
      <w:r w:rsidRPr="008E006D">
        <w:rPr>
          <w:rFonts w:cs="Sakkal Majalla"/>
          <w:sz w:val="36"/>
          <w:szCs w:val="38"/>
        </w:rPr>
        <w:t xml:space="preserve"> </w:t>
      </w:r>
      <w:r w:rsidRPr="008E006D">
        <w:rPr>
          <w:rFonts w:cs="Sakkal Majalla"/>
          <w:sz w:val="36"/>
          <w:szCs w:val="38"/>
          <w:rtl/>
        </w:rPr>
        <w:t>لا</w:t>
      </w:r>
      <w:r w:rsidRPr="008E006D">
        <w:rPr>
          <w:rFonts w:cs="Sakkal Majalla"/>
          <w:sz w:val="36"/>
          <w:szCs w:val="38"/>
        </w:rPr>
        <w:t xml:space="preserve"> </w:t>
      </w:r>
      <w:r w:rsidRPr="008E006D">
        <w:rPr>
          <w:rFonts w:cs="Sakkal Majalla"/>
          <w:sz w:val="36"/>
          <w:szCs w:val="38"/>
          <w:rtl/>
        </w:rPr>
        <w:t>تحقق</w:t>
      </w:r>
      <w:r w:rsidRPr="008E006D">
        <w:rPr>
          <w:rFonts w:cs="Sakkal Majalla"/>
          <w:sz w:val="36"/>
          <w:szCs w:val="38"/>
        </w:rPr>
        <w:t xml:space="preserve"> </w:t>
      </w:r>
      <w:r w:rsidRPr="008E006D">
        <w:rPr>
          <w:rFonts w:cs="Sakkal Majalla"/>
          <w:sz w:val="36"/>
          <w:szCs w:val="38"/>
          <w:rtl/>
        </w:rPr>
        <w:t>نتائج</w:t>
      </w:r>
      <w:r w:rsidRPr="008E006D">
        <w:rPr>
          <w:rFonts w:cs="Sakkal Majalla"/>
          <w:sz w:val="36"/>
          <w:szCs w:val="38"/>
        </w:rPr>
        <w:t xml:space="preserve"> </w:t>
      </w:r>
      <w:r w:rsidRPr="008E006D">
        <w:rPr>
          <w:rFonts w:cs="Sakkal Majalla"/>
          <w:sz w:val="36"/>
          <w:szCs w:val="38"/>
          <w:rtl/>
        </w:rPr>
        <w:t>كافية</w:t>
      </w:r>
      <w:r w:rsidRPr="008E006D">
        <w:rPr>
          <w:rFonts w:cs="Sakkal Majalla"/>
          <w:sz w:val="36"/>
          <w:szCs w:val="38"/>
        </w:rPr>
        <w:t xml:space="preserve"> </w:t>
      </w:r>
      <w:r w:rsidRPr="008E006D">
        <w:rPr>
          <w:rFonts w:cs="Sakkal Majalla"/>
          <w:sz w:val="36"/>
          <w:szCs w:val="38"/>
          <w:rtl/>
        </w:rPr>
        <w:t>بسبب</w:t>
      </w:r>
      <w:r w:rsidRPr="008E006D">
        <w:rPr>
          <w:rFonts w:cs="Sakkal Majalla"/>
          <w:sz w:val="36"/>
          <w:szCs w:val="38"/>
        </w:rPr>
        <w:t xml:space="preserve"> </w:t>
      </w:r>
      <w:r w:rsidRPr="008E006D">
        <w:rPr>
          <w:rFonts w:cs="Sakkal Majalla"/>
          <w:sz w:val="36"/>
          <w:szCs w:val="38"/>
          <w:rtl/>
        </w:rPr>
        <w:t>ضعف</w:t>
      </w:r>
      <w:r w:rsidRPr="008E006D">
        <w:rPr>
          <w:rFonts w:cs="Sakkal Majalla"/>
          <w:sz w:val="36"/>
          <w:szCs w:val="38"/>
        </w:rPr>
        <w:t xml:space="preserve"> </w:t>
      </w:r>
      <w:r w:rsidRPr="008E006D">
        <w:rPr>
          <w:rFonts w:cs="Sakkal Majalla"/>
          <w:sz w:val="36"/>
          <w:szCs w:val="38"/>
          <w:rtl/>
        </w:rPr>
        <w:t>قبول</w:t>
      </w:r>
      <w:r w:rsidRPr="008E006D">
        <w:rPr>
          <w:rFonts w:cs="Sakkal Majalla"/>
          <w:sz w:val="36"/>
          <w:szCs w:val="38"/>
        </w:rPr>
        <w:t xml:space="preserve"> </w:t>
      </w:r>
      <w:r w:rsidRPr="008E006D">
        <w:rPr>
          <w:rFonts w:cs="Sakkal Majalla"/>
          <w:sz w:val="36"/>
          <w:szCs w:val="38"/>
          <w:rtl/>
        </w:rPr>
        <w:t>المستخدمين</w:t>
      </w:r>
      <w:r w:rsidRPr="008E006D">
        <w:rPr>
          <w:rFonts w:cs="Sakkal Majalla"/>
          <w:sz w:val="36"/>
          <w:szCs w:val="38"/>
        </w:rPr>
        <w:t xml:space="preserve"> </w:t>
      </w:r>
      <w:r w:rsidRPr="008E006D">
        <w:rPr>
          <w:rFonts w:cs="Sakkal Majalla"/>
          <w:sz w:val="36"/>
          <w:szCs w:val="38"/>
          <w:rtl/>
        </w:rPr>
        <w:t>أو</w:t>
      </w:r>
      <w:r w:rsidRPr="008E006D">
        <w:rPr>
          <w:rFonts w:cs="Sakkal Majalla"/>
          <w:sz w:val="36"/>
          <w:szCs w:val="38"/>
        </w:rPr>
        <w:t xml:space="preserve"> </w:t>
      </w:r>
      <w:r w:rsidRPr="008E006D">
        <w:rPr>
          <w:rFonts w:cs="Sakkal Majalla"/>
          <w:sz w:val="36"/>
          <w:szCs w:val="38"/>
          <w:rtl/>
        </w:rPr>
        <w:t>غموض</w:t>
      </w:r>
      <w:r w:rsidRPr="008E006D">
        <w:rPr>
          <w:rFonts w:cs="Sakkal Majalla"/>
          <w:sz w:val="36"/>
          <w:szCs w:val="38"/>
        </w:rPr>
        <w:t xml:space="preserve"> </w:t>
      </w:r>
      <w:r w:rsidRPr="008E006D">
        <w:rPr>
          <w:rFonts w:cs="Sakkal Majalla"/>
          <w:sz w:val="36"/>
          <w:szCs w:val="38"/>
          <w:rtl/>
        </w:rPr>
        <w:t>المسؤوليات</w:t>
      </w:r>
      <w:r w:rsidRPr="008E006D">
        <w:rPr>
          <w:rFonts w:cs="Sakkal Majalla"/>
          <w:sz w:val="36"/>
          <w:szCs w:val="38"/>
        </w:rPr>
        <w:t xml:space="preserve"> </w:t>
      </w:r>
      <w:r w:rsidRPr="008E006D">
        <w:rPr>
          <w:rFonts w:cs="Sakkal Majalla"/>
          <w:sz w:val="36"/>
          <w:szCs w:val="38"/>
          <w:rtl/>
        </w:rPr>
        <w:t>أو</w:t>
      </w:r>
      <w:r w:rsidRPr="008E006D">
        <w:rPr>
          <w:rFonts w:cs="Sakkal Majalla"/>
          <w:sz w:val="36"/>
          <w:szCs w:val="38"/>
        </w:rPr>
        <w:t xml:space="preserve"> </w:t>
      </w:r>
      <w:r w:rsidRPr="008E006D">
        <w:rPr>
          <w:rFonts w:cs="Sakkal Majalla"/>
          <w:sz w:val="36"/>
          <w:szCs w:val="38"/>
          <w:rtl/>
        </w:rPr>
        <w:t>ضعف</w:t>
      </w:r>
      <w:r w:rsidRPr="008E006D">
        <w:rPr>
          <w:rFonts w:cs="Sakkal Majalla"/>
          <w:sz w:val="36"/>
          <w:szCs w:val="38"/>
        </w:rPr>
        <w:t xml:space="preserve"> </w:t>
      </w:r>
      <w:r w:rsidRPr="008E006D">
        <w:rPr>
          <w:rFonts w:cs="Sakkal Majalla"/>
          <w:sz w:val="36"/>
          <w:szCs w:val="38"/>
          <w:rtl/>
        </w:rPr>
        <w:t>التدريب</w:t>
      </w:r>
      <w:r w:rsidRPr="008E006D">
        <w:rPr>
          <w:rFonts w:cs="Sakkal Majalla"/>
          <w:sz w:val="36"/>
          <w:szCs w:val="38"/>
        </w:rPr>
        <w:t xml:space="preserve">. </w:t>
      </w:r>
      <w:r w:rsidRPr="008E006D">
        <w:rPr>
          <w:rFonts w:cs="Sakkal Majalla"/>
          <w:sz w:val="36"/>
          <w:szCs w:val="38"/>
          <w:rtl/>
        </w:rPr>
        <w:t>كما</w:t>
      </w:r>
      <w:r w:rsidRPr="008E006D">
        <w:rPr>
          <w:rFonts w:cs="Sakkal Majalla"/>
          <w:sz w:val="36"/>
          <w:szCs w:val="38"/>
        </w:rPr>
        <w:t xml:space="preserve"> </w:t>
      </w:r>
      <w:r w:rsidRPr="008E006D">
        <w:rPr>
          <w:rFonts w:cs="Sakkal Majalla"/>
          <w:sz w:val="36"/>
          <w:szCs w:val="38"/>
          <w:rtl/>
        </w:rPr>
        <w:t>يوضح</w:t>
      </w:r>
      <w:r w:rsidRPr="008E006D">
        <w:rPr>
          <w:rFonts w:cs="Sakkal Majalla"/>
          <w:sz w:val="36"/>
          <w:szCs w:val="38"/>
        </w:rPr>
        <w:t xml:space="preserve"> </w:t>
      </w:r>
      <w:r w:rsidRPr="008E006D">
        <w:rPr>
          <w:rFonts w:cs="Sakkal Majalla"/>
          <w:sz w:val="36"/>
          <w:szCs w:val="38"/>
          <w:rtl/>
        </w:rPr>
        <w:t>أن</w:t>
      </w:r>
      <w:r w:rsidRPr="008E006D">
        <w:rPr>
          <w:rFonts w:cs="Sakkal Majalla"/>
          <w:sz w:val="36"/>
          <w:szCs w:val="38"/>
        </w:rPr>
        <w:t xml:space="preserve"> </w:t>
      </w:r>
      <w:r w:rsidRPr="008E006D">
        <w:rPr>
          <w:rFonts w:cs="Sakkal Majalla"/>
          <w:sz w:val="36"/>
          <w:szCs w:val="38"/>
          <w:rtl/>
        </w:rPr>
        <w:t>القياس</w:t>
      </w:r>
      <w:r w:rsidRPr="008E006D">
        <w:rPr>
          <w:rFonts w:cs="Sakkal Majalla"/>
          <w:sz w:val="36"/>
          <w:szCs w:val="38"/>
        </w:rPr>
        <w:t xml:space="preserve"> </w:t>
      </w:r>
      <w:r w:rsidRPr="008E006D">
        <w:rPr>
          <w:rFonts w:cs="Sakkal Majalla"/>
          <w:sz w:val="36"/>
          <w:szCs w:val="38"/>
          <w:rtl/>
        </w:rPr>
        <w:t>الميداني</w:t>
      </w:r>
      <w:r w:rsidRPr="008E006D">
        <w:rPr>
          <w:rFonts w:cs="Sakkal Majalla"/>
          <w:sz w:val="36"/>
          <w:szCs w:val="38"/>
        </w:rPr>
        <w:t xml:space="preserve"> </w:t>
      </w:r>
      <w:r w:rsidRPr="008E006D">
        <w:rPr>
          <w:rFonts w:cs="Sakkal Majalla"/>
          <w:sz w:val="36"/>
          <w:szCs w:val="38"/>
          <w:rtl/>
        </w:rPr>
        <w:t>ينبغي</w:t>
      </w:r>
      <w:r w:rsidRPr="008E006D">
        <w:rPr>
          <w:rFonts w:cs="Sakkal Majalla"/>
          <w:sz w:val="36"/>
          <w:szCs w:val="38"/>
        </w:rPr>
        <w:t xml:space="preserve"> </w:t>
      </w:r>
      <w:r w:rsidRPr="008E006D">
        <w:rPr>
          <w:rFonts w:cs="Sakkal Majalla"/>
          <w:sz w:val="36"/>
          <w:szCs w:val="38"/>
          <w:rtl/>
        </w:rPr>
        <w:t>أن</w:t>
      </w:r>
      <w:r w:rsidRPr="008E006D">
        <w:rPr>
          <w:rFonts w:cs="Sakkal Majalla"/>
          <w:sz w:val="36"/>
          <w:szCs w:val="38"/>
        </w:rPr>
        <w:t xml:space="preserve"> </w:t>
      </w:r>
      <w:r w:rsidRPr="008E006D">
        <w:rPr>
          <w:rFonts w:cs="Sakkal Majalla"/>
          <w:sz w:val="36"/>
          <w:szCs w:val="38"/>
          <w:rtl/>
        </w:rPr>
        <w:t>يتضمن</w:t>
      </w:r>
      <w:r w:rsidRPr="008E006D">
        <w:rPr>
          <w:rFonts w:cs="Sakkal Majalla"/>
          <w:sz w:val="36"/>
          <w:szCs w:val="38"/>
        </w:rPr>
        <w:t xml:space="preserve"> </w:t>
      </w:r>
      <w:r w:rsidRPr="008E006D">
        <w:rPr>
          <w:rFonts w:cs="Sakkal Majalla"/>
          <w:sz w:val="36"/>
          <w:szCs w:val="38"/>
          <w:rtl/>
        </w:rPr>
        <w:t>عناصر</w:t>
      </w:r>
      <w:r w:rsidRPr="008E006D">
        <w:rPr>
          <w:rFonts w:cs="Sakkal Majalla"/>
          <w:sz w:val="36"/>
          <w:szCs w:val="38"/>
        </w:rPr>
        <w:t xml:space="preserve"> </w:t>
      </w:r>
      <w:r w:rsidRPr="008E006D">
        <w:rPr>
          <w:rFonts w:cs="Sakkal Majalla"/>
          <w:sz w:val="36"/>
          <w:szCs w:val="38"/>
          <w:rtl/>
        </w:rPr>
        <w:t>مثل</w:t>
      </w:r>
      <w:r w:rsidRPr="008E006D">
        <w:rPr>
          <w:rFonts w:cs="Sakkal Majalla"/>
          <w:sz w:val="36"/>
          <w:szCs w:val="38"/>
        </w:rPr>
        <w:t xml:space="preserve"> </w:t>
      </w:r>
      <w:r w:rsidRPr="008E006D">
        <w:rPr>
          <w:rFonts w:cs="Sakkal Majalla"/>
          <w:sz w:val="36"/>
          <w:szCs w:val="38"/>
          <w:rtl/>
        </w:rPr>
        <w:t>الثقافة</w:t>
      </w:r>
      <w:r w:rsidRPr="008E006D">
        <w:rPr>
          <w:rFonts w:cs="Sakkal Majalla"/>
          <w:sz w:val="36"/>
          <w:szCs w:val="38"/>
        </w:rPr>
        <w:t xml:space="preserve"> </w:t>
      </w:r>
      <w:r w:rsidRPr="008E006D">
        <w:rPr>
          <w:rFonts w:cs="Sakkal Majalla"/>
          <w:sz w:val="36"/>
          <w:szCs w:val="38"/>
          <w:rtl/>
        </w:rPr>
        <w:t>والقيادة،</w:t>
      </w:r>
      <w:r w:rsidRPr="008E006D">
        <w:rPr>
          <w:rFonts w:cs="Sakkal Majalla"/>
          <w:sz w:val="36"/>
          <w:szCs w:val="38"/>
        </w:rPr>
        <w:t xml:space="preserve"> </w:t>
      </w:r>
      <w:r w:rsidRPr="008E006D">
        <w:rPr>
          <w:rFonts w:cs="Sakkal Majalla"/>
          <w:sz w:val="36"/>
          <w:szCs w:val="38"/>
          <w:rtl/>
        </w:rPr>
        <w:t>لا</w:t>
      </w:r>
      <w:r w:rsidRPr="008E006D">
        <w:rPr>
          <w:rFonts w:cs="Sakkal Majalla"/>
          <w:sz w:val="36"/>
          <w:szCs w:val="38"/>
        </w:rPr>
        <w:t xml:space="preserve"> </w:t>
      </w:r>
      <w:r w:rsidRPr="008E006D">
        <w:rPr>
          <w:rFonts w:cs="Sakkal Majalla"/>
          <w:sz w:val="36"/>
          <w:szCs w:val="38"/>
          <w:rtl/>
        </w:rPr>
        <w:t>أن</w:t>
      </w:r>
      <w:r w:rsidRPr="008E006D">
        <w:rPr>
          <w:rFonts w:cs="Sakkal Majalla"/>
          <w:sz w:val="36"/>
          <w:szCs w:val="38"/>
        </w:rPr>
        <w:t xml:space="preserve"> </w:t>
      </w:r>
      <w:r w:rsidRPr="008E006D">
        <w:rPr>
          <w:rFonts w:cs="Sakkal Majalla"/>
          <w:sz w:val="36"/>
          <w:szCs w:val="38"/>
          <w:rtl/>
        </w:rPr>
        <w:t>يقتصر</w:t>
      </w:r>
      <w:r w:rsidRPr="008E006D">
        <w:rPr>
          <w:rFonts w:cs="Sakkal Majalla"/>
          <w:sz w:val="36"/>
          <w:szCs w:val="38"/>
        </w:rPr>
        <w:t xml:space="preserve"> </w:t>
      </w:r>
      <w:r w:rsidRPr="008E006D">
        <w:rPr>
          <w:rFonts w:cs="Sakkal Majalla"/>
          <w:sz w:val="36"/>
          <w:szCs w:val="38"/>
          <w:rtl/>
        </w:rPr>
        <w:t>على</w:t>
      </w:r>
      <w:r w:rsidRPr="008E006D">
        <w:rPr>
          <w:rFonts w:cs="Sakkal Majalla"/>
          <w:sz w:val="36"/>
          <w:szCs w:val="38"/>
        </w:rPr>
        <w:t xml:space="preserve"> </w:t>
      </w:r>
      <w:r w:rsidRPr="008E006D">
        <w:rPr>
          <w:rFonts w:cs="Sakkal Majalla"/>
          <w:sz w:val="36"/>
          <w:szCs w:val="38"/>
          <w:rtl/>
        </w:rPr>
        <w:t>توفر</w:t>
      </w:r>
      <w:r w:rsidRPr="008E006D">
        <w:rPr>
          <w:rFonts w:cs="Sakkal Majalla"/>
          <w:sz w:val="36"/>
          <w:szCs w:val="38"/>
        </w:rPr>
        <w:t xml:space="preserve"> </w:t>
      </w:r>
      <w:r w:rsidRPr="008E006D">
        <w:rPr>
          <w:rFonts w:cs="Sakkal Majalla"/>
          <w:sz w:val="36"/>
          <w:szCs w:val="38"/>
          <w:rtl/>
        </w:rPr>
        <w:t>النظام</w:t>
      </w:r>
      <w:r w:rsidRPr="008E006D">
        <w:rPr>
          <w:rFonts w:cs="Sakkal Majalla"/>
          <w:sz w:val="36"/>
          <w:szCs w:val="38"/>
        </w:rPr>
        <w:t xml:space="preserve"> </w:t>
      </w:r>
      <w:r w:rsidRPr="008E006D">
        <w:rPr>
          <w:rFonts w:cs="Sakkal Majalla"/>
          <w:sz w:val="36"/>
          <w:szCs w:val="38"/>
          <w:rtl/>
        </w:rPr>
        <w:t>التقني</w:t>
      </w:r>
      <w:r w:rsidRPr="008E006D">
        <w:rPr>
          <w:rFonts w:cs="Sakkal Majalla"/>
          <w:sz w:val="36"/>
          <w:szCs w:val="38"/>
        </w:rPr>
        <w:t>.</w:t>
      </w:r>
    </w:p>
    <w:p w14:paraId="3F3C3693" w14:textId="77777777" w:rsidR="008E006D" w:rsidRPr="008E006D" w:rsidRDefault="008E006D" w:rsidP="008E006D">
      <w:pPr>
        <w:ind w:firstLine="0"/>
        <w:rPr>
          <w:rFonts w:cs="Sakkal Majalla"/>
          <w:b/>
          <w:sz w:val="36"/>
          <w:szCs w:val="38"/>
        </w:rPr>
      </w:pPr>
      <w:r w:rsidRPr="008E006D">
        <w:rPr>
          <w:rFonts w:cs="Sakkal Majalla"/>
          <w:b/>
          <w:sz w:val="36"/>
          <w:szCs w:val="38"/>
        </w:rPr>
        <w:t xml:space="preserve">2.2.3 </w:t>
      </w:r>
      <w:r w:rsidRPr="008E006D">
        <w:rPr>
          <w:rFonts w:cs="Sakkal Majalla"/>
          <w:b/>
          <w:bCs/>
          <w:sz w:val="36"/>
          <w:szCs w:val="38"/>
          <w:rtl/>
        </w:rPr>
        <w:t>نظرية</w:t>
      </w:r>
      <w:r w:rsidRPr="008E006D">
        <w:rPr>
          <w:rFonts w:cs="Sakkal Majalla"/>
          <w:b/>
          <w:sz w:val="36"/>
          <w:szCs w:val="38"/>
        </w:rPr>
        <w:t xml:space="preserve"> </w:t>
      </w:r>
      <w:r w:rsidRPr="008E006D">
        <w:rPr>
          <w:rFonts w:cs="Sakkal Majalla"/>
          <w:b/>
          <w:bCs/>
          <w:sz w:val="36"/>
          <w:szCs w:val="38"/>
          <w:rtl/>
        </w:rPr>
        <w:t>قبول</w:t>
      </w:r>
      <w:r w:rsidRPr="008E006D">
        <w:rPr>
          <w:rFonts w:cs="Sakkal Majalla"/>
          <w:b/>
          <w:sz w:val="36"/>
          <w:szCs w:val="38"/>
        </w:rPr>
        <w:t xml:space="preserve"> </w:t>
      </w:r>
      <w:r w:rsidRPr="008E006D">
        <w:rPr>
          <w:rFonts w:cs="Sakkal Majalla"/>
          <w:b/>
          <w:bCs/>
          <w:sz w:val="36"/>
          <w:szCs w:val="38"/>
          <w:rtl/>
        </w:rPr>
        <w:t>التكنولوجيا</w:t>
      </w:r>
      <w:r w:rsidR="008D0B36">
        <w:rPr>
          <w:rFonts w:cs="Sakkal Majalla" w:hint="cs"/>
          <w:b/>
          <w:bCs/>
          <w:sz w:val="36"/>
          <w:szCs w:val="38"/>
          <w:rtl/>
        </w:rPr>
        <w:t xml:space="preserve">: </w:t>
      </w:r>
    </w:p>
    <w:p w14:paraId="040668FE" w14:textId="77777777" w:rsidR="008E006D" w:rsidRPr="008E006D" w:rsidRDefault="008E006D" w:rsidP="008D0B36">
      <w:pPr>
        <w:ind w:firstLine="720"/>
        <w:rPr>
          <w:rFonts w:cs="Sakkal Majalla"/>
          <w:sz w:val="36"/>
          <w:szCs w:val="38"/>
        </w:rPr>
      </w:pPr>
      <w:r w:rsidRPr="008E006D">
        <w:rPr>
          <w:rFonts w:cs="Sakkal Majalla"/>
          <w:sz w:val="36"/>
          <w:szCs w:val="38"/>
          <w:rtl/>
        </w:rPr>
        <w:t>تؤكد</w:t>
      </w:r>
      <w:r w:rsidRPr="008E006D">
        <w:rPr>
          <w:rFonts w:cs="Sakkal Majalla"/>
          <w:sz w:val="36"/>
          <w:szCs w:val="38"/>
        </w:rPr>
        <w:t xml:space="preserve"> </w:t>
      </w:r>
      <w:r w:rsidRPr="008E006D">
        <w:rPr>
          <w:rFonts w:cs="Sakkal Majalla"/>
          <w:sz w:val="36"/>
          <w:szCs w:val="38"/>
          <w:rtl/>
        </w:rPr>
        <w:t>نظرية</w:t>
      </w:r>
      <w:r w:rsidRPr="008E006D">
        <w:rPr>
          <w:rFonts w:cs="Sakkal Majalla"/>
          <w:sz w:val="36"/>
          <w:szCs w:val="38"/>
        </w:rPr>
        <w:t xml:space="preserve"> </w:t>
      </w:r>
      <w:r w:rsidRPr="008E006D">
        <w:rPr>
          <w:rFonts w:cs="Sakkal Majalla"/>
          <w:sz w:val="36"/>
          <w:szCs w:val="38"/>
          <w:rtl/>
        </w:rPr>
        <w:t>قبول</w:t>
      </w:r>
      <w:r w:rsidRPr="008E006D">
        <w:rPr>
          <w:rFonts w:cs="Sakkal Majalla"/>
          <w:sz w:val="36"/>
          <w:szCs w:val="38"/>
        </w:rPr>
        <w:t xml:space="preserve"> </w:t>
      </w:r>
      <w:r w:rsidRPr="008E006D">
        <w:rPr>
          <w:rFonts w:cs="Sakkal Majalla"/>
          <w:sz w:val="36"/>
          <w:szCs w:val="38"/>
          <w:rtl/>
        </w:rPr>
        <w:t>التكنولوجيا</w:t>
      </w:r>
      <w:r w:rsidRPr="008E006D">
        <w:rPr>
          <w:rFonts w:cs="Sakkal Majalla"/>
          <w:sz w:val="36"/>
          <w:szCs w:val="38"/>
        </w:rPr>
        <w:t xml:space="preserve"> </w:t>
      </w:r>
      <w:r w:rsidRPr="008E006D">
        <w:rPr>
          <w:rFonts w:cs="Sakkal Majalla"/>
          <w:sz w:val="36"/>
          <w:szCs w:val="38"/>
          <w:rtl/>
        </w:rPr>
        <w:t>أن</w:t>
      </w:r>
      <w:r w:rsidRPr="008E006D">
        <w:rPr>
          <w:rFonts w:cs="Sakkal Majalla"/>
          <w:sz w:val="36"/>
          <w:szCs w:val="38"/>
        </w:rPr>
        <w:t xml:space="preserve"> </w:t>
      </w:r>
      <w:r w:rsidRPr="008E006D">
        <w:rPr>
          <w:rFonts w:cs="Sakkal Majalla"/>
          <w:sz w:val="36"/>
          <w:szCs w:val="38"/>
          <w:rtl/>
        </w:rPr>
        <w:t>استخدام</w:t>
      </w:r>
      <w:r w:rsidRPr="008E006D">
        <w:rPr>
          <w:rFonts w:cs="Sakkal Majalla"/>
          <w:sz w:val="36"/>
          <w:szCs w:val="38"/>
        </w:rPr>
        <w:t xml:space="preserve"> </w:t>
      </w:r>
      <w:r w:rsidRPr="008E006D">
        <w:rPr>
          <w:rFonts w:cs="Sakkal Majalla"/>
          <w:sz w:val="36"/>
          <w:szCs w:val="38"/>
          <w:rtl/>
        </w:rPr>
        <w:t>الأفراد</w:t>
      </w:r>
      <w:r w:rsidRPr="008E006D">
        <w:rPr>
          <w:rFonts w:cs="Sakkal Majalla"/>
          <w:sz w:val="36"/>
          <w:szCs w:val="38"/>
        </w:rPr>
        <w:t xml:space="preserve"> </w:t>
      </w:r>
      <w:r w:rsidRPr="008E006D">
        <w:rPr>
          <w:rFonts w:cs="Sakkal Majalla"/>
          <w:sz w:val="36"/>
          <w:szCs w:val="38"/>
          <w:rtl/>
        </w:rPr>
        <w:t>للتقنيات</w:t>
      </w:r>
      <w:r w:rsidRPr="008E006D">
        <w:rPr>
          <w:rFonts w:cs="Sakkal Majalla"/>
          <w:sz w:val="36"/>
          <w:szCs w:val="38"/>
        </w:rPr>
        <w:t xml:space="preserve"> </w:t>
      </w:r>
      <w:r w:rsidRPr="008E006D">
        <w:rPr>
          <w:rFonts w:cs="Sakkal Majalla"/>
          <w:sz w:val="36"/>
          <w:szCs w:val="38"/>
          <w:rtl/>
        </w:rPr>
        <w:t>يتأثر</w:t>
      </w:r>
      <w:r w:rsidRPr="008E006D">
        <w:rPr>
          <w:rFonts w:cs="Sakkal Majalla"/>
          <w:sz w:val="36"/>
          <w:szCs w:val="38"/>
        </w:rPr>
        <w:t xml:space="preserve"> </w:t>
      </w:r>
      <w:r w:rsidRPr="008E006D">
        <w:rPr>
          <w:rFonts w:cs="Sakkal Majalla"/>
          <w:sz w:val="36"/>
          <w:szCs w:val="38"/>
          <w:rtl/>
        </w:rPr>
        <w:t>بإدراكهم</w:t>
      </w:r>
      <w:r w:rsidRPr="008E006D">
        <w:rPr>
          <w:rFonts w:cs="Sakkal Majalla"/>
          <w:sz w:val="36"/>
          <w:szCs w:val="38"/>
        </w:rPr>
        <w:t xml:space="preserve"> </w:t>
      </w:r>
      <w:r w:rsidRPr="008E006D">
        <w:rPr>
          <w:rFonts w:cs="Sakkal Majalla"/>
          <w:sz w:val="36"/>
          <w:szCs w:val="38"/>
          <w:rtl/>
        </w:rPr>
        <w:t>لفائدتها</w:t>
      </w:r>
      <w:r w:rsidRPr="008E006D">
        <w:rPr>
          <w:rFonts w:cs="Sakkal Majalla"/>
          <w:sz w:val="36"/>
          <w:szCs w:val="38"/>
        </w:rPr>
        <w:t xml:space="preserve"> </w:t>
      </w:r>
      <w:r w:rsidRPr="008E006D">
        <w:rPr>
          <w:rFonts w:cs="Sakkal Majalla"/>
          <w:sz w:val="36"/>
          <w:szCs w:val="38"/>
          <w:rtl/>
        </w:rPr>
        <w:t>وسهولة</w:t>
      </w:r>
      <w:r w:rsidRPr="008E006D">
        <w:rPr>
          <w:rFonts w:cs="Sakkal Majalla"/>
          <w:sz w:val="36"/>
          <w:szCs w:val="38"/>
        </w:rPr>
        <w:t xml:space="preserve"> </w:t>
      </w:r>
      <w:r w:rsidRPr="008E006D">
        <w:rPr>
          <w:rFonts w:cs="Sakkal Majalla"/>
          <w:sz w:val="36"/>
          <w:szCs w:val="38"/>
          <w:rtl/>
        </w:rPr>
        <w:t>استخدامها،</w:t>
      </w:r>
      <w:r w:rsidRPr="008E006D">
        <w:rPr>
          <w:rFonts w:cs="Sakkal Majalla"/>
          <w:sz w:val="36"/>
          <w:szCs w:val="38"/>
        </w:rPr>
        <w:t xml:space="preserve"> </w:t>
      </w:r>
      <w:r w:rsidRPr="008E006D">
        <w:rPr>
          <w:rFonts w:cs="Sakkal Majalla"/>
          <w:sz w:val="36"/>
          <w:szCs w:val="38"/>
          <w:rtl/>
        </w:rPr>
        <w:t>وبالبيئة</w:t>
      </w:r>
      <w:r w:rsidRPr="008E006D">
        <w:rPr>
          <w:rFonts w:cs="Sakkal Majalla"/>
          <w:sz w:val="36"/>
          <w:szCs w:val="38"/>
        </w:rPr>
        <w:t xml:space="preserve"> </w:t>
      </w:r>
      <w:r w:rsidRPr="008E006D">
        <w:rPr>
          <w:rFonts w:cs="Sakkal Majalla"/>
          <w:sz w:val="36"/>
          <w:szCs w:val="38"/>
          <w:rtl/>
        </w:rPr>
        <w:t>التنظيمية</w:t>
      </w:r>
      <w:r w:rsidRPr="008E006D">
        <w:rPr>
          <w:rFonts w:cs="Sakkal Majalla"/>
          <w:sz w:val="36"/>
          <w:szCs w:val="38"/>
        </w:rPr>
        <w:t xml:space="preserve"> </w:t>
      </w:r>
      <w:r w:rsidRPr="008E006D">
        <w:rPr>
          <w:rFonts w:cs="Sakkal Majalla"/>
          <w:sz w:val="36"/>
          <w:szCs w:val="38"/>
          <w:rtl/>
        </w:rPr>
        <w:t>التي</w:t>
      </w:r>
      <w:r w:rsidRPr="008E006D">
        <w:rPr>
          <w:rFonts w:cs="Sakkal Majalla"/>
          <w:sz w:val="36"/>
          <w:szCs w:val="38"/>
        </w:rPr>
        <w:t xml:space="preserve"> </w:t>
      </w:r>
      <w:r w:rsidRPr="008E006D">
        <w:rPr>
          <w:rFonts w:cs="Sakkal Majalla"/>
          <w:sz w:val="36"/>
          <w:szCs w:val="38"/>
          <w:rtl/>
        </w:rPr>
        <w:t>تشجع</w:t>
      </w:r>
      <w:r w:rsidRPr="008E006D">
        <w:rPr>
          <w:rFonts w:cs="Sakkal Majalla"/>
          <w:sz w:val="36"/>
          <w:szCs w:val="38"/>
        </w:rPr>
        <w:t xml:space="preserve"> </w:t>
      </w:r>
      <w:r w:rsidRPr="008E006D">
        <w:rPr>
          <w:rFonts w:cs="Sakkal Majalla"/>
          <w:sz w:val="36"/>
          <w:szCs w:val="38"/>
          <w:rtl/>
        </w:rPr>
        <w:t>أو</w:t>
      </w:r>
      <w:r w:rsidRPr="008E006D">
        <w:rPr>
          <w:rFonts w:cs="Sakkal Majalla"/>
          <w:sz w:val="36"/>
          <w:szCs w:val="38"/>
        </w:rPr>
        <w:t xml:space="preserve"> </w:t>
      </w:r>
      <w:r w:rsidRPr="008E006D">
        <w:rPr>
          <w:rFonts w:cs="Sakkal Majalla"/>
          <w:sz w:val="36"/>
          <w:szCs w:val="38"/>
          <w:rtl/>
        </w:rPr>
        <w:t>تعوق</w:t>
      </w:r>
      <w:r w:rsidRPr="008E006D">
        <w:rPr>
          <w:rFonts w:cs="Sakkal Majalla"/>
          <w:sz w:val="36"/>
          <w:szCs w:val="38"/>
        </w:rPr>
        <w:t xml:space="preserve"> </w:t>
      </w:r>
      <w:r w:rsidRPr="008E006D">
        <w:rPr>
          <w:rFonts w:cs="Sakkal Majalla"/>
          <w:sz w:val="36"/>
          <w:szCs w:val="38"/>
          <w:rtl/>
        </w:rPr>
        <w:t>الاستخدام</w:t>
      </w:r>
      <w:r w:rsidRPr="008E006D">
        <w:rPr>
          <w:rFonts w:cs="Sakkal Majalla"/>
          <w:sz w:val="36"/>
          <w:szCs w:val="38"/>
        </w:rPr>
        <w:t xml:space="preserve">. </w:t>
      </w:r>
      <w:r w:rsidRPr="008E006D">
        <w:rPr>
          <w:rFonts w:cs="Sakkal Majalla"/>
          <w:sz w:val="36"/>
          <w:szCs w:val="38"/>
          <w:rtl/>
        </w:rPr>
        <w:t>وفي</w:t>
      </w:r>
      <w:r w:rsidRPr="008E006D">
        <w:rPr>
          <w:rFonts w:cs="Sakkal Majalla"/>
          <w:sz w:val="36"/>
          <w:szCs w:val="38"/>
        </w:rPr>
        <w:t xml:space="preserve"> </w:t>
      </w:r>
      <w:r w:rsidRPr="008E006D">
        <w:rPr>
          <w:rFonts w:cs="Sakkal Majalla"/>
          <w:sz w:val="36"/>
          <w:szCs w:val="38"/>
          <w:rtl/>
        </w:rPr>
        <w:t>مجال</w:t>
      </w:r>
      <w:r w:rsidRPr="008E006D">
        <w:rPr>
          <w:rFonts w:cs="Sakkal Majalla"/>
          <w:sz w:val="36"/>
          <w:szCs w:val="38"/>
        </w:rPr>
        <w:t xml:space="preserve"> </w:t>
      </w:r>
      <w:r w:rsidRPr="008E006D">
        <w:rPr>
          <w:rFonts w:cs="Sakkal Majalla"/>
          <w:sz w:val="36"/>
          <w:szCs w:val="38"/>
          <w:rtl/>
        </w:rPr>
        <w:t>إدارة</w:t>
      </w:r>
      <w:r w:rsidRPr="008E006D">
        <w:rPr>
          <w:rFonts w:cs="Sakkal Majalla"/>
          <w:sz w:val="36"/>
          <w:szCs w:val="38"/>
        </w:rPr>
        <w:t xml:space="preserve"> </w:t>
      </w:r>
      <w:r w:rsidRPr="008E006D">
        <w:rPr>
          <w:rFonts w:cs="Sakkal Majalla"/>
          <w:sz w:val="36"/>
          <w:szCs w:val="38"/>
          <w:rtl/>
        </w:rPr>
        <w:t>المشاريع،</w:t>
      </w:r>
      <w:r w:rsidRPr="008E006D">
        <w:rPr>
          <w:rFonts w:cs="Sakkal Majalla"/>
          <w:sz w:val="36"/>
          <w:szCs w:val="38"/>
        </w:rPr>
        <w:t xml:space="preserve"> </w:t>
      </w:r>
      <w:r w:rsidRPr="008E006D">
        <w:rPr>
          <w:rFonts w:cs="Sakkal Majalla"/>
          <w:sz w:val="36"/>
          <w:szCs w:val="38"/>
          <w:rtl/>
        </w:rPr>
        <w:t>يمكن</w:t>
      </w:r>
      <w:r w:rsidRPr="008E006D">
        <w:rPr>
          <w:rFonts w:cs="Sakkal Majalla"/>
          <w:sz w:val="36"/>
          <w:szCs w:val="38"/>
        </w:rPr>
        <w:t xml:space="preserve"> </w:t>
      </w:r>
      <w:r w:rsidRPr="008E006D">
        <w:rPr>
          <w:rFonts w:cs="Sakkal Majalla"/>
          <w:sz w:val="36"/>
          <w:szCs w:val="38"/>
          <w:rtl/>
        </w:rPr>
        <w:t>أن</w:t>
      </w:r>
      <w:r w:rsidRPr="008E006D">
        <w:rPr>
          <w:rFonts w:cs="Sakkal Majalla"/>
          <w:sz w:val="36"/>
          <w:szCs w:val="38"/>
        </w:rPr>
        <w:t xml:space="preserve"> </w:t>
      </w:r>
      <w:r w:rsidRPr="008E006D">
        <w:rPr>
          <w:rFonts w:cs="Sakkal Majalla"/>
          <w:sz w:val="36"/>
          <w:szCs w:val="38"/>
          <w:rtl/>
        </w:rPr>
        <w:t>تتوفر</w:t>
      </w:r>
      <w:r w:rsidRPr="008E006D">
        <w:rPr>
          <w:rFonts w:cs="Sakkal Majalla"/>
          <w:sz w:val="36"/>
          <w:szCs w:val="38"/>
        </w:rPr>
        <w:t xml:space="preserve"> </w:t>
      </w:r>
      <w:r w:rsidRPr="008E006D">
        <w:rPr>
          <w:rFonts w:cs="Sakkal Majalla"/>
          <w:sz w:val="36"/>
          <w:szCs w:val="38"/>
          <w:rtl/>
        </w:rPr>
        <w:t>أنظمة</w:t>
      </w:r>
      <w:r w:rsidRPr="008E006D">
        <w:rPr>
          <w:rFonts w:cs="Sakkal Majalla"/>
          <w:sz w:val="36"/>
          <w:szCs w:val="38"/>
        </w:rPr>
        <w:t xml:space="preserve"> </w:t>
      </w:r>
      <w:r w:rsidRPr="008E006D">
        <w:rPr>
          <w:rFonts w:cs="Sakkal Majalla"/>
          <w:sz w:val="36"/>
          <w:szCs w:val="38"/>
          <w:rtl/>
        </w:rPr>
        <w:t>إدارة</w:t>
      </w:r>
      <w:r w:rsidRPr="008E006D">
        <w:rPr>
          <w:rFonts w:cs="Sakkal Majalla"/>
          <w:sz w:val="36"/>
          <w:szCs w:val="38"/>
        </w:rPr>
        <w:t xml:space="preserve"> </w:t>
      </w:r>
      <w:r w:rsidRPr="008E006D">
        <w:rPr>
          <w:rFonts w:cs="Sakkal Majalla"/>
          <w:sz w:val="36"/>
          <w:szCs w:val="38"/>
          <w:rtl/>
        </w:rPr>
        <w:t>مشاريع</w:t>
      </w:r>
      <w:r w:rsidRPr="008E006D">
        <w:rPr>
          <w:rFonts w:cs="Sakkal Majalla"/>
          <w:sz w:val="36"/>
          <w:szCs w:val="38"/>
        </w:rPr>
        <w:t xml:space="preserve"> </w:t>
      </w:r>
      <w:r w:rsidRPr="008E006D">
        <w:rPr>
          <w:rFonts w:cs="Sakkal Majalla"/>
          <w:sz w:val="36"/>
          <w:szCs w:val="38"/>
          <w:rtl/>
        </w:rPr>
        <w:t>متقدمة،</w:t>
      </w:r>
      <w:r w:rsidRPr="008E006D">
        <w:rPr>
          <w:rFonts w:cs="Sakkal Majalla"/>
          <w:sz w:val="36"/>
          <w:szCs w:val="38"/>
        </w:rPr>
        <w:t xml:space="preserve"> </w:t>
      </w:r>
      <w:r w:rsidRPr="008E006D">
        <w:rPr>
          <w:rFonts w:cs="Sakkal Majalla"/>
          <w:sz w:val="36"/>
          <w:szCs w:val="38"/>
          <w:rtl/>
        </w:rPr>
        <w:t>لكن</w:t>
      </w:r>
      <w:r w:rsidRPr="008E006D">
        <w:rPr>
          <w:rFonts w:cs="Sakkal Majalla"/>
          <w:sz w:val="36"/>
          <w:szCs w:val="38"/>
        </w:rPr>
        <w:t xml:space="preserve"> </w:t>
      </w:r>
      <w:r w:rsidRPr="008E006D">
        <w:rPr>
          <w:rFonts w:cs="Sakkal Majalla"/>
          <w:sz w:val="36"/>
          <w:szCs w:val="38"/>
          <w:rtl/>
        </w:rPr>
        <w:t>استخدامها</w:t>
      </w:r>
      <w:r w:rsidRPr="008E006D">
        <w:rPr>
          <w:rFonts w:cs="Sakkal Majalla"/>
          <w:sz w:val="36"/>
          <w:szCs w:val="38"/>
        </w:rPr>
        <w:t xml:space="preserve"> </w:t>
      </w:r>
      <w:r w:rsidRPr="008E006D">
        <w:rPr>
          <w:rFonts w:cs="Sakkal Majalla"/>
          <w:sz w:val="36"/>
          <w:szCs w:val="38"/>
          <w:rtl/>
        </w:rPr>
        <w:t>الفعلي</w:t>
      </w:r>
      <w:r w:rsidRPr="008E006D">
        <w:rPr>
          <w:rFonts w:cs="Sakkal Majalla"/>
          <w:sz w:val="36"/>
          <w:szCs w:val="38"/>
        </w:rPr>
        <w:t xml:space="preserve"> </w:t>
      </w:r>
      <w:r w:rsidRPr="008E006D">
        <w:rPr>
          <w:rFonts w:cs="Sakkal Majalla"/>
          <w:sz w:val="36"/>
          <w:szCs w:val="38"/>
          <w:rtl/>
        </w:rPr>
        <w:t>يتوقف</w:t>
      </w:r>
      <w:r w:rsidRPr="008E006D">
        <w:rPr>
          <w:rFonts w:cs="Sakkal Majalla"/>
          <w:sz w:val="36"/>
          <w:szCs w:val="38"/>
        </w:rPr>
        <w:t xml:space="preserve"> </w:t>
      </w:r>
      <w:r w:rsidRPr="008E006D">
        <w:rPr>
          <w:rFonts w:cs="Sakkal Majalla"/>
          <w:sz w:val="36"/>
          <w:szCs w:val="38"/>
          <w:rtl/>
        </w:rPr>
        <w:t>على</w:t>
      </w:r>
      <w:r w:rsidRPr="008E006D">
        <w:rPr>
          <w:rFonts w:cs="Sakkal Majalla"/>
          <w:sz w:val="36"/>
          <w:szCs w:val="38"/>
        </w:rPr>
        <w:t xml:space="preserve"> </w:t>
      </w:r>
      <w:r w:rsidRPr="008E006D">
        <w:rPr>
          <w:rFonts w:cs="Sakkal Majalla"/>
          <w:sz w:val="36"/>
          <w:szCs w:val="38"/>
          <w:rtl/>
        </w:rPr>
        <w:t>مدى</w:t>
      </w:r>
      <w:r w:rsidRPr="008E006D">
        <w:rPr>
          <w:rFonts w:cs="Sakkal Majalla"/>
          <w:sz w:val="36"/>
          <w:szCs w:val="38"/>
        </w:rPr>
        <w:t xml:space="preserve"> </w:t>
      </w:r>
      <w:r w:rsidRPr="008E006D">
        <w:rPr>
          <w:rFonts w:cs="Sakkal Majalla"/>
          <w:sz w:val="36"/>
          <w:szCs w:val="38"/>
          <w:rtl/>
        </w:rPr>
        <w:t>قناعة</w:t>
      </w:r>
      <w:r w:rsidRPr="008E006D">
        <w:rPr>
          <w:rFonts w:cs="Sakkal Majalla"/>
          <w:sz w:val="36"/>
          <w:szCs w:val="38"/>
        </w:rPr>
        <w:t xml:space="preserve"> </w:t>
      </w:r>
      <w:r w:rsidRPr="008E006D">
        <w:rPr>
          <w:rFonts w:cs="Sakkal Majalla"/>
          <w:sz w:val="36"/>
          <w:szCs w:val="38"/>
          <w:rtl/>
        </w:rPr>
        <w:t>فرق</w:t>
      </w:r>
      <w:r w:rsidRPr="008E006D">
        <w:rPr>
          <w:rFonts w:cs="Sakkal Majalla"/>
          <w:sz w:val="36"/>
          <w:szCs w:val="38"/>
        </w:rPr>
        <w:t xml:space="preserve"> </w:t>
      </w:r>
      <w:r w:rsidRPr="008E006D">
        <w:rPr>
          <w:rFonts w:cs="Sakkal Majalla"/>
          <w:sz w:val="36"/>
          <w:szCs w:val="38"/>
          <w:rtl/>
        </w:rPr>
        <w:t>المشروع</w:t>
      </w:r>
      <w:r w:rsidRPr="008E006D">
        <w:rPr>
          <w:rFonts w:cs="Sakkal Majalla"/>
          <w:sz w:val="36"/>
          <w:szCs w:val="38"/>
        </w:rPr>
        <w:t xml:space="preserve"> </w:t>
      </w:r>
      <w:r w:rsidRPr="008E006D">
        <w:rPr>
          <w:rFonts w:cs="Sakkal Majalla"/>
          <w:sz w:val="36"/>
          <w:szCs w:val="38"/>
          <w:rtl/>
        </w:rPr>
        <w:t>بأنها</w:t>
      </w:r>
      <w:r w:rsidRPr="008E006D">
        <w:rPr>
          <w:rFonts w:cs="Sakkal Majalla"/>
          <w:sz w:val="36"/>
          <w:szCs w:val="38"/>
        </w:rPr>
        <w:t xml:space="preserve"> </w:t>
      </w:r>
      <w:r w:rsidRPr="008E006D">
        <w:rPr>
          <w:rFonts w:cs="Sakkal Majalla"/>
          <w:sz w:val="36"/>
          <w:szCs w:val="38"/>
          <w:rtl/>
        </w:rPr>
        <w:t>تساعد</w:t>
      </w:r>
      <w:r w:rsidRPr="008E006D">
        <w:rPr>
          <w:rFonts w:cs="Sakkal Majalla"/>
          <w:sz w:val="36"/>
          <w:szCs w:val="38"/>
        </w:rPr>
        <w:t xml:space="preserve"> </w:t>
      </w:r>
      <w:r w:rsidRPr="008E006D">
        <w:rPr>
          <w:rFonts w:cs="Sakkal Majalla"/>
          <w:sz w:val="36"/>
          <w:szCs w:val="38"/>
          <w:rtl/>
        </w:rPr>
        <w:t>في</w:t>
      </w:r>
      <w:r w:rsidRPr="008E006D">
        <w:rPr>
          <w:rFonts w:cs="Sakkal Majalla"/>
          <w:sz w:val="36"/>
          <w:szCs w:val="38"/>
        </w:rPr>
        <w:t xml:space="preserve"> </w:t>
      </w:r>
      <w:r w:rsidRPr="008E006D">
        <w:rPr>
          <w:rFonts w:cs="Sakkal Majalla"/>
          <w:sz w:val="36"/>
          <w:szCs w:val="38"/>
          <w:rtl/>
        </w:rPr>
        <w:t>التخطيط</w:t>
      </w:r>
      <w:r w:rsidRPr="008E006D">
        <w:rPr>
          <w:rFonts w:cs="Sakkal Majalla"/>
          <w:sz w:val="36"/>
          <w:szCs w:val="38"/>
        </w:rPr>
        <w:t xml:space="preserve"> </w:t>
      </w:r>
      <w:r w:rsidRPr="008E006D">
        <w:rPr>
          <w:rFonts w:cs="Sakkal Majalla"/>
          <w:sz w:val="36"/>
          <w:szCs w:val="38"/>
          <w:rtl/>
        </w:rPr>
        <w:t>والمتابعة</w:t>
      </w:r>
      <w:r w:rsidRPr="008E006D">
        <w:rPr>
          <w:rFonts w:cs="Sakkal Majalla"/>
          <w:sz w:val="36"/>
          <w:szCs w:val="38"/>
        </w:rPr>
        <w:t xml:space="preserve"> </w:t>
      </w:r>
      <w:r w:rsidRPr="008E006D">
        <w:rPr>
          <w:rFonts w:cs="Sakkal Majalla"/>
          <w:sz w:val="36"/>
          <w:szCs w:val="38"/>
          <w:rtl/>
        </w:rPr>
        <w:t>وتقليل</w:t>
      </w:r>
      <w:r w:rsidRPr="008E006D">
        <w:rPr>
          <w:rFonts w:cs="Sakkal Majalla"/>
          <w:sz w:val="36"/>
          <w:szCs w:val="38"/>
        </w:rPr>
        <w:t xml:space="preserve"> </w:t>
      </w:r>
      <w:r w:rsidRPr="008E006D">
        <w:rPr>
          <w:rFonts w:cs="Sakkal Majalla"/>
          <w:sz w:val="36"/>
          <w:szCs w:val="38"/>
          <w:rtl/>
        </w:rPr>
        <w:t>الأعباء،</w:t>
      </w:r>
      <w:r w:rsidRPr="008E006D">
        <w:rPr>
          <w:rFonts w:cs="Sakkal Majalla"/>
          <w:sz w:val="36"/>
          <w:szCs w:val="38"/>
        </w:rPr>
        <w:t xml:space="preserve"> </w:t>
      </w:r>
      <w:r w:rsidRPr="008E006D">
        <w:rPr>
          <w:rFonts w:cs="Sakkal Majalla"/>
          <w:sz w:val="36"/>
          <w:szCs w:val="38"/>
          <w:rtl/>
        </w:rPr>
        <w:t>وعلى</w:t>
      </w:r>
      <w:r w:rsidRPr="008E006D">
        <w:rPr>
          <w:rFonts w:cs="Sakkal Majalla"/>
          <w:sz w:val="36"/>
          <w:szCs w:val="38"/>
        </w:rPr>
        <w:t xml:space="preserve"> </w:t>
      </w:r>
      <w:r w:rsidRPr="008E006D">
        <w:rPr>
          <w:rFonts w:cs="Sakkal Majalla"/>
          <w:sz w:val="36"/>
          <w:szCs w:val="38"/>
          <w:rtl/>
        </w:rPr>
        <w:t>مدى</w:t>
      </w:r>
      <w:r w:rsidRPr="008E006D">
        <w:rPr>
          <w:rFonts w:cs="Sakkal Majalla"/>
          <w:sz w:val="36"/>
          <w:szCs w:val="38"/>
        </w:rPr>
        <w:t xml:space="preserve"> </w:t>
      </w:r>
      <w:r w:rsidRPr="008E006D">
        <w:rPr>
          <w:rFonts w:cs="Sakkal Majalla"/>
          <w:sz w:val="36"/>
          <w:szCs w:val="38"/>
          <w:rtl/>
        </w:rPr>
        <w:t>سهولة</w:t>
      </w:r>
      <w:r w:rsidRPr="008E006D">
        <w:rPr>
          <w:rFonts w:cs="Sakkal Majalla"/>
          <w:sz w:val="36"/>
          <w:szCs w:val="38"/>
        </w:rPr>
        <w:t xml:space="preserve"> </w:t>
      </w:r>
      <w:r w:rsidRPr="008E006D">
        <w:rPr>
          <w:rFonts w:cs="Sakkal Majalla"/>
          <w:sz w:val="36"/>
          <w:szCs w:val="38"/>
          <w:rtl/>
        </w:rPr>
        <w:t>إدخال</w:t>
      </w:r>
      <w:r w:rsidRPr="008E006D">
        <w:rPr>
          <w:rFonts w:cs="Sakkal Majalla"/>
          <w:sz w:val="36"/>
          <w:szCs w:val="38"/>
        </w:rPr>
        <w:t xml:space="preserve"> </w:t>
      </w:r>
      <w:r w:rsidRPr="008E006D">
        <w:rPr>
          <w:rFonts w:cs="Sakkal Majalla"/>
          <w:sz w:val="36"/>
          <w:szCs w:val="38"/>
          <w:rtl/>
        </w:rPr>
        <w:t>البيانات</w:t>
      </w:r>
      <w:r w:rsidRPr="008E006D">
        <w:rPr>
          <w:rFonts w:cs="Sakkal Majalla"/>
          <w:sz w:val="36"/>
          <w:szCs w:val="38"/>
        </w:rPr>
        <w:t xml:space="preserve"> </w:t>
      </w:r>
      <w:r w:rsidRPr="008E006D">
        <w:rPr>
          <w:rFonts w:cs="Sakkal Majalla"/>
          <w:sz w:val="36"/>
          <w:szCs w:val="38"/>
          <w:rtl/>
        </w:rPr>
        <w:t>واستخراج</w:t>
      </w:r>
      <w:r w:rsidRPr="008E006D">
        <w:rPr>
          <w:rFonts w:cs="Sakkal Majalla"/>
          <w:sz w:val="36"/>
          <w:szCs w:val="38"/>
        </w:rPr>
        <w:t xml:space="preserve"> </w:t>
      </w:r>
      <w:r w:rsidRPr="008E006D">
        <w:rPr>
          <w:rFonts w:cs="Sakkal Majalla"/>
          <w:sz w:val="36"/>
          <w:szCs w:val="38"/>
          <w:rtl/>
        </w:rPr>
        <w:t>التقارير</w:t>
      </w:r>
      <w:r w:rsidRPr="008E006D">
        <w:rPr>
          <w:rFonts w:cs="Sakkal Majalla"/>
          <w:sz w:val="36"/>
          <w:szCs w:val="38"/>
        </w:rPr>
        <w:t xml:space="preserve"> </w:t>
      </w:r>
      <w:r w:rsidRPr="008E006D">
        <w:rPr>
          <w:rFonts w:cs="Sakkal Majalla"/>
          <w:sz w:val="36"/>
          <w:szCs w:val="38"/>
          <w:rtl/>
        </w:rPr>
        <w:t>ومشاركة</w:t>
      </w:r>
      <w:r w:rsidRPr="008E006D">
        <w:rPr>
          <w:rFonts w:cs="Sakkal Majalla"/>
          <w:sz w:val="36"/>
          <w:szCs w:val="38"/>
        </w:rPr>
        <w:t xml:space="preserve"> </w:t>
      </w:r>
      <w:r w:rsidRPr="008E006D">
        <w:rPr>
          <w:rFonts w:cs="Sakkal Majalla"/>
          <w:sz w:val="36"/>
          <w:szCs w:val="38"/>
          <w:rtl/>
        </w:rPr>
        <w:t>المعلومات</w:t>
      </w:r>
      <w:r w:rsidRPr="008E006D">
        <w:rPr>
          <w:rFonts w:cs="Sakkal Majalla"/>
          <w:sz w:val="36"/>
          <w:szCs w:val="38"/>
        </w:rPr>
        <w:t>.</w:t>
      </w:r>
    </w:p>
    <w:p w14:paraId="04F6859C" w14:textId="77777777" w:rsidR="002D5B89" w:rsidRDefault="008E006D" w:rsidP="008D0B36">
      <w:pPr>
        <w:ind w:firstLine="720"/>
        <w:rPr>
          <w:rFonts w:cs="Sakkal Majalla"/>
          <w:sz w:val="36"/>
          <w:szCs w:val="38"/>
        </w:rPr>
      </w:pPr>
      <w:r w:rsidRPr="008E006D">
        <w:rPr>
          <w:rFonts w:cs="Sakkal Majalla"/>
          <w:sz w:val="36"/>
          <w:szCs w:val="38"/>
          <w:rtl/>
        </w:rPr>
        <w:t>تظهر</w:t>
      </w:r>
      <w:r w:rsidRPr="008E006D">
        <w:rPr>
          <w:rFonts w:cs="Sakkal Majalla"/>
          <w:sz w:val="36"/>
          <w:szCs w:val="38"/>
        </w:rPr>
        <w:t xml:space="preserve"> </w:t>
      </w:r>
      <w:r w:rsidRPr="008E006D">
        <w:rPr>
          <w:rFonts w:cs="Sakkal Majalla"/>
          <w:sz w:val="36"/>
          <w:szCs w:val="38"/>
          <w:rtl/>
        </w:rPr>
        <w:t>أهمية</w:t>
      </w:r>
      <w:r w:rsidRPr="008E006D">
        <w:rPr>
          <w:rFonts w:cs="Sakkal Majalla"/>
          <w:sz w:val="36"/>
          <w:szCs w:val="38"/>
        </w:rPr>
        <w:t xml:space="preserve"> </w:t>
      </w:r>
      <w:r w:rsidRPr="008E006D">
        <w:rPr>
          <w:rFonts w:cs="Sakkal Majalla"/>
          <w:sz w:val="36"/>
          <w:szCs w:val="38"/>
          <w:rtl/>
        </w:rPr>
        <w:t>هذه</w:t>
      </w:r>
      <w:r w:rsidRPr="008E006D">
        <w:rPr>
          <w:rFonts w:cs="Sakkal Majalla"/>
          <w:sz w:val="36"/>
          <w:szCs w:val="38"/>
        </w:rPr>
        <w:t xml:space="preserve"> </w:t>
      </w:r>
      <w:r w:rsidRPr="008E006D">
        <w:rPr>
          <w:rFonts w:cs="Sakkal Majalla"/>
          <w:sz w:val="36"/>
          <w:szCs w:val="38"/>
          <w:rtl/>
        </w:rPr>
        <w:t>النظرية</w:t>
      </w:r>
      <w:r w:rsidRPr="008E006D">
        <w:rPr>
          <w:rFonts w:cs="Sakkal Majalla"/>
          <w:sz w:val="36"/>
          <w:szCs w:val="38"/>
        </w:rPr>
        <w:t xml:space="preserve"> </w:t>
      </w:r>
      <w:r w:rsidRPr="008E006D">
        <w:rPr>
          <w:rFonts w:cs="Sakkal Majalla"/>
          <w:sz w:val="36"/>
          <w:szCs w:val="38"/>
          <w:rtl/>
        </w:rPr>
        <w:t>في</w:t>
      </w:r>
      <w:r w:rsidRPr="008E006D">
        <w:rPr>
          <w:rFonts w:cs="Sakkal Majalla"/>
          <w:sz w:val="36"/>
          <w:szCs w:val="38"/>
        </w:rPr>
        <w:t xml:space="preserve"> </w:t>
      </w:r>
      <w:r w:rsidRPr="008E006D">
        <w:rPr>
          <w:rFonts w:cs="Sakkal Majalla"/>
          <w:sz w:val="36"/>
          <w:szCs w:val="38"/>
          <w:rtl/>
        </w:rPr>
        <w:t>تفسير</w:t>
      </w:r>
      <w:r w:rsidRPr="008E006D">
        <w:rPr>
          <w:rFonts w:cs="Sakkal Majalla"/>
          <w:sz w:val="36"/>
          <w:szCs w:val="38"/>
        </w:rPr>
        <w:t xml:space="preserve"> </w:t>
      </w:r>
      <w:r w:rsidRPr="008E006D">
        <w:rPr>
          <w:rFonts w:cs="Sakkal Majalla"/>
          <w:sz w:val="36"/>
          <w:szCs w:val="38"/>
          <w:rtl/>
        </w:rPr>
        <w:t>بعد</w:t>
      </w:r>
      <w:r w:rsidRPr="008E006D">
        <w:rPr>
          <w:rFonts w:cs="Sakkal Majalla"/>
          <w:sz w:val="36"/>
          <w:szCs w:val="38"/>
        </w:rPr>
        <w:t xml:space="preserve"> </w:t>
      </w:r>
      <w:r w:rsidRPr="008E006D">
        <w:rPr>
          <w:rFonts w:cs="Sakkal Majalla"/>
          <w:sz w:val="36"/>
          <w:szCs w:val="38"/>
          <w:rtl/>
        </w:rPr>
        <w:t>الثقافة</w:t>
      </w:r>
      <w:r w:rsidRPr="008E006D">
        <w:rPr>
          <w:rFonts w:cs="Sakkal Majalla"/>
          <w:sz w:val="36"/>
          <w:szCs w:val="38"/>
        </w:rPr>
        <w:t xml:space="preserve"> </w:t>
      </w:r>
      <w:r w:rsidRPr="008E006D">
        <w:rPr>
          <w:rFonts w:cs="Sakkal Majalla"/>
          <w:sz w:val="36"/>
          <w:szCs w:val="38"/>
          <w:rtl/>
        </w:rPr>
        <w:t>الرقمية؛</w:t>
      </w:r>
      <w:r w:rsidRPr="008E006D">
        <w:rPr>
          <w:rFonts w:cs="Sakkal Majalla"/>
          <w:sz w:val="36"/>
          <w:szCs w:val="38"/>
        </w:rPr>
        <w:t xml:space="preserve"> </w:t>
      </w:r>
      <w:r w:rsidRPr="008E006D">
        <w:rPr>
          <w:rFonts w:cs="Sakkal Majalla"/>
          <w:sz w:val="36"/>
          <w:szCs w:val="38"/>
          <w:rtl/>
        </w:rPr>
        <w:t>إذ</w:t>
      </w:r>
      <w:r w:rsidRPr="008E006D">
        <w:rPr>
          <w:rFonts w:cs="Sakkal Majalla"/>
          <w:sz w:val="36"/>
          <w:szCs w:val="38"/>
        </w:rPr>
        <w:t xml:space="preserve"> </w:t>
      </w:r>
      <w:r w:rsidRPr="008E006D">
        <w:rPr>
          <w:rFonts w:cs="Sakkal Majalla"/>
          <w:sz w:val="36"/>
          <w:szCs w:val="38"/>
          <w:rtl/>
        </w:rPr>
        <w:t>إن</w:t>
      </w:r>
      <w:r w:rsidRPr="008E006D">
        <w:rPr>
          <w:rFonts w:cs="Sakkal Majalla"/>
          <w:sz w:val="36"/>
          <w:szCs w:val="38"/>
        </w:rPr>
        <w:t xml:space="preserve"> </w:t>
      </w:r>
      <w:r w:rsidRPr="008E006D">
        <w:rPr>
          <w:rFonts w:cs="Sakkal Majalla"/>
          <w:sz w:val="36"/>
          <w:szCs w:val="38"/>
          <w:rtl/>
        </w:rPr>
        <w:t>تقبل</w:t>
      </w:r>
      <w:r w:rsidRPr="008E006D">
        <w:rPr>
          <w:rFonts w:cs="Sakkal Majalla"/>
          <w:sz w:val="36"/>
          <w:szCs w:val="38"/>
        </w:rPr>
        <w:t xml:space="preserve"> </w:t>
      </w:r>
      <w:r w:rsidRPr="008E006D">
        <w:rPr>
          <w:rFonts w:cs="Sakkal Majalla"/>
          <w:sz w:val="36"/>
          <w:szCs w:val="38"/>
          <w:rtl/>
        </w:rPr>
        <w:t>العاملين</w:t>
      </w:r>
      <w:r w:rsidRPr="008E006D">
        <w:rPr>
          <w:rFonts w:cs="Sakkal Majalla"/>
          <w:sz w:val="36"/>
          <w:szCs w:val="38"/>
        </w:rPr>
        <w:t xml:space="preserve"> </w:t>
      </w:r>
      <w:r w:rsidRPr="008E006D">
        <w:rPr>
          <w:rFonts w:cs="Sakkal Majalla"/>
          <w:sz w:val="36"/>
          <w:szCs w:val="38"/>
          <w:rtl/>
        </w:rPr>
        <w:t>للتغيير</w:t>
      </w:r>
      <w:r w:rsidRPr="008E006D">
        <w:rPr>
          <w:rFonts w:cs="Sakkal Majalla"/>
          <w:sz w:val="36"/>
          <w:szCs w:val="38"/>
        </w:rPr>
        <w:t xml:space="preserve"> </w:t>
      </w:r>
      <w:r w:rsidRPr="008E006D">
        <w:rPr>
          <w:rFonts w:cs="Sakkal Majalla"/>
          <w:sz w:val="36"/>
          <w:szCs w:val="38"/>
          <w:rtl/>
        </w:rPr>
        <w:t>التقني</w:t>
      </w:r>
      <w:r w:rsidRPr="008E006D">
        <w:rPr>
          <w:rFonts w:cs="Sakkal Majalla"/>
          <w:sz w:val="36"/>
          <w:szCs w:val="38"/>
        </w:rPr>
        <w:t xml:space="preserve"> </w:t>
      </w:r>
      <w:r w:rsidRPr="008E006D">
        <w:rPr>
          <w:rFonts w:cs="Sakkal Majalla"/>
          <w:sz w:val="36"/>
          <w:szCs w:val="38"/>
          <w:rtl/>
        </w:rPr>
        <w:t>وتدريبهم</w:t>
      </w:r>
      <w:r w:rsidRPr="008E006D">
        <w:rPr>
          <w:rFonts w:cs="Sakkal Majalla"/>
          <w:sz w:val="36"/>
          <w:szCs w:val="38"/>
        </w:rPr>
        <w:t xml:space="preserve"> </w:t>
      </w:r>
      <w:r w:rsidRPr="008E006D">
        <w:rPr>
          <w:rFonts w:cs="Sakkal Majalla"/>
          <w:sz w:val="36"/>
          <w:szCs w:val="38"/>
          <w:rtl/>
        </w:rPr>
        <w:t>المستمر</w:t>
      </w:r>
      <w:r w:rsidRPr="008E006D">
        <w:rPr>
          <w:rFonts w:cs="Sakkal Majalla"/>
          <w:sz w:val="36"/>
          <w:szCs w:val="38"/>
        </w:rPr>
        <w:t xml:space="preserve"> </w:t>
      </w:r>
      <w:r w:rsidRPr="008E006D">
        <w:rPr>
          <w:rFonts w:cs="Sakkal Majalla"/>
          <w:sz w:val="36"/>
          <w:szCs w:val="38"/>
          <w:rtl/>
        </w:rPr>
        <w:t>ومشاركتهم</w:t>
      </w:r>
      <w:r w:rsidRPr="008E006D">
        <w:rPr>
          <w:rFonts w:cs="Sakkal Majalla"/>
          <w:sz w:val="36"/>
          <w:szCs w:val="38"/>
        </w:rPr>
        <w:t xml:space="preserve"> </w:t>
      </w:r>
      <w:r w:rsidRPr="008E006D">
        <w:rPr>
          <w:rFonts w:cs="Sakkal Majalla"/>
          <w:sz w:val="36"/>
          <w:szCs w:val="38"/>
          <w:rtl/>
        </w:rPr>
        <w:t>المعرفة</w:t>
      </w:r>
      <w:r w:rsidRPr="008E006D">
        <w:rPr>
          <w:rFonts w:cs="Sakkal Majalla"/>
          <w:sz w:val="36"/>
          <w:szCs w:val="38"/>
        </w:rPr>
        <w:t xml:space="preserve"> </w:t>
      </w:r>
      <w:r w:rsidRPr="008E006D">
        <w:rPr>
          <w:rFonts w:cs="Sakkal Majalla"/>
          <w:sz w:val="36"/>
          <w:szCs w:val="38"/>
          <w:rtl/>
        </w:rPr>
        <w:t>عناصر</w:t>
      </w:r>
      <w:r w:rsidRPr="008E006D">
        <w:rPr>
          <w:rFonts w:cs="Sakkal Majalla"/>
          <w:sz w:val="36"/>
          <w:szCs w:val="38"/>
        </w:rPr>
        <w:t xml:space="preserve"> </w:t>
      </w:r>
      <w:r w:rsidRPr="008E006D">
        <w:rPr>
          <w:rFonts w:cs="Sakkal Majalla"/>
          <w:sz w:val="36"/>
          <w:szCs w:val="38"/>
          <w:rtl/>
        </w:rPr>
        <w:t>تؤثر</w:t>
      </w:r>
      <w:r w:rsidRPr="008E006D">
        <w:rPr>
          <w:rFonts w:cs="Sakkal Majalla"/>
          <w:sz w:val="36"/>
          <w:szCs w:val="38"/>
        </w:rPr>
        <w:t xml:space="preserve"> </w:t>
      </w:r>
      <w:r w:rsidRPr="008E006D">
        <w:rPr>
          <w:rFonts w:cs="Sakkal Majalla"/>
          <w:sz w:val="36"/>
          <w:szCs w:val="38"/>
          <w:rtl/>
        </w:rPr>
        <w:t>مباشرة</w:t>
      </w:r>
      <w:r w:rsidRPr="008E006D">
        <w:rPr>
          <w:rFonts w:cs="Sakkal Majalla"/>
          <w:sz w:val="36"/>
          <w:szCs w:val="38"/>
        </w:rPr>
        <w:t xml:space="preserve"> </w:t>
      </w:r>
      <w:r w:rsidRPr="008E006D">
        <w:rPr>
          <w:rFonts w:cs="Sakkal Majalla"/>
          <w:sz w:val="36"/>
          <w:szCs w:val="38"/>
          <w:rtl/>
        </w:rPr>
        <w:t>في</w:t>
      </w:r>
      <w:r w:rsidRPr="008E006D">
        <w:rPr>
          <w:rFonts w:cs="Sakkal Majalla"/>
          <w:sz w:val="36"/>
          <w:szCs w:val="38"/>
        </w:rPr>
        <w:t xml:space="preserve"> </w:t>
      </w:r>
      <w:r w:rsidRPr="008E006D">
        <w:rPr>
          <w:rFonts w:cs="Sakkal Majalla"/>
          <w:sz w:val="36"/>
          <w:szCs w:val="38"/>
          <w:rtl/>
        </w:rPr>
        <w:t>تحويل</w:t>
      </w:r>
      <w:r w:rsidRPr="008E006D">
        <w:rPr>
          <w:rFonts w:cs="Sakkal Majalla"/>
          <w:sz w:val="36"/>
          <w:szCs w:val="38"/>
        </w:rPr>
        <w:t xml:space="preserve"> </w:t>
      </w:r>
      <w:r w:rsidRPr="008E006D">
        <w:rPr>
          <w:rFonts w:cs="Sakkal Majalla"/>
          <w:sz w:val="36"/>
          <w:szCs w:val="38"/>
          <w:rtl/>
        </w:rPr>
        <w:t>النظام</w:t>
      </w:r>
      <w:r w:rsidRPr="008E006D">
        <w:rPr>
          <w:rFonts w:cs="Sakkal Majalla"/>
          <w:sz w:val="36"/>
          <w:szCs w:val="38"/>
        </w:rPr>
        <w:t xml:space="preserve"> </w:t>
      </w:r>
      <w:r w:rsidRPr="008E006D">
        <w:rPr>
          <w:rFonts w:cs="Sakkal Majalla"/>
          <w:sz w:val="36"/>
          <w:szCs w:val="38"/>
          <w:rtl/>
        </w:rPr>
        <w:t>الرقمي</w:t>
      </w:r>
      <w:r w:rsidRPr="008E006D">
        <w:rPr>
          <w:rFonts w:cs="Sakkal Majalla"/>
          <w:sz w:val="36"/>
          <w:szCs w:val="38"/>
        </w:rPr>
        <w:t xml:space="preserve"> </w:t>
      </w:r>
      <w:r w:rsidRPr="008E006D">
        <w:rPr>
          <w:rFonts w:cs="Sakkal Majalla"/>
          <w:sz w:val="36"/>
          <w:szCs w:val="38"/>
          <w:rtl/>
        </w:rPr>
        <w:t>من</w:t>
      </w:r>
      <w:r w:rsidRPr="008E006D">
        <w:rPr>
          <w:rFonts w:cs="Sakkal Majalla"/>
          <w:sz w:val="36"/>
          <w:szCs w:val="38"/>
        </w:rPr>
        <w:t xml:space="preserve"> </w:t>
      </w:r>
      <w:r w:rsidRPr="008E006D">
        <w:rPr>
          <w:rFonts w:cs="Sakkal Majalla"/>
          <w:sz w:val="36"/>
          <w:szCs w:val="38"/>
          <w:rtl/>
        </w:rPr>
        <w:t>أداة</w:t>
      </w:r>
      <w:r w:rsidRPr="008E006D">
        <w:rPr>
          <w:rFonts w:cs="Sakkal Majalla"/>
          <w:sz w:val="36"/>
          <w:szCs w:val="38"/>
        </w:rPr>
        <w:t xml:space="preserve"> </w:t>
      </w:r>
      <w:r w:rsidRPr="008E006D">
        <w:rPr>
          <w:rFonts w:cs="Sakkal Majalla"/>
          <w:sz w:val="36"/>
          <w:szCs w:val="38"/>
          <w:rtl/>
        </w:rPr>
        <w:t>شكلية</w:t>
      </w:r>
      <w:r w:rsidRPr="008E006D">
        <w:rPr>
          <w:rFonts w:cs="Sakkal Majalla"/>
          <w:sz w:val="36"/>
          <w:szCs w:val="38"/>
        </w:rPr>
        <w:t xml:space="preserve"> </w:t>
      </w:r>
      <w:r w:rsidRPr="008E006D">
        <w:rPr>
          <w:rFonts w:cs="Sakkal Majalla"/>
          <w:sz w:val="36"/>
          <w:szCs w:val="38"/>
          <w:rtl/>
        </w:rPr>
        <w:t>إلى</w:t>
      </w:r>
      <w:r w:rsidRPr="008E006D">
        <w:rPr>
          <w:rFonts w:cs="Sakkal Majalla"/>
          <w:sz w:val="36"/>
          <w:szCs w:val="38"/>
        </w:rPr>
        <w:t xml:space="preserve"> </w:t>
      </w:r>
      <w:r w:rsidRPr="008E006D">
        <w:rPr>
          <w:rFonts w:cs="Sakkal Majalla"/>
          <w:sz w:val="36"/>
          <w:szCs w:val="38"/>
          <w:rtl/>
        </w:rPr>
        <w:t>ممارسة</w:t>
      </w:r>
      <w:r w:rsidRPr="008E006D">
        <w:rPr>
          <w:rFonts w:cs="Sakkal Majalla"/>
          <w:sz w:val="36"/>
          <w:szCs w:val="38"/>
        </w:rPr>
        <w:t xml:space="preserve"> </w:t>
      </w:r>
      <w:r w:rsidRPr="008E006D">
        <w:rPr>
          <w:rFonts w:cs="Sakkal Majalla"/>
          <w:sz w:val="36"/>
          <w:szCs w:val="38"/>
          <w:rtl/>
        </w:rPr>
        <w:t>يومية</w:t>
      </w:r>
      <w:r w:rsidRPr="008E006D">
        <w:rPr>
          <w:rFonts w:cs="Sakkal Majalla"/>
          <w:sz w:val="36"/>
          <w:szCs w:val="38"/>
        </w:rPr>
        <w:t xml:space="preserve"> </w:t>
      </w:r>
      <w:r w:rsidRPr="008E006D">
        <w:rPr>
          <w:rFonts w:cs="Sakkal Majalla"/>
          <w:sz w:val="36"/>
          <w:szCs w:val="38"/>
          <w:rtl/>
        </w:rPr>
        <w:t>في</w:t>
      </w:r>
      <w:r w:rsidRPr="008E006D">
        <w:rPr>
          <w:rFonts w:cs="Sakkal Majalla"/>
          <w:sz w:val="36"/>
          <w:szCs w:val="38"/>
        </w:rPr>
        <w:t xml:space="preserve"> </w:t>
      </w:r>
      <w:r w:rsidRPr="008E006D">
        <w:rPr>
          <w:rFonts w:cs="Sakkal Majalla"/>
          <w:sz w:val="36"/>
          <w:szCs w:val="38"/>
          <w:rtl/>
        </w:rPr>
        <w:t>إدارة</w:t>
      </w:r>
      <w:r w:rsidRPr="008E006D">
        <w:rPr>
          <w:rFonts w:cs="Sakkal Majalla"/>
          <w:sz w:val="36"/>
          <w:szCs w:val="38"/>
        </w:rPr>
        <w:t xml:space="preserve"> </w:t>
      </w:r>
      <w:r w:rsidRPr="008E006D">
        <w:rPr>
          <w:rFonts w:cs="Sakkal Majalla"/>
          <w:sz w:val="36"/>
          <w:szCs w:val="38"/>
          <w:rtl/>
        </w:rPr>
        <w:t>المشروع</w:t>
      </w:r>
      <w:r w:rsidRPr="008E006D">
        <w:rPr>
          <w:rFonts w:cs="Sakkal Majalla"/>
          <w:sz w:val="36"/>
          <w:szCs w:val="38"/>
        </w:rPr>
        <w:t xml:space="preserve">. </w:t>
      </w:r>
      <w:r w:rsidRPr="008E006D">
        <w:rPr>
          <w:rFonts w:cs="Sakkal Majalla"/>
          <w:sz w:val="36"/>
          <w:szCs w:val="38"/>
          <w:rtl/>
        </w:rPr>
        <w:t>ومن</w:t>
      </w:r>
      <w:r w:rsidRPr="008E006D">
        <w:rPr>
          <w:rFonts w:cs="Sakkal Majalla"/>
          <w:sz w:val="36"/>
          <w:szCs w:val="38"/>
        </w:rPr>
        <w:t xml:space="preserve"> </w:t>
      </w:r>
      <w:r w:rsidRPr="008E006D">
        <w:rPr>
          <w:rFonts w:cs="Sakkal Majalla"/>
          <w:sz w:val="36"/>
          <w:szCs w:val="38"/>
          <w:rtl/>
        </w:rPr>
        <w:t>ثم</w:t>
      </w:r>
      <w:r w:rsidRPr="008E006D">
        <w:rPr>
          <w:rFonts w:cs="Sakkal Majalla"/>
          <w:sz w:val="36"/>
          <w:szCs w:val="38"/>
        </w:rPr>
        <w:t xml:space="preserve"> </w:t>
      </w:r>
      <w:r w:rsidRPr="008E006D">
        <w:rPr>
          <w:rFonts w:cs="Sakkal Majalla"/>
          <w:sz w:val="36"/>
          <w:szCs w:val="38"/>
          <w:rtl/>
        </w:rPr>
        <w:t>فإن</w:t>
      </w:r>
      <w:r w:rsidRPr="008E006D">
        <w:rPr>
          <w:rFonts w:cs="Sakkal Majalla"/>
          <w:sz w:val="36"/>
          <w:szCs w:val="38"/>
        </w:rPr>
        <w:t xml:space="preserve"> </w:t>
      </w:r>
      <w:r w:rsidRPr="008E006D">
        <w:rPr>
          <w:rFonts w:cs="Sakkal Majalla"/>
          <w:sz w:val="36"/>
          <w:szCs w:val="38"/>
          <w:rtl/>
        </w:rPr>
        <w:t>الثقافة</w:t>
      </w:r>
      <w:r w:rsidRPr="008E006D">
        <w:rPr>
          <w:rFonts w:cs="Sakkal Majalla"/>
          <w:sz w:val="36"/>
          <w:szCs w:val="38"/>
        </w:rPr>
        <w:t xml:space="preserve"> </w:t>
      </w:r>
      <w:r w:rsidRPr="008E006D">
        <w:rPr>
          <w:rFonts w:cs="Sakkal Majalla"/>
          <w:sz w:val="36"/>
          <w:szCs w:val="38"/>
          <w:rtl/>
        </w:rPr>
        <w:t>الرقمية</w:t>
      </w:r>
      <w:r w:rsidRPr="008E006D">
        <w:rPr>
          <w:rFonts w:cs="Sakkal Majalla"/>
          <w:sz w:val="36"/>
          <w:szCs w:val="38"/>
        </w:rPr>
        <w:t xml:space="preserve"> </w:t>
      </w:r>
      <w:r w:rsidRPr="008E006D">
        <w:rPr>
          <w:rFonts w:cs="Sakkal Majalla"/>
          <w:sz w:val="36"/>
          <w:szCs w:val="38"/>
          <w:rtl/>
        </w:rPr>
        <w:t>تعد</w:t>
      </w:r>
      <w:r w:rsidRPr="008E006D">
        <w:rPr>
          <w:rFonts w:cs="Sakkal Majalla"/>
          <w:sz w:val="36"/>
          <w:szCs w:val="38"/>
        </w:rPr>
        <w:t xml:space="preserve"> </w:t>
      </w:r>
      <w:r w:rsidRPr="008E006D">
        <w:rPr>
          <w:rFonts w:cs="Sakkal Majalla"/>
          <w:sz w:val="36"/>
          <w:szCs w:val="38"/>
          <w:rtl/>
        </w:rPr>
        <w:t>شرطًا</w:t>
      </w:r>
      <w:r w:rsidRPr="008E006D">
        <w:rPr>
          <w:rFonts w:cs="Sakkal Majalla"/>
          <w:sz w:val="36"/>
          <w:szCs w:val="38"/>
        </w:rPr>
        <w:t xml:space="preserve"> </w:t>
      </w:r>
      <w:r w:rsidRPr="008E006D">
        <w:rPr>
          <w:rFonts w:cs="Sakkal Majalla"/>
          <w:sz w:val="36"/>
          <w:szCs w:val="38"/>
          <w:rtl/>
        </w:rPr>
        <w:t>وسيطًا</w:t>
      </w:r>
      <w:r w:rsidRPr="008E006D">
        <w:rPr>
          <w:rFonts w:cs="Sakkal Majalla"/>
          <w:sz w:val="36"/>
          <w:szCs w:val="38"/>
        </w:rPr>
        <w:t xml:space="preserve"> </w:t>
      </w:r>
      <w:r w:rsidRPr="008E006D">
        <w:rPr>
          <w:rFonts w:cs="Sakkal Majalla"/>
          <w:sz w:val="36"/>
          <w:szCs w:val="38"/>
          <w:rtl/>
        </w:rPr>
        <w:t>مهمًا</w:t>
      </w:r>
      <w:r w:rsidRPr="008E006D">
        <w:rPr>
          <w:rFonts w:cs="Sakkal Majalla"/>
          <w:sz w:val="36"/>
          <w:szCs w:val="38"/>
        </w:rPr>
        <w:t xml:space="preserve"> </w:t>
      </w:r>
      <w:r w:rsidRPr="008E006D">
        <w:rPr>
          <w:rFonts w:cs="Sakkal Majalla"/>
          <w:sz w:val="36"/>
          <w:szCs w:val="38"/>
          <w:rtl/>
        </w:rPr>
        <w:t>بين</w:t>
      </w:r>
      <w:r w:rsidRPr="008E006D">
        <w:rPr>
          <w:rFonts w:cs="Sakkal Majalla"/>
          <w:sz w:val="36"/>
          <w:szCs w:val="38"/>
        </w:rPr>
        <w:t xml:space="preserve"> </w:t>
      </w:r>
      <w:r w:rsidRPr="008E006D">
        <w:rPr>
          <w:rFonts w:cs="Sakkal Majalla"/>
          <w:sz w:val="36"/>
          <w:szCs w:val="38"/>
          <w:rtl/>
        </w:rPr>
        <w:t>توفر</w:t>
      </w:r>
      <w:r w:rsidRPr="008E006D">
        <w:rPr>
          <w:rFonts w:cs="Sakkal Majalla"/>
          <w:sz w:val="36"/>
          <w:szCs w:val="38"/>
        </w:rPr>
        <w:t xml:space="preserve"> </w:t>
      </w:r>
      <w:r w:rsidRPr="008E006D">
        <w:rPr>
          <w:rFonts w:cs="Sakkal Majalla"/>
          <w:sz w:val="36"/>
          <w:szCs w:val="38"/>
          <w:rtl/>
        </w:rPr>
        <w:t>الأداة</w:t>
      </w:r>
      <w:r w:rsidRPr="008E006D">
        <w:rPr>
          <w:rFonts w:cs="Sakkal Majalla"/>
          <w:sz w:val="36"/>
          <w:szCs w:val="38"/>
        </w:rPr>
        <w:t xml:space="preserve"> </w:t>
      </w:r>
      <w:r w:rsidRPr="008E006D">
        <w:rPr>
          <w:rFonts w:cs="Sakkal Majalla"/>
          <w:sz w:val="36"/>
          <w:szCs w:val="38"/>
          <w:rtl/>
        </w:rPr>
        <w:t>وتحقيق</w:t>
      </w:r>
      <w:r w:rsidRPr="008E006D">
        <w:rPr>
          <w:rFonts w:cs="Sakkal Majalla"/>
          <w:sz w:val="36"/>
          <w:szCs w:val="38"/>
        </w:rPr>
        <w:t xml:space="preserve"> </w:t>
      </w:r>
      <w:r w:rsidRPr="008E006D">
        <w:rPr>
          <w:rFonts w:cs="Sakkal Majalla"/>
          <w:sz w:val="36"/>
          <w:szCs w:val="38"/>
          <w:rtl/>
        </w:rPr>
        <w:t>الأثر</w:t>
      </w:r>
      <w:r w:rsidRPr="008E006D">
        <w:rPr>
          <w:rFonts w:cs="Sakkal Majalla"/>
          <w:sz w:val="36"/>
          <w:szCs w:val="38"/>
        </w:rPr>
        <w:t>.</w:t>
      </w:r>
    </w:p>
    <w:p w14:paraId="00706108" w14:textId="77777777" w:rsidR="002D5B89" w:rsidRDefault="002D5B89">
      <w:pPr>
        <w:bidi w:val="0"/>
        <w:spacing w:before="0" w:after="160" w:line="259" w:lineRule="auto"/>
        <w:ind w:firstLine="0"/>
        <w:jc w:val="left"/>
        <w:rPr>
          <w:rFonts w:cs="Sakkal Majalla"/>
          <w:sz w:val="36"/>
          <w:szCs w:val="38"/>
        </w:rPr>
      </w:pPr>
      <w:r>
        <w:rPr>
          <w:rFonts w:cs="Sakkal Majalla"/>
          <w:sz w:val="36"/>
          <w:szCs w:val="38"/>
        </w:rPr>
        <w:br w:type="page"/>
      </w:r>
    </w:p>
    <w:p w14:paraId="72471B96" w14:textId="77777777" w:rsidR="008E006D" w:rsidRPr="008E006D" w:rsidRDefault="008E006D" w:rsidP="008E006D">
      <w:pPr>
        <w:ind w:firstLine="0"/>
        <w:rPr>
          <w:rFonts w:cs="Sakkal Majalla"/>
          <w:b/>
          <w:sz w:val="36"/>
          <w:szCs w:val="38"/>
        </w:rPr>
      </w:pPr>
      <w:r w:rsidRPr="008E006D">
        <w:rPr>
          <w:rFonts w:cs="Sakkal Majalla"/>
          <w:b/>
          <w:sz w:val="36"/>
          <w:szCs w:val="38"/>
        </w:rPr>
        <w:lastRenderedPageBreak/>
        <w:t xml:space="preserve">2.2.4 </w:t>
      </w:r>
      <w:r w:rsidRPr="008E006D">
        <w:rPr>
          <w:rFonts w:cs="Sakkal Majalla"/>
          <w:b/>
          <w:bCs/>
          <w:sz w:val="36"/>
          <w:szCs w:val="38"/>
          <w:rtl/>
        </w:rPr>
        <w:t>مدخل</w:t>
      </w:r>
      <w:r w:rsidRPr="008E006D">
        <w:rPr>
          <w:rFonts w:cs="Sakkal Majalla"/>
          <w:b/>
          <w:sz w:val="36"/>
          <w:szCs w:val="38"/>
        </w:rPr>
        <w:t xml:space="preserve"> </w:t>
      </w:r>
      <w:r w:rsidRPr="008E006D">
        <w:rPr>
          <w:rFonts w:cs="Sakkal Majalla"/>
          <w:b/>
          <w:bCs/>
          <w:sz w:val="36"/>
          <w:szCs w:val="38"/>
          <w:rtl/>
        </w:rPr>
        <w:t>تسليم</w:t>
      </w:r>
      <w:r w:rsidRPr="008E006D">
        <w:rPr>
          <w:rFonts w:cs="Sakkal Majalla"/>
          <w:b/>
          <w:sz w:val="36"/>
          <w:szCs w:val="38"/>
        </w:rPr>
        <w:t xml:space="preserve"> </w:t>
      </w:r>
      <w:r w:rsidRPr="008E006D">
        <w:rPr>
          <w:rFonts w:cs="Sakkal Majalla"/>
          <w:b/>
          <w:bCs/>
          <w:sz w:val="36"/>
          <w:szCs w:val="38"/>
          <w:rtl/>
        </w:rPr>
        <w:t>القيمة</w:t>
      </w:r>
      <w:r w:rsidRPr="008E006D">
        <w:rPr>
          <w:rFonts w:cs="Sakkal Majalla"/>
          <w:b/>
          <w:sz w:val="36"/>
          <w:szCs w:val="38"/>
        </w:rPr>
        <w:t xml:space="preserve"> </w:t>
      </w:r>
      <w:r w:rsidRPr="008E006D">
        <w:rPr>
          <w:rFonts w:cs="Sakkal Majalla"/>
          <w:b/>
          <w:bCs/>
          <w:sz w:val="36"/>
          <w:szCs w:val="38"/>
          <w:rtl/>
        </w:rPr>
        <w:t>في</w:t>
      </w:r>
      <w:r w:rsidRPr="008E006D">
        <w:rPr>
          <w:rFonts w:cs="Sakkal Majalla"/>
          <w:b/>
          <w:sz w:val="36"/>
          <w:szCs w:val="38"/>
        </w:rPr>
        <w:t xml:space="preserve"> </w:t>
      </w:r>
      <w:r w:rsidRPr="008E006D">
        <w:rPr>
          <w:rFonts w:cs="Sakkal Majalla"/>
          <w:b/>
          <w:bCs/>
          <w:sz w:val="36"/>
          <w:szCs w:val="38"/>
          <w:rtl/>
        </w:rPr>
        <w:t>إدارة</w:t>
      </w:r>
      <w:r w:rsidRPr="008E006D">
        <w:rPr>
          <w:rFonts w:cs="Sakkal Majalla"/>
          <w:b/>
          <w:sz w:val="36"/>
          <w:szCs w:val="38"/>
        </w:rPr>
        <w:t xml:space="preserve"> </w:t>
      </w:r>
      <w:r w:rsidRPr="008E006D">
        <w:rPr>
          <w:rFonts w:cs="Sakkal Majalla"/>
          <w:b/>
          <w:bCs/>
          <w:sz w:val="36"/>
          <w:szCs w:val="38"/>
          <w:rtl/>
        </w:rPr>
        <w:t>المشاريع</w:t>
      </w:r>
      <w:r w:rsidR="008D0B36">
        <w:rPr>
          <w:rFonts w:cs="Sakkal Majalla" w:hint="cs"/>
          <w:b/>
          <w:bCs/>
          <w:sz w:val="36"/>
          <w:szCs w:val="38"/>
          <w:rtl/>
        </w:rPr>
        <w:t xml:space="preserve">: </w:t>
      </w:r>
    </w:p>
    <w:p w14:paraId="2CFA45BA" w14:textId="77777777" w:rsidR="008E006D" w:rsidRPr="008E006D" w:rsidRDefault="008E006D" w:rsidP="008D0B36">
      <w:pPr>
        <w:ind w:firstLine="720"/>
        <w:rPr>
          <w:rFonts w:cs="Sakkal Majalla"/>
          <w:sz w:val="36"/>
          <w:szCs w:val="38"/>
        </w:rPr>
      </w:pPr>
      <w:r w:rsidRPr="008E006D">
        <w:rPr>
          <w:rFonts w:cs="Sakkal Majalla"/>
          <w:sz w:val="36"/>
          <w:szCs w:val="38"/>
          <w:rtl/>
        </w:rPr>
        <w:t>يعزز</w:t>
      </w:r>
      <w:r w:rsidRPr="008E006D">
        <w:rPr>
          <w:rFonts w:cs="Sakkal Majalla"/>
          <w:sz w:val="36"/>
          <w:szCs w:val="38"/>
        </w:rPr>
        <w:t xml:space="preserve"> </w:t>
      </w:r>
      <w:r w:rsidRPr="008E006D">
        <w:rPr>
          <w:rFonts w:cs="Sakkal Majalla"/>
          <w:sz w:val="36"/>
          <w:szCs w:val="38"/>
          <w:rtl/>
        </w:rPr>
        <w:t>دليل</w:t>
      </w:r>
      <w:r w:rsidRPr="008E006D">
        <w:rPr>
          <w:rFonts w:cs="Sakkal Majalla"/>
          <w:sz w:val="36"/>
          <w:szCs w:val="38"/>
        </w:rPr>
        <w:t xml:space="preserve"> PMBOK </w:t>
      </w:r>
      <w:r w:rsidRPr="008E006D">
        <w:rPr>
          <w:rFonts w:cs="Sakkal Majalla"/>
          <w:sz w:val="36"/>
          <w:szCs w:val="38"/>
          <w:rtl/>
        </w:rPr>
        <w:t>في</w:t>
      </w:r>
      <w:r w:rsidRPr="008E006D">
        <w:rPr>
          <w:rFonts w:cs="Sakkal Majalla"/>
          <w:sz w:val="36"/>
          <w:szCs w:val="38"/>
        </w:rPr>
        <w:t xml:space="preserve"> </w:t>
      </w:r>
      <w:r w:rsidRPr="008E006D">
        <w:rPr>
          <w:rFonts w:cs="Sakkal Majalla"/>
          <w:sz w:val="36"/>
          <w:szCs w:val="38"/>
          <w:rtl/>
        </w:rPr>
        <w:t>نسخته</w:t>
      </w:r>
      <w:r w:rsidRPr="008E006D">
        <w:rPr>
          <w:rFonts w:cs="Sakkal Majalla"/>
          <w:sz w:val="36"/>
          <w:szCs w:val="38"/>
        </w:rPr>
        <w:t xml:space="preserve"> </w:t>
      </w:r>
      <w:r w:rsidRPr="008E006D">
        <w:rPr>
          <w:rFonts w:cs="Sakkal Majalla"/>
          <w:sz w:val="36"/>
          <w:szCs w:val="38"/>
          <w:rtl/>
        </w:rPr>
        <w:t>السابعة</w:t>
      </w:r>
      <w:r w:rsidRPr="008E006D">
        <w:rPr>
          <w:rFonts w:cs="Sakkal Majalla"/>
          <w:sz w:val="36"/>
          <w:szCs w:val="38"/>
        </w:rPr>
        <w:t xml:space="preserve"> </w:t>
      </w:r>
      <w:r w:rsidRPr="008E006D">
        <w:rPr>
          <w:rFonts w:cs="Sakkal Majalla"/>
          <w:sz w:val="36"/>
          <w:szCs w:val="38"/>
          <w:rtl/>
        </w:rPr>
        <w:t>منظور</w:t>
      </w:r>
      <w:r w:rsidRPr="008E006D">
        <w:rPr>
          <w:rFonts w:cs="Sakkal Majalla"/>
          <w:sz w:val="36"/>
          <w:szCs w:val="38"/>
        </w:rPr>
        <w:t xml:space="preserve"> </w:t>
      </w:r>
      <w:r w:rsidRPr="008E006D">
        <w:rPr>
          <w:rFonts w:cs="Sakkal Majalla"/>
          <w:sz w:val="36"/>
          <w:szCs w:val="38"/>
          <w:rtl/>
        </w:rPr>
        <w:t>تسليم</w:t>
      </w:r>
      <w:r w:rsidRPr="008E006D">
        <w:rPr>
          <w:rFonts w:cs="Sakkal Majalla"/>
          <w:sz w:val="36"/>
          <w:szCs w:val="38"/>
        </w:rPr>
        <w:t xml:space="preserve"> </w:t>
      </w:r>
      <w:r w:rsidRPr="008E006D">
        <w:rPr>
          <w:rFonts w:cs="Sakkal Majalla"/>
          <w:sz w:val="36"/>
          <w:szCs w:val="38"/>
          <w:rtl/>
        </w:rPr>
        <w:t>القيمة،</w:t>
      </w:r>
      <w:r w:rsidRPr="008E006D">
        <w:rPr>
          <w:rFonts w:cs="Sakkal Majalla"/>
          <w:sz w:val="36"/>
          <w:szCs w:val="38"/>
        </w:rPr>
        <w:t xml:space="preserve"> </w:t>
      </w:r>
      <w:r w:rsidRPr="008E006D">
        <w:rPr>
          <w:rFonts w:cs="Sakkal Majalla"/>
          <w:sz w:val="36"/>
          <w:szCs w:val="38"/>
          <w:rtl/>
        </w:rPr>
        <w:t>إذ</w:t>
      </w:r>
      <w:r w:rsidRPr="008E006D">
        <w:rPr>
          <w:rFonts w:cs="Sakkal Majalla"/>
          <w:sz w:val="36"/>
          <w:szCs w:val="38"/>
        </w:rPr>
        <w:t xml:space="preserve"> </w:t>
      </w:r>
      <w:r w:rsidRPr="008E006D">
        <w:rPr>
          <w:rFonts w:cs="Sakkal Majalla"/>
          <w:sz w:val="36"/>
          <w:szCs w:val="38"/>
          <w:rtl/>
        </w:rPr>
        <w:t>ينظر</w:t>
      </w:r>
      <w:r w:rsidRPr="008E006D">
        <w:rPr>
          <w:rFonts w:cs="Sakkal Majalla"/>
          <w:sz w:val="36"/>
          <w:szCs w:val="38"/>
        </w:rPr>
        <w:t xml:space="preserve"> </w:t>
      </w:r>
      <w:r w:rsidRPr="008E006D">
        <w:rPr>
          <w:rFonts w:cs="Sakkal Majalla"/>
          <w:sz w:val="36"/>
          <w:szCs w:val="38"/>
          <w:rtl/>
        </w:rPr>
        <w:t>إلى</w:t>
      </w:r>
      <w:r w:rsidRPr="008E006D">
        <w:rPr>
          <w:rFonts w:cs="Sakkal Majalla"/>
          <w:sz w:val="36"/>
          <w:szCs w:val="38"/>
        </w:rPr>
        <w:t xml:space="preserve"> </w:t>
      </w:r>
      <w:r w:rsidRPr="008E006D">
        <w:rPr>
          <w:rFonts w:cs="Sakkal Majalla"/>
          <w:sz w:val="36"/>
          <w:szCs w:val="38"/>
          <w:rtl/>
        </w:rPr>
        <w:t>المشروع</w:t>
      </w:r>
      <w:r w:rsidRPr="008E006D">
        <w:rPr>
          <w:rFonts w:cs="Sakkal Majalla"/>
          <w:sz w:val="36"/>
          <w:szCs w:val="38"/>
        </w:rPr>
        <w:t xml:space="preserve"> </w:t>
      </w:r>
      <w:r w:rsidRPr="008E006D">
        <w:rPr>
          <w:rFonts w:cs="Sakkal Majalla"/>
          <w:sz w:val="36"/>
          <w:szCs w:val="38"/>
          <w:rtl/>
        </w:rPr>
        <w:t>باعتباره</w:t>
      </w:r>
      <w:r w:rsidRPr="008E006D">
        <w:rPr>
          <w:rFonts w:cs="Sakkal Majalla"/>
          <w:sz w:val="36"/>
          <w:szCs w:val="38"/>
        </w:rPr>
        <w:t xml:space="preserve"> </w:t>
      </w:r>
      <w:r w:rsidRPr="008E006D">
        <w:rPr>
          <w:rFonts w:cs="Sakkal Majalla"/>
          <w:sz w:val="36"/>
          <w:szCs w:val="38"/>
          <w:rtl/>
        </w:rPr>
        <w:t>جزءًا</w:t>
      </w:r>
      <w:r w:rsidRPr="008E006D">
        <w:rPr>
          <w:rFonts w:cs="Sakkal Majalla"/>
          <w:sz w:val="36"/>
          <w:szCs w:val="38"/>
        </w:rPr>
        <w:t xml:space="preserve"> </w:t>
      </w:r>
      <w:r w:rsidRPr="008E006D">
        <w:rPr>
          <w:rFonts w:cs="Sakkal Majalla"/>
          <w:sz w:val="36"/>
          <w:szCs w:val="38"/>
          <w:rtl/>
        </w:rPr>
        <w:t>من</w:t>
      </w:r>
      <w:r w:rsidRPr="008E006D">
        <w:rPr>
          <w:rFonts w:cs="Sakkal Majalla"/>
          <w:sz w:val="36"/>
          <w:szCs w:val="38"/>
        </w:rPr>
        <w:t xml:space="preserve"> </w:t>
      </w:r>
      <w:r w:rsidRPr="008E006D">
        <w:rPr>
          <w:rFonts w:cs="Sakkal Majalla"/>
          <w:sz w:val="36"/>
          <w:szCs w:val="38"/>
          <w:rtl/>
        </w:rPr>
        <w:t>نظام</w:t>
      </w:r>
      <w:r w:rsidRPr="008E006D">
        <w:rPr>
          <w:rFonts w:cs="Sakkal Majalla"/>
          <w:sz w:val="36"/>
          <w:szCs w:val="38"/>
        </w:rPr>
        <w:t xml:space="preserve"> </w:t>
      </w:r>
      <w:r w:rsidRPr="008E006D">
        <w:rPr>
          <w:rFonts w:cs="Sakkal Majalla"/>
          <w:sz w:val="36"/>
          <w:szCs w:val="38"/>
          <w:rtl/>
        </w:rPr>
        <w:t>أوسع</w:t>
      </w:r>
      <w:r w:rsidRPr="008E006D">
        <w:rPr>
          <w:rFonts w:cs="Sakkal Majalla"/>
          <w:sz w:val="36"/>
          <w:szCs w:val="38"/>
        </w:rPr>
        <w:t xml:space="preserve"> </w:t>
      </w:r>
      <w:r w:rsidRPr="008E006D">
        <w:rPr>
          <w:rFonts w:cs="Sakkal Majalla"/>
          <w:sz w:val="36"/>
          <w:szCs w:val="38"/>
          <w:rtl/>
        </w:rPr>
        <w:t>يهدف</w:t>
      </w:r>
      <w:r w:rsidRPr="008E006D">
        <w:rPr>
          <w:rFonts w:cs="Sakkal Majalla"/>
          <w:sz w:val="36"/>
          <w:szCs w:val="38"/>
        </w:rPr>
        <w:t xml:space="preserve"> </w:t>
      </w:r>
      <w:r w:rsidRPr="008E006D">
        <w:rPr>
          <w:rFonts w:cs="Sakkal Majalla"/>
          <w:sz w:val="36"/>
          <w:szCs w:val="38"/>
          <w:rtl/>
        </w:rPr>
        <w:t>إلى</w:t>
      </w:r>
      <w:r w:rsidRPr="008E006D">
        <w:rPr>
          <w:rFonts w:cs="Sakkal Majalla"/>
          <w:sz w:val="36"/>
          <w:szCs w:val="38"/>
        </w:rPr>
        <w:t xml:space="preserve"> </w:t>
      </w:r>
      <w:r w:rsidRPr="008E006D">
        <w:rPr>
          <w:rFonts w:cs="Sakkal Majalla"/>
          <w:sz w:val="36"/>
          <w:szCs w:val="38"/>
          <w:rtl/>
        </w:rPr>
        <w:t>تحقيق</w:t>
      </w:r>
      <w:r w:rsidRPr="008E006D">
        <w:rPr>
          <w:rFonts w:cs="Sakkal Majalla"/>
          <w:sz w:val="36"/>
          <w:szCs w:val="38"/>
        </w:rPr>
        <w:t xml:space="preserve"> </w:t>
      </w:r>
      <w:r w:rsidRPr="008E006D">
        <w:rPr>
          <w:rFonts w:cs="Sakkal Majalla"/>
          <w:sz w:val="36"/>
          <w:szCs w:val="38"/>
          <w:rtl/>
        </w:rPr>
        <w:t>نتائج</w:t>
      </w:r>
      <w:r w:rsidRPr="008E006D">
        <w:rPr>
          <w:rFonts w:cs="Sakkal Majalla"/>
          <w:sz w:val="36"/>
          <w:szCs w:val="38"/>
        </w:rPr>
        <w:t xml:space="preserve"> </w:t>
      </w:r>
      <w:r w:rsidRPr="008E006D">
        <w:rPr>
          <w:rFonts w:cs="Sakkal Majalla"/>
          <w:sz w:val="36"/>
          <w:szCs w:val="38"/>
          <w:rtl/>
        </w:rPr>
        <w:t>ومنافع</w:t>
      </w:r>
      <w:r w:rsidRPr="008E006D">
        <w:rPr>
          <w:rFonts w:cs="Sakkal Majalla"/>
          <w:sz w:val="36"/>
          <w:szCs w:val="38"/>
        </w:rPr>
        <w:t xml:space="preserve"> </w:t>
      </w:r>
      <w:r w:rsidRPr="008E006D">
        <w:rPr>
          <w:rFonts w:cs="Sakkal Majalla"/>
          <w:sz w:val="36"/>
          <w:szCs w:val="38"/>
          <w:rtl/>
        </w:rPr>
        <w:t>لأصحاب</w:t>
      </w:r>
      <w:r w:rsidRPr="008E006D">
        <w:rPr>
          <w:rFonts w:cs="Sakkal Majalla"/>
          <w:sz w:val="36"/>
          <w:szCs w:val="38"/>
        </w:rPr>
        <w:t xml:space="preserve"> </w:t>
      </w:r>
      <w:r w:rsidRPr="008E006D">
        <w:rPr>
          <w:rFonts w:cs="Sakkal Majalla"/>
          <w:sz w:val="36"/>
          <w:szCs w:val="38"/>
          <w:rtl/>
        </w:rPr>
        <w:t>المصلحة،</w:t>
      </w:r>
      <w:r w:rsidRPr="008E006D">
        <w:rPr>
          <w:rFonts w:cs="Sakkal Majalla"/>
          <w:sz w:val="36"/>
          <w:szCs w:val="38"/>
        </w:rPr>
        <w:t xml:space="preserve"> </w:t>
      </w:r>
      <w:r w:rsidRPr="008E006D">
        <w:rPr>
          <w:rFonts w:cs="Sakkal Majalla"/>
          <w:sz w:val="36"/>
          <w:szCs w:val="38"/>
          <w:rtl/>
        </w:rPr>
        <w:t>لا</w:t>
      </w:r>
      <w:r w:rsidRPr="008E006D">
        <w:rPr>
          <w:rFonts w:cs="Sakkal Majalla"/>
          <w:sz w:val="36"/>
          <w:szCs w:val="38"/>
        </w:rPr>
        <w:t xml:space="preserve"> </w:t>
      </w:r>
      <w:r w:rsidRPr="008E006D">
        <w:rPr>
          <w:rFonts w:cs="Sakkal Majalla"/>
          <w:sz w:val="36"/>
          <w:szCs w:val="38"/>
          <w:rtl/>
        </w:rPr>
        <w:t>مجرد</w:t>
      </w:r>
      <w:r w:rsidRPr="008E006D">
        <w:rPr>
          <w:rFonts w:cs="Sakkal Majalla"/>
          <w:sz w:val="36"/>
          <w:szCs w:val="38"/>
        </w:rPr>
        <w:t xml:space="preserve"> </w:t>
      </w:r>
      <w:r w:rsidRPr="008E006D">
        <w:rPr>
          <w:rFonts w:cs="Sakkal Majalla"/>
          <w:sz w:val="36"/>
          <w:szCs w:val="38"/>
          <w:rtl/>
        </w:rPr>
        <w:t>تسليم</w:t>
      </w:r>
      <w:r w:rsidRPr="008E006D">
        <w:rPr>
          <w:rFonts w:cs="Sakkal Majalla"/>
          <w:sz w:val="36"/>
          <w:szCs w:val="38"/>
        </w:rPr>
        <w:t xml:space="preserve"> </w:t>
      </w:r>
      <w:r w:rsidRPr="008E006D">
        <w:rPr>
          <w:rFonts w:cs="Sakkal Majalla"/>
          <w:sz w:val="36"/>
          <w:szCs w:val="38"/>
          <w:rtl/>
        </w:rPr>
        <w:t>مخرجات</w:t>
      </w:r>
      <w:r w:rsidRPr="008E006D">
        <w:rPr>
          <w:rFonts w:cs="Sakkal Majalla"/>
          <w:sz w:val="36"/>
          <w:szCs w:val="38"/>
        </w:rPr>
        <w:t xml:space="preserve"> </w:t>
      </w:r>
      <w:r w:rsidRPr="008E006D">
        <w:rPr>
          <w:rFonts w:cs="Sakkal Majalla"/>
          <w:sz w:val="36"/>
          <w:szCs w:val="38"/>
          <w:rtl/>
        </w:rPr>
        <w:t>محددة</w:t>
      </w:r>
      <w:r w:rsidRPr="008E006D">
        <w:rPr>
          <w:rFonts w:cs="Sakkal Majalla"/>
          <w:sz w:val="36"/>
          <w:szCs w:val="38"/>
        </w:rPr>
        <w:t xml:space="preserve">. </w:t>
      </w:r>
      <w:r w:rsidRPr="008E006D">
        <w:rPr>
          <w:rFonts w:cs="Sakkal Majalla"/>
          <w:sz w:val="36"/>
          <w:szCs w:val="38"/>
          <w:rtl/>
        </w:rPr>
        <w:t>وهذا</w:t>
      </w:r>
      <w:r w:rsidRPr="008E006D">
        <w:rPr>
          <w:rFonts w:cs="Sakkal Majalla"/>
          <w:sz w:val="36"/>
          <w:szCs w:val="38"/>
        </w:rPr>
        <w:t xml:space="preserve"> </w:t>
      </w:r>
      <w:r w:rsidRPr="008E006D">
        <w:rPr>
          <w:rFonts w:cs="Sakkal Majalla"/>
          <w:sz w:val="36"/>
          <w:szCs w:val="38"/>
          <w:rtl/>
        </w:rPr>
        <w:t>المدخل</w:t>
      </w:r>
      <w:r w:rsidRPr="008E006D">
        <w:rPr>
          <w:rFonts w:cs="Sakkal Majalla"/>
          <w:sz w:val="36"/>
          <w:szCs w:val="38"/>
        </w:rPr>
        <w:t xml:space="preserve"> </w:t>
      </w:r>
      <w:r w:rsidRPr="008E006D">
        <w:rPr>
          <w:rFonts w:cs="Sakkal Majalla"/>
          <w:sz w:val="36"/>
          <w:szCs w:val="38"/>
          <w:rtl/>
        </w:rPr>
        <w:t>ملائم</w:t>
      </w:r>
      <w:r w:rsidRPr="008E006D">
        <w:rPr>
          <w:rFonts w:cs="Sakkal Majalla"/>
          <w:sz w:val="36"/>
          <w:szCs w:val="38"/>
        </w:rPr>
        <w:t xml:space="preserve"> </w:t>
      </w:r>
      <w:r w:rsidRPr="008E006D">
        <w:rPr>
          <w:rFonts w:cs="Sakkal Majalla"/>
          <w:sz w:val="36"/>
          <w:szCs w:val="38"/>
          <w:rtl/>
        </w:rPr>
        <w:t>للقطاع</w:t>
      </w:r>
      <w:r w:rsidRPr="008E006D">
        <w:rPr>
          <w:rFonts w:cs="Sakkal Majalla"/>
          <w:sz w:val="36"/>
          <w:szCs w:val="38"/>
        </w:rPr>
        <w:t xml:space="preserve"> </w:t>
      </w:r>
      <w:r w:rsidRPr="008E006D">
        <w:rPr>
          <w:rFonts w:cs="Sakkal Majalla"/>
          <w:sz w:val="36"/>
          <w:szCs w:val="38"/>
          <w:rtl/>
        </w:rPr>
        <w:t>الحكومي؛</w:t>
      </w:r>
      <w:r w:rsidRPr="008E006D">
        <w:rPr>
          <w:rFonts w:cs="Sakkal Majalla"/>
          <w:sz w:val="36"/>
          <w:szCs w:val="38"/>
        </w:rPr>
        <w:t xml:space="preserve"> </w:t>
      </w:r>
      <w:r w:rsidRPr="008E006D">
        <w:rPr>
          <w:rFonts w:cs="Sakkal Majalla"/>
          <w:sz w:val="36"/>
          <w:szCs w:val="38"/>
          <w:rtl/>
        </w:rPr>
        <w:t>لأن</w:t>
      </w:r>
      <w:r w:rsidRPr="008E006D">
        <w:rPr>
          <w:rFonts w:cs="Sakkal Majalla"/>
          <w:sz w:val="36"/>
          <w:szCs w:val="38"/>
        </w:rPr>
        <w:t xml:space="preserve"> </w:t>
      </w:r>
      <w:r w:rsidRPr="008E006D">
        <w:rPr>
          <w:rFonts w:cs="Sakkal Majalla"/>
          <w:sz w:val="36"/>
          <w:szCs w:val="38"/>
          <w:rtl/>
        </w:rPr>
        <w:t>قيمة</w:t>
      </w:r>
      <w:r w:rsidRPr="008E006D">
        <w:rPr>
          <w:rFonts w:cs="Sakkal Majalla"/>
          <w:sz w:val="36"/>
          <w:szCs w:val="38"/>
        </w:rPr>
        <w:t xml:space="preserve"> </w:t>
      </w:r>
      <w:r w:rsidRPr="008E006D">
        <w:rPr>
          <w:rFonts w:cs="Sakkal Majalla"/>
          <w:sz w:val="36"/>
          <w:szCs w:val="38"/>
          <w:rtl/>
        </w:rPr>
        <w:t>المشروع</w:t>
      </w:r>
      <w:r w:rsidRPr="008E006D">
        <w:rPr>
          <w:rFonts w:cs="Sakkal Majalla"/>
          <w:sz w:val="36"/>
          <w:szCs w:val="38"/>
        </w:rPr>
        <w:t xml:space="preserve"> </w:t>
      </w:r>
      <w:r w:rsidRPr="008E006D">
        <w:rPr>
          <w:rFonts w:cs="Sakkal Majalla"/>
          <w:sz w:val="36"/>
          <w:szCs w:val="38"/>
          <w:rtl/>
        </w:rPr>
        <w:t>لا</w:t>
      </w:r>
      <w:r w:rsidRPr="008E006D">
        <w:rPr>
          <w:rFonts w:cs="Sakkal Majalla"/>
          <w:sz w:val="36"/>
          <w:szCs w:val="38"/>
        </w:rPr>
        <w:t xml:space="preserve"> </w:t>
      </w:r>
      <w:r w:rsidRPr="008E006D">
        <w:rPr>
          <w:rFonts w:cs="Sakkal Majalla"/>
          <w:sz w:val="36"/>
          <w:szCs w:val="38"/>
          <w:rtl/>
        </w:rPr>
        <w:t>تنحصر</w:t>
      </w:r>
      <w:r w:rsidRPr="008E006D">
        <w:rPr>
          <w:rFonts w:cs="Sakkal Majalla"/>
          <w:sz w:val="36"/>
          <w:szCs w:val="38"/>
        </w:rPr>
        <w:t xml:space="preserve"> </w:t>
      </w:r>
      <w:r w:rsidRPr="008E006D">
        <w:rPr>
          <w:rFonts w:cs="Sakkal Majalla"/>
          <w:sz w:val="36"/>
          <w:szCs w:val="38"/>
          <w:rtl/>
        </w:rPr>
        <w:t>في</w:t>
      </w:r>
      <w:r w:rsidRPr="008E006D">
        <w:rPr>
          <w:rFonts w:cs="Sakkal Majalla"/>
          <w:sz w:val="36"/>
          <w:szCs w:val="38"/>
        </w:rPr>
        <w:t xml:space="preserve"> </w:t>
      </w:r>
      <w:r w:rsidRPr="008E006D">
        <w:rPr>
          <w:rFonts w:cs="Sakkal Majalla"/>
          <w:sz w:val="36"/>
          <w:szCs w:val="38"/>
          <w:rtl/>
        </w:rPr>
        <w:t>تسليم</w:t>
      </w:r>
      <w:r w:rsidRPr="008E006D">
        <w:rPr>
          <w:rFonts w:cs="Sakkal Majalla"/>
          <w:sz w:val="36"/>
          <w:szCs w:val="38"/>
        </w:rPr>
        <w:t xml:space="preserve"> </w:t>
      </w:r>
      <w:r w:rsidRPr="008E006D">
        <w:rPr>
          <w:rFonts w:cs="Sakkal Majalla"/>
          <w:sz w:val="36"/>
          <w:szCs w:val="38"/>
          <w:rtl/>
        </w:rPr>
        <w:t>نظام</w:t>
      </w:r>
      <w:r w:rsidRPr="008E006D">
        <w:rPr>
          <w:rFonts w:cs="Sakkal Majalla"/>
          <w:sz w:val="36"/>
          <w:szCs w:val="38"/>
        </w:rPr>
        <w:t xml:space="preserve"> </w:t>
      </w:r>
      <w:r w:rsidRPr="008E006D">
        <w:rPr>
          <w:rFonts w:cs="Sakkal Majalla"/>
          <w:sz w:val="36"/>
          <w:szCs w:val="38"/>
          <w:rtl/>
        </w:rPr>
        <w:t>أو</w:t>
      </w:r>
      <w:r w:rsidRPr="008E006D">
        <w:rPr>
          <w:rFonts w:cs="Sakkal Majalla"/>
          <w:sz w:val="36"/>
          <w:szCs w:val="38"/>
        </w:rPr>
        <w:t xml:space="preserve"> </w:t>
      </w:r>
      <w:r w:rsidRPr="008E006D">
        <w:rPr>
          <w:rFonts w:cs="Sakkal Majalla"/>
          <w:sz w:val="36"/>
          <w:szCs w:val="38"/>
          <w:rtl/>
        </w:rPr>
        <w:t>منصة،</w:t>
      </w:r>
      <w:r w:rsidRPr="008E006D">
        <w:rPr>
          <w:rFonts w:cs="Sakkal Majalla"/>
          <w:sz w:val="36"/>
          <w:szCs w:val="38"/>
        </w:rPr>
        <w:t xml:space="preserve"> </w:t>
      </w:r>
      <w:r w:rsidRPr="008E006D">
        <w:rPr>
          <w:rFonts w:cs="Sakkal Majalla"/>
          <w:sz w:val="36"/>
          <w:szCs w:val="38"/>
          <w:rtl/>
        </w:rPr>
        <w:t>بل</w:t>
      </w:r>
      <w:r w:rsidRPr="008E006D">
        <w:rPr>
          <w:rFonts w:cs="Sakkal Majalla"/>
          <w:sz w:val="36"/>
          <w:szCs w:val="38"/>
        </w:rPr>
        <w:t xml:space="preserve"> </w:t>
      </w:r>
      <w:r w:rsidRPr="008E006D">
        <w:rPr>
          <w:rFonts w:cs="Sakkal Majalla"/>
          <w:sz w:val="36"/>
          <w:szCs w:val="38"/>
          <w:rtl/>
        </w:rPr>
        <w:t>تشمل</w:t>
      </w:r>
      <w:r w:rsidRPr="008E006D">
        <w:rPr>
          <w:rFonts w:cs="Sakkal Majalla"/>
          <w:sz w:val="36"/>
          <w:szCs w:val="38"/>
        </w:rPr>
        <w:t xml:space="preserve"> </w:t>
      </w:r>
      <w:r w:rsidRPr="008E006D">
        <w:rPr>
          <w:rFonts w:cs="Sakkal Majalla"/>
          <w:sz w:val="36"/>
          <w:szCs w:val="38"/>
          <w:rtl/>
        </w:rPr>
        <w:t>تحسين</w:t>
      </w:r>
      <w:r w:rsidRPr="008E006D">
        <w:rPr>
          <w:rFonts w:cs="Sakkal Majalla"/>
          <w:sz w:val="36"/>
          <w:szCs w:val="38"/>
        </w:rPr>
        <w:t xml:space="preserve"> </w:t>
      </w:r>
      <w:r w:rsidRPr="008E006D">
        <w:rPr>
          <w:rFonts w:cs="Sakkal Majalla"/>
          <w:sz w:val="36"/>
          <w:szCs w:val="38"/>
          <w:rtl/>
        </w:rPr>
        <w:t>الخدمة</w:t>
      </w:r>
      <w:r w:rsidRPr="008E006D">
        <w:rPr>
          <w:rFonts w:cs="Sakkal Majalla"/>
          <w:sz w:val="36"/>
          <w:szCs w:val="38"/>
        </w:rPr>
        <w:t xml:space="preserve"> </w:t>
      </w:r>
      <w:r w:rsidRPr="008E006D">
        <w:rPr>
          <w:rFonts w:cs="Sakkal Majalla"/>
          <w:sz w:val="36"/>
          <w:szCs w:val="38"/>
          <w:rtl/>
        </w:rPr>
        <w:t>العامة،</w:t>
      </w:r>
      <w:r w:rsidRPr="008E006D">
        <w:rPr>
          <w:rFonts w:cs="Sakkal Majalla"/>
          <w:sz w:val="36"/>
          <w:szCs w:val="38"/>
        </w:rPr>
        <w:t xml:space="preserve"> </w:t>
      </w:r>
      <w:r w:rsidRPr="008E006D">
        <w:rPr>
          <w:rFonts w:cs="Sakkal Majalla"/>
          <w:sz w:val="36"/>
          <w:szCs w:val="38"/>
          <w:rtl/>
        </w:rPr>
        <w:t>ورفع</w:t>
      </w:r>
      <w:r w:rsidRPr="008E006D">
        <w:rPr>
          <w:rFonts w:cs="Sakkal Majalla"/>
          <w:sz w:val="36"/>
          <w:szCs w:val="38"/>
        </w:rPr>
        <w:t xml:space="preserve"> </w:t>
      </w:r>
      <w:r w:rsidRPr="008E006D">
        <w:rPr>
          <w:rFonts w:cs="Sakkal Majalla"/>
          <w:sz w:val="36"/>
          <w:szCs w:val="38"/>
          <w:rtl/>
        </w:rPr>
        <w:t>الكفاءة،</w:t>
      </w:r>
      <w:r w:rsidRPr="008E006D">
        <w:rPr>
          <w:rFonts w:cs="Sakkal Majalla"/>
          <w:sz w:val="36"/>
          <w:szCs w:val="38"/>
        </w:rPr>
        <w:t xml:space="preserve"> </w:t>
      </w:r>
      <w:r w:rsidRPr="008E006D">
        <w:rPr>
          <w:rFonts w:cs="Sakkal Majalla"/>
          <w:sz w:val="36"/>
          <w:szCs w:val="38"/>
          <w:rtl/>
        </w:rPr>
        <w:t>وتقليل</w:t>
      </w:r>
      <w:r w:rsidRPr="008E006D">
        <w:rPr>
          <w:rFonts w:cs="Sakkal Majalla"/>
          <w:sz w:val="36"/>
          <w:szCs w:val="38"/>
        </w:rPr>
        <w:t xml:space="preserve"> </w:t>
      </w:r>
      <w:r w:rsidRPr="008E006D">
        <w:rPr>
          <w:rFonts w:cs="Sakkal Majalla"/>
          <w:sz w:val="36"/>
          <w:szCs w:val="38"/>
          <w:rtl/>
        </w:rPr>
        <w:t>المخاطر،</w:t>
      </w:r>
      <w:r w:rsidRPr="008E006D">
        <w:rPr>
          <w:rFonts w:cs="Sakkal Majalla"/>
          <w:sz w:val="36"/>
          <w:szCs w:val="38"/>
        </w:rPr>
        <w:t xml:space="preserve"> </w:t>
      </w:r>
      <w:r w:rsidRPr="008E006D">
        <w:rPr>
          <w:rFonts w:cs="Sakkal Majalla"/>
          <w:sz w:val="36"/>
          <w:szCs w:val="38"/>
          <w:rtl/>
        </w:rPr>
        <w:t>وتعزيز</w:t>
      </w:r>
      <w:r w:rsidRPr="008E006D">
        <w:rPr>
          <w:rFonts w:cs="Sakkal Majalla"/>
          <w:sz w:val="36"/>
          <w:szCs w:val="38"/>
        </w:rPr>
        <w:t xml:space="preserve"> </w:t>
      </w:r>
      <w:r w:rsidRPr="008E006D">
        <w:rPr>
          <w:rFonts w:cs="Sakkal Majalla"/>
          <w:sz w:val="36"/>
          <w:szCs w:val="38"/>
          <w:rtl/>
        </w:rPr>
        <w:t>رضا</w:t>
      </w:r>
      <w:r w:rsidRPr="008E006D">
        <w:rPr>
          <w:rFonts w:cs="Sakkal Majalla"/>
          <w:sz w:val="36"/>
          <w:szCs w:val="38"/>
        </w:rPr>
        <w:t xml:space="preserve"> </w:t>
      </w:r>
      <w:r w:rsidRPr="008E006D">
        <w:rPr>
          <w:rFonts w:cs="Sakkal Majalla"/>
          <w:sz w:val="36"/>
          <w:szCs w:val="38"/>
          <w:rtl/>
        </w:rPr>
        <w:t>المستفيدين</w:t>
      </w:r>
      <w:r w:rsidRPr="008E006D">
        <w:rPr>
          <w:rFonts w:cs="Sakkal Majalla"/>
          <w:sz w:val="36"/>
          <w:szCs w:val="38"/>
        </w:rPr>
        <w:t xml:space="preserve"> (PMI, 2021; PMI, 2025</w:t>
      </w:r>
      <w:proofErr w:type="gramStart"/>
      <w:r w:rsidRPr="008E006D">
        <w:rPr>
          <w:rFonts w:cs="Sakkal Majalla"/>
          <w:sz w:val="36"/>
          <w:szCs w:val="38"/>
        </w:rPr>
        <w:t>)</w:t>
      </w:r>
      <w:r w:rsidR="008D0B36">
        <w:rPr>
          <w:rFonts w:cs="Sakkal Majalla" w:hint="cs"/>
          <w:sz w:val="36"/>
          <w:szCs w:val="38"/>
          <w:rtl/>
        </w:rPr>
        <w:t xml:space="preserve"> </w:t>
      </w:r>
      <w:r w:rsidRPr="008E006D">
        <w:rPr>
          <w:rFonts w:cs="Sakkal Majalla"/>
          <w:sz w:val="36"/>
          <w:szCs w:val="38"/>
        </w:rPr>
        <w:t>.</w:t>
      </w:r>
      <w:proofErr w:type="gramEnd"/>
    </w:p>
    <w:p w14:paraId="1851B5BB" w14:textId="77777777" w:rsidR="008E006D" w:rsidRPr="008E006D" w:rsidRDefault="008E006D" w:rsidP="008D0B36">
      <w:pPr>
        <w:ind w:firstLine="720"/>
        <w:rPr>
          <w:rFonts w:cs="Sakkal Majalla"/>
          <w:sz w:val="36"/>
          <w:szCs w:val="38"/>
        </w:rPr>
      </w:pPr>
      <w:r w:rsidRPr="008E006D">
        <w:rPr>
          <w:rFonts w:cs="Sakkal Majalla"/>
          <w:sz w:val="36"/>
          <w:szCs w:val="38"/>
          <w:rtl/>
        </w:rPr>
        <w:t>وبناء</w:t>
      </w:r>
      <w:r w:rsidRPr="008E006D">
        <w:rPr>
          <w:rFonts w:cs="Sakkal Majalla"/>
          <w:sz w:val="36"/>
          <w:szCs w:val="38"/>
        </w:rPr>
        <w:t xml:space="preserve"> </w:t>
      </w:r>
      <w:r w:rsidRPr="008E006D">
        <w:rPr>
          <w:rFonts w:cs="Sakkal Majalla"/>
          <w:sz w:val="36"/>
          <w:szCs w:val="38"/>
          <w:rtl/>
        </w:rPr>
        <w:t>على</w:t>
      </w:r>
      <w:r w:rsidRPr="008E006D">
        <w:rPr>
          <w:rFonts w:cs="Sakkal Majalla"/>
          <w:sz w:val="36"/>
          <w:szCs w:val="38"/>
        </w:rPr>
        <w:t xml:space="preserve"> </w:t>
      </w:r>
      <w:r w:rsidRPr="008E006D">
        <w:rPr>
          <w:rFonts w:cs="Sakkal Majalla"/>
          <w:sz w:val="36"/>
          <w:szCs w:val="38"/>
          <w:rtl/>
        </w:rPr>
        <w:t>هذا</w:t>
      </w:r>
      <w:r w:rsidRPr="008E006D">
        <w:rPr>
          <w:rFonts w:cs="Sakkal Majalla"/>
          <w:sz w:val="36"/>
          <w:szCs w:val="38"/>
        </w:rPr>
        <w:t xml:space="preserve"> </w:t>
      </w:r>
      <w:r w:rsidRPr="008E006D">
        <w:rPr>
          <w:rFonts w:cs="Sakkal Majalla"/>
          <w:sz w:val="36"/>
          <w:szCs w:val="38"/>
          <w:rtl/>
        </w:rPr>
        <w:t>المدخل،</w:t>
      </w:r>
      <w:r w:rsidRPr="008E006D">
        <w:rPr>
          <w:rFonts w:cs="Sakkal Majalla"/>
          <w:sz w:val="36"/>
          <w:szCs w:val="38"/>
        </w:rPr>
        <w:t xml:space="preserve"> </w:t>
      </w:r>
      <w:r w:rsidRPr="008E006D">
        <w:rPr>
          <w:rFonts w:cs="Sakkal Majalla"/>
          <w:sz w:val="36"/>
          <w:szCs w:val="38"/>
          <w:rtl/>
        </w:rPr>
        <w:t>تقيس</w:t>
      </w:r>
      <w:r w:rsidRPr="008E006D">
        <w:rPr>
          <w:rFonts w:cs="Sakkal Majalla"/>
          <w:sz w:val="36"/>
          <w:szCs w:val="38"/>
        </w:rPr>
        <w:t xml:space="preserve"> </w:t>
      </w:r>
      <w:r w:rsidRPr="008E006D">
        <w:rPr>
          <w:rFonts w:cs="Sakkal Majalla"/>
          <w:sz w:val="36"/>
          <w:szCs w:val="38"/>
          <w:rtl/>
        </w:rPr>
        <w:t>الدراسة</w:t>
      </w:r>
      <w:r w:rsidRPr="008E006D">
        <w:rPr>
          <w:rFonts w:cs="Sakkal Majalla"/>
          <w:sz w:val="36"/>
          <w:szCs w:val="38"/>
        </w:rPr>
        <w:t xml:space="preserve"> </w:t>
      </w:r>
      <w:r w:rsidRPr="008E006D">
        <w:rPr>
          <w:rFonts w:cs="Sakkal Majalla"/>
          <w:sz w:val="36"/>
          <w:szCs w:val="38"/>
          <w:rtl/>
        </w:rPr>
        <w:t>نجاح</w:t>
      </w:r>
      <w:r w:rsidRPr="008E006D">
        <w:rPr>
          <w:rFonts w:cs="Sakkal Majalla"/>
          <w:sz w:val="36"/>
          <w:szCs w:val="38"/>
        </w:rPr>
        <w:t xml:space="preserve"> </w:t>
      </w:r>
      <w:r w:rsidRPr="008E006D">
        <w:rPr>
          <w:rFonts w:cs="Sakkal Majalla"/>
          <w:sz w:val="36"/>
          <w:szCs w:val="38"/>
          <w:rtl/>
        </w:rPr>
        <w:t>المشاريع</w:t>
      </w:r>
      <w:r w:rsidRPr="008E006D">
        <w:rPr>
          <w:rFonts w:cs="Sakkal Majalla"/>
          <w:sz w:val="36"/>
          <w:szCs w:val="38"/>
        </w:rPr>
        <w:t xml:space="preserve"> </w:t>
      </w:r>
      <w:r w:rsidRPr="008E006D">
        <w:rPr>
          <w:rFonts w:cs="Sakkal Majalla"/>
          <w:sz w:val="36"/>
          <w:szCs w:val="38"/>
          <w:rtl/>
        </w:rPr>
        <w:t>من</w:t>
      </w:r>
      <w:r w:rsidRPr="008E006D">
        <w:rPr>
          <w:rFonts w:cs="Sakkal Majalla"/>
          <w:sz w:val="36"/>
          <w:szCs w:val="38"/>
        </w:rPr>
        <w:t xml:space="preserve"> </w:t>
      </w:r>
      <w:r w:rsidRPr="008E006D">
        <w:rPr>
          <w:rFonts w:cs="Sakkal Majalla"/>
          <w:sz w:val="36"/>
          <w:szCs w:val="38"/>
          <w:rtl/>
        </w:rPr>
        <w:t>منظور</w:t>
      </w:r>
      <w:r w:rsidRPr="008E006D">
        <w:rPr>
          <w:rFonts w:cs="Sakkal Majalla"/>
          <w:sz w:val="36"/>
          <w:szCs w:val="38"/>
        </w:rPr>
        <w:t xml:space="preserve"> </w:t>
      </w:r>
      <w:r w:rsidRPr="008E006D">
        <w:rPr>
          <w:rFonts w:cs="Sakkal Majalla"/>
          <w:sz w:val="36"/>
          <w:szCs w:val="38"/>
          <w:rtl/>
        </w:rPr>
        <w:t>متوازن</w:t>
      </w:r>
      <w:r w:rsidRPr="008E006D">
        <w:rPr>
          <w:rFonts w:cs="Sakkal Majalla"/>
          <w:sz w:val="36"/>
          <w:szCs w:val="38"/>
        </w:rPr>
        <w:t xml:space="preserve"> </w:t>
      </w:r>
      <w:r w:rsidRPr="008E006D">
        <w:rPr>
          <w:rFonts w:cs="Sakkal Majalla"/>
          <w:sz w:val="36"/>
          <w:szCs w:val="38"/>
          <w:rtl/>
        </w:rPr>
        <w:t>يتضمن</w:t>
      </w:r>
      <w:r w:rsidRPr="008E006D">
        <w:rPr>
          <w:rFonts w:cs="Sakkal Majalla"/>
          <w:sz w:val="36"/>
          <w:szCs w:val="38"/>
        </w:rPr>
        <w:t xml:space="preserve"> </w:t>
      </w:r>
      <w:r w:rsidRPr="008E006D">
        <w:rPr>
          <w:rFonts w:cs="Sakkal Majalla"/>
          <w:sz w:val="36"/>
          <w:szCs w:val="38"/>
          <w:rtl/>
        </w:rPr>
        <w:t>الوقت</w:t>
      </w:r>
      <w:r w:rsidRPr="008E006D">
        <w:rPr>
          <w:rFonts w:cs="Sakkal Majalla"/>
          <w:sz w:val="36"/>
          <w:szCs w:val="38"/>
        </w:rPr>
        <w:t xml:space="preserve"> </w:t>
      </w:r>
      <w:r w:rsidRPr="008E006D">
        <w:rPr>
          <w:rFonts w:cs="Sakkal Majalla"/>
          <w:sz w:val="36"/>
          <w:szCs w:val="38"/>
          <w:rtl/>
        </w:rPr>
        <w:t>والتكلفة</w:t>
      </w:r>
      <w:r w:rsidRPr="008E006D">
        <w:rPr>
          <w:rFonts w:cs="Sakkal Majalla"/>
          <w:sz w:val="36"/>
          <w:szCs w:val="38"/>
        </w:rPr>
        <w:t xml:space="preserve"> </w:t>
      </w:r>
      <w:r w:rsidRPr="008E006D">
        <w:rPr>
          <w:rFonts w:cs="Sakkal Majalla"/>
          <w:sz w:val="36"/>
          <w:szCs w:val="38"/>
          <w:rtl/>
        </w:rPr>
        <w:t>والجودة</w:t>
      </w:r>
      <w:r w:rsidRPr="008E006D">
        <w:rPr>
          <w:rFonts w:cs="Sakkal Majalla"/>
          <w:sz w:val="36"/>
          <w:szCs w:val="38"/>
        </w:rPr>
        <w:t xml:space="preserve"> </w:t>
      </w:r>
      <w:r w:rsidRPr="008E006D">
        <w:rPr>
          <w:rFonts w:cs="Sakkal Majalla"/>
          <w:sz w:val="36"/>
          <w:szCs w:val="38"/>
          <w:rtl/>
        </w:rPr>
        <w:t>ورضا</w:t>
      </w:r>
      <w:r w:rsidRPr="008E006D">
        <w:rPr>
          <w:rFonts w:cs="Sakkal Majalla"/>
          <w:sz w:val="36"/>
          <w:szCs w:val="38"/>
        </w:rPr>
        <w:t xml:space="preserve"> </w:t>
      </w:r>
      <w:r w:rsidRPr="008E006D">
        <w:rPr>
          <w:rFonts w:cs="Sakkal Majalla"/>
          <w:sz w:val="36"/>
          <w:szCs w:val="38"/>
          <w:rtl/>
        </w:rPr>
        <w:t>أصحاب</w:t>
      </w:r>
      <w:r w:rsidRPr="008E006D">
        <w:rPr>
          <w:rFonts w:cs="Sakkal Majalla"/>
          <w:sz w:val="36"/>
          <w:szCs w:val="38"/>
        </w:rPr>
        <w:t xml:space="preserve"> </w:t>
      </w:r>
      <w:r w:rsidRPr="008E006D">
        <w:rPr>
          <w:rFonts w:cs="Sakkal Majalla"/>
          <w:sz w:val="36"/>
          <w:szCs w:val="38"/>
          <w:rtl/>
        </w:rPr>
        <w:t>المصلحة</w:t>
      </w:r>
      <w:r w:rsidRPr="008E006D">
        <w:rPr>
          <w:rFonts w:cs="Sakkal Majalla"/>
          <w:sz w:val="36"/>
          <w:szCs w:val="38"/>
        </w:rPr>
        <w:t xml:space="preserve"> </w:t>
      </w:r>
      <w:r w:rsidRPr="008E006D">
        <w:rPr>
          <w:rFonts w:cs="Sakkal Majalla"/>
          <w:sz w:val="36"/>
          <w:szCs w:val="38"/>
          <w:rtl/>
        </w:rPr>
        <w:t>والقيمة</w:t>
      </w:r>
      <w:r w:rsidRPr="008E006D">
        <w:rPr>
          <w:rFonts w:cs="Sakkal Majalla"/>
          <w:sz w:val="36"/>
          <w:szCs w:val="38"/>
        </w:rPr>
        <w:t xml:space="preserve"> </w:t>
      </w:r>
      <w:r w:rsidRPr="008E006D">
        <w:rPr>
          <w:rFonts w:cs="Sakkal Majalla"/>
          <w:sz w:val="36"/>
          <w:szCs w:val="38"/>
          <w:rtl/>
        </w:rPr>
        <w:t>العامة</w:t>
      </w:r>
      <w:r w:rsidRPr="008E006D">
        <w:rPr>
          <w:rFonts w:cs="Sakkal Majalla"/>
          <w:sz w:val="36"/>
          <w:szCs w:val="38"/>
        </w:rPr>
        <w:t xml:space="preserve">. </w:t>
      </w:r>
      <w:r w:rsidRPr="008E006D">
        <w:rPr>
          <w:rFonts w:cs="Sakkal Majalla"/>
          <w:sz w:val="36"/>
          <w:szCs w:val="38"/>
          <w:rtl/>
        </w:rPr>
        <w:t>ويعني</w:t>
      </w:r>
      <w:r w:rsidRPr="008E006D">
        <w:rPr>
          <w:rFonts w:cs="Sakkal Majalla"/>
          <w:sz w:val="36"/>
          <w:szCs w:val="38"/>
        </w:rPr>
        <w:t xml:space="preserve"> </w:t>
      </w:r>
      <w:r w:rsidRPr="008E006D">
        <w:rPr>
          <w:rFonts w:cs="Sakkal Majalla"/>
          <w:sz w:val="36"/>
          <w:szCs w:val="38"/>
          <w:rtl/>
        </w:rPr>
        <w:t>ذلك</w:t>
      </w:r>
      <w:r w:rsidRPr="008E006D">
        <w:rPr>
          <w:rFonts w:cs="Sakkal Majalla"/>
          <w:sz w:val="36"/>
          <w:szCs w:val="38"/>
        </w:rPr>
        <w:t xml:space="preserve"> </w:t>
      </w:r>
      <w:r w:rsidRPr="008E006D">
        <w:rPr>
          <w:rFonts w:cs="Sakkal Majalla"/>
          <w:sz w:val="36"/>
          <w:szCs w:val="38"/>
          <w:rtl/>
        </w:rPr>
        <w:t>أن</w:t>
      </w:r>
      <w:r w:rsidRPr="008E006D">
        <w:rPr>
          <w:rFonts w:cs="Sakkal Majalla"/>
          <w:sz w:val="36"/>
          <w:szCs w:val="38"/>
        </w:rPr>
        <w:t xml:space="preserve"> </w:t>
      </w:r>
      <w:r w:rsidRPr="008E006D">
        <w:rPr>
          <w:rFonts w:cs="Sakkal Majalla"/>
          <w:sz w:val="36"/>
          <w:szCs w:val="38"/>
          <w:rtl/>
        </w:rPr>
        <w:t>المشروع</w:t>
      </w:r>
      <w:r w:rsidRPr="008E006D">
        <w:rPr>
          <w:rFonts w:cs="Sakkal Majalla"/>
          <w:sz w:val="36"/>
          <w:szCs w:val="38"/>
        </w:rPr>
        <w:t xml:space="preserve"> </w:t>
      </w:r>
      <w:r w:rsidRPr="008E006D">
        <w:rPr>
          <w:rFonts w:cs="Sakkal Majalla"/>
          <w:sz w:val="36"/>
          <w:szCs w:val="38"/>
          <w:rtl/>
        </w:rPr>
        <w:t>قد</w:t>
      </w:r>
      <w:r w:rsidRPr="008E006D">
        <w:rPr>
          <w:rFonts w:cs="Sakkal Majalla"/>
          <w:sz w:val="36"/>
          <w:szCs w:val="38"/>
        </w:rPr>
        <w:t xml:space="preserve"> </w:t>
      </w:r>
      <w:r w:rsidRPr="008E006D">
        <w:rPr>
          <w:rFonts w:cs="Sakkal Majalla"/>
          <w:sz w:val="36"/>
          <w:szCs w:val="38"/>
          <w:rtl/>
        </w:rPr>
        <w:t>لا</w:t>
      </w:r>
      <w:r w:rsidRPr="008E006D">
        <w:rPr>
          <w:rFonts w:cs="Sakkal Majalla"/>
          <w:sz w:val="36"/>
          <w:szCs w:val="38"/>
        </w:rPr>
        <w:t xml:space="preserve"> </w:t>
      </w:r>
      <w:r w:rsidRPr="008E006D">
        <w:rPr>
          <w:rFonts w:cs="Sakkal Majalla"/>
          <w:sz w:val="36"/>
          <w:szCs w:val="38"/>
          <w:rtl/>
        </w:rPr>
        <w:t>يعد</w:t>
      </w:r>
      <w:r w:rsidRPr="008E006D">
        <w:rPr>
          <w:rFonts w:cs="Sakkal Majalla"/>
          <w:sz w:val="36"/>
          <w:szCs w:val="38"/>
        </w:rPr>
        <w:t xml:space="preserve"> </w:t>
      </w:r>
      <w:r w:rsidRPr="008E006D">
        <w:rPr>
          <w:rFonts w:cs="Sakkal Majalla"/>
          <w:sz w:val="36"/>
          <w:szCs w:val="38"/>
          <w:rtl/>
        </w:rPr>
        <w:t>ناجحًا</w:t>
      </w:r>
      <w:r w:rsidRPr="008E006D">
        <w:rPr>
          <w:rFonts w:cs="Sakkal Majalla"/>
          <w:sz w:val="36"/>
          <w:szCs w:val="38"/>
        </w:rPr>
        <w:t xml:space="preserve"> </w:t>
      </w:r>
      <w:r w:rsidRPr="008E006D">
        <w:rPr>
          <w:rFonts w:cs="Sakkal Majalla"/>
          <w:sz w:val="36"/>
          <w:szCs w:val="38"/>
          <w:rtl/>
        </w:rPr>
        <w:t>بالمعنى</w:t>
      </w:r>
      <w:r w:rsidRPr="008E006D">
        <w:rPr>
          <w:rFonts w:cs="Sakkal Majalla"/>
          <w:sz w:val="36"/>
          <w:szCs w:val="38"/>
        </w:rPr>
        <w:t xml:space="preserve"> </w:t>
      </w:r>
      <w:r w:rsidRPr="008E006D">
        <w:rPr>
          <w:rFonts w:cs="Sakkal Majalla"/>
          <w:sz w:val="36"/>
          <w:szCs w:val="38"/>
          <w:rtl/>
        </w:rPr>
        <w:t>الكامل</w:t>
      </w:r>
      <w:r w:rsidRPr="008E006D">
        <w:rPr>
          <w:rFonts w:cs="Sakkal Majalla"/>
          <w:sz w:val="36"/>
          <w:szCs w:val="38"/>
        </w:rPr>
        <w:t xml:space="preserve"> </w:t>
      </w:r>
      <w:r w:rsidRPr="008E006D">
        <w:rPr>
          <w:rFonts w:cs="Sakkal Majalla"/>
          <w:sz w:val="36"/>
          <w:szCs w:val="38"/>
          <w:rtl/>
        </w:rPr>
        <w:t>إذا</w:t>
      </w:r>
      <w:r w:rsidRPr="008E006D">
        <w:rPr>
          <w:rFonts w:cs="Sakkal Majalla"/>
          <w:sz w:val="36"/>
          <w:szCs w:val="38"/>
        </w:rPr>
        <w:t xml:space="preserve"> </w:t>
      </w:r>
      <w:r w:rsidRPr="008E006D">
        <w:rPr>
          <w:rFonts w:cs="Sakkal Majalla"/>
          <w:sz w:val="36"/>
          <w:szCs w:val="38"/>
          <w:rtl/>
        </w:rPr>
        <w:t>تم</w:t>
      </w:r>
      <w:r w:rsidRPr="008E006D">
        <w:rPr>
          <w:rFonts w:cs="Sakkal Majalla"/>
          <w:sz w:val="36"/>
          <w:szCs w:val="38"/>
        </w:rPr>
        <w:t xml:space="preserve"> </w:t>
      </w:r>
      <w:r w:rsidRPr="008E006D">
        <w:rPr>
          <w:rFonts w:cs="Sakkal Majalla"/>
          <w:sz w:val="36"/>
          <w:szCs w:val="38"/>
          <w:rtl/>
        </w:rPr>
        <w:t>تسليمه</w:t>
      </w:r>
      <w:r w:rsidRPr="008E006D">
        <w:rPr>
          <w:rFonts w:cs="Sakkal Majalla"/>
          <w:sz w:val="36"/>
          <w:szCs w:val="38"/>
        </w:rPr>
        <w:t xml:space="preserve"> </w:t>
      </w:r>
      <w:r w:rsidRPr="008E006D">
        <w:rPr>
          <w:rFonts w:cs="Sakkal Majalla"/>
          <w:sz w:val="36"/>
          <w:szCs w:val="38"/>
          <w:rtl/>
        </w:rPr>
        <w:t>ضمن</w:t>
      </w:r>
      <w:r w:rsidRPr="008E006D">
        <w:rPr>
          <w:rFonts w:cs="Sakkal Majalla"/>
          <w:sz w:val="36"/>
          <w:szCs w:val="38"/>
        </w:rPr>
        <w:t xml:space="preserve"> </w:t>
      </w:r>
      <w:r w:rsidRPr="008E006D">
        <w:rPr>
          <w:rFonts w:cs="Sakkal Majalla"/>
          <w:sz w:val="36"/>
          <w:szCs w:val="38"/>
          <w:rtl/>
        </w:rPr>
        <w:t>الجدول</w:t>
      </w:r>
      <w:r w:rsidRPr="008E006D">
        <w:rPr>
          <w:rFonts w:cs="Sakkal Majalla"/>
          <w:sz w:val="36"/>
          <w:szCs w:val="38"/>
        </w:rPr>
        <w:t xml:space="preserve"> </w:t>
      </w:r>
      <w:r w:rsidRPr="008E006D">
        <w:rPr>
          <w:rFonts w:cs="Sakkal Majalla"/>
          <w:sz w:val="36"/>
          <w:szCs w:val="38"/>
          <w:rtl/>
        </w:rPr>
        <w:t>والموازنة</w:t>
      </w:r>
      <w:r w:rsidRPr="008E006D">
        <w:rPr>
          <w:rFonts w:cs="Sakkal Majalla"/>
          <w:sz w:val="36"/>
          <w:szCs w:val="38"/>
        </w:rPr>
        <w:t xml:space="preserve"> </w:t>
      </w:r>
      <w:r w:rsidRPr="008E006D">
        <w:rPr>
          <w:rFonts w:cs="Sakkal Majalla"/>
          <w:sz w:val="36"/>
          <w:szCs w:val="38"/>
          <w:rtl/>
        </w:rPr>
        <w:t>لكنه</w:t>
      </w:r>
      <w:r w:rsidRPr="008E006D">
        <w:rPr>
          <w:rFonts w:cs="Sakkal Majalla"/>
          <w:sz w:val="36"/>
          <w:szCs w:val="38"/>
        </w:rPr>
        <w:t xml:space="preserve"> </w:t>
      </w:r>
      <w:r w:rsidRPr="008E006D">
        <w:rPr>
          <w:rFonts w:cs="Sakkal Majalla"/>
          <w:sz w:val="36"/>
          <w:szCs w:val="38"/>
          <w:rtl/>
        </w:rPr>
        <w:t>لم</w:t>
      </w:r>
      <w:r w:rsidRPr="008E006D">
        <w:rPr>
          <w:rFonts w:cs="Sakkal Majalla"/>
          <w:sz w:val="36"/>
          <w:szCs w:val="38"/>
        </w:rPr>
        <w:t xml:space="preserve"> </w:t>
      </w:r>
      <w:r w:rsidRPr="008E006D">
        <w:rPr>
          <w:rFonts w:cs="Sakkal Majalla"/>
          <w:sz w:val="36"/>
          <w:szCs w:val="38"/>
          <w:rtl/>
        </w:rPr>
        <w:t>يحسن</w:t>
      </w:r>
      <w:r w:rsidRPr="008E006D">
        <w:rPr>
          <w:rFonts w:cs="Sakkal Majalla"/>
          <w:sz w:val="36"/>
          <w:szCs w:val="38"/>
        </w:rPr>
        <w:t xml:space="preserve"> </w:t>
      </w:r>
      <w:r w:rsidRPr="008E006D">
        <w:rPr>
          <w:rFonts w:cs="Sakkal Majalla"/>
          <w:sz w:val="36"/>
          <w:szCs w:val="38"/>
          <w:rtl/>
        </w:rPr>
        <w:t>الخدمة</w:t>
      </w:r>
      <w:r w:rsidRPr="008E006D">
        <w:rPr>
          <w:rFonts w:cs="Sakkal Majalla"/>
          <w:sz w:val="36"/>
          <w:szCs w:val="38"/>
        </w:rPr>
        <w:t xml:space="preserve"> </w:t>
      </w:r>
      <w:r w:rsidRPr="008E006D">
        <w:rPr>
          <w:rFonts w:cs="Sakkal Majalla"/>
          <w:sz w:val="36"/>
          <w:szCs w:val="38"/>
          <w:rtl/>
        </w:rPr>
        <w:t>أو</w:t>
      </w:r>
      <w:r w:rsidRPr="008E006D">
        <w:rPr>
          <w:rFonts w:cs="Sakkal Majalla"/>
          <w:sz w:val="36"/>
          <w:szCs w:val="38"/>
        </w:rPr>
        <w:t xml:space="preserve"> </w:t>
      </w:r>
      <w:r w:rsidRPr="008E006D">
        <w:rPr>
          <w:rFonts w:cs="Sakkal Majalla"/>
          <w:sz w:val="36"/>
          <w:szCs w:val="38"/>
          <w:rtl/>
        </w:rPr>
        <w:t>لم</w:t>
      </w:r>
      <w:r w:rsidRPr="008E006D">
        <w:rPr>
          <w:rFonts w:cs="Sakkal Majalla"/>
          <w:sz w:val="36"/>
          <w:szCs w:val="38"/>
        </w:rPr>
        <w:t xml:space="preserve"> </w:t>
      </w:r>
      <w:r w:rsidRPr="008E006D">
        <w:rPr>
          <w:rFonts w:cs="Sakkal Majalla"/>
          <w:sz w:val="36"/>
          <w:szCs w:val="38"/>
          <w:rtl/>
        </w:rPr>
        <w:t>يحقق</w:t>
      </w:r>
      <w:r w:rsidRPr="008E006D">
        <w:rPr>
          <w:rFonts w:cs="Sakkal Majalla"/>
          <w:sz w:val="36"/>
          <w:szCs w:val="38"/>
        </w:rPr>
        <w:t xml:space="preserve"> </w:t>
      </w:r>
      <w:r w:rsidRPr="008E006D">
        <w:rPr>
          <w:rFonts w:cs="Sakkal Majalla"/>
          <w:sz w:val="36"/>
          <w:szCs w:val="38"/>
          <w:rtl/>
        </w:rPr>
        <w:t>رضا</w:t>
      </w:r>
      <w:r w:rsidRPr="008E006D">
        <w:rPr>
          <w:rFonts w:cs="Sakkal Majalla"/>
          <w:sz w:val="36"/>
          <w:szCs w:val="38"/>
        </w:rPr>
        <w:t xml:space="preserve"> </w:t>
      </w:r>
      <w:r w:rsidRPr="008E006D">
        <w:rPr>
          <w:rFonts w:cs="Sakkal Majalla"/>
          <w:sz w:val="36"/>
          <w:szCs w:val="38"/>
          <w:rtl/>
        </w:rPr>
        <w:t>المستفيد</w:t>
      </w:r>
      <w:r w:rsidRPr="008E006D">
        <w:rPr>
          <w:rFonts w:cs="Sakkal Majalla"/>
          <w:sz w:val="36"/>
          <w:szCs w:val="38"/>
        </w:rPr>
        <w:t xml:space="preserve"> </w:t>
      </w:r>
      <w:r w:rsidRPr="008E006D">
        <w:rPr>
          <w:rFonts w:cs="Sakkal Majalla"/>
          <w:sz w:val="36"/>
          <w:szCs w:val="38"/>
          <w:rtl/>
        </w:rPr>
        <w:t>أو</w:t>
      </w:r>
      <w:r w:rsidRPr="008E006D">
        <w:rPr>
          <w:rFonts w:cs="Sakkal Majalla"/>
          <w:sz w:val="36"/>
          <w:szCs w:val="38"/>
        </w:rPr>
        <w:t xml:space="preserve"> </w:t>
      </w:r>
      <w:r w:rsidRPr="008E006D">
        <w:rPr>
          <w:rFonts w:cs="Sakkal Majalla"/>
          <w:sz w:val="36"/>
          <w:szCs w:val="38"/>
          <w:rtl/>
        </w:rPr>
        <w:t>لم</w:t>
      </w:r>
      <w:r w:rsidRPr="008E006D">
        <w:rPr>
          <w:rFonts w:cs="Sakkal Majalla"/>
          <w:sz w:val="36"/>
          <w:szCs w:val="38"/>
        </w:rPr>
        <w:t xml:space="preserve"> </w:t>
      </w:r>
      <w:r w:rsidRPr="008E006D">
        <w:rPr>
          <w:rFonts w:cs="Sakkal Majalla"/>
          <w:sz w:val="36"/>
          <w:szCs w:val="38"/>
          <w:rtl/>
        </w:rPr>
        <w:t>يدعم</w:t>
      </w:r>
      <w:r w:rsidRPr="008E006D">
        <w:rPr>
          <w:rFonts w:cs="Sakkal Majalla"/>
          <w:sz w:val="36"/>
          <w:szCs w:val="38"/>
        </w:rPr>
        <w:t xml:space="preserve"> </w:t>
      </w:r>
      <w:r w:rsidRPr="008E006D">
        <w:rPr>
          <w:rFonts w:cs="Sakkal Majalla"/>
          <w:sz w:val="36"/>
          <w:szCs w:val="38"/>
          <w:rtl/>
        </w:rPr>
        <w:t>أهداف</w:t>
      </w:r>
      <w:r w:rsidRPr="008E006D">
        <w:rPr>
          <w:rFonts w:cs="Sakkal Majalla"/>
          <w:sz w:val="36"/>
          <w:szCs w:val="38"/>
        </w:rPr>
        <w:t xml:space="preserve"> </w:t>
      </w:r>
      <w:r w:rsidRPr="008E006D">
        <w:rPr>
          <w:rFonts w:cs="Sakkal Majalla"/>
          <w:sz w:val="36"/>
          <w:szCs w:val="38"/>
          <w:rtl/>
        </w:rPr>
        <w:t>الجهة</w:t>
      </w:r>
      <w:r w:rsidRPr="008E006D">
        <w:rPr>
          <w:rFonts w:cs="Sakkal Majalla"/>
          <w:sz w:val="36"/>
          <w:szCs w:val="38"/>
        </w:rPr>
        <w:t xml:space="preserve"> </w:t>
      </w:r>
      <w:r w:rsidRPr="008E006D">
        <w:rPr>
          <w:rFonts w:cs="Sakkal Majalla"/>
          <w:sz w:val="36"/>
          <w:szCs w:val="38"/>
          <w:rtl/>
        </w:rPr>
        <w:t>الاستراتيجية</w:t>
      </w:r>
      <w:r w:rsidRPr="008E006D">
        <w:rPr>
          <w:rFonts w:cs="Sakkal Majalla"/>
          <w:sz w:val="36"/>
          <w:szCs w:val="38"/>
        </w:rPr>
        <w:t>.</w:t>
      </w:r>
    </w:p>
    <w:p w14:paraId="11B59383" w14:textId="77777777" w:rsidR="008E006D" w:rsidRPr="008E006D" w:rsidRDefault="008E006D" w:rsidP="008D0B36">
      <w:pPr>
        <w:ind w:firstLine="0"/>
        <w:jc w:val="center"/>
        <w:rPr>
          <w:rFonts w:cs="Sakkal Majalla"/>
          <w:bCs/>
          <w:sz w:val="36"/>
          <w:szCs w:val="38"/>
        </w:rPr>
      </w:pPr>
      <w:r w:rsidRPr="008E006D">
        <w:rPr>
          <w:rFonts w:cs="Sakkal Majalla"/>
          <w:b/>
          <w:bCs/>
          <w:sz w:val="36"/>
          <w:szCs w:val="38"/>
          <w:rtl/>
        </w:rPr>
        <w:t>جدول</w:t>
      </w:r>
      <w:r w:rsidRPr="008E006D">
        <w:rPr>
          <w:rFonts w:cs="Sakkal Majalla"/>
          <w:b/>
          <w:bCs/>
          <w:sz w:val="36"/>
          <w:szCs w:val="38"/>
        </w:rPr>
        <w:t xml:space="preserve"> (2-1</w:t>
      </w:r>
      <w:proofErr w:type="gramStart"/>
      <w:r w:rsidRPr="008E006D">
        <w:rPr>
          <w:rFonts w:cs="Sakkal Majalla"/>
          <w:b/>
          <w:bCs/>
          <w:sz w:val="36"/>
          <w:szCs w:val="38"/>
        </w:rPr>
        <w:t>)</w:t>
      </w:r>
      <w:r w:rsidR="008D0B36">
        <w:rPr>
          <w:rFonts w:cs="Sakkal Majalla" w:hint="cs"/>
          <w:b/>
          <w:bCs/>
          <w:sz w:val="36"/>
          <w:szCs w:val="38"/>
          <w:rtl/>
        </w:rPr>
        <w:t xml:space="preserve"> </w:t>
      </w:r>
      <w:r w:rsidRPr="008E006D">
        <w:rPr>
          <w:rFonts w:cs="Sakkal Majalla"/>
          <w:b/>
          <w:bCs/>
          <w:sz w:val="36"/>
          <w:szCs w:val="38"/>
        </w:rPr>
        <w:t>:</w:t>
      </w:r>
      <w:proofErr w:type="gramEnd"/>
      <w:r w:rsidR="008D0B36">
        <w:rPr>
          <w:rFonts w:cs="Sakkal Majalla" w:hint="cs"/>
          <w:b/>
          <w:bCs/>
          <w:sz w:val="36"/>
          <w:szCs w:val="38"/>
          <w:rtl/>
        </w:rPr>
        <w:t xml:space="preserve"> </w:t>
      </w:r>
      <w:r w:rsidRPr="008E006D">
        <w:rPr>
          <w:rFonts w:cs="Sakkal Majalla"/>
          <w:b/>
          <w:bCs/>
          <w:sz w:val="36"/>
          <w:szCs w:val="38"/>
        </w:rPr>
        <w:t xml:space="preserve"> </w:t>
      </w:r>
      <w:r w:rsidRPr="008E006D">
        <w:rPr>
          <w:rFonts w:cs="Sakkal Majalla"/>
          <w:b/>
          <w:bCs/>
          <w:sz w:val="36"/>
          <w:szCs w:val="38"/>
          <w:rtl/>
        </w:rPr>
        <w:t>المنطلقات</w:t>
      </w:r>
      <w:r w:rsidRPr="008E006D">
        <w:rPr>
          <w:rFonts w:cs="Sakkal Majalla"/>
          <w:b/>
          <w:bCs/>
          <w:sz w:val="36"/>
          <w:szCs w:val="38"/>
        </w:rPr>
        <w:t xml:space="preserve"> </w:t>
      </w:r>
      <w:r w:rsidRPr="008E006D">
        <w:rPr>
          <w:rFonts w:cs="Sakkal Majalla"/>
          <w:b/>
          <w:bCs/>
          <w:sz w:val="36"/>
          <w:szCs w:val="38"/>
          <w:rtl/>
        </w:rPr>
        <w:t>النظرية</w:t>
      </w:r>
      <w:r w:rsidRPr="008E006D">
        <w:rPr>
          <w:rFonts w:cs="Sakkal Majalla"/>
          <w:b/>
          <w:bCs/>
          <w:sz w:val="36"/>
          <w:szCs w:val="38"/>
        </w:rPr>
        <w:t xml:space="preserve"> </w:t>
      </w:r>
      <w:r w:rsidRPr="008E006D">
        <w:rPr>
          <w:rFonts w:cs="Sakkal Majalla"/>
          <w:b/>
          <w:bCs/>
          <w:sz w:val="36"/>
          <w:szCs w:val="38"/>
          <w:rtl/>
        </w:rPr>
        <w:t>للدراسة</w:t>
      </w:r>
    </w:p>
    <w:tbl>
      <w:tblPr>
        <w:tblStyle w:val="TableGrid"/>
        <w:bidiVisual/>
        <w:tblW w:w="9639" w:type="dxa"/>
        <w:tblInd w:w="361" w:type="dxa"/>
        <w:tblLayout w:type="fixed"/>
        <w:tblLook w:val="04A0" w:firstRow="1" w:lastRow="0" w:firstColumn="1" w:lastColumn="0" w:noHBand="0" w:noVBand="1"/>
      </w:tblPr>
      <w:tblGrid>
        <w:gridCol w:w="2268"/>
        <w:gridCol w:w="3969"/>
        <w:gridCol w:w="3402"/>
      </w:tblGrid>
      <w:tr w:rsidR="008E006D" w:rsidRPr="002D5B89" w14:paraId="1FD75209" w14:textId="77777777" w:rsidTr="008D0B36">
        <w:tc>
          <w:tcPr>
            <w:tcW w:w="2268" w:type="dxa"/>
            <w:shd w:val="clear" w:color="auto" w:fill="1F4E79"/>
            <w:tcMar>
              <w:top w:w="110" w:type="dxa"/>
              <w:left w:w="110" w:type="dxa"/>
              <w:bottom w:w="110" w:type="dxa"/>
              <w:right w:w="110" w:type="dxa"/>
            </w:tcMar>
            <w:vAlign w:val="center"/>
          </w:tcPr>
          <w:p w14:paraId="7DE8D47D" w14:textId="77777777" w:rsidR="008E006D" w:rsidRPr="002D5B89" w:rsidRDefault="008E006D" w:rsidP="008D0B36">
            <w:pPr>
              <w:ind w:firstLine="0"/>
              <w:jc w:val="center"/>
              <w:rPr>
                <w:rFonts w:cs="Sakkal Majalla"/>
                <w:color w:val="FFFFFF" w:themeColor="background1"/>
                <w:sz w:val="32"/>
                <w:szCs w:val="34"/>
              </w:rPr>
            </w:pPr>
            <w:r w:rsidRPr="002D5B89">
              <w:rPr>
                <w:rFonts w:cs="Sakkal Majalla"/>
                <w:b/>
                <w:bCs/>
                <w:color w:val="FFFFFF" w:themeColor="background1"/>
                <w:sz w:val="32"/>
                <w:szCs w:val="34"/>
                <w:rtl/>
              </w:rPr>
              <w:t>المنطلق</w:t>
            </w:r>
            <w:r w:rsidRPr="002D5B89">
              <w:rPr>
                <w:rFonts w:cs="Sakkal Majalla"/>
                <w:b/>
                <w:color w:val="FFFFFF" w:themeColor="background1"/>
                <w:sz w:val="32"/>
                <w:szCs w:val="34"/>
              </w:rPr>
              <w:t xml:space="preserve"> </w:t>
            </w:r>
            <w:r w:rsidRPr="002D5B89">
              <w:rPr>
                <w:rFonts w:cs="Sakkal Majalla"/>
                <w:b/>
                <w:bCs/>
                <w:color w:val="FFFFFF" w:themeColor="background1"/>
                <w:sz w:val="32"/>
                <w:szCs w:val="34"/>
                <w:rtl/>
              </w:rPr>
              <w:t>النظري</w:t>
            </w:r>
          </w:p>
        </w:tc>
        <w:tc>
          <w:tcPr>
            <w:tcW w:w="3969" w:type="dxa"/>
            <w:shd w:val="clear" w:color="auto" w:fill="1F4E79"/>
            <w:tcMar>
              <w:top w:w="110" w:type="dxa"/>
              <w:left w:w="110" w:type="dxa"/>
              <w:bottom w:w="110" w:type="dxa"/>
              <w:right w:w="110" w:type="dxa"/>
            </w:tcMar>
            <w:vAlign w:val="center"/>
          </w:tcPr>
          <w:p w14:paraId="682CBFAF" w14:textId="77777777" w:rsidR="008E006D" w:rsidRPr="002D5B89" w:rsidRDefault="008E006D" w:rsidP="008D0B36">
            <w:pPr>
              <w:ind w:firstLine="0"/>
              <w:jc w:val="center"/>
              <w:rPr>
                <w:rFonts w:cs="Sakkal Majalla"/>
                <w:color w:val="FFFFFF" w:themeColor="background1"/>
                <w:sz w:val="32"/>
                <w:szCs w:val="34"/>
              </w:rPr>
            </w:pPr>
            <w:r w:rsidRPr="002D5B89">
              <w:rPr>
                <w:rFonts w:cs="Sakkal Majalla"/>
                <w:b/>
                <w:bCs/>
                <w:color w:val="FFFFFF" w:themeColor="background1"/>
                <w:sz w:val="32"/>
                <w:szCs w:val="34"/>
                <w:rtl/>
              </w:rPr>
              <w:t>الفكرة</w:t>
            </w:r>
            <w:r w:rsidRPr="002D5B89">
              <w:rPr>
                <w:rFonts w:cs="Sakkal Majalla"/>
                <w:b/>
                <w:color w:val="FFFFFF" w:themeColor="background1"/>
                <w:sz w:val="32"/>
                <w:szCs w:val="34"/>
              </w:rPr>
              <w:t xml:space="preserve"> </w:t>
            </w:r>
            <w:r w:rsidRPr="002D5B89">
              <w:rPr>
                <w:rFonts w:cs="Sakkal Majalla"/>
                <w:b/>
                <w:bCs/>
                <w:color w:val="FFFFFF" w:themeColor="background1"/>
                <w:sz w:val="32"/>
                <w:szCs w:val="34"/>
                <w:rtl/>
              </w:rPr>
              <w:t>الرئيسة</w:t>
            </w:r>
          </w:p>
        </w:tc>
        <w:tc>
          <w:tcPr>
            <w:tcW w:w="3402" w:type="dxa"/>
            <w:shd w:val="clear" w:color="auto" w:fill="1F4E79"/>
            <w:tcMar>
              <w:top w:w="110" w:type="dxa"/>
              <w:left w:w="110" w:type="dxa"/>
              <w:bottom w:w="110" w:type="dxa"/>
              <w:right w:w="110" w:type="dxa"/>
            </w:tcMar>
            <w:vAlign w:val="center"/>
          </w:tcPr>
          <w:p w14:paraId="17C29B95" w14:textId="77777777" w:rsidR="008E006D" w:rsidRPr="002D5B89" w:rsidRDefault="008E006D" w:rsidP="008D0B36">
            <w:pPr>
              <w:ind w:firstLine="0"/>
              <w:jc w:val="center"/>
              <w:rPr>
                <w:rFonts w:cs="Sakkal Majalla"/>
                <w:color w:val="FFFFFF" w:themeColor="background1"/>
                <w:sz w:val="32"/>
                <w:szCs w:val="34"/>
              </w:rPr>
            </w:pPr>
            <w:r w:rsidRPr="002D5B89">
              <w:rPr>
                <w:rFonts w:cs="Sakkal Majalla"/>
                <w:b/>
                <w:bCs/>
                <w:color w:val="FFFFFF" w:themeColor="background1"/>
                <w:sz w:val="32"/>
                <w:szCs w:val="34"/>
                <w:rtl/>
              </w:rPr>
              <w:t>انعكاسه</w:t>
            </w:r>
            <w:r w:rsidRPr="002D5B89">
              <w:rPr>
                <w:rFonts w:cs="Sakkal Majalla"/>
                <w:b/>
                <w:color w:val="FFFFFF" w:themeColor="background1"/>
                <w:sz w:val="32"/>
                <w:szCs w:val="34"/>
              </w:rPr>
              <w:t xml:space="preserve"> </w:t>
            </w:r>
            <w:r w:rsidRPr="002D5B89">
              <w:rPr>
                <w:rFonts w:cs="Sakkal Majalla"/>
                <w:b/>
                <w:bCs/>
                <w:color w:val="FFFFFF" w:themeColor="background1"/>
                <w:sz w:val="32"/>
                <w:szCs w:val="34"/>
                <w:rtl/>
              </w:rPr>
              <w:t>على</w:t>
            </w:r>
            <w:r w:rsidRPr="002D5B89">
              <w:rPr>
                <w:rFonts w:cs="Sakkal Majalla"/>
                <w:b/>
                <w:color w:val="FFFFFF" w:themeColor="background1"/>
                <w:sz w:val="32"/>
                <w:szCs w:val="34"/>
              </w:rPr>
              <w:t xml:space="preserve"> </w:t>
            </w:r>
            <w:r w:rsidRPr="002D5B89">
              <w:rPr>
                <w:rFonts w:cs="Sakkal Majalla"/>
                <w:b/>
                <w:bCs/>
                <w:color w:val="FFFFFF" w:themeColor="background1"/>
                <w:sz w:val="32"/>
                <w:szCs w:val="34"/>
                <w:rtl/>
              </w:rPr>
              <w:t>الدراسة</w:t>
            </w:r>
          </w:p>
        </w:tc>
      </w:tr>
      <w:tr w:rsidR="008E006D" w:rsidRPr="002D5B89" w14:paraId="57870EBB" w14:textId="77777777" w:rsidTr="008D0B36">
        <w:tc>
          <w:tcPr>
            <w:tcW w:w="2268" w:type="dxa"/>
            <w:shd w:val="clear" w:color="auto" w:fill="F2F6FA"/>
            <w:tcMar>
              <w:top w:w="110" w:type="dxa"/>
              <w:left w:w="110" w:type="dxa"/>
              <w:bottom w:w="110" w:type="dxa"/>
              <w:right w:w="110" w:type="dxa"/>
            </w:tcMar>
            <w:vAlign w:val="center"/>
          </w:tcPr>
          <w:p w14:paraId="2272F1DF" w14:textId="77777777" w:rsidR="008E006D" w:rsidRPr="002D5B89" w:rsidRDefault="008E006D" w:rsidP="008D0B36">
            <w:pPr>
              <w:ind w:firstLine="0"/>
              <w:jc w:val="center"/>
              <w:rPr>
                <w:rFonts w:cs="Sakkal Majalla"/>
                <w:sz w:val="32"/>
                <w:szCs w:val="34"/>
              </w:rPr>
            </w:pPr>
            <w:r w:rsidRPr="002D5B89">
              <w:rPr>
                <w:rFonts w:cs="Sakkal Majalla"/>
                <w:sz w:val="32"/>
                <w:szCs w:val="34"/>
                <w:rtl/>
              </w:rPr>
              <w:t>القدرات</w:t>
            </w:r>
            <w:r w:rsidRPr="002D5B89">
              <w:rPr>
                <w:rFonts w:cs="Sakkal Majalla"/>
                <w:sz w:val="32"/>
                <w:szCs w:val="34"/>
              </w:rPr>
              <w:t xml:space="preserve"> </w:t>
            </w:r>
            <w:r w:rsidRPr="002D5B89">
              <w:rPr>
                <w:rFonts w:cs="Sakkal Majalla"/>
                <w:sz w:val="32"/>
                <w:szCs w:val="34"/>
                <w:rtl/>
              </w:rPr>
              <w:t>الديناميكية</w:t>
            </w:r>
          </w:p>
        </w:tc>
        <w:tc>
          <w:tcPr>
            <w:tcW w:w="3969" w:type="dxa"/>
            <w:shd w:val="clear" w:color="auto" w:fill="F2F6FA"/>
            <w:tcMar>
              <w:top w:w="110" w:type="dxa"/>
              <w:left w:w="110" w:type="dxa"/>
              <w:bottom w:w="110" w:type="dxa"/>
              <w:right w:w="110" w:type="dxa"/>
            </w:tcMar>
            <w:vAlign w:val="center"/>
          </w:tcPr>
          <w:p w14:paraId="2EB5C03E" w14:textId="77777777" w:rsidR="008E006D" w:rsidRPr="002D5B89" w:rsidRDefault="008E006D" w:rsidP="008D0B36">
            <w:pPr>
              <w:ind w:firstLine="0"/>
              <w:jc w:val="center"/>
              <w:rPr>
                <w:rFonts w:cs="Sakkal Majalla"/>
                <w:sz w:val="32"/>
                <w:szCs w:val="34"/>
              </w:rPr>
            </w:pPr>
            <w:r w:rsidRPr="002D5B89">
              <w:rPr>
                <w:rFonts w:cs="Sakkal Majalla"/>
                <w:sz w:val="32"/>
                <w:szCs w:val="34"/>
                <w:rtl/>
              </w:rPr>
              <w:t>قدرة</w:t>
            </w:r>
            <w:r w:rsidRPr="002D5B89">
              <w:rPr>
                <w:rFonts w:cs="Sakkal Majalla"/>
                <w:sz w:val="32"/>
                <w:szCs w:val="34"/>
              </w:rPr>
              <w:t xml:space="preserve"> </w:t>
            </w:r>
            <w:r w:rsidRPr="002D5B89">
              <w:rPr>
                <w:rFonts w:cs="Sakkal Majalla"/>
                <w:sz w:val="32"/>
                <w:szCs w:val="34"/>
                <w:rtl/>
              </w:rPr>
              <w:t>المنظمة</w:t>
            </w:r>
            <w:r w:rsidRPr="002D5B89">
              <w:rPr>
                <w:rFonts w:cs="Sakkal Majalla"/>
                <w:sz w:val="32"/>
                <w:szCs w:val="34"/>
              </w:rPr>
              <w:t xml:space="preserve"> </w:t>
            </w:r>
            <w:r w:rsidRPr="002D5B89">
              <w:rPr>
                <w:rFonts w:cs="Sakkal Majalla"/>
                <w:sz w:val="32"/>
                <w:szCs w:val="34"/>
                <w:rtl/>
              </w:rPr>
              <w:t>على</w:t>
            </w:r>
            <w:r w:rsidRPr="002D5B89">
              <w:rPr>
                <w:rFonts w:cs="Sakkal Majalla"/>
                <w:sz w:val="32"/>
                <w:szCs w:val="34"/>
              </w:rPr>
              <w:t xml:space="preserve"> </w:t>
            </w:r>
            <w:r w:rsidRPr="002D5B89">
              <w:rPr>
                <w:rFonts w:cs="Sakkal Majalla"/>
                <w:sz w:val="32"/>
                <w:szCs w:val="34"/>
                <w:rtl/>
              </w:rPr>
              <w:t>استشعار</w:t>
            </w:r>
            <w:r w:rsidRPr="002D5B89">
              <w:rPr>
                <w:rFonts w:cs="Sakkal Majalla"/>
                <w:sz w:val="32"/>
                <w:szCs w:val="34"/>
              </w:rPr>
              <w:t xml:space="preserve"> </w:t>
            </w:r>
            <w:r w:rsidRPr="002D5B89">
              <w:rPr>
                <w:rFonts w:cs="Sakkal Majalla"/>
                <w:sz w:val="32"/>
                <w:szCs w:val="34"/>
                <w:rtl/>
              </w:rPr>
              <w:t>الفرص</w:t>
            </w:r>
            <w:r w:rsidRPr="002D5B89">
              <w:rPr>
                <w:rFonts w:cs="Sakkal Majalla"/>
                <w:sz w:val="32"/>
                <w:szCs w:val="34"/>
              </w:rPr>
              <w:t xml:space="preserve"> </w:t>
            </w:r>
            <w:r w:rsidRPr="002D5B89">
              <w:rPr>
                <w:rFonts w:cs="Sakkal Majalla"/>
                <w:sz w:val="32"/>
                <w:szCs w:val="34"/>
                <w:rtl/>
              </w:rPr>
              <w:t>الرقمية</w:t>
            </w:r>
            <w:r w:rsidRPr="002D5B89">
              <w:rPr>
                <w:rFonts w:cs="Sakkal Majalla"/>
                <w:sz w:val="32"/>
                <w:szCs w:val="34"/>
              </w:rPr>
              <w:t xml:space="preserve"> </w:t>
            </w:r>
            <w:r w:rsidRPr="002D5B89">
              <w:rPr>
                <w:rFonts w:cs="Sakkal Majalla"/>
                <w:sz w:val="32"/>
                <w:szCs w:val="34"/>
                <w:rtl/>
              </w:rPr>
              <w:t>وإعادة</w:t>
            </w:r>
            <w:r w:rsidRPr="002D5B89">
              <w:rPr>
                <w:rFonts w:cs="Sakkal Majalla"/>
                <w:sz w:val="32"/>
                <w:szCs w:val="34"/>
              </w:rPr>
              <w:t xml:space="preserve"> </w:t>
            </w:r>
            <w:r w:rsidRPr="002D5B89">
              <w:rPr>
                <w:rFonts w:cs="Sakkal Majalla"/>
                <w:sz w:val="32"/>
                <w:szCs w:val="34"/>
                <w:rtl/>
              </w:rPr>
              <w:t>تشكيل</w:t>
            </w:r>
            <w:r w:rsidRPr="002D5B89">
              <w:rPr>
                <w:rFonts w:cs="Sakkal Majalla"/>
                <w:sz w:val="32"/>
                <w:szCs w:val="34"/>
              </w:rPr>
              <w:t xml:space="preserve"> </w:t>
            </w:r>
            <w:r w:rsidRPr="002D5B89">
              <w:rPr>
                <w:rFonts w:cs="Sakkal Majalla"/>
                <w:sz w:val="32"/>
                <w:szCs w:val="34"/>
                <w:rtl/>
              </w:rPr>
              <w:t>الموارد</w:t>
            </w:r>
            <w:r w:rsidRPr="002D5B89">
              <w:rPr>
                <w:rFonts w:cs="Sakkal Majalla"/>
                <w:sz w:val="32"/>
                <w:szCs w:val="34"/>
              </w:rPr>
              <w:t>.</w:t>
            </w:r>
          </w:p>
        </w:tc>
        <w:tc>
          <w:tcPr>
            <w:tcW w:w="3402" w:type="dxa"/>
            <w:shd w:val="clear" w:color="auto" w:fill="F2F6FA"/>
            <w:tcMar>
              <w:top w:w="110" w:type="dxa"/>
              <w:left w:w="110" w:type="dxa"/>
              <w:bottom w:w="110" w:type="dxa"/>
              <w:right w:w="110" w:type="dxa"/>
            </w:tcMar>
            <w:vAlign w:val="center"/>
          </w:tcPr>
          <w:p w14:paraId="0D9CE843" w14:textId="77777777" w:rsidR="008E006D" w:rsidRPr="002D5B89" w:rsidRDefault="008E006D" w:rsidP="008D0B36">
            <w:pPr>
              <w:ind w:firstLine="0"/>
              <w:jc w:val="center"/>
              <w:rPr>
                <w:rFonts w:cs="Sakkal Majalla"/>
                <w:sz w:val="32"/>
                <w:szCs w:val="34"/>
              </w:rPr>
            </w:pPr>
            <w:r w:rsidRPr="002D5B89">
              <w:rPr>
                <w:rFonts w:cs="Sakkal Majalla"/>
                <w:sz w:val="32"/>
                <w:szCs w:val="34"/>
                <w:rtl/>
              </w:rPr>
              <w:t>تفسير</w:t>
            </w:r>
            <w:r w:rsidRPr="002D5B89">
              <w:rPr>
                <w:rFonts w:cs="Sakkal Majalla"/>
                <w:sz w:val="32"/>
                <w:szCs w:val="34"/>
              </w:rPr>
              <w:t xml:space="preserve"> </w:t>
            </w:r>
            <w:r w:rsidRPr="002D5B89">
              <w:rPr>
                <w:rFonts w:cs="Sakkal Majalla"/>
                <w:sz w:val="32"/>
                <w:szCs w:val="34"/>
                <w:rtl/>
              </w:rPr>
              <w:t>أثر</w:t>
            </w:r>
            <w:r w:rsidRPr="002D5B89">
              <w:rPr>
                <w:rFonts w:cs="Sakkal Majalla"/>
                <w:sz w:val="32"/>
                <w:szCs w:val="34"/>
              </w:rPr>
              <w:t xml:space="preserve"> </w:t>
            </w:r>
            <w:r w:rsidRPr="002D5B89">
              <w:rPr>
                <w:rFonts w:cs="Sakkal Majalla"/>
                <w:sz w:val="32"/>
                <w:szCs w:val="34"/>
                <w:rtl/>
              </w:rPr>
              <w:t>القيادة</w:t>
            </w:r>
            <w:r w:rsidRPr="002D5B89">
              <w:rPr>
                <w:rFonts w:cs="Sakkal Majalla"/>
                <w:sz w:val="32"/>
                <w:szCs w:val="34"/>
              </w:rPr>
              <w:t xml:space="preserve"> </w:t>
            </w:r>
            <w:r w:rsidRPr="002D5B89">
              <w:rPr>
                <w:rFonts w:cs="Sakkal Majalla"/>
                <w:sz w:val="32"/>
                <w:szCs w:val="34"/>
                <w:rtl/>
              </w:rPr>
              <w:t>والثقافة</w:t>
            </w:r>
            <w:r w:rsidRPr="002D5B89">
              <w:rPr>
                <w:rFonts w:cs="Sakkal Majalla"/>
                <w:sz w:val="32"/>
                <w:szCs w:val="34"/>
              </w:rPr>
              <w:t xml:space="preserve"> </w:t>
            </w:r>
            <w:r w:rsidRPr="002D5B89">
              <w:rPr>
                <w:rFonts w:cs="Sakkal Majalla"/>
                <w:sz w:val="32"/>
                <w:szCs w:val="34"/>
                <w:rtl/>
              </w:rPr>
              <w:t>والتقنيات</w:t>
            </w:r>
            <w:r w:rsidRPr="002D5B89">
              <w:rPr>
                <w:rFonts w:cs="Sakkal Majalla"/>
                <w:sz w:val="32"/>
                <w:szCs w:val="34"/>
              </w:rPr>
              <w:t xml:space="preserve"> </w:t>
            </w:r>
            <w:r w:rsidRPr="002D5B89">
              <w:rPr>
                <w:rFonts w:cs="Sakkal Majalla"/>
                <w:sz w:val="32"/>
                <w:szCs w:val="34"/>
                <w:rtl/>
              </w:rPr>
              <w:t>في</w:t>
            </w:r>
            <w:r w:rsidRPr="002D5B89">
              <w:rPr>
                <w:rFonts w:cs="Sakkal Majalla"/>
                <w:sz w:val="32"/>
                <w:szCs w:val="34"/>
              </w:rPr>
              <w:t xml:space="preserve"> </w:t>
            </w:r>
            <w:r w:rsidRPr="002D5B89">
              <w:rPr>
                <w:rFonts w:cs="Sakkal Majalla"/>
                <w:sz w:val="32"/>
                <w:szCs w:val="34"/>
                <w:rtl/>
              </w:rPr>
              <w:t>نجاح</w:t>
            </w:r>
            <w:r w:rsidRPr="002D5B89">
              <w:rPr>
                <w:rFonts w:cs="Sakkal Majalla"/>
                <w:sz w:val="32"/>
                <w:szCs w:val="34"/>
              </w:rPr>
              <w:t xml:space="preserve"> </w:t>
            </w:r>
            <w:r w:rsidRPr="002D5B89">
              <w:rPr>
                <w:rFonts w:cs="Sakkal Majalla"/>
                <w:sz w:val="32"/>
                <w:szCs w:val="34"/>
                <w:rtl/>
              </w:rPr>
              <w:t>المشروع</w:t>
            </w:r>
            <w:r w:rsidRPr="002D5B89">
              <w:rPr>
                <w:rFonts w:cs="Sakkal Majalla"/>
                <w:sz w:val="32"/>
                <w:szCs w:val="34"/>
              </w:rPr>
              <w:t>.</w:t>
            </w:r>
          </w:p>
        </w:tc>
      </w:tr>
      <w:tr w:rsidR="008E006D" w:rsidRPr="002D5B89" w14:paraId="384B4250" w14:textId="77777777" w:rsidTr="008D0B36">
        <w:tc>
          <w:tcPr>
            <w:tcW w:w="2268" w:type="dxa"/>
            <w:shd w:val="clear" w:color="auto" w:fill="FFFFFF"/>
            <w:tcMar>
              <w:top w:w="110" w:type="dxa"/>
              <w:left w:w="110" w:type="dxa"/>
              <w:bottom w:w="110" w:type="dxa"/>
              <w:right w:w="110" w:type="dxa"/>
            </w:tcMar>
            <w:vAlign w:val="center"/>
          </w:tcPr>
          <w:p w14:paraId="734D0534" w14:textId="77777777" w:rsidR="008E006D" w:rsidRPr="002D5B89" w:rsidRDefault="008E006D" w:rsidP="008D0B36">
            <w:pPr>
              <w:ind w:firstLine="0"/>
              <w:jc w:val="center"/>
              <w:rPr>
                <w:rFonts w:cs="Sakkal Majalla"/>
                <w:sz w:val="32"/>
                <w:szCs w:val="34"/>
              </w:rPr>
            </w:pPr>
            <w:r w:rsidRPr="002D5B89">
              <w:rPr>
                <w:rFonts w:cs="Sakkal Majalla"/>
                <w:sz w:val="32"/>
                <w:szCs w:val="34"/>
                <w:rtl/>
              </w:rPr>
              <w:t>المنظور</w:t>
            </w:r>
            <w:r w:rsidRPr="002D5B89">
              <w:rPr>
                <w:rFonts w:cs="Sakkal Majalla"/>
                <w:sz w:val="32"/>
                <w:szCs w:val="34"/>
              </w:rPr>
              <w:t xml:space="preserve"> </w:t>
            </w:r>
            <w:r w:rsidRPr="002D5B89">
              <w:rPr>
                <w:rFonts w:cs="Sakkal Majalla"/>
                <w:sz w:val="32"/>
                <w:szCs w:val="34"/>
                <w:rtl/>
              </w:rPr>
              <w:t>الاجتماعي</w:t>
            </w:r>
            <w:r w:rsidRPr="002D5B89">
              <w:rPr>
                <w:rFonts w:cs="Sakkal Majalla"/>
                <w:sz w:val="32"/>
                <w:szCs w:val="34"/>
              </w:rPr>
              <w:t>-</w:t>
            </w:r>
            <w:r w:rsidRPr="002D5B89">
              <w:rPr>
                <w:rFonts w:cs="Sakkal Majalla"/>
                <w:sz w:val="32"/>
                <w:szCs w:val="34"/>
                <w:rtl/>
              </w:rPr>
              <w:t>التقني</w:t>
            </w:r>
          </w:p>
        </w:tc>
        <w:tc>
          <w:tcPr>
            <w:tcW w:w="3969" w:type="dxa"/>
            <w:shd w:val="clear" w:color="auto" w:fill="FFFFFF"/>
            <w:tcMar>
              <w:top w:w="110" w:type="dxa"/>
              <w:left w:w="110" w:type="dxa"/>
              <w:bottom w:w="110" w:type="dxa"/>
              <w:right w:w="110" w:type="dxa"/>
            </w:tcMar>
            <w:vAlign w:val="center"/>
          </w:tcPr>
          <w:p w14:paraId="6CCDA3F5" w14:textId="77777777" w:rsidR="008E006D" w:rsidRPr="002D5B89" w:rsidRDefault="008E006D" w:rsidP="008D0B36">
            <w:pPr>
              <w:ind w:firstLine="0"/>
              <w:jc w:val="center"/>
              <w:rPr>
                <w:rFonts w:cs="Sakkal Majalla"/>
                <w:sz w:val="32"/>
                <w:szCs w:val="34"/>
              </w:rPr>
            </w:pPr>
            <w:r w:rsidRPr="002D5B89">
              <w:rPr>
                <w:rFonts w:cs="Sakkal Majalla"/>
                <w:sz w:val="32"/>
                <w:szCs w:val="34"/>
                <w:rtl/>
              </w:rPr>
              <w:t>التكامل</w:t>
            </w:r>
            <w:r w:rsidRPr="002D5B89">
              <w:rPr>
                <w:rFonts w:cs="Sakkal Majalla"/>
                <w:sz w:val="32"/>
                <w:szCs w:val="34"/>
              </w:rPr>
              <w:t xml:space="preserve"> </w:t>
            </w:r>
            <w:r w:rsidRPr="002D5B89">
              <w:rPr>
                <w:rFonts w:cs="Sakkal Majalla"/>
                <w:sz w:val="32"/>
                <w:szCs w:val="34"/>
                <w:rtl/>
              </w:rPr>
              <w:t>بين</w:t>
            </w:r>
            <w:r w:rsidRPr="002D5B89">
              <w:rPr>
                <w:rFonts w:cs="Sakkal Majalla"/>
                <w:sz w:val="32"/>
                <w:szCs w:val="34"/>
              </w:rPr>
              <w:t xml:space="preserve"> </w:t>
            </w:r>
            <w:r w:rsidRPr="002D5B89">
              <w:rPr>
                <w:rFonts w:cs="Sakkal Majalla"/>
                <w:sz w:val="32"/>
                <w:szCs w:val="34"/>
                <w:rtl/>
              </w:rPr>
              <w:t>التقنية</w:t>
            </w:r>
            <w:r w:rsidRPr="002D5B89">
              <w:rPr>
                <w:rFonts w:cs="Sakkal Majalla"/>
                <w:sz w:val="32"/>
                <w:szCs w:val="34"/>
              </w:rPr>
              <w:t xml:space="preserve"> </w:t>
            </w:r>
            <w:r w:rsidRPr="002D5B89">
              <w:rPr>
                <w:rFonts w:cs="Sakkal Majalla"/>
                <w:sz w:val="32"/>
                <w:szCs w:val="34"/>
                <w:rtl/>
              </w:rPr>
              <w:t>والإنسان</w:t>
            </w:r>
            <w:r w:rsidRPr="002D5B89">
              <w:rPr>
                <w:rFonts w:cs="Sakkal Majalla"/>
                <w:sz w:val="32"/>
                <w:szCs w:val="34"/>
              </w:rPr>
              <w:t xml:space="preserve"> </w:t>
            </w:r>
            <w:r w:rsidRPr="002D5B89">
              <w:rPr>
                <w:rFonts w:cs="Sakkal Majalla"/>
                <w:sz w:val="32"/>
                <w:szCs w:val="34"/>
                <w:rtl/>
              </w:rPr>
              <w:t>والتنظيم</w:t>
            </w:r>
            <w:r w:rsidRPr="002D5B89">
              <w:rPr>
                <w:rFonts w:cs="Sakkal Majalla"/>
                <w:sz w:val="32"/>
                <w:szCs w:val="34"/>
              </w:rPr>
              <w:t>.</w:t>
            </w:r>
          </w:p>
        </w:tc>
        <w:tc>
          <w:tcPr>
            <w:tcW w:w="3402" w:type="dxa"/>
            <w:shd w:val="clear" w:color="auto" w:fill="FFFFFF"/>
            <w:tcMar>
              <w:top w:w="110" w:type="dxa"/>
              <w:left w:w="110" w:type="dxa"/>
              <w:bottom w:w="110" w:type="dxa"/>
              <w:right w:w="110" w:type="dxa"/>
            </w:tcMar>
            <w:vAlign w:val="center"/>
          </w:tcPr>
          <w:p w14:paraId="2817E8D0" w14:textId="77777777" w:rsidR="008E006D" w:rsidRPr="002D5B89" w:rsidRDefault="008E006D" w:rsidP="008D0B36">
            <w:pPr>
              <w:ind w:firstLine="0"/>
              <w:jc w:val="center"/>
              <w:rPr>
                <w:rFonts w:cs="Sakkal Majalla"/>
                <w:sz w:val="32"/>
                <w:szCs w:val="34"/>
              </w:rPr>
            </w:pPr>
            <w:r w:rsidRPr="002D5B89">
              <w:rPr>
                <w:rFonts w:cs="Sakkal Majalla"/>
                <w:sz w:val="32"/>
                <w:szCs w:val="34"/>
                <w:rtl/>
              </w:rPr>
              <w:t>تبرير</w:t>
            </w:r>
            <w:r w:rsidRPr="002D5B89">
              <w:rPr>
                <w:rFonts w:cs="Sakkal Majalla"/>
                <w:sz w:val="32"/>
                <w:szCs w:val="34"/>
              </w:rPr>
              <w:t xml:space="preserve"> </w:t>
            </w:r>
            <w:r w:rsidRPr="002D5B89">
              <w:rPr>
                <w:rFonts w:cs="Sakkal Majalla"/>
                <w:sz w:val="32"/>
                <w:szCs w:val="34"/>
                <w:rtl/>
              </w:rPr>
              <w:t>اختيار</w:t>
            </w:r>
            <w:r w:rsidRPr="002D5B89">
              <w:rPr>
                <w:rFonts w:cs="Sakkal Majalla"/>
                <w:sz w:val="32"/>
                <w:szCs w:val="34"/>
              </w:rPr>
              <w:t xml:space="preserve"> </w:t>
            </w:r>
            <w:r w:rsidRPr="002D5B89">
              <w:rPr>
                <w:rFonts w:cs="Sakkal Majalla"/>
                <w:sz w:val="32"/>
                <w:szCs w:val="34"/>
                <w:rtl/>
              </w:rPr>
              <w:t>أبعاد</w:t>
            </w:r>
            <w:r w:rsidRPr="002D5B89">
              <w:rPr>
                <w:rFonts w:cs="Sakkal Majalla"/>
                <w:sz w:val="32"/>
                <w:szCs w:val="34"/>
              </w:rPr>
              <w:t xml:space="preserve"> </w:t>
            </w:r>
            <w:r w:rsidRPr="002D5B89">
              <w:rPr>
                <w:rFonts w:cs="Sakkal Majalla"/>
                <w:sz w:val="32"/>
                <w:szCs w:val="34"/>
                <w:rtl/>
              </w:rPr>
              <w:t>تقنية</w:t>
            </w:r>
            <w:r w:rsidRPr="002D5B89">
              <w:rPr>
                <w:rFonts w:cs="Sakkal Majalla"/>
                <w:sz w:val="32"/>
                <w:szCs w:val="34"/>
              </w:rPr>
              <w:t xml:space="preserve"> </w:t>
            </w:r>
            <w:r w:rsidRPr="002D5B89">
              <w:rPr>
                <w:rFonts w:cs="Sakkal Majalla"/>
                <w:sz w:val="32"/>
                <w:szCs w:val="34"/>
                <w:rtl/>
              </w:rPr>
              <w:t>وتنظيمية</w:t>
            </w:r>
            <w:r w:rsidRPr="002D5B89">
              <w:rPr>
                <w:rFonts w:cs="Sakkal Majalla"/>
                <w:sz w:val="32"/>
                <w:szCs w:val="34"/>
              </w:rPr>
              <w:t xml:space="preserve"> </w:t>
            </w:r>
            <w:r w:rsidRPr="002D5B89">
              <w:rPr>
                <w:rFonts w:cs="Sakkal Majalla"/>
                <w:sz w:val="32"/>
                <w:szCs w:val="34"/>
                <w:rtl/>
              </w:rPr>
              <w:t>معًا</w:t>
            </w:r>
            <w:r w:rsidRPr="002D5B89">
              <w:rPr>
                <w:rFonts w:cs="Sakkal Majalla"/>
                <w:sz w:val="32"/>
                <w:szCs w:val="34"/>
              </w:rPr>
              <w:t>.</w:t>
            </w:r>
          </w:p>
        </w:tc>
      </w:tr>
      <w:tr w:rsidR="008E006D" w:rsidRPr="002D5B89" w14:paraId="15566E2E" w14:textId="77777777" w:rsidTr="008D0B36">
        <w:tc>
          <w:tcPr>
            <w:tcW w:w="2268" w:type="dxa"/>
            <w:shd w:val="clear" w:color="auto" w:fill="F2F6FA"/>
            <w:tcMar>
              <w:top w:w="110" w:type="dxa"/>
              <w:left w:w="110" w:type="dxa"/>
              <w:bottom w:w="110" w:type="dxa"/>
              <w:right w:w="110" w:type="dxa"/>
            </w:tcMar>
            <w:vAlign w:val="center"/>
          </w:tcPr>
          <w:p w14:paraId="3A3BCD3B" w14:textId="77777777" w:rsidR="008E006D" w:rsidRPr="002D5B89" w:rsidRDefault="008E006D" w:rsidP="008D0B36">
            <w:pPr>
              <w:ind w:firstLine="0"/>
              <w:jc w:val="center"/>
              <w:rPr>
                <w:rFonts w:cs="Sakkal Majalla"/>
                <w:sz w:val="32"/>
                <w:szCs w:val="34"/>
              </w:rPr>
            </w:pPr>
            <w:r w:rsidRPr="002D5B89">
              <w:rPr>
                <w:rFonts w:cs="Sakkal Majalla"/>
                <w:sz w:val="32"/>
                <w:szCs w:val="34"/>
                <w:rtl/>
              </w:rPr>
              <w:t>قبول</w:t>
            </w:r>
            <w:r w:rsidRPr="002D5B89">
              <w:rPr>
                <w:rFonts w:cs="Sakkal Majalla"/>
                <w:sz w:val="32"/>
                <w:szCs w:val="34"/>
              </w:rPr>
              <w:t xml:space="preserve"> </w:t>
            </w:r>
            <w:r w:rsidRPr="002D5B89">
              <w:rPr>
                <w:rFonts w:cs="Sakkal Majalla"/>
                <w:sz w:val="32"/>
                <w:szCs w:val="34"/>
                <w:rtl/>
              </w:rPr>
              <w:t>التكنولوجيا</w:t>
            </w:r>
          </w:p>
        </w:tc>
        <w:tc>
          <w:tcPr>
            <w:tcW w:w="3969" w:type="dxa"/>
            <w:shd w:val="clear" w:color="auto" w:fill="F2F6FA"/>
            <w:tcMar>
              <w:top w:w="110" w:type="dxa"/>
              <w:left w:w="110" w:type="dxa"/>
              <w:bottom w:w="110" w:type="dxa"/>
              <w:right w:w="110" w:type="dxa"/>
            </w:tcMar>
            <w:vAlign w:val="center"/>
          </w:tcPr>
          <w:p w14:paraId="233D25EE" w14:textId="77777777" w:rsidR="008E006D" w:rsidRPr="002D5B89" w:rsidRDefault="008E006D" w:rsidP="008D0B36">
            <w:pPr>
              <w:ind w:firstLine="0"/>
              <w:jc w:val="center"/>
              <w:rPr>
                <w:rFonts w:cs="Sakkal Majalla"/>
                <w:sz w:val="32"/>
                <w:szCs w:val="34"/>
              </w:rPr>
            </w:pPr>
            <w:r w:rsidRPr="002D5B89">
              <w:rPr>
                <w:rFonts w:cs="Sakkal Majalla"/>
                <w:sz w:val="32"/>
                <w:szCs w:val="34"/>
                <w:rtl/>
              </w:rPr>
              <w:t>استخدام</w:t>
            </w:r>
            <w:r w:rsidRPr="002D5B89">
              <w:rPr>
                <w:rFonts w:cs="Sakkal Majalla"/>
                <w:sz w:val="32"/>
                <w:szCs w:val="34"/>
              </w:rPr>
              <w:t xml:space="preserve"> </w:t>
            </w:r>
            <w:r w:rsidRPr="002D5B89">
              <w:rPr>
                <w:rFonts w:cs="Sakkal Majalla"/>
                <w:sz w:val="32"/>
                <w:szCs w:val="34"/>
                <w:rtl/>
              </w:rPr>
              <w:t>التقنية</w:t>
            </w:r>
            <w:r w:rsidRPr="002D5B89">
              <w:rPr>
                <w:rFonts w:cs="Sakkal Majalla"/>
                <w:sz w:val="32"/>
                <w:szCs w:val="34"/>
              </w:rPr>
              <w:t xml:space="preserve"> </w:t>
            </w:r>
            <w:r w:rsidRPr="002D5B89">
              <w:rPr>
                <w:rFonts w:cs="Sakkal Majalla"/>
                <w:sz w:val="32"/>
                <w:szCs w:val="34"/>
                <w:rtl/>
              </w:rPr>
              <w:t>يتأثر</w:t>
            </w:r>
            <w:r w:rsidRPr="002D5B89">
              <w:rPr>
                <w:rFonts w:cs="Sakkal Majalla"/>
                <w:sz w:val="32"/>
                <w:szCs w:val="34"/>
              </w:rPr>
              <w:t xml:space="preserve"> </w:t>
            </w:r>
            <w:r w:rsidRPr="002D5B89">
              <w:rPr>
                <w:rFonts w:cs="Sakkal Majalla"/>
                <w:sz w:val="32"/>
                <w:szCs w:val="34"/>
                <w:rtl/>
              </w:rPr>
              <w:t>بالفائدة</w:t>
            </w:r>
            <w:r w:rsidRPr="002D5B89">
              <w:rPr>
                <w:rFonts w:cs="Sakkal Majalla"/>
                <w:sz w:val="32"/>
                <w:szCs w:val="34"/>
              </w:rPr>
              <w:t xml:space="preserve"> </w:t>
            </w:r>
            <w:r w:rsidRPr="002D5B89">
              <w:rPr>
                <w:rFonts w:cs="Sakkal Majalla"/>
                <w:sz w:val="32"/>
                <w:szCs w:val="34"/>
                <w:rtl/>
              </w:rPr>
              <w:t>المدركة</w:t>
            </w:r>
            <w:r w:rsidRPr="002D5B89">
              <w:rPr>
                <w:rFonts w:cs="Sakkal Majalla"/>
                <w:sz w:val="32"/>
                <w:szCs w:val="34"/>
              </w:rPr>
              <w:t xml:space="preserve"> </w:t>
            </w:r>
            <w:r w:rsidRPr="002D5B89">
              <w:rPr>
                <w:rFonts w:cs="Sakkal Majalla"/>
                <w:sz w:val="32"/>
                <w:szCs w:val="34"/>
                <w:rtl/>
              </w:rPr>
              <w:t>وسهولة</w:t>
            </w:r>
            <w:r w:rsidRPr="002D5B89">
              <w:rPr>
                <w:rFonts w:cs="Sakkal Majalla"/>
                <w:sz w:val="32"/>
                <w:szCs w:val="34"/>
              </w:rPr>
              <w:t xml:space="preserve"> </w:t>
            </w:r>
            <w:r w:rsidRPr="002D5B89">
              <w:rPr>
                <w:rFonts w:cs="Sakkal Majalla"/>
                <w:sz w:val="32"/>
                <w:szCs w:val="34"/>
                <w:rtl/>
              </w:rPr>
              <w:t>الاستخدام</w:t>
            </w:r>
            <w:r w:rsidRPr="002D5B89">
              <w:rPr>
                <w:rFonts w:cs="Sakkal Majalla"/>
                <w:sz w:val="32"/>
                <w:szCs w:val="34"/>
              </w:rPr>
              <w:t xml:space="preserve"> </w:t>
            </w:r>
            <w:r w:rsidRPr="002D5B89">
              <w:rPr>
                <w:rFonts w:cs="Sakkal Majalla"/>
                <w:sz w:val="32"/>
                <w:szCs w:val="34"/>
                <w:rtl/>
              </w:rPr>
              <w:t>والبيئة</w:t>
            </w:r>
            <w:r w:rsidRPr="002D5B89">
              <w:rPr>
                <w:rFonts w:cs="Sakkal Majalla"/>
                <w:sz w:val="32"/>
                <w:szCs w:val="34"/>
              </w:rPr>
              <w:t xml:space="preserve"> </w:t>
            </w:r>
            <w:r w:rsidRPr="002D5B89">
              <w:rPr>
                <w:rFonts w:cs="Sakkal Majalla"/>
                <w:sz w:val="32"/>
                <w:szCs w:val="34"/>
                <w:rtl/>
              </w:rPr>
              <w:t>الداعمة</w:t>
            </w:r>
            <w:r w:rsidRPr="002D5B89">
              <w:rPr>
                <w:rFonts w:cs="Sakkal Majalla"/>
                <w:sz w:val="32"/>
                <w:szCs w:val="34"/>
              </w:rPr>
              <w:t>.</w:t>
            </w:r>
          </w:p>
        </w:tc>
        <w:tc>
          <w:tcPr>
            <w:tcW w:w="3402" w:type="dxa"/>
            <w:shd w:val="clear" w:color="auto" w:fill="F2F6FA"/>
            <w:tcMar>
              <w:top w:w="110" w:type="dxa"/>
              <w:left w:w="110" w:type="dxa"/>
              <w:bottom w:w="110" w:type="dxa"/>
              <w:right w:w="110" w:type="dxa"/>
            </w:tcMar>
            <w:vAlign w:val="center"/>
          </w:tcPr>
          <w:p w14:paraId="7BE4D899" w14:textId="77777777" w:rsidR="008E006D" w:rsidRPr="002D5B89" w:rsidRDefault="008E006D" w:rsidP="008D0B36">
            <w:pPr>
              <w:ind w:firstLine="0"/>
              <w:jc w:val="center"/>
              <w:rPr>
                <w:rFonts w:cs="Sakkal Majalla"/>
                <w:sz w:val="32"/>
                <w:szCs w:val="34"/>
              </w:rPr>
            </w:pPr>
            <w:r w:rsidRPr="002D5B89">
              <w:rPr>
                <w:rFonts w:cs="Sakkal Majalla"/>
                <w:sz w:val="32"/>
                <w:szCs w:val="34"/>
                <w:rtl/>
              </w:rPr>
              <w:t>تفسير</w:t>
            </w:r>
            <w:r w:rsidRPr="002D5B89">
              <w:rPr>
                <w:rFonts w:cs="Sakkal Majalla"/>
                <w:sz w:val="32"/>
                <w:szCs w:val="34"/>
              </w:rPr>
              <w:t xml:space="preserve"> </w:t>
            </w:r>
            <w:r w:rsidRPr="002D5B89">
              <w:rPr>
                <w:rFonts w:cs="Sakkal Majalla"/>
                <w:sz w:val="32"/>
                <w:szCs w:val="34"/>
                <w:rtl/>
              </w:rPr>
              <w:t>دور</w:t>
            </w:r>
            <w:r w:rsidRPr="002D5B89">
              <w:rPr>
                <w:rFonts w:cs="Sakkal Majalla"/>
                <w:sz w:val="32"/>
                <w:szCs w:val="34"/>
              </w:rPr>
              <w:t xml:space="preserve"> </w:t>
            </w:r>
            <w:r w:rsidRPr="002D5B89">
              <w:rPr>
                <w:rFonts w:cs="Sakkal Majalla"/>
                <w:sz w:val="32"/>
                <w:szCs w:val="34"/>
                <w:rtl/>
              </w:rPr>
              <w:t>الثقافة</w:t>
            </w:r>
            <w:r w:rsidRPr="002D5B89">
              <w:rPr>
                <w:rFonts w:cs="Sakkal Majalla"/>
                <w:sz w:val="32"/>
                <w:szCs w:val="34"/>
              </w:rPr>
              <w:t xml:space="preserve"> </w:t>
            </w:r>
            <w:r w:rsidRPr="002D5B89">
              <w:rPr>
                <w:rFonts w:cs="Sakkal Majalla"/>
                <w:sz w:val="32"/>
                <w:szCs w:val="34"/>
                <w:rtl/>
              </w:rPr>
              <w:t>الرقمية</w:t>
            </w:r>
            <w:r w:rsidRPr="002D5B89">
              <w:rPr>
                <w:rFonts w:cs="Sakkal Majalla"/>
                <w:sz w:val="32"/>
                <w:szCs w:val="34"/>
              </w:rPr>
              <w:t xml:space="preserve"> </w:t>
            </w:r>
            <w:r w:rsidRPr="002D5B89">
              <w:rPr>
                <w:rFonts w:cs="Sakkal Majalla"/>
                <w:sz w:val="32"/>
                <w:szCs w:val="34"/>
                <w:rtl/>
              </w:rPr>
              <w:t>في</w:t>
            </w:r>
            <w:r w:rsidRPr="002D5B89">
              <w:rPr>
                <w:rFonts w:cs="Sakkal Majalla"/>
                <w:sz w:val="32"/>
                <w:szCs w:val="34"/>
              </w:rPr>
              <w:t xml:space="preserve"> </w:t>
            </w:r>
            <w:r w:rsidRPr="002D5B89">
              <w:rPr>
                <w:rFonts w:cs="Sakkal Majalla"/>
                <w:sz w:val="32"/>
                <w:szCs w:val="34"/>
                <w:rtl/>
              </w:rPr>
              <w:t>استخدام</w:t>
            </w:r>
            <w:r w:rsidRPr="002D5B89">
              <w:rPr>
                <w:rFonts w:cs="Sakkal Majalla"/>
                <w:sz w:val="32"/>
                <w:szCs w:val="34"/>
              </w:rPr>
              <w:t xml:space="preserve"> </w:t>
            </w:r>
            <w:r w:rsidRPr="002D5B89">
              <w:rPr>
                <w:rFonts w:cs="Sakkal Majalla"/>
                <w:sz w:val="32"/>
                <w:szCs w:val="34"/>
                <w:rtl/>
              </w:rPr>
              <w:t>أنظمة</w:t>
            </w:r>
            <w:r w:rsidRPr="002D5B89">
              <w:rPr>
                <w:rFonts w:cs="Sakkal Majalla"/>
                <w:sz w:val="32"/>
                <w:szCs w:val="34"/>
              </w:rPr>
              <w:t xml:space="preserve"> </w:t>
            </w:r>
            <w:r w:rsidRPr="002D5B89">
              <w:rPr>
                <w:rFonts w:cs="Sakkal Majalla"/>
                <w:sz w:val="32"/>
                <w:szCs w:val="34"/>
                <w:rtl/>
              </w:rPr>
              <w:t>إدارة</w:t>
            </w:r>
            <w:r w:rsidRPr="002D5B89">
              <w:rPr>
                <w:rFonts w:cs="Sakkal Majalla"/>
                <w:sz w:val="32"/>
                <w:szCs w:val="34"/>
              </w:rPr>
              <w:t xml:space="preserve"> </w:t>
            </w:r>
            <w:r w:rsidRPr="002D5B89">
              <w:rPr>
                <w:rFonts w:cs="Sakkal Majalla"/>
                <w:sz w:val="32"/>
                <w:szCs w:val="34"/>
                <w:rtl/>
              </w:rPr>
              <w:t>المشاريع</w:t>
            </w:r>
            <w:r w:rsidRPr="002D5B89">
              <w:rPr>
                <w:rFonts w:cs="Sakkal Majalla"/>
                <w:sz w:val="32"/>
                <w:szCs w:val="34"/>
              </w:rPr>
              <w:t>.</w:t>
            </w:r>
          </w:p>
        </w:tc>
      </w:tr>
      <w:tr w:rsidR="008E006D" w:rsidRPr="002D5B89" w14:paraId="2E1BD067" w14:textId="77777777" w:rsidTr="008D0B36">
        <w:tc>
          <w:tcPr>
            <w:tcW w:w="2268" w:type="dxa"/>
            <w:shd w:val="clear" w:color="auto" w:fill="FFFFFF"/>
            <w:tcMar>
              <w:top w:w="110" w:type="dxa"/>
              <w:left w:w="110" w:type="dxa"/>
              <w:bottom w:w="110" w:type="dxa"/>
              <w:right w:w="110" w:type="dxa"/>
            </w:tcMar>
            <w:vAlign w:val="center"/>
          </w:tcPr>
          <w:p w14:paraId="2FCD9348" w14:textId="77777777" w:rsidR="008E006D" w:rsidRPr="002D5B89" w:rsidRDefault="008E006D" w:rsidP="008D0B36">
            <w:pPr>
              <w:ind w:firstLine="0"/>
              <w:jc w:val="center"/>
              <w:rPr>
                <w:rFonts w:cs="Sakkal Majalla"/>
                <w:sz w:val="32"/>
                <w:szCs w:val="34"/>
              </w:rPr>
            </w:pPr>
            <w:r w:rsidRPr="002D5B89">
              <w:rPr>
                <w:rFonts w:cs="Sakkal Majalla"/>
                <w:sz w:val="32"/>
                <w:szCs w:val="34"/>
                <w:rtl/>
              </w:rPr>
              <w:t>تسليم</w:t>
            </w:r>
            <w:r w:rsidRPr="002D5B89">
              <w:rPr>
                <w:rFonts w:cs="Sakkal Majalla"/>
                <w:sz w:val="32"/>
                <w:szCs w:val="34"/>
              </w:rPr>
              <w:t xml:space="preserve"> </w:t>
            </w:r>
            <w:r w:rsidRPr="002D5B89">
              <w:rPr>
                <w:rFonts w:cs="Sakkal Majalla"/>
                <w:sz w:val="32"/>
                <w:szCs w:val="34"/>
                <w:rtl/>
              </w:rPr>
              <w:t>القيمة</w:t>
            </w:r>
          </w:p>
        </w:tc>
        <w:tc>
          <w:tcPr>
            <w:tcW w:w="3969" w:type="dxa"/>
            <w:shd w:val="clear" w:color="auto" w:fill="FFFFFF"/>
            <w:tcMar>
              <w:top w:w="110" w:type="dxa"/>
              <w:left w:w="110" w:type="dxa"/>
              <w:bottom w:w="110" w:type="dxa"/>
              <w:right w:w="110" w:type="dxa"/>
            </w:tcMar>
            <w:vAlign w:val="center"/>
          </w:tcPr>
          <w:p w14:paraId="7C981050" w14:textId="77777777" w:rsidR="008E006D" w:rsidRPr="002D5B89" w:rsidRDefault="008E006D" w:rsidP="008D0B36">
            <w:pPr>
              <w:ind w:firstLine="0"/>
              <w:jc w:val="center"/>
              <w:rPr>
                <w:rFonts w:cs="Sakkal Majalla"/>
                <w:sz w:val="32"/>
                <w:szCs w:val="34"/>
              </w:rPr>
            </w:pPr>
            <w:r w:rsidRPr="002D5B89">
              <w:rPr>
                <w:rFonts w:cs="Sakkal Majalla"/>
                <w:sz w:val="32"/>
                <w:szCs w:val="34"/>
                <w:rtl/>
              </w:rPr>
              <w:t>نجاح</w:t>
            </w:r>
            <w:r w:rsidRPr="002D5B89">
              <w:rPr>
                <w:rFonts w:cs="Sakkal Majalla"/>
                <w:sz w:val="32"/>
                <w:szCs w:val="34"/>
              </w:rPr>
              <w:t xml:space="preserve"> </w:t>
            </w:r>
            <w:r w:rsidRPr="002D5B89">
              <w:rPr>
                <w:rFonts w:cs="Sakkal Majalla"/>
                <w:sz w:val="32"/>
                <w:szCs w:val="34"/>
                <w:rtl/>
              </w:rPr>
              <w:t>المشروع</w:t>
            </w:r>
            <w:r w:rsidRPr="002D5B89">
              <w:rPr>
                <w:rFonts w:cs="Sakkal Majalla"/>
                <w:sz w:val="32"/>
                <w:szCs w:val="34"/>
              </w:rPr>
              <w:t xml:space="preserve"> </w:t>
            </w:r>
            <w:r w:rsidRPr="002D5B89">
              <w:rPr>
                <w:rFonts w:cs="Sakkal Majalla"/>
                <w:sz w:val="32"/>
                <w:szCs w:val="34"/>
                <w:rtl/>
              </w:rPr>
              <w:t>يقاس</w:t>
            </w:r>
            <w:r w:rsidRPr="002D5B89">
              <w:rPr>
                <w:rFonts w:cs="Sakkal Majalla"/>
                <w:sz w:val="32"/>
                <w:szCs w:val="34"/>
              </w:rPr>
              <w:t xml:space="preserve"> </w:t>
            </w:r>
            <w:r w:rsidRPr="002D5B89">
              <w:rPr>
                <w:rFonts w:cs="Sakkal Majalla"/>
                <w:sz w:val="32"/>
                <w:szCs w:val="34"/>
                <w:rtl/>
              </w:rPr>
              <w:t>بالقيمة</w:t>
            </w:r>
            <w:r w:rsidRPr="002D5B89">
              <w:rPr>
                <w:rFonts w:cs="Sakkal Majalla"/>
                <w:sz w:val="32"/>
                <w:szCs w:val="34"/>
              </w:rPr>
              <w:t xml:space="preserve"> </w:t>
            </w:r>
            <w:r w:rsidRPr="002D5B89">
              <w:rPr>
                <w:rFonts w:cs="Sakkal Majalla"/>
                <w:sz w:val="32"/>
                <w:szCs w:val="34"/>
                <w:rtl/>
              </w:rPr>
              <w:t>والمنافع</w:t>
            </w:r>
            <w:r w:rsidRPr="002D5B89">
              <w:rPr>
                <w:rFonts w:cs="Sakkal Majalla"/>
                <w:sz w:val="32"/>
                <w:szCs w:val="34"/>
              </w:rPr>
              <w:t xml:space="preserve"> </w:t>
            </w:r>
            <w:r w:rsidRPr="002D5B89">
              <w:rPr>
                <w:rFonts w:cs="Sakkal Majalla"/>
                <w:sz w:val="32"/>
                <w:szCs w:val="34"/>
                <w:rtl/>
              </w:rPr>
              <w:t>لا</w:t>
            </w:r>
            <w:r w:rsidRPr="002D5B89">
              <w:rPr>
                <w:rFonts w:cs="Sakkal Majalla"/>
                <w:sz w:val="32"/>
                <w:szCs w:val="34"/>
              </w:rPr>
              <w:t xml:space="preserve"> </w:t>
            </w:r>
            <w:r w:rsidRPr="002D5B89">
              <w:rPr>
                <w:rFonts w:cs="Sakkal Majalla"/>
                <w:sz w:val="32"/>
                <w:szCs w:val="34"/>
                <w:rtl/>
              </w:rPr>
              <w:t>بالمخرجات</w:t>
            </w:r>
            <w:r w:rsidRPr="002D5B89">
              <w:rPr>
                <w:rFonts w:cs="Sakkal Majalla"/>
                <w:sz w:val="32"/>
                <w:szCs w:val="34"/>
              </w:rPr>
              <w:t xml:space="preserve"> </w:t>
            </w:r>
            <w:r w:rsidRPr="002D5B89">
              <w:rPr>
                <w:rFonts w:cs="Sakkal Majalla"/>
                <w:sz w:val="32"/>
                <w:szCs w:val="34"/>
                <w:rtl/>
              </w:rPr>
              <w:t>فقط</w:t>
            </w:r>
            <w:r w:rsidRPr="002D5B89">
              <w:rPr>
                <w:rFonts w:cs="Sakkal Majalla"/>
                <w:sz w:val="32"/>
                <w:szCs w:val="34"/>
              </w:rPr>
              <w:t>.</w:t>
            </w:r>
          </w:p>
        </w:tc>
        <w:tc>
          <w:tcPr>
            <w:tcW w:w="3402" w:type="dxa"/>
            <w:shd w:val="clear" w:color="auto" w:fill="FFFFFF"/>
            <w:tcMar>
              <w:top w:w="110" w:type="dxa"/>
              <w:left w:w="110" w:type="dxa"/>
              <w:bottom w:w="110" w:type="dxa"/>
              <w:right w:w="110" w:type="dxa"/>
            </w:tcMar>
            <w:vAlign w:val="center"/>
          </w:tcPr>
          <w:p w14:paraId="70B6C120" w14:textId="77777777" w:rsidR="008E006D" w:rsidRPr="002D5B89" w:rsidRDefault="008E006D" w:rsidP="008D0B36">
            <w:pPr>
              <w:ind w:firstLine="0"/>
              <w:jc w:val="center"/>
              <w:rPr>
                <w:rFonts w:cs="Sakkal Majalla"/>
                <w:sz w:val="32"/>
                <w:szCs w:val="34"/>
              </w:rPr>
            </w:pPr>
            <w:r w:rsidRPr="002D5B89">
              <w:rPr>
                <w:rFonts w:cs="Sakkal Majalla"/>
                <w:sz w:val="32"/>
                <w:szCs w:val="34"/>
                <w:rtl/>
              </w:rPr>
              <w:t>توسيع</w:t>
            </w:r>
            <w:r w:rsidRPr="002D5B89">
              <w:rPr>
                <w:rFonts w:cs="Sakkal Majalla"/>
                <w:sz w:val="32"/>
                <w:szCs w:val="34"/>
              </w:rPr>
              <w:t xml:space="preserve"> </w:t>
            </w:r>
            <w:r w:rsidRPr="002D5B89">
              <w:rPr>
                <w:rFonts w:cs="Sakkal Majalla"/>
                <w:sz w:val="32"/>
                <w:szCs w:val="34"/>
                <w:rtl/>
              </w:rPr>
              <w:t>قياس</w:t>
            </w:r>
            <w:r w:rsidRPr="002D5B89">
              <w:rPr>
                <w:rFonts w:cs="Sakkal Majalla"/>
                <w:sz w:val="32"/>
                <w:szCs w:val="34"/>
              </w:rPr>
              <w:t xml:space="preserve"> </w:t>
            </w:r>
            <w:r w:rsidRPr="002D5B89">
              <w:rPr>
                <w:rFonts w:cs="Sakkal Majalla"/>
                <w:sz w:val="32"/>
                <w:szCs w:val="34"/>
                <w:rtl/>
              </w:rPr>
              <w:t>النجاح</w:t>
            </w:r>
            <w:r w:rsidRPr="002D5B89">
              <w:rPr>
                <w:rFonts w:cs="Sakkal Majalla"/>
                <w:sz w:val="32"/>
                <w:szCs w:val="34"/>
              </w:rPr>
              <w:t xml:space="preserve"> </w:t>
            </w:r>
            <w:r w:rsidRPr="002D5B89">
              <w:rPr>
                <w:rFonts w:cs="Sakkal Majalla"/>
                <w:sz w:val="32"/>
                <w:szCs w:val="34"/>
                <w:rtl/>
              </w:rPr>
              <w:t>ليشمل</w:t>
            </w:r>
            <w:r w:rsidRPr="002D5B89">
              <w:rPr>
                <w:rFonts w:cs="Sakkal Majalla"/>
                <w:sz w:val="32"/>
                <w:szCs w:val="34"/>
              </w:rPr>
              <w:t xml:space="preserve"> </w:t>
            </w:r>
            <w:r w:rsidRPr="002D5B89">
              <w:rPr>
                <w:rFonts w:cs="Sakkal Majalla"/>
                <w:sz w:val="32"/>
                <w:szCs w:val="34"/>
                <w:rtl/>
              </w:rPr>
              <w:t>رضا</w:t>
            </w:r>
            <w:r w:rsidRPr="002D5B89">
              <w:rPr>
                <w:rFonts w:cs="Sakkal Majalla"/>
                <w:sz w:val="32"/>
                <w:szCs w:val="34"/>
              </w:rPr>
              <w:t xml:space="preserve"> </w:t>
            </w:r>
            <w:r w:rsidRPr="002D5B89">
              <w:rPr>
                <w:rFonts w:cs="Sakkal Majalla"/>
                <w:sz w:val="32"/>
                <w:szCs w:val="34"/>
                <w:rtl/>
              </w:rPr>
              <w:t>أصحاب</w:t>
            </w:r>
            <w:r w:rsidRPr="002D5B89">
              <w:rPr>
                <w:rFonts w:cs="Sakkal Majalla"/>
                <w:sz w:val="32"/>
                <w:szCs w:val="34"/>
              </w:rPr>
              <w:t xml:space="preserve"> </w:t>
            </w:r>
            <w:r w:rsidRPr="002D5B89">
              <w:rPr>
                <w:rFonts w:cs="Sakkal Majalla"/>
                <w:sz w:val="32"/>
                <w:szCs w:val="34"/>
                <w:rtl/>
              </w:rPr>
              <w:t>المصلحة</w:t>
            </w:r>
            <w:r w:rsidRPr="002D5B89">
              <w:rPr>
                <w:rFonts w:cs="Sakkal Majalla"/>
                <w:sz w:val="32"/>
                <w:szCs w:val="34"/>
              </w:rPr>
              <w:t xml:space="preserve"> </w:t>
            </w:r>
            <w:r w:rsidRPr="002D5B89">
              <w:rPr>
                <w:rFonts w:cs="Sakkal Majalla"/>
                <w:sz w:val="32"/>
                <w:szCs w:val="34"/>
                <w:rtl/>
              </w:rPr>
              <w:t>والقيمة</w:t>
            </w:r>
            <w:r w:rsidRPr="002D5B89">
              <w:rPr>
                <w:rFonts w:cs="Sakkal Majalla"/>
                <w:sz w:val="32"/>
                <w:szCs w:val="34"/>
              </w:rPr>
              <w:t xml:space="preserve"> </w:t>
            </w:r>
            <w:r w:rsidRPr="002D5B89">
              <w:rPr>
                <w:rFonts w:cs="Sakkal Majalla"/>
                <w:sz w:val="32"/>
                <w:szCs w:val="34"/>
                <w:rtl/>
              </w:rPr>
              <w:t>العامة</w:t>
            </w:r>
            <w:r w:rsidRPr="002D5B89">
              <w:rPr>
                <w:rFonts w:cs="Sakkal Majalla"/>
                <w:sz w:val="32"/>
                <w:szCs w:val="34"/>
              </w:rPr>
              <w:t>.</w:t>
            </w:r>
          </w:p>
        </w:tc>
      </w:tr>
    </w:tbl>
    <w:p w14:paraId="7C16C8EB" w14:textId="77777777" w:rsidR="008D0B36" w:rsidRDefault="008E006D" w:rsidP="008E006D">
      <w:pPr>
        <w:ind w:firstLine="0"/>
        <w:rPr>
          <w:rFonts w:cs="Sakkal Majalla"/>
          <w:sz w:val="36"/>
          <w:szCs w:val="38"/>
        </w:rPr>
      </w:pPr>
      <w:r w:rsidRPr="008E006D">
        <w:rPr>
          <w:rFonts w:cs="Sakkal Majalla"/>
          <w:sz w:val="36"/>
          <w:szCs w:val="38"/>
          <w:rtl/>
        </w:rPr>
        <w:t>المصدر</w:t>
      </w:r>
      <w:r w:rsidRPr="008E006D">
        <w:rPr>
          <w:rFonts w:cs="Sakkal Majalla"/>
          <w:sz w:val="36"/>
          <w:szCs w:val="38"/>
        </w:rPr>
        <w:t xml:space="preserve">: </w:t>
      </w:r>
      <w:r w:rsidRPr="008E006D">
        <w:rPr>
          <w:rFonts w:cs="Sakkal Majalla"/>
          <w:sz w:val="36"/>
          <w:szCs w:val="38"/>
          <w:rtl/>
        </w:rPr>
        <w:t>إعداد</w:t>
      </w:r>
      <w:r w:rsidRPr="008E006D">
        <w:rPr>
          <w:rFonts w:cs="Sakkal Majalla"/>
          <w:sz w:val="36"/>
          <w:szCs w:val="38"/>
        </w:rPr>
        <w:t xml:space="preserve"> </w:t>
      </w:r>
      <w:r w:rsidRPr="008E006D">
        <w:rPr>
          <w:rFonts w:cs="Sakkal Majalla"/>
          <w:sz w:val="36"/>
          <w:szCs w:val="38"/>
          <w:rtl/>
        </w:rPr>
        <w:t>الباحثة</w:t>
      </w:r>
      <w:r w:rsidRPr="008E006D">
        <w:rPr>
          <w:rFonts w:cs="Sakkal Majalla"/>
          <w:sz w:val="36"/>
          <w:szCs w:val="38"/>
        </w:rPr>
        <w:t xml:space="preserve"> </w:t>
      </w:r>
      <w:r w:rsidRPr="008E006D">
        <w:rPr>
          <w:rFonts w:cs="Sakkal Majalla"/>
          <w:sz w:val="36"/>
          <w:szCs w:val="38"/>
          <w:rtl/>
        </w:rPr>
        <w:t>استنادًا</w:t>
      </w:r>
      <w:r w:rsidRPr="008E006D">
        <w:rPr>
          <w:rFonts w:cs="Sakkal Majalla"/>
          <w:sz w:val="36"/>
          <w:szCs w:val="38"/>
        </w:rPr>
        <w:t xml:space="preserve"> </w:t>
      </w:r>
      <w:r w:rsidRPr="008E006D">
        <w:rPr>
          <w:rFonts w:cs="Sakkal Majalla"/>
          <w:sz w:val="36"/>
          <w:szCs w:val="38"/>
          <w:rtl/>
        </w:rPr>
        <w:t>إلى</w:t>
      </w:r>
      <w:r w:rsidRPr="008E006D">
        <w:rPr>
          <w:rFonts w:cs="Sakkal Majalla"/>
          <w:sz w:val="36"/>
          <w:szCs w:val="38"/>
        </w:rPr>
        <w:t xml:space="preserve"> </w:t>
      </w:r>
      <w:r w:rsidRPr="008E006D">
        <w:rPr>
          <w:rFonts w:cs="Sakkal Majalla"/>
          <w:sz w:val="36"/>
          <w:szCs w:val="38"/>
          <w:rtl/>
        </w:rPr>
        <w:t>الأدبيات</w:t>
      </w:r>
      <w:r w:rsidRPr="008E006D">
        <w:rPr>
          <w:rFonts w:cs="Sakkal Majalla"/>
          <w:sz w:val="36"/>
          <w:szCs w:val="38"/>
        </w:rPr>
        <w:t xml:space="preserve"> </w:t>
      </w:r>
      <w:r w:rsidRPr="008E006D">
        <w:rPr>
          <w:rFonts w:cs="Sakkal Majalla"/>
          <w:sz w:val="36"/>
          <w:szCs w:val="38"/>
          <w:rtl/>
        </w:rPr>
        <w:t>ونتائج</w:t>
      </w:r>
      <w:r w:rsidRPr="008E006D">
        <w:rPr>
          <w:rFonts w:cs="Sakkal Majalla"/>
          <w:sz w:val="36"/>
          <w:szCs w:val="38"/>
        </w:rPr>
        <w:t xml:space="preserve"> </w:t>
      </w:r>
      <w:r w:rsidRPr="008E006D">
        <w:rPr>
          <w:rFonts w:cs="Sakkal Majalla"/>
          <w:sz w:val="36"/>
          <w:szCs w:val="38"/>
          <w:rtl/>
        </w:rPr>
        <w:t>التحليل</w:t>
      </w:r>
      <w:r w:rsidRPr="008E006D">
        <w:rPr>
          <w:rFonts w:cs="Sakkal Majalla"/>
          <w:sz w:val="36"/>
          <w:szCs w:val="38"/>
        </w:rPr>
        <w:t>.</w:t>
      </w:r>
    </w:p>
    <w:p w14:paraId="1126E6D8" w14:textId="77777777" w:rsidR="008E006D" w:rsidRPr="002D5B89" w:rsidRDefault="008D0B36" w:rsidP="002D5B89">
      <w:pPr>
        <w:pStyle w:val="Heading1"/>
        <w:pageBreakBefore w:val="0"/>
        <w:spacing w:after="200" w:line="276" w:lineRule="auto"/>
        <w:rPr>
          <w:rFonts w:ascii="Sakkal Majalla" w:eastAsia="Noto Sans Arabic" w:hAnsi="Sakkal Majalla" w:cs="Sakkal Majalla"/>
          <w:b/>
          <w:bCs/>
          <w:color w:val="10365E"/>
          <w:sz w:val="38"/>
          <w:szCs w:val="38"/>
        </w:rPr>
      </w:pPr>
      <w:r>
        <w:rPr>
          <w:rFonts w:cs="Sakkal Majalla"/>
          <w:sz w:val="36"/>
          <w:szCs w:val="38"/>
        </w:rPr>
        <w:br w:type="page"/>
      </w:r>
      <w:bookmarkStart w:id="15" w:name="_Toc234793629"/>
      <w:r w:rsidR="008E006D" w:rsidRPr="002D5B89">
        <w:rPr>
          <w:rFonts w:ascii="Sakkal Majalla" w:eastAsia="Noto Sans Arabic" w:hAnsi="Sakkal Majalla" w:cs="Sakkal Majalla"/>
          <w:b/>
          <w:bCs/>
          <w:color w:val="10365E"/>
          <w:sz w:val="38"/>
          <w:szCs w:val="38"/>
        </w:rPr>
        <w:lastRenderedPageBreak/>
        <w:t xml:space="preserve">2.3 </w:t>
      </w:r>
      <w:r w:rsidR="008E006D" w:rsidRPr="002D5B89">
        <w:rPr>
          <w:rFonts w:ascii="Sakkal Majalla" w:eastAsia="Noto Sans Arabic" w:hAnsi="Sakkal Majalla" w:cs="Sakkal Majalla"/>
          <w:b/>
          <w:bCs/>
          <w:color w:val="10365E"/>
          <w:sz w:val="38"/>
          <w:szCs w:val="38"/>
          <w:rtl/>
        </w:rPr>
        <w:t>مفهوم</w:t>
      </w:r>
      <w:r w:rsidR="008E006D" w:rsidRPr="002D5B89">
        <w:rPr>
          <w:rFonts w:ascii="Sakkal Majalla" w:eastAsia="Noto Sans Arabic" w:hAnsi="Sakkal Majalla" w:cs="Sakkal Majalla"/>
          <w:b/>
          <w:bCs/>
          <w:color w:val="10365E"/>
          <w:sz w:val="38"/>
          <w:szCs w:val="38"/>
        </w:rPr>
        <w:t xml:space="preserve"> </w:t>
      </w:r>
      <w:r w:rsidR="008E006D" w:rsidRPr="002D5B89">
        <w:rPr>
          <w:rFonts w:ascii="Sakkal Majalla" w:eastAsia="Noto Sans Arabic" w:hAnsi="Sakkal Majalla" w:cs="Sakkal Majalla"/>
          <w:b/>
          <w:bCs/>
          <w:color w:val="10365E"/>
          <w:sz w:val="38"/>
          <w:szCs w:val="38"/>
          <w:rtl/>
        </w:rPr>
        <w:t>التحول</w:t>
      </w:r>
      <w:r w:rsidR="008E006D" w:rsidRPr="002D5B89">
        <w:rPr>
          <w:rFonts w:ascii="Sakkal Majalla" w:eastAsia="Noto Sans Arabic" w:hAnsi="Sakkal Majalla" w:cs="Sakkal Majalla"/>
          <w:b/>
          <w:bCs/>
          <w:color w:val="10365E"/>
          <w:sz w:val="38"/>
          <w:szCs w:val="38"/>
        </w:rPr>
        <w:t xml:space="preserve"> </w:t>
      </w:r>
      <w:r w:rsidR="008E006D" w:rsidRPr="002D5B89">
        <w:rPr>
          <w:rFonts w:ascii="Sakkal Majalla" w:eastAsia="Noto Sans Arabic" w:hAnsi="Sakkal Majalla" w:cs="Sakkal Majalla"/>
          <w:b/>
          <w:bCs/>
          <w:color w:val="10365E"/>
          <w:sz w:val="38"/>
          <w:szCs w:val="38"/>
          <w:rtl/>
        </w:rPr>
        <w:t>الرقمي</w:t>
      </w:r>
      <w:r w:rsidR="008E006D" w:rsidRPr="002D5B89">
        <w:rPr>
          <w:rFonts w:ascii="Sakkal Majalla" w:eastAsia="Noto Sans Arabic" w:hAnsi="Sakkal Majalla" w:cs="Sakkal Majalla"/>
          <w:b/>
          <w:bCs/>
          <w:color w:val="10365E"/>
          <w:sz w:val="38"/>
          <w:szCs w:val="38"/>
        </w:rPr>
        <w:t xml:space="preserve"> </w:t>
      </w:r>
      <w:r w:rsidR="008E006D" w:rsidRPr="002D5B89">
        <w:rPr>
          <w:rFonts w:ascii="Sakkal Majalla" w:eastAsia="Noto Sans Arabic" w:hAnsi="Sakkal Majalla" w:cs="Sakkal Majalla"/>
          <w:b/>
          <w:bCs/>
          <w:color w:val="10365E"/>
          <w:sz w:val="38"/>
          <w:szCs w:val="38"/>
          <w:rtl/>
        </w:rPr>
        <w:t>في</w:t>
      </w:r>
      <w:r w:rsidR="008E006D" w:rsidRPr="002D5B89">
        <w:rPr>
          <w:rFonts w:ascii="Sakkal Majalla" w:eastAsia="Noto Sans Arabic" w:hAnsi="Sakkal Majalla" w:cs="Sakkal Majalla"/>
          <w:b/>
          <w:bCs/>
          <w:color w:val="10365E"/>
          <w:sz w:val="38"/>
          <w:szCs w:val="38"/>
        </w:rPr>
        <w:t xml:space="preserve"> </w:t>
      </w:r>
      <w:r w:rsidR="008E006D" w:rsidRPr="002D5B89">
        <w:rPr>
          <w:rFonts w:ascii="Sakkal Majalla" w:eastAsia="Noto Sans Arabic" w:hAnsi="Sakkal Majalla" w:cs="Sakkal Majalla"/>
          <w:b/>
          <w:bCs/>
          <w:color w:val="10365E"/>
          <w:sz w:val="38"/>
          <w:szCs w:val="38"/>
          <w:rtl/>
        </w:rPr>
        <w:t>القطاع</w:t>
      </w:r>
      <w:r w:rsidR="008E006D" w:rsidRPr="002D5B89">
        <w:rPr>
          <w:rFonts w:ascii="Sakkal Majalla" w:eastAsia="Noto Sans Arabic" w:hAnsi="Sakkal Majalla" w:cs="Sakkal Majalla"/>
          <w:b/>
          <w:bCs/>
          <w:color w:val="10365E"/>
          <w:sz w:val="38"/>
          <w:szCs w:val="38"/>
        </w:rPr>
        <w:t xml:space="preserve"> </w:t>
      </w:r>
      <w:r w:rsidR="008E006D" w:rsidRPr="002D5B89">
        <w:rPr>
          <w:rFonts w:ascii="Sakkal Majalla" w:eastAsia="Noto Sans Arabic" w:hAnsi="Sakkal Majalla" w:cs="Sakkal Majalla"/>
          <w:b/>
          <w:bCs/>
          <w:color w:val="10365E"/>
          <w:sz w:val="38"/>
          <w:szCs w:val="38"/>
          <w:rtl/>
        </w:rPr>
        <w:t>الحكومي</w:t>
      </w:r>
      <w:r w:rsidRPr="002D5B89">
        <w:rPr>
          <w:rFonts w:ascii="Sakkal Majalla" w:eastAsia="Noto Sans Arabic" w:hAnsi="Sakkal Majalla" w:cs="Sakkal Majalla" w:hint="cs"/>
          <w:b/>
          <w:bCs/>
          <w:color w:val="10365E"/>
          <w:sz w:val="38"/>
          <w:szCs w:val="38"/>
          <w:rtl/>
        </w:rPr>
        <w:t>:</w:t>
      </w:r>
      <w:bookmarkEnd w:id="15"/>
      <w:r w:rsidRPr="002D5B89">
        <w:rPr>
          <w:rFonts w:ascii="Sakkal Majalla" w:eastAsia="Noto Sans Arabic" w:hAnsi="Sakkal Majalla" w:cs="Sakkal Majalla" w:hint="cs"/>
          <w:b/>
          <w:bCs/>
          <w:color w:val="10365E"/>
          <w:sz w:val="38"/>
          <w:szCs w:val="38"/>
          <w:rtl/>
        </w:rPr>
        <w:t xml:space="preserve"> </w:t>
      </w:r>
    </w:p>
    <w:p w14:paraId="1C72AF88" w14:textId="77777777" w:rsidR="008E006D" w:rsidRPr="008E006D" w:rsidRDefault="008E006D" w:rsidP="008D0B36">
      <w:pPr>
        <w:ind w:firstLine="720"/>
        <w:rPr>
          <w:rFonts w:cs="Sakkal Majalla"/>
          <w:sz w:val="36"/>
          <w:szCs w:val="38"/>
        </w:rPr>
      </w:pPr>
      <w:r w:rsidRPr="008E006D">
        <w:rPr>
          <w:rFonts w:cs="Sakkal Majalla"/>
          <w:sz w:val="36"/>
          <w:szCs w:val="38"/>
          <w:rtl/>
        </w:rPr>
        <w:t>يشير</w:t>
      </w:r>
      <w:r w:rsidRPr="008E006D">
        <w:rPr>
          <w:rFonts w:cs="Sakkal Majalla"/>
          <w:sz w:val="36"/>
          <w:szCs w:val="38"/>
        </w:rPr>
        <w:t xml:space="preserve"> </w:t>
      </w:r>
      <w:r w:rsidRPr="008E006D">
        <w:rPr>
          <w:rFonts w:cs="Sakkal Majalla"/>
          <w:sz w:val="36"/>
          <w:szCs w:val="38"/>
          <w:rtl/>
        </w:rPr>
        <w:t>التحول</w:t>
      </w:r>
      <w:r w:rsidRPr="008E006D">
        <w:rPr>
          <w:rFonts w:cs="Sakkal Majalla"/>
          <w:sz w:val="36"/>
          <w:szCs w:val="38"/>
        </w:rPr>
        <w:t xml:space="preserve"> </w:t>
      </w:r>
      <w:r w:rsidRPr="008E006D">
        <w:rPr>
          <w:rFonts w:cs="Sakkal Majalla"/>
          <w:sz w:val="36"/>
          <w:szCs w:val="38"/>
          <w:rtl/>
        </w:rPr>
        <w:t>الرقمي</w:t>
      </w:r>
      <w:r w:rsidRPr="008E006D">
        <w:rPr>
          <w:rFonts w:cs="Sakkal Majalla"/>
          <w:sz w:val="36"/>
          <w:szCs w:val="38"/>
        </w:rPr>
        <w:t xml:space="preserve"> </w:t>
      </w:r>
      <w:r w:rsidRPr="008E006D">
        <w:rPr>
          <w:rFonts w:cs="Sakkal Majalla"/>
          <w:sz w:val="36"/>
          <w:szCs w:val="38"/>
          <w:rtl/>
        </w:rPr>
        <w:t>إلى</w:t>
      </w:r>
      <w:r w:rsidRPr="008E006D">
        <w:rPr>
          <w:rFonts w:cs="Sakkal Majalla"/>
          <w:sz w:val="36"/>
          <w:szCs w:val="38"/>
        </w:rPr>
        <w:t xml:space="preserve"> </w:t>
      </w:r>
      <w:r w:rsidRPr="008E006D">
        <w:rPr>
          <w:rFonts w:cs="Sakkal Majalla"/>
          <w:sz w:val="36"/>
          <w:szCs w:val="38"/>
          <w:rtl/>
        </w:rPr>
        <w:t>عملية</w:t>
      </w:r>
      <w:r w:rsidRPr="008E006D">
        <w:rPr>
          <w:rFonts w:cs="Sakkal Majalla"/>
          <w:sz w:val="36"/>
          <w:szCs w:val="38"/>
        </w:rPr>
        <w:t xml:space="preserve"> </w:t>
      </w:r>
      <w:r w:rsidRPr="008E006D">
        <w:rPr>
          <w:rFonts w:cs="Sakkal Majalla"/>
          <w:sz w:val="36"/>
          <w:szCs w:val="38"/>
          <w:rtl/>
        </w:rPr>
        <w:t>تغيير</w:t>
      </w:r>
      <w:r w:rsidRPr="008E006D">
        <w:rPr>
          <w:rFonts w:cs="Sakkal Majalla"/>
          <w:sz w:val="36"/>
          <w:szCs w:val="38"/>
        </w:rPr>
        <w:t xml:space="preserve"> </w:t>
      </w:r>
      <w:r w:rsidRPr="008E006D">
        <w:rPr>
          <w:rFonts w:cs="Sakkal Majalla"/>
          <w:sz w:val="36"/>
          <w:szCs w:val="38"/>
          <w:rtl/>
        </w:rPr>
        <w:t>شاملة</w:t>
      </w:r>
      <w:r w:rsidRPr="008E006D">
        <w:rPr>
          <w:rFonts w:cs="Sakkal Majalla"/>
          <w:sz w:val="36"/>
          <w:szCs w:val="38"/>
        </w:rPr>
        <w:t xml:space="preserve"> </w:t>
      </w:r>
      <w:r w:rsidRPr="008E006D">
        <w:rPr>
          <w:rFonts w:cs="Sakkal Majalla"/>
          <w:sz w:val="36"/>
          <w:szCs w:val="38"/>
          <w:rtl/>
        </w:rPr>
        <w:t>تستخدم</w:t>
      </w:r>
      <w:r w:rsidRPr="008E006D">
        <w:rPr>
          <w:rFonts w:cs="Sakkal Majalla"/>
          <w:sz w:val="36"/>
          <w:szCs w:val="38"/>
        </w:rPr>
        <w:t xml:space="preserve"> </w:t>
      </w:r>
      <w:r w:rsidRPr="008E006D">
        <w:rPr>
          <w:rFonts w:cs="Sakkal Majalla"/>
          <w:sz w:val="36"/>
          <w:szCs w:val="38"/>
          <w:rtl/>
        </w:rPr>
        <w:t>التقنيات</w:t>
      </w:r>
      <w:r w:rsidRPr="008E006D">
        <w:rPr>
          <w:rFonts w:cs="Sakkal Majalla"/>
          <w:sz w:val="36"/>
          <w:szCs w:val="38"/>
        </w:rPr>
        <w:t xml:space="preserve"> </w:t>
      </w:r>
      <w:r w:rsidRPr="008E006D">
        <w:rPr>
          <w:rFonts w:cs="Sakkal Majalla"/>
          <w:sz w:val="36"/>
          <w:szCs w:val="38"/>
          <w:rtl/>
        </w:rPr>
        <w:t>الرقمية</w:t>
      </w:r>
      <w:r w:rsidRPr="008E006D">
        <w:rPr>
          <w:rFonts w:cs="Sakkal Majalla"/>
          <w:sz w:val="36"/>
          <w:szCs w:val="38"/>
        </w:rPr>
        <w:t xml:space="preserve"> </w:t>
      </w:r>
      <w:r w:rsidRPr="008E006D">
        <w:rPr>
          <w:rFonts w:cs="Sakkal Majalla"/>
          <w:sz w:val="36"/>
          <w:szCs w:val="38"/>
          <w:rtl/>
        </w:rPr>
        <w:t>لإعادة</w:t>
      </w:r>
      <w:r w:rsidRPr="008E006D">
        <w:rPr>
          <w:rFonts w:cs="Sakkal Majalla"/>
          <w:sz w:val="36"/>
          <w:szCs w:val="38"/>
        </w:rPr>
        <w:t xml:space="preserve"> </w:t>
      </w:r>
      <w:r w:rsidRPr="008E006D">
        <w:rPr>
          <w:rFonts w:cs="Sakkal Majalla"/>
          <w:sz w:val="36"/>
          <w:szCs w:val="38"/>
          <w:rtl/>
        </w:rPr>
        <w:t>تشكيل</w:t>
      </w:r>
      <w:r w:rsidRPr="008E006D">
        <w:rPr>
          <w:rFonts w:cs="Sakkal Majalla"/>
          <w:sz w:val="36"/>
          <w:szCs w:val="38"/>
        </w:rPr>
        <w:t xml:space="preserve"> </w:t>
      </w:r>
      <w:r w:rsidRPr="008E006D">
        <w:rPr>
          <w:rFonts w:cs="Sakkal Majalla"/>
          <w:sz w:val="36"/>
          <w:szCs w:val="38"/>
          <w:rtl/>
        </w:rPr>
        <w:t>العمليات</w:t>
      </w:r>
      <w:r w:rsidRPr="008E006D">
        <w:rPr>
          <w:rFonts w:cs="Sakkal Majalla"/>
          <w:sz w:val="36"/>
          <w:szCs w:val="38"/>
        </w:rPr>
        <w:t xml:space="preserve"> </w:t>
      </w:r>
      <w:r w:rsidRPr="008E006D">
        <w:rPr>
          <w:rFonts w:cs="Sakkal Majalla"/>
          <w:sz w:val="36"/>
          <w:szCs w:val="38"/>
          <w:rtl/>
        </w:rPr>
        <w:t>والخدمات</w:t>
      </w:r>
      <w:r w:rsidRPr="008E006D">
        <w:rPr>
          <w:rFonts w:cs="Sakkal Majalla"/>
          <w:sz w:val="36"/>
          <w:szCs w:val="38"/>
        </w:rPr>
        <w:t xml:space="preserve"> </w:t>
      </w:r>
      <w:r w:rsidRPr="008E006D">
        <w:rPr>
          <w:rFonts w:cs="Sakkal Majalla"/>
          <w:sz w:val="36"/>
          <w:szCs w:val="38"/>
          <w:rtl/>
        </w:rPr>
        <w:t>ونماذج</w:t>
      </w:r>
      <w:r w:rsidRPr="008E006D">
        <w:rPr>
          <w:rFonts w:cs="Sakkal Majalla"/>
          <w:sz w:val="36"/>
          <w:szCs w:val="38"/>
        </w:rPr>
        <w:t xml:space="preserve"> </w:t>
      </w:r>
      <w:r w:rsidRPr="008E006D">
        <w:rPr>
          <w:rFonts w:cs="Sakkal Majalla"/>
          <w:sz w:val="36"/>
          <w:szCs w:val="38"/>
          <w:rtl/>
        </w:rPr>
        <w:t>العمل</w:t>
      </w:r>
      <w:r w:rsidRPr="008E006D">
        <w:rPr>
          <w:rFonts w:cs="Sakkal Majalla"/>
          <w:sz w:val="36"/>
          <w:szCs w:val="38"/>
        </w:rPr>
        <w:t xml:space="preserve"> </w:t>
      </w:r>
      <w:r w:rsidRPr="008E006D">
        <w:rPr>
          <w:rFonts w:cs="Sakkal Majalla"/>
          <w:sz w:val="36"/>
          <w:szCs w:val="38"/>
          <w:rtl/>
        </w:rPr>
        <w:t>والثقافة</w:t>
      </w:r>
      <w:r w:rsidRPr="008E006D">
        <w:rPr>
          <w:rFonts w:cs="Sakkal Majalla"/>
          <w:sz w:val="36"/>
          <w:szCs w:val="38"/>
        </w:rPr>
        <w:t xml:space="preserve"> </w:t>
      </w:r>
      <w:r w:rsidRPr="008E006D">
        <w:rPr>
          <w:rFonts w:cs="Sakkal Majalla"/>
          <w:sz w:val="36"/>
          <w:szCs w:val="38"/>
          <w:rtl/>
        </w:rPr>
        <w:t>المؤسسية،</w:t>
      </w:r>
      <w:r w:rsidRPr="008E006D">
        <w:rPr>
          <w:rFonts w:cs="Sakkal Majalla"/>
          <w:sz w:val="36"/>
          <w:szCs w:val="38"/>
        </w:rPr>
        <w:t xml:space="preserve"> </w:t>
      </w:r>
      <w:r w:rsidRPr="008E006D">
        <w:rPr>
          <w:rFonts w:cs="Sakkal Majalla"/>
          <w:sz w:val="36"/>
          <w:szCs w:val="38"/>
          <w:rtl/>
        </w:rPr>
        <w:t>بما</w:t>
      </w:r>
      <w:r w:rsidRPr="008E006D">
        <w:rPr>
          <w:rFonts w:cs="Sakkal Majalla"/>
          <w:sz w:val="36"/>
          <w:szCs w:val="38"/>
        </w:rPr>
        <w:t xml:space="preserve"> </w:t>
      </w:r>
      <w:r w:rsidRPr="008E006D">
        <w:rPr>
          <w:rFonts w:cs="Sakkal Majalla"/>
          <w:sz w:val="36"/>
          <w:szCs w:val="38"/>
          <w:rtl/>
        </w:rPr>
        <w:t>يؤدي</w:t>
      </w:r>
      <w:r w:rsidRPr="008E006D">
        <w:rPr>
          <w:rFonts w:cs="Sakkal Majalla"/>
          <w:sz w:val="36"/>
          <w:szCs w:val="38"/>
        </w:rPr>
        <w:t xml:space="preserve"> </w:t>
      </w:r>
      <w:r w:rsidRPr="008E006D">
        <w:rPr>
          <w:rFonts w:cs="Sakkal Majalla"/>
          <w:sz w:val="36"/>
          <w:szCs w:val="38"/>
          <w:rtl/>
        </w:rPr>
        <w:t>إلى</w:t>
      </w:r>
      <w:r w:rsidRPr="008E006D">
        <w:rPr>
          <w:rFonts w:cs="Sakkal Majalla"/>
          <w:sz w:val="36"/>
          <w:szCs w:val="38"/>
        </w:rPr>
        <w:t xml:space="preserve"> </w:t>
      </w:r>
      <w:r w:rsidRPr="008E006D">
        <w:rPr>
          <w:rFonts w:cs="Sakkal Majalla"/>
          <w:sz w:val="36"/>
          <w:szCs w:val="38"/>
          <w:rtl/>
        </w:rPr>
        <w:t>خلق</w:t>
      </w:r>
      <w:r w:rsidRPr="008E006D">
        <w:rPr>
          <w:rFonts w:cs="Sakkal Majalla"/>
          <w:sz w:val="36"/>
          <w:szCs w:val="38"/>
        </w:rPr>
        <w:t xml:space="preserve"> </w:t>
      </w:r>
      <w:r w:rsidRPr="008E006D">
        <w:rPr>
          <w:rFonts w:cs="Sakkal Majalla"/>
          <w:sz w:val="36"/>
          <w:szCs w:val="38"/>
          <w:rtl/>
        </w:rPr>
        <w:t>قيمة</w:t>
      </w:r>
      <w:r w:rsidRPr="008E006D">
        <w:rPr>
          <w:rFonts w:cs="Sakkal Majalla"/>
          <w:sz w:val="36"/>
          <w:szCs w:val="38"/>
        </w:rPr>
        <w:t xml:space="preserve"> </w:t>
      </w:r>
      <w:r w:rsidRPr="008E006D">
        <w:rPr>
          <w:rFonts w:cs="Sakkal Majalla"/>
          <w:sz w:val="36"/>
          <w:szCs w:val="38"/>
          <w:rtl/>
        </w:rPr>
        <w:t>جديدة</w:t>
      </w:r>
      <w:r w:rsidRPr="008E006D">
        <w:rPr>
          <w:rFonts w:cs="Sakkal Majalla"/>
          <w:sz w:val="36"/>
          <w:szCs w:val="38"/>
        </w:rPr>
        <w:t xml:space="preserve"> </w:t>
      </w:r>
      <w:r w:rsidRPr="008E006D">
        <w:rPr>
          <w:rFonts w:cs="Sakkal Majalla"/>
          <w:sz w:val="36"/>
          <w:szCs w:val="38"/>
          <w:rtl/>
        </w:rPr>
        <w:t>وتحسين</w:t>
      </w:r>
      <w:r w:rsidRPr="008E006D">
        <w:rPr>
          <w:rFonts w:cs="Sakkal Majalla"/>
          <w:sz w:val="36"/>
          <w:szCs w:val="38"/>
        </w:rPr>
        <w:t xml:space="preserve"> </w:t>
      </w:r>
      <w:r w:rsidRPr="008E006D">
        <w:rPr>
          <w:rFonts w:cs="Sakkal Majalla"/>
          <w:sz w:val="36"/>
          <w:szCs w:val="38"/>
          <w:rtl/>
        </w:rPr>
        <w:t>الأداء</w:t>
      </w:r>
      <w:r w:rsidRPr="008E006D">
        <w:rPr>
          <w:rFonts w:cs="Sakkal Majalla"/>
          <w:sz w:val="36"/>
          <w:szCs w:val="38"/>
        </w:rPr>
        <w:t xml:space="preserve">. </w:t>
      </w:r>
      <w:r w:rsidRPr="008E006D">
        <w:rPr>
          <w:rFonts w:cs="Sakkal Majalla"/>
          <w:sz w:val="36"/>
          <w:szCs w:val="38"/>
          <w:rtl/>
        </w:rPr>
        <w:t>وتؤكد</w:t>
      </w:r>
      <w:r w:rsidRPr="008E006D">
        <w:rPr>
          <w:rFonts w:cs="Sakkal Majalla"/>
          <w:sz w:val="36"/>
          <w:szCs w:val="38"/>
        </w:rPr>
        <w:t xml:space="preserve"> </w:t>
      </w:r>
      <w:r w:rsidRPr="008E006D">
        <w:rPr>
          <w:rFonts w:cs="Sakkal Majalla"/>
          <w:sz w:val="36"/>
          <w:szCs w:val="38"/>
          <w:rtl/>
        </w:rPr>
        <w:t>الأدبيات</w:t>
      </w:r>
      <w:r w:rsidRPr="008E006D">
        <w:rPr>
          <w:rFonts w:cs="Sakkal Majalla"/>
          <w:sz w:val="36"/>
          <w:szCs w:val="38"/>
        </w:rPr>
        <w:t xml:space="preserve"> </w:t>
      </w:r>
      <w:r w:rsidRPr="008E006D">
        <w:rPr>
          <w:rFonts w:cs="Sakkal Majalla"/>
          <w:sz w:val="36"/>
          <w:szCs w:val="38"/>
          <w:rtl/>
        </w:rPr>
        <w:t>أن</w:t>
      </w:r>
      <w:r w:rsidRPr="008E006D">
        <w:rPr>
          <w:rFonts w:cs="Sakkal Majalla"/>
          <w:sz w:val="36"/>
          <w:szCs w:val="38"/>
        </w:rPr>
        <w:t xml:space="preserve"> </w:t>
      </w:r>
      <w:r w:rsidRPr="008E006D">
        <w:rPr>
          <w:rFonts w:cs="Sakkal Majalla"/>
          <w:sz w:val="36"/>
          <w:szCs w:val="38"/>
          <w:rtl/>
        </w:rPr>
        <w:t>التحول</w:t>
      </w:r>
      <w:r w:rsidRPr="008E006D">
        <w:rPr>
          <w:rFonts w:cs="Sakkal Majalla"/>
          <w:sz w:val="36"/>
          <w:szCs w:val="38"/>
        </w:rPr>
        <w:t xml:space="preserve"> </w:t>
      </w:r>
      <w:r w:rsidRPr="008E006D">
        <w:rPr>
          <w:rFonts w:cs="Sakkal Majalla"/>
          <w:sz w:val="36"/>
          <w:szCs w:val="38"/>
          <w:rtl/>
        </w:rPr>
        <w:t>الرقمي</w:t>
      </w:r>
      <w:r w:rsidRPr="008E006D">
        <w:rPr>
          <w:rFonts w:cs="Sakkal Majalla"/>
          <w:sz w:val="36"/>
          <w:szCs w:val="38"/>
        </w:rPr>
        <w:t xml:space="preserve"> </w:t>
      </w:r>
      <w:r w:rsidRPr="008E006D">
        <w:rPr>
          <w:rFonts w:cs="Sakkal Majalla"/>
          <w:sz w:val="36"/>
          <w:szCs w:val="38"/>
          <w:rtl/>
        </w:rPr>
        <w:t>يختلف</w:t>
      </w:r>
      <w:r w:rsidRPr="008E006D">
        <w:rPr>
          <w:rFonts w:cs="Sakkal Majalla"/>
          <w:sz w:val="36"/>
          <w:szCs w:val="38"/>
        </w:rPr>
        <w:t xml:space="preserve"> </w:t>
      </w:r>
      <w:r w:rsidRPr="008E006D">
        <w:rPr>
          <w:rFonts w:cs="Sakkal Majalla"/>
          <w:sz w:val="36"/>
          <w:szCs w:val="38"/>
          <w:rtl/>
        </w:rPr>
        <w:t>عن</w:t>
      </w:r>
      <w:r w:rsidRPr="008E006D">
        <w:rPr>
          <w:rFonts w:cs="Sakkal Majalla"/>
          <w:sz w:val="36"/>
          <w:szCs w:val="38"/>
        </w:rPr>
        <w:t xml:space="preserve"> </w:t>
      </w:r>
      <w:proofErr w:type="spellStart"/>
      <w:r w:rsidRPr="008E006D">
        <w:rPr>
          <w:rFonts w:cs="Sakkal Majalla"/>
          <w:sz w:val="36"/>
          <w:szCs w:val="38"/>
          <w:rtl/>
        </w:rPr>
        <w:t>الرقمنة</w:t>
      </w:r>
      <w:proofErr w:type="spellEnd"/>
      <w:r w:rsidRPr="008E006D">
        <w:rPr>
          <w:rFonts w:cs="Sakkal Majalla"/>
          <w:sz w:val="36"/>
          <w:szCs w:val="38"/>
        </w:rPr>
        <w:t xml:space="preserve"> </w:t>
      </w:r>
      <w:r w:rsidRPr="008E006D">
        <w:rPr>
          <w:rFonts w:cs="Sakkal Majalla"/>
          <w:sz w:val="36"/>
          <w:szCs w:val="38"/>
          <w:rtl/>
        </w:rPr>
        <w:t>التي</w:t>
      </w:r>
      <w:r w:rsidRPr="008E006D">
        <w:rPr>
          <w:rFonts w:cs="Sakkal Majalla"/>
          <w:sz w:val="36"/>
          <w:szCs w:val="38"/>
        </w:rPr>
        <w:t xml:space="preserve"> </w:t>
      </w:r>
      <w:r w:rsidRPr="008E006D">
        <w:rPr>
          <w:rFonts w:cs="Sakkal Majalla"/>
          <w:sz w:val="36"/>
          <w:szCs w:val="38"/>
          <w:rtl/>
        </w:rPr>
        <w:t>تعني</w:t>
      </w:r>
      <w:r w:rsidRPr="008E006D">
        <w:rPr>
          <w:rFonts w:cs="Sakkal Majalla"/>
          <w:sz w:val="36"/>
          <w:szCs w:val="38"/>
        </w:rPr>
        <w:t xml:space="preserve"> </w:t>
      </w:r>
      <w:r w:rsidRPr="008E006D">
        <w:rPr>
          <w:rFonts w:cs="Sakkal Majalla"/>
          <w:sz w:val="36"/>
          <w:szCs w:val="38"/>
          <w:rtl/>
        </w:rPr>
        <w:t>تحويل</w:t>
      </w:r>
      <w:r w:rsidRPr="008E006D">
        <w:rPr>
          <w:rFonts w:cs="Sakkal Majalla"/>
          <w:sz w:val="36"/>
          <w:szCs w:val="38"/>
        </w:rPr>
        <w:t xml:space="preserve"> </w:t>
      </w:r>
      <w:r w:rsidRPr="008E006D">
        <w:rPr>
          <w:rFonts w:cs="Sakkal Majalla"/>
          <w:sz w:val="36"/>
          <w:szCs w:val="38"/>
          <w:rtl/>
        </w:rPr>
        <w:t>المعلومات</w:t>
      </w:r>
      <w:r w:rsidRPr="008E006D">
        <w:rPr>
          <w:rFonts w:cs="Sakkal Majalla"/>
          <w:sz w:val="36"/>
          <w:szCs w:val="38"/>
        </w:rPr>
        <w:t xml:space="preserve"> </w:t>
      </w:r>
      <w:r w:rsidRPr="008E006D">
        <w:rPr>
          <w:rFonts w:cs="Sakkal Majalla"/>
          <w:sz w:val="36"/>
          <w:szCs w:val="38"/>
          <w:rtl/>
        </w:rPr>
        <w:t>إلى</w:t>
      </w:r>
      <w:r w:rsidRPr="008E006D">
        <w:rPr>
          <w:rFonts w:cs="Sakkal Majalla"/>
          <w:sz w:val="36"/>
          <w:szCs w:val="38"/>
        </w:rPr>
        <w:t xml:space="preserve"> </w:t>
      </w:r>
      <w:r w:rsidRPr="008E006D">
        <w:rPr>
          <w:rFonts w:cs="Sakkal Majalla"/>
          <w:sz w:val="36"/>
          <w:szCs w:val="38"/>
          <w:rtl/>
        </w:rPr>
        <w:t>صيغة</w:t>
      </w:r>
      <w:r w:rsidRPr="008E006D">
        <w:rPr>
          <w:rFonts w:cs="Sakkal Majalla"/>
          <w:sz w:val="36"/>
          <w:szCs w:val="38"/>
        </w:rPr>
        <w:t xml:space="preserve"> </w:t>
      </w:r>
      <w:r w:rsidRPr="008E006D">
        <w:rPr>
          <w:rFonts w:cs="Sakkal Majalla"/>
          <w:sz w:val="36"/>
          <w:szCs w:val="38"/>
          <w:rtl/>
        </w:rPr>
        <w:t>رقمية،</w:t>
      </w:r>
      <w:r w:rsidRPr="008E006D">
        <w:rPr>
          <w:rFonts w:cs="Sakkal Majalla"/>
          <w:sz w:val="36"/>
          <w:szCs w:val="38"/>
        </w:rPr>
        <w:t xml:space="preserve"> </w:t>
      </w:r>
      <w:r w:rsidRPr="008E006D">
        <w:rPr>
          <w:rFonts w:cs="Sakkal Majalla"/>
          <w:sz w:val="36"/>
          <w:szCs w:val="38"/>
          <w:rtl/>
        </w:rPr>
        <w:t>وعن</w:t>
      </w:r>
      <w:r w:rsidRPr="008E006D">
        <w:rPr>
          <w:rFonts w:cs="Sakkal Majalla"/>
          <w:sz w:val="36"/>
          <w:szCs w:val="38"/>
        </w:rPr>
        <w:t xml:space="preserve"> </w:t>
      </w:r>
      <w:r w:rsidRPr="008E006D">
        <w:rPr>
          <w:rFonts w:cs="Sakkal Majalla"/>
          <w:sz w:val="36"/>
          <w:szCs w:val="38"/>
          <w:rtl/>
        </w:rPr>
        <w:t>الأتمتة</w:t>
      </w:r>
      <w:r w:rsidRPr="008E006D">
        <w:rPr>
          <w:rFonts w:cs="Sakkal Majalla"/>
          <w:sz w:val="36"/>
          <w:szCs w:val="38"/>
        </w:rPr>
        <w:t xml:space="preserve"> </w:t>
      </w:r>
      <w:r w:rsidRPr="008E006D">
        <w:rPr>
          <w:rFonts w:cs="Sakkal Majalla"/>
          <w:sz w:val="36"/>
          <w:szCs w:val="38"/>
          <w:rtl/>
        </w:rPr>
        <w:t>التي</w:t>
      </w:r>
      <w:r w:rsidRPr="008E006D">
        <w:rPr>
          <w:rFonts w:cs="Sakkal Majalla"/>
          <w:sz w:val="36"/>
          <w:szCs w:val="38"/>
        </w:rPr>
        <w:t xml:space="preserve"> </w:t>
      </w:r>
      <w:r w:rsidRPr="008E006D">
        <w:rPr>
          <w:rFonts w:cs="Sakkal Majalla"/>
          <w:sz w:val="36"/>
          <w:szCs w:val="38"/>
          <w:rtl/>
        </w:rPr>
        <w:t>تعني</w:t>
      </w:r>
      <w:r w:rsidRPr="008E006D">
        <w:rPr>
          <w:rFonts w:cs="Sakkal Majalla"/>
          <w:sz w:val="36"/>
          <w:szCs w:val="38"/>
        </w:rPr>
        <w:t xml:space="preserve"> </w:t>
      </w:r>
      <w:r w:rsidRPr="008E006D">
        <w:rPr>
          <w:rFonts w:cs="Sakkal Majalla"/>
          <w:sz w:val="36"/>
          <w:szCs w:val="38"/>
          <w:rtl/>
        </w:rPr>
        <w:t>تنفيذ</w:t>
      </w:r>
      <w:r w:rsidRPr="008E006D">
        <w:rPr>
          <w:rFonts w:cs="Sakkal Majalla"/>
          <w:sz w:val="36"/>
          <w:szCs w:val="38"/>
        </w:rPr>
        <w:t xml:space="preserve"> </w:t>
      </w:r>
      <w:r w:rsidRPr="008E006D">
        <w:rPr>
          <w:rFonts w:cs="Sakkal Majalla"/>
          <w:sz w:val="36"/>
          <w:szCs w:val="38"/>
          <w:rtl/>
        </w:rPr>
        <w:t>الإجراءات</w:t>
      </w:r>
      <w:r w:rsidRPr="008E006D">
        <w:rPr>
          <w:rFonts w:cs="Sakkal Majalla"/>
          <w:sz w:val="36"/>
          <w:szCs w:val="38"/>
        </w:rPr>
        <w:t xml:space="preserve"> </w:t>
      </w:r>
      <w:r w:rsidRPr="008E006D">
        <w:rPr>
          <w:rFonts w:cs="Sakkal Majalla"/>
          <w:sz w:val="36"/>
          <w:szCs w:val="38"/>
          <w:rtl/>
        </w:rPr>
        <w:t>آليًا؛</w:t>
      </w:r>
      <w:r w:rsidRPr="008E006D">
        <w:rPr>
          <w:rFonts w:cs="Sakkal Majalla"/>
          <w:sz w:val="36"/>
          <w:szCs w:val="38"/>
        </w:rPr>
        <w:t xml:space="preserve"> </w:t>
      </w:r>
      <w:r w:rsidRPr="008E006D">
        <w:rPr>
          <w:rFonts w:cs="Sakkal Majalla"/>
          <w:sz w:val="36"/>
          <w:szCs w:val="38"/>
          <w:rtl/>
        </w:rPr>
        <w:t>لأنه</w:t>
      </w:r>
      <w:r w:rsidRPr="008E006D">
        <w:rPr>
          <w:rFonts w:cs="Sakkal Majalla"/>
          <w:sz w:val="36"/>
          <w:szCs w:val="38"/>
        </w:rPr>
        <w:t xml:space="preserve"> </w:t>
      </w:r>
      <w:r w:rsidRPr="008E006D">
        <w:rPr>
          <w:rFonts w:cs="Sakkal Majalla"/>
          <w:sz w:val="36"/>
          <w:szCs w:val="38"/>
          <w:rtl/>
        </w:rPr>
        <w:t>يتضمن</w:t>
      </w:r>
      <w:r w:rsidRPr="008E006D">
        <w:rPr>
          <w:rFonts w:cs="Sakkal Majalla"/>
          <w:sz w:val="36"/>
          <w:szCs w:val="38"/>
        </w:rPr>
        <w:t xml:space="preserve"> </w:t>
      </w:r>
      <w:r w:rsidRPr="008E006D">
        <w:rPr>
          <w:rFonts w:cs="Sakkal Majalla"/>
          <w:sz w:val="36"/>
          <w:szCs w:val="38"/>
          <w:rtl/>
        </w:rPr>
        <w:t>تغييرًا</w:t>
      </w:r>
      <w:r w:rsidRPr="008E006D">
        <w:rPr>
          <w:rFonts w:cs="Sakkal Majalla"/>
          <w:sz w:val="36"/>
          <w:szCs w:val="38"/>
        </w:rPr>
        <w:t xml:space="preserve"> </w:t>
      </w:r>
      <w:r w:rsidRPr="008E006D">
        <w:rPr>
          <w:rFonts w:cs="Sakkal Majalla"/>
          <w:sz w:val="36"/>
          <w:szCs w:val="38"/>
          <w:rtl/>
        </w:rPr>
        <w:t>استراتيجيًا</w:t>
      </w:r>
      <w:r w:rsidRPr="008E006D">
        <w:rPr>
          <w:rFonts w:cs="Sakkal Majalla"/>
          <w:sz w:val="36"/>
          <w:szCs w:val="38"/>
        </w:rPr>
        <w:t xml:space="preserve"> </w:t>
      </w:r>
      <w:r w:rsidRPr="008E006D">
        <w:rPr>
          <w:rFonts w:cs="Sakkal Majalla"/>
          <w:sz w:val="36"/>
          <w:szCs w:val="38"/>
          <w:rtl/>
        </w:rPr>
        <w:t>في</w:t>
      </w:r>
      <w:r w:rsidRPr="008E006D">
        <w:rPr>
          <w:rFonts w:cs="Sakkal Majalla"/>
          <w:sz w:val="36"/>
          <w:szCs w:val="38"/>
        </w:rPr>
        <w:t xml:space="preserve"> </w:t>
      </w:r>
      <w:r w:rsidRPr="008E006D">
        <w:rPr>
          <w:rFonts w:cs="Sakkal Majalla"/>
          <w:sz w:val="36"/>
          <w:szCs w:val="38"/>
          <w:rtl/>
        </w:rPr>
        <w:t>طريقة</w:t>
      </w:r>
      <w:r w:rsidRPr="008E006D">
        <w:rPr>
          <w:rFonts w:cs="Sakkal Majalla"/>
          <w:sz w:val="36"/>
          <w:szCs w:val="38"/>
        </w:rPr>
        <w:t xml:space="preserve"> </w:t>
      </w:r>
      <w:r w:rsidRPr="008E006D">
        <w:rPr>
          <w:rFonts w:cs="Sakkal Majalla"/>
          <w:sz w:val="36"/>
          <w:szCs w:val="38"/>
          <w:rtl/>
        </w:rPr>
        <w:t>عمل</w:t>
      </w:r>
      <w:r w:rsidRPr="008E006D">
        <w:rPr>
          <w:rFonts w:cs="Sakkal Majalla"/>
          <w:sz w:val="36"/>
          <w:szCs w:val="38"/>
        </w:rPr>
        <w:t xml:space="preserve"> </w:t>
      </w:r>
      <w:r w:rsidRPr="008E006D">
        <w:rPr>
          <w:rFonts w:cs="Sakkal Majalla"/>
          <w:sz w:val="36"/>
          <w:szCs w:val="38"/>
          <w:rtl/>
        </w:rPr>
        <w:t>المنظمة</w:t>
      </w:r>
      <w:r w:rsidRPr="008E006D">
        <w:rPr>
          <w:rFonts w:cs="Sakkal Majalla"/>
          <w:sz w:val="36"/>
          <w:szCs w:val="38"/>
        </w:rPr>
        <w:t xml:space="preserve"> </w:t>
      </w:r>
      <w:r w:rsidRPr="008E006D">
        <w:rPr>
          <w:rFonts w:cs="Sakkal Majalla"/>
          <w:sz w:val="36"/>
          <w:szCs w:val="38"/>
          <w:rtl/>
        </w:rPr>
        <w:t>وتفاعلها</w:t>
      </w:r>
      <w:r w:rsidRPr="008E006D">
        <w:rPr>
          <w:rFonts w:cs="Sakkal Majalla"/>
          <w:sz w:val="36"/>
          <w:szCs w:val="38"/>
        </w:rPr>
        <w:t xml:space="preserve"> </w:t>
      </w:r>
      <w:r w:rsidRPr="008E006D">
        <w:rPr>
          <w:rFonts w:cs="Sakkal Majalla"/>
          <w:sz w:val="36"/>
          <w:szCs w:val="38"/>
          <w:rtl/>
        </w:rPr>
        <w:t>مع</w:t>
      </w:r>
      <w:r w:rsidRPr="008E006D">
        <w:rPr>
          <w:rFonts w:cs="Sakkal Majalla"/>
          <w:sz w:val="36"/>
          <w:szCs w:val="38"/>
        </w:rPr>
        <w:t xml:space="preserve"> </w:t>
      </w:r>
      <w:r w:rsidRPr="008E006D">
        <w:rPr>
          <w:rFonts w:cs="Sakkal Majalla"/>
          <w:sz w:val="36"/>
          <w:szCs w:val="38"/>
          <w:rtl/>
        </w:rPr>
        <w:t>المستفيدين</w:t>
      </w:r>
      <w:r w:rsidRPr="008E006D">
        <w:rPr>
          <w:rFonts w:cs="Sakkal Majalla"/>
          <w:sz w:val="36"/>
          <w:szCs w:val="38"/>
        </w:rPr>
        <w:t xml:space="preserve"> (Vial, 2019; Verhoef et al., 2021).</w:t>
      </w:r>
    </w:p>
    <w:p w14:paraId="76C4BDAF" w14:textId="77777777" w:rsidR="008E006D" w:rsidRPr="008E006D" w:rsidRDefault="008E006D" w:rsidP="008D0B36">
      <w:pPr>
        <w:ind w:firstLine="720"/>
        <w:rPr>
          <w:rFonts w:cs="Sakkal Majalla"/>
          <w:sz w:val="36"/>
          <w:szCs w:val="38"/>
        </w:rPr>
      </w:pPr>
      <w:r w:rsidRPr="008E006D">
        <w:rPr>
          <w:rFonts w:cs="Sakkal Majalla"/>
          <w:sz w:val="36"/>
          <w:szCs w:val="38"/>
          <w:rtl/>
        </w:rPr>
        <w:t>في</w:t>
      </w:r>
      <w:r w:rsidRPr="008E006D">
        <w:rPr>
          <w:rFonts w:cs="Sakkal Majalla"/>
          <w:sz w:val="36"/>
          <w:szCs w:val="38"/>
        </w:rPr>
        <w:t xml:space="preserve"> </w:t>
      </w:r>
      <w:r w:rsidRPr="008E006D">
        <w:rPr>
          <w:rFonts w:cs="Sakkal Majalla"/>
          <w:sz w:val="36"/>
          <w:szCs w:val="38"/>
          <w:rtl/>
        </w:rPr>
        <w:t>القطاع</w:t>
      </w:r>
      <w:r w:rsidRPr="008E006D">
        <w:rPr>
          <w:rFonts w:cs="Sakkal Majalla"/>
          <w:sz w:val="36"/>
          <w:szCs w:val="38"/>
        </w:rPr>
        <w:t xml:space="preserve"> </w:t>
      </w:r>
      <w:r w:rsidRPr="008E006D">
        <w:rPr>
          <w:rFonts w:cs="Sakkal Majalla"/>
          <w:sz w:val="36"/>
          <w:szCs w:val="38"/>
          <w:rtl/>
        </w:rPr>
        <w:t>الحكومي،</w:t>
      </w:r>
      <w:r w:rsidRPr="008E006D">
        <w:rPr>
          <w:rFonts w:cs="Sakkal Majalla"/>
          <w:sz w:val="36"/>
          <w:szCs w:val="38"/>
        </w:rPr>
        <w:t xml:space="preserve"> </w:t>
      </w:r>
      <w:r w:rsidRPr="008E006D">
        <w:rPr>
          <w:rFonts w:cs="Sakkal Majalla"/>
          <w:sz w:val="36"/>
          <w:szCs w:val="38"/>
          <w:rtl/>
        </w:rPr>
        <w:t>يرتبط</w:t>
      </w:r>
      <w:r w:rsidRPr="008E006D">
        <w:rPr>
          <w:rFonts w:cs="Sakkal Majalla"/>
          <w:sz w:val="36"/>
          <w:szCs w:val="38"/>
        </w:rPr>
        <w:t xml:space="preserve"> </w:t>
      </w:r>
      <w:r w:rsidRPr="008E006D">
        <w:rPr>
          <w:rFonts w:cs="Sakkal Majalla"/>
          <w:sz w:val="36"/>
          <w:szCs w:val="38"/>
          <w:rtl/>
        </w:rPr>
        <w:t>التحول</w:t>
      </w:r>
      <w:r w:rsidRPr="008E006D">
        <w:rPr>
          <w:rFonts w:cs="Sakkal Majalla"/>
          <w:sz w:val="36"/>
          <w:szCs w:val="38"/>
        </w:rPr>
        <w:t xml:space="preserve"> </w:t>
      </w:r>
      <w:r w:rsidRPr="008E006D">
        <w:rPr>
          <w:rFonts w:cs="Sakkal Majalla"/>
          <w:sz w:val="36"/>
          <w:szCs w:val="38"/>
          <w:rtl/>
        </w:rPr>
        <w:t>الرقمي</w:t>
      </w:r>
      <w:r w:rsidRPr="008E006D">
        <w:rPr>
          <w:rFonts w:cs="Sakkal Majalla"/>
          <w:sz w:val="36"/>
          <w:szCs w:val="38"/>
        </w:rPr>
        <w:t xml:space="preserve"> </w:t>
      </w:r>
      <w:r w:rsidRPr="008E006D">
        <w:rPr>
          <w:rFonts w:cs="Sakkal Majalla"/>
          <w:sz w:val="36"/>
          <w:szCs w:val="38"/>
          <w:rtl/>
        </w:rPr>
        <w:t>بتطوير</w:t>
      </w:r>
      <w:r w:rsidRPr="008E006D">
        <w:rPr>
          <w:rFonts w:cs="Sakkal Majalla"/>
          <w:sz w:val="36"/>
          <w:szCs w:val="38"/>
        </w:rPr>
        <w:t xml:space="preserve"> </w:t>
      </w:r>
      <w:r w:rsidRPr="008E006D">
        <w:rPr>
          <w:rFonts w:cs="Sakkal Majalla"/>
          <w:sz w:val="36"/>
          <w:szCs w:val="38"/>
          <w:rtl/>
        </w:rPr>
        <w:t>الخدمات</w:t>
      </w:r>
      <w:r w:rsidRPr="008E006D">
        <w:rPr>
          <w:rFonts w:cs="Sakkal Majalla"/>
          <w:sz w:val="36"/>
          <w:szCs w:val="38"/>
        </w:rPr>
        <w:t xml:space="preserve"> </w:t>
      </w:r>
      <w:r w:rsidRPr="008E006D">
        <w:rPr>
          <w:rFonts w:cs="Sakkal Majalla"/>
          <w:sz w:val="36"/>
          <w:szCs w:val="38"/>
          <w:rtl/>
        </w:rPr>
        <w:t>العامة،</w:t>
      </w:r>
      <w:r w:rsidRPr="008E006D">
        <w:rPr>
          <w:rFonts w:cs="Sakkal Majalla"/>
          <w:sz w:val="36"/>
          <w:szCs w:val="38"/>
        </w:rPr>
        <w:t xml:space="preserve"> </w:t>
      </w:r>
      <w:r w:rsidRPr="008E006D">
        <w:rPr>
          <w:rFonts w:cs="Sakkal Majalla"/>
          <w:sz w:val="36"/>
          <w:szCs w:val="38"/>
          <w:rtl/>
        </w:rPr>
        <w:t>وتحسين</w:t>
      </w:r>
      <w:r w:rsidRPr="008E006D">
        <w:rPr>
          <w:rFonts w:cs="Sakkal Majalla"/>
          <w:sz w:val="36"/>
          <w:szCs w:val="38"/>
        </w:rPr>
        <w:t xml:space="preserve"> </w:t>
      </w:r>
      <w:r w:rsidRPr="008E006D">
        <w:rPr>
          <w:rFonts w:cs="Sakkal Majalla"/>
          <w:sz w:val="36"/>
          <w:szCs w:val="38"/>
          <w:rtl/>
        </w:rPr>
        <w:t>الشفافية،</w:t>
      </w:r>
      <w:r w:rsidRPr="008E006D">
        <w:rPr>
          <w:rFonts w:cs="Sakkal Majalla"/>
          <w:sz w:val="36"/>
          <w:szCs w:val="38"/>
        </w:rPr>
        <w:t xml:space="preserve"> </w:t>
      </w:r>
      <w:r w:rsidRPr="008E006D">
        <w:rPr>
          <w:rFonts w:cs="Sakkal Majalla"/>
          <w:sz w:val="36"/>
          <w:szCs w:val="38"/>
          <w:rtl/>
        </w:rPr>
        <w:t>ورفع</w:t>
      </w:r>
      <w:r w:rsidRPr="008E006D">
        <w:rPr>
          <w:rFonts w:cs="Sakkal Majalla"/>
          <w:sz w:val="36"/>
          <w:szCs w:val="38"/>
        </w:rPr>
        <w:t xml:space="preserve"> </w:t>
      </w:r>
      <w:r w:rsidRPr="008E006D">
        <w:rPr>
          <w:rFonts w:cs="Sakkal Majalla"/>
          <w:sz w:val="36"/>
          <w:szCs w:val="38"/>
          <w:rtl/>
        </w:rPr>
        <w:t>كفاءة</w:t>
      </w:r>
      <w:r w:rsidRPr="008E006D">
        <w:rPr>
          <w:rFonts w:cs="Sakkal Majalla"/>
          <w:sz w:val="36"/>
          <w:szCs w:val="38"/>
        </w:rPr>
        <w:t xml:space="preserve"> </w:t>
      </w:r>
      <w:r w:rsidRPr="008E006D">
        <w:rPr>
          <w:rFonts w:cs="Sakkal Majalla"/>
          <w:sz w:val="36"/>
          <w:szCs w:val="38"/>
          <w:rtl/>
        </w:rPr>
        <w:t>الإنفاق،</w:t>
      </w:r>
      <w:r w:rsidRPr="008E006D">
        <w:rPr>
          <w:rFonts w:cs="Sakkal Majalla"/>
          <w:sz w:val="36"/>
          <w:szCs w:val="38"/>
        </w:rPr>
        <w:t xml:space="preserve"> </w:t>
      </w:r>
      <w:r w:rsidRPr="008E006D">
        <w:rPr>
          <w:rFonts w:cs="Sakkal Majalla"/>
          <w:sz w:val="36"/>
          <w:szCs w:val="38"/>
          <w:rtl/>
        </w:rPr>
        <w:t>وتمكين</w:t>
      </w:r>
      <w:r w:rsidRPr="008E006D">
        <w:rPr>
          <w:rFonts w:cs="Sakkal Majalla"/>
          <w:sz w:val="36"/>
          <w:szCs w:val="38"/>
        </w:rPr>
        <w:t xml:space="preserve"> </w:t>
      </w:r>
      <w:r w:rsidRPr="008E006D">
        <w:rPr>
          <w:rFonts w:cs="Sakkal Majalla"/>
          <w:sz w:val="36"/>
          <w:szCs w:val="38"/>
          <w:rtl/>
        </w:rPr>
        <w:t>التكامل</w:t>
      </w:r>
      <w:r w:rsidRPr="008E006D">
        <w:rPr>
          <w:rFonts w:cs="Sakkal Majalla"/>
          <w:sz w:val="36"/>
          <w:szCs w:val="38"/>
        </w:rPr>
        <w:t xml:space="preserve"> </w:t>
      </w:r>
      <w:r w:rsidRPr="008E006D">
        <w:rPr>
          <w:rFonts w:cs="Sakkal Majalla"/>
          <w:sz w:val="36"/>
          <w:szCs w:val="38"/>
          <w:rtl/>
        </w:rPr>
        <w:t>بين</w:t>
      </w:r>
      <w:r w:rsidRPr="008E006D">
        <w:rPr>
          <w:rFonts w:cs="Sakkal Majalla"/>
          <w:sz w:val="36"/>
          <w:szCs w:val="38"/>
        </w:rPr>
        <w:t xml:space="preserve"> </w:t>
      </w:r>
      <w:r w:rsidRPr="008E006D">
        <w:rPr>
          <w:rFonts w:cs="Sakkal Majalla"/>
          <w:sz w:val="36"/>
          <w:szCs w:val="38"/>
          <w:rtl/>
        </w:rPr>
        <w:t>الجهات،</w:t>
      </w:r>
      <w:r w:rsidRPr="008E006D">
        <w:rPr>
          <w:rFonts w:cs="Sakkal Majalla"/>
          <w:sz w:val="36"/>
          <w:szCs w:val="38"/>
        </w:rPr>
        <w:t xml:space="preserve"> </w:t>
      </w:r>
      <w:r w:rsidRPr="008E006D">
        <w:rPr>
          <w:rFonts w:cs="Sakkal Majalla"/>
          <w:sz w:val="36"/>
          <w:szCs w:val="38"/>
          <w:rtl/>
        </w:rPr>
        <w:t>وتبني</w:t>
      </w:r>
      <w:r w:rsidRPr="008E006D">
        <w:rPr>
          <w:rFonts w:cs="Sakkal Majalla"/>
          <w:sz w:val="36"/>
          <w:szCs w:val="38"/>
        </w:rPr>
        <w:t xml:space="preserve"> </w:t>
      </w:r>
      <w:r w:rsidRPr="008E006D">
        <w:rPr>
          <w:rFonts w:cs="Sakkal Majalla"/>
          <w:sz w:val="36"/>
          <w:szCs w:val="38"/>
          <w:rtl/>
        </w:rPr>
        <w:t>نهج</w:t>
      </w:r>
      <w:r w:rsidRPr="008E006D">
        <w:rPr>
          <w:rFonts w:cs="Sakkal Majalla"/>
          <w:sz w:val="36"/>
          <w:szCs w:val="38"/>
        </w:rPr>
        <w:t xml:space="preserve"> </w:t>
      </w:r>
      <w:r w:rsidRPr="008E006D">
        <w:rPr>
          <w:rFonts w:cs="Sakkal Majalla"/>
          <w:sz w:val="36"/>
          <w:szCs w:val="38"/>
          <w:rtl/>
        </w:rPr>
        <w:t>قائم</w:t>
      </w:r>
      <w:r w:rsidRPr="008E006D">
        <w:rPr>
          <w:rFonts w:cs="Sakkal Majalla"/>
          <w:sz w:val="36"/>
          <w:szCs w:val="38"/>
        </w:rPr>
        <w:t xml:space="preserve"> </w:t>
      </w:r>
      <w:r w:rsidRPr="008E006D">
        <w:rPr>
          <w:rFonts w:cs="Sakkal Majalla"/>
          <w:sz w:val="36"/>
          <w:szCs w:val="38"/>
          <w:rtl/>
        </w:rPr>
        <w:t>على</w:t>
      </w:r>
      <w:r w:rsidRPr="008E006D">
        <w:rPr>
          <w:rFonts w:cs="Sakkal Majalla"/>
          <w:sz w:val="36"/>
          <w:szCs w:val="38"/>
        </w:rPr>
        <w:t xml:space="preserve"> </w:t>
      </w:r>
      <w:r w:rsidRPr="008E006D">
        <w:rPr>
          <w:rFonts w:cs="Sakkal Majalla"/>
          <w:sz w:val="36"/>
          <w:szCs w:val="38"/>
          <w:rtl/>
        </w:rPr>
        <w:t>البيانات</w:t>
      </w:r>
      <w:r w:rsidRPr="008E006D">
        <w:rPr>
          <w:rFonts w:cs="Sakkal Majalla"/>
          <w:sz w:val="36"/>
          <w:szCs w:val="38"/>
        </w:rPr>
        <w:t xml:space="preserve"> </w:t>
      </w:r>
      <w:r w:rsidRPr="008E006D">
        <w:rPr>
          <w:rFonts w:cs="Sakkal Majalla"/>
          <w:sz w:val="36"/>
          <w:szCs w:val="38"/>
          <w:rtl/>
        </w:rPr>
        <w:t>في</w:t>
      </w:r>
      <w:r w:rsidRPr="008E006D">
        <w:rPr>
          <w:rFonts w:cs="Sakkal Majalla"/>
          <w:sz w:val="36"/>
          <w:szCs w:val="38"/>
        </w:rPr>
        <w:t xml:space="preserve"> </w:t>
      </w:r>
      <w:r w:rsidRPr="008E006D">
        <w:rPr>
          <w:rFonts w:cs="Sakkal Majalla"/>
          <w:sz w:val="36"/>
          <w:szCs w:val="38"/>
          <w:rtl/>
        </w:rPr>
        <w:t>صنع</w:t>
      </w:r>
      <w:r w:rsidRPr="008E006D">
        <w:rPr>
          <w:rFonts w:cs="Sakkal Majalla"/>
          <w:sz w:val="36"/>
          <w:szCs w:val="38"/>
        </w:rPr>
        <w:t xml:space="preserve"> </w:t>
      </w:r>
      <w:r w:rsidRPr="008E006D">
        <w:rPr>
          <w:rFonts w:cs="Sakkal Majalla"/>
          <w:sz w:val="36"/>
          <w:szCs w:val="38"/>
          <w:rtl/>
        </w:rPr>
        <w:t>القرار</w:t>
      </w:r>
      <w:r w:rsidRPr="008E006D">
        <w:rPr>
          <w:rFonts w:cs="Sakkal Majalla"/>
          <w:sz w:val="36"/>
          <w:szCs w:val="38"/>
        </w:rPr>
        <w:t xml:space="preserve">. </w:t>
      </w:r>
      <w:r w:rsidRPr="008E006D">
        <w:rPr>
          <w:rFonts w:cs="Sakkal Majalla"/>
          <w:sz w:val="36"/>
          <w:szCs w:val="38"/>
          <w:rtl/>
        </w:rPr>
        <w:t>كما</w:t>
      </w:r>
      <w:r w:rsidRPr="008E006D">
        <w:rPr>
          <w:rFonts w:cs="Sakkal Majalla"/>
          <w:sz w:val="36"/>
          <w:szCs w:val="38"/>
        </w:rPr>
        <w:t xml:space="preserve"> </w:t>
      </w:r>
      <w:r w:rsidRPr="008E006D">
        <w:rPr>
          <w:rFonts w:cs="Sakkal Majalla"/>
          <w:sz w:val="36"/>
          <w:szCs w:val="38"/>
          <w:rtl/>
        </w:rPr>
        <w:t>أن</w:t>
      </w:r>
      <w:r w:rsidRPr="008E006D">
        <w:rPr>
          <w:rFonts w:cs="Sakkal Majalla"/>
          <w:sz w:val="36"/>
          <w:szCs w:val="38"/>
        </w:rPr>
        <w:t xml:space="preserve"> </w:t>
      </w:r>
      <w:r w:rsidRPr="008E006D">
        <w:rPr>
          <w:rFonts w:cs="Sakkal Majalla"/>
          <w:sz w:val="36"/>
          <w:szCs w:val="38"/>
          <w:rtl/>
        </w:rPr>
        <w:t>التحول</w:t>
      </w:r>
      <w:r w:rsidRPr="008E006D">
        <w:rPr>
          <w:rFonts w:cs="Sakkal Majalla"/>
          <w:sz w:val="36"/>
          <w:szCs w:val="38"/>
        </w:rPr>
        <w:t xml:space="preserve"> </w:t>
      </w:r>
      <w:r w:rsidRPr="008E006D">
        <w:rPr>
          <w:rFonts w:cs="Sakkal Majalla"/>
          <w:sz w:val="36"/>
          <w:szCs w:val="38"/>
          <w:rtl/>
        </w:rPr>
        <w:t>الرقمي</w:t>
      </w:r>
      <w:r w:rsidRPr="008E006D">
        <w:rPr>
          <w:rFonts w:cs="Sakkal Majalla"/>
          <w:sz w:val="36"/>
          <w:szCs w:val="38"/>
        </w:rPr>
        <w:t xml:space="preserve"> </w:t>
      </w:r>
      <w:r w:rsidRPr="008E006D">
        <w:rPr>
          <w:rFonts w:cs="Sakkal Majalla"/>
          <w:sz w:val="36"/>
          <w:szCs w:val="38"/>
          <w:rtl/>
        </w:rPr>
        <w:t>الحكومي</w:t>
      </w:r>
      <w:r w:rsidRPr="008E006D">
        <w:rPr>
          <w:rFonts w:cs="Sakkal Majalla"/>
          <w:sz w:val="36"/>
          <w:szCs w:val="38"/>
        </w:rPr>
        <w:t xml:space="preserve"> </w:t>
      </w:r>
      <w:r w:rsidRPr="008E006D">
        <w:rPr>
          <w:rFonts w:cs="Sakkal Majalla"/>
          <w:sz w:val="36"/>
          <w:szCs w:val="38"/>
          <w:rtl/>
        </w:rPr>
        <w:t>يتطلب</w:t>
      </w:r>
      <w:r w:rsidRPr="008E006D">
        <w:rPr>
          <w:rFonts w:cs="Sakkal Majalla"/>
          <w:sz w:val="36"/>
          <w:szCs w:val="38"/>
        </w:rPr>
        <w:t xml:space="preserve"> </w:t>
      </w:r>
      <w:r w:rsidRPr="008E006D">
        <w:rPr>
          <w:rFonts w:cs="Sakkal Majalla"/>
          <w:sz w:val="36"/>
          <w:szCs w:val="38"/>
          <w:rtl/>
        </w:rPr>
        <w:t>حوكمة</w:t>
      </w:r>
      <w:r w:rsidRPr="008E006D">
        <w:rPr>
          <w:rFonts w:cs="Sakkal Majalla"/>
          <w:sz w:val="36"/>
          <w:szCs w:val="38"/>
        </w:rPr>
        <w:t xml:space="preserve"> </w:t>
      </w:r>
      <w:r w:rsidRPr="008E006D">
        <w:rPr>
          <w:rFonts w:cs="Sakkal Majalla"/>
          <w:sz w:val="36"/>
          <w:szCs w:val="38"/>
          <w:rtl/>
        </w:rPr>
        <w:t>واضحة</w:t>
      </w:r>
      <w:r w:rsidRPr="008E006D">
        <w:rPr>
          <w:rFonts w:cs="Sakkal Majalla"/>
          <w:sz w:val="36"/>
          <w:szCs w:val="38"/>
        </w:rPr>
        <w:t xml:space="preserve"> </w:t>
      </w:r>
      <w:r w:rsidRPr="008E006D">
        <w:rPr>
          <w:rFonts w:cs="Sakkal Majalla"/>
          <w:sz w:val="36"/>
          <w:szCs w:val="38"/>
          <w:rtl/>
        </w:rPr>
        <w:t>للبيانات،</w:t>
      </w:r>
      <w:r w:rsidRPr="008E006D">
        <w:rPr>
          <w:rFonts w:cs="Sakkal Majalla"/>
          <w:sz w:val="36"/>
          <w:szCs w:val="38"/>
        </w:rPr>
        <w:t xml:space="preserve"> </w:t>
      </w:r>
      <w:r w:rsidRPr="008E006D">
        <w:rPr>
          <w:rFonts w:cs="Sakkal Majalla"/>
          <w:sz w:val="36"/>
          <w:szCs w:val="38"/>
          <w:rtl/>
        </w:rPr>
        <w:t>وتصميمًا</w:t>
      </w:r>
      <w:r w:rsidRPr="008E006D">
        <w:rPr>
          <w:rFonts w:cs="Sakkal Majalla"/>
          <w:sz w:val="36"/>
          <w:szCs w:val="38"/>
        </w:rPr>
        <w:t xml:space="preserve"> </w:t>
      </w:r>
      <w:r w:rsidRPr="008E006D">
        <w:rPr>
          <w:rFonts w:cs="Sakkal Majalla"/>
          <w:sz w:val="36"/>
          <w:szCs w:val="38"/>
          <w:rtl/>
        </w:rPr>
        <w:t>رقميًا</w:t>
      </w:r>
      <w:r w:rsidRPr="008E006D">
        <w:rPr>
          <w:rFonts w:cs="Sakkal Majalla"/>
          <w:sz w:val="36"/>
          <w:szCs w:val="38"/>
        </w:rPr>
        <w:t xml:space="preserve"> </w:t>
      </w:r>
      <w:r w:rsidRPr="008E006D">
        <w:rPr>
          <w:rFonts w:cs="Sakkal Majalla"/>
          <w:sz w:val="36"/>
          <w:szCs w:val="38"/>
          <w:rtl/>
        </w:rPr>
        <w:t>للخدمات،</w:t>
      </w:r>
      <w:r w:rsidRPr="008E006D">
        <w:rPr>
          <w:rFonts w:cs="Sakkal Majalla"/>
          <w:sz w:val="36"/>
          <w:szCs w:val="38"/>
        </w:rPr>
        <w:t xml:space="preserve"> </w:t>
      </w:r>
      <w:r w:rsidRPr="008E006D">
        <w:rPr>
          <w:rFonts w:cs="Sakkal Majalla"/>
          <w:sz w:val="36"/>
          <w:szCs w:val="38"/>
          <w:rtl/>
        </w:rPr>
        <w:t>ومشاركة</w:t>
      </w:r>
      <w:r w:rsidRPr="008E006D">
        <w:rPr>
          <w:rFonts w:cs="Sakkal Majalla"/>
          <w:sz w:val="36"/>
          <w:szCs w:val="38"/>
        </w:rPr>
        <w:t xml:space="preserve"> </w:t>
      </w:r>
      <w:r w:rsidRPr="008E006D">
        <w:rPr>
          <w:rFonts w:cs="Sakkal Majalla"/>
          <w:sz w:val="36"/>
          <w:szCs w:val="38"/>
          <w:rtl/>
        </w:rPr>
        <w:t>المستفيدين،</w:t>
      </w:r>
      <w:r w:rsidRPr="008E006D">
        <w:rPr>
          <w:rFonts w:cs="Sakkal Majalla"/>
          <w:sz w:val="36"/>
          <w:szCs w:val="38"/>
        </w:rPr>
        <w:t xml:space="preserve"> </w:t>
      </w:r>
      <w:r w:rsidRPr="008E006D">
        <w:rPr>
          <w:rFonts w:cs="Sakkal Majalla"/>
          <w:sz w:val="36"/>
          <w:szCs w:val="38"/>
          <w:rtl/>
        </w:rPr>
        <w:t>وقياسًا</w:t>
      </w:r>
      <w:r w:rsidRPr="008E006D">
        <w:rPr>
          <w:rFonts w:cs="Sakkal Majalla"/>
          <w:sz w:val="36"/>
          <w:szCs w:val="38"/>
        </w:rPr>
        <w:t xml:space="preserve"> </w:t>
      </w:r>
      <w:r w:rsidRPr="008E006D">
        <w:rPr>
          <w:rFonts w:cs="Sakkal Majalla"/>
          <w:sz w:val="36"/>
          <w:szCs w:val="38"/>
          <w:rtl/>
        </w:rPr>
        <w:t>مستمرًا</w:t>
      </w:r>
      <w:r w:rsidRPr="008E006D">
        <w:rPr>
          <w:rFonts w:cs="Sakkal Majalla"/>
          <w:sz w:val="36"/>
          <w:szCs w:val="38"/>
        </w:rPr>
        <w:t xml:space="preserve"> </w:t>
      </w:r>
      <w:r w:rsidRPr="008E006D">
        <w:rPr>
          <w:rFonts w:cs="Sakkal Majalla"/>
          <w:sz w:val="36"/>
          <w:szCs w:val="38"/>
          <w:rtl/>
        </w:rPr>
        <w:t>لتجربة</w:t>
      </w:r>
      <w:r w:rsidRPr="008E006D">
        <w:rPr>
          <w:rFonts w:cs="Sakkal Majalla"/>
          <w:sz w:val="36"/>
          <w:szCs w:val="38"/>
        </w:rPr>
        <w:t xml:space="preserve"> </w:t>
      </w:r>
      <w:r w:rsidRPr="008E006D">
        <w:rPr>
          <w:rFonts w:cs="Sakkal Majalla"/>
          <w:sz w:val="36"/>
          <w:szCs w:val="38"/>
          <w:rtl/>
        </w:rPr>
        <w:t>المستخدم</w:t>
      </w:r>
      <w:r w:rsidRPr="008E006D">
        <w:rPr>
          <w:rFonts w:cs="Sakkal Majalla"/>
          <w:sz w:val="36"/>
          <w:szCs w:val="38"/>
        </w:rPr>
        <w:t xml:space="preserve"> </w:t>
      </w:r>
      <w:r w:rsidR="008D0B36">
        <w:rPr>
          <w:rFonts w:cs="Sakkal Majalla" w:hint="cs"/>
          <w:sz w:val="36"/>
          <w:szCs w:val="38"/>
          <w:rtl/>
        </w:rPr>
        <w:t>(</w:t>
      </w:r>
      <w:r w:rsidRPr="008E006D">
        <w:rPr>
          <w:rFonts w:cs="Sakkal Majalla"/>
          <w:sz w:val="36"/>
          <w:szCs w:val="38"/>
          <w:rtl/>
        </w:rPr>
        <w:t>هيئة</w:t>
      </w:r>
      <w:r w:rsidRPr="008E006D">
        <w:rPr>
          <w:rFonts w:cs="Sakkal Majalla"/>
          <w:sz w:val="36"/>
          <w:szCs w:val="38"/>
        </w:rPr>
        <w:t xml:space="preserve"> </w:t>
      </w:r>
      <w:r w:rsidRPr="008E006D">
        <w:rPr>
          <w:rFonts w:cs="Sakkal Majalla"/>
          <w:sz w:val="36"/>
          <w:szCs w:val="38"/>
          <w:rtl/>
        </w:rPr>
        <w:t>الحكومة</w:t>
      </w:r>
      <w:r w:rsidRPr="008E006D">
        <w:rPr>
          <w:rFonts w:cs="Sakkal Majalla"/>
          <w:sz w:val="36"/>
          <w:szCs w:val="38"/>
        </w:rPr>
        <w:t xml:space="preserve"> </w:t>
      </w:r>
      <w:r w:rsidRPr="008E006D">
        <w:rPr>
          <w:rFonts w:cs="Sakkal Majalla"/>
          <w:sz w:val="36"/>
          <w:szCs w:val="38"/>
          <w:rtl/>
        </w:rPr>
        <w:t>الرقمية،</w:t>
      </w:r>
      <w:r w:rsidRPr="008E006D">
        <w:rPr>
          <w:rFonts w:cs="Sakkal Majalla"/>
          <w:sz w:val="36"/>
          <w:szCs w:val="38"/>
        </w:rPr>
        <w:t xml:space="preserve"> 2023</w:t>
      </w:r>
      <w:r w:rsidRPr="008E006D">
        <w:rPr>
          <w:rFonts w:cs="Sakkal Majalla"/>
          <w:sz w:val="36"/>
          <w:szCs w:val="38"/>
          <w:rtl/>
        </w:rPr>
        <w:t>؛</w:t>
      </w:r>
      <w:r w:rsidRPr="008E006D">
        <w:rPr>
          <w:rFonts w:cs="Sakkal Majalla"/>
          <w:sz w:val="36"/>
          <w:szCs w:val="38"/>
        </w:rPr>
        <w:t xml:space="preserve"> OECD, 2025</w:t>
      </w:r>
      <w:r w:rsidR="008D0B36">
        <w:rPr>
          <w:rFonts w:cs="Sakkal Majalla" w:hint="cs"/>
          <w:sz w:val="36"/>
          <w:szCs w:val="38"/>
          <w:rtl/>
        </w:rPr>
        <w:t>)</w:t>
      </w:r>
      <w:r w:rsidRPr="008E006D">
        <w:rPr>
          <w:rFonts w:cs="Sakkal Majalla"/>
          <w:sz w:val="36"/>
          <w:szCs w:val="38"/>
        </w:rPr>
        <w:t>.</w:t>
      </w:r>
    </w:p>
    <w:p w14:paraId="74ADD523" w14:textId="77777777" w:rsidR="008E006D" w:rsidRPr="008E006D" w:rsidRDefault="008E006D" w:rsidP="008D0B36">
      <w:pPr>
        <w:ind w:firstLine="720"/>
        <w:rPr>
          <w:rFonts w:cs="Sakkal Majalla"/>
          <w:sz w:val="36"/>
          <w:szCs w:val="38"/>
        </w:rPr>
      </w:pPr>
      <w:r w:rsidRPr="008E006D">
        <w:rPr>
          <w:rFonts w:cs="Sakkal Majalla"/>
          <w:sz w:val="36"/>
          <w:szCs w:val="38"/>
          <w:rtl/>
        </w:rPr>
        <w:t>في</w:t>
      </w:r>
      <w:r w:rsidRPr="008E006D">
        <w:rPr>
          <w:rFonts w:cs="Sakkal Majalla"/>
          <w:sz w:val="36"/>
          <w:szCs w:val="38"/>
        </w:rPr>
        <w:t xml:space="preserve"> </w:t>
      </w:r>
      <w:r w:rsidRPr="008E006D">
        <w:rPr>
          <w:rFonts w:cs="Sakkal Majalla"/>
          <w:sz w:val="36"/>
          <w:szCs w:val="38"/>
          <w:rtl/>
        </w:rPr>
        <w:t>المملكة</w:t>
      </w:r>
      <w:r w:rsidRPr="008E006D">
        <w:rPr>
          <w:rFonts w:cs="Sakkal Majalla"/>
          <w:sz w:val="36"/>
          <w:szCs w:val="38"/>
        </w:rPr>
        <w:t xml:space="preserve"> </w:t>
      </w:r>
      <w:r w:rsidRPr="008E006D">
        <w:rPr>
          <w:rFonts w:cs="Sakkal Majalla"/>
          <w:sz w:val="36"/>
          <w:szCs w:val="38"/>
          <w:rtl/>
        </w:rPr>
        <w:t>العربية</w:t>
      </w:r>
      <w:r w:rsidRPr="008E006D">
        <w:rPr>
          <w:rFonts w:cs="Sakkal Majalla"/>
          <w:sz w:val="36"/>
          <w:szCs w:val="38"/>
        </w:rPr>
        <w:t xml:space="preserve"> </w:t>
      </w:r>
      <w:r w:rsidRPr="008E006D">
        <w:rPr>
          <w:rFonts w:cs="Sakkal Majalla"/>
          <w:sz w:val="36"/>
          <w:szCs w:val="38"/>
          <w:rtl/>
        </w:rPr>
        <w:t>السعودية،</w:t>
      </w:r>
      <w:r w:rsidRPr="008E006D">
        <w:rPr>
          <w:rFonts w:cs="Sakkal Majalla"/>
          <w:sz w:val="36"/>
          <w:szCs w:val="38"/>
        </w:rPr>
        <w:t xml:space="preserve"> </w:t>
      </w:r>
      <w:r w:rsidRPr="008E006D">
        <w:rPr>
          <w:rFonts w:cs="Sakkal Majalla"/>
          <w:sz w:val="36"/>
          <w:szCs w:val="38"/>
          <w:rtl/>
        </w:rPr>
        <w:t>تعكس</w:t>
      </w:r>
      <w:r w:rsidRPr="008E006D">
        <w:rPr>
          <w:rFonts w:cs="Sakkal Majalla"/>
          <w:sz w:val="36"/>
          <w:szCs w:val="38"/>
        </w:rPr>
        <w:t xml:space="preserve"> </w:t>
      </w:r>
      <w:r w:rsidRPr="008E006D">
        <w:rPr>
          <w:rFonts w:cs="Sakkal Majalla"/>
          <w:sz w:val="36"/>
          <w:szCs w:val="38"/>
          <w:rtl/>
        </w:rPr>
        <w:t>استراتيجية</w:t>
      </w:r>
      <w:r w:rsidRPr="008E006D">
        <w:rPr>
          <w:rFonts w:cs="Sakkal Majalla"/>
          <w:sz w:val="36"/>
          <w:szCs w:val="38"/>
        </w:rPr>
        <w:t xml:space="preserve"> </w:t>
      </w:r>
      <w:r w:rsidRPr="008E006D">
        <w:rPr>
          <w:rFonts w:cs="Sakkal Majalla"/>
          <w:sz w:val="36"/>
          <w:szCs w:val="38"/>
          <w:rtl/>
        </w:rPr>
        <w:t>الحكومة</w:t>
      </w:r>
      <w:r w:rsidRPr="008E006D">
        <w:rPr>
          <w:rFonts w:cs="Sakkal Majalla"/>
          <w:sz w:val="36"/>
          <w:szCs w:val="38"/>
        </w:rPr>
        <w:t xml:space="preserve"> </w:t>
      </w:r>
      <w:r w:rsidRPr="008E006D">
        <w:rPr>
          <w:rFonts w:cs="Sakkal Majalla"/>
          <w:sz w:val="36"/>
          <w:szCs w:val="38"/>
          <w:rtl/>
        </w:rPr>
        <w:t>الرقمية</w:t>
      </w:r>
      <w:r w:rsidRPr="008E006D">
        <w:rPr>
          <w:rFonts w:cs="Sakkal Majalla"/>
          <w:sz w:val="36"/>
          <w:szCs w:val="38"/>
        </w:rPr>
        <w:t xml:space="preserve"> </w:t>
      </w:r>
      <w:r w:rsidRPr="008E006D">
        <w:rPr>
          <w:rFonts w:cs="Sakkal Majalla"/>
          <w:sz w:val="36"/>
          <w:szCs w:val="38"/>
          <w:rtl/>
        </w:rPr>
        <w:t>ومؤشرات</w:t>
      </w:r>
      <w:r w:rsidRPr="008E006D">
        <w:rPr>
          <w:rFonts w:cs="Sakkal Majalla"/>
          <w:sz w:val="36"/>
          <w:szCs w:val="38"/>
        </w:rPr>
        <w:t xml:space="preserve"> </w:t>
      </w:r>
      <w:r w:rsidRPr="008E006D">
        <w:rPr>
          <w:rFonts w:cs="Sakkal Majalla"/>
          <w:sz w:val="36"/>
          <w:szCs w:val="38"/>
          <w:rtl/>
        </w:rPr>
        <w:t>نضج</w:t>
      </w:r>
      <w:r w:rsidRPr="008E006D">
        <w:rPr>
          <w:rFonts w:cs="Sakkal Majalla"/>
          <w:sz w:val="36"/>
          <w:szCs w:val="38"/>
        </w:rPr>
        <w:t xml:space="preserve"> </w:t>
      </w:r>
      <w:r w:rsidRPr="008E006D">
        <w:rPr>
          <w:rFonts w:cs="Sakkal Majalla"/>
          <w:sz w:val="36"/>
          <w:szCs w:val="38"/>
          <w:rtl/>
        </w:rPr>
        <w:t>التجربة</w:t>
      </w:r>
      <w:r w:rsidRPr="008E006D">
        <w:rPr>
          <w:rFonts w:cs="Sakkal Majalla"/>
          <w:sz w:val="36"/>
          <w:szCs w:val="38"/>
        </w:rPr>
        <w:t xml:space="preserve"> </w:t>
      </w:r>
      <w:r w:rsidRPr="008E006D">
        <w:rPr>
          <w:rFonts w:cs="Sakkal Majalla"/>
          <w:sz w:val="36"/>
          <w:szCs w:val="38"/>
          <w:rtl/>
        </w:rPr>
        <w:t>الرقمية</w:t>
      </w:r>
      <w:r w:rsidRPr="008E006D">
        <w:rPr>
          <w:rFonts w:cs="Sakkal Majalla"/>
          <w:sz w:val="36"/>
          <w:szCs w:val="38"/>
        </w:rPr>
        <w:t xml:space="preserve"> </w:t>
      </w:r>
      <w:r w:rsidRPr="008E006D">
        <w:rPr>
          <w:rFonts w:cs="Sakkal Majalla"/>
          <w:sz w:val="36"/>
          <w:szCs w:val="38"/>
          <w:rtl/>
        </w:rPr>
        <w:t>تحولًا</w:t>
      </w:r>
      <w:r w:rsidRPr="008E006D">
        <w:rPr>
          <w:rFonts w:cs="Sakkal Majalla"/>
          <w:sz w:val="36"/>
          <w:szCs w:val="38"/>
        </w:rPr>
        <w:t xml:space="preserve"> </w:t>
      </w:r>
      <w:r w:rsidRPr="008E006D">
        <w:rPr>
          <w:rFonts w:cs="Sakkal Majalla"/>
          <w:sz w:val="36"/>
          <w:szCs w:val="38"/>
          <w:rtl/>
        </w:rPr>
        <w:t>من</w:t>
      </w:r>
      <w:r w:rsidRPr="008E006D">
        <w:rPr>
          <w:rFonts w:cs="Sakkal Majalla"/>
          <w:sz w:val="36"/>
          <w:szCs w:val="38"/>
        </w:rPr>
        <w:t xml:space="preserve"> </w:t>
      </w:r>
      <w:r w:rsidRPr="008E006D">
        <w:rPr>
          <w:rFonts w:cs="Sakkal Majalla"/>
          <w:sz w:val="36"/>
          <w:szCs w:val="38"/>
          <w:rtl/>
        </w:rPr>
        <w:t>التركيز</w:t>
      </w:r>
      <w:r w:rsidRPr="008E006D">
        <w:rPr>
          <w:rFonts w:cs="Sakkal Majalla"/>
          <w:sz w:val="36"/>
          <w:szCs w:val="38"/>
        </w:rPr>
        <w:t xml:space="preserve"> </w:t>
      </w:r>
      <w:r w:rsidRPr="008E006D">
        <w:rPr>
          <w:rFonts w:cs="Sakkal Majalla"/>
          <w:sz w:val="36"/>
          <w:szCs w:val="38"/>
          <w:rtl/>
        </w:rPr>
        <w:t>على</w:t>
      </w:r>
      <w:r w:rsidRPr="008E006D">
        <w:rPr>
          <w:rFonts w:cs="Sakkal Majalla"/>
          <w:sz w:val="36"/>
          <w:szCs w:val="38"/>
        </w:rPr>
        <w:t xml:space="preserve"> </w:t>
      </w:r>
      <w:r w:rsidRPr="008E006D">
        <w:rPr>
          <w:rFonts w:cs="Sakkal Majalla"/>
          <w:sz w:val="36"/>
          <w:szCs w:val="38"/>
          <w:rtl/>
        </w:rPr>
        <w:t>توفير</w:t>
      </w:r>
      <w:r w:rsidRPr="008E006D">
        <w:rPr>
          <w:rFonts w:cs="Sakkal Majalla"/>
          <w:sz w:val="36"/>
          <w:szCs w:val="38"/>
        </w:rPr>
        <w:t xml:space="preserve"> </w:t>
      </w:r>
      <w:r w:rsidRPr="008E006D">
        <w:rPr>
          <w:rFonts w:cs="Sakkal Majalla"/>
          <w:sz w:val="36"/>
          <w:szCs w:val="38"/>
          <w:rtl/>
        </w:rPr>
        <w:t>الخدمة</w:t>
      </w:r>
      <w:r w:rsidRPr="008E006D">
        <w:rPr>
          <w:rFonts w:cs="Sakkal Majalla"/>
          <w:sz w:val="36"/>
          <w:szCs w:val="38"/>
        </w:rPr>
        <w:t xml:space="preserve"> </w:t>
      </w:r>
      <w:r w:rsidRPr="008E006D">
        <w:rPr>
          <w:rFonts w:cs="Sakkal Majalla"/>
          <w:sz w:val="36"/>
          <w:szCs w:val="38"/>
          <w:rtl/>
        </w:rPr>
        <w:t>إلكترونيًا</w:t>
      </w:r>
      <w:r w:rsidRPr="008E006D">
        <w:rPr>
          <w:rFonts w:cs="Sakkal Majalla"/>
          <w:sz w:val="36"/>
          <w:szCs w:val="38"/>
        </w:rPr>
        <w:t xml:space="preserve"> </w:t>
      </w:r>
      <w:r w:rsidRPr="008E006D">
        <w:rPr>
          <w:rFonts w:cs="Sakkal Majalla"/>
          <w:sz w:val="36"/>
          <w:szCs w:val="38"/>
          <w:rtl/>
        </w:rPr>
        <w:t>فقط</w:t>
      </w:r>
      <w:r w:rsidRPr="008E006D">
        <w:rPr>
          <w:rFonts w:cs="Sakkal Majalla"/>
          <w:sz w:val="36"/>
          <w:szCs w:val="38"/>
        </w:rPr>
        <w:t xml:space="preserve"> </w:t>
      </w:r>
      <w:r w:rsidRPr="008E006D">
        <w:rPr>
          <w:rFonts w:cs="Sakkal Majalla"/>
          <w:sz w:val="36"/>
          <w:szCs w:val="38"/>
          <w:rtl/>
        </w:rPr>
        <w:t>إلى</w:t>
      </w:r>
      <w:r w:rsidRPr="008E006D">
        <w:rPr>
          <w:rFonts w:cs="Sakkal Majalla"/>
          <w:sz w:val="36"/>
          <w:szCs w:val="38"/>
        </w:rPr>
        <w:t xml:space="preserve"> </w:t>
      </w:r>
      <w:r w:rsidRPr="008E006D">
        <w:rPr>
          <w:rFonts w:cs="Sakkal Majalla"/>
          <w:sz w:val="36"/>
          <w:szCs w:val="38"/>
          <w:rtl/>
        </w:rPr>
        <w:t>التركيز</w:t>
      </w:r>
      <w:r w:rsidRPr="008E006D">
        <w:rPr>
          <w:rFonts w:cs="Sakkal Majalla"/>
          <w:sz w:val="36"/>
          <w:szCs w:val="38"/>
        </w:rPr>
        <w:t xml:space="preserve"> </w:t>
      </w:r>
      <w:r w:rsidRPr="008E006D">
        <w:rPr>
          <w:rFonts w:cs="Sakkal Majalla"/>
          <w:sz w:val="36"/>
          <w:szCs w:val="38"/>
          <w:rtl/>
        </w:rPr>
        <w:t>على</w:t>
      </w:r>
      <w:r w:rsidRPr="008E006D">
        <w:rPr>
          <w:rFonts w:cs="Sakkal Majalla"/>
          <w:sz w:val="36"/>
          <w:szCs w:val="38"/>
        </w:rPr>
        <w:t xml:space="preserve"> </w:t>
      </w:r>
      <w:r w:rsidRPr="008E006D">
        <w:rPr>
          <w:rFonts w:cs="Sakkal Majalla"/>
          <w:sz w:val="36"/>
          <w:szCs w:val="38"/>
          <w:rtl/>
        </w:rPr>
        <w:t>جودة</w:t>
      </w:r>
      <w:r w:rsidRPr="008E006D">
        <w:rPr>
          <w:rFonts w:cs="Sakkal Majalla"/>
          <w:sz w:val="36"/>
          <w:szCs w:val="38"/>
        </w:rPr>
        <w:t xml:space="preserve"> </w:t>
      </w:r>
      <w:r w:rsidRPr="008E006D">
        <w:rPr>
          <w:rFonts w:cs="Sakkal Majalla"/>
          <w:sz w:val="36"/>
          <w:szCs w:val="38"/>
          <w:rtl/>
        </w:rPr>
        <w:t>التجربة</w:t>
      </w:r>
      <w:r w:rsidRPr="008E006D">
        <w:rPr>
          <w:rFonts w:cs="Sakkal Majalla"/>
          <w:sz w:val="36"/>
          <w:szCs w:val="38"/>
        </w:rPr>
        <w:t xml:space="preserve"> </w:t>
      </w:r>
      <w:r w:rsidRPr="008E006D">
        <w:rPr>
          <w:rFonts w:cs="Sakkal Majalla"/>
          <w:sz w:val="36"/>
          <w:szCs w:val="38"/>
          <w:rtl/>
        </w:rPr>
        <w:t>ونضج</w:t>
      </w:r>
      <w:r w:rsidRPr="008E006D">
        <w:rPr>
          <w:rFonts w:cs="Sakkal Majalla"/>
          <w:sz w:val="36"/>
          <w:szCs w:val="38"/>
        </w:rPr>
        <w:t xml:space="preserve"> </w:t>
      </w:r>
      <w:r w:rsidRPr="008E006D">
        <w:rPr>
          <w:rFonts w:cs="Sakkal Majalla"/>
          <w:sz w:val="36"/>
          <w:szCs w:val="38"/>
          <w:rtl/>
        </w:rPr>
        <w:t>الخدمة</w:t>
      </w:r>
      <w:r w:rsidRPr="008E006D">
        <w:rPr>
          <w:rFonts w:cs="Sakkal Majalla"/>
          <w:sz w:val="36"/>
          <w:szCs w:val="38"/>
        </w:rPr>
        <w:t xml:space="preserve"> </w:t>
      </w:r>
      <w:r w:rsidRPr="008E006D">
        <w:rPr>
          <w:rFonts w:cs="Sakkal Majalla"/>
          <w:sz w:val="36"/>
          <w:szCs w:val="38"/>
          <w:rtl/>
        </w:rPr>
        <w:t>وتكامل</w:t>
      </w:r>
      <w:r w:rsidRPr="008E006D">
        <w:rPr>
          <w:rFonts w:cs="Sakkal Majalla"/>
          <w:sz w:val="36"/>
          <w:szCs w:val="38"/>
        </w:rPr>
        <w:t xml:space="preserve"> </w:t>
      </w:r>
      <w:r w:rsidRPr="008E006D">
        <w:rPr>
          <w:rFonts w:cs="Sakkal Majalla"/>
          <w:sz w:val="36"/>
          <w:szCs w:val="38"/>
          <w:rtl/>
        </w:rPr>
        <w:t>البيانات</w:t>
      </w:r>
      <w:r w:rsidRPr="008E006D">
        <w:rPr>
          <w:rFonts w:cs="Sakkal Majalla"/>
          <w:sz w:val="36"/>
          <w:szCs w:val="38"/>
        </w:rPr>
        <w:t xml:space="preserve"> </w:t>
      </w:r>
      <w:r w:rsidRPr="008E006D">
        <w:rPr>
          <w:rFonts w:cs="Sakkal Majalla"/>
          <w:sz w:val="36"/>
          <w:szCs w:val="38"/>
          <w:rtl/>
        </w:rPr>
        <w:t>والمنصات</w:t>
      </w:r>
      <w:r w:rsidRPr="008E006D">
        <w:rPr>
          <w:rFonts w:cs="Sakkal Majalla"/>
          <w:sz w:val="36"/>
          <w:szCs w:val="38"/>
        </w:rPr>
        <w:t xml:space="preserve">. </w:t>
      </w:r>
      <w:r w:rsidRPr="008E006D">
        <w:rPr>
          <w:rFonts w:cs="Sakkal Majalla"/>
          <w:sz w:val="36"/>
          <w:szCs w:val="38"/>
          <w:rtl/>
        </w:rPr>
        <w:t>وهذا</w:t>
      </w:r>
      <w:r w:rsidRPr="008E006D">
        <w:rPr>
          <w:rFonts w:cs="Sakkal Majalla"/>
          <w:sz w:val="36"/>
          <w:szCs w:val="38"/>
        </w:rPr>
        <w:t xml:space="preserve"> </w:t>
      </w:r>
      <w:r w:rsidRPr="008E006D">
        <w:rPr>
          <w:rFonts w:cs="Sakkal Majalla"/>
          <w:sz w:val="36"/>
          <w:szCs w:val="38"/>
          <w:rtl/>
        </w:rPr>
        <w:t>السياق</w:t>
      </w:r>
      <w:r w:rsidRPr="008E006D">
        <w:rPr>
          <w:rFonts w:cs="Sakkal Majalla"/>
          <w:sz w:val="36"/>
          <w:szCs w:val="38"/>
        </w:rPr>
        <w:t xml:space="preserve"> </w:t>
      </w:r>
      <w:r w:rsidRPr="008E006D">
        <w:rPr>
          <w:rFonts w:cs="Sakkal Majalla"/>
          <w:sz w:val="36"/>
          <w:szCs w:val="38"/>
          <w:rtl/>
        </w:rPr>
        <w:t>يجعل</w:t>
      </w:r>
      <w:r w:rsidRPr="008E006D">
        <w:rPr>
          <w:rFonts w:cs="Sakkal Majalla"/>
          <w:sz w:val="36"/>
          <w:szCs w:val="38"/>
        </w:rPr>
        <w:t xml:space="preserve"> </w:t>
      </w:r>
      <w:r w:rsidRPr="008E006D">
        <w:rPr>
          <w:rFonts w:cs="Sakkal Majalla"/>
          <w:sz w:val="36"/>
          <w:szCs w:val="38"/>
          <w:rtl/>
        </w:rPr>
        <w:t>دراسة</w:t>
      </w:r>
      <w:r w:rsidRPr="008E006D">
        <w:rPr>
          <w:rFonts w:cs="Sakkal Majalla"/>
          <w:sz w:val="36"/>
          <w:szCs w:val="38"/>
        </w:rPr>
        <w:t xml:space="preserve"> </w:t>
      </w:r>
      <w:r w:rsidRPr="008E006D">
        <w:rPr>
          <w:rFonts w:cs="Sakkal Majalla"/>
          <w:sz w:val="36"/>
          <w:szCs w:val="38"/>
          <w:rtl/>
        </w:rPr>
        <w:t>أثر</w:t>
      </w:r>
      <w:r w:rsidRPr="008E006D">
        <w:rPr>
          <w:rFonts w:cs="Sakkal Majalla"/>
          <w:sz w:val="36"/>
          <w:szCs w:val="38"/>
        </w:rPr>
        <w:t xml:space="preserve"> </w:t>
      </w:r>
      <w:r w:rsidRPr="008E006D">
        <w:rPr>
          <w:rFonts w:cs="Sakkal Majalla"/>
          <w:sz w:val="36"/>
          <w:szCs w:val="38"/>
          <w:rtl/>
        </w:rPr>
        <w:t>التحول</w:t>
      </w:r>
      <w:r w:rsidRPr="008E006D">
        <w:rPr>
          <w:rFonts w:cs="Sakkal Majalla"/>
          <w:sz w:val="36"/>
          <w:szCs w:val="38"/>
        </w:rPr>
        <w:t xml:space="preserve"> </w:t>
      </w:r>
      <w:r w:rsidRPr="008E006D">
        <w:rPr>
          <w:rFonts w:cs="Sakkal Majalla"/>
          <w:sz w:val="36"/>
          <w:szCs w:val="38"/>
          <w:rtl/>
        </w:rPr>
        <w:t>الرقمي</w:t>
      </w:r>
      <w:r w:rsidRPr="008E006D">
        <w:rPr>
          <w:rFonts w:cs="Sakkal Majalla"/>
          <w:sz w:val="36"/>
          <w:szCs w:val="38"/>
        </w:rPr>
        <w:t xml:space="preserve"> </w:t>
      </w:r>
      <w:r w:rsidRPr="008E006D">
        <w:rPr>
          <w:rFonts w:cs="Sakkal Majalla"/>
          <w:sz w:val="36"/>
          <w:szCs w:val="38"/>
          <w:rtl/>
        </w:rPr>
        <w:t>في</w:t>
      </w:r>
      <w:r w:rsidRPr="008E006D">
        <w:rPr>
          <w:rFonts w:cs="Sakkal Majalla"/>
          <w:sz w:val="36"/>
          <w:szCs w:val="38"/>
        </w:rPr>
        <w:t xml:space="preserve"> </w:t>
      </w:r>
      <w:r w:rsidRPr="008E006D">
        <w:rPr>
          <w:rFonts w:cs="Sakkal Majalla"/>
          <w:sz w:val="36"/>
          <w:szCs w:val="38"/>
          <w:rtl/>
        </w:rPr>
        <w:t>إدارة</w:t>
      </w:r>
      <w:r w:rsidRPr="008E006D">
        <w:rPr>
          <w:rFonts w:cs="Sakkal Majalla"/>
          <w:sz w:val="36"/>
          <w:szCs w:val="38"/>
        </w:rPr>
        <w:t xml:space="preserve"> </w:t>
      </w:r>
      <w:r w:rsidRPr="008E006D">
        <w:rPr>
          <w:rFonts w:cs="Sakkal Majalla"/>
          <w:sz w:val="36"/>
          <w:szCs w:val="38"/>
          <w:rtl/>
        </w:rPr>
        <w:t>المشاريع</w:t>
      </w:r>
      <w:r w:rsidRPr="008E006D">
        <w:rPr>
          <w:rFonts w:cs="Sakkal Majalla"/>
          <w:sz w:val="36"/>
          <w:szCs w:val="38"/>
        </w:rPr>
        <w:t xml:space="preserve"> </w:t>
      </w:r>
      <w:r w:rsidRPr="008E006D">
        <w:rPr>
          <w:rFonts w:cs="Sakkal Majalla"/>
          <w:sz w:val="36"/>
          <w:szCs w:val="38"/>
          <w:rtl/>
        </w:rPr>
        <w:t>الحكومية</w:t>
      </w:r>
      <w:r w:rsidRPr="008E006D">
        <w:rPr>
          <w:rFonts w:cs="Sakkal Majalla"/>
          <w:sz w:val="36"/>
          <w:szCs w:val="38"/>
        </w:rPr>
        <w:t xml:space="preserve"> </w:t>
      </w:r>
      <w:r w:rsidRPr="008E006D">
        <w:rPr>
          <w:rFonts w:cs="Sakkal Majalla"/>
          <w:sz w:val="36"/>
          <w:szCs w:val="38"/>
          <w:rtl/>
        </w:rPr>
        <w:t>ذات</w:t>
      </w:r>
      <w:r w:rsidRPr="008E006D">
        <w:rPr>
          <w:rFonts w:cs="Sakkal Majalla"/>
          <w:sz w:val="36"/>
          <w:szCs w:val="38"/>
        </w:rPr>
        <w:t xml:space="preserve"> </w:t>
      </w:r>
      <w:r w:rsidRPr="008E006D">
        <w:rPr>
          <w:rFonts w:cs="Sakkal Majalla"/>
          <w:sz w:val="36"/>
          <w:szCs w:val="38"/>
          <w:rtl/>
        </w:rPr>
        <w:t>أهمية</w:t>
      </w:r>
      <w:r w:rsidRPr="008E006D">
        <w:rPr>
          <w:rFonts w:cs="Sakkal Majalla"/>
          <w:sz w:val="36"/>
          <w:szCs w:val="38"/>
        </w:rPr>
        <w:t xml:space="preserve"> </w:t>
      </w:r>
      <w:r w:rsidRPr="008E006D">
        <w:rPr>
          <w:rFonts w:cs="Sakkal Majalla"/>
          <w:sz w:val="36"/>
          <w:szCs w:val="38"/>
          <w:rtl/>
        </w:rPr>
        <w:t>عملية؛</w:t>
      </w:r>
      <w:r w:rsidRPr="008E006D">
        <w:rPr>
          <w:rFonts w:cs="Sakkal Majalla"/>
          <w:sz w:val="36"/>
          <w:szCs w:val="38"/>
        </w:rPr>
        <w:t xml:space="preserve"> </w:t>
      </w:r>
      <w:r w:rsidRPr="008E006D">
        <w:rPr>
          <w:rFonts w:cs="Sakkal Majalla"/>
          <w:sz w:val="36"/>
          <w:szCs w:val="38"/>
          <w:rtl/>
        </w:rPr>
        <w:t>لأن</w:t>
      </w:r>
      <w:r w:rsidRPr="008E006D">
        <w:rPr>
          <w:rFonts w:cs="Sakkal Majalla"/>
          <w:sz w:val="36"/>
          <w:szCs w:val="38"/>
        </w:rPr>
        <w:t xml:space="preserve"> </w:t>
      </w:r>
      <w:r w:rsidRPr="008E006D">
        <w:rPr>
          <w:rFonts w:cs="Sakkal Majalla"/>
          <w:sz w:val="36"/>
          <w:szCs w:val="38"/>
          <w:rtl/>
        </w:rPr>
        <w:t>المشاريع</w:t>
      </w:r>
      <w:r w:rsidRPr="008E006D">
        <w:rPr>
          <w:rFonts w:cs="Sakkal Majalla"/>
          <w:sz w:val="36"/>
          <w:szCs w:val="38"/>
        </w:rPr>
        <w:t xml:space="preserve"> </w:t>
      </w:r>
      <w:r w:rsidRPr="008E006D">
        <w:rPr>
          <w:rFonts w:cs="Sakkal Majalla"/>
          <w:sz w:val="36"/>
          <w:szCs w:val="38"/>
          <w:rtl/>
        </w:rPr>
        <w:t>هي</w:t>
      </w:r>
      <w:r w:rsidRPr="008E006D">
        <w:rPr>
          <w:rFonts w:cs="Sakkal Majalla"/>
          <w:sz w:val="36"/>
          <w:szCs w:val="38"/>
        </w:rPr>
        <w:t xml:space="preserve"> </w:t>
      </w:r>
      <w:r w:rsidRPr="008E006D">
        <w:rPr>
          <w:rFonts w:cs="Sakkal Majalla"/>
          <w:sz w:val="36"/>
          <w:szCs w:val="38"/>
          <w:rtl/>
        </w:rPr>
        <w:t>الوسيلة</w:t>
      </w:r>
      <w:r w:rsidRPr="008E006D">
        <w:rPr>
          <w:rFonts w:cs="Sakkal Majalla"/>
          <w:sz w:val="36"/>
          <w:szCs w:val="38"/>
        </w:rPr>
        <w:t xml:space="preserve"> </w:t>
      </w:r>
      <w:r w:rsidRPr="008E006D">
        <w:rPr>
          <w:rFonts w:cs="Sakkal Majalla"/>
          <w:sz w:val="36"/>
          <w:szCs w:val="38"/>
          <w:rtl/>
        </w:rPr>
        <w:t>التنفيذية</w:t>
      </w:r>
      <w:r w:rsidRPr="008E006D">
        <w:rPr>
          <w:rFonts w:cs="Sakkal Majalla"/>
          <w:sz w:val="36"/>
          <w:szCs w:val="38"/>
        </w:rPr>
        <w:t xml:space="preserve"> </w:t>
      </w:r>
      <w:r w:rsidRPr="008E006D">
        <w:rPr>
          <w:rFonts w:cs="Sakkal Majalla"/>
          <w:sz w:val="36"/>
          <w:szCs w:val="38"/>
          <w:rtl/>
        </w:rPr>
        <w:t>التي</w:t>
      </w:r>
      <w:r w:rsidRPr="008E006D">
        <w:rPr>
          <w:rFonts w:cs="Sakkal Majalla"/>
          <w:sz w:val="36"/>
          <w:szCs w:val="38"/>
        </w:rPr>
        <w:t xml:space="preserve"> </w:t>
      </w:r>
      <w:r w:rsidRPr="008E006D">
        <w:rPr>
          <w:rFonts w:cs="Sakkal Majalla"/>
          <w:sz w:val="36"/>
          <w:szCs w:val="38"/>
          <w:rtl/>
        </w:rPr>
        <w:t>تنتقل</w:t>
      </w:r>
      <w:r w:rsidRPr="008E006D">
        <w:rPr>
          <w:rFonts w:cs="Sakkal Majalla"/>
          <w:sz w:val="36"/>
          <w:szCs w:val="38"/>
        </w:rPr>
        <w:t xml:space="preserve"> </w:t>
      </w:r>
      <w:r w:rsidRPr="008E006D">
        <w:rPr>
          <w:rFonts w:cs="Sakkal Majalla"/>
          <w:sz w:val="36"/>
          <w:szCs w:val="38"/>
          <w:rtl/>
        </w:rPr>
        <w:t>بها</w:t>
      </w:r>
      <w:r w:rsidRPr="008E006D">
        <w:rPr>
          <w:rFonts w:cs="Sakkal Majalla"/>
          <w:sz w:val="36"/>
          <w:szCs w:val="38"/>
        </w:rPr>
        <w:t xml:space="preserve"> </w:t>
      </w:r>
      <w:r w:rsidRPr="008E006D">
        <w:rPr>
          <w:rFonts w:cs="Sakkal Majalla"/>
          <w:sz w:val="36"/>
          <w:szCs w:val="38"/>
          <w:rtl/>
        </w:rPr>
        <w:t>الاستراتيجيات</w:t>
      </w:r>
      <w:r w:rsidRPr="008E006D">
        <w:rPr>
          <w:rFonts w:cs="Sakkal Majalla"/>
          <w:sz w:val="36"/>
          <w:szCs w:val="38"/>
        </w:rPr>
        <w:t xml:space="preserve"> </w:t>
      </w:r>
      <w:r w:rsidRPr="008E006D">
        <w:rPr>
          <w:rFonts w:cs="Sakkal Majalla"/>
          <w:sz w:val="36"/>
          <w:szCs w:val="38"/>
          <w:rtl/>
        </w:rPr>
        <w:t>الرقمية</w:t>
      </w:r>
      <w:r w:rsidRPr="008E006D">
        <w:rPr>
          <w:rFonts w:cs="Sakkal Majalla"/>
          <w:sz w:val="36"/>
          <w:szCs w:val="38"/>
        </w:rPr>
        <w:t xml:space="preserve"> </w:t>
      </w:r>
      <w:r w:rsidRPr="008E006D">
        <w:rPr>
          <w:rFonts w:cs="Sakkal Majalla"/>
          <w:sz w:val="36"/>
          <w:szCs w:val="38"/>
          <w:rtl/>
        </w:rPr>
        <w:t>من</w:t>
      </w:r>
      <w:r w:rsidRPr="008E006D">
        <w:rPr>
          <w:rFonts w:cs="Sakkal Majalla"/>
          <w:sz w:val="36"/>
          <w:szCs w:val="38"/>
        </w:rPr>
        <w:t xml:space="preserve"> </w:t>
      </w:r>
      <w:r w:rsidRPr="008E006D">
        <w:rPr>
          <w:rFonts w:cs="Sakkal Majalla"/>
          <w:sz w:val="36"/>
          <w:szCs w:val="38"/>
          <w:rtl/>
        </w:rPr>
        <w:t>التخطيط</w:t>
      </w:r>
      <w:r w:rsidRPr="008E006D">
        <w:rPr>
          <w:rFonts w:cs="Sakkal Majalla"/>
          <w:sz w:val="36"/>
          <w:szCs w:val="38"/>
        </w:rPr>
        <w:t xml:space="preserve"> </w:t>
      </w:r>
      <w:r w:rsidRPr="008E006D">
        <w:rPr>
          <w:rFonts w:cs="Sakkal Majalla"/>
          <w:sz w:val="36"/>
          <w:szCs w:val="38"/>
          <w:rtl/>
        </w:rPr>
        <w:t>إلى</w:t>
      </w:r>
      <w:r w:rsidRPr="008E006D">
        <w:rPr>
          <w:rFonts w:cs="Sakkal Majalla"/>
          <w:sz w:val="36"/>
          <w:szCs w:val="38"/>
        </w:rPr>
        <w:t xml:space="preserve"> </w:t>
      </w:r>
      <w:r w:rsidRPr="008E006D">
        <w:rPr>
          <w:rFonts w:cs="Sakkal Majalla"/>
          <w:sz w:val="36"/>
          <w:szCs w:val="38"/>
          <w:rtl/>
        </w:rPr>
        <w:t>الأثر</w:t>
      </w:r>
      <w:r w:rsidRPr="008E006D">
        <w:rPr>
          <w:rFonts w:cs="Sakkal Majalla"/>
          <w:sz w:val="36"/>
          <w:szCs w:val="38"/>
        </w:rPr>
        <w:t>.</w:t>
      </w:r>
    </w:p>
    <w:p w14:paraId="4BD69594" w14:textId="77777777" w:rsidR="008E006D" w:rsidRPr="008E006D" w:rsidRDefault="008E006D" w:rsidP="008D0B36">
      <w:pPr>
        <w:ind w:firstLine="720"/>
        <w:rPr>
          <w:rFonts w:cs="Sakkal Majalla"/>
          <w:sz w:val="36"/>
          <w:szCs w:val="38"/>
        </w:rPr>
      </w:pPr>
      <w:r w:rsidRPr="008E006D">
        <w:rPr>
          <w:rFonts w:cs="Sakkal Majalla"/>
          <w:sz w:val="36"/>
          <w:szCs w:val="38"/>
          <w:rtl/>
        </w:rPr>
        <w:t>تتطلب</w:t>
      </w:r>
      <w:r w:rsidRPr="008E006D">
        <w:rPr>
          <w:rFonts w:cs="Sakkal Majalla"/>
          <w:sz w:val="36"/>
          <w:szCs w:val="38"/>
        </w:rPr>
        <w:t xml:space="preserve"> </w:t>
      </w:r>
      <w:r w:rsidRPr="008E006D">
        <w:rPr>
          <w:rFonts w:cs="Sakkal Majalla"/>
          <w:sz w:val="36"/>
          <w:szCs w:val="38"/>
          <w:rtl/>
        </w:rPr>
        <w:t>الحكومة</w:t>
      </w:r>
      <w:r w:rsidRPr="008E006D">
        <w:rPr>
          <w:rFonts w:cs="Sakkal Majalla"/>
          <w:sz w:val="36"/>
          <w:szCs w:val="38"/>
        </w:rPr>
        <w:t xml:space="preserve"> </w:t>
      </w:r>
      <w:r w:rsidRPr="008E006D">
        <w:rPr>
          <w:rFonts w:cs="Sakkal Majalla"/>
          <w:sz w:val="36"/>
          <w:szCs w:val="38"/>
          <w:rtl/>
        </w:rPr>
        <w:t>الرقمية</w:t>
      </w:r>
      <w:r w:rsidRPr="008E006D">
        <w:rPr>
          <w:rFonts w:cs="Sakkal Majalla"/>
          <w:sz w:val="36"/>
          <w:szCs w:val="38"/>
        </w:rPr>
        <w:t xml:space="preserve"> </w:t>
      </w:r>
      <w:r w:rsidRPr="008E006D">
        <w:rPr>
          <w:rFonts w:cs="Sakkal Majalla"/>
          <w:sz w:val="36"/>
          <w:szCs w:val="38"/>
          <w:rtl/>
        </w:rPr>
        <w:t>الفاعلة</w:t>
      </w:r>
      <w:r w:rsidRPr="008E006D">
        <w:rPr>
          <w:rFonts w:cs="Sakkal Majalla"/>
          <w:sz w:val="36"/>
          <w:szCs w:val="38"/>
        </w:rPr>
        <w:t xml:space="preserve"> </w:t>
      </w:r>
      <w:r w:rsidRPr="008E006D">
        <w:rPr>
          <w:rFonts w:cs="Sakkal Majalla"/>
          <w:sz w:val="36"/>
          <w:szCs w:val="38"/>
          <w:rtl/>
        </w:rPr>
        <w:t>وجود</w:t>
      </w:r>
      <w:r w:rsidRPr="008E006D">
        <w:rPr>
          <w:rFonts w:cs="Sakkal Majalla"/>
          <w:sz w:val="36"/>
          <w:szCs w:val="38"/>
        </w:rPr>
        <w:t xml:space="preserve"> </w:t>
      </w:r>
      <w:r w:rsidRPr="008E006D">
        <w:rPr>
          <w:rFonts w:cs="Sakkal Majalla"/>
          <w:sz w:val="36"/>
          <w:szCs w:val="38"/>
          <w:rtl/>
        </w:rPr>
        <w:t>ربط</w:t>
      </w:r>
      <w:r w:rsidRPr="008E006D">
        <w:rPr>
          <w:rFonts w:cs="Sakkal Majalla"/>
          <w:sz w:val="36"/>
          <w:szCs w:val="38"/>
        </w:rPr>
        <w:t xml:space="preserve"> </w:t>
      </w:r>
      <w:r w:rsidRPr="008E006D">
        <w:rPr>
          <w:rFonts w:cs="Sakkal Majalla"/>
          <w:sz w:val="36"/>
          <w:szCs w:val="38"/>
          <w:rtl/>
        </w:rPr>
        <w:t>مؤسسي</w:t>
      </w:r>
      <w:r w:rsidRPr="008E006D">
        <w:rPr>
          <w:rFonts w:cs="Sakkal Majalla"/>
          <w:sz w:val="36"/>
          <w:szCs w:val="38"/>
        </w:rPr>
        <w:t xml:space="preserve"> </w:t>
      </w:r>
      <w:r w:rsidRPr="008E006D">
        <w:rPr>
          <w:rFonts w:cs="Sakkal Majalla"/>
          <w:sz w:val="36"/>
          <w:szCs w:val="38"/>
          <w:rtl/>
        </w:rPr>
        <w:t>بين</w:t>
      </w:r>
      <w:r w:rsidRPr="008E006D">
        <w:rPr>
          <w:rFonts w:cs="Sakkal Majalla"/>
          <w:sz w:val="36"/>
          <w:szCs w:val="38"/>
        </w:rPr>
        <w:t xml:space="preserve"> </w:t>
      </w:r>
      <w:r w:rsidRPr="008E006D">
        <w:rPr>
          <w:rFonts w:cs="Sakkal Majalla"/>
          <w:sz w:val="36"/>
          <w:szCs w:val="38"/>
          <w:rtl/>
        </w:rPr>
        <w:t>الاستراتيجية</w:t>
      </w:r>
      <w:r w:rsidRPr="008E006D">
        <w:rPr>
          <w:rFonts w:cs="Sakkal Majalla"/>
          <w:sz w:val="36"/>
          <w:szCs w:val="38"/>
        </w:rPr>
        <w:t xml:space="preserve"> </w:t>
      </w:r>
      <w:r w:rsidRPr="008E006D">
        <w:rPr>
          <w:rFonts w:cs="Sakkal Majalla"/>
          <w:sz w:val="36"/>
          <w:szCs w:val="38"/>
          <w:rtl/>
        </w:rPr>
        <w:t>الرقمية</w:t>
      </w:r>
      <w:r w:rsidRPr="008E006D">
        <w:rPr>
          <w:rFonts w:cs="Sakkal Majalla"/>
          <w:sz w:val="36"/>
          <w:szCs w:val="38"/>
        </w:rPr>
        <w:t xml:space="preserve"> </w:t>
      </w:r>
      <w:r w:rsidRPr="008E006D">
        <w:rPr>
          <w:rFonts w:cs="Sakkal Majalla"/>
          <w:sz w:val="36"/>
          <w:szCs w:val="38"/>
          <w:rtl/>
        </w:rPr>
        <w:t>وإدارة</w:t>
      </w:r>
      <w:r w:rsidRPr="008E006D">
        <w:rPr>
          <w:rFonts w:cs="Sakkal Majalla"/>
          <w:sz w:val="36"/>
          <w:szCs w:val="38"/>
        </w:rPr>
        <w:t xml:space="preserve"> </w:t>
      </w:r>
      <w:r w:rsidRPr="008E006D">
        <w:rPr>
          <w:rFonts w:cs="Sakkal Majalla"/>
          <w:sz w:val="36"/>
          <w:szCs w:val="38"/>
          <w:rtl/>
        </w:rPr>
        <w:t>المحافظ</w:t>
      </w:r>
      <w:r w:rsidRPr="008E006D">
        <w:rPr>
          <w:rFonts w:cs="Sakkal Majalla"/>
          <w:sz w:val="36"/>
          <w:szCs w:val="38"/>
        </w:rPr>
        <w:t xml:space="preserve"> </w:t>
      </w:r>
      <w:r w:rsidRPr="008E006D">
        <w:rPr>
          <w:rFonts w:cs="Sakkal Majalla"/>
          <w:sz w:val="36"/>
          <w:szCs w:val="38"/>
          <w:rtl/>
        </w:rPr>
        <w:t>والبرامج</w:t>
      </w:r>
      <w:r w:rsidRPr="008E006D">
        <w:rPr>
          <w:rFonts w:cs="Sakkal Majalla"/>
          <w:sz w:val="36"/>
          <w:szCs w:val="38"/>
        </w:rPr>
        <w:t xml:space="preserve"> </w:t>
      </w:r>
      <w:r w:rsidRPr="008E006D">
        <w:rPr>
          <w:rFonts w:cs="Sakkal Majalla"/>
          <w:sz w:val="36"/>
          <w:szCs w:val="38"/>
          <w:rtl/>
        </w:rPr>
        <w:t>والمشاريع</w:t>
      </w:r>
      <w:r w:rsidRPr="008E006D">
        <w:rPr>
          <w:rFonts w:cs="Sakkal Majalla"/>
          <w:sz w:val="36"/>
          <w:szCs w:val="38"/>
        </w:rPr>
        <w:t xml:space="preserve">. </w:t>
      </w:r>
      <w:r w:rsidRPr="008E006D">
        <w:rPr>
          <w:rFonts w:cs="Sakkal Majalla"/>
          <w:sz w:val="36"/>
          <w:szCs w:val="38"/>
          <w:rtl/>
        </w:rPr>
        <w:t>فالمشروع</w:t>
      </w:r>
      <w:r w:rsidRPr="008E006D">
        <w:rPr>
          <w:rFonts w:cs="Sakkal Majalla"/>
          <w:sz w:val="36"/>
          <w:szCs w:val="38"/>
        </w:rPr>
        <w:t xml:space="preserve"> </w:t>
      </w:r>
      <w:r w:rsidRPr="008E006D">
        <w:rPr>
          <w:rFonts w:cs="Sakkal Majalla"/>
          <w:sz w:val="36"/>
          <w:szCs w:val="38"/>
          <w:rtl/>
        </w:rPr>
        <w:t>الرقمي</w:t>
      </w:r>
      <w:r w:rsidRPr="008E006D">
        <w:rPr>
          <w:rFonts w:cs="Sakkal Majalla"/>
          <w:sz w:val="36"/>
          <w:szCs w:val="38"/>
        </w:rPr>
        <w:t xml:space="preserve"> </w:t>
      </w:r>
      <w:r w:rsidRPr="008E006D">
        <w:rPr>
          <w:rFonts w:cs="Sakkal Majalla"/>
          <w:sz w:val="36"/>
          <w:szCs w:val="38"/>
          <w:rtl/>
        </w:rPr>
        <w:t>لا</w:t>
      </w:r>
      <w:r w:rsidRPr="008E006D">
        <w:rPr>
          <w:rFonts w:cs="Sakkal Majalla"/>
          <w:sz w:val="36"/>
          <w:szCs w:val="38"/>
        </w:rPr>
        <w:t xml:space="preserve"> </w:t>
      </w:r>
      <w:r w:rsidRPr="008E006D">
        <w:rPr>
          <w:rFonts w:cs="Sakkal Majalla"/>
          <w:sz w:val="36"/>
          <w:szCs w:val="38"/>
          <w:rtl/>
        </w:rPr>
        <w:t>يعمل</w:t>
      </w:r>
      <w:r w:rsidRPr="008E006D">
        <w:rPr>
          <w:rFonts w:cs="Sakkal Majalla"/>
          <w:sz w:val="36"/>
          <w:szCs w:val="38"/>
        </w:rPr>
        <w:t xml:space="preserve"> </w:t>
      </w:r>
      <w:r w:rsidRPr="008E006D">
        <w:rPr>
          <w:rFonts w:cs="Sakkal Majalla"/>
          <w:sz w:val="36"/>
          <w:szCs w:val="38"/>
          <w:rtl/>
        </w:rPr>
        <w:t>بمعزل</w:t>
      </w:r>
      <w:r w:rsidRPr="008E006D">
        <w:rPr>
          <w:rFonts w:cs="Sakkal Majalla"/>
          <w:sz w:val="36"/>
          <w:szCs w:val="38"/>
        </w:rPr>
        <w:t xml:space="preserve"> </w:t>
      </w:r>
      <w:r w:rsidRPr="008E006D">
        <w:rPr>
          <w:rFonts w:cs="Sakkal Majalla"/>
          <w:sz w:val="36"/>
          <w:szCs w:val="38"/>
          <w:rtl/>
        </w:rPr>
        <w:t>عن</w:t>
      </w:r>
      <w:r w:rsidRPr="008E006D">
        <w:rPr>
          <w:rFonts w:cs="Sakkal Majalla"/>
          <w:sz w:val="36"/>
          <w:szCs w:val="38"/>
        </w:rPr>
        <w:t xml:space="preserve"> </w:t>
      </w:r>
      <w:r w:rsidRPr="008E006D">
        <w:rPr>
          <w:rFonts w:cs="Sakkal Majalla"/>
          <w:sz w:val="36"/>
          <w:szCs w:val="38"/>
          <w:rtl/>
        </w:rPr>
        <w:t>أهداف</w:t>
      </w:r>
      <w:r w:rsidRPr="008E006D">
        <w:rPr>
          <w:rFonts w:cs="Sakkal Majalla"/>
          <w:sz w:val="36"/>
          <w:szCs w:val="38"/>
        </w:rPr>
        <w:t xml:space="preserve"> </w:t>
      </w:r>
      <w:r w:rsidRPr="008E006D">
        <w:rPr>
          <w:rFonts w:cs="Sakkal Majalla"/>
          <w:sz w:val="36"/>
          <w:szCs w:val="38"/>
          <w:rtl/>
        </w:rPr>
        <w:t>الجهة،</w:t>
      </w:r>
      <w:r w:rsidRPr="008E006D">
        <w:rPr>
          <w:rFonts w:cs="Sakkal Majalla"/>
          <w:sz w:val="36"/>
          <w:szCs w:val="38"/>
        </w:rPr>
        <w:t xml:space="preserve"> </w:t>
      </w:r>
      <w:r w:rsidRPr="008E006D">
        <w:rPr>
          <w:rFonts w:cs="Sakkal Majalla"/>
          <w:sz w:val="36"/>
          <w:szCs w:val="38"/>
          <w:rtl/>
        </w:rPr>
        <w:t>بل</w:t>
      </w:r>
      <w:r w:rsidRPr="008E006D">
        <w:rPr>
          <w:rFonts w:cs="Sakkal Majalla"/>
          <w:sz w:val="36"/>
          <w:szCs w:val="38"/>
        </w:rPr>
        <w:t xml:space="preserve"> </w:t>
      </w:r>
      <w:r w:rsidRPr="008E006D">
        <w:rPr>
          <w:rFonts w:cs="Sakkal Majalla"/>
          <w:sz w:val="36"/>
          <w:szCs w:val="38"/>
          <w:rtl/>
        </w:rPr>
        <w:t>ينبغي</w:t>
      </w:r>
      <w:r w:rsidRPr="008E006D">
        <w:rPr>
          <w:rFonts w:cs="Sakkal Majalla"/>
          <w:sz w:val="36"/>
          <w:szCs w:val="38"/>
        </w:rPr>
        <w:t xml:space="preserve"> </w:t>
      </w:r>
      <w:r w:rsidRPr="008E006D">
        <w:rPr>
          <w:rFonts w:cs="Sakkal Majalla"/>
          <w:sz w:val="36"/>
          <w:szCs w:val="38"/>
          <w:rtl/>
        </w:rPr>
        <w:t>أن</w:t>
      </w:r>
      <w:r w:rsidRPr="008E006D">
        <w:rPr>
          <w:rFonts w:cs="Sakkal Majalla"/>
          <w:sz w:val="36"/>
          <w:szCs w:val="38"/>
        </w:rPr>
        <w:t xml:space="preserve"> </w:t>
      </w:r>
      <w:r w:rsidRPr="008E006D">
        <w:rPr>
          <w:rFonts w:cs="Sakkal Majalla"/>
          <w:sz w:val="36"/>
          <w:szCs w:val="38"/>
          <w:rtl/>
        </w:rPr>
        <w:t>يكون</w:t>
      </w:r>
      <w:r w:rsidRPr="008E006D">
        <w:rPr>
          <w:rFonts w:cs="Sakkal Majalla"/>
          <w:sz w:val="36"/>
          <w:szCs w:val="38"/>
        </w:rPr>
        <w:t xml:space="preserve"> </w:t>
      </w:r>
      <w:r w:rsidRPr="008E006D">
        <w:rPr>
          <w:rFonts w:cs="Sakkal Majalla"/>
          <w:sz w:val="36"/>
          <w:szCs w:val="38"/>
          <w:rtl/>
        </w:rPr>
        <w:t>جزءًا</w:t>
      </w:r>
      <w:r w:rsidRPr="008E006D">
        <w:rPr>
          <w:rFonts w:cs="Sakkal Majalla"/>
          <w:sz w:val="36"/>
          <w:szCs w:val="38"/>
        </w:rPr>
        <w:t xml:space="preserve"> </w:t>
      </w:r>
      <w:r w:rsidRPr="008E006D">
        <w:rPr>
          <w:rFonts w:cs="Sakkal Majalla"/>
          <w:sz w:val="36"/>
          <w:szCs w:val="38"/>
          <w:rtl/>
        </w:rPr>
        <w:t>من</w:t>
      </w:r>
      <w:r w:rsidRPr="008E006D">
        <w:rPr>
          <w:rFonts w:cs="Sakkal Majalla"/>
          <w:sz w:val="36"/>
          <w:szCs w:val="38"/>
        </w:rPr>
        <w:t xml:space="preserve"> </w:t>
      </w:r>
      <w:r w:rsidRPr="008E006D">
        <w:rPr>
          <w:rFonts w:cs="Sakkal Majalla"/>
          <w:sz w:val="36"/>
          <w:szCs w:val="38"/>
          <w:rtl/>
        </w:rPr>
        <w:t>خارطة</w:t>
      </w:r>
      <w:r w:rsidRPr="008E006D">
        <w:rPr>
          <w:rFonts w:cs="Sakkal Majalla"/>
          <w:sz w:val="36"/>
          <w:szCs w:val="38"/>
        </w:rPr>
        <w:t xml:space="preserve"> </w:t>
      </w:r>
      <w:r w:rsidRPr="008E006D">
        <w:rPr>
          <w:rFonts w:cs="Sakkal Majalla"/>
          <w:sz w:val="36"/>
          <w:szCs w:val="38"/>
          <w:rtl/>
        </w:rPr>
        <w:t>تحول</w:t>
      </w:r>
      <w:r w:rsidRPr="008E006D">
        <w:rPr>
          <w:rFonts w:cs="Sakkal Majalla"/>
          <w:sz w:val="36"/>
          <w:szCs w:val="38"/>
        </w:rPr>
        <w:t xml:space="preserve"> </w:t>
      </w:r>
      <w:r w:rsidRPr="008E006D">
        <w:rPr>
          <w:rFonts w:cs="Sakkal Majalla"/>
          <w:sz w:val="36"/>
          <w:szCs w:val="38"/>
          <w:rtl/>
        </w:rPr>
        <w:t>متكاملة</w:t>
      </w:r>
      <w:r w:rsidRPr="008E006D">
        <w:rPr>
          <w:rFonts w:cs="Sakkal Majalla"/>
          <w:sz w:val="36"/>
          <w:szCs w:val="38"/>
        </w:rPr>
        <w:t xml:space="preserve"> </w:t>
      </w:r>
      <w:r w:rsidRPr="008E006D">
        <w:rPr>
          <w:rFonts w:cs="Sakkal Majalla"/>
          <w:sz w:val="36"/>
          <w:szCs w:val="38"/>
          <w:rtl/>
        </w:rPr>
        <w:t>تشمل</w:t>
      </w:r>
      <w:r w:rsidRPr="008E006D">
        <w:rPr>
          <w:rFonts w:cs="Sakkal Majalla"/>
          <w:sz w:val="36"/>
          <w:szCs w:val="38"/>
        </w:rPr>
        <w:t xml:space="preserve"> </w:t>
      </w:r>
      <w:r w:rsidRPr="008E006D">
        <w:rPr>
          <w:rFonts w:cs="Sakkal Majalla"/>
          <w:sz w:val="36"/>
          <w:szCs w:val="38"/>
          <w:rtl/>
        </w:rPr>
        <w:t>تحليل</w:t>
      </w:r>
      <w:r w:rsidRPr="008E006D">
        <w:rPr>
          <w:rFonts w:cs="Sakkal Majalla"/>
          <w:sz w:val="36"/>
          <w:szCs w:val="38"/>
        </w:rPr>
        <w:t xml:space="preserve"> </w:t>
      </w:r>
      <w:r w:rsidRPr="008E006D">
        <w:rPr>
          <w:rFonts w:cs="Sakkal Majalla"/>
          <w:sz w:val="36"/>
          <w:szCs w:val="38"/>
          <w:rtl/>
        </w:rPr>
        <w:t>الوضع</w:t>
      </w:r>
      <w:r w:rsidRPr="008E006D">
        <w:rPr>
          <w:rFonts w:cs="Sakkal Majalla"/>
          <w:sz w:val="36"/>
          <w:szCs w:val="38"/>
        </w:rPr>
        <w:t xml:space="preserve"> </w:t>
      </w:r>
      <w:r w:rsidRPr="008E006D">
        <w:rPr>
          <w:rFonts w:cs="Sakkal Majalla"/>
          <w:sz w:val="36"/>
          <w:szCs w:val="38"/>
          <w:rtl/>
        </w:rPr>
        <w:t>الراهن،</w:t>
      </w:r>
      <w:r w:rsidRPr="008E006D">
        <w:rPr>
          <w:rFonts w:cs="Sakkal Majalla"/>
          <w:sz w:val="36"/>
          <w:szCs w:val="38"/>
        </w:rPr>
        <w:t xml:space="preserve"> </w:t>
      </w:r>
      <w:r w:rsidRPr="008E006D">
        <w:rPr>
          <w:rFonts w:cs="Sakkal Majalla"/>
          <w:sz w:val="36"/>
          <w:szCs w:val="38"/>
          <w:rtl/>
        </w:rPr>
        <w:t>وتحديد</w:t>
      </w:r>
      <w:r w:rsidRPr="008E006D">
        <w:rPr>
          <w:rFonts w:cs="Sakkal Majalla"/>
          <w:sz w:val="36"/>
          <w:szCs w:val="38"/>
        </w:rPr>
        <w:t xml:space="preserve"> </w:t>
      </w:r>
      <w:r w:rsidRPr="008E006D">
        <w:rPr>
          <w:rFonts w:cs="Sakkal Majalla"/>
          <w:sz w:val="36"/>
          <w:szCs w:val="38"/>
          <w:rtl/>
        </w:rPr>
        <w:t>الفجوات،</w:t>
      </w:r>
      <w:r w:rsidRPr="008E006D">
        <w:rPr>
          <w:rFonts w:cs="Sakkal Majalla"/>
          <w:sz w:val="36"/>
          <w:szCs w:val="38"/>
        </w:rPr>
        <w:t xml:space="preserve"> </w:t>
      </w:r>
      <w:r w:rsidRPr="008E006D">
        <w:rPr>
          <w:rFonts w:cs="Sakkal Majalla"/>
          <w:sz w:val="36"/>
          <w:szCs w:val="38"/>
          <w:rtl/>
        </w:rPr>
        <w:t>وإدارة</w:t>
      </w:r>
      <w:r w:rsidRPr="008E006D">
        <w:rPr>
          <w:rFonts w:cs="Sakkal Majalla"/>
          <w:sz w:val="36"/>
          <w:szCs w:val="38"/>
        </w:rPr>
        <w:t xml:space="preserve"> </w:t>
      </w:r>
      <w:r w:rsidRPr="008E006D">
        <w:rPr>
          <w:rFonts w:cs="Sakkal Majalla"/>
          <w:sz w:val="36"/>
          <w:szCs w:val="38"/>
          <w:rtl/>
        </w:rPr>
        <w:t>أصحاب</w:t>
      </w:r>
      <w:r w:rsidRPr="008E006D">
        <w:rPr>
          <w:rFonts w:cs="Sakkal Majalla"/>
          <w:sz w:val="36"/>
          <w:szCs w:val="38"/>
        </w:rPr>
        <w:t xml:space="preserve"> </w:t>
      </w:r>
      <w:r w:rsidRPr="008E006D">
        <w:rPr>
          <w:rFonts w:cs="Sakkal Majalla"/>
          <w:sz w:val="36"/>
          <w:szCs w:val="38"/>
          <w:rtl/>
        </w:rPr>
        <w:t>المصلحة،</w:t>
      </w:r>
      <w:r w:rsidRPr="008E006D">
        <w:rPr>
          <w:rFonts w:cs="Sakkal Majalla"/>
          <w:sz w:val="36"/>
          <w:szCs w:val="38"/>
        </w:rPr>
        <w:t xml:space="preserve"> </w:t>
      </w:r>
      <w:r w:rsidRPr="008E006D">
        <w:rPr>
          <w:rFonts w:cs="Sakkal Majalla"/>
          <w:sz w:val="36"/>
          <w:szCs w:val="38"/>
          <w:rtl/>
        </w:rPr>
        <w:t>وتخطيط</w:t>
      </w:r>
      <w:r w:rsidRPr="008E006D">
        <w:rPr>
          <w:rFonts w:cs="Sakkal Majalla"/>
          <w:sz w:val="36"/>
          <w:szCs w:val="38"/>
        </w:rPr>
        <w:t xml:space="preserve"> </w:t>
      </w:r>
      <w:r w:rsidRPr="008E006D">
        <w:rPr>
          <w:rFonts w:cs="Sakkal Majalla"/>
          <w:sz w:val="36"/>
          <w:szCs w:val="38"/>
          <w:rtl/>
        </w:rPr>
        <w:t>الموارد،</w:t>
      </w:r>
      <w:r w:rsidRPr="008E006D">
        <w:rPr>
          <w:rFonts w:cs="Sakkal Majalla"/>
          <w:sz w:val="36"/>
          <w:szCs w:val="38"/>
        </w:rPr>
        <w:t xml:space="preserve"> </w:t>
      </w:r>
      <w:r w:rsidRPr="008E006D">
        <w:rPr>
          <w:rFonts w:cs="Sakkal Majalla"/>
          <w:sz w:val="36"/>
          <w:szCs w:val="38"/>
          <w:rtl/>
        </w:rPr>
        <w:t>وإدارة</w:t>
      </w:r>
      <w:r w:rsidRPr="008E006D">
        <w:rPr>
          <w:rFonts w:cs="Sakkal Majalla"/>
          <w:sz w:val="36"/>
          <w:szCs w:val="38"/>
        </w:rPr>
        <w:t xml:space="preserve"> </w:t>
      </w:r>
      <w:r w:rsidRPr="008E006D">
        <w:rPr>
          <w:rFonts w:cs="Sakkal Majalla"/>
          <w:sz w:val="36"/>
          <w:szCs w:val="38"/>
          <w:rtl/>
        </w:rPr>
        <w:t>المخاطر،</w:t>
      </w:r>
      <w:r w:rsidRPr="008E006D">
        <w:rPr>
          <w:rFonts w:cs="Sakkal Majalla"/>
          <w:sz w:val="36"/>
          <w:szCs w:val="38"/>
        </w:rPr>
        <w:t xml:space="preserve"> </w:t>
      </w:r>
      <w:r w:rsidRPr="008E006D">
        <w:rPr>
          <w:rFonts w:cs="Sakkal Majalla"/>
          <w:sz w:val="36"/>
          <w:szCs w:val="38"/>
          <w:rtl/>
        </w:rPr>
        <w:t>وقياس</w:t>
      </w:r>
      <w:r w:rsidRPr="008E006D">
        <w:rPr>
          <w:rFonts w:cs="Sakkal Majalla"/>
          <w:sz w:val="36"/>
          <w:szCs w:val="38"/>
        </w:rPr>
        <w:t xml:space="preserve"> </w:t>
      </w:r>
      <w:r w:rsidRPr="008E006D">
        <w:rPr>
          <w:rFonts w:cs="Sakkal Majalla"/>
          <w:sz w:val="36"/>
          <w:szCs w:val="38"/>
          <w:rtl/>
        </w:rPr>
        <w:t>المنافع</w:t>
      </w:r>
      <w:r w:rsidRPr="008E006D">
        <w:rPr>
          <w:rFonts w:cs="Sakkal Majalla"/>
          <w:sz w:val="36"/>
          <w:szCs w:val="38"/>
        </w:rPr>
        <w:t>.</w:t>
      </w:r>
    </w:p>
    <w:p w14:paraId="02351DF8" w14:textId="77777777" w:rsidR="008D0B36" w:rsidRDefault="008D0B36">
      <w:pPr>
        <w:bidi w:val="0"/>
        <w:spacing w:before="0" w:after="160" w:line="259" w:lineRule="auto"/>
        <w:ind w:firstLine="0"/>
        <w:jc w:val="left"/>
        <w:rPr>
          <w:rFonts w:cs="Sakkal Majalla"/>
          <w:b/>
          <w:bCs/>
          <w:sz w:val="36"/>
          <w:szCs w:val="38"/>
          <w:rtl/>
        </w:rPr>
      </w:pPr>
      <w:r>
        <w:rPr>
          <w:rFonts w:cs="Sakkal Majalla"/>
          <w:b/>
          <w:bCs/>
          <w:sz w:val="36"/>
          <w:szCs w:val="38"/>
          <w:rtl/>
        </w:rPr>
        <w:br w:type="page"/>
      </w:r>
    </w:p>
    <w:p w14:paraId="4ACB6658" w14:textId="77777777" w:rsidR="008E006D" w:rsidRPr="008E006D" w:rsidRDefault="008E006D" w:rsidP="008D0B36">
      <w:pPr>
        <w:ind w:firstLine="0"/>
        <w:jc w:val="center"/>
        <w:rPr>
          <w:rFonts w:cs="Sakkal Majalla"/>
          <w:bCs/>
          <w:sz w:val="36"/>
          <w:szCs w:val="38"/>
        </w:rPr>
      </w:pPr>
      <w:r w:rsidRPr="008E006D">
        <w:rPr>
          <w:rFonts w:cs="Sakkal Majalla"/>
          <w:b/>
          <w:bCs/>
          <w:sz w:val="36"/>
          <w:szCs w:val="38"/>
          <w:rtl/>
        </w:rPr>
        <w:lastRenderedPageBreak/>
        <w:t>جدول</w:t>
      </w:r>
      <w:r w:rsidRPr="008E006D">
        <w:rPr>
          <w:rFonts w:cs="Sakkal Majalla"/>
          <w:b/>
          <w:bCs/>
          <w:sz w:val="36"/>
          <w:szCs w:val="38"/>
        </w:rPr>
        <w:t xml:space="preserve"> (2-2</w:t>
      </w:r>
      <w:proofErr w:type="gramStart"/>
      <w:r w:rsidRPr="008E006D">
        <w:rPr>
          <w:rFonts w:cs="Sakkal Majalla"/>
          <w:b/>
          <w:bCs/>
          <w:sz w:val="36"/>
          <w:szCs w:val="38"/>
        </w:rPr>
        <w:t>)</w:t>
      </w:r>
      <w:r w:rsidR="008D0B36">
        <w:rPr>
          <w:rFonts w:cs="Sakkal Majalla" w:hint="cs"/>
          <w:b/>
          <w:bCs/>
          <w:sz w:val="36"/>
          <w:szCs w:val="38"/>
          <w:rtl/>
        </w:rPr>
        <w:t xml:space="preserve"> </w:t>
      </w:r>
      <w:r w:rsidRPr="008E006D">
        <w:rPr>
          <w:rFonts w:cs="Sakkal Majalla"/>
          <w:b/>
          <w:bCs/>
          <w:sz w:val="36"/>
          <w:szCs w:val="38"/>
        </w:rPr>
        <w:t>:</w:t>
      </w:r>
      <w:proofErr w:type="gramEnd"/>
      <w:r w:rsidR="008D0B36">
        <w:rPr>
          <w:rFonts w:cs="Sakkal Majalla" w:hint="cs"/>
          <w:b/>
          <w:bCs/>
          <w:sz w:val="36"/>
          <w:szCs w:val="38"/>
          <w:rtl/>
        </w:rPr>
        <w:t xml:space="preserve"> </w:t>
      </w:r>
      <w:r w:rsidRPr="008E006D">
        <w:rPr>
          <w:rFonts w:cs="Sakkal Majalla"/>
          <w:b/>
          <w:bCs/>
          <w:sz w:val="36"/>
          <w:szCs w:val="38"/>
        </w:rPr>
        <w:t xml:space="preserve"> </w:t>
      </w:r>
      <w:r w:rsidRPr="008E006D">
        <w:rPr>
          <w:rFonts w:cs="Sakkal Majalla"/>
          <w:b/>
          <w:bCs/>
          <w:sz w:val="36"/>
          <w:szCs w:val="38"/>
          <w:rtl/>
        </w:rPr>
        <w:t>التمييز</w:t>
      </w:r>
      <w:r w:rsidRPr="008E006D">
        <w:rPr>
          <w:rFonts w:cs="Sakkal Majalla"/>
          <w:b/>
          <w:bCs/>
          <w:sz w:val="36"/>
          <w:szCs w:val="38"/>
        </w:rPr>
        <w:t xml:space="preserve"> </w:t>
      </w:r>
      <w:r w:rsidRPr="008E006D">
        <w:rPr>
          <w:rFonts w:cs="Sakkal Majalla"/>
          <w:b/>
          <w:bCs/>
          <w:sz w:val="36"/>
          <w:szCs w:val="38"/>
          <w:rtl/>
        </w:rPr>
        <w:t>بين</w:t>
      </w:r>
      <w:r w:rsidRPr="008E006D">
        <w:rPr>
          <w:rFonts w:cs="Sakkal Majalla"/>
          <w:b/>
          <w:bCs/>
          <w:sz w:val="36"/>
          <w:szCs w:val="38"/>
        </w:rPr>
        <w:t xml:space="preserve"> </w:t>
      </w:r>
      <w:proofErr w:type="spellStart"/>
      <w:r w:rsidRPr="008E006D">
        <w:rPr>
          <w:rFonts w:cs="Sakkal Majalla"/>
          <w:b/>
          <w:bCs/>
          <w:sz w:val="36"/>
          <w:szCs w:val="38"/>
          <w:rtl/>
        </w:rPr>
        <w:t>الرقمنة</w:t>
      </w:r>
      <w:proofErr w:type="spellEnd"/>
      <w:r w:rsidRPr="008E006D">
        <w:rPr>
          <w:rFonts w:cs="Sakkal Majalla"/>
          <w:b/>
          <w:bCs/>
          <w:sz w:val="36"/>
          <w:szCs w:val="38"/>
        </w:rPr>
        <w:t xml:space="preserve"> </w:t>
      </w:r>
      <w:r w:rsidRPr="008E006D">
        <w:rPr>
          <w:rFonts w:cs="Sakkal Majalla"/>
          <w:b/>
          <w:bCs/>
          <w:sz w:val="36"/>
          <w:szCs w:val="38"/>
          <w:rtl/>
        </w:rPr>
        <w:t>والأتمتة</w:t>
      </w:r>
      <w:r w:rsidRPr="008E006D">
        <w:rPr>
          <w:rFonts w:cs="Sakkal Majalla"/>
          <w:b/>
          <w:bCs/>
          <w:sz w:val="36"/>
          <w:szCs w:val="38"/>
        </w:rPr>
        <w:t xml:space="preserve"> </w:t>
      </w:r>
      <w:r w:rsidRPr="008E006D">
        <w:rPr>
          <w:rFonts w:cs="Sakkal Majalla"/>
          <w:b/>
          <w:bCs/>
          <w:sz w:val="36"/>
          <w:szCs w:val="38"/>
          <w:rtl/>
        </w:rPr>
        <w:t>والتحول</w:t>
      </w:r>
      <w:r w:rsidRPr="008E006D">
        <w:rPr>
          <w:rFonts w:cs="Sakkal Majalla"/>
          <w:b/>
          <w:bCs/>
          <w:sz w:val="36"/>
          <w:szCs w:val="38"/>
        </w:rPr>
        <w:t xml:space="preserve"> </w:t>
      </w:r>
      <w:r w:rsidRPr="008E006D">
        <w:rPr>
          <w:rFonts w:cs="Sakkal Majalla"/>
          <w:b/>
          <w:bCs/>
          <w:sz w:val="36"/>
          <w:szCs w:val="38"/>
          <w:rtl/>
        </w:rPr>
        <w:t>الرقمي</w:t>
      </w:r>
    </w:p>
    <w:tbl>
      <w:tblPr>
        <w:tblStyle w:val="TableGrid"/>
        <w:bidiVisual/>
        <w:tblW w:w="5318" w:type="pct"/>
        <w:jc w:val="center"/>
        <w:tblLook w:val="04A0" w:firstRow="1" w:lastRow="0" w:firstColumn="1" w:lastColumn="0" w:noHBand="0" w:noVBand="1"/>
      </w:tblPr>
      <w:tblGrid>
        <w:gridCol w:w="1600"/>
        <w:gridCol w:w="2665"/>
        <w:gridCol w:w="2665"/>
        <w:gridCol w:w="2706"/>
      </w:tblGrid>
      <w:tr w:rsidR="008E006D" w:rsidRPr="008E006D" w14:paraId="4DD0F197" w14:textId="77777777" w:rsidTr="008D0B36">
        <w:trPr>
          <w:jc w:val="center"/>
        </w:trPr>
        <w:tc>
          <w:tcPr>
            <w:tcW w:w="830" w:type="pct"/>
            <w:shd w:val="clear" w:color="auto" w:fill="1F4E79"/>
            <w:tcMar>
              <w:top w:w="110" w:type="dxa"/>
              <w:left w:w="110" w:type="dxa"/>
              <w:bottom w:w="110" w:type="dxa"/>
              <w:right w:w="110" w:type="dxa"/>
            </w:tcMar>
            <w:vAlign w:val="center"/>
          </w:tcPr>
          <w:p w14:paraId="78222119" w14:textId="77777777" w:rsidR="008E006D" w:rsidRPr="008D0B36" w:rsidRDefault="008E006D" w:rsidP="008D0B36">
            <w:pPr>
              <w:ind w:firstLine="0"/>
              <w:jc w:val="center"/>
              <w:rPr>
                <w:rFonts w:cs="Sakkal Majalla"/>
                <w:color w:val="FFFFFF" w:themeColor="background1"/>
                <w:sz w:val="36"/>
                <w:szCs w:val="38"/>
              </w:rPr>
            </w:pPr>
            <w:r w:rsidRPr="008D0B36">
              <w:rPr>
                <w:rFonts w:cs="Sakkal Majalla"/>
                <w:b/>
                <w:bCs/>
                <w:color w:val="FFFFFF" w:themeColor="background1"/>
                <w:sz w:val="36"/>
                <w:szCs w:val="38"/>
                <w:rtl/>
              </w:rPr>
              <w:t>المفهوم</w:t>
            </w:r>
          </w:p>
        </w:tc>
        <w:tc>
          <w:tcPr>
            <w:tcW w:w="1383" w:type="pct"/>
            <w:shd w:val="clear" w:color="auto" w:fill="1F4E79"/>
            <w:tcMar>
              <w:top w:w="110" w:type="dxa"/>
              <w:left w:w="110" w:type="dxa"/>
              <w:bottom w:w="110" w:type="dxa"/>
              <w:right w:w="110" w:type="dxa"/>
            </w:tcMar>
            <w:vAlign w:val="center"/>
          </w:tcPr>
          <w:p w14:paraId="505CB8D6" w14:textId="77777777" w:rsidR="008E006D" w:rsidRPr="008D0B36" w:rsidRDefault="008E006D" w:rsidP="008D0B36">
            <w:pPr>
              <w:ind w:firstLine="0"/>
              <w:jc w:val="center"/>
              <w:rPr>
                <w:rFonts w:cs="Sakkal Majalla"/>
                <w:color w:val="FFFFFF" w:themeColor="background1"/>
                <w:sz w:val="36"/>
                <w:szCs w:val="38"/>
              </w:rPr>
            </w:pPr>
            <w:r w:rsidRPr="008D0B36">
              <w:rPr>
                <w:rFonts w:cs="Sakkal Majalla"/>
                <w:b/>
                <w:bCs/>
                <w:color w:val="FFFFFF" w:themeColor="background1"/>
                <w:sz w:val="36"/>
                <w:szCs w:val="38"/>
                <w:rtl/>
              </w:rPr>
              <w:t>المعنى</w:t>
            </w:r>
          </w:p>
        </w:tc>
        <w:tc>
          <w:tcPr>
            <w:tcW w:w="1383" w:type="pct"/>
            <w:shd w:val="clear" w:color="auto" w:fill="1F4E79"/>
            <w:tcMar>
              <w:top w:w="110" w:type="dxa"/>
              <w:left w:w="110" w:type="dxa"/>
              <w:bottom w:w="110" w:type="dxa"/>
              <w:right w:w="110" w:type="dxa"/>
            </w:tcMar>
            <w:vAlign w:val="center"/>
          </w:tcPr>
          <w:p w14:paraId="102BD438" w14:textId="77777777" w:rsidR="008E006D" w:rsidRPr="008D0B36" w:rsidRDefault="008E006D" w:rsidP="008D0B36">
            <w:pPr>
              <w:ind w:firstLine="0"/>
              <w:jc w:val="center"/>
              <w:rPr>
                <w:rFonts w:cs="Sakkal Majalla"/>
                <w:color w:val="FFFFFF" w:themeColor="background1"/>
                <w:sz w:val="36"/>
                <w:szCs w:val="38"/>
              </w:rPr>
            </w:pPr>
            <w:r w:rsidRPr="008D0B36">
              <w:rPr>
                <w:rFonts w:cs="Sakkal Majalla"/>
                <w:b/>
                <w:bCs/>
                <w:color w:val="FFFFFF" w:themeColor="background1"/>
                <w:sz w:val="36"/>
                <w:szCs w:val="38"/>
                <w:rtl/>
              </w:rPr>
              <w:t>مثال</w:t>
            </w:r>
            <w:r w:rsidRPr="008D0B36">
              <w:rPr>
                <w:rFonts w:cs="Sakkal Majalla"/>
                <w:b/>
                <w:color w:val="FFFFFF" w:themeColor="background1"/>
                <w:sz w:val="36"/>
                <w:szCs w:val="38"/>
              </w:rPr>
              <w:t xml:space="preserve"> </w:t>
            </w:r>
            <w:r w:rsidRPr="008D0B36">
              <w:rPr>
                <w:rFonts w:cs="Sakkal Majalla"/>
                <w:b/>
                <w:bCs/>
                <w:color w:val="FFFFFF" w:themeColor="background1"/>
                <w:sz w:val="36"/>
                <w:szCs w:val="38"/>
                <w:rtl/>
              </w:rPr>
              <w:t>في</w:t>
            </w:r>
            <w:r w:rsidRPr="008D0B36">
              <w:rPr>
                <w:rFonts w:cs="Sakkal Majalla"/>
                <w:b/>
                <w:color w:val="FFFFFF" w:themeColor="background1"/>
                <w:sz w:val="36"/>
                <w:szCs w:val="38"/>
              </w:rPr>
              <w:t xml:space="preserve"> </w:t>
            </w:r>
            <w:r w:rsidRPr="008D0B36">
              <w:rPr>
                <w:rFonts w:cs="Sakkal Majalla"/>
                <w:b/>
                <w:bCs/>
                <w:color w:val="FFFFFF" w:themeColor="background1"/>
                <w:sz w:val="36"/>
                <w:szCs w:val="38"/>
                <w:rtl/>
              </w:rPr>
              <w:t>جهة</w:t>
            </w:r>
            <w:r w:rsidRPr="008D0B36">
              <w:rPr>
                <w:rFonts w:cs="Sakkal Majalla"/>
                <w:b/>
                <w:color w:val="FFFFFF" w:themeColor="background1"/>
                <w:sz w:val="36"/>
                <w:szCs w:val="38"/>
              </w:rPr>
              <w:t xml:space="preserve"> </w:t>
            </w:r>
            <w:r w:rsidRPr="008D0B36">
              <w:rPr>
                <w:rFonts w:cs="Sakkal Majalla"/>
                <w:b/>
                <w:bCs/>
                <w:color w:val="FFFFFF" w:themeColor="background1"/>
                <w:sz w:val="36"/>
                <w:szCs w:val="38"/>
                <w:rtl/>
              </w:rPr>
              <w:t>حكومية</w:t>
            </w:r>
          </w:p>
        </w:tc>
        <w:tc>
          <w:tcPr>
            <w:tcW w:w="1405" w:type="pct"/>
            <w:shd w:val="clear" w:color="auto" w:fill="1F4E79"/>
            <w:tcMar>
              <w:top w:w="110" w:type="dxa"/>
              <w:left w:w="110" w:type="dxa"/>
              <w:bottom w:w="110" w:type="dxa"/>
              <w:right w:w="110" w:type="dxa"/>
            </w:tcMar>
            <w:vAlign w:val="center"/>
          </w:tcPr>
          <w:p w14:paraId="7C792016" w14:textId="77777777" w:rsidR="008E006D" w:rsidRPr="008D0B36" w:rsidRDefault="008E006D" w:rsidP="008D0B36">
            <w:pPr>
              <w:ind w:firstLine="0"/>
              <w:jc w:val="center"/>
              <w:rPr>
                <w:rFonts w:cs="Sakkal Majalla"/>
                <w:color w:val="FFFFFF" w:themeColor="background1"/>
                <w:sz w:val="36"/>
                <w:szCs w:val="38"/>
              </w:rPr>
            </w:pPr>
            <w:r w:rsidRPr="008D0B36">
              <w:rPr>
                <w:rFonts w:cs="Sakkal Majalla"/>
                <w:b/>
                <w:bCs/>
                <w:color w:val="FFFFFF" w:themeColor="background1"/>
                <w:sz w:val="36"/>
                <w:szCs w:val="38"/>
                <w:rtl/>
              </w:rPr>
              <w:t>علاقته</w:t>
            </w:r>
            <w:r w:rsidRPr="008D0B36">
              <w:rPr>
                <w:rFonts w:cs="Sakkal Majalla"/>
                <w:b/>
                <w:color w:val="FFFFFF" w:themeColor="background1"/>
                <w:sz w:val="36"/>
                <w:szCs w:val="38"/>
              </w:rPr>
              <w:t xml:space="preserve"> </w:t>
            </w:r>
            <w:r w:rsidRPr="008D0B36">
              <w:rPr>
                <w:rFonts w:cs="Sakkal Majalla"/>
                <w:b/>
                <w:bCs/>
                <w:color w:val="FFFFFF" w:themeColor="background1"/>
                <w:sz w:val="36"/>
                <w:szCs w:val="38"/>
                <w:rtl/>
              </w:rPr>
              <w:t>بإدارة</w:t>
            </w:r>
            <w:r w:rsidRPr="008D0B36">
              <w:rPr>
                <w:rFonts w:cs="Sakkal Majalla"/>
                <w:b/>
                <w:color w:val="FFFFFF" w:themeColor="background1"/>
                <w:sz w:val="36"/>
                <w:szCs w:val="38"/>
              </w:rPr>
              <w:t xml:space="preserve"> </w:t>
            </w:r>
            <w:r w:rsidRPr="008D0B36">
              <w:rPr>
                <w:rFonts w:cs="Sakkal Majalla"/>
                <w:b/>
                <w:bCs/>
                <w:color w:val="FFFFFF" w:themeColor="background1"/>
                <w:sz w:val="36"/>
                <w:szCs w:val="38"/>
                <w:rtl/>
              </w:rPr>
              <w:t>المشاريع</w:t>
            </w:r>
          </w:p>
        </w:tc>
      </w:tr>
      <w:tr w:rsidR="008E006D" w:rsidRPr="008E006D" w14:paraId="749AFFEC" w14:textId="77777777" w:rsidTr="008D0B36">
        <w:trPr>
          <w:jc w:val="center"/>
        </w:trPr>
        <w:tc>
          <w:tcPr>
            <w:tcW w:w="830" w:type="pct"/>
            <w:shd w:val="clear" w:color="auto" w:fill="F2F6FA"/>
            <w:tcMar>
              <w:top w:w="110" w:type="dxa"/>
              <w:left w:w="110" w:type="dxa"/>
              <w:bottom w:w="110" w:type="dxa"/>
              <w:right w:w="110" w:type="dxa"/>
            </w:tcMar>
            <w:vAlign w:val="center"/>
          </w:tcPr>
          <w:p w14:paraId="63D10299" w14:textId="77777777" w:rsidR="008E006D" w:rsidRPr="008E006D" w:rsidRDefault="008E006D" w:rsidP="008D0B36">
            <w:pPr>
              <w:ind w:firstLine="0"/>
              <w:jc w:val="center"/>
              <w:rPr>
                <w:rFonts w:cs="Sakkal Majalla"/>
                <w:sz w:val="36"/>
                <w:szCs w:val="38"/>
              </w:rPr>
            </w:pPr>
            <w:proofErr w:type="spellStart"/>
            <w:r w:rsidRPr="008E006D">
              <w:rPr>
                <w:rFonts w:cs="Sakkal Majalla"/>
                <w:sz w:val="36"/>
                <w:szCs w:val="38"/>
                <w:rtl/>
              </w:rPr>
              <w:t>الرقمنة</w:t>
            </w:r>
            <w:proofErr w:type="spellEnd"/>
          </w:p>
        </w:tc>
        <w:tc>
          <w:tcPr>
            <w:tcW w:w="1383" w:type="pct"/>
            <w:shd w:val="clear" w:color="auto" w:fill="F2F6FA"/>
            <w:tcMar>
              <w:top w:w="110" w:type="dxa"/>
              <w:left w:w="110" w:type="dxa"/>
              <w:bottom w:w="110" w:type="dxa"/>
              <w:right w:w="110" w:type="dxa"/>
            </w:tcMar>
            <w:vAlign w:val="center"/>
          </w:tcPr>
          <w:p w14:paraId="645D9221" w14:textId="77777777" w:rsidR="008E006D" w:rsidRPr="008E006D" w:rsidRDefault="008E006D" w:rsidP="008D0B36">
            <w:pPr>
              <w:ind w:firstLine="0"/>
              <w:jc w:val="center"/>
              <w:rPr>
                <w:rFonts w:cs="Sakkal Majalla"/>
                <w:sz w:val="36"/>
                <w:szCs w:val="38"/>
              </w:rPr>
            </w:pPr>
            <w:r w:rsidRPr="008E006D">
              <w:rPr>
                <w:rFonts w:cs="Sakkal Majalla"/>
                <w:sz w:val="36"/>
                <w:szCs w:val="38"/>
                <w:rtl/>
              </w:rPr>
              <w:t>تحويل</w:t>
            </w:r>
            <w:r w:rsidRPr="008E006D">
              <w:rPr>
                <w:rFonts w:cs="Sakkal Majalla"/>
                <w:sz w:val="36"/>
                <w:szCs w:val="38"/>
              </w:rPr>
              <w:t xml:space="preserve"> </w:t>
            </w:r>
            <w:r w:rsidRPr="008E006D">
              <w:rPr>
                <w:rFonts w:cs="Sakkal Majalla"/>
                <w:sz w:val="36"/>
                <w:szCs w:val="38"/>
                <w:rtl/>
              </w:rPr>
              <w:t>البيانات</w:t>
            </w:r>
            <w:r w:rsidRPr="008E006D">
              <w:rPr>
                <w:rFonts w:cs="Sakkal Majalla"/>
                <w:sz w:val="36"/>
                <w:szCs w:val="38"/>
              </w:rPr>
              <w:t xml:space="preserve"> </w:t>
            </w:r>
            <w:r w:rsidRPr="008E006D">
              <w:rPr>
                <w:rFonts w:cs="Sakkal Majalla"/>
                <w:sz w:val="36"/>
                <w:szCs w:val="38"/>
                <w:rtl/>
              </w:rPr>
              <w:t>أو</w:t>
            </w:r>
            <w:r w:rsidRPr="008E006D">
              <w:rPr>
                <w:rFonts w:cs="Sakkal Majalla"/>
                <w:sz w:val="36"/>
                <w:szCs w:val="38"/>
              </w:rPr>
              <w:t xml:space="preserve"> </w:t>
            </w:r>
            <w:r w:rsidRPr="008E006D">
              <w:rPr>
                <w:rFonts w:cs="Sakkal Majalla"/>
                <w:sz w:val="36"/>
                <w:szCs w:val="38"/>
                <w:rtl/>
              </w:rPr>
              <w:t>الوثائق</w:t>
            </w:r>
            <w:r w:rsidRPr="008E006D">
              <w:rPr>
                <w:rFonts w:cs="Sakkal Majalla"/>
                <w:sz w:val="36"/>
                <w:szCs w:val="38"/>
              </w:rPr>
              <w:t xml:space="preserve"> </w:t>
            </w:r>
            <w:r w:rsidRPr="008E006D">
              <w:rPr>
                <w:rFonts w:cs="Sakkal Majalla"/>
                <w:sz w:val="36"/>
                <w:szCs w:val="38"/>
                <w:rtl/>
              </w:rPr>
              <w:t>من</w:t>
            </w:r>
            <w:r w:rsidRPr="008E006D">
              <w:rPr>
                <w:rFonts w:cs="Sakkal Majalla"/>
                <w:sz w:val="36"/>
                <w:szCs w:val="38"/>
              </w:rPr>
              <w:t xml:space="preserve"> </w:t>
            </w:r>
            <w:r w:rsidRPr="008E006D">
              <w:rPr>
                <w:rFonts w:cs="Sakkal Majalla"/>
                <w:sz w:val="36"/>
                <w:szCs w:val="38"/>
                <w:rtl/>
              </w:rPr>
              <w:t>شكل</w:t>
            </w:r>
            <w:r w:rsidRPr="008E006D">
              <w:rPr>
                <w:rFonts w:cs="Sakkal Majalla"/>
                <w:sz w:val="36"/>
                <w:szCs w:val="38"/>
              </w:rPr>
              <w:t xml:space="preserve"> </w:t>
            </w:r>
            <w:r w:rsidRPr="008E006D">
              <w:rPr>
                <w:rFonts w:cs="Sakkal Majalla"/>
                <w:sz w:val="36"/>
                <w:szCs w:val="38"/>
                <w:rtl/>
              </w:rPr>
              <w:t>ورقي</w:t>
            </w:r>
            <w:r w:rsidRPr="008E006D">
              <w:rPr>
                <w:rFonts w:cs="Sakkal Majalla"/>
                <w:sz w:val="36"/>
                <w:szCs w:val="38"/>
              </w:rPr>
              <w:t xml:space="preserve"> </w:t>
            </w:r>
            <w:r w:rsidRPr="008E006D">
              <w:rPr>
                <w:rFonts w:cs="Sakkal Majalla"/>
                <w:sz w:val="36"/>
                <w:szCs w:val="38"/>
                <w:rtl/>
              </w:rPr>
              <w:t>إلى</w:t>
            </w:r>
            <w:r w:rsidRPr="008E006D">
              <w:rPr>
                <w:rFonts w:cs="Sakkal Majalla"/>
                <w:sz w:val="36"/>
                <w:szCs w:val="38"/>
              </w:rPr>
              <w:t xml:space="preserve"> </w:t>
            </w:r>
            <w:r w:rsidRPr="008E006D">
              <w:rPr>
                <w:rFonts w:cs="Sakkal Majalla"/>
                <w:sz w:val="36"/>
                <w:szCs w:val="38"/>
                <w:rtl/>
              </w:rPr>
              <w:t>شكل</w:t>
            </w:r>
            <w:r w:rsidRPr="008E006D">
              <w:rPr>
                <w:rFonts w:cs="Sakkal Majalla"/>
                <w:sz w:val="36"/>
                <w:szCs w:val="38"/>
              </w:rPr>
              <w:t xml:space="preserve"> </w:t>
            </w:r>
            <w:r w:rsidRPr="008E006D">
              <w:rPr>
                <w:rFonts w:cs="Sakkal Majalla"/>
                <w:sz w:val="36"/>
                <w:szCs w:val="38"/>
                <w:rtl/>
              </w:rPr>
              <w:t>رقمي</w:t>
            </w:r>
            <w:r w:rsidRPr="008E006D">
              <w:rPr>
                <w:rFonts w:cs="Sakkal Majalla"/>
                <w:sz w:val="36"/>
                <w:szCs w:val="38"/>
              </w:rPr>
              <w:t>.</w:t>
            </w:r>
          </w:p>
        </w:tc>
        <w:tc>
          <w:tcPr>
            <w:tcW w:w="1383" w:type="pct"/>
            <w:shd w:val="clear" w:color="auto" w:fill="F2F6FA"/>
            <w:tcMar>
              <w:top w:w="110" w:type="dxa"/>
              <w:left w:w="110" w:type="dxa"/>
              <w:bottom w:w="110" w:type="dxa"/>
              <w:right w:w="110" w:type="dxa"/>
            </w:tcMar>
            <w:vAlign w:val="center"/>
          </w:tcPr>
          <w:p w14:paraId="74BBE110" w14:textId="77777777" w:rsidR="008E006D" w:rsidRPr="008E006D" w:rsidRDefault="008E006D" w:rsidP="008D0B36">
            <w:pPr>
              <w:ind w:firstLine="0"/>
              <w:jc w:val="center"/>
              <w:rPr>
                <w:rFonts w:cs="Sakkal Majalla"/>
                <w:sz w:val="36"/>
                <w:szCs w:val="38"/>
              </w:rPr>
            </w:pPr>
            <w:r w:rsidRPr="008E006D">
              <w:rPr>
                <w:rFonts w:cs="Sakkal Majalla"/>
                <w:sz w:val="36"/>
                <w:szCs w:val="38"/>
                <w:rtl/>
              </w:rPr>
              <w:t>أرشفة</w:t>
            </w:r>
            <w:r w:rsidRPr="008E006D">
              <w:rPr>
                <w:rFonts w:cs="Sakkal Majalla"/>
                <w:sz w:val="36"/>
                <w:szCs w:val="38"/>
              </w:rPr>
              <w:t xml:space="preserve"> </w:t>
            </w:r>
            <w:r w:rsidRPr="008E006D">
              <w:rPr>
                <w:rFonts w:cs="Sakkal Majalla"/>
                <w:sz w:val="36"/>
                <w:szCs w:val="38"/>
                <w:rtl/>
              </w:rPr>
              <w:t>ملفات</w:t>
            </w:r>
            <w:r w:rsidRPr="008E006D">
              <w:rPr>
                <w:rFonts w:cs="Sakkal Majalla"/>
                <w:sz w:val="36"/>
                <w:szCs w:val="38"/>
              </w:rPr>
              <w:t xml:space="preserve"> </w:t>
            </w:r>
            <w:r w:rsidRPr="008E006D">
              <w:rPr>
                <w:rFonts w:cs="Sakkal Majalla"/>
                <w:sz w:val="36"/>
                <w:szCs w:val="38"/>
                <w:rtl/>
              </w:rPr>
              <w:t>مشروع</w:t>
            </w:r>
            <w:r w:rsidRPr="008E006D">
              <w:rPr>
                <w:rFonts w:cs="Sakkal Majalla"/>
                <w:sz w:val="36"/>
                <w:szCs w:val="38"/>
              </w:rPr>
              <w:t xml:space="preserve"> </w:t>
            </w:r>
            <w:r w:rsidRPr="008E006D">
              <w:rPr>
                <w:rFonts w:cs="Sakkal Majalla"/>
                <w:sz w:val="36"/>
                <w:szCs w:val="38"/>
                <w:rtl/>
              </w:rPr>
              <w:t>أو</w:t>
            </w:r>
            <w:r w:rsidRPr="008E006D">
              <w:rPr>
                <w:rFonts w:cs="Sakkal Majalla"/>
                <w:sz w:val="36"/>
                <w:szCs w:val="38"/>
              </w:rPr>
              <w:t xml:space="preserve"> </w:t>
            </w:r>
            <w:r w:rsidRPr="008E006D">
              <w:rPr>
                <w:rFonts w:cs="Sakkal Majalla"/>
                <w:sz w:val="36"/>
                <w:szCs w:val="38"/>
                <w:rtl/>
              </w:rPr>
              <w:t>تحويل</w:t>
            </w:r>
            <w:r w:rsidRPr="008E006D">
              <w:rPr>
                <w:rFonts w:cs="Sakkal Majalla"/>
                <w:sz w:val="36"/>
                <w:szCs w:val="38"/>
              </w:rPr>
              <w:t xml:space="preserve"> </w:t>
            </w:r>
            <w:r w:rsidRPr="008E006D">
              <w:rPr>
                <w:rFonts w:cs="Sakkal Majalla"/>
                <w:sz w:val="36"/>
                <w:szCs w:val="38"/>
                <w:rtl/>
              </w:rPr>
              <w:t>نموذج</w:t>
            </w:r>
            <w:r w:rsidRPr="008E006D">
              <w:rPr>
                <w:rFonts w:cs="Sakkal Majalla"/>
                <w:sz w:val="36"/>
                <w:szCs w:val="38"/>
              </w:rPr>
              <w:t xml:space="preserve"> </w:t>
            </w:r>
            <w:r w:rsidRPr="008E006D">
              <w:rPr>
                <w:rFonts w:cs="Sakkal Majalla"/>
                <w:sz w:val="36"/>
                <w:szCs w:val="38"/>
                <w:rtl/>
              </w:rPr>
              <w:t>طلب</w:t>
            </w:r>
            <w:r w:rsidRPr="008E006D">
              <w:rPr>
                <w:rFonts w:cs="Sakkal Majalla"/>
                <w:sz w:val="36"/>
                <w:szCs w:val="38"/>
              </w:rPr>
              <w:t xml:space="preserve"> </w:t>
            </w:r>
            <w:r w:rsidRPr="008E006D">
              <w:rPr>
                <w:rFonts w:cs="Sakkal Majalla"/>
                <w:sz w:val="36"/>
                <w:szCs w:val="38"/>
                <w:rtl/>
              </w:rPr>
              <w:t>إلى</w:t>
            </w:r>
            <w:r w:rsidRPr="008E006D">
              <w:rPr>
                <w:rFonts w:cs="Sakkal Majalla"/>
                <w:sz w:val="36"/>
                <w:szCs w:val="38"/>
              </w:rPr>
              <w:t xml:space="preserve"> PDF.</w:t>
            </w:r>
          </w:p>
        </w:tc>
        <w:tc>
          <w:tcPr>
            <w:tcW w:w="1405" w:type="pct"/>
            <w:shd w:val="clear" w:color="auto" w:fill="F2F6FA"/>
            <w:tcMar>
              <w:top w:w="110" w:type="dxa"/>
              <w:left w:w="110" w:type="dxa"/>
              <w:bottom w:w="110" w:type="dxa"/>
              <w:right w:w="110" w:type="dxa"/>
            </w:tcMar>
            <w:vAlign w:val="center"/>
          </w:tcPr>
          <w:p w14:paraId="66B62449" w14:textId="77777777" w:rsidR="008E006D" w:rsidRPr="008E006D" w:rsidRDefault="008E006D" w:rsidP="008D0B36">
            <w:pPr>
              <w:ind w:firstLine="0"/>
              <w:jc w:val="center"/>
              <w:rPr>
                <w:rFonts w:cs="Sakkal Majalla"/>
                <w:sz w:val="36"/>
                <w:szCs w:val="38"/>
              </w:rPr>
            </w:pPr>
            <w:r w:rsidRPr="008E006D">
              <w:rPr>
                <w:rFonts w:cs="Sakkal Majalla"/>
                <w:sz w:val="36"/>
                <w:szCs w:val="38"/>
                <w:rtl/>
              </w:rPr>
              <w:t>تحسن</w:t>
            </w:r>
            <w:r w:rsidRPr="008E006D">
              <w:rPr>
                <w:rFonts w:cs="Sakkal Majalla"/>
                <w:sz w:val="36"/>
                <w:szCs w:val="38"/>
              </w:rPr>
              <w:t xml:space="preserve"> </w:t>
            </w:r>
            <w:r w:rsidRPr="008E006D">
              <w:rPr>
                <w:rFonts w:cs="Sakkal Majalla"/>
                <w:sz w:val="36"/>
                <w:szCs w:val="38"/>
                <w:rtl/>
              </w:rPr>
              <w:t>الوصول</w:t>
            </w:r>
            <w:r w:rsidRPr="008E006D">
              <w:rPr>
                <w:rFonts w:cs="Sakkal Majalla"/>
                <w:sz w:val="36"/>
                <w:szCs w:val="38"/>
              </w:rPr>
              <w:t xml:space="preserve"> </w:t>
            </w:r>
            <w:r w:rsidRPr="008E006D">
              <w:rPr>
                <w:rFonts w:cs="Sakkal Majalla"/>
                <w:sz w:val="36"/>
                <w:szCs w:val="38"/>
                <w:rtl/>
              </w:rPr>
              <w:t>للمعلومات</w:t>
            </w:r>
            <w:r w:rsidRPr="008E006D">
              <w:rPr>
                <w:rFonts w:cs="Sakkal Majalla"/>
                <w:sz w:val="36"/>
                <w:szCs w:val="38"/>
              </w:rPr>
              <w:t xml:space="preserve"> </w:t>
            </w:r>
            <w:r w:rsidRPr="008E006D">
              <w:rPr>
                <w:rFonts w:cs="Sakkal Majalla"/>
                <w:sz w:val="36"/>
                <w:szCs w:val="38"/>
                <w:rtl/>
              </w:rPr>
              <w:t>لكنها</w:t>
            </w:r>
            <w:r w:rsidRPr="008E006D">
              <w:rPr>
                <w:rFonts w:cs="Sakkal Majalla"/>
                <w:sz w:val="36"/>
                <w:szCs w:val="38"/>
              </w:rPr>
              <w:t xml:space="preserve"> </w:t>
            </w:r>
            <w:r w:rsidRPr="008E006D">
              <w:rPr>
                <w:rFonts w:cs="Sakkal Majalla"/>
                <w:sz w:val="36"/>
                <w:szCs w:val="38"/>
                <w:rtl/>
              </w:rPr>
              <w:t>لا</w:t>
            </w:r>
            <w:r w:rsidRPr="008E006D">
              <w:rPr>
                <w:rFonts w:cs="Sakkal Majalla"/>
                <w:sz w:val="36"/>
                <w:szCs w:val="38"/>
              </w:rPr>
              <w:t xml:space="preserve"> </w:t>
            </w:r>
            <w:r w:rsidRPr="008E006D">
              <w:rPr>
                <w:rFonts w:cs="Sakkal Majalla"/>
                <w:sz w:val="36"/>
                <w:szCs w:val="38"/>
                <w:rtl/>
              </w:rPr>
              <w:t>تعني</w:t>
            </w:r>
            <w:r w:rsidRPr="008E006D">
              <w:rPr>
                <w:rFonts w:cs="Sakkal Majalla"/>
                <w:sz w:val="36"/>
                <w:szCs w:val="38"/>
              </w:rPr>
              <w:t xml:space="preserve"> </w:t>
            </w:r>
            <w:r w:rsidRPr="008E006D">
              <w:rPr>
                <w:rFonts w:cs="Sakkal Majalla"/>
                <w:sz w:val="36"/>
                <w:szCs w:val="38"/>
                <w:rtl/>
              </w:rPr>
              <w:t>إعادة</w:t>
            </w:r>
            <w:r w:rsidRPr="008E006D">
              <w:rPr>
                <w:rFonts w:cs="Sakkal Majalla"/>
                <w:sz w:val="36"/>
                <w:szCs w:val="38"/>
              </w:rPr>
              <w:t xml:space="preserve"> </w:t>
            </w:r>
            <w:r w:rsidRPr="008E006D">
              <w:rPr>
                <w:rFonts w:cs="Sakkal Majalla"/>
                <w:sz w:val="36"/>
                <w:szCs w:val="38"/>
                <w:rtl/>
              </w:rPr>
              <w:t>تصميم</w:t>
            </w:r>
            <w:r w:rsidRPr="008E006D">
              <w:rPr>
                <w:rFonts w:cs="Sakkal Majalla"/>
                <w:sz w:val="36"/>
                <w:szCs w:val="38"/>
              </w:rPr>
              <w:t xml:space="preserve"> </w:t>
            </w:r>
            <w:r w:rsidRPr="008E006D">
              <w:rPr>
                <w:rFonts w:cs="Sakkal Majalla"/>
                <w:sz w:val="36"/>
                <w:szCs w:val="38"/>
                <w:rtl/>
              </w:rPr>
              <w:t>العملية</w:t>
            </w:r>
            <w:r w:rsidRPr="008E006D">
              <w:rPr>
                <w:rFonts w:cs="Sakkal Majalla"/>
                <w:sz w:val="36"/>
                <w:szCs w:val="38"/>
              </w:rPr>
              <w:t>.</w:t>
            </w:r>
          </w:p>
        </w:tc>
      </w:tr>
      <w:tr w:rsidR="008E006D" w:rsidRPr="008E006D" w14:paraId="326380B6" w14:textId="77777777" w:rsidTr="008D0B36">
        <w:trPr>
          <w:jc w:val="center"/>
        </w:trPr>
        <w:tc>
          <w:tcPr>
            <w:tcW w:w="830" w:type="pct"/>
            <w:shd w:val="clear" w:color="auto" w:fill="FFFFFF"/>
            <w:tcMar>
              <w:top w:w="110" w:type="dxa"/>
              <w:left w:w="110" w:type="dxa"/>
              <w:bottom w:w="110" w:type="dxa"/>
              <w:right w:w="110" w:type="dxa"/>
            </w:tcMar>
            <w:vAlign w:val="center"/>
          </w:tcPr>
          <w:p w14:paraId="79590727" w14:textId="77777777" w:rsidR="008E006D" w:rsidRPr="008E006D" w:rsidRDefault="008E006D" w:rsidP="008D0B36">
            <w:pPr>
              <w:ind w:firstLine="0"/>
              <w:jc w:val="center"/>
              <w:rPr>
                <w:rFonts w:cs="Sakkal Majalla"/>
                <w:sz w:val="36"/>
                <w:szCs w:val="38"/>
              </w:rPr>
            </w:pPr>
            <w:r w:rsidRPr="008E006D">
              <w:rPr>
                <w:rFonts w:cs="Sakkal Majalla"/>
                <w:sz w:val="36"/>
                <w:szCs w:val="38"/>
                <w:rtl/>
              </w:rPr>
              <w:t>الأتمتة</w:t>
            </w:r>
          </w:p>
        </w:tc>
        <w:tc>
          <w:tcPr>
            <w:tcW w:w="1383" w:type="pct"/>
            <w:shd w:val="clear" w:color="auto" w:fill="FFFFFF"/>
            <w:tcMar>
              <w:top w:w="110" w:type="dxa"/>
              <w:left w:w="110" w:type="dxa"/>
              <w:bottom w:w="110" w:type="dxa"/>
              <w:right w:w="110" w:type="dxa"/>
            </w:tcMar>
            <w:vAlign w:val="center"/>
          </w:tcPr>
          <w:p w14:paraId="67745E46" w14:textId="77777777" w:rsidR="008E006D" w:rsidRPr="008E006D" w:rsidRDefault="008E006D" w:rsidP="008D0B36">
            <w:pPr>
              <w:ind w:firstLine="0"/>
              <w:jc w:val="center"/>
              <w:rPr>
                <w:rFonts w:cs="Sakkal Majalla"/>
                <w:sz w:val="36"/>
                <w:szCs w:val="38"/>
              </w:rPr>
            </w:pPr>
            <w:r w:rsidRPr="008E006D">
              <w:rPr>
                <w:rFonts w:cs="Sakkal Majalla"/>
                <w:sz w:val="36"/>
                <w:szCs w:val="38"/>
                <w:rtl/>
              </w:rPr>
              <w:t>تنفيذ</w:t>
            </w:r>
            <w:r w:rsidRPr="008E006D">
              <w:rPr>
                <w:rFonts w:cs="Sakkal Majalla"/>
                <w:sz w:val="36"/>
                <w:szCs w:val="38"/>
              </w:rPr>
              <w:t xml:space="preserve"> </w:t>
            </w:r>
            <w:r w:rsidRPr="008E006D">
              <w:rPr>
                <w:rFonts w:cs="Sakkal Majalla"/>
                <w:sz w:val="36"/>
                <w:szCs w:val="38"/>
                <w:rtl/>
              </w:rPr>
              <w:t>إجراء</w:t>
            </w:r>
            <w:r w:rsidRPr="008E006D">
              <w:rPr>
                <w:rFonts w:cs="Sakkal Majalla"/>
                <w:sz w:val="36"/>
                <w:szCs w:val="38"/>
              </w:rPr>
              <w:t xml:space="preserve"> </w:t>
            </w:r>
            <w:r w:rsidRPr="008E006D">
              <w:rPr>
                <w:rFonts w:cs="Sakkal Majalla"/>
                <w:sz w:val="36"/>
                <w:szCs w:val="38"/>
                <w:rtl/>
              </w:rPr>
              <w:t>متكرر</w:t>
            </w:r>
            <w:r w:rsidRPr="008E006D">
              <w:rPr>
                <w:rFonts w:cs="Sakkal Majalla"/>
                <w:sz w:val="36"/>
                <w:szCs w:val="38"/>
              </w:rPr>
              <w:t xml:space="preserve"> </w:t>
            </w:r>
            <w:r w:rsidRPr="008E006D">
              <w:rPr>
                <w:rFonts w:cs="Sakkal Majalla"/>
                <w:sz w:val="36"/>
                <w:szCs w:val="38"/>
                <w:rtl/>
              </w:rPr>
              <w:t>بصورة</w:t>
            </w:r>
            <w:r w:rsidRPr="008E006D">
              <w:rPr>
                <w:rFonts w:cs="Sakkal Majalla"/>
                <w:sz w:val="36"/>
                <w:szCs w:val="38"/>
              </w:rPr>
              <w:t xml:space="preserve"> </w:t>
            </w:r>
            <w:r w:rsidRPr="008E006D">
              <w:rPr>
                <w:rFonts w:cs="Sakkal Majalla"/>
                <w:sz w:val="36"/>
                <w:szCs w:val="38"/>
                <w:rtl/>
              </w:rPr>
              <w:t>آلية</w:t>
            </w:r>
            <w:r w:rsidRPr="008E006D">
              <w:rPr>
                <w:rFonts w:cs="Sakkal Majalla"/>
                <w:sz w:val="36"/>
                <w:szCs w:val="38"/>
              </w:rPr>
              <w:t xml:space="preserve"> </w:t>
            </w:r>
            <w:r w:rsidRPr="008E006D">
              <w:rPr>
                <w:rFonts w:cs="Sakkal Majalla"/>
                <w:sz w:val="36"/>
                <w:szCs w:val="38"/>
                <w:rtl/>
              </w:rPr>
              <w:t>وفق</w:t>
            </w:r>
            <w:r w:rsidRPr="008E006D">
              <w:rPr>
                <w:rFonts w:cs="Sakkal Majalla"/>
                <w:sz w:val="36"/>
                <w:szCs w:val="38"/>
              </w:rPr>
              <w:t xml:space="preserve"> </w:t>
            </w:r>
            <w:r w:rsidRPr="008E006D">
              <w:rPr>
                <w:rFonts w:cs="Sakkal Majalla"/>
                <w:sz w:val="36"/>
                <w:szCs w:val="38"/>
                <w:rtl/>
              </w:rPr>
              <w:t>قواعد</w:t>
            </w:r>
            <w:r w:rsidRPr="008E006D">
              <w:rPr>
                <w:rFonts w:cs="Sakkal Majalla"/>
                <w:sz w:val="36"/>
                <w:szCs w:val="38"/>
              </w:rPr>
              <w:t xml:space="preserve"> </w:t>
            </w:r>
            <w:r w:rsidRPr="008E006D">
              <w:rPr>
                <w:rFonts w:cs="Sakkal Majalla"/>
                <w:sz w:val="36"/>
                <w:szCs w:val="38"/>
                <w:rtl/>
              </w:rPr>
              <w:t>محددة</w:t>
            </w:r>
            <w:r w:rsidRPr="008E006D">
              <w:rPr>
                <w:rFonts w:cs="Sakkal Majalla"/>
                <w:sz w:val="36"/>
                <w:szCs w:val="38"/>
              </w:rPr>
              <w:t>.</w:t>
            </w:r>
          </w:p>
        </w:tc>
        <w:tc>
          <w:tcPr>
            <w:tcW w:w="1383" w:type="pct"/>
            <w:shd w:val="clear" w:color="auto" w:fill="FFFFFF"/>
            <w:tcMar>
              <w:top w:w="110" w:type="dxa"/>
              <w:left w:w="110" w:type="dxa"/>
              <w:bottom w:w="110" w:type="dxa"/>
              <w:right w:w="110" w:type="dxa"/>
            </w:tcMar>
            <w:vAlign w:val="center"/>
          </w:tcPr>
          <w:p w14:paraId="76518E0D" w14:textId="77777777" w:rsidR="008E006D" w:rsidRPr="008E006D" w:rsidRDefault="008E006D" w:rsidP="008D0B36">
            <w:pPr>
              <w:ind w:firstLine="0"/>
              <w:jc w:val="center"/>
              <w:rPr>
                <w:rFonts w:cs="Sakkal Majalla"/>
                <w:sz w:val="36"/>
                <w:szCs w:val="38"/>
              </w:rPr>
            </w:pPr>
            <w:r w:rsidRPr="008E006D">
              <w:rPr>
                <w:rFonts w:cs="Sakkal Majalla"/>
                <w:sz w:val="36"/>
                <w:szCs w:val="38"/>
                <w:rtl/>
              </w:rPr>
              <w:t>إشعار</w:t>
            </w:r>
            <w:r w:rsidRPr="008E006D">
              <w:rPr>
                <w:rFonts w:cs="Sakkal Majalla"/>
                <w:sz w:val="36"/>
                <w:szCs w:val="38"/>
              </w:rPr>
              <w:t xml:space="preserve"> </w:t>
            </w:r>
            <w:r w:rsidRPr="008E006D">
              <w:rPr>
                <w:rFonts w:cs="Sakkal Majalla"/>
                <w:sz w:val="36"/>
                <w:szCs w:val="38"/>
                <w:rtl/>
              </w:rPr>
              <w:t>آلي</w:t>
            </w:r>
            <w:r w:rsidRPr="008E006D">
              <w:rPr>
                <w:rFonts w:cs="Sakkal Majalla"/>
                <w:sz w:val="36"/>
                <w:szCs w:val="38"/>
              </w:rPr>
              <w:t xml:space="preserve"> </w:t>
            </w:r>
            <w:r w:rsidRPr="008E006D">
              <w:rPr>
                <w:rFonts w:cs="Sakkal Majalla"/>
                <w:sz w:val="36"/>
                <w:szCs w:val="38"/>
                <w:rtl/>
              </w:rPr>
              <w:t>عند</w:t>
            </w:r>
            <w:r w:rsidRPr="008E006D">
              <w:rPr>
                <w:rFonts w:cs="Sakkal Majalla"/>
                <w:sz w:val="36"/>
                <w:szCs w:val="38"/>
              </w:rPr>
              <w:t xml:space="preserve"> </w:t>
            </w:r>
            <w:r w:rsidRPr="008E006D">
              <w:rPr>
                <w:rFonts w:cs="Sakkal Majalla"/>
                <w:sz w:val="36"/>
                <w:szCs w:val="38"/>
                <w:rtl/>
              </w:rPr>
              <w:t>تأخر</w:t>
            </w:r>
            <w:r w:rsidRPr="008E006D">
              <w:rPr>
                <w:rFonts w:cs="Sakkal Majalla"/>
                <w:sz w:val="36"/>
                <w:szCs w:val="38"/>
              </w:rPr>
              <w:t xml:space="preserve"> </w:t>
            </w:r>
            <w:r w:rsidRPr="008E006D">
              <w:rPr>
                <w:rFonts w:cs="Sakkal Majalla"/>
                <w:sz w:val="36"/>
                <w:szCs w:val="38"/>
                <w:rtl/>
              </w:rPr>
              <w:t>مهمة</w:t>
            </w:r>
            <w:r w:rsidRPr="008E006D">
              <w:rPr>
                <w:rFonts w:cs="Sakkal Majalla"/>
                <w:sz w:val="36"/>
                <w:szCs w:val="38"/>
              </w:rPr>
              <w:t xml:space="preserve"> </w:t>
            </w:r>
            <w:r w:rsidRPr="008E006D">
              <w:rPr>
                <w:rFonts w:cs="Sakkal Majalla"/>
                <w:sz w:val="36"/>
                <w:szCs w:val="38"/>
                <w:rtl/>
              </w:rPr>
              <w:t>أو</w:t>
            </w:r>
            <w:r w:rsidRPr="008E006D">
              <w:rPr>
                <w:rFonts w:cs="Sakkal Majalla"/>
                <w:sz w:val="36"/>
                <w:szCs w:val="38"/>
              </w:rPr>
              <w:t xml:space="preserve"> </w:t>
            </w:r>
            <w:r w:rsidRPr="008E006D">
              <w:rPr>
                <w:rFonts w:cs="Sakkal Majalla"/>
                <w:sz w:val="36"/>
                <w:szCs w:val="38"/>
                <w:rtl/>
              </w:rPr>
              <w:t>اعتماد</w:t>
            </w:r>
            <w:r w:rsidRPr="008E006D">
              <w:rPr>
                <w:rFonts w:cs="Sakkal Majalla"/>
                <w:sz w:val="36"/>
                <w:szCs w:val="38"/>
              </w:rPr>
              <w:t xml:space="preserve"> </w:t>
            </w:r>
            <w:r w:rsidRPr="008E006D">
              <w:rPr>
                <w:rFonts w:cs="Sakkal Majalla"/>
                <w:sz w:val="36"/>
                <w:szCs w:val="38"/>
                <w:rtl/>
              </w:rPr>
              <w:t>طلب</w:t>
            </w:r>
            <w:r w:rsidRPr="008E006D">
              <w:rPr>
                <w:rFonts w:cs="Sakkal Majalla"/>
                <w:sz w:val="36"/>
                <w:szCs w:val="38"/>
              </w:rPr>
              <w:t xml:space="preserve"> </w:t>
            </w:r>
            <w:r w:rsidRPr="008E006D">
              <w:rPr>
                <w:rFonts w:cs="Sakkal Majalla"/>
                <w:sz w:val="36"/>
                <w:szCs w:val="38"/>
                <w:rtl/>
              </w:rPr>
              <w:t>إلكتروني</w:t>
            </w:r>
            <w:r w:rsidRPr="008E006D">
              <w:rPr>
                <w:rFonts w:cs="Sakkal Majalla"/>
                <w:sz w:val="36"/>
                <w:szCs w:val="38"/>
              </w:rPr>
              <w:t>.</w:t>
            </w:r>
          </w:p>
        </w:tc>
        <w:tc>
          <w:tcPr>
            <w:tcW w:w="1405" w:type="pct"/>
            <w:shd w:val="clear" w:color="auto" w:fill="FFFFFF"/>
            <w:tcMar>
              <w:top w:w="110" w:type="dxa"/>
              <w:left w:w="110" w:type="dxa"/>
              <w:bottom w:w="110" w:type="dxa"/>
              <w:right w:w="110" w:type="dxa"/>
            </w:tcMar>
            <w:vAlign w:val="center"/>
          </w:tcPr>
          <w:p w14:paraId="31C374C5" w14:textId="77777777" w:rsidR="008E006D" w:rsidRPr="008E006D" w:rsidRDefault="008E006D" w:rsidP="008D0B36">
            <w:pPr>
              <w:ind w:firstLine="0"/>
              <w:jc w:val="center"/>
              <w:rPr>
                <w:rFonts w:cs="Sakkal Majalla"/>
                <w:sz w:val="36"/>
                <w:szCs w:val="38"/>
              </w:rPr>
            </w:pPr>
            <w:r w:rsidRPr="008E006D">
              <w:rPr>
                <w:rFonts w:cs="Sakkal Majalla"/>
                <w:sz w:val="36"/>
                <w:szCs w:val="38"/>
                <w:rtl/>
              </w:rPr>
              <w:t>تقلل</w:t>
            </w:r>
            <w:r w:rsidRPr="008E006D">
              <w:rPr>
                <w:rFonts w:cs="Sakkal Majalla"/>
                <w:sz w:val="36"/>
                <w:szCs w:val="38"/>
              </w:rPr>
              <w:t xml:space="preserve"> </w:t>
            </w:r>
            <w:r w:rsidRPr="008E006D">
              <w:rPr>
                <w:rFonts w:cs="Sakkal Majalla"/>
                <w:sz w:val="36"/>
                <w:szCs w:val="38"/>
                <w:rtl/>
              </w:rPr>
              <w:t>الأخطاء</w:t>
            </w:r>
            <w:r w:rsidRPr="008E006D">
              <w:rPr>
                <w:rFonts w:cs="Sakkal Majalla"/>
                <w:sz w:val="36"/>
                <w:szCs w:val="38"/>
              </w:rPr>
              <w:t xml:space="preserve"> </w:t>
            </w:r>
            <w:r w:rsidRPr="008E006D">
              <w:rPr>
                <w:rFonts w:cs="Sakkal Majalla"/>
                <w:sz w:val="36"/>
                <w:szCs w:val="38"/>
                <w:rtl/>
              </w:rPr>
              <w:t>وتسرع</w:t>
            </w:r>
            <w:r w:rsidRPr="008E006D">
              <w:rPr>
                <w:rFonts w:cs="Sakkal Majalla"/>
                <w:sz w:val="36"/>
                <w:szCs w:val="38"/>
              </w:rPr>
              <w:t xml:space="preserve"> </w:t>
            </w:r>
            <w:r w:rsidRPr="008E006D">
              <w:rPr>
                <w:rFonts w:cs="Sakkal Majalla"/>
                <w:sz w:val="36"/>
                <w:szCs w:val="38"/>
                <w:rtl/>
              </w:rPr>
              <w:t>الإجراءات</w:t>
            </w:r>
            <w:r w:rsidRPr="008E006D">
              <w:rPr>
                <w:rFonts w:cs="Sakkal Majalla"/>
                <w:sz w:val="36"/>
                <w:szCs w:val="38"/>
              </w:rPr>
              <w:t xml:space="preserve"> </w:t>
            </w:r>
            <w:r w:rsidRPr="008E006D">
              <w:rPr>
                <w:rFonts w:cs="Sakkal Majalla"/>
                <w:sz w:val="36"/>
                <w:szCs w:val="38"/>
                <w:rtl/>
              </w:rPr>
              <w:t>التشغيلية</w:t>
            </w:r>
            <w:r w:rsidRPr="008E006D">
              <w:rPr>
                <w:rFonts w:cs="Sakkal Majalla"/>
                <w:sz w:val="36"/>
                <w:szCs w:val="38"/>
              </w:rPr>
              <w:t>.</w:t>
            </w:r>
          </w:p>
        </w:tc>
      </w:tr>
      <w:tr w:rsidR="008E006D" w:rsidRPr="008E006D" w14:paraId="224B93A8" w14:textId="77777777" w:rsidTr="008D0B36">
        <w:trPr>
          <w:jc w:val="center"/>
        </w:trPr>
        <w:tc>
          <w:tcPr>
            <w:tcW w:w="830" w:type="pct"/>
            <w:shd w:val="clear" w:color="auto" w:fill="F2F6FA"/>
            <w:tcMar>
              <w:top w:w="110" w:type="dxa"/>
              <w:left w:w="110" w:type="dxa"/>
              <w:bottom w:w="110" w:type="dxa"/>
              <w:right w:w="110" w:type="dxa"/>
            </w:tcMar>
            <w:vAlign w:val="center"/>
          </w:tcPr>
          <w:p w14:paraId="2E4D831C" w14:textId="77777777" w:rsidR="008E006D" w:rsidRPr="008E006D" w:rsidRDefault="008E006D" w:rsidP="008D0B36">
            <w:pPr>
              <w:ind w:firstLine="0"/>
              <w:jc w:val="center"/>
              <w:rPr>
                <w:rFonts w:cs="Sakkal Majalla"/>
                <w:sz w:val="36"/>
                <w:szCs w:val="38"/>
              </w:rPr>
            </w:pPr>
            <w:r w:rsidRPr="008E006D">
              <w:rPr>
                <w:rFonts w:cs="Sakkal Majalla"/>
                <w:sz w:val="36"/>
                <w:szCs w:val="38"/>
                <w:rtl/>
              </w:rPr>
              <w:t>التحول</w:t>
            </w:r>
            <w:r w:rsidRPr="008E006D">
              <w:rPr>
                <w:rFonts w:cs="Sakkal Majalla"/>
                <w:sz w:val="36"/>
                <w:szCs w:val="38"/>
              </w:rPr>
              <w:t xml:space="preserve"> </w:t>
            </w:r>
            <w:r w:rsidRPr="008E006D">
              <w:rPr>
                <w:rFonts w:cs="Sakkal Majalla"/>
                <w:sz w:val="36"/>
                <w:szCs w:val="38"/>
                <w:rtl/>
              </w:rPr>
              <w:t>الرقمي</w:t>
            </w:r>
          </w:p>
        </w:tc>
        <w:tc>
          <w:tcPr>
            <w:tcW w:w="1383" w:type="pct"/>
            <w:shd w:val="clear" w:color="auto" w:fill="F2F6FA"/>
            <w:tcMar>
              <w:top w:w="110" w:type="dxa"/>
              <w:left w:w="110" w:type="dxa"/>
              <w:bottom w:w="110" w:type="dxa"/>
              <w:right w:w="110" w:type="dxa"/>
            </w:tcMar>
            <w:vAlign w:val="center"/>
          </w:tcPr>
          <w:p w14:paraId="6EAB9D77" w14:textId="77777777" w:rsidR="008E006D" w:rsidRPr="008E006D" w:rsidRDefault="008E006D" w:rsidP="008D0B36">
            <w:pPr>
              <w:ind w:firstLine="0"/>
              <w:jc w:val="center"/>
              <w:rPr>
                <w:rFonts w:cs="Sakkal Majalla"/>
                <w:sz w:val="36"/>
                <w:szCs w:val="38"/>
              </w:rPr>
            </w:pPr>
            <w:r w:rsidRPr="008E006D">
              <w:rPr>
                <w:rFonts w:cs="Sakkal Majalla"/>
                <w:sz w:val="36"/>
                <w:szCs w:val="38"/>
                <w:rtl/>
              </w:rPr>
              <w:t>إعادة</w:t>
            </w:r>
            <w:r w:rsidRPr="008E006D">
              <w:rPr>
                <w:rFonts w:cs="Sakkal Majalla"/>
                <w:sz w:val="36"/>
                <w:szCs w:val="38"/>
              </w:rPr>
              <w:t xml:space="preserve"> </w:t>
            </w:r>
            <w:r w:rsidRPr="008E006D">
              <w:rPr>
                <w:rFonts w:cs="Sakkal Majalla"/>
                <w:sz w:val="36"/>
                <w:szCs w:val="38"/>
                <w:rtl/>
              </w:rPr>
              <w:t>تصميم</w:t>
            </w:r>
            <w:r w:rsidRPr="008E006D">
              <w:rPr>
                <w:rFonts w:cs="Sakkal Majalla"/>
                <w:sz w:val="36"/>
                <w:szCs w:val="38"/>
              </w:rPr>
              <w:t xml:space="preserve"> </w:t>
            </w:r>
            <w:r w:rsidRPr="008E006D">
              <w:rPr>
                <w:rFonts w:cs="Sakkal Majalla"/>
                <w:sz w:val="36"/>
                <w:szCs w:val="38"/>
                <w:rtl/>
              </w:rPr>
              <w:t>العمليات</w:t>
            </w:r>
            <w:r w:rsidRPr="008E006D">
              <w:rPr>
                <w:rFonts w:cs="Sakkal Majalla"/>
                <w:sz w:val="36"/>
                <w:szCs w:val="38"/>
              </w:rPr>
              <w:t xml:space="preserve"> </w:t>
            </w:r>
            <w:r w:rsidRPr="008E006D">
              <w:rPr>
                <w:rFonts w:cs="Sakkal Majalla"/>
                <w:sz w:val="36"/>
                <w:szCs w:val="38"/>
                <w:rtl/>
              </w:rPr>
              <w:t>والخدمات</w:t>
            </w:r>
            <w:r w:rsidRPr="008E006D">
              <w:rPr>
                <w:rFonts w:cs="Sakkal Majalla"/>
                <w:sz w:val="36"/>
                <w:szCs w:val="38"/>
              </w:rPr>
              <w:t xml:space="preserve"> </w:t>
            </w:r>
            <w:r w:rsidRPr="008E006D">
              <w:rPr>
                <w:rFonts w:cs="Sakkal Majalla"/>
                <w:sz w:val="36"/>
                <w:szCs w:val="38"/>
                <w:rtl/>
              </w:rPr>
              <w:t>ونماذج</w:t>
            </w:r>
            <w:r w:rsidRPr="008E006D">
              <w:rPr>
                <w:rFonts w:cs="Sakkal Majalla"/>
                <w:sz w:val="36"/>
                <w:szCs w:val="38"/>
              </w:rPr>
              <w:t xml:space="preserve"> </w:t>
            </w:r>
            <w:r w:rsidRPr="008E006D">
              <w:rPr>
                <w:rFonts w:cs="Sakkal Majalla"/>
                <w:sz w:val="36"/>
                <w:szCs w:val="38"/>
                <w:rtl/>
              </w:rPr>
              <w:t>الحوكمة</w:t>
            </w:r>
            <w:r w:rsidRPr="008E006D">
              <w:rPr>
                <w:rFonts w:cs="Sakkal Majalla"/>
                <w:sz w:val="36"/>
                <w:szCs w:val="38"/>
              </w:rPr>
              <w:t xml:space="preserve"> </w:t>
            </w:r>
            <w:r w:rsidRPr="008E006D">
              <w:rPr>
                <w:rFonts w:cs="Sakkal Majalla"/>
                <w:sz w:val="36"/>
                <w:szCs w:val="38"/>
                <w:rtl/>
              </w:rPr>
              <w:t>باستخدام</w:t>
            </w:r>
            <w:r w:rsidRPr="008E006D">
              <w:rPr>
                <w:rFonts w:cs="Sakkal Majalla"/>
                <w:sz w:val="36"/>
                <w:szCs w:val="38"/>
              </w:rPr>
              <w:t xml:space="preserve"> </w:t>
            </w:r>
            <w:r w:rsidRPr="008E006D">
              <w:rPr>
                <w:rFonts w:cs="Sakkal Majalla"/>
                <w:sz w:val="36"/>
                <w:szCs w:val="38"/>
                <w:rtl/>
              </w:rPr>
              <w:t>البيانات</w:t>
            </w:r>
            <w:r w:rsidRPr="008E006D">
              <w:rPr>
                <w:rFonts w:cs="Sakkal Majalla"/>
                <w:sz w:val="36"/>
                <w:szCs w:val="38"/>
              </w:rPr>
              <w:t xml:space="preserve"> </w:t>
            </w:r>
            <w:r w:rsidRPr="008E006D">
              <w:rPr>
                <w:rFonts w:cs="Sakkal Majalla"/>
                <w:sz w:val="36"/>
                <w:szCs w:val="38"/>
                <w:rtl/>
              </w:rPr>
              <w:t>والمنصات</w:t>
            </w:r>
            <w:r w:rsidRPr="008E006D">
              <w:rPr>
                <w:rFonts w:cs="Sakkal Majalla"/>
                <w:sz w:val="36"/>
                <w:szCs w:val="38"/>
              </w:rPr>
              <w:t>.</w:t>
            </w:r>
          </w:p>
        </w:tc>
        <w:tc>
          <w:tcPr>
            <w:tcW w:w="1383" w:type="pct"/>
            <w:shd w:val="clear" w:color="auto" w:fill="F2F6FA"/>
            <w:tcMar>
              <w:top w:w="110" w:type="dxa"/>
              <w:left w:w="110" w:type="dxa"/>
              <w:bottom w:w="110" w:type="dxa"/>
              <w:right w:w="110" w:type="dxa"/>
            </w:tcMar>
            <w:vAlign w:val="center"/>
          </w:tcPr>
          <w:p w14:paraId="48C4C555" w14:textId="77777777" w:rsidR="008E006D" w:rsidRPr="008E006D" w:rsidRDefault="008E006D" w:rsidP="008D0B36">
            <w:pPr>
              <w:ind w:firstLine="0"/>
              <w:jc w:val="center"/>
              <w:rPr>
                <w:rFonts w:cs="Sakkal Majalla"/>
                <w:sz w:val="36"/>
                <w:szCs w:val="38"/>
              </w:rPr>
            </w:pPr>
            <w:r w:rsidRPr="008E006D">
              <w:rPr>
                <w:rFonts w:cs="Sakkal Majalla"/>
                <w:sz w:val="36"/>
                <w:szCs w:val="38"/>
                <w:rtl/>
              </w:rPr>
              <w:t>منصة</w:t>
            </w:r>
            <w:r w:rsidRPr="008E006D">
              <w:rPr>
                <w:rFonts w:cs="Sakkal Majalla"/>
                <w:sz w:val="36"/>
                <w:szCs w:val="38"/>
              </w:rPr>
              <w:t xml:space="preserve"> </w:t>
            </w:r>
            <w:r w:rsidRPr="008E006D">
              <w:rPr>
                <w:rFonts w:cs="Sakkal Majalla"/>
                <w:sz w:val="36"/>
                <w:szCs w:val="38"/>
                <w:rtl/>
              </w:rPr>
              <w:t>متكاملة</w:t>
            </w:r>
            <w:r w:rsidRPr="008E006D">
              <w:rPr>
                <w:rFonts w:cs="Sakkal Majalla"/>
                <w:sz w:val="36"/>
                <w:szCs w:val="38"/>
              </w:rPr>
              <w:t xml:space="preserve"> </w:t>
            </w:r>
            <w:r w:rsidRPr="008E006D">
              <w:rPr>
                <w:rFonts w:cs="Sakkal Majalla"/>
                <w:sz w:val="36"/>
                <w:szCs w:val="38"/>
                <w:rtl/>
              </w:rPr>
              <w:t>لإدارة</w:t>
            </w:r>
            <w:r w:rsidRPr="008E006D">
              <w:rPr>
                <w:rFonts w:cs="Sakkal Majalla"/>
                <w:sz w:val="36"/>
                <w:szCs w:val="38"/>
              </w:rPr>
              <w:t xml:space="preserve"> </w:t>
            </w:r>
            <w:r w:rsidRPr="008E006D">
              <w:rPr>
                <w:rFonts w:cs="Sakkal Majalla"/>
                <w:sz w:val="36"/>
                <w:szCs w:val="38"/>
                <w:rtl/>
              </w:rPr>
              <w:t>مشاريع</w:t>
            </w:r>
            <w:r w:rsidRPr="008E006D">
              <w:rPr>
                <w:rFonts w:cs="Sakkal Majalla"/>
                <w:sz w:val="36"/>
                <w:szCs w:val="38"/>
              </w:rPr>
              <w:t xml:space="preserve"> </w:t>
            </w:r>
            <w:r w:rsidRPr="008E006D">
              <w:rPr>
                <w:rFonts w:cs="Sakkal Majalla"/>
                <w:sz w:val="36"/>
                <w:szCs w:val="38"/>
                <w:rtl/>
              </w:rPr>
              <w:t>الجهة</w:t>
            </w:r>
            <w:r w:rsidRPr="008E006D">
              <w:rPr>
                <w:rFonts w:cs="Sakkal Majalla"/>
                <w:sz w:val="36"/>
                <w:szCs w:val="38"/>
              </w:rPr>
              <w:t xml:space="preserve"> </w:t>
            </w:r>
            <w:r w:rsidRPr="008E006D">
              <w:rPr>
                <w:rFonts w:cs="Sakkal Majalla"/>
                <w:sz w:val="36"/>
                <w:szCs w:val="38"/>
                <w:rtl/>
              </w:rPr>
              <w:t>وربطها</w:t>
            </w:r>
            <w:r w:rsidRPr="008E006D">
              <w:rPr>
                <w:rFonts w:cs="Sakkal Majalla"/>
                <w:sz w:val="36"/>
                <w:szCs w:val="38"/>
              </w:rPr>
              <w:t xml:space="preserve"> </w:t>
            </w:r>
            <w:r w:rsidRPr="008E006D">
              <w:rPr>
                <w:rFonts w:cs="Sakkal Majalla"/>
                <w:sz w:val="36"/>
                <w:szCs w:val="38"/>
                <w:rtl/>
              </w:rPr>
              <w:t>بالموازنة</w:t>
            </w:r>
            <w:r w:rsidRPr="008E006D">
              <w:rPr>
                <w:rFonts w:cs="Sakkal Majalla"/>
                <w:sz w:val="36"/>
                <w:szCs w:val="38"/>
              </w:rPr>
              <w:t xml:space="preserve"> </w:t>
            </w:r>
            <w:r w:rsidRPr="008E006D">
              <w:rPr>
                <w:rFonts w:cs="Sakkal Majalla"/>
                <w:sz w:val="36"/>
                <w:szCs w:val="38"/>
                <w:rtl/>
              </w:rPr>
              <w:t>والمخاطر</w:t>
            </w:r>
            <w:r w:rsidRPr="008E006D">
              <w:rPr>
                <w:rFonts w:cs="Sakkal Majalla"/>
                <w:sz w:val="36"/>
                <w:szCs w:val="38"/>
              </w:rPr>
              <w:t xml:space="preserve"> </w:t>
            </w:r>
            <w:r w:rsidRPr="008E006D">
              <w:rPr>
                <w:rFonts w:cs="Sakkal Majalla"/>
                <w:sz w:val="36"/>
                <w:szCs w:val="38"/>
                <w:rtl/>
              </w:rPr>
              <w:t>والمنافع</w:t>
            </w:r>
            <w:r w:rsidRPr="008E006D">
              <w:rPr>
                <w:rFonts w:cs="Sakkal Majalla"/>
                <w:sz w:val="36"/>
                <w:szCs w:val="38"/>
              </w:rPr>
              <w:t>.</w:t>
            </w:r>
          </w:p>
        </w:tc>
        <w:tc>
          <w:tcPr>
            <w:tcW w:w="1405" w:type="pct"/>
            <w:shd w:val="clear" w:color="auto" w:fill="F2F6FA"/>
            <w:tcMar>
              <w:top w:w="110" w:type="dxa"/>
              <w:left w:w="110" w:type="dxa"/>
              <w:bottom w:w="110" w:type="dxa"/>
              <w:right w:w="110" w:type="dxa"/>
            </w:tcMar>
            <w:vAlign w:val="center"/>
          </w:tcPr>
          <w:p w14:paraId="3FD32552" w14:textId="77777777" w:rsidR="008E006D" w:rsidRPr="008E006D" w:rsidRDefault="008E006D" w:rsidP="008D0B36">
            <w:pPr>
              <w:ind w:firstLine="0"/>
              <w:jc w:val="center"/>
              <w:rPr>
                <w:rFonts w:cs="Sakkal Majalla"/>
                <w:sz w:val="36"/>
                <w:szCs w:val="38"/>
              </w:rPr>
            </w:pPr>
            <w:r w:rsidRPr="008E006D">
              <w:rPr>
                <w:rFonts w:cs="Sakkal Majalla"/>
                <w:sz w:val="36"/>
                <w:szCs w:val="38"/>
                <w:rtl/>
              </w:rPr>
              <w:t>يغير</w:t>
            </w:r>
            <w:r w:rsidRPr="008E006D">
              <w:rPr>
                <w:rFonts w:cs="Sakkal Majalla"/>
                <w:sz w:val="36"/>
                <w:szCs w:val="38"/>
              </w:rPr>
              <w:t xml:space="preserve"> </w:t>
            </w:r>
            <w:r w:rsidRPr="008E006D">
              <w:rPr>
                <w:rFonts w:cs="Sakkal Majalla"/>
                <w:sz w:val="36"/>
                <w:szCs w:val="38"/>
                <w:rtl/>
              </w:rPr>
              <w:t>طريقة</w:t>
            </w:r>
            <w:r w:rsidRPr="008E006D">
              <w:rPr>
                <w:rFonts w:cs="Sakkal Majalla"/>
                <w:sz w:val="36"/>
                <w:szCs w:val="38"/>
              </w:rPr>
              <w:t xml:space="preserve"> </w:t>
            </w:r>
            <w:r w:rsidRPr="008E006D">
              <w:rPr>
                <w:rFonts w:cs="Sakkal Majalla"/>
                <w:sz w:val="36"/>
                <w:szCs w:val="38"/>
                <w:rtl/>
              </w:rPr>
              <w:t>التخطيط</w:t>
            </w:r>
            <w:r w:rsidRPr="008E006D">
              <w:rPr>
                <w:rFonts w:cs="Sakkal Majalla"/>
                <w:sz w:val="36"/>
                <w:szCs w:val="38"/>
              </w:rPr>
              <w:t xml:space="preserve"> </w:t>
            </w:r>
            <w:r w:rsidRPr="008E006D">
              <w:rPr>
                <w:rFonts w:cs="Sakkal Majalla"/>
                <w:sz w:val="36"/>
                <w:szCs w:val="38"/>
                <w:rtl/>
              </w:rPr>
              <w:t>والمتابعة</w:t>
            </w:r>
            <w:r w:rsidRPr="008E006D">
              <w:rPr>
                <w:rFonts w:cs="Sakkal Majalla"/>
                <w:sz w:val="36"/>
                <w:szCs w:val="38"/>
              </w:rPr>
              <w:t xml:space="preserve"> </w:t>
            </w:r>
            <w:r w:rsidRPr="008E006D">
              <w:rPr>
                <w:rFonts w:cs="Sakkal Majalla"/>
                <w:sz w:val="36"/>
                <w:szCs w:val="38"/>
                <w:rtl/>
              </w:rPr>
              <w:t>واتخاذ</w:t>
            </w:r>
            <w:r w:rsidRPr="008E006D">
              <w:rPr>
                <w:rFonts w:cs="Sakkal Majalla"/>
                <w:sz w:val="36"/>
                <w:szCs w:val="38"/>
              </w:rPr>
              <w:t xml:space="preserve"> </w:t>
            </w:r>
            <w:r w:rsidRPr="008E006D">
              <w:rPr>
                <w:rFonts w:cs="Sakkal Majalla"/>
                <w:sz w:val="36"/>
                <w:szCs w:val="38"/>
                <w:rtl/>
              </w:rPr>
              <w:t>القرار</w:t>
            </w:r>
            <w:r w:rsidRPr="008E006D">
              <w:rPr>
                <w:rFonts w:cs="Sakkal Majalla"/>
                <w:sz w:val="36"/>
                <w:szCs w:val="38"/>
              </w:rPr>
              <w:t>.</w:t>
            </w:r>
          </w:p>
        </w:tc>
      </w:tr>
    </w:tbl>
    <w:p w14:paraId="486C57D7" w14:textId="77777777" w:rsidR="008E006D" w:rsidRPr="008E006D" w:rsidRDefault="008E006D" w:rsidP="008E006D">
      <w:pPr>
        <w:ind w:firstLine="0"/>
        <w:rPr>
          <w:rFonts w:cs="Sakkal Majalla"/>
          <w:sz w:val="36"/>
          <w:szCs w:val="38"/>
        </w:rPr>
      </w:pPr>
      <w:r w:rsidRPr="008E006D">
        <w:rPr>
          <w:rFonts w:cs="Sakkal Majalla"/>
          <w:sz w:val="36"/>
          <w:szCs w:val="38"/>
          <w:rtl/>
        </w:rPr>
        <w:t>المصدر</w:t>
      </w:r>
      <w:r w:rsidRPr="008E006D">
        <w:rPr>
          <w:rFonts w:cs="Sakkal Majalla"/>
          <w:sz w:val="36"/>
          <w:szCs w:val="38"/>
        </w:rPr>
        <w:t xml:space="preserve">: </w:t>
      </w:r>
      <w:r w:rsidRPr="008E006D">
        <w:rPr>
          <w:rFonts w:cs="Sakkal Majalla"/>
          <w:sz w:val="36"/>
          <w:szCs w:val="38"/>
          <w:rtl/>
        </w:rPr>
        <w:t>إعداد</w:t>
      </w:r>
      <w:r w:rsidRPr="008E006D">
        <w:rPr>
          <w:rFonts w:cs="Sakkal Majalla"/>
          <w:sz w:val="36"/>
          <w:szCs w:val="38"/>
        </w:rPr>
        <w:t xml:space="preserve"> </w:t>
      </w:r>
      <w:r w:rsidRPr="008E006D">
        <w:rPr>
          <w:rFonts w:cs="Sakkal Majalla"/>
          <w:sz w:val="36"/>
          <w:szCs w:val="38"/>
          <w:rtl/>
        </w:rPr>
        <w:t>الباحثة</w:t>
      </w:r>
      <w:r w:rsidRPr="008E006D">
        <w:rPr>
          <w:rFonts w:cs="Sakkal Majalla"/>
          <w:sz w:val="36"/>
          <w:szCs w:val="38"/>
        </w:rPr>
        <w:t xml:space="preserve"> </w:t>
      </w:r>
      <w:r w:rsidRPr="008E006D">
        <w:rPr>
          <w:rFonts w:cs="Sakkal Majalla"/>
          <w:sz w:val="36"/>
          <w:szCs w:val="38"/>
          <w:rtl/>
        </w:rPr>
        <w:t>استنادًا</w:t>
      </w:r>
      <w:r w:rsidRPr="008E006D">
        <w:rPr>
          <w:rFonts w:cs="Sakkal Majalla"/>
          <w:sz w:val="36"/>
          <w:szCs w:val="38"/>
        </w:rPr>
        <w:t xml:space="preserve"> </w:t>
      </w:r>
      <w:r w:rsidRPr="008E006D">
        <w:rPr>
          <w:rFonts w:cs="Sakkal Majalla"/>
          <w:sz w:val="36"/>
          <w:szCs w:val="38"/>
          <w:rtl/>
        </w:rPr>
        <w:t>إلى</w:t>
      </w:r>
      <w:r w:rsidRPr="008E006D">
        <w:rPr>
          <w:rFonts w:cs="Sakkal Majalla"/>
          <w:sz w:val="36"/>
          <w:szCs w:val="38"/>
        </w:rPr>
        <w:t xml:space="preserve"> </w:t>
      </w:r>
      <w:r w:rsidRPr="008E006D">
        <w:rPr>
          <w:rFonts w:cs="Sakkal Majalla"/>
          <w:sz w:val="36"/>
          <w:szCs w:val="38"/>
          <w:rtl/>
        </w:rPr>
        <w:t>الأدبيات</w:t>
      </w:r>
      <w:r w:rsidRPr="008E006D">
        <w:rPr>
          <w:rFonts w:cs="Sakkal Majalla"/>
          <w:sz w:val="36"/>
          <w:szCs w:val="38"/>
        </w:rPr>
        <w:t xml:space="preserve"> </w:t>
      </w:r>
      <w:r w:rsidRPr="008E006D">
        <w:rPr>
          <w:rFonts w:cs="Sakkal Majalla"/>
          <w:sz w:val="36"/>
          <w:szCs w:val="38"/>
          <w:rtl/>
        </w:rPr>
        <w:t>ونتائج</w:t>
      </w:r>
      <w:r w:rsidRPr="008E006D">
        <w:rPr>
          <w:rFonts w:cs="Sakkal Majalla"/>
          <w:sz w:val="36"/>
          <w:szCs w:val="38"/>
        </w:rPr>
        <w:t xml:space="preserve"> </w:t>
      </w:r>
      <w:r w:rsidRPr="008E006D">
        <w:rPr>
          <w:rFonts w:cs="Sakkal Majalla"/>
          <w:sz w:val="36"/>
          <w:szCs w:val="38"/>
          <w:rtl/>
        </w:rPr>
        <w:t>التحليل</w:t>
      </w:r>
      <w:r w:rsidRPr="008E006D">
        <w:rPr>
          <w:rFonts w:cs="Sakkal Majalla"/>
          <w:sz w:val="36"/>
          <w:szCs w:val="38"/>
        </w:rPr>
        <w:t>.</w:t>
      </w:r>
    </w:p>
    <w:p w14:paraId="7F72BBB4" w14:textId="77777777" w:rsidR="008E006D" w:rsidRPr="002D5B89" w:rsidRDefault="008E006D" w:rsidP="002D5B89">
      <w:pPr>
        <w:pStyle w:val="Heading1"/>
        <w:pageBreakBefore w:val="0"/>
        <w:spacing w:after="200" w:line="276" w:lineRule="auto"/>
        <w:rPr>
          <w:rFonts w:ascii="Sakkal Majalla" w:eastAsia="Noto Sans Arabic" w:hAnsi="Sakkal Majalla" w:cs="Sakkal Majalla"/>
          <w:b/>
          <w:bCs/>
          <w:color w:val="10365E"/>
          <w:sz w:val="38"/>
          <w:szCs w:val="38"/>
        </w:rPr>
      </w:pPr>
      <w:bookmarkStart w:id="16" w:name="_Toc234793630"/>
      <w:r w:rsidRPr="002D5B89">
        <w:rPr>
          <w:rFonts w:ascii="Sakkal Majalla" w:eastAsia="Noto Sans Arabic" w:hAnsi="Sakkal Majalla" w:cs="Sakkal Majalla"/>
          <w:b/>
          <w:bCs/>
          <w:color w:val="10365E"/>
          <w:sz w:val="38"/>
          <w:szCs w:val="38"/>
        </w:rPr>
        <w:t xml:space="preserve">2.4 </w:t>
      </w:r>
      <w:r w:rsidRPr="002D5B89">
        <w:rPr>
          <w:rFonts w:ascii="Sakkal Majalla" w:eastAsia="Noto Sans Arabic" w:hAnsi="Sakkal Majalla" w:cs="Sakkal Majalla"/>
          <w:b/>
          <w:bCs/>
          <w:color w:val="10365E"/>
          <w:sz w:val="38"/>
          <w:szCs w:val="38"/>
          <w:rtl/>
        </w:rPr>
        <w:t>التحول</w:t>
      </w:r>
      <w:r w:rsidRPr="002D5B89">
        <w:rPr>
          <w:rFonts w:ascii="Sakkal Majalla" w:eastAsia="Noto Sans Arabic" w:hAnsi="Sakkal Majalla" w:cs="Sakkal Majalla"/>
          <w:b/>
          <w:bCs/>
          <w:color w:val="10365E"/>
          <w:sz w:val="38"/>
          <w:szCs w:val="38"/>
        </w:rPr>
        <w:t xml:space="preserve"> </w:t>
      </w:r>
      <w:r w:rsidRPr="002D5B89">
        <w:rPr>
          <w:rFonts w:ascii="Sakkal Majalla" w:eastAsia="Noto Sans Arabic" w:hAnsi="Sakkal Majalla" w:cs="Sakkal Majalla"/>
          <w:b/>
          <w:bCs/>
          <w:color w:val="10365E"/>
          <w:sz w:val="38"/>
          <w:szCs w:val="38"/>
          <w:rtl/>
        </w:rPr>
        <w:t>الرقمي</w:t>
      </w:r>
      <w:r w:rsidRPr="002D5B89">
        <w:rPr>
          <w:rFonts w:ascii="Sakkal Majalla" w:eastAsia="Noto Sans Arabic" w:hAnsi="Sakkal Majalla" w:cs="Sakkal Majalla"/>
          <w:b/>
          <w:bCs/>
          <w:color w:val="10365E"/>
          <w:sz w:val="38"/>
          <w:szCs w:val="38"/>
        </w:rPr>
        <w:t xml:space="preserve"> </w:t>
      </w:r>
      <w:r w:rsidRPr="002D5B89">
        <w:rPr>
          <w:rFonts w:ascii="Sakkal Majalla" w:eastAsia="Noto Sans Arabic" w:hAnsi="Sakkal Majalla" w:cs="Sakkal Majalla"/>
          <w:b/>
          <w:bCs/>
          <w:color w:val="10365E"/>
          <w:sz w:val="38"/>
          <w:szCs w:val="38"/>
          <w:rtl/>
        </w:rPr>
        <w:t>في</w:t>
      </w:r>
      <w:r w:rsidRPr="002D5B89">
        <w:rPr>
          <w:rFonts w:ascii="Sakkal Majalla" w:eastAsia="Noto Sans Arabic" w:hAnsi="Sakkal Majalla" w:cs="Sakkal Majalla"/>
          <w:b/>
          <w:bCs/>
          <w:color w:val="10365E"/>
          <w:sz w:val="38"/>
          <w:szCs w:val="38"/>
        </w:rPr>
        <w:t xml:space="preserve"> </w:t>
      </w:r>
      <w:r w:rsidRPr="002D5B89">
        <w:rPr>
          <w:rFonts w:ascii="Sakkal Majalla" w:eastAsia="Noto Sans Arabic" w:hAnsi="Sakkal Majalla" w:cs="Sakkal Majalla"/>
          <w:b/>
          <w:bCs/>
          <w:color w:val="10365E"/>
          <w:sz w:val="38"/>
          <w:szCs w:val="38"/>
          <w:rtl/>
        </w:rPr>
        <w:t>إدارة</w:t>
      </w:r>
      <w:r w:rsidRPr="002D5B89">
        <w:rPr>
          <w:rFonts w:ascii="Sakkal Majalla" w:eastAsia="Noto Sans Arabic" w:hAnsi="Sakkal Majalla" w:cs="Sakkal Majalla"/>
          <w:b/>
          <w:bCs/>
          <w:color w:val="10365E"/>
          <w:sz w:val="38"/>
          <w:szCs w:val="38"/>
        </w:rPr>
        <w:t xml:space="preserve"> </w:t>
      </w:r>
      <w:r w:rsidRPr="002D5B89">
        <w:rPr>
          <w:rFonts w:ascii="Sakkal Majalla" w:eastAsia="Noto Sans Arabic" w:hAnsi="Sakkal Majalla" w:cs="Sakkal Majalla"/>
          <w:b/>
          <w:bCs/>
          <w:color w:val="10365E"/>
          <w:sz w:val="38"/>
          <w:szCs w:val="38"/>
          <w:rtl/>
        </w:rPr>
        <w:t>المشاريع</w:t>
      </w:r>
      <w:r w:rsidR="008D0B36" w:rsidRPr="002D5B89">
        <w:rPr>
          <w:rFonts w:ascii="Sakkal Majalla" w:eastAsia="Noto Sans Arabic" w:hAnsi="Sakkal Majalla" w:cs="Sakkal Majalla" w:hint="cs"/>
          <w:b/>
          <w:bCs/>
          <w:color w:val="10365E"/>
          <w:sz w:val="38"/>
          <w:szCs w:val="38"/>
          <w:rtl/>
        </w:rPr>
        <w:t>:</w:t>
      </w:r>
      <w:bookmarkEnd w:id="16"/>
      <w:r w:rsidR="008D0B36" w:rsidRPr="002D5B89">
        <w:rPr>
          <w:rFonts w:ascii="Sakkal Majalla" w:eastAsia="Noto Sans Arabic" w:hAnsi="Sakkal Majalla" w:cs="Sakkal Majalla" w:hint="cs"/>
          <w:b/>
          <w:bCs/>
          <w:color w:val="10365E"/>
          <w:sz w:val="38"/>
          <w:szCs w:val="38"/>
          <w:rtl/>
        </w:rPr>
        <w:t xml:space="preserve"> </w:t>
      </w:r>
    </w:p>
    <w:p w14:paraId="6F97D81B" w14:textId="77777777" w:rsidR="008E006D" w:rsidRPr="008E006D" w:rsidRDefault="008E006D" w:rsidP="008D0B36">
      <w:pPr>
        <w:ind w:firstLine="720"/>
        <w:rPr>
          <w:rFonts w:cs="Sakkal Majalla"/>
          <w:sz w:val="36"/>
          <w:szCs w:val="38"/>
        </w:rPr>
      </w:pPr>
      <w:r w:rsidRPr="008E006D">
        <w:rPr>
          <w:rFonts w:cs="Sakkal Majalla"/>
          <w:sz w:val="36"/>
          <w:szCs w:val="38"/>
          <w:rtl/>
        </w:rPr>
        <w:t>يرتبط</w:t>
      </w:r>
      <w:r w:rsidRPr="008E006D">
        <w:rPr>
          <w:rFonts w:cs="Sakkal Majalla"/>
          <w:sz w:val="36"/>
          <w:szCs w:val="38"/>
        </w:rPr>
        <w:t xml:space="preserve"> </w:t>
      </w:r>
      <w:r w:rsidRPr="008E006D">
        <w:rPr>
          <w:rFonts w:cs="Sakkal Majalla"/>
          <w:sz w:val="36"/>
          <w:szCs w:val="38"/>
          <w:rtl/>
        </w:rPr>
        <w:t>التحول</w:t>
      </w:r>
      <w:r w:rsidRPr="008E006D">
        <w:rPr>
          <w:rFonts w:cs="Sakkal Majalla"/>
          <w:sz w:val="36"/>
          <w:szCs w:val="38"/>
        </w:rPr>
        <w:t xml:space="preserve"> </w:t>
      </w:r>
      <w:r w:rsidRPr="008E006D">
        <w:rPr>
          <w:rFonts w:cs="Sakkal Majalla"/>
          <w:sz w:val="36"/>
          <w:szCs w:val="38"/>
          <w:rtl/>
        </w:rPr>
        <w:t>الرقمي</w:t>
      </w:r>
      <w:r w:rsidRPr="008E006D">
        <w:rPr>
          <w:rFonts w:cs="Sakkal Majalla"/>
          <w:sz w:val="36"/>
          <w:szCs w:val="38"/>
        </w:rPr>
        <w:t xml:space="preserve"> </w:t>
      </w:r>
      <w:r w:rsidRPr="008E006D">
        <w:rPr>
          <w:rFonts w:cs="Sakkal Majalla"/>
          <w:sz w:val="36"/>
          <w:szCs w:val="38"/>
          <w:rtl/>
        </w:rPr>
        <w:t>في</w:t>
      </w:r>
      <w:r w:rsidRPr="008E006D">
        <w:rPr>
          <w:rFonts w:cs="Sakkal Majalla"/>
          <w:sz w:val="36"/>
          <w:szCs w:val="38"/>
        </w:rPr>
        <w:t xml:space="preserve"> </w:t>
      </w:r>
      <w:r w:rsidRPr="008E006D">
        <w:rPr>
          <w:rFonts w:cs="Sakkal Majalla"/>
          <w:sz w:val="36"/>
          <w:szCs w:val="38"/>
          <w:rtl/>
        </w:rPr>
        <w:t>إدارة</w:t>
      </w:r>
      <w:r w:rsidRPr="008E006D">
        <w:rPr>
          <w:rFonts w:cs="Sakkal Majalla"/>
          <w:sz w:val="36"/>
          <w:szCs w:val="38"/>
        </w:rPr>
        <w:t xml:space="preserve"> </w:t>
      </w:r>
      <w:r w:rsidRPr="008E006D">
        <w:rPr>
          <w:rFonts w:cs="Sakkal Majalla"/>
          <w:sz w:val="36"/>
          <w:szCs w:val="38"/>
          <w:rtl/>
        </w:rPr>
        <w:t>المشاريع</w:t>
      </w:r>
      <w:r w:rsidRPr="008E006D">
        <w:rPr>
          <w:rFonts w:cs="Sakkal Majalla"/>
          <w:sz w:val="36"/>
          <w:szCs w:val="38"/>
        </w:rPr>
        <w:t xml:space="preserve"> </w:t>
      </w:r>
      <w:r w:rsidRPr="008E006D">
        <w:rPr>
          <w:rFonts w:cs="Sakkal Majalla"/>
          <w:sz w:val="36"/>
          <w:szCs w:val="38"/>
          <w:rtl/>
        </w:rPr>
        <w:t>بتوظيف</w:t>
      </w:r>
      <w:r w:rsidRPr="008E006D">
        <w:rPr>
          <w:rFonts w:cs="Sakkal Majalla"/>
          <w:sz w:val="36"/>
          <w:szCs w:val="38"/>
        </w:rPr>
        <w:t xml:space="preserve"> </w:t>
      </w:r>
      <w:r w:rsidRPr="008E006D">
        <w:rPr>
          <w:rFonts w:cs="Sakkal Majalla"/>
          <w:sz w:val="36"/>
          <w:szCs w:val="38"/>
          <w:rtl/>
        </w:rPr>
        <w:t>الأدوات</w:t>
      </w:r>
      <w:r w:rsidRPr="008E006D">
        <w:rPr>
          <w:rFonts w:cs="Sakkal Majalla"/>
          <w:sz w:val="36"/>
          <w:szCs w:val="38"/>
        </w:rPr>
        <w:t xml:space="preserve"> </w:t>
      </w:r>
      <w:r w:rsidRPr="008E006D">
        <w:rPr>
          <w:rFonts w:cs="Sakkal Majalla"/>
          <w:sz w:val="36"/>
          <w:szCs w:val="38"/>
          <w:rtl/>
        </w:rPr>
        <w:t>الرقمية</w:t>
      </w:r>
      <w:r w:rsidRPr="008E006D">
        <w:rPr>
          <w:rFonts w:cs="Sakkal Majalla"/>
          <w:sz w:val="36"/>
          <w:szCs w:val="38"/>
        </w:rPr>
        <w:t xml:space="preserve"> </w:t>
      </w:r>
      <w:r w:rsidRPr="008E006D">
        <w:rPr>
          <w:rFonts w:cs="Sakkal Majalla"/>
          <w:sz w:val="36"/>
          <w:szCs w:val="38"/>
          <w:rtl/>
        </w:rPr>
        <w:t>والبيانات</w:t>
      </w:r>
      <w:r w:rsidRPr="008E006D">
        <w:rPr>
          <w:rFonts w:cs="Sakkal Majalla"/>
          <w:sz w:val="36"/>
          <w:szCs w:val="38"/>
        </w:rPr>
        <w:t xml:space="preserve"> </w:t>
      </w:r>
      <w:r w:rsidRPr="008E006D">
        <w:rPr>
          <w:rFonts w:cs="Sakkal Majalla"/>
          <w:sz w:val="36"/>
          <w:szCs w:val="38"/>
          <w:rtl/>
        </w:rPr>
        <w:t>والمنصات</w:t>
      </w:r>
      <w:r w:rsidRPr="008E006D">
        <w:rPr>
          <w:rFonts w:cs="Sakkal Majalla"/>
          <w:sz w:val="36"/>
          <w:szCs w:val="38"/>
        </w:rPr>
        <w:t xml:space="preserve"> </w:t>
      </w:r>
      <w:r w:rsidRPr="008E006D">
        <w:rPr>
          <w:rFonts w:cs="Sakkal Majalla"/>
          <w:sz w:val="36"/>
          <w:szCs w:val="38"/>
          <w:rtl/>
        </w:rPr>
        <w:t>في</w:t>
      </w:r>
      <w:r w:rsidRPr="008E006D">
        <w:rPr>
          <w:rFonts w:cs="Sakkal Majalla"/>
          <w:sz w:val="36"/>
          <w:szCs w:val="38"/>
        </w:rPr>
        <w:t xml:space="preserve"> </w:t>
      </w:r>
      <w:r w:rsidRPr="008E006D">
        <w:rPr>
          <w:rFonts w:cs="Sakkal Majalla"/>
          <w:sz w:val="36"/>
          <w:szCs w:val="38"/>
          <w:rtl/>
        </w:rPr>
        <w:t>دورة</w:t>
      </w:r>
      <w:r w:rsidRPr="008E006D">
        <w:rPr>
          <w:rFonts w:cs="Sakkal Majalla"/>
          <w:sz w:val="36"/>
          <w:szCs w:val="38"/>
        </w:rPr>
        <w:t xml:space="preserve"> </w:t>
      </w:r>
      <w:r w:rsidRPr="008E006D">
        <w:rPr>
          <w:rFonts w:cs="Sakkal Majalla"/>
          <w:sz w:val="36"/>
          <w:szCs w:val="38"/>
          <w:rtl/>
        </w:rPr>
        <w:t>حياة</w:t>
      </w:r>
      <w:r w:rsidRPr="008E006D">
        <w:rPr>
          <w:rFonts w:cs="Sakkal Majalla"/>
          <w:sz w:val="36"/>
          <w:szCs w:val="38"/>
        </w:rPr>
        <w:t xml:space="preserve"> </w:t>
      </w:r>
      <w:r w:rsidRPr="008E006D">
        <w:rPr>
          <w:rFonts w:cs="Sakkal Majalla"/>
          <w:sz w:val="36"/>
          <w:szCs w:val="38"/>
          <w:rtl/>
        </w:rPr>
        <w:t>المشروع،</w:t>
      </w:r>
      <w:r w:rsidRPr="008E006D">
        <w:rPr>
          <w:rFonts w:cs="Sakkal Majalla"/>
          <w:sz w:val="36"/>
          <w:szCs w:val="38"/>
        </w:rPr>
        <w:t xml:space="preserve"> </w:t>
      </w:r>
      <w:r w:rsidRPr="008E006D">
        <w:rPr>
          <w:rFonts w:cs="Sakkal Majalla"/>
          <w:sz w:val="36"/>
          <w:szCs w:val="38"/>
          <w:rtl/>
        </w:rPr>
        <w:t>ابتداء</w:t>
      </w:r>
      <w:r w:rsidRPr="008E006D">
        <w:rPr>
          <w:rFonts w:cs="Sakkal Majalla"/>
          <w:sz w:val="36"/>
          <w:szCs w:val="38"/>
        </w:rPr>
        <w:t xml:space="preserve"> </w:t>
      </w:r>
      <w:r w:rsidRPr="008E006D">
        <w:rPr>
          <w:rFonts w:cs="Sakkal Majalla"/>
          <w:sz w:val="36"/>
          <w:szCs w:val="38"/>
          <w:rtl/>
        </w:rPr>
        <w:t>من</w:t>
      </w:r>
      <w:r w:rsidRPr="008E006D">
        <w:rPr>
          <w:rFonts w:cs="Sakkal Majalla"/>
          <w:sz w:val="36"/>
          <w:szCs w:val="38"/>
        </w:rPr>
        <w:t xml:space="preserve"> </w:t>
      </w:r>
      <w:r w:rsidRPr="008E006D">
        <w:rPr>
          <w:rFonts w:cs="Sakkal Majalla"/>
          <w:sz w:val="36"/>
          <w:szCs w:val="38"/>
          <w:rtl/>
        </w:rPr>
        <w:t>دراسة</w:t>
      </w:r>
      <w:r w:rsidRPr="008E006D">
        <w:rPr>
          <w:rFonts w:cs="Sakkal Majalla"/>
          <w:sz w:val="36"/>
          <w:szCs w:val="38"/>
        </w:rPr>
        <w:t xml:space="preserve"> </w:t>
      </w:r>
      <w:r w:rsidRPr="008E006D">
        <w:rPr>
          <w:rFonts w:cs="Sakkal Majalla"/>
          <w:sz w:val="36"/>
          <w:szCs w:val="38"/>
          <w:rtl/>
        </w:rPr>
        <w:t>الجدوى</w:t>
      </w:r>
      <w:r w:rsidRPr="008E006D">
        <w:rPr>
          <w:rFonts w:cs="Sakkal Majalla"/>
          <w:sz w:val="36"/>
          <w:szCs w:val="38"/>
        </w:rPr>
        <w:t xml:space="preserve"> </w:t>
      </w:r>
      <w:r w:rsidRPr="008E006D">
        <w:rPr>
          <w:rFonts w:cs="Sakkal Majalla"/>
          <w:sz w:val="36"/>
          <w:szCs w:val="38"/>
          <w:rtl/>
        </w:rPr>
        <w:t>وتحديد</w:t>
      </w:r>
      <w:r w:rsidRPr="008E006D">
        <w:rPr>
          <w:rFonts w:cs="Sakkal Majalla"/>
          <w:sz w:val="36"/>
          <w:szCs w:val="38"/>
        </w:rPr>
        <w:t xml:space="preserve"> </w:t>
      </w:r>
      <w:r w:rsidRPr="008E006D">
        <w:rPr>
          <w:rFonts w:cs="Sakkal Majalla"/>
          <w:sz w:val="36"/>
          <w:szCs w:val="38"/>
          <w:rtl/>
        </w:rPr>
        <w:t>النطاق،</w:t>
      </w:r>
      <w:r w:rsidRPr="008E006D">
        <w:rPr>
          <w:rFonts w:cs="Sakkal Majalla"/>
          <w:sz w:val="36"/>
          <w:szCs w:val="38"/>
        </w:rPr>
        <w:t xml:space="preserve"> </w:t>
      </w:r>
      <w:r w:rsidRPr="008E006D">
        <w:rPr>
          <w:rFonts w:cs="Sakkal Majalla"/>
          <w:sz w:val="36"/>
          <w:szCs w:val="38"/>
          <w:rtl/>
        </w:rPr>
        <w:t>مرورًا</w:t>
      </w:r>
      <w:r w:rsidRPr="008E006D">
        <w:rPr>
          <w:rFonts w:cs="Sakkal Majalla"/>
          <w:sz w:val="36"/>
          <w:szCs w:val="38"/>
        </w:rPr>
        <w:t xml:space="preserve"> </w:t>
      </w:r>
      <w:r w:rsidRPr="008E006D">
        <w:rPr>
          <w:rFonts w:cs="Sakkal Majalla"/>
          <w:sz w:val="36"/>
          <w:szCs w:val="38"/>
          <w:rtl/>
        </w:rPr>
        <w:t>بالتخطيط</w:t>
      </w:r>
      <w:r w:rsidRPr="008E006D">
        <w:rPr>
          <w:rFonts w:cs="Sakkal Majalla"/>
          <w:sz w:val="36"/>
          <w:szCs w:val="38"/>
        </w:rPr>
        <w:t xml:space="preserve"> </w:t>
      </w:r>
      <w:r w:rsidRPr="008E006D">
        <w:rPr>
          <w:rFonts w:cs="Sakkal Majalla"/>
          <w:sz w:val="36"/>
          <w:szCs w:val="38"/>
          <w:rtl/>
        </w:rPr>
        <w:t>والجدولة</w:t>
      </w:r>
      <w:r w:rsidRPr="008E006D">
        <w:rPr>
          <w:rFonts w:cs="Sakkal Majalla"/>
          <w:sz w:val="36"/>
          <w:szCs w:val="38"/>
        </w:rPr>
        <w:t xml:space="preserve"> </w:t>
      </w:r>
      <w:r w:rsidRPr="008E006D">
        <w:rPr>
          <w:rFonts w:cs="Sakkal Majalla"/>
          <w:sz w:val="36"/>
          <w:szCs w:val="38"/>
          <w:rtl/>
        </w:rPr>
        <w:t>وتخصيص</w:t>
      </w:r>
      <w:r w:rsidRPr="008E006D">
        <w:rPr>
          <w:rFonts w:cs="Sakkal Majalla"/>
          <w:sz w:val="36"/>
          <w:szCs w:val="38"/>
        </w:rPr>
        <w:t xml:space="preserve"> </w:t>
      </w:r>
      <w:r w:rsidRPr="008E006D">
        <w:rPr>
          <w:rFonts w:cs="Sakkal Majalla"/>
          <w:sz w:val="36"/>
          <w:szCs w:val="38"/>
          <w:rtl/>
        </w:rPr>
        <w:t>الموارد،</w:t>
      </w:r>
      <w:r w:rsidRPr="008E006D">
        <w:rPr>
          <w:rFonts w:cs="Sakkal Majalla"/>
          <w:sz w:val="36"/>
          <w:szCs w:val="38"/>
        </w:rPr>
        <w:t xml:space="preserve"> </w:t>
      </w:r>
      <w:r w:rsidRPr="008E006D">
        <w:rPr>
          <w:rFonts w:cs="Sakkal Majalla"/>
          <w:sz w:val="36"/>
          <w:szCs w:val="38"/>
          <w:rtl/>
        </w:rPr>
        <w:t>ووصولًا</w:t>
      </w:r>
      <w:r w:rsidRPr="008E006D">
        <w:rPr>
          <w:rFonts w:cs="Sakkal Majalla"/>
          <w:sz w:val="36"/>
          <w:szCs w:val="38"/>
        </w:rPr>
        <w:t xml:space="preserve"> </w:t>
      </w:r>
      <w:r w:rsidRPr="008E006D">
        <w:rPr>
          <w:rFonts w:cs="Sakkal Majalla"/>
          <w:sz w:val="36"/>
          <w:szCs w:val="38"/>
          <w:rtl/>
        </w:rPr>
        <w:t>إلى</w:t>
      </w:r>
      <w:r w:rsidRPr="008E006D">
        <w:rPr>
          <w:rFonts w:cs="Sakkal Majalla"/>
          <w:sz w:val="36"/>
          <w:szCs w:val="38"/>
        </w:rPr>
        <w:t xml:space="preserve"> </w:t>
      </w:r>
      <w:r w:rsidRPr="008E006D">
        <w:rPr>
          <w:rFonts w:cs="Sakkal Majalla"/>
          <w:sz w:val="36"/>
          <w:szCs w:val="38"/>
          <w:rtl/>
        </w:rPr>
        <w:t>المتابعة</w:t>
      </w:r>
      <w:r w:rsidRPr="008E006D">
        <w:rPr>
          <w:rFonts w:cs="Sakkal Majalla"/>
          <w:sz w:val="36"/>
          <w:szCs w:val="38"/>
        </w:rPr>
        <w:t xml:space="preserve"> </w:t>
      </w:r>
      <w:r w:rsidRPr="008E006D">
        <w:rPr>
          <w:rFonts w:cs="Sakkal Majalla"/>
          <w:sz w:val="36"/>
          <w:szCs w:val="38"/>
          <w:rtl/>
        </w:rPr>
        <w:t>والتحكم</w:t>
      </w:r>
      <w:r w:rsidRPr="008E006D">
        <w:rPr>
          <w:rFonts w:cs="Sakkal Majalla"/>
          <w:sz w:val="36"/>
          <w:szCs w:val="38"/>
        </w:rPr>
        <w:t xml:space="preserve"> </w:t>
      </w:r>
      <w:r w:rsidRPr="008E006D">
        <w:rPr>
          <w:rFonts w:cs="Sakkal Majalla"/>
          <w:sz w:val="36"/>
          <w:szCs w:val="38"/>
          <w:rtl/>
        </w:rPr>
        <w:t>وإغلاق</w:t>
      </w:r>
      <w:r w:rsidRPr="008E006D">
        <w:rPr>
          <w:rFonts w:cs="Sakkal Majalla"/>
          <w:sz w:val="36"/>
          <w:szCs w:val="38"/>
        </w:rPr>
        <w:t xml:space="preserve"> </w:t>
      </w:r>
      <w:r w:rsidRPr="008E006D">
        <w:rPr>
          <w:rFonts w:cs="Sakkal Majalla"/>
          <w:sz w:val="36"/>
          <w:szCs w:val="38"/>
          <w:rtl/>
        </w:rPr>
        <w:t>المشروع</w:t>
      </w:r>
      <w:r w:rsidRPr="008E006D">
        <w:rPr>
          <w:rFonts w:cs="Sakkal Majalla"/>
          <w:sz w:val="36"/>
          <w:szCs w:val="38"/>
        </w:rPr>
        <w:t xml:space="preserve"> </w:t>
      </w:r>
      <w:r w:rsidRPr="008E006D">
        <w:rPr>
          <w:rFonts w:cs="Sakkal Majalla"/>
          <w:sz w:val="36"/>
          <w:szCs w:val="38"/>
          <w:rtl/>
        </w:rPr>
        <w:t>وقياس</w:t>
      </w:r>
      <w:r w:rsidRPr="008E006D">
        <w:rPr>
          <w:rFonts w:cs="Sakkal Majalla"/>
          <w:sz w:val="36"/>
          <w:szCs w:val="38"/>
        </w:rPr>
        <w:t xml:space="preserve"> </w:t>
      </w:r>
      <w:r w:rsidRPr="008E006D">
        <w:rPr>
          <w:rFonts w:cs="Sakkal Majalla"/>
          <w:sz w:val="36"/>
          <w:szCs w:val="38"/>
          <w:rtl/>
        </w:rPr>
        <w:t>المنافع</w:t>
      </w:r>
      <w:r w:rsidRPr="008E006D">
        <w:rPr>
          <w:rFonts w:cs="Sakkal Majalla"/>
          <w:sz w:val="36"/>
          <w:szCs w:val="38"/>
        </w:rPr>
        <w:t xml:space="preserve">. </w:t>
      </w:r>
      <w:r w:rsidRPr="008E006D">
        <w:rPr>
          <w:rFonts w:cs="Sakkal Majalla"/>
          <w:sz w:val="36"/>
          <w:szCs w:val="38"/>
          <w:rtl/>
        </w:rPr>
        <w:t>وتبرز</w:t>
      </w:r>
      <w:r w:rsidRPr="008E006D">
        <w:rPr>
          <w:rFonts w:cs="Sakkal Majalla"/>
          <w:sz w:val="36"/>
          <w:szCs w:val="38"/>
        </w:rPr>
        <w:t xml:space="preserve"> </w:t>
      </w:r>
      <w:r w:rsidRPr="008E006D">
        <w:rPr>
          <w:rFonts w:cs="Sakkal Majalla"/>
          <w:sz w:val="36"/>
          <w:szCs w:val="38"/>
          <w:rtl/>
        </w:rPr>
        <w:t>أهمية</w:t>
      </w:r>
      <w:r w:rsidRPr="008E006D">
        <w:rPr>
          <w:rFonts w:cs="Sakkal Majalla"/>
          <w:sz w:val="36"/>
          <w:szCs w:val="38"/>
        </w:rPr>
        <w:t xml:space="preserve"> </w:t>
      </w:r>
      <w:r w:rsidRPr="008E006D">
        <w:rPr>
          <w:rFonts w:cs="Sakkal Majalla"/>
          <w:sz w:val="36"/>
          <w:szCs w:val="38"/>
          <w:rtl/>
        </w:rPr>
        <w:t>هذا</w:t>
      </w:r>
      <w:r w:rsidRPr="008E006D">
        <w:rPr>
          <w:rFonts w:cs="Sakkal Majalla"/>
          <w:sz w:val="36"/>
          <w:szCs w:val="38"/>
        </w:rPr>
        <w:t xml:space="preserve"> </w:t>
      </w:r>
      <w:r w:rsidRPr="008E006D">
        <w:rPr>
          <w:rFonts w:cs="Sakkal Majalla"/>
          <w:sz w:val="36"/>
          <w:szCs w:val="38"/>
          <w:rtl/>
        </w:rPr>
        <w:t>التحول</w:t>
      </w:r>
      <w:r w:rsidRPr="008E006D">
        <w:rPr>
          <w:rFonts w:cs="Sakkal Majalla"/>
          <w:sz w:val="36"/>
          <w:szCs w:val="38"/>
        </w:rPr>
        <w:t xml:space="preserve"> </w:t>
      </w:r>
      <w:r w:rsidRPr="008E006D">
        <w:rPr>
          <w:rFonts w:cs="Sakkal Majalla"/>
          <w:sz w:val="36"/>
          <w:szCs w:val="38"/>
          <w:rtl/>
        </w:rPr>
        <w:t>في</w:t>
      </w:r>
      <w:r w:rsidRPr="008E006D">
        <w:rPr>
          <w:rFonts w:cs="Sakkal Majalla"/>
          <w:sz w:val="36"/>
          <w:szCs w:val="38"/>
        </w:rPr>
        <w:t xml:space="preserve"> </w:t>
      </w:r>
      <w:r w:rsidRPr="008E006D">
        <w:rPr>
          <w:rFonts w:cs="Sakkal Majalla"/>
          <w:sz w:val="36"/>
          <w:szCs w:val="38"/>
          <w:rtl/>
        </w:rPr>
        <w:t>أن</w:t>
      </w:r>
      <w:r w:rsidRPr="008E006D">
        <w:rPr>
          <w:rFonts w:cs="Sakkal Majalla"/>
          <w:sz w:val="36"/>
          <w:szCs w:val="38"/>
        </w:rPr>
        <w:t xml:space="preserve"> </w:t>
      </w:r>
      <w:r w:rsidRPr="008E006D">
        <w:rPr>
          <w:rFonts w:cs="Sakkal Majalla"/>
          <w:sz w:val="36"/>
          <w:szCs w:val="38"/>
          <w:rtl/>
        </w:rPr>
        <w:t>كثيرًا</w:t>
      </w:r>
      <w:r w:rsidRPr="008E006D">
        <w:rPr>
          <w:rFonts w:cs="Sakkal Majalla"/>
          <w:sz w:val="36"/>
          <w:szCs w:val="38"/>
        </w:rPr>
        <w:t xml:space="preserve"> </w:t>
      </w:r>
      <w:r w:rsidRPr="008E006D">
        <w:rPr>
          <w:rFonts w:cs="Sakkal Majalla"/>
          <w:sz w:val="36"/>
          <w:szCs w:val="38"/>
          <w:rtl/>
        </w:rPr>
        <w:t>من</w:t>
      </w:r>
      <w:r w:rsidRPr="008E006D">
        <w:rPr>
          <w:rFonts w:cs="Sakkal Majalla"/>
          <w:sz w:val="36"/>
          <w:szCs w:val="38"/>
        </w:rPr>
        <w:t xml:space="preserve"> </w:t>
      </w:r>
      <w:r w:rsidRPr="008E006D">
        <w:rPr>
          <w:rFonts w:cs="Sakkal Majalla"/>
          <w:sz w:val="36"/>
          <w:szCs w:val="38"/>
          <w:rtl/>
        </w:rPr>
        <w:t>قرارات</w:t>
      </w:r>
      <w:r w:rsidRPr="008E006D">
        <w:rPr>
          <w:rFonts w:cs="Sakkal Majalla"/>
          <w:sz w:val="36"/>
          <w:szCs w:val="38"/>
        </w:rPr>
        <w:t xml:space="preserve"> </w:t>
      </w:r>
      <w:r w:rsidRPr="008E006D">
        <w:rPr>
          <w:rFonts w:cs="Sakkal Majalla"/>
          <w:sz w:val="36"/>
          <w:szCs w:val="38"/>
          <w:rtl/>
        </w:rPr>
        <w:t>المشروع</w:t>
      </w:r>
      <w:r w:rsidRPr="008E006D">
        <w:rPr>
          <w:rFonts w:cs="Sakkal Majalla"/>
          <w:sz w:val="36"/>
          <w:szCs w:val="38"/>
        </w:rPr>
        <w:t xml:space="preserve"> </w:t>
      </w:r>
      <w:r w:rsidRPr="008E006D">
        <w:rPr>
          <w:rFonts w:cs="Sakkal Majalla"/>
          <w:sz w:val="36"/>
          <w:szCs w:val="38"/>
          <w:rtl/>
        </w:rPr>
        <w:t>تعتمد</w:t>
      </w:r>
      <w:r w:rsidRPr="008E006D">
        <w:rPr>
          <w:rFonts w:cs="Sakkal Majalla"/>
          <w:sz w:val="36"/>
          <w:szCs w:val="38"/>
        </w:rPr>
        <w:t xml:space="preserve"> </w:t>
      </w:r>
      <w:r w:rsidRPr="008E006D">
        <w:rPr>
          <w:rFonts w:cs="Sakkal Majalla"/>
          <w:sz w:val="36"/>
          <w:szCs w:val="38"/>
          <w:rtl/>
        </w:rPr>
        <w:t>على</w:t>
      </w:r>
      <w:r w:rsidRPr="008E006D">
        <w:rPr>
          <w:rFonts w:cs="Sakkal Majalla"/>
          <w:sz w:val="36"/>
          <w:szCs w:val="38"/>
        </w:rPr>
        <w:t xml:space="preserve"> </w:t>
      </w:r>
      <w:r w:rsidRPr="008E006D">
        <w:rPr>
          <w:rFonts w:cs="Sakkal Majalla"/>
          <w:sz w:val="36"/>
          <w:szCs w:val="38"/>
          <w:rtl/>
        </w:rPr>
        <w:t>معلومات</w:t>
      </w:r>
      <w:r w:rsidRPr="008E006D">
        <w:rPr>
          <w:rFonts w:cs="Sakkal Majalla"/>
          <w:sz w:val="36"/>
          <w:szCs w:val="38"/>
        </w:rPr>
        <w:t xml:space="preserve"> </w:t>
      </w:r>
      <w:r w:rsidRPr="008E006D">
        <w:rPr>
          <w:rFonts w:cs="Sakkal Majalla"/>
          <w:sz w:val="36"/>
          <w:szCs w:val="38"/>
          <w:rtl/>
        </w:rPr>
        <w:t>متغيرة</w:t>
      </w:r>
      <w:r w:rsidRPr="008E006D">
        <w:rPr>
          <w:rFonts w:cs="Sakkal Majalla"/>
          <w:sz w:val="36"/>
          <w:szCs w:val="38"/>
        </w:rPr>
        <w:t xml:space="preserve"> </w:t>
      </w:r>
      <w:r w:rsidRPr="008E006D">
        <w:rPr>
          <w:rFonts w:cs="Sakkal Majalla"/>
          <w:sz w:val="36"/>
          <w:szCs w:val="38"/>
          <w:rtl/>
        </w:rPr>
        <w:t>تتعلق</w:t>
      </w:r>
      <w:r w:rsidRPr="008E006D">
        <w:rPr>
          <w:rFonts w:cs="Sakkal Majalla"/>
          <w:sz w:val="36"/>
          <w:szCs w:val="38"/>
        </w:rPr>
        <w:t xml:space="preserve"> </w:t>
      </w:r>
      <w:r w:rsidRPr="008E006D">
        <w:rPr>
          <w:rFonts w:cs="Sakkal Majalla"/>
          <w:sz w:val="36"/>
          <w:szCs w:val="38"/>
          <w:rtl/>
        </w:rPr>
        <w:t>بالوقت</w:t>
      </w:r>
      <w:r w:rsidRPr="008E006D">
        <w:rPr>
          <w:rFonts w:cs="Sakkal Majalla"/>
          <w:sz w:val="36"/>
          <w:szCs w:val="38"/>
        </w:rPr>
        <w:t xml:space="preserve"> </w:t>
      </w:r>
      <w:r w:rsidRPr="008E006D">
        <w:rPr>
          <w:rFonts w:cs="Sakkal Majalla"/>
          <w:sz w:val="36"/>
          <w:szCs w:val="38"/>
          <w:rtl/>
        </w:rPr>
        <w:t>والتكلفة</w:t>
      </w:r>
      <w:r w:rsidRPr="008E006D">
        <w:rPr>
          <w:rFonts w:cs="Sakkal Majalla"/>
          <w:sz w:val="36"/>
          <w:szCs w:val="38"/>
        </w:rPr>
        <w:t xml:space="preserve"> </w:t>
      </w:r>
      <w:r w:rsidRPr="008E006D">
        <w:rPr>
          <w:rFonts w:cs="Sakkal Majalla"/>
          <w:sz w:val="36"/>
          <w:szCs w:val="38"/>
          <w:rtl/>
        </w:rPr>
        <w:t>والمخاطر</w:t>
      </w:r>
      <w:r w:rsidRPr="008E006D">
        <w:rPr>
          <w:rFonts w:cs="Sakkal Majalla"/>
          <w:sz w:val="36"/>
          <w:szCs w:val="38"/>
        </w:rPr>
        <w:t xml:space="preserve"> </w:t>
      </w:r>
      <w:r w:rsidRPr="008E006D">
        <w:rPr>
          <w:rFonts w:cs="Sakkal Majalla"/>
          <w:sz w:val="36"/>
          <w:szCs w:val="38"/>
          <w:rtl/>
        </w:rPr>
        <w:t>وأصحاب</w:t>
      </w:r>
      <w:r w:rsidRPr="008E006D">
        <w:rPr>
          <w:rFonts w:cs="Sakkal Majalla"/>
          <w:sz w:val="36"/>
          <w:szCs w:val="38"/>
        </w:rPr>
        <w:t xml:space="preserve"> </w:t>
      </w:r>
      <w:r w:rsidRPr="008E006D">
        <w:rPr>
          <w:rFonts w:cs="Sakkal Majalla"/>
          <w:sz w:val="36"/>
          <w:szCs w:val="38"/>
          <w:rtl/>
        </w:rPr>
        <w:t>المصلحة</w:t>
      </w:r>
      <w:r w:rsidRPr="008E006D">
        <w:rPr>
          <w:rFonts w:cs="Sakkal Majalla"/>
          <w:sz w:val="36"/>
          <w:szCs w:val="38"/>
        </w:rPr>
        <w:t>.</w:t>
      </w:r>
    </w:p>
    <w:p w14:paraId="2F4A7D6B" w14:textId="77777777" w:rsidR="008E006D" w:rsidRPr="008E006D" w:rsidRDefault="008E006D" w:rsidP="008D0B36">
      <w:pPr>
        <w:ind w:firstLine="720"/>
        <w:rPr>
          <w:rFonts w:cs="Sakkal Majalla"/>
          <w:sz w:val="36"/>
          <w:szCs w:val="38"/>
        </w:rPr>
      </w:pPr>
      <w:r w:rsidRPr="008E006D">
        <w:rPr>
          <w:rFonts w:cs="Sakkal Majalla"/>
          <w:sz w:val="36"/>
          <w:szCs w:val="38"/>
          <w:rtl/>
        </w:rPr>
        <w:t>تتيح</w:t>
      </w:r>
      <w:r w:rsidRPr="008E006D">
        <w:rPr>
          <w:rFonts w:cs="Sakkal Majalla"/>
          <w:sz w:val="36"/>
          <w:szCs w:val="38"/>
        </w:rPr>
        <w:t xml:space="preserve"> </w:t>
      </w:r>
      <w:r w:rsidRPr="008E006D">
        <w:rPr>
          <w:rFonts w:cs="Sakkal Majalla"/>
          <w:sz w:val="36"/>
          <w:szCs w:val="38"/>
          <w:rtl/>
        </w:rPr>
        <w:t>أنظمة</w:t>
      </w:r>
      <w:r w:rsidRPr="008E006D">
        <w:rPr>
          <w:rFonts w:cs="Sakkal Majalla"/>
          <w:sz w:val="36"/>
          <w:szCs w:val="38"/>
        </w:rPr>
        <w:t xml:space="preserve"> </w:t>
      </w:r>
      <w:r w:rsidRPr="008E006D">
        <w:rPr>
          <w:rFonts w:cs="Sakkal Majalla"/>
          <w:sz w:val="36"/>
          <w:szCs w:val="38"/>
          <w:rtl/>
        </w:rPr>
        <w:t>إدارة</w:t>
      </w:r>
      <w:r w:rsidRPr="008E006D">
        <w:rPr>
          <w:rFonts w:cs="Sakkal Majalla"/>
          <w:sz w:val="36"/>
          <w:szCs w:val="38"/>
        </w:rPr>
        <w:t xml:space="preserve"> </w:t>
      </w:r>
      <w:r w:rsidRPr="008E006D">
        <w:rPr>
          <w:rFonts w:cs="Sakkal Majalla"/>
          <w:sz w:val="36"/>
          <w:szCs w:val="38"/>
          <w:rtl/>
        </w:rPr>
        <w:t>المشاريع</w:t>
      </w:r>
      <w:r w:rsidRPr="008E006D">
        <w:rPr>
          <w:rFonts w:cs="Sakkal Majalla"/>
          <w:sz w:val="36"/>
          <w:szCs w:val="38"/>
        </w:rPr>
        <w:t xml:space="preserve"> </w:t>
      </w:r>
      <w:r w:rsidRPr="008E006D">
        <w:rPr>
          <w:rFonts w:cs="Sakkal Majalla"/>
          <w:sz w:val="36"/>
          <w:szCs w:val="38"/>
          <w:rtl/>
        </w:rPr>
        <w:t>الرقمية</w:t>
      </w:r>
      <w:r w:rsidRPr="008E006D">
        <w:rPr>
          <w:rFonts w:cs="Sakkal Majalla"/>
          <w:sz w:val="36"/>
          <w:szCs w:val="38"/>
        </w:rPr>
        <w:t xml:space="preserve"> PMIS </w:t>
      </w:r>
      <w:r w:rsidRPr="008E006D">
        <w:rPr>
          <w:rFonts w:cs="Sakkal Majalla"/>
          <w:sz w:val="36"/>
          <w:szCs w:val="38"/>
          <w:rtl/>
        </w:rPr>
        <w:t>توحيد</w:t>
      </w:r>
      <w:r w:rsidRPr="008E006D">
        <w:rPr>
          <w:rFonts w:cs="Sakkal Majalla"/>
          <w:sz w:val="36"/>
          <w:szCs w:val="38"/>
        </w:rPr>
        <w:t xml:space="preserve"> </w:t>
      </w:r>
      <w:r w:rsidRPr="008E006D">
        <w:rPr>
          <w:rFonts w:cs="Sakkal Majalla"/>
          <w:sz w:val="36"/>
          <w:szCs w:val="38"/>
          <w:rtl/>
        </w:rPr>
        <w:t>بيانات</w:t>
      </w:r>
      <w:r w:rsidRPr="008E006D">
        <w:rPr>
          <w:rFonts w:cs="Sakkal Majalla"/>
          <w:sz w:val="36"/>
          <w:szCs w:val="38"/>
        </w:rPr>
        <w:t xml:space="preserve"> </w:t>
      </w:r>
      <w:r w:rsidRPr="008E006D">
        <w:rPr>
          <w:rFonts w:cs="Sakkal Majalla"/>
          <w:sz w:val="36"/>
          <w:szCs w:val="38"/>
          <w:rtl/>
        </w:rPr>
        <w:t>المشروع،</w:t>
      </w:r>
      <w:r w:rsidRPr="008E006D">
        <w:rPr>
          <w:rFonts w:cs="Sakkal Majalla"/>
          <w:sz w:val="36"/>
          <w:szCs w:val="38"/>
        </w:rPr>
        <w:t xml:space="preserve"> </w:t>
      </w:r>
      <w:r w:rsidRPr="008E006D">
        <w:rPr>
          <w:rFonts w:cs="Sakkal Majalla"/>
          <w:sz w:val="36"/>
          <w:szCs w:val="38"/>
          <w:rtl/>
        </w:rPr>
        <w:t>وتخفيض</w:t>
      </w:r>
      <w:r w:rsidRPr="008E006D">
        <w:rPr>
          <w:rFonts w:cs="Sakkal Majalla"/>
          <w:sz w:val="36"/>
          <w:szCs w:val="38"/>
        </w:rPr>
        <w:t xml:space="preserve"> </w:t>
      </w:r>
      <w:r w:rsidRPr="008E006D">
        <w:rPr>
          <w:rFonts w:cs="Sakkal Majalla"/>
          <w:sz w:val="36"/>
          <w:szCs w:val="38"/>
          <w:rtl/>
        </w:rPr>
        <w:t>الاعتماد</w:t>
      </w:r>
      <w:r w:rsidRPr="008E006D">
        <w:rPr>
          <w:rFonts w:cs="Sakkal Majalla"/>
          <w:sz w:val="36"/>
          <w:szCs w:val="38"/>
        </w:rPr>
        <w:t xml:space="preserve"> </w:t>
      </w:r>
      <w:r w:rsidRPr="008E006D">
        <w:rPr>
          <w:rFonts w:cs="Sakkal Majalla"/>
          <w:sz w:val="36"/>
          <w:szCs w:val="38"/>
          <w:rtl/>
        </w:rPr>
        <w:t>على</w:t>
      </w:r>
      <w:r w:rsidRPr="008E006D">
        <w:rPr>
          <w:rFonts w:cs="Sakkal Majalla"/>
          <w:sz w:val="36"/>
          <w:szCs w:val="38"/>
        </w:rPr>
        <w:t xml:space="preserve"> </w:t>
      </w:r>
      <w:r w:rsidRPr="008E006D">
        <w:rPr>
          <w:rFonts w:cs="Sakkal Majalla"/>
          <w:sz w:val="36"/>
          <w:szCs w:val="38"/>
          <w:rtl/>
        </w:rPr>
        <w:t>الملفات</w:t>
      </w:r>
      <w:r w:rsidRPr="008E006D">
        <w:rPr>
          <w:rFonts w:cs="Sakkal Majalla"/>
          <w:sz w:val="36"/>
          <w:szCs w:val="38"/>
        </w:rPr>
        <w:t xml:space="preserve"> </w:t>
      </w:r>
      <w:r w:rsidRPr="008E006D">
        <w:rPr>
          <w:rFonts w:cs="Sakkal Majalla"/>
          <w:sz w:val="36"/>
          <w:szCs w:val="38"/>
          <w:rtl/>
        </w:rPr>
        <w:t>المتفرقة،</w:t>
      </w:r>
      <w:r w:rsidRPr="008E006D">
        <w:rPr>
          <w:rFonts w:cs="Sakkal Majalla"/>
          <w:sz w:val="36"/>
          <w:szCs w:val="38"/>
        </w:rPr>
        <w:t xml:space="preserve"> </w:t>
      </w:r>
      <w:r w:rsidRPr="008E006D">
        <w:rPr>
          <w:rFonts w:cs="Sakkal Majalla"/>
          <w:sz w:val="36"/>
          <w:szCs w:val="38"/>
          <w:rtl/>
        </w:rPr>
        <w:t>وتحسين</w:t>
      </w:r>
      <w:r w:rsidRPr="008E006D">
        <w:rPr>
          <w:rFonts w:cs="Sakkal Majalla"/>
          <w:sz w:val="36"/>
          <w:szCs w:val="38"/>
        </w:rPr>
        <w:t xml:space="preserve"> </w:t>
      </w:r>
      <w:r w:rsidRPr="008E006D">
        <w:rPr>
          <w:rFonts w:cs="Sakkal Majalla"/>
          <w:sz w:val="36"/>
          <w:szCs w:val="38"/>
          <w:rtl/>
        </w:rPr>
        <w:t>متابعة</w:t>
      </w:r>
      <w:r w:rsidRPr="008E006D">
        <w:rPr>
          <w:rFonts w:cs="Sakkal Majalla"/>
          <w:sz w:val="36"/>
          <w:szCs w:val="38"/>
        </w:rPr>
        <w:t xml:space="preserve"> </w:t>
      </w:r>
      <w:r w:rsidRPr="008E006D">
        <w:rPr>
          <w:rFonts w:cs="Sakkal Majalla"/>
          <w:sz w:val="36"/>
          <w:szCs w:val="38"/>
          <w:rtl/>
        </w:rPr>
        <w:t>المهام،</w:t>
      </w:r>
      <w:r w:rsidRPr="008E006D">
        <w:rPr>
          <w:rFonts w:cs="Sakkal Majalla"/>
          <w:sz w:val="36"/>
          <w:szCs w:val="38"/>
        </w:rPr>
        <w:t xml:space="preserve"> </w:t>
      </w:r>
      <w:r w:rsidRPr="008E006D">
        <w:rPr>
          <w:rFonts w:cs="Sakkal Majalla"/>
          <w:sz w:val="36"/>
          <w:szCs w:val="38"/>
          <w:rtl/>
        </w:rPr>
        <w:t>وربط</w:t>
      </w:r>
      <w:r w:rsidRPr="008E006D">
        <w:rPr>
          <w:rFonts w:cs="Sakkal Majalla"/>
          <w:sz w:val="36"/>
          <w:szCs w:val="38"/>
        </w:rPr>
        <w:t xml:space="preserve"> </w:t>
      </w:r>
      <w:r w:rsidRPr="008E006D">
        <w:rPr>
          <w:rFonts w:cs="Sakkal Majalla"/>
          <w:sz w:val="36"/>
          <w:szCs w:val="38"/>
          <w:rtl/>
        </w:rPr>
        <w:t>الجدول</w:t>
      </w:r>
      <w:r w:rsidRPr="008E006D">
        <w:rPr>
          <w:rFonts w:cs="Sakkal Majalla"/>
          <w:sz w:val="36"/>
          <w:szCs w:val="38"/>
        </w:rPr>
        <w:t xml:space="preserve"> </w:t>
      </w:r>
      <w:r w:rsidRPr="008E006D">
        <w:rPr>
          <w:rFonts w:cs="Sakkal Majalla"/>
          <w:sz w:val="36"/>
          <w:szCs w:val="38"/>
          <w:rtl/>
        </w:rPr>
        <w:t>الزمني</w:t>
      </w:r>
      <w:r w:rsidRPr="008E006D">
        <w:rPr>
          <w:rFonts w:cs="Sakkal Majalla"/>
          <w:sz w:val="36"/>
          <w:szCs w:val="38"/>
        </w:rPr>
        <w:t xml:space="preserve"> </w:t>
      </w:r>
      <w:r w:rsidRPr="008E006D">
        <w:rPr>
          <w:rFonts w:cs="Sakkal Majalla"/>
          <w:sz w:val="36"/>
          <w:szCs w:val="38"/>
          <w:rtl/>
        </w:rPr>
        <w:t>بالتكاليف</w:t>
      </w:r>
      <w:r w:rsidRPr="008E006D">
        <w:rPr>
          <w:rFonts w:cs="Sakkal Majalla"/>
          <w:sz w:val="36"/>
          <w:szCs w:val="38"/>
        </w:rPr>
        <w:t xml:space="preserve"> </w:t>
      </w:r>
      <w:r w:rsidRPr="008E006D">
        <w:rPr>
          <w:rFonts w:cs="Sakkal Majalla"/>
          <w:sz w:val="36"/>
          <w:szCs w:val="38"/>
          <w:rtl/>
        </w:rPr>
        <w:lastRenderedPageBreak/>
        <w:t>والمخاطر</w:t>
      </w:r>
      <w:r w:rsidRPr="008E006D">
        <w:rPr>
          <w:rFonts w:cs="Sakkal Majalla"/>
          <w:sz w:val="36"/>
          <w:szCs w:val="38"/>
        </w:rPr>
        <w:t xml:space="preserve">. </w:t>
      </w:r>
      <w:r w:rsidRPr="008E006D">
        <w:rPr>
          <w:rFonts w:cs="Sakkal Majalla"/>
          <w:sz w:val="36"/>
          <w:szCs w:val="38"/>
          <w:rtl/>
        </w:rPr>
        <w:t>كما</w:t>
      </w:r>
      <w:r w:rsidRPr="008E006D">
        <w:rPr>
          <w:rFonts w:cs="Sakkal Majalla"/>
          <w:sz w:val="36"/>
          <w:szCs w:val="38"/>
        </w:rPr>
        <w:t xml:space="preserve"> </w:t>
      </w:r>
      <w:r w:rsidRPr="008E006D">
        <w:rPr>
          <w:rFonts w:cs="Sakkal Majalla"/>
          <w:sz w:val="36"/>
          <w:szCs w:val="38"/>
          <w:rtl/>
        </w:rPr>
        <w:t>تتيح</w:t>
      </w:r>
      <w:r w:rsidRPr="008E006D">
        <w:rPr>
          <w:rFonts w:cs="Sakkal Majalla"/>
          <w:sz w:val="36"/>
          <w:szCs w:val="38"/>
        </w:rPr>
        <w:t xml:space="preserve"> </w:t>
      </w:r>
      <w:r w:rsidRPr="008E006D">
        <w:rPr>
          <w:rFonts w:cs="Sakkal Majalla"/>
          <w:sz w:val="36"/>
          <w:szCs w:val="38"/>
          <w:rtl/>
        </w:rPr>
        <w:t>لوحات</w:t>
      </w:r>
      <w:r w:rsidRPr="008E006D">
        <w:rPr>
          <w:rFonts w:cs="Sakkal Majalla"/>
          <w:sz w:val="36"/>
          <w:szCs w:val="38"/>
        </w:rPr>
        <w:t xml:space="preserve"> </w:t>
      </w:r>
      <w:r w:rsidRPr="008E006D">
        <w:rPr>
          <w:rFonts w:cs="Sakkal Majalla"/>
          <w:sz w:val="36"/>
          <w:szCs w:val="38"/>
          <w:rtl/>
        </w:rPr>
        <w:t>المؤشرات</w:t>
      </w:r>
      <w:r w:rsidRPr="008E006D">
        <w:rPr>
          <w:rFonts w:cs="Sakkal Majalla"/>
          <w:sz w:val="36"/>
          <w:szCs w:val="38"/>
        </w:rPr>
        <w:t xml:space="preserve"> </w:t>
      </w:r>
      <w:r w:rsidRPr="008E006D">
        <w:rPr>
          <w:rFonts w:cs="Sakkal Majalla"/>
          <w:sz w:val="36"/>
          <w:szCs w:val="38"/>
          <w:rtl/>
        </w:rPr>
        <w:t>عرضًا</w:t>
      </w:r>
      <w:r w:rsidRPr="008E006D">
        <w:rPr>
          <w:rFonts w:cs="Sakkal Majalla"/>
          <w:sz w:val="36"/>
          <w:szCs w:val="38"/>
        </w:rPr>
        <w:t xml:space="preserve"> </w:t>
      </w:r>
      <w:r w:rsidRPr="008E006D">
        <w:rPr>
          <w:rFonts w:cs="Sakkal Majalla"/>
          <w:sz w:val="36"/>
          <w:szCs w:val="38"/>
          <w:rtl/>
        </w:rPr>
        <w:t>لحظيًا</w:t>
      </w:r>
      <w:r w:rsidRPr="008E006D">
        <w:rPr>
          <w:rFonts w:cs="Sakkal Majalla"/>
          <w:sz w:val="36"/>
          <w:szCs w:val="38"/>
        </w:rPr>
        <w:t xml:space="preserve"> </w:t>
      </w:r>
      <w:r w:rsidRPr="008E006D">
        <w:rPr>
          <w:rFonts w:cs="Sakkal Majalla"/>
          <w:sz w:val="36"/>
          <w:szCs w:val="38"/>
          <w:rtl/>
        </w:rPr>
        <w:t>لحالة</w:t>
      </w:r>
      <w:r w:rsidRPr="008E006D">
        <w:rPr>
          <w:rFonts w:cs="Sakkal Majalla"/>
          <w:sz w:val="36"/>
          <w:szCs w:val="38"/>
        </w:rPr>
        <w:t xml:space="preserve"> </w:t>
      </w:r>
      <w:r w:rsidRPr="008E006D">
        <w:rPr>
          <w:rFonts w:cs="Sakkal Majalla"/>
          <w:sz w:val="36"/>
          <w:szCs w:val="38"/>
          <w:rtl/>
        </w:rPr>
        <w:t>المشروع،</w:t>
      </w:r>
      <w:r w:rsidRPr="008E006D">
        <w:rPr>
          <w:rFonts w:cs="Sakkal Majalla"/>
          <w:sz w:val="36"/>
          <w:szCs w:val="38"/>
        </w:rPr>
        <w:t xml:space="preserve"> </w:t>
      </w:r>
      <w:r w:rsidRPr="008E006D">
        <w:rPr>
          <w:rFonts w:cs="Sakkal Majalla"/>
          <w:sz w:val="36"/>
          <w:szCs w:val="38"/>
          <w:rtl/>
        </w:rPr>
        <w:t>مما</w:t>
      </w:r>
      <w:r w:rsidRPr="008E006D">
        <w:rPr>
          <w:rFonts w:cs="Sakkal Majalla"/>
          <w:sz w:val="36"/>
          <w:szCs w:val="38"/>
        </w:rPr>
        <w:t xml:space="preserve"> </w:t>
      </w:r>
      <w:r w:rsidRPr="008E006D">
        <w:rPr>
          <w:rFonts w:cs="Sakkal Majalla"/>
          <w:sz w:val="36"/>
          <w:szCs w:val="38"/>
          <w:rtl/>
        </w:rPr>
        <w:t>يساعد</w:t>
      </w:r>
      <w:r w:rsidRPr="008E006D">
        <w:rPr>
          <w:rFonts w:cs="Sakkal Majalla"/>
          <w:sz w:val="36"/>
          <w:szCs w:val="38"/>
        </w:rPr>
        <w:t xml:space="preserve"> </w:t>
      </w:r>
      <w:r w:rsidRPr="008E006D">
        <w:rPr>
          <w:rFonts w:cs="Sakkal Majalla"/>
          <w:sz w:val="36"/>
          <w:szCs w:val="38"/>
          <w:rtl/>
        </w:rPr>
        <w:t>الإدارة</w:t>
      </w:r>
      <w:r w:rsidRPr="008E006D">
        <w:rPr>
          <w:rFonts w:cs="Sakkal Majalla"/>
          <w:sz w:val="36"/>
          <w:szCs w:val="38"/>
        </w:rPr>
        <w:t xml:space="preserve"> </w:t>
      </w:r>
      <w:r w:rsidRPr="008E006D">
        <w:rPr>
          <w:rFonts w:cs="Sakkal Majalla"/>
          <w:sz w:val="36"/>
          <w:szCs w:val="38"/>
          <w:rtl/>
        </w:rPr>
        <w:t>العليا</w:t>
      </w:r>
      <w:r w:rsidRPr="008E006D">
        <w:rPr>
          <w:rFonts w:cs="Sakkal Majalla"/>
          <w:sz w:val="36"/>
          <w:szCs w:val="38"/>
        </w:rPr>
        <w:t xml:space="preserve"> </w:t>
      </w:r>
      <w:r w:rsidRPr="008E006D">
        <w:rPr>
          <w:rFonts w:cs="Sakkal Majalla"/>
          <w:sz w:val="36"/>
          <w:szCs w:val="38"/>
          <w:rtl/>
        </w:rPr>
        <w:t>ومكاتب</w:t>
      </w:r>
      <w:r w:rsidRPr="008E006D">
        <w:rPr>
          <w:rFonts w:cs="Sakkal Majalla"/>
          <w:sz w:val="36"/>
          <w:szCs w:val="38"/>
        </w:rPr>
        <w:t xml:space="preserve"> </w:t>
      </w:r>
      <w:r w:rsidRPr="008E006D">
        <w:rPr>
          <w:rFonts w:cs="Sakkal Majalla"/>
          <w:sz w:val="36"/>
          <w:szCs w:val="38"/>
          <w:rtl/>
        </w:rPr>
        <w:t>إدارة</w:t>
      </w:r>
      <w:r w:rsidRPr="008E006D">
        <w:rPr>
          <w:rFonts w:cs="Sakkal Majalla"/>
          <w:sz w:val="36"/>
          <w:szCs w:val="38"/>
        </w:rPr>
        <w:t xml:space="preserve"> </w:t>
      </w:r>
      <w:r w:rsidRPr="008E006D">
        <w:rPr>
          <w:rFonts w:cs="Sakkal Majalla"/>
          <w:sz w:val="36"/>
          <w:szCs w:val="38"/>
          <w:rtl/>
        </w:rPr>
        <w:t>المشاريع</w:t>
      </w:r>
      <w:r w:rsidRPr="008E006D">
        <w:rPr>
          <w:rFonts w:cs="Sakkal Majalla"/>
          <w:sz w:val="36"/>
          <w:szCs w:val="38"/>
        </w:rPr>
        <w:t xml:space="preserve"> </w:t>
      </w:r>
      <w:r w:rsidRPr="008E006D">
        <w:rPr>
          <w:rFonts w:cs="Sakkal Majalla"/>
          <w:sz w:val="36"/>
          <w:szCs w:val="38"/>
          <w:rtl/>
        </w:rPr>
        <w:t>على</w:t>
      </w:r>
      <w:r w:rsidRPr="008E006D">
        <w:rPr>
          <w:rFonts w:cs="Sakkal Majalla"/>
          <w:sz w:val="36"/>
          <w:szCs w:val="38"/>
        </w:rPr>
        <w:t xml:space="preserve"> </w:t>
      </w:r>
      <w:r w:rsidRPr="008E006D">
        <w:rPr>
          <w:rFonts w:cs="Sakkal Majalla"/>
          <w:sz w:val="36"/>
          <w:szCs w:val="38"/>
          <w:rtl/>
        </w:rPr>
        <w:t>التدخل</w:t>
      </w:r>
      <w:r w:rsidRPr="008E006D">
        <w:rPr>
          <w:rFonts w:cs="Sakkal Majalla"/>
          <w:sz w:val="36"/>
          <w:szCs w:val="38"/>
        </w:rPr>
        <w:t xml:space="preserve"> </w:t>
      </w:r>
      <w:r w:rsidRPr="008E006D">
        <w:rPr>
          <w:rFonts w:cs="Sakkal Majalla"/>
          <w:sz w:val="36"/>
          <w:szCs w:val="38"/>
          <w:rtl/>
        </w:rPr>
        <w:t>المبكر</w:t>
      </w:r>
      <w:r w:rsidRPr="008E006D">
        <w:rPr>
          <w:rFonts w:cs="Sakkal Majalla"/>
          <w:sz w:val="36"/>
          <w:szCs w:val="38"/>
        </w:rPr>
        <w:t xml:space="preserve"> </w:t>
      </w:r>
      <w:r w:rsidRPr="008E006D">
        <w:rPr>
          <w:rFonts w:cs="Sakkal Majalla"/>
          <w:sz w:val="36"/>
          <w:szCs w:val="38"/>
          <w:rtl/>
        </w:rPr>
        <w:t>قبل</w:t>
      </w:r>
      <w:r w:rsidRPr="008E006D">
        <w:rPr>
          <w:rFonts w:cs="Sakkal Majalla"/>
          <w:sz w:val="36"/>
          <w:szCs w:val="38"/>
        </w:rPr>
        <w:t xml:space="preserve"> </w:t>
      </w:r>
      <w:r w:rsidRPr="008E006D">
        <w:rPr>
          <w:rFonts w:cs="Sakkal Majalla"/>
          <w:sz w:val="36"/>
          <w:szCs w:val="38"/>
          <w:rtl/>
        </w:rPr>
        <w:t>تفاقم</w:t>
      </w:r>
      <w:r w:rsidRPr="008E006D">
        <w:rPr>
          <w:rFonts w:cs="Sakkal Majalla"/>
          <w:sz w:val="36"/>
          <w:szCs w:val="38"/>
        </w:rPr>
        <w:t xml:space="preserve"> </w:t>
      </w:r>
      <w:r w:rsidRPr="008E006D">
        <w:rPr>
          <w:rFonts w:cs="Sakkal Majalla"/>
          <w:sz w:val="36"/>
          <w:szCs w:val="38"/>
          <w:rtl/>
        </w:rPr>
        <w:t>الانحرافات</w:t>
      </w:r>
      <w:r w:rsidRPr="008E006D">
        <w:rPr>
          <w:rFonts w:cs="Sakkal Majalla"/>
          <w:sz w:val="36"/>
          <w:szCs w:val="38"/>
        </w:rPr>
        <w:t>.</w:t>
      </w:r>
    </w:p>
    <w:p w14:paraId="57BA4437" w14:textId="77777777" w:rsidR="008E006D" w:rsidRPr="008E006D" w:rsidRDefault="008E006D" w:rsidP="008D0B36">
      <w:pPr>
        <w:ind w:firstLine="720"/>
        <w:rPr>
          <w:rFonts w:cs="Sakkal Majalla"/>
          <w:sz w:val="36"/>
          <w:szCs w:val="38"/>
        </w:rPr>
      </w:pPr>
      <w:r w:rsidRPr="008E006D">
        <w:rPr>
          <w:rFonts w:cs="Sakkal Majalla"/>
          <w:sz w:val="36"/>
          <w:szCs w:val="38"/>
          <w:rtl/>
        </w:rPr>
        <w:t>في</w:t>
      </w:r>
      <w:r w:rsidRPr="008E006D">
        <w:rPr>
          <w:rFonts w:cs="Sakkal Majalla"/>
          <w:sz w:val="36"/>
          <w:szCs w:val="38"/>
        </w:rPr>
        <w:t xml:space="preserve"> </w:t>
      </w:r>
      <w:r w:rsidRPr="008E006D">
        <w:rPr>
          <w:rFonts w:cs="Sakkal Majalla"/>
          <w:sz w:val="36"/>
          <w:szCs w:val="38"/>
          <w:rtl/>
        </w:rPr>
        <w:t>الجهات</w:t>
      </w:r>
      <w:r w:rsidRPr="008E006D">
        <w:rPr>
          <w:rFonts w:cs="Sakkal Majalla"/>
          <w:sz w:val="36"/>
          <w:szCs w:val="38"/>
        </w:rPr>
        <w:t xml:space="preserve"> </w:t>
      </w:r>
      <w:r w:rsidRPr="008E006D">
        <w:rPr>
          <w:rFonts w:cs="Sakkal Majalla"/>
          <w:sz w:val="36"/>
          <w:szCs w:val="38"/>
          <w:rtl/>
        </w:rPr>
        <w:t>الحكومية،</w:t>
      </w:r>
      <w:r w:rsidRPr="008E006D">
        <w:rPr>
          <w:rFonts w:cs="Sakkal Majalla"/>
          <w:sz w:val="36"/>
          <w:szCs w:val="38"/>
        </w:rPr>
        <w:t xml:space="preserve"> </w:t>
      </w:r>
      <w:r w:rsidRPr="008E006D">
        <w:rPr>
          <w:rFonts w:cs="Sakkal Majalla"/>
          <w:sz w:val="36"/>
          <w:szCs w:val="38"/>
          <w:rtl/>
        </w:rPr>
        <w:t>يتطلب</w:t>
      </w:r>
      <w:r w:rsidRPr="008E006D">
        <w:rPr>
          <w:rFonts w:cs="Sakkal Majalla"/>
          <w:sz w:val="36"/>
          <w:szCs w:val="38"/>
        </w:rPr>
        <w:t xml:space="preserve"> </w:t>
      </w:r>
      <w:r w:rsidRPr="008E006D">
        <w:rPr>
          <w:rFonts w:cs="Sakkal Majalla"/>
          <w:sz w:val="36"/>
          <w:szCs w:val="38"/>
          <w:rtl/>
        </w:rPr>
        <w:t>التحول</w:t>
      </w:r>
      <w:r w:rsidRPr="008E006D">
        <w:rPr>
          <w:rFonts w:cs="Sakkal Majalla"/>
          <w:sz w:val="36"/>
          <w:szCs w:val="38"/>
        </w:rPr>
        <w:t xml:space="preserve"> </w:t>
      </w:r>
      <w:r w:rsidRPr="008E006D">
        <w:rPr>
          <w:rFonts w:cs="Sakkal Majalla"/>
          <w:sz w:val="36"/>
          <w:szCs w:val="38"/>
          <w:rtl/>
        </w:rPr>
        <w:t>الرقمي</w:t>
      </w:r>
      <w:r w:rsidRPr="008E006D">
        <w:rPr>
          <w:rFonts w:cs="Sakkal Majalla"/>
          <w:sz w:val="36"/>
          <w:szCs w:val="38"/>
        </w:rPr>
        <w:t xml:space="preserve"> </w:t>
      </w:r>
      <w:r w:rsidRPr="008E006D">
        <w:rPr>
          <w:rFonts w:cs="Sakkal Majalla"/>
          <w:sz w:val="36"/>
          <w:szCs w:val="38"/>
          <w:rtl/>
        </w:rPr>
        <w:t>في</w:t>
      </w:r>
      <w:r w:rsidRPr="008E006D">
        <w:rPr>
          <w:rFonts w:cs="Sakkal Majalla"/>
          <w:sz w:val="36"/>
          <w:szCs w:val="38"/>
        </w:rPr>
        <w:t xml:space="preserve"> </w:t>
      </w:r>
      <w:r w:rsidRPr="008E006D">
        <w:rPr>
          <w:rFonts w:cs="Sakkal Majalla"/>
          <w:sz w:val="36"/>
          <w:szCs w:val="38"/>
          <w:rtl/>
        </w:rPr>
        <w:t>إدارة</w:t>
      </w:r>
      <w:r w:rsidRPr="008E006D">
        <w:rPr>
          <w:rFonts w:cs="Sakkal Majalla"/>
          <w:sz w:val="36"/>
          <w:szCs w:val="38"/>
        </w:rPr>
        <w:t xml:space="preserve"> </w:t>
      </w:r>
      <w:r w:rsidRPr="008E006D">
        <w:rPr>
          <w:rFonts w:cs="Sakkal Majalla"/>
          <w:sz w:val="36"/>
          <w:szCs w:val="38"/>
          <w:rtl/>
        </w:rPr>
        <w:t>المشاريع</w:t>
      </w:r>
      <w:r w:rsidRPr="008E006D">
        <w:rPr>
          <w:rFonts w:cs="Sakkal Majalla"/>
          <w:sz w:val="36"/>
          <w:szCs w:val="38"/>
        </w:rPr>
        <w:t xml:space="preserve"> </w:t>
      </w:r>
      <w:r w:rsidRPr="008E006D">
        <w:rPr>
          <w:rFonts w:cs="Sakkal Majalla"/>
          <w:sz w:val="36"/>
          <w:szCs w:val="38"/>
          <w:rtl/>
        </w:rPr>
        <w:t>مراعاة</w:t>
      </w:r>
      <w:r w:rsidRPr="008E006D">
        <w:rPr>
          <w:rFonts w:cs="Sakkal Majalla"/>
          <w:sz w:val="36"/>
          <w:szCs w:val="38"/>
        </w:rPr>
        <w:t xml:space="preserve"> </w:t>
      </w:r>
      <w:r w:rsidRPr="008E006D">
        <w:rPr>
          <w:rFonts w:cs="Sakkal Majalla"/>
          <w:sz w:val="36"/>
          <w:szCs w:val="38"/>
          <w:rtl/>
        </w:rPr>
        <w:t>اعتبارات</w:t>
      </w:r>
      <w:r w:rsidRPr="008E006D">
        <w:rPr>
          <w:rFonts w:cs="Sakkal Majalla"/>
          <w:sz w:val="36"/>
          <w:szCs w:val="38"/>
        </w:rPr>
        <w:t xml:space="preserve"> </w:t>
      </w:r>
      <w:r w:rsidRPr="008E006D">
        <w:rPr>
          <w:rFonts w:cs="Sakkal Majalla"/>
          <w:sz w:val="36"/>
          <w:szCs w:val="38"/>
          <w:rtl/>
        </w:rPr>
        <w:t>إضافية</w:t>
      </w:r>
      <w:r w:rsidRPr="008E006D">
        <w:rPr>
          <w:rFonts w:cs="Sakkal Majalla"/>
          <w:sz w:val="36"/>
          <w:szCs w:val="38"/>
        </w:rPr>
        <w:t xml:space="preserve"> </w:t>
      </w:r>
      <w:r w:rsidRPr="008E006D">
        <w:rPr>
          <w:rFonts w:cs="Sakkal Majalla"/>
          <w:sz w:val="36"/>
          <w:szCs w:val="38"/>
          <w:rtl/>
        </w:rPr>
        <w:t>مثل</w:t>
      </w:r>
      <w:r w:rsidRPr="008E006D">
        <w:rPr>
          <w:rFonts w:cs="Sakkal Majalla"/>
          <w:sz w:val="36"/>
          <w:szCs w:val="38"/>
        </w:rPr>
        <w:t xml:space="preserve"> </w:t>
      </w:r>
      <w:r w:rsidRPr="008E006D">
        <w:rPr>
          <w:rFonts w:cs="Sakkal Majalla"/>
          <w:sz w:val="36"/>
          <w:szCs w:val="38"/>
          <w:rtl/>
        </w:rPr>
        <w:t>الامتثال</w:t>
      </w:r>
      <w:r w:rsidRPr="008E006D">
        <w:rPr>
          <w:rFonts w:cs="Sakkal Majalla"/>
          <w:sz w:val="36"/>
          <w:szCs w:val="38"/>
        </w:rPr>
        <w:t xml:space="preserve"> </w:t>
      </w:r>
      <w:r w:rsidRPr="008E006D">
        <w:rPr>
          <w:rFonts w:cs="Sakkal Majalla"/>
          <w:sz w:val="36"/>
          <w:szCs w:val="38"/>
          <w:rtl/>
        </w:rPr>
        <w:t>للسياسات،</w:t>
      </w:r>
      <w:r w:rsidRPr="008E006D">
        <w:rPr>
          <w:rFonts w:cs="Sakkal Majalla"/>
          <w:sz w:val="36"/>
          <w:szCs w:val="38"/>
        </w:rPr>
        <w:t xml:space="preserve"> </w:t>
      </w:r>
      <w:r w:rsidRPr="008E006D">
        <w:rPr>
          <w:rFonts w:cs="Sakkal Majalla"/>
          <w:sz w:val="36"/>
          <w:szCs w:val="38"/>
          <w:rtl/>
        </w:rPr>
        <w:t>وحوكمة</w:t>
      </w:r>
      <w:r w:rsidRPr="008E006D">
        <w:rPr>
          <w:rFonts w:cs="Sakkal Majalla"/>
          <w:sz w:val="36"/>
          <w:szCs w:val="38"/>
        </w:rPr>
        <w:t xml:space="preserve"> </w:t>
      </w:r>
      <w:r w:rsidRPr="008E006D">
        <w:rPr>
          <w:rFonts w:cs="Sakkal Majalla"/>
          <w:sz w:val="36"/>
          <w:szCs w:val="38"/>
          <w:rtl/>
        </w:rPr>
        <w:t>البيانات،</w:t>
      </w:r>
      <w:r w:rsidRPr="008E006D">
        <w:rPr>
          <w:rFonts w:cs="Sakkal Majalla"/>
          <w:sz w:val="36"/>
          <w:szCs w:val="38"/>
        </w:rPr>
        <w:t xml:space="preserve"> </w:t>
      </w:r>
      <w:r w:rsidRPr="008E006D">
        <w:rPr>
          <w:rFonts w:cs="Sakkal Majalla"/>
          <w:sz w:val="36"/>
          <w:szCs w:val="38"/>
          <w:rtl/>
        </w:rPr>
        <w:t>وأمن</w:t>
      </w:r>
      <w:r w:rsidRPr="008E006D">
        <w:rPr>
          <w:rFonts w:cs="Sakkal Majalla"/>
          <w:sz w:val="36"/>
          <w:szCs w:val="38"/>
        </w:rPr>
        <w:t xml:space="preserve"> </w:t>
      </w:r>
      <w:r w:rsidRPr="008E006D">
        <w:rPr>
          <w:rFonts w:cs="Sakkal Majalla"/>
          <w:sz w:val="36"/>
          <w:szCs w:val="38"/>
          <w:rtl/>
        </w:rPr>
        <w:t>المعلومات،</w:t>
      </w:r>
      <w:r w:rsidRPr="008E006D">
        <w:rPr>
          <w:rFonts w:cs="Sakkal Majalla"/>
          <w:sz w:val="36"/>
          <w:szCs w:val="38"/>
        </w:rPr>
        <w:t xml:space="preserve"> </w:t>
      </w:r>
      <w:r w:rsidRPr="008E006D">
        <w:rPr>
          <w:rFonts w:cs="Sakkal Majalla"/>
          <w:sz w:val="36"/>
          <w:szCs w:val="38"/>
          <w:rtl/>
        </w:rPr>
        <w:t>والتكامل</w:t>
      </w:r>
      <w:r w:rsidRPr="008E006D">
        <w:rPr>
          <w:rFonts w:cs="Sakkal Majalla"/>
          <w:sz w:val="36"/>
          <w:szCs w:val="38"/>
        </w:rPr>
        <w:t xml:space="preserve"> </w:t>
      </w:r>
      <w:r w:rsidRPr="008E006D">
        <w:rPr>
          <w:rFonts w:cs="Sakkal Majalla"/>
          <w:sz w:val="36"/>
          <w:szCs w:val="38"/>
          <w:rtl/>
        </w:rPr>
        <w:t>مع</w:t>
      </w:r>
      <w:r w:rsidRPr="008E006D">
        <w:rPr>
          <w:rFonts w:cs="Sakkal Majalla"/>
          <w:sz w:val="36"/>
          <w:szCs w:val="38"/>
        </w:rPr>
        <w:t xml:space="preserve"> </w:t>
      </w:r>
      <w:r w:rsidRPr="008E006D">
        <w:rPr>
          <w:rFonts w:cs="Sakkal Majalla"/>
          <w:sz w:val="36"/>
          <w:szCs w:val="38"/>
          <w:rtl/>
        </w:rPr>
        <w:t>أنظمة</w:t>
      </w:r>
      <w:r w:rsidRPr="008E006D">
        <w:rPr>
          <w:rFonts w:cs="Sakkal Majalla"/>
          <w:sz w:val="36"/>
          <w:szCs w:val="38"/>
        </w:rPr>
        <w:t xml:space="preserve"> </w:t>
      </w:r>
      <w:r w:rsidRPr="008E006D">
        <w:rPr>
          <w:rFonts w:cs="Sakkal Majalla"/>
          <w:sz w:val="36"/>
          <w:szCs w:val="38"/>
          <w:rtl/>
        </w:rPr>
        <w:t>المشتريات</w:t>
      </w:r>
      <w:r w:rsidRPr="008E006D">
        <w:rPr>
          <w:rFonts w:cs="Sakkal Majalla"/>
          <w:sz w:val="36"/>
          <w:szCs w:val="38"/>
        </w:rPr>
        <w:t xml:space="preserve"> </w:t>
      </w:r>
      <w:r w:rsidRPr="008E006D">
        <w:rPr>
          <w:rFonts w:cs="Sakkal Majalla"/>
          <w:sz w:val="36"/>
          <w:szCs w:val="38"/>
          <w:rtl/>
        </w:rPr>
        <w:t>والمالية</w:t>
      </w:r>
      <w:r w:rsidRPr="008E006D">
        <w:rPr>
          <w:rFonts w:cs="Sakkal Majalla"/>
          <w:sz w:val="36"/>
          <w:szCs w:val="38"/>
        </w:rPr>
        <w:t xml:space="preserve"> </w:t>
      </w:r>
      <w:r w:rsidRPr="008E006D">
        <w:rPr>
          <w:rFonts w:cs="Sakkal Majalla"/>
          <w:sz w:val="36"/>
          <w:szCs w:val="38"/>
          <w:rtl/>
        </w:rPr>
        <w:t>والموارد،</w:t>
      </w:r>
      <w:r w:rsidRPr="008E006D">
        <w:rPr>
          <w:rFonts w:cs="Sakkal Majalla"/>
          <w:sz w:val="36"/>
          <w:szCs w:val="38"/>
        </w:rPr>
        <w:t xml:space="preserve"> </w:t>
      </w:r>
      <w:r w:rsidRPr="008E006D">
        <w:rPr>
          <w:rFonts w:cs="Sakkal Majalla"/>
          <w:sz w:val="36"/>
          <w:szCs w:val="38"/>
          <w:rtl/>
        </w:rPr>
        <w:t>ووضوح</w:t>
      </w:r>
      <w:r w:rsidRPr="008E006D">
        <w:rPr>
          <w:rFonts w:cs="Sakkal Majalla"/>
          <w:sz w:val="36"/>
          <w:szCs w:val="38"/>
        </w:rPr>
        <w:t xml:space="preserve"> </w:t>
      </w:r>
      <w:r w:rsidRPr="008E006D">
        <w:rPr>
          <w:rFonts w:cs="Sakkal Majalla"/>
          <w:sz w:val="36"/>
          <w:szCs w:val="38"/>
          <w:rtl/>
        </w:rPr>
        <w:t>المسؤوليات</w:t>
      </w:r>
      <w:r w:rsidRPr="008E006D">
        <w:rPr>
          <w:rFonts w:cs="Sakkal Majalla"/>
          <w:sz w:val="36"/>
          <w:szCs w:val="38"/>
        </w:rPr>
        <w:t xml:space="preserve"> </w:t>
      </w:r>
      <w:r w:rsidRPr="008E006D">
        <w:rPr>
          <w:rFonts w:cs="Sakkal Majalla"/>
          <w:sz w:val="36"/>
          <w:szCs w:val="38"/>
          <w:rtl/>
        </w:rPr>
        <w:t>بين</w:t>
      </w:r>
      <w:r w:rsidRPr="008E006D">
        <w:rPr>
          <w:rFonts w:cs="Sakkal Majalla"/>
          <w:sz w:val="36"/>
          <w:szCs w:val="38"/>
        </w:rPr>
        <w:t xml:space="preserve"> </w:t>
      </w:r>
      <w:r w:rsidRPr="008E006D">
        <w:rPr>
          <w:rFonts w:cs="Sakkal Majalla"/>
          <w:sz w:val="36"/>
          <w:szCs w:val="38"/>
          <w:rtl/>
        </w:rPr>
        <w:t>مالك</w:t>
      </w:r>
      <w:r w:rsidRPr="008E006D">
        <w:rPr>
          <w:rFonts w:cs="Sakkal Majalla"/>
          <w:sz w:val="36"/>
          <w:szCs w:val="38"/>
        </w:rPr>
        <w:t xml:space="preserve"> </w:t>
      </w:r>
      <w:r w:rsidRPr="008E006D">
        <w:rPr>
          <w:rFonts w:cs="Sakkal Majalla"/>
          <w:sz w:val="36"/>
          <w:szCs w:val="38"/>
          <w:rtl/>
        </w:rPr>
        <w:t>المشروع</w:t>
      </w:r>
      <w:r w:rsidRPr="008E006D">
        <w:rPr>
          <w:rFonts w:cs="Sakkal Majalla"/>
          <w:sz w:val="36"/>
          <w:szCs w:val="38"/>
        </w:rPr>
        <w:t xml:space="preserve"> </w:t>
      </w:r>
      <w:r w:rsidRPr="008E006D">
        <w:rPr>
          <w:rFonts w:cs="Sakkal Majalla"/>
          <w:sz w:val="36"/>
          <w:szCs w:val="38"/>
          <w:rtl/>
        </w:rPr>
        <w:t>ومكتب</w:t>
      </w:r>
      <w:r w:rsidRPr="008E006D">
        <w:rPr>
          <w:rFonts w:cs="Sakkal Majalla"/>
          <w:sz w:val="36"/>
          <w:szCs w:val="38"/>
        </w:rPr>
        <w:t xml:space="preserve"> </w:t>
      </w:r>
      <w:r w:rsidRPr="008E006D">
        <w:rPr>
          <w:rFonts w:cs="Sakkal Majalla"/>
          <w:sz w:val="36"/>
          <w:szCs w:val="38"/>
          <w:rtl/>
        </w:rPr>
        <w:t>إدارة</w:t>
      </w:r>
      <w:r w:rsidRPr="008E006D">
        <w:rPr>
          <w:rFonts w:cs="Sakkal Majalla"/>
          <w:sz w:val="36"/>
          <w:szCs w:val="38"/>
        </w:rPr>
        <w:t xml:space="preserve"> </w:t>
      </w:r>
      <w:r w:rsidRPr="008E006D">
        <w:rPr>
          <w:rFonts w:cs="Sakkal Majalla"/>
          <w:sz w:val="36"/>
          <w:szCs w:val="38"/>
          <w:rtl/>
        </w:rPr>
        <w:t>المشاريع</w:t>
      </w:r>
      <w:r w:rsidRPr="008E006D">
        <w:rPr>
          <w:rFonts w:cs="Sakkal Majalla"/>
          <w:sz w:val="36"/>
          <w:szCs w:val="38"/>
        </w:rPr>
        <w:t xml:space="preserve"> </w:t>
      </w:r>
      <w:r w:rsidRPr="008E006D">
        <w:rPr>
          <w:rFonts w:cs="Sakkal Majalla"/>
          <w:sz w:val="36"/>
          <w:szCs w:val="38"/>
          <w:rtl/>
        </w:rPr>
        <w:t>وإدارة</w:t>
      </w:r>
      <w:r w:rsidRPr="008E006D">
        <w:rPr>
          <w:rFonts w:cs="Sakkal Majalla"/>
          <w:sz w:val="36"/>
          <w:szCs w:val="38"/>
        </w:rPr>
        <w:t xml:space="preserve"> </w:t>
      </w:r>
      <w:r w:rsidRPr="008E006D">
        <w:rPr>
          <w:rFonts w:cs="Sakkal Majalla"/>
          <w:sz w:val="36"/>
          <w:szCs w:val="38"/>
          <w:rtl/>
        </w:rPr>
        <w:t>تقنية</w:t>
      </w:r>
      <w:r w:rsidRPr="008E006D">
        <w:rPr>
          <w:rFonts w:cs="Sakkal Majalla"/>
          <w:sz w:val="36"/>
          <w:szCs w:val="38"/>
        </w:rPr>
        <w:t xml:space="preserve"> </w:t>
      </w:r>
      <w:r w:rsidRPr="008E006D">
        <w:rPr>
          <w:rFonts w:cs="Sakkal Majalla"/>
          <w:sz w:val="36"/>
          <w:szCs w:val="38"/>
          <w:rtl/>
        </w:rPr>
        <w:t>المعلومات</w:t>
      </w:r>
      <w:r w:rsidRPr="008E006D">
        <w:rPr>
          <w:rFonts w:cs="Sakkal Majalla"/>
          <w:sz w:val="36"/>
          <w:szCs w:val="38"/>
        </w:rPr>
        <w:t xml:space="preserve"> </w:t>
      </w:r>
      <w:r w:rsidRPr="008E006D">
        <w:rPr>
          <w:rFonts w:cs="Sakkal Majalla"/>
          <w:sz w:val="36"/>
          <w:szCs w:val="38"/>
          <w:rtl/>
        </w:rPr>
        <w:t>وإدارة</w:t>
      </w:r>
      <w:r w:rsidRPr="008E006D">
        <w:rPr>
          <w:rFonts w:cs="Sakkal Majalla"/>
          <w:sz w:val="36"/>
          <w:szCs w:val="38"/>
        </w:rPr>
        <w:t xml:space="preserve"> </w:t>
      </w:r>
      <w:r w:rsidRPr="008E006D">
        <w:rPr>
          <w:rFonts w:cs="Sakkal Majalla"/>
          <w:sz w:val="36"/>
          <w:szCs w:val="38"/>
          <w:rtl/>
        </w:rPr>
        <w:t>التحول</w:t>
      </w:r>
      <w:r w:rsidRPr="008E006D">
        <w:rPr>
          <w:rFonts w:cs="Sakkal Majalla"/>
          <w:sz w:val="36"/>
          <w:szCs w:val="38"/>
        </w:rPr>
        <w:t xml:space="preserve"> </w:t>
      </w:r>
      <w:r w:rsidRPr="008E006D">
        <w:rPr>
          <w:rFonts w:cs="Sakkal Majalla"/>
          <w:sz w:val="36"/>
          <w:szCs w:val="38"/>
          <w:rtl/>
        </w:rPr>
        <w:t>الرقمي</w:t>
      </w:r>
      <w:r w:rsidRPr="008E006D">
        <w:rPr>
          <w:rFonts w:cs="Sakkal Majalla"/>
          <w:sz w:val="36"/>
          <w:szCs w:val="38"/>
        </w:rPr>
        <w:t>.</w:t>
      </w:r>
    </w:p>
    <w:p w14:paraId="1FD7E3B9" w14:textId="77777777" w:rsidR="008E006D" w:rsidRDefault="008E006D" w:rsidP="008D0B36">
      <w:pPr>
        <w:ind w:firstLine="720"/>
        <w:rPr>
          <w:rFonts w:cs="Sakkal Majalla"/>
          <w:sz w:val="36"/>
          <w:szCs w:val="38"/>
          <w:rtl/>
        </w:rPr>
      </w:pPr>
      <w:r w:rsidRPr="008E006D">
        <w:rPr>
          <w:rFonts w:cs="Sakkal Majalla"/>
          <w:sz w:val="36"/>
          <w:szCs w:val="38"/>
          <w:rtl/>
        </w:rPr>
        <w:t>وبذلك</w:t>
      </w:r>
      <w:r w:rsidRPr="008E006D">
        <w:rPr>
          <w:rFonts w:cs="Sakkal Majalla"/>
          <w:sz w:val="36"/>
          <w:szCs w:val="38"/>
        </w:rPr>
        <w:t xml:space="preserve"> </w:t>
      </w:r>
      <w:r w:rsidRPr="008E006D">
        <w:rPr>
          <w:rFonts w:cs="Sakkal Majalla"/>
          <w:sz w:val="36"/>
          <w:szCs w:val="38"/>
          <w:rtl/>
        </w:rPr>
        <w:t>يمكن</w:t>
      </w:r>
      <w:r w:rsidRPr="008E006D">
        <w:rPr>
          <w:rFonts w:cs="Sakkal Majalla"/>
          <w:sz w:val="36"/>
          <w:szCs w:val="38"/>
        </w:rPr>
        <w:t xml:space="preserve"> </w:t>
      </w:r>
      <w:r w:rsidRPr="008E006D">
        <w:rPr>
          <w:rFonts w:cs="Sakkal Majalla"/>
          <w:sz w:val="36"/>
          <w:szCs w:val="38"/>
          <w:rtl/>
        </w:rPr>
        <w:t>النظر</w:t>
      </w:r>
      <w:r w:rsidRPr="008E006D">
        <w:rPr>
          <w:rFonts w:cs="Sakkal Majalla"/>
          <w:sz w:val="36"/>
          <w:szCs w:val="38"/>
        </w:rPr>
        <w:t xml:space="preserve"> </w:t>
      </w:r>
      <w:r w:rsidRPr="008E006D">
        <w:rPr>
          <w:rFonts w:cs="Sakkal Majalla"/>
          <w:sz w:val="36"/>
          <w:szCs w:val="38"/>
          <w:rtl/>
        </w:rPr>
        <w:t>إلى</w:t>
      </w:r>
      <w:r w:rsidRPr="008E006D">
        <w:rPr>
          <w:rFonts w:cs="Sakkal Majalla"/>
          <w:sz w:val="36"/>
          <w:szCs w:val="38"/>
        </w:rPr>
        <w:t xml:space="preserve"> </w:t>
      </w:r>
      <w:r w:rsidRPr="008E006D">
        <w:rPr>
          <w:rFonts w:cs="Sakkal Majalla"/>
          <w:sz w:val="36"/>
          <w:szCs w:val="38"/>
          <w:rtl/>
        </w:rPr>
        <w:t>إدارة</w:t>
      </w:r>
      <w:r w:rsidRPr="008E006D">
        <w:rPr>
          <w:rFonts w:cs="Sakkal Majalla"/>
          <w:sz w:val="36"/>
          <w:szCs w:val="38"/>
        </w:rPr>
        <w:t xml:space="preserve"> </w:t>
      </w:r>
      <w:r w:rsidRPr="008E006D">
        <w:rPr>
          <w:rFonts w:cs="Sakkal Majalla"/>
          <w:sz w:val="36"/>
          <w:szCs w:val="38"/>
          <w:rtl/>
        </w:rPr>
        <w:t>المشاريع</w:t>
      </w:r>
      <w:r w:rsidRPr="008E006D">
        <w:rPr>
          <w:rFonts w:cs="Sakkal Majalla"/>
          <w:sz w:val="36"/>
          <w:szCs w:val="38"/>
        </w:rPr>
        <w:t xml:space="preserve"> </w:t>
      </w:r>
      <w:r w:rsidRPr="008E006D">
        <w:rPr>
          <w:rFonts w:cs="Sakkal Majalla"/>
          <w:sz w:val="36"/>
          <w:szCs w:val="38"/>
          <w:rtl/>
        </w:rPr>
        <w:t>الرقمية</w:t>
      </w:r>
      <w:r w:rsidRPr="008E006D">
        <w:rPr>
          <w:rFonts w:cs="Sakkal Majalla"/>
          <w:sz w:val="36"/>
          <w:szCs w:val="38"/>
        </w:rPr>
        <w:t xml:space="preserve"> </w:t>
      </w:r>
      <w:r w:rsidRPr="008E006D">
        <w:rPr>
          <w:rFonts w:cs="Sakkal Majalla"/>
          <w:sz w:val="36"/>
          <w:szCs w:val="38"/>
          <w:rtl/>
        </w:rPr>
        <w:t>بوصفها</w:t>
      </w:r>
      <w:r w:rsidRPr="008E006D">
        <w:rPr>
          <w:rFonts w:cs="Sakkal Majalla"/>
          <w:sz w:val="36"/>
          <w:szCs w:val="38"/>
        </w:rPr>
        <w:t xml:space="preserve"> </w:t>
      </w:r>
      <w:r w:rsidRPr="008E006D">
        <w:rPr>
          <w:rFonts w:cs="Sakkal Majalla"/>
          <w:sz w:val="36"/>
          <w:szCs w:val="38"/>
          <w:rtl/>
        </w:rPr>
        <w:t>قدرة</w:t>
      </w:r>
      <w:r w:rsidRPr="008E006D">
        <w:rPr>
          <w:rFonts w:cs="Sakkal Majalla"/>
          <w:sz w:val="36"/>
          <w:szCs w:val="38"/>
        </w:rPr>
        <w:t xml:space="preserve"> </w:t>
      </w:r>
      <w:r w:rsidRPr="008E006D">
        <w:rPr>
          <w:rFonts w:cs="Sakkal Majalla"/>
          <w:sz w:val="36"/>
          <w:szCs w:val="38"/>
          <w:rtl/>
        </w:rPr>
        <w:t>تنظيمية</w:t>
      </w:r>
      <w:r w:rsidRPr="008E006D">
        <w:rPr>
          <w:rFonts w:cs="Sakkal Majalla"/>
          <w:sz w:val="36"/>
          <w:szCs w:val="38"/>
        </w:rPr>
        <w:t xml:space="preserve"> </w:t>
      </w:r>
      <w:r w:rsidRPr="008E006D">
        <w:rPr>
          <w:rFonts w:cs="Sakkal Majalla"/>
          <w:sz w:val="36"/>
          <w:szCs w:val="38"/>
          <w:rtl/>
        </w:rPr>
        <w:t>مركبة</w:t>
      </w:r>
      <w:r w:rsidRPr="008E006D">
        <w:rPr>
          <w:rFonts w:cs="Sakkal Majalla"/>
          <w:sz w:val="36"/>
          <w:szCs w:val="38"/>
        </w:rPr>
        <w:t xml:space="preserve"> </w:t>
      </w:r>
      <w:r w:rsidRPr="008E006D">
        <w:rPr>
          <w:rFonts w:cs="Sakkal Majalla"/>
          <w:sz w:val="36"/>
          <w:szCs w:val="38"/>
          <w:rtl/>
        </w:rPr>
        <w:t>تجمع</w:t>
      </w:r>
      <w:r w:rsidRPr="008E006D">
        <w:rPr>
          <w:rFonts w:cs="Sakkal Majalla"/>
          <w:sz w:val="36"/>
          <w:szCs w:val="38"/>
        </w:rPr>
        <w:t xml:space="preserve"> </w:t>
      </w:r>
      <w:r w:rsidRPr="008E006D">
        <w:rPr>
          <w:rFonts w:cs="Sakkal Majalla"/>
          <w:sz w:val="36"/>
          <w:szCs w:val="38"/>
          <w:rtl/>
        </w:rPr>
        <w:t>بين</w:t>
      </w:r>
      <w:r w:rsidRPr="008E006D">
        <w:rPr>
          <w:rFonts w:cs="Sakkal Majalla"/>
          <w:sz w:val="36"/>
          <w:szCs w:val="38"/>
        </w:rPr>
        <w:t xml:space="preserve"> </w:t>
      </w:r>
      <w:r w:rsidRPr="008E006D">
        <w:rPr>
          <w:rFonts w:cs="Sakkal Majalla"/>
          <w:sz w:val="36"/>
          <w:szCs w:val="38"/>
          <w:rtl/>
        </w:rPr>
        <w:t>أدوات</w:t>
      </w:r>
      <w:r w:rsidRPr="008E006D">
        <w:rPr>
          <w:rFonts w:cs="Sakkal Majalla"/>
          <w:sz w:val="36"/>
          <w:szCs w:val="38"/>
        </w:rPr>
        <w:t xml:space="preserve"> </w:t>
      </w:r>
      <w:r w:rsidRPr="008E006D">
        <w:rPr>
          <w:rFonts w:cs="Sakkal Majalla"/>
          <w:sz w:val="36"/>
          <w:szCs w:val="38"/>
          <w:rtl/>
        </w:rPr>
        <w:t>تقنية،</w:t>
      </w:r>
      <w:r w:rsidRPr="008E006D">
        <w:rPr>
          <w:rFonts w:cs="Sakkal Majalla"/>
          <w:sz w:val="36"/>
          <w:szCs w:val="38"/>
        </w:rPr>
        <w:t xml:space="preserve"> </w:t>
      </w:r>
      <w:r w:rsidRPr="008E006D">
        <w:rPr>
          <w:rFonts w:cs="Sakkal Majalla"/>
          <w:sz w:val="36"/>
          <w:szCs w:val="38"/>
          <w:rtl/>
        </w:rPr>
        <w:t>ومنهجيات</w:t>
      </w:r>
      <w:r w:rsidRPr="008E006D">
        <w:rPr>
          <w:rFonts w:cs="Sakkal Majalla"/>
          <w:sz w:val="36"/>
          <w:szCs w:val="38"/>
        </w:rPr>
        <w:t xml:space="preserve"> </w:t>
      </w:r>
      <w:r w:rsidRPr="008E006D">
        <w:rPr>
          <w:rFonts w:cs="Sakkal Majalla"/>
          <w:sz w:val="36"/>
          <w:szCs w:val="38"/>
          <w:rtl/>
        </w:rPr>
        <w:t>حوكمة،</w:t>
      </w:r>
      <w:r w:rsidRPr="008E006D">
        <w:rPr>
          <w:rFonts w:cs="Sakkal Majalla"/>
          <w:sz w:val="36"/>
          <w:szCs w:val="38"/>
        </w:rPr>
        <w:t xml:space="preserve"> </w:t>
      </w:r>
      <w:r w:rsidRPr="008E006D">
        <w:rPr>
          <w:rFonts w:cs="Sakkal Majalla"/>
          <w:sz w:val="36"/>
          <w:szCs w:val="38"/>
          <w:rtl/>
        </w:rPr>
        <w:t>وفرق</w:t>
      </w:r>
      <w:r w:rsidRPr="008E006D">
        <w:rPr>
          <w:rFonts w:cs="Sakkal Majalla"/>
          <w:sz w:val="36"/>
          <w:szCs w:val="38"/>
        </w:rPr>
        <w:t xml:space="preserve"> </w:t>
      </w:r>
      <w:r w:rsidRPr="008E006D">
        <w:rPr>
          <w:rFonts w:cs="Sakkal Majalla"/>
          <w:sz w:val="36"/>
          <w:szCs w:val="38"/>
          <w:rtl/>
        </w:rPr>
        <w:t>عمل</w:t>
      </w:r>
      <w:r w:rsidRPr="008E006D">
        <w:rPr>
          <w:rFonts w:cs="Sakkal Majalla"/>
          <w:sz w:val="36"/>
          <w:szCs w:val="38"/>
        </w:rPr>
        <w:t xml:space="preserve"> </w:t>
      </w:r>
      <w:r w:rsidRPr="008E006D">
        <w:rPr>
          <w:rFonts w:cs="Sakkal Majalla"/>
          <w:sz w:val="36"/>
          <w:szCs w:val="38"/>
          <w:rtl/>
        </w:rPr>
        <w:t>مؤهلة،</w:t>
      </w:r>
      <w:r w:rsidRPr="008E006D">
        <w:rPr>
          <w:rFonts w:cs="Sakkal Majalla"/>
          <w:sz w:val="36"/>
          <w:szCs w:val="38"/>
        </w:rPr>
        <w:t xml:space="preserve"> </w:t>
      </w:r>
      <w:r w:rsidRPr="008E006D">
        <w:rPr>
          <w:rFonts w:cs="Sakkal Majalla"/>
          <w:sz w:val="36"/>
          <w:szCs w:val="38"/>
          <w:rtl/>
        </w:rPr>
        <w:t>وثقافة</w:t>
      </w:r>
      <w:r w:rsidRPr="008E006D">
        <w:rPr>
          <w:rFonts w:cs="Sakkal Majalla"/>
          <w:sz w:val="36"/>
          <w:szCs w:val="38"/>
        </w:rPr>
        <w:t xml:space="preserve"> </w:t>
      </w:r>
      <w:r w:rsidRPr="008E006D">
        <w:rPr>
          <w:rFonts w:cs="Sakkal Majalla"/>
          <w:sz w:val="36"/>
          <w:szCs w:val="38"/>
          <w:rtl/>
        </w:rPr>
        <w:t>اعتماد</w:t>
      </w:r>
      <w:r w:rsidRPr="008E006D">
        <w:rPr>
          <w:rFonts w:cs="Sakkal Majalla"/>
          <w:sz w:val="36"/>
          <w:szCs w:val="38"/>
        </w:rPr>
        <w:t xml:space="preserve"> </w:t>
      </w:r>
      <w:r w:rsidRPr="008E006D">
        <w:rPr>
          <w:rFonts w:cs="Sakkal Majalla"/>
          <w:sz w:val="36"/>
          <w:szCs w:val="38"/>
          <w:rtl/>
        </w:rPr>
        <w:t>على</w:t>
      </w:r>
      <w:r w:rsidRPr="008E006D">
        <w:rPr>
          <w:rFonts w:cs="Sakkal Majalla"/>
          <w:sz w:val="36"/>
          <w:szCs w:val="38"/>
        </w:rPr>
        <w:t xml:space="preserve"> </w:t>
      </w:r>
      <w:r w:rsidRPr="008E006D">
        <w:rPr>
          <w:rFonts w:cs="Sakkal Majalla"/>
          <w:sz w:val="36"/>
          <w:szCs w:val="38"/>
          <w:rtl/>
        </w:rPr>
        <w:t>البيانات</w:t>
      </w:r>
      <w:r w:rsidRPr="008E006D">
        <w:rPr>
          <w:rFonts w:cs="Sakkal Majalla"/>
          <w:sz w:val="36"/>
          <w:szCs w:val="38"/>
        </w:rPr>
        <w:t xml:space="preserve">. </w:t>
      </w:r>
      <w:r w:rsidRPr="008E006D">
        <w:rPr>
          <w:rFonts w:cs="Sakkal Majalla"/>
          <w:sz w:val="36"/>
          <w:szCs w:val="38"/>
          <w:rtl/>
        </w:rPr>
        <w:t>ويعد</w:t>
      </w:r>
      <w:r w:rsidRPr="008E006D">
        <w:rPr>
          <w:rFonts w:cs="Sakkal Majalla"/>
          <w:sz w:val="36"/>
          <w:szCs w:val="38"/>
        </w:rPr>
        <w:t xml:space="preserve"> </w:t>
      </w:r>
      <w:r w:rsidRPr="008E006D">
        <w:rPr>
          <w:rFonts w:cs="Sakkal Majalla"/>
          <w:sz w:val="36"/>
          <w:szCs w:val="38"/>
          <w:rtl/>
        </w:rPr>
        <w:t>نجاحها</w:t>
      </w:r>
      <w:r w:rsidRPr="008E006D">
        <w:rPr>
          <w:rFonts w:cs="Sakkal Majalla"/>
          <w:sz w:val="36"/>
          <w:szCs w:val="38"/>
        </w:rPr>
        <w:t xml:space="preserve"> </w:t>
      </w:r>
      <w:r w:rsidRPr="008E006D">
        <w:rPr>
          <w:rFonts w:cs="Sakkal Majalla"/>
          <w:sz w:val="36"/>
          <w:szCs w:val="38"/>
          <w:rtl/>
        </w:rPr>
        <w:t>مرتبطًا</w:t>
      </w:r>
      <w:r w:rsidRPr="008E006D">
        <w:rPr>
          <w:rFonts w:cs="Sakkal Majalla"/>
          <w:sz w:val="36"/>
          <w:szCs w:val="38"/>
        </w:rPr>
        <w:t xml:space="preserve"> </w:t>
      </w:r>
      <w:r w:rsidRPr="008E006D">
        <w:rPr>
          <w:rFonts w:cs="Sakkal Majalla"/>
          <w:sz w:val="36"/>
          <w:szCs w:val="38"/>
          <w:rtl/>
        </w:rPr>
        <w:t>بمدى</w:t>
      </w:r>
      <w:r w:rsidRPr="008E006D">
        <w:rPr>
          <w:rFonts w:cs="Sakkal Majalla"/>
          <w:sz w:val="36"/>
          <w:szCs w:val="38"/>
        </w:rPr>
        <w:t xml:space="preserve"> </w:t>
      </w:r>
      <w:r w:rsidRPr="008E006D">
        <w:rPr>
          <w:rFonts w:cs="Sakkal Majalla"/>
          <w:sz w:val="36"/>
          <w:szCs w:val="38"/>
          <w:rtl/>
        </w:rPr>
        <w:t>قدرتها</w:t>
      </w:r>
      <w:r w:rsidRPr="008E006D">
        <w:rPr>
          <w:rFonts w:cs="Sakkal Majalla"/>
          <w:sz w:val="36"/>
          <w:szCs w:val="38"/>
        </w:rPr>
        <w:t xml:space="preserve"> </w:t>
      </w:r>
      <w:r w:rsidRPr="008E006D">
        <w:rPr>
          <w:rFonts w:cs="Sakkal Majalla"/>
          <w:sz w:val="36"/>
          <w:szCs w:val="38"/>
          <w:rtl/>
        </w:rPr>
        <w:t>على</w:t>
      </w:r>
      <w:r w:rsidRPr="008E006D">
        <w:rPr>
          <w:rFonts w:cs="Sakkal Majalla"/>
          <w:sz w:val="36"/>
          <w:szCs w:val="38"/>
        </w:rPr>
        <w:t xml:space="preserve"> </w:t>
      </w:r>
      <w:r w:rsidRPr="008E006D">
        <w:rPr>
          <w:rFonts w:cs="Sakkal Majalla"/>
          <w:sz w:val="36"/>
          <w:szCs w:val="38"/>
          <w:rtl/>
        </w:rPr>
        <w:t>تقليل</w:t>
      </w:r>
      <w:r w:rsidRPr="008E006D">
        <w:rPr>
          <w:rFonts w:cs="Sakkal Majalla"/>
          <w:sz w:val="36"/>
          <w:szCs w:val="38"/>
        </w:rPr>
        <w:t xml:space="preserve"> </w:t>
      </w:r>
      <w:r w:rsidRPr="008E006D">
        <w:rPr>
          <w:rFonts w:cs="Sakkal Majalla"/>
          <w:sz w:val="36"/>
          <w:szCs w:val="38"/>
          <w:rtl/>
        </w:rPr>
        <w:t>الغموض،</w:t>
      </w:r>
      <w:r w:rsidRPr="008E006D">
        <w:rPr>
          <w:rFonts w:cs="Sakkal Majalla"/>
          <w:sz w:val="36"/>
          <w:szCs w:val="38"/>
        </w:rPr>
        <w:t xml:space="preserve"> </w:t>
      </w:r>
      <w:r w:rsidRPr="008E006D">
        <w:rPr>
          <w:rFonts w:cs="Sakkal Majalla"/>
          <w:sz w:val="36"/>
          <w:szCs w:val="38"/>
          <w:rtl/>
        </w:rPr>
        <w:t>وتوحيد</w:t>
      </w:r>
      <w:r w:rsidRPr="008E006D">
        <w:rPr>
          <w:rFonts w:cs="Sakkal Majalla"/>
          <w:sz w:val="36"/>
          <w:szCs w:val="38"/>
        </w:rPr>
        <w:t xml:space="preserve"> </w:t>
      </w:r>
      <w:r w:rsidRPr="008E006D">
        <w:rPr>
          <w:rFonts w:cs="Sakkal Majalla"/>
          <w:sz w:val="36"/>
          <w:szCs w:val="38"/>
          <w:rtl/>
        </w:rPr>
        <w:t>مصادر</w:t>
      </w:r>
      <w:r w:rsidRPr="008E006D">
        <w:rPr>
          <w:rFonts w:cs="Sakkal Majalla"/>
          <w:sz w:val="36"/>
          <w:szCs w:val="38"/>
        </w:rPr>
        <w:t xml:space="preserve"> </w:t>
      </w:r>
      <w:r w:rsidRPr="008E006D">
        <w:rPr>
          <w:rFonts w:cs="Sakkal Majalla"/>
          <w:sz w:val="36"/>
          <w:szCs w:val="38"/>
          <w:rtl/>
        </w:rPr>
        <w:t>الحقيقة،</w:t>
      </w:r>
      <w:r w:rsidRPr="008E006D">
        <w:rPr>
          <w:rFonts w:cs="Sakkal Majalla"/>
          <w:sz w:val="36"/>
          <w:szCs w:val="38"/>
        </w:rPr>
        <w:t xml:space="preserve"> </w:t>
      </w:r>
      <w:r w:rsidRPr="008E006D">
        <w:rPr>
          <w:rFonts w:cs="Sakkal Majalla"/>
          <w:sz w:val="36"/>
          <w:szCs w:val="38"/>
          <w:rtl/>
        </w:rPr>
        <w:t>وتوفير</w:t>
      </w:r>
      <w:r w:rsidRPr="008E006D">
        <w:rPr>
          <w:rFonts w:cs="Sakkal Majalla"/>
          <w:sz w:val="36"/>
          <w:szCs w:val="38"/>
        </w:rPr>
        <w:t xml:space="preserve"> </w:t>
      </w:r>
      <w:r w:rsidRPr="008E006D">
        <w:rPr>
          <w:rFonts w:cs="Sakkal Majalla"/>
          <w:sz w:val="36"/>
          <w:szCs w:val="38"/>
          <w:rtl/>
        </w:rPr>
        <w:t>مؤشرات</w:t>
      </w:r>
      <w:r w:rsidRPr="008E006D">
        <w:rPr>
          <w:rFonts w:cs="Sakkal Majalla"/>
          <w:sz w:val="36"/>
          <w:szCs w:val="38"/>
        </w:rPr>
        <w:t xml:space="preserve"> </w:t>
      </w:r>
      <w:r w:rsidRPr="008E006D">
        <w:rPr>
          <w:rFonts w:cs="Sakkal Majalla"/>
          <w:sz w:val="36"/>
          <w:szCs w:val="38"/>
          <w:rtl/>
        </w:rPr>
        <w:t>مبكرة</w:t>
      </w:r>
      <w:r w:rsidRPr="008E006D">
        <w:rPr>
          <w:rFonts w:cs="Sakkal Majalla"/>
          <w:sz w:val="36"/>
          <w:szCs w:val="38"/>
        </w:rPr>
        <w:t xml:space="preserve"> </w:t>
      </w:r>
      <w:r w:rsidRPr="008E006D">
        <w:rPr>
          <w:rFonts w:cs="Sakkal Majalla"/>
          <w:sz w:val="36"/>
          <w:szCs w:val="38"/>
          <w:rtl/>
        </w:rPr>
        <w:t>حول</w:t>
      </w:r>
      <w:r w:rsidRPr="008E006D">
        <w:rPr>
          <w:rFonts w:cs="Sakkal Majalla"/>
          <w:sz w:val="36"/>
          <w:szCs w:val="38"/>
        </w:rPr>
        <w:t xml:space="preserve"> </w:t>
      </w:r>
      <w:r w:rsidRPr="008E006D">
        <w:rPr>
          <w:rFonts w:cs="Sakkal Majalla"/>
          <w:sz w:val="36"/>
          <w:szCs w:val="38"/>
          <w:rtl/>
        </w:rPr>
        <w:t>الانحرافات</w:t>
      </w:r>
      <w:r w:rsidRPr="008E006D">
        <w:rPr>
          <w:rFonts w:cs="Sakkal Majalla"/>
          <w:sz w:val="36"/>
          <w:szCs w:val="38"/>
        </w:rPr>
        <w:t xml:space="preserve"> </w:t>
      </w:r>
      <w:r w:rsidRPr="008E006D">
        <w:rPr>
          <w:rFonts w:cs="Sakkal Majalla"/>
          <w:sz w:val="36"/>
          <w:szCs w:val="38"/>
          <w:rtl/>
        </w:rPr>
        <w:t>والمخاطر</w:t>
      </w:r>
      <w:r w:rsidRPr="008E006D">
        <w:rPr>
          <w:rFonts w:cs="Sakkal Majalla"/>
          <w:sz w:val="36"/>
          <w:szCs w:val="38"/>
        </w:rPr>
        <w:t xml:space="preserve"> </w:t>
      </w:r>
      <w:r w:rsidRPr="008E006D">
        <w:rPr>
          <w:rFonts w:cs="Sakkal Majalla"/>
          <w:sz w:val="36"/>
          <w:szCs w:val="38"/>
          <w:rtl/>
        </w:rPr>
        <w:t>والمنافع</w:t>
      </w:r>
      <w:r w:rsidRPr="008E006D">
        <w:rPr>
          <w:rFonts w:cs="Sakkal Majalla"/>
          <w:sz w:val="36"/>
          <w:szCs w:val="38"/>
        </w:rPr>
        <w:t>.</w:t>
      </w:r>
    </w:p>
    <w:p w14:paraId="3847FFB5" w14:textId="77777777" w:rsidR="008E2B08" w:rsidRPr="008E006D" w:rsidRDefault="008E2B08" w:rsidP="008D0B36">
      <w:pPr>
        <w:ind w:firstLine="720"/>
        <w:rPr>
          <w:rFonts w:cs="Sakkal Majalla"/>
          <w:sz w:val="36"/>
          <w:szCs w:val="38"/>
        </w:rPr>
      </w:pPr>
    </w:p>
    <w:p w14:paraId="3D2991E1" w14:textId="77777777" w:rsidR="008E006D" w:rsidRPr="002D5B89" w:rsidRDefault="008E006D" w:rsidP="002D5B89">
      <w:pPr>
        <w:pStyle w:val="Heading1"/>
        <w:pageBreakBefore w:val="0"/>
        <w:spacing w:after="200" w:line="276" w:lineRule="auto"/>
        <w:rPr>
          <w:rFonts w:ascii="Sakkal Majalla" w:eastAsia="Noto Sans Arabic" w:hAnsi="Sakkal Majalla" w:cs="Sakkal Majalla"/>
          <w:b/>
          <w:bCs/>
          <w:color w:val="10365E"/>
          <w:sz w:val="38"/>
          <w:szCs w:val="38"/>
        </w:rPr>
      </w:pPr>
      <w:bookmarkStart w:id="17" w:name="_Toc234793631"/>
      <w:r w:rsidRPr="002D5B89">
        <w:rPr>
          <w:rFonts w:ascii="Sakkal Majalla" w:eastAsia="Noto Sans Arabic" w:hAnsi="Sakkal Majalla" w:cs="Sakkal Majalla"/>
          <w:b/>
          <w:bCs/>
          <w:color w:val="10365E"/>
          <w:sz w:val="38"/>
          <w:szCs w:val="38"/>
        </w:rPr>
        <w:t xml:space="preserve">2.5 </w:t>
      </w:r>
      <w:r w:rsidRPr="002D5B89">
        <w:rPr>
          <w:rFonts w:ascii="Sakkal Majalla" w:eastAsia="Noto Sans Arabic" w:hAnsi="Sakkal Majalla" w:cs="Sakkal Majalla"/>
          <w:b/>
          <w:bCs/>
          <w:color w:val="10365E"/>
          <w:sz w:val="38"/>
          <w:szCs w:val="38"/>
          <w:rtl/>
        </w:rPr>
        <w:t>أبعاد</w:t>
      </w:r>
      <w:r w:rsidRPr="002D5B89">
        <w:rPr>
          <w:rFonts w:ascii="Sakkal Majalla" w:eastAsia="Noto Sans Arabic" w:hAnsi="Sakkal Majalla" w:cs="Sakkal Majalla"/>
          <w:b/>
          <w:bCs/>
          <w:color w:val="10365E"/>
          <w:sz w:val="38"/>
          <w:szCs w:val="38"/>
        </w:rPr>
        <w:t xml:space="preserve"> </w:t>
      </w:r>
      <w:r w:rsidRPr="002D5B89">
        <w:rPr>
          <w:rFonts w:ascii="Sakkal Majalla" w:eastAsia="Noto Sans Arabic" w:hAnsi="Sakkal Majalla" w:cs="Sakkal Majalla"/>
          <w:b/>
          <w:bCs/>
          <w:color w:val="10365E"/>
          <w:sz w:val="38"/>
          <w:szCs w:val="38"/>
          <w:rtl/>
        </w:rPr>
        <w:t>التحول</w:t>
      </w:r>
      <w:r w:rsidRPr="002D5B89">
        <w:rPr>
          <w:rFonts w:ascii="Sakkal Majalla" w:eastAsia="Noto Sans Arabic" w:hAnsi="Sakkal Majalla" w:cs="Sakkal Majalla"/>
          <w:b/>
          <w:bCs/>
          <w:color w:val="10365E"/>
          <w:sz w:val="38"/>
          <w:szCs w:val="38"/>
        </w:rPr>
        <w:t xml:space="preserve"> </w:t>
      </w:r>
      <w:r w:rsidRPr="002D5B89">
        <w:rPr>
          <w:rFonts w:ascii="Sakkal Majalla" w:eastAsia="Noto Sans Arabic" w:hAnsi="Sakkal Majalla" w:cs="Sakkal Majalla"/>
          <w:b/>
          <w:bCs/>
          <w:color w:val="10365E"/>
          <w:sz w:val="38"/>
          <w:szCs w:val="38"/>
          <w:rtl/>
        </w:rPr>
        <w:t>الرقمي</w:t>
      </w:r>
      <w:r w:rsidRPr="002D5B89">
        <w:rPr>
          <w:rFonts w:ascii="Sakkal Majalla" w:eastAsia="Noto Sans Arabic" w:hAnsi="Sakkal Majalla" w:cs="Sakkal Majalla"/>
          <w:b/>
          <w:bCs/>
          <w:color w:val="10365E"/>
          <w:sz w:val="38"/>
          <w:szCs w:val="38"/>
        </w:rPr>
        <w:t xml:space="preserve"> </w:t>
      </w:r>
      <w:r w:rsidRPr="002D5B89">
        <w:rPr>
          <w:rFonts w:ascii="Sakkal Majalla" w:eastAsia="Noto Sans Arabic" w:hAnsi="Sakkal Majalla" w:cs="Sakkal Majalla"/>
          <w:b/>
          <w:bCs/>
          <w:color w:val="10365E"/>
          <w:sz w:val="38"/>
          <w:szCs w:val="38"/>
          <w:rtl/>
        </w:rPr>
        <w:t>في</w:t>
      </w:r>
      <w:r w:rsidRPr="002D5B89">
        <w:rPr>
          <w:rFonts w:ascii="Sakkal Majalla" w:eastAsia="Noto Sans Arabic" w:hAnsi="Sakkal Majalla" w:cs="Sakkal Majalla"/>
          <w:b/>
          <w:bCs/>
          <w:color w:val="10365E"/>
          <w:sz w:val="38"/>
          <w:szCs w:val="38"/>
        </w:rPr>
        <w:t xml:space="preserve"> </w:t>
      </w:r>
      <w:r w:rsidRPr="002D5B89">
        <w:rPr>
          <w:rFonts w:ascii="Sakkal Majalla" w:eastAsia="Noto Sans Arabic" w:hAnsi="Sakkal Majalla" w:cs="Sakkal Majalla"/>
          <w:b/>
          <w:bCs/>
          <w:color w:val="10365E"/>
          <w:sz w:val="38"/>
          <w:szCs w:val="38"/>
          <w:rtl/>
        </w:rPr>
        <w:t>إدارة</w:t>
      </w:r>
      <w:r w:rsidRPr="002D5B89">
        <w:rPr>
          <w:rFonts w:ascii="Sakkal Majalla" w:eastAsia="Noto Sans Arabic" w:hAnsi="Sakkal Majalla" w:cs="Sakkal Majalla"/>
          <w:b/>
          <w:bCs/>
          <w:color w:val="10365E"/>
          <w:sz w:val="38"/>
          <w:szCs w:val="38"/>
        </w:rPr>
        <w:t xml:space="preserve"> </w:t>
      </w:r>
      <w:r w:rsidRPr="002D5B89">
        <w:rPr>
          <w:rFonts w:ascii="Sakkal Majalla" w:eastAsia="Noto Sans Arabic" w:hAnsi="Sakkal Majalla" w:cs="Sakkal Majalla"/>
          <w:b/>
          <w:bCs/>
          <w:color w:val="10365E"/>
          <w:sz w:val="38"/>
          <w:szCs w:val="38"/>
          <w:rtl/>
        </w:rPr>
        <w:t>المشاريع</w:t>
      </w:r>
      <w:r w:rsidR="008D0B36" w:rsidRPr="002D5B89">
        <w:rPr>
          <w:rFonts w:ascii="Sakkal Majalla" w:eastAsia="Noto Sans Arabic" w:hAnsi="Sakkal Majalla" w:cs="Sakkal Majalla" w:hint="cs"/>
          <w:b/>
          <w:bCs/>
          <w:color w:val="10365E"/>
          <w:sz w:val="38"/>
          <w:szCs w:val="38"/>
          <w:rtl/>
        </w:rPr>
        <w:t>:</w:t>
      </w:r>
      <w:bookmarkEnd w:id="17"/>
    </w:p>
    <w:p w14:paraId="7ECE3761" w14:textId="77777777" w:rsidR="008E006D" w:rsidRPr="008E006D" w:rsidRDefault="008E006D" w:rsidP="008E006D">
      <w:pPr>
        <w:ind w:firstLine="0"/>
        <w:rPr>
          <w:rFonts w:cs="Sakkal Majalla"/>
          <w:b/>
          <w:sz w:val="36"/>
          <w:szCs w:val="38"/>
        </w:rPr>
      </w:pPr>
      <w:r w:rsidRPr="008E006D">
        <w:rPr>
          <w:rFonts w:cs="Sakkal Majalla"/>
          <w:b/>
          <w:sz w:val="36"/>
          <w:szCs w:val="38"/>
        </w:rPr>
        <w:t xml:space="preserve">2.5.1 </w:t>
      </w:r>
      <w:r w:rsidRPr="008E006D">
        <w:rPr>
          <w:rFonts w:cs="Sakkal Majalla"/>
          <w:b/>
          <w:bCs/>
          <w:sz w:val="36"/>
          <w:szCs w:val="38"/>
          <w:rtl/>
        </w:rPr>
        <w:t>البنية</w:t>
      </w:r>
      <w:r w:rsidRPr="008E006D">
        <w:rPr>
          <w:rFonts w:cs="Sakkal Majalla"/>
          <w:b/>
          <w:sz w:val="36"/>
          <w:szCs w:val="38"/>
        </w:rPr>
        <w:t xml:space="preserve"> </w:t>
      </w:r>
      <w:r w:rsidRPr="008E006D">
        <w:rPr>
          <w:rFonts w:cs="Sakkal Majalla"/>
          <w:b/>
          <w:bCs/>
          <w:sz w:val="36"/>
          <w:szCs w:val="38"/>
          <w:rtl/>
        </w:rPr>
        <w:t>التحتية</w:t>
      </w:r>
      <w:r w:rsidRPr="008E006D">
        <w:rPr>
          <w:rFonts w:cs="Sakkal Majalla"/>
          <w:b/>
          <w:sz w:val="36"/>
          <w:szCs w:val="38"/>
        </w:rPr>
        <w:t xml:space="preserve"> </w:t>
      </w:r>
      <w:r w:rsidRPr="008E006D">
        <w:rPr>
          <w:rFonts w:cs="Sakkal Majalla"/>
          <w:b/>
          <w:bCs/>
          <w:sz w:val="36"/>
          <w:szCs w:val="38"/>
          <w:rtl/>
        </w:rPr>
        <w:t>الرقمية</w:t>
      </w:r>
      <w:r w:rsidR="008E2B08">
        <w:rPr>
          <w:rFonts w:cs="Sakkal Majalla" w:hint="cs"/>
          <w:b/>
          <w:bCs/>
          <w:sz w:val="36"/>
          <w:szCs w:val="38"/>
          <w:rtl/>
        </w:rPr>
        <w:t xml:space="preserve">: </w:t>
      </w:r>
    </w:p>
    <w:p w14:paraId="482F91DA" w14:textId="77777777" w:rsidR="008E006D" w:rsidRPr="008E006D" w:rsidRDefault="008E006D" w:rsidP="008E2B08">
      <w:pPr>
        <w:ind w:firstLine="720"/>
        <w:rPr>
          <w:rFonts w:cs="Sakkal Majalla"/>
          <w:sz w:val="36"/>
          <w:szCs w:val="38"/>
        </w:rPr>
      </w:pPr>
      <w:r w:rsidRPr="008E006D">
        <w:rPr>
          <w:rFonts w:cs="Sakkal Majalla"/>
          <w:sz w:val="36"/>
          <w:szCs w:val="38"/>
          <w:rtl/>
        </w:rPr>
        <w:t>تشمل</w:t>
      </w:r>
      <w:r w:rsidRPr="008E006D">
        <w:rPr>
          <w:rFonts w:cs="Sakkal Majalla"/>
          <w:sz w:val="36"/>
          <w:szCs w:val="38"/>
        </w:rPr>
        <w:t xml:space="preserve"> </w:t>
      </w:r>
      <w:r w:rsidRPr="008E006D">
        <w:rPr>
          <w:rFonts w:cs="Sakkal Majalla"/>
          <w:sz w:val="36"/>
          <w:szCs w:val="38"/>
          <w:rtl/>
        </w:rPr>
        <w:t>البنية</w:t>
      </w:r>
      <w:r w:rsidRPr="008E006D">
        <w:rPr>
          <w:rFonts w:cs="Sakkal Majalla"/>
          <w:sz w:val="36"/>
          <w:szCs w:val="38"/>
        </w:rPr>
        <w:t xml:space="preserve"> </w:t>
      </w:r>
      <w:r w:rsidRPr="008E006D">
        <w:rPr>
          <w:rFonts w:cs="Sakkal Majalla"/>
          <w:sz w:val="36"/>
          <w:szCs w:val="38"/>
          <w:rtl/>
        </w:rPr>
        <w:t>التحتية</w:t>
      </w:r>
      <w:r w:rsidRPr="008E006D">
        <w:rPr>
          <w:rFonts w:cs="Sakkal Majalla"/>
          <w:sz w:val="36"/>
          <w:szCs w:val="38"/>
        </w:rPr>
        <w:t xml:space="preserve"> </w:t>
      </w:r>
      <w:r w:rsidRPr="008E006D">
        <w:rPr>
          <w:rFonts w:cs="Sakkal Majalla"/>
          <w:sz w:val="36"/>
          <w:szCs w:val="38"/>
          <w:rtl/>
        </w:rPr>
        <w:t>الرقمية</w:t>
      </w:r>
      <w:r w:rsidRPr="008E006D">
        <w:rPr>
          <w:rFonts w:cs="Sakkal Majalla"/>
          <w:sz w:val="36"/>
          <w:szCs w:val="38"/>
        </w:rPr>
        <w:t xml:space="preserve"> </w:t>
      </w:r>
      <w:r w:rsidRPr="008E006D">
        <w:rPr>
          <w:rFonts w:cs="Sakkal Majalla"/>
          <w:sz w:val="36"/>
          <w:szCs w:val="38"/>
          <w:rtl/>
        </w:rPr>
        <w:t>أنظمة</w:t>
      </w:r>
      <w:r w:rsidRPr="008E006D">
        <w:rPr>
          <w:rFonts w:cs="Sakkal Majalla"/>
          <w:sz w:val="36"/>
          <w:szCs w:val="38"/>
        </w:rPr>
        <w:t xml:space="preserve"> </w:t>
      </w:r>
      <w:r w:rsidRPr="008E006D">
        <w:rPr>
          <w:rFonts w:cs="Sakkal Majalla"/>
          <w:sz w:val="36"/>
          <w:szCs w:val="38"/>
          <w:rtl/>
        </w:rPr>
        <w:t>إدارة</w:t>
      </w:r>
      <w:r w:rsidRPr="008E006D">
        <w:rPr>
          <w:rFonts w:cs="Sakkal Majalla"/>
          <w:sz w:val="36"/>
          <w:szCs w:val="38"/>
        </w:rPr>
        <w:t xml:space="preserve"> </w:t>
      </w:r>
      <w:r w:rsidRPr="008E006D">
        <w:rPr>
          <w:rFonts w:cs="Sakkal Majalla"/>
          <w:sz w:val="36"/>
          <w:szCs w:val="38"/>
          <w:rtl/>
        </w:rPr>
        <w:t>المشاريع،</w:t>
      </w:r>
      <w:r w:rsidRPr="008E006D">
        <w:rPr>
          <w:rFonts w:cs="Sakkal Majalla"/>
          <w:sz w:val="36"/>
          <w:szCs w:val="38"/>
        </w:rPr>
        <w:t xml:space="preserve"> </w:t>
      </w:r>
      <w:r w:rsidRPr="008E006D">
        <w:rPr>
          <w:rFonts w:cs="Sakkal Majalla"/>
          <w:sz w:val="36"/>
          <w:szCs w:val="38"/>
          <w:rtl/>
        </w:rPr>
        <w:t>ومنصات</w:t>
      </w:r>
      <w:r w:rsidRPr="008E006D">
        <w:rPr>
          <w:rFonts w:cs="Sakkal Majalla"/>
          <w:sz w:val="36"/>
          <w:szCs w:val="38"/>
        </w:rPr>
        <w:t xml:space="preserve"> </w:t>
      </w:r>
      <w:r w:rsidRPr="008E006D">
        <w:rPr>
          <w:rFonts w:cs="Sakkal Majalla"/>
          <w:sz w:val="36"/>
          <w:szCs w:val="38"/>
          <w:rtl/>
        </w:rPr>
        <w:t>التعاون،</w:t>
      </w:r>
      <w:r w:rsidRPr="008E006D">
        <w:rPr>
          <w:rFonts w:cs="Sakkal Majalla"/>
          <w:sz w:val="36"/>
          <w:szCs w:val="38"/>
        </w:rPr>
        <w:t xml:space="preserve"> </w:t>
      </w:r>
      <w:r w:rsidRPr="008E006D">
        <w:rPr>
          <w:rFonts w:cs="Sakkal Majalla"/>
          <w:sz w:val="36"/>
          <w:szCs w:val="38"/>
          <w:rtl/>
        </w:rPr>
        <w:t>وقواعد</w:t>
      </w:r>
      <w:r w:rsidRPr="008E006D">
        <w:rPr>
          <w:rFonts w:cs="Sakkal Majalla"/>
          <w:sz w:val="36"/>
          <w:szCs w:val="38"/>
        </w:rPr>
        <w:t xml:space="preserve"> </w:t>
      </w:r>
      <w:r w:rsidRPr="008E006D">
        <w:rPr>
          <w:rFonts w:cs="Sakkal Majalla"/>
          <w:sz w:val="36"/>
          <w:szCs w:val="38"/>
          <w:rtl/>
        </w:rPr>
        <w:t>البيانات،</w:t>
      </w:r>
      <w:r w:rsidRPr="008E006D">
        <w:rPr>
          <w:rFonts w:cs="Sakkal Majalla"/>
          <w:sz w:val="36"/>
          <w:szCs w:val="38"/>
        </w:rPr>
        <w:t xml:space="preserve"> </w:t>
      </w:r>
      <w:r w:rsidRPr="008E006D">
        <w:rPr>
          <w:rFonts w:cs="Sakkal Majalla"/>
          <w:sz w:val="36"/>
          <w:szCs w:val="38"/>
          <w:rtl/>
        </w:rPr>
        <w:t>والحوسبة</w:t>
      </w:r>
      <w:r w:rsidRPr="008E006D">
        <w:rPr>
          <w:rFonts w:cs="Sakkal Majalla"/>
          <w:sz w:val="36"/>
          <w:szCs w:val="38"/>
        </w:rPr>
        <w:t xml:space="preserve"> </w:t>
      </w:r>
      <w:r w:rsidRPr="008E006D">
        <w:rPr>
          <w:rFonts w:cs="Sakkal Majalla"/>
          <w:sz w:val="36"/>
          <w:szCs w:val="38"/>
          <w:rtl/>
        </w:rPr>
        <w:t>السحابية،</w:t>
      </w:r>
      <w:r w:rsidRPr="008E006D">
        <w:rPr>
          <w:rFonts w:cs="Sakkal Majalla"/>
          <w:sz w:val="36"/>
          <w:szCs w:val="38"/>
        </w:rPr>
        <w:t xml:space="preserve"> </w:t>
      </w:r>
      <w:r w:rsidRPr="008E006D">
        <w:rPr>
          <w:rFonts w:cs="Sakkal Majalla"/>
          <w:sz w:val="36"/>
          <w:szCs w:val="38"/>
          <w:rtl/>
        </w:rPr>
        <w:t>والتكامل</w:t>
      </w:r>
      <w:r w:rsidRPr="008E006D">
        <w:rPr>
          <w:rFonts w:cs="Sakkal Majalla"/>
          <w:sz w:val="36"/>
          <w:szCs w:val="38"/>
        </w:rPr>
        <w:t xml:space="preserve"> </w:t>
      </w:r>
      <w:r w:rsidRPr="008E006D">
        <w:rPr>
          <w:rFonts w:cs="Sakkal Majalla"/>
          <w:sz w:val="36"/>
          <w:szCs w:val="38"/>
          <w:rtl/>
        </w:rPr>
        <w:t>بين</w:t>
      </w:r>
      <w:r w:rsidRPr="008E006D">
        <w:rPr>
          <w:rFonts w:cs="Sakkal Majalla"/>
          <w:sz w:val="36"/>
          <w:szCs w:val="38"/>
        </w:rPr>
        <w:t xml:space="preserve"> </w:t>
      </w:r>
      <w:r w:rsidRPr="008E006D">
        <w:rPr>
          <w:rFonts w:cs="Sakkal Majalla"/>
          <w:sz w:val="36"/>
          <w:szCs w:val="38"/>
          <w:rtl/>
        </w:rPr>
        <w:t>الأنظمة،</w:t>
      </w:r>
      <w:r w:rsidRPr="008E006D">
        <w:rPr>
          <w:rFonts w:cs="Sakkal Majalla"/>
          <w:sz w:val="36"/>
          <w:szCs w:val="38"/>
        </w:rPr>
        <w:t xml:space="preserve"> </w:t>
      </w:r>
      <w:r w:rsidRPr="008E006D">
        <w:rPr>
          <w:rFonts w:cs="Sakkal Majalla"/>
          <w:sz w:val="36"/>
          <w:szCs w:val="38"/>
          <w:rtl/>
        </w:rPr>
        <w:t>وأمن</w:t>
      </w:r>
      <w:r w:rsidRPr="008E006D">
        <w:rPr>
          <w:rFonts w:cs="Sakkal Majalla"/>
          <w:sz w:val="36"/>
          <w:szCs w:val="38"/>
        </w:rPr>
        <w:t xml:space="preserve"> </w:t>
      </w:r>
      <w:r w:rsidRPr="008E006D">
        <w:rPr>
          <w:rFonts w:cs="Sakkal Majalla"/>
          <w:sz w:val="36"/>
          <w:szCs w:val="38"/>
          <w:rtl/>
        </w:rPr>
        <w:t>المعلومات</w:t>
      </w:r>
      <w:r w:rsidRPr="008E006D">
        <w:rPr>
          <w:rFonts w:cs="Sakkal Majalla"/>
          <w:sz w:val="36"/>
          <w:szCs w:val="38"/>
        </w:rPr>
        <w:t xml:space="preserve">. </w:t>
      </w:r>
      <w:r w:rsidRPr="008E006D">
        <w:rPr>
          <w:rFonts w:cs="Sakkal Majalla"/>
          <w:sz w:val="36"/>
          <w:szCs w:val="38"/>
          <w:rtl/>
        </w:rPr>
        <w:t>وتعد</w:t>
      </w:r>
      <w:r w:rsidRPr="008E006D">
        <w:rPr>
          <w:rFonts w:cs="Sakkal Majalla"/>
          <w:sz w:val="36"/>
          <w:szCs w:val="38"/>
        </w:rPr>
        <w:t xml:space="preserve"> </w:t>
      </w:r>
      <w:r w:rsidRPr="008E006D">
        <w:rPr>
          <w:rFonts w:cs="Sakkal Majalla"/>
          <w:sz w:val="36"/>
          <w:szCs w:val="38"/>
          <w:rtl/>
        </w:rPr>
        <w:t>هذه</w:t>
      </w:r>
      <w:r w:rsidRPr="008E006D">
        <w:rPr>
          <w:rFonts w:cs="Sakkal Majalla"/>
          <w:sz w:val="36"/>
          <w:szCs w:val="38"/>
        </w:rPr>
        <w:t xml:space="preserve"> </w:t>
      </w:r>
      <w:r w:rsidRPr="008E006D">
        <w:rPr>
          <w:rFonts w:cs="Sakkal Majalla"/>
          <w:sz w:val="36"/>
          <w:szCs w:val="38"/>
          <w:rtl/>
        </w:rPr>
        <w:t>البنية</w:t>
      </w:r>
      <w:r w:rsidRPr="008E006D">
        <w:rPr>
          <w:rFonts w:cs="Sakkal Majalla"/>
          <w:sz w:val="36"/>
          <w:szCs w:val="38"/>
        </w:rPr>
        <w:t xml:space="preserve"> </w:t>
      </w:r>
      <w:r w:rsidRPr="008E006D">
        <w:rPr>
          <w:rFonts w:cs="Sakkal Majalla"/>
          <w:sz w:val="36"/>
          <w:szCs w:val="38"/>
          <w:rtl/>
        </w:rPr>
        <w:t>أساسًا</w:t>
      </w:r>
      <w:r w:rsidRPr="008E006D">
        <w:rPr>
          <w:rFonts w:cs="Sakkal Majalla"/>
          <w:sz w:val="36"/>
          <w:szCs w:val="38"/>
        </w:rPr>
        <w:t xml:space="preserve"> </w:t>
      </w:r>
      <w:r w:rsidRPr="008E006D">
        <w:rPr>
          <w:rFonts w:cs="Sakkal Majalla"/>
          <w:sz w:val="36"/>
          <w:szCs w:val="38"/>
          <w:rtl/>
        </w:rPr>
        <w:t>لتمكين</w:t>
      </w:r>
      <w:r w:rsidRPr="008E006D">
        <w:rPr>
          <w:rFonts w:cs="Sakkal Majalla"/>
          <w:sz w:val="36"/>
          <w:szCs w:val="38"/>
        </w:rPr>
        <w:t xml:space="preserve"> </w:t>
      </w:r>
      <w:r w:rsidRPr="008E006D">
        <w:rPr>
          <w:rFonts w:cs="Sakkal Majalla"/>
          <w:sz w:val="36"/>
          <w:szCs w:val="38"/>
          <w:rtl/>
        </w:rPr>
        <w:t>تدفق</w:t>
      </w:r>
      <w:r w:rsidRPr="008E006D">
        <w:rPr>
          <w:rFonts w:cs="Sakkal Majalla"/>
          <w:sz w:val="36"/>
          <w:szCs w:val="38"/>
        </w:rPr>
        <w:t xml:space="preserve"> </w:t>
      </w:r>
      <w:r w:rsidRPr="008E006D">
        <w:rPr>
          <w:rFonts w:cs="Sakkal Majalla"/>
          <w:sz w:val="36"/>
          <w:szCs w:val="38"/>
          <w:rtl/>
        </w:rPr>
        <w:t>المعلومات</w:t>
      </w:r>
      <w:r w:rsidRPr="008E006D">
        <w:rPr>
          <w:rFonts w:cs="Sakkal Majalla"/>
          <w:sz w:val="36"/>
          <w:szCs w:val="38"/>
        </w:rPr>
        <w:t xml:space="preserve"> </w:t>
      </w:r>
      <w:r w:rsidRPr="008E006D">
        <w:rPr>
          <w:rFonts w:cs="Sakkal Majalla"/>
          <w:sz w:val="36"/>
          <w:szCs w:val="38"/>
          <w:rtl/>
        </w:rPr>
        <w:t>في</w:t>
      </w:r>
      <w:r w:rsidRPr="008E006D">
        <w:rPr>
          <w:rFonts w:cs="Sakkal Majalla"/>
          <w:sz w:val="36"/>
          <w:szCs w:val="38"/>
        </w:rPr>
        <w:t xml:space="preserve"> </w:t>
      </w:r>
      <w:r w:rsidRPr="008E006D">
        <w:rPr>
          <w:rFonts w:cs="Sakkal Majalla"/>
          <w:sz w:val="36"/>
          <w:szCs w:val="38"/>
          <w:rtl/>
        </w:rPr>
        <w:t>الوقت</w:t>
      </w:r>
      <w:r w:rsidRPr="008E006D">
        <w:rPr>
          <w:rFonts w:cs="Sakkal Majalla"/>
          <w:sz w:val="36"/>
          <w:szCs w:val="38"/>
        </w:rPr>
        <w:t xml:space="preserve"> </w:t>
      </w:r>
      <w:r w:rsidRPr="008E006D">
        <w:rPr>
          <w:rFonts w:cs="Sakkal Majalla"/>
          <w:sz w:val="36"/>
          <w:szCs w:val="38"/>
          <w:rtl/>
        </w:rPr>
        <w:t>المناسب،</w:t>
      </w:r>
      <w:r w:rsidRPr="008E006D">
        <w:rPr>
          <w:rFonts w:cs="Sakkal Majalla"/>
          <w:sz w:val="36"/>
          <w:szCs w:val="38"/>
        </w:rPr>
        <w:t xml:space="preserve"> </w:t>
      </w:r>
      <w:r w:rsidRPr="008E006D">
        <w:rPr>
          <w:rFonts w:cs="Sakkal Majalla"/>
          <w:sz w:val="36"/>
          <w:szCs w:val="38"/>
          <w:rtl/>
        </w:rPr>
        <w:t>وتوحيد</w:t>
      </w:r>
      <w:r w:rsidRPr="008E006D">
        <w:rPr>
          <w:rFonts w:cs="Sakkal Majalla"/>
          <w:sz w:val="36"/>
          <w:szCs w:val="38"/>
        </w:rPr>
        <w:t xml:space="preserve"> </w:t>
      </w:r>
      <w:r w:rsidRPr="008E006D">
        <w:rPr>
          <w:rFonts w:cs="Sakkal Majalla"/>
          <w:sz w:val="36"/>
          <w:szCs w:val="38"/>
          <w:rtl/>
        </w:rPr>
        <w:t>مصادر</w:t>
      </w:r>
      <w:r w:rsidRPr="008E006D">
        <w:rPr>
          <w:rFonts w:cs="Sakkal Majalla"/>
          <w:sz w:val="36"/>
          <w:szCs w:val="38"/>
        </w:rPr>
        <w:t xml:space="preserve"> </w:t>
      </w:r>
      <w:r w:rsidRPr="008E006D">
        <w:rPr>
          <w:rFonts w:cs="Sakkal Majalla"/>
          <w:sz w:val="36"/>
          <w:szCs w:val="38"/>
          <w:rtl/>
        </w:rPr>
        <w:t>البيانات،</w:t>
      </w:r>
      <w:r w:rsidRPr="008E006D">
        <w:rPr>
          <w:rFonts w:cs="Sakkal Majalla"/>
          <w:sz w:val="36"/>
          <w:szCs w:val="38"/>
        </w:rPr>
        <w:t xml:space="preserve"> </w:t>
      </w:r>
      <w:r w:rsidRPr="008E006D">
        <w:rPr>
          <w:rFonts w:cs="Sakkal Majalla"/>
          <w:sz w:val="36"/>
          <w:szCs w:val="38"/>
          <w:rtl/>
        </w:rPr>
        <w:t>ومتابعة</w:t>
      </w:r>
      <w:r w:rsidRPr="008E006D">
        <w:rPr>
          <w:rFonts w:cs="Sakkal Majalla"/>
          <w:sz w:val="36"/>
          <w:szCs w:val="38"/>
        </w:rPr>
        <w:t xml:space="preserve"> </w:t>
      </w:r>
      <w:r w:rsidRPr="008E006D">
        <w:rPr>
          <w:rFonts w:cs="Sakkal Majalla"/>
          <w:sz w:val="36"/>
          <w:szCs w:val="38"/>
          <w:rtl/>
        </w:rPr>
        <w:t>الجداول</w:t>
      </w:r>
      <w:r w:rsidRPr="008E006D">
        <w:rPr>
          <w:rFonts w:cs="Sakkal Majalla"/>
          <w:sz w:val="36"/>
          <w:szCs w:val="38"/>
        </w:rPr>
        <w:t xml:space="preserve"> </w:t>
      </w:r>
      <w:r w:rsidRPr="008E006D">
        <w:rPr>
          <w:rFonts w:cs="Sakkal Majalla"/>
          <w:sz w:val="36"/>
          <w:szCs w:val="38"/>
          <w:rtl/>
        </w:rPr>
        <w:t>والمخاطر</w:t>
      </w:r>
      <w:r w:rsidRPr="008E006D">
        <w:rPr>
          <w:rFonts w:cs="Sakkal Majalla"/>
          <w:sz w:val="36"/>
          <w:szCs w:val="38"/>
        </w:rPr>
        <w:t xml:space="preserve"> </w:t>
      </w:r>
      <w:r w:rsidRPr="008E006D">
        <w:rPr>
          <w:rFonts w:cs="Sakkal Majalla"/>
          <w:sz w:val="36"/>
          <w:szCs w:val="38"/>
          <w:rtl/>
        </w:rPr>
        <w:t>والتكاليف</w:t>
      </w:r>
      <w:r w:rsidRPr="008E006D">
        <w:rPr>
          <w:rFonts w:cs="Sakkal Majalla"/>
          <w:sz w:val="36"/>
          <w:szCs w:val="38"/>
        </w:rPr>
        <w:t xml:space="preserve"> </w:t>
      </w:r>
      <w:r w:rsidRPr="008E006D">
        <w:rPr>
          <w:rFonts w:cs="Sakkal Majalla"/>
          <w:sz w:val="36"/>
          <w:szCs w:val="38"/>
          <w:rtl/>
        </w:rPr>
        <w:t>عبر</w:t>
      </w:r>
      <w:r w:rsidRPr="008E006D">
        <w:rPr>
          <w:rFonts w:cs="Sakkal Majalla"/>
          <w:sz w:val="36"/>
          <w:szCs w:val="38"/>
        </w:rPr>
        <w:t xml:space="preserve"> </w:t>
      </w:r>
      <w:r w:rsidRPr="008E006D">
        <w:rPr>
          <w:rFonts w:cs="Sakkal Majalla"/>
          <w:sz w:val="36"/>
          <w:szCs w:val="38"/>
          <w:rtl/>
        </w:rPr>
        <w:t>لوحات</w:t>
      </w:r>
      <w:r w:rsidRPr="008E006D">
        <w:rPr>
          <w:rFonts w:cs="Sakkal Majalla"/>
          <w:sz w:val="36"/>
          <w:szCs w:val="38"/>
        </w:rPr>
        <w:t xml:space="preserve"> </w:t>
      </w:r>
      <w:r w:rsidRPr="008E006D">
        <w:rPr>
          <w:rFonts w:cs="Sakkal Majalla"/>
          <w:sz w:val="36"/>
          <w:szCs w:val="38"/>
          <w:rtl/>
        </w:rPr>
        <w:t>مؤشرات</w:t>
      </w:r>
      <w:r w:rsidRPr="008E006D">
        <w:rPr>
          <w:rFonts w:cs="Sakkal Majalla"/>
          <w:sz w:val="36"/>
          <w:szCs w:val="38"/>
        </w:rPr>
        <w:t xml:space="preserve"> </w:t>
      </w:r>
      <w:r w:rsidRPr="008E006D">
        <w:rPr>
          <w:rFonts w:cs="Sakkal Majalla"/>
          <w:sz w:val="36"/>
          <w:szCs w:val="38"/>
          <w:rtl/>
        </w:rPr>
        <w:t>واضحة</w:t>
      </w:r>
      <w:r w:rsidRPr="008E006D">
        <w:rPr>
          <w:rFonts w:cs="Sakkal Majalla"/>
          <w:sz w:val="36"/>
          <w:szCs w:val="38"/>
        </w:rPr>
        <w:t xml:space="preserve">. </w:t>
      </w:r>
      <w:r w:rsidRPr="008E006D">
        <w:rPr>
          <w:rFonts w:cs="Sakkal Majalla"/>
          <w:sz w:val="36"/>
          <w:szCs w:val="38"/>
          <w:rtl/>
        </w:rPr>
        <w:t>وكلما</w:t>
      </w:r>
      <w:r w:rsidRPr="008E006D">
        <w:rPr>
          <w:rFonts w:cs="Sakkal Majalla"/>
          <w:sz w:val="36"/>
          <w:szCs w:val="38"/>
        </w:rPr>
        <w:t xml:space="preserve"> </w:t>
      </w:r>
      <w:r w:rsidRPr="008E006D">
        <w:rPr>
          <w:rFonts w:cs="Sakkal Majalla"/>
          <w:sz w:val="36"/>
          <w:szCs w:val="38"/>
          <w:rtl/>
        </w:rPr>
        <w:t>زادت</w:t>
      </w:r>
      <w:r w:rsidRPr="008E006D">
        <w:rPr>
          <w:rFonts w:cs="Sakkal Majalla"/>
          <w:sz w:val="36"/>
          <w:szCs w:val="38"/>
        </w:rPr>
        <w:t xml:space="preserve"> </w:t>
      </w:r>
      <w:r w:rsidRPr="008E006D">
        <w:rPr>
          <w:rFonts w:cs="Sakkal Majalla"/>
          <w:sz w:val="36"/>
          <w:szCs w:val="38"/>
          <w:rtl/>
        </w:rPr>
        <w:t>موثوقية</w:t>
      </w:r>
      <w:r w:rsidRPr="008E006D">
        <w:rPr>
          <w:rFonts w:cs="Sakkal Majalla"/>
          <w:sz w:val="36"/>
          <w:szCs w:val="38"/>
        </w:rPr>
        <w:t xml:space="preserve"> </w:t>
      </w:r>
      <w:r w:rsidRPr="008E006D">
        <w:rPr>
          <w:rFonts w:cs="Sakkal Majalla"/>
          <w:sz w:val="36"/>
          <w:szCs w:val="38"/>
          <w:rtl/>
        </w:rPr>
        <w:t>البنية</w:t>
      </w:r>
      <w:r w:rsidRPr="008E006D">
        <w:rPr>
          <w:rFonts w:cs="Sakkal Majalla"/>
          <w:sz w:val="36"/>
          <w:szCs w:val="38"/>
        </w:rPr>
        <w:t xml:space="preserve"> </w:t>
      </w:r>
      <w:r w:rsidRPr="008E006D">
        <w:rPr>
          <w:rFonts w:cs="Sakkal Majalla"/>
          <w:sz w:val="36"/>
          <w:szCs w:val="38"/>
          <w:rtl/>
        </w:rPr>
        <w:t>الرقمية،</w:t>
      </w:r>
      <w:r w:rsidRPr="008E006D">
        <w:rPr>
          <w:rFonts w:cs="Sakkal Majalla"/>
          <w:sz w:val="36"/>
          <w:szCs w:val="38"/>
        </w:rPr>
        <w:t xml:space="preserve"> </w:t>
      </w:r>
      <w:r w:rsidRPr="008E006D">
        <w:rPr>
          <w:rFonts w:cs="Sakkal Majalla"/>
          <w:sz w:val="36"/>
          <w:szCs w:val="38"/>
          <w:rtl/>
        </w:rPr>
        <w:t>ارتفعت</w:t>
      </w:r>
      <w:r w:rsidRPr="008E006D">
        <w:rPr>
          <w:rFonts w:cs="Sakkal Majalla"/>
          <w:sz w:val="36"/>
          <w:szCs w:val="38"/>
        </w:rPr>
        <w:t xml:space="preserve"> </w:t>
      </w:r>
      <w:r w:rsidRPr="008E006D">
        <w:rPr>
          <w:rFonts w:cs="Sakkal Majalla"/>
          <w:sz w:val="36"/>
          <w:szCs w:val="38"/>
          <w:rtl/>
        </w:rPr>
        <w:t>قدرة</w:t>
      </w:r>
      <w:r w:rsidRPr="008E006D">
        <w:rPr>
          <w:rFonts w:cs="Sakkal Majalla"/>
          <w:sz w:val="36"/>
          <w:szCs w:val="38"/>
        </w:rPr>
        <w:t xml:space="preserve"> </w:t>
      </w:r>
      <w:r w:rsidRPr="008E006D">
        <w:rPr>
          <w:rFonts w:cs="Sakkal Majalla"/>
          <w:sz w:val="36"/>
          <w:szCs w:val="38"/>
          <w:rtl/>
        </w:rPr>
        <w:t>فريق</w:t>
      </w:r>
      <w:r w:rsidRPr="008E006D">
        <w:rPr>
          <w:rFonts w:cs="Sakkal Majalla"/>
          <w:sz w:val="36"/>
          <w:szCs w:val="38"/>
        </w:rPr>
        <w:t xml:space="preserve"> </w:t>
      </w:r>
      <w:r w:rsidRPr="008E006D">
        <w:rPr>
          <w:rFonts w:cs="Sakkal Majalla"/>
          <w:sz w:val="36"/>
          <w:szCs w:val="38"/>
          <w:rtl/>
        </w:rPr>
        <w:t>المشروع</w:t>
      </w:r>
      <w:r w:rsidRPr="008E006D">
        <w:rPr>
          <w:rFonts w:cs="Sakkal Majalla"/>
          <w:sz w:val="36"/>
          <w:szCs w:val="38"/>
        </w:rPr>
        <w:t xml:space="preserve"> </w:t>
      </w:r>
      <w:r w:rsidRPr="008E006D">
        <w:rPr>
          <w:rFonts w:cs="Sakkal Majalla"/>
          <w:sz w:val="36"/>
          <w:szCs w:val="38"/>
          <w:rtl/>
        </w:rPr>
        <w:t>على</w:t>
      </w:r>
      <w:r w:rsidRPr="008E006D">
        <w:rPr>
          <w:rFonts w:cs="Sakkal Majalla"/>
          <w:sz w:val="36"/>
          <w:szCs w:val="38"/>
        </w:rPr>
        <w:t xml:space="preserve"> </w:t>
      </w:r>
      <w:r w:rsidRPr="008E006D">
        <w:rPr>
          <w:rFonts w:cs="Sakkal Majalla"/>
          <w:sz w:val="36"/>
          <w:szCs w:val="38"/>
          <w:rtl/>
        </w:rPr>
        <w:t>التخطيط</w:t>
      </w:r>
      <w:r w:rsidRPr="008E006D">
        <w:rPr>
          <w:rFonts w:cs="Sakkal Majalla"/>
          <w:sz w:val="36"/>
          <w:szCs w:val="38"/>
        </w:rPr>
        <w:t xml:space="preserve"> </w:t>
      </w:r>
      <w:r w:rsidRPr="008E006D">
        <w:rPr>
          <w:rFonts w:cs="Sakkal Majalla"/>
          <w:sz w:val="36"/>
          <w:szCs w:val="38"/>
          <w:rtl/>
        </w:rPr>
        <w:t>والمتابعة</w:t>
      </w:r>
      <w:r w:rsidRPr="008E006D">
        <w:rPr>
          <w:rFonts w:cs="Sakkal Majalla"/>
          <w:sz w:val="36"/>
          <w:szCs w:val="38"/>
        </w:rPr>
        <w:t xml:space="preserve"> </w:t>
      </w:r>
      <w:r w:rsidRPr="008E006D">
        <w:rPr>
          <w:rFonts w:cs="Sakkal Majalla"/>
          <w:sz w:val="36"/>
          <w:szCs w:val="38"/>
          <w:rtl/>
        </w:rPr>
        <w:t>واتخاذ</w:t>
      </w:r>
      <w:r w:rsidRPr="008E006D">
        <w:rPr>
          <w:rFonts w:cs="Sakkal Majalla"/>
          <w:sz w:val="36"/>
          <w:szCs w:val="38"/>
        </w:rPr>
        <w:t xml:space="preserve"> </w:t>
      </w:r>
      <w:r w:rsidRPr="008E006D">
        <w:rPr>
          <w:rFonts w:cs="Sakkal Majalla"/>
          <w:sz w:val="36"/>
          <w:szCs w:val="38"/>
          <w:rtl/>
        </w:rPr>
        <w:t>القرار</w:t>
      </w:r>
      <w:r w:rsidRPr="008E006D">
        <w:rPr>
          <w:rFonts w:cs="Sakkal Majalla"/>
          <w:sz w:val="36"/>
          <w:szCs w:val="38"/>
        </w:rPr>
        <w:t xml:space="preserve"> </w:t>
      </w:r>
      <w:r w:rsidRPr="008E006D">
        <w:rPr>
          <w:rFonts w:cs="Sakkal Majalla"/>
          <w:sz w:val="36"/>
          <w:szCs w:val="38"/>
          <w:rtl/>
        </w:rPr>
        <w:t>بناءً</w:t>
      </w:r>
      <w:r w:rsidRPr="008E006D">
        <w:rPr>
          <w:rFonts w:cs="Sakkal Majalla"/>
          <w:sz w:val="36"/>
          <w:szCs w:val="38"/>
        </w:rPr>
        <w:t xml:space="preserve"> </w:t>
      </w:r>
      <w:r w:rsidRPr="008E006D">
        <w:rPr>
          <w:rFonts w:cs="Sakkal Majalla"/>
          <w:sz w:val="36"/>
          <w:szCs w:val="38"/>
          <w:rtl/>
        </w:rPr>
        <w:t>على</w:t>
      </w:r>
      <w:r w:rsidRPr="008E006D">
        <w:rPr>
          <w:rFonts w:cs="Sakkal Majalla"/>
          <w:sz w:val="36"/>
          <w:szCs w:val="38"/>
        </w:rPr>
        <w:t xml:space="preserve"> </w:t>
      </w:r>
      <w:r w:rsidRPr="008E006D">
        <w:rPr>
          <w:rFonts w:cs="Sakkal Majalla"/>
          <w:sz w:val="36"/>
          <w:szCs w:val="38"/>
          <w:rtl/>
        </w:rPr>
        <w:t>معلومات</w:t>
      </w:r>
      <w:r w:rsidRPr="008E006D">
        <w:rPr>
          <w:rFonts w:cs="Sakkal Majalla"/>
          <w:sz w:val="36"/>
          <w:szCs w:val="38"/>
        </w:rPr>
        <w:t xml:space="preserve"> </w:t>
      </w:r>
      <w:r w:rsidRPr="008E006D">
        <w:rPr>
          <w:rFonts w:cs="Sakkal Majalla"/>
          <w:sz w:val="36"/>
          <w:szCs w:val="38"/>
          <w:rtl/>
        </w:rPr>
        <w:t>دقيقة</w:t>
      </w:r>
      <w:r w:rsidRPr="008E006D">
        <w:rPr>
          <w:rFonts w:cs="Sakkal Majalla"/>
          <w:sz w:val="36"/>
          <w:szCs w:val="38"/>
        </w:rPr>
        <w:t>.</w:t>
      </w:r>
    </w:p>
    <w:p w14:paraId="63FB3DB9" w14:textId="77777777" w:rsidR="008E006D" w:rsidRPr="008E006D" w:rsidRDefault="008E006D" w:rsidP="008E2B08">
      <w:pPr>
        <w:ind w:firstLine="720"/>
        <w:rPr>
          <w:rFonts w:cs="Sakkal Majalla"/>
          <w:sz w:val="36"/>
          <w:szCs w:val="38"/>
        </w:rPr>
      </w:pPr>
      <w:r w:rsidRPr="008E006D">
        <w:rPr>
          <w:rFonts w:cs="Sakkal Majalla"/>
          <w:sz w:val="36"/>
          <w:szCs w:val="38"/>
          <w:rtl/>
        </w:rPr>
        <w:t>تتجسد</w:t>
      </w:r>
      <w:r w:rsidRPr="008E006D">
        <w:rPr>
          <w:rFonts w:cs="Sakkal Majalla"/>
          <w:sz w:val="36"/>
          <w:szCs w:val="38"/>
        </w:rPr>
        <w:t xml:space="preserve"> </w:t>
      </w:r>
      <w:r w:rsidRPr="008E006D">
        <w:rPr>
          <w:rFonts w:cs="Sakkal Majalla"/>
          <w:sz w:val="36"/>
          <w:szCs w:val="38"/>
          <w:rtl/>
        </w:rPr>
        <w:t>أهمية</w:t>
      </w:r>
      <w:r w:rsidRPr="008E006D">
        <w:rPr>
          <w:rFonts w:cs="Sakkal Majalla"/>
          <w:sz w:val="36"/>
          <w:szCs w:val="38"/>
        </w:rPr>
        <w:t xml:space="preserve"> </w:t>
      </w:r>
      <w:r w:rsidRPr="008E006D">
        <w:rPr>
          <w:rFonts w:cs="Sakkal Majalla"/>
          <w:sz w:val="36"/>
          <w:szCs w:val="38"/>
          <w:rtl/>
        </w:rPr>
        <w:t>البنية</w:t>
      </w:r>
      <w:r w:rsidRPr="008E006D">
        <w:rPr>
          <w:rFonts w:cs="Sakkal Majalla"/>
          <w:sz w:val="36"/>
          <w:szCs w:val="38"/>
        </w:rPr>
        <w:t xml:space="preserve"> </w:t>
      </w:r>
      <w:r w:rsidRPr="008E006D">
        <w:rPr>
          <w:rFonts w:cs="Sakkal Majalla"/>
          <w:sz w:val="36"/>
          <w:szCs w:val="38"/>
          <w:rtl/>
        </w:rPr>
        <w:t>التحتية</w:t>
      </w:r>
      <w:r w:rsidRPr="008E006D">
        <w:rPr>
          <w:rFonts w:cs="Sakkal Majalla"/>
          <w:sz w:val="36"/>
          <w:szCs w:val="38"/>
        </w:rPr>
        <w:t xml:space="preserve"> </w:t>
      </w:r>
      <w:r w:rsidRPr="008E006D">
        <w:rPr>
          <w:rFonts w:cs="Sakkal Majalla"/>
          <w:sz w:val="36"/>
          <w:szCs w:val="38"/>
          <w:rtl/>
        </w:rPr>
        <w:t>الرقمية</w:t>
      </w:r>
      <w:r w:rsidRPr="008E006D">
        <w:rPr>
          <w:rFonts w:cs="Sakkal Majalla"/>
          <w:sz w:val="36"/>
          <w:szCs w:val="38"/>
        </w:rPr>
        <w:t xml:space="preserve"> </w:t>
      </w:r>
      <w:r w:rsidRPr="008E006D">
        <w:rPr>
          <w:rFonts w:cs="Sakkal Majalla"/>
          <w:sz w:val="36"/>
          <w:szCs w:val="38"/>
          <w:rtl/>
        </w:rPr>
        <w:t>في</w:t>
      </w:r>
      <w:r w:rsidRPr="008E006D">
        <w:rPr>
          <w:rFonts w:cs="Sakkal Majalla"/>
          <w:sz w:val="36"/>
          <w:szCs w:val="38"/>
        </w:rPr>
        <w:t xml:space="preserve"> </w:t>
      </w:r>
      <w:r w:rsidRPr="008E006D">
        <w:rPr>
          <w:rFonts w:cs="Sakkal Majalla"/>
          <w:sz w:val="36"/>
          <w:szCs w:val="38"/>
          <w:rtl/>
        </w:rPr>
        <w:t>المشاريع</w:t>
      </w:r>
      <w:r w:rsidRPr="008E006D">
        <w:rPr>
          <w:rFonts w:cs="Sakkal Majalla"/>
          <w:sz w:val="36"/>
          <w:szCs w:val="38"/>
        </w:rPr>
        <w:t xml:space="preserve"> </w:t>
      </w:r>
      <w:r w:rsidRPr="008E006D">
        <w:rPr>
          <w:rFonts w:cs="Sakkal Majalla"/>
          <w:sz w:val="36"/>
          <w:szCs w:val="38"/>
          <w:rtl/>
        </w:rPr>
        <w:t>الحكومية</w:t>
      </w:r>
      <w:r w:rsidRPr="008E006D">
        <w:rPr>
          <w:rFonts w:cs="Sakkal Majalla"/>
          <w:sz w:val="36"/>
          <w:szCs w:val="38"/>
        </w:rPr>
        <w:t xml:space="preserve"> </w:t>
      </w:r>
      <w:r w:rsidRPr="008E006D">
        <w:rPr>
          <w:rFonts w:cs="Sakkal Majalla"/>
          <w:sz w:val="36"/>
          <w:szCs w:val="38"/>
          <w:rtl/>
        </w:rPr>
        <w:t>في</w:t>
      </w:r>
      <w:r w:rsidRPr="008E006D">
        <w:rPr>
          <w:rFonts w:cs="Sakkal Majalla"/>
          <w:sz w:val="36"/>
          <w:szCs w:val="38"/>
        </w:rPr>
        <w:t xml:space="preserve"> </w:t>
      </w:r>
      <w:r w:rsidRPr="008E006D">
        <w:rPr>
          <w:rFonts w:cs="Sakkal Majalla"/>
          <w:sz w:val="36"/>
          <w:szCs w:val="38"/>
          <w:rtl/>
        </w:rPr>
        <w:t>قدرتها</w:t>
      </w:r>
      <w:r w:rsidRPr="008E006D">
        <w:rPr>
          <w:rFonts w:cs="Sakkal Majalla"/>
          <w:sz w:val="36"/>
          <w:szCs w:val="38"/>
        </w:rPr>
        <w:t xml:space="preserve"> </w:t>
      </w:r>
      <w:r w:rsidRPr="008E006D">
        <w:rPr>
          <w:rFonts w:cs="Sakkal Majalla"/>
          <w:sz w:val="36"/>
          <w:szCs w:val="38"/>
          <w:rtl/>
        </w:rPr>
        <w:t>على</w:t>
      </w:r>
      <w:r w:rsidRPr="008E006D">
        <w:rPr>
          <w:rFonts w:cs="Sakkal Majalla"/>
          <w:sz w:val="36"/>
          <w:szCs w:val="38"/>
        </w:rPr>
        <w:t xml:space="preserve"> </w:t>
      </w:r>
      <w:r w:rsidRPr="008E006D">
        <w:rPr>
          <w:rFonts w:cs="Sakkal Majalla"/>
          <w:sz w:val="36"/>
          <w:szCs w:val="38"/>
          <w:rtl/>
        </w:rPr>
        <w:t>ربط</w:t>
      </w:r>
      <w:r w:rsidRPr="008E006D">
        <w:rPr>
          <w:rFonts w:cs="Sakkal Majalla"/>
          <w:sz w:val="36"/>
          <w:szCs w:val="38"/>
        </w:rPr>
        <w:t xml:space="preserve"> </w:t>
      </w:r>
      <w:r w:rsidRPr="008E006D">
        <w:rPr>
          <w:rFonts w:cs="Sakkal Majalla"/>
          <w:sz w:val="36"/>
          <w:szCs w:val="38"/>
          <w:rtl/>
        </w:rPr>
        <w:t>الأطراف</w:t>
      </w:r>
      <w:r w:rsidRPr="008E006D">
        <w:rPr>
          <w:rFonts w:cs="Sakkal Majalla"/>
          <w:sz w:val="36"/>
          <w:szCs w:val="38"/>
        </w:rPr>
        <w:t xml:space="preserve"> </w:t>
      </w:r>
      <w:r w:rsidRPr="008E006D">
        <w:rPr>
          <w:rFonts w:cs="Sakkal Majalla"/>
          <w:sz w:val="36"/>
          <w:szCs w:val="38"/>
          <w:rtl/>
        </w:rPr>
        <w:t>المتعددة</w:t>
      </w:r>
      <w:r w:rsidRPr="008E006D">
        <w:rPr>
          <w:rFonts w:cs="Sakkal Majalla"/>
          <w:sz w:val="36"/>
          <w:szCs w:val="38"/>
        </w:rPr>
        <w:t xml:space="preserve"> </w:t>
      </w:r>
      <w:r w:rsidRPr="008E006D">
        <w:rPr>
          <w:rFonts w:cs="Sakkal Majalla"/>
          <w:sz w:val="36"/>
          <w:szCs w:val="38"/>
          <w:rtl/>
        </w:rPr>
        <w:t>التي</w:t>
      </w:r>
      <w:r w:rsidRPr="008E006D">
        <w:rPr>
          <w:rFonts w:cs="Sakkal Majalla"/>
          <w:sz w:val="36"/>
          <w:szCs w:val="38"/>
        </w:rPr>
        <w:t xml:space="preserve"> </w:t>
      </w:r>
      <w:r w:rsidRPr="008E006D">
        <w:rPr>
          <w:rFonts w:cs="Sakkal Majalla"/>
          <w:sz w:val="36"/>
          <w:szCs w:val="38"/>
          <w:rtl/>
        </w:rPr>
        <w:t>تشارك</w:t>
      </w:r>
      <w:r w:rsidRPr="008E006D">
        <w:rPr>
          <w:rFonts w:cs="Sakkal Majalla"/>
          <w:sz w:val="36"/>
          <w:szCs w:val="38"/>
        </w:rPr>
        <w:t xml:space="preserve"> </w:t>
      </w:r>
      <w:r w:rsidRPr="008E006D">
        <w:rPr>
          <w:rFonts w:cs="Sakkal Majalla"/>
          <w:sz w:val="36"/>
          <w:szCs w:val="38"/>
          <w:rtl/>
        </w:rPr>
        <w:t>في</w:t>
      </w:r>
      <w:r w:rsidRPr="008E006D">
        <w:rPr>
          <w:rFonts w:cs="Sakkal Majalla"/>
          <w:sz w:val="36"/>
          <w:szCs w:val="38"/>
        </w:rPr>
        <w:t xml:space="preserve"> </w:t>
      </w:r>
      <w:r w:rsidRPr="008E006D">
        <w:rPr>
          <w:rFonts w:cs="Sakkal Majalla"/>
          <w:sz w:val="36"/>
          <w:szCs w:val="38"/>
          <w:rtl/>
        </w:rPr>
        <w:t>التخطيط</w:t>
      </w:r>
      <w:r w:rsidRPr="008E006D">
        <w:rPr>
          <w:rFonts w:cs="Sakkal Majalla"/>
          <w:sz w:val="36"/>
          <w:szCs w:val="38"/>
        </w:rPr>
        <w:t xml:space="preserve"> </w:t>
      </w:r>
      <w:r w:rsidRPr="008E006D">
        <w:rPr>
          <w:rFonts w:cs="Sakkal Majalla"/>
          <w:sz w:val="36"/>
          <w:szCs w:val="38"/>
          <w:rtl/>
        </w:rPr>
        <w:t>والتنفيذ،</w:t>
      </w:r>
      <w:r w:rsidRPr="008E006D">
        <w:rPr>
          <w:rFonts w:cs="Sakkal Majalla"/>
          <w:sz w:val="36"/>
          <w:szCs w:val="38"/>
        </w:rPr>
        <w:t xml:space="preserve"> </w:t>
      </w:r>
      <w:r w:rsidRPr="008E006D">
        <w:rPr>
          <w:rFonts w:cs="Sakkal Majalla"/>
          <w:sz w:val="36"/>
          <w:szCs w:val="38"/>
          <w:rtl/>
        </w:rPr>
        <w:t>مثل</w:t>
      </w:r>
      <w:r w:rsidRPr="008E006D">
        <w:rPr>
          <w:rFonts w:cs="Sakkal Majalla"/>
          <w:sz w:val="36"/>
          <w:szCs w:val="38"/>
        </w:rPr>
        <w:t xml:space="preserve"> </w:t>
      </w:r>
      <w:r w:rsidRPr="008E006D">
        <w:rPr>
          <w:rFonts w:cs="Sakkal Majalla"/>
          <w:sz w:val="36"/>
          <w:szCs w:val="38"/>
          <w:rtl/>
        </w:rPr>
        <w:t>الجهة</w:t>
      </w:r>
      <w:r w:rsidRPr="008E006D">
        <w:rPr>
          <w:rFonts w:cs="Sakkal Majalla"/>
          <w:sz w:val="36"/>
          <w:szCs w:val="38"/>
        </w:rPr>
        <w:t xml:space="preserve"> </w:t>
      </w:r>
      <w:r w:rsidRPr="008E006D">
        <w:rPr>
          <w:rFonts w:cs="Sakkal Majalla"/>
          <w:sz w:val="36"/>
          <w:szCs w:val="38"/>
          <w:rtl/>
        </w:rPr>
        <w:t>المالكة،</w:t>
      </w:r>
      <w:r w:rsidRPr="008E006D">
        <w:rPr>
          <w:rFonts w:cs="Sakkal Majalla"/>
          <w:sz w:val="36"/>
          <w:szCs w:val="38"/>
        </w:rPr>
        <w:t xml:space="preserve"> </w:t>
      </w:r>
      <w:r w:rsidRPr="008E006D">
        <w:rPr>
          <w:rFonts w:cs="Sakkal Majalla"/>
          <w:sz w:val="36"/>
          <w:szCs w:val="38"/>
          <w:rtl/>
        </w:rPr>
        <w:t>والموردين،</w:t>
      </w:r>
      <w:r w:rsidRPr="008E006D">
        <w:rPr>
          <w:rFonts w:cs="Sakkal Majalla"/>
          <w:sz w:val="36"/>
          <w:szCs w:val="38"/>
        </w:rPr>
        <w:t xml:space="preserve"> </w:t>
      </w:r>
      <w:r w:rsidRPr="008E006D">
        <w:rPr>
          <w:rFonts w:cs="Sakkal Majalla"/>
          <w:sz w:val="36"/>
          <w:szCs w:val="38"/>
          <w:rtl/>
        </w:rPr>
        <w:t>ومكتب</w:t>
      </w:r>
      <w:r w:rsidRPr="008E006D">
        <w:rPr>
          <w:rFonts w:cs="Sakkal Majalla"/>
          <w:sz w:val="36"/>
          <w:szCs w:val="38"/>
        </w:rPr>
        <w:t xml:space="preserve"> </w:t>
      </w:r>
      <w:r w:rsidRPr="008E006D">
        <w:rPr>
          <w:rFonts w:cs="Sakkal Majalla"/>
          <w:sz w:val="36"/>
          <w:szCs w:val="38"/>
          <w:rtl/>
        </w:rPr>
        <w:t>إدارة</w:t>
      </w:r>
      <w:r w:rsidRPr="008E006D">
        <w:rPr>
          <w:rFonts w:cs="Sakkal Majalla"/>
          <w:sz w:val="36"/>
          <w:szCs w:val="38"/>
        </w:rPr>
        <w:t xml:space="preserve"> </w:t>
      </w:r>
      <w:r w:rsidRPr="008E006D">
        <w:rPr>
          <w:rFonts w:cs="Sakkal Majalla"/>
          <w:sz w:val="36"/>
          <w:szCs w:val="38"/>
          <w:rtl/>
        </w:rPr>
        <w:t>المشاريع،</w:t>
      </w:r>
      <w:r w:rsidRPr="008E006D">
        <w:rPr>
          <w:rFonts w:cs="Sakkal Majalla"/>
          <w:sz w:val="36"/>
          <w:szCs w:val="38"/>
        </w:rPr>
        <w:t xml:space="preserve"> </w:t>
      </w:r>
      <w:r w:rsidRPr="008E006D">
        <w:rPr>
          <w:rFonts w:cs="Sakkal Majalla"/>
          <w:sz w:val="36"/>
          <w:szCs w:val="38"/>
          <w:rtl/>
        </w:rPr>
        <w:t>وإدارات</w:t>
      </w:r>
      <w:r w:rsidRPr="008E006D">
        <w:rPr>
          <w:rFonts w:cs="Sakkal Majalla"/>
          <w:sz w:val="36"/>
          <w:szCs w:val="38"/>
        </w:rPr>
        <w:t xml:space="preserve"> </w:t>
      </w:r>
      <w:r w:rsidRPr="008E006D">
        <w:rPr>
          <w:rFonts w:cs="Sakkal Majalla"/>
          <w:sz w:val="36"/>
          <w:szCs w:val="38"/>
          <w:rtl/>
        </w:rPr>
        <w:t>المالية</w:t>
      </w:r>
      <w:r w:rsidRPr="008E006D">
        <w:rPr>
          <w:rFonts w:cs="Sakkal Majalla"/>
          <w:sz w:val="36"/>
          <w:szCs w:val="38"/>
        </w:rPr>
        <w:t xml:space="preserve"> </w:t>
      </w:r>
      <w:r w:rsidRPr="008E006D">
        <w:rPr>
          <w:rFonts w:cs="Sakkal Majalla"/>
          <w:sz w:val="36"/>
          <w:szCs w:val="38"/>
          <w:rtl/>
        </w:rPr>
        <w:t>والمشتريات</w:t>
      </w:r>
      <w:r w:rsidRPr="008E006D">
        <w:rPr>
          <w:rFonts w:cs="Sakkal Majalla"/>
          <w:sz w:val="36"/>
          <w:szCs w:val="38"/>
        </w:rPr>
        <w:t xml:space="preserve"> </w:t>
      </w:r>
      <w:r w:rsidRPr="008E006D">
        <w:rPr>
          <w:rFonts w:cs="Sakkal Majalla"/>
          <w:sz w:val="36"/>
          <w:szCs w:val="38"/>
          <w:rtl/>
        </w:rPr>
        <w:t>والتقنية</w:t>
      </w:r>
      <w:r w:rsidRPr="008E006D">
        <w:rPr>
          <w:rFonts w:cs="Sakkal Majalla"/>
          <w:sz w:val="36"/>
          <w:szCs w:val="38"/>
        </w:rPr>
        <w:t xml:space="preserve">. </w:t>
      </w:r>
      <w:r w:rsidRPr="008E006D">
        <w:rPr>
          <w:rFonts w:cs="Sakkal Majalla"/>
          <w:sz w:val="36"/>
          <w:szCs w:val="38"/>
          <w:rtl/>
        </w:rPr>
        <w:t>وعندما</w:t>
      </w:r>
      <w:r w:rsidRPr="008E006D">
        <w:rPr>
          <w:rFonts w:cs="Sakkal Majalla"/>
          <w:sz w:val="36"/>
          <w:szCs w:val="38"/>
        </w:rPr>
        <w:t xml:space="preserve"> </w:t>
      </w:r>
      <w:r w:rsidRPr="008E006D">
        <w:rPr>
          <w:rFonts w:cs="Sakkal Majalla"/>
          <w:sz w:val="36"/>
          <w:szCs w:val="38"/>
          <w:rtl/>
        </w:rPr>
        <w:t>تتكامل</w:t>
      </w:r>
      <w:r w:rsidRPr="008E006D">
        <w:rPr>
          <w:rFonts w:cs="Sakkal Majalla"/>
          <w:sz w:val="36"/>
          <w:szCs w:val="38"/>
        </w:rPr>
        <w:t xml:space="preserve"> </w:t>
      </w:r>
      <w:r w:rsidRPr="008E006D">
        <w:rPr>
          <w:rFonts w:cs="Sakkal Majalla"/>
          <w:sz w:val="36"/>
          <w:szCs w:val="38"/>
          <w:rtl/>
        </w:rPr>
        <w:t>هذه</w:t>
      </w:r>
      <w:r w:rsidRPr="008E006D">
        <w:rPr>
          <w:rFonts w:cs="Sakkal Majalla"/>
          <w:sz w:val="36"/>
          <w:szCs w:val="38"/>
        </w:rPr>
        <w:t xml:space="preserve"> </w:t>
      </w:r>
      <w:r w:rsidRPr="008E006D">
        <w:rPr>
          <w:rFonts w:cs="Sakkal Majalla"/>
          <w:sz w:val="36"/>
          <w:szCs w:val="38"/>
          <w:rtl/>
        </w:rPr>
        <w:t>الأنظمة</w:t>
      </w:r>
      <w:r w:rsidRPr="008E006D">
        <w:rPr>
          <w:rFonts w:cs="Sakkal Majalla"/>
          <w:sz w:val="36"/>
          <w:szCs w:val="38"/>
        </w:rPr>
        <w:t xml:space="preserve"> </w:t>
      </w:r>
      <w:r w:rsidRPr="008E006D">
        <w:rPr>
          <w:rFonts w:cs="Sakkal Majalla"/>
          <w:sz w:val="36"/>
          <w:szCs w:val="38"/>
          <w:rtl/>
        </w:rPr>
        <w:t>يصبح</w:t>
      </w:r>
      <w:r w:rsidRPr="008E006D">
        <w:rPr>
          <w:rFonts w:cs="Sakkal Majalla"/>
          <w:sz w:val="36"/>
          <w:szCs w:val="38"/>
        </w:rPr>
        <w:t xml:space="preserve"> </w:t>
      </w:r>
      <w:r w:rsidRPr="008E006D">
        <w:rPr>
          <w:rFonts w:cs="Sakkal Majalla"/>
          <w:sz w:val="36"/>
          <w:szCs w:val="38"/>
          <w:rtl/>
        </w:rPr>
        <w:t>بالإمكان</w:t>
      </w:r>
      <w:r w:rsidRPr="008E006D">
        <w:rPr>
          <w:rFonts w:cs="Sakkal Majalla"/>
          <w:sz w:val="36"/>
          <w:szCs w:val="38"/>
        </w:rPr>
        <w:t xml:space="preserve"> </w:t>
      </w:r>
      <w:r w:rsidRPr="008E006D">
        <w:rPr>
          <w:rFonts w:cs="Sakkal Majalla"/>
          <w:sz w:val="36"/>
          <w:szCs w:val="38"/>
          <w:rtl/>
        </w:rPr>
        <w:t>تتبع</w:t>
      </w:r>
      <w:r w:rsidRPr="008E006D">
        <w:rPr>
          <w:rFonts w:cs="Sakkal Majalla"/>
          <w:sz w:val="36"/>
          <w:szCs w:val="38"/>
        </w:rPr>
        <w:t xml:space="preserve"> </w:t>
      </w:r>
      <w:r w:rsidRPr="008E006D">
        <w:rPr>
          <w:rFonts w:cs="Sakkal Majalla"/>
          <w:sz w:val="36"/>
          <w:szCs w:val="38"/>
          <w:rtl/>
        </w:rPr>
        <w:t>حالة</w:t>
      </w:r>
      <w:r w:rsidRPr="008E006D">
        <w:rPr>
          <w:rFonts w:cs="Sakkal Majalla"/>
          <w:sz w:val="36"/>
          <w:szCs w:val="38"/>
        </w:rPr>
        <w:t xml:space="preserve"> </w:t>
      </w:r>
      <w:r w:rsidRPr="008E006D">
        <w:rPr>
          <w:rFonts w:cs="Sakkal Majalla"/>
          <w:sz w:val="36"/>
          <w:szCs w:val="38"/>
          <w:rtl/>
        </w:rPr>
        <w:t>المشروع</w:t>
      </w:r>
      <w:r w:rsidRPr="008E006D">
        <w:rPr>
          <w:rFonts w:cs="Sakkal Majalla"/>
          <w:sz w:val="36"/>
          <w:szCs w:val="38"/>
        </w:rPr>
        <w:t xml:space="preserve"> </w:t>
      </w:r>
      <w:r w:rsidRPr="008E006D">
        <w:rPr>
          <w:rFonts w:cs="Sakkal Majalla"/>
          <w:sz w:val="36"/>
          <w:szCs w:val="38"/>
          <w:rtl/>
        </w:rPr>
        <w:t>من</w:t>
      </w:r>
      <w:r w:rsidRPr="008E006D">
        <w:rPr>
          <w:rFonts w:cs="Sakkal Majalla"/>
          <w:sz w:val="36"/>
          <w:szCs w:val="38"/>
        </w:rPr>
        <w:t xml:space="preserve"> </w:t>
      </w:r>
      <w:r w:rsidRPr="008E006D">
        <w:rPr>
          <w:rFonts w:cs="Sakkal Majalla"/>
          <w:sz w:val="36"/>
          <w:szCs w:val="38"/>
          <w:rtl/>
        </w:rPr>
        <w:t>مصدر</w:t>
      </w:r>
      <w:r w:rsidRPr="008E006D">
        <w:rPr>
          <w:rFonts w:cs="Sakkal Majalla"/>
          <w:sz w:val="36"/>
          <w:szCs w:val="38"/>
        </w:rPr>
        <w:t xml:space="preserve"> </w:t>
      </w:r>
      <w:r w:rsidRPr="008E006D">
        <w:rPr>
          <w:rFonts w:cs="Sakkal Majalla"/>
          <w:sz w:val="36"/>
          <w:szCs w:val="38"/>
          <w:rtl/>
        </w:rPr>
        <w:t>موحد</w:t>
      </w:r>
      <w:r w:rsidRPr="008E006D">
        <w:rPr>
          <w:rFonts w:cs="Sakkal Majalla"/>
          <w:sz w:val="36"/>
          <w:szCs w:val="38"/>
        </w:rPr>
        <w:t xml:space="preserve"> </w:t>
      </w:r>
      <w:r w:rsidRPr="008E006D">
        <w:rPr>
          <w:rFonts w:cs="Sakkal Majalla"/>
          <w:sz w:val="36"/>
          <w:szCs w:val="38"/>
          <w:rtl/>
        </w:rPr>
        <w:t>بدل</w:t>
      </w:r>
      <w:r w:rsidRPr="008E006D">
        <w:rPr>
          <w:rFonts w:cs="Sakkal Majalla"/>
          <w:sz w:val="36"/>
          <w:szCs w:val="38"/>
        </w:rPr>
        <w:t xml:space="preserve"> </w:t>
      </w:r>
      <w:r w:rsidRPr="008E006D">
        <w:rPr>
          <w:rFonts w:cs="Sakkal Majalla"/>
          <w:sz w:val="36"/>
          <w:szCs w:val="38"/>
          <w:rtl/>
        </w:rPr>
        <w:t>الاعتماد</w:t>
      </w:r>
      <w:r w:rsidRPr="008E006D">
        <w:rPr>
          <w:rFonts w:cs="Sakkal Majalla"/>
          <w:sz w:val="36"/>
          <w:szCs w:val="38"/>
        </w:rPr>
        <w:t xml:space="preserve"> </w:t>
      </w:r>
      <w:r w:rsidRPr="008E006D">
        <w:rPr>
          <w:rFonts w:cs="Sakkal Majalla"/>
          <w:sz w:val="36"/>
          <w:szCs w:val="38"/>
          <w:rtl/>
        </w:rPr>
        <w:t>على</w:t>
      </w:r>
      <w:r w:rsidRPr="008E006D">
        <w:rPr>
          <w:rFonts w:cs="Sakkal Majalla"/>
          <w:sz w:val="36"/>
          <w:szCs w:val="38"/>
        </w:rPr>
        <w:t xml:space="preserve"> </w:t>
      </w:r>
      <w:r w:rsidRPr="008E006D">
        <w:rPr>
          <w:rFonts w:cs="Sakkal Majalla"/>
          <w:sz w:val="36"/>
          <w:szCs w:val="38"/>
          <w:rtl/>
        </w:rPr>
        <w:t>تقارير</w:t>
      </w:r>
      <w:r w:rsidRPr="008E006D">
        <w:rPr>
          <w:rFonts w:cs="Sakkal Majalla"/>
          <w:sz w:val="36"/>
          <w:szCs w:val="38"/>
        </w:rPr>
        <w:t xml:space="preserve"> </w:t>
      </w:r>
      <w:r w:rsidRPr="008E006D">
        <w:rPr>
          <w:rFonts w:cs="Sakkal Majalla"/>
          <w:sz w:val="36"/>
          <w:szCs w:val="38"/>
          <w:rtl/>
        </w:rPr>
        <w:t>يدوية</w:t>
      </w:r>
      <w:r w:rsidRPr="008E006D">
        <w:rPr>
          <w:rFonts w:cs="Sakkal Majalla"/>
          <w:sz w:val="36"/>
          <w:szCs w:val="38"/>
        </w:rPr>
        <w:t xml:space="preserve"> </w:t>
      </w:r>
      <w:r w:rsidRPr="008E006D">
        <w:rPr>
          <w:rFonts w:cs="Sakkal Majalla"/>
          <w:sz w:val="36"/>
          <w:szCs w:val="38"/>
          <w:rtl/>
        </w:rPr>
        <w:t>متأخرة</w:t>
      </w:r>
      <w:r w:rsidRPr="008E006D">
        <w:rPr>
          <w:rFonts w:cs="Sakkal Majalla"/>
          <w:sz w:val="36"/>
          <w:szCs w:val="38"/>
        </w:rPr>
        <w:t>.</w:t>
      </w:r>
    </w:p>
    <w:p w14:paraId="387BC0C4" w14:textId="77777777" w:rsidR="008E006D" w:rsidRPr="008E006D" w:rsidRDefault="008E006D" w:rsidP="008E2B08">
      <w:pPr>
        <w:ind w:firstLine="720"/>
        <w:rPr>
          <w:rFonts w:cs="Sakkal Majalla"/>
          <w:sz w:val="36"/>
          <w:szCs w:val="38"/>
        </w:rPr>
      </w:pPr>
      <w:r w:rsidRPr="008E006D">
        <w:rPr>
          <w:rFonts w:cs="Sakkal Majalla"/>
          <w:sz w:val="36"/>
          <w:szCs w:val="38"/>
          <w:rtl/>
        </w:rPr>
        <w:lastRenderedPageBreak/>
        <w:t>ومع</w:t>
      </w:r>
      <w:r w:rsidRPr="008E006D">
        <w:rPr>
          <w:rFonts w:cs="Sakkal Majalla"/>
          <w:sz w:val="36"/>
          <w:szCs w:val="38"/>
        </w:rPr>
        <w:t xml:space="preserve"> </w:t>
      </w:r>
      <w:r w:rsidRPr="008E006D">
        <w:rPr>
          <w:rFonts w:cs="Sakkal Majalla"/>
          <w:sz w:val="36"/>
          <w:szCs w:val="38"/>
          <w:rtl/>
        </w:rPr>
        <w:t>ذلك،</w:t>
      </w:r>
      <w:r w:rsidRPr="008E006D">
        <w:rPr>
          <w:rFonts w:cs="Sakkal Majalla"/>
          <w:sz w:val="36"/>
          <w:szCs w:val="38"/>
        </w:rPr>
        <w:t xml:space="preserve"> </w:t>
      </w:r>
      <w:r w:rsidRPr="008E006D">
        <w:rPr>
          <w:rFonts w:cs="Sakkal Majalla"/>
          <w:sz w:val="36"/>
          <w:szCs w:val="38"/>
          <w:rtl/>
        </w:rPr>
        <w:t>فإن</w:t>
      </w:r>
      <w:r w:rsidRPr="008E006D">
        <w:rPr>
          <w:rFonts w:cs="Sakkal Majalla"/>
          <w:sz w:val="36"/>
          <w:szCs w:val="38"/>
        </w:rPr>
        <w:t xml:space="preserve"> </w:t>
      </w:r>
      <w:r w:rsidRPr="008E006D">
        <w:rPr>
          <w:rFonts w:cs="Sakkal Majalla"/>
          <w:sz w:val="36"/>
          <w:szCs w:val="38"/>
          <w:rtl/>
        </w:rPr>
        <w:t>البنية</w:t>
      </w:r>
      <w:r w:rsidRPr="008E006D">
        <w:rPr>
          <w:rFonts w:cs="Sakkal Majalla"/>
          <w:sz w:val="36"/>
          <w:szCs w:val="38"/>
        </w:rPr>
        <w:t xml:space="preserve"> </w:t>
      </w:r>
      <w:r w:rsidRPr="008E006D">
        <w:rPr>
          <w:rFonts w:cs="Sakkal Majalla"/>
          <w:sz w:val="36"/>
          <w:szCs w:val="38"/>
          <w:rtl/>
        </w:rPr>
        <w:t>الرقمية</w:t>
      </w:r>
      <w:r w:rsidRPr="008E006D">
        <w:rPr>
          <w:rFonts w:cs="Sakkal Majalla"/>
          <w:sz w:val="36"/>
          <w:szCs w:val="38"/>
        </w:rPr>
        <w:t xml:space="preserve"> </w:t>
      </w:r>
      <w:r w:rsidRPr="008E006D">
        <w:rPr>
          <w:rFonts w:cs="Sakkal Majalla"/>
          <w:sz w:val="36"/>
          <w:szCs w:val="38"/>
          <w:rtl/>
        </w:rPr>
        <w:t>لا</w:t>
      </w:r>
      <w:r w:rsidRPr="008E006D">
        <w:rPr>
          <w:rFonts w:cs="Sakkal Majalla"/>
          <w:sz w:val="36"/>
          <w:szCs w:val="38"/>
        </w:rPr>
        <w:t xml:space="preserve"> </w:t>
      </w:r>
      <w:r w:rsidRPr="008E006D">
        <w:rPr>
          <w:rFonts w:cs="Sakkal Majalla"/>
          <w:sz w:val="36"/>
          <w:szCs w:val="38"/>
          <w:rtl/>
        </w:rPr>
        <w:t>تعني</w:t>
      </w:r>
      <w:r w:rsidRPr="008E006D">
        <w:rPr>
          <w:rFonts w:cs="Sakkal Majalla"/>
          <w:sz w:val="36"/>
          <w:szCs w:val="38"/>
        </w:rPr>
        <w:t xml:space="preserve"> </w:t>
      </w:r>
      <w:r w:rsidRPr="008E006D">
        <w:rPr>
          <w:rFonts w:cs="Sakkal Majalla"/>
          <w:sz w:val="36"/>
          <w:szCs w:val="38"/>
          <w:rtl/>
        </w:rPr>
        <w:t>فقط</w:t>
      </w:r>
      <w:r w:rsidRPr="008E006D">
        <w:rPr>
          <w:rFonts w:cs="Sakkal Majalla"/>
          <w:sz w:val="36"/>
          <w:szCs w:val="38"/>
        </w:rPr>
        <w:t xml:space="preserve"> </w:t>
      </w:r>
      <w:r w:rsidRPr="008E006D">
        <w:rPr>
          <w:rFonts w:cs="Sakkal Majalla"/>
          <w:sz w:val="36"/>
          <w:szCs w:val="38"/>
          <w:rtl/>
        </w:rPr>
        <w:t>توفر</w:t>
      </w:r>
      <w:r w:rsidRPr="008E006D">
        <w:rPr>
          <w:rFonts w:cs="Sakkal Majalla"/>
          <w:sz w:val="36"/>
          <w:szCs w:val="38"/>
        </w:rPr>
        <w:t xml:space="preserve"> </w:t>
      </w:r>
      <w:r w:rsidRPr="008E006D">
        <w:rPr>
          <w:rFonts w:cs="Sakkal Majalla"/>
          <w:sz w:val="36"/>
          <w:szCs w:val="38"/>
          <w:rtl/>
        </w:rPr>
        <w:t>الأجهزة</w:t>
      </w:r>
      <w:r w:rsidRPr="008E006D">
        <w:rPr>
          <w:rFonts w:cs="Sakkal Majalla"/>
          <w:sz w:val="36"/>
          <w:szCs w:val="38"/>
        </w:rPr>
        <w:t xml:space="preserve"> </w:t>
      </w:r>
      <w:r w:rsidRPr="008E006D">
        <w:rPr>
          <w:rFonts w:cs="Sakkal Majalla"/>
          <w:sz w:val="36"/>
          <w:szCs w:val="38"/>
          <w:rtl/>
        </w:rPr>
        <w:t>أو</w:t>
      </w:r>
      <w:r w:rsidRPr="008E006D">
        <w:rPr>
          <w:rFonts w:cs="Sakkal Majalla"/>
          <w:sz w:val="36"/>
          <w:szCs w:val="38"/>
        </w:rPr>
        <w:t xml:space="preserve"> </w:t>
      </w:r>
      <w:r w:rsidRPr="008E006D">
        <w:rPr>
          <w:rFonts w:cs="Sakkal Majalla"/>
          <w:sz w:val="36"/>
          <w:szCs w:val="38"/>
          <w:rtl/>
        </w:rPr>
        <w:t>البرمجيات،</w:t>
      </w:r>
      <w:r w:rsidRPr="008E006D">
        <w:rPr>
          <w:rFonts w:cs="Sakkal Majalla"/>
          <w:sz w:val="36"/>
          <w:szCs w:val="38"/>
        </w:rPr>
        <w:t xml:space="preserve"> </w:t>
      </w:r>
      <w:r w:rsidRPr="008E006D">
        <w:rPr>
          <w:rFonts w:cs="Sakkal Majalla"/>
          <w:sz w:val="36"/>
          <w:szCs w:val="38"/>
          <w:rtl/>
        </w:rPr>
        <w:t>بل</w:t>
      </w:r>
      <w:r w:rsidRPr="008E006D">
        <w:rPr>
          <w:rFonts w:cs="Sakkal Majalla"/>
          <w:sz w:val="36"/>
          <w:szCs w:val="38"/>
        </w:rPr>
        <w:t xml:space="preserve"> </w:t>
      </w:r>
      <w:r w:rsidRPr="008E006D">
        <w:rPr>
          <w:rFonts w:cs="Sakkal Majalla"/>
          <w:sz w:val="36"/>
          <w:szCs w:val="38"/>
          <w:rtl/>
        </w:rPr>
        <w:t>تشمل</w:t>
      </w:r>
      <w:r w:rsidRPr="008E006D">
        <w:rPr>
          <w:rFonts w:cs="Sakkal Majalla"/>
          <w:sz w:val="36"/>
          <w:szCs w:val="38"/>
        </w:rPr>
        <w:t xml:space="preserve"> </w:t>
      </w:r>
      <w:r w:rsidRPr="008E006D">
        <w:rPr>
          <w:rFonts w:cs="Sakkal Majalla"/>
          <w:sz w:val="36"/>
          <w:szCs w:val="38"/>
          <w:rtl/>
        </w:rPr>
        <w:t>جودة</w:t>
      </w:r>
      <w:r w:rsidRPr="008E006D">
        <w:rPr>
          <w:rFonts w:cs="Sakkal Majalla"/>
          <w:sz w:val="36"/>
          <w:szCs w:val="38"/>
        </w:rPr>
        <w:t xml:space="preserve"> </w:t>
      </w:r>
      <w:r w:rsidRPr="008E006D">
        <w:rPr>
          <w:rFonts w:cs="Sakkal Majalla"/>
          <w:sz w:val="36"/>
          <w:szCs w:val="38"/>
          <w:rtl/>
        </w:rPr>
        <w:t>البيانات،</w:t>
      </w:r>
      <w:r w:rsidRPr="008E006D">
        <w:rPr>
          <w:rFonts w:cs="Sakkal Majalla"/>
          <w:sz w:val="36"/>
          <w:szCs w:val="38"/>
        </w:rPr>
        <w:t xml:space="preserve"> </w:t>
      </w:r>
      <w:r w:rsidRPr="008E006D">
        <w:rPr>
          <w:rFonts w:cs="Sakkal Majalla"/>
          <w:sz w:val="36"/>
          <w:szCs w:val="38"/>
          <w:rtl/>
        </w:rPr>
        <w:t>وأمن</w:t>
      </w:r>
      <w:r w:rsidRPr="008E006D">
        <w:rPr>
          <w:rFonts w:cs="Sakkal Majalla"/>
          <w:sz w:val="36"/>
          <w:szCs w:val="38"/>
        </w:rPr>
        <w:t xml:space="preserve"> </w:t>
      </w:r>
      <w:r w:rsidRPr="008E006D">
        <w:rPr>
          <w:rFonts w:cs="Sakkal Majalla"/>
          <w:sz w:val="36"/>
          <w:szCs w:val="38"/>
          <w:rtl/>
        </w:rPr>
        <w:t>المعلومات،</w:t>
      </w:r>
      <w:r w:rsidRPr="008E006D">
        <w:rPr>
          <w:rFonts w:cs="Sakkal Majalla"/>
          <w:sz w:val="36"/>
          <w:szCs w:val="38"/>
        </w:rPr>
        <w:t xml:space="preserve"> </w:t>
      </w:r>
      <w:r w:rsidRPr="008E006D">
        <w:rPr>
          <w:rFonts w:cs="Sakkal Majalla"/>
          <w:sz w:val="36"/>
          <w:szCs w:val="38"/>
          <w:rtl/>
        </w:rPr>
        <w:t>وسهولة</w:t>
      </w:r>
      <w:r w:rsidRPr="008E006D">
        <w:rPr>
          <w:rFonts w:cs="Sakkal Majalla"/>
          <w:sz w:val="36"/>
          <w:szCs w:val="38"/>
        </w:rPr>
        <w:t xml:space="preserve"> </w:t>
      </w:r>
      <w:r w:rsidRPr="008E006D">
        <w:rPr>
          <w:rFonts w:cs="Sakkal Majalla"/>
          <w:sz w:val="36"/>
          <w:szCs w:val="38"/>
          <w:rtl/>
        </w:rPr>
        <w:t>الاستخدام،</w:t>
      </w:r>
      <w:r w:rsidRPr="008E006D">
        <w:rPr>
          <w:rFonts w:cs="Sakkal Majalla"/>
          <w:sz w:val="36"/>
          <w:szCs w:val="38"/>
        </w:rPr>
        <w:t xml:space="preserve"> </w:t>
      </w:r>
      <w:r w:rsidRPr="008E006D">
        <w:rPr>
          <w:rFonts w:cs="Sakkal Majalla"/>
          <w:sz w:val="36"/>
          <w:szCs w:val="38"/>
          <w:rtl/>
        </w:rPr>
        <w:t>وقابلية</w:t>
      </w:r>
      <w:r w:rsidRPr="008E006D">
        <w:rPr>
          <w:rFonts w:cs="Sakkal Majalla"/>
          <w:sz w:val="36"/>
          <w:szCs w:val="38"/>
        </w:rPr>
        <w:t xml:space="preserve"> </w:t>
      </w:r>
      <w:r w:rsidRPr="008E006D">
        <w:rPr>
          <w:rFonts w:cs="Sakkal Majalla"/>
          <w:sz w:val="36"/>
          <w:szCs w:val="38"/>
          <w:rtl/>
        </w:rPr>
        <w:t>التكامل،</w:t>
      </w:r>
      <w:r w:rsidRPr="008E006D">
        <w:rPr>
          <w:rFonts w:cs="Sakkal Majalla"/>
          <w:sz w:val="36"/>
          <w:szCs w:val="38"/>
        </w:rPr>
        <w:t xml:space="preserve"> </w:t>
      </w:r>
      <w:r w:rsidRPr="008E006D">
        <w:rPr>
          <w:rFonts w:cs="Sakkal Majalla"/>
          <w:sz w:val="36"/>
          <w:szCs w:val="38"/>
          <w:rtl/>
        </w:rPr>
        <w:t>واستمرارية</w:t>
      </w:r>
      <w:r w:rsidRPr="008E006D">
        <w:rPr>
          <w:rFonts w:cs="Sakkal Majalla"/>
          <w:sz w:val="36"/>
          <w:szCs w:val="38"/>
        </w:rPr>
        <w:t xml:space="preserve"> </w:t>
      </w:r>
      <w:r w:rsidRPr="008E006D">
        <w:rPr>
          <w:rFonts w:cs="Sakkal Majalla"/>
          <w:sz w:val="36"/>
          <w:szCs w:val="38"/>
          <w:rtl/>
        </w:rPr>
        <w:t>الخدمة</w:t>
      </w:r>
      <w:r w:rsidRPr="008E006D">
        <w:rPr>
          <w:rFonts w:cs="Sakkal Majalla"/>
          <w:sz w:val="36"/>
          <w:szCs w:val="38"/>
        </w:rPr>
        <w:t xml:space="preserve">. </w:t>
      </w:r>
      <w:r w:rsidRPr="008E006D">
        <w:rPr>
          <w:rFonts w:cs="Sakkal Majalla"/>
          <w:sz w:val="36"/>
          <w:szCs w:val="38"/>
          <w:rtl/>
        </w:rPr>
        <w:t>لذلك</w:t>
      </w:r>
      <w:r w:rsidRPr="008E006D">
        <w:rPr>
          <w:rFonts w:cs="Sakkal Majalla"/>
          <w:sz w:val="36"/>
          <w:szCs w:val="38"/>
        </w:rPr>
        <w:t xml:space="preserve"> </w:t>
      </w:r>
      <w:r w:rsidRPr="008E006D">
        <w:rPr>
          <w:rFonts w:cs="Sakkal Majalla"/>
          <w:sz w:val="36"/>
          <w:szCs w:val="38"/>
          <w:rtl/>
        </w:rPr>
        <w:t>تعد</w:t>
      </w:r>
      <w:r w:rsidRPr="008E006D">
        <w:rPr>
          <w:rFonts w:cs="Sakkal Majalla"/>
          <w:sz w:val="36"/>
          <w:szCs w:val="38"/>
        </w:rPr>
        <w:t xml:space="preserve"> </w:t>
      </w:r>
      <w:r w:rsidRPr="008E006D">
        <w:rPr>
          <w:rFonts w:cs="Sakkal Majalla"/>
          <w:sz w:val="36"/>
          <w:szCs w:val="38"/>
          <w:rtl/>
        </w:rPr>
        <w:t>البنية</w:t>
      </w:r>
      <w:r w:rsidRPr="008E006D">
        <w:rPr>
          <w:rFonts w:cs="Sakkal Majalla"/>
          <w:sz w:val="36"/>
          <w:szCs w:val="38"/>
        </w:rPr>
        <w:t xml:space="preserve"> </w:t>
      </w:r>
      <w:r w:rsidRPr="008E006D">
        <w:rPr>
          <w:rFonts w:cs="Sakkal Majalla"/>
          <w:sz w:val="36"/>
          <w:szCs w:val="38"/>
          <w:rtl/>
        </w:rPr>
        <w:t>التحتية</w:t>
      </w:r>
      <w:r w:rsidRPr="008E006D">
        <w:rPr>
          <w:rFonts w:cs="Sakkal Majalla"/>
          <w:sz w:val="36"/>
          <w:szCs w:val="38"/>
        </w:rPr>
        <w:t xml:space="preserve"> </w:t>
      </w:r>
      <w:r w:rsidRPr="008E006D">
        <w:rPr>
          <w:rFonts w:cs="Sakkal Majalla"/>
          <w:sz w:val="36"/>
          <w:szCs w:val="38"/>
          <w:rtl/>
        </w:rPr>
        <w:t>الرقمية</w:t>
      </w:r>
      <w:r w:rsidRPr="008E006D">
        <w:rPr>
          <w:rFonts w:cs="Sakkal Majalla"/>
          <w:sz w:val="36"/>
          <w:szCs w:val="38"/>
        </w:rPr>
        <w:t xml:space="preserve"> </w:t>
      </w:r>
      <w:r w:rsidRPr="008E006D">
        <w:rPr>
          <w:rFonts w:cs="Sakkal Majalla"/>
          <w:sz w:val="36"/>
          <w:szCs w:val="38"/>
          <w:rtl/>
        </w:rPr>
        <w:t>بعدًا</w:t>
      </w:r>
      <w:r w:rsidRPr="008E006D">
        <w:rPr>
          <w:rFonts w:cs="Sakkal Majalla"/>
          <w:sz w:val="36"/>
          <w:szCs w:val="38"/>
        </w:rPr>
        <w:t xml:space="preserve"> </w:t>
      </w:r>
      <w:r w:rsidRPr="008E006D">
        <w:rPr>
          <w:rFonts w:cs="Sakkal Majalla"/>
          <w:sz w:val="36"/>
          <w:szCs w:val="38"/>
          <w:rtl/>
        </w:rPr>
        <w:t>مركبًا</w:t>
      </w:r>
      <w:r w:rsidRPr="008E006D">
        <w:rPr>
          <w:rFonts w:cs="Sakkal Majalla"/>
          <w:sz w:val="36"/>
          <w:szCs w:val="38"/>
        </w:rPr>
        <w:t xml:space="preserve"> </w:t>
      </w:r>
      <w:r w:rsidRPr="008E006D">
        <w:rPr>
          <w:rFonts w:cs="Sakkal Majalla"/>
          <w:sz w:val="36"/>
          <w:szCs w:val="38"/>
          <w:rtl/>
        </w:rPr>
        <w:t>يجمع</w:t>
      </w:r>
      <w:r w:rsidRPr="008E006D">
        <w:rPr>
          <w:rFonts w:cs="Sakkal Majalla"/>
          <w:sz w:val="36"/>
          <w:szCs w:val="38"/>
        </w:rPr>
        <w:t xml:space="preserve"> </w:t>
      </w:r>
      <w:r w:rsidRPr="008E006D">
        <w:rPr>
          <w:rFonts w:cs="Sakkal Majalla"/>
          <w:sz w:val="36"/>
          <w:szCs w:val="38"/>
          <w:rtl/>
        </w:rPr>
        <w:t>بين</w:t>
      </w:r>
      <w:r w:rsidRPr="008E006D">
        <w:rPr>
          <w:rFonts w:cs="Sakkal Majalla"/>
          <w:sz w:val="36"/>
          <w:szCs w:val="38"/>
        </w:rPr>
        <w:t xml:space="preserve"> </w:t>
      </w:r>
      <w:r w:rsidRPr="008E006D">
        <w:rPr>
          <w:rFonts w:cs="Sakkal Majalla"/>
          <w:sz w:val="36"/>
          <w:szCs w:val="38"/>
          <w:rtl/>
        </w:rPr>
        <w:t>التقنية</w:t>
      </w:r>
      <w:r w:rsidRPr="008E006D">
        <w:rPr>
          <w:rFonts w:cs="Sakkal Majalla"/>
          <w:sz w:val="36"/>
          <w:szCs w:val="38"/>
        </w:rPr>
        <w:t xml:space="preserve"> </w:t>
      </w:r>
      <w:r w:rsidRPr="008E006D">
        <w:rPr>
          <w:rFonts w:cs="Sakkal Majalla"/>
          <w:sz w:val="36"/>
          <w:szCs w:val="38"/>
          <w:rtl/>
        </w:rPr>
        <w:t>والحوكمة</w:t>
      </w:r>
      <w:r w:rsidRPr="008E006D">
        <w:rPr>
          <w:rFonts w:cs="Sakkal Majalla"/>
          <w:sz w:val="36"/>
          <w:szCs w:val="38"/>
        </w:rPr>
        <w:t xml:space="preserve"> </w:t>
      </w:r>
      <w:r w:rsidRPr="008E006D">
        <w:rPr>
          <w:rFonts w:cs="Sakkal Majalla"/>
          <w:sz w:val="36"/>
          <w:szCs w:val="38"/>
          <w:rtl/>
        </w:rPr>
        <w:t>والتشغيل</w:t>
      </w:r>
      <w:r w:rsidRPr="008E006D">
        <w:rPr>
          <w:rFonts w:cs="Sakkal Majalla"/>
          <w:sz w:val="36"/>
          <w:szCs w:val="38"/>
        </w:rPr>
        <w:t>.</w:t>
      </w:r>
    </w:p>
    <w:p w14:paraId="7E9F01E1" w14:textId="77777777" w:rsidR="008E006D" w:rsidRPr="008E006D" w:rsidRDefault="008E006D" w:rsidP="008E006D">
      <w:pPr>
        <w:ind w:firstLine="0"/>
        <w:rPr>
          <w:rFonts w:cs="Sakkal Majalla"/>
          <w:b/>
          <w:sz w:val="36"/>
          <w:szCs w:val="38"/>
        </w:rPr>
      </w:pPr>
      <w:r w:rsidRPr="008E006D">
        <w:rPr>
          <w:rFonts w:cs="Sakkal Majalla"/>
          <w:b/>
          <w:sz w:val="36"/>
          <w:szCs w:val="38"/>
        </w:rPr>
        <w:t xml:space="preserve">2.5.2 </w:t>
      </w:r>
      <w:r w:rsidRPr="008E006D">
        <w:rPr>
          <w:rFonts w:cs="Sakkal Majalla"/>
          <w:b/>
          <w:bCs/>
          <w:sz w:val="36"/>
          <w:szCs w:val="38"/>
          <w:rtl/>
        </w:rPr>
        <w:t>الثقافة</w:t>
      </w:r>
      <w:r w:rsidRPr="008E006D">
        <w:rPr>
          <w:rFonts w:cs="Sakkal Majalla"/>
          <w:b/>
          <w:sz w:val="36"/>
          <w:szCs w:val="38"/>
        </w:rPr>
        <w:t xml:space="preserve"> </w:t>
      </w:r>
      <w:r w:rsidRPr="008E006D">
        <w:rPr>
          <w:rFonts w:cs="Sakkal Majalla"/>
          <w:b/>
          <w:bCs/>
          <w:sz w:val="36"/>
          <w:szCs w:val="38"/>
          <w:rtl/>
        </w:rPr>
        <w:t>الرقمية</w:t>
      </w:r>
      <w:r w:rsidR="008E2B08">
        <w:rPr>
          <w:rFonts w:cs="Sakkal Majalla" w:hint="cs"/>
          <w:b/>
          <w:bCs/>
          <w:sz w:val="36"/>
          <w:szCs w:val="38"/>
          <w:rtl/>
        </w:rPr>
        <w:t xml:space="preserve">: </w:t>
      </w:r>
    </w:p>
    <w:p w14:paraId="35181D69" w14:textId="77777777" w:rsidR="008E006D" w:rsidRPr="008E006D" w:rsidRDefault="008E006D" w:rsidP="008E2B08">
      <w:pPr>
        <w:ind w:firstLine="720"/>
        <w:rPr>
          <w:rFonts w:cs="Sakkal Majalla"/>
          <w:sz w:val="36"/>
          <w:szCs w:val="38"/>
        </w:rPr>
      </w:pPr>
      <w:r w:rsidRPr="008E006D">
        <w:rPr>
          <w:rFonts w:cs="Sakkal Majalla"/>
          <w:sz w:val="36"/>
          <w:szCs w:val="38"/>
          <w:rtl/>
        </w:rPr>
        <w:t>الثقافة</w:t>
      </w:r>
      <w:r w:rsidRPr="008E006D">
        <w:rPr>
          <w:rFonts w:cs="Sakkal Majalla"/>
          <w:sz w:val="36"/>
          <w:szCs w:val="38"/>
        </w:rPr>
        <w:t xml:space="preserve"> </w:t>
      </w:r>
      <w:r w:rsidRPr="008E006D">
        <w:rPr>
          <w:rFonts w:cs="Sakkal Majalla"/>
          <w:sz w:val="36"/>
          <w:szCs w:val="38"/>
          <w:rtl/>
        </w:rPr>
        <w:t>الرقمية</w:t>
      </w:r>
      <w:r w:rsidRPr="008E006D">
        <w:rPr>
          <w:rFonts w:cs="Sakkal Majalla"/>
          <w:sz w:val="36"/>
          <w:szCs w:val="38"/>
        </w:rPr>
        <w:t xml:space="preserve"> </w:t>
      </w:r>
      <w:r w:rsidRPr="008E006D">
        <w:rPr>
          <w:rFonts w:cs="Sakkal Majalla"/>
          <w:sz w:val="36"/>
          <w:szCs w:val="38"/>
          <w:rtl/>
        </w:rPr>
        <w:t>هي</w:t>
      </w:r>
      <w:r w:rsidRPr="008E006D">
        <w:rPr>
          <w:rFonts w:cs="Sakkal Majalla"/>
          <w:sz w:val="36"/>
          <w:szCs w:val="38"/>
        </w:rPr>
        <w:t xml:space="preserve"> </w:t>
      </w:r>
      <w:r w:rsidRPr="008E006D">
        <w:rPr>
          <w:rFonts w:cs="Sakkal Majalla"/>
          <w:sz w:val="36"/>
          <w:szCs w:val="38"/>
          <w:rtl/>
        </w:rPr>
        <w:t>مجموعة</w:t>
      </w:r>
      <w:r w:rsidRPr="008E006D">
        <w:rPr>
          <w:rFonts w:cs="Sakkal Majalla"/>
          <w:sz w:val="36"/>
          <w:szCs w:val="38"/>
        </w:rPr>
        <w:t xml:space="preserve"> </w:t>
      </w:r>
      <w:r w:rsidRPr="008E006D">
        <w:rPr>
          <w:rFonts w:cs="Sakkal Majalla"/>
          <w:sz w:val="36"/>
          <w:szCs w:val="38"/>
          <w:rtl/>
        </w:rPr>
        <w:t>القيم</w:t>
      </w:r>
      <w:r w:rsidRPr="008E006D">
        <w:rPr>
          <w:rFonts w:cs="Sakkal Majalla"/>
          <w:sz w:val="36"/>
          <w:szCs w:val="38"/>
        </w:rPr>
        <w:t xml:space="preserve"> </w:t>
      </w:r>
      <w:r w:rsidRPr="008E006D">
        <w:rPr>
          <w:rFonts w:cs="Sakkal Majalla"/>
          <w:sz w:val="36"/>
          <w:szCs w:val="38"/>
          <w:rtl/>
        </w:rPr>
        <w:t>والسلوكيات</w:t>
      </w:r>
      <w:r w:rsidRPr="008E006D">
        <w:rPr>
          <w:rFonts w:cs="Sakkal Majalla"/>
          <w:sz w:val="36"/>
          <w:szCs w:val="38"/>
        </w:rPr>
        <w:t xml:space="preserve"> </w:t>
      </w:r>
      <w:r w:rsidRPr="008E006D">
        <w:rPr>
          <w:rFonts w:cs="Sakkal Majalla"/>
          <w:sz w:val="36"/>
          <w:szCs w:val="38"/>
          <w:rtl/>
        </w:rPr>
        <w:t>التي</w:t>
      </w:r>
      <w:r w:rsidRPr="008E006D">
        <w:rPr>
          <w:rFonts w:cs="Sakkal Majalla"/>
          <w:sz w:val="36"/>
          <w:szCs w:val="38"/>
        </w:rPr>
        <w:t xml:space="preserve"> </w:t>
      </w:r>
      <w:r w:rsidRPr="008E006D">
        <w:rPr>
          <w:rFonts w:cs="Sakkal Majalla"/>
          <w:sz w:val="36"/>
          <w:szCs w:val="38"/>
          <w:rtl/>
        </w:rPr>
        <w:t>تشجع</w:t>
      </w:r>
      <w:r w:rsidRPr="008E006D">
        <w:rPr>
          <w:rFonts w:cs="Sakkal Majalla"/>
          <w:sz w:val="36"/>
          <w:szCs w:val="38"/>
        </w:rPr>
        <w:t xml:space="preserve"> </w:t>
      </w:r>
      <w:r w:rsidRPr="008E006D">
        <w:rPr>
          <w:rFonts w:cs="Sakkal Majalla"/>
          <w:sz w:val="36"/>
          <w:szCs w:val="38"/>
          <w:rtl/>
        </w:rPr>
        <w:t>استخدام</w:t>
      </w:r>
      <w:r w:rsidRPr="008E006D">
        <w:rPr>
          <w:rFonts w:cs="Sakkal Majalla"/>
          <w:sz w:val="36"/>
          <w:szCs w:val="38"/>
        </w:rPr>
        <w:t xml:space="preserve"> </w:t>
      </w:r>
      <w:r w:rsidRPr="008E006D">
        <w:rPr>
          <w:rFonts w:cs="Sakkal Majalla"/>
          <w:sz w:val="36"/>
          <w:szCs w:val="38"/>
          <w:rtl/>
        </w:rPr>
        <w:t>الأدوات</w:t>
      </w:r>
      <w:r w:rsidRPr="008E006D">
        <w:rPr>
          <w:rFonts w:cs="Sakkal Majalla"/>
          <w:sz w:val="36"/>
          <w:szCs w:val="38"/>
        </w:rPr>
        <w:t xml:space="preserve"> </w:t>
      </w:r>
      <w:r w:rsidRPr="008E006D">
        <w:rPr>
          <w:rFonts w:cs="Sakkal Majalla"/>
          <w:sz w:val="36"/>
          <w:szCs w:val="38"/>
          <w:rtl/>
        </w:rPr>
        <w:t>الرقمية،</w:t>
      </w:r>
      <w:r w:rsidRPr="008E006D">
        <w:rPr>
          <w:rFonts w:cs="Sakkal Majalla"/>
          <w:sz w:val="36"/>
          <w:szCs w:val="38"/>
        </w:rPr>
        <w:t xml:space="preserve"> </w:t>
      </w:r>
      <w:r w:rsidRPr="008E006D">
        <w:rPr>
          <w:rFonts w:cs="Sakkal Majalla"/>
          <w:sz w:val="36"/>
          <w:szCs w:val="38"/>
          <w:rtl/>
        </w:rPr>
        <w:t>والتعلم</w:t>
      </w:r>
      <w:r w:rsidRPr="008E006D">
        <w:rPr>
          <w:rFonts w:cs="Sakkal Majalla"/>
          <w:sz w:val="36"/>
          <w:szCs w:val="38"/>
        </w:rPr>
        <w:t xml:space="preserve"> </w:t>
      </w:r>
      <w:r w:rsidRPr="008E006D">
        <w:rPr>
          <w:rFonts w:cs="Sakkal Majalla"/>
          <w:sz w:val="36"/>
          <w:szCs w:val="38"/>
          <w:rtl/>
        </w:rPr>
        <w:t>المستمر،</w:t>
      </w:r>
      <w:r w:rsidRPr="008E006D">
        <w:rPr>
          <w:rFonts w:cs="Sakkal Majalla"/>
          <w:sz w:val="36"/>
          <w:szCs w:val="38"/>
        </w:rPr>
        <w:t xml:space="preserve"> </w:t>
      </w:r>
      <w:r w:rsidRPr="008E006D">
        <w:rPr>
          <w:rFonts w:cs="Sakkal Majalla"/>
          <w:sz w:val="36"/>
          <w:szCs w:val="38"/>
          <w:rtl/>
        </w:rPr>
        <w:t>وتجريب</w:t>
      </w:r>
      <w:r w:rsidRPr="008E006D">
        <w:rPr>
          <w:rFonts w:cs="Sakkal Majalla"/>
          <w:sz w:val="36"/>
          <w:szCs w:val="38"/>
        </w:rPr>
        <w:t xml:space="preserve"> </w:t>
      </w:r>
      <w:r w:rsidRPr="008E006D">
        <w:rPr>
          <w:rFonts w:cs="Sakkal Majalla"/>
          <w:sz w:val="36"/>
          <w:szCs w:val="38"/>
          <w:rtl/>
        </w:rPr>
        <w:t>الحلول،</w:t>
      </w:r>
      <w:r w:rsidRPr="008E006D">
        <w:rPr>
          <w:rFonts w:cs="Sakkal Majalla"/>
          <w:sz w:val="36"/>
          <w:szCs w:val="38"/>
        </w:rPr>
        <w:t xml:space="preserve"> </w:t>
      </w:r>
      <w:r w:rsidRPr="008E006D">
        <w:rPr>
          <w:rFonts w:cs="Sakkal Majalla"/>
          <w:sz w:val="36"/>
          <w:szCs w:val="38"/>
          <w:rtl/>
        </w:rPr>
        <w:t>ومشاركة</w:t>
      </w:r>
      <w:r w:rsidRPr="008E006D">
        <w:rPr>
          <w:rFonts w:cs="Sakkal Majalla"/>
          <w:sz w:val="36"/>
          <w:szCs w:val="38"/>
        </w:rPr>
        <w:t xml:space="preserve"> </w:t>
      </w:r>
      <w:r w:rsidRPr="008E006D">
        <w:rPr>
          <w:rFonts w:cs="Sakkal Majalla"/>
          <w:sz w:val="36"/>
          <w:szCs w:val="38"/>
          <w:rtl/>
        </w:rPr>
        <w:t>المعرفة،</w:t>
      </w:r>
      <w:r w:rsidRPr="008E006D">
        <w:rPr>
          <w:rFonts w:cs="Sakkal Majalla"/>
          <w:sz w:val="36"/>
          <w:szCs w:val="38"/>
        </w:rPr>
        <w:t xml:space="preserve"> </w:t>
      </w:r>
      <w:r w:rsidRPr="008E006D">
        <w:rPr>
          <w:rFonts w:cs="Sakkal Majalla"/>
          <w:sz w:val="36"/>
          <w:szCs w:val="38"/>
          <w:rtl/>
        </w:rPr>
        <w:t>وتقبل</w:t>
      </w:r>
      <w:r w:rsidRPr="008E006D">
        <w:rPr>
          <w:rFonts w:cs="Sakkal Majalla"/>
          <w:sz w:val="36"/>
          <w:szCs w:val="38"/>
        </w:rPr>
        <w:t xml:space="preserve"> </w:t>
      </w:r>
      <w:r w:rsidRPr="008E006D">
        <w:rPr>
          <w:rFonts w:cs="Sakkal Majalla"/>
          <w:sz w:val="36"/>
          <w:szCs w:val="38"/>
          <w:rtl/>
        </w:rPr>
        <w:t>التغيير</w:t>
      </w:r>
      <w:r w:rsidRPr="008E006D">
        <w:rPr>
          <w:rFonts w:cs="Sakkal Majalla"/>
          <w:sz w:val="36"/>
          <w:szCs w:val="38"/>
        </w:rPr>
        <w:t xml:space="preserve">. </w:t>
      </w:r>
      <w:r w:rsidRPr="008E006D">
        <w:rPr>
          <w:rFonts w:cs="Sakkal Majalla"/>
          <w:sz w:val="36"/>
          <w:szCs w:val="38"/>
          <w:rtl/>
        </w:rPr>
        <w:t>وتؤدي</w:t>
      </w:r>
      <w:r w:rsidRPr="008E006D">
        <w:rPr>
          <w:rFonts w:cs="Sakkal Majalla"/>
          <w:sz w:val="36"/>
          <w:szCs w:val="38"/>
        </w:rPr>
        <w:t xml:space="preserve"> </w:t>
      </w:r>
      <w:r w:rsidRPr="008E006D">
        <w:rPr>
          <w:rFonts w:cs="Sakkal Majalla"/>
          <w:sz w:val="36"/>
          <w:szCs w:val="38"/>
          <w:rtl/>
        </w:rPr>
        <w:t>الثقافة</w:t>
      </w:r>
      <w:r w:rsidRPr="008E006D">
        <w:rPr>
          <w:rFonts w:cs="Sakkal Majalla"/>
          <w:sz w:val="36"/>
          <w:szCs w:val="38"/>
        </w:rPr>
        <w:t xml:space="preserve"> </w:t>
      </w:r>
      <w:r w:rsidRPr="008E006D">
        <w:rPr>
          <w:rFonts w:cs="Sakkal Majalla"/>
          <w:sz w:val="36"/>
          <w:szCs w:val="38"/>
          <w:rtl/>
        </w:rPr>
        <w:t>الرقمية</w:t>
      </w:r>
      <w:r w:rsidRPr="008E006D">
        <w:rPr>
          <w:rFonts w:cs="Sakkal Majalla"/>
          <w:sz w:val="36"/>
          <w:szCs w:val="38"/>
        </w:rPr>
        <w:t xml:space="preserve"> </w:t>
      </w:r>
      <w:r w:rsidRPr="008E006D">
        <w:rPr>
          <w:rFonts w:cs="Sakkal Majalla"/>
          <w:sz w:val="36"/>
          <w:szCs w:val="38"/>
          <w:rtl/>
        </w:rPr>
        <w:t>دورًا</w:t>
      </w:r>
      <w:r w:rsidRPr="008E006D">
        <w:rPr>
          <w:rFonts w:cs="Sakkal Majalla"/>
          <w:sz w:val="36"/>
          <w:szCs w:val="38"/>
        </w:rPr>
        <w:t xml:space="preserve"> </w:t>
      </w:r>
      <w:r w:rsidRPr="008E006D">
        <w:rPr>
          <w:rFonts w:cs="Sakkal Majalla"/>
          <w:sz w:val="36"/>
          <w:szCs w:val="38"/>
          <w:rtl/>
        </w:rPr>
        <w:t>حاسمًا</w:t>
      </w:r>
      <w:r w:rsidRPr="008E006D">
        <w:rPr>
          <w:rFonts w:cs="Sakkal Majalla"/>
          <w:sz w:val="36"/>
          <w:szCs w:val="38"/>
        </w:rPr>
        <w:t xml:space="preserve"> </w:t>
      </w:r>
      <w:r w:rsidRPr="008E006D">
        <w:rPr>
          <w:rFonts w:cs="Sakkal Majalla"/>
          <w:sz w:val="36"/>
          <w:szCs w:val="38"/>
          <w:rtl/>
        </w:rPr>
        <w:t>في</w:t>
      </w:r>
      <w:r w:rsidRPr="008E006D">
        <w:rPr>
          <w:rFonts w:cs="Sakkal Majalla"/>
          <w:sz w:val="36"/>
          <w:szCs w:val="38"/>
        </w:rPr>
        <w:t xml:space="preserve"> </w:t>
      </w:r>
      <w:r w:rsidRPr="008E006D">
        <w:rPr>
          <w:rFonts w:cs="Sakkal Majalla"/>
          <w:sz w:val="36"/>
          <w:szCs w:val="38"/>
          <w:rtl/>
        </w:rPr>
        <w:t>تقليل</w:t>
      </w:r>
      <w:r w:rsidRPr="008E006D">
        <w:rPr>
          <w:rFonts w:cs="Sakkal Majalla"/>
          <w:sz w:val="36"/>
          <w:szCs w:val="38"/>
        </w:rPr>
        <w:t xml:space="preserve"> </w:t>
      </w:r>
      <w:r w:rsidRPr="008E006D">
        <w:rPr>
          <w:rFonts w:cs="Sakkal Majalla"/>
          <w:sz w:val="36"/>
          <w:szCs w:val="38"/>
          <w:rtl/>
        </w:rPr>
        <w:t>مقاومة</w:t>
      </w:r>
      <w:r w:rsidRPr="008E006D">
        <w:rPr>
          <w:rFonts w:cs="Sakkal Majalla"/>
          <w:sz w:val="36"/>
          <w:szCs w:val="38"/>
        </w:rPr>
        <w:t xml:space="preserve"> </w:t>
      </w:r>
      <w:r w:rsidRPr="008E006D">
        <w:rPr>
          <w:rFonts w:cs="Sakkal Majalla"/>
          <w:sz w:val="36"/>
          <w:szCs w:val="38"/>
          <w:rtl/>
        </w:rPr>
        <w:t>التغيير،</w:t>
      </w:r>
      <w:r w:rsidRPr="008E006D">
        <w:rPr>
          <w:rFonts w:cs="Sakkal Majalla"/>
          <w:sz w:val="36"/>
          <w:szCs w:val="38"/>
        </w:rPr>
        <w:t xml:space="preserve"> </w:t>
      </w:r>
      <w:r w:rsidRPr="008E006D">
        <w:rPr>
          <w:rFonts w:cs="Sakkal Majalla"/>
          <w:sz w:val="36"/>
          <w:szCs w:val="38"/>
          <w:rtl/>
        </w:rPr>
        <w:t>خاصة</w:t>
      </w:r>
      <w:r w:rsidRPr="008E006D">
        <w:rPr>
          <w:rFonts w:cs="Sakkal Majalla"/>
          <w:sz w:val="36"/>
          <w:szCs w:val="38"/>
        </w:rPr>
        <w:t xml:space="preserve"> </w:t>
      </w:r>
      <w:r w:rsidRPr="008E006D">
        <w:rPr>
          <w:rFonts w:cs="Sakkal Majalla"/>
          <w:sz w:val="36"/>
          <w:szCs w:val="38"/>
          <w:rtl/>
        </w:rPr>
        <w:t>في</w:t>
      </w:r>
      <w:r w:rsidRPr="008E006D">
        <w:rPr>
          <w:rFonts w:cs="Sakkal Majalla"/>
          <w:sz w:val="36"/>
          <w:szCs w:val="38"/>
        </w:rPr>
        <w:t xml:space="preserve"> </w:t>
      </w:r>
      <w:r w:rsidRPr="008E006D">
        <w:rPr>
          <w:rFonts w:cs="Sakkal Majalla"/>
          <w:sz w:val="36"/>
          <w:szCs w:val="38"/>
          <w:rtl/>
        </w:rPr>
        <w:t>المشاريع</w:t>
      </w:r>
      <w:r w:rsidRPr="008E006D">
        <w:rPr>
          <w:rFonts w:cs="Sakkal Majalla"/>
          <w:sz w:val="36"/>
          <w:szCs w:val="38"/>
        </w:rPr>
        <w:t xml:space="preserve"> </w:t>
      </w:r>
      <w:r w:rsidRPr="008E006D">
        <w:rPr>
          <w:rFonts w:cs="Sakkal Majalla"/>
          <w:sz w:val="36"/>
          <w:szCs w:val="38"/>
          <w:rtl/>
        </w:rPr>
        <w:t>الحكومية</w:t>
      </w:r>
      <w:r w:rsidRPr="008E006D">
        <w:rPr>
          <w:rFonts w:cs="Sakkal Majalla"/>
          <w:sz w:val="36"/>
          <w:szCs w:val="38"/>
        </w:rPr>
        <w:t xml:space="preserve"> </w:t>
      </w:r>
      <w:r w:rsidRPr="008E006D">
        <w:rPr>
          <w:rFonts w:cs="Sakkal Majalla"/>
          <w:sz w:val="36"/>
          <w:szCs w:val="38"/>
          <w:rtl/>
        </w:rPr>
        <w:t>التي</w:t>
      </w:r>
      <w:r w:rsidRPr="008E006D">
        <w:rPr>
          <w:rFonts w:cs="Sakkal Majalla"/>
          <w:sz w:val="36"/>
          <w:szCs w:val="38"/>
        </w:rPr>
        <w:t xml:space="preserve"> </w:t>
      </w:r>
      <w:r w:rsidRPr="008E006D">
        <w:rPr>
          <w:rFonts w:cs="Sakkal Majalla"/>
          <w:sz w:val="36"/>
          <w:szCs w:val="38"/>
          <w:rtl/>
        </w:rPr>
        <w:t>تتطلب</w:t>
      </w:r>
      <w:r w:rsidRPr="008E006D">
        <w:rPr>
          <w:rFonts w:cs="Sakkal Majalla"/>
          <w:sz w:val="36"/>
          <w:szCs w:val="38"/>
        </w:rPr>
        <w:t xml:space="preserve"> </w:t>
      </w:r>
      <w:r w:rsidRPr="008E006D">
        <w:rPr>
          <w:rFonts w:cs="Sakkal Majalla"/>
          <w:sz w:val="36"/>
          <w:szCs w:val="38"/>
          <w:rtl/>
        </w:rPr>
        <w:t>تعاونًا</w:t>
      </w:r>
      <w:r w:rsidRPr="008E006D">
        <w:rPr>
          <w:rFonts w:cs="Sakkal Majalla"/>
          <w:sz w:val="36"/>
          <w:szCs w:val="38"/>
        </w:rPr>
        <w:t xml:space="preserve"> </w:t>
      </w:r>
      <w:r w:rsidRPr="008E006D">
        <w:rPr>
          <w:rFonts w:cs="Sakkal Majalla"/>
          <w:sz w:val="36"/>
          <w:szCs w:val="38"/>
          <w:rtl/>
        </w:rPr>
        <w:t>بين</w:t>
      </w:r>
      <w:r w:rsidRPr="008E006D">
        <w:rPr>
          <w:rFonts w:cs="Sakkal Majalla"/>
          <w:sz w:val="36"/>
          <w:szCs w:val="38"/>
        </w:rPr>
        <w:t xml:space="preserve"> </w:t>
      </w:r>
      <w:r w:rsidRPr="008E006D">
        <w:rPr>
          <w:rFonts w:cs="Sakkal Majalla"/>
          <w:sz w:val="36"/>
          <w:szCs w:val="38"/>
          <w:rtl/>
        </w:rPr>
        <w:t>إدارات</w:t>
      </w:r>
      <w:r w:rsidRPr="008E006D">
        <w:rPr>
          <w:rFonts w:cs="Sakkal Majalla"/>
          <w:sz w:val="36"/>
          <w:szCs w:val="38"/>
        </w:rPr>
        <w:t xml:space="preserve"> </w:t>
      </w:r>
      <w:r w:rsidRPr="008E006D">
        <w:rPr>
          <w:rFonts w:cs="Sakkal Majalla"/>
          <w:sz w:val="36"/>
          <w:szCs w:val="38"/>
          <w:rtl/>
        </w:rPr>
        <w:t>متعددة</w:t>
      </w:r>
      <w:r w:rsidRPr="008E006D">
        <w:rPr>
          <w:rFonts w:cs="Sakkal Majalla"/>
          <w:sz w:val="36"/>
          <w:szCs w:val="38"/>
        </w:rPr>
        <w:t xml:space="preserve"> </w:t>
      </w:r>
      <w:r w:rsidRPr="008E006D">
        <w:rPr>
          <w:rFonts w:cs="Sakkal Majalla"/>
          <w:sz w:val="36"/>
          <w:szCs w:val="38"/>
          <w:rtl/>
        </w:rPr>
        <w:t>ومستفيدين</w:t>
      </w:r>
      <w:r w:rsidRPr="008E006D">
        <w:rPr>
          <w:rFonts w:cs="Sakkal Majalla"/>
          <w:sz w:val="36"/>
          <w:szCs w:val="38"/>
        </w:rPr>
        <w:t xml:space="preserve"> </w:t>
      </w:r>
      <w:r w:rsidRPr="008E006D">
        <w:rPr>
          <w:rFonts w:cs="Sakkal Majalla"/>
          <w:sz w:val="36"/>
          <w:szCs w:val="38"/>
          <w:rtl/>
        </w:rPr>
        <w:t>داخليين</w:t>
      </w:r>
      <w:r w:rsidRPr="008E006D">
        <w:rPr>
          <w:rFonts w:cs="Sakkal Majalla"/>
          <w:sz w:val="36"/>
          <w:szCs w:val="38"/>
        </w:rPr>
        <w:t xml:space="preserve"> </w:t>
      </w:r>
      <w:r w:rsidRPr="008E006D">
        <w:rPr>
          <w:rFonts w:cs="Sakkal Majalla"/>
          <w:sz w:val="36"/>
          <w:szCs w:val="38"/>
          <w:rtl/>
        </w:rPr>
        <w:t>وخارجيين</w:t>
      </w:r>
      <w:r w:rsidRPr="008E006D">
        <w:rPr>
          <w:rFonts w:cs="Sakkal Majalla"/>
          <w:sz w:val="36"/>
          <w:szCs w:val="38"/>
        </w:rPr>
        <w:t>.</w:t>
      </w:r>
    </w:p>
    <w:p w14:paraId="792D049B" w14:textId="77777777" w:rsidR="008E006D" w:rsidRPr="008E006D" w:rsidRDefault="008E006D" w:rsidP="008E2B08">
      <w:pPr>
        <w:ind w:firstLine="720"/>
        <w:rPr>
          <w:rFonts w:cs="Sakkal Majalla"/>
          <w:sz w:val="36"/>
          <w:szCs w:val="38"/>
        </w:rPr>
      </w:pPr>
      <w:r w:rsidRPr="008E006D">
        <w:rPr>
          <w:rFonts w:cs="Sakkal Majalla"/>
          <w:sz w:val="36"/>
          <w:szCs w:val="38"/>
          <w:rtl/>
        </w:rPr>
        <w:t>تظهر</w:t>
      </w:r>
      <w:r w:rsidRPr="008E006D">
        <w:rPr>
          <w:rFonts w:cs="Sakkal Majalla"/>
          <w:sz w:val="36"/>
          <w:szCs w:val="38"/>
        </w:rPr>
        <w:t xml:space="preserve"> </w:t>
      </w:r>
      <w:r w:rsidRPr="008E006D">
        <w:rPr>
          <w:rFonts w:cs="Sakkal Majalla"/>
          <w:sz w:val="36"/>
          <w:szCs w:val="38"/>
          <w:rtl/>
        </w:rPr>
        <w:t>الثقافة</w:t>
      </w:r>
      <w:r w:rsidRPr="008E006D">
        <w:rPr>
          <w:rFonts w:cs="Sakkal Majalla"/>
          <w:sz w:val="36"/>
          <w:szCs w:val="38"/>
        </w:rPr>
        <w:t xml:space="preserve"> </w:t>
      </w:r>
      <w:r w:rsidRPr="008E006D">
        <w:rPr>
          <w:rFonts w:cs="Sakkal Majalla"/>
          <w:sz w:val="36"/>
          <w:szCs w:val="38"/>
          <w:rtl/>
        </w:rPr>
        <w:t>الرقمية</w:t>
      </w:r>
      <w:r w:rsidRPr="008E006D">
        <w:rPr>
          <w:rFonts w:cs="Sakkal Majalla"/>
          <w:sz w:val="36"/>
          <w:szCs w:val="38"/>
        </w:rPr>
        <w:t xml:space="preserve"> </w:t>
      </w:r>
      <w:r w:rsidRPr="008E006D">
        <w:rPr>
          <w:rFonts w:cs="Sakkal Majalla"/>
          <w:sz w:val="36"/>
          <w:szCs w:val="38"/>
          <w:rtl/>
        </w:rPr>
        <w:t>في</w:t>
      </w:r>
      <w:r w:rsidRPr="008E006D">
        <w:rPr>
          <w:rFonts w:cs="Sakkal Majalla"/>
          <w:sz w:val="36"/>
          <w:szCs w:val="38"/>
        </w:rPr>
        <w:t xml:space="preserve"> </w:t>
      </w:r>
      <w:r w:rsidRPr="008E006D">
        <w:rPr>
          <w:rFonts w:cs="Sakkal Majalla"/>
          <w:sz w:val="36"/>
          <w:szCs w:val="38"/>
          <w:rtl/>
        </w:rPr>
        <w:t>ممارسات</w:t>
      </w:r>
      <w:r w:rsidRPr="008E006D">
        <w:rPr>
          <w:rFonts w:cs="Sakkal Majalla"/>
          <w:sz w:val="36"/>
          <w:szCs w:val="38"/>
        </w:rPr>
        <w:t xml:space="preserve"> </w:t>
      </w:r>
      <w:r w:rsidRPr="008E006D">
        <w:rPr>
          <w:rFonts w:cs="Sakkal Majalla"/>
          <w:sz w:val="36"/>
          <w:szCs w:val="38"/>
          <w:rtl/>
        </w:rPr>
        <w:t>يومية</w:t>
      </w:r>
      <w:r w:rsidRPr="008E006D">
        <w:rPr>
          <w:rFonts w:cs="Sakkal Majalla"/>
          <w:sz w:val="36"/>
          <w:szCs w:val="38"/>
        </w:rPr>
        <w:t xml:space="preserve"> </w:t>
      </w:r>
      <w:r w:rsidRPr="008E006D">
        <w:rPr>
          <w:rFonts w:cs="Sakkal Majalla"/>
          <w:sz w:val="36"/>
          <w:szCs w:val="38"/>
          <w:rtl/>
        </w:rPr>
        <w:t>مثل</w:t>
      </w:r>
      <w:r w:rsidRPr="008E006D">
        <w:rPr>
          <w:rFonts w:cs="Sakkal Majalla"/>
          <w:sz w:val="36"/>
          <w:szCs w:val="38"/>
        </w:rPr>
        <w:t xml:space="preserve"> </w:t>
      </w:r>
      <w:r w:rsidRPr="008E006D">
        <w:rPr>
          <w:rFonts w:cs="Sakkal Majalla"/>
          <w:sz w:val="36"/>
          <w:szCs w:val="38"/>
          <w:rtl/>
        </w:rPr>
        <w:t>استخدام</w:t>
      </w:r>
      <w:r w:rsidRPr="008E006D">
        <w:rPr>
          <w:rFonts w:cs="Sakkal Majalla"/>
          <w:sz w:val="36"/>
          <w:szCs w:val="38"/>
        </w:rPr>
        <w:t xml:space="preserve"> </w:t>
      </w:r>
      <w:r w:rsidRPr="008E006D">
        <w:rPr>
          <w:rFonts w:cs="Sakkal Majalla"/>
          <w:sz w:val="36"/>
          <w:szCs w:val="38"/>
          <w:rtl/>
        </w:rPr>
        <w:t>البيانات</w:t>
      </w:r>
      <w:r w:rsidRPr="008E006D">
        <w:rPr>
          <w:rFonts w:cs="Sakkal Majalla"/>
          <w:sz w:val="36"/>
          <w:szCs w:val="38"/>
        </w:rPr>
        <w:t xml:space="preserve"> </w:t>
      </w:r>
      <w:r w:rsidRPr="008E006D">
        <w:rPr>
          <w:rFonts w:cs="Sakkal Majalla"/>
          <w:sz w:val="36"/>
          <w:szCs w:val="38"/>
          <w:rtl/>
        </w:rPr>
        <w:t>في</w:t>
      </w:r>
      <w:r w:rsidRPr="008E006D">
        <w:rPr>
          <w:rFonts w:cs="Sakkal Majalla"/>
          <w:sz w:val="36"/>
          <w:szCs w:val="38"/>
        </w:rPr>
        <w:t xml:space="preserve"> </w:t>
      </w:r>
      <w:r w:rsidRPr="008E006D">
        <w:rPr>
          <w:rFonts w:cs="Sakkal Majalla"/>
          <w:sz w:val="36"/>
          <w:szCs w:val="38"/>
          <w:rtl/>
        </w:rPr>
        <w:t>الاجتماعات،</w:t>
      </w:r>
      <w:r w:rsidRPr="008E006D">
        <w:rPr>
          <w:rFonts w:cs="Sakkal Majalla"/>
          <w:sz w:val="36"/>
          <w:szCs w:val="38"/>
        </w:rPr>
        <w:t xml:space="preserve"> </w:t>
      </w:r>
      <w:r w:rsidRPr="008E006D">
        <w:rPr>
          <w:rFonts w:cs="Sakkal Majalla"/>
          <w:sz w:val="36"/>
          <w:szCs w:val="38"/>
          <w:rtl/>
        </w:rPr>
        <w:t>وتوثيق</w:t>
      </w:r>
      <w:r w:rsidRPr="008E006D">
        <w:rPr>
          <w:rFonts w:cs="Sakkal Majalla"/>
          <w:sz w:val="36"/>
          <w:szCs w:val="38"/>
        </w:rPr>
        <w:t xml:space="preserve"> </w:t>
      </w:r>
      <w:r w:rsidRPr="008E006D">
        <w:rPr>
          <w:rFonts w:cs="Sakkal Majalla"/>
          <w:sz w:val="36"/>
          <w:szCs w:val="38"/>
          <w:rtl/>
        </w:rPr>
        <w:t>الدروس</w:t>
      </w:r>
      <w:r w:rsidRPr="008E006D">
        <w:rPr>
          <w:rFonts w:cs="Sakkal Majalla"/>
          <w:sz w:val="36"/>
          <w:szCs w:val="38"/>
        </w:rPr>
        <w:t xml:space="preserve"> </w:t>
      </w:r>
      <w:r w:rsidRPr="008E006D">
        <w:rPr>
          <w:rFonts w:cs="Sakkal Majalla"/>
          <w:sz w:val="36"/>
          <w:szCs w:val="38"/>
          <w:rtl/>
        </w:rPr>
        <w:t>المستفادة،</w:t>
      </w:r>
      <w:r w:rsidRPr="008E006D">
        <w:rPr>
          <w:rFonts w:cs="Sakkal Majalla"/>
          <w:sz w:val="36"/>
          <w:szCs w:val="38"/>
        </w:rPr>
        <w:t xml:space="preserve"> </w:t>
      </w:r>
      <w:r w:rsidRPr="008E006D">
        <w:rPr>
          <w:rFonts w:cs="Sakkal Majalla"/>
          <w:sz w:val="36"/>
          <w:szCs w:val="38"/>
          <w:rtl/>
        </w:rPr>
        <w:t>وتبادل</w:t>
      </w:r>
      <w:r w:rsidRPr="008E006D">
        <w:rPr>
          <w:rFonts w:cs="Sakkal Majalla"/>
          <w:sz w:val="36"/>
          <w:szCs w:val="38"/>
        </w:rPr>
        <w:t xml:space="preserve"> </w:t>
      </w:r>
      <w:r w:rsidRPr="008E006D">
        <w:rPr>
          <w:rFonts w:cs="Sakkal Majalla"/>
          <w:sz w:val="36"/>
          <w:szCs w:val="38"/>
          <w:rtl/>
        </w:rPr>
        <w:t>المعرفة</w:t>
      </w:r>
      <w:r w:rsidRPr="008E006D">
        <w:rPr>
          <w:rFonts w:cs="Sakkal Majalla"/>
          <w:sz w:val="36"/>
          <w:szCs w:val="38"/>
        </w:rPr>
        <w:t xml:space="preserve"> </w:t>
      </w:r>
      <w:r w:rsidRPr="008E006D">
        <w:rPr>
          <w:rFonts w:cs="Sakkal Majalla"/>
          <w:sz w:val="36"/>
          <w:szCs w:val="38"/>
          <w:rtl/>
        </w:rPr>
        <w:t>بين</w:t>
      </w:r>
      <w:r w:rsidRPr="008E006D">
        <w:rPr>
          <w:rFonts w:cs="Sakkal Majalla"/>
          <w:sz w:val="36"/>
          <w:szCs w:val="38"/>
        </w:rPr>
        <w:t xml:space="preserve"> </w:t>
      </w:r>
      <w:r w:rsidRPr="008E006D">
        <w:rPr>
          <w:rFonts w:cs="Sakkal Majalla"/>
          <w:sz w:val="36"/>
          <w:szCs w:val="38"/>
          <w:rtl/>
        </w:rPr>
        <w:t>فرق</w:t>
      </w:r>
      <w:r w:rsidRPr="008E006D">
        <w:rPr>
          <w:rFonts w:cs="Sakkal Majalla"/>
          <w:sz w:val="36"/>
          <w:szCs w:val="38"/>
        </w:rPr>
        <w:t xml:space="preserve"> </w:t>
      </w:r>
      <w:r w:rsidRPr="008E006D">
        <w:rPr>
          <w:rFonts w:cs="Sakkal Majalla"/>
          <w:sz w:val="36"/>
          <w:szCs w:val="38"/>
          <w:rtl/>
        </w:rPr>
        <w:t>المشاريع،</w:t>
      </w:r>
      <w:r w:rsidRPr="008E006D">
        <w:rPr>
          <w:rFonts w:cs="Sakkal Majalla"/>
          <w:sz w:val="36"/>
          <w:szCs w:val="38"/>
        </w:rPr>
        <w:t xml:space="preserve"> </w:t>
      </w:r>
      <w:r w:rsidRPr="008E006D">
        <w:rPr>
          <w:rFonts w:cs="Sakkal Majalla"/>
          <w:sz w:val="36"/>
          <w:szCs w:val="38"/>
          <w:rtl/>
        </w:rPr>
        <w:t>والاستعداد</w:t>
      </w:r>
      <w:r w:rsidRPr="008E006D">
        <w:rPr>
          <w:rFonts w:cs="Sakkal Majalla"/>
          <w:sz w:val="36"/>
          <w:szCs w:val="38"/>
        </w:rPr>
        <w:t xml:space="preserve"> </w:t>
      </w:r>
      <w:r w:rsidRPr="008E006D">
        <w:rPr>
          <w:rFonts w:cs="Sakkal Majalla"/>
          <w:sz w:val="36"/>
          <w:szCs w:val="38"/>
          <w:rtl/>
        </w:rPr>
        <w:t>لتغيير</w:t>
      </w:r>
      <w:r w:rsidRPr="008E006D">
        <w:rPr>
          <w:rFonts w:cs="Sakkal Majalla"/>
          <w:sz w:val="36"/>
          <w:szCs w:val="38"/>
        </w:rPr>
        <w:t xml:space="preserve"> </w:t>
      </w:r>
      <w:r w:rsidRPr="008E006D">
        <w:rPr>
          <w:rFonts w:cs="Sakkal Majalla"/>
          <w:sz w:val="36"/>
          <w:szCs w:val="38"/>
          <w:rtl/>
        </w:rPr>
        <w:t>طريقة</w:t>
      </w:r>
      <w:r w:rsidRPr="008E006D">
        <w:rPr>
          <w:rFonts w:cs="Sakkal Majalla"/>
          <w:sz w:val="36"/>
          <w:szCs w:val="38"/>
        </w:rPr>
        <w:t xml:space="preserve"> </w:t>
      </w:r>
      <w:r w:rsidRPr="008E006D">
        <w:rPr>
          <w:rFonts w:cs="Sakkal Majalla"/>
          <w:sz w:val="36"/>
          <w:szCs w:val="38"/>
          <w:rtl/>
        </w:rPr>
        <w:t>العمل</w:t>
      </w:r>
      <w:r w:rsidRPr="008E006D">
        <w:rPr>
          <w:rFonts w:cs="Sakkal Majalla"/>
          <w:sz w:val="36"/>
          <w:szCs w:val="38"/>
        </w:rPr>
        <w:t xml:space="preserve"> </w:t>
      </w:r>
      <w:r w:rsidRPr="008E006D">
        <w:rPr>
          <w:rFonts w:cs="Sakkal Majalla"/>
          <w:sz w:val="36"/>
          <w:szCs w:val="38"/>
          <w:rtl/>
        </w:rPr>
        <w:t>التقليدية</w:t>
      </w:r>
      <w:r w:rsidRPr="008E006D">
        <w:rPr>
          <w:rFonts w:cs="Sakkal Majalla"/>
          <w:sz w:val="36"/>
          <w:szCs w:val="38"/>
        </w:rPr>
        <w:t xml:space="preserve">. </w:t>
      </w:r>
      <w:r w:rsidRPr="008E006D">
        <w:rPr>
          <w:rFonts w:cs="Sakkal Majalla"/>
          <w:sz w:val="36"/>
          <w:szCs w:val="38"/>
          <w:rtl/>
        </w:rPr>
        <w:t>وكلما</w:t>
      </w:r>
      <w:r w:rsidRPr="008E006D">
        <w:rPr>
          <w:rFonts w:cs="Sakkal Majalla"/>
          <w:sz w:val="36"/>
          <w:szCs w:val="38"/>
        </w:rPr>
        <w:t xml:space="preserve"> </w:t>
      </w:r>
      <w:r w:rsidRPr="008E006D">
        <w:rPr>
          <w:rFonts w:cs="Sakkal Majalla"/>
          <w:sz w:val="36"/>
          <w:szCs w:val="38"/>
          <w:rtl/>
        </w:rPr>
        <w:t>كانت</w:t>
      </w:r>
      <w:r w:rsidRPr="008E006D">
        <w:rPr>
          <w:rFonts w:cs="Sakkal Majalla"/>
          <w:sz w:val="36"/>
          <w:szCs w:val="38"/>
        </w:rPr>
        <w:t xml:space="preserve"> </w:t>
      </w:r>
      <w:r w:rsidRPr="008E006D">
        <w:rPr>
          <w:rFonts w:cs="Sakkal Majalla"/>
          <w:sz w:val="36"/>
          <w:szCs w:val="38"/>
          <w:rtl/>
        </w:rPr>
        <w:t>الثقافة</w:t>
      </w:r>
      <w:r w:rsidRPr="008E006D">
        <w:rPr>
          <w:rFonts w:cs="Sakkal Majalla"/>
          <w:sz w:val="36"/>
          <w:szCs w:val="38"/>
        </w:rPr>
        <w:t xml:space="preserve"> </w:t>
      </w:r>
      <w:r w:rsidRPr="008E006D">
        <w:rPr>
          <w:rFonts w:cs="Sakkal Majalla"/>
          <w:sz w:val="36"/>
          <w:szCs w:val="38"/>
          <w:rtl/>
        </w:rPr>
        <w:t>داعمة</w:t>
      </w:r>
      <w:r w:rsidRPr="008E006D">
        <w:rPr>
          <w:rFonts w:cs="Sakkal Majalla"/>
          <w:sz w:val="36"/>
          <w:szCs w:val="38"/>
        </w:rPr>
        <w:t xml:space="preserve"> </w:t>
      </w:r>
      <w:r w:rsidRPr="008E006D">
        <w:rPr>
          <w:rFonts w:cs="Sakkal Majalla"/>
          <w:sz w:val="36"/>
          <w:szCs w:val="38"/>
          <w:rtl/>
        </w:rPr>
        <w:t>للتعلم</w:t>
      </w:r>
      <w:r w:rsidRPr="008E006D">
        <w:rPr>
          <w:rFonts w:cs="Sakkal Majalla"/>
          <w:sz w:val="36"/>
          <w:szCs w:val="38"/>
        </w:rPr>
        <w:t xml:space="preserve"> </w:t>
      </w:r>
      <w:r w:rsidRPr="008E006D">
        <w:rPr>
          <w:rFonts w:cs="Sakkal Majalla"/>
          <w:sz w:val="36"/>
          <w:szCs w:val="38"/>
          <w:rtl/>
        </w:rPr>
        <w:t>والتجريب،</w:t>
      </w:r>
      <w:r w:rsidRPr="008E006D">
        <w:rPr>
          <w:rFonts w:cs="Sakkal Majalla"/>
          <w:sz w:val="36"/>
          <w:szCs w:val="38"/>
        </w:rPr>
        <w:t xml:space="preserve"> </w:t>
      </w:r>
      <w:r w:rsidRPr="008E006D">
        <w:rPr>
          <w:rFonts w:cs="Sakkal Majalla"/>
          <w:sz w:val="36"/>
          <w:szCs w:val="38"/>
          <w:rtl/>
        </w:rPr>
        <w:t>زادت</w:t>
      </w:r>
      <w:r w:rsidRPr="008E006D">
        <w:rPr>
          <w:rFonts w:cs="Sakkal Majalla"/>
          <w:sz w:val="36"/>
          <w:szCs w:val="38"/>
        </w:rPr>
        <w:t xml:space="preserve"> </w:t>
      </w:r>
      <w:r w:rsidRPr="008E006D">
        <w:rPr>
          <w:rFonts w:cs="Sakkal Majalla"/>
          <w:sz w:val="36"/>
          <w:szCs w:val="38"/>
          <w:rtl/>
        </w:rPr>
        <w:t>قدرة</w:t>
      </w:r>
      <w:r w:rsidRPr="008E006D">
        <w:rPr>
          <w:rFonts w:cs="Sakkal Majalla"/>
          <w:sz w:val="36"/>
          <w:szCs w:val="38"/>
        </w:rPr>
        <w:t xml:space="preserve"> </w:t>
      </w:r>
      <w:r w:rsidRPr="008E006D">
        <w:rPr>
          <w:rFonts w:cs="Sakkal Majalla"/>
          <w:sz w:val="36"/>
          <w:szCs w:val="38"/>
          <w:rtl/>
        </w:rPr>
        <w:t>الجهة</w:t>
      </w:r>
      <w:r w:rsidRPr="008E006D">
        <w:rPr>
          <w:rFonts w:cs="Sakkal Majalla"/>
          <w:sz w:val="36"/>
          <w:szCs w:val="38"/>
        </w:rPr>
        <w:t xml:space="preserve"> </w:t>
      </w:r>
      <w:r w:rsidRPr="008E006D">
        <w:rPr>
          <w:rFonts w:cs="Sakkal Majalla"/>
          <w:sz w:val="36"/>
          <w:szCs w:val="38"/>
          <w:rtl/>
        </w:rPr>
        <w:t>على</w:t>
      </w:r>
      <w:r w:rsidRPr="008E006D">
        <w:rPr>
          <w:rFonts w:cs="Sakkal Majalla"/>
          <w:sz w:val="36"/>
          <w:szCs w:val="38"/>
        </w:rPr>
        <w:t xml:space="preserve"> </w:t>
      </w:r>
      <w:r w:rsidRPr="008E006D">
        <w:rPr>
          <w:rFonts w:cs="Sakkal Majalla"/>
          <w:sz w:val="36"/>
          <w:szCs w:val="38"/>
          <w:rtl/>
        </w:rPr>
        <w:t>الاستفادة</w:t>
      </w:r>
      <w:r w:rsidRPr="008E006D">
        <w:rPr>
          <w:rFonts w:cs="Sakkal Majalla"/>
          <w:sz w:val="36"/>
          <w:szCs w:val="38"/>
        </w:rPr>
        <w:t xml:space="preserve"> </w:t>
      </w:r>
      <w:r w:rsidRPr="008E006D">
        <w:rPr>
          <w:rFonts w:cs="Sakkal Majalla"/>
          <w:sz w:val="36"/>
          <w:szCs w:val="38"/>
          <w:rtl/>
        </w:rPr>
        <w:t>من</w:t>
      </w:r>
      <w:r w:rsidRPr="008E006D">
        <w:rPr>
          <w:rFonts w:cs="Sakkal Majalla"/>
          <w:sz w:val="36"/>
          <w:szCs w:val="38"/>
        </w:rPr>
        <w:t xml:space="preserve"> </w:t>
      </w:r>
      <w:r w:rsidRPr="008E006D">
        <w:rPr>
          <w:rFonts w:cs="Sakkal Majalla"/>
          <w:sz w:val="36"/>
          <w:szCs w:val="38"/>
          <w:rtl/>
        </w:rPr>
        <w:t>الأنظمة</w:t>
      </w:r>
      <w:r w:rsidRPr="008E006D">
        <w:rPr>
          <w:rFonts w:cs="Sakkal Majalla"/>
          <w:sz w:val="36"/>
          <w:szCs w:val="38"/>
        </w:rPr>
        <w:t xml:space="preserve"> </w:t>
      </w:r>
      <w:r w:rsidRPr="008E006D">
        <w:rPr>
          <w:rFonts w:cs="Sakkal Majalla"/>
          <w:sz w:val="36"/>
          <w:szCs w:val="38"/>
          <w:rtl/>
        </w:rPr>
        <w:t>الرقمية</w:t>
      </w:r>
      <w:r w:rsidRPr="008E006D">
        <w:rPr>
          <w:rFonts w:cs="Sakkal Majalla"/>
          <w:sz w:val="36"/>
          <w:szCs w:val="38"/>
        </w:rPr>
        <w:t>.</w:t>
      </w:r>
    </w:p>
    <w:p w14:paraId="4F16A8BE" w14:textId="77777777" w:rsidR="008E006D" w:rsidRPr="008E006D" w:rsidRDefault="008E006D" w:rsidP="008E2B08">
      <w:pPr>
        <w:ind w:firstLine="720"/>
        <w:rPr>
          <w:rFonts w:cs="Sakkal Majalla"/>
          <w:sz w:val="36"/>
          <w:szCs w:val="38"/>
        </w:rPr>
      </w:pPr>
      <w:r w:rsidRPr="008E006D">
        <w:rPr>
          <w:rFonts w:cs="Sakkal Majalla"/>
          <w:sz w:val="36"/>
          <w:szCs w:val="38"/>
          <w:rtl/>
        </w:rPr>
        <w:t>ومن</w:t>
      </w:r>
      <w:r w:rsidRPr="008E006D">
        <w:rPr>
          <w:rFonts w:cs="Sakkal Majalla"/>
          <w:sz w:val="36"/>
          <w:szCs w:val="38"/>
        </w:rPr>
        <w:t xml:space="preserve"> </w:t>
      </w:r>
      <w:r w:rsidRPr="008E006D">
        <w:rPr>
          <w:rFonts w:cs="Sakkal Majalla"/>
          <w:sz w:val="36"/>
          <w:szCs w:val="38"/>
          <w:rtl/>
        </w:rPr>
        <w:t>أهم</w:t>
      </w:r>
      <w:r w:rsidRPr="008E006D">
        <w:rPr>
          <w:rFonts w:cs="Sakkal Majalla"/>
          <w:sz w:val="36"/>
          <w:szCs w:val="38"/>
        </w:rPr>
        <w:t xml:space="preserve"> </w:t>
      </w:r>
      <w:r w:rsidRPr="008E006D">
        <w:rPr>
          <w:rFonts w:cs="Sakkal Majalla"/>
          <w:sz w:val="36"/>
          <w:szCs w:val="38"/>
          <w:rtl/>
        </w:rPr>
        <w:t>تحديات</w:t>
      </w:r>
      <w:r w:rsidRPr="008E006D">
        <w:rPr>
          <w:rFonts w:cs="Sakkal Majalla"/>
          <w:sz w:val="36"/>
          <w:szCs w:val="38"/>
        </w:rPr>
        <w:t xml:space="preserve"> </w:t>
      </w:r>
      <w:r w:rsidRPr="008E006D">
        <w:rPr>
          <w:rFonts w:cs="Sakkal Majalla"/>
          <w:sz w:val="36"/>
          <w:szCs w:val="38"/>
          <w:rtl/>
        </w:rPr>
        <w:t>الثقافة</w:t>
      </w:r>
      <w:r w:rsidRPr="008E006D">
        <w:rPr>
          <w:rFonts w:cs="Sakkal Majalla"/>
          <w:sz w:val="36"/>
          <w:szCs w:val="38"/>
        </w:rPr>
        <w:t xml:space="preserve"> </w:t>
      </w:r>
      <w:r w:rsidRPr="008E006D">
        <w:rPr>
          <w:rFonts w:cs="Sakkal Majalla"/>
          <w:sz w:val="36"/>
          <w:szCs w:val="38"/>
          <w:rtl/>
        </w:rPr>
        <w:t>الرقمية</w:t>
      </w:r>
      <w:r w:rsidRPr="008E006D">
        <w:rPr>
          <w:rFonts w:cs="Sakkal Majalla"/>
          <w:sz w:val="36"/>
          <w:szCs w:val="38"/>
        </w:rPr>
        <w:t xml:space="preserve"> </w:t>
      </w:r>
      <w:r w:rsidRPr="008E006D">
        <w:rPr>
          <w:rFonts w:cs="Sakkal Majalla"/>
          <w:sz w:val="36"/>
          <w:szCs w:val="38"/>
          <w:rtl/>
        </w:rPr>
        <w:t>أن</w:t>
      </w:r>
      <w:r w:rsidRPr="008E006D">
        <w:rPr>
          <w:rFonts w:cs="Sakkal Majalla"/>
          <w:sz w:val="36"/>
          <w:szCs w:val="38"/>
        </w:rPr>
        <w:t xml:space="preserve"> </w:t>
      </w:r>
      <w:r w:rsidRPr="008E006D">
        <w:rPr>
          <w:rFonts w:cs="Sakkal Majalla"/>
          <w:sz w:val="36"/>
          <w:szCs w:val="38"/>
          <w:rtl/>
        </w:rPr>
        <w:t>بعض</w:t>
      </w:r>
      <w:r w:rsidRPr="008E006D">
        <w:rPr>
          <w:rFonts w:cs="Sakkal Majalla"/>
          <w:sz w:val="36"/>
          <w:szCs w:val="38"/>
        </w:rPr>
        <w:t xml:space="preserve"> </w:t>
      </w:r>
      <w:r w:rsidRPr="008E006D">
        <w:rPr>
          <w:rFonts w:cs="Sakkal Majalla"/>
          <w:sz w:val="36"/>
          <w:szCs w:val="38"/>
          <w:rtl/>
        </w:rPr>
        <w:t>العاملين</w:t>
      </w:r>
      <w:r w:rsidRPr="008E006D">
        <w:rPr>
          <w:rFonts w:cs="Sakkal Majalla"/>
          <w:sz w:val="36"/>
          <w:szCs w:val="38"/>
        </w:rPr>
        <w:t xml:space="preserve"> </w:t>
      </w:r>
      <w:r w:rsidRPr="008E006D">
        <w:rPr>
          <w:rFonts w:cs="Sakkal Majalla"/>
          <w:sz w:val="36"/>
          <w:szCs w:val="38"/>
          <w:rtl/>
        </w:rPr>
        <w:t>قد</w:t>
      </w:r>
      <w:r w:rsidRPr="008E006D">
        <w:rPr>
          <w:rFonts w:cs="Sakkal Majalla"/>
          <w:sz w:val="36"/>
          <w:szCs w:val="38"/>
        </w:rPr>
        <w:t xml:space="preserve"> </w:t>
      </w:r>
      <w:r w:rsidRPr="008E006D">
        <w:rPr>
          <w:rFonts w:cs="Sakkal Majalla"/>
          <w:sz w:val="36"/>
          <w:szCs w:val="38"/>
          <w:rtl/>
        </w:rPr>
        <w:t>ينظرون</w:t>
      </w:r>
      <w:r w:rsidRPr="008E006D">
        <w:rPr>
          <w:rFonts w:cs="Sakkal Majalla"/>
          <w:sz w:val="36"/>
          <w:szCs w:val="38"/>
        </w:rPr>
        <w:t xml:space="preserve"> </w:t>
      </w:r>
      <w:r w:rsidRPr="008E006D">
        <w:rPr>
          <w:rFonts w:cs="Sakkal Majalla"/>
          <w:sz w:val="36"/>
          <w:szCs w:val="38"/>
          <w:rtl/>
        </w:rPr>
        <w:t>إلى</w:t>
      </w:r>
      <w:r w:rsidRPr="008E006D">
        <w:rPr>
          <w:rFonts w:cs="Sakkal Majalla"/>
          <w:sz w:val="36"/>
          <w:szCs w:val="38"/>
        </w:rPr>
        <w:t xml:space="preserve"> </w:t>
      </w:r>
      <w:r w:rsidRPr="008E006D">
        <w:rPr>
          <w:rFonts w:cs="Sakkal Majalla"/>
          <w:sz w:val="36"/>
          <w:szCs w:val="38"/>
          <w:rtl/>
        </w:rPr>
        <w:t>الأنظمة</w:t>
      </w:r>
      <w:r w:rsidRPr="008E006D">
        <w:rPr>
          <w:rFonts w:cs="Sakkal Majalla"/>
          <w:sz w:val="36"/>
          <w:szCs w:val="38"/>
        </w:rPr>
        <w:t xml:space="preserve"> </w:t>
      </w:r>
      <w:r w:rsidRPr="008E006D">
        <w:rPr>
          <w:rFonts w:cs="Sakkal Majalla"/>
          <w:sz w:val="36"/>
          <w:szCs w:val="38"/>
          <w:rtl/>
        </w:rPr>
        <w:t>الرقمية</w:t>
      </w:r>
      <w:r w:rsidRPr="008E006D">
        <w:rPr>
          <w:rFonts w:cs="Sakkal Majalla"/>
          <w:sz w:val="36"/>
          <w:szCs w:val="38"/>
        </w:rPr>
        <w:t xml:space="preserve"> </w:t>
      </w:r>
      <w:r w:rsidRPr="008E006D">
        <w:rPr>
          <w:rFonts w:cs="Sakkal Majalla"/>
          <w:sz w:val="36"/>
          <w:szCs w:val="38"/>
          <w:rtl/>
        </w:rPr>
        <w:t>بوصفها</w:t>
      </w:r>
      <w:r w:rsidRPr="008E006D">
        <w:rPr>
          <w:rFonts w:cs="Sakkal Majalla"/>
          <w:sz w:val="36"/>
          <w:szCs w:val="38"/>
        </w:rPr>
        <w:t xml:space="preserve"> </w:t>
      </w:r>
      <w:r w:rsidRPr="008E006D">
        <w:rPr>
          <w:rFonts w:cs="Sakkal Majalla"/>
          <w:sz w:val="36"/>
          <w:szCs w:val="38"/>
          <w:rtl/>
        </w:rPr>
        <w:t>عبئًا</w:t>
      </w:r>
      <w:r w:rsidRPr="008E006D">
        <w:rPr>
          <w:rFonts w:cs="Sakkal Majalla"/>
          <w:sz w:val="36"/>
          <w:szCs w:val="38"/>
        </w:rPr>
        <w:t xml:space="preserve"> </w:t>
      </w:r>
      <w:r w:rsidRPr="008E006D">
        <w:rPr>
          <w:rFonts w:cs="Sakkal Majalla"/>
          <w:sz w:val="36"/>
          <w:szCs w:val="38"/>
          <w:rtl/>
        </w:rPr>
        <w:t>إضافيًا</w:t>
      </w:r>
      <w:r w:rsidRPr="008E006D">
        <w:rPr>
          <w:rFonts w:cs="Sakkal Majalla"/>
          <w:sz w:val="36"/>
          <w:szCs w:val="38"/>
        </w:rPr>
        <w:t xml:space="preserve"> </w:t>
      </w:r>
      <w:r w:rsidRPr="008E006D">
        <w:rPr>
          <w:rFonts w:cs="Sakkal Majalla"/>
          <w:sz w:val="36"/>
          <w:szCs w:val="38"/>
          <w:rtl/>
        </w:rPr>
        <w:t>أو</w:t>
      </w:r>
      <w:r w:rsidRPr="008E006D">
        <w:rPr>
          <w:rFonts w:cs="Sakkal Majalla"/>
          <w:sz w:val="36"/>
          <w:szCs w:val="38"/>
        </w:rPr>
        <w:t xml:space="preserve"> </w:t>
      </w:r>
      <w:r w:rsidRPr="008E006D">
        <w:rPr>
          <w:rFonts w:cs="Sakkal Majalla"/>
          <w:sz w:val="36"/>
          <w:szCs w:val="38"/>
          <w:rtl/>
        </w:rPr>
        <w:t>أداة</w:t>
      </w:r>
      <w:r w:rsidRPr="008E006D">
        <w:rPr>
          <w:rFonts w:cs="Sakkal Majalla"/>
          <w:sz w:val="36"/>
          <w:szCs w:val="38"/>
        </w:rPr>
        <w:t xml:space="preserve"> </w:t>
      </w:r>
      <w:r w:rsidRPr="008E006D">
        <w:rPr>
          <w:rFonts w:cs="Sakkal Majalla"/>
          <w:sz w:val="36"/>
          <w:szCs w:val="38"/>
          <w:rtl/>
        </w:rPr>
        <w:t>للرقابة،</w:t>
      </w:r>
      <w:r w:rsidRPr="008E006D">
        <w:rPr>
          <w:rFonts w:cs="Sakkal Majalla"/>
          <w:sz w:val="36"/>
          <w:szCs w:val="38"/>
        </w:rPr>
        <w:t xml:space="preserve"> </w:t>
      </w:r>
      <w:r w:rsidRPr="008E006D">
        <w:rPr>
          <w:rFonts w:cs="Sakkal Majalla"/>
          <w:sz w:val="36"/>
          <w:szCs w:val="38"/>
          <w:rtl/>
        </w:rPr>
        <w:t>لا</w:t>
      </w:r>
      <w:r w:rsidRPr="008E006D">
        <w:rPr>
          <w:rFonts w:cs="Sakkal Majalla"/>
          <w:sz w:val="36"/>
          <w:szCs w:val="38"/>
        </w:rPr>
        <w:t xml:space="preserve"> </w:t>
      </w:r>
      <w:r w:rsidRPr="008E006D">
        <w:rPr>
          <w:rFonts w:cs="Sakkal Majalla"/>
          <w:sz w:val="36"/>
          <w:szCs w:val="38"/>
          <w:rtl/>
        </w:rPr>
        <w:t>بوصفها</w:t>
      </w:r>
      <w:r w:rsidRPr="008E006D">
        <w:rPr>
          <w:rFonts w:cs="Sakkal Majalla"/>
          <w:sz w:val="36"/>
          <w:szCs w:val="38"/>
        </w:rPr>
        <w:t xml:space="preserve"> </w:t>
      </w:r>
      <w:r w:rsidRPr="008E006D">
        <w:rPr>
          <w:rFonts w:cs="Sakkal Majalla"/>
          <w:sz w:val="36"/>
          <w:szCs w:val="38"/>
          <w:rtl/>
        </w:rPr>
        <w:t>وسيلة</w:t>
      </w:r>
      <w:r w:rsidRPr="008E006D">
        <w:rPr>
          <w:rFonts w:cs="Sakkal Majalla"/>
          <w:sz w:val="36"/>
          <w:szCs w:val="38"/>
        </w:rPr>
        <w:t xml:space="preserve"> </w:t>
      </w:r>
      <w:r w:rsidRPr="008E006D">
        <w:rPr>
          <w:rFonts w:cs="Sakkal Majalla"/>
          <w:sz w:val="36"/>
          <w:szCs w:val="38"/>
          <w:rtl/>
        </w:rPr>
        <w:t>لتحسين</w:t>
      </w:r>
      <w:r w:rsidRPr="008E006D">
        <w:rPr>
          <w:rFonts w:cs="Sakkal Majalla"/>
          <w:sz w:val="36"/>
          <w:szCs w:val="38"/>
        </w:rPr>
        <w:t xml:space="preserve"> </w:t>
      </w:r>
      <w:r w:rsidRPr="008E006D">
        <w:rPr>
          <w:rFonts w:cs="Sakkal Majalla"/>
          <w:sz w:val="36"/>
          <w:szCs w:val="38"/>
          <w:rtl/>
        </w:rPr>
        <w:t>الأداء</w:t>
      </w:r>
      <w:r w:rsidRPr="008E006D">
        <w:rPr>
          <w:rFonts w:cs="Sakkal Majalla"/>
          <w:sz w:val="36"/>
          <w:szCs w:val="38"/>
        </w:rPr>
        <w:t xml:space="preserve">. </w:t>
      </w:r>
      <w:r w:rsidRPr="008E006D">
        <w:rPr>
          <w:rFonts w:cs="Sakkal Majalla"/>
          <w:sz w:val="36"/>
          <w:szCs w:val="38"/>
          <w:rtl/>
        </w:rPr>
        <w:t>ولهذا</w:t>
      </w:r>
      <w:r w:rsidRPr="008E006D">
        <w:rPr>
          <w:rFonts w:cs="Sakkal Majalla"/>
          <w:sz w:val="36"/>
          <w:szCs w:val="38"/>
        </w:rPr>
        <w:t xml:space="preserve"> </w:t>
      </w:r>
      <w:r w:rsidRPr="008E006D">
        <w:rPr>
          <w:rFonts w:cs="Sakkal Majalla"/>
          <w:sz w:val="36"/>
          <w:szCs w:val="38"/>
          <w:rtl/>
        </w:rPr>
        <w:t>فإن</w:t>
      </w:r>
      <w:r w:rsidRPr="008E006D">
        <w:rPr>
          <w:rFonts w:cs="Sakkal Majalla"/>
          <w:sz w:val="36"/>
          <w:szCs w:val="38"/>
        </w:rPr>
        <w:t xml:space="preserve"> </w:t>
      </w:r>
      <w:r w:rsidRPr="008E006D">
        <w:rPr>
          <w:rFonts w:cs="Sakkal Majalla"/>
          <w:sz w:val="36"/>
          <w:szCs w:val="38"/>
          <w:rtl/>
        </w:rPr>
        <w:t>إدارة</w:t>
      </w:r>
      <w:r w:rsidRPr="008E006D">
        <w:rPr>
          <w:rFonts w:cs="Sakkal Majalla"/>
          <w:sz w:val="36"/>
          <w:szCs w:val="38"/>
        </w:rPr>
        <w:t xml:space="preserve"> </w:t>
      </w:r>
      <w:r w:rsidRPr="008E006D">
        <w:rPr>
          <w:rFonts w:cs="Sakkal Majalla"/>
          <w:sz w:val="36"/>
          <w:szCs w:val="38"/>
          <w:rtl/>
        </w:rPr>
        <w:t>التغيير</w:t>
      </w:r>
      <w:r w:rsidRPr="008E006D">
        <w:rPr>
          <w:rFonts w:cs="Sakkal Majalla"/>
          <w:sz w:val="36"/>
          <w:szCs w:val="38"/>
        </w:rPr>
        <w:t xml:space="preserve"> </w:t>
      </w:r>
      <w:r w:rsidRPr="008E006D">
        <w:rPr>
          <w:rFonts w:cs="Sakkal Majalla"/>
          <w:sz w:val="36"/>
          <w:szCs w:val="38"/>
          <w:rtl/>
        </w:rPr>
        <w:t>والتدريب</w:t>
      </w:r>
      <w:r w:rsidRPr="008E006D">
        <w:rPr>
          <w:rFonts w:cs="Sakkal Majalla"/>
          <w:sz w:val="36"/>
          <w:szCs w:val="38"/>
        </w:rPr>
        <w:t xml:space="preserve"> </w:t>
      </w:r>
      <w:r w:rsidRPr="008E006D">
        <w:rPr>
          <w:rFonts w:cs="Sakkal Majalla"/>
          <w:sz w:val="36"/>
          <w:szCs w:val="38"/>
          <w:rtl/>
        </w:rPr>
        <w:t>والتحفيز</w:t>
      </w:r>
      <w:r w:rsidRPr="008E006D">
        <w:rPr>
          <w:rFonts w:cs="Sakkal Majalla"/>
          <w:sz w:val="36"/>
          <w:szCs w:val="38"/>
        </w:rPr>
        <w:t xml:space="preserve"> </w:t>
      </w:r>
      <w:r w:rsidRPr="008E006D">
        <w:rPr>
          <w:rFonts w:cs="Sakkal Majalla"/>
          <w:sz w:val="36"/>
          <w:szCs w:val="38"/>
          <w:rtl/>
        </w:rPr>
        <w:t>تعد</w:t>
      </w:r>
      <w:r w:rsidRPr="008E006D">
        <w:rPr>
          <w:rFonts w:cs="Sakkal Majalla"/>
          <w:sz w:val="36"/>
          <w:szCs w:val="38"/>
        </w:rPr>
        <w:t xml:space="preserve"> </w:t>
      </w:r>
      <w:r w:rsidRPr="008E006D">
        <w:rPr>
          <w:rFonts w:cs="Sakkal Majalla"/>
          <w:sz w:val="36"/>
          <w:szCs w:val="38"/>
          <w:rtl/>
        </w:rPr>
        <w:t>عناصر</w:t>
      </w:r>
      <w:r w:rsidRPr="008E006D">
        <w:rPr>
          <w:rFonts w:cs="Sakkal Majalla"/>
          <w:sz w:val="36"/>
          <w:szCs w:val="38"/>
        </w:rPr>
        <w:t xml:space="preserve"> </w:t>
      </w:r>
      <w:r w:rsidRPr="008E006D">
        <w:rPr>
          <w:rFonts w:cs="Sakkal Majalla"/>
          <w:sz w:val="36"/>
          <w:szCs w:val="38"/>
          <w:rtl/>
        </w:rPr>
        <w:t>أساسية</w:t>
      </w:r>
      <w:r w:rsidRPr="008E006D">
        <w:rPr>
          <w:rFonts w:cs="Sakkal Majalla"/>
          <w:sz w:val="36"/>
          <w:szCs w:val="38"/>
        </w:rPr>
        <w:t xml:space="preserve"> </w:t>
      </w:r>
      <w:r w:rsidRPr="008E006D">
        <w:rPr>
          <w:rFonts w:cs="Sakkal Majalla"/>
          <w:sz w:val="36"/>
          <w:szCs w:val="38"/>
          <w:rtl/>
        </w:rPr>
        <w:t>لبناء</w:t>
      </w:r>
      <w:r w:rsidRPr="008E006D">
        <w:rPr>
          <w:rFonts w:cs="Sakkal Majalla"/>
          <w:sz w:val="36"/>
          <w:szCs w:val="38"/>
        </w:rPr>
        <w:t xml:space="preserve"> </w:t>
      </w:r>
      <w:r w:rsidRPr="008E006D">
        <w:rPr>
          <w:rFonts w:cs="Sakkal Majalla"/>
          <w:sz w:val="36"/>
          <w:szCs w:val="38"/>
          <w:rtl/>
        </w:rPr>
        <w:t>ثقافة</w:t>
      </w:r>
      <w:r w:rsidRPr="008E006D">
        <w:rPr>
          <w:rFonts w:cs="Sakkal Majalla"/>
          <w:sz w:val="36"/>
          <w:szCs w:val="38"/>
        </w:rPr>
        <w:t xml:space="preserve"> </w:t>
      </w:r>
      <w:r w:rsidRPr="008E006D">
        <w:rPr>
          <w:rFonts w:cs="Sakkal Majalla"/>
          <w:sz w:val="36"/>
          <w:szCs w:val="38"/>
          <w:rtl/>
        </w:rPr>
        <w:t>رقمية</w:t>
      </w:r>
      <w:r w:rsidRPr="008E006D">
        <w:rPr>
          <w:rFonts w:cs="Sakkal Majalla"/>
          <w:sz w:val="36"/>
          <w:szCs w:val="38"/>
        </w:rPr>
        <w:t xml:space="preserve"> </w:t>
      </w:r>
      <w:r w:rsidRPr="008E006D">
        <w:rPr>
          <w:rFonts w:cs="Sakkal Majalla"/>
          <w:sz w:val="36"/>
          <w:szCs w:val="38"/>
          <w:rtl/>
        </w:rPr>
        <w:t>داعمة</w:t>
      </w:r>
      <w:r w:rsidRPr="008E006D">
        <w:rPr>
          <w:rFonts w:cs="Sakkal Majalla"/>
          <w:sz w:val="36"/>
          <w:szCs w:val="38"/>
        </w:rPr>
        <w:t>.</w:t>
      </w:r>
    </w:p>
    <w:p w14:paraId="3354535F" w14:textId="77777777" w:rsidR="008E006D" w:rsidRPr="008E006D" w:rsidRDefault="008E006D" w:rsidP="008E006D">
      <w:pPr>
        <w:ind w:firstLine="0"/>
        <w:rPr>
          <w:rFonts w:cs="Sakkal Majalla"/>
          <w:b/>
          <w:sz w:val="36"/>
          <w:szCs w:val="38"/>
        </w:rPr>
      </w:pPr>
      <w:r w:rsidRPr="008E006D">
        <w:rPr>
          <w:rFonts w:cs="Sakkal Majalla"/>
          <w:b/>
          <w:sz w:val="36"/>
          <w:szCs w:val="38"/>
        </w:rPr>
        <w:t xml:space="preserve">2.5.3 </w:t>
      </w:r>
      <w:r w:rsidRPr="008E006D">
        <w:rPr>
          <w:rFonts w:cs="Sakkal Majalla"/>
          <w:b/>
          <w:bCs/>
          <w:sz w:val="36"/>
          <w:szCs w:val="38"/>
          <w:rtl/>
        </w:rPr>
        <w:t>القيادة</w:t>
      </w:r>
      <w:r w:rsidRPr="008E006D">
        <w:rPr>
          <w:rFonts w:cs="Sakkal Majalla"/>
          <w:b/>
          <w:sz w:val="36"/>
          <w:szCs w:val="38"/>
        </w:rPr>
        <w:t xml:space="preserve"> </w:t>
      </w:r>
      <w:r w:rsidRPr="008E006D">
        <w:rPr>
          <w:rFonts w:cs="Sakkal Majalla"/>
          <w:b/>
          <w:bCs/>
          <w:sz w:val="36"/>
          <w:szCs w:val="38"/>
          <w:rtl/>
        </w:rPr>
        <w:t>الرقمية</w:t>
      </w:r>
      <w:r w:rsidR="008E2B08">
        <w:rPr>
          <w:rFonts w:cs="Sakkal Majalla" w:hint="cs"/>
          <w:b/>
          <w:bCs/>
          <w:sz w:val="36"/>
          <w:szCs w:val="38"/>
          <w:rtl/>
        </w:rPr>
        <w:t xml:space="preserve">: </w:t>
      </w:r>
    </w:p>
    <w:p w14:paraId="450F2EE4" w14:textId="77777777" w:rsidR="008E006D" w:rsidRPr="008E006D" w:rsidRDefault="008E006D" w:rsidP="008E2B08">
      <w:pPr>
        <w:ind w:firstLine="720"/>
        <w:rPr>
          <w:rFonts w:cs="Sakkal Majalla"/>
          <w:sz w:val="36"/>
          <w:szCs w:val="38"/>
        </w:rPr>
      </w:pPr>
      <w:r w:rsidRPr="008E006D">
        <w:rPr>
          <w:rFonts w:cs="Sakkal Majalla"/>
          <w:sz w:val="36"/>
          <w:szCs w:val="38"/>
          <w:rtl/>
        </w:rPr>
        <w:t>تشير</w:t>
      </w:r>
      <w:r w:rsidRPr="008E006D">
        <w:rPr>
          <w:rFonts w:cs="Sakkal Majalla"/>
          <w:sz w:val="36"/>
          <w:szCs w:val="38"/>
        </w:rPr>
        <w:t xml:space="preserve"> </w:t>
      </w:r>
      <w:r w:rsidRPr="008E006D">
        <w:rPr>
          <w:rFonts w:cs="Sakkal Majalla"/>
          <w:sz w:val="36"/>
          <w:szCs w:val="38"/>
          <w:rtl/>
        </w:rPr>
        <w:t>القيادة</w:t>
      </w:r>
      <w:r w:rsidRPr="008E006D">
        <w:rPr>
          <w:rFonts w:cs="Sakkal Majalla"/>
          <w:sz w:val="36"/>
          <w:szCs w:val="38"/>
        </w:rPr>
        <w:t xml:space="preserve"> </w:t>
      </w:r>
      <w:r w:rsidRPr="008E006D">
        <w:rPr>
          <w:rFonts w:cs="Sakkal Majalla"/>
          <w:sz w:val="36"/>
          <w:szCs w:val="38"/>
          <w:rtl/>
        </w:rPr>
        <w:t>الرقمية</w:t>
      </w:r>
      <w:r w:rsidRPr="008E006D">
        <w:rPr>
          <w:rFonts w:cs="Sakkal Majalla"/>
          <w:sz w:val="36"/>
          <w:szCs w:val="38"/>
        </w:rPr>
        <w:t xml:space="preserve"> </w:t>
      </w:r>
      <w:r w:rsidRPr="008E006D">
        <w:rPr>
          <w:rFonts w:cs="Sakkal Majalla"/>
          <w:sz w:val="36"/>
          <w:szCs w:val="38"/>
          <w:rtl/>
        </w:rPr>
        <w:t>إلى</w:t>
      </w:r>
      <w:r w:rsidRPr="008E006D">
        <w:rPr>
          <w:rFonts w:cs="Sakkal Majalla"/>
          <w:sz w:val="36"/>
          <w:szCs w:val="38"/>
        </w:rPr>
        <w:t xml:space="preserve"> </w:t>
      </w:r>
      <w:r w:rsidRPr="008E006D">
        <w:rPr>
          <w:rFonts w:cs="Sakkal Majalla"/>
          <w:sz w:val="36"/>
          <w:szCs w:val="38"/>
          <w:rtl/>
        </w:rPr>
        <w:t>قدرة</w:t>
      </w:r>
      <w:r w:rsidRPr="008E006D">
        <w:rPr>
          <w:rFonts w:cs="Sakkal Majalla"/>
          <w:sz w:val="36"/>
          <w:szCs w:val="38"/>
        </w:rPr>
        <w:t xml:space="preserve"> </w:t>
      </w:r>
      <w:r w:rsidRPr="008E006D">
        <w:rPr>
          <w:rFonts w:cs="Sakkal Majalla"/>
          <w:sz w:val="36"/>
          <w:szCs w:val="38"/>
          <w:rtl/>
        </w:rPr>
        <w:t>الإدارة</w:t>
      </w:r>
      <w:r w:rsidRPr="008E006D">
        <w:rPr>
          <w:rFonts w:cs="Sakkal Majalla"/>
          <w:sz w:val="36"/>
          <w:szCs w:val="38"/>
        </w:rPr>
        <w:t xml:space="preserve"> </w:t>
      </w:r>
      <w:r w:rsidRPr="008E006D">
        <w:rPr>
          <w:rFonts w:cs="Sakkal Majalla"/>
          <w:sz w:val="36"/>
          <w:szCs w:val="38"/>
          <w:rtl/>
        </w:rPr>
        <w:t>العليا</w:t>
      </w:r>
      <w:r w:rsidRPr="008E006D">
        <w:rPr>
          <w:rFonts w:cs="Sakkal Majalla"/>
          <w:sz w:val="36"/>
          <w:szCs w:val="38"/>
        </w:rPr>
        <w:t xml:space="preserve"> </w:t>
      </w:r>
      <w:r w:rsidRPr="008E006D">
        <w:rPr>
          <w:rFonts w:cs="Sakkal Majalla"/>
          <w:sz w:val="36"/>
          <w:szCs w:val="38"/>
          <w:rtl/>
        </w:rPr>
        <w:t>وقيادات</w:t>
      </w:r>
      <w:r w:rsidRPr="008E006D">
        <w:rPr>
          <w:rFonts w:cs="Sakkal Majalla"/>
          <w:sz w:val="36"/>
          <w:szCs w:val="38"/>
        </w:rPr>
        <w:t xml:space="preserve"> </w:t>
      </w:r>
      <w:r w:rsidRPr="008E006D">
        <w:rPr>
          <w:rFonts w:cs="Sakkal Majalla"/>
          <w:sz w:val="36"/>
          <w:szCs w:val="38"/>
          <w:rtl/>
        </w:rPr>
        <w:t>المشاريع</w:t>
      </w:r>
      <w:r w:rsidRPr="008E006D">
        <w:rPr>
          <w:rFonts w:cs="Sakkal Majalla"/>
          <w:sz w:val="36"/>
          <w:szCs w:val="38"/>
        </w:rPr>
        <w:t xml:space="preserve"> </w:t>
      </w:r>
      <w:r w:rsidRPr="008E006D">
        <w:rPr>
          <w:rFonts w:cs="Sakkal Majalla"/>
          <w:sz w:val="36"/>
          <w:szCs w:val="38"/>
          <w:rtl/>
        </w:rPr>
        <w:t>على</w:t>
      </w:r>
      <w:r w:rsidRPr="008E006D">
        <w:rPr>
          <w:rFonts w:cs="Sakkal Majalla"/>
          <w:sz w:val="36"/>
          <w:szCs w:val="38"/>
        </w:rPr>
        <w:t xml:space="preserve"> </w:t>
      </w:r>
      <w:r w:rsidRPr="008E006D">
        <w:rPr>
          <w:rFonts w:cs="Sakkal Majalla"/>
          <w:sz w:val="36"/>
          <w:szCs w:val="38"/>
          <w:rtl/>
        </w:rPr>
        <w:t>وضع</w:t>
      </w:r>
      <w:r w:rsidRPr="008E006D">
        <w:rPr>
          <w:rFonts w:cs="Sakkal Majalla"/>
          <w:sz w:val="36"/>
          <w:szCs w:val="38"/>
        </w:rPr>
        <w:t xml:space="preserve"> </w:t>
      </w:r>
      <w:r w:rsidRPr="008E006D">
        <w:rPr>
          <w:rFonts w:cs="Sakkal Majalla"/>
          <w:sz w:val="36"/>
          <w:szCs w:val="38"/>
          <w:rtl/>
        </w:rPr>
        <w:t>رؤية</w:t>
      </w:r>
      <w:r w:rsidRPr="008E006D">
        <w:rPr>
          <w:rFonts w:cs="Sakkal Majalla"/>
          <w:sz w:val="36"/>
          <w:szCs w:val="38"/>
        </w:rPr>
        <w:t xml:space="preserve"> </w:t>
      </w:r>
      <w:r w:rsidRPr="008E006D">
        <w:rPr>
          <w:rFonts w:cs="Sakkal Majalla"/>
          <w:sz w:val="36"/>
          <w:szCs w:val="38"/>
          <w:rtl/>
        </w:rPr>
        <w:t>رقمية،</w:t>
      </w:r>
      <w:r w:rsidRPr="008E006D">
        <w:rPr>
          <w:rFonts w:cs="Sakkal Majalla"/>
          <w:sz w:val="36"/>
          <w:szCs w:val="38"/>
        </w:rPr>
        <w:t xml:space="preserve"> </w:t>
      </w:r>
      <w:r w:rsidRPr="008E006D">
        <w:rPr>
          <w:rFonts w:cs="Sakkal Majalla"/>
          <w:sz w:val="36"/>
          <w:szCs w:val="38"/>
          <w:rtl/>
        </w:rPr>
        <w:t>وتوفير</w:t>
      </w:r>
      <w:r w:rsidRPr="008E006D">
        <w:rPr>
          <w:rFonts w:cs="Sakkal Majalla"/>
          <w:sz w:val="36"/>
          <w:szCs w:val="38"/>
        </w:rPr>
        <w:t xml:space="preserve"> </w:t>
      </w:r>
      <w:r w:rsidRPr="008E006D">
        <w:rPr>
          <w:rFonts w:cs="Sakkal Majalla"/>
          <w:sz w:val="36"/>
          <w:szCs w:val="38"/>
          <w:rtl/>
        </w:rPr>
        <w:t>الدعم</w:t>
      </w:r>
      <w:r w:rsidRPr="008E006D">
        <w:rPr>
          <w:rFonts w:cs="Sakkal Majalla"/>
          <w:sz w:val="36"/>
          <w:szCs w:val="38"/>
        </w:rPr>
        <w:t xml:space="preserve"> </w:t>
      </w:r>
      <w:r w:rsidRPr="008E006D">
        <w:rPr>
          <w:rFonts w:cs="Sakkal Majalla"/>
          <w:sz w:val="36"/>
          <w:szCs w:val="38"/>
          <w:rtl/>
        </w:rPr>
        <w:t>والموارد،</w:t>
      </w:r>
      <w:r w:rsidRPr="008E006D">
        <w:rPr>
          <w:rFonts w:cs="Sakkal Majalla"/>
          <w:sz w:val="36"/>
          <w:szCs w:val="38"/>
        </w:rPr>
        <w:t xml:space="preserve"> </w:t>
      </w:r>
      <w:r w:rsidRPr="008E006D">
        <w:rPr>
          <w:rFonts w:cs="Sakkal Majalla"/>
          <w:sz w:val="36"/>
          <w:szCs w:val="38"/>
          <w:rtl/>
        </w:rPr>
        <w:t>وتمكين</w:t>
      </w:r>
      <w:r w:rsidRPr="008E006D">
        <w:rPr>
          <w:rFonts w:cs="Sakkal Majalla"/>
          <w:sz w:val="36"/>
          <w:szCs w:val="38"/>
        </w:rPr>
        <w:t xml:space="preserve"> </w:t>
      </w:r>
      <w:r w:rsidRPr="008E006D">
        <w:rPr>
          <w:rFonts w:cs="Sakkal Majalla"/>
          <w:sz w:val="36"/>
          <w:szCs w:val="38"/>
          <w:rtl/>
        </w:rPr>
        <w:t>الفرق،</w:t>
      </w:r>
      <w:r w:rsidRPr="008E006D">
        <w:rPr>
          <w:rFonts w:cs="Sakkal Majalla"/>
          <w:sz w:val="36"/>
          <w:szCs w:val="38"/>
        </w:rPr>
        <w:t xml:space="preserve"> </w:t>
      </w:r>
      <w:r w:rsidRPr="008E006D">
        <w:rPr>
          <w:rFonts w:cs="Sakkal Majalla"/>
          <w:sz w:val="36"/>
          <w:szCs w:val="38"/>
          <w:rtl/>
        </w:rPr>
        <w:t>وإزالة</w:t>
      </w:r>
      <w:r w:rsidRPr="008E006D">
        <w:rPr>
          <w:rFonts w:cs="Sakkal Majalla"/>
          <w:sz w:val="36"/>
          <w:szCs w:val="38"/>
        </w:rPr>
        <w:t xml:space="preserve"> </w:t>
      </w:r>
      <w:r w:rsidRPr="008E006D">
        <w:rPr>
          <w:rFonts w:cs="Sakkal Majalla"/>
          <w:sz w:val="36"/>
          <w:szCs w:val="38"/>
          <w:rtl/>
        </w:rPr>
        <w:t>العوائق،</w:t>
      </w:r>
      <w:r w:rsidRPr="008E006D">
        <w:rPr>
          <w:rFonts w:cs="Sakkal Majalla"/>
          <w:sz w:val="36"/>
          <w:szCs w:val="38"/>
        </w:rPr>
        <w:t xml:space="preserve"> </w:t>
      </w:r>
      <w:r w:rsidRPr="008E006D">
        <w:rPr>
          <w:rFonts w:cs="Sakkal Majalla"/>
          <w:sz w:val="36"/>
          <w:szCs w:val="38"/>
          <w:rtl/>
        </w:rPr>
        <w:t>وبناء</w:t>
      </w:r>
      <w:r w:rsidRPr="008E006D">
        <w:rPr>
          <w:rFonts w:cs="Sakkal Majalla"/>
          <w:sz w:val="36"/>
          <w:szCs w:val="38"/>
        </w:rPr>
        <w:t xml:space="preserve"> </w:t>
      </w:r>
      <w:r w:rsidRPr="008E006D">
        <w:rPr>
          <w:rFonts w:cs="Sakkal Majalla"/>
          <w:sz w:val="36"/>
          <w:szCs w:val="38"/>
          <w:rtl/>
        </w:rPr>
        <w:t>قرارات</w:t>
      </w:r>
      <w:r w:rsidRPr="008E006D">
        <w:rPr>
          <w:rFonts w:cs="Sakkal Majalla"/>
          <w:sz w:val="36"/>
          <w:szCs w:val="38"/>
        </w:rPr>
        <w:t xml:space="preserve"> </w:t>
      </w:r>
      <w:r w:rsidRPr="008E006D">
        <w:rPr>
          <w:rFonts w:cs="Sakkal Majalla"/>
          <w:sz w:val="36"/>
          <w:szCs w:val="38"/>
          <w:rtl/>
        </w:rPr>
        <w:t>مستندة</w:t>
      </w:r>
      <w:r w:rsidRPr="008E006D">
        <w:rPr>
          <w:rFonts w:cs="Sakkal Majalla"/>
          <w:sz w:val="36"/>
          <w:szCs w:val="38"/>
        </w:rPr>
        <w:t xml:space="preserve"> </w:t>
      </w:r>
      <w:r w:rsidRPr="008E006D">
        <w:rPr>
          <w:rFonts w:cs="Sakkal Majalla"/>
          <w:sz w:val="36"/>
          <w:szCs w:val="38"/>
          <w:rtl/>
        </w:rPr>
        <w:t>إلى</w:t>
      </w:r>
      <w:r w:rsidRPr="008E006D">
        <w:rPr>
          <w:rFonts w:cs="Sakkal Majalla"/>
          <w:sz w:val="36"/>
          <w:szCs w:val="38"/>
        </w:rPr>
        <w:t xml:space="preserve"> </w:t>
      </w:r>
      <w:r w:rsidRPr="008E006D">
        <w:rPr>
          <w:rFonts w:cs="Sakkal Majalla"/>
          <w:sz w:val="36"/>
          <w:szCs w:val="38"/>
          <w:rtl/>
        </w:rPr>
        <w:t>البيانات</w:t>
      </w:r>
      <w:r w:rsidRPr="008E006D">
        <w:rPr>
          <w:rFonts w:cs="Sakkal Majalla"/>
          <w:sz w:val="36"/>
          <w:szCs w:val="38"/>
        </w:rPr>
        <w:t xml:space="preserve">. </w:t>
      </w:r>
      <w:r w:rsidRPr="008E006D">
        <w:rPr>
          <w:rFonts w:cs="Sakkal Majalla"/>
          <w:sz w:val="36"/>
          <w:szCs w:val="38"/>
          <w:rtl/>
        </w:rPr>
        <w:t>وتؤكد</w:t>
      </w:r>
      <w:r w:rsidRPr="008E006D">
        <w:rPr>
          <w:rFonts w:cs="Sakkal Majalla"/>
          <w:sz w:val="36"/>
          <w:szCs w:val="38"/>
        </w:rPr>
        <w:t xml:space="preserve"> </w:t>
      </w:r>
      <w:r w:rsidRPr="008E006D">
        <w:rPr>
          <w:rFonts w:cs="Sakkal Majalla"/>
          <w:sz w:val="36"/>
          <w:szCs w:val="38"/>
          <w:rtl/>
        </w:rPr>
        <w:t>الدراسات</w:t>
      </w:r>
      <w:r w:rsidRPr="008E006D">
        <w:rPr>
          <w:rFonts w:cs="Sakkal Majalla"/>
          <w:sz w:val="36"/>
          <w:szCs w:val="38"/>
        </w:rPr>
        <w:t xml:space="preserve"> </w:t>
      </w:r>
      <w:r w:rsidRPr="008E006D">
        <w:rPr>
          <w:rFonts w:cs="Sakkal Majalla"/>
          <w:sz w:val="36"/>
          <w:szCs w:val="38"/>
          <w:rtl/>
        </w:rPr>
        <w:t>أن</w:t>
      </w:r>
      <w:r w:rsidRPr="008E006D">
        <w:rPr>
          <w:rFonts w:cs="Sakkal Majalla"/>
          <w:sz w:val="36"/>
          <w:szCs w:val="38"/>
        </w:rPr>
        <w:t xml:space="preserve"> </w:t>
      </w:r>
      <w:r w:rsidRPr="008E006D">
        <w:rPr>
          <w:rFonts w:cs="Sakkal Majalla"/>
          <w:sz w:val="36"/>
          <w:szCs w:val="38"/>
          <w:rtl/>
        </w:rPr>
        <w:t>القيادة</w:t>
      </w:r>
      <w:r w:rsidRPr="008E006D">
        <w:rPr>
          <w:rFonts w:cs="Sakkal Majalla"/>
          <w:sz w:val="36"/>
          <w:szCs w:val="38"/>
        </w:rPr>
        <w:t xml:space="preserve"> </w:t>
      </w:r>
      <w:r w:rsidRPr="008E006D">
        <w:rPr>
          <w:rFonts w:cs="Sakkal Majalla"/>
          <w:sz w:val="36"/>
          <w:szCs w:val="38"/>
          <w:rtl/>
        </w:rPr>
        <w:t>الرقمية</w:t>
      </w:r>
      <w:r w:rsidRPr="008E006D">
        <w:rPr>
          <w:rFonts w:cs="Sakkal Majalla"/>
          <w:sz w:val="36"/>
          <w:szCs w:val="38"/>
        </w:rPr>
        <w:t xml:space="preserve"> </w:t>
      </w:r>
      <w:r w:rsidRPr="008E006D">
        <w:rPr>
          <w:rFonts w:cs="Sakkal Majalla"/>
          <w:sz w:val="36"/>
          <w:szCs w:val="38"/>
          <w:rtl/>
        </w:rPr>
        <w:t>تعد</w:t>
      </w:r>
      <w:r w:rsidRPr="008E006D">
        <w:rPr>
          <w:rFonts w:cs="Sakkal Majalla"/>
          <w:sz w:val="36"/>
          <w:szCs w:val="38"/>
        </w:rPr>
        <w:t xml:space="preserve"> </w:t>
      </w:r>
      <w:r w:rsidRPr="008E006D">
        <w:rPr>
          <w:rFonts w:cs="Sakkal Majalla"/>
          <w:sz w:val="36"/>
          <w:szCs w:val="38"/>
          <w:rtl/>
        </w:rPr>
        <w:t>محركًا</w:t>
      </w:r>
      <w:r w:rsidRPr="008E006D">
        <w:rPr>
          <w:rFonts w:cs="Sakkal Majalla"/>
          <w:sz w:val="36"/>
          <w:szCs w:val="38"/>
        </w:rPr>
        <w:t xml:space="preserve"> </w:t>
      </w:r>
      <w:r w:rsidRPr="008E006D">
        <w:rPr>
          <w:rFonts w:cs="Sakkal Majalla"/>
          <w:sz w:val="36"/>
          <w:szCs w:val="38"/>
          <w:rtl/>
        </w:rPr>
        <w:t>رئيسًا</w:t>
      </w:r>
      <w:r w:rsidRPr="008E006D">
        <w:rPr>
          <w:rFonts w:cs="Sakkal Majalla"/>
          <w:sz w:val="36"/>
          <w:szCs w:val="38"/>
        </w:rPr>
        <w:t xml:space="preserve"> </w:t>
      </w:r>
      <w:r w:rsidRPr="008E006D">
        <w:rPr>
          <w:rFonts w:cs="Sakkal Majalla"/>
          <w:sz w:val="36"/>
          <w:szCs w:val="38"/>
          <w:rtl/>
        </w:rPr>
        <w:t>للتحول</w:t>
      </w:r>
      <w:r w:rsidRPr="008E006D">
        <w:rPr>
          <w:rFonts w:cs="Sakkal Majalla"/>
          <w:sz w:val="36"/>
          <w:szCs w:val="38"/>
        </w:rPr>
        <w:t xml:space="preserve"> </w:t>
      </w:r>
      <w:r w:rsidRPr="008E006D">
        <w:rPr>
          <w:rFonts w:cs="Sakkal Majalla"/>
          <w:sz w:val="36"/>
          <w:szCs w:val="38"/>
          <w:rtl/>
        </w:rPr>
        <w:t>الرقمي</w:t>
      </w:r>
      <w:r w:rsidRPr="008E006D">
        <w:rPr>
          <w:rFonts w:cs="Sakkal Majalla"/>
          <w:sz w:val="36"/>
          <w:szCs w:val="38"/>
        </w:rPr>
        <w:t xml:space="preserve"> </w:t>
      </w:r>
      <w:r w:rsidRPr="008E006D">
        <w:rPr>
          <w:rFonts w:cs="Sakkal Majalla"/>
          <w:sz w:val="36"/>
          <w:szCs w:val="38"/>
          <w:rtl/>
        </w:rPr>
        <w:t>لأنها</w:t>
      </w:r>
      <w:r w:rsidRPr="008E006D">
        <w:rPr>
          <w:rFonts w:cs="Sakkal Majalla"/>
          <w:sz w:val="36"/>
          <w:szCs w:val="38"/>
        </w:rPr>
        <w:t xml:space="preserve"> </w:t>
      </w:r>
      <w:r w:rsidRPr="008E006D">
        <w:rPr>
          <w:rFonts w:cs="Sakkal Majalla"/>
          <w:sz w:val="36"/>
          <w:szCs w:val="38"/>
          <w:rtl/>
        </w:rPr>
        <w:t>تربط</w:t>
      </w:r>
      <w:r w:rsidRPr="008E006D">
        <w:rPr>
          <w:rFonts w:cs="Sakkal Majalla"/>
          <w:sz w:val="36"/>
          <w:szCs w:val="38"/>
        </w:rPr>
        <w:t xml:space="preserve"> </w:t>
      </w:r>
      <w:r w:rsidRPr="008E006D">
        <w:rPr>
          <w:rFonts w:cs="Sakkal Majalla"/>
          <w:sz w:val="36"/>
          <w:szCs w:val="38"/>
          <w:rtl/>
        </w:rPr>
        <w:t>بين</w:t>
      </w:r>
      <w:r w:rsidRPr="008E006D">
        <w:rPr>
          <w:rFonts w:cs="Sakkal Majalla"/>
          <w:sz w:val="36"/>
          <w:szCs w:val="38"/>
        </w:rPr>
        <w:t xml:space="preserve"> </w:t>
      </w:r>
      <w:r w:rsidRPr="008E006D">
        <w:rPr>
          <w:rFonts w:cs="Sakkal Majalla"/>
          <w:sz w:val="36"/>
          <w:szCs w:val="38"/>
          <w:rtl/>
        </w:rPr>
        <w:t>الاستراتيجية</w:t>
      </w:r>
      <w:r w:rsidRPr="008E006D">
        <w:rPr>
          <w:rFonts w:cs="Sakkal Majalla"/>
          <w:sz w:val="36"/>
          <w:szCs w:val="38"/>
        </w:rPr>
        <w:t xml:space="preserve"> </w:t>
      </w:r>
      <w:r w:rsidRPr="008E006D">
        <w:rPr>
          <w:rFonts w:cs="Sakkal Majalla"/>
          <w:sz w:val="36"/>
          <w:szCs w:val="38"/>
          <w:rtl/>
        </w:rPr>
        <w:t>والتنفيذ</w:t>
      </w:r>
      <w:r w:rsidRPr="008E006D">
        <w:rPr>
          <w:rFonts w:cs="Sakkal Majalla"/>
          <w:sz w:val="36"/>
          <w:szCs w:val="38"/>
        </w:rPr>
        <w:t xml:space="preserve"> </w:t>
      </w:r>
      <w:r w:rsidRPr="008E006D">
        <w:rPr>
          <w:rFonts w:cs="Sakkal Majalla"/>
          <w:sz w:val="36"/>
          <w:szCs w:val="38"/>
          <w:rtl/>
        </w:rPr>
        <w:t>وتوجه</w:t>
      </w:r>
      <w:r w:rsidRPr="008E006D">
        <w:rPr>
          <w:rFonts w:cs="Sakkal Majalla"/>
          <w:sz w:val="36"/>
          <w:szCs w:val="38"/>
        </w:rPr>
        <w:t xml:space="preserve"> </w:t>
      </w:r>
      <w:r w:rsidRPr="008E006D">
        <w:rPr>
          <w:rFonts w:cs="Sakkal Majalla"/>
          <w:sz w:val="36"/>
          <w:szCs w:val="38"/>
          <w:rtl/>
        </w:rPr>
        <w:t>الثقافة</w:t>
      </w:r>
      <w:r w:rsidRPr="008E006D">
        <w:rPr>
          <w:rFonts w:cs="Sakkal Majalla"/>
          <w:sz w:val="36"/>
          <w:szCs w:val="38"/>
        </w:rPr>
        <w:t xml:space="preserve"> </w:t>
      </w:r>
      <w:r w:rsidRPr="008E006D">
        <w:rPr>
          <w:rFonts w:cs="Sakkal Majalla"/>
          <w:sz w:val="36"/>
          <w:szCs w:val="38"/>
          <w:rtl/>
        </w:rPr>
        <w:t>نحو</w:t>
      </w:r>
      <w:r w:rsidRPr="008E006D">
        <w:rPr>
          <w:rFonts w:cs="Sakkal Majalla"/>
          <w:sz w:val="36"/>
          <w:szCs w:val="38"/>
        </w:rPr>
        <w:t xml:space="preserve"> </w:t>
      </w:r>
      <w:r w:rsidRPr="008E006D">
        <w:rPr>
          <w:rFonts w:cs="Sakkal Majalla"/>
          <w:sz w:val="36"/>
          <w:szCs w:val="38"/>
          <w:rtl/>
        </w:rPr>
        <w:t>الابتكار</w:t>
      </w:r>
      <w:r w:rsidRPr="008E006D">
        <w:rPr>
          <w:rFonts w:cs="Sakkal Majalla"/>
          <w:sz w:val="36"/>
          <w:szCs w:val="38"/>
        </w:rPr>
        <w:t xml:space="preserve"> (</w:t>
      </w:r>
      <w:proofErr w:type="spellStart"/>
      <w:r w:rsidRPr="008E006D">
        <w:rPr>
          <w:rFonts w:cs="Sakkal Majalla"/>
          <w:sz w:val="36"/>
          <w:szCs w:val="38"/>
        </w:rPr>
        <w:t>AlNuaimi</w:t>
      </w:r>
      <w:proofErr w:type="spellEnd"/>
      <w:r w:rsidRPr="008E006D">
        <w:rPr>
          <w:rFonts w:cs="Sakkal Majalla"/>
          <w:sz w:val="36"/>
          <w:szCs w:val="38"/>
        </w:rPr>
        <w:t xml:space="preserve"> et al., 2022).</w:t>
      </w:r>
    </w:p>
    <w:p w14:paraId="7286B053" w14:textId="77777777" w:rsidR="008E006D" w:rsidRPr="008E006D" w:rsidRDefault="008E006D" w:rsidP="008E2B08">
      <w:pPr>
        <w:ind w:firstLine="720"/>
        <w:rPr>
          <w:rFonts w:cs="Sakkal Majalla"/>
          <w:sz w:val="36"/>
          <w:szCs w:val="38"/>
        </w:rPr>
      </w:pPr>
      <w:r w:rsidRPr="008E006D">
        <w:rPr>
          <w:rFonts w:cs="Sakkal Majalla"/>
          <w:sz w:val="36"/>
          <w:szCs w:val="38"/>
          <w:rtl/>
        </w:rPr>
        <w:t>في</w:t>
      </w:r>
      <w:r w:rsidRPr="008E006D">
        <w:rPr>
          <w:rFonts w:cs="Sakkal Majalla"/>
          <w:sz w:val="36"/>
          <w:szCs w:val="38"/>
        </w:rPr>
        <w:t xml:space="preserve"> </w:t>
      </w:r>
      <w:r w:rsidRPr="008E006D">
        <w:rPr>
          <w:rFonts w:cs="Sakkal Majalla"/>
          <w:sz w:val="36"/>
          <w:szCs w:val="38"/>
          <w:rtl/>
        </w:rPr>
        <w:t>بيئة</w:t>
      </w:r>
      <w:r w:rsidRPr="008E006D">
        <w:rPr>
          <w:rFonts w:cs="Sakkal Majalla"/>
          <w:sz w:val="36"/>
          <w:szCs w:val="38"/>
        </w:rPr>
        <w:t xml:space="preserve"> </w:t>
      </w:r>
      <w:r w:rsidRPr="008E006D">
        <w:rPr>
          <w:rFonts w:cs="Sakkal Majalla"/>
          <w:sz w:val="36"/>
          <w:szCs w:val="38"/>
          <w:rtl/>
        </w:rPr>
        <w:t>المشاريع</w:t>
      </w:r>
      <w:r w:rsidRPr="008E006D">
        <w:rPr>
          <w:rFonts w:cs="Sakkal Majalla"/>
          <w:sz w:val="36"/>
          <w:szCs w:val="38"/>
        </w:rPr>
        <w:t xml:space="preserve"> </w:t>
      </w:r>
      <w:r w:rsidRPr="008E006D">
        <w:rPr>
          <w:rFonts w:cs="Sakkal Majalla"/>
          <w:sz w:val="36"/>
          <w:szCs w:val="38"/>
          <w:rtl/>
        </w:rPr>
        <w:t>الحكومية،</w:t>
      </w:r>
      <w:r w:rsidRPr="008E006D">
        <w:rPr>
          <w:rFonts w:cs="Sakkal Majalla"/>
          <w:sz w:val="36"/>
          <w:szCs w:val="38"/>
        </w:rPr>
        <w:t xml:space="preserve"> </w:t>
      </w:r>
      <w:r w:rsidRPr="008E006D">
        <w:rPr>
          <w:rFonts w:cs="Sakkal Majalla"/>
          <w:sz w:val="36"/>
          <w:szCs w:val="38"/>
          <w:rtl/>
        </w:rPr>
        <w:t>تقوم</w:t>
      </w:r>
      <w:r w:rsidRPr="008E006D">
        <w:rPr>
          <w:rFonts w:cs="Sakkal Majalla"/>
          <w:sz w:val="36"/>
          <w:szCs w:val="38"/>
        </w:rPr>
        <w:t xml:space="preserve"> </w:t>
      </w:r>
      <w:r w:rsidRPr="008E006D">
        <w:rPr>
          <w:rFonts w:cs="Sakkal Majalla"/>
          <w:sz w:val="36"/>
          <w:szCs w:val="38"/>
          <w:rtl/>
        </w:rPr>
        <w:t>القيادة</w:t>
      </w:r>
      <w:r w:rsidRPr="008E006D">
        <w:rPr>
          <w:rFonts w:cs="Sakkal Majalla"/>
          <w:sz w:val="36"/>
          <w:szCs w:val="38"/>
        </w:rPr>
        <w:t xml:space="preserve"> </w:t>
      </w:r>
      <w:r w:rsidRPr="008E006D">
        <w:rPr>
          <w:rFonts w:cs="Sakkal Majalla"/>
          <w:sz w:val="36"/>
          <w:szCs w:val="38"/>
          <w:rtl/>
        </w:rPr>
        <w:t>الرقمية</w:t>
      </w:r>
      <w:r w:rsidRPr="008E006D">
        <w:rPr>
          <w:rFonts w:cs="Sakkal Majalla"/>
          <w:sz w:val="36"/>
          <w:szCs w:val="38"/>
        </w:rPr>
        <w:t xml:space="preserve"> </w:t>
      </w:r>
      <w:r w:rsidRPr="008E006D">
        <w:rPr>
          <w:rFonts w:cs="Sakkal Majalla"/>
          <w:sz w:val="36"/>
          <w:szCs w:val="38"/>
          <w:rtl/>
        </w:rPr>
        <w:t>بدور</w:t>
      </w:r>
      <w:r w:rsidRPr="008E006D">
        <w:rPr>
          <w:rFonts w:cs="Sakkal Majalla"/>
          <w:sz w:val="36"/>
          <w:szCs w:val="38"/>
        </w:rPr>
        <w:t xml:space="preserve"> </w:t>
      </w:r>
      <w:r w:rsidRPr="008E006D">
        <w:rPr>
          <w:rFonts w:cs="Sakkal Majalla"/>
          <w:sz w:val="36"/>
          <w:szCs w:val="38"/>
          <w:rtl/>
        </w:rPr>
        <w:t>حاسم</w:t>
      </w:r>
      <w:r w:rsidRPr="008E006D">
        <w:rPr>
          <w:rFonts w:cs="Sakkal Majalla"/>
          <w:sz w:val="36"/>
          <w:szCs w:val="38"/>
        </w:rPr>
        <w:t xml:space="preserve"> </w:t>
      </w:r>
      <w:r w:rsidRPr="008E006D">
        <w:rPr>
          <w:rFonts w:cs="Sakkal Majalla"/>
          <w:sz w:val="36"/>
          <w:szCs w:val="38"/>
          <w:rtl/>
        </w:rPr>
        <w:t>في</w:t>
      </w:r>
      <w:r w:rsidRPr="008E006D">
        <w:rPr>
          <w:rFonts w:cs="Sakkal Majalla"/>
          <w:sz w:val="36"/>
          <w:szCs w:val="38"/>
        </w:rPr>
        <w:t xml:space="preserve"> </w:t>
      </w:r>
      <w:r w:rsidRPr="008E006D">
        <w:rPr>
          <w:rFonts w:cs="Sakkal Majalla"/>
          <w:sz w:val="36"/>
          <w:szCs w:val="38"/>
          <w:rtl/>
        </w:rPr>
        <w:t>تحديد</w:t>
      </w:r>
      <w:r w:rsidRPr="008E006D">
        <w:rPr>
          <w:rFonts w:cs="Sakkal Majalla"/>
          <w:sz w:val="36"/>
          <w:szCs w:val="38"/>
        </w:rPr>
        <w:t xml:space="preserve"> </w:t>
      </w:r>
      <w:r w:rsidRPr="008E006D">
        <w:rPr>
          <w:rFonts w:cs="Sakkal Majalla"/>
          <w:sz w:val="36"/>
          <w:szCs w:val="38"/>
          <w:rtl/>
        </w:rPr>
        <w:t>الأولويات،</w:t>
      </w:r>
      <w:r w:rsidRPr="008E006D">
        <w:rPr>
          <w:rFonts w:cs="Sakkal Majalla"/>
          <w:sz w:val="36"/>
          <w:szCs w:val="38"/>
        </w:rPr>
        <w:t xml:space="preserve"> </w:t>
      </w:r>
      <w:r w:rsidRPr="008E006D">
        <w:rPr>
          <w:rFonts w:cs="Sakkal Majalla"/>
          <w:sz w:val="36"/>
          <w:szCs w:val="38"/>
          <w:rtl/>
        </w:rPr>
        <w:t>وتسهيل</w:t>
      </w:r>
      <w:r w:rsidRPr="008E006D">
        <w:rPr>
          <w:rFonts w:cs="Sakkal Majalla"/>
          <w:sz w:val="36"/>
          <w:szCs w:val="38"/>
        </w:rPr>
        <w:t xml:space="preserve"> </w:t>
      </w:r>
      <w:r w:rsidRPr="008E006D">
        <w:rPr>
          <w:rFonts w:cs="Sakkal Majalla"/>
          <w:sz w:val="36"/>
          <w:szCs w:val="38"/>
          <w:rtl/>
        </w:rPr>
        <w:t>التنسيق</w:t>
      </w:r>
      <w:r w:rsidRPr="008E006D">
        <w:rPr>
          <w:rFonts w:cs="Sakkal Majalla"/>
          <w:sz w:val="36"/>
          <w:szCs w:val="38"/>
        </w:rPr>
        <w:t xml:space="preserve"> </w:t>
      </w:r>
      <w:r w:rsidRPr="008E006D">
        <w:rPr>
          <w:rFonts w:cs="Sakkal Majalla"/>
          <w:sz w:val="36"/>
          <w:szCs w:val="38"/>
          <w:rtl/>
        </w:rPr>
        <w:t>بين</w:t>
      </w:r>
      <w:r w:rsidRPr="008E006D">
        <w:rPr>
          <w:rFonts w:cs="Sakkal Majalla"/>
          <w:sz w:val="36"/>
          <w:szCs w:val="38"/>
        </w:rPr>
        <w:t xml:space="preserve"> </w:t>
      </w:r>
      <w:r w:rsidRPr="008E006D">
        <w:rPr>
          <w:rFonts w:cs="Sakkal Majalla"/>
          <w:sz w:val="36"/>
          <w:szCs w:val="38"/>
          <w:rtl/>
        </w:rPr>
        <w:t>الإدارات،</w:t>
      </w:r>
      <w:r w:rsidRPr="008E006D">
        <w:rPr>
          <w:rFonts w:cs="Sakkal Majalla"/>
          <w:sz w:val="36"/>
          <w:szCs w:val="38"/>
        </w:rPr>
        <w:t xml:space="preserve"> </w:t>
      </w:r>
      <w:r w:rsidRPr="008E006D">
        <w:rPr>
          <w:rFonts w:cs="Sakkal Majalla"/>
          <w:sz w:val="36"/>
          <w:szCs w:val="38"/>
          <w:rtl/>
        </w:rPr>
        <w:t>ومعالجة</w:t>
      </w:r>
      <w:r w:rsidRPr="008E006D">
        <w:rPr>
          <w:rFonts w:cs="Sakkal Majalla"/>
          <w:sz w:val="36"/>
          <w:szCs w:val="38"/>
        </w:rPr>
        <w:t xml:space="preserve"> </w:t>
      </w:r>
      <w:r w:rsidRPr="008E006D">
        <w:rPr>
          <w:rFonts w:cs="Sakkal Majalla"/>
          <w:sz w:val="36"/>
          <w:szCs w:val="38"/>
          <w:rtl/>
        </w:rPr>
        <w:t>مقاومة</w:t>
      </w:r>
      <w:r w:rsidRPr="008E006D">
        <w:rPr>
          <w:rFonts w:cs="Sakkal Majalla"/>
          <w:sz w:val="36"/>
          <w:szCs w:val="38"/>
        </w:rPr>
        <w:t xml:space="preserve"> </w:t>
      </w:r>
      <w:r w:rsidRPr="008E006D">
        <w:rPr>
          <w:rFonts w:cs="Sakkal Majalla"/>
          <w:sz w:val="36"/>
          <w:szCs w:val="38"/>
          <w:rtl/>
        </w:rPr>
        <w:t>التغيير،</w:t>
      </w:r>
      <w:r w:rsidRPr="008E006D">
        <w:rPr>
          <w:rFonts w:cs="Sakkal Majalla"/>
          <w:sz w:val="36"/>
          <w:szCs w:val="38"/>
        </w:rPr>
        <w:t xml:space="preserve"> </w:t>
      </w:r>
      <w:r w:rsidRPr="008E006D">
        <w:rPr>
          <w:rFonts w:cs="Sakkal Majalla"/>
          <w:sz w:val="36"/>
          <w:szCs w:val="38"/>
          <w:rtl/>
        </w:rPr>
        <w:t>وتأمين</w:t>
      </w:r>
      <w:r w:rsidRPr="008E006D">
        <w:rPr>
          <w:rFonts w:cs="Sakkal Majalla"/>
          <w:sz w:val="36"/>
          <w:szCs w:val="38"/>
        </w:rPr>
        <w:t xml:space="preserve"> </w:t>
      </w:r>
      <w:r w:rsidRPr="008E006D">
        <w:rPr>
          <w:rFonts w:cs="Sakkal Majalla"/>
          <w:sz w:val="36"/>
          <w:szCs w:val="38"/>
          <w:rtl/>
        </w:rPr>
        <w:t>الموارد</w:t>
      </w:r>
      <w:r w:rsidRPr="008E006D">
        <w:rPr>
          <w:rFonts w:cs="Sakkal Majalla"/>
          <w:sz w:val="36"/>
          <w:szCs w:val="38"/>
        </w:rPr>
        <w:t xml:space="preserve"> </w:t>
      </w:r>
      <w:r w:rsidRPr="008E006D">
        <w:rPr>
          <w:rFonts w:cs="Sakkal Majalla"/>
          <w:sz w:val="36"/>
          <w:szCs w:val="38"/>
          <w:rtl/>
        </w:rPr>
        <w:t>المالية</w:t>
      </w:r>
      <w:r w:rsidRPr="008E006D">
        <w:rPr>
          <w:rFonts w:cs="Sakkal Majalla"/>
          <w:sz w:val="36"/>
          <w:szCs w:val="38"/>
        </w:rPr>
        <w:t xml:space="preserve"> </w:t>
      </w:r>
      <w:r w:rsidRPr="008E006D">
        <w:rPr>
          <w:rFonts w:cs="Sakkal Majalla"/>
          <w:sz w:val="36"/>
          <w:szCs w:val="38"/>
          <w:rtl/>
        </w:rPr>
        <w:lastRenderedPageBreak/>
        <w:t>والبشرية</w:t>
      </w:r>
      <w:r w:rsidRPr="008E006D">
        <w:rPr>
          <w:rFonts w:cs="Sakkal Majalla"/>
          <w:sz w:val="36"/>
          <w:szCs w:val="38"/>
        </w:rPr>
        <w:t xml:space="preserve"> </w:t>
      </w:r>
      <w:r w:rsidRPr="008E006D">
        <w:rPr>
          <w:rFonts w:cs="Sakkal Majalla"/>
          <w:sz w:val="36"/>
          <w:szCs w:val="38"/>
          <w:rtl/>
        </w:rPr>
        <w:t>والتقنية</w:t>
      </w:r>
      <w:r w:rsidRPr="008E006D">
        <w:rPr>
          <w:rFonts w:cs="Sakkal Majalla"/>
          <w:sz w:val="36"/>
          <w:szCs w:val="38"/>
        </w:rPr>
        <w:t xml:space="preserve">. </w:t>
      </w:r>
      <w:r w:rsidRPr="008E006D">
        <w:rPr>
          <w:rFonts w:cs="Sakkal Majalla"/>
          <w:sz w:val="36"/>
          <w:szCs w:val="38"/>
          <w:rtl/>
        </w:rPr>
        <w:t>كما</w:t>
      </w:r>
      <w:r w:rsidRPr="008E006D">
        <w:rPr>
          <w:rFonts w:cs="Sakkal Majalla"/>
          <w:sz w:val="36"/>
          <w:szCs w:val="38"/>
        </w:rPr>
        <w:t xml:space="preserve"> </w:t>
      </w:r>
      <w:r w:rsidRPr="008E006D">
        <w:rPr>
          <w:rFonts w:cs="Sakkal Majalla"/>
          <w:sz w:val="36"/>
          <w:szCs w:val="38"/>
          <w:rtl/>
        </w:rPr>
        <w:t>أن</w:t>
      </w:r>
      <w:r w:rsidRPr="008E006D">
        <w:rPr>
          <w:rFonts w:cs="Sakkal Majalla"/>
          <w:sz w:val="36"/>
          <w:szCs w:val="38"/>
        </w:rPr>
        <w:t xml:space="preserve"> </w:t>
      </w:r>
      <w:r w:rsidRPr="008E006D">
        <w:rPr>
          <w:rFonts w:cs="Sakkal Majalla"/>
          <w:sz w:val="36"/>
          <w:szCs w:val="38"/>
          <w:rtl/>
        </w:rPr>
        <w:t>القيادة</w:t>
      </w:r>
      <w:r w:rsidRPr="008E006D">
        <w:rPr>
          <w:rFonts w:cs="Sakkal Majalla"/>
          <w:sz w:val="36"/>
          <w:szCs w:val="38"/>
        </w:rPr>
        <w:t xml:space="preserve"> </w:t>
      </w:r>
      <w:r w:rsidRPr="008E006D">
        <w:rPr>
          <w:rFonts w:cs="Sakkal Majalla"/>
          <w:sz w:val="36"/>
          <w:szCs w:val="38"/>
          <w:rtl/>
        </w:rPr>
        <w:t>القادرة</w:t>
      </w:r>
      <w:r w:rsidRPr="008E006D">
        <w:rPr>
          <w:rFonts w:cs="Sakkal Majalla"/>
          <w:sz w:val="36"/>
          <w:szCs w:val="38"/>
        </w:rPr>
        <w:t xml:space="preserve"> </w:t>
      </w:r>
      <w:r w:rsidRPr="008E006D">
        <w:rPr>
          <w:rFonts w:cs="Sakkal Majalla"/>
          <w:sz w:val="36"/>
          <w:szCs w:val="38"/>
          <w:rtl/>
        </w:rPr>
        <w:t>على</w:t>
      </w:r>
      <w:r w:rsidRPr="008E006D">
        <w:rPr>
          <w:rFonts w:cs="Sakkal Majalla"/>
          <w:sz w:val="36"/>
          <w:szCs w:val="38"/>
        </w:rPr>
        <w:t xml:space="preserve"> </w:t>
      </w:r>
      <w:r w:rsidRPr="008E006D">
        <w:rPr>
          <w:rFonts w:cs="Sakkal Majalla"/>
          <w:sz w:val="36"/>
          <w:szCs w:val="38"/>
          <w:rtl/>
        </w:rPr>
        <w:t>قراءة</w:t>
      </w:r>
      <w:r w:rsidRPr="008E006D">
        <w:rPr>
          <w:rFonts w:cs="Sakkal Majalla"/>
          <w:sz w:val="36"/>
          <w:szCs w:val="38"/>
        </w:rPr>
        <w:t xml:space="preserve"> </w:t>
      </w:r>
      <w:r w:rsidRPr="008E006D">
        <w:rPr>
          <w:rFonts w:cs="Sakkal Majalla"/>
          <w:sz w:val="36"/>
          <w:szCs w:val="38"/>
          <w:rtl/>
        </w:rPr>
        <w:t>المؤشرات</w:t>
      </w:r>
      <w:r w:rsidRPr="008E006D">
        <w:rPr>
          <w:rFonts w:cs="Sakkal Majalla"/>
          <w:sz w:val="36"/>
          <w:szCs w:val="38"/>
        </w:rPr>
        <w:t xml:space="preserve"> </w:t>
      </w:r>
      <w:r w:rsidRPr="008E006D">
        <w:rPr>
          <w:rFonts w:cs="Sakkal Majalla"/>
          <w:sz w:val="36"/>
          <w:szCs w:val="38"/>
          <w:rtl/>
        </w:rPr>
        <w:t>الرقمية</w:t>
      </w:r>
      <w:r w:rsidRPr="008E006D">
        <w:rPr>
          <w:rFonts w:cs="Sakkal Majalla"/>
          <w:sz w:val="36"/>
          <w:szCs w:val="38"/>
        </w:rPr>
        <w:t xml:space="preserve"> </w:t>
      </w:r>
      <w:r w:rsidRPr="008E006D">
        <w:rPr>
          <w:rFonts w:cs="Sakkal Majalla"/>
          <w:sz w:val="36"/>
          <w:szCs w:val="38"/>
          <w:rtl/>
        </w:rPr>
        <w:t>تستطيع</w:t>
      </w:r>
      <w:r w:rsidRPr="008E006D">
        <w:rPr>
          <w:rFonts w:cs="Sakkal Majalla"/>
          <w:sz w:val="36"/>
          <w:szCs w:val="38"/>
        </w:rPr>
        <w:t xml:space="preserve"> </w:t>
      </w:r>
      <w:r w:rsidRPr="008E006D">
        <w:rPr>
          <w:rFonts w:cs="Sakkal Majalla"/>
          <w:sz w:val="36"/>
          <w:szCs w:val="38"/>
          <w:rtl/>
        </w:rPr>
        <w:t>التدخل</w:t>
      </w:r>
      <w:r w:rsidRPr="008E006D">
        <w:rPr>
          <w:rFonts w:cs="Sakkal Majalla"/>
          <w:sz w:val="36"/>
          <w:szCs w:val="38"/>
        </w:rPr>
        <w:t xml:space="preserve"> </w:t>
      </w:r>
      <w:r w:rsidRPr="008E006D">
        <w:rPr>
          <w:rFonts w:cs="Sakkal Majalla"/>
          <w:sz w:val="36"/>
          <w:szCs w:val="38"/>
          <w:rtl/>
        </w:rPr>
        <w:t>مبكرًا</w:t>
      </w:r>
      <w:r w:rsidRPr="008E006D">
        <w:rPr>
          <w:rFonts w:cs="Sakkal Majalla"/>
          <w:sz w:val="36"/>
          <w:szCs w:val="38"/>
        </w:rPr>
        <w:t xml:space="preserve"> </w:t>
      </w:r>
      <w:r w:rsidRPr="008E006D">
        <w:rPr>
          <w:rFonts w:cs="Sakkal Majalla"/>
          <w:sz w:val="36"/>
          <w:szCs w:val="38"/>
          <w:rtl/>
        </w:rPr>
        <w:t>لتقليل</w:t>
      </w:r>
      <w:r w:rsidRPr="008E006D">
        <w:rPr>
          <w:rFonts w:cs="Sakkal Majalla"/>
          <w:sz w:val="36"/>
          <w:szCs w:val="38"/>
        </w:rPr>
        <w:t xml:space="preserve"> </w:t>
      </w:r>
      <w:r w:rsidRPr="008E006D">
        <w:rPr>
          <w:rFonts w:cs="Sakkal Majalla"/>
          <w:sz w:val="36"/>
          <w:szCs w:val="38"/>
          <w:rtl/>
        </w:rPr>
        <w:t>المخاطر</w:t>
      </w:r>
      <w:r w:rsidRPr="008E006D">
        <w:rPr>
          <w:rFonts w:cs="Sakkal Majalla"/>
          <w:sz w:val="36"/>
          <w:szCs w:val="38"/>
        </w:rPr>
        <w:t xml:space="preserve"> </w:t>
      </w:r>
      <w:r w:rsidRPr="008E006D">
        <w:rPr>
          <w:rFonts w:cs="Sakkal Majalla"/>
          <w:sz w:val="36"/>
          <w:szCs w:val="38"/>
          <w:rtl/>
        </w:rPr>
        <w:t>والانحرافات</w:t>
      </w:r>
      <w:r w:rsidRPr="008E006D">
        <w:rPr>
          <w:rFonts w:cs="Sakkal Majalla"/>
          <w:sz w:val="36"/>
          <w:szCs w:val="38"/>
        </w:rPr>
        <w:t>.</w:t>
      </w:r>
    </w:p>
    <w:p w14:paraId="342755A4" w14:textId="77777777" w:rsidR="008E006D" w:rsidRPr="008E006D" w:rsidRDefault="008E006D" w:rsidP="008E2B08">
      <w:pPr>
        <w:ind w:firstLine="720"/>
        <w:rPr>
          <w:rFonts w:cs="Sakkal Majalla"/>
          <w:sz w:val="36"/>
          <w:szCs w:val="38"/>
        </w:rPr>
      </w:pPr>
      <w:r w:rsidRPr="008E006D">
        <w:rPr>
          <w:rFonts w:cs="Sakkal Majalla"/>
          <w:sz w:val="36"/>
          <w:szCs w:val="38"/>
          <w:rtl/>
        </w:rPr>
        <w:t>ولا</w:t>
      </w:r>
      <w:r w:rsidRPr="008E006D">
        <w:rPr>
          <w:rFonts w:cs="Sakkal Majalla"/>
          <w:sz w:val="36"/>
          <w:szCs w:val="38"/>
        </w:rPr>
        <w:t xml:space="preserve"> </w:t>
      </w:r>
      <w:r w:rsidRPr="008E006D">
        <w:rPr>
          <w:rFonts w:cs="Sakkal Majalla"/>
          <w:sz w:val="36"/>
          <w:szCs w:val="38"/>
          <w:rtl/>
        </w:rPr>
        <w:t>تقتصر</w:t>
      </w:r>
      <w:r w:rsidRPr="008E006D">
        <w:rPr>
          <w:rFonts w:cs="Sakkal Majalla"/>
          <w:sz w:val="36"/>
          <w:szCs w:val="38"/>
        </w:rPr>
        <w:t xml:space="preserve"> </w:t>
      </w:r>
      <w:r w:rsidRPr="008E006D">
        <w:rPr>
          <w:rFonts w:cs="Sakkal Majalla"/>
          <w:sz w:val="36"/>
          <w:szCs w:val="38"/>
          <w:rtl/>
        </w:rPr>
        <w:t>القيادة</w:t>
      </w:r>
      <w:r w:rsidRPr="008E006D">
        <w:rPr>
          <w:rFonts w:cs="Sakkal Majalla"/>
          <w:sz w:val="36"/>
          <w:szCs w:val="38"/>
        </w:rPr>
        <w:t xml:space="preserve"> </w:t>
      </w:r>
      <w:r w:rsidRPr="008E006D">
        <w:rPr>
          <w:rFonts w:cs="Sakkal Majalla"/>
          <w:sz w:val="36"/>
          <w:szCs w:val="38"/>
          <w:rtl/>
        </w:rPr>
        <w:t>الرقمية</w:t>
      </w:r>
      <w:r w:rsidRPr="008E006D">
        <w:rPr>
          <w:rFonts w:cs="Sakkal Majalla"/>
          <w:sz w:val="36"/>
          <w:szCs w:val="38"/>
        </w:rPr>
        <w:t xml:space="preserve"> </w:t>
      </w:r>
      <w:r w:rsidRPr="008E006D">
        <w:rPr>
          <w:rFonts w:cs="Sakkal Majalla"/>
          <w:sz w:val="36"/>
          <w:szCs w:val="38"/>
          <w:rtl/>
        </w:rPr>
        <w:t>على</w:t>
      </w:r>
      <w:r w:rsidRPr="008E006D">
        <w:rPr>
          <w:rFonts w:cs="Sakkal Majalla"/>
          <w:sz w:val="36"/>
          <w:szCs w:val="38"/>
        </w:rPr>
        <w:t xml:space="preserve"> </w:t>
      </w:r>
      <w:r w:rsidRPr="008E006D">
        <w:rPr>
          <w:rFonts w:cs="Sakkal Majalla"/>
          <w:sz w:val="36"/>
          <w:szCs w:val="38"/>
          <w:rtl/>
        </w:rPr>
        <w:t>مستوى</w:t>
      </w:r>
      <w:r w:rsidRPr="008E006D">
        <w:rPr>
          <w:rFonts w:cs="Sakkal Majalla"/>
          <w:sz w:val="36"/>
          <w:szCs w:val="38"/>
        </w:rPr>
        <w:t xml:space="preserve"> </w:t>
      </w:r>
      <w:r w:rsidRPr="008E006D">
        <w:rPr>
          <w:rFonts w:cs="Sakkal Majalla"/>
          <w:sz w:val="36"/>
          <w:szCs w:val="38"/>
          <w:rtl/>
        </w:rPr>
        <w:t>الإدارة</w:t>
      </w:r>
      <w:r w:rsidRPr="008E006D">
        <w:rPr>
          <w:rFonts w:cs="Sakkal Majalla"/>
          <w:sz w:val="36"/>
          <w:szCs w:val="38"/>
        </w:rPr>
        <w:t xml:space="preserve"> </w:t>
      </w:r>
      <w:r w:rsidRPr="008E006D">
        <w:rPr>
          <w:rFonts w:cs="Sakkal Majalla"/>
          <w:sz w:val="36"/>
          <w:szCs w:val="38"/>
          <w:rtl/>
        </w:rPr>
        <w:t>العليا،</w:t>
      </w:r>
      <w:r w:rsidRPr="008E006D">
        <w:rPr>
          <w:rFonts w:cs="Sakkal Majalla"/>
          <w:sz w:val="36"/>
          <w:szCs w:val="38"/>
        </w:rPr>
        <w:t xml:space="preserve"> </w:t>
      </w:r>
      <w:r w:rsidRPr="008E006D">
        <w:rPr>
          <w:rFonts w:cs="Sakkal Majalla"/>
          <w:sz w:val="36"/>
          <w:szCs w:val="38"/>
          <w:rtl/>
        </w:rPr>
        <w:t>بل</w:t>
      </w:r>
      <w:r w:rsidRPr="008E006D">
        <w:rPr>
          <w:rFonts w:cs="Sakkal Majalla"/>
          <w:sz w:val="36"/>
          <w:szCs w:val="38"/>
        </w:rPr>
        <w:t xml:space="preserve"> </w:t>
      </w:r>
      <w:r w:rsidRPr="008E006D">
        <w:rPr>
          <w:rFonts w:cs="Sakkal Majalla"/>
          <w:sz w:val="36"/>
          <w:szCs w:val="38"/>
          <w:rtl/>
        </w:rPr>
        <w:t>تشمل</w:t>
      </w:r>
      <w:r w:rsidRPr="008E006D">
        <w:rPr>
          <w:rFonts w:cs="Sakkal Majalla"/>
          <w:sz w:val="36"/>
          <w:szCs w:val="38"/>
        </w:rPr>
        <w:t xml:space="preserve"> </w:t>
      </w:r>
      <w:r w:rsidRPr="008E006D">
        <w:rPr>
          <w:rFonts w:cs="Sakkal Majalla"/>
          <w:sz w:val="36"/>
          <w:szCs w:val="38"/>
          <w:rtl/>
        </w:rPr>
        <w:t>مدير</w:t>
      </w:r>
      <w:r w:rsidRPr="008E006D">
        <w:rPr>
          <w:rFonts w:cs="Sakkal Majalla"/>
          <w:sz w:val="36"/>
          <w:szCs w:val="38"/>
        </w:rPr>
        <w:t xml:space="preserve"> </w:t>
      </w:r>
      <w:r w:rsidRPr="008E006D">
        <w:rPr>
          <w:rFonts w:cs="Sakkal Majalla"/>
          <w:sz w:val="36"/>
          <w:szCs w:val="38"/>
          <w:rtl/>
        </w:rPr>
        <w:t>المشروع،</w:t>
      </w:r>
      <w:r w:rsidRPr="008E006D">
        <w:rPr>
          <w:rFonts w:cs="Sakkal Majalla"/>
          <w:sz w:val="36"/>
          <w:szCs w:val="38"/>
        </w:rPr>
        <w:t xml:space="preserve"> </w:t>
      </w:r>
      <w:r w:rsidRPr="008E006D">
        <w:rPr>
          <w:rFonts w:cs="Sakkal Majalla"/>
          <w:sz w:val="36"/>
          <w:szCs w:val="38"/>
          <w:rtl/>
        </w:rPr>
        <w:t>ومدير</w:t>
      </w:r>
      <w:r w:rsidRPr="008E006D">
        <w:rPr>
          <w:rFonts w:cs="Sakkal Majalla"/>
          <w:sz w:val="36"/>
          <w:szCs w:val="38"/>
        </w:rPr>
        <w:t xml:space="preserve"> </w:t>
      </w:r>
      <w:r w:rsidRPr="008E006D">
        <w:rPr>
          <w:rFonts w:cs="Sakkal Majalla"/>
          <w:sz w:val="36"/>
          <w:szCs w:val="38"/>
          <w:rtl/>
        </w:rPr>
        <w:t>مكتب</w:t>
      </w:r>
      <w:r w:rsidRPr="008E006D">
        <w:rPr>
          <w:rFonts w:cs="Sakkal Majalla"/>
          <w:sz w:val="36"/>
          <w:szCs w:val="38"/>
        </w:rPr>
        <w:t xml:space="preserve"> </w:t>
      </w:r>
      <w:r w:rsidRPr="008E006D">
        <w:rPr>
          <w:rFonts w:cs="Sakkal Majalla"/>
          <w:sz w:val="36"/>
          <w:szCs w:val="38"/>
          <w:rtl/>
        </w:rPr>
        <w:t>إدارة</w:t>
      </w:r>
      <w:r w:rsidRPr="008E006D">
        <w:rPr>
          <w:rFonts w:cs="Sakkal Majalla"/>
          <w:sz w:val="36"/>
          <w:szCs w:val="38"/>
        </w:rPr>
        <w:t xml:space="preserve"> </w:t>
      </w:r>
      <w:r w:rsidRPr="008E006D">
        <w:rPr>
          <w:rFonts w:cs="Sakkal Majalla"/>
          <w:sz w:val="36"/>
          <w:szCs w:val="38"/>
          <w:rtl/>
        </w:rPr>
        <w:t>المشاريع،</w:t>
      </w:r>
      <w:r w:rsidRPr="008E006D">
        <w:rPr>
          <w:rFonts w:cs="Sakkal Majalla"/>
          <w:sz w:val="36"/>
          <w:szCs w:val="38"/>
        </w:rPr>
        <w:t xml:space="preserve"> </w:t>
      </w:r>
      <w:r w:rsidRPr="008E006D">
        <w:rPr>
          <w:rFonts w:cs="Sakkal Majalla"/>
          <w:sz w:val="36"/>
          <w:szCs w:val="38"/>
          <w:rtl/>
        </w:rPr>
        <w:t>وقادة</w:t>
      </w:r>
      <w:r w:rsidRPr="008E006D">
        <w:rPr>
          <w:rFonts w:cs="Sakkal Majalla"/>
          <w:sz w:val="36"/>
          <w:szCs w:val="38"/>
        </w:rPr>
        <w:t xml:space="preserve"> </w:t>
      </w:r>
      <w:r w:rsidRPr="008E006D">
        <w:rPr>
          <w:rFonts w:cs="Sakkal Majalla"/>
          <w:sz w:val="36"/>
          <w:szCs w:val="38"/>
          <w:rtl/>
        </w:rPr>
        <w:t>فرق</w:t>
      </w:r>
      <w:r w:rsidRPr="008E006D">
        <w:rPr>
          <w:rFonts w:cs="Sakkal Majalla"/>
          <w:sz w:val="36"/>
          <w:szCs w:val="38"/>
        </w:rPr>
        <w:t xml:space="preserve"> </w:t>
      </w:r>
      <w:r w:rsidRPr="008E006D">
        <w:rPr>
          <w:rFonts w:cs="Sakkal Majalla"/>
          <w:sz w:val="36"/>
          <w:szCs w:val="38"/>
          <w:rtl/>
        </w:rPr>
        <w:t>العمل،</w:t>
      </w:r>
      <w:r w:rsidRPr="008E006D">
        <w:rPr>
          <w:rFonts w:cs="Sakkal Majalla"/>
          <w:sz w:val="36"/>
          <w:szCs w:val="38"/>
        </w:rPr>
        <w:t xml:space="preserve"> </w:t>
      </w:r>
      <w:r w:rsidRPr="008E006D">
        <w:rPr>
          <w:rFonts w:cs="Sakkal Majalla"/>
          <w:sz w:val="36"/>
          <w:szCs w:val="38"/>
          <w:rtl/>
        </w:rPr>
        <w:t>لأن</w:t>
      </w:r>
      <w:r w:rsidRPr="008E006D">
        <w:rPr>
          <w:rFonts w:cs="Sakkal Majalla"/>
          <w:sz w:val="36"/>
          <w:szCs w:val="38"/>
        </w:rPr>
        <w:t xml:space="preserve"> </w:t>
      </w:r>
      <w:r w:rsidRPr="008E006D">
        <w:rPr>
          <w:rFonts w:cs="Sakkal Majalla"/>
          <w:sz w:val="36"/>
          <w:szCs w:val="38"/>
          <w:rtl/>
        </w:rPr>
        <w:t>التحول</w:t>
      </w:r>
      <w:r w:rsidRPr="008E006D">
        <w:rPr>
          <w:rFonts w:cs="Sakkal Majalla"/>
          <w:sz w:val="36"/>
          <w:szCs w:val="38"/>
        </w:rPr>
        <w:t xml:space="preserve"> </w:t>
      </w:r>
      <w:r w:rsidRPr="008E006D">
        <w:rPr>
          <w:rFonts w:cs="Sakkal Majalla"/>
          <w:sz w:val="36"/>
          <w:szCs w:val="38"/>
          <w:rtl/>
        </w:rPr>
        <w:t>الرقمي</w:t>
      </w:r>
      <w:r w:rsidRPr="008E006D">
        <w:rPr>
          <w:rFonts w:cs="Sakkal Majalla"/>
          <w:sz w:val="36"/>
          <w:szCs w:val="38"/>
        </w:rPr>
        <w:t xml:space="preserve"> </w:t>
      </w:r>
      <w:r w:rsidRPr="008E006D">
        <w:rPr>
          <w:rFonts w:cs="Sakkal Majalla"/>
          <w:sz w:val="36"/>
          <w:szCs w:val="38"/>
          <w:rtl/>
        </w:rPr>
        <w:t>يتطلب</w:t>
      </w:r>
      <w:r w:rsidRPr="008E006D">
        <w:rPr>
          <w:rFonts w:cs="Sakkal Majalla"/>
          <w:sz w:val="36"/>
          <w:szCs w:val="38"/>
        </w:rPr>
        <w:t xml:space="preserve"> </w:t>
      </w:r>
      <w:r w:rsidRPr="008E006D">
        <w:rPr>
          <w:rFonts w:cs="Sakkal Majalla"/>
          <w:sz w:val="36"/>
          <w:szCs w:val="38"/>
          <w:rtl/>
        </w:rPr>
        <w:t>قرارات</w:t>
      </w:r>
      <w:r w:rsidRPr="008E006D">
        <w:rPr>
          <w:rFonts w:cs="Sakkal Majalla"/>
          <w:sz w:val="36"/>
          <w:szCs w:val="38"/>
        </w:rPr>
        <w:t xml:space="preserve"> </w:t>
      </w:r>
      <w:r w:rsidRPr="008E006D">
        <w:rPr>
          <w:rFonts w:cs="Sakkal Majalla"/>
          <w:sz w:val="36"/>
          <w:szCs w:val="38"/>
          <w:rtl/>
        </w:rPr>
        <w:t>يومية</w:t>
      </w:r>
      <w:r w:rsidRPr="008E006D">
        <w:rPr>
          <w:rFonts w:cs="Sakkal Majalla"/>
          <w:sz w:val="36"/>
          <w:szCs w:val="38"/>
        </w:rPr>
        <w:t xml:space="preserve"> </w:t>
      </w:r>
      <w:r w:rsidRPr="008E006D">
        <w:rPr>
          <w:rFonts w:cs="Sakkal Majalla"/>
          <w:sz w:val="36"/>
          <w:szCs w:val="38"/>
          <w:rtl/>
        </w:rPr>
        <w:t>مرتبطة</w:t>
      </w:r>
      <w:r w:rsidRPr="008E006D">
        <w:rPr>
          <w:rFonts w:cs="Sakkal Majalla"/>
          <w:sz w:val="36"/>
          <w:szCs w:val="38"/>
        </w:rPr>
        <w:t xml:space="preserve"> </w:t>
      </w:r>
      <w:r w:rsidRPr="008E006D">
        <w:rPr>
          <w:rFonts w:cs="Sakkal Majalla"/>
          <w:sz w:val="36"/>
          <w:szCs w:val="38"/>
          <w:rtl/>
        </w:rPr>
        <w:t>بالبيانات</w:t>
      </w:r>
      <w:r w:rsidRPr="008E006D">
        <w:rPr>
          <w:rFonts w:cs="Sakkal Majalla"/>
          <w:sz w:val="36"/>
          <w:szCs w:val="38"/>
        </w:rPr>
        <w:t xml:space="preserve"> </w:t>
      </w:r>
      <w:r w:rsidRPr="008E006D">
        <w:rPr>
          <w:rFonts w:cs="Sakkal Majalla"/>
          <w:sz w:val="36"/>
          <w:szCs w:val="38"/>
          <w:rtl/>
        </w:rPr>
        <w:t>والتواصل</w:t>
      </w:r>
      <w:r w:rsidRPr="008E006D">
        <w:rPr>
          <w:rFonts w:cs="Sakkal Majalla"/>
          <w:sz w:val="36"/>
          <w:szCs w:val="38"/>
        </w:rPr>
        <w:t xml:space="preserve"> </w:t>
      </w:r>
      <w:r w:rsidRPr="008E006D">
        <w:rPr>
          <w:rFonts w:cs="Sakkal Majalla"/>
          <w:sz w:val="36"/>
          <w:szCs w:val="38"/>
          <w:rtl/>
        </w:rPr>
        <w:t>والتخطيط</w:t>
      </w:r>
      <w:r w:rsidRPr="008E006D">
        <w:rPr>
          <w:rFonts w:cs="Sakkal Majalla"/>
          <w:sz w:val="36"/>
          <w:szCs w:val="38"/>
        </w:rPr>
        <w:t xml:space="preserve"> </w:t>
      </w:r>
      <w:r w:rsidRPr="008E006D">
        <w:rPr>
          <w:rFonts w:cs="Sakkal Majalla"/>
          <w:sz w:val="36"/>
          <w:szCs w:val="38"/>
          <w:rtl/>
        </w:rPr>
        <w:t>والمتابعة</w:t>
      </w:r>
      <w:r w:rsidRPr="008E006D">
        <w:rPr>
          <w:rFonts w:cs="Sakkal Majalla"/>
          <w:sz w:val="36"/>
          <w:szCs w:val="38"/>
        </w:rPr>
        <w:t xml:space="preserve">. </w:t>
      </w:r>
      <w:r w:rsidRPr="008E006D">
        <w:rPr>
          <w:rFonts w:cs="Sakkal Majalla"/>
          <w:sz w:val="36"/>
          <w:szCs w:val="38"/>
          <w:rtl/>
        </w:rPr>
        <w:t>لذلك</w:t>
      </w:r>
      <w:r w:rsidRPr="008E006D">
        <w:rPr>
          <w:rFonts w:cs="Sakkal Majalla"/>
          <w:sz w:val="36"/>
          <w:szCs w:val="38"/>
        </w:rPr>
        <w:t xml:space="preserve"> </w:t>
      </w:r>
      <w:r w:rsidRPr="008E006D">
        <w:rPr>
          <w:rFonts w:cs="Sakkal Majalla"/>
          <w:sz w:val="36"/>
          <w:szCs w:val="38"/>
          <w:rtl/>
        </w:rPr>
        <w:t>تعد</w:t>
      </w:r>
      <w:r w:rsidRPr="008E006D">
        <w:rPr>
          <w:rFonts w:cs="Sakkal Majalla"/>
          <w:sz w:val="36"/>
          <w:szCs w:val="38"/>
        </w:rPr>
        <w:t xml:space="preserve"> </w:t>
      </w:r>
      <w:r w:rsidRPr="008E006D">
        <w:rPr>
          <w:rFonts w:cs="Sakkal Majalla"/>
          <w:sz w:val="36"/>
          <w:szCs w:val="38"/>
          <w:rtl/>
        </w:rPr>
        <w:t>القيادة</w:t>
      </w:r>
      <w:r w:rsidRPr="008E006D">
        <w:rPr>
          <w:rFonts w:cs="Sakkal Majalla"/>
          <w:sz w:val="36"/>
          <w:szCs w:val="38"/>
        </w:rPr>
        <w:t xml:space="preserve"> </w:t>
      </w:r>
      <w:r w:rsidRPr="008E006D">
        <w:rPr>
          <w:rFonts w:cs="Sakkal Majalla"/>
          <w:sz w:val="36"/>
          <w:szCs w:val="38"/>
          <w:rtl/>
        </w:rPr>
        <w:t>الرقمية</w:t>
      </w:r>
      <w:r w:rsidRPr="008E006D">
        <w:rPr>
          <w:rFonts w:cs="Sakkal Majalla"/>
          <w:sz w:val="36"/>
          <w:szCs w:val="38"/>
        </w:rPr>
        <w:t xml:space="preserve"> </w:t>
      </w:r>
      <w:r w:rsidRPr="008E006D">
        <w:rPr>
          <w:rFonts w:cs="Sakkal Majalla"/>
          <w:sz w:val="36"/>
          <w:szCs w:val="38"/>
          <w:rtl/>
        </w:rPr>
        <w:t>بعدًا</w:t>
      </w:r>
      <w:r w:rsidRPr="008E006D">
        <w:rPr>
          <w:rFonts w:cs="Sakkal Majalla"/>
          <w:sz w:val="36"/>
          <w:szCs w:val="38"/>
        </w:rPr>
        <w:t xml:space="preserve"> </w:t>
      </w:r>
      <w:r w:rsidRPr="008E006D">
        <w:rPr>
          <w:rFonts w:cs="Sakkal Majalla"/>
          <w:sz w:val="36"/>
          <w:szCs w:val="38"/>
          <w:rtl/>
        </w:rPr>
        <w:t>استراتيجيًا</w:t>
      </w:r>
      <w:r w:rsidRPr="008E006D">
        <w:rPr>
          <w:rFonts w:cs="Sakkal Majalla"/>
          <w:sz w:val="36"/>
          <w:szCs w:val="38"/>
        </w:rPr>
        <w:t xml:space="preserve"> </w:t>
      </w:r>
      <w:r w:rsidRPr="008E006D">
        <w:rPr>
          <w:rFonts w:cs="Sakkal Majalla"/>
          <w:sz w:val="36"/>
          <w:szCs w:val="38"/>
          <w:rtl/>
        </w:rPr>
        <w:t>وتشغيليًا</w:t>
      </w:r>
      <w:r w:rsidRPr="008E006D">
        <w:rPr>
          <w:rFonts w:cs="Sakkal Majalla"/>
          <w:sz w:val="36"/>
          <w:szCs w:val="38"/>
        </w:rPr>
        <w:t xml:space="preserve"> </w:t>
      </w:r>
      <w:r w:rsidRPr="008E006D">
        <w:rPr>
          <w:rFonts w:cs="Sakkal Majalla"/>
          <w:sz w:val="36"/>
          <w:szCs w:val="38"/>
          <w:rtl/>
        </w:rPr>
        <w:t>في</w:t>
      </w:r>
      <w:r w:rsidRPr="008E006D">
        <w:rPr>
          <w:rFonts w:cs="Sakkal Majalla"/>
          <w:sz w:val="36"/>
          <w:szCs w:val="38"/>
        </w:rPr>
        <w:t xml:space="preserve"> </w:t>
      </w:r>
      <w:r w:rsidRPr="008E006D">
        <w:rPr>
          <w:rFonts w:cs="Sakkal Majalla"/>
          <w:sz w:val="36"/>
          <w:szCs w:val="38"/>
          <w:rtl/>
        </w:rPr>
        <w:t>الوقت</w:t>
      </w:r>
      <w:r w:rsidRPr="008E006D">
        <w:rPr>
          <w:rFonts w:cs="Sakkal Majalla"/>
          <w:sz w:val="36"/>
          <w:szCs w:val="38"/>
        </w:rPr>
        <w:t xml:space="preserve"> </w:t>
      </w:r>
      <w:r w:rsidRPr="008E006D">
        <w:rPr>
          <w:rFonts w:cs="Sakkal Majalla"/>
          <w:sz w:val="36"/>
          <w:szCs w:val="38"/>
          <w:rtl/>
        </w:rPr>
        <w:t>نفسه</w:t>
      </w:r>
      <w:r w:rsidRPr="008E006D">
        <w:rPr>
          <w:rFonts w:cs="Sakkal Majalla"/>
          <w:sz w:val="36"/>
          <w:szCs w:val="38"/>
        </w:rPr>
        <w:t>.</w:t>
      </w:r>
    </w:p>
    <w:p w14:paraId="640D4739" w14:textId="77777777" w:rsidR="008E006D" w:rsidRPr="008E006D" w:rsidRDefault="008E006D" w:rsidP="008E006D">
      <w:pPr>
        <w:ind w:firstLine="0"/>
        <w:rPr>
          <w:rFonts w:cs="Sakkal Majalla"/>
          <w:b/>
          <w:sz w:val="36"/>
          <w:szCs w:val="38"/>
        </w:rPr>
      </w:pPr>
      <w:r w:rsidRPr="008E006D">
        <w:rPr>
          <w:rFonts w:cs="Sakkal Majalla"/>
          <w:b/>
          <w:sz w:val="36"/>
          <w:szCs w:val="38"/>
        </w:rPr>
        <w:t xml:space="preserve">2.5.4 </w:t>
      </w:r>
      <w:r w:rsidRPr="008E006D">
        <w:rPr>
          <w:rFonts w:cs="Sakkal Majalla"/>
          <w:b/>
          <w:bCs/>
          <w:sz w:val="36"/>
          <w:szCs w:val="38"/>
          <w:rtl/>
        </w:rPr>
        <w:t>التقنيات</w:t>
      </w:r>
      <w:r w:rsidRPr="008E006D">
        <w:rPr>
          <w:rFonts w:cs="Sakkal Majalla"/>
          <w:b/>
          <w:sz w:val="36"/>
          <w:szCs w:val="38"/>
        </w:rPr>
        <w:t xml:space="preserve"> </w:t>
      </w:r>
      <w:r w:rsidRPr="008E006D">
        <w:rPr>
          <w:rFonts w:cs="Sakkal Majalla"/>
          <w:b/>
          <w:bCs/>
          <w:sz w:val="36"/>
          <w:szCs w:val="38"/>
          <w:rtl/>
        </w:rPr>
        <w:t>الذكية</w:t>
      </w:r>
      <w:r w:rsidR="008E2B08">
        <w:rPr>
          <w:rFonts w:cs="Sakkal Majalla" w:hint="cs"/>
          <w:b/>
          <w:bCs/>
          <w:sz w:val="36"/>
          <w:szCs w:val="38"/>
          <w:rtl/>
        </w:rPr>
        <w:t xml:space="preserve">: </w:t>
      </w:r>
    </w:p>
    <w:p w14:paraId="6C723CF5" w14:textId="77777777" w:rsidR="008E006D" w:rsidRPr="008E006D" w:rsidRDefault="008E006D" w:rsidP="008E2B08">
      <w:pPr>
        <w:ind w:firstLine="720"/>
        <w:rPr>
          <w:rFonts w:cs="Sakkal Majalla"/>
          <w:sz w:val="36"/>
          <w:szCs w:val="38"/>
        </w:rPr>
      </w:pPr>
      <w:r w:rsidRPr="008E006D">
        <w:rPr>
          <w:rFonts w:cs="Sakkal Majalla"/>
          <w:sz w:val="36"/>
          <w:szCs w:val="38"/>
          <w:rtl/>
        </w:rPr>
        <w:t>تشمل</w:t>
      </w:r>
      <w:r w:rsidRPr="008E006D">
        <w:rPr>
          <w:rFonts w:cs="Sakkal Majalla"/>
          <w:sz w:val="36"/>
          <w:szCs w:val="38"/>
        </w:rPr>
        <w:t xml:space="preserve"> </w:t>
      </w:r>
      <w:r w:rsidRPr="008E006D">
        <w:rPr>
          <w:rFonts w:cs="Sakkal Majalla"/>
          <w:sz w:val="36"/>
          <w:szCs w:val="38"/>
          <w:rtl/>
        </w:rPr>
        <w:t>التقنيات</w:t>
      </w:r>
      <w:r w:rsidRPr="008E006D">
        <w:rPr>
          <w:rFonts w:cs="Sakkal Majalla"/>
          <w:sz w:val="36"/>
          <w:szCs w:val="38"/>
        </w:rPr>
        <w:t xml:space="preserve"> </w:t>
      </w:r>
      <w:r w:rsidRPr="008E006D">
        <w:rPr>
          <w:rFonts w:cs="Sakkal Majalla"/>
          <w:sz w:val="36"/>
          <w:szCs w:val="38"/>
          <w:rtl/>
        </w:rPr>
        <w:t>الذكية</w:t>
      </w:r>
      <w:r w:rsidRPr="008E006D">
        <w:rPr>
          <w:rFonts w:cs="Sakkal Majalla"/>
          <w:sz w:val="36"/>
          <w:szCs w:val="38"/>
        </w:rPr>
        <w:t xml:space="preserve"> </w:t>
      </w:r>
      <w:r w:rsidRPr="008E006D">
        <w:rPr>
          <w:rFonts w:cs="Sakkal Majalla"/>
          <w:sz w:val="36"/>
          <w:szCs w:val="38"/>
          <w:rtl/>
        </w:rPr>
        <w:t>الذكاء</w:t>
      </w:r>
      <w:r w:rsidRPr="008E006D">
        <w:rPr>
          <w:rFonts w:cs="Sakkal Majalla"/>
          <w:sz w:val="36"/>
          <w:szCs w:val="38"/>
        </w:rPr>
        <w:t xml:space="preserve"> </w:t>
      </w:r>
      <w:r w:rsidRPr="008E006D">
        <w:rPr>
          <w:rFonts w:cs="Sakkal Majalla"/>
          <w:sz w:val="36"/>
          <w:szCs w:val="38"/>
          <w:rtl/>
        </w:rPr>
        <w:t>الاصطناعي</w:t>
      </w:r>
      <w:r w:rsidRPr="008E006D">
        <w:rPr>
          <w:rFonts w:cs="Sakkal Majalla"/>
          <w:sz w:val="36"/>
          <w:szCs w:val="38"/>
        </w:rPr>
        <w:t xml:space="preserve"> </w:t>
      </w:r>
      <w:r w:rsidRPr="008E006D">
        <w:rPr>
          <w:rFonts w:cs="Sakkal Majalla"/>
          <w:sz w:val="36"/>
          <w:szCs w:val="38"/>
          <w:rtl/>
        </w:rPr>
        <w:t>وتحليلات</w:t>
      </w:r>
      <w:r w:rsidRPr="008E006D">
        <w:rPr>
          <w:rFonts w:cs="Sakkal Majalla"/>
          <w:sz w:val="36"/>
          <w:szCs w:val="38"/>
        </w:rPr>
        <w:t xml:space="preserve"> </w:t>
      </w:r>
      <w:r w:rsidRPr="008E006D">
        <w:rPr>
          <w:rFonts w:cs="Sakkal Majalla"/>
          <w:sz w:val="36"/>
          <w:szCs w:val="38"/>
          <w:rtl/>
        </w:rPr>
        <w:t>البيانات</w:t>
      </w:r>
      <w:r w:rsidRPr="008E006D">
        <w:rPr>
          <w:rFonts w:cs="Sakkal Majalla"/>
          <w:sz w:val="36"/>
          <w:szCs w:val="38"/>
        </w:rPr>
        <w:t xml:space="preserve"> </w:t>
      </w:r>
      <w:r w:rsidRPr="008E006D">
        <w:rPr>
          <w:rFonts w:cs="Sakkal Majalla"/>
          <w:sz w:val="36"/>
          <w:szCs w:val="38"/>
          <w:rtl/>
        </w:rPr>
        <w:t>والأتمتة</w:t>
      </w:r>
      <w:r w:rsidRPr="008E006D">
        <w:rPr>
          <w:rFonts w:cs="Sakkal Majalla"/>
          <w:sz w:val="36"/>
          <w:szCs w:val="38"/>
        </w:rPr>
        <w:t xml:space="preserve"> </w:t>
      </w:r>
      <w:r w:rsidRPr="008E006D">
        <w:rPr>
          <w:rFonts w:cs="Sakkal Majalla"/>
          <w:sz w:val="36"/>
          <w:szCs w:val="38"/>
          <w:rtl/>
        </w:rPr>
        <w:t>وإنترنت</w:t>
      </w:r>
      <w:r w:rsidRPr="008E006D">
        <w:rPr>
          <w:rFonts w:cs="Sakkal Majalla"/>
          <w:sz w:val="36"/>
          <w:szCs w:val="38"/>
        </w:rPr>
        <w:t xml:space="preserve"> </w:t>
      </w:r>
      <w:r w:rsidRPr="008E006D">
        <w:rPr>
          <w:rFonts w:cs="Sakkal Majalla"/>
          <w:sz w:val="36"/>
          <w:szCs w:val="38"/>
          <w:rtl/>
        </w:rPr>
        <w:t>الأشياء</w:t>
      </w:r>
      <w:r w:rsidRPr="008E006D">
        <w:rPr>
          <w:rFonts w:cs="Sakkal Majalla"/>
          <w:sz w:val="36"/>
          <w:szCs w:val="38"/>
        </w:rPr>
        <w:t xml:space="preserve"> </w:t>
      </w:r>
      <w:r w:rsidRPr="008E006D">
        <w:rPr>
          <w:rFonts w:cs="Sakkal Majalla"/>
          <w:sz w:val="36"/>
          <w:szCs w:val="38"/>
          <w:rtl/>
        </w:rPr>
        <w:t>ولوحات</w:t>
      </w:r>
      <w:r w:rsidRPr="008E006D">
        <w:rPr>
          <w:rFonts w:cs="Sakkal Majalla"/>
          <w:sz w:val="36"/>
          <w:szCs w:val="38"/>
        </w:rPr>
        <w:t xml:space="preserve"> </w:t>
      </w:r>
      <w:r w:rsidRPr="008E006D">
        <w:rPr>
          <w:rFonts w:cs="Sakkal Majalla"/>
          <w:sz w:val="36"/>
          <w:szCs w:val="38"/>
          <w:rtl/>
        </w:rPr>
        <w:t>المؤشرات</w:t>
      </w:r>
      <w:r w:rsidRPr="008E006D">
        <w:rPr>
          <w:rFonts w:cs="Sakkal Majalla"/>
          <w:sz w:val="36"/>
          <w:szCs w:val="38"/>
        </w:rPr>
        <w:t xml:space="preserve"> </w:t>
      </w:r>
      <w:r w:rsidRPr="008E006D">
        <w:rPr>
          <w:rFonts w:cs="Sakkal Majalla"/>
          <w:sz w:val="36"/>
          <w:szCs w:val="38"/>
          <w:rtl/>
        </w:rPr>
        <w:t>التنبؤية</w:t>
      </w:r>
      <w:r w:rsidRPr="008E006D">
        <w:rPr>
          <w:rFonts w:cs="Sakkal Majalla"/>
          <w:sz w:val="36"/>
          <w:szCs w:val="38"/>
        </w:rPr>
        <w:t xml:space="preserve">. </w:t>
      </w:r>
      <w:r w:rsidRPr="008E006D">
        <w:rPr>
          <w:rFonts w:cs="Sakkal Majalla"/>
          <w:sz w:val="36"/>
          <w:szCs w:val="38"/>
          <w:rtl/>
        </w:rPr>
        <w:t>ويمكن</w:t>
      </w:r>
      <w:r w:rsidRPr="008E006D">
        <w:rPr>
          <w:rFonts w:cs="Sakkal Majalla"/>
          <w:sz w:val="36"/>
          <w:szCs w:val="38"/>
        </w:rPr>
        <w:t xml:space="preserve"> </w:t>
      </w:r>
      <w:r w:rsidRPr="008E006D">
        <w:rPr>
          <w:rFonts w:cs="Sakkal Majalla"/>
          <w:sz w:val="36"/>
          <w:szCs w:val="38"/>
          <w:rtl/>
        </w:rPr>
        <w:t>لهذه</w:t>
      </w:r>
      <w:r w:rsidRPr="008E006D">
        <w:rPr>
          <w:rFonts w:cs="Sakkal Majalla"/>
          <w:sz w:val="36"/>
          <w:szCs w:val="38"/>
        </w:rPr>
        <w:t xml:space="preserve"> </w:t>
      </w:r>
      <w:r w:rsidRPr="008E006D">
        <w:rPr>
          <w:rFonts w:cs="Sakkal Majalla"/>
          <w:sz w:val="36"/>
          <w:szCs w:val="38"/>
          <w:rtl/>
        </w:rPr>
        <w:t>التقنيات</w:t>
      </w:r>
      <w:r w:rsidRPr="008E006D">
        <w:rPr>
          <w:rFonts w:cs="Sakkal Majalla"/>
          <w:sz w:val="36"/>
          <w:szCs w:val="38"/>
        </w:rPr>
        <w:t xml:space="preserve"> </w:t>
      </w:r>
      <w:r w:rsidRPr="008E006D">
        <w:rPr>
          <w:rFonts w:cs="Sakkal Majalla"/>
          <w:sz w:val="36"/>
          <w:szCs w:val="38"/>
          <w:rtl/>
        </w:rPr>
        <w:t>أن</w:t>
      </w:r>
      <w:r w:rsidRPr="008E006D">
        <w:rPr>
          <w:rFonts w:cs="Sakkal Majalla"/>
          <w:sz w:val="36"/>
          <w:szCs w:val="38"/>
        </w:rPr>
        <w:t xml:space="preserve"> </w:t>
      </w:r>
      <w:r w:rsidRPr="008E006D">
        <w:rPr>
          <w:rFonts w:cs="Sakkal Majalla"/>
          <w:sz w:val="36"/>
          <w:szCs w:val="38"/>
          <w:rtl/>
        </w:rPr>
        <w:t>تسهم</w:t>
      </w:r>
      <w:r w:rsidRPr="008E006D">
        <w:rPr>
          <w:rFonts w:cs="Sakkal Majalla"/>
          <w:sz w:val="36"/>
          <w:szCs w:val="38"/>
        </w:rPr>
        <w:t xml:space="preserve"> </w:t>
      </w:r>
      <w:r w:rsidRPr="008E006D">
        <w:rPr>
          <w:rFonts w:cs="Sakkal Majalla"/>
          <w:sz w:val="36"/>
          <w:szCs w:val="38"/>
          <w:rtl/>
        </w:rPr>
        <w:t>في</w:t>
      </w:r>
      <w:r w:rsidRPr="008E006D">
        <w:rPr>
          <w:rFonts w:cs="Sakkal Majalla"/>
          <w:sz w:val="36"/>
          <w:szCs w:val="38"/>
        </w:rPr>
        <w:t xml:space="preserve"> </w:t>
      </w:r>
      <w:r w:rsidRPr="008E006D">
        <w:rPr>
          <w:rFonts w:cs="Sakkal Majalla"/>
          <w:sz w:val="36"/>
          <w:szCs w:val="38"/>
          <w:rtl/>
        </w:rPr>
        <w:t>تحسين</w:t>
      </w:r>
      <w:r w:rsidRPr="008E006D">
        <w:rPr>
          <w:rFonts w:cs="Sakkal Majalla"/>
          <w:sz w:val="36"/>
          <w:szCs w:val="38"/>
        </w:rPr>
        <w:t xml:space="preserve"> </w:t>
      </w:r>
      <w:r w:rsidRPr="008E006D">
        <w:rPr>
          <w:rFonts w:cs="Sakkal Majalla"/>
          <w:sz w:val="36"/>
          <w:szCs w:val="38"/>
          <w:rtl/>
        </w:rPr>
        <w:t>التنبؤ</w:t>
      </w:r>
      <w:r w:rsidRPr="008E006D">
        <w:rPr>
          <w:rFonts w:cs="Sakkal Majalla"/>
          <w:sz w:val="36"/>
          <w:szCs w:val="38"/>
        </w:rPr>
        <w:t xml:space="preserve"> </w:t>
      </w:r>
      <w:r w:rsidRPr="008E006D">
        <w:rPr>
          <w:rFonts w:cs="Sakkal Majalla"/>
          <w:sz w:val="36"/>
          <w:szCs w:val="38"/>
          <w:rtl/>
        </w:rPr>
        <w:t>بالمخاطر،</w:t>
      </w:r>
      <w:r w:rsidRPr="008E006D">
        <w:rPr>
          <w:rFonts w:cs="Sakkal Majalla"/>
          <w:sz w:val="36"/>
          <w:szCs w:val="38"/>
        </w:rPr>
        <w:t xml:space="preserve"> </w:t>
      </w:r>
      <w:r w:rsidRPr="008E006D">
        <w:rPr>
          <w:rFonts w:cs="Sakkal Majalla"/>
          <w:sz w:val="36"/>
          <w:szCs w:val="38"/>
          <w:rtl/>
        </w:rPr>
        <w:t>واكتشاف</w:t>
      </w:r>
      <w:r w:rsidRPr="008E006D">
        <w:rPr>
          <w:rFonts w:cs="Sakkal Majalla"/>
          <w:sz w:val="36"/>
          <w:szCs w:val="38"/>
        </w:rPr>
        <w:t xml:space="preserve"> </w:t>
      </w:r>
      <w:r w:rsidRPr="008E006D">
        <w:rPr>
          <w:rFonts w:cs="Sakkal Majalla"/>
          <w:sz w:val="36"/>
          <w:szCs w:val="38"/>
          <w:rtl/>
        </w:rPr>
        <w:t>الانحرافات</w:t>
      </w:r>
      <w:r w:rsidRPr="008E006D">
        <w:rPr>
          <w:rFonts w:cs="Sakkal Majalla"/>
          <w:sz w:val="36"/>
          <w:szCs w:val="38"/>
        </w:rPr>
        <w:t xml:space="preserve"> </w:t>
      </w:r>
      <w:r w:rsidRPr="008E006D">
        <w:rPr>
          <w:rFonts w:cs="Sakkal Majalla"/>
          <w:sz w:val="36"/>
          <w:szCs w:val="38"/>
          <w:rtl/>
        </w:rPr>
        <w:t>مبكرًا،</w:t>
      </w:r>
      <w:r w:rsidRPr="008E006D">
        <w:rPr>
          <w:rFonts w:cs="Sakkal Majalla"/>
          <w:sz w:val="36"/>
          <w:szCs w:val="38"/>
        </w:rPr>
        <w:t xml:space="preserve"> </w:t>
      </w:r>
      <w:r w:rsidRPr="008E006D">
        <w:rPr>
          <w:rFonts w:cs="Sakkal Majalla"/>
          <w:sz w:val="36"/>
          <w:szCs w:val="38"/>
          <w:rtl/>
        </w:rPr>
        <w:t>وتسريع</w:t>
      </w:r>
      <w:r w:rsidRPr="008E006D">
        <w:rPr>
          <w:rFonts w:cs="Sakkal Majalla"/>
          <w:sz w:val="36"/>
          <w:szCs w:val="38"/>
        </w:rPr>
        <w:t xml:space="preserve"> </w:t>
      </w:r>
      <w:r w:rsidRPr="008E006D">
        <w:rPr>
          <w:rFonts w:cs="Sakkal Majalla"/>
          <w:sz w:val="36"/>
          <w:szCs w:val="38"/>
          <w:rtl/>
        </w:rPr>
        <w:t>إعداد</w:t>
      </w:r>
      <w:r w:rsidRPr="008E006D">
        <w:rPr>
          <w:rFonts w:cs="Sakkal Majalla"/>
          <w:sz w:val="36"/>
          <w:szCs w:val="38"/>
        </w:rPr>
        <w:t xml:space="preserve"> </w:t>
      </w:r>
      <w:r w:rsidRPr="008E006D">
        <w:rPr>
          <w:rFonts w:cs="Sakkal Majalla"/>
          <w:sz w:val="36"/>
          <w:szCs w:val="38"/>
          <w:rtl/>
        </w:rPr>
        <w:t>التقارير،</w:t>
      </w:r>
      <w:r w:rsidRPr="008E006D">
        <w:rPr>
          <w:rFonts w:cs="Sakkal Majalla"/>
          <w:sz w:val="36"/>
          <w:szCs w:val="38"/>
        </w:rPr>
        <w:t xml:space="preserve"> </w:t>
      </w:r>
      <w:r w:rsidRPr="008E006D">
        <w:rPr>
          <w:rFonts w:cs="Sakkal Majalla"/>
          <w:sz w:val="36"/>
          <w:szCs w:val="38"/>
          <w:rtl/>
        </w:rPr>
        <w:t>وتحسين</w:t>
      </w:r>
      <w:r w:rsidRPr="008E006D">
        <w:rPr>
          <w:rFonts w:cs="Sakkal Majalla"/>
          <w:sz w:val="36"/>
          <w:szCs w:val="38"/>
        </w:rPr>
        <w:t xml:space="preserve"> </w:t>
      </w:r>
      <w:r w:rsidRPr="008E006D">
        <w:rPr>
          <w:rFonts w:cs="Sakkal Majalla"/>
          <w:sz w:val="36"/>
          <w:szCs w:val="38"/>
          <w:rtl/>
        </w:rPr>
        <w:t>تخصيص</w:t>
      </w:r>
      <w:r w:rsidRPr="008E006D">
        <w:rPr>
          <w:rFonts w:cs="Sakkal Majalla"/>
          <w:sz w:val="36"/>
          <w:szCs w:val="38"/>
        </w:rPr>
        <w:t xml:space="preserve"> </w:t>
      </w:r>
      <w:r w:rsidRPr="008E006D">
        <w:rPr>
          <w:rFonts w:cs="Sakkal Majalla"/>
          <w:sz w:val="36"/>
          <w:szCs w:val="38"/>
          <w:rtl/>
        </w:rPr>
        <w:t>الموارد</w:t>
      </w:r>
      <w:r w:rsidRPr="008E006D">
        <w:rPr>
          <w:rFonts w:cs="Sakkal Majalla"/>
          <w:sz w:val="36"/>
          <w:szCs w:val="38"/>
        </w:rPr>
        <w:t xml:space="preserve">. </w:t>
      </w:r>
      <w:r w:rsidRPr="008E006D">
        <w:rPr>
          <w:rFonts w:cs="Sakkal Majalla"/>
          <w:sz w:val="36"/>
          <w:szCs w:val="38"/>
          <w:rtl/>
        </w:rPr>
        <w:t>غير</w:t>
      </w:r>
      <w:r w:rsidRPr="008E006D">
        <w:rPr>
          <w:rFonts w:cs="Sakkal Majalla"/>
          <w:sz w:val="36"/>
          <w:szCs w:val="38"/>
        </w:rPr>
        <w:t xml:space="preserve"> </w:t>
      </w:r>
      <w:r w:rsidRPr="008E006D">
        <w:rPr>
          <w:rFonts w:cs="Sakkal Majalla"/>
          <w:sz w:val="36"/>
          <w:szCs w:val="38"/>
          <w:rtl/>
        </w:rPr>
        <w:t>أن</w:t>
      </w:r>
      <w:r w:rsidRPr="008E006D">
        <w:rPr>
          <w:rFonts w:cs="Sakkal Majalla"/>
          <w:sz w:val="36"/>
          <w:szCs w:val="38"/>
        </w:rPr>
        <w:t xml:space="preserve"> </w:t>
      </w:r>
      <w:r w:rsidRPr="008E006D">
        <w:rPr>
          <w:rFonts w:cs="Sakkal Majalla"/>
          <w:sz w:val="36"/>
          <w:szCs w:val="38"/>
          <w:rtl/>
        </w:rPr>
        <w:t>أثرها</w:t>
      </w:r>
      <w:r w:rsidRPr="008E006D">
        <w:rPr>
          <w:rFonts w:cs="Sakkal Majalla"/>
          <w:sz w:val="36"/>
          <w:szCs w:val="38"/>
        </w:rPr>
        <w:t xml:space="preserve"> </w:t>
      </w:r>
      <w:r w:rsidRPr="008E006D">
        <w:rPr>
          <w:rFonts w:cs="Sakkal Majalla"/>
          <w:sz w:val="36"/>
          <w:szCs w:val="38"/>
          <w:rtl/>
        </w:rPr>
        <w:t>يعتمد</w:t>
      </w:r>
      <w:r w:rsidRPr="008E006D">
        <w:rPr>
          <w:rFonts w:cs="Sakkal Majalla"/>
          <w:sz w:val="36"/>
          <w:szCs w:val="38"/>
        </w:rPr>
        <w:t xml:space="preserve"> </w:t>
      </w:r>
      <w:r w:rsidRPr="008E006D">
        <w:rPr>
          <w:rFonts w:cs="Sakkal Majalla"/>
          <w:sz w:val="36"/>
          <w:szCs w:val="38"/>
          <w:rtl/>
        </w:rPr>
        <w:t>على</w:t>
      </w:r>
      <w:r w:rsidRPr="008E006D">
        <w:rPr>
          <w:rFonts w:cs="Sakkal Majalla"/>
          <w:sz w:val="36"/>
          <w:szCs w:val="38"/>
        </w:rPr>
        <w:t xml:space="preserve"> </w:t>
      </w:r>
      <w:r w:rsidRPr="008E006D">
        <w:rPr>
          <w:rFonts w:cs="Sakkal Majalla"/>
          <w:sz w:val="36"/>
          <w:szCs w:val="38"/>
          <w:rtl/>
        </w:rPr>
        <w:t>جودة</w:t>
      </w:r>
      <w:r w:rsidRPr="008E006D">
        <w:rPr>
          <w:rFonts w:cs="Sakkal Majalla"/>
          <w:sz w:val="36"/>
          <w:szCs w:val="38"/>
        </w:rPr>
        <w:t xml:space="preserve"> </w:t>
      </w:r>
      <w:r w:rsidRPr="008E006D">
        <w:rPr>
          <w:rFonts w:cs="Sakkal Majalla"/>
          <w:sz w:val="36"/>
          <w:szCs w:val="38"/>
          <w:rtl/>
        </w:rPr>
        <w:t>البيانات</w:t>
      </w:r>
      <w:r w:rsidRPr="008E006D">
        <w:rPr>
          <w:rFonts w:cs="Sakkal Majalla"/>
          <w:sz w:val="36"/>
          <w:szCs w:val="38"/>
        </w:rPr>
        <w:t xml:space="preserve"> </w:t>
      </w:r>
      <w:r w:rsidRPr="008E006D">
        <w:rPr>
          <w:rFonts w:cs="Sakkal Majalla"/>
          <w:sz w:val="36"/>
          <w:szCs w:val="38"/>
          <w:rtl/>
        </w:rPr>
        <w:t>ونضج</w:t>
      </w:r>
      <w:r w:rsidRPr="008E006D">
        <w:rPr>
          <w:rFonts w:cs="Sakkal Majalla"/>
          <w:sz w:val="36"/>
          <w:szCs w:val="38"/>
        </w:rPr>
        <w:t xml:space="preserve"> </w:t>
      </w:r>
      <w:r w:rsidRPr="008E006D">
        <w:rPr>
          <w:rFonts w:cs="Sakkal Majalla"/>
          <w:sz w:val="36"/>
          <w:szCs w:val="38"/>
          <w:rtl/>
        </w:rPr>
        <w:t>العمليات</w:t>
      </w:r>
      <w:r w:rsidRPr="008E006D">
        <w:rPr>
          <w:rFonts w:cs="Sakkal Majalla"/>
          <w:sz w:val="36"/>
          <w:szCs w:val="38"/>
        </w:rPr>
        <w:t xml:space="preserve"> </w:t>
      </w:r>
      <w:r w:rsidRPr="008E006D">
        <w:rPr>
          <w:rFonts w:cs="Sakkal Majalla"/>
          <w:sz w:val="36"/>
          <w:szCs w:val="38"/>
          <w:rtl/>
        </w:rPr>
        <w:t>ومهارات</w:t>
      </w:r>
      <w:r w:rsidRPr="008E006D">
        <w:rPr>
          <w:rFonts w:cs="Sakkal Majalla"/>
          <w:sz w:val="36"/>
          <w:szCs w:val="38"/>
        </w:rPr>
        <w:t xml:space="preserve"> </w:t>
      </w:r>
      <w:r w:rsidRPr="008E006D">
        <w:rPr>
          <w:rFonts w:cs="Sakkal Majalla"/>
          <w:sz w:val="36"/>
          <w:szCs w:val="38"/>
          <w:rtl/>
        </w:rPr>
        <w:t>المستخدمين</w:t>
      </w:r>
      <w:r w:rsidRPr="008E006D">
        <w:rPr>
          <w:rFonts w:cs="Sakkal Majalla"/>
          <w:sz w:val="36"/>
          <w:szCs w:val="38"/>
        </w:rPr>
        <w:t>.</w:t>
      </w:r>
    </w:p>
    <w:p w14:paraId="75996861" w14:textId="77777777" w:rsidR="008E006D" w:rsidRPr="008E006D" w:rsidRDefault="008E006D" w:rsidP="008E2B08">
      <w:pPr>
        <w:ind w:firstLine="720"/>
        <w:rPr>
          <w:rFonts w:cs="Sakkal Majalla"/>
          <w:sz w:val="36"/>
          <w:szCs w:val="38"/>
        </w:rPr>
      </w:pPr>
      <w:r w:rsidRPr="008E006D">
        <w:rPr>
          <w:rFonts w:cs="Sakkal Majalla"/>
          <w:sz w:val="36"/>
          <w:szCs w:val="38"/>
          <w:rtl/>
        </w:rPr>
        <w:t>في</w:t>
      </w:r>
      <w:r w:rsidRPr="008E006D">
        <w:rPr>
          <w:rFonts w:cs="Sakkal Majalla"/>
          <w:sz w:val="36"/>
          <w:szCs w:val="38"/>
        </w:rPr>
        <w:t xml:space="preserve"> </w:t>
      </w:r>
      <w:r w:rsidRPr="008E006D">
        <w:rPr>
          <w:rFonts w:cs="Sakkal Majalla"/>
          <w:sz w:val="36"/>
          <w:szCs w:val="38"/>
          <w:rtl/>
        </w:rPr>
        <w:t>إدارة</w:t>
      </w:r>
      <w:r w:rsidRPr="008E006D">
        <w:rPr>
          <w:rFonts w:cs="Sakkal Majalla"/>
          <w:sz w:val="36"/>
          <w:szCs w:val="38"/>
        </w:rPr>
        <w:t xml:space="preserve"> </w:t>
      </w:r>
      <w:r w:rsidRPr="008E006D">
        <w:rPr>
          <w:rFonts w:cs="Sakkal Majalla"/>
          <w:sz w:val="36"/>
          <w:szCs w:val="38"/>
          <w:rtl/>
        </w:rPr>
        <w:t>المشاريع،</w:t>
      </w:r>
      <w:r w:rsidRPr="008E006D">
        <w:rPr>
          <w:rFonts w:cs="Sakkal Majalla"/>
          <w:sz w:val="36"/>
          <w:szCs w:val="38"/>
        </w:rPr>
        <w:t xml:space="preserve"> </w:t>
      </w:r>
      <w:r w:rsidRPr="008E006D">
        <w:rPr>
          <w:rFonts w:cs="Sakkal Majalla"/>
          <w:sz w:val="36"/>
          <w:szCs w:val="38"/>
          <w:rtl/>
        </w:rPr>
        <w:t>يمكن</w:t>
      </w:r>
      <w:r w:rsidRPr="008E006D">
        <w:rPr>
          <w:rFonts w:cs="Sakkal Majalla"/>
          <w:sz w:val="36"/>
          <w:szCs w:val="38"/>
        </w:rPr>
        <w:t xml:space="preserve"> </w:t>
      </w:r>
      <w:r w:rsidRPr="008E006D">
        <w:rPr>
          <w:rFonts w:cs="Sakkal Majalla"/>
          <w:sz w:val="36"/>
          <w:szCs w:val="38"/>
          <w:rtl/>
        </w:rPr>
        <w:t>استخدام</w:t>
      </w:r>
      <w:r w:rsidRPr="008E006D">
        <w:rPr>
          <w:rFonts w:cs="Sakkal Majalla"/>
          <w:sz w:val="36"/>
          <w:szCs w:val="38"/>
        </w:rPr>
        <w:t xml:space="preserve"> </w:t>
      </w:r>
      <w:r w:rsidRPr="008E006D">
        <w:rPr>
          <w:rFonts w:cs="Sakkal Majalla"/>
          <w:sz w:val="36"/>
          <w:szCs w:val="38"/>
          <w:rtl/>
        </w:rPr>
        <w:t>التحليلات</w:t>
      </w:r>
      <w:r w:rsidRPr="008E006D">
        <w:rPr>
          <w:rFonts w:cs="Sakkal Majalla"/>
          <w:sz w:val="36"/>
          <w:szCs w:val="38"/>
        </w:rPr>
        <w:t xml:space="preserve"> </w:t>
      </w:r>
      <w:r w:rsidRPr="008E006D">
        <w:rPr>
          <w:rFonts w:cs="Sakkal Majalla"/>
          <w:sz w:val="36"/>
          <w:szCs w:val="38"/>
          <w:rtl/>
        </w:rPr>
        <w:t>التنبؤية</w:t>
      </w:r>
      <w:r w:rsidRPr="008E006D">
        <w:rPr>
          <w:rFonts w:cs="Sakkal Majalla"/>
          <w:sz w:val="36"/>
          <w:szCs w:val="38"/>
        </w:rPr>
        <w:t xml:space="preserve"> </w:t>
      </w:r>
      <w:r w:rsidRPr="008E006D">
        <w:rPr>
          <w:rFonts w:cs="Sakkal Majalla"/>
          <w:sz w:val="36"/>
          <w:szCs w:val="38"/>
          <w:rtl/>
        </w:rPr>
        <w:t>لتوقع</w:t>
      </w:r>
      <w:r w:rsidRPr="008E006D">
        <w:rPr>
          <w:rFonts w:cs="Sakkal Majalla"/>
          <w:sz w:val="36"/>
          <w:szCs w:val="38"/>
        </w:rPr>
        <w:t xml:space="preserve"> </w:t>
      </w:r>
      <w:r w:rsidRPr="008E006D">
        <w:rPr>
          <w:rFonts w:cs="Sakkal Majalla"/>
          <w:sz w:val="36"/>
          <w:szCs w:val="38"/>
          <w:rtl/>
        </w:rPr>
        <w:t>التأخر</w:t>
      </w:r>
      <w:r w:rsidRPr="008E006D">
        <w:rPr>
          <w:rFonts w:cs="Sakkal Majalla"/>
          <w:sz w:val="36"/>
          <w:szCs w:val="38"/>
        </w:rPr>
        <w:t xml:space="preserve"> </w:t>
      </w:r>
      <w:r w:rsidRPr="008E006D">
        <w:rPr>
          <w:rFonts w:cs="Sakkal Majalla"/>
          <w:sz w:val="36"/>
          <w:szCs w:val="38"/>
          <w:rtl/>
        </w:rPr>
        <w:t>الزمني</w:t>
      </w:r>
      <w:r w:rsidRPr="008E006D">
        <w:rPr>
          <w:rFonts w:cs="Sakkal Majalla"/>
          <w:sz w:val="36"/>
          <w:szCs w:val="38"/>
        </w:rPr>
        <w:t xml:space="preserve"> </w:t>
      </w:r>
      <w:r w:rsidRPr="008E006D">
        <w:rPr>
          <w:rFonts w:cs="Sakkal Majalla"/>
          <w:sz w:val="36"/>
          <w:szCs w:val="38"/>
          <w:rtl/>
        </w:rPr>
        <w:t>أو</w:t>
      </w:r>
      <w:r w:rsidRPr="008E006D">
        <w:rPr>
          <w:rFonts w:cs="Sakkal Majalla"/>
          <w:sz w:val="36"/>
          <w:szCs w:val="38"/>
        </w:rPr>
        <w:t xml:space="preserve"> </w:t>
      </w:r>
      <w:r w:rsidRPr="008E006D">
        <w:rPr>
          <w:rFonts w:cs="Sakkal Majalla"/>
          <w:sz w:val="36"/>
          <w:szCs w:val="38"/>
          <w:rtl/>
        </w:rPr>
        <w:t>تجاوز</w:t>
      </w:r>
      <w:r w:rsidRPr="008E006D">
        <w:rPr>
          <w:rFonts w:cs="Sakkal Majalla"/>
          <w:sz w:val="36"/>
          <w:szCs w:val="38"/>
        </w:rPr>
        <w:t xml:space="preserve"> </w:t>
      </w:r>
      <w:r w:rsidRPr="008E006D">
        <w:rPr>
          <w:rFonts w:cs="Sakkal Majalla"/>
          <w:sz w:val="36"/>
          <w:szCs w:val="38"/>
          <w:rtl/>
        </w:rPr>
        <w:t>التكاليف،</w:t>
      </w:r>
      <w:r w:rsidRPr="008E006D">
        <w:rPr>
          <w:rFonts w:cs="Sakkal Majalla"/>
          <w:sz w:val="36"/>
          <w:szCs w:val="38"/>
        </w:rPr>
        <w:t xml:space="preserve"> </w:t>
      </w:r>
      <w:r w:rsidRPr="008E006D">
        <w:rPr>
          <w:rFonts w:cs="Sakkal Majalla"/>
          <w:sz w:val="36"/>
          <w:szCs w:val="38"/>
          <w:rtl/>
        </w:rPr>
        <w:t>كما</w:t>
      </w:r>
      <w:r w:rsidRPr="008E006D">
        <w:rPr>
          <w:rFonts w:cs="Sakkal Majalla"/>
          <w:sz w:val="36"/>
          <w:szCs w:val="38"/>
        </w:rPr>
        <w:t xml:space="preserve"> </w:t>
      </w:r>
      <w:r w:rsidRPr="008E006D">
        <w:rPr>
          <w:rFonts w:cs="Sakkal Majalla"/>
          <w:sz w:val="36"/>
          <w:szCs w:val="38"/>
          <w:rtl/>
        </w:rPr>
        <w:t>يمكن</w:t>
      </w:r>
      <w:r w:rsidRPr="008E006D">
        <w:rPr>
          <w:rFonts w:cs="Sakkal Majalla"/>
          <w:sz w:val="36"/>
          <w:szCs w:val="38"/>
        </w:rPr>
        <w:t xml:space="preserve"> </w:t>
      </w:r>
      <w:r w:rsidRPr="008E006D">
        <w:rPr>
          <w:rFonts w:cs="Sakkal Majalla"/>
          <w:sz w:val="36"/>
          <w:szCs w:val="38"/>
          <w:rtl/>
        </w:rPr>
        <w:t>استخدام</w:t>
      </w:r>
      <w:r w:rsidRPr="008E006D">
        <w:rPr>
          <w:rFonts w:cs="Sakkal Majalla"/>
          <w:sz w:val="36"/>
          <w:szCs w:val="38"/>
        </w:rPr>
        <w:t xml:space="preserve"> </w:t>
      </w:r>
      <w:r w:rsidRPr="008E006D">
        <w:rPr>
          <w:rFonts w:cs="Sakkal Majalla"/>
          <w:sz w:val="36"/>
          <w:szCs w:val="38"/>
          <w:rtl/>
        </w:rPr>
        <w:t>الأتمتة</w:t>
      </w:r>
      <w:r w:rsidRPr="008E006D">
        <w:rPr>
          <w:rFonts w:cs="Sakkal Majalla"/>
          <w:sz w:val="36"/>
          <w:szCs w:val="38"/>
        </w:rPr>
        <w:t xml:space="preserve"> </w:t>
      </w:r>
      <w:r w:rsidRPr="008E006D">
        <w:rPr>
          <w:rFonts w:cs="Sakkal Majalla"/>
          <w:sz w:val="36"/>
          <w:szCs w:val="38"/>
          <w:rtl/>
        </w:rPr>
        <w:t>في</w:t>
      </w:r>
      <w:r w:rsidRPr="008E006D">
        <w:rPr>
          <w:rFonts w:cs="Sakkal Majalla"/>
          <w:sz w:val="36"/>
          <w:szCs w:val="38"/>
        </w:rPr>
        <w:t xml:space="preserve"> </w:t>
      </w:r>
      <w:r w:rsidRPr="008E006D">
        <w:rPr>
          <w:rFonts w:cs="Sakkal Majalla"/>
          <w:sz w:val="36"/>
          <w:szCs w:val="38"/>
          <w:rtl/>
        </w:rPr>
        <w:t>إعداد</w:t>
      </w:r>
      <w:r w:rsidRPr="008E006D">
        <w:rPr>
          <w:rFonts w:cs="Sakkal Majalla"/>
          <w:sz w:val="36"/>
          <w:szCs w:val="38"/>
        </w:rPr>
        <w:t xml:space="preserve"> </w:t>
      </w:r>
      <w:r w:rsidRPr="008E006D">
        <w:rPr>
          <w:rFonts w:cs="Sakkal Majalla"/>
          <w:sz w:val="36"/>
          <w:szCs w:val="38"/>
          <w:rtl/>
        </w:rPr>
        <w:t>التقارير</w:t>
      </w:r>
      <w:r w:rsidRPr="008E006D">
        <w:rPr>
          <w:rFonts w:cs="Sakkal Majalla"/>
          <w:sz w:val="36"/>
          <w:szCs w:val="38"/>
        </w:rPr>
        <w:t xml:space="preserve"> </w:t>
      </w:r>
      <w:r w:rsidRPr="008E006D">
        <w:rPr>
          <w:rFonts w:cs="Sakkal Majalla"/>
          <w:sz w:val="36"/>
          <w:szCs w:val="38"/>
          <w:rtl/>
        </w:rPr>
        <w:t>الدورية</w:t>
      </w:r>
      <w:r w:rsidRPr="008E006D">
        <w:rPr>
          <w:rFonts w:cs="Sakkal Majalla"/>
          <w:sz w:val="36"/>
          <w:szCs w:val="38"/>
        </w:rPr>
        <w:t xml:space="preserve"> </w:t>
      </w:r>
      <w:r w:rsidRPr="008E006D">
        <w:rPr>
          <w:rFonts w:cs="Sakkal Majalla"/>
          <w:sz w:val="36"/>
          <w:szCs w:val="38"/>
          <w:rtl/>
        </w:rPr>
        <w:t>أو</w:t>
      </w:r>
      <w:r w:rsidRPr="008E006D">
        <w:rPr>
          <w:rFonts w:cs="Sakkal Majalla"/>
          <w:sz w:val="36"/>
          <w:szCs w:val="38"/>
        </w:rPr>
        <w:t xml:space="preserve"> </w:t>
      </w:r>
      <w:r w:rsidRPr="008E006D">
        <w:rPr>
          <w:rFonts w:cs="Sakkal Majalla"/>
          <w:sz w:val="36"/>
          <w:szCs w:val="38"/>
          <w:rtl/>
        </w:rPr>
        <w:t>تنبيه</w:t>
      </w:r>
      <w:r w:rsidRPr="008E006D">
        <w:rPr>
          <w:rFonts w:cs="Sakkal Majalla"/>
          <w:sz w:val="36"/>
          <w:szCs w:val="38"/>
        </w:rPr>
        <w:t xml:space="preserve"> </w:t>
      </w:r>
      <w:r w:rsidRPr="008E006D">
        <w:rPr>
          <w:rFonts w:cs="Sakkal Majalla"/>
          <w:sz w:val="36"/>
          <w:szCs w:val="38"/>
          <w:rtl/>
        </w:rPr>
        <w:t>فرق</w:t>
      </w:r>
      <w:r w:rsidRPr="008E006D">
        <w:rPr>
          <w:rFonts w:cs="Sakkal Majalla"/>
          <w:sz w:val="36"/>
          <w:szCs w:val="38"/>
        </w:rPr>
        <w:t xml:space="preserve"> </w:t>
      </w:r>
      <w:r w:rsidRPr="008E006D">
        <w:rPr>
          <w:rFonts w:cs="Sakkal Majalla"/>
          <w:sz w:val="36"/>
          <w:szCs w:val="38"/>
          <w:rtl/>
        </w:rPr>
        <w:t>العمل</w:t>
      </w:r>
      <w:r w:rsidRPr="008E006D">
        <w:rPr>
          <w:rFonts w:cs="Sakkal Majalla"/>
          <w:sz w:val="36"/>
          <w:szCs w:val="38"/>
        </w:rPr>
        <w:t xml:space="preserve"> </w:t>
      </w:r>
      <w:r w:rsidRPr="008E006D">
        <w:rPr>
          <w:rFonts w:cs="Sakkal Majalla"/>
          <w:sz w:val="36"/>
          <w:szCs w:val="38"/>
          <w:rtl/>
        </w:rPr>
        <w:t>عند</w:t>
      </w:r>
      <w:r w:rsidRPr="008E006D">
        <w:rPr>
          <w:rFonts w:cs="Sakkal Majalla"/>
          <w:sz w:val="36"/>
          <w:szCs w:val="38"/>
        </w:rPr>
        <w:t xml:space="preserve"> </w:t>
      </w:r>
      <w:r w:rsidRPr="008E006D">
        <w:rPr>
          <w:rFonts w:cs="Sakkal Majalla"/>
          <w:sz w:val="36"/>
          <w:szCs w:val="38"/>
          <w:rtl/>
        </w:rPr>
        <w:t>تحقق</w:t>
      </w:r>
      <w:r w:rsidRPr="008E006D">
        <w:rPr>
          <w:rFonts w:cs="Sakkal Majalla"/>
          <w:sz w:val="36"/>
          <w:szCs w:val="38"/>
        </w:rPr>
        <w:t xml:space="preserve"> </w:t>
      </w:r>
      <w:r w:rsidRPr="008E006D">
        <w:rPr>
          <w:rFonts w:cs="Sakkal Majalla"/>
          <w:sz w:val="36"/>
          <w:szCs w:val="38"/>
          <w:rtl/>
        </w:rPr>
        <w:t>مؤشرات</w:t>
      </w:r>
      <w:r w:rsidRPr="008E006D">
        <w:rPr>
          <w:rFonts w:cs="Sakkal Majalla"/>
          <w:sz w:val="36"/>
          <w:szCs w:val="38"/>
        </w:rPr>
        <w:t xml:space="preserve"> </w:t>
      </w:r>
      <w:r w:rsidRPr="008E006D">
        <w:rPr>
          <w:rFonts w:cs="Sakkal Majalla"/>
          <w:sz w:val="36"/>
          <w:szCs w:val="38"/>
          <w:rtl/>
        </w:rPr>
        <w:t>خطر</w:t>
      </w:r>
      <w:r w:rsidRPr="008E006D">
        <w:rPr>
          <w:rFonts w:cs="Sakkal Majalla"/>
          <w:sz w:val="36"/>
          <w:szCs w:val="38"/>
        </w:rPr>
        <w:t xml:space="preserve"> </w:t>
      </w:r>
      <w:r w:rsidRPr="008E006D">
        <w:rPr>
          <w:rFonts w:cs="Sakkal Majalla"/>
          <w:sz w:val="36"/>
          <w:szCs w:val="38"/>
          <w:rtl/>
        </w:rPr>
        <w:t>محددة</w:t>
      </w:r>
      <w:r w:rsidRPr="008E006D">
        <w:rPr>
          <w:rFonts w:cs="Sakkal Majalla"/>
          <w:sz w:val="36"/>
          <w:szCs w:val="38"/>
        </w:rPr>
        <w:t xml:space="preserve">. </w:t>
      </w:r>
      <w:r w:rsidRPr="008E006D">
        <w:rPr>
          <w:rFonts w:cs="Sakkal Majalla"/>
          <w:sz w:val="36"/>
          <w:szCs w:val="38"/>
          <w:rtl/>
        </w:rPr>
        <w:t>وتساعد</w:t>
      </w:r>
      <w:r w:rsidRPr="008E006D">
        <w:rPr>
          <w:rFonts w:cs="Sakkal Majalla"/>
          <w:sz w:val="36"/>
          <w:szCs w:val="38"/>
        </w:rPr>
        <w:t xml:space="preserve"> </w:t>
      </w:r>
      <w:r w:rsidRPr="008E006D">
        <w:rPr>
          <w:rFonts w:cs="Sakkal Majalla"/>
          <w:sz w:val="36"/>
          <w:szCs w:val="38"/>
          <w:rtl/>
        </w:rPr>
        <w:t>لوحات</w:t>
      </w:r>
      <w:r w:rsidRPr="008E006D">
        <w:rPr>
          <w:rFonts w:cs="Sakkal Majalla"/>
          <w:sz w:val="36"/>
          <w:szCs w:val="38"/>
        </w:rPr>
        <w:t xml:space="preserve"> </w:t>
      </w:r>
      <w:r w:rsidRPr="008E006D">
        <w:rPr>
          <w:rFonts w:cs="Sakkal Majalla"/>
          <w:sz w:val="36"/>
          <w:szCs w:val="38"/>
          <w:rtl/>
        </w:rPr>
        <w:t>المؤشرات</w:t>
      </w:r>
      <w:r w:rsidRPr="008E006D">
        <w:rPr>
          <w:rFonts w:cs="Sakkal Majalla"/>
          <w:sz w:val="36"/>
          <w:szCs w:val="38"/>
        </w:rPr>
        <w:t xml:space="preserve"> </w:t>
      </w:r>
      <w:r w:rsidRPr="008E006D">
        <w:rPr>
          <w:rFonts w:cs="Sakkal Majalla"/>
          <w:sz w:val="36"/>
          <w:szCs w:val="38"/>
          <w:rtl/>
        </w:rPr>
        <w:t>في</w:t>
      </w:r>
      <w:r w:rsidRPr="008E006D">
        <w:rPr>
          <w:rFonts w:cs="Sakkal Majalla"/>
          <w:sz w:val="36"/>
          <w:szCs w:val="38"/>
        </w:rPr>
        <w:t xml:space="preserve"> </w:t>
      </w:r>
      <w:r w:rsidRPr="008E006D">
        <w:rPr>
          <w:rFonts w:cs="Sakkal Majalla"/>
          <w:sz w:val="36"/>
          <w:szCs w:val="38"/>
          <w:rtl/>
        </w:rPr>
        <w:t>تحويل</w:t>
      </w:r>
      <w:r w:rsidRPr="008E006D">
        <w:rPr>
          <w:rFonts w:cs="Sakkal Majalla"/>
          <w:sz w:val="36"/>
          <w:szCs w:val="38"/>
        </w:rPr>
        <w:t xml:space="preserve"> </w:t>
      </w:r>
      <w:r w:rsidRPr="008E006D">
        <w:rPr>
          <w:rFonts w:cs="Sakkal Majalla"/>
          <w:sz w:val="36"/>
          <w:szCs w:val="38"/>
          <w:rtl/>
        </w:rPr>
        <w:t>البيانات</w:t>
      </w:r>
      <w:r w:rsidRPr="008E006D">
        <w:rPr>
          <w:rFonts w:cs="Sakkal Majalla"/>
          <w:sz w:val="36"/>
          <w:szCs w:val="38"/>
        </w:rPr>
        <w:t xml:space="preserve"> </w:t>
      </w:r>
      <w:r w:rsidRPr="008E006D">
        <w:rPr>
          <w:rFonts w:cs="Sakkal Majalla"/>
          <w:sz w:val="36"/>
          <w:szCs w:val="38"/>
          <w:rtl/>
        </w:rPr>
        <w:t>المتفرقة</w:t>
      </w:r>
      <w:r w:rsidRPr="008E006D">
        <w:rPr>
          <w:rFonts w:cs="Sakkal Majalla"/>
          <w:sz w:val="36"/>
          <w:szCs w:val="38"/>
        </w:rPr>
        <w:t xml:space="preserve"> </w:t>
      </w:r>
      <w:r w:rsidRPr="008E006D">
        <w:rPr>
          <w:rFonts w:cs="Sakkal Majalla"/>
          <w:sz w:val="36"/>
          <w:szCs w:val="38"/>
          <w:rtl/>
        </w:rPr>
        <w:t>إلى</w:t>
      </w:r>
      <w:r w:rsidRPr="008E006D">
        <w:rPr>
          <w:rFonts w:cs="Sakkal Majalla"/>
          <w:sz w:val="36"/>
          <w:szCs w:val="38"/>
        </w:rPr>
        <w:t xml:space="preserve"> </w:t>
      </w:r>
      <w:r w:rsidRPr="008E006D">
        <w:rPr>
          <w:rFonts w:cs="Sakkal Majalla"/>
          <w:sz w:val="36"/>
          <w:szCs w:val="38"/>
          <w:rtl/>
        </w:rPr>
        <w:t>مؤشرات</w:t>
      </w:r>
      <w:r w:rsidRPr="008E006D">
        <w:rPr>
          <w:rFonts w:cs="Sakkal Majalla"/>
          <w:sz w:val="36"/>
          <w:szCs w:val="38"/>
        </w:rPr>
        <w:t xml:space="preserve"> </w:t>
      </w:r>
      <w:r w:rsidRPr="008E006D">
        <w:rPr>
          <w:rFonts w:cs="Sakkal Majalla"/>
          <w:sz w:val="36"/>
          <w:szCs w:val="38"/>
          <w:rtl/>
        </w:rPr>
        <w:t>قابلة</w:t>
      </w:r>
      <w:r w:rsidRPr="008E006D">
        <w:rPr>
          <w:rFonts w:cs="Sakkal Majalla"/>
          <w:sz w:val="36"/>
          <w:szCs w:val="38"/>
        </w:rPr>
        <w:t xml:space="preserve"> </w:t>
      </w:r>
      <w:r w:rsidRPr="008E006D">
        <w:rPr>
          <w:rFonts w:cs="Sakkal Majalla"/>
          <w:sz w:val="36"/>
          <w:szCs w:val="38"/>
          <w:rtl/>
        </w:rPr>
        <w:t>لاتخاذ</w:t>
      </w:r>
      <w:r w:rsidRPr="008E006D">
        <w:rPr>
          <w:rFonts w:cs="Sakkal Majalla"/>
          <w:sz w:val="36"/>
          <w:szCs w:val="38"/>
        </w:rPr>
        <w:t xml:space="preserve"> </w:t>
      </w:r>
      <w:r w:rsidRPr="008E006D">
        <w:rPr>
          <w:rFonts w:cs="Sakkal Majalla"/>
          <w:sz w:val="36"/>
          <w:szCs w:val="38"/>
          <w:rtl/>
        </w:rPr>
        <w:t>القرار</w:t>
      </w:r>
      <w:r w:rsidRPr="008E006D">
        <w:rPr>
          <w:rFonts w:cs="Sakkal Majalla"/>
          <w:sz w:val="36"/>
          <w:szCs w:val="38"/>
        </w:rPr>
        <w:t>.</w:t>
      </w:r>
    </w:p>
    <w:p w14:paraId="1946484D" w14:textId="77777777" w:rsidR="008E006D" w:rsidRPr="008E006D" w:rsidRDefault="008E006D" w:rsidP="008E2B08">
      <w:pPr>
        <w:ind w:firstLine="720"/>
        <w:rPr>
          <w:rFonts w:cs="Sakkal Majalla"/>
          <w:sz w:val="36"/>
          <w:szCs w:val="38"/>
        </w:rPr>
      </w:pPr>
      <w:r w:rsidRPr="008E006D">
        <w:rPr>
          <w:rFonts w:cs="Sakkal Majalla"/>
          <w:sz w:val="36"/>
          <w:szCs w:val="38"/>
          <w:rtl/>
        </w:rPr>
        <w:t>وعلى</w:t>
      </w:r>
      <w:r w:rsidRPr="008E006D">
        <w:rPr>
          <w:rFonts w:cs="Sakkal Majalla"/>
          <w:sz w:val="36"/>
          <w:szCs w:val="38"/>
        </w:rPr>
        <w:t xml:space="preserve"> </w:t>
      </w:r>
      <w:r w:rsidRPr="008E006D">
        <w:rPr>
          <w:rFonts w:cs="Sakkal Majalla"/>
          <w:sz w:val="36"/>
          <w:szCs w:val="38"/>
          <w:rtl/>
        </w:rPr>
        <w:t>الرغم</w:t>
      </w:r>
      <w:r w:rsidRPr="008E006D">
        <w:rPr>
          <w:rFonts w:cs="Sakkal Majalla"/>
          <w:sz w:val="36"/>
          <w:szCs w:val="38"/>
        </w:rPr>
        <w:t xml:space="preserve"> </w:t>
      </w:r>
      <w:r w:rsidRPr="008E006D">
        <w:rPr>
          <w:rFonts w:cs="Sakkal Majalla"/>
          <w:sz w:val="36"/>
          <w:szCs w:val="38"/>
          <w:rtl/>
        </w:rPr>
        <w:t>من</w:t>
      </w:r>
      <w:r w:rsidRPr="008E006D">
        <w:rPr>
          <w:rFonts w:cs="Sakkal Majalla"/>
          <w:sz w:val="36"/>
          <w:szCs w:val="38"/>
        </w:rPr>
        <w:t xml:space="preserve"> </w:t>
      </w:r>
      <w:r w:rsidRPr="008E006D">
        <w:rPr>
          <w:rFonts w:cs="Sakkal Majalla"/>
          <w:sz w:val="36"/>
          <w:szCs w:val="38"/>
          <w:rtl/>
        </w:rPr>
        <w:t>جاذبية</w:t>
      </w:r>
      <w:r w:rsidRPr="008E006D">
        <w:rPr>
          <w:rFonts w:cs="Sakkal Majalla"/>
          <w:sz w:val="36"/>
          <w:szCs w:val="38"/>
        </w:rPr>
        <w:t xml:space="preserve"> </w:t>
      </w:r>
      <w:r w:rsidRPr="008E006D">
        <w:rPr>
          <w:rFonts w:cs="Sakkal Majalla"/>
          <w:sz w:val="36"/>
          <w:szCs w:val="38"/>
          <w:rtl/>
        </w:rPr>
        <w:t>التقنيات</w:t>
      </w:r>
      <w:r w:rsidRPr="008E006D">
        <w:rPr>
          <w:rFonts w:cs="Sakkal Majalla"/>
          <w:sz w:val="36"/>
          <w:szCs w:val="38"/>
        </w:rPr>
        <w:t xml:space="preserve"> </w:t>
      </w:r>
      <w:r w:rsidRPr="008E006D">
        <w:rPr>
          <w:rFonts w:cs="Sakkal Majalla"/>
          <w:sz w:val="36"/>
          <w:szCs w:val="38"/>
          <w:rtl/>
        </w:rPr>
        <w:t>الذكية،</w:t>
      </w:r>
      <w:r w:rsidRPr="008E006D">
        <w:rPr>
          <w:rFonts w:cs="Sakkal Majalla"/>
          <w:sz w:val="36"/>
          <w:szCs w:val="38"/>
        </w:rPr>
        <w:t xml:space="preserve"> </w:t>
      </w:r>
      <w:r w:rsidRPr="008E006D">
        <w:rPr>
          <w:rFonts w:cs="Sakkal Majalla"/>
          <w:sz w:val="36"/>
          <w:szCs w:val="38"/>
          <w:rtl/>
        </w:rPr>
        <w:t>فإن</w:t>
      </w:r>
      <w:r w:rsidRPr="008E006D">
        <w:rPr>
          <w:rFonts w:cs="Sakkal Majalla"/>
          <w:sz w:val="36"/>
          <w:szCs w:val="38"/>
        </w:rPr>
        <w:t xml:space="preserve"> </w:t>
      </w:r>
      <w:r w:rsidRPr="008E006D">
        <w:rPr>
          <w:rFonts w:cs="Sakkal Majalla"/>
          <w:sz w:val="36"/>
          <w:szCs w:val="38"/>
          <w:rtl/>
        </w:rPr>
        <w:t>استخدامها</w:t>
      </w:r>
      <w:r w:rsidRPr="008E006D">
        <w:rPr>
          <w:rFonts w:cs="Sakkal Majalla"/>
          <w:sz w:val="36"/>
          <w:szCs w:val="38"/>
        </w:rPr>
        <w:t xml:space="preserve"> </w:t>
      </w:r>
      <w:r w:rsidRPr="008E006D">
        <w:rPr>
          <w:rFonts w:cs="Sakkal Majalla"/>
          <w:sz w:val="36"/>
          <w:szCs w:val="38"/>
          <w:rtl/>
        </w:rPr>
        <w:t>دون</w:t>
      </w:r>
      <w:r w:rsidRPr="008E006D">
        <w:rPr>
          <w:rFonts w:cs="Sakkal Majalla"/>
          <w:sz w:val="36"/>
          <w:szCs w:val="38"/>
        </w:rPr>
        <w:t xml:space="preserve"> </w:t>
      </w:r>
      <w:r w:rsidRPr="008E006D">
        <w:rPr>
          <w:rFonts w:cs="Sakkal Majalla"/>
          <w:sz w:val="36"/>
          <w:szCs w:val="38"/>
          <w:rtl/>
        </w:rPr>
        <w:t>حوكمة</w:t>
      </w:r>
      <w:r w:rsidRPr="008E006D">
        <w:rPr>
          <w:rFonts w:cs="Sakkal Majalla"/>
          <w:sz w:val="36"/>
          <w:szCs w:val="38"/>
        </w:rPr>
        <w:t xml:space="preserve"> </w:t>
      </w:r>
      <w:r w:rsidRPr="008E006D">
        <w:rPr>
          <w:rFonts w:cs="Sakkal Majalla"/>
          <w:sz w:val="36"/>
          <w:szCs w:val="38"/>
          <w:rtl/>
        </w:rPr>
        <w:t>بيانات</w:t>
      </w:r>
      <w:r w:rsidRPr="008E006D">
        <w:rPr>
          <w:rFonts w:cs="Sakkal Majalla"/>
          <w:sz w:val="36"/>
          <w:szCs w:val="38"/>
        </w:rPr>
        <w:t xml:space="preserve"> </w:t>
      </w:r>
      <w:r w:rsidRPr="008E006D">
        <w:rPr>
          <w:rFonts w:cs="Sakkal Majalla"/>
          <w:sz w:val="36"/>
          <w:szCs w:val="38"/>
          <w:rtl/>
        </w:rPr>
        <w:t>واضحة</w:t>
      </w:r>
      <w:r w:rsidRPr="008E006D">
        <w:rPr>
          <w:rFonts w:cs="Sakkal Majalla"/>
          <w:sz w:val="36"/>
          <w:szCs w:val="38"/>
        </w:rPr>
        <w:t xml:space="preserve"> </w:t>
      </w:r>
      <w:r w:rsidRPr="008E006D">
        <w:rPr>
          <w:rFonts w:cs="Sakkal Majalla"/>
          <w:sz w:val="36"/>
          <w:szCs w:val="38"/>
          <w:rtl/>
        </w:rPr>
        <w:t>أو</w:t>
      </w:r>
      <w:r w:rsidRPr="008E006D">
        <w:rPr>
          <w:rFonts w:cs="Sakkal Majalla"/>
          <w:sz w:val="36"/>
          <w:szCs w:val="38"/>
        </w:rPr>
        <w:t xml:space="preserve"> </w:t>
      </w:r>
      <w:r w:rsidRPr="008E006D">
        <w:rPr>
          <w:rFonts w:cs="Sakkal Majalla"/>
          <w:sz w:val="36"/>
          <w:szCs w:val="38"/>
          <w:rtl/>
        </w:rPr>
        <w:t>دون</w:t>
      </w:r>
      <w:r w:rsidRPr="008E006D">
        <w:rPr>
          <w:rFonts w:cs="Sakkal Majalla"/>
          <w:sz w:val="36"/>
          <w:szCs w:val="38"/>
        </w:rPr>
        <w:t xml:space="preserve"> </w:t>
      </w:r>
      <w:r w:rsidRPr="008E006D">
        <w:rPr>
          <w:rFonts w:cs="Sakkal Majalla"/>
          <w:sz w:val="36"/>
          <w:szCs w:val="38"/>
          <w:rtl/>
        </w:rPr>
        <w:t>تدريب</w:t>
      </w:r>
      <w:r w:rsidRPr="008E006D">
        <w:rPr>
          <w:rFonts w:cs="Sakkal Majalla"/>
          <w:sz w:val="36"/>
          <w:szCs w:val="38"/>
        </w:rPr>
        <w:t xml:space="preserve"> </w:t>
      </w:r>
      <w:r w:rsidRPr="008E006D">
        <w:rPr>
          <w:rFonts w:cs="Sakkal Majalla"/>
          <w:sz w:val="36"/>
          <w:szCs w:val="38"/>
          <w:rtl/>
        </w:rPr>
        <w:t>كاف</w:t>
      </w:r>
      <w:r w:rsidRPr="008E006D">
        <w:rPr>
          <w:rFonts w:cs="Sakkal Majalla"/>
          <w:sz w:val="36"/>
          <w:szCs w:val="38"/>
        </w:rPr>
        <w:t xml:space="preserve"> </w:t>
      </w:r>
      <w:r w:rsidRPr="008E006D">
        <w:rPr>
          <w:rFonts w:cs="Sakkal Majalla"/>
          <w:sz w:val="36"/>
          <w:szCs w:val="38"/>
          <w:rtl/>
        </w:rPr>
        <w:t>قد</w:t>
      </w:r>
      <w:r w:rsidRPr="008E006D">
        <w:rPr>
          <w:rFonts w:cs="Sakkal Majalla"/>
          <w:sz w:val="36"/>
          <w:szCs w:val="38"/>
        </w:rPr>
        <w:t xml:space="preserve"> </w:t>
      </w:r>
      <w:r w:rsidRPr="008E006D">
        <w:rPr>
          <w:rFonts w:cs="Sakkal Majalla"/>
          <w:sz w:val="36"/>
          <w:szCs w:val="38"/>
          <w:rtl/>
        </w:rPr>
        <w:t>يؤدي</w:t>
      </w:r>
      <w:r w:rsidRPr="008E006D">
        <w:rPr>
          <w:rFonts w:cs="Sakkal Majalla"/>
          <w:sz w:val="36"/>
          <w:szCs w:val="38"/>
        </w:rPr>
        <w:t xml:space="preserve"> </w:t>
      </w:r>
      <w:r w:rsidRPr="008E006D">
        <w:rPr>
          <w:rFonts w:cs="Sakkal Majalla"/>
          <w:sz w:val="36"/>
          <w:szCs w:val="38"/>
          <w:rtl/>
        </w:rPr>
        <w:t>إلى</w:t>
      </w:r>
      <w:r w:rsidRPr="008E006D">
        <w:rPr>
          <w:rFonts w:cs="Sakkal Majalla"/>
          <w:sz w:val="36"/>
          <w:szCs w:val="38"/>
        </w:rPr>
        <w:t xml:space="preserve"> </w:t>
      </w:r>
      <w:r w:rsidRPr="008E006D">
        <w:rPr>
          <w:rFonts w:cs="Sakkal Majalla"/>
          <w:sz w:val="36"/>
          <w:szCs w:val="38"/>
          <w:rtl/>
        </w:rPr>
        <w:t>نتائج</w:t>
      </w:r>
      <w:r w:rsidRPr="008E006D">
        <w:rPr>
          <w:rFonts w:cs="Sakkal Majalla"/>
          <w:sz w:val="36"/>
          <w:szCs w:val="38"/>
        </w:rPr>
        <w:t xml:space="preserve"> </w:t>
      </w:r>
      <w:r w:rsidRPr="008E006D">
        <w:rPr>
          <w:rFonts w:cs="Sakkal Majalla"/>
          <w:sz w:val="36"/>
          <w:szCs w:val="38"/>
          <w:rtl/>
        </w:rPr>
        <w:t>محدودة</w:t>
      </w:r>
      <w:r w:rsidRPr="008E006D">
        <w:rPr>
          <w:rFonts w:cs="Sakkal Majalla"/>
          <w:sz w:val="36"/>
          <w:szCs w:val="38"/>
        </w:rPr>
        <w:t xml:space="preserve">. </w:t>
      </w:r>
      <w:r w:rsidRPr="008E006D">
        <w:rPr>
          <w:rFonts w:cs="Sakkal Majalla"/>
          <w:sz w:val="36"/>
          <w:szCs w:val="38"/>
          <w:rtl/>
        </w:rPr>
        <w:t>لذلك</w:t>
      </w:r>
      <w:r w:rsidRPr="008E006D">
        <w:rPr>
          <w:rFonts w:cs="Sakkal Majalla"/>
          <w:sz w:val="36"/>
          <w:szCs w:val="38"/>
        </w:rPr>
        <w:t xml:space="preserve"> </w:t>
      </w:r>
      <w:r w:rsidRPr="008E006D">
        <w:rPr>
          <w:rFonts w:cs="Sakkal Majalla"/>
          <w:sz w:val="36"/>
          <w:szCs w:val="38"/>
          <w:rtl/>
        </w:rPr>
        <w:t>ينبغي</w:t>
      </w:r>
      <w:r w:rsidRPr="008E006D">
        <w:rPr>
          <w:rFonts w:cs="Sakkal Majalla"/>
          <w:sz w:val="36"/>
          <w:szCs w:val="38"/>
        </w:rPr>
        <w:t xml:space="preserve"> </w:t>
      </w:r>
      <w:r w:rsidRPr="008E006D">
        <w:rPr>
          <w:rFonts w:cs="Sakkal Majalla"/>
          <w:sz w:val="36"/>
          <w:szCs w:val="38"/>
          <w:rtl/>
        </w:rPr>
        <w:t>أن</w:t>
      </w:r>
      <w:r w:rsidRPr="008E006D">
        <w:rPr>
          <w:rFonts w:cs="Sakkal Majalla"/>
          <w:sz w:val="36"/>
          <w:szCs w:val="38"/>
        </w:rPr>
        <w:t xml:space="preserve"> </w:t>
      </w:r>
      <w:r w:rsidRPr="008E006D">
        <w:rPr>
          <w:rFonts w:cs="Sakkal Majalla"/>
          <w:sz w:val="36"/>
          <w:szCs w:val="38"/>
          <w:rtl/>
        </w:rPr>
        <w:t>تنظر</w:t>
      </w:r>
      <w:r w:rsidRPr="008E006D">
        <w:rPr>
          <w:rFonts w:cs="Sakkal Majalla"/>
          <w:sz w:val="36"/>
          <w:szCs w:val="38"/>
        </w:rPr>
        <w:t xml:space="preserve"> </w:t>
      </w:r>
      <w:r w:rsidRPr="008E006D">
        <w:rPr>
          <w:rFonts w:cs="Sakkal Majalla"/>
          <w:sz w:val="36"/>
          <w:szCs w:val="38"/>
          <w:rtl/>
        </w:rPr>
        <w:t>الجهات</w:t>
      </w:r>
      <w:r w:rsidRPr="008E006D">
        <w:rPr>
          <w:rFonts w:cs="Sakkal Majalla"/>
          <w:sz w:val="36"/>
          <w:szCs w:val="38"/>
        </w:rPr>
        <w:t xml:space="preserve"> </w:t>
      </w:r>
      <w:r w:rsidRPr="008E006D">
        <w:rPr>
          <w:rFonts w:cs="Sakkal Majalla"/>
          <w:sz w:val="36"/>
          <w:szCs w:val="38"/>
          <w:rtl/>
        </w:rPr>
        <w:t>الحكومية</w:t>
      </w:r>
      <w:r w:rsidRPr="008E006D">
        <w:rPr>
          <w:rFonts w:cs="Sakkal Majalla"/>
          <w:sz w:val="36"/>
          <w:szCs w:val="38"/>
        </w:rPr>
        <w:t xml:space="preserve"> </w:t>
      </w:r>
      <w:r w:rsidRPr="008E006D">
        <w:rPr>
          <w:rFonts w:cs="Sakkal Majalla"/>
          <w:sz w:val="36"/>
          <w:szCs w:val="38"/>
          <w:rtl/>
        </w:rPr>
        <w:t>إلى</w:t>
      </w:r>
      <w:r w:rsidRPr="008E006D">
        <w:rPr>
          <w:rFonts w:cs="Sakkal Majalla"/>
          <w:sz w:val="36"/>
          <w:szCs w:val="38"/>
        </w:rPr>
        <w:t xml:space="preserve"> </w:t>
      </w:r>
      <w:r w:rsidRPr="008E006D">
        <w:rPr>
          <w:rFonts w:cs="Sakkal Majalla"/>
          <w:sz w:val="36"/>
          <w:szCs w:val="38"/>
          <w:rtl/>
        </w:rPr>
        <w:t>التقنيات</w:t>
      </w:r>
      <w:r w:rsidRPr="008E006D">
        <w:rPr>
          <w:rFonts w:cs="Sakkal Majalla"/>
          <w:sz w:val="36"/>
          <w:szCs w:val="38"/>
        </w:rPr>
        <w:t xml:space="preserve"> </w:t>
      </w:r>
      <w:r w:rsidRPr="008E006D">
        <w:rPr>
          <w:rFonts w:cs="Sakkal Majalla"/>
          <w:sz w:val="36"/>
          <w:szCs w:val="38"/>
          <w:rtl/>
        </w:rPr>
        <w:t>الذكية</w:t>
      </w:r>
      <w:r w:rsidRPr="008E006D">
        <w:rPr>
          <w:rFonts w:cs="Sakkal Majalla"/>
          <w:sz w:val="36"/>
          <w:szCs w:val="38"/>
        </w:rPr>
        <w:t xml:space="preserve"> </w:t>
      </w:r>
      <w:r w:rsidRPr="008E006D">
        <w:rPr>
          <w:rFonts w:cs="Sakkal Majalla"/>
          <w:sz w:val="36"/>
          <w:szCs w:val="38"/>
          <w:rtl/>
        </w:rPr>
        <w:t>بوصفها</w:t>
      </w:r>
      <w:r w:rsidRPr="008E006D">
        <w:rPr>
          <w:rFonts w:cs="Sakkal Majalla"/>
          <w:sz w:val="36"/>
          <w:szCs w:val="38"/>
        </w:rPr>
        <w:t xml:space="preserve"> </w:t>
      </w:r>
      <w:r w:rsidRPr="008E006D">
        <w:rPr>
          <w:rFonts w:cs="Sakkal Majalla"/>
          <w:sz w:val="36"/>
          <w:szCs w:val="38"/>
          <w:rtl/>
        </w:rPr>
        <w:t>مرحلة</w:t>
      </w:r>
      <w:r w:rsidRPr="008E006D">
        <w:rPr>
          <w:rFonts w:cs="Sakkal Majalla"/>
          <w:sz w:val="36"/>
          <w:szCs w:val="38"/>
        </w:rPr>
        <w:t xml:space="preserve"> </w:t>
      </w:r>
      <w:r w:rsidRPr="008E006D">
        <w:rPr>
          <w:rFonts w:cs="Sakkal Majalla"/>
          <w:sz w:val="36"/>
          <w:szCs w:val="38"/>
          <w:rtl/>
        </w:rPr>
        <w:t>متقدمة</w:t>
      </w:r>
      <w:r w:rsidRPr="008E006D">
        <w:rPr>
          <w:rFonts w:cs="Sakkal Majalla"/>
          <w:sz w:val="36"/>
          <w:szCs w:val="38"/>
        </w:rPr>
        <w:t xml:space="preserve"> </w:t>
      </w:r>
      <w:r w:rsidRPr="008E006D">
        <w:rPr>
          <w:rFonts w:cs="Sakkal Majalla"/>
          <w:sz w:val="36"/>
          <w:szCs w:val="38"/>
          <w:rtl/>
        </w:rPr>
        <w:t>من</w:t>
      </w:r>
      <w:r w:rsidRPr="008E006D">
        <w:rPr>
          <w:rFonts w:cs="Sakkal Majalla"/>
          <w:sz w:val="36"/>
          <w:szCs w:val="38"/>
        </w:rPr>
        <w:t xml:space="preserve"> </w:t>
      </w:r>
      <w:r w:rsidRPr="008E006D">
        <w:rPr>
          <w:rFonts w:cs="Sakkal Majalla"/>
          <w:sz w:val="36"/>
          <w:szCs w:val="38"/>
          <w:rtl/>
        </w:rPr>
        <w:t>النضج</w:t>
      </w:r>
      <w:r w:rsidRPr="008E006D">
        <w:rPr>
          <w:rFonts w:cs="Sakkal Majalla"/>
          <w:sz w:val="36"/>
          <w:szCs w:val="38"/>
        </w:rPr>
        <w:t xml:space="preserve"> </w:t>
      </w:r>
      <w:r w:rsidRPr="008E006D">
        <w:rPr>
          <w:rFonts w:cs="Sakkal Majalla"/>
          <w:sz w:val="36"/>
          <w:szCs w:val="38"/>
          <w:rtl/>
        </w:rPr>
        <w:t>الرقمي،</w:t>
      </w:r>
      <w:r w:rsidRPr="008E006D">
        <w:rPr>
          <w:rFonts w:cs="Sakkal Majalla"/>
          <w:sz w:val="36"/>
          <w:szCs w:val="38"/>
        </w:rPr>
        <w:t xml:space="preserve"> </w:t>
      </w:r>
      <w:r w:rsidRPr="008E006D">
        <w:rPr>
          <w:rFonts w:cs="Sakkal Majalla"/>
          <w:sz w:val="36"/>
          <w:szCs w:val="38"/>
          <w:rtl/>
        </w:rPr>
        <w:t>لا</w:t>
      </w:r>
      <w:r w:rsidRPr="008E006D">
        <w:rPr>
          <w:rFonts w:cs="Sakkal Majalla"/>
          <w:sz w:val="36"/>
          <w:szCs w:val="38"/>
        </w:rPr>
        <w:t xml:space="preserve"> </w:t>
      </w:r>
      <w:r w:rsidRPr="008E006D">
        <w:rPr>
          <w:rFonts w:cs="Sakkal Majalla"/>
          <w:sz w:val="36"/>
          <w:szCs w:val="38"/>
          <w:rtl/>
        </w:rPr>
        <w:t>بديلًا</w:t>
      </w:r>
      <w:r w:rsidRPr="008E006D">
        <w:rPr>
          <w:rFonts w:cs="Sakkal Majalla"/>
          <w:sz w:val="36"/>
          <w:szCs w:val="38"/>
        </w:rPr>
        <w:t xml:space="preserve"> </w:t>
      </w:r>
      <w:r w:rsidRPr="008E006D">
        <w:rPr>
          <w:rFonts w:cs="Sakkal Majalla"/>
          <w:sz w:val="36"/>
          <w:szCs w:val="38"/>
          <w:rtl/>
        </w:rPr>
        <w:t>عن</w:t>
      </w:r>
      <w:r w:rsidRPr="008E006D">
        <w:rPr>
          <w:rFonts w:cs="Sakkal Majalla"/>
          <w:sz w:val="36"/>
          <w:szCs w:val="38"/>
        </w:rPr>
        <w:t xml:space="preserve"> </w:t>
      </w:r>
      <w:r w:rsidRPr="008E006D">
        <w:rPr>
          <w:rFonts w:cs="Sakkal Majalla"/>
          <w:sz w:val="36"/>
          <w:szCs w:val="38"/>
          <w:rtl/>
        </w:rPr>
        <w:t>البنية</w:t>
      </w:r>
      <w:r w:rsidRPr="008E006D">
        <w:rPr>
          <w:rFonts w:cs="Sakkal Majalla"/>
          <w:sz w:val="36"/>
          <w:szCs w:val="38"/>
        </w:rPr>
        <w:t xml:space="preserve"> </w:t>
      </w:r>
      <w:r w:rsidRPr="008E006D">
        <w:rPr>
          <w:rFonts w:cs="Sakkal Majalla"/>
          <w:sz w:val="36"/>
          <w:szCs w:val="38"/>
          <w:rtl/>
        </w:rPr>
        <w:t>الأساسية</w:t>
      </w:r>
      <w:r w:rsidRPr="008E006D">
        <w:rPr>
          <w:rFonts w:cs="Sakkal Majalla"/>
          <w:sz w:val="36"/>
          <w:szCs w:val="38"/>
        </w:rPr>
        <w:t xml:space="preserve"> </w:t>
      </w:r>
      <w:r w:rsidRPr="008E006D">
        <w:rPr>
          <w:rFonts w:cs="Sakkal Majalla"/>
          <w:sz w:val="36"/>
          <w:szCs w:val="38"/>
          <w:rtl/>
        </w:rPr>
        <w:t>والثقافة</w:t>
      </w:r>
      <w:r w:rsidRPr="008E006D">
        <w:rPr>
          <w:rFonts w:cs="Sakkal Majalla"/>
          <w:sz w:val="36"/>
          <w:szCs w:val="38"/>
        </w:rPr>
        <w:t xml:space="preserve"> </w:t>
      </w:r>
      <w:r w:rsidRPr="008E006D">
        <w:rPr>
          <w:rFonts w:cs="Sakkal Majalla"/>
          <w:sz w:val="36"/>
          <w:szCs w:val="38"/>
          <w:rtl/>
        </w:rPr>
        <w:t>والقيادة</w:t>
      </w:r>
      <w:r w:rsidRPr="008E006D">
        <w:rPr>
          <w:rFonts w:cs="Sakkal Majalla"/>
          <w:sz w:val="36"/>
          <w:szCs w:val="38"/>
        </w:rPr>
        <w:t>.</w:t>
      </w:r>
    </w:p>
    <w:p w14:paraId="38507D93" w14:textId="77777777" w:rsidR="008E2B08" w:rsidRDefault="008E2B08">
      <w:pPr>
        <w:bidi w:val="0"/>
        <w:spacing w:before="0" w:after="160" w:line="259" w:lineRule="auto"/>
        <w:ind w:firstLine="0"/>
        <w:jc w:val="left"/>
        <w:rPr>
          <w:rFonts w:cs="Sakkal Majalla"/>
          <w:b/>
          <w:bCs/>
          <w:sz w:val="36"/>
          <w:szCs w:val="38"/>
          <w:rtl/>
        </w:rPr>
      </w:pPr>
      <w:r>
        <w:rPr>
          <w:rFonts w:cs="Sakkal Majalla"/>
          <w:b/>
          <w:bCs/>
          <w:sz w:val="36"/>
          <w:szCs w:val="38"/>
          <w:rtl/>
        </w:rPr>
        <w:br w:type="page"/>
      </w:r>
    </w:p>
    <w:p w14:paraId="02EE54CF" w14:textId="77777777" w:rsidR="008E006D" w:rsidRPr="008E006D" w:rsidRDefault="008E006D" w:rsidP="008E2B08">
      <w:pPr>
        <w:ind w:firstLine="0"/>
        <w:jc w:val="center"/>
        <w:rPr>
          <w:rFonts w:cs="Sakkal Majalla"/>
          <w:bCs/>
          <w:sz w:val="36"/>
          <w:szCs w:val="38"/>
        </w:rPr>
      </w:pPr>
      <w:r w:rsidRPr="008E006D">
        <w:rPr>
          <w:rFonts w:cs="Sakkal Majalla"/>
          <w:b/>
          <w:bCs/>
          <w:sz w:val="36"/>
          <w:szCs w:val="38"/>
          <w:rtl/>
        </w:rPr>
        <w:lastRenderedPageBreak/>
        <w:t>جدول</w:t>
      </w:r>
      <w:r w:rsidRPr="008E006D">
        <w:rPr>
          <w:rFonts w:cs="Sakkal Majalla"/>
          <w:b/>
          <w:bCs/>
          <w:sz w:val="36"/>
          <w:szCs w:val="38"/>
        </w:rPr>
        <w:t xml:space="preserve"> (2-3</w:t>
      </w:r>
      <w:proofErr w:type="gramStart"/>
      <w:r w:rsidRPr="008E006D">
        <w:rPr>
          <w:rFonts w:cs="Sakkal Majalla"/>
          <w:b/>
          <w:bCs/>
          <w:sz w:val="36"/>
          <w:szCs w:val="38"/>
        </w:rPr>
        <w:t>)</w:t>
      </w:r>
      <w:r w:rsidR="008E2B08">
        <w:rPr>
          <w:rFonts w:cs="Sakkal Majalla" w:hint="cs"/>
          <w:b/>
          <w:bCs/>
          <w:sz w:val="36"/>
          <w:szCs w:val="38"/>
          <w:rtl/>
        </w:rPr>
        <w:t xml:space="preserve"> </w:t>
      </w:r>
      <w:r w:rsidRPr="008E006D">
        <w:rPr>
          <w:rFonts w:cs="Sakkal Majalla"/>
          <w:b/>
          <w:bCs/>
          <w:sz w:val="36"/>
          <w:szCs w:val="38"/>
        </w:rPr>
        <w:t>:</w:t>
      </w:r>
      <w:proofErr w:type="gramEnd"/>
      <w:r w:rsidR="008E2B08">
        <w:rPr>
          <w:rFonts w:cs="Sakkal Majalla" w:hint="cs"/>
          <w:b/>
          <w:bCs/>
          <w:sz w:val="36"/>
          <w:szCs w:val="38"/>
          <w:rtl/>
        </w:rPr>
        <w:t xml:space="preserve"> </w:t>
      </w:r>
      <w:r w:rsidRPr="008E006D">
        <w:rPr>
          <w:rFonts w:cs="Sakkal Majalla"/>
          <w:b/>
          <w:bCs/>
          <w:sz w:val="36"/>
          <w:szCs w:val="38"/>
        </w:rPr>
        <w:t xml:space="preserve"> </w:t>
      </w:r>
      <w:r w:rsidRPr="008E006D">
        <w:rPr>
          <w:rFonts w:cs="Sakkal Majalla"/>
          <w:b/>
          <w:bCs/>
          <w:sz w:val="36"/>
          <w:szCs w:val="38"/>
          <w:rtl/>
        </w:rPr>
        <w:t>مؤشرات</w:t>
      </w:r>
      <w:r w:rsidRPr="008E006D">
        <w:rPr>
          <w:rFonts w:cs="Sakkal Majalla"/>
          <w:b/>
          <w:bCs/>
          <w:sz w:val="36"/>
          <w:szCs w:val="38"/>
        </w:rPr>
        <w:t xml:space="preserve"> </w:t>
      </w:r>
      <w:r w:rsidRPr="008E006D">
        <w:rPr>
          <w:rFonts w:cs="Sakkal Majalla"/>
          <w:b/>
          <w:bCs/>
          <w:sz w:val="36"/>
          <w:szCs w:val="38"/>
          <w:rtl/>
        </w:rPr>
        <w:t>تطبيق</w:t>
      </w:r>
      <w:r w:rsidRPr="008E006D">
        <w:rPr>
          <w:rFonts w:cs="Sakkal Majalla"/>
          <w:b/>
          <w:bCs/>
          <w:sz w:val="36"/>
          <w:szCs w:val="38"/>
        </w:rPr>
        <w:t xml:space="preserve"> </w:t>
      </w:r>
      <w:r w:rsidRPr="008E006D">
        <w:rPr>
          <w:rFonts w:cs="Sakkal Majalla"/>
          <w:b/>
          <w:bCs/>
          <w:sz w:val="36"/>
          <w:szCs w:val="38"/>
          <w:rtl/>
        </w:rPr>
        <w:t>أبعاد</w:t>
      </w:r>
      <w:r w:rsidRPr="008E006D">
        <w:rPr>
          <w:rFonts w:cs="Sakkal Majalla"/>
          <w:b/>
          <w:bCs/>
          <w:sz w:val="36"/>
          <w:szCs w:val="38"/>
        </w:rPr>
        <w:t xml:space="preserve"> </w:t>
      </w:r>
      <w:r w:rsidRPr="008E006D">
        <w:rPr>
          <w:rFonts w:cs="Sakkal Majalla"/>
          <w:b/>
          <w:bCs/>
          <w:sz w:val="36"/>
          <w:szCs w:val="38"/>
          <w:rtl/>
        </w:rPr>
        <w:t>التحول</w:t>
      </w:r>
      <w:r w:rsidRPr="008E006D">
        <w:rPr>
          <w:rFonts w:cs="Sakkal Majalla"/>
          <w:b/>
          <w:bCs/>
          <w:sz w:val="36"/>
          <w:szCs w:val="38"/>
        </w:rPr>
        <w:t xml:space="preserve"> </w:t>
      </w:r>
      <w:r w:rsidRPr="008E006D">
        <w:rPr>
          <w:rFonts w:cs="Sakkal Majalla"/>
          <w:b/>
          <w:bCs/>
          <w:sz w:val="36"/>
          <w:szCs w:val="38"/>
          <w:rtl/>
        </w:rPr>
        <w:t>الرقمي</w:t>
      </w:r>
      <w:r w:rsidRPr="008E006D">
        <w:rPr>
          <w:rFonts w:cs="Sakkal Majalla"/>
          <w:b/>
          <w:bCs/>
          <w:sz w:val="36"/>
          <w:szCs w:val="38"/>
        </w:rPr>
        <w:t xml:space="preserve"> </w:t>
      </w:r>
      <w:r w:rsidRPr="008E006D">
        <w:rPr>
          <w:rFonts w:cs="Sakkal Majalla"/>
          <w:b/>
          <w:bCs/>
          <w:sz w:val="36"/>
          <w:szCs w:val="38"/>
          <w:rtl/>
        </w:rPr>
        <w:t>في</w:t>
      </w:r>
      <w:r w:rsidRPr="008E006D">
        <w:rPr>
          <w:rFonts w:cs="Sakkal Majalla"/>
          <w:b/>
          <w:bCs/>
          <w:sz w:val="36"/>
          <w:szCs w:val="38"/>
        </w:rPr>
        <w:t xml:space="preserve"> </w:t>
      </w:r>
      <w:r w:rsidRPr="008E006D">
        <w:rPr>
          <w:rFonts w:cs="Sakkal Majalla"/>
          <w:b/>
          <w:bCs/>
          <w:sz w:val="36"/>
          <w:szCs w:val="38"/>
          <w:rtl/>
        </w:rPr>
        <w:t>إدارة</w:t>
      </w:r>
      <w:r w:rsidRPr="008E006D">
        <w:rPr>
          <w:rFonts w:cs="Sakkal Majalla"/>
          <w:b/>
          <w:bCs/>
          <w:sz w:val="36"/>
          <w:szCs w:val="38"/>
        </w:rPr>
        <w:t xml:space="preserve"> </w:t>
      </w:r>
      <w:r w:rsidRPr="008E006D">
        <w:rPr>
          <w:rFonts w:cs="Sakkal Majalla"/>
          <w:b/>
          <w:bCs/>
          <w:sz w:val="36"/>
          <w:szCs w:val="38"/>
          <w:rtl/>
        </w:rPr>
        <w:t>المشاريع</w:t>
      </w:r>
    </w:p>
    <w:tbl>
      <w:tblPr>
        <w:tblStyle w:val="TableGrid"/>
        <w:bidiVisual/>
        <w:tblW w:w="5000" w:type="pct"/>
        <w:jc w:val="center"/>
        <w:tblLook w:val="04A0" w:firstRow="1" w:lastRow="0" w:firstColumn="1" w:lastColumn="0" w:noHBand="0" w:noVBand="1"/>
      </w:tblPr>
      <w:tblGrid>
        <w:gridCol w:w="1864"/>
        <w:gridCol w:w="3731"/>
        <w:gridCol w:w="3465"/>
      </w:tblGrid>
      <w:tr w:rsidR="008E006D" w:rsidRPr="008E006D" w14:paraId="458698A1" w14:textId="77777777" w:rsidTr="008E2B08">
        <w:trPr>
          <w:jc w:val="center"/>
        </w:trPr>
        <w:tc>
          <w:tcPr>
            <w:tcW w:w="1029" w:type="pct"/>
            <w:shd w:val="clear" w:color="auto" w:fill="1F4E79"/>
            <w:tcMar>
              <w:top w:w="110" w:type="dxa"/>
              <w:left w:w="110" w:type="dxa"/>
              <w:bottom w:w="110" w:type="dxa"/>
              <w:right w:w="110" w:type="dxa"/>
            </w:tcMar>
            <w:vAlign w:val="center"/>
          </w:tcPr>
          <w:p w14:paraId="0C384BF7" w14:textId="77777777" w:rsidR="008E006D" w:rsidRPr="008E2B08" w:rsidRDefault="008E006D" w:rsidP="008E2B08">
            <w:pPr>
              <w:ind w:firstLine="0"/>
              <w:jc w:val="center"/>
              <w:rPr>
                <w:rFonts w:cs="Sakkal Majalla"/>
                <w:color w:val="FFFFFF" w:themeColor="background1"/>
                <w:sz w:val="36"/>
                <w:szCs w:val="38"/>
              </w:rPr>
            </w:pPr>
            <w:r w:rsidRPr="008E2B08">
              <w:rPr>
                <w:rFonts w:cs="Sakkal Majalla"/>
                <w:b/>
                <w:bCs/>
                <w:color w:val="FFFFFF" w:themeColor="background1"/>
                <w:sz w:val="36"/>
                <w:szCs w:val="38"/>
                <w:rtl/>
              </w:rPr>
              <w:t>البعد</w:t>
            </w:r>
          </w:p>
        </w:tc>
        <w:tc>
          <w:tcPr>
            <w:tcW w:w="2059" w:type="pct"/>
            <w:shd w:val="clear" w:color="auto" w:fill="1F4E79"/>
            <w:tcMar>
              <w:top w:w="110" w:type="dxa"/>
              <w:left w:w="110" w:type="dxa"/>
              <w:bottom w:w="110" w:type="dxa"/>
              <w:right w:w="110" w:type="dxa"/>
            </w:tcMar>
            <w:vAlign w:val="center"/>
          </w:tcPr>
          <w:p w14:paraId="66C6F023" w14:textId="77777777" w:rsidR="008E006D" w:rsidRPr="008E2B08" w:rsidRDefault="008E006D" w:rsidP="008E2B08">
            <w:pPr>
              <w:ind w:firstLine="0"/>
              <w:jc w:val="center"/>
              <w:rPr>
                <w:rFonts w:cs="Sakkal Majalla"/>
                <w:color w:val="FFFFFF" w:themeColor="background1"/>
                <w:sz w:val="36"/>
                <w:szCs w:val="38"/>
              </w:rPr>
            </w:pPr>
            <w:r w:rsidRPr="008E2B08">
              <w:rPr>
                <w:rFonts w:cs="Sakkal Majalla"/>
                <w:b/>
                <w:bCs/>
                <w:color w:val="FFFFFF" w:themeColor="background1"/>
                <w:sz w:val="36"/>
                <w:szCs w:val="38"/>
                <w:rtl/>
              </w:rPr>
              <w:t>مؤشرات</w:t>
            </w:r>
            <w:r w:rsidRPr="008E2B08">
              <w:rPr>
                <w:rFonts w:cs="Sakkal Majalla"/>
                <w:b/>
                <w:color w:val="FFFFFF" w:themeColor="background1"/>
                <w:sz w:val="36"/>
                <w:szCs w:val="38"/>
              </w:rPr>
              <w:t xml:space="preserve"> </w:t>
            </w:r>
            <w:r w:rsidRPr="008E2B08">
              <w:rPr>
                <w:rFonts w:cs="Sakkal Majalla"/>
                <w:b/>
                <w:bCs/>
                <w:color w:val="FFFFFF" w:themeColor="background1"/>
                <w:sz w:val="36"/>
                <w:szCs w:val="38"/>
                <w:rtl/>
              </w:rPr>
              <w:t>التطبيق</w:t>
            </w:r>
          </w:p>
        </w:tc>
        <w:tc>
          <w:tcPr>
            <w:tcW w:w="1912" w:type="pct"/>
            <w:shd w:val="clear" w:color="auto" w:fill="1F4E79"/>
            <w:tcMar>
              <w:top w:w="110" w:type="dxa"/>
              <w:left w:w="110" w:type="dxa"/>
              <w:bottom w:w="110" w:type="dxa"/>
              <w:right w:w="110" w:type="dxa"/>
            </w:tcMar>
            <w:vAlign w:val="center"/>
          </w:tcPr>
          <w:p w14:paraId="78F76264" w14:textId="77777777" w:rsidR="008E006D" w:rsidRPr="008E2B08" w:rsidRDefault="008E006D" w:rsidP="008E2B08">
            <w:pPr>
              <w:ind w:firstLine="0"/>
              <w:jc w:val="center"/>
              <w:rPr>
                <w:rFonts w:cs="Sakkal Majalla"/>
                <w:color w:val="FFFFFF" w:themeColor="background1"/>
                <w:sz w:val="36"/>
                <w:szCs w:val="38"/>
              </w:rPr>
            </w:pPr>
            <w:r w:rsidRPr="008E2B08">
              <w:rPr>
                <w:rFonts w:cs="Sakkal Majalla"/>
                <w:b/>
                <w:bCs/>
                <w:color w:val="FFFFFF" w:themeColor="background1"/>
                <w:sz w:val="36"/>
                <w:szCs w:val="38"/>
                <w:rtl/>
              </w:rPr>
              <w:t>الأثر</w:t>
            </w:r>
            <w:r w:rsidRPr="008E2B08">
              <w:rPr>
                <w:rFonts w:cs="Sakkal Majalla"/>
                <w:b/>
                <w:color w:val="FFFFFF" w:themeColor="background1"/>
                <w:sz w:val="36"/>
                <w:szCs w:val="38"/>
              </w:rPr>
              <w:t xml:space="preserve"> </w:t>
            </w:r>
            <w:r w:rsidRPr="008E2B08">
              <w:rPr>
                <w:rFonts w:cs="Sakkal Majalla"/>
                <w:b/>
                <w:bCs/>
                <w:color w:val="FFFFFF" w:themeColor="background1"/>
                <w:sz w:val="36"/>
                <w:szCs w:val="38"/>
                <w:rtl/>
              </w:rPr>
              <w:t>المتوقع</w:t>
            </w:r>
            <w:r w:rsidRPr="008E2B08">
              <w:rPr>
                <w:rFonts w:cs="Sakkal Majalla"/>
                <w:b/>
                <w:color w:val="FFFFFF" w:themeColor="background1"/>
                <w:sz w:val="36"/>
                <w:szCs w:val="38"/>
              </w:rPr>
              <w:t xml:space="preserve"> </w:t>
            </w:r>
            <w:r w:rsidRPr="008E2B08">
              <w:rPr>
                <w:rFonts w:cs="Sakkal Majalla"/>
                <w:b/>
                <w:bCs/>
                <w:color w:val="FFFFFF" w:themeColor="background1"/>
                <w:sz w:val="36"/>
                <w:szCs w:val="38"/>
                <w:rtl/>
              </w:rPr>
              <w:t>على</w:t>
            </w:r>
            <w:r w:rsidRPr="008E2B08">
              <w:rPr>
                <w:rFonts w:cs="Sakkal Majalla"/>
                <w:b/>
                <w:color w:val="FFFFFF" w:themeColor="background1"/>
                <w:sz w:val="36"/>
                <w:szCs w:val="38"/>
              </w:rPr>
              <w:t xml:space="preserve"> </w:t>
            </w:r>
            <w:r w:rsidRPr="008E2B08">
              <w:rPr>
                <w:rFonts w:cs="Sakkal Majalla"/>
                <w:b/>
                <w:bCs/>
                <w:color w:val="FFFFFF" w:themeColor="background1"/>
                <w:sz w:val="36"/>
                <w:szCs w:val="38"/>
                <w:rtl/>
              </w:rPr>
              <w:t>المشروع</w:t>
            </w:r>
          </w:p>
        </w:tc>
      </w:tr>
      <w:tr w:rsidR="008E006D" w:rsidRPr="008E006D" w14:paraId="1BA9CA44" w14:textId="77777777" w:rsidTr="008E2B08">
        <w:trPr>
          <w:jc w:val="center"/>
        </w:trPr>
        <w:tc>
          <w:tcPr>
            <w:tcW w:w="1029" w:type="pct"/>
            <w:shd w:val="clear" w:color="auto" w:fill="F2F6FA"/>
            <w:tcMar>
              <w:top w:w="110" w:type="dxa"/>
              <w:left w:w="110" w:type="dxa"/>
              <w:bottom w:w="110" w:type="dxa"/>
              <w:right w:w="110" w:type="dxa"/>
            </w:tcMar>
            <w:vAlign w:val="center"/>
          </w:tcPr>
          <w:p w14:paraId="579A2D88" w14:textId="77777777" w:rsidR="008E006D" w:rsidRPr="008E006D" w:rsidRDefault="008E006D" w:rsidP="008E2B08">
            <w:pPr>
              <w:ind w:firstLine="0"/>
              <w:jc w:val="center"/>
              <w:rPr>
                <w:rFonts w:cs="Sakkal Majalla"/>
                <w:sz w:val="36"/>
                <w:szCs w:val="38"/>
              </w:rPr>
            </w:pPr>
            <w:r w:rsidRPr="008E006D">
              <w:rPr>
                <w:rFonts w:cs="Sakkal Majalla"/>
                <w:sz w:val="36"/>
                <w:szCs w:val="38"/>
                <w:rtl/>
              </w:rPr>
              <w:t>البنية</w:t>
            </w:r>
            <w:r w:rsidRPr="008E006D">
              <w:rPr>
                <w:rFonts w:cs="Sakkal Majalla"/>
                <w:sz w:val="36"/>
                <w:szCs w:val="38"/>
              </w:rPr>
              <w:t xml:space="preserve"> </w:t>
            </w:r>
            <w:r w:rsidRPr="008E006D">
              <w:rPr>
                <w:rFonts w:cs="Sakkal Majalla"/>
                <w:sz w:val="36"/>
                <w:szCs w:val="38"/>
                <w:rtl/>
              </w:rPr>
              <w:t>التحتية</w:t>
            </w:r>
            <w:r w:rsidRPr="008E006D">
              <w:rPr>
                <w:rFonts w:cs="Sakkal Majalla"/>
                <w:sz w:val="36"/>
                <w:szCs w:val="38"/>
              </w:rPr>
              <w:t xml:space="preserve"> </w:t>
            </w:r>
            <w:r w:rsidRPr="008E006D">
              <w:rPr>
                <w:rFonts w:cs="Sakkal Majalla"/>
                <w:sz w:val="36"/>
                <w:szCs w:val="38"/>
                <w:rtl/>
              </w:rPr>
              <w:t>الرقمية</w:t>
            </w:r>
          </w:p>
        </w:tc>
        <w:tc>
          <w:tcPr>
            <w:tcW w:w="2059" w:type="pct"/>
            <w:shd w:val="clear" w:color="auto" w:fill="F2F6FA"/>
            <w:tcMar>
              <w:top w:w="110" w:type="dxa"/>
              <w:left w:w="110" w:type="dxa"/>
              <w:bottom w:w="110" w:type="dxa"/>
              <w:right w:w="110" w:type="dxa"/>
            </w:tcMar>
            <w:vAlign w:val="center"/>
          </w:tcPr>
          <w:p w14:paraId="50D19A77" w14:textId="77777777" w:rsidR="008E006D" w:rsidRPr="008E006D" w:rsidRDefault="008E006D" w:rsidP="008E2B08">
            <w:pPr>
              <w:ind w:firstLine="0"/>
              <w:jc w:val="center"/>
              <w:rPr>
                <w:rFonts w:cs="Sakkal Majalla"/>
                <w:sz w:val="36"/>
                <w:szCs w:val="38"/>
              </w:rPr>
            </w:pPr>
            <w:r w:rsidRPr="008E006D">
              <w:rPr>
                <w:rFonts w:cs="Sakkal Majalla"/>
                <w:sz w:val="36"/>
                <w:szCs w:val="38"/>
                <w:rtl/>
              </w:rPr>
              <w:t>أنظمة</w:t>
            </w:r>
            <w:r w:rsidRPr="008E006D">
              <w:rPr>
                <w:rFonts w:cs="Sakkal Majalla"/>
                <w:sz w:val="36"/>
                <w:szCs w:val="38"/>
              </w:rPr>
              <w:t xml:space="preserve"> </w:t>
            </w:r>
            <w:r w:rsidRPr="008E006D">
              <w:rPr>
                <w:rFonts w:cs="Sakkal Majalla"/>
                <w:sz w:val="36"/>
                <w:szCs w:val="38"/>
                <w:rtl/>
              </w:rPr>
              <w:t>إدارة</w:t>
            </w:r>
            <w:r w:rsidRPr="008E006D">
              <w:rPr>
                <w:rFonts w:cs="Sakkal Majalla"/>
                <w:sz w:val="36"/>
                <w:szCs w:val="38"/>
              </w:rPr>
              <w:t xml:space="preserve"> </w:t>
            </w:r>
            <w:r w:rsidRPr="008E006D">
              <w:rPr>
                <w:rFonts w:cs="Sakkal Majalla"/>
                <w:sz w:val="36"/>
                <w:szCs w:val="38"/>
                <w:rtl/>
              </w:rPr>
              <w:t>مشاريع،</w:t>
            </w:r>
            <w:r w:rsidRPr="008E006D">
              <w:rPr>
                <w:rFonts w:cs="Sakkal Majalla"/>
                <w:sz w:val="36"/>
                <w:szCs w:val="38"/>
              </w:rPr>
              <w:t xml:space="preserve"> </w:t>
            </w:r>
            <w:r w:rsidRPr="008E006D">
              <w:rPr>
                <w:rFonts w:cs="Sakkal Majalla"/>
                <w:sz w:val="36"/>
                <w:szCs w:val="38"/>
                <w:rtl/>
              </w:rPr>
              <w:t>تكامل</w:t>
            </w:r>
            <w:r w:rsidRPr="008E006D">
              <w:rPr>
                <w:rFonts w:cs="Sakkal Majalla"/>
                <w:sz w:val="36"/>
                <w:szCs w:val="38"/>
              </w:rPr>
              <w:t xml:space="preserve"> </w:t>
            </w:r>
            <w:r w:rsidRPr="008E006D">
              <w:rPr>
                <w:rFonts w:cs="Sakkal Majalla"/>
                <w:sz w:val="36"/>
                <w:szCs w:val="38"/>
                <w:rtl/>
              </w:rPr>
              <w:t>بيانات،</w:t>
            </w:r>
            <w:r w:rsidRPr="008E006D">
              <w:rPr>
                <w:rFonts w:cs="Sakkal Majalla"/>
                <w:sz w:val="36"/>
                <w:szCs w:val="38"/>
              </w:rPr>
              <w:t xml:space="preserve"> </w:t>
            </w:r>
            <w:r w:rsidRPr="008E006D">
              <w:rPr>
                <w:rFonts w:cs="Sakkal Majalla"/>
                <w:sz w:val="36"/>
                <w:szCs w:val="38"/>
                <w:rtl/>
              </w:rPr>
              <w:t>لوحات</w:t>
            </w:r>
            <w:r w:rsidRPr="008E006D">
              <w:rPr>
                <w:rFonts w:cs="Sakkal Majalla"/>
                <w:sz w:val="36"/>
                <w:szCs w:val="38"/>
              </w:rPr>
              <w:t xml:space="preserve"> </w:t>
            </w:r>
            <w:r w:rsidRPr="008E006D">
              <w:rPr>
                <w:rFonts w:cs="Sakkal Majalla"/>
                <w:sz w:val="36"/>
                <w:szCs w:val="38"/>
                <w:rtl/>
              </w:rPr>
              <w:t>مؤشرات،</w:t>
            </w:r>
            <w:r w:rsidRPr="008E006D">
              <w:rPr>
                <w:rFonts w:cs="Sakkal Majalla"/>
                <w:sz w:val="36"/>
                <w:szCs w:val="38"/>
              </w:rPr>
              <w:t xml:space="preserve"> </w:t>
            </w:r>
            <w:r w:rsidRPr="008E006D">
              <w:rPr>
                <w:rFonts w:cs="Sakkal Majalla"/>
                <w:sz w:val="36"/>
                <w:szCs w:val="38"/>
                <w:rtl/>
              </w:rPr>
              <w:t>أمن</w:t>
            </w:r>
            <w:r w:rsidRPr="008E006D">
              <w:rPr>
                <w:rFonts w:cs="Sakkal Majalla"/>
                <w:sz w:val="36"/>
                <w:szCs w:val="38"/>
              </w:rPr>
              <w:t xml:space="preserve"> </w:t>
            </w:r>
            <w:r w:rsidRPr="008E006D">
              <w:rPr>
                <w:rFonts w:cs="Sakkal Majalla"/>
                <w:sz w:val="36"/>
                <w:szCs w:val="38"/>
                <w:rtl/>
              </w:rPr>
              <w:t>معلومات</w:t>
            </w:r>
            <w:r w:rsidRPr="008E006D">
              <w:rPr>
                <w:rFonts w:cs="Sakkal Majalla"/>
                <w:sz w:val="36"/>
                <w:szCs w:val="38"/>
              </w:rPr>
              <w:t>.</w:t>
            </w:r>
          </w:p>
        </w:tc>
        <w:tc>
          <w:tcPr>
            <w:tcW w:w="1912" w:type="pct"/>
            <w:shd w:val="clear" w:color="auto" w:fill="F2F6FA"/>
            <w:tcMar>
              <w:top w:w="110" w:type="dxa"/>
              <w:left w:w="110" w:type="dxa"/>
              <w:bottom w:w="110" w:type="dxa"/>
              <w:right w:w="110" w:type="dxa"/>
            </w:tcMar>
            <w:vAlign w:val="center"/>
          </w:tcPr>
          <w:p w14:paraId="141F9BD4" w14:textId="77777777" w:rsidR="008E006D" w:rsidRPr="008E006D" w:rsidRDefault="008E006D" w:rsidP="008E2B08">
            <w:pPr>
              <w:ind w:firstLine="0"/>
              <w:jc w:val="center"/>
              <w:rPr>
                <w:rFonts w:cs="Sakkal Majalla"/>
                <w:sz w:val="36"/>
                <w:szCs w:val="38"/>
              </w:rPr>
            </w:pPr>
            <w:r w:rsidRPr="008E006D">
              <w:rPr>
                <w:rFonts w:cs="Sakkal Majalla"/>
                <w:sz w:val="36"/>
                <w:szCs w:val="38"/>
                <w:rtl/>
              </w:rPr>
              <w:t>تسريع</w:t>
            </w:r>
            <w:r w:rsidRPr="008E006D">
              <w:rPr>
                <w:rFonts w:cs="Sakkal Majalla"/>
                <w:sz w:val="36"/>
                <w:szCs w:val="38"/>
              </w:rPr>
              <w:t xml:space="preserve"> </w:t>
            </w:r>
            <w:r w:rsidRPr="008E006D">
              <w:rPr>
                <w:rFonts w:cs="Sakkal Majalla"/>
                <w:sz w:val="36"/>
                <w:szCs w:val="38"/>
                <w:rtl/>
              </w:rPr>
              <w:t>الوصول</w:t>
            </w:r>
            <w:r w:rsidRPr="008E006D">
              <w:rPr>
                <w:rFonts w:cs="Sakkal Majalla"/>
                <w:sz w:val="36"/>
                <w:szCs w:val="38"/>
              </w:rPr>
              <w:t xml:space="preserve"> </w:t>
            </w:r>
            <w:r w:rsidRPr="008E006D">
              <w:rPr>
                <w:rFonts w:cs="Sakkal Majalla"/>
                <w:sz w:val="36"/>
                <w:szCs w:val="38"/>
                <w:rtl/>
              </w:rPr>
              <w:t>للمعلومات،</w:t>
            </w:r>
            <w:r w:rsidRPr="008E006D">
              <w:rPr>
                <w:rFonts w:cs="Sakkal Majalla"/>
                <w:sz w:val="36"/>
                <w:szCs w:val="38"/>
              </w:rPr>
              <w:t xml:space="preserve"> </w:t>
            </w:r>
            <w:r w:rsidRPr="008E006D">
              <w:rPr>
                <w:rFonts w:cs="Sakkal Majalla"/>
                <w:sz w:val="36"/>
                <w:szCs w:val="38"/>
                <w:rtl/>
              </w:rPr>
              <w:t>تحسين</w:t>
            </w:r>
            <w:r w:rsidRPr="008E006D">
              <w:rPr>
                <w:rFonts w:cs="Sakkal Majalla"/>
                <w:sz w:val="36"/>
                <w:szCs w:val="38"/>
              </w:rPr>
              <w:t xml:space="preserve"> </w:t>
            </w:r>
            <w:r w:rsidRPr="008E006D">
              <w:rPr>
                <w:rFonts w:cs="Sakkal Majalla"/>
                <w:sz w:val="36"/>
                <w:szCs w:val="38"/>
                <w:rtl/>
              </w:rPr>
              <w:t>المتابعة،</w:t>
            </w:r>
            <w:r w:rsidRPr="008E006D">
              <w:rPr>
                <w:rFonts w:cs="Sakkal Majalla"/>
                <w:sz w:val="36"/>
                <w:szCs w:val="38"/>
              </w:rPr>
              <w:t xml:space="preserve"> </w:t>
            </w:r>
            <w:r w:rsidRPr="008E006D">
              <w:rPr>
                <w:rFonts w:cs="Sakkal Majalla"/>
                <w:sz w:val="36"/>
                <w:szCs w:val="38"/>
                <w:rtl/>
              </w:rPr>
              <w:t>تقليل</w:t>
            </w:r>
            <w:r w:rsidRPr="008E006D">
              <w:rPr>
                <w:rFonts w:cs="Sakkal Majalla"/>
                <w:sz w:val="36"/>
                <w:szCs w:val="38"/>
              </w:rPr>
              <w:t xml:space="preserve"> </w:t>
            </w:r>
            <w:r w:rsidRPr="008E006D">
              <w:rPr>
                <w:rFonts w:cs="Sakkal Majalla"/>
                <w:sz w:val="36"/>
                <w:szCs w:val="38"/>
                <w:rtl/>
              </w:rPr>
              <w:t>الازدواجية</w:t>
            </w:r>
            <w:r w:rsidRPr="008E006D">
              <w:rPr>
                <w:rFonts w:cs="Sakkal Majalla"/>
                <w:sz w:val="36"/>
                <w:szCs w:val="38"/>
              </w:rPr>
              <w:t>.</w:t>
            </w:r>
          </w:p>
        </w:tc>
      </w:tr>
      <w:tr w:rsidR="008E006D" w:rsidRPr="008E006D" w14:paraId="7932FF37" w14:textId="77777777" w:rsidTr="008E2B08">
        <w:trPr>
          <w:jc w:val="center"/>
        </w:trPr>
        <w:tc>
          <w:tcPr>
            <w:tcW w:w="1029" w:type="pct"/>
            <w:shd w:val="clear" w:color="auto" w:fill="FFFFFF"/>
            <w:tcMar>
              <w:top w:w="110" w:type="dxa"/>
              <w:left w:w="110" w:type="dxa"/>
              <w:bottom w:w="110" w:type="dxa"/>
              <w:right w:w="110" w:type="dxa"/>
            </w:tcMar>
            <w:vAlign w:val="center"/>
          </w:tcPr>
          <w:p w14:paraId="5BC159A9" w14:textId="77777777" w:rsidR="008E006D" w:rsidRPr="008E006D" w:rsidRDefault="008E006D" w:rsidP="008E2B08">
            <w:pPr>
              <w:ind w:firstLine="0"/>
              <w:jc w:val="center"/>
              <w:rPr>
                <w:rFonts w:cs="Sakkal Majalla"/>
                <w:sz w:val="36"/>
                <w:szCs w:val="38"/>
              </w:rPr>
            </w:pPr>
            <w:r w:rsidRPr="008E006D">
              <w:rPr>
                <w:rFonts w:cs="Sakkal Majalla"/>
                <w:sz w:val="36"/>
                <w:szCs w:val="38"/>
                <w:rtl/>
              </w:rPr>
              <w:t>الثقافة</w:t>
            </w:r>
            <w:r w:rsidRPr="008E006D">
              <w:rPr>
                <w:rFonts w:cs="Sakkal Majalla"/>
                <w:sz w:val="36"/>
                <w:szCs w:val="38"/>
              </w:rPr>
              <w:t xml:space="preserve"> </w:t>
            </w:r>
            <w:r w:rsidRPr="008E006D">
              <w:rPr>
                <w:rFonts w:cs="Sakkal Majalla"/>
                <w:sz w:val="36"/>
                <w:szCs w:val="38"/>
                <w:rtl/>
              </w:rPr>
              <w:t>الرقمية</w:t>
            </w:r>
          </w:p>
        </w:tc>
        <w:tc>
          <w:tcPr>
            <w:tcW w:w="2059" w:type="pct"/>
            <w:shd w:val="clear" w:color="auto" w:fill="FFFFFF"/>
            <w:tcMar>
              <w:top w:w="110" w:type="dxa"/>
              <w:left w:w="110" w:type="dxa"/>
              <w:bottom w:w="110" w:type="dxa"/>
              <w:right w:w="110" w:type="dxa"/>
            </w:tcMar>
            <w:vAlign w:val="center"/>
          </w:tcPr>
          <w:p w14:paraId="239982C3" w14:textId="77777777" w:rsidR="008E006D" w:rsidRPr="008E006D" w:rsidRDefault="008E006D" w:rsidP="008E2B08">
            <w:pPr>
              <w:ind w:firstLine="0"/>
              <w:jc w:val="center"/>
              <w:rPr>
                <w:rFonts w:cs="Sakkal Majalla"/>
                <w:sz w:val="36"/>
                <w:szCs w:val="38"/>
              </w:rPr>
            </w:pPr>
            <w:r w:rsidRPr="008E006D">
              <w:rPr>
                <w:rFonts w:cs="Sakkal Majalla"/>
                <w:sz w:val="36"/>
                <w:szCs w:val="38"/>
                <w:rtl/>
              </w:rPr>
              <w:t>تقبل</w:t>
            </w:r>
            <w:r w:rsidRPr="008E006D">
              <w:rPr>
                <w:rFonts w:cs="Sakkal Majalla"/>
                <w:sz w:val="36"/>
                <w:szCs w:val="38"/>
              </w:rPr>
              <w:t xml:space="preserve"> </w:t>
            </w:r>
            <w:r w:rsidRPr="008E006D">
              <w:rPr>
                <w:rFonts w:cs="Sakkal Majalla"/>
                <w:sz w:val="36"/>
                <w:szCs w:val="38"/>
                <w:rtl/>
              </w:rPr>
              <w:t>التغيير،</w:t>
            </w:r>
            <w:r w:rsidRPr="008E006D">
              <w:rPr>
                <w:rFonts w:cs="Sakkal Majalla"/>
                <w:sz w:val="36"/>
                <w:szCs w:val="38"/>
              </w:rPr>
              <w:t xml:space="preserve"> </w:t>
            </w:r>
            <w:r w:rsidRPr="008E006D">
              <w:rPr>
                <w:rFonts w:cs="Sakkal Majalla"/>
                <w:sz w:val="36"/>
                <w:szCs w:val="38"/>
                <w:rtl/>
              </w:rPr>
              <w:t>تدريب</w:t>
            </w:r>
            <w:r w:rsidRPr="008E006D">
              <w:rPr>
                <w:rFonts w:cs="Sakkal Majalla"/>
                <w:sz w:val="36"/>
                <w:szCs w:val="38"/>
              </w:rPr>
              <w:t xml:space="preserve"> </w:t>
            </w:r>
            <w:r w:rsidRPr="008E006D">
              <w:rPr>
                <w:rFonts w:cs="Sakkal Majalla"/>
                <w:sz w:val="36"/>
                <w:szCs w:val="38"/>
                <w:rtl/>
              </w:rPr>
              <w:t>مستمر،</w:t>
            </w:r>
            <w:r w:rsidRPr="008E006D">
              <w:rPr>
                <w:rFonts w:cs="Sakkal Majalla"/>
                <w:sz w:val="36"/>
                <w:szCs w:val="38"/>
              </w:rPr>
              <w:t xml:space="preserve"> </w:t>
            </w:r>
            <w:r w:rsidRPr="008E006D">
              <w:rPr>
                <w:rFonts w:cs="Sakkal Majalla"/>
                <w:sz w:val="36"/>
                <w:szCs w:val="38"/>
                <w:rtl/>
              </w:rPr>
              <w:t>مشاركة</w:t>
            </w:r>
            <w:r w:rsidRPr="008E006D">
              <w:rPr>
                <w:rFonts w:cs="Sakkal Majalla"/>
                <w:sz w:val="36"/>
                <w:szCs w:val="38"/>
              </w:rPr>
              <w:t xml:space="preserve"> </w:t>
            </w:r>
            <w:r w:rsidRPr="008E006D">
              <w:rPr>
                <w:rFonts w:cs="Sakkal Majalla"/>
                <w:sz w:val="36"/>
                <w:szCs w:val="38"/>
                <w:rtl/>
              </w:rPr>
              <w:t>معرفة،</w:t>
            </w:r>
            <w:r w:rsidRPr="008E006D">
              <w:rPr>
                <w:rFonts w:cs="Sakkal Majalla"/>
                <w:sz w:val="36"/>
                <w:szCs w:val="38"/>
              </w:rPr>
              <w:t xml:space="preserve"> </w:t>
            </w:r>
            <w:r w:rsidRPr="008E006D">
              <w:rPr>
                <w:rFonts w:cs="Sakkal Majalla"/>
                <w:sz w:val="36"/>
                <w:szCs w:val="38"/>
                <w:rtl/>
              </w:rPr>
              <w:t>استخدام</w:t>
            </w:r>
            <w:r w:rsidRPr="008E006D">
              <w:rPr>
                <w:rFonts w:cs="Sakkal Majalla"/>
                <w:sz w:val="36"/>
                <w:szCs w:val="38"/>
              </w:rPr>
              <w:t xml:space="preserve"> </w:t>
            </w:r>
            <w:r w:rsidRPr="008E006D">
              <w:rPr>
                <w:rFonts w:cs="Sakkal Majalla"/>
                <w:sz w:val="36"/>
                <w:szCs w:val="38"/>
                <w:rtl/>
              </w:rPr>
              <w:t>البيانات</w:t>
            </w:r>
            <w:r w:rsidRPr="008E006D">
              <w:rPr>
                <w:rFonts w:cs="Sakkal Majalla"/>
                <w:sz w:val="36"/>
                <w:szCs w:val="38"/>
              </w:rPr>
              <w:t xml:space="preserve"> </w:t>
            </w:r>
            <w:r w:rsidRPr="008E006D">
              <w:rPr>
                <w:rFonts w:cs="Sakkal Majalla"/>
                <w:sz w:val="36"/>
                <w:szCs w:val="38"/>
                <w:rtl/>
              </w:rPr>
              <w:t>في</w:t>
            </w:r>
            <w:r w:rsidRPr="008E006D">
              <w:rPr>
                <w:rFonts w:cs="Sakkal Majalla"/>
                <w:sz w:val="36"/>
                <w:szCs w:val="38"/>
              </w:rPr>
              <w:t xml:space="preserve"> </w:t>
            </w:r>
            <w:r w:rsidRPr="008E006D">
              <w:rPr>
                <w:rFonts w:cs="Sakkal Majalla"/>
                <w:sz w:val="36"/>
                <w:szCs w:val="38"/>
                <w:rtl/>
              </w:rPr>
              <w:t>الاجتماعات</w:t>
            </w:r>
            <w:r w:rsidRPr="008E006D">
              <w:rPr>
                <w:rFonts w:cs="Sakkal Majalla"/>
                <w:sz w:val="36"/>
                <w:szCs w:val="38"/>
              </w:rPr>
              <w:t>.</w:t>
            </w:r>
          </w:p>
        </w:tc>
        <w:tc>
          <w:tcPr>
            <w:tcW w:w="1912" w:type="pct"/>
            <w:shd w:val="clear" w:color="auto" w:fill="FFFFFF"/>
            <w:tcMar>
              <w:top w:w="110" w:type="dxa"/>
              <w:left w:w="110" w:type="dxa"/>
              <w:bottom w:w="110" w:type="dxa"/>
              <w:right w:w="110" w:type="dxa"/>
            </w:tcMar>
            <w:vAlign w:val="center"/>
          </w:tcPr>
          <w:p w14:paraId="533A2890" w14:textId="77777777" w:rsidR="008E006D" w:rsidRPr="008E006D" w:rsidRDefault="008E006D" w:rsidP="008E2B08">
            <w:pPr>
              <w:ind w:firstLine="0"/>
              <w:jc w:val="center"/>
              <w:rPr>
                <w:rFonts w:cs="Sakkal Majalla"/>
                <w:sz w:val="36"/>
                <w:szCs w:val="38"/>
              </w:rPr>
            </w:pPr>
            <w:r w:rsidRPr="008E006D">
              <w:rPr>
                <w:rFonts w:cs="Sakkal Majalla"/>
                <w:sz w:val="36"/>
                <w:szCs w:val="38"/>
                <w:rtl/>
              </w:rPr>
              <w:t>زيادة</w:t>
            </w:r>
            <w:r w:rsidRPr="008E006D">
              <w:rPr>
                <w:rFonts w:cs="Sakkal Majalla"/>
                <w:sz w:val="36"/>
                <w:szCs w:val="38"/>
              </w:rPr>
              <w:t xml:space="preserve"> </w:t>
            </w:r>
            <w:r w:rsidRPr="008E006D">
              <w:rPr>
                <w:rFonts w:cs="Sakkal Majalla"/>
                <w:sz w:val="36"/>
                <w:szCs w:val="38"/>
                <w:rtl/>
              </w:rPr>
              <w:t>الاستخدام</w:t>
            </w:r>
            <w:r w:rsidRPr="008E006D">
              <w:rPr>
                <w:rFonts w:cs="Sakkal Majalla"/>
                <w:sz w:val="36"/>
                <w:szCs w:val="38"/>
              </w:rPr>
              <w:t xml:space="preserve"> </w:t>
            </w:r>
            <w:r w:rsidRPr="008E006D">
              <w:rPr>
                <w:rFonts w:cs="Sakkal Majalla"/>
                <w:sz w:val="36"/>
                <w:szCs w:val="38"/>
                <w:rtl/>
              </w:rPr>
              <w:t>الفعلي</w:t>
            </w:r>
            <w:r w:rsidRPr="008E006D">
              <w:rPr>
                <w:rFonts w:cs="Sakkal Majalla"/>
                <w:sz w:val="36"/>
                <w:szCs w:val="38"/>
              </w:rPr>
              <w:t xml:space="preserve"> </w:t>
            </w:r>
            <w:r w:rsidRPr="008E006D">
              <w:rPr>
                <w:rFonts w:cs="Sakkal Majalla"/>
                <w:sz w:val="36"/>
                <w:szCs w:val="38"/>
                <w:rtl/>
              </w:rPr>
              <w:t>للأنظمة</w:t>
            </w:r>
            <w:r w:rsidRPr="008E006D">
              <w:rPr>
                <w:rFonts w:cs="Sakkal Majalla"/>
                <w:sz w:val="36"/>
                <w:szCs w:val="38"/>
              </w:rPr>
              <w:t xml:space="preserve"> </w:t>
            </w:r>
            <w:r w:rsidRPr="008E006D">
              <w:rPr>
                <w:rFonts w:cs="Sakkal Majalla"/>
                <w:sz w:val="36"/>
                <w:szCs w:val="38"/>
                <w:rtl/>
              </w:rPr>
              <w:t>وتقليل</w:t>
            </w:r>
            <w:r w:rsidRPr="008E006D">
              <w:rPr>
                <w:rFonts w:cs="Sakkal Majalla"/>
                <w:sz w:val="36"/>
                <w:szCs w:val="38"/>
              </w:rPr>
              <w:t xml:space="preserve"> </w:t>
            </w:r>
            <w:r w:rsidRPr="008E006D">
              <w:rPr>
                <w:rFonts w:cs="Sakkal Majalla"/>
                <w:sz w:val="36"/>
                <w:szCs w:val="38"/>
                <w:rtl/>
              </w:rPr>
              <w:t>مقاومة</w:t>
            </w:r>
            <w:r w:rsidRPr="008E006D">
              <w:rPr>
                <w:rFonts w:cs="Sakkal Majalla"/>
                <w:sz w:val="36"/>
                <w:szCs w:val="38"/>
              </w:rPr>
              <w:t xml:space="preserve"> </w:t>
            </w:r>
            <w:r w:rsidRPr="008E006D">
              <w:rPr>
                <w:rFonts w:cs="Sakkal Majalla"/>
                <w:sz w:val="36"/>
                <w:szCs w:val="38"/>
                <w:rtl/>
              </w:rPr>
              <w:t>التغيير</w:t>
            </w:r>
            <w:r w:rsidRPr="008E006D">
              <w:rPr>
                <w:rFonts w:cs="Sakkal Majalla"/>
                <w:sz w:val="36"/>
                <w:szCs w:val="38"/>
              </w:rPr>
              <w:t>.</w:t>
            </w:r>
          </w:p>
        </w:tc>
      </w:tr>
      <w:tr w:rsidR="008E006D" w:rsidRPr="008E006D" w14:paraId="24A52B14" w14:textId="77777777" w:rsidTr="008E2B08">
        <w:trPr>
          <w:jc w:val="center"/>
        </w:trPr>
        <w:tc>
          <w:tcPr>
            <w:tcW w:w="1029" w:type="pct"/>
            <w:shd w:val="clear" w:color="auto" w:fill="F2F6FA"/>
            <w:tcMar>
              <w:top w:w="110" w:type="dxa"/>
              <w:left w:w="110" w:type="dxa"/>
              <w:bottom w:w="110" w:type="dxa"/>
              <w:right w:w="110" w:type="dxa"/>
            </w:tcMar>
            <w:vAlign w:val="center"/>
          </w:tcPr>
          <w:p w14:paraId="3475D831" w14:textId="77777777" w:rsidR="008E006D" w:rsidRPr="008E006D" w:rsidRDefault="008E006D" w:rsidP="008E2B08">
            <w:pPr>
              <w:ind w:firstLine="0"/>
              <w:jc w:val="center"/>
              <w:rPr>
                <w:rFonts w:cs="Sakkal Majalla"/>
                <w:sz w:val="36"/>
                <w:szCs w:val="38"/>
              </w:rPr>
            </w:pPr>
            <w:r w:rsidRPr="008E006D">
              <w:rPr>
                <w:rFonts w:cs="Sakkal Majalla"/>
                <w:sz w:val="36"/>
                <w:szCs w:val="38"/>
                <w:rtl/>
              </w:rPr>
              <w:t>القيادة</w:t>
            </w:r>
            <w:r w:rsidRPr="008E006D">
              <w:rPr>
                <w:rFonts w:cs="Sakkal Majalla"/>
                <w:sz w:val="36"/>
                <w:szCs w:val="38"/>
              </w:rPr>
              <w:t xml:space="preserve"> </w:t>
            </w:r>
            <w:r w:rsidRPr="008E006D">
              <w:rPr>
                <w:rFonts w:cs="Sakkal Majalla"/>
                <w:sz w:val="36"/>
                <w:szCs w:val="38"/>
                <w:rtl/>
              </w:rPr>
              <w:t>الرقمية</w:t>
            </w:r>
          </w:p>
        </w:tc>
        <w:tc>
          <w:tcPr>
            <w:tcW w:w="2059" w:type="pct"/>
            <w:shd w:val="clear" w:color="auto" w:fill="F2F6FA"/>
            <w:tcMar>
              <w:top w:w="110" w:type="dxa"/>
              <w:left w:w="110" w:type="dxa"/>
              <w:bottom w:w="110" w:type="dxa"/>
              <w:right w:w="110" w:type="dxa"/>
            </w:tcMar>
            <w:vAlign w:val="center"/>
          </w:tcPr>
          <w:p w14:paraId="27F3A958" w14:textId="77777777" w:rsidR="008E006D" w:rsidRPr="008E006D" w:rsidRDefault="008E006D" w:rsidP="008E2B08">
            <w:pPr>
              <w:ind w:firstLine="0"/>
              <w:jc w:val="center"/>
              <w:rPr>
                <w:rFonts w:cs="Sakkal Majalla"/>
                <w:sz w:val="36"/>
                <w:szCs w:val="38"/>
              </w:rPr>
            </w:pPr>
            <w:r w:rsidRPr="008E006D">
              <w:rPr>
                <w:rFonts w:cs="Sakkal Majalla"/>
                <w:sz w:val="36"/>
                <w:szCs w:val="38"/>
                <w:rtl/>
              </w:rPr>
              <w:t>رؤية</w:t>
            </w:r>
            <w:r w:rsidRPr="008E006D">
              <w:rPr>
                <w:rFonts w:cs="Sakkal Majalla"/>
                <w:sz w:val="36"/>
                <w:szCs w:val="38"/>
              </w:rPr>
              <w:t xml:space="preserve"> </w:t>
            </w:r>
            <w:r w:rsidRPr="008E006D">
              <w:rPr>
                <w:rFonts w:cs="Sakkal Majalla"/>
                <w:sz w:val="36"/>
                <w:szCs w:val="38"/>
                <w:rtl/>
              </w:rPr>
              <w:t>رقمية،</w:t>
            </w:r>
            <w:r w:rsidRPr="008E006D">
              <w:rPr>
                <w:rFonts w:cs="Sakkal Majalla"/>
                <w:sz w:val="36"/>
                <w:szCs w:val="38"/>
              </w:rPr>
              <w:t xml:space="preserve"> </w:t>
            </w:r>
            <w:r w:rsidRPr="008E006D">
              <w:rPr>
                <w:rFonts w:cs="Sakkal Majalla"/>
                <w:sz w:val="36"/>
                <w:szCs w:val="38"/>
                <w:rtl/>
              </w:rPr>
              <w:t>دعم</w:t>
            </w:r>
            <w:r w:rsidRPr="008E006D">
              <w:rPr>
                <w:rFonts w:cs="Sakkal Majalla"/>
                <w:sz w:val="36"/>
                <w:szCs w:val="38"/>
              </w:rPr>
              <w:t xml:space="preserve"> </w:t>
            </w:r>
            <w:r w:rsidRPr="008E006D">
              <w:rPr>
                <w:rFonts w:cs="Sakkal Majalla"/>
                <w:sz w:val="36"/>
                <w:szCs w:val="38"/>
                <w:rtl/>
              </w:rPr>
              <w:t>الموارد،</w:t>
            </w:r>
            <w:r w:rsidRPr="008E006D">
              <w:rPr>
                <w:rFonts w:cs="Sakkal Majalla"/>
                <w:sz w:val="36"/>
                <w:szCs w:val="38"/>
              </w:rPr>
              <w:t xml:space="preserve"> </w:t>
            </w:r>
            <w:r w:rsidRPr="008E006D">
              <w:rPr>
                <w:rFonts w:cs="Sakkal Majalla"/>
                <w:sz w:val="36"/>
                <w:szCs w:val="38"/>
                <w:rtl/>
              </w:rPr>
              <w:t>تمكين</w:t>
            </w:r>
            <w:r w:rsidRPr="008E006D">
              <w:rPr>
                <w:rFonts w:cs="Sakkal Majalla"/>
                <w:sz w:val="36"/>
                <w:szCs w:val="38"/>
              </w:rPr>
              <w:t xml:space="preserve"> </w:t>
            </w:r>
            <w:r w:rsidRPr="008E006D">
              <w:rPr>
                <w:rFonts w:cs="Sakkal Majalla"/>
                <w:sz w:val="36"/>
                <w:szCs w:val="38"/>
                <w:rtl/>
              </w:rPr>
              <w:t>الفرق،</w:t>
            </w:r>
            <w:r w:rsidRPr="008E006D">
              <w:rPr>
                <w:rFonts w:cs="Sakkal Majalla"/>
                <w:sz w:val="36"/>
                <w:szCs w:val="38"/>
              </w:rPr>
              <w:t xml:space="preserve"> </w:t>
            </w:r>
            <w:r w:rsidRPr="008E006D">
              <w:rPr>
                <w:rFonts w:cs="Sakkal Majalla"/>
                <w:sz w:val="36"/>
                <w:szCs w:val="38"/>
                <w:rtl/>
              </w:rPr>
              <w:t>قرارات</w:t>
            </w:r>
            <w:r w:rsidRPr="008E006D">
              <w:rPr>
                <w:rFonts w:cs="Sakkal Majalla"/>
                <w:sz w:val="36"/>
                <w:szCs w:val="38"/>
              </w:rPr>
              <w:t xml:space="preserve"> </w:t>
            </w:r>
            <w:r w:rsidRPr="008E006D">
              <w:rPr>
                <w:rFonts w:cs="Sakkal Majalla"/>
                <w:sz w:val="36"/>
                <w:szCs w:val="38"/>
                <w:rtl/>
              </w:rPr>
              <w:t>مبنية</w:t>
            </w:r>
            <w:r w:rsidRPr="008E006D">
              <w:rPr>
                <w:rFonts w:cs="Sakkal Majalla"/>
                <w:sz w:val="36"/>
                <w:szCs w:val="38"/>
              </w:rPr>
              <w:t xml:space="preserve"> </w:t>
            </w:r>
            <w:r w:rsidRPr="008E006D">
              <w:rPr>
                <w:rFonts w:cs="Sakkal Majalla"/>
                <w:sz w:val="36"/>
                <w:szCs w:val="38"/>
                <w:rtl/>
              </w:rPr>
              <w:t>على</w:t>
            </w:r>
            <w:r w:rsidRPr="008E006D">
              <w:rPr>
                <w:rFonts w:cs="Sakkal Majalla"/>
                <w:sz w:val="36"/>
                <w:szCs w:val="38"/>
              </w:rPr>
              <w:t xml:space="preserve"> </w:t>
            </w:r>
            <w:r w:rsidRPr="008E006D">
              <w:rPr>
                <w:rFonts w:cs="Sakkal Majalla"/>
                <w:sz w:val="36"/>
                <w:szCs w:val="38"/>
                <w:rtl/>
              </w:rPr>
              <w:t>البيانات</w:t>
            </w:r>
            <w:r w:rsidRPr="008E006D">
              <w:rPr>
                <w:rFonts w:cs="Sakkal Majalla"/>
                <w:sz w:val="36"/>
                <w:szCs w:val="38"/>
              </w:rPr>
              <w:t>.</w:t>
            </w:r>
          </w:p>
        </w:tc>
        <w:tc>
          <w:tcPr>
            <w:tcW w:w="1912" w:type="pct"/>
            <w:shd w:val="clear" w:color="auto" w:fill="F2F6FA"/>
            <w:tcMar>
              <w:top w:w="110" w:type="dxa"/>
              <w:left w:w="110" w:type="dxa"/>
              <w:bottom w:w="110" w:type="dxa"/>
              <w:right w:w="110" w:type="dxa"/>
            </w:tcMar>
            <w:vAlign w:val="center"/>
          </w:tcPr>
          <w:p w14:paraId="49B44AC4" w14:textId="77777777" w:rsidR="008E006D" w:rsidRPr="008E006D" w:rsidRDefault="008E006D" w:rsidP="008E2B08">
            <w:pPr>
              <w:ind w:firstLine="0"/>
              <w:jc w:val="center"/>
              <w:rPr>
                <w:rFonts w:cs="Sakkal Majalla"/>
                <w:sz w:val="36"/>
                <w:szCs w:val="38"/>
              </w:rPr>
            </w:pPr>
            <w:r w:rsidRPr="008E006D">
              <w:rPr>
                <w:rFonts w:cs="Sakkal Majalla"/>
                <w:sz w:val="36"/>
                <w:szCs w:val="38"/>
                <w:rtl/>
              </w:rPr>
              <w:t>توجيه</w:t>
            </w:r>
            <w:r w:rsidRPr="008E006D">
              <w:rPr>
                <w:rFonts w:cs="Sakkal Majalla"/>
                <w:sz w:val="36"/>
                <w:szCs w:val="38"/>
              </w:rPr>
              <w:t xml:space="preserve"> </w:t>
            </w:r>
            <w:r w:rsidRPr="008E006D">
              <w:rPr>
                <w:rFonts w:cs="Sakkal Majalla"/>
                <w:sz w:val="36"/>
                <w:szCs w:val="38"/>
                <w:rtl/>
              </w:rPr>
              <w:t>التحول</w:t>
            </w:r>
            <w:r w:rsidRPr="008E006D">
              <w:rPr>
                <w:rFonts w:cs="Sakkal Majalla"/>
                <w:sz w:val="36"/>
                <w:szCs w:val="38"/>
              </w:rPr>
              <w:t xml:space="preserve"> </w:t>
            </w:r>
            <w:r w:rsidRPr="008E006D">
              <w:rPr>
                <w:rFonts w:cs="Sakkal Majalla"/>
                <w:sz w:val="36"/>
                <w:szCs w:val="38"/>
                <w:rtl/>
              </w:rPr>
              <w:t>وربطه</w:t>
            </w:r>
            <w:r w:rsidRPr="008E006D">
              <w:rPr>
                <w:rFonts w:cs="Sakkal Majalla"/>
                <w:sz w:val="36"/>
                <w:szCs w:val="38"/>
              </w:rPr>
              <w:t xml:space="preserve"> </w:t>
            </w:r>
            <w:r w:rsidRPr="008E006D">
              <w:rPr>
                <w:rFonts w:cs="Sakkal Majalla"/>
                <w:sz w:val="36"/>
                <w:szCs w:val="38"/>
                <w:rtl/>
              </w:rPr>
              <w:t>بالأهداف</w:t>
            </w:r>
            <w:r w:rsidRPr="008E006D">
              <w:rPr>
                <w:rFonts w:cs="Sakkal Majalla"/>
                <w:sz w:val="36"/>
                <w:szCs w:val="38"/>
              </w:rPr>
              <w:t xml:space="preserve"> </w:t>
            </w:r>
            <w:r w:rsidRPr="008E006D">
              <w:rPr>
                <w:rFonts w:cs="Sakkal Majalla"/>
                <w:sz w:val="36"/>
                <w:szCs w:val="38"/>
                <w:rtl/>
              </w:rPr>
              <w:t>وتقليل</w:t>
            </w:r>
            <w:r w:rsidRPr="008E006D">
              <w:rPr>
                <w:rFonts w:cs="Sakkal Majalla"/>
                <w:sz w:val="36"/>
                <w:szCs w:val="38"/>
              </w:rPr>
              <w:t xml:space="preserve"> </w:t>
            </w:r>
            <w:r w:rsidRPr="008E006D">
              <w:rPr>
                <w:rFonts w:cs="Sakkal Majalla"/>
                <w:sz w:val="36"/>
                <w:szCs w:val="38"/>
                <w:rtl/>
              </w:rPr>
              <w:t>التعثر</w:t>
            </w:r>
            <w:r w:rsidRPr="008E006D">
              <w:rPr>
                <w:rFonts w:cs="Sakkal Majalla"/>
                <w:sz w:val="36"/>
                <w:szCs w:val="38"/>
              </w:rPr>
              <w:t>.</w:t>
            </w:r>
          </w:p>
        </w:tc>
      </w:tr>
      <w:tr w:rsidR="008E006D" w:rsidRPr="008E006D" w14:paraId="7257B883" w14:textId="77777777" w:rsidTr="008E2B08">
        <w:trPr>
          <w:jc w:val="center"/>
        </w:trPr>
        <w:tc>
          <w:tcPr>
            <w:tcW w:w="1029" w:type="pct"/>
            <w:shd w:val="clear" w:color="auto" w:fill="FFFFFF"/>
            <w:tcMar>
              <w:top w:w="110" w:type="dxa"/>
              <w:left w:w="110" w:type="dxa"/>
              <w:bottom w:w="110" w:type="dxa"/>
              <w:right w:w="110" w:type="dxa"/>
            </w:tcMar>
            <w:vAlign w:val="center"/>
          </w:tcPr>
          <w:p w14:paraId="6F726AFD" w14:textId="77777777" w:rsidR="008E006D" w:rsidRPr="008E006D" w:rsidRDefault="008E006D" w:rsidP="008E2B08">
            <w:pPr>
              <w:ind w:firstLine="0"/>
              <w:jc w:val="center"/>
              <w:rPr>
                <w:rFonts w:cs="Sakkal Majalla"/>
                <w:sz w:val="36"/>
                <w:szCs w:val="38"/>
              </w:rPr>
            </w:pPr>
            <w:r w:rsidRPr="008E006D">
              <w:rPr>
                <w:rFonts w:cs="Sakkal Majalla"/>
                <w:sz w:val="36"/>
                <w:szCs w:val="38"/>
                <w:rtl/>
              </w:rPr>
              <w:t>التقنيات</w:t>
            </w:r>
            <w:r w:rsidRPr="008E006D">
              <w:rPr>
                <w:rFonts w:cs="Sakkal Majalla"/>
                <w:sz w:val="36"/>
                <w:szCs w:val="38"/>
              </w:rPr>
              <w:t xml:space="preserve"> </w:t>
            </w:r>
            <w:r w:rsidRPr="008E006D">
              <w:rPr>
                <w:rFonts w:cs="Sakkal Majalla"/>
                <w:sz w:val="36"/>
                <w:szCs w:val="38"/>
                <w:rtl/>
              </w:rPr>
              <w:t>الذكية</w:t>
            </w:r>
          </w:p>
        </w:tc>
        <w:tc>
          <w:tcPr>
            <w:tcW w:w="2059" w:type="pct"/>
            <w:shd w:val="clear" w:color="auto" w:fill="FFFFFF"/>
            <w:tcMar>
              <w:top w:w="110" w:type="dxa"/>
              <w:left w:w="110" w:type="dxa"/>
              <w:bottom w:w="110" w:type="dxa"/>
              <w:right w:w="110" w:type="dxa"/>
            </w:tcMar>
            <w:vAlign w:val="center"/>
          </w:tcPr>
          <w:p w14:paraId="137F6C1E" w14:textId="77777777" w:rsidR="008E006D" w:rsidRPr="008E006D" w:rsidRDefault="008E006D" w:rsidP="008E2B08">
            <w:pPr>
              <w:ind w:firstLine="0"/>
              <w:jc w:val="center"/>
              <w:rPr>
                <w:rFonts w:cs="Sakkal Majalla"/>
                <w:sz w:val="36"/>
                <w:szCs w:val="38"/>
              </w:rPr>
            </w:pPr>
            <w:r w:rsidRPr="008E006D">
              <w:rPr>
                <w:rFonts w:cs="Sakkal Majalla"/>
                <w:sz w:val="36"/>
                <w:szCs w:val="38"/>
                <w:rtl/>
              </w:rPr>
              <w:t>تحليلات،</w:t>
            </w:r>
            <w:r w:rsidRPr="008E006D">
              <w:rPr>
                <w:rFonts w:cs="Sakkal Majalla"/>
                <w:sz w:val="36"/>
                <w:szCs w:val="38"/>
              </w:rPr>
              <w:t xml:space="preserve"> </w:t>
            </w:r>
            <w:r w:rsidRPr="008E006D">
              <w:rPr>
                <w:rFonts w:cs="Sakkal Majalla"/>
                <w:sz w:val="36"/>
                <w:szCs w:val="38"/>
                <w:rtl/>
              </w:rPr>
              <w:t>ذكاء</w:t>
            </w:r>
            <w:r w:rsidRPr="008E006D">
              <w:rPr>
                <w:rFonts w:cs="Sakkal Majalla"/>
                <w:sz w:val="36"/>
                <w:szCs w:val="38"/>
              </w:rPr>
              <w:t xml:space="preserve"> </w:t>
            </w:r>
            <w:r w:rsidRPr="008E006D">
              <w:rPr>
                <w:rFonts w:cs="Sakkal Majalla"/>
                <w:sz w:val="36"/>
                <w:szCs w:val="38"/>
                <w:rtl/>
              </w:rPr>
              <w:t>اصطناعي،</w:t>
            </w:r>
            <w:r w:rsidRPr="008E006D">
              <w:rPr>
                <w:rFonts w:cs="Sakkal Majalla"/>
                <w:sz w:val="36"/>
                <w:szCs w:val="38"/>
              </w:rPr>
              <w:t xml:space="preserve"> </w:t>
            </w:r>
            <w:r w:rsidRPr="008E006D">
              <w:rPr>
                <w:rFonts w:cs="Sakkal Majalla"/>
                <w:sz w:val="36"/>
                <w:szCs w:val="38"/>
                <w:rtl/>
              </w:rPr>
              <w:t>أتمتة،</w:t>
            </w:r>
            <w:r w:rsidRPr="008E006D">
              <w:rPr>
                <w:rFonts w:cs="Sakkal Majalla"/>
                <w:sz w:val="36"/>
                <w:szCs w:val="38"/>
              </w:rPr>
              <w:t xml:space="preserve"> </w:t>
            </w:r>
            <w:r w:rsidRPr="008E006D">
              <w:rPr>
                <w:rFonts w:cs="Sakkal Majalla"/>
                <w:sz w:val="36"/>
                <w:szCs w:val="38"/>
                <w:rtl/>
              </w:rPr>
              <w:t>تنبيهات</w:t>
            </w:r>
            <w:r w:rsidRPr="008E006D">
              <w:rPr>
                <w:rFonts w:cs="Sakkal Majalla"/>
                <w:sz w:val="36"/>
                <w:szCs w:val="38"/>
              </w:rPr>
              <w:t xml:space="preserve"> </w:t>
            </w:r>
            <w:r w:rsidRPr="008E006D">
              <w:rPr>
                <w:rFonts w:cs="Sakkal Majalla"/>
                <w:sz w:val="36"/>
                <w:szCs w:val="38"/>
                <w:rtl/>
              </w:rPr>
              <w:t>مبكرة</w:t>
            </w:r>
            <w:r w:rsidRPr="008E006D">
              <w:rPr>
                <w:rFonts w:cs="Sakkal Majalla"/>
                <w:sz w:val="36"/>
                <w:szCs w:val="38"/>
              </w:rPr>
              <w:t>.</w:t>
            </w:r>
          </w:p>
        </w:tc>
        <w:tc>
          <w:tcPr>
            <w:tcW w:w="1912" w:type="pct"/>
            <w:shd w:val="clear" w:color="auto" w:fill="FFFFFF"/>
            <w:tcMar>
              <w:top w:w="110" w:type="dxa"/>
              <w:left w:w="110" w:type="dxa"/>
              <w:bottom w:w="110" w:type="dxa"/>
              <w:right w:w="110" w:type="dxa"/>
            </w:tcMar>
            <w:vAlign w:val="center"/>
          </w:tcPr>
          <w:p w14:paraId="1A636649" w14:textId="77777777" w:rsidR="008E006D" w:rsidRPr="008E006D" w:rsidRDefault="008E006D" w:rsidP="008E2B08">
            <w:pPr>
              <w:ind w:firstLine="0"/>
              <w:jc w:val="center"/>
              <w:rPr>
                <w:rFonts w:cs="Sakkal Majalla"/>
                <w:sz w:val="36"/>
                <w:szCs w:val="38"/>
              </w:rPr>
            </w:pPr>
            <w:r w:rsidRPr="008E006D">
              <w:rPr>
                <w:rFonts w:cs="Sakkal Majalla"/>
                <w:sz w:val="36"/>
                <w:szCs w:val="38"/>
                <w:rtl/>
              </w:rPr>
              <w:t>تحسين</w:t>
            </w:r>
            <w:r w:rsidRPr="008E006D">
              <w:rPr>
                <w:rFonts w:cs="Sakkal Majalla"/>
                <w:sz w:val="36"/>
                <w:szCs w:val="38"/>
              </w:rPr>
              <w:t xml:space="preserve"> </w:t>
            </w:r>
            <w:r w:rsidRPr="008E006D">
              <w:rPr>
                <w:rFonts w:cs="Sakkal Majalla"/>
                <w:sz w:val="36"/>
                <w:szCs w:val="38"/>
                <w:rtl/>
              </w:rPr>
              <w:t>التنبؤ</w:t>
            </w:r>
            <w:r w:rsidRPr="008E006D">
              <w:rPr>
                <w:rFonts w:cs="Sakkal Majalla"/>
                <w:sz w:val="36"/>
                <w:szCs w:val="38"/>
              </w:rPr>
              <w:t xml:space="preserve"> </w:t>
            </w:r>
            <w:r w:rsidRPr="008E006D">
              <w:rPr>
                <w:rFonts w:cs="Sakkal Majalla"/>
                <w:sz w:val="36"/>
                <w:szCs w:val="38"/>
                <w:rtl/>
              </w:rPr>
              <w:t>بالمخاطر</w:t>
            </w:r>
            <w:r w:rsidRPr="008E006D">
              <w:rPr>
                <w:rFonts w:cs="Sakkal Majalla"/>
                <w:sz w:val="36"/>
                <w:szCs w:val="38"/>
              </w:rPr>
              <w:t xml:space="preserve"> </w:t>
            </w:r>
            <w:r w:rsidRPr="008E006D">
              <w:rPr>
                <w:rFonts w:cs="Sakkal Majalla"/>
                <w:sz w:val="36"/>
                <w:szCs w:val="38"/>
                <w:rtl/>
              </w:rPr>
              <w:t>والتكلفة</w:t>
            </w:r>
            <w:r w:rsidRPr="008E006D">
              <w:rPr>
                <w:rFonts w:cs="Sakkal Majalla"/>
                <w:sz w:val="36"/>
                <w:szCs w:val="38"/>
              </w:rPr>
              <w:t xml:space="preserve"> </w:t>
            </w:r>
            <w:r w:rsidRPr="008E006D">
              <w:rPr>
                <w:rFonts w:cs="Sakkal Majalla"/>
                <w:sz w:val="36"/>
                <w:szCs w:val="38"/>
                <w:rtl/>
              </w:rPr>
              <w:t>والجدول</w:t>
            </w:r>
            <w:r w:rsidRPr="008E006D">
              <w:rPr>
                <w:rFonts w:cs="Sakkal Majalla"/>
                <w:sz w:val="36"/>
                <w:szCs w:val="38"/>
              </w:rPr>
              <w:t xml:space="preserve"> </w:t>
            </w:r>
            <w:r w:rsidRPr="008E006D">
              <w:rPr>
                <w:rFonts w:cs="Sakkal Majalla"/>
                <w:sz w:val="36"/>
                <w:szCs w:val="38"/>
                <w:rtl/>
              </w:rPr>
              <w:t>الزمني</w:t>
            </w:r>
            <w:r w:rsidRPr="008E006D">
              <w:rPr>
                <w:rFonts w:cs="Sakkal Majalla"/>
                <w:sz w:val="36"/>
                <w:szCs w:val="38"/>
              </w:rPr>
              <w:t>.</w:t>
            </w:r>
          </w:p>
        </w:tc>
      </w:tr>
    </w:tbl>
    <w:p w14:paraId="2A4E6A0F" w14:textId="77777777" w:rsidR="008E006D" w:rsidRPr="008E006D" w:rsidRDefault="008E006D" w:rsidP="008E006D">
      <w:pPr>
        <w:ind w:firstLine="0"/>
        <w:rPr>
          <w:rFonts w:cs="Sakkal Majalla"/>
          <w:sz w:val="36"/>
          <w:szCs w:val="38"/>
        </w:rPr>
      </w:pPr>
      <w:r w:rsidRPr="008E006D">
        <w:rPr>
          <w:rFonts w:cs="Sakkal Majalla"/>
          <w:sz w:val="36"/>
          <w:szCs w:val="38"/>
          <w:rtl/>
        </w:rPr>
        <w:t>المصدر</w:t>
      </w:r>
      <w:r w:rsidRPr="008E006D">
        <w:rPr>
          <w:rFonts w:cs="Sakkal Majalla"/>
          <w:sz w:val="36"/>
          <w:szCs w:val="38"/>
        </w:rPr>
        <w:t xml:space="preserve">: </w:t>
      </w:r>
      <w:r w:rsidRPr="008E006D">
        <w:rPr>
          <w:rFonts w:cs="Sakkal Majalla"/>
          <w:sz w:val="36"/>
          <w:szCs w:val="38"/>
          <w:rtl/>
        </w:rPr>
        <w:t>إعداد</w:t>
      </w:r>
      <w:r w:rsidRPr="008E006D">
        <w:rPr>
          <w:rFonts w:cs="Sakkal Majalla"/>
          <w:sz w:val="36"/>
          <w:szCs w:val="38"/>
        </w:rPr>
        <w:t xml:space="preserve"> </w:t>
      </w:r>
      <w:r w:rsidRPr="008E006D">
        <w:rPr>
          <w:rFonts w:cs="Sakkal Majalla"/>
          <w:sz w:val="36"/>
          <w:szCs w:val="38"/>
          <w:rtl/>
        </w:rPr>
        <w:t>الباحثة</w:t>
      </w:r>
      <w:r w:rsidRPr="008E006D">
        <w:rPr>
          <w:rFonts w:cs="Sakkal Majalla"/>
          <w:sz w:val="36"/>
          <w:szCs w:val="38"/>
        </w:rPr>
        <w:t xml:space="preserve"> </w:t>
      </w:r>
      <w:r w:rsidRPr="008E006D">
        <w:rPr>
          <w:rFonts w:cs="Sakkal Majalla"/>
          <w:sz w:val="36"/>
          <w:szCs w:val="38"/>
          <w:rtl/>
        </w:rPr>
        <w:t>استنادًا</w:t>
      </w:r>
      <w:r w:rsidRPr="008E006D">
        <w:rPr>
          <w:rFonts w:cs="Sakkal Majalla"/>
          <w:sz w:val="36"/>
          <w:szCs w:val="38"/>
        </w:rPr>
        <w:t xml:space="preserve"> </w:t>
      </w:r>
      <w:r w:rsidRPr="008E006D">
        <w:rPr>
          <w:rFonts w:cs="Sakkal Majalla"/>
          <w:sz w:val="36"/>
          <w:szCs w:val="38"/>
          <w:rtl/>
        </w:rPr>
        <w:t>إلى</w:t>
      </w:r>
      <w:r w:rsidRPr="008E006D">
        <w:rPr>
          <w:rFonts w:cs="Sakkal Majalla"/>
          <w:sz w:val="36"/>
          <w:szCs w:val="38"/>
        </w:rPr>
        <w:t xml:space="preserve"> </w:t>
      </w:r>
      <w:r w:rsidRPr="008E006D">
        <w:rPr>
          <w:rFonts w:cs="Sakkal Majalla"/>
          <w:sz w:val="36"/>
          <w:szCs w:val="38"/>
          <w:rtl/>
        </w:rPr>
        <w:t>الأدبيات</w:t>
      </w:r>
      <w:r w:rsidRPr="008E006D">
        <w:rPr>
          <w:rFonts w:cs="Sakkal Majalla"/>
          <w:sz w:val="36"/>
          <w:szCs w:val="38"/>
        </w:rPr>
        <w:t xml:space="preserve"> </w:t>
      </w:r>
      <w:r w:rsidRPr="008E006D">
        <w:rPr>
          <w:rFonts w:cs="Sakkal Majalla"/>
          <w:sz w:val="36"/>
          <w:szCs w:val="38"/>
          <w:rtl/>
        </w:rPr>
        <w:t>ونتائج</w:t>
      </w:r>
      <w:r w:rsidRPr="008E006D">
        <w:rPr>
          <w:rFonts w:cs="Sakkal Majalla"/>
          <w:sz w:val="36"/>
          <w:szCs w:val="38"/>
        </w:rPr>
        <w:t xml:space="preserve"> </w:t>
      </w:r>
      <w:r w:rsidRPr="008E006D">
        <w:rPr>
          <w:rFonts w:cs="Sakkal Majalla"/>
          <w:sz w:val="36"/>
          <w:szCs w:val="38"/>
          <w:rtl/>
        </w:rPr>
        <w:t>التحليل</w:t>
      </w:r>
      <w:r w:rsidRPr="008E006D">
        <w:rPr>
          <w:rFonts w:cs="Sakkal Majalla"/>
          <w:sz w:val="36"/>
          <w:szCs w:val="38"/>
        </w:rPr>
        <w:t>.</w:t>
      </w:r>
    </w:p>
    <w:p w14:paraId="1D478DA7" w14:textId="77777777" w:rsidR="008E006D" w:rsidRPr="002D5B89" w:rsidRDefault="008E006D" w:rsidP="002D5B89">
      <w:pPr>
        <w:pStyle w:val="Heading1"/>
        <w:pageBreakBefore w:val="0"/>
        <w:spacing w:after="200" w:line="276" w:lineRule="auto"/>
        <w:rPr>
          <w:rFonts w:ascii="Sakkal Majalla" w:eastAsia="Noto Sans Arabic" w:hAnsi="Sakkal Majalla" w:cs="Sakkal Majalla"/>
          <w:b/>
          <w:bCs/>
          <w:color w:val="10365E"/>
          <w:sz w:val="38"/>
          <w:szCs w:val="38"/>
        </w:rPr>
      </w:pPr>
      <w:bookmarkStart w:id="18" w:name="_Toc234793632"/>
      <w:r w:rsidRPr="002D5B89">
        <w:rPr>
          <w:rFonts w:ascii="Sakkal Majalla" w:eastAsia="Noto Sans Arabic" w:hAnsi="Sakkal Majalla" w:cs="Sakkal Majalla"/>
          <w:b/>
          <w:bCs/>
          <w:color w:val="10365E"/>
          <w:sz w:val="38"/>
          <w:szCs w:val="38"/>
        </w:rPr>
        <w:t xml:space="preserve">2.6 </w:t>
      </w:r>
      <w:r w:rsidRPr="002D5B89">
        <w:rPr>
          <w:rFonts w:ascii="Sakkal Majalla" w:eastAsia="Noto Sans Arabic" w:hAnsi="Sakkal Majalla" w:cs="Sakkal Majalla"/>
          <w:b/>
          <w:bCs/>
          <w:color w:val="10365E"/>
          <w:sz w:val="38"/>
          <w:szCs w:val="38"/>
          <w:rtl/>
        </w:rPr>
        <w:t>نجاح</w:t>
      </w:r>
      <w:r w:rsidRPr="002D5B89">
        <w:rPr>
          <w:rFonts w:ascii="Sakkal Majalla" w:eastAsia="Noto Sans Arabic" w:hAnsi="Sakkal Majalla" w:cs="Sakkal Majalla"/>
          <w:b/>
          <w:bCs/>
          <w:color w:val="10365E"/>
          <w:sz w:val="38"/>
          <w:szCs w:val="38"/>
        </w:rPr>
        <w:t xml:space="preserve"> </w:t>
      </w:r>
      <w:r w:rsidRPr="002D5B89">
        <w:rPr>
          <w:rFonts w:ascii="Sakkal Majalla" w:eastAsia="Noto Sans Arabic" w:hAnsi="Sakkal Majalla" w:cs="Sakkal Majalla"/>
          <w:b/>
          <w:bCs/>
          <w:color w:val="10365E"/>
          <w:sz w:val="38"/>
          <w:szCs w:val="38"/>
          <w:rtl/>
        </w:rPr>
        <w:t>المشاريع</w:t>
      </w:r>
      <w:r w:rsidRPr="002D5B89">
        <w:rPr>
          <w:rFonts w:ascii="Sakkal Majalla" w:eastAsia="Noto Sans Arabic" w:hAnsi="Sakkal Majalla" w:cs="Sakkal Majalla"/>
          <w:b/>
          <w:bCs/>
          <w:color w:val="10365E"/>
          <w:sz w:val="38"/>
          <w:szCs w:val="38"/>
        </w:rPr>
        <w:t xml:space="preserve"> </w:t>
      </w:r>
      <w:r w:rsidRPr="002D5B89">
        <w:rPr>
          <w:rFonts w:ascii="Sakkal Majalla" w:eastAsia="Noto Sans Arabic" w:hAnsi="Sakkal Majalla" w:cs="Sakkal Majalla"/>
          <w:b/>
          <w:bCs/>
          <w:color w:val="10365E"/>
          <w:sz w:val="38"/>
          <w:szCs w:val="38"/>
          <w:rtl/>
        </w:rPr>
        <w:t>الحكومية</w:t>
      </w:r>
      <w:r w:rsidR="008E2B08" w:rsidRPr="002D5B89">
        <w:rPr>
          <w:rFonts w:ascii="Sakkal Majalla" w:eastAsia="Noto Sans Arabic" w:hAnsi="Sakkal Majalla" w:cs="Sakkal Majalla" w:hint="cs"/>
          <w:b/>
          <w:bCs/>
          <w:color w:val="10365E"/>
          <w:sz w:val="38"/>
          <w:szCs w:val="38"/>
          <w:rtl/>
        </w:rPr>
        <w:t>:</w:t>
      </w:r>
      <w:bookmarkEnd w:id="18"/>
      <w:r w:rsidR="008E2B08" w:rsidRPr="002D5B89">
        <w:rPr>
          <w:rFonts w:ascii="Sakkal Majalla" w:eastAsia="Noto Sans Arabic" w:hAnsi="Sakkal Majalla" w:cs="Sakkal Majalla" w:hint="cs"/>
          <w:b/>
          <w:bCs/>
          <w:color w:val="10365E"/>
          <w:sz w:val="38"/>
          <w:szCs w:val="38"/>
          <w:rtl/>
        </w:rPr>
        <w:t xml:space="preserve"> </w:t>
      </w:r>
    </w:p>
    <w:p w14:paraId="5D120F17" w14:textId="77777777" w:rsidR="008E006D" w:rsidRPr="008E006D" w:rsidRDefault="008E006D" w:rsidP="008E2B08">
      <w:pPr>
        <w:ind w:firstLine="720"/>
        <w:rPr>
          <w:rFonts w:cs="Sakkal Majalla"/>
          <w:sz w:val="36"/>
          <w:szCs w:val="38"/>
        </w:rPr>
      </w:pPr>
      <w:r w:rsidRPr="008E006D">
        <w:rPr>
          <w:rFonts w:cs="Sakkal Majalla"/>
          <w:sz w:val="36"/>
          <w:szCs w:val="38"/>
          <w:rtl/>
        </w:rPr>
        <w:t>كان</w:t>
      </w:r>
      <w:r w:rsidRPr="008E006D">
        <w:rPr>
          <w:rFonts w:cs="Sakkal Majalla"/>
          <w:sz w:val="36"/>
          <w:szCs w:val="38"/>
        </w:rPr>
        <w:t xml:space="preserve"> </w:t>
      </w:r>
      <w:r w:rsidRPr="008E006D">
        <w:rPr>
          <w:rFonts w:cs="Sakkal Majalla"/>
          <w:sz w:val="36"/>
          <w:szCs w:val="38"/>
          <w:rtl/>
        </w:rPr>
        <w:t>نجاح</w:t>
      </w:r>
      <w:r w:rsidRPr="008E006D">
        <w:rPr>
          <w:rFonts w:cs="Sakkal Majalla"/>
          <w:sz w:val="36"/>
          <w:szCs w:val="38"/>
        </w:rPr>
        <w:t xml:space="preserve"> </w:t>
      </w:r>
      <w:r w:rsidRPr="008E006D">
        <w:rPr>
          <w:rFonts w:cs="Sakkal Majalla"/>
          <w:sz w:val="36"/>
          <w:szCs w:val="38"/>
          <w:rtl/>
        </w:rPr>
        <w:t>المشروع</w:t>
      </w:r>
      <w:r w:rsidRPr="008E006D">
        <w:rPr>
          <w:rFonts w:cs="Sakkal Majalla"/>
          <w:sz w:val="36"/>
          <w:szCs w:val="38"/>
        </w:rPr>
        <w:t xml:space="preserve"> </w:t>
      </w:r>
      <w:r w:rsidRPr="008E006D">
        <w:rPr>
          <w:rFonts w:cs="Sakkal Majalla"/>
          <w:sz w:val="36"/>
          <w:szCs w:val="38"/>
          <w:rtl/>
        </w:rPr>
        <w:t>يقاس</w:t>
      </w:r>
      <w:r w:rsidRPr="008E006D">
        <w:rPr>
          <w:rFonts w:cs="Sakkal Majalla"/>
          <w:sz w:val="36"/>
          <w:szCs w:val="38"/>
        </w:rPr>
        <w:t xml:space="preserve"> </w:t>
      </w:r>
      <w:r w:rsidRPr="008E006D">
        <w:rPr>
          <w:rFonts w:cs="Sakkal Majalla"/>
          <w:sz w:val="36"/>
          <w:szCs w:val="38"/>
          <w:rtl/>
        </w:rPr>
        <w:t>تقليديًا</w:t>
      </w:r>
      <w:r w:rsidRPr="008E006D">
        <w:rPr>
          <w:rFonts w:cs="Sakkal Majalla"/>
          <w:sz w:val="36"/>
          <w:szCs w:val="38"/>
        </w:rPr>
        <w:t xml:space="preserve"> </w:t>
      </w:r>
      <w:r w:rsidRPr="008E006D">
        <w:rPr>
          <w:rFonts w:cs="Sakkal Majalla"/>
          <w:sz w:val="36"/>
          <w:szCs w:val="38"/>
          <w:rtl/>
        </w:rPr>
        <w:t>وفق</w:t>
      </w:r>
      <w:r w:rsidRPr="008E006D">
        <w:rPr>
          <w:rFonts w:cs="Sakkal Majalla"/>
          <w:sz w:val="36"/>
          <w:szCs w:val="38"/>
        </w:rPr>
        <w:t xml:space="preserve"> </w:t>
      </w:r>
      <w:r w:rsidRPr="008E006D">
        <w:rPr>
          <w:rFonts w:cs="Sakkal Majalla"/>
          <w:sz w:val="36"/>
          <w:szCs w:val="38"/>
          <w:rtl/>
        </w:rPr>
        <w:t>مثلث</w:t>
      </w:r>
      <w:r w:rsidRPr="008E006D">
        <w:rPr>
          <w:rFonts w:cs="Sakkal Majalla"/>
          <w:sz w:val="36"/>
          <w:szCs w:val="38"/>
        </w:rPr>
        <w:t xml:space="preserve"> </w:t>
      </w:r>
      <w:r w:rsidRPr="008E006D">
        <w:rPr>
          <w:rFonts w:cs="Sakkal Majalla"/>
          <w:sz w:val="36"/>
          <w:szCs w:val="38"/>
          <w:rtl/>
        </w:rPr>
        <w:t>الوقت</w:t>
      </w:r>
      <w:r w:rsidRPr="008E006D">
        <w:rPr>
          <w:rFonts w:cs="Sakkal Majalla"/>
          <w:sz w:val="36"/>
          <w:szCs w:val="38"/>
        </w:rPr>
        <w:t xml:space="preserve"> </w:t>
      </w:r>
      <w:r w:rsidRPr="008E006D">
        <w:rPr>
          <w:rFonts w:cs="Sakkal Majalla"/>
          <w:sz w:val="36"/>
          <w:szCs w:val="38"/>
          <w:rtl/>
        </w:rPr>
        <w:t>والتكلفة</w:t>
      </w:r>
      <w:r w:rsidRPr="008E006D">
        <w:rPr>
          <w:rFonts w:cs="Sakkal Majalla"/>
          <w:sz w:val="36"/>
          <w:szCs w:val="38"/>
        </w:rPr>
        <w:t xml:space="preserve"> </w:t>
      </w:r>
      <w:r w:rsidRPr="008E006D">
        <w:rPr>
          <w:rFonts w:cs="Sakkal Majalla"/>
          <w:sz w:val="36"/>
          <w:szCs w:val="38"/>
          <w:rtl/>
        </w:rPr>
        <w:t>والنطاق،</w:t>
      </w:r>
      <w:r w:rsidRPr="008E006D">
        <w:rPr>
          <w:rFonts w:cs="Sakkal Majalla"/>
          <w:sz w:val="36"/>
          <w:szCs w:val="38"/>
        </w:rPr>
        <w:t xml:space="preserve"> </w:t>
      </w:r>
      <w:r w:rsidRPr="008E006D">
        <w:rPr>
          <w:rFonts w:cs="Sakkal Majalla"/>
          <w:sz w:val="36"/>
          <w:szCs w:val="38"/>
          <w:rtl/>
        </w:rPr>
        <w:t>إلا</w:t>
      </w:r>
      <w:r w:rsidRPr="008E006D">
        <w:rPr>
          <w:rFonts w:cs="Sakkal Majalla"/>
          <w:sz w:val="36"/>
          <w:szCs w:val="38"/>
        </w:rPr>
        <w:t xml:space="preserve"> </w:t>
      </w:r>
      <w:r w:rsidRPr="008E006D">
        <w:rPr>
          <w:rFonts w:cs="Sakkal Majalla"/>
          <w:sz w:val="36"/>
          <w:szCs w:val="38"/>
          <w:rtl/>
        </w:rPr>
        <w:t>أن</w:t>
      </w:r>
      <w:r w:rsidRPr="008E006D">
        <w:rPr>
          <w:rFonts w:cs="Sakkal Majalla"/>
          <w:sz w:val="36"/>
          <w:szCs w:val="38"/>
        </w:rPr>
        <w:t xml:space="preserve"> </w:t>
      </w:r>
      <w:r w:rsidRPr="008E006D">
        <w:rPr>
          <w:rFonts w:cs="Sakkal Majalla"/>
          <w:sz w:val="36"/>
          <w:szCs w:val="38"/>
          <w:rtl/>
        </w:rPr>
        <w:t>الاتجاهات</w:t>
      </w:r>
      <w:r w:rsidRPr="008E006D">
        <w:rPr>
          <w:rFonts w:cs="Sakkal Majalla"/>
          <w:sz w:val="36"/>
          <w:szCs w:val="38"/>
        </w:rPr>
        <w:t xml:space="preserve"> </w:t>
      </w:r>
      <w:r w:rsidRPr="008E006D">
        <w:rPr>
          <w:rFonts w:cs="Sakkal Majalla"/>
          <w:sz w:val="36"/>
          <w:szCs w:val="38"/>
          <w:rtl/>
        </w:rPr>
        <w:t>الحديثة</w:t>
      </w:r>
      <w:r w:rsidRPr="008E006D">
        <w:rPr>
          <w:rFonts w:cs="Sakkal Majalla"/>
          <w:sz w:val="36"/>
          <w:szCs w:val="38"/>
        </w:rPr>
        <w:t xml:space="preserve"> </w:t>
      </w:r>
      <w:r w:rsidRPr="008E006D">
        <w:rPr>
          <w:rFonts w:cs="Sakkal Majalla"/>
          <w:sz w:val="36"/>
          <w:szCs w:val="38"/>
          <w:rtl/>
        </w:rPr>
        <w:t>في</w:t>
      </w:r>
      <w:r w:rsidRPr="008E006D">
        <w:rPr>
          <w:rFonts w:cs="Sakkal Majalla"/>
          <w:sz w:val="36"/>
          <w:szCs w:val="38"/>
        </w:rPr>
        <w:t xml:space="preserve"> </w:t>
      </w:r>
      <w:r w:rsidRPr="008E006D">
        <w:rPr>
          <w:rFonts w:cs="Sakkal Majalla"/>
          <w:sz w:val="36"/>
          <w:szCs w:val="38"/>
          <w:rtl/>
        </w:rPr>
        <w:t>إدارة</w:t>
      </w:r>
      <w:r w:rsidRPr="008E006D">
        <w:rPr>
          <w:rFonts w:cs="Sakkal Majalla"/>
          <w:sz w:val="36"/>
          <w:szCs w:val="38"/>
        </w:rPr>
        <w:t xml:space="preserve"> </w:t>
      </w:r>
      <w:r w:rsidRPr="008E006D">
        <w:rPr>
          <w:rFonts w:cs="Sakkal Majalla"/>
          <w:sz w:val="36"/>
          <w:szCs w:val="38"/>
          <w:rtl/>
        </w:rPr>
        <w:t>المشاريع</w:t>
      </w:r>
      <w:r w:rsidRPr="008E006D">
        <w:rPr>
          <w:rFonts w:cs="Sakkal Majalla"/>
          <w:sz w:val="36"/>
          <w:szCs w:val="38"/>
        </w:rPr>
        <w:t xml:space="preserve"> </w:t>
      </w:r>
      <w:r w:rsidRPr="008E006D">
        <w:rPr>
          <w:rFonts w:cs="Sakkal Majalla"/>
          <w:sz w:val="36"/>
          <w:szCs w:val="38"/>
          <w:rtl/>
        </w:rPr>
        <w:t>تؤكد</w:t>
      </w:r>
      <w:r w:rsidRPr="008E006D">
        <w:rPr>
          <w:rFonts w:cs="Sakkal Majalla"/>
          <w:sz w:val="36"/>
          <w:szCs w:val="38"/>
        </w:rPr>
        <w:t xml:space="preserve"> </w:t>
      </w:r>
      <w:r w:rsidRPr="008E006D">
        <w:rPr>
          <w:rFonts w:cs="Sakkal Majalla"/>
          <w:sz w:val="36"/>
          <w:szCs w:val="38"/>
          <w:rtl/>
        </w:rPr>
        <w:t>أن</w:t>
      </w:r>
      <w:r w:rsidRPr="008E006D">
        <w:rPr>
          <w:rFonts w:cs="Sakkal Majalla"/>
          <w:sz w:val="36"/>
          <w:szCs w:val="38"/>
        </w:rPr>
        <w:t xml:space="preserve"> </w:t>
      </w:r>
      <w:r w:rsidRPr="008E006D">
        <w:rPr>
          <w:rFonts w:cs="Sakkal Majalla"/>
          <w:sz w:val="36"/>
          <w:szCs w:val="38"/>
          <w:rtl/>
        </w:rPr>
        <w:t>النجاح</w:t>
      </w:r>
      <w:r w:rsidRPr="008E006D">
        <w:rPr>
          <w:rFonts w:cs="Sakkal Majalla"/>
          <w:sz w:val="36"/>
          <w:szCs w:val="38"/>
        </w:rPr>
        <w:t xml:space="preserve"> </w:t>
      </w:r>
      <w:r w:rsidRPr="008E006D">
        <w:rPr>
          <w:rFonts w:cs="Sakkal Majalla"/>
          <w:sz w:val="36"/>
          <w:szCs w:val="38"/>
          <w:rtl/>
        </w:rPr>
        <w:t>يتضمن</w:t>
      </w:r>
      <w:r w:rsidRPr="008E006D">
        <w:rPr>
          <w:rFonts w:cs="Sakkal Majalla"/>
          <w:sz w:val="36"/>
          <w:szCs w:val="38"/>
        </w:rPr>
        <w:t xml:space="preserve"> </w:t>
      </w:r>
      <w:r w:rsidRPr="008E006D">
        <w:rPr>
          <w:rFonts w:cs="Sakkal Majalla"/>
          <w:sz w:val="36"/>
          <w:szCs w:val="38"/>
          <w:rtl/>
        </w:rPr>
        <w:t>تحقيق</w:t>
      </w:r>
      <w:r w:rsidRPr="008E006D">
        <w:rPr>
          <w:rFonts w:cs="Sakkal Majalla"/>
          <w:sz w:val="36"/>
          <w:szCs w:val="38"/>
        </w:rPr>
        <w:t xml:space="preserve"> </w:t>
      </w:r>
      <w:r w:rsidRPr="008E006D">
        <w:rPr>
          <w:rFonts w:cs="Sakkal Majalla"/>
          <w:sz w:val="36"/>
          <w:szCs w:val="38"/>
          <w:rtl/>
        </w:rPr>
        <w:t>القيمة</w:t>
      </w:r>
      <w:r w:rsidRPr="008E006D">
        <w:rPr>
          <w:rFonts w:cs="Sakkal Majalla"/>
          <w:sz w:val="36"/>
          <w:szCs w:val="38"/>
        </w:rPr>
        <w:t xml:space="preserve"> </w:t>
      </w:r>
      <w:r w:rsidRPr="008E006D">
        <w:rPr>
          <w:rFonts w:cs="Sakkal Majalla"/>
          <w:sz w:val="36"/>
          <w:szCs w:val="38"/>
          <w:rtl/>
        </w:rPr>
        <w:t>والنتائج</w:t>
      </w:r>
      <w:r w:rsidRPr="008E006D">
        <w:rPr>
          <w:rFonts w:cs="Sakkal Majalla"/>
          <w:sz w:val="36"/>
          <w:szCs w:val="38"/>
        </w:rPr>
        <w:t xml:space="preserve"> </w:t>
      </w:r>
      <w:r w:rsidRPr="008E006D">
        <w:rPr>
          <w:rFonts w:cs="Sakkal Majalla"/>
          <w:sz w:val="36"/>
          <w:szCs w:val="38"/>
          <w:rtl/>
        </w:rPr>
        <w:t>والمنافع</w:t>
      </w:r>
      <w:r w:rsidRPr="008E006D">
        <w:rPr>
          <w:rFonts w:cs="Sakkal Majalla"/>
          <w:sz w:val="36"/>
          <w:szCs w:val="38"/>
        </w:rPr>
        <w:t xml:space="preserve"> </w:t>
      </w:r>
      <w:r w:rsidRPr="008E006D">
        <w:rPr>
          <w:rFonts w:cs="Sakkal Majalla"/>
          <w:sz w:val="36"/>
          <w:szCs w:val="38"/>
          <w:rtl/>
        </w:rPr>
        <w:t>ورضا</w:t>
      </w:r>
      <w:r w:rsidRPr="008E006D">
        <w:rPr>
          <w:rFonts w:cs="Sakkal Majalla"/>
          <w:sz w:val="36"/>
          <w:szCs w:val="38"/>
        </w:rPr>
        <w:t xml:space="preserve"> </w:t>
      </w:r>
      <w:r w:rsidRPr="008E006D">
        <w:rPr>
          <w:rFonts w:cs="Sakkal Majalla"/>
          <w:sz w:val="36"/>
          <w:szCs w:val="38"/>
          <w:rtl/>
        </w:rPr>
        <w:t>أصحاب</w:t>
      </w:r>
      <w:r w:rsidRPr="008E006D">
        <w:rPr>
          <w:rFonts w:cs="Sakkal Majalla"/>
          <w:sz w:val="36"/>
          <w:szCs w:val="38"/>
        </w:rPr>
        <w:t xml:space="preserve"> </w:t>
      </w:r>
      <w:r w:rsidRPr="008E006D">
        <w:rPr>
          <w:rFonts w:cs="Sakkal Majalla"/>
          <w:sz w:val="36"/>
          <w:szCs w:val="38"/>
          <w:rtl/>
        </w:rPr>
        <w:t>المصلحة</w:t>
      </w:r>
      <w:r w:rsidRPr="008E006D">
        <w:rPr>
          <w:rFonts w:cs="Sakkal Majalla"/>
          <w:sz w:val="36"/>
          <w:szCs w:val="38"/>
        </w:rPr>
        <w:t xml:space="preserve">. </w:t>
      </w:r>
      <w:r w:rsidRPr="008E006D">
        <w:rPr>
          <w:rFonts w:cs="Sakkal Majalla"/>
          <w:sz w:val="36"/>
          <w:szCs w:val="38"/>
          <w:rtl/>
        </w:rPr>
        <w:t>وفي</w:t>
      </w:r>
      <w:r w:rsidRPr="008E006D">
        <w:rPr>
          <w:rFonts w:cs="Sakkal Majalla"/>
          <w:sz w:val="36"/>
          <w:szCs w:val="38"/>
        </w:rPr>
        <w:t xml:space="preserve"> </w:t>
      </w:r>
      <w:r w:rsidRPr="008E006D">
        <w:rPr>
          <w:rFonts w:cs="Sakkal Majalla"/>
          <w:sz w:val="36"/>
          <w:szCs w:val="38"/>
          <w:rtl/>
        </w:rPr>
        <w:t>القطاع</w:t>
      </w:r>
      <w:r w:rsidRPr="008E006D">
        <w:rPr>
          <w:rFonts w:cs="Sakkal Majalla"/>
          <w:sz w:val="36"/>
          <w:szCs w:val="38"/>
        </w:rPr>
        <w:t xml:space="preserve"> </w:t>
      </w:r>
      <w:r w:rsidRPr="008E006D">
        <w:rPr>
          <w:rFonts w:cs="Sakkal Majalla"/>
          <w:sz w:val="36"/>
          <w:szCs w:val="38"/>
          <w:rtl/>
        </w:rPr>
        <w:t>الحكومي</w:t>
      </w:r>
      <w:r w:rsidRPr="008E006D">
        <w:rPr>
          <w:rFonts w:cs="Sakkal Majalla"/>
          <w:sz w:val="36"/>
          <w:szCs w:val="38"/>
        </w:rPr>
        <w:t xml:space="preserve"> </w:t>
      </w:r>
      <w:r w:rsidRPr="008E006D">
        <w:rPr>
          <w:rFonts w:cs="Sakkal Majalla"/>
          <w:sz w:val="36"/>
          <w:szCs w:val="38"/>
          <w:rtl/>
        </w:rPr>
        <w:t>تزداد</w:t>
      </w:r>
      <w:r w:rsidRPr="008E006D">
        <w:rPr>
          <w:rFonts w:cs="Sakkal Majalla"/>
          <w:sz w:val="36"/>
          <w:szCs w:val="38"/>
        </w:rPr>
        <w:t xml:space="preserve"> </w:t>
      </w:r>
      <w:r w:rsidRPr="008E006D">
        <w:rPr>
          <w:rFonts w:cs="Sakkal Majalla"/>
          <w:sz w:val="36"/>
          <w:szCs w:val="38"/>
          <w:rtl/>
        </w:rPr>
        <w:t>أهمية</w:t>
      </w:r>
      <w:r w:rsidRPr="008E006D">
        <w:rPr>
          <w:rFonts w:cs="Sakkal Majalla"/>
          <w:sz w:val="36"/>
          <w:szCs w:val="38"/>
        </w:rPr>
        <w:t xml:space="preserve"> </w:t>
      </w:r>
      <w:r w:rsidRPr="008E006D">
        <w:rPr>
          <w:rFonts w:cs="Sakkal Majalla"/>
          <w:sz w:val="36"/>
          <w:szCs w:val="38"/>
          <w:rtl/>
        </w:rPr>
        <w:t>هذا</w:t>
      </w:r>
      <w:r w:rsidRPr="008E006D">
        <w:rPr>
          <w:rFonts w:cs="Sakkal Majalla"/>
          <w:sz w:val="36"/>
          <w:szCs w:val="38"/>
        </w:rPr>
        <w:t xml:space="preserve"> </w:t>
      </w:r>
      <w:r w:rsidRPr="008E006D">
        <w:rPr>
          <w:rFonts w:cs="Sakkal Majalla"/>
          <w:sz w:val="36"/>
          <w:szCs w:val="38"/>
          <w:rtl/>
        </w:rPr>
        <w:t>المنظور</w:t>
      </w:r>
      <w:r w:rsidRPr="008E006D">
        <w:rPr>
          <w:rFonts w:cs="Sakkal Majalla"/>
          <w:sz w:val="36"/>
          <w:szCs w:val="38"/>
        </w:rPr>
        <w:t xml:space="preserve"> </w:t>
      </w:r>
      <w:r w:rsidRPr="008E006D">
        <w:rPr>
          <w:rFonts w:cs="Sakkal Majalla"/>
          <w:sz w:val="36"/>
          <w:szCs w:val="38"/>
          <w:rtl/>
        </w:rPr>
        <w:t>لأن</w:t>
      </w:r>
      <w:r w:rsidRPr="008E006D">
        <w:rPr>
          <w:rFonts w:cs="Sakkal Majalla"/>
          <w:sz w:val="36"/>
          <w:szCs w:val="38"/>
        </w:rPr>
        <w:t xml:space="preserve"> </w:t>
      </w:r>
      <w:r w:rsidRPr="008E006D">
        <w:rPr>
          <w:rFonts w:cs="Sakkal Majalla"/>
          <w:sz w:val="36"/>
          <w:szCs w:val="38"/>
          <w:rtl/>
        </w:rPr>
        <w:t>المشروع</w:t>
      </w:r>
      <w:r w:rsidRPr="008E006D">
        <w:rPr>
          <w:rFonts w:cs="Sakkal Majalla"/>
          <w:sz w:val="36"/>
          <w:szCs w:val="38"/>
        </w:rPr>
        <w:t xml:space="preserve"> </w:t>
      </w:r>
      <w:r w:rsidRPr="008E006D">
        <w:rPr>
          <w:rFonts w:cs="Sakkal Majalla"/>
          <w:sz w:val="36"/>
          <w:szCs w:val="38"/>
          <w:rtl/>
        </w:rPr>
        <w:t>قد</w:t>
      </w:r>
      <w:r w:rsidRPr="008E006D">
        <w:rPr>
          <w:rFonts w:cs="Sakkal Majalla"/>
          <w:sz w:val="36"/>
          <w:szCs w:val="38"/>
        </w:rPr>
        <w:t xml:space="preserve"> </w:t>
      </w:r>
      <w:r w:rsidRPr="008E006D">
        <w:rPr>
          <w:rFonts w:cs="Sakkal Majalla"/>
          <w:sz w:val="36"/>
          <w:szCs w:val="38"/>
          <w:rtl/>
        </w:rPr>
        <w:t>ينجز</w:t>
      </w:r>
      <w:r w:rsidRPr="008E006D">
        <w:rPr>
          <w:rFonts w:cs="Sakkal Majalla"/>
          <w:sz w:val="36"/>
          <w:szCs w:val="38"/>
        </w:rPr>
        <w:t xml:space="preserve"> </w:t>
      </w:r>
      <w:r w:rsidRPr="008E006D">
        <w:rPr>
          <w:rFonts w:cs="Sakkal Majalla"/>
          <w:sz w:val="36"/>
          <w:szCs w:val="38"/>
          <w:rtl/>
        </w:rPr>
        <w:t>ضمن</w:t>
      </w:r>
      <w:r w:rsidRPr="008E006D">
        <w:rPr>
          <w:rFonts w:cs="Sakkal Majalla"/>
          <w:sz w:val="36"/>
          <w:szCs w:val="38"/>
        </w:rPr>
        <w:t xml:space="preserve"> </w:t>
      </w:r>
      <w:r w:rsidRPr="008E006D">
        <w:rPr>
          <w:rFonts w:cs="Sakkal Majalla"/>
          <w:sz w:val="36"/>
          <w:szCs w:val="38"/>
          <w:rtl/>
        </w:rPr>
        <w:t>الجدول</w:t>
      </w:r>
      <w:r w:rsidRPr="008E006D">
        <w:rPr>
          <w:rFonts w:cs="Sakkal Majalla"/>
          <w:sz w:val="36"/>
          <w:szCs w:val="38"/>
        </w:rPr>
        <w:t xml:space="preserve"> </w:t>
      </w:r>
      <w:r w:rsidRPr="008E006D">
        <w:rPr>
          <w:rFonts w:cs="Sakkal Majalla"/>
          <w:sz w:val="36"/>
          <w:szCs w:val="38"/>
          <w:rtl/>
        </w:rPr>
        <w:t>والميزانية</w:t>
      </w:r>
      <w:r w:rsidRPr="008E006D">
        <w:rPr>
          <w:rFonts w:cs="Sakkal Majalla"/>
          <w:sz w:val="36"/>
          <w:szCs w:val="38"/>
        </w:rPr>
        <w:t xml:space="preserve"> </w:t>
      </w:r>
      <w:r w:rsidRPr="008E006D">
        <w:rPr>
          <w:rFonts w:cs="Sakkal Majalla"/>
          <w:sz w:val="36"/>
          <w:szCs w:val="38"/>
          <w:rtl/>
        </w:rPr>
        <w:t>لكنه</w:t>
      </w:r>
      <w:r w:rsidRPr="008E006D">
        <w:rPr>
          <w:rFonts w:cs="Sakkal Majalla"/>
          <w:sz w:val="36"/>
          <w:szCs w:val="38"/>
        </w:rPr>
        <w:t xml:space="preserve"> </w:t>
      </w:r>
      <w:r w:rsidRPr="008E006D">
        <w:rPr>
          <w:rFonts w:cs="Sakkal Majalla"/>
          <w:sz w:val="36"/>
          <w:szCs w:val="38"/>
          <w:rtl/>
        </w:rPr>
        <w:t>لا</w:t>
      </w:r>
      <w:r w:rsidRPr="008E006D">
        <w:rPr>
          <w:rFonts w:cs="Sakkal Majalla"/>
          <w:sz w:val="36"/>
          <w:szCs w:val="38"/>
        </w:rPr>
        <w:t xml:space="preserve"> </w:t>
      </w:r>
      <w:r w:rsidRPr="008E006D">
        <w:rPr>
          <w:rFonts w:cs="Sakkal Majalla"/>
          <w:sz w:val="36"/>
          <w:szCs w:val="38"/>
          <w:rtl/>
        </w:rPr>
        <w:t>يحقق</w:t>
      </w:r>
      <w:r w:rsidRPr="008E006D">
        <w:rPr>
          <w:rFonts w:cs="Sakkal Majalla"/>
          <w:sz w:val="36"/>
          <w:szCs w:val="38"/>
        </w:rPr>
        <w:t xml:space="preserve"> </w:t>
      </w:r>
      <w:r w:rsidRPr="008E006D">
        <w:rPr>
          <w:rFonts w:cs="Sakkal Majalla"/>
          <w:sz w:val="36"/>
          <w:szCs w:val="38"/>
          <w:rtl/>
        </w:rPr>
        <w:t>الأثر</w:t>
      </w:r>
      <w:r w:rsidRPr="008E006D">
        <w:rPr>
          <w:rFonts w:cs="Sakkal Majalla"/>
          <w:sz w:val="36"/>
          <w:szCs w:val="38"/>
        </w:rPr>
        <w:t xml:space="preserve"> </w:t>
      </w:r>
      <w:r w:rsidRPr="008E006D">
        <w:rPr>
          <w:rFonts w:cs="Sakkal Majalla"/>
          <w:sz w:val="36"/>
          <w:szCs w:val="38"/>
          <w:rtl/>
        </w:rPr>
        <w:t>المطلوب</w:t>
      </w:r>
      <w:r w:rsidRPr="008E006D">
        <w:rPr>
          <w:rFonts w:cs="Sakkal Majalla"/>
          <w:sz w:val="36"/>
          <w:szCs w:val="38"/>
        </w:rPr>
        <w:t xml:space="preserve"> </w:t>
      </w:r>
      <w:r w:rsidRPr="008E006D">
        <w:rPr>
          <w:rFonts w:cs="Sakkal Majalla"/>
          <w:sz w:val="36"/>
          <w:szCs w:val="38"/>
          <w:rtl/>
        </w:rPr>
        <w:t>إذا</w:t>
      </w:r>
      <w:r w:rsidRPr="008E006D">
        <w:rPr>
          <w:rFonts w:cs="Sakkal Majalla"/>
          <w:sz w:val="36"/>
          <w:szCs w:val="38"/>
        </w:rPr>
        <w:t xml:space="preserve"> </w:t>
      </w:r>
      <w:r w:rsidRPr="008E006D">
        <w:rPr>
          <w:rFonts w:cs="Sakkal Majalla"/>
          <w:sz w:val="36"/>
          <w:szCs w:val="38"/>
          <w:rtl/>
        </w:rPr>
        <w:t>لم</w:t>
      </w:r>
      <w:r w:rsidRPr="008E006D">
        <w:rPr>
          <w:rFonts w:cs="Sakkal Majalla"/>
          <w:sz w:val="36"/>
          <w:szCs w:val="38"/>
        </w:rPr>
        <w:t xml:space="preserve"> </w:t>
      </w:r>
      <w:r w:rsidRPr="008E006D">
        <w:rPr>
          <w:rFonts w:cs="Sakkal Majalla"/>
          <w:sz w:val="36"/>
          <w:szCs w:val="38"/>
          <w:rtl/>
        </w:rPr>
        <w:t>يحسن</w:t>
      </w:r>
      <w:r w:rsidRPr="008E006D">
        <w:rPr>
          <w:rFonts w:cs="Sakkal Majalla"/>
          <w:sz w:val="36"/>
          <w:szCs w:val="38"/>
        </w:rPr>
        <w:t xml:space="preserve"> </w:t>
      </w:r>
      <w:r w:rsidRPr="008E006D">
        <w:rPr>
          <w:rFonts w:cs="Sakkal Majalla"/>
          <w:sz w:val="36"/>
          <w:szCs w:val="38"/>
          <w:rtl/>
        </w:rPr>
        <w:t>الخدمة</w:t>
      </w:r>
      <w:r w:rsidRPr="008E006D">
        <w:rPr>
          <w:rFonts w:cs="Sakkal Majalla"/>
          <w:sz w:val="36"/>
          <w:szCs w:val="38"/>
        </w:rPr>
        <w:t xml:space="preserve"> </w:t>
      </w:r>
      <w:r w:rsidRPr="008E006D">
        <w:rPr>
          <w:rFonts w:cs="Sakkal Majalla"/>
          <w:sz w:val="36"/>
          <w:szCs w:val="38"/>
          <w:rtl/>
        </w:rPr>
        <w:t>أو</w:t>
      </w:r>
      <w:r w:rsidRPr="008E006D">
        <w:rPr>
          <w:rFonts w:cs="Sakkal Majalla"/>
          <w:sz w:val="36"/>
          <w:szCs w:val="38"/>
        </w:rPr>
        <w:t xml:space="preserve"> </w:t>
      </w:r>
      <w:r w:rsidRPr="008E006D">
        <w:rPr>
          <w:rFonts w:cs="Sakkal Majalla"/>
          <w:sz w:val="36"/>
          <w:szCs w:val="38"/>
          <w:rtl/>
        </w:rPr>
        <w:t>يقلل</w:t>
      </w:r>
      <w:r w:rsidRPr="008E006D">
        <w:rPr>
          <w:rFonts w:cs="Sakkal Majalla"/>
          <w:sz w:val="36"/>
          <w:szCs w:val="38"/>
        </w:rPr>
        <w:t xml:space="preserve"> </w:t>
      </w:r>
      <w:r w:rsidRPr="008E006D">
        <w:rPr>
          <w:rFonts w:cs="Sakkal Majalla"/>
          <w:sz w:val="36"/>
          <w:szCs w:val="38"/>
          <w:rtl/>
        </w:rPr>
        <w:t>الإجراءات</w:t>
      </w:r>
      <w:r w:rsidRPr="008E006D">
        <w:rPr>
          <w:rFonts w:cs="Sakkal Majalla"/>
          <w:sz w:val="36"/>
          <w:szCs w:val="38"/>
        </w:rPr>
        <w:t xml:space="preserve"> </w:t>
      </w:r>
      <w:r w:rsidRPr="008E006D">
        <w:rPr>
          <w:rFonts w:cs="Sakkal Majalla"/>
          <w:sz w:val="36"/>
          <w:szCs w:val="38"/>
          <w:rtl/>
        </w:rPr>
        <w:t>أو</w:t>
      </w:r>
      <w:r w:rsidRPr="008E006D">
        <w:rPr>
          <w:rFonts w:cs="Sakkal Majalla"/>
          <w:sz w:val="36"/>
          <w:szCs w:val="38"/>
        </w:rPr>
        <w:t xml:space="preserve"> </w:t>
      </w:r>
      <w:r w:rsidRPr="008E006D">
        <w:rPr>
          <w:rFonts w:cs="Sakkal Majalla"/>
          <w:sz w:val="36"/>
          <w:szCs w:val="38"/>
          <w:rtl/>
        </w:rPr>
        <w:t>يرفع</w:t>
      </w:r>
      <w:r w:rsidRPr="008E006D">
        <w:rPr>
          <w:rFonts w:cs="Sakkal Majalla"/>
          <w:sz w:val="36"/>
          <w:szCs w:val="38"/>
        </w:rPr>
        <w:t xml:space="preserve"> </w:t>
      </w:r>
      <w:r w:rsidRPr="008E006D">
        <w:rPr>
          <w:rFonts w:cs="Sakkal Majalla"/>
          <w:sz w:val="36"/>
          <w:szCs w:val="38"/>
          <w:rtl/>
        </w:rPr>
        <w:t>رضا</w:t>
      </w:r>
      <w:r w:rsidRPr="008E006D">
        <w:rPr>
          <w:rFonts w:cs="Sakkal Majalla"/>
          <w:sz w:val="36"/>
          <w:szCs w:val="38"/>
        </w:rPr>
        <w:t xml:space="preserve"> </w:t>
      </w:r>
      <w:r w:rsidRPr="008E006D">
        <w:rPr>
          <w:rFonts w:cs="Sakkal Majalla"/>
          <w:sz w:val="36"/>
          <w:szCs w:val="38"/>
          <w:rtl/>
        </w:rPr>
        <w:t>المستفيدين</w:t>
      </w:r>
      <w:r w:rsidRPr="008E006D">
        <w:rPr>
          <w:rFonts w:cs="Sakkal Majalla"/>
          <w:sz w:val="36"/>
          <w:szCs w:val="38"/>
        </w:rPr>
        <w:t>.</w:t>
      </w:r>
    </w:p>
    <w:p w14:paraId="18D9D3E1" w14:textId="77777777" w:rsidR="008E006D" w:rsidRPr="008E006D" w:rsidRDefault="008E006D" w:rsidP="008E2B08">
      <w:pPr>
        <w:ind w:firstLine="720"/>
        <w:rPr>
          <w:rFonts w:cs="Sakkal Majalla"/>
          <w:sz w:val="36"/>
          <w:szCs w:val="38"/>
        </w:rPr>
      </w:pPr>
      <w:r w:rsidRPr="008E006D">
        <w:rPr>
          <w:rFonts w:cs="Sakkal Majalla"/>
          <w:sz w:val="36"/>
          <w:szCs w:val="38"/>
          <w:rtl/>
        </w:rPr>
        <w:lastRenderedPageBreak/>
        <w:t>تتسم</w:t>
      </w:r>
      <w:r w:rsidRPr="008E006D">
        <w:rPr>
          <w:rFonts w:cs="Sakkal Majalla"/>
          <w:sz w:val="36"/>
          <w:szCs w:val="38"/>
        </w:rPr>
        <w:t xml:space="preserve"> </w:t>
      </w:r>
      <w:r w:rsidRPr="008E006D">
        <w:rPr>
          <w:rFonts w:cs="Sakkal Majalla"/>
          <w:sz w:val="36"/>
          <w:szCs w:val="38"/>
          <w:rtl/>
        </w:rPr>
        <w:t>المشاريع</w:t>
      </w:r>
      <w:r w:rsidRPr="008E006D">
        <w:rPr>
          <w:rFonts w:cs="Sakkal Majalla"/>
          <w:sz w:val="36"/>
          <w:szCs w:val="38"/>
        </w:rPr>
        <w:t xml:space="preserve"> </w:t>
      </w:r>
      <w:r w:rsidRPr="008E006D">
        <w:rPr>
          <w:rFonts w:cs="Sakkal Majalla"/>
          <w:sz w:val="36"/>
          <w:szCs w:val="38"/>
          <w:rtl/>
        </w:rPr>
        <w:t>الحكومية</w:t>
      </w:r>
      <w:r w:rsidRPr="008E006D">
        <w:rPr>
          <w:rFonts w:cs="Sakkal Majalla"/>
          <w:sz w:val="36"/>
          <w:szCs w:val="38"/>
        </w:rPr>
        <w:t xml:space="preserve"> </w:t>
      </w:r>
      <w:r w:rsidRPr="008E006D">
        <w:rPr>
          <w:rFonts w:cs="Sakkal Majalla"/>
          <w:sz w:val="36"/>
          <w:szCs w:val="38"/>
          <w:rtl/>
        </w:rPr>
        <w:t>بخصوصية</w:t>
      </w:r>
      <w:r w:rsidRPr="008E006D">
        <w:rPr>
          <w:rFonts w:cs="Sakkal Majalla"/>
          <w:sz w:val="36"/>
          <w:szCs w:val="38"/>
        </w:rPr>
        <w:t xml:space="preserve"> </w:t>
      </w:r>
      <w:r w:rsidRPr="008E006D">
        <w:rPr>
          <w:rFonts w:cs="Sakkal Majalla"/>
          <w:sz w:val="36"/>
          <w:szCs w:val="38"/>
          <w:rtl/>
        </w:rPr>
        <w:t>واضحة</w:t>
      </w:r>
      <w:r w:rsidRPr="008E006D">
        <w:rPr>
          <w:rFonts w:cs="Sakkal Majalla"/>
          <w:sz w:val="36"/>
          <w:szCs w:val="38"/>
        </w:rPr>
        <w:t xml:space="preserve"> </w:t>
      </w:r>
      <w:r w:rsidRPr="008E006D">
        <w:rPr>
          <w:rFonts w:cs="Sakkal Majalla"/>
          <w:sz w:val="36"/>
          <w:szCs w:val="38"/>
          <w:rtl/>
        </w:rPr>
        <w:t>لأنها</w:t>
      </w:r>
      <w:r w:rsidRPr="008E006D">
        <w:rPr>
          <w:rFonts w:cs="Sakkal Majalla"/>
          <w:sz w:val="36"/>
          <w:szCs w:val="38"/>
        </w:rPr>
        <w:t xml:space="preserve"> </w:t>
      </w:r>
      <w:r w:rsidRPr="008E006D">
        <w:rPr>
          <w:rFonts w:cs="Sakkal Majalla"/>
          <w:sz w:val="36"/>
          <w:szCs w:val="38"/>
          <w:rtl/>
        </w:rPr>
        <w:t>ترتبط</w:t>
      </w:r>
      <w:r w:rsidRPr="008E006D">
        <w:rPr>
          <w:rFonts w:cs="Sakkal Majalla"/>
          <w:sz w:val="36"/>
          <w:szCs w:val="38"/>
        </w:rPr>
        <w:t xml:space="preserve"> </w:t>
      </w:r>
      <w:r w:rsidRPr="008E006D">
        <w:rPr>
          <w:rFonts w:cs="Sakkal Majalla"/>
          <w:sz w:val="36"/>
          <w:szCs w:val="38"/>
          <w:rtl/>
        </w:rPr>
        <w:t>بالمال</w:t>
      </w:r>
      <w:r w:rsidRPr="008E006D">
        <w:rPr>
          <w:rFonts w:cs="Sakkal Majalla"/>
          <w:sz w:val="36"/>
          <w:szCs w:val="38"/>
        </w:rPr>
        <w:t xml:space="preserve"> </w:t>
      </w:r>
      <w:r w:rsidRPr="008E006D">
        <w:rPr>
          <w:rFonts w:cs="Sakkal Majalla"/>
          <w:sz w:val="36"/>
          <w:szCs w:val="38"/>
          <w:rtl/>
        </w:rPr>
        <w:t>العام</w:t>
      </w:r>
      <w:r w:rsidRPr="008E006D">
        <w:rPr>
          <w:rFonts w:cs="Sakkal Majalla"/>
          <w:sz w:val="36"/>
          <w:szCs w:val="38"/>
        </w:rPr>
        <w:t xml:space="preserve"> </w:t>
      </w:r>
      <w:r w:rsidRPr="008E006D">
        <w:rPr>
          <w:rFonts w:cs="Sakkal Majalla"/>
          <w:sz w:val="36"/>
          <w:szCs w:val="38"/>
          <w:rtl/>
        </w:rPr>
        <w:t>وبالأثر</w:t>
      </w:r>
      <w:r w:rsidRPr="008E006D">
        <w:rPr>
          <w:rFonts w:cs="Sakkal Majalla"/>
          <w:sz w:val="36"/>
          <w:szCs w:val="38"/>
        </w:rPr>
        <w:t xml:space="preserve"> </w:t>
      </w:r>
      <w:r w:rsidRPr="008E006D">
        <w:rPr>
          <w:rFonts w:cs="Sakkal Majalla"/>
          <w:sz w:val="36"/>
          <w:szCs w:val="38"/>
          <w:rtl/>
        </w:rPr>
        <w:t>المجتمعي</w:t>
      </w:r>
      <w:r w:rsidRPr="008E006D">
        <w:rPr>
          <w:rFonts w:cs="Sakkal Majalla"/>
          <w:sz w:val="36"/>
          <w:szCs w:val="38"/>
        </w:rPr>
        <w:t xml:space="preserve"> </w:t>
      </w:r>
      <w:r w:rsidRPr="008E006D">
        <w:rPr>
          <w:rFonts w:cs="Sakkal Majalla"/>
          <w:sz w:val="36"/>
          <w:szCs w:val="38"/>
          <w:rtl/>
        </w:rPr>
        <w:t>وبمستهدفات</w:t>
      </w:r>
      <w:r w:rsidRPr="008E006D">
        <w:rPr>
          <w:rFonts w:cs="Sakkal Majalla"/>
          <w:sz w:val="36"/>
          <w:szCs w:val="38"/>
        </w:rPr>
        <w:t xml:space="preserve"> </w:t>
      </w:r>
      <w:r w:rsidRPr="008E006D">
        <w:rPr>
          <w:rFonts w:cs="Sakkal Majalla"/>
          <w:sz w:val="36"/>
          <w:szCs w:val="38"/>
          <w:rtl/>
        </w:rPr>
        <w:t>السياسات</w:t>
      </w:r>
      <w:r w:rsidRPr="008E006D">
        <w:rPr>
          <w:rFonts w:cs="Sakkal Majalla"/>
          <w:sz w:val="36"/>
          <w:szCs w:val="38"/>
        </w:rPr>
        <w:t xml:space="preserve"> </w:t>
      </w:r>
      <w:r w:rsidRPr="008E006D">
        <w:rPr>
          <w:rFonts w:cs="Sakkal Majalla"/>
          <w:sz w:val="36"/>
          <w:szCs w:val="38"/>
          <w:rtl/>
        </w:rPr>
        <w:t>العامة</w:t>
      </w:r>
      <w:r w:rsidRPr="008E006D">
        <w:rPr>
          <w:rFonts w:cs="Sakkal Majalla"/>
          <w:sz w:val="36"/>
          <w:szCs w:val="38"/>
        </w:rPr>
        <w:t xml:space="preserve">. </w:t>
      </w:r>
      <w:r w:rsidRPr="008E006D">
        <w:rPr>
          <w:rFonts w:cs="Sakkal Majalla"/>
          <w:sz w:val="36"/>
          <w:szCs w:val="38"/>
          <w:rtl/>
        </w:rPr>
        <w:t>ولذلك</w:t>
      </w:r>
      <w:r w:rsidRPr="008E006D">
        <w:rPr>
          <w:rFonts w:cs="Sakkal Majalla"/>
          <w:sz w:val="36"/>
          <w:szCs w:val="38"/>
        </w:rPr>
        <w:t xml:space="preserve"> </w:t>
      </w:r>
      <w:r w:rsidRPr="008E006D">
        <w:rPr>
          <w:rFonts w:cs="Sakkal Majalla"/>
          <w:sz w:val="36"/>
          <w:szCs w:val="38"/>
          <w:rtl/>
        </w:rPr>
        <w:t>فإن</w:t>
      </w:r>
      <w:r w:rsidRPr="008E006D">
        <w:rPr>
          <w:rFonts w:cs="Sakkal Majalla"/>
          <w:sz w:val="36"/>
          <w:szCs w:val="38"/>
        </w:rPr>
        <w:t xml:space="preserve"> </w:t>
      </w:r>
      <w:r w:rsidRPr="008E006D">
        <w:rPr>
          <w:rFonts w:cs="Sakkal Majalla"/>
          <w:sz w:val="36"/>
          <w:szCs w:val="38"/>
          <w:rtl/>
        </w:rPr>
        <w:t>نجاحها</w:t>
      </w:r>
      <w:r w:rsidRPr="008E006D">
        <w:rPr>
          <w:rFonts w:cs="Sakkal Majalla"/>
          <w:sz w:val="36"/>
          <w:szCs w:val="38"/>
        </w:rPr>
        <w:t xml:space="preserve"> </w:t>
      </w:r>
      <w:r w:rsidRPr="008E006D">
        <w:rPr>
          <w:rFonts w:cs="Sakkal Majalla"/>
          <w:sz w:val="36"/>
          <w:szCs w:val="38"/>
          <w:rtl/>
        </w:rPr>
        <w:t>ينبغي</w:t>
      </w:r>
      <w:r w:rsidRPr="008E006D">
        <w:rPr>
          <w:rFonts w:cs="Sakkal Majalla"/>
          <w:sz w:val="36"/>
          <w:szCs w:val="38"/>
        </w:rPr>
        <w:t xml:space="preserve"> </w:t>
      </w:r>
      <w:r w:rsidRPr="008E006D">
        <w:rPr>
          <w:rFonts w:cs="Sakkal Majalla"/>
          <w:sz w:val="36"/>
          <w:szCs w:val="38"/>
          <w:rtl/>
        </w:rPr>
        <w:t>أن</w:t>
      </w:r>
      <w:r w:rsidRPr="008E006D">
        <w:rPr>
          <w:rFonts w:cs="Sakkal Majalla"/>
          <w:sz w:val="36"/>
          <w:szCs w:val="38"/>
        </w:rPr>
        <w:t xml:space="preserve"> </w:t>
      </w:r>
      <w:r w:rsidRPr="008E006D">
        <w:rPr>
          <w:rFonts w:cs="Sakkal Majalla"/>
          <w:sz w:val="36"/>
          <w:szCs w:val="38"/>
          <w:rtl/>
        </w:rPr>
        <w:t>يقاس</w:t>
      </w:r>
      <w:r w:rsidRPr="008E006D">
        <w:rPr>
          <w:rFonts w:cs="Sakkal Majalla"/>
          <w:sz w:val="36"/>
          <w:szCs w:val="38"/>
        </w:rPr>
        <w:t xml:space="preserve"> </w:t>
      </w:r>
      <w:r w:rsidRPr="008E006D">
        <w:rPr>
          <w:rFonts w:cs="Sakkal Majalla"/>
          <w:sz w:val="36"/>
          <w:szCs w:val="38"/>
          <w:rtl/>
        </w:rPr>
        <w:t>وفق</w:t>
      </w:r>
      <w:r w:rsidRPr="008E006D">
        <w:rPr>
          <w:rFonts w:cs="Sakkal Majalla"/>
          <w:sz w:val="36"/>
          <w:szCs w:val="38"/>
        </w:rPr>
        <w:t xml:space="preserve"> </w:t>
      </w:r>
      <w:r w:rsidRPr="008E006D">
        <w:rPr>
          <w:rFonts w:cs="Sakkal Majalla"/>
          <w:sz w:val="36"/>
          <w:szCs w:val="38"/>
          <w:rtl/>
        </w:rPr>
        <w:t>معايير</w:t>
      </w:r>
      <w:r w:rsidRPr="008E006D">
        <w:rPr>
          <w:rFonts w:cs="Sakkal Majalla"/>
          <w:sz w:val="36"/>
          <w:szCs w:val="38"/>
        </w:rPr>
        <w:t xml:space="preserve"> </w:t>
      </w:r>
      <w:r w:rsidRPr="008E006D">
        <w:rPr>
          <w:rFonts w:cs="Sakkal Majalla"/>
          <w:sz w:val="36"/>
          <w:szCs w:val="38"/>
          <w:rtl/>
        </w:rPr>
        <w:t>تجمع</w:t>
      </w:r>
      <w:r w:rsidRPr="008E006D">
        <w:rPr>
          <w:rFonts w:cs="Sakkal Majalla"/>
          <w:sz w:val="36"/>
          <w:szCs w:val="38"/>
        </w:rPr>
        <w:t xml:space="preserve"> </w:t>
      </w:r>
      <w:r w:rsidRPr="008E006D">
        <w:rPr>
          <w:rFonts w:cs="Sakkal Majalla"/>
          <w:sz w:val="36"/>
          <w:szCs w:val="38"/>
          <w:rtl/>
        </w:rPr>
        <w:t>بين</w:t>
      </w:r>
      <w:r w:rsidRPr="008E006D">
        <w:rPr>
          <w:rFonts w:cs="Sakkal Majalla"/>
          <w:sz w:val="36"/>
          <w:szCs w:val="38"/>
        </w:rPr>
        <w:t xml:space="preserve"> </w:t>
      </w:r>
      <w:r w:rsidRPr="008E006D">
        <w:rPr>
          <w:rFonts w:cs="Sakkal Majalla"/>
          <w:sz w:val="36"/>
          <w:szCs w:val="38"/>
          <w:rtl/>
        </w:rPr>
        <w:t>الكفاءة</w:t>
      </w:r>
      <w:r w:rsidRPr="008E006D">
        <w:rPr>
          <w:rFonts w:cs="Sakkal Majalla"/>
          <w:sz w:val="36"/>
          <w:szCs w:val="38"/>
        </w:rPr>
        <w:t xml:space="preserve"> </w:t>
      </w:r>
      <w:r w:rsidRPr="008E006D">
        <w:rPr>
          <w:rFonts w:cs="Sakkal Majalla"/>
          <w:sz w:val="36"/>
          <w:szCs w:val="38"/>
          <w:rtl/>
        </w:rPr>
        <w:t>والفاعلية؛</w:t>
      </w:r>
      <w:r w:rsidRPr="008E006D">
        <w:rPr>
          <w:rFonts w:cs="Sakkal Majalla"/>
          <w:sz w:val="36"/>
          <w:szCs w:val="38"/>
        </w:rPr>
        <w:t xml:space="preserve"> </w:t>
      </w:r>
      <w:r w:rsidRPr="008E006D">
        <w:rPr>
          <w:rFonts w:cs="Sakkal Majalla"/>
          <w:sz w:val="36"/>
          <w:szCs w:val="38"/>
          <w:rtl/>
        </w:rPr>
        <w:t>فالكفاءة</w:t>
      </w:r>
      <w:r w:rsidRPr="008E006D">
        <w:rPr>
          <w:rFonts w:cs="Sakkal Majalla"/>
          <w:sz w:val="36"/>
          <w:szCs w:val="38"/>
        </w:rPr>
        <w:t xml:space="preserve"> </w:t>
      </w:r>
      <w:r w:rsidRPr="008E006D">
        <w:rPr>
          <w:rFonts w:cs="Sakkal Majalla"/>
          <w:sz w:val="36"/>
          <w:szCs w:val="38"/>
          <w:rtl/>
        </w:rPr>
        <w:t>ترتبط</w:t>
      </w:r>
      <w:r w:rsidRPr="008E006D">
        <w:rPr>
          <w:rFonts w:cs="Sakkal Majalla"/>
          <w:sz w:val="36"/>
          <w:szCs w:val="38"/>
        </w:rPr>
        <w:t xml:space="preserve"> </w:t>
      </w:r>
      <w:r w:rsidRPr="008E006D">
        <w:rPr>
          <w:rFonts w:cs="Sakkal Majalla"/>
          <w:sz w:val="36"/>
          <w:szCs w:val="38"/>
          <w:rtl/>
        </w:rPr>
        <w:t>بالوقت</w:t>
      </w:r>
      <w:r w:rsidRPr="008E006D">
        <w:rPr>
          <w:rFonts w:cs="Sakkal Majalla"/>
          <w:sz w:val="36"/>
          <w:szCs w:val="38"/>
        </w:rPr>
        <w:t xml:space="preserve"> </w:t>
      </w:r>
      <w:r w:rsidRPr="008E006D">
        <w:rPr>
          <w:rFonts w:cs="Sakkal Majalla"/>
          <w:sz w:val="36"/>
          <w:szCs w:val="38"/>
          <w:rtl/>
        </w:rPr>
        <w:t>والتكلفة</w:t>
      </w:r>
      <w:r w:rsidRPr="008E006D">
        <w:rPr>
          <w:rFonts w:cs="Sakkal Majalla"/>
          <w:sz w:val="36"/>
          <w:szCs w:val="38"/>
        </w:rPr>
        <w:t xml:space="preserve"> </w:t>
      </w:r>
      <w:r w:rsidRPr="008E006D">
        <w:rPr>
          <w:rFonts w:cs="Sakkal Majalla"/>
          <w:sz w:val="36"/>
          <w:szCs w:val="38"/>
          <w:rtl/>
        </w:rPr>
        <w:t>والموارد،</w:t>
      </w:r>
      <w:r w:rsidRPr="008E006D">
        <w:rPr>
          <w:rFonts w:cs="Sakkal Majalla"/>
          <w:sz w:val="36"/>
          <w:szCs w:val="38"/>
        </w:rPr>
        <w:t xml:space="preserve"> </w:t>
      </w:r>
      <w:r w:rsidRPr="008E006D">
        <w:rPr>
          <w:rFonts w:cs="Sakkal Majalla"/>
          <w:sz w:val="36"/>
          <w:szCs w:val="38"/>
          <w:rtl/>
        </w:rPr>
        <w:t>أما</w:t>
      </w:r>
      <w:r w:rsidRPr="008E006D">
        <w:rPr>
          <w:rFonts w:cs="Sakkal Majalla"/>
          <w:sz w:val="36"/>
          <w:szCs w:val="38"/>
        </w:rPr>
        <w:t xml:space="preserve"> </w:t>
      </w:r>
      <w:r w:rsidRPr="008E006D">
        <w:rPr>
          <w:rFonts w:cs="Sakkal Majalla"/>
          <w:sz w:val="36"/>
          <w:szCs w:val="38"/>
          <w:rtl/>
        </w:rPr>
        <w:t>الفاعلية</w:t>
      </w:r>
      <w:r w:rsidRPr="008E006D">
        <w:rPr>
          <w:rFonts w:cs="Sakkal Majalla"/>
          <w:sz w:val="36"/>
          <w:szCs w:val="38"/>
        </w:rPr>
        <w:t xml:space="preserve"> </w:t>
      </w:r>
      <w:r w:rsidRPr="008E006D">
        <w:rPr>
          <w:rFonts w:cs="Sakkal Majalla"/>
          <w:sz w:val="36"/>
          <w:szCs w:val="38"/>
          <w:rtl/>
        </w:rPr>
        <w:t>فترتبط</w:t>
      </w:r>
      <w:r w:rsidRPr="008E006D">
        <w:rPr>
          <w:rFonts w:cs="Sakkal Majalla"/>
          <w:sz w:val="36"/>
          <w:szCs w:val="38"/>
        </w:rPr>
        <w:t xml:space="preserve"> </w:t>
      </w:r>
      <w:r w:rsidRPr="008E006D">
        <w:rPr>
          <w:rFonts w:cs="Sakkal Majalla"/>
          <w:sz w:val="36"/>
          <w:szCs w:val="38"/>
          <w:rtl/>
        </w:rPr>
        <w:t>بجودة</w:t>
      </w:r>
      <w:r w:rsidRPr="008E006D">
        <w:rPr>
          <w:rFonts w:cs="Sakkal Majalla"/>
          <w:sz w:val="36"/>
          <w:szCs w:val="38"/>
        </w:rPr>
        <w:t xml:space="preserve"> </w:t>
      </w:r>
      <w:r w:rsidRPr="008E006D">
        <w:rPr>
          <w:rFonts w:cs="Sakkal Majalla"/>
          <w:sz w:val="36"/>
          <w:szCs w:val="38"/>
          <w:rtl/>
        </w:rPr>
        <w:t>الخدمة،</w:t>
      </w:r>
      <w:r w:rsidRPr="008E006D">
        <w:rPr>
          <w:rFonts w:cs="Sakkal Majalla"/>
          <w:sz w:val="36"/>
          <w:szCs w:val="38"/>
        </w:rPr>
        <w:t xml:space="preserve"> </w:t>
      </w:r>
      <w:r w:rsidRPr="008E006D">
        <w:rPr>
          <w:rFonts w:cs="Sakkal Majalla"/>
          <w:sz w:val="36"/>
          <w:szCs w:val="38"/>
          <w:rtl/>
        </w:rPr>
        <w:t>ورضا</w:t>
      </w:r>
      <w:r w:rsidRPr="008E006D">
        <w:rPr>
          <w:rFonts w:cs="Sakkal Majalla"/>
          <w:sz w:val="36"/>
          <w:szCs w:val="38"/>
        </w:rPr>
        <w:t xml:space="preserve"> </w:t>
      </w:r>
      <w:r w:rsidRPr="008E006D">
        <w:rPr>
          <w:rFonts w:cs="Sakkal Majalla"/>
          <w:sz w:val="36"/>
          <w:szCs w:val="38"/>
          <w:rtl/>
        </w:rPr>
        <w:t>المستفيد،</w:t>
      </w:r>
      <w:r w:rsidRPr="008E006D">
        <w:rPr>
          <w:rFonts w:cs="Sakkal Majalla"/>
          <w:sz w:val="36"/>
          <w:szCs w:val="38"/>
        </w:rPr>
        <w:t xml:space="preserve"> </w:t>
      </w:r>
      <w:r w:rsidRPr="008E006D">
        <w:rPr>
          <w:rFonts w:cs="Sakkal Majalla"/>
          <w:sz w:val="36"/>
          <w:szCs w:val="38"/>
          <w:rtl/>
        </w:rPr>
        <w:t>وتحقيق</w:t>
      </w:r>
      <w:r w:rsidRPr="008E006D">
        <w:rPr>
          <w:rFonts w:cs="Sakkal Majalla"/>
          <w:sz w:val="36"/>
          <w:szCs w:val="38"/>
        </w:rPr>
        <w:t xml:space="preserve"> </w:t>
      </w:r>
      <w:r w:rsidRPr="008E006D">
        <w:rPr>
          <w:rFonts w:cs="Sakkal Majalla"/>
          <w:sz w:val="36"/>
          <w:szCs w:val="38"/>
          <w:rtl/>
        </w:rPr>
        <w:t>الأهداف</w:t>
      </w:r>
      <w:r w:rsidRPr="008E006D">
        <w:rPr>
          <w:rFonts w:cs="Sakkal Majalla"/>
          <w:sz w:val="36"/>
          <w:szCs w:val="38"/>
        </w:rPr>
        <w:t xml:space="preserve"> </w:t>
      </w:r>
      <w:r w:rsidRPr="008E006D">
        <w:rPr>
          <w:rFonts w:cs="Sakkal Majalla"/>
          <w:sz w:val="36"/>
          <w:szCs w:val="38"/>
          <w:rtl/>
        </w:rPr>
        <w:t>الاستراتيجية،</w:t>
      </w:r>
      <w:r w:rsidRPr="008E006D">
        <w:rPr>
          <w:rFonts w:cs="Sakkal Majalla"/>
          <w:sz w:val="36"/>
          <w:szCs w:val="38"/>
        </w:rPr>
        <w:t xml:space="preserve"> </w:t>
      </w:r>
      <w:r w:rsidRPr="008E006D">
        <w:rPr>
          <w:rFonts w:cs="Sakkal Majalla"/>
          <w:sz w:val="36"/>
          <w:szCs w:val="38"/>
          <w:rtl/>
        </w:rPr>
        <w:t>واستدامة</w:t>
      </w:r>
      <w:r w:rsidRPr="008E006D">
        <w:rPr>
          <w:rFonts w:cs="Sakkal Majalla"/>
          <w:sz w:val="36"/>
          <w:szCs w:val="38"/>
        </w:rPr>
        <w:t xml:space="preserve"> </w:t>
      </w:r>
      <w:r w:rsidRPr="008E006D">
        <w:rPr>
          <w:rFonts w:cs="Sakkal Majalla"/>
          <w:sz w:val="36"/>
          <w:szCs w:val="38"/>
          <w:rtl/>
        </w:rPr>
        <w:t>النتائج</w:t>
      </w:r>
      <w:r w:rsidRPr="008E006D">
        <w:rPr>
          <w:rFonts w:cs="Sakkal Majalla"/>
          <w:sz w:val="36"/>
          <w:szCs w:val="38"/>
        </w:rPr>
        <w:t>.</w:t>
      </w:r>
    </w:p>
    <w:p w14:paraId="77A20F24" w14:textId="77777777" w:rsidR="008E006D" w:rsidRPr="008E006D" w:rsidRDefault="008E006D" w:rsidP="008E2B08">
      <w:pPr>
        <w:ind w:firstLine="720"/>
        <w:rPr>
          <w:rFonts w:cs="Sakkal Majalla"/>
          <w:sz w:val="36"/>
          <w:szCs w:val="38"/>
        </w:rPr>
      </w:pPr>
      <w:r w:rsidRPr="008E006D">
        <w:rPr>
          <w:rFonts w:cs="Sakkal Majalla"/>
          <w:sz w:val="36"/>
          <w:szCs w:val="38"/>
          <w:rtl/>
        </w:rPr>
        <w:t>تستخدم</w:t>
      </w:r>
      <w:r w:rsidRPr="008E006D">
        <w:rPr>
          <w:rFonts w:cs="Sakkal Majalla"/>
          <w:sz w:val="36"/>
          <w:szCs w:val="38"/>
        </w:rPr>
        <w:t xml:space="preserve"> </w:t>
      </w:r>
      <w:r w:rsidRPr="008E006D">
        <w:rPr>
          <w:rFonts w:cs="Sakkal Majalla"/>
          <w:sz w:val="36"/>
          <w:szCs w:val="38"/>
          <w:rtl/>
        </w:rPr>
        <w:t>الدراسة</w:t>
      </w:r>
      <w:r w:rsidRPr="008E006D">
        <w:rPr>
          <w:rFonts w:cs="Sakkal Majalla"/>
          <w:sz w:val="36"/>
          <w:szCs w:val="38"/>
        </w:rPr>
        <w:t xml:space="preserve"> </w:t>
      </w:r>
      <w:r w:rsidRPr="008E006D">
        <w:rPr>
          <w:rFonts w:cs="Sakkal Majalla"/>
          <w:sz w:val="36"/>
          <w:szCs w:val="38"/>
          <w:rtl/>
        </w:rPr>
        <w:t>الحالية</w:t>
      </w:r>
      <w:r w:rsidRPr="008E006D">
        <w:rPr>
          <w:rFonts w:cs="Sakkal Majalla"/>
          <w:sz w:val="36"/>
          <w:szCs w:val="38"/>
        </w:rPr>
        <w:t xml:space="preserve"> </w:t>
      </w:r>
      <w:r w:rsidRPr="008E006D">
        <w:rPr>
          <w:rFonts w:cs="Sakkal Majalla"/>
          <w:sz w:val="36"/>
          <w:szCs w:val="38"/>
          <w:rtl/>
        </w:rPr>
        <w:t>مفهومًا</w:t>
      </w:r>
      <w:r w:rsidRPr="008E006D">
        <w:rPr>
          <w:rFonts w:cs="Sakkal Majalla"/>
          <w:sz w:val="36"/>
          <w:szCs w:val="38"/>
        </w:rPr>
        <w:t xml:space="preserve"> </w:t>
      </w:r>
      <w:r w:rsidRPr="008E006D">
        <w:rPr>
          <w:rFonts w:cs="Sakkal Majalla"/>
          <w:sz w:val="36"/>
          <w:szCs w:val="38"/>
          <w:rtl/>
        </w:rPr>
        <w:t>موسعًا</w:t>
      </w:r>
      <w:r w:rsidRPr="008E006D">
        <w:rPr>
          <w:rFonts w:cs="Sakkal Majalla"/>
          <w:sz w:val="36"/>
          <w:szCs w:val="38"/>
        </w:rPr>
        <w:t xml:space="preserve"> </w:t>
      </w:r>
      <w:r w:rsidRPr="008E006D">
        <w:rPr>
          <w:rFonts w:cs="Sakkal Majalla"/>
          <w:sz w:val="36"/>
          <w:szCs w:val="38"/>
          <w:rtl/>
        </w:rPr>
        <w:t>لنجاح</w:t>
      </w:r>
      <w:r w:rsidRPr="008E006D">
        <w:rPr>
          <w:rFonts w:cs="Sakkal Majalla"/>
          <w:sz w:val="36"/>
          <w:szCs w:val="38"/>
        </w:rPr>
        <w:t xml:space="preserve"> </w:t>
      </w:r>
      <w:r w:rsidRPr="008E006D">
        <w:rPr>
          <w:rFonts w:cs="Sakkal Majalla"/>
          <w:sz w:val="36"/>
          <w:szCs w:val="38"/>
          <w:rtl/>
        </w:rPr>
        <w:t>المشاريع</w:t>
      </w:r>
      <w:r w:rsidRPr="008E006D">
        <w:rPr>
          <w:rFonts w:cs="Sakkal Majalla"/>
          <w:sz w:val="36"/>
          <w:szCs w:val="38"/>
        </w:rPr>
        <w:t xml:space="preserve"> </w:t>
      </w:r>
      <w:r w:rsidRPr="008E006D">
        <w:rPr>
          <w:rFonts w:cs="Sakkal Majalla"/>
          <w:sz w:val="36"/>
          <w:szCs w:val="38"/>
          <w:rtl/>
        </w:rPr>
        <w:t>الحكومية،</w:t>
      </w:r>
      <w:r w:rsidRPr="008E006D">
        <w:rPr>
          <w:rFonts w:cs="Sakkal Majalla"/>
          <w:sz w:val="36"/>
          <w:szCs w:val="38"/>
        </w:rPr>
        <w:t xml:space="preserve"> </w:t>
      </w:r>
      <w:r w:rsidRPr="008E006D">
        <w:rPr>
          <w:rFonts w:cs="Sakkal Majalla"/>
          <w:sz w:val="36"/>
          <w:szCs w:val="38"/>
          <w:rtl/>
        </w:rPr>
        <w:t>إذ</w:t>
      </w:r>
      <w:r w:rsidRPr="008E006D">
        <w:rPr>
          <w:rFonts w:cs="Sakkal Majalla"/>
          <w:sz w:val="36"/>
          <w:szCs w:val="38"/>
        </w:rPr>
        <w:t xml:space="preserve"> </w:t>
      </w:r>
      <w:r w:rsidRPr="008E006D">
        <w:rPr>
          <w:rFonts w:cs="Sakkal Majalla"/>
          <w:sz w:val="36"/>
          <w:szCs w:val="38"/>
          <w:rtl/>
        </w:rPr>
        <w:t>يشمل</w:t>
      </w:r>
      <w:r w:rsidRPr="008E006D">
        <w:rPr>
          <w:rFonts w:cs="Sakkal Majalla"/>
          <w:sz w:val="36"/>
          <w:szCs w:val="38"/>
        </w:rPr>
        <w:t xml:space="preserve"> </w:t>
      </w:r>
      <w:r w:rsidRPr="008E006D">
        <w:rPr>
          <w:rFonts w:cs="Sakkal Majalla"/>
          <w:sz w:val="36"/>
          <w:szCs w:val="38"/>
          <w:rtl/>
        </w:rPr>
        <w:t>الالتزام</w:t>
      </w:r>
      <w:r w:rsidRPr="008E006D">
        <w:rPr>
          <w:rFonts w:cs="Sakkal Majalla"/>
          <w:sz w:val="36"/>
          <w:szCs w:val="38"/>
        </w:rPr>
        <w:t xml:space="preserve"> </w:t>
      </w:r>
      <w:r w:rsidRPr="008E006D">
        <w:rPr>
          <w:rFonts w:cs="Sakkal Majalla"/>
          <w:sz w:val="36"/>
          <w:szCs w:val="38"/>
          <w:rtl/>
        </w:rPr>
        <w:t>بالوقت،</w:t>
      </w:r>
      <w:r w:rsidRPr="008E006D">
        <w:rPr>
          <w:rFonts w:cs="Sakkal Majalla"/>
          <w:sz w:val="36"/>
          <w:szCs w:val="38"/>
        </w:rPr>
        <w:t xml:space="preserve"> </w:t>
      </w:r>
      <w:r w:rsidRPr="008E006D">
        <w:rPr>
          <w:rFonts w:cs="Sakkal Majalla"/>
          <w:sz w:val="36"/>
          <w:szCs w:val="38"/>
          <w:rtl/>
        </w:rPr>
        <w:t>والالتزام</w:t>
      </w:r>
      <w:r w:rsidRPr="008E006D">
        <w:rPr>
          <w:rFonts w:cs="Sakkal Majalla"/>
          <w:sz w:val="36"/>
          <w:szCs w:val="38"/>
        </w:rPr>
        <w:t xml:space="preserve"> </w:t>
      </w:r>
      <w:r w:rsidRPr="008E006D">
        <w:rPr>
          <w:rFonts w:cs="Sakkal Majalla"/>
          <w:sz w:val="36"/>
          <w:szCs w:val="38"/>
          <w:rtl/>
        </w:rPr>
        <w:t>بالميزانية،</w:t>
      </w:r>
      <w:r w:rsidRPr="008E006D">
        <w:rPr>
          <w:rFonts w:cs="Sakkal Majalla"/>
          <w:sz w:val="36"/>
          <w:szCs w:val="38"/>
        </w:rPr>
        <w:t xml:space="preserve"> </w:t>
      </w:r>
      <w:r w:rsidRPr="008E006D">
        <w:rPr>
          <w:rFonts w:cs="Sakkal Majalla"/>
          <w:sz w:val="36"/>
          <w:szCs w:val="38"/>
          <w:rtl/>
        </w:rPr>
        <w:t>وتحقيق</w:t>
      </w:r>
      <w:r w:rsidRPr="008E006D">
        <w:rPr>
          <w:rFonts w:cs="Sakkal Majalla"/>
          <w:sz w:val="36"/>
          <w:szCs w:val="38"/>
        </w:rPr>
        <w:t xml:space="preserve"> </w:t>
      </w:r>
      <w:r w:rsidRPr="008E006D">
        <w:rPr>
          <w:rFonts w:cs="Sakkal Majalla"/>
          <w:sz w:val="36"/>
          <w:szCs w:val="38"/>
          <w:rtl/>
        </w:rPr>
        <w:t>النطاق،</w:t>
      </w:r>
      <w:r w:rsidRPr="008E006D">
        <w:rPr>
          <w:rFonts w:cs="Sakkal Majalla"/>
          <w:sz w:val="36"/>
          <w:szCs w:val="38"/>
        </w:rPr>
        <w:t xml:space="preserve"> </w:t>
      </w:r>
      <w:r w:rsidRPr="008E006D">
        <w:rPr>
          <w:rFonts w:cs="Sakkal Majalla"/>
          <w:sz w:val="36"/>
          <w:szCs w:val="38"/>
          <w:rtl/>
        </w:rPr>
        <w:t>وجودة</w:t>
      </w:r>
      <w:r w:rsidRPr="008E006D">
        <w:rPr>
          <w:rFonts w:cs="Sakkal Majalla"/>
          <w:sz w:val="36"/>
          <w:szCs w:val="38"/>
        </w:rPr>
        <w:t xml:space="preserve"> </w:t>
      </w:r>
      <w:r w:rsidRPr="008E006D">
        <w:rPr>
          <w:rFonts w:cs="Sakkal Majalla"/>
          <w:sz w:val="36"/>
          <w:szCs w:val="38"/>
          <w:rtl/>
        </w:rPr>
        <w:t>التسليم،</w:t>
      </w:r>
      <w:r w:rsidRPr="008E006D">
        <w:rPr>
          <w:rFonts w:cs="Sakkal Majalla"/>
          <w:sz w:val="36"/>
          <w:szCs w:val="38"/>
        </w:rPr>
        <w:t xml:space="preserve"> </w:t>
      </w:r>
      <w:r w:rsidRPr="008E006D">
        <w:rPr>
          <w:rFonts w:cs="Sakkal Majalla"/>
          <w:sz w:val="36"/>
          <w:szCs w:val="38"/>
          <w:rtl/>
        </w:rPr>
        <w:t>ورضا</w:t>
      </w:r>
      <w:r w:rsidRPr="008E006D">
        <w:rPr>
          <w:rFonts w:cs="Sakkal Majalla"/>
          <w:sz w:val="36"/>
          <w:szCs w:val="38"/>
        </w:rPr>
        <w:t xml:space="preserve"> </w:t>
      </w:r>
      <w:r w:rsidRPr="008E006D">
        <w:rPr>
          <w:rFonts w:cs="Sakkal Majalla"/>
          <w:sz w:val="36"/>
          <w:szCs w:val="38"/>
          <w:rtl/>
        </w:rPr>
        <w:t>أصحاب</w:t>
      </w:r>
      <w:r w:rsidRPr="008E006D">
        <w:rPr>
          <w:rFonts w:cs="Sakkal Majalla"/>
          <w:sz w:val="36"/>
          <w:szCs w:val="38"/>
        </w:rPr>
        <w:t xml:space="preserve"> </w:t>
      </w:r>
      <w:r w:rsidRPr="008E006D">
        <w:rPr>
          <w:rFonts w:cs="Sakkal Majalla"/>
          <w:sz w:val="36"/>
          <w:szCs w:val="38"/>
          <w:rtl/>
        </w:rPr>
        <w:t>المصلحة،</w:t>
      </w:r>
      <w:r w:rsidRPr="008E006D">
        <w:rPr>
          <w:rFonts w:cs="Sakkal Majalla"/>
          <w:sz w:val="36"/>
          <w:szCs w:val="38"/>
        </w:rPr>
        <w:t xml:space="preserve"> </w:t>
      </w:r>
      <w:r w:rsidRPr="008E006D">
        <w:rPr>
          <w:rFonts w:cs="Sakkal Majalla"/>
          <w:sz w:val="36"/>
          <w:szCs w:val="38"/>
          <w:rtl/>
        </w:rPr>
        <w:t>وتحقيق</w:t>
      </w:r>
      <w:r w:rsidRPr="008E006D">
        <w:rPr>
          <w:rFonts w:cs="Sakkal Majalla"/>
          <w:sz w:val="36"/>
          <w:szCs w:val="38"/>
        </w:rPr>
        <w:t xml:space="preserve"> </w:t>
      </w:r>
      <w:r w:rsidRPr="008E006D">
        <w:rPr>
          <w:rFonts w:cs="Sakkal Majalla"/>
          <w:sz w:val="36"/>
          <w:szCs w:val="38"/>
          <w:rtl/>
        </w:rPr>
        <w:t>الأهداف</w:t>
      </w:r>
      <w:r w:rsidRPr="008E006D">
        <w:rPr>
          <w:rFonts w:cs="Sakkal Majalla"/>
          <w:sz w:val="36"/>
          <w:szCs w:val="38"/>
        </w:rPr>
        <w:t xml:space="preserve"> </w:t>
      </w:r>
      <w:r w:rsidRPr="008E006D">
        <w:rPr>
          <w:rFonts w:cs="Sakkal Majalla"/>
          <w:sz w:val="36"/>
          <w:szCs w:val="38"/>
          <w:rtl/>
        </w:rPr>
        <w:t>الاستراتيجية،</w:t>
      </w:r>
      <w:r w:rsidRPr="008E006D">
        <w:rPr>
          <w:rFonts w:cs="Sakkal Majalla"/>
          <w:sz w:val="36"/>
          <w:szCs w:val="38"/>
        </w:rPr>
        <w:t xml:space="preserve"> </w:t>
      </w:r>
      <w:r w:rsidRPr="008E006D">
        <w:rPr>
          <w:rFonts w:cs="Sakkal Majalla"/>
          <w:sz w:val="36"/>
          <w:szCs w:val="38"/>
          <w:rtl/>
        </w:rPr>
        <w:t>وتقليل</w:t>
      </w:r>
      <w:r w:rsidRPr="008E006D">
        <w:rPr>
          <w:rFonts w:cs="Sakkal Majalla"/>
          <w:sz w:val="36"/>
          <w:szCs w:val="38"/>
        </w:rPr>
        <w:t xml:space="preserve"> </w:t>
      </w:r>
      <w:r w:rsidRPr="008E006D">
        <w:rPr>
          <w:rFonts w:cs="Sakkal Majalla"/>
          <w:sz w:val="36"/>
          <w:szCs w:val="38"/>
          <w:rtl/>
        </w:rPr>
        <w:t>المخاطر،</w:t>
      </w:r>
      <w:r w:rsidRPr="008E006D">
        <w:rPr>
          <w:rFonts w:cs="Sakkal Majalla"/>
          <w:sz w:val="36"/>
          <w:szCs w:val="38"/>
        </w:rPr>
        <w:t xml:space="preserve"> </w:t>
      </w:r>
      <w:r w:rsidRPr="008E006D">
        <w:rPr>
          <w:rFonts w:cs="Sakkal Majalla"/>
          <w:sz w:val="36"/>
          <w:szCs w:val="38"/>
          <w:rtl/>
        </w:rPr>
        <w:t>وتحقيق</w:t>
      </w:r>
      <w:r w:rsidRPr="008E006D">
        <w:rPr>
          <w:rFonts w:cs="Sakkal Majalla"/>
          <w:sz w:val="36"/>
          <w:szCs w:val="38"/>
        </w:rPr>
        <w:t xml:space="preserve"> </w:t>
      </w:r>
      <w:r w:rsidRPr="008E006D">
        <w:rPr>
          <w:rFonts w:cs="Sakkal Majalla"/>
          <w:sz w:val="36"/>
          <w:szCs w:val="38"/>
          <w:rtl/>
        </w:rPr>
        <w:t>القيمة</w:t>
      </w:r>
      <w:r w:rsidRPr="008E006D">
        <w:rPr>
          <w:rFonts w:cs="Sakkal Majalla"/>
          <w:sz w:val="36"/>
          <w:szCs w:val="38"/>
        </w:rPr>
        <w:t xml:space="preserve"> </w:t>
      </w:r>
      <w:r w:rsidRPr="008E006D">
        <w:rPr>
          <w:rFonts w:cs="Sakkal Majalla"/>
          <w:sz w:val="36"/>
          <w:szCs w:val="38"/>
          <w:rtl/>
        </w:rPr>
        <w:t>المضافة</w:t>
      </w:r>
      <w:r w:rsidRPr="008E006D">
        <w:rPr>
          <w:rFonts w:cs="Sakkal Majalla"/>
          <w:sz w:val="36"/>
          <w:szCs w:val="38"/>
        </w:rPr>
        <w:t xml:space="preserve"> </w:t>
      </w:r>
      <w:r w:rsidRPr="008E006D">
        <w:rPr>
          <w:rFonts w:cs="Sakkal Majalla"/>
          <w:sz w:val="36"/>
          <w:szCs w:val="38"/>
          <w:rtl/>
        </w:rPr>
        <w:t>للجهة</w:t>
      </w:r>
      <w:r w:rsidRPr="008E006D">
        <w:rPr>
          <w:rFonts w:cs="Sakkal Majalla"/>
          <w:sz w:val="36"/>
          <w:szCs w:val="38"/>
        </w:rPr>
        <w:t xml:space="preserve"> </w:t>
      </w:r>
      <w:r w:rsidRPr="008E006D">
        <w:rPr>
          <w:rFonts w:cs="Sakkal Majalla"/>
          <w:sz w:val="36"/>
          <w:szCs w:val="38"/>
          <w:rtl/>
        </w:rPr>
        <w:t>والمستفيدين</w:t>
      </w:r>
      <w:r w:rsidRPr="008E006D">
        <w:rPr>
          <w:rFonts w:cs="Sakkal Majalla"/>
          <w:sz w:val="36"/>
          <w:szCs w:val="38"/>
        </w:rPr>
        <w:t xml:space="preserve">. </w:t>
      </w:r>
      <w:r w:rsidRPr="008E006D">
        <w:rPr>
          <w:rFonts w:cs="Sakkal Majalla"/>
          <w:sz w:val="36"/>
          <w:szCs w:val="38"/>
          <w:rtl/>
        </w:rPr>
        <w:t>وتعكس</w:t>
      </w:r>
      <w:r w:rsidRPr="008E006D">
        <w:rPr>
          <w:rFonts w:cs="Sakkal Majalla"/>
          <w:sz w:val="36"/>
          <w:szCs w:val="38"/>
        </w:rPr>
        <w:t xml:space="preserve"> </w:t>
      </w:r>
      <w:r w:rsidRPr="008E006D">
        <w:rPr>
          <w:rFonts w:cs="Sakkal Majalla"/>
          <w:sz w:val="36"/>
          <w:szCs w:val="38"/>
          <w:rtl/>
        </w:rPr>
        <w:t>هذه</w:t>
      </w:r>
      <w:r w:rsidRPr="008E006D">
        <w:rPr>
          <w:rFonts w:cs="Sakkal Majalla"/>
          <w:sz w:val="36"/>
          <w:szCs w:val="38"/>
        </w:rPr>
        <w:t xml:space="preserve"> </w:t>
      </w:r>
      <w:r w:rsidRPr="008E006D">
        <w:rPr>
          <w:rFonts w:cs="Sakkal Majalla"/>
          <w:sz w:val="36"/>
          <w:szCs w:val="38"/>
          <w:rtl/>
        </w:rPr>
        <w:t>المؤشرات</w:t>
      </w:r>
      <w:r w:rsidRPr="008E006D">
        <w:rPr>
          <w:rFonts w:cs="Sakkal Majalla"/>
          <w:sz w:val="36"/>
          <w:szCs w:val="38"/>
        </w:rPr>
        <w:t xml:space="preserve"> </w:t>
      </w:r>
      <w:r w:rsidRPr="008E006D">
        <w:rPr>
          <w:rFonts w:cs="Sakkal Majalla"/>
          <w:sz w:val="36"/>
          <w:szCs w:val="38"/>
          <w:rtl/>
        </w:rPr>
        <w:t>منظورًا</w:t>
      </w:r>
      <w:r w:rsidRPr="008E006D">
        <w:rPr>
          <w:rFonts w:cs="Sakkal Majalla"/>
          <w:sz w:val="36"/>
          <w:szCs w:val="38"/>
        </w:rPr>
        <w:t xml:space="preserve"> </w:t>
      </w:r>
      <w:r w:rsidRPr="008E006D">
        <w:rPr>
          <w:rFonts w:cs="Sakkal Majalla"/>
          <w:sz w:val="36"/>
          <w:szCs w:val="38"/>
          <w:rtl/>
        </w:rPr>
        <w:t>متوازنًا</w:t>
      </w:r>
      <w:r w:rsidRPr="008E006D">
        <w:rPr>
          <w:rFonts w:cs="Sakkal Majalla"/>
          <w:sz w:val="36"/>
          <w:szCs w:val="38"/>
        </w:rPr>
        <w:t xml:space="preserve"> </w:t>
      </w:r>
      <w:r w:rsidRPr="008E006D">
        <w:rPr>
          <w:rFonts w:cs="Sakkal Majalla"/>
          <w:sz w:val="36"/>
          <w:szCs w:val="38"/>
          <w:rtl/>
        </w:rPr>
        <w:t>بين</w:t>
      </w:r>
      <w:r w:rsidRPr="008E006D">
        <w:rPr>
          <w:rFonts w:cs="Sakkal Majalla"/>
          <w:sz w:val="36"/>
          <w:szCs w:val="38"/>
        </w:rPr>
        <w:t xml:space="preserve"> </w:t>
      </w:r>
      <w:r w:rsidRPr="008E006D">
        <w:rPr>
          <w:rFonts w:cs="Sakkal Majalla"/>
          <w:sz w:val="36"/>
          <w:szCs w:val="38"/>
          <w:rtl/>
        </w:rPr>
        <w:t>كفاءة</w:t>
      </w:r>
      <w:r w:rsidRPr="008E006D">
        <w:rPr>
          <w:rFonts w:cs="Sakkal Majalla"/>
          <w:sz w:val="36"/>
          <w:szCs w:val="38"/>
        </w:rPr>
        <w:t xml:space="preserve"> </w:t>
      </w:r>
      <w:r w:rsidRPr="008E006D">
        <w:rPr>
          <w:rFonts w:cs="Sakkal Majalla"/>
          <w:sz w:val="36"/>
          <w:szCs w:val="38"/>
          <w:rtl/>
        </w:rPr>
        <w:t>التنفيذ</w:t>
      </w:r>
      <w:r w:rsidRPr="008E006D">
        <w:rPr>
          <w:rFonts w:cs="Sakkal Majalla"/>
          <w:sz w:val="36"/>
          <w:szCs w:val="38"/>
        </w:rPr>
        <w:t xml:space="preserve"> </w:t>
      </w:r>
      <w:r w:rsidRPr="008E006D">
        <w:rPr>
          <w:rFonts w:cs="Sakkal Majalla"/>
          <w:sz w:val="36"/>
          <w:szCs w:val="38"/>
          <w:rtl/>
        </w:rPr>
        <w:t>وفاعلية</w:t>
      </w:r>
      <w:r w:rsidRPr="008E006D">
        <w:rPr>
          <w:rFonts w:cs="Sakkal Majalla"/>
          <w:sz w:val="36"/>
          <w:szCs w:val="38"/>
        </w:rPr>
        <w:t xml:space="preserve"> </w:t>
      </w:r>
      <w:r w:rsidRPr="008E006D">
        <w:rPr>
          <w:rFonts w:cs="Sakkal Majalla"/>
          <w:sz w:val="36"/>
          <w:szCs w:val="38"/>
          <w:rtl/>
        </w:rPr>
        <w:t>الأثر</w:t>
      </w:r>
      <w:r w:rsidRPr="008E006D">
        <w:rPr>
          <w:rFonts w:cs="Sakkal Majalla"/>
          <w:sz w:val="36"/>
          <w:szCs w:val="38"/>
        </w:rPr>
        <w:t>.</w:t>
      </w:r>
    </w:p>
    <w:p w14:paraId="1F2BBEF5" w14:textId="77777777" w:rsidR="008E006D" w:rsidRPr="008E006D" w:rsidRDefault="008E006D" w:rsidP="008E2B08">
      <w:pPr>
        <w:ind w:firstLine="0"/>
        <w:jc w:val="center"/>
        <w:rPr>
          <w:rFonts w:cs="Sakkal Majalla"/>
          <w:bCs/>
          <w:sz w:val="36"/>
          <w:szCs w:val="38"/>
        </w:rPr>
      </w:pPr>
      <w:r w:rsidRPr="008E006D">
        <w:rPr>
          <w:rFonts w:cs="Sakkal Majalla"/>
          <w:b/>
          <w:bCs/>
          <w:sz w:val="36"/>
          <w:szCs w:val="38"/>
          <w:rtl/>
        </w:rPr>
        <w:t>جدول</w:t>
      </w:r>
      <w:r w:rsidRPr="008E006D">
        <w:rPr>
          <w:rFonts w:cs="Sakkal Majalla"/>
          <w:b/>
          <w:bCs/>
          <w:sz w:val="36"/>
          <w:szCs w:val="38"/>
        </w:rPr>
        <w:t xml:space="preserve"> (2-4</w:t>
      </w:r>
      <w:proofErr w:type="gramStart"/>
      <w:r w:rsidRPr="008E006D">
        <w:rPr>
          <w:rFonts w:cs="Sakkal Majalla"/>
          <w:b/>
          <w:bCs/>
          <w:sz w:val="36"/>
          <w:szCs w:val="38"/>
        </w:rPr>
        <w:t>)</w:t>
      </w:r>
      <w:r w:rsidR="008E2B08">
        <w:rPr>
          <w:rFonts w:cs="Sakkal Majalla" w:hint="cs"/>
          <w:b/>
          <w:bCs/>
          <w:sz w:val="36"/>
          <w:szCs w:val="38"/>
          <w:rtl/>
        </w:rPr>
        <w:t xml:space="preserve"> </w:t>
      </w:r>
      <w:r w:rsidRPr="008E006D">
        <w:rPr>
          <w:rFonts w:cs="Sakkal Majalla"/>
          <w:b/>
          <w:bCs/>
          <w:sz w:val="36"/>
          <w:szCs w:val="38"/>
        </w:rPr>
        <w:t>:</w:t>
      </w:r>
      <w:proofErr w:type="gramEnd"/>
      <w:r w:rsidR="008E2B08">
        <w:rPr>
          <w:rFonts w:cs="Sakkal Majalla" w:hint="cs"/>
          <w:b/>
          <w:bCs/>
          <w:sz w:val="36"/>
          <w:szCs w:val="38"/>
          <w:rtl/>
        </w:rPr>
        <w:t xml:space="preserve"> </w:t>
      </w:r>
      <w:r w:rsidRPr="008E006D">
        <w:rPr>
          <w:rFonts w:cs="Sakkal Majalla"/>
          <w:b/>
          <w:bCs/>
          <w:sz w:val="36"/>
          <w:szCs w:val="38"/>
        </w:rPr>
        <w:t xml:space="preserve"> </w:t>
      </w:r>
      <w:r w:rsidRPr="008E006D">
        <w:rPr>
          <w:rFonts w:cs="Sakkal Majalla"/>
          <w:b/>
          <w:bCs/>
          <w:sz w:val="36"/>
          <w:szCs w:val="38"/>
          <w:rtl/>
        </w:rPr>
        <w:t>معايير</w:t>
      </w:r>
      <w:r w:rsidRPr="008E006D">
        <w:rPr>
          <w:rFonts w:cs="Sakkal Majalla"/>
          <w:b/>
          <w:bCs/>
          <w:sz w:val="36"/>
          <w:szCs w:val="38"/>
        </w:rPr>
        <w:t xml:space="preserve"> </w:t>
      </w:r>
      <w:r w:rsidRPr="008E006D">
        <w:rPr>
          <w:rFonts w:cs="Sakkal Majalla"/>
          <w:b/>
          <w:bCs/>
          <w:sz w:val="36"/>
          <w:szCs w:val="38"/>
          <w:rtl/>
        </w:rPr>
        <w:t>نجاح</w:t>
      </w:r>
      <w:r w:rsidRPr="008E006D">
        <w:rPr>
          <w:rFonts w:cs="Sakkal Majalla"/>
          <w:b/>
          <w:bCs/>
          <w:sz w:val="36"/>
          <w:szCs w:val="38"/>
        </w:rPr>
        <w:t xml:space="preserve"> </w:t>
      </w:r>
      <w:r w:rsidRPr="008E006D">
        <w:rPr>
          <w:rFonts w:cs="Sakkal Majalla"/>
          <w:b/>
          <w:bCs/>
          <w:sz w:val="36"/>
          <w:szCs w:val="38"/>
          <w:rtl/>
        </w:rPr>
        <w:t>المشاريع</w:t>
      </w:r>
      <w:r w:rsidRPr="008E006D">
        <w:rPr>
          <w:rFonts w:cs="Sakkal Majalla"/>
          <w:b/>
          <w:bCs/>
          <w:sz w:val="36"/>
          <w:szCs w:val="38"/>
        </w:rPr>
        <w:t xml:space="preserve"> </w:t>
      </w:r>
      <w:r w:rsidRPr="008E006D">
        <w:rPr>
          <w:rFonts w:cs="Sakkal Majalla"/>
          <w:b/>
          <w:bCs/>
          <w:sz w:val="36"/>
          <w:szCs w:val="38"/>
          <w:rtl/>
        </w:rPr>
        <w:t>الحكومية</w:t>
      </w:r>
      <w:r w:rsidRPr="008E006D">
        <w:rPr>
          <w:rFonts w:cs="Sakkal Majalla"/>
          <w:b/>
          <w:bCs/>
          <w:sz w:val="36"/>
          <w:szCs w:val="38"/>
        </w:rPr>
        <w:t xml:space="preserve"> </w:t>
      </w:r>
      <w:r w:rsidRPr="008E006D">
        <w:rPr>
          <w:rFonts w:cs="Sakkal Majalla"/>
          <w:b/>
          <w:bCs/>
          <w:sz w:val="36"/>
          <w:szCs w:val="38"/>
          <w:rtl/>
        </w:rPr>
        <w:t>في</w:t>
      </w:r>
      <w:r w:rsidRPr="008E006D">
        <w:rPr>
          <w:rFonts w:cs="Sakkal Majalla"/>
          <w:b/>
          <w:bCs/>
          <w:sz w:val="36"/>
          <w:szCs w:val="38"/>
        </w:rPr>
        <w:t xml:space="preserve"> </w:t>
      </w:r>
      <w:r w:rsidRPr="008E006D">
        <w:rPr>
          <w:rFonts w:cs="Sakkal Majalla"/>
          <w:b/>
          <w:bCs/>
          <w:sz w:val="36"/>
          <w:szCs w:val="38"/>
          <w:rtl/>
        </w:rPr>
        <w:t>الدراسة</w:t>
      </w:r>
    </w:p>
    <w:tbl>
      <w:tblPr>
        <w:tblStyle w:val="TableGrid"/>
        <w:bidiVisual/>
        <w:tblW w:w="5158" w:type="pct"/>
        <w:jc w:val="center"/>
        <w:tblLook w:val="04A0" w:firstRow="1" w:lastRow="0" w:firstColumn="1" w:lastColumn="0" w:noHBand="0" w:noVBand="1"/>
      </w:tblPr>
      <w:tblGrid>
        <w:gridCol w:w="1648"/>
        <w:gridCol w:w="3849"/>
        <w:gridCol w:w="3849"/>
      </w:tblGrid>
      <w:tr w:rsidR="008E006D" w:rsidRPr="008E006D" w14:paraId="6714CEF6" w14:textId="77777777" w:rsidTr="008E2B08">
        <w:trPr>
          <w:jc w:val="center"/>
        </w:trPr>
        <w:tc>
          <w:tcPr>
            <w:tcW w:w="882" w:type="pct"/>
            <w:shd w:val="clear" w:color="auto" w:fill="1F4E79"/>
            <w:tcMar>
              <w:top w:w="110" w:type="dxa"/>
              <w:left w:w="110" w:type="dxa"/>
              <w:bottom w:w="110" w:type="dxa"/>
              <w:right w:w="110" w:type="dxa"/>
            </w:tcMar>
            <w:vAlign w:val="center"/>
          </w:tcPr>
          <w:p w14:paraId="6C497F9D" w14:textId="77777777" w:rsidR="008E006D" w:rsidRPr="008E2B08" w:rsidRDefault="008E006D" w:rsidP="008E2B08">
            <w:pPr>
              <w:ind w:firstLine="0"/>
              <w:jc w:val="center"/>
              <w:rPr>
                <w:rFonts w:cs="Sakkal Majalla"/>
                <w:color w:val="FFFFFF" w:themeColor="background1"/>
                <w:sz w:val="36"/>
                <w:szCs w:val="38"/>
              </w:rPr>
            </w:pPr>
            <w:r w:rsidRPr="008E2B08">
              <w:rPr>
                <w:rFonts w:cs="Sakkal Majalla"/>
                <w:b/>
                <w:bCs/>
                <w:color w:val="FFFFFF" w:themeColor="background1"/>
                <w:sz w:val="36"/>
                <w:szCs w:val="38"/>
                <w:rtl/>
              </w:rPr>
              <w:t>المعيار</w:t>
            </w:r>
          </w:p>
        </w:tc>
        <w:tc>
          <w:tcPr>
            <w:tcW w:w="2059" w:type="pct"/>
            <w:shd w:val="clear" w:color="auto" w:fill="1F4E79"/>
            <w:tcMar>
              <w:top w:w="110" w:type="dxa"/>
              <w:left w:w="110" w:type="dxa"/>
              <w:bottom w:w="110" w:type="dxa"/>
              <w:right w:w="110" w:type="dxa"/>
            </w:tcMar>
            <w:vAlign w:val="center"/>
          </w:tcPr>
          <w:p w14:paraId="5AB1963B" w14:textId="77777777" w:rsidR="008E006D" w:rsidRPr="008E2B08" w:rsidRDefault="008E006D" w:rsidP="008E2B08">
            <w:pPr>
              <w:ind w:firstLine="0"/>
              <w:jc w:val="center"/>
              <w:rPr>
                <w:rFonts w:cs="Sakkal Majalla"/>
                <w:color w:val="FFFFFF" w:themeColor="background1"/>
                <w:sz w:val="36"/>
                <w:szCs w:val="38"/>
              </w:rPr>
            </w:pPr>
            <w:r w:rsidRPr="008E2B08">
              <w:rPr>
                <w:rFonts w:cs="Sakkal Majalla"/>
                <w:b/>
                <w:bCs/>
                <w:color w:val="FFFFFF" w:themeColor="background1"/>
                <w:sz w:val="36"/>
                <w:szCs w:val="38"/>
                <w:rtl/>
              </w:rPr>
              <w:t>المعنى</w:t>
            </w:r>
            <w:r w:rsidRPr="008E2B08">
              <w:rPr>
                <w:rFonts w:cs="Sakkal Majalla"/>
                <w:b/>
                <w:color w:val="FFFFFF" w:themeColor="background1"/>
                <w:sz w:val="36"/>
                <w:szCs w:val="38"/>
              </w:rPr>
              <w:t xml:space="preserve"> </w:t>
            </w:r>
            <w:r w:rsidRPr="008E2B08">
              <w:rPr>
                <w:rFonts w:cs="Sakkal Majalla"/>
                <w:b/>
                <w:bCs/>
                <w:color w:val="FFFFFF" w:themeColor="background1"/>
                <w:sz w:val="36"/>
                <w:szCs w:val="38"/>
                <w:rtl/>
              </w:rPr>
              <w:t>في</w:t>
            </w:r>
            <w:r w:rsidRPr="008E2B08">
              <w:rPr>
                <w:rFonts w:cs="Sakkal Majalla"/>
                <w:b/>
                <w:color w:val="FFFFFF" w:themeColor="background1"/>
                <w:sz w:val="36"/>
                <w:szCs w:val="38"/>
              </w:rPr>
              <w:t xml:space="preserve"> </w:t>
            </w:r>
            <w:r w:rsidRPr="008E2B08">
              <w:rPr>
                <w:rFonts w:cs="Sakkal Majalla"/>
                <w:b/>
                <w:bCs/>
                <w:color w:val="FFFFFF" w:themeColor="background1"/>
                <w:sz w:val="36"/>
                <w:szCs w:val="38"/>
                <w:rtl/>
              </w:rPr>
              <w:t>المشاريع</w:t>
            </w:r>
            <w:r w:rsidRPr="008E2B08">
              <w:rPr>
                <w:rFonts w:cs="Sakkal Majalla"/>
                <w:b/>
                <w:color w:val="FFFFFF" w:themeColor="background1"/>
                <w:sz w:val="36"/>
                <w:szCs w:val="38"/>
              </w:rPr>
              <w:t xml:space="preserve"> </w:t>
            </w:r>
            <w:r w:rsidRPr="008E2B08">
              <w:rPr>
                <w:rFonts w:cs="Sakkal Majalla"/>
                <w:b/>
                <w:bCs/>
                <w:color w:val="FFFFFF" w:themeColor="background1"/>
                <w:sz w:val="36"/>
                <w:szCs w:val="38"/>
                <w:rtl/>
              </w:rPr>
              <w:t>الحكومية</w:t>
            </w:r>
          </w:p>
        </w:tc>
        <w:tc>
          <w:tcPr>
            <w:tcW w:w="2059" w:type="pct"/>
            <w:shd w:val="clear" w:color="auto" w:fill="1F4E79"/>
            <w:tcMar>
              <w:top w:w="110" w:type="dxa"/>
              <w:left w:w="110" w:type="dxa"/>
              <w:bottom w:w="110" w:type="dxa"/>
              <w:right w:w="110" w:type="dxa"/>
            </w:tcMar>
            <w:vAlign w:val="center"/>
          </w:tcPr>
          <w:p w14:paraId="69DD3A5C" w14:textId="77777777" w:rsidR="008E006D" w:rsidRPr="008E2B08" w:rsidRDefault="008E006D" w:rsidP="008E2B08">
            <w:pPr>
              <w:ind w:firstLine="0"/>
              <w:jc w:val="center"/>
              <w:rPr>
                <w:rFonts w:cs="Sakkal Majalla"/>
                <w:color w:val="FFFFFF" w:themeColor="background1"/>
                <w:sz w:val="36"/>
                <w:szCs w:val="38"/>
              </w:rPr>
            </w:pPr>
            <w:r w:rsidRPr="008E2B08">
              <w:rPr>
                <w:rFonts w:cs="Sakkal Majalla"/>
                <w:b/>
                <w:bCs/>
                <w:color w:val="FFFFFF" w:themeColor="background1"/>
                <w:sz w:val="36"/>
                <w:szCs w:val="38"/>
                <w:rtl/>
              </w:rPr>
              <w:t>مثال</w:t>
            </w:r>
            <w:r w:rsidRPr="008E2B08">
              <w:rPr>
                <w:rFonts w:cs="Sakkal Majalla"/>
                <w:b/>
                <w:color w:val="FFFFFF" w:themeColor="background1"/>
                <w:sz w:val="36"/>
                <w:szCs w:val="38"/>
              </w:rPr>
              <w:t xml:space="preserve"> </w:t>
            </w:r>
            <w:r w:rsidRPr="008E2B08">
              <w:rPr>
                <w:rFonts w:cs="Sakkal Majalla"/>
                <w:b/>
                <w:bCs/>
                <w:color w:val="FFFFFF" w:themeColor="background1"/>
                <w:sz w:val="36"/>
                <w:szCs w:val="38"/>
                <w:rtl/>
              </w:rPr>
              <w:t>تطبيقي</w:t>
            </w:r>
          </w:p>
        </w:tc>
      </w:tr>
      <w:tr w:rsidR="008E006D" w:rsidRPr="008E006D" w14:paraId="108ACEF7" w14:textId="77777777" w:rsidTr="008E2B08">
        <w:trPr>
          <w:jc w:val="center"/>
        </w:trPr>
        <w:tc>
          <w:tcPr>
            <w:tcW w:w="882" w:type="pct"/>
            <w:shd w:val="clear" w:color="auto" w:fill="F2F6FA"/>
            <w:tcMar>
              <w:top w:w="110" w:type="dxa"/>
              <w:left w:w="110" w:type="dxa"/>
              <w:bottom w:w="110" w:type="dxa"/>
              <w:right w:w="110" w:type="dxa"/>
            </w:tcMar>
            <w:vAlign w:val="center"/>
          </w:tcPr>
          <w:p w14:paraId="245490A8" w14:textId="77777777" w:rsidR="008E006D" w:rsidRPr="008E006D" w:rsidRDefault="008E006D" w:rsidP="008E2B08">
            <w:pPr>
              <w:ind w:firstLine="0"/>
              <w:jc w:val="center"/>
              <w:rPr>
                <w:rFonts w:cs="Sakkal Majalla"/>
                <w:sz w:val="36"/>
                <w:szCs w:val="38"/>
              </w:rPr>
            </w:pPr>
            <w:r w:rsidRPr="008E006D">
              <w:rPr>
                <w:rFonts w:cs="Sakkal Majalla"/>
                <w:sz w:val="36"/>
                <w:szCs w:val="38"/>
                <w:rtl/>
              </w:rPr>
              <w:t>الوقت</w:t>
            </w:r>
          </w:p>
        </w:tc>
        <w:tc>
          <w:tcPr>
            <w:tcW w:w="2059" w:type="pct"/>
            <w:shd w:val="clear" w:color="auto" w:fill="F2F6FA"/>
            <w:tcMar>
              <w:top w:w="110" w:type="dxa"/>
              <w:left w:w="110" w:type="dxa"/>
              <w:bottom w:w="110" w:type="dxa"/>
              <w:right w:w="110" w:type="dxa"/>
            </w:tcMar>
            <w:vAlign w:val="center"/>
          </w:tcPr>
          <w:p w14:paraId="5B3E35FA" w14:textId="77777777" w:rsidR="008E006D" w:rsidRPr="008E006D" w:rsidRDefault="008E006D" w:rsidP="008E2B08">
            <w:pPr>
              <w:ind w:firstLine="0"/>
              <w:jc w:val="center"/>
              <w:rPr>
                <w:rFonts w:cs="Sakkal Majalla"/>
                <w:sz w:val="36"/>
                <w:szCs w:val="38"/>
              </w:rPr>
            </w:pPr>
            <w:r w:rsidRPr="008E006D">
              <w:rPr>
                <w:rFonts w:cs="Sakkal Majalla"/>
                <w:sz w:val="36"/>
                <w:szCs w:val="38"/>
                <w:rtl/>
              </w:rPr>
              <w:t>إنجاز</w:t>
            </w:r>
            <w:r w:rsidRPr="008E006D">
              <w:rPr>
                <w:rFonts w:cs="Sakkal Majalla"/>
                <w:sz w:val="36"/>
                <w:szCs w:val="38"/>
              </w:rPr>
              <w:t xml:space="preserve"> </w:t>
            </w:r>
            <w:r w:rsidRPr="008E006D">
              <w:rPr>
                <w:rFonts w:cs="Sakkal Majalla"/>
                <w:sz w:val="36"/>
                <w:szCs w:val="38"/>
                <w:rtl/>
              </w:rPr>
              <w:t>المشروع</w:t>
            </w:r>
            <w:r w:rsidRPr="008E006D">
              <w:rPr>
                <w:rFonts w:cs="Sakkal Majalla"/>
                <w:sz w:val="36"/>
                <w:szCs w:val="38"/>
              </w:rPr>
              <w:t xml:space="preserve"> </w:t>
            </w:r>
            <w:r w:rsidRPr="008E006D">
              <w:rPr>
                <w:rFonts w:cs="Sakkal Majalla"/>
                <w:sz w:val="36"/>
                <w:szCs w:val="38"/>
                <w:rtl/>
              </w:rPr>
              <w:t>وفق</w:t>
            </w:r>
            <w:r w:rsidRPr="008E006D">
              <w:rPr>
                <w:rFonts w:cs="Sakkal Majalla"/>
                <w:sz w:val="36"/>
                <w:szCs w:val="38"/>
              </w:rPr>
              <w:t xml:space="preserve"> </w:t>
            </w:r>
            <w:r w:rsidRPr="008E006D">
              <w:rPr>
                <w:rFonts w:cs="Sakkal Majalla"/>
                <w:sz w:val="36"/>
                <w:szCs w:val="38"/>
                <w:rtl/>
              </w:rPr>
              <w:t>الجدول</w:t>
            </w:r>
            <w:r w:rsidRPr="008E006D">
              <w:rPr>
                <w:rFonts w:cs="Sakkal Majalla"/>
                <w:sz w:val="36"/>
                <w:szCs w:val="38"/>
              </w:rPr>
              <w:t xml:space="preserve"> </w:t>
            </w:r>
            <w:r w:rsidRPr="008E006D">
              <w:rPr>
                <w:rFonts w:cs="Sakkal Majalla"/>
                <w:sz w:val="36"/>
                <w:szCs w:val="38"/>
                <w:rtl/>
              </w:rPr>
              <w:t>المعتمد</w:t>
            </w:r>
            <w:r w:rsidRPr="008E006D">
              <w:rPr>
                <w:rFonts w:cs="Sakkal Majalla"/>
                <w:sz w:val="36"/>
                <w:szCs w:val="38"/>
              </w:rPr>
              <w:t xml:space="preserve"> </w:t>
            </w:r>
            <w:r w:rsidRPr="008E006D">
              <w:rPr>
                <w:rFonts w:cs="Sakkal Majalla"/>
                <w:sz w:val="36"/>
                <w:szCs w:val="38"/>
                <w:rtl/>
              </w:rPr>
              <w:t>أو</w:t>
            </w:r>
            <w:r w:rsidRPr="008E006D">
              <w:rPr>
                <w:rFonts w:cs="Sakkal Majalla"/>
                <w:sz w:val="36"/>
                <w:szCs w:val="38"/>
              </w:rPr>
              <w:t xml:space="preserve"> </w:t>
            </w:r>
            <w:r w:rsidRPr="008E006D">
              <w:rPr>
                <w:rFonts w:cs="Sakkal Majalla"/>
                <w:sz w:val="36"/>
                <w:szCs w:val="38"/>
                <w:rtl/>
              </w:rPr>
              <w:t>ضمن</w:t>
            </w:r>
            <w:r w:rsidRPr="008E006D">
              <w:rPr>
                <w:rFonts w:cs="Sakkal Majalla"/>
                <w:sz w:val="36"/>
                <w:szCs w:val="38"/>
              </w:rPr>
              <w:t xml:space="preserve"> </w:t>
            </w:r>
            <w:r w:rsidRPr="008E006D">
              <w:rPr>
                <w:rFonts w:cs="Sakkal Majalla"/>
                <w:sz w:val="36"/>
                <w:szCs w:val="38"/>
                <w:rtl/>
              </w:rPr>
              <w:t>هامش</w:t>
            </w:r>
            <w:r w:rsidRPr="008E006D">
              <w:rPr>
                <w:rFonts w:cs="Sakkal Majalla"/>
                <w:sz w:val="36"/>
                <w:szCs w:val="38"/>
              </w:rPr>
              <w:t xml:space="preserve"> </w:t>
            </w:r>
            <w:r w:rsidRPr="008E006D">
              <w:rPr>
                <w:rFonts w:cs="Sakkal Majalla"/>
                <w:sz w:val="36"/>
                <w:szCs w:val="38"/>
                <w:rtl/>
              </w:rPr>
              <w:t>مقبول</w:t>
            </w:r>
            <w:r w:rsidRPr="008E006D">
              <w:rPr>
                <w:rFonts w:cs="Sakkal Majalla"/>
                <w:sz w:val="36"/>
                <w:szCs w:val="38"/>
              </w:rPr>
              <w:t>.</w:t>
            </w:r>
          </w:p>
        </w:tc>
        <w:tc>
          <w:tcPr>
            <w:tcW w:w="2059" w:type="pct"/>
            <w:shd w:val="clear" w:color="auto" w:fill="F2F6FA"/>
            <w:tcMar>
              <w:top w:w="110" w:type="dxa"/>
              <w:left w:w="110" w:type="dxa"/>
              <w:bottom w:w="110" w:type="dxa"/>
              <w:right w:w="110" w:type="dxa"/>
            </w:tcMar>
            <w:vAlign w:val="center"/>
          </w:tcPr>
          <w:p w14:paraId="7CA99374" w14:textId="77777777" w:rsidR="008E006D" w:rsidRPr="008E006D" w:rsidRDefault="008E006D" w:rsidP="008E2B08">
            <w:pPr>
              <w:ind w:firstLine="0"/>
              <w:jc w:val="center"/>
              <w:rPr>
                <w:rFonts w:cs="Sakkal Majalla"/>
                <w:sz w:val="36"/>
                <w:szCs w:val="38"/>
              </w:rPr>
            </w:pPr>
            <w:r w:rsidRPr="008E006D">
              <w:rPr>
                <w:rFonts w:cs="Sakkal Majalla"/>
                <w:sz w:val="36"/>
                <w:szCs w:val="38"/>
                <w:rtl/>
              </w:rPr>
              <w:t>إطلاق</w:t>
            </w:r>
            <w:r w:rsidRPr="008E006D">
              <w:rPr>
                <w:rFonts w:cs="Sakkal Majalla"/>
                <w:sz w:val="36"/>
                <w:szCs w:val="38"/>
              </w:rPr>
              <w:t xml:space="preserve"> </w:t>
            </w:r>
            <w:r w:rsidRPr="008E006D">
              <w:rPr>
                <w:rFonts w:cs="Sakkal Majalla"/>
                <w:sz w:val="36"/>
                <w:szCs w:val="38"/>
                <w:rtl/>
              </w:rPr>
              <w:t>خدمة</w:t>
            </w:r>
            <w:r w:rsidRPr="008E006D">
              <w:rPr>
                <w:rFonts w:cs="Sakkal Majalla"/>
                <w:sz w:val="36"/>
                <w:szCs w:val="38"/>
              </w:rPr>
              <w:t xml:space="preserve"> </w:t>
            </w:r>
            <w:r w:rsidRPr="008E006D">
              <w:rPr>
                <w:rFonts w:cs="Sakkal Majalla"/>
                <w:sz w:val="36"/>
                <w:szCs w:val="38"/>
                <w:rtl/>
              </w:rPr>
              <w:t>رقمية</w:t>
            </w:r>
            <w:r w:rsidRPr="008E006D">
              <w:rPr>
                <w:rFonts w:cs="Sakkal Majalla"/>
                <w:sz w:val="36"/>
                <w:szCs w:val="38"/>
              </w:rPr>
              <w:t xml:space="preserve"> </w:t>
            </w:r>
            <w:r w:rsidRPr="008E006D">
              <w:rPr>
                <w:rFonts w:cs="Sakkal Majalla"/>
                <w:sz w:val="36"/>
                <w:szCs w:val="38"/>
                <w:rtl/>
              </w:rPr>
              <w:t>في</w:t>
            </w:r>
            <w:r w:rsidRPr="008E006D">
              <w:rPr>
                <w:rFonts w:cs="Sakkal Majalla"/>
                <w:sz w:val="36"/>
                <w:szCs w:val="38"/>
              </w:rPr>
              <w:t xml:space="preserve"> </w:t>
            </w:r>
            <w:r w:rsidRPr="008E006D">
              <w:rPr>
                <w:rFonts w:cs="Sakkal Majalla"/>
                <w:sz w:val="36"/>
                <w:szCs w:val="38"/>
                <w:rtl/>
              </w:rPr>
              <w:t>الموعد</w:t>
            </w:r>
            <w:r w:rsidRPr="008E006D">
              <w:rPr>
                <w:rFonts w:cs="Sakkal Majalla"/>
                <w:sz w:val="36"/>
                <w:szCs w:val="38"/>
              </w:rPr>
              <w:t xml:space="preserve"> </w:t>
            </w:r>
            <w:r w:rsidRPr="008E006D">
              <w:rPr>
                <w:rFonts w:cs="Sakkal Majalla"/>
                <w:sz w:val="36"/>
                <w:szCs w:val="38"/>
                <w:rtl/>
              </w:rPr>
              <w:t>المحدد</w:t>
            </w:r>
            <w:r w:rsidRPr="008E006D">
              <w:rPr>
                <w:rFonts w:cs="Sakkal Majalla"/>
                <w:sz w:val="36"/>
                <w:szCs w:val="38"/>
              </w:rPr>
              <w:t xml:space="preserve"> </w:t>
            </w:r>
            <w:r w:rsidRPr="008E006D">
              <w:rPr>
                <w:rFonts w:cs="Sakkal Majalla"/>
                <w:sz w:val="36"/>
                <w:szCs w:val="38"/>
                <w:rtl/>
              </w:rPr>
              <w:t>لموسم</w:t>
            </w:r>
            <w:r w:rsidRPr="008E006D">
              <w:rPr>
                <w:rFonts w:cs="Sakkal Majalla"/>
                <w:sz w:val="36"/>
                <w:szCs w:val="38"/>
              </w:rPr>
              <w:t xml:space="preserve"> </w:t>
            </w:r>
            <w:r w:rsidRPr="008E006D">
              <w:rPr>
                <w:rFonts w:cs="Sakkal Majalla"/>
                <w:sz w:val="36"/>
                <w:szCs w:val="38"/>
                <w:rtl/>
              </w:rPr>
              <w:t>أو</w:t>
            </w:r>
            <w:r w:rsidRPr="008E006D">
              <w:rPr>
                <w:rFonts w:cs="Sakkal Majalla"/>
                <w:sz w:val="36"/>
                <w:szCs w:val="38"/>
              </w:rPr>
              <w:t xml:space="preserve"> </w:t>
            </w:r>
            <w:r w:rsidRPr="008E006D">
              <w:rPr>
                <w:rFonts w:cs="Sakkal Majalla"/>
                <w:sz w:val="36"/>
                <w:szCs w:val="38"/>
                <w:rtl/>
              </w:rPr>
              <w:t>حملة</w:t>
            </w:r>
            <w:r w:rsidRPr="008E006D">
              <w:rPr>
                <w:rFonts w:cs="Sakkal Majalla"/>
                <w:sz w:val="36"/>
                <w:szCs w:val="38"/>
              </w:rPr>
              <w:t xml:space="preserve"> </w:t>
            </w:r>
            <w:r w:rsidRPr="008E006D">
              <w:rPr>
                <w:rFonts w:cs="Sakkal Majalla"/>
                <w:sz w:val="36"/>
                <w:szCs w:val="38"/>
                <w:rtl/>
              </w:rPr>
              <w:t>وطنية</w:t>
            </w:r>
            <w:r w:rsidRPr="008E006D">
              <w:rPr>
                <w:rFonts w:cs="Sakkal Majalla"/>
                <w:sz w:val="36"/>
                <w:szCs w:val="38"/>
              </w:rPr>
              <w:t>.</w:t>
            </w:r>
          </w:p>
        </w:tc>
      </w:tr>
      <w:tr w:rsidR="008E006D" w:rsidRPr="008E006D" w14:paraId="075CD0A0" w14:textId="77777777" w:rsidTr="008E2B08">
        <w:trPr>
          <w:jc w:val="center"/>
        </w:trPr>
        <w:tc>
          <w:tcPr>
            <w:tcW w:w="882" w:type="pct"/>
            <w:shd w:val="clear" w:color="auto" w:fill="FFFFFF"/>
            <w:tcMar>
              <w:top w:w="110" w:type="dxa"/>
              <w:left w:w="110" w:type="dxa"/>
              <w:bottom w:w="110" w:type="dxa"/>
              <w:right w:w="110" w:type="dxa"/>
            </w:tcMar>
            <w:vAlign w:val="center"/>
          </w:tcPr>
          <w:p w14:paraId="38329D18" w14:textId="77777777" w:rsidR="008E006D" w:rsidRPr="008E006D" w:rsidRDefault="008E006D" w:rsidP="008E2B08">
            <w:pPr>
              <w:ind w:firstLine="0"/>
              <w:jc w:val="center"/>
              <w:rPr>
                <w:rFonts w:cs="Sakkal Majalla"/>
                <w:sz w:val="36"/>
                <w:szCs w:val="38"/>
              </w:rPr>
            </w:pPr>
            <w:r w:rsidRPr="008E006D">
              <w:rPr>
                <w:rFonts w:cs="Sakkal Majalla"/>
                <w:sz w:val="36"/>
                <w:szCs w:val="38"/>
                <w:rtl/>
              </w:rPr>
              <w:t>التكلفة</w:t>
            </w:r>
          </w:p>
        </w:tc>
        <w:tc>
          <w:tcPr>
            <w:tcW w:w="2059" w:type="pct"/>
            <w:shd w:val="clear" w:color="auto" w:fill="FFFFFF"/>
            <w:tcMar>
              <w:top w:w="110" w:type="dxa"/>
              <w:left w:w="110" w:type="dxa"/>
              <w:bottom w:w="110" w:type="dxa"/>
              <w:right w:w="110" w:type="dxa"/>
            </w:tcMar>
            <w:vAlign w:val="center"/>
          </w:tcPr>
          <w:p w14:paraId="08C16083" w14:textId="77777777" w:rsidR="008E006D" w:rsidRPr="008E006D" w:rsidRDefault="008E006D" w:rsidP="008E2B08">
            <w:pPr>
              <w:ind w:firstLine="0"/>
              <w:jc w:val="center"/>
              <w:rPr>
                <w:rFonts w:cs="Sakkal Majalla"/>
                <w:sz w:val="36"/>
                <w:szCs w:val="38"/>
              </w:rPr>
            </w:pPr>
            <w:r w:rsidRPr="008E006D">
              <w:rPr>
                <w:rFonts w:cs="Sakkal Majalla"/>
                <w:sz w:val="36"/>
                <w:szCs w:val="38"/>
                <w:rtl/>
              </w:rPr>
              <w:t>الالتزام</w:t>
            </w:r>
            <w:r w:rsidRPr="008E006D">
              <w:rPr>
                <w:rFonts w:cs="Sakkal Majalla"/>
                <w:sz w:val="36"/>
                <w:szCs w:val="38"/>
              </w:rPr>
              <w:t xml:space="preserve"> </w:t>
            </w:r>
            <w:r w:rsidRPr="008E006D">
              <w:rPr>
                <w:rFonts w:cs="Sakkal Majalla"/>
                <w:sz w:val="36"/>
                <w:szCs w:val="38"/>
                <w:rtl/>
              </w:rPr>
              <w:t>بالموازنة</w:t>
            </w:r>
            <w:r w:rsidRPr="008E006D">
              <w:rPr>
                <w:rFonts w:cs="Sakkal Majalla"/>
                <w:sz w:val="36"/>
                <w:szCs w:val="38"/>
              </w:rPr>
              <w:t xml:space="preserve"> </w:t>
            </w:r>
            <w:r w:rsidRPr="008E006D">
              <w:rPr>
                <w:rFonts w:cs="Sakkal Majalla"/>
                <w:sz w:val="36"/>
                <w:szCs w:val="38"/>
                <w:rtl/>
              </w:rPr>
              <w:t>المعتمدة</w:t>
            </w:r>
            <w:r w:rsidRPr="008E006D">
              <w:rPr>
                <w:rFonts w:cs="Sakkal Majalla"/>
                <w:sz w:val="36"/>
                <w:szCs w:val="38"/>
              </w:rPr>
              <w:t xml:space="preserve"> </w:t>
            </w:r>
            <w:r w:rsidRPr="008E006D">
              <w:rPr>
                <w:rFonts w:cs="Sakkal Majalla"/>
                <w:sz w:val="36"/>
                <w:szCs w:val="38"/>
                <w:rtl/>
              </w:rPr>
              <w:t>وترشيد</w:t>
            </w:r>
            <w:r w:rsidRPr="008E006D">
              <w:rPr>
                <w:rFonts w:cs="Sakkal Majalla"/>
                <w:sz w:val="36"/>
                <w:szCs w:val="38"/>
              </w:rPr>
              <w:t xml:space="preserve"> </w:t>
            </w:r>
            <w:r w:rsidRPr="008E006D">
              <w:rPr>
                <w:rFonts w:cs="Sakkal Majalla"/>
                <w:sz w:val="36"/>
                <w:szCs w:val="38"/>
                <w:rtl/>
              </w:rPr>
              <w:t>الهدر</w:t>
            </w:r>
            <w:r w:rsidRPr="008E006D">
              <w:rPr>
                <w:rFonts w:cs="Sakkal Majalla"/>
                <w:sz w:val="36"/>
                <w:szCs w:val="38"/>
              </w:rPr>
              <w:t>.</w:t>
            </w:r>
          </w:p>
        </w:tc>
        <w:tc>
          <w:tcPr>
            <w:tcW w:w="2059" w:type="pct"/>
            <w:shd w:val="clear" w:color="auto" w:fill="FFFFFF"/>
            <w:tcMar>
              <w:top w:w="110" w:type="dxa"/>
              <w:left w:w="110" w:type="dxa"/>
              <w:bottom w:w="110" w:type="dxa"/>
              <w:right w:w="110" w:type="dxa"/>
            </w:tcMar>
            <w:vAlign w:val="center"/>
          </w:tcPr>
          <w:p w14:paraId="7DA03D4E" w14:textId="77777777" w:rsidR="008E006D" w:rsidRPr="008E006D" w:rsidRDefault="008E006D" w:rsidP="008E2B08">
            <w:pPr>
              <w:ind w:firstLine="0"/>
              <w:jc w:val="center"/>
              <w:rPr>
                <w:rFonts w:cs="Sakkal Majalla"/>
                <w:sz w:val="36"/>
                <w:szCs w:val="38"/>
              </w:rPr>
            </w:pPr>
            <w:r w:rsidRPr="008E006D">
              <w:rPr>
                <w:rFonts w:cs="Sakkal Majalla"/>
                <w:sz w:val="36"/>
                <w:szCs w:val="38"/>
                <w:rtl/>
              </w:rPr>
              <w:t>تقليل</w:t>
            </w:r>
            <w:r w:rsidRPr="008E006D">
              <w:rPr>
                <w:rFonts w:cs="Sakkal Majalla"/>
                <w:sz w:val="36"/>
                <w:szCs w:val="38"/>
              </w:rPr>
              <w:t xml:space="preserve"> </w:t>
            </w:r>
            <w:r w:rsidRPr="008E006D">
              <w:rPr>
                <w:rFonts w:cs="Sakkal Majalla"/>
                <w:sz w:val="36"/>
                <w:szCs w:val="38"/>
                <w:rtl/>
              </w:rPr>
              <w:t>تكاليف</w:t>
            </w:r>
            <w:r w:rsidRPr="008E006D">
              <w:rPr>
                <w:rFonts w:cs="Sakkal Majalla"/>
                <w:sz w:val="36"/>
                <w:szCs w:val="38"/>
              </w:rPr>
              <w:t xml:space="preserve"> </w:t>
            </w:r>
            <w:r w:rsidRPr="008E006D">
              <w:rPr>
                <w:rFonts w:cs="Sakkal Majalla"/>
                <w:sz w:val="36"/>
                <w:szCs w:val="38"/>
                <w:rtl/>
              </w:rPr>
              <w:t>الصيانة</w:t>
            </w:r>
            <w:r w:rsidRPr="008E006D">
              <w:rPr>
                <w:rFonts w:cs="Sakkal Majalla"/>
                <w:sz w:val="36"/>
                <w:szCs w:val="38"/>
              </w:rPr>
              <w:t xml:space="preserve"> </w:t>
            </w:r>
            <w:r w:rsidRPr="008E006D">
              <w:rPr>
                <w:rFonts w:cs="Sakkal Majalla"/>
                <w:sz w:val="36"/>
                <w:szCs w:val="38"/>
                <w:rtl/>
              </w:rPr>
              <w:t>أو</w:t>
            </w:r>
            <w:r w:rsidRPr="008E006D">
              <w:rPr>
                <w:rFonts w:cs="Sakkal Majalla"/>
                <w:sz w:val="36"/>
                <w:szCs w:val="38"/>
              </w:rPr>
              <w:t xml:space="preserve"> </w:t>
            </w:r>
            <w:r w:rsidRPr="008E006D">
              <w:rPr>
                <w:rFonts w:cs="Sakkal Majalla"/>
                <w:sz w:val="36"/>
                <w:szCs w:val="38"/>
                <w:rtl/>
              </w:rPr>
              <w:t>التشغيل</w:t>
            </w:r>
            <w:r w:rsidRPr="008E006D">
              <w:rPr>
                <w:rFonts w:cs="Sakkal Majalla"/>
                <w:sz w:val="36"/>
                <w:szCs w:val="38"/>
              </w:rPr>
              <w:t xml:space="preserve"> </w:t>
            </w:r>
            <w:r w:rsidRPr="008E006D">
              <w:rPr>
                <w:rFonts w:cs="Sakkal Majalla"/>
                <w:sz w:val="36"/>
                <w:szCs w:val="38"/>
                <w:rtl/>
              </w:rPr>
              <w:t>نتيجة</w:t>
            </w:r>
            <w:r w:rsidRPr="008E006D">
              <w:rPr>
                <w:rFonts w:cs="Sakkal Majalla"/>
                <w:sz w:val="36"/>
                <w:szCs w:val="38"/>
              </w:rPr>
              <w:t xml:space="preserve"> </w:t>
            </w:r>
            <w:r w:rsidRPr="008E006D">
              <w:rPr>
                <w:rFonts w:cs="Sakkal Majalla"/>
                <w:sz w:val="36"/>
                <w:szCs w:val="38"/>
                <w:rtl/>
              </w:rPr>
              <w:t>الأتمتة</w:t>
            </w:r>
            <w:r w:rsidRPr="008E006D">
              <w:rPr>
                <w:rFonts w:cs="Sakkal Majalla"/>
                <w:sz w:val="36"/>
                <w:szCs w:val="38"/>
              </w:rPr>
              <w:t>.</w:t>
            </w:r>
          </w:p>
        </w:tc>
      </w:tr>
      <w:tr w:rsidR="008E006D" w:rsidRPr="008E006D" w14:paraId="50245173" w14:textId="77777777" w:rsidTr="008E2B08">
        <w:trPr>
          <w:jc w:val="center"/>
        </w:trPr>
        <w:tc>
          <w:tcPr>
            <w:tcW w:w="882" w:type="pct"/>
            <w:shd w:val="clear" w:color="auto" w:fill="F2F6FA"/>
            <w:tcMar>
              <w:top w:w="110" w:type="dxa"/>
              <w:left w:w="110" w:type="dxa"/>
              <w:bottom w:w="110" w:type="dxa"/>
              <w:right w:w="110" w:type="dxa"/>
            </w:tcMar>
            <w:vAlign w:val="center"/>
          </w:tcPr>
          <w:p w14:paraId="0EBC4433" w14:textId="77777777" w:rsidR="008E006D" w:rsidRPr="008E006D" w:rsidRDefault="008E006D" w:rsidP="008E2B08">
            <w:pPr>
              <w:ind w:firstLine="0"/>
              <w:jc w:val="center"/>
              <w:rPr>
                <w:rFonts w:cs="Sakkal Majalla"/>
                <w:sz w:val="36"/>
                <w:szCs w:val="38"/>
              </w:rPr>
            </w:pPr>
            <w:r w:rsidRPr="008E006D">
              <w:rPr>
                <w:rFonts w:cs="Sakkal Majalla"/>
                <w:sz w:val="36"/>
                <w:szCs w:val="38"/>
                <w:rtl/>
              </w:rPr>
              <w:t>الجودة</w:t>
            </w:r>
          </w:p>
        </w:tc>
        <w:tc>
          <w:tcPr>
            <w:tcW w:w="2059" w:type="pct"/>
            <w:shd w:val="clear" w:color="auto" w:fill="F2F6FA"/>
            <w:tcMar>
              <w:top w:w="110" w:type="dxa"/>
              <w:left w:w="110" w:type="dxa"/>
              <w:bottom w:w="110" w:type="dxa"/>
              <w:right w:w="110" w:type="dxa"/>
            </w:tcMar>
            <w:vAlign w:val="center"/>
          </w:tcPr>
          <w:p w14:paraId="6791033C" w14:textId="77777777" w:rsidR="008E006D" w:rsidRPr="008E006D" w:rsidRDefault="008E006D" w:rsidP="008E2B08">
            <w:pPr>
              <w:ind w:firstLine="0"/>
              <w:jc w:val="center"/>
              <w:rPr>
                <w:rFonts w:cs="Sakkal Majalla"/>
                <w:sz w:val="36"/>
                <w:szCs w:val="38"/>
              </w:rPr>
            </w:pPr>
            <w:r w:rsidRPr="008E006D">
              <w:rPr>
                <w:rFonts w:cs="Sakkal Majalla"/>
                <w:sz w:val="36"/>
                <w:szCs w:val="38"/>
                <w:rtl/>
              </w:rPr>
              <w:t>مطابقة</w:t>
            </w:r>
            <w:r w:rsidRPr="008E006D">
              <w:rPr>
                <w:rFonts w:cs="Sakkal Majalla"/>
                <w:sz w:val="36"/>
                <w:szCs w:val="38"/>
              </w:rPr>
              <w:t xml:space="preserve"> </w:t>
            </w:r>
            <w:r w:rsidRPr="008E006D">
              <w:rPr>
                <w:rFonts w:cs="Sakkal Majalla"/>
                <w:sz w:val="36"/>
                <w:szCs w:val="38"/>
                <w:rtl/>
              </w:rPr>
              <w:t>المخرجات</w:t>
            </w:r>
            <w:r w:rsidRPr="008E006D">
              <w:rPr>
                <w:rFonts w:cs="Sakkal Majalla"/>
                <w:sz w:val="36"/>
                <w:szCs w:val="38"/>
              </w:rPr>
              <w:t xml:space="preserve"> </w:t>
            </w:r>
            <w:r w:rsidRPr="008E006D">
              <w:rPr>
                <w:rFonts w:cs="Sakkal Majalla"/>
                <w:sz w:val="36"/>
                <w:szCs w:val="38"/>
                <w:rtl/>
              </w:rPr>
              <w:t>للمواصفات</w:t>
            </w:r>
            <w:r w:rsidRPr="008E006D">
              <w:rPr>
                <w:rFonts w:cs="Sakkal Majalla"/>
                <w:sz w:val="36"/>
                <w:szCs w:val="38"/>
              </w:rPr>
              <w:t xml:space="preserve"> </w:t>
            </w:r>
            <w:r w:rsidRPr="008E006D">
              <w:rPr>
                <w:rFonts w:cs="Sakkal Majalla"/>
                <w:sz w:val="36"/>
                <w:szCs w:val="38"/>
                <w:rtl/>
              </w:rPr>
              <w:t>وتجربة</w:t>
            </w:r>
            <w:r w:rsidRPr="008E006D">
              <w:rPr>
                <w:rFonts w:cs="Sakkal Majalla"/>
                <w:sz w:val="36"/>
                <w:szCs w:val="38"/>
              </w:rPr>
              <w:t xml:space="preserve"> </w:t>
            </w:r>
            <w:r w:rsidRPr="008E006D">
              <w:rPr>
                <w:rFonts w:cs="Sakkal Majalla"/>
                <w:sz w:val="36"/>
                <w:szCs w:val="38"/>
                <w:rtl/>
              </w:rPr>
              <w:t>المستخدم</w:t>
            </w:r>
            <w:r w:rsidRPr="008E006D">
              <w:rPr>
                <w:rFonts w:cs="Sakkal Majalla"/>
                <w:sz w:val="36"/>
                <w:szCs w:val="38"/>
              </w:rPr>
              <w:t>.</w:t>
            </w:r>
          </w:p>
        </w:tc>
        <w:tc>
          <w:tcPr>
            <w:tcW w:w="2059" w:type="pct"/>
            <w:shd w:val="clear" w:color="auto" w:fill="F2F6FA"/>
            <w:tcMar>
              <w:top w:w="110" w:type="dxa"/>
              <w:left w:w="110" w:type="dxa"/>
              <w:bottom w:w="110" w:type="dxa"/>
              <w:right w:w="110" w:type="dxa"/>
            </w:tcMar>
            <w:vAlign w:val="center"/>
          </w:tcPr>
          <w:p w14:paraId="4136032B" w14:textId="77777777" w:rsidR="008E006D" w:rsidRPr="008E006D" w:rsidRDefault="008E006D" w:rsidP="008E2B08">
            <w:pPr>
              <w:ind w:firstLine="0"/>
              <w:jc w:val="center"/>
              <w:rPr>
                <w:rFonts w:cs="Sakkal Majalla"/>
                <w:sz w:val="36"/>
                <w:szCs w:val="38"/>
              </w:rPr>
            </w:pPr>
            <w:r w:rsidRPr="008E006D">
              <w:rPr>
                <w:rFonts w:cs="Sakkal Majalla"/>
                <w:sz w:val="36"/>
                <w:szCs w:val="38"/>
                <w:rtl/>
              </w:rPr>
              <w:t>منصة</w:t>
            </w:r>
            <w:r w:rsidRPr="008E006D">
              <w:rPr>
                <w:rFonts w:cs="Sakkal Majalla"/>
                <w:sz w:val="36"/>
                <w:szCs w:val="38"/>
              </w:rPr>
              <w:t xml:space="preserve"> </w:t>
            </w:r>
            <w:r w:rsidRPr="008E006D">
              <w:rPr>
                <w:rFonts w:cs="Sakkal Majalla"/>
                <w:sz w:val="36"/>
                <w:szCs w:val="38"/>
                <w:rtl/>
              </w:rPr>
              <w:t>سهلة</w:t>
            </w:r>
            <w:r w:rsidRPr="008E006D">
              <w:rPr>
                <w:rFonts w:cs="Sakkal Majalla"/>
                <w:sz w:val="36"/>
                <w:szCs w:val="38"/>
              </w:rPr>
              <w:t xml:space="preserve"> </w:t>
            </w:r>
            <w:r w:rsidRPr="008E006D">
              <w:rPr>
                <w:rFonts w:cs="Sakkal Majalla"/>
                <w:sz w:val="36"/>
                <w:szCs w:val="38"/>
                <w:rtl/>
              </w:rPr>
              <w:t>الاستخدام</w:t>
            </w:r>
            <w:r w:rsidRPr="008E006D">
              <w:rPr>
                <w:rFonts w:cs="Sakkal Majalla"/>
                <w:sz w:val="36"/>
                <w:szCs w:val="38"/>
              </w:rPr>
              <w:t xml:space="preserve"> </w:t>
            </w:r>
            <w:r w:rsidRPr="008E006D">
              <w:rPr>
                <w:rFonts w:cs="Sakkal Majalla"/>
                <w:sz w:val="36"/>
                <w:szCs w:val="38"/>
                <w:rtl/>
              </w:rPr>
              <w:t>ومتوافقة</w:t>
            </w:r>
            <w:r w:rsidRPr="008E006D">
              <w:rPr>
                <w:rFonts w:cs="Sakkal Majalla"/>
                <w:sz w:val="36"/>
                <w:szCs w:val="38"/>
              </w:rPr>
              <w:t xml:space="preserve"> </w:t>
            </w:r>
            <w:r w:rsidRPr="008E006D">
              <w:rPr>
                <w:rFonts w:cs="Sakkal Majalla"/>
                <w:sz w:val="36"/>
                <w:szCs w:val="38"/>
                <w:rtl/>
              </w:rPr>
              <w:t>مع</w:t>
            </w:r>
            <w:r w:rsidRPr="008E006D">
              <w:rPr>
                <w:rFonts w:cs="Sakkal Majalla"/>
                <w:sz w:val="36"/>
                <w:szCs w:val="38"/>
              </w:rPr>
              <w:t xml:space="preserve"> </w:t>
            </w:r>
            <w:r w:rsidRPr="008E006D">
              <w:rPr>
                <w:rFonts w:cs="Sakkal Majalla"/>
                <w:sz w:val="36"/>
                <w:szCs w:val="38"/>
                <w:rtl/>
              </w:rPr>
              <w:t>معايير</w:t>
            </w:r>
            <w:r w:rsidRPr="008E006D">
              <w:rPr>
                <w:rFonts w:cs="Sakkal Majalla"/>
                <w:sz w:val="36"/>
                <w:szCs w:val="38"/>
              </w:rPr>
              <w:t xml:space="preserve"> </w:t>
            </w:r>
            <w:r w:rsidRPr="008E006D">
              <w:rPr>
                <w:rFonts w:cs="Sakkal Majalla"/>
                <w:sz w:val="36"/>
                <w:szCs w:val="38"/>
                <w:rtl/>
              </w:rPr>
              <w:t>الوصول</w:t>
            </w:r>
            <w:r w:rsidRPr="008E006D">
              <w:rPr>
                <w:rFonts w:cs="Sakkal Majalla"/>
                <w:sz w:val="36"/>
                <w:szCs w:val="38"/>
              </w:rPr>
              <w:t>.</w:t>
            </w:r>
          </w:p>
        </w:tc>
      </w:tr>
      <w:tr w:rsidR="008E006D" w:rsidRPr="008E006D" w14:paraId="6AC73245" w14:textId="77777777" w:rsidTr="008E2B08">
        <w:trPr>
          <w:jc w:val="center"/>
        </w:trPr>
        <w:tc>
          <w:tcPr>
            <w:tcW w:w="882" w:type="pct"/>
            <w:shd w:val="clear" w:color="auto" w:fill="FFFFFF"/>
            <w:tcMar>
              <w:top w:w="110" w:type="dxa"/>
              <w:left w:w="110" w:type="dxa"/>
              <w:bottom w:w="110" w:type="dxa"/>
              <w:right w:w="110" w:type="dxa"/>
            </w:tcMar>
            <w:vAlign w:val="center"/>
          </w:tcPr>
          <w:p w14:paraId="1C5597E6" w14:textId="77777777" w:rsidR="008E006D" w:rsidRPr="008E006D" w:rsidRDefault="008E006D" w:rsidP="008E2B08">
            <w:pPr>
              <w:ind w:firstLine="0"/>
              <w:jc w:val="center"/>
              <w:rPr>
                <w:rFonts w:cs="Sakkal Majalla"/>
                <w:sz w:val="36"/>
                <w:szCs w:val="38"/>
              </w:rPr>
            </w:pPr>
            <w:r w:rsidRPr="008E006D">
              <w:rPr>
                <w:rFonts w:cs="Sakkal Majalla"/>
                <w:sz w:val="36"/>
                <w:szCs w:val="38"/>
                <w:rtl/>
              </w:rPr>
              <w:t>رضا</w:t>
            </w:r>
            <w:r w:rsidRPr="008E006D">
              <w:rPr>
                <w:rFonts w:cs="Sakkal Majalla"/>
                <w:sz w:val="36"/>
                <w:szCs w:val="38"/>
              </w:rPr>
              <w:t xml:space="preserve"> </w:t>
            </w:r>
            <w:r w:rsidRPr="008E006D">
              <w:rPr>
                <w:rFonts w:cs="Sakkal Majalla"/>
                <w:sz w:val="36"/>
                <w:szCs w:val="38"/>
                <w:rtl/>
              </w:rPr>
              <w:t>أصحاب</w:t>
            </w:r>
            <w:r w:rsidRPr="008E006D">
              <w:rPr>
                <w:rFonts w:cs="Sakkal Majalla"/>
                <w:sz w:val="36"/>
                <w:szCs w:val="38"/>
              </w:rPr>
              <w:t xml:space="preserve"> </w:t>
            </w:r>
            <w:r w:rsidRPr="008E006D">
              <w:rPr>
                <w:rFonts w:cs="Sakkal Majalla"/>
                <w:sz w:val="36"/>
                <w:szCs w:val="38"/>
                <w:rtl/>
              </w:rPr>
              <w:t>المصلحة</w:t>
            </w:r>
          </w:p>
        </w:tc>
        <w:tc>
          <w:tcPr>
            <w:tcW w:w="2059" w:type="pct"/>
            <w:shd w:val="clear" w:color="auto" w:fill="FFFFFF"/>
            <w:tcMar>
              <w:top w:w="110" w:type="dxa"/>
              <w:left w:w="110" w:type="dxa"/>
              <w:bottom w:w="110" w:type="dxa"/>
              <w:right w:w="110" w:type="dxa"/>
            </w:tcMar>
            <w:vAlign w:val="center"/>
          </w:tcPr>
          <w:p w14:paraId="1AB11458" w14:textId="77777777" w:rsidR="008E006D" w:rsidRPr="008E006D" w:rsidRDefault="008E006D" w:rsidP="008E2B08">
            <w:pPr>
              <w:ind w:firstLine="0"/>
              <w:jc w:val="center"/>
              <w:rPr>
                <w:rFonts w:cs="Sakkal Majalla"/>
                <w:sz w:val="36"/>
                <w:szCs w:val="38"/>
              </w:rPr>
            </w:pPr>
            <w:r w:rsidRPr="008E006D">
              <w:rPr>
                <w:rFonts w:cs="Sakkal Majalla"/>
                <w:sz w:val="36"/>
                <w:szCs w:val="38"/>
                <w:rtl/>
              </w:rPr>
              <w:t>قبول</w:t>
            </w:r>
            <w:r w:rsidRPr="008E006D">
              <w:rPr>
                <w:rFonts w:cs="Sakkal Majalla"/>
                <w:sz w:val="36"/>
                <w:szCs w:val="38"/>
              </w:rPr>
              <w:t xml:space="preserve"> </w:t>
            </w:r>
            <w:r w:rsidRPr="008E006D">
              <w:rPr>
                <w:rFonts w:cs="Sakkal Majalla"/>
                <w:sz w:val="36"/>
                <w:szCs w:val="38"/>
                <w:rtl/>
              </w:rPr>
              <w:t>المستفيدين</w:t>
            </w:r>
            <w:r w:rsidRPr="008E006D">
              <w:rPr>
                <w:rFonts w:cs="Sakkal Majalla"/>
                <w:sz w:val="36"/>
                <w:szCs w:val="38"/>
              </w:rPr>
              <w:t xml:space="preserve"> </w:t>
            </w:r>
            <w:r w:rsidRPr="008E006D">
              <w:rPr>
                <w:rFonts w:cs="Sakkal Majalla"/>
                <w:sz w:val="36"/>
                <w:szCs w:val="38"/>
                <w:rtl/>
              </w:rPr>
              <w:t>والفرق</w:t>
            </w:r>
            <w:r w:rsidRPr="008E006D">
              <w:rPr>
                <w:rFonts w:cs="Sakkal Majalla"/>
                <w:sz w:val="36"/>
                <w:szCs w:val="38"/>
              </w:rPr>
              <w:t xml:space="preserve"> </w:t>
            </w:r>
            <w:r w:rsidRPr="008E006D">
              <w:rPr>
                <w:rFonts w:cs="Sakkal Majalla"/>
                <w:sz w:val="36"/>
                <w:szCs w:val="38"/>
                <w:rtl/>
              </w:rPr>
              <w:t>الداخلية</w:t>
            </w:r>
            <w:r w:rsidRPr="008E006D">
              <w:rPr>
                <w:rFonts w:cs="Sakkal Majalla"/>
                <w:sz w:val="36"/>
                <w:szCs w:val="38"/>
              </w:rPr>
              <w:t xml:space="preserve"> </w:t>
            </w:r>
            <w:r w:rsidRPr="008E006D">
              <w:rPr>
                <w:rFonts w:cs="Sakkal Majalla"/>
                <w:sz w:val="36"/>
                <w:szCs w:val="38"/>
                <w:rtl/>
              </w:rPr>
              <w:t>وملاك</w:t>
            </w:r>
            <w:r w:rsidRPr="008E006D">
              <w:rPr>
                <w:rFonts w:cs="Sakkal Majalla"/>
                <w:sz w:val="36"/>
                <w:szCs w:val="38"/>
              </w:rPr>
              <w:t xml:space="preserve"> </w:t>
            </w:r>
            <w:r w:rsidRPr="008E006D">
              <w:rPr>
                <w:rFonts w:cs="Sakkal Majalla"/>
                <w:sz w:val="36"/>
                <w:szCs w:val="38"/>
                <w:rtl/>
              </w:rPr>
              <w:t>الخدمة</w:t>
            </w:r>
            <w:r w:rsidRPr="008E006D">
              <w:rPr>
                <w:rFonts w:cs="Sakkal Majalla"/>
                <w:sz w:val="36"/>
                <w:szCs w:val="38"/>
              </w:rPr>
              <w:t>.</w:t>
            </w:r>
          </w:p>
        </w:tc>
        <w:tc>
          <w:tcPr>
            <w:tcW w:w="2059" w:type="pct"/>
            <w:shd w:val="clear" w:color="auto" w:fill="FFFFFF"/>
            <w:tcMar>
              <w:top w:w="110" w:type="dxa"/>
              <w:left w:w="110" w:type="dxa"/>
              <w:bottom w:w="110" w:type="dxa"/>
              <w:right w:w="110" w:type="dxa"/>
            </w:tcMar>
            <w:vAlign w:val="center"/>
          </w:tcPr>
          <w:p w14:paraId="166639E1" w14:textId="77777777" w:rsidR="008E006D" w:rsidRPr="008E006D" w:rsidRDefault="008E006D" w:rsidP="008E2B08">
            <w:pPr>
              <w:ind w:firstLine="0"/>
              <w:jc w:val="center"/>
              <w:rPr>
                <w:rFonts w:cs="Sakkal Majalla"/>
                <w:sz w:val="36"/>
                <w:szCs w:val="38"/>
              </w:rPr>
            </w:pPr>
            <w:r w:rsidRPr="008E006D">
              <w:rPr>
                <w:rFonts w:cs="Sakkal Majalla"/>
                <w:sz w:val="36"/>
                <w:szCs w:val="38"/>
                <w:rtl/>
              </w:rPr>
              <w:t>ارتفاع</w:t>
            </w:r>
            <w:r w:rsidRPr="008E006D">
              <w:rPr>
                <w:rFonts w:cs="Sakkal Majalla"/>
                <w:sz w:val="36"/>
                <w:szCs w:val="38"/>
              </w:rPr>
              <w:t xml:space="preserve"> </w:t>
            </w:r>
            <w:r w:rsidRPr="008E006D">
              <w:rPr>
                <w:rFonts w:cs="Sakkal Majalla"/>
                <w:sz w:val="36"/>
                <w:szCs w:val="38"/>
                <w:rtl/>
              </w:rPr>
              <w:t>تقييم</w:t>
            </w:r>
            <w:r w:rsidRPr="008E006D">
              <w:rPr>
                <w:rFonts w:cs="Sakkal Majalla"/>
                <w:sz w:val="36"/>
                <w:szCs w:val="38"/>
              </w:rPr>
              <w:t xml:space="preserve"> </w:t>
            </w:r>
            <w:r w:rsidRPr="008E006D">
              <w:rPr>
                <w:rFonts w:cs="Sakkal Majalla"/>
                <w:sz w:val="36"/>
                <w:szCs w:val="38"/>
                <w:rtl/>
              </w:rPr>
              <w:t>المستفيد</w:t>
            </w:r>
            <w:r w:rsidRPr="008E006D">
              <w:rPr>
                <w:rFonts w:cs="Sakkal Majalla"/>
                <w:sz w:val="36"/>
                <w:szCs w:val="38"/>
              </w:rPr>
              <w:t xml:space="preserve"> </w:t>
            </w:r>
            <w:r w:rsidRPr="008E006D">
              <w:rPr>
                <w:rFonts w:cs="Sakkal Majalla"/>
                <w:sz w:val="36"/>
                <w:szCs w:val="38"/>
                <w:rtl/>
              </w:rPr>
              <w:t>للخدمة</w:t>
            </w:r>
            <w:r w:rsidRPr="008E006D">
              <w:rPr>
                <w:rFonts w:cs="Sakkal Majalla"/>
                <w:sz w:val="36"/>
                <w:szCs w:val="38"/>
              </w:rPr>
              <w:t xml:space="preserve"> </w:t>
            </w:r>
            <w:r w:rsidRPr="008E006D">
              <w:rPr>
                <w:rFonts w:cs="Sakkal Majalla"/>
                <w:sz w:val="36"/>
                <w:szCs w:val="38"/>
                <w:rtl/>
              </w:rPr>
              <w:t>الرقمية</w:t>
            </w:r>
            <w:r w:rsidRPr="008E006D">
              <w:rPr>
                <w:rFonts w:cs="Sakkal Majalla"/>
                <w:sz w:val="36"/>
                <w:szCs w:val="38"/>
              </w:rPr>
              <w:t>.</w:t>
            </w:r>
          </w:p>
        </w:tc>
      </w:tr>
      <w:tr w:rsidR="008E006D" w:rsidRPr="008E006D" w14:paraId="60EFC64A" w14:textId="77777777" w:rsidTr="008E2B08">
        <w:trPr>
          <w:jc w:val="center"/>
        </w:trPr>
        <w:tc>
          <w:tcPr>
            <w:tcW w:w="882" w:type="pct"/>
            <w:shd w:val="clear" w:color="auto" w:fill="F2F6FA"/>
            <w:tcMar>
              <w:top w:w="110" w:type="dxa"/>
              <w:left w:w="110" w:type="dxa"/>
              <w:bottom w:w="110" w:type="dxa"/>
              <w:right w:w="110" w:type="dxa"/>
            </w:tcMar>
            <w:vAlign w:val="center"/>
          </w:tcPr>
          <w:p w14:paraId="76E0707B" w14:textId="77777777" w:rsidR="008E006D" w:rsidRPr="008E006D" w:rsidRDefault="008E006D" w:rsidP="008E2B08">
            <w:pPr>
              <w:ind w:firstLine="0"/>
              <w:jc w:val="center"/>
              <w:rPr>
                <w:rFonts w:cs="Sakkal Majalla"/>
                <w:sz w:val="36"/>
                <w:szCs w:val="38"/>
              </w:rPr>
            </w:pPr>
            <w:r w:rsidRPr="008E006D">
              <w:rPr>
                <w:rFonts w:cs="Sakkal Majalla"/>
                <w:sz w:val="36"/>
                <w:szCs w:val="38"/>
                <w:rtl/>
              </w:rPr>
              <w:lastRenderedPageBreak/>
              <w:t>القيمة</w:t>
            </w:r>
            <w:r w:rsidRPr="008E006D">
              <w:rPr>
                <w:rFonts w:cs="Sakkal Majalla"/>
                <w:sz w:val="36"/>
                <w:szCs w:val="38"/>
              </w:rPr>
              <w:t xml:space="preserve"> </w:t>
            </w:r>
            <w:r w:rsidRPr="008E006D">
              <w:rPr>
                <w:rFonts w:cs="Sakkal Majalla"/>
                <w:sz w:val="36"/>
                <w:szCs w:val="38"/>
                <w:rtl/>
              </w:rPr>
              <w:t>العامة</w:t>
            </w:r>
          </w:p>
        </w:tc>
        <w:tc>
          <w:tcPr>
            <w:tcW w:w="2059" w:type="pct"/>
            <w:shd w:val="clear" w:color="auto" w:fill="F2F6FA"/>
            <w:tcMar>
              <w:top w:w="110" w:type="dxa"/>
              <w:left w:w="110" w:type="dxa"/>
              <w:bottom w:w="110" w:type="dxa"/>
              <w:right w:w="110" w:type="dxa"/>
            </w:tcMar>
            <w:vAlign w:val="center"/>
          </w:tcPr>
          <w:p w14:paraId="1B4822C9" w14:textId="77777777" w:rsidR="008E006D" w:rsidRPr="008E006D" w:rsidRDefault="008E006D" w:rsidP="008E2B08">
            <w:pPr>
              <w:ind w:firstLine="0"/>
              <w:jc w:val="center"/>
              <w:rPr>
                <w:rFonts w:cs="Sakkal Majalla"/>
                <w:sz w:val="36"/>
                <w:szCs w:val="38"/>
              </w:rPr>
            </w:pPr>
            <w:r w:rsidRPr="008E006D">
              <w:rPr>
                <w:rFonts w:cs="Sakkal Majalla"/>
                <w:sz w:val="36"/>
                <w:szCs w:val="38"/>
                <w:rtl/>
              </w:rPr>
              <w:t>تحقيق</w:t>
            </w:r>
            <w:r w:rsidRPr="008E006D">
              <w:rPr>
                <w:rFonts w:cs="Sakkal Majalla"/>
                <w:sz w:val="36"/>
                <w:szCs w:val="38"/>
              </w:rPr>
              <w:t xml:space="preserve"> </w:t>
            </w:r>
            <w:r w:rsidRPr="008E006D">
              <w:rPr>
                <w:rFonts w:cs="Sakkal Majalla"/>
                <w:sz w:val="36"/>
                <w:szCs w:val="38"/>
                <w:rtl/>
              </w:rPr>
              <w:t>أثر</w:t>
            </w:r>
            <w:r w:rsidRPr="008E006D">
              <w:rPr>
                <w:rFonts w:cs="Sakkal Majalla"/>
                <w:sz w:val="36"/>
                <w:szCs w:val="38"/>
              </w:rPr>
              <w:t xml:space="preserve"> </w:t>
            </w:r>
            <w:r w:rsidRPr="008E006D">
              <w:rPr>
                <w:rFonts w:cs="Sakkal Majalla"/>
                <w:sz w:val="36"/>
                <w:szCs w:val="38"/>
                <w:rtl/>
              </w:rPr>
              <w:t>يتجاوز</w:t>
            </w:r>
            <w:r w:rsidRPr="008E006D">
              <w:rPr>
                <w:rFonts w:cs="Sakkal Majalla"/>
                <w:sz w:val="36"/>
                <w:szCs w:val="38"/>
              </w:rPr>
              <w:t xml:space="preserve"> </w:t>
            </w:r>
            <w:r w:rsidRPr="008E006D">
              <w:rPr>
                <w:rFonts w:cs="Sakkal Majalla"/>
                <w:sz w:val="36"/>
                <w:szCs w:val="38"/>
                <w:rtl/>
              </w:rPr>
              <w:t>التسليم</w:t>
            </w:r>
            <w:r w:rsidRPr="008E006D">
              <w:rPr>
                <w:rFonts w:cs="Sakkal Majalla"/>
                <w:sz w:val="36"/>
                <w:szCs w:val="38"/>
              </w:rPr>
              <w:t xml:space="preserve"> </w:t>
            </w:r>
            <w:r w:rsidRPr="008E006D">
              <w:rPr>
                <w:rFonts w:cs="Sakkal Majalla"/>
                <w:sz w:val="36"/>
                <w:szCs w:val="38"/>
                <w:rtl/>
              </w:rPr>
              <w:t>الفني</w:t>
            </w:r>
            <w:r w:rsidRPr="008E006D">
              <w:rPr>
                <w:rFonts w:cs="Sakkal Majalla"/>
                <w:sz w:val="36"/>
                <w:szCs w:val="38"/>
              </w:rPr>
              <w:t>.</w:t>
            </w:r>
          </w:p>
        </w:tc>
        <w:tc>
          <w:tcPr>
            <w:tcW w:w="2059" w:type="pct"/>
            <w:shd w:val="clear" w:color="auto" w:fill="F2F6FA"/>
            <w:tcMar>
              <w:top w:w="110" w:type="dxa"/>
              <w:left w:w="110" w:type="dxa"/>
              <w:bottom w:w="110" w:type="dxa"/>
              <w:right w:w="110" w:type="dxa"/>
            </w:tcMar>
            <w:vAlign w:val="center"/>
          </w:tcPr>
          <w:p w14:paraId="396B357D" w14:textId="77777777" w:rsidR="008E006D" w:rsidRPr="008E006D" w:rsidRDefault="008E006D" w:rsidP="008E2B08">
            <w:pPr>
              <w:ind w:firstLine="0"/>
              <w:jc w:val="center"/>
              <w:rPr>
                <w:rFonts w:cs="Sakkal Majalla"/>
                <w:sz w:val="36"/>
                <w:szCs w:val="38"/>
              </w:rPr>
            </w:pPr>
            <w:r w:rsidRPr="008E006D">
              <w:rPr>
                <w:rFonts w:cs="Sakkal Majalla"/>
                <w:sz w:val="36"/>
                <w:szCs w:val="38"/>
                <w:rtl/>
              </w:rPr>
              <w:t>تقليل</w:t>
            </w:r>
            <w:r w:rsidRPr="008E006D">
              <w:rPr>
                <w:rFonts w:cs="Sakkal Majalla"/>
                <w:sz w:val="36"/>
                <w:szCs w:val="38"/>
              </w:rPr>
              <w:t xml:space="preserve"> </w:t>
            </w:r>
            <w:r w:rsidRPr="008E006D">
              <w:rPr>
                <w:rFonts w:cs="Sakkal Majalla"/>
                <w:sz w:val="36"/>
                <w:szCs w:val="38"/>
                <w:rtl/>
              </w:rPr>
              <w:t>زيارات</w:t>
            </w:r>
            <w:r w:rsidRPr="008E006D">
              <w:rPr>
                <w:rFonts w:cs="Sakkal Majalla"/>
                <w:sz w:val="36"/>
                <w:szCs w:val="38"/>
              </w:rPr>
              <w:t xml:space="preserve"> </w:t>
            </w:r>
            <w:r w:rsidRPr="008E006D">
              <w:rPr>
                <w:rFonts w:cs="Sakkal Majalla"/>
                <w:sz w:val="36"/>
                <w:szCs w:val="38"/>
                <w:rtl/>
              </w:rPr>
              <w:t>الفروع</w:t>
            </w:r>
            <w:r w:rsidRPr="008E006D">
              <w:rPr>
                <w:rFonts w:cs="Sakkal Majalla"/>
                <w:sz w:val="36"/>
                <w:szCs w:val="38"/>
              </w:rPr>
              <w:t xml:space="preserve"> </w:t>
            </w:r>
            <w:r w:rsidRPr="008E006D">
              <w:rPr>
                <w:rFonts w:cs="Sakkal Majalla"/>
                <w:sz w:val="36"/>
                <w:szCs w:val="38"/>
                <w:rtl/>
              </w:rPr>
              <w:t>أو</w:t>
            </w:r>
            <w:r w:rsidRPr="008E006D">
              <w:rPr>
                <w:rFonts w:cs="Sakkal Majalla"/>
                <w:sz w:val="36"/>
                <w:szCs w:val="38"/>
              </w:rPr>
              <w:t xml:space="preserve"> </w:t>
            </w:r>
            <w:r w:rsidRPr="008E006D">
              <w:rPr>
                <w:rFonts w:cs="Sakkal Majalla"/>
                <w:sz w:val="36"/>
                <w:szCs w:val="38"/>
                <w:rtl/>
              </w:rPr>
              <w:t>تسريع</w:t>
            </w:r>
            <w:r w:rsidRPr="008E006D">
              <w:rPr>
                <w:rFonts w:cs="Sakkal Majalla"/>
                <w:sz w:val="36"/>
                <w:szCs w:val="38"/>
              </w:rPr>
              <w:t xml:space="preserve"> </w:t>
            </w:r>
            <w:r w:rsidRPr="008E006D">
              <w:rPr>
                <w:rFonts w:cs="Sakkal Majalla"/>
                <w:sz w:val="36"/>
                <w:szCs w:val="38"/>
                <w:rtl/>
              </w:rPr>
              <w:t>إنجاز</w:t>
            </w:r>
            <w:r w:rsidRPr="008E006D">
              <w:rPr>
                <w:rFonts w:cs="Sakkal Majalla"/>
                <w:sz w:val="36"/>
                <w:szCs w:val="38"/>
              </w:rPr>
              <w:t xml:space="preserve"> </w:t>
            </w:r>
            <w:r w:rsidRPr="008E006D">
              <w:rPr>
                <w:rFonts w:cs="Sakkal Majalla"/>
                <w:sz w:val="36"/>
                <w:szCs w:val="38"/>
                <w:rtl/>
              </w:rPr>
              <w:t>المعاملة</w:t>
            </w:r>
            <w:r w:rsidRPr="008E006D">
              <w:rPr>
                <w:rFonts w:cs="Sakkal Majalla"/>
                <w:sz w:val="36"/>
                <w:szCs w:val="38"/>
              </w:rPr>
              <w:t>.</w:t>
            </w:r>
          </w:p>
        </w:tc>
      </w:tr>
    </w:tbl>
    <w:p w14:paraId="6996E277" w14:textId="77777777" w:rsidR="008E006D" w:rsidRPr="008E006D" w:rsidRDefault="008E006D" w:rsidP="008E006D">
      <w:pPr>
        <w:ind w:firstLine="0"/>
        <w:rPr>
          <w:rFonts w:cs="Sakkal Majalla"/>
          <w:sz w:val="36"/>
          <w:szCs w:val="38"/>
        </w:rPr>
      </w:pPr>
      <w:r w:rsidRPr="008E006D">
        <w:rPr>
          <w:rFonts w:cs="Sakkal Majalla"/>
          <w:sz w:val="36"/>
          <w:szCs w:val="38"/>
          <w:rtl/>
        </w:rPr>
        <w:t>المصدر</w:t>
      </w:r>
      <w:r w:rsidRPr="008E006D">
        <w:rPr>
          <w:rFonts w:cs="Sakkal Majalla"/>
          <w:sz w:val="36"/>
          <w:szCs w:val="38"/>
        </w:rPr>
        <w:t xml:space="preserve">: </w:t>
      </w:r>
      <w:r w:rsidRPr="008E006D">
        <w:rPr>
          <w:rFonts w:cs="Sakkal Majalla"/>
          <w:sz w:val="36"/>
          <w:szCs w:val="38"/>
          <w:rtl/>
        </w:rPr>
        <w:t>إعداد</w:t>
      </w:r>
      <w:r w:rsidRPr="008E006D">
        <w:rPr>
          <w:rFonts w:cs="Sakkal Majalla"/>
          <w:sz w:val="36"/>
          <w:szCs w:val="38"/>
        </w:rPr>
        <w:t xml:space="preserve"> </w:t>
      </w:r>
      <w:r w:rsidRPr="008E006D">
        <w:rPr>
          <w:rFonts w:cs="Sakkal Majalla"/>
          <w:sz w:val="36"/>
          <w:szCs w:val="38"/>
          <w:rtl/>
        </w:rPr>
        <w:t>الباحثة</w:t>
      </w:r>
      <w:r w:rsidRPr="008E006D">
        <w:rPr>
          <w:rFonts w:cs="Sakkal Majalla"/>
          <w:sz w:val="36"/>
          <w:szCs w:val="38"/>
        </w:rPr>
        <w:t xml:space="preserve"> </w:t>
      </w:r>
      <w:r w:rsidRPr="008E006D">
        <w:rPr>
          <w:rFonts w:cs="Sakkal Majalla"/>
          <w:sz w:val="36"/>
          <w:szCs w:val="38"/>
          <w:rtl/>
        </w:rPr>
        <w:t>استنادًا</w:t>
      </w:r>
      <w:r w:rsidRPr="008E006D">
        <w:rPr>
          <w:rFonts w:cs="Sakkal Majalla"/>
          <w:sz w:val="36"/>
          <w:szCs w:val="38"/>
        </w:rPr>
        <w:t xml:space="preserve"> </w:t>
      </w:r>
      <w:r w:rsidRPr="008E006D">
        <w:rPr>
          <w:rFonts w:cs="Sakkal Majalla"/>
          <w:sz w:val="36"/>
          <w:szCs w:val="38"/>
          <w:rtl/>
        </w:rPr>
        <w:t>إلى</w:t>
      </w:r>
      <w:r w:rsidRPr="008E006D">
        <w:rPr>
          <w:rFonts w:cs="Sakkal Majalla"/>
          <w:sz w:val="36"/>
          <w:szCs w:val="38"/>
        </w:rPr>
        <w:t xml:space="preserve"> </w:t>
      </w:r>
      <w:r w:rsidRPr="008E006D">
        <w:rPr>
          <w:rFonts w:cs="Sakkal Majalla"/>
          <w:sz w:val="36"/>
          <w:szCs w:val="38"/>
          <w:rtl/>
        </w:rPr>
        <w:t>الأدبيات</w:t>
      </w:r>
      <w:r w:rsidRPr="008E006D">
        <w:rPr>
          <w:rFonts w:cs="Sakkal Majalla"/>
          <w:sz w:val="36"/>
          <w:szCs w:val="38"/>
        </w:rPr>
        <w:t xml:space="preserve"> </w:t>
      </w:r>
      <w:r w:rsidRPr="008E006D">
        <w:rPr>
          <w:rFonts w:cs="Sakkal Majalla"/>
          <w:sz w:val="36"/>
          <w:szCs w:val="38"/>
          <w:rtl/>
        </w:rPr>
        <w:t>ونتائج</w:t>
      </w:r>
      <w:r w:rsidRPr="008E006D">
        <w:rPr>
          <w:rFonts w:cs="Sakkal Majalla"/>
          <w:sz w:val="36"/>
          <w:szCs w:val="38"/>
        </w:rPr>
        <w:t xml:space="preserve"> </w:t>
      </w:r>
      <w:r w:rsidRPr="008E006D">
        <w:rPr>
          <w:rFonts w:cs="Sakkal Majalla"/>
          <w:sz w:val="36"/>
          <w:szCs w:val="38"/>
          <w:rtl/>
        </w:rPr>
        <w:t>التحليل</w:t>
      </w:r>
      <w:r w:rsidRPr="008E006D">
        <w:rPr>
          <w:rFonts w:cs="Sakkal Majalla"/>
          <w:sz w:val="36"/>
          <w:szCs w:val="38"/>
        </w:rPr>
        <w:t>.</w:t>
      </w:r>
    </w:p>
    <w:p w14:paraId="5C7AEA69" w14:textId="77777777" w:rsidR="008E006D" w:rsidRPr="002D5B89" w:rsidRDefault="008E006D" w:rsidP="002D5B89">
      <w:pPr>
        <w:pStyle w:val="Heading1"/>
        <w:pageBreakBefore w:val="0"/>
        <w:spacing w:after="200" w:line="276" w:lineRule="auto"/>
        <w:rPr>
          <w:rFonts w:ascii="Sakkal Majalla" w:eastAsia="Noto Sans Arabic" w:hAnsi="Sakkal Majalla" w:cs="Sakkal Majalla"/>
          <w:b/>
          <w:bCs/>
          <w:color w:val="10365E"/>
          <w:sz w:val="38"/>
          <w:szCs w:val="38"/>
        </w:rPr>
      </w:pPr>
      <w:bookmarkStart w:id="19" w:name="_Toc234793633"/>
      <w:r w:rsidRPr="002D5B89">
        <w:rPr>
          <w:rFonts w:ascii="Sakkal Majalla" w:eastAsia="Noto Sans Arabic" w:hAnsi="Sakkal Majalla" w:cs="Sakkal Majalla"/>
          <w:b/>
          <w:bCs/>
          <w:color w:val="10365E"/>
          <w:sz w:val="38"/>
          <w:szCs w:val="38"/>
        </w:rPr>
        <w:t xml:space="preserve">2.7 </w:t>
      </w:r>
      <w:r w:rsidRPr="002D5B89">
        <w:rPr>
          <w:rFonts w:ascii="Sakkal Majalla" w:eastAsia="Noto Sans Arabic" w:hAnsi="Sakkal Majalla" w:cs="Sakkal Majalla"/>
          <w:b/>
          <w:bCs/>
          <w:color w:val="10365E"/>
          <w:sz w:val="38"/>
          <w:szCs w:val="38"/>
          <w:rtl/>
        </w:rPr>
        <w:t>العلاقة</w:t>
      </w:r>
      <w:r w:rsidRPr="002D5B89">
        <w:rPr>
          <w:rFonts w:ascii="Sakkal Majalla" w:eastAsia="Noto Sans Arabic" w:hAnsi="Sakkal Majalla" w:cs="Sakkal Majalla"/>
          <w:b/>
          <w:bCs/>
          <w:color w:val="10365E"/>
          <w:sz w:val="38"/>
          <w:szCs w:val="38"/>
        </w:rPr>
        <w:t xml:space="preserve"> </w:t>
      </w:r>
      <w:r w:rsidRPr="002D5B89">
        <w:rPr>
          <w:rFonts w:ascii="Sakkal Majalla" w:eastAsia="Noto Sans Arabic" w:hAnsi="Sakkal Majalla" w:cs="Sakkal Majalla"/>
          <w:b/>
          <w:bCs/>
          <w:color w:val="10365E"/>
          <w:sz w:val="38"/>
          <w:szCs w:val="38"/>
          <w:rtl/>
        </w:rPr>
        <w:t>بين</w:t>
      </w:r>
      <w:r w:rsidRPr="002D5B89">
        <w:rPr>
          <w:rFonts w:ascii="Sakkal Majalla" w:eastAsia="Noto Sans Arabic" w:hAnsi="Sakkal Majalla" w:cs="Sakkal Majalla"/>
          <w:b/>
          <w:bCs/>
          <w:color w:val="10365E"/>
          <w:sz w:val="38"/>
          <w:szCs w:val="38"/>
        </w:rPr>
        <w:t xml:space="preserve"> </w:t>
      </w:r>
      <w:r w:rsidRPr="002D5B89">
        <w:rPr>
          <w:rFonts w:ascii="Sakkal Majalla" w:eastAsia="Noto Sans Arabic" w:hAnsi="Sakkal Majalla" w:cs="Sakkal Majalla"/>
          <w:b/>
          <w:bCs/>
          <w:color w:val="10365E"/>
          <w:sz w:val="38"/>
          <w:szCs w:val="38"/>
          <w:rtl/>
        </w:rPr>
        <w:t>التحول</w:t>
      </w:r>
      <w:r w:rsidRPr="002D5B89">
        <w:rPr>
          <w:rFonts w:ascii="Sakkal Majalla" w:eastAsia="Noto Sans Arabic" w:hAnsi="Sakkal Majalla" w:cs="Sakkal Majalla"/>
          <w:b/>
          <w:bCs/>
          <w:color w:val="10365E"/>
          <w:sz w:val="38"/>
          <w:szCs w:val="38"/>
        </w:rPr>
        <w:t xml:space="preserve"> </w:t>
      </w:r>
      <w:r w:rsidRPr="002D5B89">
        <w:rPr>
          <w:rFonts w:ascii="Sakkal Majalla" w:eastAsia="Noto Sans Arabic" w:hAnsi="Sakkal Majalla" w:cs="Sakkal Majalla"/>
          <w:b/>
          <w:bCs/>
          <w:color w:val="10365E"/>
          <w:sz w:val="38"/>
          <w:szCs w:val="38"/>
          <w:rtl/>
        </w:rPr>
        <w:t>الرقمي</w:t>
      </w:r>
      <w:r w:rsidRPr="002D5B89">
        <w:rPr>
          <w:rFonts w:ascii="Sakkal Majalla" w:eastAsia="Noto Sans Arabic" w:hAnsi="Sakkal Majalla" w:cs="Sakkal Majalla"/>
          <w:b/>
          <w:bCs/>
          <w:color w:val="10365E"/>
          <w:sz w:val="38"/>
          <w:szCs w:val="38"/>
        </w:rPr>
        <w:t xml:space="preserve"> </w:t>
      </w:r>
      <w:r w:rsidRPr="002D5B89">
        <w:rPr>
          <w:rFonts w:ascii="Sakkal Majalla" w:eastAsia="Noto Sans Arabic" w:hAnsi="Sakkal Majalla" w:cs="Sakkal Majalla"/>
          <w:b/>
          <w:bCs/>
          <w:color w:val="10365E"/>
          <w:sz w:val="38"/>
          <w:szCs w:val="38"/>
          <w:rtl/>
        </w:rPr>
        <w:t>ونجاح</w:t>
      </w:r>
      <w:r w:rsidRPr="002D5B89">
        <w:rPr>
          <w:rFonts w:ascii="Sakkal Majalla" w:eastAsia="Noto Sans Arabic" w:hAnsi="Sakkal Majalla" w:cs="Sakkal Majalla"/>
          <w:b/>
          <w:bCs/>
          <w:color w:val="10365E"/>
          <w:sz w:val="38"/>
          <w:szCs w:val="38"/>
        </w:rPr>
        <w:t xml:space="preserve"> </w:t>
      </w:r>
      <w:r w:rsidRPr="002D5B89">
        <w:rPr>
          <w:rFonts w:ascii="Sakkal Majalla" w:eastAsia="Noto Sans Arabic" w:hAnsi="Sakkal Majalla" w:cs="Sakkal Majalla"/>
          <w:b/>
          <w:bCs/>
          <w:color w:val="10365E"/>
          <w:sz w:val="38"/>
          <w:szCs w:val="38"/>
          <w:rtl/>
        </w:rPr>
        <w:t>المشاريع</w:t>
      </w:r>
      <w:r w:rsidR="008E2B08" w:rsidRPr="002D5B89">
        <w:rPr>
          <w:rFonts w:ascii="Sakkal Majalla" w:eastAsia="Noto Sans Arabic" w:hAnsi="Sakkal Majalla" w:cs="Sakkal Majalla" w:hint="cs"/>
          <w:b/>
          <w:bCs/>
          <w:color w:val="10365E"/>
          <w:sz w:val="38"/>
          <w:szCs w:val="38"/>
          <w:rtl/>
        </w:rPr>
        <w:t>:</w:t>
      </w:r>
      <w:bookmarkEnd w:id="19"/>
      <w:r w:rsidR="008E2B08" w:rsidRPr="002D5B89">
        <w:rPr>
          <w:rFonts w:ascii="Sakkal Majalla" w:eastAsia="Noto Sans Arabic" w:hAnsi="Sakkal Majalla" w:cs="Sakkal Majalla" w:hint="cs"/>
          <w:b/>
          <w:bCs/>
          <w:color w:val="10365E"/>
          <w:sz w:val="38"/>
          <w:szCs w:val="38"/>
          <w:rtl/>
        </w:rPr>
        <w:t xml:space="preserve"> </w:t>
      </w:r>
    </w:p>
    <w:p w14:paraId="727FAFA8" w14:textId="77777777" w:rsidR="008E006D" w:rsidRPr="008E006D" w:rsidRDefault="008E006D" w:rsidP="008E2B08">
      <w:pPr>
        <w:ind w:firstLine="720"/>
        <w:rPr>
          <w:rFonts w:cs="Sakkal Majalla"/>
          <w:sz w:val="36"/>
          <w:szCs w:val="38"/>
        </w:rPr>
      </w:pPr>
      <w:r w:rsidRPr="008E006D">
        <w:rPr>
          <w:rFonts w:cs="Sakkal Majalla"/>
          <w:sz w:val="36"/>
          <w:szCs w:val="38"/>
          <w:rtl/>
        </w:rPr>
        <w:t>تتمثل</w:t>
      </w:r>
      <w:r w:rsidRPr="008E006D">
        <w:rPr>
          <w:rFonts w:cs="Sakkal Majalla"/>
          <w:sz w:val="36"/>
          <w:szCs w:val="38"/>
        </w:rPr>
        <w:t xml:space="preserve"> </w:t>
      </w:r>
      <w:r w:rsidRPr="008E006D">
        <w:rPr>
          <w:rFonts w:cs="Sakkal Majalla"/>
          <w:sz w:val="36"/>
          <w:szCs w:val="38"/>
          <w:rtl/>
        </w:rPr>
        <w:t>العلاقة</w:t>
      </w:r>
      <w:r w:rsidRPr="008E006D">
        <w:rPr>
          <w:rFonts w:cs="Sakkal Majalla"/>
          <w:sz w:val="36"/>
          <w:szCs w:val="38"/>
        </w:rPr>
        <w:t xml:space="preserve"> </w:t>
      </w:r>
      <w:r w:rsidRPr="008E006D">
        <w:rPr>
          <w:rFonts w:cs="Sakkal Majalla"/>
          <w:sz w:val="36"/>
          <w:szCs w:val="38"/>
          <w:rtl/>
        </w:rPr>
        <w:t>المتوقعة</w:t>
      </w:r>
      <w:r w:rsidRPr="008E006D">
        <w:rPr>
          <w:rFonts w:cs="Sakkal Majalla"/>
          <w:sz w:val="36"/>
          <w:szCs w:val="38"/>
        </w:rPr>
        <w:t xml:space="preserve"> </w:t>
      </w:r>
      <w:r w:rsidRPr="008E006D">
        <w:rPr>
          <w:rFonts w:cs="Sakkal Majalla"/>
          <w:sz w:val="36"/>
          <w:szCs w:val="38"/>
          <w:rtl/>
        </w:rPr>
        <w:t>بين</w:t>
      </w:r>
      <w:r w:rsidRPr="008E006D">
        <w:rPr>
          <w:rFonts w:cs="Sakkal Majalla"/>
          <w:sz w:val="36"/>
          <w:szCs w:val="38"/>
        </w:rPr>
        <w:t xml:space="preserve"> </w:t>
      </w:r>
      <w:r w:rsidRPr="008E006D">
        <w:rPr>
          <w:rFonts w:cs="Sakkal Majalla"/>
          <w:sz w:val="36"/>
          <w:szCs w:val="38"/>
          <w:rtl/>
        </w:rPr>
        <w:t>التحول</w:t>
      </w:r>
      <w:r w:rsidRPr="008E006D">
        <w:rPr>
          <w:rFonts w:cs="Sakkal Majalla"/>
          <w:sz w:val="36"/>
          <w:szCs w:val="38"/>
        </w:rPr>
        <w:t xml:space="preserve"> </w:t>
      </w:r>
      <w:r w:rsidRPr="008E006D">
        <w:rPr>
          <w:rFonts w:cs="Sakkal Majalla"/>
          <w:sz w:val="36"/>
          <w:szCs w:val="38"/>
          <w:rtl/>
        </w:rPr>
        <w:t>الرقمي</w:t>
      </w:r>
      <w:r w:rsidRPr="008E006D">
        <w:rPr>
          <w:rFonts w:cs="Sakkal Majalla"/>
          <w:sz w:val="36"/>
          <w:szCs w:val="38"/>
        </w:rPr>
        <w:t xml:space="preserve"> </w:t>
      </w:r>
      <w:r w:rsidRPr="008E006D">
        <w:rPr>
          <w:rFonts w:cs="Sakkal Majalla"/>
          <w:sz w:val="36"/>
          <w:szCs w:val="38"/>
          <w:rtl/>
        </w:rPr>
        <w:t>ونجاح</w:t>
      </w:r>
      <w:r w:rsidRPr="008E006D">
        <w:rPr>
          <w:rFonts w:cs="Sakkal Majalla"/>
          <w:sz w:val="36"/>
          <w:szCs w:val="38"/>
        </w:rPr>
        <w:t xml:space="preserve"> </w:t>
      </w:r>
      <w:r w:rsidRPr="008E006D">
        <w:rPr>
          <w:rFonts w:cs="Sakkal Majalla"/>
          <w:sz w:val="36"/>
          <w:szCs w:val="38"/>
          <w:rtl/>
        </w:rPr>
        <w:t>المشاريع</w:t>
      </w:r>
      <w:r w:rsidRPr="008E006D">
        <w:rPr>
          <w:rFonts w:cs="Sakkal Majalla"/>
          <w:sz w:val="36"/>
          <w:szCs w:val="38"/>
        </w:rPr>
        <w:t xml:space="preserve"> </w:t>
      </w:r>
      <w:r w:rsidRPr="008E006D">
        <w:rPr>
          <w:rFonts w:cs="Sakkal Majalla"/>
          <w:sz w:val="36"/>
          <w:szCs w:val="38"/>
          <w:rtl/>
        </w:rPr>
        <w:t>في</w:t>
      </w:r>
      <w:r w:rsidRPr="008E006D">
        <w:rPr>
          <w:rFonts w:cs="Sakkal Majalla"/>
          <w:sz w:val="36"/>
          <w:szCs w:val="38"/>
        </w:rPr>
        <w:t xml:space="preserve"> </w:t>
      </w:r>
      <w:r w:rsidRPr="008E006D">
        <w:rPr>
          <w:rFonts w:cs="Sakkal Majalla"/>
          <w:sz w:val="36"/>
          <w:szCs w:val="38"/>
          <w:rtl/>
        </w:rPr>
        <w:t>أن</w:t>
      </w:r>
      <w:r w:rsidRPr="008E006D">
        <w:rPr>
          <w:rFonts w:cs="Sakkal Majalla"/>
          <w:sz w:val="36"/>
          <w:szCs w:val="38"/>
        </w:rPr>
        <w:t xml:space="preserve"> </w:t>
      </w:r>
      <w:r w:rsidRPr="008E006D">
        <w:rPr>
          <w:rFonts w:cs="Sakkal Majalla"/>
          <w:sz w:val="36"/>
          <w:szCs w:val="38"/>
          <w:rtl/>
        </w:rPr>
        <w:t>البنية</w:t>
      </w:r>
      <w:r w:rsidRPr="008E006D">
        <w:rPr>
          <w:rFonts w:cs="Sakkal Majalla"/>
          <w:sz w:val="36"/>
          <w:szCs w:val="38"/>
        </w:rPr>
        <w:t xml:space="preserve"> </w:t>
      </w:r>
      <w:r w:rsidRPr="008E006D">
        <w:rPr>
          <w:rFonts w:cs="Sakkal Majalla"/>
          <w:sz w:val="36"/>
          <w:szCs w:val="38"/>
          <w:rtl/>
        </w:rPr>
        <w:t>الرقمية</w:t>
      </w:r>
      <w:r w:rsidRPr="008E006D">
        <w:rPr>
          <w:rFonts w:cs="Sakkal Majalla"/>
          <w:sz w:val="36"/>
          <w:szCs w:val="38"/>
        </w:rPr>
        <w:t xml:space="preserve"> </w:t>
      </w:r>
      <w:r w:rsidRPr="008E006D">
        <w:rPr>
          <w:rFonts w:cs="Sakkal Majalla"/>
          <w:sz w:val="36"/>
          <w:szCs w:val="38"/>
          <w:rtl/>
        </w:rPr>
        <w:t>توفر</w:t>
      </w:r>
      <w:r w:rsidRPr="008E006D">
        <w:rPr>
          <w:rFonts w:cs="Sakkal Majalla"/>
          <w:sz w:val="36"/>
          <w:szCs w:val="38"/>
        </w:rPr>
        <w:t xml:space="preserve"> </w:t>
      </w:r>
      <w:r w:rsidRPr="008E006D">
        <w:rPr>
          <w:rFonts w:cs="Sakkal Majalla"/>
          <w:sz w:val="36"/>
          <w:szCs w:val="38"/>
          <w:rtl/>
        </w:rPr>
        <w:t>البيانات</w:t>
      </w:r>
      <w:r w:rsidRPr="008E006D">
        <w:rPr>
          <w:rFonts w:cs="Sakkal Majalla"/>
          <w:sz w:val="36"/>
          <w:szCs w:val="38"/>
        </w:rPr>
        <w:t xml:space="preserve"> </w:t>
      </w:r>
      <w:r w:rsidRPr="008E006D">
        <w:rPr>
          <w:rFonts w:cs="Sakkal Majalla"/>
          <w:sz w:val="36"/>
          <w:szCs w:val="38"/>
          <w:rtl/>
        </w:rPr>
        <w:t>والمنصات،</w:t>
      </w:r>
      <w:r w:rsidRPr="008E006D">
        <w:rPr>
          <w:rFonts w:cs="Sakkal Majalla"/>
          <w:sz w:val="36"/>
          <w:szCs w:val="38"/>
        </w:rPr>
        <w:t xml:space="preserve"> </w:t>
      </w:r>
      <w:r w:rsidRPr="008E006D">
        <w:rPr>
          <w:rFonts w:cs="Sakkal Majalla"/>
          <w:sz w:val="36"/>
          <w:szCs w:val="38"/>
          <w:rtl/>
        </w:rPr>
        <w:t>والثقافة</w:t>
      </w:r>
      <w:r w:rsidRPr="008E006D">
        <w:rPr>
          <w:rFonts w:cs="Sakkal Majalla"/>
          <w:sz w:val="36"/>
          <w:szCs w:val="38"/>
        </w:rPr>
        <w:t xml:space="preserve"> </w:t>
      </w:r>
      <w:r w:rsidRPr="008E006D">
        <w:rPr>
          <w:rFonts w:cs="Sakkal Majalla"/>
          <w:sz w:val="36"/>
          <w:szCs w:val="38"/>
          <w:rtl/>
        </w:rPr>
        <w:t>الرقمية</w:t>
      </w:r>
      <w:r w:rsidRPr="008E006D">
        <w:rPr>
          <w:rFonts w:cs="Sakkal Majalla"/>
          <w:sz w:val="36"/>
          <w:szCs w:val="38"/>
        </w:rPr>
        <w:t xml:space="preserve"> </w:t>
      </w:r>
      <w:r w:rsidRPr="008E006D">
        <w:rPr>
          <w:rFonts w:cs="Sakkal Majalla"/>
          <w:sz w:val="36"/>
          <w:szCs w:val="38"/>
          <w:rtl/>
        </w:rPr>
        <w:t>تدعم</w:t>
      </w:r>
      <w:r w:rsidRPr="008E006D">
        <w:rPr>
          <w:rFonts w:cs="Sakkal Majalla"/>
          <w:sz w:val="36"/>
          <w:szCs w:val="38"/>
        </w:rPr>
        <w:t xml:space="preserve"> </w:t>
      </w:r>
      <w:r w:rsidRPr="008E006D">
        <w:rPr>
          <w:rFonts w:cs="Sakkal Majalla"/>
          <w:sz w:val="36"/>
          <w:szCs w:val="38"/>
          <w:rtl/>
        </w:rPr>
        <w:t>الاستخدام</w:t>
      </w:r>
      <w:r w:rsidRPr="008E006D">
        <w:rPr>
          <w:rFonts w:cs="Sakkal Majalla"/>
          <w:sz w:val="36"/>
          <w:szCs w:val="38"/>
        </w:rPr>
        <w:t xml:space="preserve"> </w:t>
      </w:r>
      <w:r w:rsidRPr="008E006D">
        <w:rPr>
          <w:rFonts w:cs="Sakkal Majalla"/>
          <w:sz w:val="36"/>
          <w:szCs w:val="38"/>
          <w:rtl/>
        </w:rPr>
        <w:t>الفعلي،</w:t>
      </w:r>
      <w:r w:rsidRPr="008E006D">
        <w:rPr>
          <w:rFonts w:cs="Sakkal Majalla"/>
          <w:sz w:val="36"/>
          <w:szCs w:val="38"/>
        </w:rPr>
        <w:t xml:space="preserve"> </w:t>
      </w:r>
      <w:r w:rsidRPr="008E006D">
        <w:rPr>
          <w:rFonts w:cs="Sakkal Majalla"/>
          <w:sz w:val="36"/>
          <w:szCs w:val="38"/>
          <w:rtl/>
        </w:rPr>
        <w:t>والقيادة</w:t>
      </w:r>
      <w:r w:rsidRPr="008E006D">
        <w:rPr>
          <w:rFonts w:cs="Sakkal Majalla"/>
          <w:sz w:val="36"/>
          <w:szCs w:val="38"/>
        </w:rPr>
        <w:t xml:space="preserve"> </w:t>
      </w:r>
      <w:r w:rsidRPr="008E006D">
        <w:rPr>
          <w:rFonts w:cs="Sakkal Majalla"/>
          <w:sz w:val="36"/>
          <w:szCs w:val="38"/>
          <w:rtl/>
        </w:rPr>
        <w:t>الرقمية</w:t>
      </w:r>
      <w:r w:rsidRPr="008E006D">
        <w:rPr>
          <w:rFonts w:cs="Sakkal Majalla"/>
          <w:sz w:val="36"/>
          <w:szCs w:val="38"/>
        </w:rPr>
        <w:t xml:space="preserve"> </w:t>
      </w:r>
      <w:r w:rsidRPr="008E006D">
        <w:rPr>
          <w:rFonts w:cs="Sakkal Majalla"/>
          <w:sz w:val="36"/>
          <w:szCs w:val="38"/>
          <w:rtl/>
        </w:rPr>
        <w:t>توجه</w:t>
      </w:r>
      <w:r w:rsidRPr="008E006D">
        <w:rPr>
          <w:rFonts w:cs="Sakkal Majalla"/>
          <w:sz w:val="36"/>
          <w:szCs w:val="38"/>
        </w:rPr>
        <w:t xml:space="preserve"> </w:t>
      </w:r>
      <w:r w:rsidRPr="008E006D">
        <w:rPr>
          <w:rFonts w:cs="Sakkal Majalla"/>
          <w:sz w:val="36"/>
          <w:szCs w:val="38"/>
          <w:rtl/>
        </w:rPr>
        <w:t>الموارد</w:t>
      </w:r>
      <w:r w:rsidRPr="008E006D">
        <w:rPr>
          <w:rFonts w:cs="Sakkal Majalla"/>
          <w:sz w:val="36"/>
          <w:szCs w:val="38"/>
        </w:rPr>
        <w:t xml:space="preserve"> </w:t>
      </w:r>
      <w:r w:rsidRPr="008E006D">
        <w:rPr>
          <w:rFonts w:cs="Sakkal Majalla"/>
          <w:sz w:val="36"/>
          <w:szCs w:val="38"/>
          <w:rtl/>
        </w:rPr>
        <w:t>والقرارات،</w:t>
      </w:r>
      <w:r w:rsidRPr="008E006D">
        <w:rPr>
          <w:rFonts w:cs="Sakkal Majalla"/>
          <w:sz w:val="36"/>
          <w:szCs w:val="38"/>
        </w:rPr>
        <w:t xml:space="preserve"> </w:t>
      </w:r>
      <w:r w:rsidRPr="008E006D">
        <w:rPr>
          <w:rFonts w:cs="Sakkal Majalla"/>
          <w:sz w:val="36"/>
          <w:szCs w:val="38"/>
          <w:rtl/>
        </w:rPr>
        <w:t>والتقنيات</w:t>
      </w:r>
      <w:r w:rsidRPr="008E006D">
        <w:rPr>
          <w:rFonts w:cs="Sakkal Majalla"/>
          <w:sz w:val="36"/>
          <w:szCs w:val="38"/>
        </w:rPr>
        <w:t xml:space="preserve"> </w:t>
      </w:r>
      <w:r w:rsidRPr="008E006D">
        <w:rPr>
          <w:rFonts w:cs="Sakkal Majalla"/>
          <w:sz w:val="36"/>
          <w:szCs w:val="38"/>
          <w:rtl/>
        </w:rPr>
        <w:t>الذكية</w:t>
      </w:r>
      <w:r w:rsidRPr="008E006D">
        <w:rPr>
          <w:rFonts w:cs="Sakkal Majalla"/>
          <w:sz w:val="36"/>
          <w:szCs w:val="38"/>
        </w:rPr>
        <w:t xml:space="preserve"> </w:t>
      </w:r>
      <w:r w:rsidRPr="008E006D">
        <w:rPr>
          <w:rFonts w:cs="Sakkal Majalla"/>
          <w:sz w:val="36"/>
          <w:szCs w:val="38"/>
          <w:rtl/>
        </w:rPr>
        <w:t>تعزز</w:t>
      </w:r>
      <w:r w:rsidRPr="008E006D">
        <w:rPr>
          <w:rFonts w:cs="Sakkal Majalla"/>
          <w:sz w:val="36"/>
          <w:szCs w:val="38"/>
        </w:rPr>
        <w:t xml:space="preserve"> </w:t>
      </w:r>
      <w:r w:rsidRPr="008E006D">
        <w:rPr>
          <w:rFonts w:cs="Sakkal Majalla"/>
          <w:sz w:val="36"/>
          <w:szCs w:val="38"/>
          <w:rtl/>
        </w:rPr>
        <w:t>التنبؤ</w:t>
      </w:r>
      <w:r w:rsidRPr="008E006D">
        <w:rPr>
          <w:rFonts w:cs="Sakkal Majalla"/>
          <w:sz w:val="36"/>
          <w:szCs w:val="38"/>
        </w:rPr>
        <w:t xml:space="preserve"> </w:t>
      </w:r>
      <w:r w:rsidRPr="008E006D">
        <w:rPr>
          <w:rFonts w:cs="Sakkal Majalla"/>
          <w:sz w:val="36"/>
          <w:szCs w:val="38"/>
          <w:rtl/>
        </w:rPr>
        <w:t>والمتابعة</w:t>
      </w:r>
      <w:r w:rsidRPr="008E006D">
        <w:rPr>
          <w:rFonts w:cs="Sakkal Majalla"/>
          <w:sz w:val="36"/>
          <w:szCs w:val="38"/>
        </w:rPr>
        <w:t xml:space="preserve">. </w:t>
      </w:r>
      <w:r w:rsidRPr="008E006D">
        <w:rPr>
          <w:rFonts w:cs="Sakkal Majalla"/>
          <w:sz w:val="36"/>
          <w:szCs w:val="38"/>
          <w:rtl/>
        </w:rPr>
        <w:t>وعندما</w:t>
      </w:r>
      <w:r w:rsidRPr="008E006D">
        <w:rPr>
          <w:rFonts w:cs="Sakkal Majalla"/>
          <w:sz w:val="36"/>
          <w:szCs w:val="38"/>
        </w:rPr>
        <w:t xml:space="preserve"> </w:t>
      </w:r>
      <w:r w:rsidRPr="008E006D">
        <w:rPr>
          <w:rFonts w:cs="Sakkal Majalla"/>
          <w:sz w:val="36"/>
          <w:szCs w:val="38"/>
          <w:rtl/>
        </w:rPr>
        <w:t>تتكامل</w:t>
      </w:r>
      <w:r w:rsidRPr="008E006D">
        <w:rPr>
          <w:rFonts w:cs="Sakkal Majalla"/>
          <w:sz w:val="36"/>
          <w:szCs w:val="38"/>
        </w:rPr>
        <w:t xml:space="preserve"> </w:t>
      </w:r>
      <w:r w:rsidRPr="008E006D">
        <w:rPr>
          <w:rFonts w:cs="Sakkal Majalla"/>
          <w:sz w:val="36"/>
          <w:szCs w:val="38"/>
          <w:rtl/>
        </w:rPr>
        <w:t>هذه</w:t>
      </w:r>
      <w:r w:rsidRPr="008E006D">
        <w:rPr>
          <w:rFonts w:cs="Sakkal Majalla"/>
          <w:sz w:val="36"/>
          <w:szCs w:val="38"/>
        </w:rPr>
        <w:t xml:space="preserve"> </w:t>
      </w:r>
      <w:r w:rsidRPr="008E006D">
        <w:rPr>
          <w:rFonts w:cs="Sakkal Majalla"/>
          <w:sz w:val="36"/>
          <w:szCs w:val="38"/>
          <w:rtl/>
        </w:rPr>
        <w:t>الأبعاد،</w:t>
      </w:r>
      <w:r w:rsidRPr="008E006D">
        <w:rPr>
          <w:rFonts w:cs="Sakkal Majalla"/>
          <w:sz w:val="36"/>
          <w:szCs w:val="38"/>
        </w:rPr>
        <w:t xml:space="preserve"> </w:t>
      </w:r>
      <w:r w:rsidRPr="008E006D">
        <w:rPr>
          <w:rFonts w:cs="Sakkal Majalla"/>
          <w:sz w:val="36"/>
          <w:szCs w:val="38"/>
          <w:rtl/>
        </w:rPr>
        <w:t>تتحسن</w:t>
      </w:r>
      <w:r w:rsidRPr="008E006D">
        <w:rPr>
          <w:rFonts w:cs="Sakkal Majalla"/>
          <w:sz w:val="36"/>
          <w:szCs w:val="38"/>
        </w:rPr>
        <w:t xml:space="preserve"> </w:t>
      </w:r>
      <w:r w:rsidRPr="008E006D">
        <w:rPr>
          <w:rFonts w:cs="Sakkal Majalla"/>
          <w:sz w:val="36"/>
          <w:szCs w:val="38"/>
          <w:rtl/>
        </w:rPr>
        <w:t>قدرة</w:t>
      </w:r>
      <w:r w:rsidRPr="008E006D">
        <w:rPr>
          <w:rFonts w:cs="Sakkal Majalla"/>
          <w:sz w:val="36"/>
          <w:szCs w:val="38"/>
        </w:rPr>
        <w:t xml:space="preserve"> </w:t>
      </w:r>
      <w:r w:rsidRPr="008E006D">
        <w:rPr>
          <w:rFonts w:cs="Sakkal Majalla"/>
          <w:sz w:val="36"/>
          <w:szCs w:val="38"/>
          <w:rtl/>
        </w:rPr>
        <w:t>الجهة</w:t>
      </w:r>
      <w:r w:rsidRPr="008E006D">
        <w:rPr>
          <w:rFonts w:cs="Sakkal Majalla"/>
          <w:sz w:val="36"/>
          <w:szCs w:val="38"/>
        </w:rPr>
        <w:t xml:space="preserve"> </w:t>
      </w:r>
      <w:r w:rsidRPr="008E006D">
        <w:rPr>
          <w:rFonts w:cs="Sakkal Majalla"/>
          <w:sz w:val="36"/>
          <w:szCs w:val="38"/>
          <w:rtl/>
        </w:rPr>
        <w:t>على</w:t>
      </w:r>
      <w:r w:rsidRPr="008E006D">
        <w:rPr>
          <w:rFonts w:cs="Sakkal Majalla"/>
          <w:sz w:val="36"/>
          <w:szCs w:val="38"/>
        </w:rPr>
        <w:t xml:space="preserve"> </w:t>
      </w:r>
      <w:r w:rsidRPr="008E006D">
        <w:rPr>
          <w:rFonts w:cs="Sakkal Majalla"/>
          <w:sz w:val="36"/>
          <w:szCs w:val="38"/>
          <w:rtl/>
        </w:rPr>
        <w:t>ضبط</w:t>
      </w:r>
      <w:r w:rsidRPr="008E006D">
        <w:rPr>
          <w:rFonts w:cs="Sakkal Majalla"/>
          <w:sz w:val="36"/>
          <w:szCs w:val="38"/>
        </w:rPr>
        <w:t xml:space="preserve"> </w:t>
      </w:r>
      <w:r w:rsidRPr="008E006D">
        <w:rPr>
          <w:rFonts w:cs="Sakkal Majalla"/>
          <w:sz w:val="36"/>
          <w:szCs w:val="38"/>
          <w:rtl/>
        </w:rPr>
        <w:t>الوقت</w:t>
      </w:r>
      <w:r w:rsidRPr="008E006D">
        <w:rPr>
          <w:rFonts w:cs="Sakkal Majalla"/>
          <w:sz w:val="36"/>
          <w:szCs w:val="38"/>
        </w:rPr>
        <w:t xml:space="preserve"> </w:t>
      </w:r>
      <w:r w:rsidRPr="008E006D">
        <w:rPr>
          <w:rFonts w:cs="Sakkal Majalla"/>
          <w:sz w:val="36"/>
          <w:szCs w:val="38"/>
          <w:rtl/>
        </w:rPr>
        <w:t>والتكلفة</w:t>
      </w:r>
      <w:r w:rsidRPr="008E006D">
        <w:rPr>
          <w:rFonts w:cs="Sakkal Majalla"/>
          <w:sz w:val="36"/>
          <w:szCs w:val="38"/>
        </w:rPr>
        <w:t xml:space="preserve"> </w:t>
      </w:r>
      <w:r w:rsidRPr="008E006D">
        <w:rPr>
          <w:rFonts w:cs="Sakkal Majalla"/>
          <w:sz w:val="36"/>
          <w:szCs w:val="38"/>
          <w:rtl/>
        </w:rPr>
        <w:t>والجودة،</w:t>
      </w:r>
      <w:r w:rsidRPr="008E006D">
        <w:rPr>
          <w:rFonts w:cs="Sakkal Majalla"/>
          <w:sz w:val="36"/>
          <w:szCs w:val="38"/>
        </w:rPr>
        <w:t xml:space="preserve"> </w:t>
      </w:r>
      <w:r w:rsidRPr="008E006D">
        <w:rPr>
          <w:rFonts w:cs="Sakkal Majalla"/>
          <w:sz w:val="36"/>
          <w:szCs w:val="38"/>
          <w:rtl/>
        </w:rPr>
        <w:t>وتقليل</w:t>
      </w:r>
      <w:r w:rsidRPr="008E006D">
        <w:rPr>
          <w:rFonts w:cs="Sakkal Majalla"/>
          <w:sz w:val="36"/>
          <w:szCs w:val="38"/>
        </w:rPr>
        <w:t xml:space="preserve"> </w:t>
      </w:r>
      <w:r w:rsidRPr="008E006D">
        <w:rPr>
          <w:rFonts w:cs="Sakkal Majalla"/>
          <w:sz w:val="36"/>
          <w:szCs w:val="38"/>
          <w:rtl/>
        </w:rPr>
        <w:t>المخاطر،</w:t>
      </w:r>
      <w:r w:rsidRPr="008E006D">
        <w:rPr>
          <w:rFonts w:cs="Sakkal Majalla"/>
          <w:sz w:val="36"/>
          <w:szCs w:val="38"/>
        </w:rPr>
        <w:t xml:space="preserve"> </w:t>
      </w:r>
      <w:r w:rsidRPr="008E006D">
        <w:rPr>
          <w:rFonts w:cs="Sakkal Majalla"/>
          <w:sz w:val="36"/>
          <w:szCs w:val="38"/>
          <w:rtl/>
        </w:rPr>
        <w:t>وتحقيق</w:t>
      </w:r>
      <w:r w:rsidRPr="008E006D">
        <w:rPr>
          <w:rFonts w:cs="Sakkal Majalla"/>
          <w:sz w:val="36"/>
          <w:szCs w:val="38"/>
        </w:rPr>
        <w:t xml:space="preserve"> </w:t>
      </w:r>
      <w:r w:rsidRPr="008E006D">
        <w:rPr>
          <w:rFonts w:cs="Sakkal Majalla"/>
          <w:sz w:val="36"/>
          <w:szCs w:val="38"/>
          <w:rtl/>
        </w:rPr>
        <w:t>رضا</w:t>
      </w:r>
      <w:r w:rsidRPr="008E006D">
        <w:rPr>
          <w:rFonts w:cs="Sakkal Majalla"/>
          <w:sz w:val="36"/>
          <w:szCs w:val="38"/>
        </w:rPr>
        <w:t xml:space="preserve"> </w:t>
      </w:r>
      <w:r w:rsidRPr="008E006D">
        <w:rPr>
          <w:rFonts w:cs="Sakkal Majalla"/>
          <w:sz w:val="36"/>
          <w:szCs w:val="38"/>
          <w:rtl/>
        </w:rPr>
        <w:t>أصحاب</w:t>
      </w:r>
      <w:r w:rsidRPr="008E006D">
        <w:rPr>
          <w:rFonts w:cs="Sakkal Majalla"/>
          <w:sz w:val="36"/>
          <w:szCs w:val="38"/>
        </w:rPr>
        <w:t xml:space="preserve"> </w:t>
      </w:r>
      <w:r w:rsidRPr="008E006D">
        <w:rPr>
          <w:rFonts w:cs="Sakkal Majalla"/>
          <w:sz w:val="36"/>
          <w:szCs w:val="38"/>
          <w:rtl/>
        </w:rPr>
        <w:t>المصلحة</w:t>
      </w:r>
      <w:r w:rsidRPr="008E006D">
        <w:rPr>
          <w:rFonts w:cs="Sakkal Majalla"/>
          <w:sz w:val="36"/>
          <w:szCs w:val="38"/>
        </w:rPr>
        <w:t>.</w:t>
      </w:r>
    </w:p>
    <w:p w14:paraId="2782C75B" w14:textId="77777777" w:rsidR="008E006D" w:rsidRPr="008E006D" w:rsidRDefault="008E006D" w:rsidP="008E2B08">
      <w:pPr>
        <w:ind w:firstLine="720"/>
        <w:rPr>
          <w:rFonts w:cs="Sakkal Majalla"/>
          <w:sz w:val="36"/>
          <w:szCs w:val="38"/>
        </w:rPr>
      </w:pPr>
      <w:r w:rsidRPr="008E006D">
        <w:rPr>
          <w:rFonts w:cs="Sakkal Majalla"/>
          <w:sz w:val="36"/>
          <w:szCs w:val="38"/>
          <w:rtl/>
        </w:rPr>
        <w:t>أما</w:t>
      </w:r>
      <w:r w:rsidRPr="008E006D">
        <w:rPr>
          <w:rFonts w:cs="Sakkal Majalla"/>
          <w:sz w:val="36"/>
          <w:szCs w:val="38"/>
        </w:rPr>
        <w:t xml:space="preserve"> </w:t>
      </w:r>
      <w:r w:rsidRPr="008E006D">
        <w:rPr>
          <w:rFonts w:cs="Sakkal Majalla"/>
          <w:sz w:val="36"/>
          <w:szCs w:val="38"/>
          <w:rtl/>
        </w:rPr>
        <w:t>ضعف</w:t>
      </w:r>
      <w:r w:rsidRPr="008E006D">
        <w:rPr>
          <w:rFonts w:cs="Sakkal Majalla"/>
          <w:sz w:val="36"/>
          <w:szCs w:val="38"/>
        </w:rPr>
        <w:t xml:space="preserve"> </w:t>
      </w:r>
      <w:r w:rsidRPr="008E006D">
        <w:rPr>
          <w:rFonts w:cs="Sakkal Majalla"/>
          <w:sz w:val="36"/>
          <w:szCs w:val="38"/>
          <w:rtl/>
        </w:rPr>
        <w:t>أحد</w:t>
      </w:r>
      <w:r w:rsidRPr="008E006D">
        <w:rPr>
          <w:rFonts w:cs="Sakkal Majalla"/>
          <w:sz w:val="36"/>
          <w:szCs w:val="38"/>
        </w:rPr>
        <w:t xml:space="preserve"> </w:t>
      </w:r>
      <w:r w:rsidRPr="008E006D">
        <w:rPr>
          <w:rFonts w:cs="Sakkal Majalla"/>
          <w:sz w:val="36"/>
          <w:szCs w:val="38"/>
          <w:rtl/>
        </w:rPr>
        <w:t>الأبعاد</w:t>
      </w:r>
      <w:r w:rsidRPr="008E006D">
        <w:rPr>
          <w:rFonts w:cs="Sakkal Majalla"/>
          <w:sz w:val="36"/>
          <w:szCs w:val="38"/>
        </w:rPr>
        <w:t xml:space="preserve"> </w:t>
      </w:r>
      <w:r w:rsidRPr="008E006D">
        <w:rPr>
          <w:rFonts w:cs="Sakkal Majalla"/>
          <w:sz w:val="36"/>
          <w:szCs w:val="38"/>
          <w:rtl/>
        </w:rPr>
        <w:t>فقد</w:t>
      </w:r>
      <w:r w:rsidRPr="008E006D">
        <w:rPr>
          <w:rFonts w:cs="Sakkal Majalla"/>
          <w:sz w:val="36"/>
          <w:szCs w:val="38"/>
        </w:rPr>
        <w:t xml:space="preserve"> </w:t>
      </w:r>
      <w:r w:rsidRPr="008E006D">
        <w:rPr>
          <w:rFonts w:cs="Sakkal Majalla"/>
          <w:sz w:val="36"/>
          <w:szCs w:val="38"/>
          <w:rtl/>
        </w:rPr>
        <w:t>يحد</w:t>
      </w:r>
      <w:r w:rsidRPr="008E006D">
        <w:rPr>
          <w:rFonts w:cs="Sakkal Majalla"/>
          <w:sz w:val="36"/>
          <w:szCs w:val="38"/>
        </w:rPr>
        <w:t xml:space="preserve"> </w:t>
      </w:r>
      <w:r w:rsidRPr="008E006D">
        <w:rPr>
          <w:rFonts w:cs="Sakkal Majalla"/>
          <w:sz w:val="36"/>
          <w:szCs w:val="38"/>
          <w:rtl/>
        </w:rPr>
        <w:t>من</w:t>
      </w:r>
      <w:r w:rsidRPr="008E006D">
        <w:rPr>
          <w:rFonts w:cs="Sakkal Majalla"/>
          <w:sz w:val="36"/>
          <w:szCs w:val="38"/>
        </w:rPr>
        <w:t xml:space="preserve"> </w:t>
      </w:r>
      <w:r w:rsidRPr="008E006D">
        <w:rPr>
          <w:rFonts w:cs="Sakkal Majalla"/>
          <w:sz w:val="36"/>
          <w:szCs w:val="38"/>
          <w:rtl/>
        </w:rPr>
        <w:t>أثر</w:t>
      </w:r>
      <w:r w:rsidRPr="008E006D">
        <w:rPr>
          <w:rFonts w:cs="Sakkal Majalla"/>
          <w:sz w:val="36"/>
          <w:szCs w:val="38"/>
        </w:rPr>
        <w:t xml:space="preserve"> </w:t>
      </w:r>
      <w:r w:rsidRPr="008E006D">
        <w:rPr>
          <w:rFonts w:cs="Sakkal Majalla"/>
          <w:sz w:val="36"/>
          <w:szCs w:val="38"/>
          <w:rtl/>
        </w:rPr>
        <w:t>الأبعاد</w:t>
      </w:r>
      <w:r w:rsidRPr="008E006D">
        <w:rPr>
          <w:rFonts w:cs="Sakkal Majalla"/>
          <w:sz w:val="36"/>
          <w:szCs w:val="38"/>
        </w:rPr>
        <w:t xml:space="preserve"> </w:t>
      </w:r>
      <w:r w:rsidRPr="008E006D">
        <w:rPr>
          <w:rFonts w:cs="Sakkal Majalla"/>
          <w:sz w:val="36"/>
          <w:szCs w:val="38"/>
          <w:rtl/>
        </w:rPr>
        <w:t>الأخرى؛</w:t>
      </w:r>
      <w:r w:rsidRPr="008E006D">
        <w:rPr>
          <w:rFonts w:cs="Sakkal Majalla"/>
          <w:sz w:val="36"/>
          <w:szCs w:val="38"/>
        </w:rPr>
        <w:t xml:space="preserve"> </w:t>
      </w:r>
      <w:r w:rsidRPr="008E006D">
        <w:rPr>
          <w:rFonts w:cs="Sakkal Majalla"/>
          <w:sz w:val="36"/>
          <w:szCs w:val="38"/>
          <w:rtl/>
        </w:rPr>
        <w:t>فالتقنيات</w:t>
      </w:r>
      <w:r w:rsidRPr="008E006D">
        <w:rPr>
          <w:rFonts w:cs="Sakkal Majalla"/>
          <w:sz w:val="36"/>
          <w:szCs w:val="38"/>
        </w:rPr>
        <w:t xml:space="preserve"> </w:t>
      </w:r>
      <w:r w:rsidRPr="008E006D">
        <w:rPr>
          <w:rFonts w:cs="Sakkal Majalla"/>
          <w:sz w:val="36"/>
          <w:szCs w:val="38"/>
          <w:rtl/>
        </w:rPr>
        <w:t>الذكية</w:t>
      </w:r>
      <w:r w:rsidRPr="008E006D">
        <w:rPr>
          <w:rFonts w:cs="Sakkal Majalla"/>
          <w:sz w:val="36"/>
          <w:szCs w:val="38"/>
        </w:rPr>
        <w:t xml:space="preserve"> </w:t>
      </w:r>
      <w:r w:rsidRPr="008E006D">
        <w:rPr>
          <w:rFonts w:cs="Sakkal Majalla"/>
          <w:sz w:val="36"/>
          <w:szCs w:val="38"/>
          <w:rtl/>
        </w:rPr>
        <w:t>لن</w:t>
      </w:r>
      <w:r w:rsidRPr="008E006D">
        <w:rPr>
          <w:rFonts w:cs="Sakkal Majalla"/>
          <w:sz w:val="36"/>
          <w:szCs w:val="38"/>
        </w:rPr>
        <w:t xml:space="preserve"> </w:t>
      </w:r>
      <w:r w:rsidRPr="008E006D">
        <w:rPr>
          <w:rFonts w:cs="Sakkal Majalla"/>
          <w:sz w:val="36"/>
          <w:szCs w:val="38"/>
          <w:rtl/>
        </w:rPr>
        <w:t>تكون</w:t>
      </w:r>
      <w:r w:rsidRPr="008E006D">
        <w:rPr>
          <w:rFonts w:cs="Sakkal Majalla"/>
          <w:sz w:val="36"/>
          <w:szCs w:val="38"/>
        </w:rPr>
        <w:t xml:space="preserve"> </w:t>
      </w:r>
      <w:r w:rsidRPr="008E006D">
        <w:rPr>
          <w:rFonts w:cs="Sakkal Majalla"/>
          <w:sz w:val="36"/>
          <w:szCs w:val="38"/>
          <w:rtl/>
        </w:rPr>
        <w:t>مؤثرة</w:t>
      </w:r>
      <w:r w:rsidRPr="008E006D">
        <w:rPr>
          <w:rFonts w:cs="Sakkal Majalla"/>
          <w:sz w:val="36"/>
          <w:szCs w:val="38"/>
        </w:rPr>
        <w:t xml:space="preserve"> </w:t>
      </w:r>
      <w:r w:rsidRPr="008E006D">
        <w:rPr>
          <w:rFonts w:cs="Sakkal Majalla"/>
          <w:sz w:val="36"/>
          <w:szCs w:val="38"/>
          <w:rtl/>
        </w:rPr>
        <w:t>إذا</w:t>
      </w:r>
      <w:r w:rsidRPr="008E006D">
        <w:rPr>
          <w:rFonts w:cs="Sakkal Majalla"/>
          <w:sz w:val="36"/>
          <w:szCs w:val="38"/>
        </w:rPr>
        <w:t xml:space="preserve"> </w:t>
      </w:r>
      <w:r w:rsidRPr="008E006D">
        <w:rPr>
          <w:rFonts w:cs="Sakkal Majalla"/>
          <w:sz w:val="36"/>
          <w:szCs w:val="38"/>
          <w:rtl/>
        </w:rPr>
        <w:t>كانت</w:t>
      </w:r>
      <w:r w:rsidRPr="008E006D">
        <w:rPr>
          <w:rFonts w:cs="Sakkal Majalla"/>
          <w:sz w:val="36"/>
          <w:szCs w:val="38"/>
        </w:rPr>
        <w:t xml:space="preserve"> </w:t>
      </w:r>
      <w:r w:rsidRPr="008E006D">
        <w:rPr>
          <w:rFonts w:cs="Sakkal Majalla"/>
          <w:sz w:val="36"/>
          <w:szCs w:val="38"/>
          <w:rtl/>
        </w:rPr>
        <w:t>البيانات</w:t>
      </w:r>
      <w:r w:rsidRPr="008E006D">
        <w:rPr>
          <w:rFonts w:cs="Sakkal Majalla"/>
          <w:sz w:val="36"/>
          <w:szCs w:val="38"/>
        </w:rPr>
        <w:t xml:space="preserve"> </w:t>
      </w:r>
      <w:r w:rsidRPr="008E006D">
        <w:rPr>
          <w:rFonts w:cs="Sakkal Majalla"/>
          <w:sz w:val="36"/>
          <w:szCs w:val="38"/>
          <w:rtl/>
        </w:rPr>
        <w:t>ضعيفة</w:t>
      </w:r>
      <w:r w:rsidRPr="008E006D">
        <w:rPr>
          <w:rFonts w:cs="Sakkal Majalla"/>
          <w:sz w:val="36"/>
          <w:szCs w:val="38"/>
        </w:rPr>
        <w:t xml:space="preserve"> </w:t>
      </w:r>
      <w:r w:rsidRPr="008E006D">
        <w:rPr>
          <w:rFonts w:cs="Sakkal Majalla"/>
          <w:sz w:val="36"/>
          <w:szCs w:val="38"/>
          <w:rtl/>
        </w:rPr>
        <w:t>أو</w:t>
      </w:r>
      <w:r w:rsidRPr="008E006D">
        <w:rPr>
          <w:rFonts w:cs="Sakkal Majalla"/>
          <w:sz w:val="36"/>
          <w:szCs w:val="38"/>
        </w:rPr>
        <w:t xml:space="preserve"> </w:t>
      </w:r>
      <w:r w:rsidRPr="008E006D">
        <w:rPr>
          <w:rFonts w:cs="Sakkal Majalla"/>
          <w:sz w:val="36"/>
          <w:szCs w:val="38"/>
          <w:rtl/>
        </w:rPr>
        <w:t>إذا</w:t>
      </w:r>
      <w:r w:rsidRPr="008E006D">
        <w:rPr>
          <w:rFonts w:cs="Sakkal Majalla"/>
          <w:sz w:val="36"/>
          <w:szCs w:val="38"/>
        </w:rPr>
        <w:t xml:space="preserve"> </w:t>
      </w:r>
      <w:r w:rsidRPr="008E006D">
        <w:rPr>
          <w:rFonts w:cs="Sakkal Majalla"/>
          <w:sz w:val="36"/>
          <w:szCs w:val="38"/>
          <w:rtl/>
        </w:rPr>
        <w:t>لم</w:t>
      </w:r>
      <w:r w:rsidRPr="008E006D">
        <w:rPr>
          <w:rFonts w:cs="Sakkal Majalla"/>
          <w:sz w:val="36"/>
          <w:szCs w:val="38"/>
        </w:rPr>
        <w:t xml:space="preserve"> </w:t>
      </w:r>
      <w:r w:rsidRPr="008E006D">
        <w:rPr>
          <w:rFonts w:cs="Sakkal Majalla"/>
          <w:sz w:val="36"/>
          <w:szCs w:val="38"/>
          <w:rtl/>
        </w:rPr>
        <w:t>تتقبل</w:t>
      </w:r>
      <w:r w:rsidRPr="008E006D">
        <w:rPr>
          <w:rFonts w:cs="Sakkal Majalla"/>
          <w:sz w:val="36"/>
          <w:szCs w:val="38"/>
        </w:rPr>
        <w:t xml:space="preserve"> </w:t>
      </w:r>
      <w:r w:rsidRPr="008E006D">
        <w:rPr>
          <w:rFonts w:cs="Sakkal Majalla"/>
          <w:sz w:val="36"/>
          <w:szCs w:val="38"/>
          <w:rtl/>
        </w:rPr>
        <w:t>الفرق</w:t>
      </w:r>
      <w:r w:rsidRPr="008E006D">
        <w:rPr>
          <w:rFonts w:cs="Sakkal Majalla"/>
          <w:sz w:val="36"/>
          <w:szCs w:val="38"/>
        </w:rPr>
        <w:t xml:space="preserve"> </w:t>
      </w:r>
      <w:r w:rsidRPr="008E006D">
        <w:rPr>
          <w:rFonts w:cs="Sakkal Majalla"/>
          <w:sz w:val="36"/>
          <w:szCs w:val="38"/>
          <w:rtl/>
        </w:rPr>
        <w:t>استخدامها،</w:t>
      </w:r>
      <w:r w:rsidRPr="008E006D">
        <w:rPr>
          <w:rFonts w:cs="Sakkal Majalla"/>
          <w:sz w:val="36"/>
          <w:szCs w:val="38"/>
        </w:rPr>
        <w:t xml:space="preserve"> </w:t>
      </w:r>
      <w:r w:rsidRPr="008E006D">
        <w:rPr>
          <w:rFonts w:cs="Sakkal Majalla"/>
          <w:sz w:val="36"/>
          <w:szCs w:val="38"/>
          <w:rtl/>
        </w:rPr>
        <w:t>كما</w:t>
      </w:r>
      <w:r w:rsidRPr="008E006D">
        <w:rPr>
          <w:rFonts w:cs="Sakkal Majalla"/>
          <w:sz w:val="36"/>
          <w:szCs w:val="38"/>
        </w:rPr>
        <w:t xml:space="preserve"> </w:t>
      </w:r>
      <w:r w:rsidRPr="008E006D">
        <w:rPr>
          <w:rFonts w:cs="Sakkal Majalla"/>
          <w:sz w:val="36"/>
          <w:szCs w:val="38"/>
          <w:rtl/>
        </w:rPr>
        <w:t>أن</w:t>
      </w:r>
      <w:r w:rsidRPr="008E006D">
        <w:rPr>
          <w:rFonts w:cs="Sakkal Majalla"/>
          <w:sz w:val="36"/>
          <w:szCs w:val="38"/>
        </w:rPr>
        <w:t xml:space="preserve"> </w:t>
      </w:r>
      <w:r w:rsidRPr="008E006D">
        <w:rPr>
          <w:rFonts w:cs="Sakkal Majalla"/>
          <w:sz w:val="36"/>
          <w:szCs w:val="38"/>
          <w:rtl/>
        </w:rPr>
        <w:t>البنية</w:t>
      </w:r>
      <w:r w:rsidRPr="008E006D">
        <w:rPr>
          <w:rFonts w:cs="Sakkal Majalla"/>
          <w:sz w:val="36"/>
          <w:szCs w:val="38"/>
        </w:rPr>
        <w:t xml:space="preserve"> </w:t>
      </w:r>
      <w:r w:rsidRPr="008E006D">
        <w:rPr>
          <w:rFonts w:cs="Sakkal Majalla"/>
          <w:sz w:val="36"/>
          <w:szCs w:val="38"/>
          <w:rtl/>
        </w:rPr>
        <w:t>التحتية</w:t>
      </w:r>
      <w:r w:rsidRPr="008E006D">
        <w:rPr>
          <w:rFonts w:cs="Sakkal Majalla"/>
          <w:sz w:val="36"/>
          <w:szCs w:val="38"/>
        </w:rPr>
        <w:t xml:space="preserve"> </w:t>
      </w:r>
      <w:r w:rsidRPr="008E006D">
        <w:rPr>
          <w:rFonts w:cs="Sakkal Majalla"/>
          <w:sz w:val="36"/>
          <w:szCs w:val="38"/>
          <w:rtl/>
        </w:rPr>
        <w:t>المتقدمة</w:t>
      </w:r>
      <w:r w:rsidRPr="008E006D">
        <w:rPr>
          <w:rFonts w:cs="Sakkal Majalla"/>
          <w:sz w:val="36"/>
          <w:szCs w:val="38"/>
        </w:rPr>
        <w:t xml:space="preserve"> </w:t>
      </w:r>
      <w:r w:rsidRPr="008E006D">
        <w:rPr>
          <w:rFonts w:cs="Sakkal Majalla"/>
          <w:sz w:val="36"/>
          <w:szCs w:val="38"/>
          <w:rtl/>
        </w:rPr>
        <w:t>قد</w:t>
      </w:r>
      <w:r w:rsidRPr="008E006D">
        <w:rPr>
          <w:rFonts w:cs="Sakkal Majalla"/>
          <w:sz w:val="36"/>
          <w:szCs w:val="38"/>
        </w:rPr>
        <w:t xml:space="preserve"> </w:t>
      </w:r>
      <w:r w:rsidRPr="008E006D">
        <w:rPr>
          <w:rFonts w:cs="Sakkal Majalla"/>
          <w:sz w:val="36"/>
          <w:szCs w:val="38"/>
          <w:rtl/>
        </w:rPr>
        <w:t>لا</w:t>
      </w:r>
      <w:r w:rsidRPr="008E006D">
        <w:rPr>
          <w:rFonts w:cs="Sakkal Majalla"/>
          <w:sz w:val="36"/>
          <w:szCs w:val="38"/>
        </w:rPr>
        <w:t xml:space="preserve"> </w:t>
      </w:r>
      <w:r w:rsidRPr="008E006D">
        <w:rPr>
          <w:rFonts w:cs="Sakkal Majalla"/>
          <w:sz w:val="36"/>
          <w:szCs w:val="38"/>
          <w:rtl/>
        </w:rPr>
        <w:t>تحقق</w:t>
      </w:r>
      <w:r w:rsidRPr="008E006D">
        <w:rPr>
          <w:rFonts w:cs="Sakkal Majalla"/>
          <w:sz w:val="36"/>
          <w:szCs w:val="38"/>
        </w:rPr>
        <w:t xml:space="preserve"> </w:t>
      </w:r>
      <w:r w:rsidRPr="008E006D">
        <w:rPr>
          <w:rFonts w:cs="Sakkal Majalla"/>
          <w:sz w:val="36"/>
          <w:szCs w:val="38"/>
          <w:rtl/>
        </w:rPr>
        <w:t>أثرًا</w:t>
      </w:r>
      <w:r w:rsidRPr="008E006D">
        <w:rPr>
          <w:rFonts w:cs="Sakkal Majalla"/>
          <w:sz w:val="36"/>
          <w:szCs w:val="38"/>
        </w:rPr>
        <w:t xml:space="preserve"> </w:t>
      </w:r>
      <w:r w:rsidRPr="008E006D">
        <w:rPr>
          <w:rFonts w:cs="Sakkal Majalla"/>
          <w:sz w:val="36"/>
          <w:szCs w:val="38"/>
          <w:rtl/>
        </w:rPr>
        <w:t>إذا</w:t>
      </w:r>
      <w:r w:rsidRPr="008E006D">
        <w:rPr>
          <w:rFonts w:cs="Sakkal Majalla"/>
          <w:sz w:val="36"/>
          <w:szCs w:val="38"/>
        </w:rPr>
        <w:t xml:space="preserve"> </w:t>
      </w:r>
      <w:r w:rsidRPr="008E006D">
        <w:rPr>
          <w:rFonts w:cs="Sakkal Majalla"/>
          <w:sz w:val="36"/>
          <w:szCs w:val="38"/>
          <w:rtl/>
        </w:rPr>
        <w:t>لم</w:t>
      </w:r>
      <w:r w:rsidRPr="008E006D">
        <w:rPr>
          <w:rFonts w:cs="Sakkal Majalla"/>
          <w:sz w:val="36"/>
          <w:szCs w:val="38"/>
        </w:rPr>
        <w:t xml:space="preserve"> </w:t>
      </w:r>
      <w:r w:rsidRPr="008E006D">
        <w:rPr>
          <w:rFonts w:cs="Sakkal Majalla"/>
          <w:sz w:val="36"/>
          <w:szCs w:val="38"/>
          <w:rtl/>
        </w:rPr>
        <w:t>توجد</w:t>
      </w:r>
      <w:r w:rsidRPr="008E006D">
        <w:rPr>
          <w:rFonts w:cs="Sakkal Majalla"/>
          <w:sz w:val="36"/>
          <w:szCs w:val="38"/>
        </w:rPr>
        <w:t xml:space="preserve"> </w:t>
      </w:r>
      <w:r w:rsidRPr="008E006D">
        <w:rPr>
          <w:rFonts w:cs="Sakkal Majalla"/>
          <w:sz w:val="36"/>
          <w:szCs w:val="38"/>
          <w:rtl/>
        </w:rPr>
        <w:t>قيادة</w:t>
      </w:r>
      <w:r w:rsidRPr="008E006D">
        <w:rPr>
          <w:rFonts w:cs="Sakkal Majalla"/>
          <w:sz w:val="36"/>
          <w:szCs w:val="38"/>
        </w:rPr>
        <w:t xml:space="preserve"> </w:t>
      </w:r>
      <w:r w:rsidRPr="008E006D">
        <w:rPr>
          <w:rFonts w:cs="Sakkal Majalla"/>
          <w:sz w:val="36"/>
          <w:szCs w:val="38"/>
          <w:rtl/>
        </w:rPr>
        <w:t>توجه</w:t>
      </w:r>
      <w:r w:rsidRPr="008E006D">
        <w:rPr>
          <w:rFonts w:cs="Sakkal Majalla"/>
          <w:sz w:val="36"/>
          <w:szCs w:val="38"/>
        </w:rPr>
        <w:t xml:space="preserve"> </w:t>
      </w:r>
      <w:r w:rsidRPr="008E006D">
        <w:rPr>
          <w:rFonts w:cs="Sakkal Majalla"/>
          <w:sz w:val="36"/>
          <w:szCs w:val="38"/>
          <w:rtl/>
        </w:rPr>
        <w:t>الاستخدام</w:t>
      </w:r>
      <w:r w:rsidRPr="008E006D">
        <w:rPr>
          <w:rFonts w:cs="Sakkal Majalla"/>
          <w:sz w:val="36"/>
          <w:szCs w:val="38"/>
        </w:rPr>
        <w:t xml:space="preserve"> </w:t>
      </w:r>
      <w:r w:rsidRPr="008E006D">
        <w:rPr>
          <w:rFonts w:cs="Sakkal Majalla"/>
          <w:sz w:val="36"/>
          <w:szCs w:val="38"/>
          <w:rtl/>
        </w:rPr>
        <w:t>وتربطه</w:t>
      </w:r>
      <w:r w:rsidRPr="008E006D">
        <w:rPr>
          <w:rFonts w:cs="Sakkal Majalla"/>
          <w:sz w:val="36"/>
          <w:szCs w:val="38"/>
        </w:rPr>
        <w:t xml:space="preserve"> </w:t>
      </w:r>
      <w:r w:rsidRPr="008E006D">
        <w:rPr>
          <w:rFonts w:cs="Sakkal Majalla"/>
          <w:sz w:val="36"/>
          <w:szCs w:val="38"/>
          <w:rtl/>
        </w:rPr>
        <w:t>بالأهداف</w:t>
      </w:r>
      <w:r w:rsidRPr="008E006D">
        <w:rPr>
          <w:rFonts w:cs="Sakkal Majalla"/>
          <w:sz w:val="36"/>
          <w:szCs w:val="38"/>
        </w:rPr>
        <w:t xml:space="preserve">. </w:t>
      </w:r>
      <w:r w:rsidRPr="008E006D">
        <w:rPr>
          <w:rFonts w:cs="Sakkal Majalla"/>
          <w:sz w:val="36"/>
          <w:szCs w:val="38"/>
          <w:rtl/>
        </w:rPr>
        <w:t>ولهذا</w:t>
      </w:r>
      <w:r w:rsidRPr="008E006D">
        <w:rPr>
          <w:rFonts w:cs="Sakkal Majalla"/>
          <w:sz w:val="36"/>
          <w:szCs w:val="38"/>
        </w:rPr>
        <w:t xml:space="preserve"> </w:t>
      </w:r>
      <w:r w:rsidRPr="008E006D">
        <w:rPr>
          <w:rFonts w:cs="Sakkal Majalla"/>
          <w:sz w:val="36"/>
          <w:szCs w:val="38"/>
          <w:rtl/>
        </w:rPr>
        <w:t>تفترض</w:t>
      </w:r>
      <w:r w:rsidRPr="008E006D">
        <w:rPr>
          <w:rFonts w:cs="Sakkal Majalla"/>
          <w:sz w:val="36"/>
          <w:szCs w:val="38"/>
        </w:rPr>
        <w:t xml:space="preserve"> </w:t>
      </w:r>
      <w:r w:rsidRPr="008E006D">
        <w:rPr>
          <w:rFonts w:cs="Sakkal Majalla"/>
          <w:sz w:val="36"/>
          <w:szCs w:val="38"/>
          <w:rtl/>
        </w:rPr>
        <w:t>الدراسة</w:t>
      </w:r>
      <w:r w:rsidRPr="008E006D">
        <w:rPr>
          <w:rFonts w:cs="Sakkal Majalla"/>
          <w:sz w:val="36"/>
          <w:szCs w:val="38"/>
        </w:rPr>
        <w:t xml:space="preserve"> </w:t>
      </w:r>
      <w:r w:rsidRPr="008E006D">
        <w:rPr>
          <w:rFonts w:cs="Sakkal Majalla"/>
          <w:sz w:val="36"/>
          <w:szCs w:val="38"/>
          <w:rtl/>
        </w:rPr>
        <w:t>أن</w:t>
      </w:r>
      <w:r w:rsidRPr="008E006D">
        <w:rPr>
          <w:rFonts w:cs="Sakkal Majalla"/>
          <w:sz w:val="36"/>
          <w:szCs w:val="38"/>
        </w:rPr>
        <w:t xml:space="preserve"> </w:t>
      </w:r>
      <w:r w:rsidRPr="008E006D">
        <w:rPr>
          <w:rFonts w:cs="Sakkal Majalla"/>
          <w:sz w:val="36"/>
          <w:szCs w:val="38"/>
          <w:rtl/>
        </w:rPr>
        <w:t>أثر</w:t>
      </w:r>
      <w:r w:rsidRPr="008E006D">
        <w:rPr>
          <w:rFonts w:cs="Sakkal Majalla"/>
          <w:sz w:val="36"/>
          <w:szCs w:val="38"/>
        </w:rPr>
        <w:t xml:space="preserve"> </w:t>
      </w:r>
      <w:r w:rsidRPr="008E006D">
        <w:rPr>
          <w:rFonts w:cs="Sakkal Majalla"/>
          <w:sz w:val="36"/>
          <w:szCs w:val="38"/>
          <w:rtl/>
        </w:rPr>
        <w:t>التحول</w:t>
      </w:r>
      <w:r w:rsidRPr="008E006D">
        <w:rPr>
          <w:rFonts w:cs="Sakkal Majalla"/>
          <w:sz w:val="36"/>
          <w:szCs w:val="38"/>
        </w:rPr>
        <w:t xml:space="preserve"> </w:t>
      </w:r>
      <w:r w:rsidRPr="008E006D">
        <w:rPr>
          <w:rFonts w:cs="Sakkal Majalla"/>
          <w:sz w:val="36"/>
          <w:szCs w:val="38"/>
          <w:rtl/>
        </w:rPr>
        <w:t>الرقمي</w:t>
      </w:r>
      <w:r w:rsidRPr="008E006D">
        <w:rPr>
          <w:rFonts w:cs="Sakkal Majalla"/>
          <w:sz w:val="36"/>
          <w:szCs w:val="38"/>
        </w:rPr>
        <w:t xml:space="preserve"> </w:t>
      </w:r>
      <w:r w:rsidRPr="008E006D">
        <w:rPr>
          <w:rFonts w:cs="Sakkal Majalla"/>
          <w:sz w:val="36"/>
          <w:szCs w:val="38"/>
          <w:rtl/>
        </w:rPr>
        <w:t>على</w:t>
      </w:r>
      <w:r w:rsidRPr="008E006D">
        <w:rPr>
          <w:rFonts w:cs="Sakkal Majalla"/>
          <w:sz w:val="36"/>
          <w:szCs w:val="38"/>
        </w:rPr>
        <w:t xml:space="preserve"> </w:t>
      </w:r>
      <w:r w:rsidRPr="008E006D">
        <w:rPr>
          <w:rFonts w:cs="Sakkal Majalla"/>
          <w:sz w:val="36"/>
          <w:szCs w:val="38"/>
          <w:rtl/>
        </w:rPr>
        <w:t>نجاح</w:t>
      </w:r>
      <w:r w:rsidRPr="008E006D">
        <w:rPr>
          <w:rFonts w:cs="Sakkal Majalla"/>
          <w:sz w:val="36"/>
          <w:szCs w:val="38"/>
        </w:rPr>
        <w:t xml:space="preserve"> </w:t>
      </w:r>
      <w:r w:rsidRPr="008E006D">
        <w:rPr>
          <w:rFonts w:cs="Sakkal Majalla"/>
          <w:sz w:val="36"/>
          <w:szCs w:val="38"/>
          <w:rtl/>
        </w:rPr>
        <w:t>المشاريع</w:t>
      </w:r>
      <w:r w:rsidRPr="008E006D">
        <w:rPr>
          <w:rFonts w:cs="Sakkal Majalla"/>
          <w:sz w:val="36"/>
          <w:szCs w:val="38"/>
        </w:rPr>
        <w:t xml:space="preserve"> </w:t>
      </w:r>
      <w:r w:rsidRPr="008E006D">
        <w:rPr>
          <w:rFonts w:cs="Sakkal Majalla"/>
          <w:sz w:val="36"/>
          <w:szCs w:val="38"/>
          <w:rtl/>
        </w:rPr>
        <w:t>هو</w:t>
      </w:r>
      <w:r w:rsidRPr="008E006D">
        <w:rPr>
          <w:rFonts w:cs="Sakkal Majalla"/>
          <w:sz w:val="36"/>
          <w:szCs w:val="38"/>
        </w:rPr>
        <w:t xml:space="preserve"> </w:t>
      </w:r>
      <w:r w:rsidRPr="008E006D">
        <w:rPr>
          <w:rFonts w:cs="Sakkal Majalla"/>
          <w:sz w:val="36"/>
          <w:szCs w:val="38"/>
          <w:rtl/>
        </w:rPr>
        <w:t>أثر</w:t>
      </w:r>
      <w:r w:rsidRPr="008E006D">
        <w:rPr>
          <w:rFonts w:cs="Sakkal Majalla"/>
          <w:sz w:val="36"/>
          <w:szCs w:val="38"/>
        </w:rPr>
        <w:t xml:space="preserve"> </w:t>
      </w:r>
      <w:r w:rsidRPr="008E006D">
        <w:rPr>
          <w:rFonts w:cs="Sakkal Majalla"/>
          <w:sz w:val="36"/>
          <w:szCs w:val="38"/>
          <w:rtl/>
        </w:rPr>
        <w:t>تكاملي</w:t>
      </w:r>
      <w:r w:rsidRPr="008E006D">
        <w:rPr>
          <w:rFonts w:cs="Sakkal Majalla"/>
          <w:sz w:val="36"/>
          <w:szCs w:val="38"/>
        </w:rPr>
        <w:t xml:space="preserve"> </w:t>
      </w:r>
      <w:r w:rsidRPr="008E006D">
        <w:rPr>
          <w:rFonts w:cs="Sakkal Majalla"/>
          <w:sz w:val="36"/>
          <w:szCs w:val="38"/>
          <w:rtl/>
        </w:rPr>
        <w:t>لا</w:t>
      </w:r>
      <w:r w:rsidRPr="008E006D">
        <w:rPr>
          <w:rFonts w:cs="Sakkal Majalla"/>
          <w:sz w:val="36"/>
          <w:szCs w:val="38"/>
        </w:rPr>
        <w:t xml:space="preserve"> </w:t>
      </w:r>
      <w:r w:rsidRPr="008E006D">
        <w:rPr>
          <w:rFonts w:cs="Sakkal Majalla"/>
          <w:sz w:val="36"/>
          <w:szCs w:val="38"/>
          <w:rtl/>
        </w:rPr>
        <w:t>ينشأ</w:t>
      </w:r>
      <w:r w:rsidRPr="008E006D">
        <w:rPr>
          <w:rFonts w:cs="Sakkal Majalla"/>
          <w:sz w:val="36"/>
          <w:szCs w:val="38"/>
        </w:rPr>
        <w:t xml:space="preserve"> </w:t>
      </w:r>
      <w:r w:rsidRPr="008E006D">
        <w:rPr>
          <w:rFonts w:cs="Sakkal Majalla"/>
          <w:sz w:val="36"/>
          <w:szCs w:val="38"/>
          <w:rtl/>
        </w:rPr>
        <w:t>من</w:t>
      </w:r>
      <w:r w:rsidRPr="008E006D">
        <w:rPr>
          <w:rFonts w:cs="Sakkal Majalla"/>
          <w:sz w:val="36"/>
          <w:szCs w:val="38"/>
        </w:rPr>
        <w:t xml:space="preserve"> </w:t>
      </w:r>
      <w:r w:rsidRPr="008E006D">
        <w:rPr>
          <w:rFonts w:cs="Sakkal Majalla"/>
          <w:sz w:val="36"/>
          <w:szCs w:val="38"/>
          <w:rtl/>
        </w:rPr>
        <w:t>بعد</w:t>
      </w:r>
      <w:r w:rsidRPr="008E006D">
        <w:rPr>
          <w:rFonts w:cs="Sakkal Majalla"/>
          <w:sz w:val="36"/>
          <w:szCs w:val="38"/>
        </w:rPr>
        <w:t xml:space="preserve"> </w:t>
      </w:r>
      <w:r w:rsidRPr="008E006D">
        <w:rPr>
          <w:rFonts w:cs="Sakkal Majalla"/>
          <w:sz w:val="36"/>
          <w:szCs w:val="38"/>
          <w:rtl/>
        </w:rPr>
        <w:t>واحد</w:t>
      </w:r>
      <w:r w:rsidRPr="008E006D">
        <w:rPr>
          <w:rFonts w:cs="Sakkal Majalla"/>
          <w:sz w:val="36"/>
          <w:szCs w:val="38"/>
        </w:rPr>
        <w:t xml:space="preserve"> </w:t>
      </w:r>
      <w:r w:rsidRPr="008E006D">
        <w:rPr>
          <w:rFonts w:cs="Sakkal Majalla"/>
          <w:sz w:val="36"/>
          <w:szCs w:val="38"/>
          <w:rtl/>
        </w:rPr>
        <w:t>منفرد</w:t>
      </w:r>
      <w:r w:rsidRPr="008E006D">
        <w:rPr>
          <w:rFonts w:cs="Sakkal Majalla"/>
          <w:sz w:val="36"/>
          <w:szCs w:val="38"/>
        </w:rPr>
        <w:t>.</w:t>
      </w:r>
    </w:p>
    <w:p w14:paraId="5F26A355" w14:textId="77777777" w:rsidR="008E006D" w:rsidRPr="008E006D" w:rsidRDefault="008E006D" w:rsidP="008E2B08">
      <w:pPr>
        <w:ind w:firstLine="720"/>
        <w:rPr>
          <w:rFonts w:cs="Sakkal Majalla"/>
          <w:sz w:val="36"/>
          <w:szCs w:val="38"/>
        </w:rPr>
      </w:pPr>
      <w:r w:rsidRPr="008E006D">
        <w:rPr>
          <w:rFonts w:cs="Sakkal Majalla"/>
          <w:sz w:val="36"/>
          <w:szCs w:val="38"/>
          <w:rtl/>
        </w:rPr>
        <w:t>تسهم</w:t>
      </w:r>
      <w:r w:rsidRPr="008E006D">
        <w:rPr>
          <w:rFonts w:cs="Sakkal Majalla"/>
          <w:sz w:val="36"/>
          <w:szCs w:val="38"/>
        </w:rPr>
        <w:t xml:space="preserve"> </w:t>
      </w:r>
      <w:r w:rsidRPr="008E006D">
        <w:rPr>
          <w:rFonts w:cs="Sakkal Majalla"/>
          <w:sz w:val="36"/>
          <w:szCs w:val="38"/>
          <w:rtl/>
        </w:rPr>
        <w:t>البنية</w:t>
      </w:r>
      <w:r w:rsidRPr="008E006D">
        <w:rPr>
          <w:rFonts w:cs="Sakkal Majalla"/>
          <w:sz w:val="36"/>
          <w:szCs w:val="38"/>
        </w:rPr>
        <w:t xml:space="preserve"> </w:t>
      </w:r>
      <w:r w:rsidRPr="008E006D">
        <w:rPr>
          <w:rFonts w:cs="Sakkal Majalla"/>
          <w:sz w:val="36"/>
          <w:szCs w:val="38"/>
          <w:rtl/>
        </w:rPr>
        <w:t>التحتية</w:t>
      </w:r>
      <w:r w:rsidRPr="008E006D">
        <w:rPr>
          <w:rFonts w:cs="Sakkal Majalla"/>
          <w:sz w:val="36"/>
          <w:szCs w:val="38"/>
        </w:rPr>
        <w:t xml:space="preserve"> </w:t>
      </w:r>
      <w:r w:rsidRPr="008E006D">
        <w:rPr>
          <w:rFonts w:cs="Sakkal Majalla"/>
          <w:sz w:val="36"/>
          <w:szCs w:val="38"/>
          <w:rtl/>
        </w:rPr>
        <w:t>الرقمية</w:t>
      </w:r>
      <w:r w:rsidRPr="008E006D">
        <w:rPr>
          <w:rFonts w:cs="Sakkal Majalla"/>
          <w:sz w:val="36"/>
          <w:szCs w:val="38"/>
        </w:rPr>
        <w:t xml:space="preserve"> </w:t>
      </w:r>
      <w:r w:rsidRPr="008E006D">
        <w:rPr>
          <w:rFonts w:cs="Sakkal Majalla"/>
          <w:sz w:val="36"/>
          <w:szCs w:val="38"/>
          <w:rtl/>
        </w:rPr>
        <w:t>في</w:t>
      </w:r>
      <w:r w:rsidRPr="008E006D">
        <w:rPr>
          <w:rFonts w:cs="Sakkal Majalla"/>
          <w:sz w:val="36"/>
          <w:szCs w:val="38"/>
        </w:rPr>
        <w:t xml:space="preserve"> </w:t>
      </w:r>
      <w:r w:rsidRPr="008E006D">
        <w:rPr>
          <w:rFonts w:cs="Sakkal Majalla"/>
          <w:sz w:val="36"/>
          <w:szCs w:val="38"/>
          <w:rtl/>
        </w:rPr>
        <w:t>تسريع</w:t>
      </w:r>
      <w:r w:rsidRPr="008E006D">
        <w:rPr>
          <w:rFonts w:cs="Sakkal Majalla"/>
          <w:sz w:val="36"/>
          <w:szCs w:val="38"/>
        </w:rPr>
        <w:t xml:space="preserve"> </w:t>
      </w:r>
      <w:r w:rsidRPr="008E006D">
        <w:rPr>
          <w:rFonts w:cs="Sakkal Majalla"/>
          <w:sz w:val="36"/>
          <w:szCs w:val="38"/>
          <w:rtl/>
        </w:rPr>
        <w:t>دورة</w:t>
      </w:r>
      <w:r w:rsidRPr="008E006D">
        <w:rPr>
          <w:rFonts w:cs="Sakkal Majalla"/>
          <w:sz w:val="36"/>
          <w:szCs w:val="38"/>
        </w:rPr>
        <w:t xml:space="preserve"> </w:t>
      </w:r>
      <w:r w:rsidRPr="008E006D">
        <w:rPr>
          <w:rFonts w:cs="Sakkal Majalla"/>
          <w:sz w:val="36"/>
          <w:szCs w:val="38"/>
          <w:rtl/>
        </w:rPr>
        <w:t>المعلومات،</w:t>
      </w:r>
      <w:r w:rsidRPr="008E006D">
        <w:rPr>
          <w:rFonts w:cs="Sakkal Majalla"/>
          <w:sz w:val="36"/>
          <w:szCs w:val="38"/>
        </w:rPr>
        <w:t xml:space="preserve"> </w:t>
      </w:r>
      <w:r w:rsidRPr="008E006D">
        <w:rPr>
          <w:rFonts w:cs="Sakkal Majalla"/>
          <w:sz w:val="36"/>
          <w:szCs w:val="38"/>
          <w:rtl/>
        </w:rPr>
        <w:t>وتسهم</w:t>
      </w:r>
      <w:r w:rsidRPr="008E006D">
        <w:rPr>
          <w:rFonts w:cs="Sakkal Majalla"/>
          <w:sz w:val="36"/>
          <w:szCs w:val="38"/>
        </w:rPr>
        <w:t xml:space="preserve"> </w:t>
      </w:r>
      <w:r w:rsidRPr="008E006D">
        <w:rPr>
          <w:rFonts w:cs="Sakkal Majalla"/>
          <w:sz w:val="36"/>
          <w:szCs w:val="38"/>
          <w:rtl/>
        </w:rPr>
        <w:t>الثقافة</w:t>
      </w:r>
      <w:r w:rsidRPr="008E006D">
        <w:rPr>
          <w:rFonts w:cs="Sakkal Majalla"/>
          <w:sz w:val="36"/>
          <w:szCs w:val="38"/>
        </w:rPr>
        <w:t xml:space="preserve"> </w:t>
      </w:r>
      <w:r w:rsidRPr="008E006D">
        <w:rPr>
          <w:rFonts w:cs="Sakkal Majalla"/>
          <w:sz w:val="36"/>
          <w:szCs w:val="38"/>
          <w:rtl/>
        </w:rPr>
        <w:t>الرقمية</w:t>
      </w:r>
      <w:r w:rsidRPr="008E006D">
        <w:rPr>
          <w:rFonts w:cs="Sakkal Majalla"/>
          <w:sz w:val="36"/>
          <w:szCs w:val="38"/>
        </w:rPr>
        <w:t xml:space="preserve"> </w:t>
      </w:r>
      <w:r w:rsidRPr="008E006D">
        <w:rPr>
          <w:rFonts w:cs="Sakkal Majalla"/>
          <w:sz w:val="36"/>
          <w:szCs w:val="38"/>
          <w:rtl/>
        </w:rPr>
        <w:t>في</w:t>
      </w:r>
      <w:r w:rsidRPr="008E006D">
        <w:rPr>
          <w:rFonts w:cs="Sakkal Majalla"/>
          <w:sz w:val="36"/>
          <w:szCs w:val="38"/>
        </w:rPr>
        <w:t xml:space="preserve"> </w:t>
      </w:r>
      <w:r w:rsidRPr="008E006D">
        <w:rPr>
          <w:rFonts w:cs="Sakkal Majalla"/>
          <w:sz w:val="36"/>
          <w:szCs w:val="38"/>
          <w:rtl/>
        </w:rPr>
        <w:t>تحويل</w:t>
      </w:r>
      <w:r w:rsidRPr="008E006D">
        <w:rPr>
          <w:rFonts w:cs="Sakkal Majalla"/>
          <w:sz w:val="36"/>
          <w:szCs w:val="38"/>
        </w:rPr>
        <w:t xml:space="preserve"> </w:t>
      </w:r>
      <w:r w:rsidRPr="008E006D">
        <w:rPr>
          <w:rFonts w:cs="Sakkal Majalla"/>
          <w:sz w:val="36"/>
          <w:szCs w:val="38"/>
          <w:rtl/>
        </w:rPr>
        <w:t>الاستخدام</w:t>
      </w:r>
      <w:r w:rsidRPr="008E006D">
        <w:rPr>
          <w:rFonts w:cs="Sakkal Majalla"/>
          <w:sz w:val="36"/>
          <w:szCs w:val="38"/>
        </w:rPr>
        <w:t xml:space="preserve"> </w:t>
      </w:r>
      <w:r w:rsidRPr="008E006D">
        <w:rPr>
          <w:rFonts w:cs="Sakkal Majalla"/>
          <w:sz w:val="36"/>
          <w:szCs w:val="38"/>
          <w:rtl/>
        </w:rPr>
        <w:t>إلى</w:t>
      </w:r>
      <w:r w:rsidRPr="008E006D">
        <w:rPr>
          <w:rFonts w:cs="Sakkal Majalla"/>
          <w:sz w:val="36"/>
          <w:szCs w:val="38"/>
        </w:rPr>
        <w:t xml:space="preserve"> </w:t>
      </w:r>
      <w:r w:rsidRPr="008E006D">
        <w:rPr>
          <w:rFonts w:cs="Sakkal Majalla"/>
          <w:sz w:val="36"/>
          <w:szCs w:val="38"/>
          <w:rtl/>
        </w:rPr>
        <w:t>ممارسة</w:t>
      </w:r>
      <w:r w:rsidRPr="008E006D">
        <w:rPr>
          <w:rFonts w:cs="Sakkal Majalla"/>
          <w:sz w:val="36"/>
          <w:szCs w:val="38"/>
        </w:rPr>
        <w:t xml:space="preserve"> </w:t>
      </w:r>
      <w:r w:rsidRPr="008E006D">
        <w:rPr>
          <w:rFonts w:cs="Sakkal Majalla"/>
          <w:sz w:val="36"/>
          <w:szCs w:val="38"/>
          <w:rtl/>
        </w:rPr>
        <w:t>يومية،</w:t>
      </w:r>
      <w:r w:rsidRPr="008E006D">
        <w:rPr>
          <w:rFonts w:cs="Sakkal Majalla"/>
          <w:sz w:val="36"/>
          <w:szCs w:val="38"/>
        </w:rPr>
        <w:t xml:space="preserve"> </w:t>
      </w:r>
      <w:r w:rsidRPr="008E006D">
        <w:rPr>
          <w:rFonts w:cs="Sakkal Majalla"/>
          <w:sz w:val="36"/>
          <w:szCs w:val="38"/>
          <w:rtl/>
        </w:rPr>
        <w:t>وتسهم</w:t>
      </w:r>
      <w:r w:rsidRPr="008E006D">
        <w:rPr>
          <w:rFonts w:cs="Sakkal Majalla"/>
          <w:sz w:val="36"/>
          <w:szCs w:val="38"/>
        </w:rPr>
        <w:t xml:space="preserve"> </w:t>
      </w:r>
      <w:r w:rsidRPr="008E006D">
        <w:rPr>
          <w:rFonts w:cs="Sakkal Majalla"/>
          <w:sz w:val="36"/>
          <w:szCs w:val="38"/>
          <w:rtl/>
        </w:rPr>
        <w:t>القيادة</w:t>
      </w:r>
      <w:r w:rsidRPr="008E006D">
        <w:rPr>
          <w:rFonts w:cs="Sakkal Majalla"/>
          <w:sz w:val="36"/>
          <w:szCs w:val="38"/>
        </w:rPr>
        <w:t xml:space="preserve"> </w:t>
      </w:r>
      <w:r w:rsidRPr="008E006D">
        <w:rPr>
          <w:rFonts w:cs="Sakkal Majalla"/>
          <w:sz w:val="36"/>
          <w:szCs w:val="38"/>
          <w:rtl/>
        </w:rPr>
        <w:t>الرقمية</w:t>
      </w:r>
      <w:r w:rsidRPr="008E006D">
        <w:rPr>
          <w:rFonts w:cs="Sakkal Majalla"/>
          <w:sz w:val="36"/>
          <w:szCs w:val="38"/>
        </w:rPr>
        <w:t xml:space="preserve"> </w:t>
      </w:r>
      <w:r w:rsidRPr="008E006D">
        <w:rPr>
          <w:rFonts w:cs="Sakkal Majalla"/>
          <w:sz w:val="36"/>
          <w:szCs w:val="38"/>
          <w:rtl/>
        </w:rPr>
        <w:t>في</w:t>
      </w:r>
      <w:r w:rsidRPr="008E006D">
        <w:rPr>
          <w:rFonts w:cs="Sakkal Majalla"/>
          <w:sz w:val="36"/>
          <w:szCs w:val="38"/>
        </w:rPr>
        <w:t xml:space="preserve"> </w:t>
      </w:r>
      <w:r w:rsidRPr="008E006D">
        <w:rPr>
          <w:rFonts w:cs="Sakkal Majalla"/>
          <w:sz w:val="36"/>
          <w:szCs w:val="38"/>
          <w:rtl/>
        </w:rPr>
        <w:t>توجيه</w:t>
      </w:r>
      <w:r w:rsidRPr="008E006D">
        <w:rPr>
          <w:rFonts w:cs="Sakkal Majalla"/>
          <w:sz w:val="36"/>
          <w:szCs w:val="38"/>
        </w:rPr>
        <w:t xml:space="preserve"> </w:t>
      </w:r>
      <w:r w:rsidRPr="008E006D">
        <w:rPr>
          <w:rFonts w:cs="Sakkal Majalla"/>
          <w:sz w:val="36"/>
          <w:szCs w:val="38"/>
          <w:rtl/>
        </w:rPr>
        <w:t>الموارد</w:t>
      </w:r>
      <w:r w:rsidRPr="008E006D">
        <w:rPr>
          <w:rFonts w:cs="Sakkal Majalla"/>
          <w:sz w:val="36"/>
          <w:szCs w:val="38"/>
        </w:rPr>
        <w:t xml:space="preserve"> </w:t>
      </w:r>
      <w:r w:rsidRPr="008E006D">
        <w:rPr>
          <w:rFonts w:cs="Sakkal Majalla"/>
          <w:sz w:val="36"/>
          <w:szCs w:val="38"/>
          <w:rtl/>
        </w:rPr>
        <w:t>وحل</w:t>
      </w:r>
      <w:r w:rsidRPr="008E006D">
        <w:rPr>
          <w:rFonts w:cs="Sakkal Majalla"/>
          <w:sz w:val="36"/>
          <w:szCs w:val="38"/>
        </w:rPr>
        <w:t xml:space="preserve"> </w:t>
      </w:r>
      <w:proofErr w:type="spellStart"/>
      <w:r w:rsidRPr="008E006D">
        <w:rPr>
          <w:rFonts w:cs="Sakkal Majalla"/>
          <w:sz w:val="36"/>
          <w:szCs w:val="38"/>
          <w:rtl/>
        </w:rPr>
        <w:t>التعارضات</w:t>
      </w:r>
      <w:proofErr w:type="spellEnd"/>
      <w:r w:rsidRPr="008E006D">
        <w:rPr>
          <w:rFonts w:cs="Sakkal Majalla"/>
          <w:sz w:val="36"/>
          <w:szCs w:val="38"/>
          <w:rtl/>
        </w:rPr>
        <w:t>،</w:t>
      </w:r>
      <w:r w:rsidRPr="008E006D">
        <w:rPr>
          <w:rFonts w:cs="Sakkal Majalla"/>
          <w:sz w:val="36"/>
          <w:szCs w:val="38"/>
        </w:rPr>
        <w:t xml:space="preserve"> </w:t>
      </w:r>
      <w:r w:rsidRPr="008E006D">
        <w:rPr>
          <w:rFonts w:cs="Sakkal Majalla"/>
          <w:sz w:val="36"/>
          <w:szCs w:val="38"/>
          <w:rtl/>
        </w:rPr>
        <w:t>وتسهم</w:t>
      </w:r>
      <w:r w:rsidRPr="008E006D">
        <w:rPr>
          <w:rFonts w:cs="Sakkal Majalla"/>
          <w:sz w:val="36"/>
          <w:szCs w:val="38"/>
        </w:rPr>
        <w:t xml:space="preserve"> </w:t>
      </w:r>
      <w:r w:rsidRPr="008E006D">
        <w:rPr>
          <w:rFonts w:cs="Sakkal Majalla"/>
          <w:sz w:val="36"/>
          <w:szCs w:val="38"/>
          <w:rtl/>
        </w:rPr>
        <w:t>التقنيات</w:t>
      </w:r>
      <w:r w:rsidRPr="008E006D">
        <w:rPr>
          <w:rFonts w:cs="Sakkal Majalla"/>
          <w:sz w:val="36"/>
          <w:szCs w:val="38"/>
        </w:rPr>
        <w:t xml:space="preserve"> </w:t>
      </w:r>
      <w:r w:rsidRPr="008E006D">
        <w:rPr>
          <w:rFonts w:cs="Sakkal Majalla"/>
          <w:sz w:val="36"/>
          <w:szCs w:val="38"/>
          <w:rtl/>
        </w:rPr>
        <w:t>الذكية</w:t>
      </w:r>
      <w:r w:rsidRPr="008E006D">
        <w:rPr>
          <w:rFonts w:cs="Sakkal Majalla"/>
          <w:sz w:val="36"/>
          <w:szCs w:val="38"/>
        </w:rPr>
        <w:t xml:space="preserve"> </w:t>
      </w:r>
      <w:r w:rsidRPr="008E006D">
        <w:rPr>
          <w:rFonts w:cs="Sakkal Majalla"/>
          <w:sz w:val="36"/>
          <w:szCs w:val="38"/>
          <w:rtl/>
        </w:rPr>
        <w:t>في</w:t>
      </w:r>
      <w:r w:rsidRPr="008E006D">
        <w:rPr>
          <w:rFonts w:cs="Sakkal Majalla"/>
          <w:sz w:val="36"/>
          <w:szCs w:val="38"/>
        </w:rPr>
        <w:t xml:space="preserve"> </w:t>
      </w:r>
      <w:r w:rsidRPr="008E006D">
        <w:rPr>
          <w:rFonts w:cs="Sakkal Majalla"/>
          <w:sz w:val="36"/>
          <w:szCs w:val="38"/>
          <w:rtl/>
        </w:rPr>
        <w:t>تحسين</w:t>
      </w:r>
      <w:r w:rsidRPr="008E006D">
        <w:rPr>
          <w:rFonts w:cs="Sakkal Majalla"/>
          <w:sz w:val="36"/>
          <w:szCs w:val="38"/>
        </w:rPr>
        <w:t xml:space="preserve"> </w:t>
      </w:r>
      <w:r w:rsidRPr="008E006D">
        <w:rPr>
          <w:rFonts w:cs="Sakkal Majalla"/>
          <w:sz w:val="36"/>
          <w:szCs w:val="38"/>
          <w:rtl/>
        </w:rPr>
        <w:t>القدرة</w:t>
      </w:r>
      <w:r w:rsidRPr="008E006D">
        <w:rPr>
          <w:rFonts w:cs="Sakkal Majalla"/>
          <w:sz w:val="36"/>
          <w:szCs w:val="38"/>
        </w:rPr>
        <w:t xml:space="preserve"> </w:t>
      </w:r>
      <w:r w:rsidRPr="008E006D">
        <w:rPr>
          <w:rFonts w:cs="Sakkal Majalla"/>
          <w:sz w:val="36"/>
          <w:szCs w:val="38"/>
          <w:rtl/>
        </w:rPr>
        <w:t>على</w:t>
      </w:r>
      <w:r w:rsidRPr="008E006D">
        <w:rPr>
          <w:rFonts w:cs="Sakkal Majalla"/>
          <w:sz w:val="36"/>
          <w:szCs w:val="38"/>
        </w:rPr>
        <w:t xml:space="preserve"> </w:t>
      </w:r>
      <w:r w:rsidRPr="008E006D">
        <w:rPr>
          <w:rFonts w:cs="Sakkal Majalla"/>
          <w:sz w:val="36"/>
          <w:szCs w:val="38"/>
          <w:rtl/>
        </w:rPr>
        <w:t>التنبؤ</w:t>
      </w:r>
      <w:r w:rsidRPr="008E006D">
        <w:rPr>
          <w:rFonts w:cs="Sakkal Majalla"/>
          <w:sz w:val="36"/>
          <w:szCs w:val="38"/>
        </w:rPr>
        <w:t xml:space="preserve">. </w:t>
      </w:r>
      <w:r w:rsidRPr="008E006D">
        <w:rPr>
          <w:rFonts w:cs="Sakkal Majalla"/>
          <w:sz w:val="36"/>
          <w:szCs w:val="38"/>
          <w:rtl/>
        </w:rPr>
        <w:t>وعليه</w:t>
      </w:r>
      <w:r w:rsidRPr="008E006D">
        <w:rPr>
          <w:rFonts w:cs="Sakkal Majalla"/>
          <w:sz w:val="36"/>
          <w:szCs w:val="38"/>
        </w:rPr>
        <w:t xml:space="preserve"> </w:t>
      </w:r>
      <w:r w:rsidRPr="008E006D">
        <w:rPr>
          <w:rFonts w:cs="Sakkal Majalla"/>
          <w:sz w:val="36"/>
          <w:szCs w:val="38"/>
          <w:rtl/>
        </w:rPr>
        <w:t>فإن</w:t>
      </w:r>
      <w:r w:rsidRPr="008E006D">
        <w:rPr>
          <w:rFonts w:cs="Sakkal Majalla"/>
          <w:sz w:val="36"/>
          <w:szCs w:val="38"/>
        </w:rPr>
        <w:t xml:space="preserve"> </w:t>
      </w:r>
      <w:r w:rsidRPr="008E006D">
        <w:rPr>
          <w:rFonts w:cs="Sakkal Majalla"/>
          <w:sz w:val="36"/>
          <w:szCs w:val="38"/>
          <w:rtl/>
        </w:rPr>
        <w:t>نجاح</w:t>
      </w:r>
      <w:r w:rsidRPr="008E006D">
        <w:rPr>
          <w:rFonts w:cs="Sakkal Majalla"/>
          <w:sz w:val="36"/>
          <w:szCs w:val="38"/>
        </w:rPr>
        <w:t xml:space="preserve"> </w:t>
      </w:r>
      <w:r w:rsidRPr="008E006D">
        <w:rPr>
          <w:rFonts w:cs="Sakkal Majalla"/>
          <w:sz w:val="36"/>
          <w:szCs w:val="38"/>
          <w:rtl/>
        </w:rPr>
        <w:t>المشروع</w:t>
      </w:r>
      <w:r w:rsidRPr="008E006D">
        <w:rPr>
          <w:rFonts w:cs="Sakkal Majalla"/>
          <w:sz w:val="36"/>
          <w:szCs w:val="38"/>
        </w:rPr>
        <w:t xml:space="preserve"> </w:t>
      </w:r>
      <w:r w:rsidRPr="008E006D">
        <w:rPr>
          <w:rFonts w:cs="Sakkal Majalla"/>
          <w:sz w:val="36"/>
          <w:szCs w:val="38"/>
          <w:rtl/>
        </w:rPr>
        <w:t>الحكومي</w:t>
      </w:r>
      <w:r w:rsidRPr="008E006D">
        <w:rPr>
          <w:rFonts w:cs="Sakkal Majalla"/>
          <w:sz w:val="36"/>
          <w:szCs w:val="38"/>
        </w:rPr>
        <w:t xml:space="preserve"> </w:t>
      </w:r>
      <w:r w:rsidRPr="008E006D">
        <w:rPr>
          <w:rFonts w:cs="Sakkal Majalla"/>
          <w:sz w:val="36"/>
          <w:szCs w:val="38"/>
          <w:rtl/>
        </w:rPr>
        <w:t>في</w:t>
      </w:r>
      <w:r w:rsidRPr="008E006D">
        <w:rPr>
          <w:rFonts w:cs="Sakkal Majalla"/>
          <w:sz w:val="36"/>
          <w:szCs w:val="38"/>
        </w:rPr>
        <w:t xml:space="preserve"> </w:t>
      </w:r>
      <w:r w:rsidRPr="008E006D">
        <w:rPr>
          <w:rFonts w:cs="Sakkal Majalla"/>
          <w:sz w:val="36"/>
          <w:szCs w:val="38"/>
          <w:rtl/>
        </w:rPr>
        <w:t>البيئة</w:t>
      </w:r>
      <w:r w:rsidRPr="008E006D">
        <w:rPr>
          <w:rFonts w:cs="Sakkal Majalla"/>
          <w:sz w:val="36"/>
          <w:szCs w:val="38"/>
        </w:rPr>
        <w:t xml:space="preserve"> </w:t>
      </w:r>
      <w:r w:rsidRPr="008E006D">
        <w:rPr>
          <w:rFonts w:cs="Sakkal Majalla"/>
          <w:sz w:val="36"/>
          <w:szCs w:val="38"/>
          <w:rtl/>
        </w:rPr>
        <w:t>الرقمية</w:t>
      </w:r>
      <w:r w:rsidRPr="008E006D">
        <w:rPr>
          <w:rFonts w:cs="Sakkal Majalla"/>
          <w:sz w:val="36"/>
          <w:szCs w:val="38"/>
        </w:rPr>
        <w:t xml:space="preserve"> </w:t>
      </w:r>
      <w:r w:rsidRPr="008E006D">
        <w:rPr>
          <w:rFonts w:cs="Sakkal Majalla"/>
          <w:sz w:val="36"/>
          <w:szCs w:val="38"/>
          <w:rtl/>
        </w:rPr>
        <w:t>يتطلب</w:t>
      </w:r>
      <w:r w:rsidRPr="008E006D">
        <w:rPr>
          <w:rFonts w:cs="Sakkal Majalla"/>
          <w:sz w:val="36"/>
          <w:szCs w:val="38"/>
        </w:rPr>
        <w:t xml:space="preserve"> </w:t>
      </w:r>
      <w:r w:rsidRPr="008E006D">
        <w:rPr>
          <w:rFonts w:cs="Sakkal Majalla"/>
          <w:sz w:val="36"/>
          <w:szCs w:val="38"/>
          <w:rtl/>
        </w:rPr>
        <w:t>إدارة</w:t>
      </w:r>
      <w:r w:rsidRPr="008E006D">
        <w:rPr>
          <w:rFonts w:cs="Sakkal Majalla"/>
          <w:sz w:val="36"/>
          <w:szCs w:val="38"/>
        </w:rPr>
        <w:t xml:space="preserve"> </w:t>
      </w:r>
      <w:r w:rsidRPr="008E006D">
        <w:rPr>
          <w:rFonts w:cs="Sakkal Majalla"/>
          <w:sz w:val="36"/>
          <w:szCs w:val="38"/>
          <w:rtl/>
        </w:rPr>
        <w:t>واعية</w:t>
      </w:r>
      <w:r w:rsidRPr="008E006D">
        <w:rPr>
          <w:rFonts w:cs="Sakkal Majalla"/>
          <w:sz w:val="36"/>
          <w:szCs w:val="38"/>
        </w:rPr>
        <w:t xml:space="preserve"> </w:t>
      </w:r>
      <w:r w:rsidRPr="008E006D">
        <w:rPr>
          <w:rFonts w:cs="Sakkal Majalla"/>
          <w:sz w:val="36"/>
          <w:szCs w:val="38"/>
          <w:rtl/>
        </w:rPr>
        <w:t>لهذا</w:t>
      </w:r>
      <w:r w:rsidRPr="008E006D">
        <w:rPr>
          <w:rFonts w:cs="Sakkal Majalla"/>
          <w:sz w:val="36"/>
          <w:szCs w:val="38"/>
        </w:rPr>
        <w:t xml:space="preserve"> </w:t>
      </w:r>
      <w:r w:rsidRPr="008E006D">
        <w:rPr>
          <w:rFonts w:cs="Sakkal Majalla"/>
          <w:sz w:val="36"/>
          <w:szCs w:val="38"/>
          <w:rtl/>
        </w:rPr>
        <w:t>التكامل</w:t>
      </w:r>
      <w:r w:rsidRPr="008E006D">
        <w:rPr>
          <w:rFonts w:cs="Sakkal Majalla"/>
          <w:sz w:val="36"/>
          <w:szCs w:val="38"/>
        </w:rPr>
        <w:t>.</w:t>
      </w:r>
    </w:p>
    <w:p w14:paraId="6854D356" w14:textId="77777777" w:rsidR="008E006D" w:rsidRPr="008E006D" w:rsidRDefault="008E006D" w:rsidP="008E006D">
      <w:pPr>
        <w:ind w:firstLine="0"/>
        <w:rPr>
          <w:rFonts w:cs="Sakkal Majalla"/>
          <w:sz w:val="36"/>
          <w:szCs w:val="38"/>
        </w:rPr>
      </w:pPr>
      <w:r w:rsidRPr="008E006D">
        <w:rPr>
          <w:rFonts w:cs="Sakkal Majalla"/>
          <w:noProof/>
          <w:sz w:val="36"/>
          <w:szCs w:val="38"/>
        </w:rPr>
        <w:lastRenderedPageBreak/>
        <w:drawing>
          <wp:inline distT="0" distB="0" distL="0" distR="0" wp14:anchorId="1E1E8B78" wp14:editId="14D9351E">
            <wp:extent cx="5942544" cy="2661139"/>
            <wp:effectExtent l="0" t="0" r="1270" b="6350"/>
            <wp:docPr id="19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3.png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5953097" cy="266586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93C73D2" w14:textId="77777777" w:rsidR="008E006D" w:rsidRPr="008E006D" w:rsidRDefault="008E006D" w:rsidP="008E006D">
      <w:pPr>
        <w:ind w:firstLine="0"/>
        <w:rPr>
          <w:rFonts w:cs="Sakkal Majalla"/>
          <w:bCs/>
          <w:sz w:val="36"/>
          <w:szCs w:val="38"/>
        </w:rPr>
      </w:pPr>
      <w:r w:rsidRPr="008E006D">
        <w:rPr>
          <w:rFonts w:cs="Sakkal Majalla"/>
          <w:b/>
          <w:bCs/>
          <w:sz w:val="36"/>
          <w:szCs w:val="38"/>
          <w:rtl/>
        </w:rPr>
        <w:t>شكل</w:t>
      </w:r>
      <w:r w:rsidRPr="008E006D">
        <w:rPr>
          <w:rFonts w:cs="Sakkal Majalla"/>
          <w:b/>
          <w:bCs/>
          <w:sz w:val="36"/>
          <w:szCs w:val="38"/>
        </w:rPr>
        <w:t xml:space="preserve"> (1-2</w:t>
      </w:r>
      <w:proofErr w:type="gramStart"/>
      <w:r w:rsidRPr="008E006D">
        <w:rPr>
          <w:rFonts w:cs="Sakkal Majalla"/>
          <w:b/>
          <w:bCs/>
          <w:sz w:val="36"/>
          <w:szCs w:val="38"/>
        </w:rPr>
        <w:t>)</w:t>
      </w:r>
      <w:r w:rsidR="008E2B08">
        <w:rPr>
          <w:rFonts w:cs="Sakkal Majalla" w:hint="cs"/>
          <w:b/>
          <w:bCs/>
          <w:sz w:val="36"/>
          <w:szCs w:val="38"/>
          <w:rtl/>
        </w:rPr>
        <w:t xml:space="preserve"> </w:t>
      </w:r>
      <w:r w:rsidRPr="008E006D">
        <w:rPr>
          <w:rFonts w:cs="Sakkal Majalla"/>
          <w:b/>
          <w:bCs/>
          <w:sz w:val="36"/>
          <w:szCs w:val="38"/>
        </w:rPr>
        <w:t>:</w:t>
      </w:r>
      <w:proofErr w:type="gramEnd"/>
      <w:r w:rsidRPr="008E006D">
        <w:rPr>
          <w:rFonts w:cs="Sakkal Majalla"/>
          <w:b/>
          <w:bCs/>
          <w:sz w:val="36"/>
          <w:szCs w:val="38"/>
        </w:rPr>
        <w:t xml:space="preserve"> </w:t>
      </w:r>
      <w:r w:rsidRPr="008E006D">
        <w:rPr>
          <w:rFonts w:cs="Sakkal Majalla"/>
          <w:b/>
          <w:bCs/>
          <w:sz w:val="36"/>
          <w:szCs w:val="38"/>
          <w:rtl/>
        </w:rPr>
        <w:t>إطار</w:t>
      </w:r>
      <w:r w:rsidRPr="008E006D">
        <w:rPr>
          <w:rFonts w:cs="Sakkal Majalla"/>
          <w:b/>
          <w:bCs/>
          <w:sz w:val="36"/>
          <w:szCs w:val="38"/>
        </w:rPr>
        <w:t xml:space="preserve"> </w:t>
      </w:r>
      <w:r w:rsidRPr="008E006D">
        <w:rPr>
          <w:rFonts w:cs="Sakkal Majalla"/>
          <w:b/>
          <w:bCs/>
          <w:sz w:val="36"/>
          <w:szCs w:val="38"/>
          <w:rtl/>
        </w:rPr>
        <w:t>تطبيقي</w:t>
      </w:r>
      <w:r w:rsidRPr="008E006D">
        <w:rPr>
          <w:rFonts w:cs="Sakkal Majalla"/>
          <w:b/>
          <w:bCs/>
          <w:sz w:val="36"/>
          <w:szCs w:val="38"/>
        </w:rPr>
        <w:t xml:space="preserve"> </w:t>
      </w:r>
      <w:r w:rsidRPr="008E006D">
        <w:rPr>
          <w:rFonts w:cs="Sakkal Majalla"/>
          <w:b/>
          <w:bCs/>
          <w:sz w:val="36"/>
          <w:szCs w:val="38"/>
          <w:rtl/>
        </w:rPr>
        <w:t>مقترح</w:t>
      </w:r>
      <w:r w:rsidRPr="008E006D">
        <w:rPr>
          <w:rFonts w:cs="Sakkal Majalla"/>
          <w:b/>
          <w:bCs/>
          <w:sz w:val="36"/>
          <w:szCs w:val="38"/>
        </w:rPr>
        <w:t xml:space="preserve"> </w:t>
      </w:r>
      <w:r w:rsidRPr="008E006D">
        <w:rPr>
          <w:rFonts w:cs="Sakkal Majalla"/>
          <w:b/>
          <w:bCs/>
          <w:sz w:val="36"/>
          <w:szCs w:val="38"/>
          <w:rtl/>
        </w:rPr>
        <w:t>لتحسين</w:t>
      </w:r>
      <w:r w:rsidRPr="008E006D">
        <w:rPr>
          <w:rFonts w:cs="Sakkal Majalla"/>
          <w:b/>
          <w:bCs/>
          <w:sz w:val="36"/>
          <w:szCs w:val="38"/>
        </w:rPr>
        <w:t xml:space="preserve"> </w:t>
      </w:r>
      <w:r w:rsidRPr="008E006D">
        <w:rPr>
          <w:rFonts w:cs="Sakkal Majalla"/>
          <w:b/>
          <w:bCs/>
          <w:sz w:val="36"/>
          <w:szCs w:val="38"/>
          <w:rtl/>
        </w:rPr>
        <w:t>نجاح</w:t>
      </w:r>
      <w:r w:rsidRPr="008E006D">
        <w:rPr>
          <w:rFonts w:cs="Sakkal Majalla"/>
          <w:b/>
          <w:bCs/>
          <w:sz w:val="36"/>
          <w:szCs w:val="38"/>
        </w:rPr>
        <w:t xml:space="preserve"> </w:t>
      </w:r>
      <w:r w:rsidRPr="008E006D">
        <w:rPr>
          <w:rFonts w:cs="Sakkal Majalla"/>
          <w:b/>
          <w:bCs/>
          <w:sz w:val="36"/>
          <w:szCs w:val="38"/>
          <w:rtl/>
        </w:rPr>
        <w:t>مشاريع</w:t>
      </w:r>
      <w:r w:rsidRPr="008E006D">
        <w:rPr>
          <w:rFonts w:cs="Sakkal Majalla"/>
          <w:b/>
          <w:bCs/>
          <w:sz w:val="36"/>
          <w:szCs w:val="38"/>
        </w:rPr>
        <w:t xml:space="preserve"> </w:t>
      </w:r>
      <w:r w:rsidRPr="008E006D">
        <w:rPr>
          <w:rFonts w:cs="Sakkal Majalla"/>
          <w:b/>
          <w:bCs/>
          <w:sz w:val="36"/>
          <w:szCs w:val="38"/>
          <w:rtl/>
        </w:rPr>
        <w:t>التحول</w:t>
      </w:r>
      <w:r w:rsidRPr="008E006D">
        <w:rPr>
          <w:rFonts w:cs="Sakkal Majalla"/>
          <w:b/>
          <w:bCs/>
          <w:sz w:val="36"/>
          <w:szCs w:val="38"/>
        </w:rPr>
        <w:t xml:space="preserve"> </w:t>
      </w:r>
      <w:r w:rsidRPr="008E006D">
        <w:rPr>
          <w:rFonts w:cs="Sakkal Majalla"/>
          <w:b/>
          <w:bCs/>
          <w:sz w:val="36"/>
          <w:szCs w:val="38"/>
          <w:rtl/>
        </w:rPr>
        <w:t>الرقمي</w:t>
      </w:r>
    </w:p>
    <w:p w14:paraId="3F33F025" w14:textId="77777777" w:rsidR="008E006D" w:rsidRPr="008E006D" w:rsidRDefault="008E006D" w:rsidP="008E006D">
      <w:pPr>
        <w:ind w:firstLine="0"/>
        <w:rPr>
          <w:rFonts w:cs="Sakkal Majalla"/>
          <w:bCs/>
          <w:sz w:val="36"/>
          <w:szCs w:val="38"/>
        </w:rPr>
      </w:pPr>
      <w:r w:rsidRPr="008E006D">
        <w:rPr>
          <w:rFonts w:cs="Sakkal Majalla"/>
          <w:sz w:val="36"/>
          <w:szCs w:val="38"/>
          <w:rtl/>
        </w:rPr>
        <w:t>المصدر</w:t>
      </w:r>
      <w:r w:rsidRPr="008E006D">
        <w:rPr>
          <w:rFonts w:cs="Sakkal Majalla"/>
          <w:bCs/>
          <w:sz w:val="36"/>
          <w:szCs w:val="38"/>
        </w:rPr>
        <w:t xml:space="preserve">: </w:t>
      </w:r>
      <w:r w:rsidRPr="008E006D">
        <w:rPr>
          <w:rFonts w:cs="Sakkal Majalla"/>
          <w:sz w:val="36"/>
          <w:szCs w:val="38"/>
          <w:rtl/>
        </w:rPr>
        <w:t>إعداد</w:t>
      </w:r>
      <w:r w:rsidRPr="008E006D">
        <w:rPr>
          <w:rFonts w:cs="Sakkal Majalla"/>
          <w:bCs/>
          <w:sz w:val="36"/>
          <w:szCs w:val="38"/>
        </w:rPr>
        <w:t xml:space="preserve"> </w:t>
      </w:r>
      <w:r w:rsidRPr="008E006D">
        <w:rPr>
          <w:rFonts w:cs="Sakkal Majalla"/>
          <w:sz w:val="36"/>
          <w:szCs w:val="38"/>
          <w:rtl/>
        </w:rPr>
        <w:t>الباحثة</w:t>
      </w:r>
      <w:r w:rsidRPr="008E006D">
        <w:rPr>
          <w:rFonts w:cs="Sakkal Majalla"/>
          <w:bCs/>
          <w:sz w:val="36"/>
          <w:szCs w:val="38"/>
        </w:rPr>
        <w:t>.</w:t>
      </w:r>
    </w:p>
    <w:p w14:paraId="46907F67" w14:textId="77777777" w:rsidR="008E006D" w:rsidRPr="002D5B89" w:rsidRDefault="008E006D" w:rsidP="002D5B89">
      <w:pPr>
        <w:pStyle w:val="Heading1"/>
        <w:pageBreakBefore w:val="0"/>
        <w:spacing w:after="200" w:line="276" w:lineRule="auto"/>
        <w:rPr>
          <w:rFonts w:ascii="Sakkal Majalla" w:eastAsia="Noto Sans Arabic" w:hAnsi="Sakkal Majalla" w:cs="Sakkal Majalla"/>
          <w:b/>
          <w:bCs/>
          <w:color w:val="10365E"/>
          <w:sz w:val="38"/>
          <w:szCs w:val="38"/>
        </w:rPr>
      </w:pPr>
      <w:bookmarkStart w:id="20" w:name="_Toc234793634"/>
      <w:r w:rsidRPr="002D5B89">
        <w:rPr>
          <w:rFonts w:ascii="Sakkal Majalla" w:eastAsia="Noto Sans Arabic" w:hAnsi="Sakkal Majalla" w:cs="Sakkal Majalla"/>
          <w:b/>
          <w:bCs/>
          <w:color w:val="10365E"/>
          <w:sz w:val="38"/>
          <w:szCs w:val="38"/>
        </w:rPr>
        <w:t xml:space="preserve">2.8 </w:t>
      </w:r>
      <w:r w:rsidRPr="002D5B89">
        <w:rPr>
          <w:rFonts w:ascii="Sakkal Majalla" w:eastAsia="Noto Sans Arabic" w:hAnsi="Sakkal Majalla" w:cs="Sakkal Majalla"/>
          <w:b/>
          <w:bCs/>
          <w:color w:val="10365E"/>
          <w:sz w:val="38"/>
          <w:szCs w:val="38"/>
          <w:rtl/>
        </w:rPr>
        <w:t>الدراسات</w:t>
      </w:r>
      <w:r w:rsidRPr="002D5B89">
        <w:rPr>
          <w:rFonts w:ascii="Sakkal Majalla" w:eastAsia="Noto Sans Arabic" w:hAnsi="Sakkal Majalla" w:cs="Sakkal Majalla"/>
          <w:b/>
          <w:bCs/>
          <w:color w:val="10365E"/>
          <w:sz w:val="38"/>
          <w:szCs w:val="38"/>
        </w:rPr>
        <w:t xml:space="preserve"> </w:t>
      </w:r>
      <w:proofErr w:type="gramStart"/>
      <w:r w:rsidRPr="002D5B89">
        <w:rPr>
          <w:rFonts w:ascii="Sakkal Majalla" w:eastAsia="Noto Sans Arabic" w:hAnsi="Sakkal Majalla" w:cs="Sakkal Majalla"/>
          <w:b/>
          <w:bCs/>
          <w:color w:val="10365E"/>
          <w:sz w:val="38"/>
          <w:szCs w:val="38"/>
          <w:rtl/>
        </w:rPr>
        <w:t>السابقة</w:t>
      </w:r>
      <w:r w:rsidR="008E2B08" w:rsidRPr="002D5B89">
        <w:rPr>
          <w:rFonts w:ascii="Sakkal Majalla" w:eastAsia="Noto Sans Arabic" w:hAnsi="Sakkal Majalla" w:cs="Sakkal Majalla" w:hint="cs"/>
          <w:b/>
          <w:bCs/>
          <w:color w:val="10365E"/>
          <w:sz w:val="38"/>
          <w:szCs w:val="38"/>
          <w:rtl/>
        </w:rPr>
        <w:t xml:space="preserve"> :</w:t>
      </w:r>
      <w:bookmarkEnd w:id="20"/>
      <w:proofErr w:type="gramEnd"/>
    </w:p>
    <w:p w14:paraId="30746298" w14:textId="77777777" w:rsidR="008E006D" w:rsidRPr="008E006D" w:rsidRDefault="008E006D" w:rsidP="008E006D">
      <w:pPr>
        <w:ind w:firstLine="0"/>
        <w:rPr>
          <w:rFonts w:cs="Sakkal Majalla"/>
          <w:b/>
          <w:sz w:val="36"/>
          <w:szCs w:val="38"/>
        </w:rPr>
      </w:pPr>
      <w:r w:rsidRPr="008E006D">
        <w:rPr>
          <w:rFonts w:cs="Sakkal Majalla"/>
          <w:b/>
          <w:sz w:val="36"/>
          <w:szCs w:val="38"/>
        </w:rPr>
        <w:t xml:space="preserve">2.8.1 </w:t>
      </w:r>
      <w:r w:rsidRPr="008E006D">
        <w:rPr>
          <w:rFonts w:cs="Sakkal Majalla"/>
          <w:b/>
          <w:bCs/>
          <w:sz w:val="36"/>
          <w:szCs w:val="38"/>
          <w:rtl/>
        </w:rPr>
        <w:t>الدراسات</w:t>
      </w:r>
      <w:r w:rsidRPr="008E006D">
        <w:rPr>
          <w:rFonts w:cs="Sakkal Majalla"/>
          <w:b/>
          <w:sz w:val="36"/>
          <w:szCs w:val="38"/>
        </w:rPr>
        <w:t xml:space="preserve"> </w:t>
      </w:r>
      <w:r w:rsidRPr="008E006D">
        <w:rPr>
          <w:rFonts w:cs="Sakkal Majalla"/>
          <w:b/>
          <w:bCs/>
          <w:sz w:val="36"/>
          <w:szCs w:val="38"/>
          <w:rtl/>
        </w:rPr>
        <w:t>والمراجع</w:t>
      </w:r>
      <w:r w:rsidRPr="008E006D">
        <w:rPr>
          <w:rFonts w:cs="Sakkal Majalla"/>
          <w:b/>
          <w:sz w:val="36"/>
          <w:szCs w:val="38"/>
        </w:rPr>
        <w:t xml:space="preserve"> </w:t>
      </w:r>
      <w:r w:rsidRPr="008E006D">
        <w:rPr>
          <w:rFonts w:cs="Sakkal Majalla"/>
          <w:b/>
          <w:bCs/>
          <w:sz w:val="36"/>
          <w:szCs w:val="38"/>
          <w:rtl/>
        </w:rPr>
        <w:t>العربية</w:t>
      </w:r>
      <w:r w:rsidRPr="008E006D">
        <w:rPr>
          <w:rFonts w:cs="Sakkal Majalla"/>
          <w:b/>
          <w:sz w:val="36"/>
          <w:szCs w:val="38"/>
        </w:rPr>
        <w:t xml:space="preserve"> </w:t>
      </w:r>
      <w:r w:rsidRPr="008E006D">
        <w:rPr>
          <w:rFonts w:cs="Sakkal Majalla"/>
          <w:b/>
          <w:bCs/>
          <w:sz w:val="36"/>
          <w:szCs w:val="38"/>
          <w:rtl/>
        </w:rPr>
        <w:t>ذات</w:t>
      </w:r>
      <w:r w:rsidRPr="008E006D">
        <w:rPr>
          <w:rFonts w:cs="Sakkal Majalla"/>
          <w:b/>
          <w:sz w:val="36"/>
          <w:szCs w:val="38"/>
        </w:rPr>
        <w:t xml:space="preserve"> </w:t>
      </w:r>
      <w:r w:rsidRPr="008E006D">
        <w:rPr>
          <w:rFonts w:cs="Sakkal Majalla"/>
          <w:b/>
          <w:bCs/>
          <w:sz w:val="36"/>
          <w:szCs w:val="38"/>
          <w:rtl/>
        </w:rPr>
        <w:t>الصلة</w:t>
      </w:r>
      <w:r w:rsidR="008E2B08">
        <w:rPr>
          <w:rFonts w:cs="Sakkal Majalla" w:hint="cs"/>
          <w:b/>
          <w:bCs/>
          <w:sz w:val="36"/>
          <w:szCs w:val="38"/>
          <w:rtl/>
        </w:rPr>
        <w:t xml:space="preserve">: </w:t>
      </w:r>
    </w:p>
    <w:p w14:paraId="7BF72254" w14:textId="77777777" w:rsidR="008E006D" w:rsidRPr="008E006D" w:rsidRDefault="008E006D" w:rsidP="008E2B08">
      <w:pPr>
        <w:ind w:firstLine="720"/>
        <w:rPr>
          <w:rFonts w:cs="Sakkal Majalla"/>
          <w:sz w:val="36"/>
          <w:szCs w:val="38"/>
        </w:rPr>
      </w:pPr>
      <w:r w:rsidRPr="008E006D">
        <w:rPr>
          <w:rFonts w:cs="Sakkal Majalla"/>
          <w:sz w:val="36"/>
          <w:szCs w:val="38"/>
          <w:rtl/>
        </w:rPr>
        <w:t>تم</w:t>
      </w:r>
      <w:r w:rsidRPr="008E006D">
        <w:rPr>
          <w:rFonts w:cs="Sakkal Majalla"/>
          <w:sz w:val="36"/>
          <w:szCs w:val="38"/>
        </w:rPr>
        <w:t xml:space="preserve"> </w:t>
      </w:r>
      <w:r w:rsidRPr="008E006D">
        <w:rPr>
          <w:rFonts w:cs="Sakkal Majalla"/>
          <w:sz w:val="36"/>
          <w:szCs w:val="38"/>
          <w:rtl/>
        </w:rPr>
        <w:t>ترتيب</w:t>
      </w:r>
      <w:r w:rsidRPr="008E006D">
        <w:rPr>
          <w:rFonts w:cs="Sakkal Majalla"/>
          <w:sz w:val="36"/>
          <w:szCs w:val="38"/>
        </w:rPr>
        <w:t xml:space="preserve"> </w:t>
      </w:r>
      <w:r w:rsidRPr="008E006D">
        <w:rPr>
          <w:rFonts w:cs="Sakkal Majalla"/>
          <w:sz w:val="36"/>
          <w:szCs w:val="38"/>
          <w:rtl/>
        </w:rPr>
        <w:t>الدراسات</w:t>
      </w:r>
      <w:r w:rsidRPr="008E006D">
        <w:rPr>
          <w:rFonts w:cs="Sakkal Majalla"/>
          <w:sz w:val="36"/>
          <w:szCs w:val="38"/>
        </w:rPr>
        <w:t xml:space="preserve"> </w:t>
      </w:r>
      <w:r w:rsidRPr="008E006D">
        <w:rPr>
          <w:rFonts w:cs="Sakkal Majalla"/>
          <w:sz w:val="36"/>
          <w:szCs w:val="38"/>
          <w:rtl/>
        </w:rPr>
        <w:t>والمراجع</w:t>
      </w:r>
      <w:r w:rsidRPr="008E006D">
        <w:rPr>
          <w:rFonts w:cs="Sakkal Majalla"/>
          <w:sz w:val="36"/>
          <w:szCs w:val="38"/>
        </w:rPr>
        <w:t xml:space="preserve"> </w:t>
      </w:r>
      <w:r w:rsidRPr="008E006D">
        <w:rPr>
          <w:rFonts w:cs="Sakkal Majalla"/>
          <w:sz w:val="36"/>
          <w:szCs w:val="38"/>
          <w:rtl/>
        </w:rPr>
        <w:t>العربية</w:t>
      </w:r>
      <w:r w:rsidRPr="008E006D">
        <w:rPr>
          <w:rFonts w:cs="Sakkal Majalla"/>
          <w:sz w:val="36"/>
          <w:szCs w:val="38"/>
        </w:rPr>
        <w:t xml:space="preserve"> </w:t>
      </w:r>
      <w:r w:rsidRPr="008E006D">
        <w:rPr>
          <w:rFonts w:cs="Sakkal Majalla"/>
          <w:sz w:val="36"/>
          <w:szCs w:val="38"/>
          <w:rtl/>
        </w:rPr>
        <w:t>من</w:t>
      </w:r>
      <w:r w:rsidRPr="008E006D">
        <w:rPr>
          <w:rFonts w:cs="Sakkal Majalla"/>
          <w:sz w:val="36"/>
          <w:szCs w:val="38"/>
        </w:rPr>
        <w:t xml:space="preserve"> </w:t>
      </w:r>
      <w:r w:rsidRPr="008E006D">
        <w:rPr>
          <w:rFonts w:cs="Sakkal Majalla"/>
          <w:sz w:val="36"/>
          <w:szCs w:val="38"/>
          <w:rtl/>
        </w:rPr>
        <w:t>الأقدم</w:t>
      </w:r>
      <w:r w:rsidRPr="008E006D">
        <w:rPr>
          <w:rFonts w:cs="Sakkal Majalla"/>
          <w:sz w:val="36"/>
          <w:szCs w:val="38"/>
        </w:rPr>
        <w:t xml:space="preserve"> </w:t>
      </w:r>
      <w:r w:rsidRPr="008E006D">
        <w:rPr>
          <w:rFonts w:cs="Sakkal Majalla"/>
          <w:sz w:val="36"/>
          <w:szCs w:val="38"/>
          <w:rtl/>
        </w:rPr>
        <w:t>إلى</w:t>
      </w:r>
      <w:r w:rsidRPr="008E006D">
        <w:rPr>
          <w:rFonts w:cs="Sakkal Majalla"/>
          <w:sz w:val="36"/>
          <w:szCs w:val="38"/>
        </w:rPr>
        <w:t xml:space="preserve"> </w:t>
      </w:r>
      <w:r w:rsidRPr="008E006D">
        <w:rPr>
          <w:rFonts w:cs="Sakkal Majalla"/>
          <w:sz w:val="36"/>
          <w:szCs w:val="38"/>
          <w:rtl/>
        </w:rPr>
        <w:t>الأحدث،</w:t>
      </w:r>
      <w:r w:rsidRPr="008E006D">
        <w:rPr>
          <w:rFonts w:cs="Sakkal Majalla"/>
          <w:sz w:val="36"/>
          <w:szCs w:val="38"/>
        </w:rPr>
        <w:t xml:space="preserve"> </w:t>
      </w:r>
      <w:r w:rsidRPr="008E006D">
        <w:rPr>
          <w:rFonts w:cs="Sakkal Majalla"/>
          <w:sz w:val="36"/>
          <w:szCs w:val="38"/>
          <w:rtl/>
        </w:rPr>
        <w:t>مع</w:t>
      </w:r>
      <w:r w:rsidRPr="008E006D">
        <w:rPr>
          <w:rFonts w:cs="Sakkal Majalla"/>
          <w:sz w:val="36"/>
          <w:szCs w:val="38"/>
        </w:rPr>
        <w:t xml:space="preserve"> </w:t>
      </w:r>
      <w:r w:rsidRPr="008E006D">
        <w:rPr>
          <w:rFonts w:cs="Sakkal Majalla"/>
          <w:sz w:val="36"/>
          <w:szCs w:val="38"/>
          <w:rtl/>
        </w:rPr>
        <w:t>التركيز</w:t>
      </w:r>
      <w:r w:rsidRPr="008E006D">
        <w:rPr>
          <w:rFonts w:cs="Sakkal Majalla"/>
          <w:sz w:val="36"/>
          <w:szCs w:val="38"/>
        </w:rPr>
        <w:t xml:space="preserve"> </w:t>
      </w:r>
      <w:r w:rsidRPr="008E006D">
        <w:rPr>
          <w:rFonts w:cs="Sakkal Majalla"/>
          <w:sz w:val="36"/>
          <w:szCs w:val="38"/>
          <w:rtl/>
        </w:rPr>
        <w:t>على</w:t>
      </w:r>
      <w:r w:rsidRPr="008E006D">
        <w:rPr>
          <w:rFonts w:cs="Sakkal Majalla"/>
          <w:sz w:val="36"/>
          <w:szCs w:val="38"/>
        </w:rPr>
        <w:t xml:space="preserve"> </w:t>
      </w:r>
      <w:r w:rsidRPr="008E006D">
        <w:rPr>
          <w:rFonts w:cs="Sakkal Majalla"/>
          <w:sz w:val="36"/>
          <w:szCs w:val="38"/>
          <w:rtl/>
        </w:rPr>
        <w:t>الأعمال</w:t>
      </w:r>
      <w:r w:rsidRPr="008E006D">
        <w:rPr>
          <w:rFonts w:cs="Sakkal Majalla"/>
          <w:sz w:val="36"/>
          <w:szCs w:val="38"/>
        </w:rPr>
        <w:t xml:space="preserve"> </w:t>
      </w:r>
      <w:r w:rsidRPr="008E006D">
        <w:rPr>
          <w:rFonts w:cs="Sakkal Majalla"/>
          <w:sz w:val="36"/>
          <w:szCs w:val="38"/>
          <w:rtl/>
        </w:rPr>
        <w:t>التي</w:t>
      </w:r>
      <w:r w:rsidRPr="008E006D">
        <w:rPr>
          <w:rFonts w:cs="Sakkal Majalla"/>
          <w:sz w:val="36"/>
          <w:szCs w:val="38"/>
        </w:rPr>
        <w:t xml:space="preserve"> </w:t>
      </w:r>
      <w:r w:rsidRPr="008E006D">
        <w:rPr>
          <w:rFonts w:cs="Sakkal Majalla"/>
          <w:sz w:val="36"/>
          <w:szCs w:val="38"/>
          <w:rtl/>
        </w:rPr>
        <w:t>تناولت</w:t>
      </w:r>
      <w:r w:rsidRPr="008E006D">
        <w:rPr>
          <w:rFonts w:cs="Sakkal Majalla"/>
          <w:sz w:val="36"/>
          <w:szCs w:val="38"/>
        </w:rPr>
        <w:t xml:space="preserve"> </w:t>
      </w:r>
      <w:r w:rsidRPr="008E006D">
        <w:rPr>
          <w:rFonts w:cs="Sakkal Majalla"/>
          <w:sz w:val="36"/>
          <w:szCs w:val="38"/>
          <w:rtl/>
        </w:rPr>
        <w:t>التحول</w:t>
      </w:r>
      <w:r w:rsidRPr="008E006D">
        <w:rPr>
          <w:rFonts w:cs="Sakkal Majalla"/>
          <w:sz w:val="36"/>
          <w:szCs w:val="38"/>
        </w:rPr>
        <w:t xml:space="preserve"> </w:t>
      </w:r>
      <w:r w:rsidRPr="008E006D">
        <w:rPr>
          <w:rFonts w:cs="Sakkal Majalla"/>
          <w:sz w:val="36"/>
          <w:szCs w:val="38"/>
          <w:rtl/>
        </w:rPr>
        <w:t>الرقمي</w:t>
      </w:r>
      <w:r w:rsidRPr="008E006D">
        <w:rPr>
          <w:rFonts w:cs="Sakkal Majalla"/>
          <w:sz w:val="36"/>
          <w:szCs w:val="38"/>
        </w:rPr>
        <w:t xml:space="preserve"> </w:t>
      </w:r>
      <w:r w:rsidRPr="008E006D">
        <w:rPr>
          <w:rFonts w:cs="Sakkal Majalla"/>
          <w:sz w:val="36"/>
          <w:szCs w:val="38"/>
          <w:rtl/>
        </w:rPr>
        <w:t>الحكومي،</w:t>
      </w:r>
      <w:r w:rsidRPr="008E006D">
        <w:rPr>
          <w:rFonts w:cs="Sakkal Majalla"/>
          <w:sz w:val="36"/>
          <w:szCs w:val="38"/>
        </w:rPr>
        <w:t xml:space="preserve"> </w:t>
      </w:r>
      <w:r w:rsidRPr="008E006D">
        <w:rPr>
          <w:rFonts w:cs="Sakkal Majalla"/>
          <w:sz w:val="36"/>
          <w:szCs w:val="38"/>
          <w:rtl/>
        </w:rPr>
        <w:t>وإدارة</w:t>
      </w:r>
      <w:r w:rsidRPr="008E006D">
        <w:rPr>
          <w:rFonts w:cs="Sakkal Majalla"/>
          <w:sz w:val="36"/>
          <w:szCs w:val="38"/>
        </w:rPr>
        <w:t xml:space="preserve"> </w:t>
      </w:r>
      <w:r w:rsidRPr="008E006D">
        <w:rPr>
          <w:rFonts w:cs="Sakkal Majalla"/>
          <w:sz w:val="36"/>
          <w:szCs w:val="38"/>
          <w:rtl/>
        </w:rPr>
        <w:t>المشاريع</w:t>
      </w:r>
      <w:r w:rsidRPr="008E006D">
        <w:rPr>
          <w:rFonts w:cs="Sakkal Majalla"/>
          <w:sz w:val="36"/>
          <w:szCs w:val="38"/>
        </w:rPr>
        <w:t xml:space="preserve"> </w:t>
      </w:r>
      <w:r w:rsidRPr="008E006D">
        <w:rPr>
          <w:rFonts w:cs="Sakkal Majalla"/>
          <w:sz w:val="36"/>
          <w:szCs w:val="38"/>
          <w:rtl/>
        </w:rPr>
        <w:t>الرقمية،</w:t>
      </w:r>
      <w:r w:rsidRPr="008E006D">
        <w:rPr>
          <w:rFonts w:cs="Sakkal Majalla"/>
          <w:sz w:val="36"/>
          <w:szCs w:val="38"/>
        </w:rPr>
        <w:t xml:space="preserve"> </w:t>
      </w:r>
      <w:r w:rsidRPr="008E006D">
        <w:rPr>
          <w:rFonts w:cs="Sakkal Majalla"/>
          <w:sz w:val="36"/>
          <w:szCs w:val="38"/>
          <w:rtl/>
        </w:rPr>
        <w:t>ونضج</w:t>
      </w:r>
      <w:r w:rsidRPr="008E006D">
        <w:rPr>
          <w:rFonts w:cs="Sakkal Majalla"/>
          <w:sz w:val="36"/>
          <w:szCs w:val="38"/>
        </w:rPr>
        <w:t xml:space="preserve"> </w:t>
      </w:r>
      <w:r w:rsidRPr="008E006D">
        <w:rPr>
          <w:rFonts w:cs="Sakkal Majalla"/>
          <w:sz w:val="36"/>
          <w:szCs w:val="38"/>
          <w:rtl/>
        </w:rPr>
        <w:t>الخدمات</w:t>
      </w:r>
      <w:r w:rsidRPr="008E006D">
        <w:rPr>
          <w:rFonts w:cs="Sakkal Majalla"/>
          <w:sz w:val="36"/>
          <w:szCs w:val="38"/>
        </w:rPr>
        <w:t xml:space="preserve"> </w:t>
      </w:r>
      <w:r w:rsidRPr="008E006D">
        <w:rPr>
          <w:rFonts w:cs="Sakkal Majalla"/>
          <w:sz w:val="36"/>
          <w:szCs w:val="38"/>
          <w:rtl/>
        </w:rPr>
        <w:t>الحكومية،</w:t>
      </w:r>
      <w:r w:rsidRPr="008E006D">
        <w:rPr>
          <w:rFonts w:cs="Sakkal Majalla"/>
          <w:sz w:val="36"/>
          <w:szCs w:val="38"/>
        </w:rPr>
        <w:t xml:space="preserve"> </w:t>
      </w:r>
      <w:r w:rsidRPr="008E006D">
        <w:rPr>
          <w:rFonts w:cs="Sakkal Majalla"/>
          <w:sz w:val="36"/>
          <w:szCs w:val="38"/>
          <w:rtl/>
        </w:rPr>
        <w:t>والحوكمة</w:t>
      </w:r>
      <w:r w:rsidRPr="008E006D">
        <w:rPr>
          <w:rFonts w:cs="Sakkal Majalla"/>
          <w:sz w:val="36"/>
          <w:szCs w:val="38"/>
        </w:rPr>
        <w:t xml:space="preserve"> </w:t>
      </w:r>
      <w:r w:rsidRPr="008E006D">
        <w:rPr>
          <w:rFonts w:cs="Sakkal Majalla"/>
          <w:sz w:val="36"/>
          <w:szCs w:val="38"/>
          <w:rtl/>
        </w:rPr>
        <w:t>والبيانات</w:t>
      </w:r>
      <w:r w:rsidRPr="008E006D">
        <w:rPr>
          <w:rFonts w:cs="Sakkal Majalla"/>
          <w:sz w:val="36"/>
          <w:szCs w:val="38"/>
        </w:rPr>
        <w:t xml:space="preserve">. </w:t>
      </w:r>
      <w:r w:rsidRPr="008E006D">
        <w:rPr>
          <w:rFonts w:cs="Sakkal Majalla"/>
          <w:sz w:val="36"/>
          <w:szCs w:val="38"/>
          <w:rtl/>
        </w:rPr>
        <w:t>ويلاحظ</w:t>
      </w:r>
      <w:r w:rsidRPr="008E006D">
        <w:rPr>
          <w:rFonts w:cs="Sakkal Majalla"/>
          <w:sz w:val="36"/>
          <w:szCs w:val="38"/>
        </w:rPr>
        <w:t xml:space="preserve"> </w:t>
      </w:r>
      <w:r w:rsidRPr="008E006D">
        <w:rPr>
          <w:rFonts w:cs="Sakkal Majalla"/>
          <w:sz w:val="36"/>
          <w:szCs w:val="38"/>
          <w:rtl/>
        </w:rPr>
        <w:t>أن</w:t>
      </w:r>
      <w:r w:rsidRPr="008E006D">
        <w:rPr>
          <w:rFonts w:cs="Sakkal Majalla"/>
          <w:sz w:val="36"/>
          <w:szCs w:val="38"/>
        </w:rPr>
        <w:t xml:space="preserve"> </w:t>
      </w:r>
      <w:r w:rsidRPr="008E006D">
        <w:rPr>
          <w:rFonts w:cs="Sakkal Majalla"/>
          <w:sz w:val="36"/>
          <w:szCs w:val="38"/>
          <w:rtl/>
        </w:rPr>
        <w:t>الأدبيات</w:t>
      </w:r>
      <w:r w:rsidRPr="008E006D">
        <w:rPr>
          <w:rFonts w:cs="Sakkal Majalla"/>
          <w:sz w:val="36"/>
          <w:szCs w:val="38"/>
        </w:rPr>
        <w:t xml:space="preserve"> </w:t>
      </w:r>
      <w:r w:rsidRPr="008E006D">
        <w:rPr>
          <w:rFonts w:cs="Sakkal Majalla"/>
          <w:sz w:val="36"/>
          <w:szCs w:val="38"/>
          <w:rtl/>
        </w:rPr>
        <w:t>العربية</w:t>
      </w:r>
      <w:r w:rsidRPr="008E006D">
        <w:rPr>
          <w:rFonts w:cs="Sakkal Majalla"/>
          <w:sz w:val="36"/>
          <w:szCs w:val="38"/>
        </w:rPr>
        <w:t xml:space="preserve"> </w:t>
      </w:r>
      <w:r w:rsidRPr="008E006D">
        <w:rPr>
          <w:rFonts w:cs="Sakkal Majalla"/>
          <w:sz w:val="36"/>
          <w:szCs w:val="38"/>
          <w:rtl/>
        </w:rPr>
        <w:t>تتضمن</w:t>
      </w:r>
      <w:r w:rsidRPr="008E006D">
        <w:rPr>
          <w:rFonts w:cs="Sakkal Majalla"/>
          <w:sz w:val="36"/>
          <w:szCs w:val="38"/>
        </w:rPr>
        <w:t xml:space="preserve"> </w:t>
      </w:r>
      <w:r w:rsidRPr="008E006D">
        <w:rPr>
          <w:rFonts w:cs="Sakkal Majalla"/>
          <w:sz w:val="36"/>
          <w:szCs w:val="38"/>
          <w:rtl/>
        </w:rPr>
        <w:t>عددًا</w:t>
      </w:r>
      <w:r w:rsidRPr="008E006D">
        <w:rPr>
          <w:rFonts w:cs="Sakkal Majalla"/>
          <w:sz w:val="36"/>
          <w:szCs w:val="38"/>
        </w:rPr>
        <w:t xml:space="preserve"> </w:t>
      </w:r>
      <w:r w:rsidRPr="008E006D">
        <w:rPr>
          <w:rFonts w:cs="Sakkal Majalla"/>
          <w:sz w:val="36"/>
          <w:szCs w:val="38"/>
          <w:rtl/>
        </w:rPr>
        <w:t>من</w:t>
      </w:r>
      <w:r w:rsidRPr="008E006D">
        <w:rPr>
          <w:rFonts w:cs="Sakkal Majalla"/>
          <w:sz w:val="36"/>
          <w:szCs w:val="38"/>
        </w:rPr>
        <w:t xml:space="preserve"> </w:t>
      </w:r>
      <w:r w:rsidRPr="008E006D">
        <w:rPr>
          <w:rFonts w:cs="Sakkal Majalla"/>
          <w:sz w:val="36"/>
          <w:szCs w:val="38"/>
          <w:rtl/>
        </w:rPr>
        <w:t>المراجع</w:t>
      </w:r>
      <w:r w:rsidRPr="008E006D">
        <w:rPr>
          <w:rFonts w:cs="Sakkal Majalla"/>
          <w:sz w:val="36"/>
          <w:szCs w:val="38"/>
        </w:rPr>
        <w:t xml:space="preserve"> </w:t>
      </w:r>
      <w:r w:rsidRPr="008E006D">
        <w:rPr>
          <w:rFonts w:cs="Sakkal Majalla"/>
          <w:sz w:val="36"/>
          <w:szCs w:val="38"/>
          <w:rtl/>
        </w:rPr>
        <w:t>الرسمية</w:t>
      </w:r>
      <w:r w:rsidRPr="008E006D">
        <w:rPr>
          <w:rFonts w:cs="Sakkal Majalla"/>
          <w:sz w:val="36"/>
          <w:szCs w:val="38"/>
        </w:rPr>
        <w:t xml:space="preserve"> </w:t>
      </w:r>
      <w:r w:rsidRPr="008E006D">
        <w:rPr>
          <w:rFonts w:cs="Sakkal Majalla"/>
          <w:sz w:val="36"/>
          <w:szCs w:val="38"/>
          <w:rtl/>
        </w:rPr>
        <w:t>المهمة</w:t>
      </w:r>
      <w:r w:rsidRPr="008E006D">
        <w:rPr>
          <w:rFonts w:cs="Sakkal Majalla"/>
          <w:sz w:val="36"/>
          <w:szCs w:val="38"/>
        </w:rPr>
        <w:t xml:space="preserve"> </w:t>
      </w:r>
      <w:r w:rsidRPr="008E006D">
        <w:rPr>
          <w:rFonts w:cs="Sakkal Majalla"/>
          <w:sz w:val="36"/>
          <w:szCs w:val="38"/>
          <w:rtl/>
        </w:rPr>
        <w:t>التي</w:t>
      </w:r>
      <w:r w:rsidRPr="008E006D">
        <w:rPr>
          <w:rFonts w:cs="Sakkal Majalla"/>
          <w:sz w:val="36"/>
          <w:szCs w:val="38"/>
        </w:rPr>
        <w:t xml:space="preserve"> </w:t>
      </w:r>
      <w:r w:rsidRPr="008E006D">
        <w:rPr>
          <w:rFonts w:cs="Sakkal Majalla"/>
          <w:sz w:val="36"/>
          <w:szCs w:val="38"/>
          <w:rtl/>
        </w:rPr>
        <w:t>تعد</w:t>
      </w:r>
      <w:r w:rsidRPr="008E006D">
        <w:rPr>
          <w:rFonts w:cs="Sakkal Majalla"/>
          <w:sz w:val="36"/>
          <w:szCs w:val="38"/>
        </w:rPr>
        <w:t xml:space="preserve"> </w:t>
      </w:r>
      <w:r w:rsidRPr="008E006D">
        <w:rPr>
          <w:rFonts w:cs="Sakkal Majalla"/>
          <w:sz w:val="36"/>
          <w:szCs w:val="38"/>
          <w:rtl/>
        </w:rPr>
        <w:t>وثائق</w:t>
      </w:r>
      <w:r w:rsidRPr="008E006D">
        <w:rPr>
          <w:rFonts w:cs="Sakkal Majalla"/>
          <w:sz w:val="36"/>
          <w:szCs w:val="38"/>
        </w:rPr>
        <w:t xml:space="preserve"> </w:t>
      </w:r>
      <w:r w:rsidRPr="008E006D">
        <w:rPr>
          <w:rFonts w:cs="Sakkal Majalla"/>
          <w:sz w:val="36"/>
          <w:szCs w:val="38"/>
          <w:rtl/>
        </w:rPr>
        <w:t>تأسيسية</w:t>
      </w:r>
      <w:r w:rsidRPr="008E006D">
        <w:rPr>
          <w:rFonts w:cs="Sakkal Majalla"/>
          <w:sz w:val="36"/>
          <w:szCs w:val="38"/>
        </w:rPr>
        <w:t xml:space="preserve"> </w:t>
      </w:r>
      <w:r w:rsidRPr="008E006D">
        <w:rPr>
          <w:rFonts w:cs="Sakkal Majalla"/>
          <w:sz w:val="36"/>
          <w:szCs w:val="38"/>
          <w:rtl/>
        </w:rPr>
        <w:t>لفهم</w:t>
      </w:r>
      <w:r w:rsidRPr="008E006D">
        <w:rPr>
          <w:rFonts w:cs="Sakkal Majalla"/>
          <w:sz w:val="36"/>
          <w:szCs w:val="38"/>
        </w:rPr>
        <w:t xml:space="preserve"> </w:t>
      </w:r>
      <w:r w:rsidRPr="008E006D">
        <w:rPr>
          <w:rFonts w:cs="Sakkal Majalla"/>
          <w:sz w:val="36"/>
          <w:szCs w:val="38"/>
          <w:rtl/>
        </w:rPr>
        <w:t>السياق</w:t>
      </w:r>
      <w:r w:rsidRPr="008E006D">
        <w:rPr>
          <w:rFonts w:cs="Sakkal Majalla"/>
          <w:sz w:val="36"/>
          <w:szCs w:val="38"/>
        </w:rPr>
        <w:t xml:space="preserve"> </w:t>
      </w:r>
      <w:r w:rsidRPr="008E006D">
        <w:rPr>
          <w:rFonts w:cs="Sakkal Majalla"/>
          <w:sz w:val="36"/>
          <w:szCs w:val="38"/>
          <w:rtl/>
        </w:rPr>
        <w:t>السعودي</w:t>
      </w:r>
      <w:r w:rsidRPr="008E006D">
        <w:rPr>
          <w:rFonts w:cs="Sakkal Majalla"/>
          <w:sz w:val="36"/>
          <w:szCs w:val="38"/>
        </w:rPr>
        <w:t>.</w:t>
      </w:r>
    </w:p>
    <w:p w14:paraId="52ECEACC" w14:textId="77777777" w:rsidR="008E006D" w:rsidRPr="008E006D" w:rsidRDefault="008E006D" w:rsidP="008E2B08">
      <w:pPr>
        <w:ind w:firstLine="0"/>
        <w:jc w:val="center"/>
        <w:rPr>
          <w:rFonts w:cs="Sakkal Majalla"/>
          <w:bCs/>
          <w:sz w:val="36"/>
          <w:szCs w:val="38"/>
        </w:rPr>
      </w:pPr>
      <w:r w:rsidRPr="008E006D">
        <w:rPr>
          <w:rFonts w:cs="Sakkal Majalla"/>
          <w:b/>
          <w:bCs/>
          <w:sz w:val="36"/>
          <w:szCs w:val="38"/>
          <w:rtl/>
        </w:rPr>
        <w:t>جدول</w:t>
      </w:r>
      <w:r w:rsidRPr="008E006D">
        <w:rPr>
          <w:rFonts w:cs="Sakkal Majalla"/>
          <w:b/>
          <w:bCs/>
          <w:sz w:val="36"/>
          <w:szCs w:val="38"/>
        </w:rPr>
        <w:t xml:space="preserve"> (2-5</w:t>
      </w:r>
      <w:proofErr w:type="gramStart"/>
      <w:r w:rsidRPr="008E006D">
        <w:rPr>
          <w:rFonts w:cs="Sakkal Majalla"/>
          <w:b/>
          <w:bCs/>
          <w:sz w:val="36"/>
          <w:szCs w:val="38"/>
        </w:rPr>
        <w:t>)</w:t>
      </w:r>
      <w:r w:rsidR="008E2B08">
        <w:rPr>
          <w:rFonts w:cs="Sakkal Majalla" w:hint="cs"/>
          <w:b/>
          <w:bCs/>
          <w:sz w:val="36"/>
          <w:szCs w:val="38"/>
          <w:rtl/>
        </w:rPr>
        <w:t xml:space="preserve"> </w:t>
      </w:r>
      <w:r w:rsidRPr="008E006D">
        <w:rPr>
          <w:rFonts w:cs="Sakkal Majalla"/>
          <w:b/>
          <w:bCs/>
          <w:sz w:val="36"/>
          <w:szCs w:val="38"/>
        </w:rPr>
        <w:t>:</w:t>
      </w:r>
      <w:proofErr w:type="gramEnd"/>
      <w:r w:rsidR="008E2B08">
        <w:rPr>
          <w:rFonts w:cs="Sakkal Majalla" w:hint="cs"/>
          <w:b/>
          <w:bCs/>
          <w:sz w:val="36"/>
          <w:szCs w:val="38"/>
          <w:rtl/>
        </w:rPr>
        <w:t xml:space="preserve"> </w:t>
      </w:r>
      <w:r w:rsidRPr="008E006D">
        <w:rPr>
          <w:rFonts w:cs="Sakkal Majalla"/>
          <w:b/>
          <w:bCs/>
          <w:sz w:val="36"/>
          <w:szCs w:val="38"/>
        </w:rPr>
        <w:t xml:space="preserve"> </w:t>
      </w:r>
      <w:r w:rsidRPr="008E006D">
        <w:rPr>
          <w:rFonts w:cs="Sakkal Majalla"/>
          <w:b/>
          <w:bCs/>
          <w:sz w:val="36"/>
          <w:szCs w:val="38"/>
          <w:rtl/>
        </w:rPr>
        <w:t>الدراسات</w:t>
      </w:r>
      <w:r w:rsidRPr="008E006D">
        <w:rPr>
          <w:rFonts w:cs="Sakkal Majalla"/>
          <w:b/>
          <w:bCs/>
          <w:sz w:val="36"/>
          <w:szCs w:val="38"/>
        </w:rPr>
        <w:t xml:space="preserve"> </w:t>
      </w:r>
      <w:r w:rsidRPr="008E006D">
        <w:rPr>
          <w:rFonts w:cs="Sakkal Majalla"/>
          <w:b/>
          <w:bCs/>
          <w:sz w:val="36"/>
          <w:szCs w:val="38"/>
          <w:rtl/>
        </w:rPr>
        <w:t>والمراجع</w:t>
      </w:r>
      <w:r w:rsidRPr="008E006D">
        <w:rPr>
          <w:rFonts w:cs="Sakkal Majalla"/>
          <w:b/>
          <w:bCs/>
          <w:sz w:val="36"/>
          <w:szCs w:val="38"/>
        </w:rPr>
        <w:t xml:space="preserve"> </w:t>
      </w:r>
      <w:r w:rsidRPr="008E006D">
        <w:rPr>
          <w:rFonts w:cs="Sakkal Majalla"/>
          <w:b/>
          <w:bCs/>
          <w:sz w:val="36"/>
          <w:szCs w:val="38"/>
          <w:rtl/>
        </w:rPr>
        <w:t>العربية</w:t>
      </w:r>
      <w:r w:rsidRPr="008E006D">
        <w:rPr>
          <w:rFonts w:cs="Sakkal Majalla"/>
          <w:b/>
          <w:bCs/>
          <w:sz w:val="36"/>
          <w:szCs w:val="38"/>
        </w:rPr>
        <w:t xml:space="preserve"> </w:t>
      </w:r>
      <w:r w:rsidRPr="008E006D">
        <w:rPr>
          <w:rFonts w:cs="Sakkal Majalla"/>
          <w:b/>
          <w:bCs/>
          <w:sz w:val="36"/>
          <w:szCs w:val="38"/>
          <w:rtl/>
        </w:rPr>
        <w:t>مرتبة</w:t>
      </w:r>
      <w:r w:rsidRPr="008E006D">
        <w:rPr>
          <w:rFonts w:cs="Sakkal Majalla"/>
          <w:b/>
          <w:bCs/>
          <w:sz w:val="36"/>
          <w:szCs w:val="38"/>
        </w:rPr>
        <w:t xml:space="preserve"> </w:t>
      </w:r>
      <w:r w:rsidRPr="008E006D">
        <w:rPr>
          <w:rFonts w:cs="Sakkal Majalla"/>
          <w:b/>
          <w:bCs/>
          <w:sz w:val="36"/>
          <w:szCs w:val="38"/>
          <w:rtl/>
        </w:rPr>
        <w:t>من</w:t>
      </w:r>
      <w:r w:rsidRPr="008E006D">
        <w:rPr>
          <w:rFonts w:cs="Sakkal Majalla"/>
          <w:b/>
          <w:bCs/>
          <w:sz w:val="36"/>
          <w:szCs w:val="38"/>
        </w:rPr>
        <w:t xml:space="preserve"> </w:t>
      </w:r>
      <w:r w:rsidRPr="008E006D">
        <w:rPr>
          <w:rFonts w:cs="Sakkal Majalla"/>
          <w:b/>
          <w:bCs/>
          <w:sz w:val="36"/>
          <w:szCs w:val="38"/>
          <w:rtl/>
        </w:rPr>
        <w:t>الأقدم</w:t>
      </w:r>
      <w:r w:rsidRPr="008E006D">
        <w:rPr>
          <w:rFonts w:cs="Sakkal Majalla"/>
          <w:b/>
          <w:bCs/>
          <w:sz w:val="36"/>
          <w:szCs w:val="38"/>
        </w:rPr>
        <w:t xml:space="preserve"> </w:t>
      </w:r>
      <w:r w:rsidRPr="008E006D">
        <w:rPr>
          <w:rFonts w:cs="Sakkal Majalla"/>
          <w:b/>
          <w:bCs/>
          <w:sz w:val="36"/>
          <w:szCs w:val="38"/>
          <w:rtl/>
        </w:rPr>
        <w:t>إلى</w:t>
      </w:r>
      <w:r w:rsidRPr="008E006D">
        <w:rPr>
          <w:rFonts w:cs="Sakkal Majalla"/>
          <w:b/>
          <w:bCs/>
          <w:sz w:val="36"/>
          <w:szCs w:val="38"/>
        </w:rPr>
        <w:t xml:space="preserve"> </w:t>
      </w:r>
      <w:r w:rsidRPr="008E006D">
        <w:rPr>
          <w:rFonts w:cs="Sakkal Majalla"/>
          <w:b/>
          <w:bCs/>
          <w:sz w:val="36"/>
          <w:szCs w:val="38"/>
          <w:rtl/>
        </w:rPr>
        <w:t>الأحدث</w:t>
      </w:r>
    </w:p>
    <w:tbl>
      <w:tblPr>
        <w:tblStyle w:val="TableGrid"/>
        <w:bidiVisual/>
        <w:tblW w:w="5000" w:type="pct"/>
        <w:jc w:val="center"/>
        <w:tblLook w:val="04A0" w:firstRow="1" w:lastRow="0" w:firstColumn="1" w:lastColumn="0" w:noHBand="0" w:noVBand="1"/>
      </w:tblPr>
      <w:tblGrid>
        <w:gridCol w:w="2013"/>
        <w:gridCol w:w="2265"/>
        <w:gridCol w:w="2517"/>
        <w:gridCol w:w="2265"/>
      </w:tblGrid>
      <w:tr w:rsidR="008E006D" w:rsidRPr="008E006D" w14:paraId="20FF49BE" w14:textId="77777777" w:rsidTr="008E2B08">
        <w:trPr>
          <w:jc w:val="center"/>
        </w:trPr>
        <w:tc>
          <w:tcPr>
            <w:tcW w:w="1111" w:type="pct"/>
            <w:shd w:val="clear" w:color="auto" w:fill="F7CAAC" w:themeFill="accent2" w:themeFillTint="66"/>
            <w:tcMar>
              <w:top w:w="110" w:type="dxa"/>
              <w:left w:w="110" w:type="dxa"/>
              <w:bottom w:w="110" w:type="dxa"/>
              <w:right w:w="110" w:type="dxa"/>
            </w:tcMar>
            <w:vAlign w:val="center"/>
          </w:tcPr>
          <w:p w14:paraId="65F87EBB" w14:textId="77777777" w:rsidR="008E006D" w:rsidRPr="008E006D" w:rsidRDefault="008E006D" w:rsidP="008E2B08">
            <w:pPr>
              <w:ind w:firstLine="0"/>
              <w:jc w:val="center"/>
              <w:rPr>
                <w:rFonts w:cs="Sakkal Majalla"/>
                <w:sz w:val="36"/>
                <w:szCs w:val="38"/>
              </w:rPr>
            </w:pPr>
            <w:r w:rsidRPr="008E006D">
              <w:rPr>
                <w:rFonts w:cs="Sakkal Majalla"/>
                <w:b/>
                <w:bCs/>
                <w:sz w:val="36"/>
                <w:szCs w:val="38"/>
                <w:rtl/>
              </w:rPr>
              <w:t>الدراسة</w:t>
            </w:r>
            <w:r w:rsidRPr="008E006D">
              <w:rPr>
                <w:rFonts w:cs="Sakkal Majalla"/>
                <w:b/>
                <w:sz w:val="36"/>
                <w:szCs w:val="38"/>
              </w:rPr>
              <w:t>/</w:t>
            </w:r>
            <w:r w:rsidRPr="008E006D">
              <w:rPr>
                <w:rFonts w:cs="Sakkal Majalla"/>
                <w:b/>
                <w:bCs/>
                <w:sz w:val="36"/>
                <w:szCs w:val="38"/>
                <w:rtl/>
              </w:rPr>
              <w:t>المرجع</w:t>
            </w:r>
          </w:p>
        </w:tc>
        <w:tc>
          <w:tcPr>
            <w:tcW w:w="1250" w:type="pct"/>
            <w:shd w:val="clear" w:color="auto" w:fill="F7CAAC" w:themeFill="accent2" w:themeFillTint="66"/>
            <w:tcMar>
              <w:top w:w="110" w:type="dxa"/>
              <w:left w:w="110" w:type="dxa"/>
              <w:bottom w:w="110" w:type="dxa"/>
              <w:right w:w="110" w:type="dxa"/>
            </w:tcMar>
            <w:vAlign w:val="center"/>
          </w:tcPr>
          <w:p w14:paraId="0922B7FC" w14:textId="77777777" w:rsidR="008E006D" w:rsidRPr="008E006D" w:rsidRDefault="008E006D" w:rsidP="008E2B08">
            <w:pPr>
              <w:ind w:firstLine="0"/>
              <w:jc w:val="center"/>
              <w:rPr>
                <w:rFonts w:cs="Sakkal Majalla"/>
                <w:sz w:val="36"/>
                <w:szCs w:val="38"/>
              </w:rPr>
            </w:pPr>
            <w:r w:rsidRPr="008E006D">
              <w:rPr>
                <w:rFonts w:cs="Sakkal Majalla"/>
                <w:b/>
                <w:bCs/>
                <w:sz w:val="36"/>
                <w:szCs w:val="38"/>
                <w:rtl/>
              </w:rPr>
              <w:t>العنوان</w:t>
            </w:r>
            <w:r w:rsidRPr="008E006D">
              <w:rPr>
                <w:rFonts w:cs="Sakkal Majalla"/>
                <w:b/>
                <w:sz w:val="36"/>
                <w:szCs w:val="38"/>
              </w:rPr>
              <w:t xml:space="preserve"> </w:t>
            </w:r>
            <w:r w:rsidRPr="008E006D">
              <w:rPr>
                <w:rFonts w:cs="Sakkal Majalla"/>
                <w:b/>
                <w:bCs/>
                <w:sz w:val="36"/>
                <w:szCs w:val="38"/>
                <w:rtl/>
              </w:rPr>
              <w:t>أو</w:t>
            </w:r>
            <w:r w:rsidRPr="008E006D">
              <w:rPr>
                <w:rFonts w:cs="Sakkal Majalla"/>
                <w:b/>
                <w:sz w:val="36"/>
                <w:szCs w:val="38"/>
              </w:rPr>
              <w:t xml:space="preserve"> </w:t>
            </w:r>
            <w:r w:rsidRPr="008E006D">
              <w:rPr>
                <w:rFonts w:cs="Sakkal Majalla"/>
                <w:b/>
                <w:bCs/>
                <w:sz w:val="36"/>
                <w:szCs w:val="38"/>
                <w:rtl/>
              </w:rPr>
              <w:t>المحور</w:t>
            </w:r>
          </w:p>
        </w:tc>
        <w:tc>
          <w:tcPr>
            <w:tcW w:w="1389" w:type="pct"/>
            <w:shd w:val="clear" w:color="auto" w:fill="F7CAAC" w:themeFill="accent2" w:themeFillTint="66"/>
            <w:tcMar>
              <w:top w:w="110" w:type="dxa"/>
              <w:left w:w="110" w:type="dxa"/>
              <w:bottom w:w="110" w:type="dxa"/>
              <w:right w:w="110" w:type="dxa"/>
            </w:tcMar>
            <w:vAlign w:val="center"/>
          </w:tcPr>
          <w:p w14:paraId="13F8EF2E" w14:textId="77777777" w:rsidR="008E006D" w:rsidRPr="008E006D" w:rsidRDefault="008E006D" w:rsidP="008E2B08">
            <w:pPr>
              <w:ind w:firstLine="0"/>
              <w:jc w:val="center"/>
              <w:rPr>
                <w:rFonts w:cs="Sakkal Majalla"/>
                <w:sz w:val="36"/>
                <w:szCs w:val="38"/>
              </w:rPr>
            </w:pPr>
            <w:r w:rsidRPr="008E006D">
              <w:rPr>
                <w:rFonts w:cs="Sakkal Majalla"/>
                <w:b/>
                <w:bCs/>
                <w:sz w:val="36"/>
                <w:szCs w:val="38"/>
                <w:rtl/>
              </w:rPr>
              <w:t>أبرز</w:t>
            </w:r>
            <w:r w:rsidRPr="008E006D">
              <w:rPr>
                <w:rFonts w:cs="Sakkal Majalla"/>
                <w:b/>
                <w:sz w:val="36"/>
                <w:szCs w:val="38"/>
              </w:rPr>
              <w:t xml:space="preserve"> </w:t>
            </w:r>
            <w:r w:rsidRPr="008E006D">
              <w:rPr>
                <w:rFonts w:cs="Sakkal Majalla"/>
                <w:b/>
                <w:bCs/>
                <w:sz w:val="36"/>
                <w:szCs w:val="38"/>
                <w:rtl/>
              </w:rPr>
              <w:t>ما</w:t>
            </w:r>
            <w:r w:rsidRPr="008E006D">
              <w:rPr>
                <w:rFonts w:cs="Sakkal Majalla"/>
                <w:b/>
                <w:sz w:val="36"/>
                <w:szCs w:val="38"/>
              </w:rPr>
              <w:t xml:space="preserve"> </w:t>
            </w:r>
            <w:r w:rsidRPr="008E006D">
              <w:rPr>
                <w:rFonts w:cs="Sakkal Majalla"/>
                <w:b/>
                <w:bCs/>
                <w:sz w:val="36"/>
                <w:szCs w:val="38"/>
                <w:rtl/>
              </w:rPr>
              <w:t>تناولته</w:t>
            </w:r>
          </w:p>
        </w:tc>
        <w:tc>
          <w:tcPr>
            <w:tcW w:w="1250" w:type="pct"/>
            <w:shd w:val="clear" w:color="auto" w:fill="F7CAAC" w:themeFill="accent2" w:themeFillTint="66"/>
            <w:tcMar>
              <w:top w:w="110" w:type="dxa"/>
              <w:left w:w="110" w:type="dxa"/>
              <w:bottom w:w="110" w:type="dxa"/>
              <w:right w:w="110" w:type="dxa"/>
            </w:tcMar>
            <w:vAlign w:val="center"/>
          </w:tcPr>
          <w:p w14:paraId="4FFC66C4" w14:textId="77777777" w:rsidR="008E006D" w:rsidRPr="008E006D" w:rsidRDefault="008E006D" w:rsidP="008E2B08">
            <w:pPr>
              <w:ind w:firstLine="0"/>
              <w:jc w:val="center"/>
              <w:rPr>
                <w:rFonts w:cs="Sakkal Majalla"/>
                <w:sz w:val="36"/>
                <w:szCs w:val="38"/>
              </w:rPr>
            </w:pPr>
            <w:r w:rsidRPr="008E006D">
              <w:rPr>
                <w:rFonts w:cs="Sakkal Majalla"/>
                <w:b/>
                <w:bCs/>
                <w:sz w:val="36"/>
                <w:szCs w:val="38"/>
                <w:rtl/>
              </w:rPr>
              <w:t>أوجه</w:t>
            </w:r>
            <w:r w:rsidRPr="008E006D">
              <w:rPr>
                <w:rFonts w:cs="Sakkal Majalla"/>
                <w:b/>
                <w:sz w:val="36"/>
                <w:szCs w:val="38"/>
              </w:rPr>
              <w:t xml:space="preserve"> </w:t>
            </w:r>
            <w:r w:rsidRPr="008E006D">
              <w:rPr>
                <w:rFonts w:cs="Sakkal Majalla"/>
                <w:b/>
                <w:bCs/>
                <w:sz w:val="36"/>
                <w:szCs w:val="38"/>
                <w:rtl/>
              </w:rPr>
              <w:t>الإفادة</w:t>
            </w:r>
            <w:r w:rsidRPr="008E006D">
              <w:rPr>
                <w:rFonts w:cs="Sakkal Majalla"/>
                <w:b/>
                <w:sz w:val="36"/>
                <w:szCs w:val="38"/>
              </w:rPr>
              <w:t xml:space="preserve"> </w:t>
            </w:r>
            <w:r w:rsidRPr="008E006D">
              <w:rPr>
                <w:rFonts w:cs="Sakkal Majalla"/>
                <w:b/>
                <w:bCs/>
                <w:sz w:val="36"/>
                <w:szCs w:val="38"/>
                <w:rtl/>
              </w:rPr>
              <w:t>للدراسة</w:t>
            </w:r>
            <w:r w:rsidRPr="008E006D">
              <w:rPr>
                <w:rFonts w:cs="Sakkal Majalla"/>
                <w:b/>
                <w:sz w:val="36"/>
                <w:szCs w:val="38"/>
              </w:rPr>
              <w:t xml:space="preserve"> </w:t>
            </w:r>
            <w:r w:rsidRPr="008E006D">
              <w:rPr>
                <w:rFonts w:cs="Sakkal Majalla"/>
                <w:b/>
                <w:bCs/>
                <w:sz w:val="36"/>
                <w:szCs w:val="38"/>
                <w:rtl/>
              </w:rPr>
              <w:t>الحالية</w:t>
            </w:r>
          </w:p>
        </w:tc>
      </w:tr>
      <w:tr w:rsidR="008E006D" w:rsidRPr="008E006D" w14:paraId="130180A9" w14:textId="77777777" w:rsidTr="008E2B08">
        <w:trPr>
          <w:jc w:val="center"/>
        </w:trPr>
        <w:tc>
          <w:tcPr>
            <w:tcW w:w="1111" w:type="pct"/>
            <w:shd w:val="clear" w:color="auto" w:fill="F2F6FA"/>
            <w:tcMar>
              <w:top w:w="110" w:type="dxa"/>
              <w:left w:w="110" w:type="dxa"/>
              <w:bottom w:w="110" w:type="dxa"/>
              <w:right w:w="110" w:type="dxa"/>
            </w:tcMar>
            <w:vAlign w:val="center"/>
          </w:tcPr>
          <w:p w14:paraId="7CBCBE02" w14:textId="77777777" w:rsidR="008E006D" w:rsidRPr="008E006D" w:rsidRDefault="008E006D" w:rsidP="008E2B08">
            <w:pPr>
              <w:ind w:firstLine="0"/>
              <w:jc w:val="center"/>
              <w:rPr>
                <w:rFonts w:cs="Sakkal Majalla"/>
                <w:sz w:val="36"/>
                <w:szCs w:val="38"/>
              </w:rPr>
            </w:pPr>
            <w:r w:rsidRPr="008E006D">
              <w:rPr>
                <w:rFonts w:cs="Sakkal Majalla"/>
                <w:sz w:val="36"/>
                <w:szCs w:val="38"/>
                <w:rtl/>
              </w:rPr>
              <w:t>رؤية</w:t>
            </w:r>
            <w:r w:rsidRPr="008E006D">
              <w:rPr>
                <w:rFonts w:cs="Sakkal Majalla"/>
                <w:sz w:val="36"/>
                <w:szCs w:val="38"/>
              </w:rPr>
              <w:t xml:space="preserve"> </w:t>
            </w:r>
            <w:r w:rsidRPr="008E006D">
              <w:rPr>
                <w:rFonts w:cs="Sakkal Majalla"/>
                <w:sz w:val="36"/>
                <w:szCs w:val="38"/>
                <w:rtl/>
              </w:rPr>
              <w:t>السعودية</w:t>
            </w:r>
            <w:r w:rsidRPr="008E006D">
              <w:rPr>
                <w:rFonts w:cs="Sakkal Majalla"/>
                <w:sz w:val="36"/>
                <w:szCs w:val="38"/>
              </w:rPr>
              <w:t xml:space="preserve"> 2030 (2016/2025)</w:t>
            </w:r>
          </w:p>
        </w:tc>
        <w:tc>
          <w:tcPr>
            <w:tcW w:w="1250" w:type="pct"/>
            <w:shd w:val="clear" w:color="auto" w:fill="F2F6FA"/>
            <w:tcMar>
              <w:top w:w="110" w:type="dxa"/>
              <w:left w:w="110" w:type="dxa"/>
              <w:bottom w:w="110" w:type="dxa"/>
              <w:right w:w="110" w:type="dxa"/>
            </w:tcMar>
            <w:vAlign w:val="center"/>
          </w:tcPr>
          <w:p w14:paraId="6FD25792" w14:textId="77777777" w:rsidR="008E006D" w:rsidRPr="008E006D" w:rsidRDefault="008E006D" w:rsidP="008E2B08">
            <w:pPr>
              <w:ind w:firstLine="0"/>
              <w:jc w:val="center"/>
              <w:rPr>
                <w:rFonts w:cs="Sakkal Majalla"/>
                <w:sz w:val="36"/>
                <w:szCs w:val="38"/>
              </w:rPr>
            </w:pPr>
            <w:r w:rsidRPr="008E006D">
              <w:rPr>
                <w:rFonts w:cs="Sakkal Majalla"/>
                <w:sz w:val="36"/>
                <w:szCs w:val="38"/>
                <w:rtl/>
              </w:rPr>
              <w:t>برامج</w:t>
            </w:r>
            <w:r w:rsidRPr="008E006D">
              <w:rPr>
                <w:rFonts w:cs="Sakkal Majalla"/>
                <w:sz w:val="36"/>
                <w:szCs w:val="38"/>
              </w:rPr>
              <w:t xml:space="preserve"> </w:t>
            </w:r>
            <w:r w:rsidRPr="008E006D">
              <w:rPr>
                <w:rFonts w:cs="Sakkal Majalla"/>
                <w:sz w:val="36"/>
                <w:szCs w:val="38"/>
                <w:rtl/>
              </w:rPr>
              <w:t>تحقيق</w:t>
            </w:r>
            <w:r w:rsidRPr="008E006D">
              <w:rPr>
                <w:rFonts w:cs="Sakkal Majalla"/>
                <w:sz w:val="36"/>
                <w:szCs w:val="38"/>
              </w:rPr>
              <w:t xml:space="preserve"> </w:t>
            </w:r>
            <w:r w:rsidRPr="008E006D">
              <w:rPr>
                <w:rFonts w:cs="Sakkal Majalla"/>
                <w:sz w:val="36"/>
                <w:szCs w:val="38"/>
                <w:rtl/>
              </w:rPr>
              <w:t>الرؤية</w:t>
            </w:r>
            <w:r w:rsidRPr="008E006D">
              <w:rPr>
                <w:rFonts w:cs="Sakkal Majalla"/>
                <w:sz w:val="36"/>
                <w:szCs w:val="38"/>
              </w:rPr>
              <w:t xml:space="preserve"> </w:t>
            </w:r>
            <w:r w:rsidRPr="008E006D">
              <w:rPr>
                <w:rFonts w:cs="Sakkal Majalla"/>
                <w:sz w:val="36"/>
                <w:szCs w:val="38"/>
                <w:rtl/>
              </w:rPr>
              <w:t>والتحول</w:t>
            </w:r>
            <w:r w:rsidRPr="008E006D">
              <w:rPr>
                <w:rFonts w:cs="Sakkal Majalla"/>
                <w:sz w:val="36"/>
                <w:szCs w:val="38"/>
              </w:rPr>
              <w:t xml:space="preserve"> </w:t>
            </w:r>
            <w:r w:rsidRPr="008E006D">
              <w:rPr>
                <w:rFonts w:cs="Sakkal Majalla"/>
                <w:sz w:val="36"/>
                <w:szCs w:val="38"/>
                <w:rtl/>
              </w:rPr>
              <w:t>الوطني</w:t>
            </w:r>
          </w:p>
        </w:tc>
        <w:tc>
          <w:tcPr>
            <w:tcW w:w="1389" w:type="pct"/>
            <w:shd w:val="clear" w:color="auto" w:fill="F2F6FA"/>
            <w:tcMar>
              <w:top w:w="110" w:type="dxa"/>
              <w:left w:w="110" w:type="dxa"/>
              <w:bottom w:w="110" w:type="dxa"/>
              <w:right w:w="110" w:type="dxa"/>
            </w:tcMar>
            <w:vAlign w:val="center"/>
          </w:tcPr>
          <w:p w14:paraId="73767E30" w14:textId="77777777" w:rsidR="008E006D" w:rsidRPr="008E006D" w:rsidRDefault="008E006D" w:rsidP="008E2B08">
            <w:pPr>
              <w:ind w:firstLine="0"/>
              <w:jc w:val="center"/>
              <w:rPr>
                <w:rFonts w:cs="Sakkal Majalla"/>
                <w:sz w:val="36"/>
                <w:szCs w:val="38"/>
              </w:rPr>
            </w:pPr>
            <w:r w:rsidRPr="008E006D">
              <w:rPr>
                <w:rFonts w:cs="Sakkal Majalla"/>
                <w:sz w:val="36"/>
                <w:szCs w:val="38"/>
                <w:rtl/>
              </w:rPr>
              <w:t>ربط</w:t>
            </w:r>
            <w:r w:rsidRPr="008E006D">
              <w:rPr>
                <w:rFonts w:cs="Sakkal Majalla"/>
                <w:sz w:val="36"/>
                <w:szCs w:val="38"/>
              </w:rPr>
              <w:t xml:space="preserve"> </w:t>
            </w:r>
            <w:r w:rsidRPr="008E006D">
              <w:rPr>
                <w:rFonts w:cs="Sakkal Majalla"/>
                <w:sz w:val="36"/>
                <w:szCs w:val="38"/>
                <w:rtl/>
              </w:rPr>
              <w:t>التحول</w:t>
            </w:r>
            <w:r w:rsidRPr="008E006D">
              <w:rPr>
                <w:rFonts w:cs="Sakkal Majalla"/>
                <w:sz w:val="36"/>
                <w:szCs w:val="38"/>
              </w:rPr>
              <w:t xml:space="preserve"> </w:t>
            </w:r>
            <w:r w:rsidRPr="008E006D">
              <w:rPr>
                <w:rFonts w:cs="Sakkal Majalla"/>
                <w:sz w:val="36"/>
                <w:szCs w:val="38"/>
                <w:rtl/>
              </w:rPr>
              <w:t>الرقمي</w:t>
            </w:r>
            <w:r w:rsidRPr="008E006D">
              <w:rPr>
                <w:rFonts w:cs="Sakkal Majalla"/>
                <w:sz w:val="36"/>
                <w:szCs w:val="38"/>
              </w:rPr>
              <w:t xml:space="preserve"> </w:t>
            </w:r>
            <w:r w:rsidRPr="008E006D">
              <w:rPr>
                <w:rFonts w:cs="Sakkal Majalla"/>
                <w:sz w:val="36"/>
                <w:szCs w:val="38"/>
                <w:rtl/>
              </w:rPr>
              <w:t>بكفاءة</w:t>
            </w:r>
            <w:r w:rsidRPr="008E006D">
              <w:rPr>
                <w:rFonts w:cs="Sakkal Majalla"/>
                <w:sz w:val="36"/>
                <w:szCs w:val="38"/>
              </w:rPr>
              <w:t xml:space="preserve"> </w:t>
            </w:r>
            <w:r w:rsidRPr="008E006D">
              <w:rPr>
                <w:rFonts w:cs="Sakkal Majalla"/>
                <w:sz w:val="36"/>
                <w:szCs w:val="38"/>
                <w:rtl/>
              </w:rPr>
              <w:t>الحكومة</w:t>
            </w:r>
            <w:r w:rsidRPr="008E006D">
              <w:rPr>
                <w:rFonts w:cs="Sakkal Majalla"/>
                <w:sz w:val="36"/>
                <w:szCs w:val="38"/>
              </w:rPr>
              <w:t xml:space="preserve"> </w:t>
            </w:r>
            <w:r w:rsidRPr="008E006D">
              <w:rPr>
                <w:rFonts w:cs="Sakkal Majalla"/>
                <w:sz w:val="36"/>
                <w:szCs w:val="38"/>
                <w:rtl/>
              </w:rPr>
              <w:t>وجودة</w:t>
            </w:r>
            <w:r w:rsidRPr="008E006D">
              <w:rPr>
                <w:rFonts w:cs="Sakkal Majalla"/>
                <w:sz w:val="36"/>
                <w:szCs w:val="38"/>
              </w:rPr>
              <w:t xml:space="preserve"> </w:t>
            </w:r>
            <w:r w:rsidRPr="008E006D">
              <w:rPr>
                <w:rFonts w:cs="Sakkal Majalla"/>
                <w:sz w:val="36"/>
                <w:szCs w:val="38"/>
                <w:rtl/>
              </w:rPr>
              <w:t>الخدمات</w:t>
            </w:r>
            <w:r w:rsidRPr="008E006D">
              <w:rPr>
                <w:rFonts w:cs="Sakkal Majalla"/>
                <w:sz w:val="36"/>
                <w:szCs w:val="38"/>
              </w:rPr>
              <w:t xml:space="preserve"> </w:t>
            </w:r>
            <w:r w:rsidRPr="008E006D">
              <w:rPr>
                <w:rFonts w:cs="Sakkal Majalla"/>
                <w:sz w:val="36"/>
                <w:szCs w:val="38"/>
                <w:rtl/>
              </w:rPr>
              <w:t>والتنمية</w:t>
            </w:r>
            <w:r w:rsidRPr="008E006D">
              <w:rPr>
                <w:rFonts w:cs="Sakkal Majalla"/>
                <w:sz w:val="36"/>
                <w:szCs w:val="38"/>
              </w:rPr>
              <w:t xml:space="preserve"> </w:t>
            </w:r>
            <w:r w:rsidRPr="008E006D">
              <w:rPr>
                <w:rFonts w:cs="Sakkal Majalla"/>
                <w:sz w:val="36"/>
                <w:szCs w:val="38"/>
                <w:rtl/>
              </w:rPr>
              <w:t>الاقتصادية</w:t>
            </w:r>
            <w:r w:rsidRPr="008E006D">
              <w:rPr>
                <w:rFonts w:cs="Sakkal Majalla"/>
                <w:sz w:val="36"/>
                <w:szCs w:val="38"/>
              </w:rPr>
              <w:t>.</w:t>
            </w:r>
          </w:p>
        </w:tc>
        <w:tc>
          <w:tcPr>
            <w:tcW w:w="1250" w:type="pct"/>
            <w:shd w:val="clear" w:color="auto" w:fill="F2F6FA"/>
            <w:tcMar>
              <w:top w:w="110" w:type="dxa"/>
              <w:left w:w="110" w:type="dxa"/>
              <w:bottom w:w="110" w:type="dxa"/>
              <w:right w:w="110" w:type="dxa"/>
            </w:tcMar>
            <w:vAlign w:val="center"/>
          </w:tcPr>
          <w:p w14:paraId="23D3E4E9" w14:textId="77777777" w:rsidR="008E006D" w:rsidRPr="008E006D" w:rsidRDefault="008E006D" w:rsidP="008E2B08">
            <w:pPr>
              <w:ind w:firstLine="0"/>
              <w:jc w:val="center"/>
              <w:rPr>
                <w:rFonts w:cs="Sakkal Majalla"/>
                <w:sz w:val="36"/>
                <w:szCs w:val="38"/>
              </w:rPr>
            </w:pPr>
            <w:r w:rsidRPr="008E006D">
              <w:rPr>
                <w:rFonts w:cs="Sakkal Majalla"/>
                <w:sz w:val="36"/>
                <w:szCs w:val="38"/>
                <w:rtl/>
              </w:rPr>
              <w:t>تأطير</w:t>
            </w:r>
            <w:r w:rsidRPr="008E006D">
              <w:rPr>
                <w:rFonts w:cs="Sakkal Majalla"/>
                <w:sz w:val="36"/>
                <w:szCs w:val="38"/>
              </w:rPr>
              <w:t xml:space="preserve"> </w:t>
            </w:r>
            <w:r w:rsidRPr="008E006D">
              <w:rPr>
                <w:rFonts w:cs="Sakkal Majalla"/>
                <w:sz w:val="36"/>
                <w:szCs w:val="38"/>
                <w:rtl/>
              </w:rPr>
              <w:t>السياق</w:t>
            </w:r>
            <w:r w:rsidRPr="008E006D">
              <w:rPr>
                <w:rFonts w:cs="Sakkal Majalla"/>
                <w:sz w:val="36"/>
                <w:szCs w:val="38"/>
              </w:rPr>
              <w:t xml:space="preserve"> </w:t>
            </w:r>
            <w:r w:rsidRPr="008E006D">
              <w:rPr>
                <w:rFonts w:cs="Sakkal Majalla"/>
                <w:sz w:val="36"/>
                <w:szCs w:val="38"/>
                <w:rtl/>
              </w:rPr>
              <w:t>الاستراتيجي</w:t>
            </w:r>
            <w:r w:rsidRPr="008E006D">
              <w:rPr>
                <w:rFonts w:cs="Sakkal Majalla"/>
                <w:sz w:val="36"/>
                <w:szCs w:val="38"/>
              </w:rPr>
              <w:t xml:space="preserve"> </w:t>
            </w:r>
            <w:r w:rsidRPr="008E006D">
              <w:rPr>
                <w:rFonts w:cs="Sakkal Majalla"/>
                <w:sz w:val="36"/>
                <w:szCs w:val="38"/>
                <w:rtl/>
              </w:rPr>
              <w:t>للدراسة</w:t>
            </w:r>
            <w:r w:rsidRPr="008E006D">
              <w:rPr>
                <w:rFonts w:cs="Sakkal Majalla"/>
                <w:sz w:val="36"/>
                <w:szCs w:val="38"/>
              </w:rPr>
              <w:t>.</w:t>
            </w:r>
          </w:p>
        </w:tc>
      </w:tr>
      <w:tr w:rsidR="008E006D" w:rsidRPr="008E006D" w14:paraId="5312138D" w14:textId="77777777" w:rsidTr="008E2B08">
        <w:trPr>
          <w:jc w:val="center"/>
        </w:trPr>
        <w:tc>
          <w:tcPr>
            <w:tcW w:w="1111" w:type="pct"/>
            <w:shd w:val="clear" w:color="auto" w:fill="FFFFFF"/>
            <w:tcMar>
              <w:top w:w="110" w:type="dxa"/>
              <w:left w:w="110" w:type="dxa"/>
              <w:bottom w:w="110" w:type="dxa"/>
              <w:right w:w="110" w:type="dxa"/>
            </w:tcMar>
            <w:vAlign w:val="center"/>
          </w:tcPr>
          <w:p w14:paraId="3BB187D8" w14:textId="77777777" w:rsidR="008E006D" w:rsidRPr="008E006D" w:rsidRDefault="008E006D" w:rsidP="008E2B08">
            <w:pPr>
              <w:ind w:firstLine="0"/>
              <w:jc w:val="center"/>
              <w:rPr>
                <w:rFonts w:cs="Sakkal Majalla"/>
                <w:sz w:val="36"/>
                <w:szCs w:val="38"/>
              </w:rPr>
            </w:pPr>
            <w:r w:rsidRPr="008E006D">
              <w:rPr>
                <w:rFonts w:cs="Sakkal Majalla"/>
                <w:sz w:val="36"/>
                <w:szCs w:val="38"/>
                <w:rtl/>
              </w:rPr>
              <w:lastRenderedPageBreak/>
              <w:t>هيئة</w:t>
            </w:r>
            <w:r w:rsidRPr="008E006D">
              <w:rPr>
                <w:rFonts w:cs="Sakkal Majalla"/>
                <w:sz w:val="36"/>
                <w:szCs w:val="38"/>
              </w:rPr>
              <w:t xml:space="preserve"> </w:t>
            </w:r>
            <w:r w:rsidRPr="008E006D">
              <w:rPr>
                <w:rFonts w:cs="Sakkal Majalla"/>
                <w:sz w:val="36"/>
                <w:szCs w:val="38"/>
                <w:rtl/>
              </w:rPr>
              <w:t>الحكومة</w:t>
            </w:r>
            <w:r w:rsidRPr="008E006D">
              <w:rPr>
                <w:rFonts w:cs="Sakkal Majalla"/>
                <w:sz w:val="36"/>
                <w:szCs w:val="38"/>
              </w:rPr>
              <w:t xml:space="preserve"> </w:t>
            </w:r>
            <w:r w:rsidRPr="008E006D">
              <w:rPr>
                <w:rFonts w:cs="Sakkal Majalla"/>
                <w:sz w:val="36"/>
                <w:szCs w:val="38"/>
                <w:rtl/>
              </w:rPr>
              <w:t>الرقمية</w:t>
            </w:r>
            <w:r w:rsidRPr="008E006D">
              <w:rPr>
                <w:rFonts w:cs="Sakkal Majalla"/>
                <w:sz w:val="36"/>
                <w:szCs w:val="38"/>
              </w:rPr>
              <w:t xml:space="preserve"> (2023)</w:t>
            </w:r>
          </w:p>
        </w:tc>
        <w:tc>
          <w:tcPr>
            <w:tcW w:w="1250" w:type="pct"/>
            <w:shd w:val="clear" w:color="auto" w:fill="FFFFFF"/>
            <w:tcMar>
              <w:top w:w="110" w:type="dxa"/>
              <w:left w:w="110" w:type="dxa"/>
              <w:bottom w:w="110" w:type="dxa"/>
              <w:right w:w="110" w:type="dxa"/>
            </w:tcMar>
            <w:vAlign w:val="center"/>
          </w:tcPr>
          <w:p w14:paraId="24B54901" w14:textId="77777777" w:rsidR="008E006D" w:rsidRPr="008E006D" w:rsidRDefault="008E006D" w:rsidP="008E2B08">
            <w:pPr>
              <w:ind w:firstLine="0"/>
              <w:jc w:val="center"/>
              <w:rPr>
                <w:rFonts w:cs="Sakkal Majalla"/>
                <w:sz w:val="36"/>
                <w:szCs w:val="38"/>
              </w:rPr>
            </w:pPr>
            <w:r w:rsidRPr="008E006D">
              <w:rPr>
                <w:rFonts w:cs="Sakkal Majalla"/>
                <w:sz w:val="36"/>
                <w:szCs w:val="38"/>
                <w:rtl/>
              </w:rPr>
              <w:t>استراتيجية</w:t>
            </w:r>
            <w:r w:rsidRPr="008E006D">
              <w:rPr>
                <w:rFonts w:cs="Sakkal Majalla"/>
                <w:sz w:val="36"/>
                <w:szCs w:val="38"/>
              </w:rPr>
              <w:t xml:space="preserve"> </w:t>
            </w:r>
            <w:r w:rsidRPr="008E006D">
              <w:rPr>
                <w:rFonts w:cs="Sakkal Majalla"/>
                <w:sz w:val="36"/>
                <w:szCs w:val="38"/>
                <w:rtl/>
              </w:rPr>
              <w:t>الحكومة</w:t>
            </w:r>
            <w:r w:rsidRPr="008E006D">
              <w:rPr>
                <w:rFonts w:cs="Sakkal Majalla"/>
                <w:sz w:val="36"/>
                <w:szCs w:val="38"/>
              </w:rPr>
              <w:t xml:space="preserve"> </w:t>
            </w:r>
            <w:r w:rsidRPr="008E006D">
              <w:rPr>
                <w:rFonts w:cs="Sakkal Majalla"/>
                <w:sz w:val="36"/>
                <w:szCs w:val="38"/>
                <w:rtl/>
              </w:rPr>
              <w:t>الرقمية</w:t>
            </w:r>
            <w:r w:rsidRPr="008E006D">
              <w:rPr>
                <w:rFonts w:cs="Sakkal Majalla"/>
                <w:sz w:val="36"/>
                <w:szCs w:val="38"/>
              </w:rPr>
              <w:t xml:space="preserve"> 2023-2030</w:t>
            </w:r>
          </w:p>
        </w:tc>
        <w:tc>
          <w:tcPr>
            <w:tcW w:w="1389" w:type="pct"/>
            <w:shd w:val="clear" w:color="auto" w:fill="FFFFFF"/>
            <w:tcMar>
              <w:top w:w="110" w:type="dxa"/>
              <w:left w:w="110" w:type="dxa"/>
              <w:bottom w:w="110" w:type="dxa"/>
              <w:right w:w="110" w:type="dxa"/>
            </w:tcMar>
            <w:vAlign w:val="center"/>
          </w:tcPr>
          <w:p w14:paraId="59BE758B" w14:textId="77777777" w:rsidR="008E006D" w:rsidRPr="008E006D" w:rsidRDefault="008E006D" w:rsidP="008E2B08">
            <w:pPr>
              <w:ind w:firstLine="0"/>
              <w:jc w:val="center"/>
              <w:rPr>
                <w:rFonts w:cs="Sakkal Majalla"/>
                <w:sz w:val="36"/>
                <w:szCs w:val="38"/>
              </w:rPr>
            </w:pPr>
            <w:r w:rsidRPr="008E006D">
              <w:rPr>
                <w:rFonts w:cs="Sakkal Majalla"/>
                <w:sz w:val="36"/>
                <w:szCs w:val="38"/>
                <w:rtl/>
              </w:rPr>
              <w:t>تحديد</w:t>
            </w:r>
            <w:r w:rsidRPr="008E006D">
              <w:rPr>
                <w:rFonts w:cs="Sakkal Majalla"/>
                <w:sz w:val="36"/>
                <w:szCs w:val="38"/>
              </w:rPr>
              <w:t xml:space="preserve"> </w:t>
            </w:r>
            <w:r w:rsidRPr="008E006D">
              <w:rPr>
                <w:rFonts w:cs="Sakkal Majalla"/>
                <w:sz w:val="36"/>
                <w:szCs w:val="38"/>
                <w:rtl/>
              </w:rPr>
              <w:t>مبادئ</w:t>
            </w:r>
            <w:r w:rsidRPr="008E006D">
              <w:rPr>
                <w:rFonts w:cs="Sakkal Majalla"/>
                <w:sz w:val="36"/>
                <w:szCs w:val="38"/>
              </w:rPr>
              <w:t xml:space="preserve"> </w:t>
            </w:r>
            <w:r w:rsidRPr="008E006D">
              <w:rPr>
                <w:rFonts w:cs="Sakkal Majalla"/>
                <w:sz w:val="36"/>
                <w:szCs w:val="38"/>
                <w:rtl/>
              </w:rPr>
              <w:t>الحكومة</w:t>
            </w:r>
            <w:r w:rsidRPr="008E006D">
              <w:rPr>
                <w:rFonts w:cs="Sakkal Majalla"/>
                <w:sz w:val="36"/>
                <w:szCs w:val="38"/>
              </w:rPr>
              <w:t xml:space="preserve"> </w:t>
            </w:r>
            <w:r w:rsidRPr="008E006D">
              <w:rPr>
                <w:rFonts w:cs="Sakkal Majalla"/>
                <w:sz w:val="36"/>
                <w:szCs w:val="38"/>
                <w:rtl/>
              </w:rPr>
              <w:t>الرقمية</w:t>
            </w:r>
            <w:r w:rsidRPr="008E006D">
              <w:rPr>
                <w:rFonts w:cs="Sakkal Majalla"/>
                <w:sz w:val="36"/>
                <w:szCs w:val="38"/>
              </w:rPr>
              <w:t xml:space="preserve"> </w:t>
            </w:r>
            <w:r w:rsidRPr="008E006D">
              <w:rPr>
                <w:rFonts w:cs="Sakkal Majalla"/>
                <w:sz w:val="36"/>
                <w:szCs w:val="38"/>
                <w:rtl/>
              </w:rPr>
              <w:t>مثل</w:t>
            </w:r>
            <w:r w:rsidRPr="008E006D">
              <w:rPr>
                <w:rFonts w:cs="Sakkal Majalla"/>
                <w:sz w:val="36"/>
                <w:szCs w:val="38"/>
              </w:rPr>
              <w:t xml:space="preserve"> </w:t>
            </w:r>
            <w:proofErr w:type="spellStart"/>
            <w:r w:rsidRPr="008E006D">
              <w:rPr>
                <w:rFonts w:cs="Sakkal Majalla"/>
                <w:sz w:val="36"/>
                <w:szCs w:val="38"/>
                <w:rtl/>
              </w:rPr>
              <w:t>الرقمنة</w:t>
            </w:r>
            <w:proofErr w:type="spellEnd"/>
            <w:r w:rsidRPr="008E006D">
              <w:rPr>
                <w:rFonts w:cs="Sakkal Majalla"/>
                <w:sz w:val="36"/>
                <w:szCs w:val="38"/>
              </w:rPr>
              <w:t xml:space="preserve"> </w:t>
            </w:r>
            <w:r w:rsidRPr="008E006D">
              <w:rPr>
                <w:rFonts w:cs="Sakkal Majalla"/>
                <w:sz w:val="36"/>
                <w:szCs w:val="38"/>
                <w:rtl/>
              </w:rPr>
              <w:t>في</w:t>
            </w:r>
            <w:r w:rsidRPr="008E006D">
              <w:rPr>
                <w:rFonts w:cs="Sakkal Majalla"/>
                <w:sz w:val="36"/>
                <w:szCs w:val="38"/>
              </w:rPr>
              <w:t xml:space="preserve"> </w:t>
            </w:r>
            <w:r w:rsidRPr="008E006D">
              <w:rPr>
                <w:rFonts w:cs="Sakkal Majalla"/>
                <w:sz w:val="36"/>
                <w:szCs w:val="38"/>
                <w:rtl/>
              </w:rPr>
              <w:t>التصميم</w:t>
            </w:r>
            <w:r w:rsidRPr="008E006D">
              <w:rPr>
                <w:rFonts w:cs="Sakkal Majalla"/>
                <w:sz w:val="36"/>
                <w:szCs w:val="38"/>
              </w:rPr>
              <w:t xml:space="preserve"> </w:t>
            </w:r>
            <w:r w:rsidRPr="008E006D">
              <w:rPr>
                <w:rFonts w:cs="Sakkal Majalla"/>
                <w:sz w:val="36"/>
                <w:szCs w:val="38"/>
                <w:rtl/>
              </w:rPr>
              <w:t>وحوكمة</w:t>
            </w:r>
            <w:r w:rsidRPr="008E006D">
              <w:rPr>
                <w:rFonts w:cs="Sakkal Majalla"/>
                <w:sz w:val="36"/>
                <w:szCs w:val="38"/>
              </w:rPr>
              <w:t xml:space="preserve"> </w:t>
            </w:r>
            <w:r w:rsidRPr="008E006D">
              <w:rPr>
                <w:rFonts w:cs="Sakkal Majalla"/>
                <w:sz w:val="36"/>
                <w:szCs w:val="38"/>
                <w:rtl/>
              </w:rPr>
              <w:t>البيانات</w:t>
            </w:r>
            <w:r w:rsidRPr="008E006D">
              <w:rPr>
                <w:rFonts w:cs="Sakkal Majalla"/>
                <w:sz w:val="36"/>
                <w:szCs w:val="38"/>
              </w:rPr>
              <w:t>.</w:t>
            </w:r>
          </w:p>
        </w:tc>
        <w:tc>
          <w:tcPr>
            <w:tcW w:w="1250" w:type="pct"/>
            <w:shd w:val="clear" w:color="auto" w:fill="FFFFFF"/>
            <w:tcMar>
              <w:top w:w="110" w:type="dxa"/>
              <w:left w:w="110" w:type="dxa"/>
              <w:bottom w:w="110" w:type="dxa"/>
              <w:right w:w="110" w:type="dxa"/>
            </w:tcMar>
            <w:vAlign w:val="center"/>
          </w:tcPr>
          <w:p w14:paraId="7AB02897" w14:textId="77777777" w:rsidR="008E006D" w:rsidRPr="008E006D" w:rsidRDefault="008E006D" w:rsidP="008E2B08">
            <w:pPr>
              <w:ind w:firstLine="0"/>
              <w:jc w:val="center"/>
              <w:rPr>
                <w:rFonts w:cs="Sakkal Majalla"/>
                <w:sz w:val="36"/>
                <w:szCs w:val="38"/>
              </w:rPr>
            </w:pPr>
            <w:r w:rsidRPr="008E006D">
              <w:rPr>
                <w:rFonts w:cs="Sakkal Majalla"/>
                <w:sz w:val="36"/>
                <w:szCs w:val="38"/>
                <w:rtl/>
              </w:rPr>
              <w:t>تدعم</w:t>
            </w:r>
            <w:r w:rsidRPr="008E006D">
              <w:rPr>
                <w:rFonts w:cs="Sakkal Majalla"/>
                <w:sz w:val="36"/>
                <w:szCs w:val="38"/>
              </w:rPr>
              <w:t xml:space="preserve"> </w:t>
            </w:r>
            <w:r w:rsidRPr="008E006D">
              <w:rPr>
                <w:rFonts w:cs="Sakkal Majalla"/>
                <w:sz w:val="36"/>
                <w:szCs w:val="38"/>
                <w:rtl/>
              </w:rPr>
              <w:t>بعد</w:t>
            </w:r>
            <w:r w:rsidRPr="008E006D">
              <w:rPr>
                <w:rFonts w:cs="Sakkal Majalla"/>
                <w:sz w:val="36"/>
                <w:szCs w:val="38"/>
              </w:rPr>
              <w:t xml:space="preserve"> </w:t>
            </w:r>
            <w:r w:rsidRPr="008E006D">
              <w:rPr>
                <w:rFonts w:cs="Sakkal Majalla"/>
                <w:sz w:val="36"/>
                <w:szCs w:val="38"/>
                <w:rtl/>
              </w:rPr>
              <w:t>البنية</w:t>
            </w:r>
            <w:r w:rsidRPr="008E006D">
              <w:rPr>
                <w:rFonts w:cs="Sakkal Majalla"/>
                <w:sz w:val="36"/>
                <w:szCs w:val="38"/>
              </w:rPr>
              <w:t xml:space="preserve"> </w:t>
            </w:r>
            <w:r w:rsidRPr="008E006D">
              <w:rPr>
                <w:rFonts w:cs="Sakkal Majalla"/>
                <w:sz w:val="36"/>
                <w:szCs w:val="38"/>
                <w:rtl/>
              </w:rPr>
              <w:t>الرقمية</w:t>
            </w:r>
            <w:r w:rsidRPr="008E006D">
              <w:rPr>
                <w:rFonts w:cs="Sakkal Majalla"/>
                <w:sz w:val="36"/>
                <w:szCs w:val="38"/>
              </w:rPr>
              <w:t xml:space="preserve"> </w:t>
            </w:r>
            <w:r w:rsidRPr="008E006D">
              <w:rPr>
                <w:rFonts w:cs="Sakkal Majalla"/>
                <w:sz w:val="36"/>
                <w:szCs w:val="38"/>
                <w:rtl/>
              </w:rPr>
              <w:t>والحوكمة</w:t>
            </w:r>
            <w:r w:rsidRPr="008E006D">
              <w:rPr>
                <w:rFonts w:cs="Sakkal Majalla"/>
                <w:sz w:val="36"/>
                <w:szCs w:val="38"/>
              </w:rPr>
              <w:t>.</w:t>
            </w:r>
          </w:p>
        </w:tc>
      </w:tr>
      <w:tr w:rsidR="008E006D" w:rsidRPr="008E006D" w14:paraId="046CCDAE" w14:textId="77777777" w:rsidTr="008E2B08">
        <w:trPr>
          <w:jc w:val="center"/>
        </w:trPr>
        <w:tc>
          <w:tcPr>
            <w:tcW w:w="1111" w:type="pct"/>
            <w:shd w:val="clear" w:color="auto" w:fill="F2F6FA"/>
            <w:tcMar>
              <w:top w:w="110" w:type="dxa"/>
              <w:left w:w="110" w:type="dxa"/>
              <w:bottom w:w="110" w:type="dxa"/>
              <w:right w:w="110" w:type="dxa"/>
            </w:tcMar>
            <w:vAlign w:val="center"/>
          </w:tcPr>
          <w:p w14:paraId="7784FB3C" w14:textId="77777777" w:rsidR="008E006D" w:rsidRPr="008E006D" w:rsidRDefault="008E006D" w:rsidP="008E2B08">
            <w:pPr>
              <w:ind w:firstLine="0"/>
              <w:jc w:val="center"/>
              <w:rPr>
                <w:rFonts w:cs="Sakkal Majalla"/>
                <w:sz w:val="36"/>
                <w:szCs w:val="38"/>
              </w:rPr>
            </w:pPr>
            <w:r w:rsidRPr="008E006D">
              <w:rPr>
                <w:rFonts w:cs="Sakkal Majalla"/>
                <w:sz w:val="36"/>
                <w:szCs w:val="38"/>
                <w:rtl/>
              </w:rPr>
              <w:t>هيئة</w:t>
            </w:r>
            <w:r w:rsidRPr="008E006D">
              <w:rPr>
                <w:rFonts w:cs="Sakkal Majalla"/>
                <w:sz w:val="36"/>
                <w:szCs w:val="38"/>
              </w:rPr>
              <w:t xml:space="preserve"> </w:t>
            </w:r>
            <w:r w:rsidRPr="008E006D">
              <w:rPr>
                <w:rFonts w:cs="Sakkal Majalla"/>
                <w:sz w:val="36"/>
                <w:szCs w:val="38"/>
                <w:rtl/>
              </w:rPr>
              <w:t>كفاءة</w:t>
            </w:r>
            <w:r w:rsidRPr="008E006D">
              <w:rPr>
                <w:rFonts w:cs="Sakkal Majalla"/>
                <w:sz w:val="36"/>
                <w:szCs w:val="38"/>
              </w:rPr>
              <w:t xml:space="preserve"> </w:t>
            </w:r>
            <w:r w:rsidRPr="008E006D">
              <w:rPr>
                <w:rFonts w:cs="Sakkal Majalla"/>
                <w:sz w:val="36"/>
                <w:szCs w:val="38"/>
                <w:rtl/>
              </w:rPr>
              <w:t>الإنفاق</w:t>
            </w:r>
            <w:r w:rsidRPr="008E006D">
              <w:rPr>
                <w:rFonts w:cs="Sakkal Majalla"/>
                <w:sz w:val="36"/>
                <w:szCs w:val="38"/>
              </w:rPr>
              <w:t xml:space="preserve"> </w:t>
            </w:r>
            <w:r w:rsidRPr="008E006D">
              <w:rPr>
                <w:rFonts w:cs="Sakkal Majalla"/>
                <w:sz w:val="36"/>
                <w:szCs w:val="38"/>
                <w:rtl/>
              </w:rPr>
              <w:t>والمشروعات</w:t>
            </w:r>
            <w:r w:rsidRPr="008E006D">
              <w:rPr>
                <w:rFonts w:cs="Sakkal Majalla"/>
                <w:sz w:val="36"/>
                <w:szCs w:val="38"/>
              </w:rPr>
              <w:t xml:space="preserve"> </w:t>
            </w:r>
            <w:r w:rsidRPr="008E006D">
              <w:rPr>
                <w:rFonts w:cs="Sakkal Majalla"/>
                <w:sz w:val="36"/>
                <w:szCs w:val="38"/>
                <w:rtl/>
              </w:rPr>
              <w:t>الحكومية</w:t>
            </w:r>
            <w:r w:rsidRPr="008E006D">
              <w:rPr>
                <w:rFonts w:cs="Sakkal Majalla"/>
                <w:sz w:val="36"/>
                <w:szCs w:val="38"/>
              </w:rPr>
              <w:t xml:space="preserve"> (2024)</w:t>
            </w:r>
          </w:p>
        </w:tc>
        <w:tc>
          <w:tcPr>
            <w:tcW w:w="1250" w:type="pct"/>
            <w:shd w:val="clear" w:color="auto" w:fill="F2F6FA"/>
            <w:tcMar>
              <w:top w:w="110" w:type="dxa"/>
              <w:left w:w="110" w:type="dxa"/>
              <w:bottom w:w="110" w:type="dxa"/>
              <w:right w:w="110" w:type="dxa"/>
            </w:tcMar>
            <w:vAlign w:val="center"/>
          </w:tcPr>
          <w:p w14:paraId="43A72608" w14:textId="77777777" w:rsidR="008E006D" w:rsidRPr="008E006D" w:rsidRDefault="008E006D" w:rsidP="008E2B08">
            <w:pPr>
              <w:ind w:firstLine="0"/>
              <w:jc w:val="center"/>
              <w:rPr>
                <w:rFonts w:cs="Sakkal Majalla"/>
                <w:sz w:val="36"/>
                <w:szCs w:val="38"/>
              </w:rPr>
            </w:pPr>
            <w:r w:rsidRPr="008E006D">
              <w:rPr>
                <w:rFonts w:cs="Sakkal Majalla"/>
                <w:sz w:val="36"/>
                <w:szCs w:val="38"/>
                <w:rtl/>
              </w:rPr>
              <w:t>الدليل</w:t>
            </w:r>
            <w:r w:rsidRPr="008E006D">
              <w:rPr>
                <w:rFonts w:cs="Sakkal Majalla"/>
                <w:sz w:val="36"/>
                <w:szCs w:val="38"/>
              </w:rPr>
              <w:t xml:space="preserve"> </w:t>
            </w:r>
            <w:r w:rsidRPr="008E006D">
              <w:rPr>
                <w:rFonts w:cs="Sakkal Majalla"/>
                <w:sz w:val="36"/>
                <w:szCs w:val="38"/>
                <w:rtl/>
              </w:rPr>
              <w:t>الوطني</w:t>
            </w:r>
            <w:r w:rsidRPr="008E006D">
              <w:rPr>
                <w:rFonts w:cs="Sakkal Majalla"/>
                <w:sz w:val="36"/>
                <w:szCs w:val="38"/>
              </w:rPr>
              <w:t xml:space="preserve"> </w:t>
            </w:r>
            <w:r w:rsidRPr="008E006D">
              <w:rPr>
                <w:rFonts w:cs="Sakkal Majalla"/>
                <w:sz w:val="36"/>
                <w:szCs w:val="38"/>
                <w:rtl/>
              </w:rPr>
              <w:t>لإدارة</w:t>
            </w:r>
            <w:r w:rsidRPr="008E006D">
              <w:rPr>
                <w:rFonts w:cs="Sakkal Majalla"/>
                <w:sz w:val="36"/>
                <w:szCs w:val="38"/>
              </w:rPr>
              <w:t xml:space="preserve"> </w:t>
            </w:r>
            <w:r w:rsidRPr="008E006D">
              <w:rPr>
                <w:rFonts w:cs="Sakkal Majalla"/>
                <w:sz w:val="36"/>
                <w:szCs w:val="38"/>
                <w:rtl/>
              </w:rPr>
              <w:t>المشاريع</w:t>
            </w:r>
          </w:p>
        </w:tc>
        <w:tc>
          <w:tcPr>
            <w:tcW w:w="1389" w:type="pct"/>
            <w:shd w:val="clear" w:color="auto" w:fill="F2F6FA"/>
            <w:tcMar>
              <w:top w:w="110" w:type="dxa"/>
              <w:left w:w="110" w:type="dxa"/>
              <w:bottom w:w="110" w:type="dxa"/>
              <w:right w:w="110" w:type="dxa"/>
            </w:tcMar>
            <w:vAlign w:val="center"/>
          </w:tcPr>
          <w:p w14:paraId="7E6AD6D8" w14:textId="77777777" w:rsidR="008E006D" w:rsidRPr="008E006D" w:rsidRDefault="008E006D" w:rsidP="008E2B08">
            <w:pPr>
              <w:ind w:firstLine="0"/>
              <w:jc w:val="center"/>
              <w:rPr>
                <w:rFonts w:cs="Sakkal Majalla"/>
                <w:sz w:val="36"/>
                <w:szCs w:val="38"/>
              </w:rPr>
            </w:pPr>
            <w:r w:rsidRPr="008E006D">
              <w:rPr>
                <w:rFonts w:cs="Sakkal Majalla"/>
                <w:sz w:val="36"/>
                <w:szCs w:val="38"/>
                <w:rtl/>
              </w:rPr>
              <w:t>تقديم</w:t>
            </w:r>
            <w:r w:rsidRPr="008E006D">
              <w:rPr>
                <w:rFonts w:cs="Sakkal Majalla"/>
                <w:sz w:val="36"/>
                <w:szCs w:val="38"/>
              </w:rPr>
              <w:t xml:space="preserve"> </w:t>
            </w:r>
            <w:r w:rsidRPr="008E006D">
              <w:rPr>
                <w:rFonts w:cs="Sakkal Majalla"/>
                <w:sz w:val="36"/>
                <w:szCs w:val="38"/>
                <w:rtl/>
              </w:rPr>
              <w:t>منهجيات</w:t>
            </w:r>
            <w:r w:rsidRPr="008E006D">
              <w:rPr>
                <w:rFonts w:cs="Sakkal Majalla"/>
                <w:sz w:val="36"/>
                <w:szCs w:val="38"/>
              </w:rPr>
              <w:t xml:space="preserve"> </w:t>
            </w:r>
            <w:r w:rsidRPr="008E006D">
              <w:rPr>
                <w:rFonts w:cs="Sakkal Majalla"/>
                <w:sz w:val="36"/>
                <w:szCs w:val="38"/>
                <w:rtl/>
              </w:rPr>
              <w:t>وأدوات</w:t>
            </w:r>
            <w:r w:rsidRPr="008E006D">
              <w:rPr>
                <w:rFonts w:cs="Sakkal Majalla"/>
                <w:sz w:val="36"/>
                <w:szCs w:val="38"/>
              </w:rPr>
              <w:t xml:space="preserve"> </w:t>
            </w:r>
            <w:r w:rsidRPr="008E006D">
              <w:rPr>
                <w:rFonts w:cs="Sakkal Majalla"/>
                <w:sz w:val="36"/>
                <w:szCs w:val="38"/>
                <w:rtl/>
              </w:rPr>
              <w:t>لإدارة</w:t>
            </w:r>
            <w:r w:rsidRPr="008E006D">
              <w:rPr>
                <w:rFonts w:cs="Sakkal Majalla"/>
                <w:sz w:val="36"/>
                <w:szCs w:val="38"/>
              </w:rPr>
              <w:t xml:space="preserve"> </w:t>
            </w:r>
            <w:r w:rsidRPr="008E006D">
              <w:rPr>
                <w:rFonts w:cs="Sakkal Majalla"/>
                <w:sz w:val="36"/>
                <w:szCs w:val="38"/>
                <w:rtl/>
              </w:rPr>
              <w:t>المشاريع</w:t>
            </w:r>
            <w:r w:rsidRPr="008E006D">
              <w:rPr>
                <w:rFonts w:cs="Sakkal Majalla"/>
                <w:sz w:val="36"/>
                <w:szCs w:val="38"/>
              </w:rPr>
              <w:t xml:space="preserve"> </w:t>
            </w:r>
            <w:r w:rsidRPr="008E006D">
              <w:rPr>
                <w:rFonts w:cs="Sakkal Majalla"/>
                <w:sz w:val="36"/>
                <w:szCs w:val="38"/>
                <w:rtl/>
              </w:rPr>
              <w:t>الحكومية</w:t>
            </w:r>
            <w:r w:rsidRPr="008E006D">
              <w:rPr>
                <w:rFonts w:cs="Sakkal Majalla"/>
                <w:sz w:val="36"/>
                <w:szCs w:val="38"/>
              </w:rPr>
              <w:t xml:space="preserve"> </w:t>
            </w:r>
            <w:r w:rsidRPr="008E006D">
              <w:rPr>
                <w:rFonts w:cs="Sakkal Majalla"/>
                <w:sz w:val="36"/>
                <w:szCs w:val="38"/>
                <w:rtl/>
              </w:rPr>
              <w:t>وتحسين</w:t>
            </w:r>
            <w:r w:rsidRPr="008E006D">
              <w:rPr>
                <w:rFonts w:cs="Sakkal Majalla"/>
                <w:sz w:val="36"/>
                <w:szCs w:val="38"/>
              </w:rPr>
              <w:t xml:space="preserve"> </w:t>
            </w:r>
            <w:r w:rsidRPr="008E006D">
              <w:rPr>
                <w:rFonts w:cs="Sakkal Majalla"/>
                <w:sz w:val="36"/>
                <w:szCs w:val="38"/>
                <w:rtl/>
              </w:rPr>
              <w:t>جودة</w:t>
            </w:r>
            <w:r w:rsidRPr="008E006D">
              <w:rPr>
                <w:rFonts w:cs="Sakkal Majalla"/>
                <w:sz w:val="36"/>
                <w:szCs w:val="38"/>
              </w:rPr>
              <w:t xml:space="preserve"> </w:t>
            </w:r>
            <w:r w:rsidRPr="008E006D">
              <w:rPr>
                <w:rFonts w:cs="Sakkal Majalla"/>
                <w:sz w:val="36"/>
                <w:szCs w:val="38"/>
                <w:rtl/>
              </w:rPr>
              <w:t>التنفيذ</w:t>
            </w:r>
            <w:r w:rsidRPr="008E006D">
              <w:rPr>
                <w:rFonts w:cs="Sakkal Majalla"/>
                <w:sz w:val="36"/>
                <w:szCs w:val="38"/>
              </w:rPr>
              <w:t>.</w:t>
            </w:r>
          </w:p>
        </w:tc>
        <w:tc>
          <w:tcPr>
            <w:tcW w:w="1250" w:type="pct"/>
            <w:shd w:val="clear" w:color="auto" w:fill="F2F6FA"/>
            <w:tcMar>
              <w:top w:w="110" w:type="dxa"/>
              <w:left w:w="110" w:type="dxa"/>
              <w:bottom w:w="110" w:type="dxa"/>
              <w:right w:w="110" w:type="dxa"/>
            </w:tcMar>
            <w:vAlign w:val="center"/>
          </w:tcPr>
          <w:p w14:paraId="63C129C8" w14:textId="77777777" w:rsidR="008E006D" w:rsidRPr="008E006D" w:rsidRDefault="008E006D" w:rsidP="008E2B08">
            <w:pPr>
              <w:ind w:firstLine="0"/>
              <w:jc w:val="center"/>
              <w:rPr>
                <w:rFonts w:cs="Sakkal Majalla"/>
                <w:sz w:val="36"/>
                <w:szCs w:val="38"/>
              </w:rPr>
            </w:pPr>
            <w:r w:rsidRPr="008E006D">
              <w:rPr>
                <w:rFonts w:cs="Sakkal Majalla"/>
                <w:sz w:val="36"/>
                <w:szCs w:val="38"/>
                <w:rtl/>
              </w:rPr>
              <w:t>تدعم</w:t>
            </w:r>
            <w:r w:rsidRPr="008E006D">
              <w:rPr>
                <w:rFonts w:cs="Sakkal Majalla"/>
                <w:sz w:val="36"/>
                <w:szCs w:val="38"/>
              </w:rPr>
              <w:t xml:space="preserve"> </w:t>
            </w:r>
            <w:r w:rsidRPr="008E006D">
              <w:rPr>
                <w:rFonts w:cs="Sakkal Majalla"/>
                <w:sz w:val="36"/>
                <w:szCs w:val="38"/>
                <w:rtl/>
              </w:rPr>
              <w:t>بناء</w:t>
            </w:r>
            <w:r w:rsidRPr="008E006D">
              <w:rPr>
                <w:rFonts w:cs="Sakkal Majalla"/>
                <w:sz w:val="36"/>
                <w:szCs w:val="38"/>
              </w:rPr>
              <w:t xml:space="preserve"> </w:t>
            </w:r>
            <w:r w:rsidRPr="008E006D">
              <w:rPr>
                <w:rFonts w:cs="Sakkal Majalla"/>
                <w:sz w:val="36"/>
                <w:szCs w:val="38"/>
                <w:rtl/>
              </w:rPr>
              <w:t>معايير</w:t>
            </w:r>
            <w:r w:rsidRPr="008E006D">
              <w:rPr>
                <w:rFonts w:cs="Sakkal Majalla"/>
                <w:sz w:val="36"/>
                <w:szCs w:val="38"/>
              </w:rPr>
              <w:t xml:space="preserve"> </w:t>
            </w:r>
            <w:r w:rsidRPr="008E006D">
              <w:rPr>
                <w:rFonts w:cs="Sakkal Majalla"/>
                <w:sz w:val="36"/>
                <w:szCs w:val="38"/>
                <w:rtl/>
              </w:rPr>
              <w:t>نجاح</w:t>
            </w:r>
            <w:r w:rsidRPr="008E006D">
              <w:rPr>
                <w:rFonts w:cs="Sakkal Majalla"/>
                <w:sz w:val="36"/>
                <w:szCs w:val="38"/>
              </w:rPr>
              <w:t xml:space="preserve"> </w:t>
            </w:r>
            <w:r w:rsidRPr="008E006D">
              <w:rPr>
                <w:rFonts w:cs="Sakkal Majalla"/>
                <w:sz w:val="36"/>
                <w:szCs w:val="38"/>
                <w:rtl/>
              </w:rPr>
              <w:t>المشروع</w:t>
            </w:r>
            <w:r w:rsidRPr="008E006D">
              <w:rPr>
                <w:rFonts w:cs="Sakkal Majalla"/>
                <w:sz w:val="36"/>
                <w:szCs w:val="38"/>
              </w:rPr>
              <w:t xml:space="preserve"> </w:t>
            </w:r>
            <w:r w:rsidRPr="008E006D">
              <w:rPr>
                <w:rFonts w:cs="Sakkal Majalla"/>
                <w:sz w:val="36"/>
                <w:szCs w:val="38"/>
                <w:rtl/>
              </w:rPr>
              <w:t>الحكومي</w:t>
            </w:r>
            <w:r w:rsidRPr="008E006D">
              <w:rPr>
                <w:rFonts w:cs="Sakkal Majalla"/>
                <w:sz w:val="36"/>
                <w:szCs w:val="38"/>
              </w:rPr>
              <w:t>.</w:t>
            </w:r>
          </w:p>
        </w:tc>
      </w:tr>
      <w:tr w:rsidR="008E006D" w:rsidRPr="008E006D" w14:paraId="7A5275E2" w14:textId="77777777" w:rsidTr="008E2B08">
        <w:trPr>
          <w:jc w:val="center"/>
        </w:trPr>
        <w:tc>
          <w:tcPr>
            <w:tcW w:w="1111" w:type="pct"/>
            <w:shd w:val="clear" w:color="auto" w:fill="FFFFFF"/>
            <w:tcMar>
              <w:top w:w="110" w:type="dxa"/>
              <w:left w:w="110" w:type="dxa"/>
              <w:bottom w:w="110" w:type="dxa"/>
              <w:right w:w="110" w:type="dxa"/>
            </w:tcMar>
            <w:vAlign w:val="center"/>
          </w:tcPr>
          <w:p w14:paraId="5D1B2E87" w14:textId="77777777" w:rsidR="008E006D" w:rsidRPr="008E006D" w:rsidRDefault="008E006D" w:rsidP="008E2B08">
            <w:pPr>
              <w:ind w:firstLine="0"/>
              <w:jc w:val="center"/>
              <w:rPr>
                <w:rFonts w:cs="Sakkal Majalla"/>
                <w:sz w:val="36"/>
                <w:szCs w:val="38"/>
              </w:rPr>
            </w:pPr>
            <w:r w:rsidRPr="008E006D">
              <w:rPr>
                <w:rFonts w:cs="Sakkal Majalla"/>
                <w:sz w:val="36"/>
                <w:szCs w:val="38"/>
                <w:rtl/>
              </w:rPr>
              <w:t>هيئة</w:t>
            </w:r>
            <w:r w:rsidRPr="008E006D">
              <w:rPr>
                <w:rFonts w:cs="Sakkal Majalla"/>
                <w:sz w:val="36"/>
                <w:szCs w:val="38"/>
              </w:rPr>
              <w:t xml:space="preserve"> </w:t>
            </w:r>
            <w:r w:rsidRPr="008E006D">
              <w:rPr>
                <w:rFonts w:cs="Sakkal Majalla"/>
                <w:sz w:val="36"/>
                <w:szCs w:val="38"/>
                <w:rtl/>
              </w:rPr>
              <w:t>الحكومة</w:t>
            </w:r>
            <w:r w:rsidRPr="008E006D">
              <w:rPr>
                <w:rFonts w:cs="Sakkal Majalla"/>
                <w:sz w:val="36"/>
                <w:szCs w:val="38"/>
              </w:rPr>
              <w:t xml:space="preserve"> </w:t>
            </w:r>
            <w:r w:rsidRPr="008E006D">
              <w:rPr>
                <w:rFonts w:cs="Sakkal Majalla"/>
                <w:sz w:val="36"/>
                <w:szCs w:val="38"/>
                <w:rtl/>
              </w:rPr>
              <w:t>الرقمية</w:t>
            </w:r>
            <w:r w:rsidRPr="008E006D">
              <w:rPr>
                <w:rFonts w:cs="Sakkal Majalla"/>
                <w:sz w:val="36"/>
                <w:szCs w:val="38"/>
              </w:rPr>
              <w:t xml:space="preserve"> (2024)</w:t>
            </w:r>
          </w:p>
        </w:tc>
        <w:tc>
          <w:tcPr>
            <w:tcW w:w="1250" w:type="pct"/>
            <w:shd w:val="clear" w:color="auto" w:fill="FFFFFF"/>
            <w:tcMar>
              <w:top w:w="110" w:type="dxa"/>
              <w:left w:w="110" w:type="dxa"/>
              <w:bottom w:w="110" w:type="dxa"/>
              <w:right w:w="110" w:type="dxa"/>
            </w:tcMar>
            <w:vAlign w:val="center"/>
          </w:tcPr>
          <w:p w14:paraId="76D4D239" w14:textId="77777777" w:rsidR="008E006D" w:rsidRPr="008E006D" w:rsidRDefault="008E006D" w:rsidP="008E2B08">
            <w:pPr>
              <w:ind w:firstLine="0"/>
              <w:jc w:val="center"/>
              <w:rPr>
                <w:rFonts w:cs="Sakkal Majalla"/>
                <w:sz w:val="36"/>
                <w:szCs w:val="38"/>
              </w:rPr>
            </w:pPr>
            <w:r w:rsidRPr="008E006D">
              <w:rPr>
                <w:rFonts w:cs="Sakkal Majalla"/>
                <w:sz w:val="36"/>
                <w:szCs w:val="38"/>
                <w:rtl/>
              </w:rPr>
              <w:t>الدليل</w:t>
            </w:r>
            <w:r w:rsidRPr="008E006D">
              <w:rPr>
                <w:rFonts w:cs="Sakkal Majalla"/>
                <w:sz w:val="36"/>
                <w:szCs w:val="38"/>
              </w:rPr>
              <w:t xml:space="preserve"> </w:t>
            </w:r>
            <w:proofErr w:type="spellStart"/>
            <w:r w:rsidRPr="008E006D">
              <w:rPr>
                <w:rFonts w:cs="Sakkal Majalla"/>
                <w:sz w:val="36"/>
                <w:szCs w:val="38"/>
                <w:rtl/>
              </w:rPr>
              <w:t>الاسترشادي</w:t>
            </w:r>
            <w:proofErr w:type="spellEnd"/>
            <w:r w:rsidRPr="008E006D">
              <w:rPr>
                <w:rFonts w:cs="Sakkal Majalla"/>
                <w:sz w:val="36"/>
                <w:szCs w:val="38"/>
              </w:rPr>
              <w:t xml:space="preserve"> </w:t>
            </w:r>
            <w:r w:rsidRPr="008E006D">
              <w:rPr>
                <w:rFonts w:cs="Sakkal Majalla"/>
                <w:sz w:val="36"/>
                <w:szCs w:val="38"/>
                <w:rtl/>
              </w:rPr>
              <w:t>لإدارة</w:t>
            </w:r>
            <w:r w:rsidRPr="008E006D">
              <w:rPr>
                <w:rFonts w:cs="Sakkal Majalla"/>
                <w:sz w:val="36"/>
                <w:szCs w:val="38"/>
              </w:rPr>
              <w:t xml:space="preserve"> </w:t>
            </w:r>
            <w:r w:rsidRPr="008E006D">
              <w:rPr>
                <w:rFonts w:cs="Sakkal Majalla"/>
                <w:sz w:val="36"/>
                <w:szCs w:val="38"/>
                <w:rtl/>
              </w:rPr>
              <w:t>المشروع</w:t>
            </w:r>
            <w:r w:rsidRPr="008E006D">
              <w:rPr>
                <w:rFonts w:cs="Sakkal Majalla"/>
                <w:sz w:val="36"/>
                <w:szCs w:val="38"/>
              </w:rPr>
              <w:t xml:space="preserve"> </w:t>
            </w:r>
            <w:r w:rsidRPr="008E006D">
              <w:rPr>
                <w:rFonts w:cs="Sakkal Majalla"/>
                <w:sz w:val="36"/>
                <w:szCs w:val="38"/>
                <w:rtl/>
              </w:rPr>
              <w:t>الرقمي</w:t>
            </w:r>
          </w:p>
        </w:tc>
        <w:tc>
          <w:tcPr>
            <w:tcW w:w="1389" w:type="pct"/>
            <w:shd w:val="clear" w:color="auto" w:fill="FFFFFF"/>
            <w:tcMar>
              <w:top w:w="110" w:type="dxa"/>
              <w:left w:w="110" w:type="dxa"/>
              <w:bottom w:w="110" w:type="dxa"/>
              <w:right w:w="110" w:type="dxa"/>
            </w:tcMar>
            <w:vAlign w:val="center"/>
          </w:tcPr>
          <w:p w14:paraId="5D91C519" w14:textId="77777777" w:rsidR="008E006D" w:rsidRPr="008E006D" w:rsidRDefault="008E006D" w:rsidP="008E2B08">
            <w:pPr>
              <w:ind w:firstLine="0"/>
              <w:jc w:val="center"/>
              <w:rPr>
                <w:rFonts w:cs="Sakkal Majalla"/>
                <w:sz w:val="36"/>
                <w:szCs w:val="38"/>
              </w:rPr>
            </w:pPr>
            <w:r w:rsidRPr="008E006D">
              <w:rPr>
                <w:rFonts w:cs="Sakkal Majalla"/>
                <w:sz w:val="36"/>
                <w:szCs w:val="38"/>
                <w:rtl/>
              </w:rPr>
              <w:t>تحديد</w:t>
            </w:r>
            <w:r w:rsidRPr="008E006D">
              <w:rPr>
                <w:rFonts w:cs="Sakkal Majalla"/>
                <w:sz w:val="36"/>
                <w:szCs w:val="38"/>
              </w:rPr>
              <w:t xml:space="preserve"> </w:t>
            </w:r>
            <w:r w:rsidRPr="008E006D">
              <w:rPr>
                <w:rFonts w:cs="Sakkal Majalla"/>
                <w:sz w:val="36"/>
                <w:szCs w:val="38"/>
                <w:rtl/>
              </w:rPr>
              <w:t>آلية</w:t>
            </w:r>
            <w:r w:rsidRPr="008E006D">
              <w:rPr>
                <w:rFonts w:cs="Sakkal Majalla"/>
                <w:sz w:val="36"/>
                <w:szCs w:val="38"/>
              </w:rPr>
              <w:t xml:space="preserve"> </w:t>
            </w:r>
            <w:r w:rsidRPr="008E006D">
              <w:rPr>
                <w:rFonts w:cs="Sakkal Majalla"/>
                <w:sz w:val="36"/>
                <w:szCs w:val="38"/>
                <w:rtl/>
              </w:rPr>
              <w:t>إدارة</w:t>
            </w:r>
            <w:r w:rsidRPr="008E006D">
              <w:rPr>
                <w:rFonts w:cs="Sakkal Majalla"/>
                <w:sz w:val="36"/>
                <w:szCs w:val="38"/>
              </w:rPr>
              <w:t xml:space="preserve"> </w:t>
            </w:r>
            <w:r w:rsidRPr="008E006D">
              <w:rPr>
                <w:rFonts w:cs="Sakkal Majalla"/>
                <w:sz w:val="36"/>
                <w:szCs w:val="38"/>
                <w:rtl/>
              </w:rPr>
              <w:t>المشروع</w:t>
            </w:r>
            <w:r w:rsidRPr="008E006D">
              <w:rPr>
                <w:rFonts w:cs="Sakkal Majalla"/>
                <w:sz w:val="36"/>
                <w:szCs w:val="38"/>
              </w:rPr>
              <w:t xml:space="preserve"> </w:t>
            </w:r>
            <w:r w:rsidRPr="008E006D">
              <w:rPr>
                <w:rFonts w:cs="Sakkal Majalla"/>
                <w:sz w:val="36"/>
                <w:szCs w:val="38"/>
                <w:rtl/>
              </w:rPr>
              <w:t>الرقمي</w:t>
            </w:r>
            <w:r w:rsidRPr="008E006D">
              <w:rPr>
                <w:rFonts w:cs="Sakkal Majalla"/>
                <w:sz w:val="36"/>
                <w:szCs w:val="38"/>
              </w:rPr>
              <w:t xml:space="preserve"> </w:t>
            </w:r>
            <w:r w:rsidRPr="008E006D">
              <w:rPr>
                <w:rFonts w:cs="Sakkal Majalla"/>
                <w:sz w:val="36"/>
                <w:szCs w:val="38"/>
                <w:rtl/>
              </w:rPr>
              <w:t>وممكنات</w:t>
            </w:r>
            <w:r w:rsidRPr="008E006D">
              <w:rPr>
                <w:rFonts w:cs="Sakkal Majalla"/>
                <w:sz w:val="36"/>
                <w:szCs w:val="38"/>
              </w:rPr>
              <w:t xml:space="preserve"> </w:t>
            </w:r>
            <w:r w:rsidRPr="008E006D">
              <w:rPr>
                <w:rFonts w:cs="Sakkal Majalla"/>
                <w:sz w:val="36"/>
                <w:szCs w:val="38"/>
                <w:rtl/>
              </w:rPr>
              <w:t>نجاحه</w:t>
            </w:r>
            <w:r w:rsidRPr="008E006D">
              <w:rPr>
                <w:rFonts w:cs="Sakkal Majalla"/>
                <w:sz w:val="36"/>
                <w:szCs w:val="38"/>
              </w:rPr>
              <w:t xml:space="preserve"> </w:t>
            </w:r>
            <w:r w:rsidRPr="008E006D">
              <w:rPr>
                <w:rFonts w:cs="Sakkal Majalla"/>
                <w:sz w:val="36"/>
                <w:szCs w:val="38"/>
                <w:rtl/>
              </w:rPr>
              <w:t>في</w:t>
            </w:r>
            <w:r w:rsidRPr="008E006D">
              <w:rPr>
                <w:rFonts w:cs="Sakkal Majalla"/>
                <w:sz w:val="36"/>
                <w:szCs w:val="38"/>
              </w:rPr>
              <w:t xml:space="preserve"> </w:t>
            </w:r>
            <w:r w:rsidRPr="008E006D">
              <w:rPr>
                <w:rFonts w:cs="Sakkal Majalla"/>
                <w:sz w:val="36"/>
                <w:szCs w:val="38"/>
                <w:rtl/>
              </w:rPr>
              <w:t>الجهات</w:t>
            </w:r>
            <w:r w:rsidRPr="008E006D">
              <w:rPr>
                <w:rFonts w:cs="Sakkal Majalla"/>
                <w:sz w:val="36"/>
                <w:szCs w:val="38"/>
              </w:rPr>
              <w:t xml:space="preserve"> </w:t>
            </w:r>
            <w:r w:rsidRPr="008E006D">
              <w:rPr>
                <w:rFonts w:cs="Sakkal Majalla"/>
                <w:sz w:val="36"/>
                <w:szCs w:val="38"/>
                <w:rtl/>
              </w:rPr>
              <w:t>الحكومية</w:t>
            </w:r>
            <w:r w:rsidRPr="008E006D">
              <w:rPr>
                <w:rFonts w:cs="Sakkal Majalla"/>
                <w:sz w:val="36"/>
                <w:szCs w:val="38"/>
              </w:rPr>
              <w:t>.</w:t>
            </w:r>
          </w:p>
        </w:tc>
        <w:tc>
          <w:tcPr>
            <w:tcW w:w="1250" w:type="pct"/>
            <w:shd w:val="clear" w:color="auto" w:fill="FFFFFF"/>
            <w:tcMar>
              <w:top w:w="110" w:type="dxa"/>
              <w:left w:w="110" w:type="dxa"/>
              <w:bottom w:w="110" w:type="dxa"/>
              <w:right w:w="110" w:type="dxa"/>
            </w:tcMar>
            <w:vAlign w:val="center"/>
          </w:tcPr>
          <w:p w14:paraId="3C433B9B" w14:textId="77777777" w:rsidR="008E006D" w:rsidRPr="008E006D" w:rsidRDefault="008E006D" w:rsidP="008E2B08">
            <w:pPr>
              <w:ind w:firstLine="0"/>
              <w:jc w:val="center"/>
              <w:rPr>
                <w:rFonts w:cs="Sakkal Majalla"/>
                <w:sz w:val="36"/>
                <w:szCs w:val="38"/>
              </w:rPr>
            </w:pPr>
            <w:r w:rsidRPr="008E006D">
              <w:rPr>
                <w:rFonts w:cs="Sakkal Majalla"/>
                <w:sz w:val="36"/>
                <w:szCs w:val="38"/>
                <w:rtl/>
              </w:rPr>
              <w:t>يمثل</w:t>
            </w:r>
            <w:r w:rsidRPr="008E006D">
              <w:rPr>
                <w:rFonts w:cs="Sakkal Majalla"/>
                <w:sz w:val="36"/>
                <w:szCs w:val="38"/>
              </w:rPr>
              <w:t xml:space="preserve"> </w:t>
            </w:r>
            <w:r w:rsidRPr="008E006D">
              <w:rPr>
                <w:rFonts w:cs="Sakkal Majalla"/>
                <w:sz w:val="36"/>
                <w:szCs w:val="38"/>
                <w:rtl/>
              </w:rPr>
              <w:t>مرجعًا</w:t>
            </w:r>
            <w:r w:rsidRPr="008E006D">
              <w:rPr>
                <w:rFonts w:cs="Sakkal Majalla"/>
                <w:sz w:val="36"/>
                <w:szCs w:val="38"/>
              </w:rPr>
              <w:t xml:space="preserve"> </w:t>
            </w:r>
            <w:r w:rsidRPr="008E006D">
              <w:rPr>
                <w:rFonts w:cs="Sakkal Majalla"/>
                <w:sz w:val="36"/>
                <w:szCs w:val="38"/>
                <w:rtl/>
              </w:rPr>
              <w:t>مباشرًا</w:t>
            </w:r>
            <w:r w:rsidRPr="008E006D">
              <w:rPr>
                <w:rFonts w:cs="Sakkal Majalla"/>
                <w:sz w:val="36"/>
                <w:szCs w:val="38"/>
              </w:rPr>
              <w:t xml:space="preserve"> </w:t>
            </w:r>
            <w:r w:rsidRPr="008E006D">
              <w:rPr>
                <w:rFonts w:cs="Sakkal Majalla"/>
                <w:sz w:val="36"/>
                <w:szCs w:val="38"/>
                <w:rtl/>
              </w:rPr>
              <w:t>لبناء</w:t>
            </w:r>
            <w:r w:rsidRPr="008E006D">
              <w:rPr>
                <w:rFonts w:cs="Sakkal Majalla"/>
                <w:sz w:val="36"/>
                <w:szCs w:val="38"/>
              </w:rPr>
              <w:t xml:space="preserve"> </w:t>
            </w:r>
            <w:r w:rsidRPr="008E006D">
              <w:rPr>
                <w:rFonts w:cs="Sakkal Majalla"/>
                <w:sz w:val="36"/>
                <w:szCs w:val="38"/>
                <w:rtl/>
              </w:rPr>
              <w:t>محاور</w:t>
            </w:r>
            <w:r w:rsidRPr="008E006D">
              <w:rPr>
                <w:rFonts w:cs="Sakkal Majalla"/>
                <w:sz w:val="36"/>
                <w:szCs w:val="38"/>
              </w:rPr>
              <w:t xml:space="preserve"> </w:t>
            </w:r>
            <w:r w:rsidRPr="008E006D">
              <w:rPr>
                <w:rFonts w:cs="Sakkal Majalla"/>
                <w:sz w:val="36"/>
                <w:szCs w:val="38"/>
                <w:rtl/>
              </w:rPr>
              <w:t>الأداة</w:t>
            </w:r>
            <w:r w:rsidRPr="008E006D">
              <w:rPr>
                <w:rFonts w:cs="Sakkal Majalla"/>
                <w:sz w:val="36"/>
                <w:szCs w:val="38"/>
              </w:rPr>
              <w:t xml:space="preserve"> </w:t>
            </w:r>
            <w:r w:rsidRPr="008E006D">
              <w:rPr>
                <w:rFonts w:cs="Sakkal Majalla"/>
                <w:sz w:val="36"/>
                <w:szCs w:val="38"/>
                <w:rtl/>
              </w:rPr>
              <w:t>والتوصيات</w:t>
            </w:r>
            <w:r w:rsidRPr="008E006D">
              <w:rPr>
                <w:rFonts w:cs="Sakkal Majalla"/>
                <w:sz w:val="36"/>
                <w:szCs w:val="38"/>
              </w:rPr>
              <w:t>.</w:t>
            </w:r>
          </w:p>
        </w:tc>
      </w:tr>
      <w:tr w:rsidR="008E006D" w:rsidRPr="008E006D" w14:paraId="727B54F2" w14:textId="77777777" w:rsidTr="008E2B08">
        <w:trPr>
          <w:jc w:val="center"/>
        </w:trPr>
        <w:tc>
          <w:tcPr>
            <w:tcW w:w="1111" w:type="pct"/>
            <w:shd w:val="clear" w:color="auto" w:fill="F2F6FA"/>
            <w:tcMar>
              <w:top w:w="110" w:type="dxa"/>
              <w:left w:w="110" w:type="dxa"/>
              <w:bottom w:w="110" w:type="dxa"/>
              <w:right w:w="110" w:type="dxa"/>
            </w:tcMar>
            <w:vAlign w:val="center"/>
          </w:tcPr>
          <w:p w14:paraId="4881515E" w14:textId="77777777" w:rsidR="008E006D" w:rsidRPr="008E006D" w:rsidRDefault="008E006D" w:rsidP="008E2B08">
            <w:pPr>
              <w:ind w:firstLine="0"/>
              <w:jc w:val="center"/>
              <w:rPr>
                <w:rFonts w:cs="Sakkal Majalla"/>
                <w:sz w:val="36"/>
                <w:szCs w:val="38"/>
              </w:rPr>
            </w:pPr>
            <w:r w:rsidRPr="008E006D">
              <w:rPr>
                <w:rFonts w:cs="Sakkal Majalla"/>
                <w:sz w:val="36"/>
                <w:szCs w:val="38"/>
                <w:rtl/>
              </w:rPr>
              <w:t>هيئة</w:t>
            </w:r>
            <w:r w:rsidRPr="008E006D">
              <w:rPr>
                <w:rFonts w:cs="Sakkal Majalla"/>
                <w:sz w:val="36"/>
                <w:szCs w:val="38"/>
              </w:rPr>
              <w:t xml:space="preserve"> </w:t>
            </w:r>
            <w:r w:rsidRPr="008E006D">
              <w:rPr>
                <w:rFonts w:cs="Sakkal Majalla"/>
                <w:sz w:val="36"/>
                <w:szCs w:val="38"/>
                <w:rtl/>
              </w:rPr>
              <w:t>الحكومة</w:t>
            </w:r>
            <w:r w:rsidRPr="008E006D">
              <w:rPr>
                <w:rFonts w:cs="Sakkal Majalla"/>
                <w:sz w:val="36"/>
                <w:szCs w:val="38"/>
              </w:rPr>
              <w:t xml:space="preserve"> </w:t>
            </w:r>
            <w:r w:rsidRPr="008E006D">
              <w:rPr>
                <w:rFonts w:cs="Sakkal Majalla"/>
                <w:sz w:val="36"/>
                <w:szCs w:val="38"/>
                <w:rtl/>
              </w:rPr>
              <w:t>الرقمية</w:t>
            </w:r>
            <w:r w:rsidRPr="008E006D">
              <w:rPr>
                <w:rFonts w:cs="Sakkal Majalla"/>
                <w:sz w:val="36"/>
                <w:szCs w:val="38"/>
              </w:rPr>
              <w:t xml:space="preserve"> (2025)</w:t>
            </w:r>
          </w:p>
        </w:tc>
        <w:tc>
          <w:tcPr>
            <w:tcW w:w="1250" w:type="pct"/>
            <w:shd w:val="clear" w:color="auto" w:fill="F2F6FA"/>
            <w:tcMar>
              <w:top w:w="110" w:type="dxa"/>
              <w:left w:w="110" w:type="dxa"/>
              <w:bottom w:w="110" w:type="dxa"/>
              <w:right w:w="110" w:type="dxa"/>
            </w:tcMar>
            <w:vAlign w:val="center"/>
          </w:tcPr>
          <w:p w14:paraId="241B5D24" w14:textId="77777777" w:rsidR="008E006D" w:rsidRPr="008E006D" w:rsidRDefault="008E006D" w:rsidP="008E2B08">
            <w:pPr>
              <w:ind w:firstLine="0"/>
              <w:jc w:val="center"/>
              <w:rPr>
                <w:rFonts w:cs="Sakkal Majalla"/>
                <w:sz w:val="36"/>
                <w:szCs w:val="38"/>
              </w:rPr>
            </w:pPr>
            <w:r w:rsidRPr="008E006D">
              <w:rPr>
                <w:rFonts w:cs="Sakkal Majalla"/>
                <w:sz w:val="36"/>
                <w:szCs w:val="38"/>
                <w:rtl/>
              </w:rPr>
              <w:t>ضوابط</w:t>
            </w:r>
            <w:r w:rsidRPr="008E006D">
              <w:rPr>
                <w:rFonts w:cs="Sakkal Majalla"/>
                <w:sz w:val="36"/>
                <w:szCs w:val="38"/>
              </w:rPr>
              <w:t xml:space="preserve"> </w:t>
            </w:r>
            <w:r w:rsidRPr="008E006D">
              <w:rPr>
                <w:rFonts w:cs="Sakkal Majalla"/>
                <w:sz w:val="36"/>
                <w:szCs w:val="38"/>
                <w:rtl/>
              </w:rPr>
              <w:t>إدارة</w:t>
            </w:r>
            <w:r w:rsidRPr="008E006D">
              <w:rPr>
                <w:rFonts w:cs="Sakkal Majalla"/>
                <w:sz w:val="36"/>
                <w:szCs w:val="38"/>
              </w:rPr>
              <w:t xml:space="preserve"> </w:t>
            </w:r>
            <w:r w:rsidRPr="008E006D">
              <w:rPr>
                <w:rFonts w:cs="Sakkal Majalla"/>
                <w:sz w:val="36"/>
                <w:szCs w:val="38"/>
                <w:rtl/>
              </w:rPr>
              <w:t>المخاطر</w:t>
            </w:r>
            <w:r w:rsidRPr="008E006D">
              <w:rPr>
                <w:rFonts w:cs="Sakkal Majalla"/>
                <w:sz w:val="36"/>
                <w:szCs w:val="38"/>
              </w:rPr>
              <w:t xml:space="preserve"> </w:t>
            </w:r>
            <w:r w:rsidRPr="008E006D">
              <w:rPr>
                <w:rFonts w:cs="Sakkal Majalla"/>
                <w:sz w:val="36"/>
                <w:szCs w:val="38"/>
                <w:rtl/>
              </w:rPr>
              <w:t>واستمرارية</w:t>
            </w:r>
            <w:r w:rsidRPr="008E006D">
              <w:rPr>
                <w:rFonts w:cs="Sakkal Majalla"/>
                <w:sz w:val="36"/>
                <w:szCs w:val="38"/>
              </w:rPr>
              <w:t xml:space="preserve"> </w:t>
            </w:r>
            <w:r w:rsidRPr="008E006D">
              <w:rPr>
                <w:rFonts w:cs="Sakkal Majalla"/>
                <w:sz w:val="36"/>
                <w:szCs w:val="38"/>
                <w:rtl/>
              </w:rPr>
              <w:t>الأعمال</w:t>
            </w:r>
            <w:r w:rsidRPr="008E006D">
              <w:rPr>
                <w:rFonts w:cs="Sakkal Majalla"/>
                <w:sz w:val="36"/>
                <w:szCs w:val="38"/>
              </w:rPr>
              <w:t xml:space="preserve"> </w:t>
            </w:r>
            <w:r w:rsidRPr="008E006D">
              <w:rPr>
                <w:rFonts w:cs="Sakkal Majalla"/>
                <w:sz w:val="36"/>
                <w:szCs w:val="38"/>
                <w:rtl/>
              </w:rPr>
              <w:t>للحكومة</w:t>
            </w:r>
            <w:r w:rsidRPr="008E006D">
              <w:rPr>
                <w:rFonts w:cs="Sakkal Majalla"/>
                <w:sz w:val="36"/>
                <w:szCs w:val="38"/>
              </w:rPr>
              <w:t xml:space="preserve"> </w:t>
            </w:r>
            <w:r w:rsidRPr="008E006D">
              <w:rPr>
                <w:rFonts w:cs="Sakkal Majalla"/>
                <w:sz w:val="36"/>
                <w:szCs w:val="38"/>
                <w:rtl/>
              </w:rPr>
              <w:t>الرقمية</w:t>
            </w:r>
          </w:p>
        </w:tc>
        <w:tc>
          <w:tcPr>
            <w:tcW w:w="1389" w:type="pct"/>
            <w:shd w:val="clear" w:color="auto" w:fill="F2F6FA"/>
            <w:tcMar>
              <w:top w:w="110" w:type="dxa"/>
              <w:left w:w="110" w:type="dxa"/>
              <w:bottom w:w="110" w:type="dxa"/>
              <w:right w:w="110" w:type="dxa"/>
            </w:tcMar>
            <w:vAlign w:val="center"/>
          </w:tcPr>
          <w:p w14:paraId="48D0E753" w14:textId="77777777" w:rsidR="008E006D" w:rsidRPr="008E006D" w:rsidRDefault="008E006D" w:rsidP="008E2B08">
            <w:pPr>
              <w:ind w:firstLine="0"/>
              <w:jc w:val="center"/>
              <w:rPr>
                <w:rFonts w:cs="Sakkal Majalla"/>
                <w:sz w:val="36"/>
                <w:szCs w:val="38"/>
              </w:rPr>
            </w:pPr>
            <w:r w:rsidRPr="008E006D">
              <w:rPr>
                <w:rFonts w:cs="Sakkal Majalla"/>
                <w:sz w:val="36"/>
                <w:szCs w:val="38"/>
                <w:rtl/>
              </w:rPr>
              <w:t>توضيح</w:t>
            </w:r>
            <w:r w:rsidRPr="008E006D">
              <w:rPr>
                <w:rFonts w:cs="Sakkal Majalla"/>
                <w:sz w:val="36"/>
                <w:szCs w:val="38"/>
              </w:rPr>
              <w:t xml:space="preserve"> </w:t>
            </w:r>
            <w:r w:rsidRPr="008E006D">
              <w:rPr>
                <w:rFonts w:cs="Sakkal Majalla"/>
                <w:sz w:val="36"/>
                <w:szCs w:val="38"/>
                <w:rtl/>
              </w:rPr>
              <w:t>متطلبات</w:t>
            </w:r>
            <w:r w:rsidRPr="008E006D">
              <w:rPr>
                <w:rFonts w:cs="Sakkal Majalla"/>
                <w:sz w:val="36"/>
                <w:szCs w:val="38"/>
              </w:rPr>
              <w:t xml:space="preserve"> </w:t>
            </w:r>
            <w:r w:rsidRPr="008E006D">
              <w:rPr>
                <w:rFonts w:cs="Sakkal Majalla"/>
                <w:sz w:val="36"/>
                <w:szCs w:val="38"/>
                <w:rtl/>
              </w:rPr>
              <w:t>نضج</w:t>
            </w:r>
            <w:r w:rsidRPr="008E006D">
              <w:rPr>
                <w:rFonts w:cs="Sakkal Majalla"/>
                <w:sz w:val="36"/>
                <w:szCs w:val="38"/>
              </w:rPr>
              <w:t xml:space="preserve"> </w:t>
            </w:r>
            <w:r w:rsidRPr="008E006D">
              <w:rPr>
                <w:rFonts w:cs="Sakkal Majalla"/>
                <w:sz w:val="36"/>
                <w:szCs w:val="38"/>
                <w:rtl/>
              </w:rPr>
              <w:t>الخدمات</w:t>
            </w:r>
            <w:r w:rsidRPr="008E006D">
              <w:rPr>
                <w:rFonts w:cs="Sakkal Majalla"/>
                <w:sz w:val="36"/>
                <w:szCs w:val="38"/>
              </w:rPr>
              <w:t xml:space="preserve"> </w:t>
            </w:r>
            <w:r w:rsidRPr="008E006D">
              <w:rPr>
                <w:rFonts w:cs="Sakkal Majalla"/>
                <w:sz w:val="36"/>
                <w:szCs w:val="38"/>
                <w:rtl/>
              </w:rPr>
              <w:t>الرقمية</w:t>
            </w:r>
            <w:r w:rsidRPr="008E006D">
              <w:rPr>
                <w:rFonts w:cs="Sakkal Majalla"/>
                <w:sz w:val="36"/>
                <w:szCs w:val="38"/>
              </w:rPr>
              <w:t xml:space="preserve"> </w:t>
            </w:r>
            <w:r w:rsidRPr="008E006D">
              <w:rPr>
                <w:rFonts w:cs="Sakkal Majalla"/>
                <w:sz w:val="36"/>
                <w:szCs w:val="38"/>
                <w:rtl/>
              </w:rPr>
              <w:t>وإدارة</w:t>
            </w:r>
            <w:r w:rsidRPr="008E006D">
              <w:rPr>
                <w:rFonts w:cs="Sakkal Majalla"/>
                <w:sz w:val="36"/>
                <w:szCs w:val="38"/>
              </w:rPr>
              <w:t xml:space="preserve"> </w:t>
            </w:r>
            <w:r w:rsidRPr="008E006D">
              <w:rPr>
                <w:rFonts w:cs="Sakkal Majalla"/>
                <w:sz w:val="36"/>
                <w:szCs w:val="38"/>
                <w:rtl/>
              </w:rPr>
              <w:t>المخاطر</w:t>
            </w:r>
            <w:r w:rsidRPr="008E006D">
              <w:rPr>
                <w:rFonts w:cs="Sakkal Majalla"/>
                <w:sz w:val="36"/>
                <w:szCs w:val="38"/>
              </w:rPr>
              <w:t xml:space="preserve"> </w:t>
            </w:r>
            <w:r w:rsidRPr="008E006D">
              <w:rPr>
                <w:rFonts w:cs="Sakkal Majalla"/>
                <w:sz w:val="36"/>
                <w:szCs w:val="38"/>
                <w:rtl/>
              </w:rPr>
              <w:t>واستمرارية</w:t>
            </w:r>
            <w:r w:rsidRPr="008E006D">
              <w:rPr>
                <w:rFonts w:cs="Sakkal Majalla"/>
                <w:sz w:val="36"/>
                <w:szCs w:val="38"/>
              </w:rPr>
              <w:t xml:space="preserve"> </w:t>
            </w:r>
            <w:r w:rsidRPr="008E006D">
              <w:rPr>
                <w:rFonts w:cs="Sakkal Majalla"/>
                <w:sz w:val="36"/>
                <w:szCs w:val="38"/>
                <w:rtl/>
              </w:rPr>
              <w:t>الأعمال</w:t>
            </w:r>
            <w:r w:rsidRPr="008E006D">
              <w:rPr>
                <w:rFonts w:cs="Sakkal Majalla"/>
                <w:sz w:val="36"/>
                <w:szCs w:val="38"/>
              </w:rPr>
              <w:t>.</w:t>
            </w:r>
          </w:p>
        </w:tc>
        <w:tc>
          <w:tcPr>
            <w:tcW w:w="1250" w:type="pct"/>
            <w:shd w:val="clear" w:color="auto" w:fill="F2F6FA"/>
            <w:tcMar>
              <w:top w:w="110" w:type="dxa"/>
              <w:left w:w="110" w:type="dxa"/>
              <w:bottom w:w="110" w:type="dxa"/>
              <w:right w:w="110" w:type="dxa"/>
            </w:tcMar>
            <w:vAlign w:val="center"/>
          </w:tcPr>
          <w:p w14:paraId="11472C4E" w14:textId="77777777" w:rsidR="008E006D" w:rsidRPr="008E006D" w:rsidRDefault="008E006D" w:rsidP="008E2B08">
            <w:pPr>
              <w:ind w:firstLine="0"/>
              <w:jc w:val="center"/>
              <w:rPr>
                <w:rFonts w:cs="Sakkal Majalla"/>
                <w:sz w:val="36"/>
                <w:szCs w:val="38"/>
              </w:rPr>
            </w:pPr>
            <w:r w:rsidRPr="008E006D">
              <w:rPr>
                <w:rFonts w:cs="Sakkal Majalla"/>
                <w:sz w:val="36"/>
                <w:szCs w:val="38"/>
                <w:rtl/>
              </w:rPr>
              <w:t>يدعم</w:t>
            </w:r>
            <w:r w:rsidRPr="008E006D">
              <w:rPr>
                <w:rFonts w:cs="Sakkal Majalla"/>
                <w:sz w:val="36"/>
                <w:szCs w:val="38"/>
              </w:rPr>
              <w:t xml:space="preserve"> </w:t>
            </w:r>
            <w:r w:rsidRPr="008E006D">
              <w:rPr>
                <w:rFonts w:cs="Sakkal Majalla"/>
                <w:sz w:val="36"/>
                <w:szCs w:val="38"/>
                <w:rtl/>
              </w:rPr>
              <w:t>محور</w:t>
            </w:r>
            <w:r w:rsidRPr="008E006D">
              <w:rPr>
                <w:rFonts w:cs="Sakkal Majalla"/>
                <w:sz w:val="36"/>
                <w:szCs w:val="38"/>
              </w:rPr>
              <w:t xml:space="preserve"> </w:t>
            </w:r>
            <w:r w:rsidRPr="008E006D">
              <w:rPr>
                <w:rFonts w:cs="Sakkal Majalla"/>
                <w:sz w:val="36"/>
                <w:szCs w:val="38"/>
                <w:rtl/>
              </w:rPr>
              <w:t>المخاطر</w:t>
            </w:r>
            <w:r w:rsidRPr="008E006D">
              <w:rPr>
                <w:rFonts w:cs="Sakkal Majalla"/>
                <w:sz w:val="36"/>
                <w:szCs w:val="38"/>
              </w:rPr>
              <w:t xml:space="preserve"> </w:t>
            </w:r>
            <w:r w:rsidRPr="008E006D">
              <w:rPr>
                <w:rFonts w:cs="Sakkal Majalla"/>
                <w:sz w:val="36"/>
                <w:szCs w:val="38"/>
                <w:rtl/>
              </w:rPr>
              <w:t>والمرونة</w:t>
            </w:r>
            <w:r w:rsidRPr="008E006D">
              <w:rPr>
                <w:rFonts w:cs="Sakkal Majalla"/>
                <w:sz w:val="36"/>
                <w:szCs w:val="38"/>
              </w:rPr>
              <w:t xml:space="preserve"> </w:t>
            </w:r>
            <w:r w:rsidRPr="008E006D">
              <w:rPr>
                <w:rFonts w:cs="Sakkal Majalla"/>
                <w:sz w:val="36"/>
                <w:szCs w:val="38"/>
                <w:rtl/>
              </w:rPr>
              <w:t>في</w:t>
            </w:r>
            <w:r w:rsidRPr="008E006D">
              <w:rPr>
                <w:rFonts w:cs="Sakkal Majalla"/>
                <w:sz w:val="36"/>
                <w:szCs w:val="38"/>
              </w:rPr>
              <w:t xml:space="preserve"> </w:t>
            </w:r>
            <w:r w:rsidRPr="008E006D">
              <w:rPr>
                <w:rFonts w:cs="Sakkal Majalla"/>
                <w:sz w:val="36"/>
                <w:szCs w:val="38"/>
                <w:rtl/>
              </w:rPr>
              <w:t>نجاح</w:t>
            </w:r>
            <w:r w:rsidRPr="008E006D">
              <w:rPr>
                <w:rFonts w:cs="Sakkal Majalla"/>
                <w:sz w:val="36"/>
                <w:szCs w:val="38"/>
              </w:rPr>
              <w:t xml:space="preserve"> </w:t>
            </w:r>
            <w:r w:rsidRPr="008E006D">
              <w:rPr>
                <w:rFonts w:cs="Sakkal Majalla"/>
                <w:sz w:val="36"/>
                <w:szCs w:val="38"/>
                <w:rtl/>
              </w:rPr>
              <w:t>المشروع</w:t>
            </w:r>
            <w:r w:rsidRPr="008E006D">
              <w:rPr>
                <w:rFonts w:cs="Sakkal Majalla"/>
                <w:sz w:val="36"/>
                <w:szCs w:val="38"/>
              </w:rPr>
              <w:t>.</w:t>
            </w:r>
          </w:p>
        </w:tc>
      </w:tr>
      <w:tr w:rsidR="008E006D" w:rsidRPr="008E006D" w14:paraId="66689F8C" w14:textId="77777777" w:rsidTr="008E2B08">
        <w:trPr>
          <w:jc w:val="center"/>
        </w:trPr>
        <w:tc>
          <w:tcPr>
            <w:tcW w:w="1111" w:type="pct"/>
            <w:shd w:val="clear" w:color="auto" w:fill="FFFFFF"/>
            <w:tcMar>
              <w:top w:w="110" w:type="dxa"/>
              <w:left w:w="110" w:type="dxa"/>
              <w:bottom w:w="110" w:type="dxa"/>
              <w:right w:w="110" w:type="dxa"/>
            </w:tcMar>
            <w:vAlign w:val="center"/>
          </w:tcPr>
          <w:p w14:paraId="0076B2FE" w14:textId="77777777" w:rsidR="008E006D" w:rsidRPr="008E006D" w:rsidRDefault="008E006D" w:rsidP="008E2B08">
            <w:pPr>
              <w:ind w:firstLine="0"/>
              <w:jc w:val="center"/>
              <w:rPr>
                <w:rFonts w:cs="Sakkal Majalla"/>
                <w:sz w:val="36"/>
                <w:szCs w:val="38"/>
              </w:rPr>
            </w:pPr>
            <w:r w:rsidRPr="008E006D">
              <w:rPr>
                <w:rFonts w:cs="Sakkal Majalla"/>
                <w:sz w:val="36"/>
                <w:szCs w:val="38"/>
                <w:rtl/>
              </w:rPr>
              <w:t>هيئة</w:t>
            </w:r>
            <w:r w:rsidRPr="008E006D">
              <w:rPr>
                <w:rFonts w:cs="Sakkal Majalla"/>
                <w:sz w:val="36"/>
                <w:szCs w:val="38"/>
              </w:rPr>
              <w:t xml:space="preserve"> </w:t>
            </w:r>
            <w:r w:rsidRPr="008E006D">
              <w:rPr>
                <w:rFonts w:cs="Sakkal Majalla"/>
                <w:sz w:val="36"/>
                <w:szCs w:val="38"/>
                <w:rtl/>
              </w:rPr>
              <w:t>الحكومة</w:t>
            </w:r>
            <w:r w:rsidRPr="008E006D">
              <w:rPr>
                <w:rFonts w:cs="Sakkal Majalla"/>
                <w:sz w:val="36"/>
                <w:szCs w:val="38"/>
              </w:rPr>
              <w:t xml:space="preserve"> </w:t>
            </w:r>
            <w:r w:rsidRPr="008E006D">
              <w:rPr>
                <w:rFonts w:cs="Sakkal Majalla"/>
                <w:sz w:val="36"/>
                <w:szCs w:val="38"/>
                <w:rtl/>
              </w:rPr>
              <w:t>الرقمية</w:t>
            </w:r>
            <w:r w:rsidRPr="008E006D">
              <w:rPr>
                <w:rFonts w:cs="Sakkal Majalla"/>
                <w:sz w:val="36"/>
                <w:szCs w:val="38"/>
              </w:rPr>
              <w:t xml:space="preserve"> (2025)</w:t>
            </w:r>
          </w:p>
        </w:tc>
        <w:tc>
          <w:tcPr>
            <w:tcW w:w="1250" w:type="pct"/>
            <w:shd w:val="clear" w:color="auto" w:fill="FFFFFF"/>
            <w:tcMar>
              <w:top w:w="110" w:type="dxa"/>
              <w:left w:w="110" w:type="dxa"/>
              <w:bottom w:w="110" w:type="dxa"/>
              <w:right w:w="110" w:type="dxa"/>
            </w:tcMar>
            <w:vAlign w:val="center"/>
          </w:tcPr>
          <w:p w14:paraId="64BD5D1D" w14:textId="77777777" w:rsidR="008E006D" w:rsidRPr="008E006D" w:rsidRDefault="008E006D" w:rsidP="008E2B08">
            <w:pPr>
              <w:ind w:firstLine="0"/>
              <w:jc w:val="center"/>
              <w:rPr>
                <w:rFonts w:cs="Sakkal Majalla"/>
                <w:sz w:val="36"/>
                <w:szCs w:val="38"/>
              </w:rPr>
            </w:pPr>
            <w:r w:rsidRPr="008E006D">
              <w:rPr>
                <w:rFonts w:cs="Sakkal Majalla"/>
                <w:sz w:val="36"/>
                <w:szCs w:val="38"/>
                <w:rtl/>
              </w:rPr>
              <w:t>مؤشر</w:t>
            </w:r>
            <w:r w:rsidRPr="008E006D">
              <w:rPr>
                <w:rFonts w:cs="Sakkal Majalla"/>
                <w:sz w:val="36"/>
                <w:szCs w:val="38"/>
              </w:rPr>
              <w:t xml:space="preserve"> </w:t>
            </w:r>
            <w:r w:rsidRPr="008E006D">
              <w:rPr>
                <w:rFonts w:cs="Sakkal Majalla"/>
                <w:sz w:val="36"/>
                <w:szCs w:val="38"/>
                <w:rtl/>
              </w:rPr>
              <w:t>نضج</w:t>
            </w:r>
            <w:r w:rsidRPr="008E006D">
              <w:rPr>
                <w:rFonts w:cs="Sakkal Majalla"/>
                <w:sz w:val="36"/>
                <w:szCs w:val="38"/>
              </w:rPr>
              <w:t xml:space="preserve"> </w:t>
            </w:r>
            <w:r w:rsidRPr="008E006D">
              <w:rPr>
                <w:rFonts w:cs="Sakkal Majalla"/>
                <w:sz w:val="36"/>
                <w:szCs w:val="38"/>
                <w:rtl/>
              </w:rPr>
              <w:t>التجربة</w:t>
            </w:r>
            <w:r w:rsidRPr="008E006D">
              <w:rPr>
                <w:rFonts w:cs="Sakkal Majalla"/>
                <w:sz w:val="36"/>
                <w:szCs w:val="38"/>
              </w:rPr>
              <w:t xml:space="preserve"> </w:t>
            </w:r>
            <w:r w:rsidRPr="008E006D">
              <w:rPr>
                <w:rFonts w:cs="Sakkal Majalla"/>
                <w:sz w:val="36"/>
                <w:szCs w:val="38"/>
                <w:rtl/>
              </w:rPr>
              <w:t>الرقمية</w:t>
            </w:r>
            <w:r w:rsidRPr="008E006D">
              <w:rPr>
                <w:rFonts w:cs="Sakkal Majalla"/>
                <w:sz w:val="36"/>
                <w:szCs w:val="38"/>
              </w:rPr>
              <w:t xml:space="preserve"> </w:t>
            </w:r>
            <w:r w:rsidRPr="008E006D">
              <w:rPr>
                <w:rFonts w:cs="Sakkal Majalla"/>
                <w:sz w:val="36"/>
                <w:szCs w:val="38"/>
                <w:rtl/>
              </w:rPr>
              <w:t>للخدمات</w:t>
            </w:r>
            <w:r w:rsidRPr="008E006D">
              <w:rPr>
                <w:rFonts w:cs="Sakkal Majalla"/>
                <w:sz w:val="36"/>
                <w:szCs w:val="38"/>
              </w:rPr>
              <w:t xml:space="preserve"> </w:t>
            </w:r>
            <w:r w:rsidRPr="008E006D">
              <w:rPr>
                <w:rFonts w:cs="Sakkal Majalla"/>
                <w:sz w:val="36"/>
                <w:szCs w:val="38"/>
                <w:rtl/>
              </w:rPr>
              <w:t>الحكومية</w:t>
            </w:r>
          </w:p>
        </w:tc>
        <w:tc>
          <w:tcPr>
            <w:tcW w:w="1389" w:type="pct"/>
            <w:shd w:val="clear" w:color="auto" w:fill="FFFFFF"/>
            <w:tcMar>
              <w:top w:w="110" w:type="dxa"/>
              <w:left w:w="110" w:type="dxa"/>
              <w:bottom w:w="110" w:type="dxa"/>
              <w:right w:w="110" w:type="dxa"/>
            </w:tcMar>
            <w:vAlign w:val="center"/>
          </w:tcPr>
          <w:p w14:paraId="4FAA0D22" w14:textId="77777777" w:rsidR="008E006D" w:rsidRPr="008E006D" w:rsidRDefault="008E006D" w:rsidP="008E2B08">
            <w:pPr>
              <w:ind w:firstLine="0"/>
              <w:jc w:val="center"/>
              <w:rPr>
                <w:rFonts w:cs="Sakkal Majalla"/>
                <w:sz w:val="36"/>
                <w:szCs w:val="38"/>
              </w:rPr>
            </w:pPr>
            <w:r w:rsidRPr="008E006D">
              <w:rPr>
                <w:rFonts w:cs="Sakkal Majalla"/>
                <w:sz w:val="36"/>
                <w:szCs w:val="38"/>
                <w:rtl/>
              </w:rPr>
              <w:t>قياس</w:t>
            </w:r>
            <w:r w:rsidRPr="008E006D">
              <w:rPr>
                <w:rFonts w:cs="Sakkal Majalla"/>
                <w:sz w:val="36"/>
                <w:szCs w:val="38"/>
              </w:rPr>
              <w:t xml:space="preserve"> </w:t>
            </w:r>
            <w:r w:rsidRPr="008E006D">
              <w:rPr>
                <w:rFonts w:cs="Sakkal Majalla"/>
                <w:sz w:val="36"/>
                <w:szCs w:val="38"/>
                <w:rtl/>
              </w:rPr>
              <w:t>جودة</w:t>
            </w:r>
            <w:r w:rsidRPr="008E006D">
              <w:rPr>
                <w:rFonts w:cs="Sakkal Majalla"/>
                <w:sz w:val="36"/>
                <w:szCs w:val="38"/>
              </w:rPr>
              <w:t xml:space="preserve"> </w:t>
            </w:r>
            <w:r w:rsidRPr="008E006D">
              <w:rPr>
                <w:rFonts w:cs="Sakkal Majalla"/>
                <w:sz w:val="36"/>
                <w:szCs w:val="38"/>
                <w:rtl/>
              </w:rPr>
              <w:t>ونضج</w:t>
            </w:r>
            <w:r w:rsidRPr="008E006D">
              <w:rPr>
                <w:rFonts w:cs="Sakkal Majalla"/>
                <w:sz w:val="36"/>
                <w:szCs w:val="38"/>
              </w:rPr>
              <w:t xml:space="preserve"> </w:t>
            </w:r>
            <w:r w:rsidRPr="008E006D">
              <w:rPr>
                <w:rFonts w:cs="Sakkal Majalla"/>
                <w:sz w:val="36"/>
                <w:szCs w:val="38"/>
                <w:rtl/>
              </w:rPr>
              <w:t>التجربة</w:t>
            </w:r>
            <w:r w:rsidRPr="008E006D">
              <w:rPr>
                <w:rFonts w:cs="Sakkal Majalla"/>
                <w:sz w:val="36"/>
                <w:szCs w:val="38"/>
              </w:rPr>
              <w:t xml:space="preserve"> </w:t>
            </w:r>
            <w:r w:rsidRPr="008E006D">
              <w:rPr>
                <w:rFonts w:cs="Sakkal Majalla"/>
                <w:sz w:val="36"/>
                <w:szCs w:val="38"/>
                <w:rtl/>
              </w:rPr>
              <w:t>الرقمية</w:t>
            </w:r>
            <w:r w:rsidRPr="008E006D">
              <w:rPr>
                <w:rFonts w:cs="Sakkal Majalla"/>
                <w:sz w:val="36"/>
                <w:szCs w:val="38"/>
              </w:rPr>
              <w:t xml:space="preserve"> </w:t>
            </w:r>
            <w:r w:rsidRPr="008E006D">
              <w:rPr>
                <w:rFonts w:cs="Sakkal Majalla"/>
                <w:sz w:val="36"/>
                <w:szCs w:val="38"/>
                <w:rtl/>
              </w:rPr>
              <w:t>للخدمات</w:t>
            </w:r>
            <w:r w:rsidRPr="008E006D">
              <w:rPr>
                <w:rFonts w:cs="Sakkal Majalla"/>
                <w:sz w:val="36"/>
                <w:szCs w:val="38"/>
              </w:rPr>
              <w:t xml:space="preserve"> </w:t>
            </w:r>
            <w:r w:rsidRPr="008E006D">
              <w:rPr>
                <w:rFonts w:cs="Sakkal Majalla"/>
                <w:sz w:val="36"/>
                <w:szCs w:val="38"/>
                <w:rtl/>
              </w:rPr>
              <w:t>الحكومية</w:t>
            </w:r>
            <w:r w:rsidRPr="008E006D">
              <w:rPr>
                <w:rFonts w:cs="Sakkal Majalla"/>
                <w:sz w:val="36"/>
                <w:szCs w:val="38"/>
              </w:rPr>
              <w:t>.</w:t>
            </w:r>
          </w:p>
        </w:tc>
        <w:tc>
          <w:tcPr>
            <w:tcW w:w="1250" w:type="pct"/>
            <w:shd w:val="clear" w:color="auto" w:fill="FFFFFF"/>
            <w:tcMar>
              <w:top w:w="110" w:type="dxa"/>
              <w:left w:w="110" w:type="dxa"/>
              <w:bottom w:w="110" w:type="dxa"/>
              <w:right w:w="110" w:type="dxa"/>
            </w:tcMar>
            <w:vAlign w:val="center"/>
          </w:tcPr>
          <w:p w14:paraId="49C6B05C" w14:textId="77777777" w:rsidR="008E006D" w:rsidRPr="008E006D" w:rsidRDefault="008E006D" w:rsidP="008E2B08">
            <w:pPr>
              <w:ind w:firstLine="0"/>
              <w:jc w:val="center"/>
              <w:rPr>
                <w:rFonts w:cs="Sakkal Majalla"/>
                <w:sz w:val="36"/>
                <w:szCs w:val="38"/>
              </w:rPr>
            </w:pPr>
            <w:r w:rsidRPr="008E006D">
              <w:rPr>
                <w:rFonts w:cs="Sakkal Majalla"/>
                <w:sz w:val="36"/>
                <w:szCs w:val="38"/>
                <w:rtl/>
              </w:rPr>
              <w:t>يدعم</w:t>
            </w:r>
            <w:r w:rsidRPr="008E006D">
              <w:rPr>
                <w:rFonts w:cs="Sakkal Majalla"/>
                <w:sz w:val="36"/>
                <w:szCs w:val="38"/>
              </w:rPr>
              <w:t xml:space="preserve"> </w:t>
            </w:r>
            <w:r w:rsidRPr="008E006D">
              <w:rPr>
                <w:rFonts w:cs="Sakkal Majalla"/>
                <w:sz w:val="36"/>
                <w:szCs w:val="38"/>
                <w:rtl/>
              </w:rPr>
              <w:t>قياس</w:t>
            </w:r>
            <w:r w:rsidRPr="008E006D">
              <w:rPr>
                <w:rFonts w:cs="Sakkal Majalla"/>
                <w:sz w:val="36"/>
                <w:szCs w:val="38"/>
              </w:rPr>
              <w:t xml:space="preserve"> </w:t>
            </w:r>
            <w:r w:rsidRPr="008E006D">
              <w:rPr>
                <w:rFonts w:cs="Sakkal Majalla"/>
                <w:sz w:val="36"/>
                <w:szCs w:val="38"/>
                <w:rtl/>
              </w:rPr>
              <w:t>نجاح</w:t>
            </w:r>
            <w:r w:rsidRPr="008E006D">
              <w:rPr>
                <w:rFonts w:cs="Sakkal Majalla"/>
                <w:sz w:val="36"/>
                <w:szCs w:val="38"/>
              </w:rPr>
              <w:t xml:space="preserve"> </w:t>
            </w:r>
            <w:r w:rsidRPr="008E006D">
              <w:rPr>
                <w:rFonts w:cs="Sakkal Majalla"/>
                <w:sz w:val="36"/>
                <w:szCs w:val="38"/>
                <w:rtl/>
              </w:rPr>
              <w:t>المشاريع</w:t>
            </w:r>
            <w:r w:rsidRPr="008E006D">
              <w:rPr>
                <w:rFonts w:cs="Sakkal Majalla"/>
                <w:sz w:val="36"/>
                <w:szCs w:val="38"/>
              </w:rPr>
              <w:t xml:space="preserve"> </w:t>
            </w:r>
            <w:r w:rsidRPr="008E006D">
              <w:rPr>
                <w:rFonts w:cs="Sakkal Majalla"/>
                <w:sz w:val="36"/>
                <w:szCs w:val="38"/>
                <w:rtl/>
              </w:rPr>
              <w:t>من</w:t>
            </w:r>
            <w:r w:rsidRPr="008E006D">
              <w:rPr>
                <w:rFonts w:cs="Sakkal Majalla"/>
                <w:sz w:val="36"/>
                <w:szCs w:val="38"/>
              </w:rPr>
              <w:t xml:space="preserve"> </w:t>
            </w:r>
            <w:r w:rsidRPr="008E006D">
              <w:rPr>
                <w:rFonts w:cs="Sakkal Majalla"/>
                <w:sz w:val="36"/>
                <w:szCs w:val="38"/>
                <w:rtl/>
              </w:rPr>
              <w:t>منظور</w:t>
            </w:r>
            <w:r w:rsidRPr="008E006D">
              <w:rPr>
                <w:rFonts w:cs="Sakkal Majalla"/>
                <w:sz w:val="36"/>
                <w:szCs w:val="38"/>
              </w:rPr>
              <w:t xml:space="preserve"> </w:t>
            </w:r>
            <w:r w:rsidRPr="008E006D">
              <w:rPr>
                <w:rFonts w:cs="Sakkal Majalla"/>
                <w:sz w:val="36"/>
                <w:szCs w:val="38"/>
                <w:rtl/>
              </w:rPr>
              <w:t>المستفيد</w:t>
            </w:r>
            <w:r w:rsidRPr="008E006D">
              <w:rPr>
                <w:rFonts w:cs="Sakkal Majalla"/>
                <w:sz w:val="36"/>
                <w:szCs w:val="38"/>
              </w:rPr>
              <w:t>.</w:t>
            </w:r>
          </w:p>
        </w:tc>
      </w:tr>
      <w:tr w:rsidR="008E006D" w:rsidRPr="008E006D" w14:paraId="745E5AAF" w14:textId="77777777" w:rsidTr="008E2B08">
        <w:trPr>
          <w:jc w:val="center"/>
        </w:trPr>
        <w:tc>
          <w:tcPr>
            <w:tcW w:w="1111" w:type="pct"/>
            <w:shd w:val="clear" w:color="auto" w:fill="F2F6FA"/>
            <w:tcMar>
              <w:top w:w="110" w:type="dxa"/>
              <w:left w:w="110" w:type="dxa"/>
              <w:bottom w:w="110" w:type="dxa"/>
              <w:right w:w="110" w:type="dxa"/>
            </w:tcMar>
            <w:vAlign w:val="center"/>
          </w:tcPr>
          <w:p w14:paraId="56BDADCD" w14:textId="77777777" w:rsidR="008E006D" w:rsidRPr="008E006D" w:rsidRDefault="008E006D" w:rsidP="008E2B08">
            <w:pPr>
              <w:ind w:firstLine="0"/>
              <w:jc w:val="center"/>
              <w:rPr>
                <w:rFonts w:cs="Sakkal Majalla"/>
                <w:sz w:val="36"/>
                <w:szCs w:val="38"/>
              </w:rPr>
            </w:pPr>
            <w:r w:rsidRPr="008E006D">
              <w:rPr>
                <w:rFonts w:cs="Sakkal Majalla"/>
                <w:sz w:val="36"/>
                <w:szCs w:val="38"/>
                <w:rtl/>
              </w:rPr>
              <w:lastRenderedPageBreak/>
              <w:t>المنصة</w:t>
            </w:r>
            <w:r w:rsidRPr="008E006D">
              <w:rPr>
                <w:rFonts w:cs="Sakkal Majalla"/>
                <w:sz w:val="36"/>
                <w:szCs w:val="38"/>
              </w:rPr>
              <w:t xml:space="preserve"> </w:t>
            </w:r>
            <w:r w:rsidRPr="008E006D">
              <w:rPr>
                <w:rFonts w:cs="Sakkal Majalla"/>
                <w:sz w:val="36"/>
                <w:szCs w:val="38"/>
                <w:rtl/>
              </w:rPr>
              <w:t>الوطنية</w:t>
            </w:r>
            <w:r w:rsidRPr="008E006D">
              <w:rPr>
                <w:rFonts w:cs="Sakkal Majalla"/>
                <w:sz w:val="36"/>
                <w:szCs w:val="38"/>
              </w:rPr>
              <w:t xml:space="preserve"> </w:t>
            </w:r>
            <w:r w:rsidRPr="008E006D">
              <w:rPr>
                <w:rFonts w:cs="Sakkal Majalla"/>
                <w:sz w:val="36"/>
                <w:szCs w:val="38"/>
                <w:rtl/>
              </w:rPr>
              <w:t>الموحدة</w:t>
            </w:r>
            <w:r w:rsidRPr="008E006D">
              <w:rPr>
                <w:rFonts w:cs="Sakkal Majalla"/>
                <w:sz w:val="36"/>
                <w:szCs w:val="38"/>
              </w:rPr>
              <w:t xml:space="preserve"> (2025)</w:t>
            </w:r>
          </w:p>
        </w:tc>
        <w:tc>
          <w:tcPr>
            <w:tcW w:w="1250" w:type="pct"/>
            <w:shd w:val="clear" w:color="auto" w:fill="F2F6FA"/>
            <w:tcMar>
              <w:top w:w="110" w:type="dxa"/>
              <w:left w:w="110" w:type="dxa"/>
              <w:bottom w:w="110" w:type="dxa"/>
              <w:right w:w="110" w:type="dxa"/>
            </w:tcMar>
            <w:vAlign w:val="center"/>
          </w:tcPr>
          <w:p w14:paraId="45C1798C" w14:textId="77777777" w:rsidR="008E006D" w:rsidRPr="008E006D" w:rsidRDefault="008E006D" w:rsidP="008E2B08">
            <w:pPr>
              <w:ind w:firstLine="0"/>
              <w:jc w:val="center"/>
              <w:rPr>
                <w:rFonts w:cs="Sakkal Majalla"/>
                <w:sz w:val="36"/>
                <w:szCs w:val="38"/>
              </w:rPr>
            </w:pPr>
            <w:r w:rsidRPr="008E006D">
              <w:rPr>
                <w:rFonts w:cs="Sakkal Majalla"/>
                <w:sz w:val="36"/>
                <w:szCs w:val="38"/>
                <w:rtl/>
              </w:rPr>
              <w:t>استراتيجية</w:t>
            </w:r>
            <w:r w:rsidRPr="008E006D">
              <w:rPr>
                <w:rFonts w:cs="Sakkal Majalla"/>
                <w:sz w:val="36"/>
                <w:szCs w:val="38"/>
              </w:rPr>
              <w:t xml:space="preserve"> </w:t>
            </w:r>
            <w:r w:rsidRPr="008E006D">
              <w:rPr>
                <w:rFonts w:cs="Sakkal Majalla"/>
                <w:sz w:val="36"/>
                <w:szCs w:val="38"/>
                <w:rtl/>
              </w:rPr>
              <w:t>الحكومة</w:t>
            </w:r>
            <w:r w:rsidRPr="008E006D">
              <w:rPr>
                <w:rFonts w:cs="Sakkal Majalla"/>
                <w:sz w:val="36"/>
                <w:szCs w:val="38"/>
              </w:rPr>
              <w:t xml:space="preserve"> </w:t>
            </w:r>
            <w:r w:rsidRPr="008E006D">
              <w:rPr>
                <w:rFonts w:cs="Sakkal Majalla"/>
                <w:sz w:val="36"/>
                <w:szCs w:val="38"/>
                <w:rtl/>
              </w:rPr>
              <w:t>الرقمية</w:t>
            </w:r>
          </w:p>
        </w:tc>
        <w:tc>
          <w:tcPr>
            <w:tcW w:w="1389" w:type="pct"/>
            <w:shd w:val="clear" w:color="auto" w:fill="F2F6FA"/>
            <w:tcMar>
              <w:top w:w="110" w:type="dxa"/>
              <w:left w:w="110" w:type="dxa"/>
              <w:bottom w:w="110" w:type="dxa"/>
              <w:right w:w="110" w:type="dxa"/>
            </w:tcMar>
            <w:vAlign w:val="center"/>
          </w:tcPr>
          <w:p w14:paraId="2A60D52A" w14:textId="77777777" w:rsidR="008E006D" w:rsidRPr="008E006D" w:rsidRDefault="008E006D" w:rsidP="008E2B08">
            <w:pPr>
              <w:ind w:firstLine="0"/>
              <w:jc w:val="center"/>
              <w:rPr>
                <w:rFonts w:cs="Sakkal Majalla"/>
                <w:sz w:val="36"/>
                <w:szCs w:val="38"/>
              </w:rPr>
            </w:pPr>
            <w:r w:rsidRPr="008E006D">
              <w:rPr>
                <w:rFonts w:cs="Sakkal Majalla"/>
                <w:sz w:val="36"/>
                <w:szCs w:val="38"/>
                <w:rtl/>
              </w:rPr>
              <w:t>عرض</w:t>
            </w:r>
            <w:r w:rsidRPr="008E006D">
              <w:rPr>
                <w:rFonts w:cs="Sakkal Majalla"/>
                <w:sz w:val="36"/>
                <w:szCs w:val="38"/>
              </w:rPr>
              <w:t xml:space="preserve"> </w:t>
            </w:r>
            <w:r w:rsidRPr="008E006D">
              <w:rPr>
                <w:rFonts w:cs="Sakkal Majalla"/>
                <w:sz w:val="36"/>
                <w:szCs w:val="38"/>
                <w:rtl/>
              </w:rPr>
              <w:t>التوجه</w:t>
            </w:r>
            <w:r w:rsidRPr="008E006D">
              <w:rPr>
                <w:rFonts w:cs="Sakkal Majalla"/>
                <w:sz w:val="36"/>
                <w:szCs w:val="38"/>
              </w:rPr>
              <w:t xml:space="preserve"> </w:t>
            </w:r>
            <w:r w:rsidRPr="008E006D">
              <w:rPr>
                <w:rFonts w:cs="Sakkal Majalla"/>
                <w:sz w:val="36"/>
                <w:szCs w:val="38"/>
                <w:rtl/>
              </w:rPr>
              <w:t>الوطني</w:t>
            </w:r>
            <w:r w:rsidRPr="008E006D">
              <w:rPr>
                <w:rFonts w:cs="Sakkal Majalla"/>
                <w:sz w:val="36"/>
                <w:szCs w:val="38"/>
              </w:rPr>
              <w:t xml:space="preserve"> </w:t>
            </w:r>
            <w:r w:rsidRPr="008E006D">
              <w:rPr>
                <w:rFonts w:cs="Sakkal Majalla"/>
                <w:sz w:val="36"/>
                <w:szCs w:val="38"/>
                <w:rtl/>
              </w:rPr>
              <w:t>نحو</w:t>
            </w:r>
            <w:r w:rsidRPr="008E006D">
              <w:rPr>
                <w:rFonts w:cs="Sakkal Majalla"/>
                <w:sz w:val="36"/>
                <w:szCs w:val="38"/>
              </w:rPr>
              <w:t xml:space="preserve"> </w:t>
            </w:r>
            <w:r w:rsidRPr="008E006D">
              <w:rPr>
                <w:rFonts w:cs="Sakkal Majalla"/>
                <w:sz w:val="36"/>
                <w:szCs w:val="38"/>
                <w:rtl/>
              </w:rPr>
              <w:t>خدمات</w:t>
            </w:r>
            <w:r w:rsidRPr="008E006D">
              <w:rPr>
                <w:rFonts w:cs="Sakkal Majalla"/>
                <w:sz w:val="36"/>
                <w:szCs w:val="38"/>
              </w:rPr>
              <w:t xml:space="preserve"> </w:t>
            </w:r>
            <w:r w:rsidRPr="008E006D">
              <w:rPr>
                <w:rFonts w:cs="Sakkal Majalla"/>
                <w:sz w:val="36"/>
                <w:szCs w:val="38"/>
                <w:rtl/>
              </w:rPr>
              <w:t>رقمية</w:t>
            </w:r>
            <w:r w:rsidRPr="008E006D">
              <w:rPr>
                <w:rFonts w:cs="Sakkal Majalla"/>
                <w:sz w:val="36"/>
                <w:szCs w:val="38"/>
              </w:rPr>
              <w:t xml:space="preserve"> </w:t>
            </w:r>
            <w:r w:rsidRPr="008E006D">
              <w:rPr>
                <w:rFonts w:cs="Sakkal Majalla"/>
                <w:sz w:val="36"/>
                <w:szCs w:val="38"/>
                <w:rtl/>
              </w:rPr>
              <w:t>فعالة</w:t>
            </w:r>
            <w:r w:rsidRPr="008E006D">
              <w:rPr>
                <w:rFonts w:cs="Sakkal Majalla"/>
                <w:sz w:val="36"/>
                <w:szCs w:val="38"/>
              </w:rPr>
              <w:t xml:space="preserve"> </w:t>
            </w:r>
            <w:r w:rsidRPr="008E006D">
              <w:rPr>
                <w:rFonts w:cs="Sakkal Majalla"/>
                <w:sz w:val="36"/>
                <w:szCs w:val="38"/>
                <w:rtl/>
              </w:rPr>
              <w:t>وعالية</w:t>
            </w:r>
            <w:r w:rsidRPr="008E006D">
              <w:rPr>
                <w:rFonts w:cs="Sakkal Majalla"/>
                <w:sz w:val="36"/>
                <w:szCs w:val="38"/>
              </w:rPr>
              <w:t xml:space="preserve"> </w:t>
            </w:r>
            <w:r w:rsidRPr="008E006D">
              <w:rPr>
                <w:rFonts w:cs="Sakkal Majalla"/>
                <w:sz w:val="36"/>
                <w:szCs w:val="38"/>
                <w:rtl/>
              </w:rPr>
              <w:t>الجودة</w:t>
            </w:r>
            <w:r w:rsidRPr="008E006D">
              <w:rPr>
                <w:rFonts w:cs="Sakkal Majalla"/>
                <w:sz w:val="36"/>
                <w:szCs w:val="38"/>
              </w:rPr>
              <w:t>.</w:t>
            </w:r>
          </w:p>
        </w:tc>
        <w:tc>
          <w:tcPr>
            <w:tcW w:w="1250" w:type="pct"/>
            <w:shd w:val="clear" w:color="auto" w:fill="F2F6FA"/>
            <w:tcMar>
              <w:top w:w="110" w:type="dxa"/>
              <w:left w:w="110" w:type="dxa"/>
              <w:bottom w:w="110" w:type="dxa"/>
              <w:right w:w="110" w:type="dxa"/>
            </w:tcMar>
            <w:vAlign w:val="center"/>
          </w:tcPr>
          <w:p w14:paraId="5FDE75E9" w14:textId="77777777" w:rsidR="008E006D" w:rsidRPr="008E006D" w:rsidRDefault="008E006D" w:rsidP="008E2B08">
            <w:pPr>
              <w:ind w:firstLine="0"/>
              <w:jc w:val="center"/>
              <w:rPr>
                <w:rFonts w:cs="Sakkal Majalla"/>
                <w:sz w:val="36"/>
                <w:szCs w:val="38"/>
              </w:rPr>
            </w:pPr>
            <w:r w:rsidRPr="008E006D">
              <w:rPr>
                <w:rFonts w:cs="Sakkal Majalla"/>
                <w:sz w:val="36"/>
                <w:szCs w:val="38"/>
                <w:rtl/>
              </w:rPr>
              <w:t>يدعم</w:t>
            </w:r>
            <w:r w:rsidRPr="008E006D">
              <w:rPr>
                <w:rFonts w:cs="Sakkal Majalla"/>
                <w:sz w:val="36"/>
                <w:szCs w:val="38"/>
              </w:rPr>
              <w:t xml:space="preserve"> </w:t>
            </w:r>
            <w:r w:rsidRPr="008E006D">
              <w:rPr>
                <w:rFonts w:cs="Sakkal Majalla"/>
                <w:sz w:val="36"/>
                <w:szCs w:val="38"/>
                <w:rtl/>
              </w:rPr>
              <w:t>سياق</w:t>
            </w:r>
            <w:r w:rsidRPr="008E006D">
              <w:rPr>
                <w:rFonts w:cs="Sakkal Majalla"/>
                <w:sz w:val="36"/>
                <w:szCs w:val="38"/>
              </w:rPr>
              <w:t xml:space="preserve"> </w:t>
            </w:r>
            <w:r w:rsidRPr="008E006D">
              <w:rPr>
                <w:rFonts w:cs="Sakkal Majalla"/>
                <w:sz w:val="36"/>
                <w:szCs w:val="38"/>
                <w:rtl/>
              </w:rPr>
              <w:t>الدراسة</w:t>
            </w:r>
            <w:r w:rsidRPr="008E006D">
              <w:rPr>
                <w:rFonts w:cs="Sakkal Majalla"/>
                <w:sz w:val="36"/>
                <w:szCs w:val="38"/>
              </w:rPr>
              <w:t xml:space="preserve"> </w:t>
            </w:r>
            <w:r w:rsidRPr="008E006D">
              <w:rPr>
                <w:rFonts w:cs="Sakkal Majalla"/>
                <w:sz w:val="36"/>
                <w:szCs w:val="38"/>
                <w:rtl/>
              </w:rPr>
              <w:t>وربطها</w:t>
            </w:r>
            <w:r w:rsidRPr="008E006D">
              <w:rPr>
                <w:rFonts w:cs="Sakkal Majalla"/>
                <w:sz w:val="36"/>
                <w:szCs w:val="38"/>
              </w:rPr>
              <w:t xml:space="preserve"> </w:t>
            </w:r>
            <w:r w:rsidRPr="008E006D">
              <w:rPr>
                <w:rFonts w:cs="Sakkal Majalla"/>
                <w:sz w:val="36"/>
                <w:szCs w:val="38"/>
                <w:rtl/>
              </w:rPr>
              <w:t>برؤية</w:t>
            </w:r>
            <w:r w:rsidRPr="008E006D">
              <w:rPr>
                <w:rFonts w:cs="Sakkal Majalla"/>
                <w:sz w:val="36"/>
                <w:szCs w:val="38"/>
              </w:rPr>
              <w:t xml:space="preserve"> 2030.</w:t>
            </w:r>
          </w:p>
        </w:tc>
      </w:tr>
      <w:tr w:rsidR="008E006D" w:rsidRPr="008E006D" w14:paraId="16499F9B" w14:textId="77777777" w:rsidTr="008E2B08">
        <w:trPr>
          <w:jc w:val="center"/>
        </w:trPr>
        <w:tc>
          <w:tcPr>
            <w:tcW w:w="1111" w:type="pct"/>
            <w:shd w:val="clear" w:color="auto" w:fill="FFFFFF"/>
            <w:tcMar>
              <w:top w:w="110" w:type="dxa"/>
              <w:left w:w="110" w:type="dxa"/>
              <w:bottom w:w="110" w:type="dxa"/>
              <w:right w:w="110" w:type="dxa"/>
            </w:tcMar>
            <w:vAlign w:val="center"/>
          </w:tcPr>
          <w:p w14:paraId="62C9F31E" w14:textId="77777777" w:rsidR="008E006D" w:rsidRPr="008E006D" w:rsidRDefault="008E006D" w:rsidP="008E2B08">
            <w:pPr>
              <w:ind w:firstLine="0"/>
              <w:jc w:val="center"/>
              <w:rPr>
                <w:rFonts w:cs="Sakkal Majalla"/>
                <w:sz w:val="36"/>
                <w:szCs w:val="38"/>
              </w:rPr>
            </w:pPr>
            <w:r w:rsidRPr="008E006D">
              <w:rPr>
                <w:rFonts w:cs="Sakkal Majalla"/>
                <w:sz w:val="36"/>
                <w:szCs w:val="38"/>
                <w:rtl/>
              </w:rPr>
              <w:t>برنامج</w:t>
            </w:r>
            <w:r w:rsidRPr="008E006D">
              <w:rPr>
                <w:rFonts w:cs="Sakkal Majalla"/>
                <w:sz w:val="36"/>
                <w:szCs w:val="38"/>
              </w:rPr>
              <w:t xml:space="preserve"> </w:t>
            </w:r>
            <w:r w:rsidRPr="008E006D">
              <w:rPr>
                <w:rFonts w:cs="Sakkal Majalla"/>
                <w:sz w:val="36"/>
                <w:szCs w:val="38"/>
                <w:rtl/>
              </w:rPr>
              <w:t>التحول</w:t>
            </w:r>
            <w:r w:rsidRPr="008E006D">
              <w:rPr>
                <w:rFonts w:cs="Sakkal Majalla"/>
                <w:sz w:val="36"/>
                <w:szCs w:val="38"/>
              </w:rPr>
              <w:t xml:space="preserve"> </w:t>
            </w:r>
            <w:r w:rsidRPr="008E006D">
              <w:rPr>
                <w:rFonts w:cs="Sakkal Majalla"/>
                <w:sz w:val="36"/>
                <w:szCs w:val="38"/>
                <w:rtl/>
              </w:rPr>
              <w:t>الوطني</w:t>
            </w:r>
            <w:r w:rsidRPr="008E006D">
              <w:rPr>
                <w:rFonts w:cs="Sakkal Majalla"/>
                <w:sz w:val="36"/>
                <w:szCs w:val="38"/>
              </w:rPr>
              <w:t xml:space="preserve"> (2025)</w:t>
            </w:r>
          </w:p>
        </w:tc>
        <w:tc>
          <w:tcPr>
            <w:tcW w:w="1250" w:type="pct"/>
            <w:shd w:val="clear" w:color="auto" w:fill="FFFFFF"/>
            <w:tcMar>
              <w:top w:w="110" w:type="dxa"/>
              <w:left w:w="110" w:type="dxa"/>
              <w:bottom w:w="110" w:type="dxa"/>
              <w:right w:w="110" w:type="dxa"/>
            </w:tcMar>
            <w:vAlign w:val="center"/>
          </w:tcPr>
          <w:p w14:paraId="7880B65D" w14:textId="77777777" w:rsidR="008E006D" w:rsidRPr="008E006D" w:rsidRDefault="008E006D" w:rsidP="008E2B08">
            <w:pPr>
              <w:ind w:firstLine="0"/>
              <w:jc w:val="center"/>
              <w:rPr>
                <w:rFonts w:cs="Sakkal Majalla"/>
                <w:sz w:val="36"/>
                <w:szCs w:val="38"/>
              </w:rPr>
            </w:pPr>
            <w:r w:rsidRPr="008E006D">
              <w:rPr>
                <w:rFonts w:cs="Sakkal Majalla"/>
                <w:sz w:val="36"/>
                <w:szCs w:val="38"/>
                <w:rtl/>
              </w:rPr>
              <w:t>تسريع</w:t>
            </w:r>
            <w:r w:rsidRPr="008E006D">
              <w:rPr>
                <w:rFonts w:cs="Sakkal Majalla"/>
                <w:sz w:val="36"/>
                <w:szCs w:val="38"/>
              </w:rPr>
              <w:t xml:space="preserve"> </w:t>
            </w:r>
            <w:r w:rsidRPr="008E006D">
              <w:rPr>
                <w:rFonts w:cs="Sakkal Majalla"/>
                <w:sz w:val="36"/>
                <w:szCs w:val="38"/>
                <w:rtl/>
              </w:rPr>
              <w:t>التحول</w:t>
            </w:r>
            <w:r w:rsidRPr="008E006D">
              <w:rPr>
                <w:rFonts w:cs="Sakkal Majalla"/>
                <w:sz w:val="36"/>
                <w:szCs w:val="38"/>
              </w:rPr>
              <w:t xml:space="preserve"> </w:t>
            </w:r>
            <w:r w:rsidRPr="008E006D">
              <w:rPr>
                <w:rFonts w:cs="Sakkal Majalla"/>
                <w:sz w:val="36"/>
                <w:szCs w:val="38"/>
                <w:rtl/>
              </w:rPr>
              <w:t>الرقمي</w:t>
            </w:r>
            <w:r w:rsidRPr="008E006D">
              <w:rPr>
                <w:rFonts w:cs="Sakkal Majalla"/>
                <w:sz w:val="36"/>
                <w:szCs w:val="38"/>
              </w:rPr>
              <w:t xml:space="preserve"> </w:t>
            </w:r>
            <w:r w:rsidRPr="008E006D">
              <w:rPr>
                <w:rFonts w:cs="Sakkal Majalla"/>
                <w:sz w:val="36"/>
                <w:szCs w:val="38"/>
                <w:rtl/>
              </w:rPr>
              <w:t>وتطوير</w:t>
            </w:r>
            <w:r w:rsidRPr="008E006D">
              <w:rPr>
                <w:rFonts w:cs="Sakkal Majalla"/>
                <w:sz w:val="36"/>
                <w:szCs w:val="38"/>
              </w:rPr>
              <w:t xml:space="preserve"> </w:t>
            </w:r>
            <w:r w:rsidRPr="008E006D">
              <w:rPr>
                <w:rFonts w:cs="Sakkal Majalla"/>
                <w:sz w:val="36"/>
                <w:szCs w:val="38"/>
                <w:rtl/>
              </w:rPr>
              <w:t>البنية</w:t>
            </w:r>
            <w:r w:rsidRPr="008E006D">
              <w:rPr>
                <w:rFonts w:cs="Sakkal Majalla"/>
                <w:sz w:val="36"/>
                <w:szCs w:val="38"/>
              </w:rPr>
              <w:t xml:space="preserve"> </w:t>
            </w:r>
            <w:r w:rsidRPr="008E006D">
              <w:rPr>
                <w:rFonts w:cs="Sakkal Majalla"/>
                <w:sz w:val="36"/>
                <w:szCs w:val="38"/>
                <w:rtl/>
              </w:rPr>
              <w:t>الممكنة</w:t>
            </w:r>
          </w:p>
        </w:tc>
        <w:tc>
          <w:tcPr>
            <w:tcW w:w="1389" w:type="pct"/>
            <w:shd w:val="clear" w:color="auto" w:fill="FFFFFF"/>
            <w:tcMar>
              <w:top w:w="110" w:type="dxa"/>
              <w:left w:w="110" w:type="dxa"/>
              <w:bottom w:w="110" w:type="dxa"/>
              <w:right w:w="110" w:type="dxa"/>
            </w:tcMar>
            <w:vAlign w:val="center"/>
          </w:tcPr>
          <w:p w14:paraId="7CE10046" w14:textId="77777777" w:rsidR="008E006D" w:rsidRPr="008E006D" w:rsidRDefault="008E006D" w:rsidP="008E2B08">
            <w:pPr>
              <w:ind w:firstLine="0"/>
              <w:jc w:val="center"/>
              <w:rPr>
                <w:rFonts w:cs="Sakkal Majalla"/>
                <w:sz w:val="36"/>
                <w:szCs w:val="38"/>
              </w:rPr>
            </w:pPr>
            <w:r w:rsidRPr="008E006D">
              <w:rPr>
                <w:rFonts w:cs="Sakkal Majalla"/>
                <w:sz w:val="36"/>
                <w:szCs w:val="38"/>
                <w:rtl/>
              </w:rPr>
              <w:t>توضيح</w:t>
            </w:r>
            <w:r w:rsidRPr="008E006D">
              <w:rPr>
                <w:rFonts w:cs="Sakkal Majalla"/>
                <w:sz w:val="36"/>
                <w:szCs w:val="38"/>
              </w:rPr>
              <w:t xml:space="preserve"> </w:t>
            </w:r>
            <w:r w:rsidRPr="008E006D">
              <w:rPr>
                <w:rFonts w:cs="Sakkal Majalla"/>
                <w:sz w:val="36"/>
                <w:szCs w:val="38"/>
                <w:rtl/>
              </w:rPr>
              <w:t>دور</w:t>
            </w:r>
            <w:r w:rsidRPr="008E006D">
              <w:rPr>
                <w:rFonts w:cs="Sakkal Majalla"/>
                <w:sz w:val="36"/>
                <w:szCs w:val="38"/>
              </w:rPr>
              <w:t xml:space="preserve"> </w:t>
            </w:r>
            <w:r w:rsidRPr="008E006D">
              <w:rPr>
                <w:rFonts w:cs="Sakkal Majalla"/>
                <w:sz w:val="36"/>
                <w:szCs w:val="38"/>
                <w:rtl/>
              </w:rPr>
              <w:t>البرنامج</w:t>
            </w:r>
            <w:r w:rsidRPr="008E006D">
              <w:rPr>
                <w:rFonts w:cs="Sakkal Majalla"/>
                <w:sz w:val="36"/>
                <w:szCs w:val="38"/>
              </w:rPr>
              <w:t xml:space="preserve"> </w:t>
            </w:r>
            <w:r w:rsidRPr="008E006D">
              <w:rPr>
                <w:rFonts w:cs="Sakkal Majalla"/>
                <w:sz w:val="36"/>
                <w:szCs w:val="38"/>
                <w:rtl/>
              </w:rPr>
              <w:t>في</w:t>
            </w:r>
            <w:r w:rsidRPr="008E006D">
              <w:rPr>
                <w:rFonts w:cs="Sakkal Majalla"/>
                <w:sz w:val="36"/>
                <w:szCs w:val="38"/>
              </w:rPr>
              <w:t xml:space="preserve"> </w:t>
            </w:r>
            <w:r w:rsidRPr="008E006D">
              <w:rPr>
                <w:rFonts w:cs="Sakkal Majalla"/>
                <w:sz w:val="36"/>
                <w:szCs w:val="38"/>
                <w:rtl/>
              </w:rPr>
              <w:t>رفع</w:t>
            </w:r>
            <w:r w:rsidRPr="008E006D">
              <w:rPr>
                <w:rFonts w:cs="Sakkal Majalla"/>
                <w:sz w:val="36"/>
                <w:szCs w:val="38"/>
              </w:rPr>
              <w:t xml:space="preserve"> </w:t>
            </w:r>
            <w:r w:rsidRPr="008E006D">
              <w:rPr>
                <w:rFonts w:cs="Sakkal Majalla"/>
                <w:sz w:val="36"/>
                <w:szCs w:val="38"/>
                <w:rtl/>
              </w:rPr>
              <w:t>كفاءة</w:t>
            </w:r>
            <w:r w:rsidRPr="008E006D">
              <w:rPr>
                <w:rFonts w:cs="Sakkal Majalla"/>
                <w:sz w:val="36"/>
                <w:szCs w:val="38"/>
              </w:rPr>
              <w:t xml:space="preserve"> </w:t>
            </w:r>
            <w:r w:rsidRPr="008E006D">
              <w:rPr>
                <w:rFonts w:cs="Sakkal Majalla"/>
                <w:sz w:val="36"/>
                <w:szCs w:val="38"/>
                <w:rtl/>
              </w:rPr>
              <w:t>الخدمات</w:t>
            </w:r>
            <w:r w:rsidRPr="008E006D">
              <w:rPr>
                <w:rFonts w:cs="Sakkal Majalla"/>
                <w:sz w:val="36"/>
                <w:szCs w:val="38"/>
              </w:rPr>
              <w:t xml:space="preserve"> </w:t>
            </w:r>
            <w:r w:rsidRPr="008E006D">
              <w:rPr>
                <w:rFonts w:cs="Sakkal Majalla"/>
                <w:sz w:val="36"/>
                <w:szCs w:val="38"/>
                <w:rtl/>
              </w:rPr>
              <w:t>وتطوير</w:t>
            </w:r>
            <w:r w:rsidRPr="008E006D">
              <w:rPr>
                <w:rFonts w:cs="Sakkal Majalla"/>
                <w:sz w:val="36"/>
                <w:szCs w:val="38"/>
              </w:rPr>
              <w:t xml:space="preserve"> </w:t>
            </w:r>
            <w:r w:rsidRPr="008E006D">
              <w:rPr>
                <w:rFonts w:cs="Sakkal Majalla"/>
                <w:sz w:val="36"/>
                <w:szCs w:val="38"/>
                <w:rtl/>
              </w:rPr>
              <w:t>الممكنات</w:t>
            </w:r>
            <w:r w:rsidRPr="008E006D">
              <w:rPr>
                <w:rFonts w:cs="Sakkal Majalla"/>
                <w:sz w:val="36"/>
                <w:szCs w:val="38"/>
              </w:rPr>
              <w:t>.</w:t>
            </w:r>
          </w:p>
        </w:tc>
        <w:tc>
          <w:tcPr>
            <w:tcW w:w="1250" w:type="pct"/>
            <w:shd w:val="clear" w:color="auto" w:fill="FFFFFF"/>
            <w:tcMar>
              <w:top w:w="110" w:type="dxa"/>
              <w:left w:w="110" w:type="dxa"/>
              <w:bottom w:w="110" w:type="dxa"/>
              <w:right w:w="110" w:type="dxa"/>
            </w:tcMar>
            <w:vAlign w:val="center"/>
          </w:tcPr>
          <w:p w14:paraId="5ED46C3F" w14:textId="77777777" w:rsidR="008E006D" w:rsidRPr="008E006D" w:rsidRDefault="008E006D" w:rsidP="008E2B08">
            <w:pPr>
              <w:ind w:firstLine="0"/>
              <w:jc w:val="center"/>
              <w:rPr>
                <w:rFonts w:cs="Sakkal Majalla"/>
                <w:sz w:val="36"/>
                <w:szCs w:val="38"/>
              </w:rPr>
            </w:pPr>
            <w:r w:rsidRPr="008E006D">
              <w:rPr>
                <w:rFonts w:cs="Sakkal Majalla"/>
                <w:sz w:val="36"/>
                <w:szCs w:val="38"/>
                <w:rtl/>
              </w:rPr>
              <w:t>يدعم</w:t>
            </w:r>
            <w:r w:rsidRPr="008E006D">
              <w:rPr>
                <w:rFonts w:cs="Sakkal Majalla"/>
                <w:sz w:val="36"/>
                <w:szCs w:val="38"/>
              </w:rPr>
              <w:t xml:space="preserve"> </w:t>
            </w:r>
            <w:r w:rsidRPr="008E006D">
              <w:rPr>
                <w:rFonts w:cs="Sakkal Majalla"/>
                <w:sz w:val="36"/>
                <w:szCs w:val="38"/>
                <w:rtl/>
              </w:rPr>
              <w:t>الأهمية</w:t>
            </w:r>
            <w:r w:rsidRPr="008E006D">
              <w:rPr>
                <w:rFonts w:cs="Sakkal Majalla"/>
                <w:sz w:val="36"/>
                <w:szCs w:val="38"/>
              </w:rPr>
              <w:t xml:space="preserve"> </w:t>
            </w:r>
            <w:r w:rsidRPr="008E006D">
              <w:rPr>
                <w:rFonts w:cs="Sakkal Majalla"/>
                <w:sz w:val="36"/>
                <w:szCs w:val="38"/>
                <w:rtl/>
              </w:rPr>
              <w:t>العملية</w:t>
            </w:r>
            <w:r w:rsidRPr="008E006D">
              <w:rPr>
                <w:rFonts w:cs="Sakkal Majalla"/>
                <w:sz w:val="36"/>
                <w:szCs w:val="38"/>
              </w:rPr>
              <w:t xml:space="preserve"> </w:t>
            </w:r>
            <w:r w:rsidRPr="008E006D">
              <w:rPr>
                <w:rFonts w:cs="Sakkal Majalla"/>
                <w:sz w:val="36"/>
                <w:szCs w:val="38"/>
                <w:rtl/>
              </w:rPr>
              <w:t>للدراسة</w:t>
            </w:r>
            <w:r w:rsidRPr="008E006D">
              <w:rPr>
                <w:rFonts w:cs="Sakkal Majalla"/>
                <w:sz w:val="36"/>
                <w:szCs w:val="38"/>
              </w:rPr>
              <w:t>.</w:t>
            </w:r>
          </w:p>
        </w:tc>
      </w:tr>
    </w:tbl>
    <w:p w14:paraId="217CB44F" w14:textId="77777777" w:rsidR="008E2B08" w:rsidRDefault="008E006D" w:rsidP="008E006D">
      <w:pPr>
        <w:ind w:firstLine="0"/>
        <w:rPr>
          <w:rFonts w:cs="Sakkal Majalla"/>
          <w:sz w:val="36"/>
          <w:szCs w:val="38"/>
        </w:rPr>
      </w:pPr>
      <w:r w:rsidRPr="008E006D">
        <w:rPr>
          <w:rFonts w:cs="Sakkal Majalla"/>
          <w:sz w:val="36"/>
          <w:szCs w:val="38"/>
          <w:rtl/>
        </w:rPr>
        <w:t>المصدر</w:t>
      </w:r>
      <w:r w:rsidRPr="008E006D">
        <w:rPr>
          <w:rFonts w:cs="Sakkal Majalla"/>
          <w:sz w:val="36"/>
          <w:szCs w:val="38"/>
        </w:rPr>
        <w:t xml:space="preserve">: </w:t>
      </w:r>
      <w:r w:rsidRPr="008E006D">
        <w:rPr>
          <w:rFonts w:cs="Sakkal Majalla"/>
          <w:sz w:val="36"/>
          <w:szCs w:val="38"/>
          <w:rtl/>
        </w:rPr>
        <w:t>إعداد</w:t>
      </w:r>
      <w:r w:rsidRPr="008E006D">
        <w:rPr>
          <w:rFonts w:cs="Sakkal Majalla"/>
          <w:sz w:val="36"/>
          <w:szCs w:val="38"/>
        </w:rPr>
        <w:t xml:space="preserve"> </w:t>
      </w:r>
      <w:r w:rsidRPr="008E006D">
        <w:rPr>
          <w:rFonts w:cs="Sakkal Majalla"/>
          <w:sz w:val="36"/>
          <w:szCs w:val="38"/>
          <w:rtl/>
        </w:rPr>
        <w:t>الباحثة</w:t>
      </w:r>
      <w:r w:rsidRPr="008E006D">
        <w:rPr>
          <w:rFonts w:cs="Sakkal Majalla"/>
          <w:sz w:val="36"/>
          <w:szCs w:val="38"/>
        </w:rPr>
        <w:t xml:space="preserve"> </w:t>
      </w:r>
      <w:r w:rsidRPr="008E006D">
        <w:rPr>
          <w:rFonts w:cs="Sakkal Majalla"/>
          <w:sz w:val="36"/>
          <w:szCs w:val="38"/>
          <w:rtl/>
        </w:rPr>
        <w:t>استنادًا</w:t>
      </w:r>
      <w:r w:rsidRPr="008E006D">
        <w:rPr>
          <w:rFonts w:cs="Sakkal Majalla"/>
          <w:sz w:val="36"/>
          <w:szCs w:val="38"/>
        </w:rPr>
        <w:t xml:space="preserve"> </w:t>
      </w:r>
      <w:r w:rsidRPr="008E006D">
        <w:rPr>
          <w:rFonts w:cs="Sakkal Majalla"/>
          <w:sz w:val="36"/>
          <w:szCs w:val="38"/>
          <w:rtl/>
        </w:rPr>
        <w:t>إلى</w:t>
      </w:r>
      <w:r w:rsidRPr="008E006D">
        <w:rPr>
          <w:rFonts w:cs="Sakkal Majalla"/>
          <w:sz w:val="36"/>
          <w:szCs w:val="38"/>
        </w:rPr>
        <w:t xml:space="preserve"> </w:t>
      </w:r>
      <w:r w:rsidRPr="008E006D">
        <w:rPr>
          <w:rFonts w:cs="Sakkal Majalla"/>
          <w:sz w:val="36"/>
          <w:szCs w:val="38"/>
          <w:rtl/>
        </w:rPr>
        <w:t>الأدبيات</w:t>
      </w:r>
      <w:r w:rsidRPr="008E006D">
        <w:rPr>
          <w:rFonts w:cs="Sakkal Majalla"/>
          <w:sz w:val="36"/>
          <w:szCs w:val="38"/>
        </w:rPr>
        <w:t xml:space="preserve"> </w:t>
      </w:r>
      <w:r w:rsidRPr="008E006D">
        <w:rPr>
          <w:rFonts w:cs="Sakkal Majalla"/>
          <w:sz w:val="36"/>
          <w:szCs w:val="38"/>
          <w:rtl/>
        </w:rPr>
        <w:t>ونتائج</w:t>
      </w:r>
      <w:r w:rsidRPr="008E006D">
        <w:rPr>
          <w:rFonts w:cs="Sakkal Majalla"/>
          <w:sz w:val="36"/>
          <w:szCs w:val="38"/>
        </w:rPr>
        <w:t xml:space="preserve"> </w:t>
      </w:r>
      <w:r w:rsidRPr="008E006D">
        <w:rPr>
          <w:rFonts w:cs="Sakkal Majalla"/>
          <w:sz w:val="36"/>
          <w:szCs w:val="38"/>
          <w:rtl/>
        </w:rPr>
        <w:t>التحليل</w:t>
      </w:r>
      <w:r w:rsidRPr="008E006D">
        <w:rPr>
          <w:rFonts w:cs="Sakkal Majalla"/>
          <w:sz w:val="36"/>
          <w:szCs w:val="38"/>
        </w:rPr>
        <w:t>.</w:t>
      </w:r>
    </w:p>
    <w:p w14:paraId="481DFA9D" w14:textId="77777777" w:rsidR="002D5B89" w:rsidRDefault="002D5B89" w:rsidP="002D5B89">
      <w:pPr>
        <w:spacing w:before="0" w:after="160" w:line="259" w:lineRule="auto"/>
        <w:ind w:firstLine="0"/>
        <w:jc w:val="left"/>
        <w:rPr>
          <w:rFonts w:cs="Sakkal Majalla"/>
          <w:sz w:val="36"/>
          <w:szCs w:val="38"/>
          <w:rtl/>
        </w:rPr>
      </w:pPr>
    </w:p>
    <w:p w14:paraId="4124308D" w14:textId="77777777" w:rsidR="008E006D" w:rsidRPr="008E006D" w:rsidRDefault="008E006D" w:rsidP="002D5B89">
      <w:pPr>
        <w:spacing w:before="0" w:after="160" w:line="259" w:lineRule="auto"/>
        <w:ind w:firstLine="0"/>
        <w:jc w:val="left"/>
        <w:rPr>
          <w:rFonts w:cs="Sakkal Majalla"/>
          <w:b/>
          <w:sz w:val="36"/>
          <w:szCs w:val="38"/>
        </w:rPr>
      </w:pPr>
      <w:r w:rsidRPr="008E006D">
        <w:rPr>
          <w:rFonts w:cs="Sakkal Majalla"/>
          <w:b/>
          <w:sz w:val="36"/>
          <w:szCs w:val="38"/>
        </w:rPr>
        <w:t xml:space="preserve">2.8.2 </w:t>
      </w:r>
      <w:r w:rsidRPr="008E006D">
        <w:rPr>
          <w:rFonts w:cs="Sakkal Majalla"/>
          <w:b/>
          <w:bCs/>
          <w:sz w:val="36"/>
          <w:szCs w:val="38"/>
          <w:rtl/>
        </w:rPr>
        <w:t>الدراسات</w:t>
      </w:r>
      <w:r w:rsidRPr="008E006D">
        <w:rPr>
          <w:rFonts w:cs="Sakkal Majalla"/>
          <w:b/>
          <w:sz w:val="36"/>
          <w:szCs w:val="38"/>
        </w:rPr>
        <w:t xml:space="preserve"> </w:t>
      </w:r>
      <w:r w:rsidRPr="008E006D">
        <w:rPr>
          <w:rFonts w:cs="Sakkal Majalla"/>
          <w:b/>
          <w:bCs/>
          <w:sz w:val="36"/>
          <w:szCs w:val="38"/>
          <w:rtl/>
        </w:rPr>
        <w:t>والمراجع</w:t>
      </w:r>
      <w:r w:rsidRPr="008E006D">
        <w:rPr>
          <w:rFonts w:cs="Sakkal Majalla"/>
          <w:b/>
          <w:sz w:val="36"/>
          <w:szCs w:val="38"/>
        </w:rPr>
        <w:t xml:space="preserve"> </w:t>
      </w:r>
      <w:r w:rsidRPr="008E006D">
        <w:rPr>
          <w:rFonts w:cs="Sakkal Majalla"/>
          <w:b/>
          <w:bCs/>
          <w:sz w:val="36"/>
          <w:szCs w:val="38"/>
          <w:rtl/>
        </w:rPr>
        <w:t>الأجنبية</w:t>
      </w:r>
      <w:r w:rsidRPr="008E006D">
        <w:rPr>
          <w:rFonts w:cs="Sakkal Majalla"/>
          <w:b/>
          <w:sz w:val="36"/>
          <w:szCs w:val="38"/>
        </w:rPr>
        <w:t xml:space="preserve"> </w:t>
      </w:r>
      <w:r w:rsidRPr="008E006D">
        <w:rPr>
          <w:rFonts w:cs="Sakkal Majalla"/>
          <w:b/>
          <w:bCs/>
          <w:sz w:val="36"/>
          <w:szCs w:val="38"/>
          <w:rtl/>
        </w:rPr>
        <w:t>ذات</w:t>
      </w:r>
      <w:r w:rsidRPr="008E006D">
        <w:rPr>
          <w:rFonts w:cs="Sakkal Majalla"/>
          <w:b/>
          <w:sz w:val="36"/>
          <w:szCs w:val="38"/>
        </w:rPr>
        <w:t xml:space="preserve"> </w:t>
      </w:r>
      <w:r w:rsidRPr="008E006D">
        <w:rPr>
          <w:rFonts w:cs="Sakkal Majalla"/>
          <w:b/>
          <w:bCs/>
          <w:sz w:val="36"/>
          <w:szCs w:val="38"/>
          <w:rtl/>
        </w:rPr>
        <w:t>الصلة</w:t>
      </w:r>
      <w:r w:rsidR="008E2B08">
        <w:rPr>
          <w:rFonts w:cs="Sakkal Majalla" w:hint="cs"/>
          <w:b/>
          <w:bCs/>
          <w:sz w:val="36"/>
          <w:szCs w:val="38"/>
          <w:rtl/>
        </w:rPr>
        <w:t xml:space="preserve">: </w:t>
      </w:r>
    </w:p>
    <w:p w14:paraId="2467710F" w14:textId="77777777" w:rsidR="008E006D" w:rsidRPr="008E006D" w:rsidRDefault="008E006D" w:rsidP="008E2B08">
      <w:pPr>
        <w:ind w:firstLine="720"/>
        <w:rPr>
          <w:rFonts w:cs="Sakkal Majalla"/>
          <w:sz w:val="36"/>
          <w:szCs w:val="38"/>
        </w:rPr>
      </w:pPr>
      <w:r w:rsidRPr="008E006D">
        <w:rPr>
          <w:rFonts w:cs="Sakkal Majalla"/>
          <w:sz w:val="36"/>
          <w:szCs w:val="38"/>
          <w:rtl/>
        </w:rPr>
        <w:t>تظهر</w:t>
      </w:r>
      <w:r w:rsidRPr="008E006D">
        <w:rPr>
          <w:rFonts w:cs="Sakkal Majalla"/>
          <w:sz w:val="36"/>
          <w:szCs w:val="38"/>
        </w:rPr>
        <w:t xml:space="preserve"> </w:t>
      </w:r>
      <w:r w:rsidRPr="008E006D">
        <w:rPr>
          <w:rFonts w:cs="Sakkal Majalla"/>
          <w:sz w:val="36"/>
          <w:szCs w:val="38"/>
          <w:rtl/>
        </w:rPr>
        <w:t>الدراسات</w:t>
      </w:r>
      <w:r w:rsidRPr="008E006D">
        <w:rPr>
          <w:rFonts w:cs="Sakkal Majalla"/>
          <w:sz w:val="36"/>
          <w:szCs w:val="38"/>
        </w:rPr>
        <w:t xml:space="preserve"> </w:t>
      </w:r>
      <w:r w:rsidRPr="008E006D">
        <w:rPr>
          <w:rFonts w:cs="Sakkal Majalla"/>
          <w:sz w:val="36"/>
          <w:szCs w:val="38"/>
          <w:rtl/>
        </w:rPr>
        <w:t>الأجنبية</w:t>
      </w:r>
      <w:r w:rsidRPr="008E006D">
        <w:rPr>
          <w:rFonts w:cs="Sakkal Majalla"/>
          <w:sz w:val="36"/>
          <w:szCs w:val="38"/>
        </w:rPr>
        <w:t xml:space="preserve"> </w:t>
      </w:r>
      <w:r w:rsidRPr="008E006D">
        <w:rPr>
          <w:rFonts w:cs="Sakkal Majalla"/>
          <w:sz w:val="36"/>
          <w:szCs w:val="38"/>
          <w:rtl/>
        </w:rPr>
        <w:t>تطور</w:t>
      </w:r>
      <w:r w:rsidRPr="008E006D">
        <w:rPr>
          <w:rFonts w:cs="Sakkal Majalla"/>
          <w:sz w:val="36"/>
          <w:szCs w:val="38"/>
        </w:rPr>
        <w:t xml:space="preserve"> </w:t>
      </w:r>
      <w:r w:rsidRPr="008E006D">
        <w:rPr>
          <w:rFonts w:cs="Sakkal Majalla"/>
          <w:sz w:val="36"/>
          <w:szCs w:val="38"/>
          <w:rtl/>
        </w:rPr>
        <w:t>مفهوم</w:t>
      </w:r>
      <w:r w:rsidRPr="008E006D">
        <w:rPr>
          <w:rFonts w:cs="Sakkal Majalla"/>
          <w:sz w:val="36"/>
          <w:szCs w:val="38"/>
        </w:rPr>
        <w:t xml:space="preserve"> </w:t>
      </w:r>
      <w:r w:rsidRPr="008E006D">
        <w:rPr>
          <w:rFonts w:cs="Sakkal Majalla"/>
          <w:sz w:val="36"/>
          <w:szCs w:val="38"/>
          <w:rtl/>
        </w:rPr>
        <w:t>التحول</w:t>
      </w:r>
      <w:r w:rsidRPr="008E006D">
        <w:rPr>
          <w:rFonts w:cs="Sakkal Majalla"/>
          <w:sz w:val="36"/>
          <w:szCs w:val="38"/>
        </w:rPr>
        <w:t xml:space="preserve"> </w:t>
      </w:r>
      <w:r w:rsidRPr="008E006D">
        <w:rPr>
          <w:rFonts w:cs="Sakkal Majalla"/>
          <w:sz w:val="36"/>
          <w:szCs w:val="38"/>
          <w:rtl/>
        </w:rPr>
        <w:t>الرقمي</w:t>
      </w:r>
      <w:r w:rsidRPr="008E006D">
        <w:rPr>
          <w:rFonts w:cs="Sakkal Majalla"/>
          <w:sz w:val="36"/>
          <w:szCs w:val="38"/>
        </w:rPr>
        <w:t xml:space="preserve"> </w:t>
      </w:r>
      <w:r w:rsidRPr="008E006D">
        <w:rPr>
          <w:rFonts w:cs="Sakkal Majalla"/>
          <w:sz w:val="36"/>
          <w:szCs w:val="38"/>
          <w:rtl/>
        </w:rPr>
        <w:t>من</w:t>
      </w:r>
      <w:r w:rsidRPr="008E006D">
        <w:rPr>
          <w:rFonts w:cs="Sakkal Majalla"/>
          <w:sz w:val="36"/>
          <w:szCs w:val="38"/>
        </w:rPr>
        <w:t xml:space="preserve"> </w:t>
      </w:r>
      <w:r w:rsidRPr="008E006D">
        <w:rPr>
          <w:rFonts w:cs="Sakkal Majalla"/>
          <w:sz w:val="36"/>
          <w:szCs w:val="38"/>
          <w:rtl/>
        </w:rPr>
        <w:t>التركيز</w:t>
      </w:r>
      <w:r w:rsidRPr="008E006D">
        <w:rPr>
          <w:rFonts w:cs="Sakkal Majalla"/>
          <w:sz w:val="36"/>
          <w:szCs w:val="38"/>
        </w:rPr>
        <w:t xml:space="preserve"> </w:t>
      </w:r>
      <w:r w:rsidRPr="008E006D">
        <w:rPr>
          <w:rFonts w:cs="Sakkal Majalla"/>
          <w:sz w:val="36"/>
          <w:szCs w:val="38"/>
          <w:rtl/>
        </w:rPr>
        <w:t>التقني</w:t>
      </w:r>
      <w:r w:rsidRPr="008E006D">
        <w:rPr>
          <w:rFonts w:cs="Sakkal Majalla"/>
          <w:sz w:val="36"/>
          <w:szCs w:val="38"/>
        </w:rPr>
        <w:t xml:space="preserve"> </w:t>
      </w:r>
      <w:r w:rsidRPr="008E006D">
        <w:rPr>
          <w:rFonts w:cs="Sakkal Majalla"/>
          <w:sz w:val="36"/>
          <w:szCs w:val="38"/>
          <w:rtl/>
        </w:rPr>
        <w:t>إلى</w:t>
      </w:r>
      <w:r w:rsidRPr="008E006D">
        <w:rPr>
          <w:rFonts w:cs="Sakkal Majalla"/>
          <w:sz w:val="36"/>
          <w:szCs w:val="38"/>
        </w:rPr>
        <w:t xml:space="preserve"> </w:t>
      </w:r>
      <w:r w:rsidRPr="008E006D">
        <w:rPr>
          <w:rFonts w:cs="Sakkal Majalla"/>
          <w:sz w:val="36"/>
          <w:szCs w:val="38"/>
          <w:rtl/>
        </w:rPr>
        <w:t>التحول</w:t>
      </w:r>
      <w:r w:rsidRPr="008E006D">
        <w:rPr>
          <w:rFonts w:cs="Sakkal Majalla"/>
          <w:sz w:val="36"/>
          <w:szCs w:val="38"/>
        </w:rPr>
        <w:t xml:space="preserve"> </w:t>
      </w:r>
      <w:r w:rsidRPr="008E006D">
        <w:rPr>
          <w:rFonts w:cs="Sakkal Majalla"/>
          <w:sz w:val="36"/>
          <w:szCs w:val="38"/>
          <w:rtl/>
        </w:rPr>
        <w:t>الاستراتيجي</w:t>
      </w:r>
      <w:r w:rsidRPr="008E006D">
        <w:rPr>
          <w:rFonts w:cs="Sakkal Majalla"/>
          <w:sz w:val="36"/>
          <w:szCs w:val="38"/>
        </w:rPr>
        <w:t xml:space="preserve"> </w:t>
      </w:r>
      <w:r w:rsidRPr="008E006D">
        <w:rPr>
          <w:rFonts w:cs="Sakkal Majalla"/>
          <w:sz w:val="36"/>
          <w:szCs w:val="38"/>
          <w:rtl/>
        </w:rPr>
        <w:t>والتنظيمي،</w:t>
      </w:r>
      <w:r w:rsidRPr="008E006D">
        <w:rPr>
          <w:rFonts w:cs="Sakkal Majalla"/>
          <w:sz w:val="36"/>
          <w:szCs w:val="38"/>
        </w:rPr>
        <w:t xml:space="preserve"> </w:t>
      </w:r>
      <w:r w:rsidRPr="008E006D">
        <w:rPr>
          <w:rFonts w:cs="Sakkal Majalla"/>
          <w:sz w:val="36"/>
          <w:szCs w:val="38"/>
          <w:rtl/>
        </w:rPr>
        <w:t>كما</w:t>
      </w:r>
      <w:r w:rsidRPr="008E006D">
        <w:rPr>
          <w:rFonts w:cs="Sakkal Majalla"/>
          <w:sz w:val="36"/>
          <w:szCs w:val="38"/>
        </w:rPr>
        <w:t xml:space="preserve"> </w:t>
      </w:r>
      <w:r w:rsidRPr="008E006D">
        <w:rPr>
          <w:rFonts w:cs="Sakkal Majalla"/>
          <w:sz w:val="36"/>
          <w:szCs w:val="38"/>
          <w:rtl/>
        </w:rPr>
        <w:t>تؤكد</w:t>
      </w:r>
      <w:r w:rsidRPr="008E006D">
        <w:rPr>
          <w:rFonts w:cs="Sakkal Majalla"/>
          <w:sz w:val="36"/>
          <w:szCs w:val="38"/>
        </w:rPr>
        <w:t xml:space="preserve"> </w:t>
      </w:r>
      <w:r w:rsidRPr="008E006D">
        <w:rPr>
          <w:rFonts w:cs="Sakkal Majalla"/>
          <w:sz w:val="36"/>
          <w:szCs w:val="38"/>
          <w:rtl/>
        </w:rPr>
        <w:t>أهمية</w:t>
      </w:r>
      <w:r w:rsidRPr="008E006D">
        <w:rPr>
          <w:rFonts w:cs="Sakkal Majalla"/>
          <w:sz w:val="36"/>
          <w:szCs w:val="38"/>
        </w:rPr>
        <w:t xml:space="preserve"> </w:t>
      </w:r>
      <w:r w:rsidRPr="008E006D">
        <w:rPr>
          <w:rFonts w:cs="Sakkal Majalla"/>
          <w:sz w:val="36"/>
          <w:szCs w:val="38"/>
          <w:rtl/>
        </w:rPr>
        <w:t>القيادة</w:t>
      </w:r>
      <w:r w:rsidRPr="008E006D">
        <w:rPr>
          <w:rFonts w:cs="Sakkal Majalla"/>
          <w:sz w:val="36"/>
          <w:szCs w:val="38"/>
        </w:rPr>
        <w:t xml:space="preserve"> </w:t>
      </w:r>
      <w:r w:rsidRPr="008E006D">
        <w:rPr>
          <w:rFonts w:cs="Sakkal Majalla"/>
          <w:sz w:val="36"/>
          <w:szCs w:val="38"/>
          <w:rtl/>
        </w:rPr>
        <w:t>والرشاقة</w:t>
      </w:r>
      <w:r w:rsidRPr="008E006D">
        <w:rPr>
          <w:rFonts w:cs="Sakkal Majalla"/>
          <w:sz w:val="36"/>
          <w:szCs w:val="38"/>
        </w:rPr>
        <w:t xml:space="preserve"> </w:t>
      </w:r>
      <w:r w:rsidRPr="008E006D">
        <w:rPr>
          <w:rFonts w:cs="Sakkal Majalla"/>
          <w:sz w:val="36"/>
          <w:szCs w:val="38"/>
          <w:rtl/>
        </w:rPr>
        <w:t>والقدرات</w:t>
      </w:r>
      <w:r w:rsidRPr="008E006D">
        <w:rPr>
          <w:rFonts w:cs="Sakkal Majalla"/>
          <w:sz w:val="36"/>
          <w:szCs w:val="38"/>
        </w:rPr>
        <w:t xml:space="preserve"> </w:t>
      </w:r>
      <w:r w:rsidRPr="008E006D">
        <w:rPr>
          <w:rFonts w:cs="Sakkal Majalla"/>
          <w:sz w:val="36"/>
          <w:szCs w:val="38"/>
          <w:rtl/>
        </w:rPr>
        <w:t>الديناميكية</w:t>
      </w:r>
      <w:r w:rsidRPr="008E006D">
        <w:rPr>
          <w:rFonts w:cs="Sakkal Majalla"/>
          <w:sz w:val="36"/>
          <w:szCs w:val="38"/>
        </w:rPr>
        <w:t xml:space="preserve"> </w:t>
      </w:r>
      <w:r w:rsidRPr="008E006D">
        <w:rPr>
          <w:rFonts w:cs="Sakkal Majalla"/>
          <w:sz w:val="36"/>
          <w:szCs w:val="38"/>
          <w:rtl/>
        </w:rPr>
        <w:t>والمنظور</w:t>
      </w:r>
      <w:r w:rsidRPr="008E006D">
        <w:rPr>
          <w:rFonts w:cs="Sakkal Majalla"/>
          <w:sz w:val="36"/>
          <w:szCs w:val="38"/>
        </w:rPr>
        <w:t xml:space="preserve"> </w:t>
      </w:r>
      <w:r w:rsidRPr="008E006D">
        <w:rPr>
          <w:rFonts w:cs="Sakkal Majalla"/>
          <w:sz w:val="36"/>
          <w:szCs w:val="38"/>
          <w:rtl/>
        </w:rPr>
        <w:t>القائم</w:t>
      </w:r>
      <w:r w:rsidRPr="008E006D">
        <w:rPr>
          <w:rFonts w:cs="Sakkal Majalla"/>
          <w:sz w:val="36"/>
          <w:szCs w:val="38"/>
        </w:rPr>
        <w:t xml:space="preserve"> </w:t>
      </w:r>
      <w:r w:rsidRPr="008E006D">
        <w:rPr>
          <w:rFonts w:cs="Sakkal Majalla"/>
          <w:sz w:val="36"/>
          <w:szCs w:val="38"/>
          <w:rtl/>
        </w:rPr>
        <w:t>على</w:t>
      </w:r>
      <w:r w:rsidRPr="008E006D">
        <w:rPr>
          <w:rFonts w:cs="Sakkal Majalla"/>
          <w:sz w:val="36"/>
          <w:szCs w:val="38"/>
        </w:rPr>
        <w:t xml:space="preserve"> </w:t>
      </w:r>
      <w:r w:rsidRPr="008E006D">
        <w:rPr>
          <w:rFonts w:cs="Sakkal Majalla"/>
          <w:sz w:val="36"/>
          <w:szCs w:val="38"/>
          <w:rtl/>
        </w:rPr>
        <w:t>القيمة</w:t>
      </w:r>
      <w:r w:rsidRPr="008E006D">
        <w:rPr>
          <w:rFonts w:cs="Sakkal Majalla"/>
          <w:sz w:val="36"/>
          <w:szCs w:val="38"/>
        </w:rPr>
        <w:t xml:space="preserve">. </w:t>
      </w:r>
      <w:r w:rsidRPr="008E006D">
        <w:rPr>
          <w:rFonts w:cs="Sakkal Majalla"/>
          <w:sz w:val="36"/>
          <w:szCs w:val="38"/>
          <w:rtl/>
        </w:rPr>
        <w:t>وتم</w:t>
      </w:r>
      <w:r w:rsidRPr="008E006D">
        <w:rPr>
          <w:rFonts w:cs="Sakkal Majalla"/>
          <w:sz w:val="36"/>
          <w:szCs w:val="38"/>
        </w:rPr>
        <w:t xml:space="preserve"> </w:t>
      </w:r>
      <w:r w:rsidRPr="008E006D">
        <w:rPr>
          <w:rFonts w:cs="Sakkal Majalla"/>
          <w:sz w:val="36"/>
          <w:szCs w:val="38"/>
          <w:rtl/>
        </w:rPr>
        <w:t>ترتيب</w:t>
      </w:r>
      <w:r w:rsidRPr="008E006D">
        <w:rPr>
          <w:rFonts w:cs="Sakkal Majalla"/>
          <w:sz w:val="36"/>
          <w:szCs w:val="38"/>
        </w:rPr>
        <w:t xml:space="preserve"> </w:t>
      </w:r>
      <w:r w:rsidRPr="008E006D">
        <w:rPr>
          <w:rFonts w:cs="Sakkal Majalla"/>
          <w:sz w:val="36"/>
          <w:szCs w:val="38"/>
          <w:rtl/>
        </w:rPr>
        <w:t>هذه</w:t>
      </w:r>
      <w:r w:rsidRPr="008E006D">
        <w:rPr>
          <w:rFonts w:cs="Sakkal Majalla"/>
          <w:sz w:val="36"/>
          <w:szCs w:val="38"/>
        </w:rPr>
        <w:t xml:space="preserve"> </w:t>
      </w:r>
      <w:r w:rsidRPr="008E006D">
        <w:rPr>
          <w:rFonts w:cs="Sakkal Majalla"/>
          <w:sz w:val="36"/>
          <w:szCs w:val="38"/>
          <w:rtl/>
        </w:rPr>
        <w:t>الدراسات</w:t>
      </w:r>
      <w:r w:rsidRPr="008E006D">
        <w:rPr>
          <w:rFonts w:cs="Sakkal Majalla"/>
          <w:sz w:val="36"/>
          <w:szCs w:val="38"/>
        </w:rPr>
        <w:t xml:space="preserve"> </w:t>
      </w:r>
      <w:r w:rsidRPr="008E006D">
        <w:rPr>
          <w:rFonts w:cs="Sakkal Majalla"/>
          <w:sz w:val="36"/>
          <w:szCs w:val="38"/>
          <w:rtl/>
        </w:rPr>
        <w:t>من</w:t>
      </w:r>
      <w:r w:rsidRPr="008E006D">
        <w:rPr>
          <w:rFonts w:cs="Sakkal Majalla"/>
          <w:sz w:val="36"/>
          <w:szCs w:val="38"/>
        </w:rPr>
        <w:t xml:space="preserve"> </w:t>
      </w:r>
      <w:r w:rsidRPr="008E006D">
        <w:rPr>
          <w:rFonts w:cs="Sakkal Majalla"/>
          <w:sz w:val="36"/>
          <w:szCs w:val="38"/>
          <w:rtl/>
        </w:rPr>
        <w:t>الأقدم</w:t>
      </w:r>
      <w:r w:rsidRPr="008E006D">
        <w:rPr>
          <w:rFonts w:cs="Sakkal Majalla"/>
          <w:sz w:val="36"/>
          <w:szCs w:val="38"/>
        </w:rPr>
        <w:t xml:space="preserve"> </w:t>
      </w:r>
      <w:r w:rsidRPr="008E006D">
        <w:rPr>
          <w:rFonts w:cs="Sakkal Majalla"/>
          <w:sz w:val="36"/>
          <w:szCs w:val="38"/>
          <w:rtl/>
        </w:rPr>
        <w:t>إلى</w:t>
      </w:r>
      <w:r w:rsidRPr="008E006D">
        <w:rPr>
          <w:rFonts w:cs="Sakkal Majalla"/>
          <w:sz w:val="36"/>
          <w:szCs w:val="38"/>
        </w:rPr>
        <w:t xml:space="preserve"> </w:t>
      </w:r>
      <w:r w:rsidRPr="008E006D">
        <w:rPr>
          <w:rFonts w:cs="Sakkal Majalla"/>
          <w:sz w:val="36"/>
          <w:szCs w:val="38"/>
          <w:rtl/>
        </w:rPr>
        <w:t>الأحدث</w:t>
      </w:r>
      <w:r w:rsidRPr="008E006D">
        <w:rPr>
          <w:rFonts w:cs="Sakkal Majalla"/>
          <w:sz w:val="36"/>
          <w:szCs w:val="38"/>
        </w:rPr>
        <w:t xml:space="preserve"> </w:t>
      </w:r>
      <w:r w:rsidRPr="008E006D">
        <w:rPr>
          <w:rFonts w:cs="Sakkal Majalla"/>
          <w:sz w:val="36"/>
          <w:szCs w:val="38"/>
          <w:rtl/>
        </w:rPr>
        <w:t>داخل</w:t>
      </w:r>
      <w:r w:rsidRPr="008E006D">
        <w:rPr>
          <w:rFonts w:cs="Sakkal Majalla"/>
          <w:sz w:val="36"/>
          <w:szCs w:val="38"/>
        </w:rPr>
        <w:t xml:space="preserve"> </w:t>
      </w:r>
      <w:r w:rsidRPr="008E006D">
        <w:rPr>
          <w:rFonts w:cs="Sakkal Majalla"/>
          <w:sz w:val="36"/>
          <w:szCs w:val="38"/>
          <w:rtl/>
        </w:rPr>
        <w:t>المحور</w:t>
      </w:r>
      <w:r w:rsidRPr="008E006D">
        <w:rPr>
          <w:rFonts w:cs="Sakkal Majalla"/>
          <w:sz w:val="36"/>
          <w:szCs w:val="38"/>
        </w:rPr>
        <w:t>.</w:t>
      </w:r>
    </w:p>
    <w:p w14:paraId="2F690C24" w14:textId="77777777" w:rsidR="008E006D" w:rsidRPr="008E006D" w:rsidRDefault="008E006D" w:rsidP="00B70DD9">
      <w:pPr>
        <w:ind w:firstLine="0"/>
        <w:jc w:val="center"/>
        <w:rPr>
          <w:rFonts w:cs="Sakkal Majalla"/>
          <w:bCs/>
          <w:sz w:val="36"/>
          <w:szCs w:val="38"/>
        </w:rPr>
      </w:pPr>
      <w:r w:rsidRPr="008E006D">
        <w:rPr>
          <w:rFonts w:cs="Sakkal Majalla"/>
          <w:b/>
          <w:bCs/>
          <w:sz w:val="36"/>
          <w:szCs w:val="38"/>
          <w:rtl/>
        </w:rPr>
        <w:t>جدول</w:t>
      </w:r>
      <w:r w:rsidRPr="008E006D">
        <w:rPr>
          <w:rFonts w:cs="Sakkal Majalla"/>
          <w:b/>
          <w:bCs/>
          <w:sz w:val="36"/>
          <w:szCs w:val="38"/>
        </w:rPr>
        <w:t xml:space="preserve"> (2-6</w:t>
      </w:r>
      <w:proofErr w:type="gramStart"/>
      <w:r w:rsidRPr="008E006D">
        <w:rPr>
          <w:rFonts w:cs="Sakkal Majalla"/>
          <w:b/>
          <w:bCs/>
          <w:sz w:val="36"/>
          <w:szCs w:val="38"/>
        </w:rPr>
        <w:t>)</w:t>
      </w:r>
      <w:r w:rsidR="00B70DD9">
        <w:rPr>
          <w:rFonts w:cs="Sakkal Majalla" w:hint="cs"/>
          <w:b/>
          <w:bCs/>
          <w:sz w:val="36"/>
          <w:szCs w:val="38"/>
          <w:rtl/>
        </w:rPr>
        <w:t xml:space="preserve"> </w:t>
      </w:r>
      <w:r w:rsidRPr="008E006D">
        <w:rPr>
          <w:rFonts w:cs="Sakkal Majalla"/>
          <w:b/>
          <w:bCs/>
          <w:sz w:val="36"/>
          <w:szCs w:val="38"/>
        </w:rPr>
        <w:t>:</w:t>
      </w:r>
      <w:proofErr w:type="gramEnd"/>
      <w:r w:rsidR="00B70DD9">
        <w:rPr>
          <w:rFonts w:cs="Sakkal Majalla" w:hint="cs"/>
          <w:b/>
          <w:bCs/>
          <w:sz w:val="36"/>
          <w:szCs w:val="38"/>
          <w:rtl/>
        </w:rPr>
        <w:t xml:space="preserve"> </w:t>
      </w:r>
      <w:r w:rsidRPr="008E006D">
        <w:rPr>
          <w:rFonts w:cs="Sakkal Majalla"/>
          <w:b/>
          <w:bCs/>
          <w:sz w:val="36"/>
          <w:szCs w:val="38"/>
        </w:rPr>
        <w:t xml:space="preserve"> </w:t>
      </w:r>
      <w:r w:rsidRPr="008E006D">
        <w:rPr>
          <w:rFonts w:cs="Sakkal Majalla"/>
          <w:b/>
          <w:bCs/>
          <w:sz w:val="36"/>
          <w:szCs w:val="38"/>
          <w:rtl/>
        </w:rPr>
        <w:t>الدراسات</w:t>
      </w:r>
      <w:r w:rsidRPr="008E006D">
        <w:rPr>
          <w:rFonts w:cs="Sakkal Majalla"/>
          <w:b/>
          <w:bCs/>
          <w:sz w:val="36"/>
          <w:szCs w:val="38"/>
        </w:rPr>
        <w:t xml:space="preserve"> </w:t>
      </w:r>
      <w:r w:rsidRPr="008E006D">
        <w:rPr>
          <w:rFonts w:cs="Sakkal Majalla"/>
          <w:b/>
          <w:bCs/>
          <w:sz w:val="36"/>
          <w:szCs w:val="38"/>
          <w:rtl/>
        </w:rPr>
        <w:t>والمراجع</w:t>
      </w:r>
      <w:r w:rsidRPr="008E006D">
        <w:rPr>
          <w:rFonts w:cs="Sakkal Majalla"/>
          <w:b/>
          <w:bCs/>
          <w:sz w:val="36"/>
          <w:szCs w:val="38"/>
        </w:rPr>
        <w:t xml:space="preserve"> </w:t>
      </w:r>
      <w:r w:rsidRPr="008E006D">
        <w:rPr>
          <w:rFonts w:cs="Sakkal Majalla"/>
          <w:b/>
          <w:bCs/>
          <w:sz w:val="36"/>
          <w:szCs w:val="38"/>
          <w:rtl/>
        </w:rPr>
        <w:t>الأجنبية</w:t>
      </w:r>
      <w:r w:rsidRPr="008E006D">
        <w:rPr>
          <w:rFonts w:cs="Sakkal Majalla"/>
          <w:b/>
          <w:bCs/>
          <w:sz w:val="36"/>
          <w:szCs w:val="38"/>
        </w:rPr>
        <w:t xml:space="preserve"> </w:t>
      </w:r>
      <w:r w:rsidRPr="008E006D">
        <w:rPr>
          <w:rFonts w:cs="Sakkal Majalla"/>
          <w:b/>
          <w:bCs/>
          <w:sz w:val="36"/>
          <w:szCs w:val="38"/>
          <w:rtl/>
        </w:rPr>
        <w:t>مرتبة</w:t>
      </w:r>
      <w:r w:rsidRPr="008E006D">
        <w:rPr>
          <w:rFonts w:cs="Sakkal Majalla"/>
          <w:b/>
          <w:bCs/>
          <w:sz w:val="36"/>
          <w:szCs w:val="38"/>
        </w:rPr>
        <w:t xml:space="preserve"> </w:t>
      </w:r>
      <w:r w:rsidRPr="008E006D">
        <w:rPr>
          <w:rFonts w:cs="Sakkal Majalla"/>
          <w:b/>
          <w:bCs/>
          <w:sz w:val="36"/>
          <w:szCs w:val="38"/>
          <w:rtl/>
        </w:rPr>
        <w:t>من</w:t>
      </w:r>
      <w:r w:rsidRPr="008E006D">
        <w:rPr>
          <w:rFonts w:cs="Sakkal Majalla"/>
          <w:b/>
          <w:bCs/>
          <w:sz w:val="36"/>
          <w:szCs w:val="38"/>
        </w:rPr>
        <w:t xml:space="preserve"> </w:t>
      </w:r>
      <w:r w:rsidRPr="008E006D">
        <w:rPr>
          <w:rFonts w:cs="Sakkal Majalla"/>
          <w:b/>
          <w:bCs/>
          <w:sz w:val="36"/>
          <w:szCs w:val="38"/>
          <w:rtl/>
        </w:rPr>
        <w:t>الأقدم</w:t>
      </w:r>
      <w:r w:rsidRPr="008E006D">
        <w:rPr>
          <w:rFonts w:cs="Sakkal Majalla"/>
          <w:b/>
          <w:bCs/>
          <w:sz w:val="36"/>
          <w:szCs w:val="38"/>
        </w:rPr>
        <w:t xml:space="preserve"> </w:t>
      </w:r>
      <w:r w:rsidRPr="008E006D">
        <w:rPr>
          <w:rFonts w:cs="Sakkal Majalla"/>
          <w:b/>
          <w:bCs/>
          <w:sz w:val="36"/>
          <w:szCs w:val="38"/>
          <w:rtl/>
        </w:rPr>
        <w:t>إلى</w:t>
      </w:r>
      <w:r w:rsidRPr="008E006D">
        <w:rPr>
          <w:rFonts w:cs="Sakkal Majalla"/>
          <w:b/>
          <w:bCs/>
          <w:sz w:val="36"/>
          <w:szCs w:val="38"/>
        </w:rPr>
        <w:t xml:space="preserve"> </w:t>
      </w:r>
      <w:r w:rsidRPr="008E006D">
        <w:rPr>
          <w:rFonts w:cs="Sakkal Majalla"/>
          <w:b/>
          <w:bCs/>
          <w:sz w:val="36"/>
          <w:szCs w:val="38"/>
          <w:rtl/>
        </w:rPr>
        <w:t>الأحدث</w:t>
      </w:r>
    </w:p>
    <w:tbl>
      <w:tblPr>
        <w:tblStyle w:val="TableGrid"/>
        <w:bidiVisual/>
        <w:tblW w:w="5000" w:type="pct"/>
        <w:jc w:val="center"/>
        <w:tblLook w:val="04A0" w:firstRow="1" w:lastRow="0" w:firstColumn="1" w:lastColumn="0" w:noHBand="0" w:noVBand="1"/>
      </w:tblPr>
      <w:tblGrid>
        <w:gridCol w:w="2013"/>
        <w:gridCol w:w="2265"/>
        <w:gridCol w:w="2517"/>
        <w:gridCol w:w="2265"/>
      </w:tblGrid>
      <w:tr w:rsidR="008E006D" w:rsidRPr="008E006D" w14:paraId="16B58951" w14:textId="77777777" w:rsidTr="00B70DD9">
        <w:trPr>
          <w:jc w:val="center"/>
        </w:trPr>
        <w:tc>
          <w:tcPr>
            <w:tcW w:w="1111" w:type="pct"/>
            <w:shd w:val="clear" w:color="auto" w:fill="F7CAAC" w:themeFill="accent2" w:themeFillTint="66"/>
            <w:tcMar>
              <w:top w:w="110" w:type="dxa"/>
              <w:left w:w="110" w:type="dxa"/>
              <w:bottom w:w="110" w:type="dxa"/>
              <w:right w:w="110" w:type="dxa"/>
            </w:tcMar>
            <w:vAlign w:val="center"/>
          </w:tcPr>
          <w:p w14:paraId="6C0383B0" w14:textId="77777777" w:rsidR="008E006D" w:rsidRPr="008E006D" w:rsidRDefault="008E006D" w:rsidP="00B70DD9">
            <w:pPr>
              <w:ind w:firstLine="0"/>
              <w:jc w:val="center"/>
              <w:rPr>
                <w:rFonts w:cs="Sakkal Majalla"/>
                <w:sz w:val="36"/>
                <w:szCs w:val="38"/>
              </w:rPr>
            </w:pPr>
            <w:r w:rsidRPr="008E006D">
              <w:rPr>
                <w:rFonts w:cs="Sakkal Majalla"/>
                <w:b/>
                <w:bCs/>
                <w:sz w:val="36"/>
                <w:szCs w:val="38"/>
                <w:rtl/>
              </w:rPr>
              <w:t>الدراسة</w:t>
            </w:r>
          </w:p>
        </w:tc>
        <w:tc>
          <w:tcPr>
            <w:tcW w:w="1250" w:type="pct"/>
            <w:shd w:val="clear" w:color="auto" w:fill="F7CAAC" w:themeFill="accent2" w:themeFillTint="66"/>
            <w:tcMar>
              <w:top w:w="110" w:type="dxa"/>
              <w:left w:w="110" w:type="dxa"/>
              <w:bottom w:w="110" w:type="dxa"/>
              <w:right w:w="110" w:type="dxa"/>
            </w:tcMar>
            <w:vAlign w:val="center"/>
          </w:tcPr>
          <w:p w14:paraId="5DDFE322" w14:textId="77777777" w:rsidR="008E006D" w:rsidRPr="008E006D" w:rsidRDefault="008E006D" w:rsidP="00B70DD9">
            <w:pPr>
              <w:ind w:firstLine="0"/>
              <w:jc w:val="center"/>
              <w:rPr>
                <w:rFonts w:cs="Sakkal Majalla"/>
                <w:sz w:val="36"/>
                <w:szCs w:val="38"/>
              </w:rPr>
            </w:pPr>
            <w:r w:rsidRPr="008E006D">
              <w:rPr>
                <w:rFonts w:cs="Sakkal Majalla"/>
                <w:b/>
                <w:bCs/>
                <w:sz w:val="36"/>
                <w:szCs w:val="38"/>
                <w:rtl/>
              </w:rPr>
              <w:t>العنوان</w:t>
            </w:r>
            <w:r w:rsidRPr="008E006D">
              <w:rPr>
                <w:rFonts w:cs="Sakkal Majalla"/>
                <w:b/>
                <w:sz w:val="36"/>
                <w:szCs w:val="38"/>
              </w:rPr>
              <w:t>/</w:t>
            </w:r>
            <w:r w:rsidRPr="008E006D">
              <w:rPr>
                <w:rFonts w:cs="Sakkal Majalla"/>
                <w:b/>
                <w:bCs/>
                <w:sz w:val="36"/>
                <w:szCs w:val="38"/>
                <w:rtl/>
              </w:rPr>
              <w:t>المحور</w:t>
            </w:r>
          </w:p>
        </w:tc>
        <w:tc>
          <w:tcPr>
            <w:tcW w:w="1389" w:type="pct"/>
            <w:shd w:val="clear" w:color="auto" w:fill="F7CAAC" w:themeFill="accent2" w:themeFillTint="66"/>
            <w:tcMar>
              <w:top w:w="110" w:type="dxa"/>
              <w:left w:w="110" w:type="dxa"/>
              <w:bottom w:w="110" w:type="dxa"/>
              <w:right w:w="110" w:type="dxa"/>
            </w:tcMar>
            <w:vAlign w:val="center"/>
          </w:tcPr>
          <w:p w14:paraId="71197447" w14:textId="77777777" w:rsidR="008E006D" w:rsidRPr="008E006D" w:rsidRDefault="008E006D" w:rsidP="00B70DD9">
            <w:pPr>
              <w:ind w:firstLine="0"/>
              <w:jc w:val="center"/>
              <w:rPr>
                <w:rFonts w:cs="Sakkal Majalla"/>
                <w:sz w:val="36"/>
                <w:szCs w:val="38"/>
              </w:rPr>
            </w:pPr>
            <w:r w:rsidRPr="008E006D">
              <w:rPr>
                <w:rFonts w:cs="Sakkal Majalla"/>
                <w:b/>
                <w:bCs/>
                <w:sz w:val="36"/>
                <w:szCs w:val="38"/>
                <w:rtl/>
              </w:rPr>
              <w:t>أبرز</w:t>
            </w:r>
            <w:r w:rsidRPr="008E006D">
              <w:rPr>
                <w:rFonts w:cs="Sakkal Majalla"/>
                <w:b/>
                <w:sz w:val="36"/>
                <w:szCs w:val="38"/>
              </w:rPr>
              <w:t xml:space="preserve"> </w:t>
            </w:r>
            <w:r w:rsidRPr="008E006D">
              <w:rPr>
                <w:rFonts w:cs="Sakkal Majalla"/>
                <w:b/>
                <w:bCs/>
                <w:sz w:val="36"/>
                <w:szCs w:val="38"/>
                <w:rtl/>
              </w:rPr>
              <w:t>ما</w:t>
            </w:r>
            <w:r w:rsidRPr="008E006D">
              <w:rPr>
                <w:rFonts w:cs="Sakkal Majalla"/>
                <w:b/>
                <w:sz w:val="36"/>
                <w:szCs w:val="38"/>
              </w:rPr>
              <w:t xml:space="preserve"> </w:t>
            </w:r>
            <w:r w:rsidRPr="008E006D">
              <w:rPr>
                <w:rFonts w:cs="Sakkal Majalla"/>
                <w:b/>
                <w:bCs/>
                <w:sz w:val="36"/>
                <w:szCs w:val="38"/>
                <w:rtl/>
              </w:rPr>
              <w:t>تناولته</w:t>
            </w:r>
          </w:p>
        </w:tc>
        <w:tc>
          <w:tcPr>
            <w:tcW w:w="1250" w:type="pct"/>
            <w:shd w:val="clear" w:color="auto" w:fill="F7CAAC" w:themeFill="accent2" w:themeFillTint="66"/>
            <w:tcMar>
              <w:top w:w="110" w:type="dxa"/>
              <w:left w:w="110" w:type="dxa"/>
              <w:bottom w:w="110" w:type="dxa"/>
              <w:right w:w="110" w:type="dxa"/>
            </w:tcMar>
            <w:vAlign w:val="center"/>
          </w:tcPr>
          <w:p w14:paraId="788EBB54" w14:textId="77777777" w:rsidR="008E006D" w:rsidRPr="008E006D" w:rsidRDefault="008E006D" w:rsidP="00B70DD9">
            <w:pPr>
              <w:ind w:firstLine="0"/>
              <w:jc w:val="center"/>
              <w:rPr>
                <w:rFonts w:cs="Sakkal Majalla"/>
                <w:sz w:val="36"/>
                <w:szCs w:val="38"/>
              </w:rPr>
            </w:pPr>
            <w:r w:rsidRPr="008E006D">
              <w:rPr>
                <w:rFonts w:cs="Sakkal Majalla"/>
                <w:b/>
                <w:bCs/>
                <w:sz w:val="36"/>
                <w:szCs w:val="38"/>
                <w:rtl/>
              </w:rPr>
              <w:t>أوجه</w:t>
            </w:r>
            <w:r w:rsidRPr="008E006D">
              <w:rPr>
                <w:rFonts w:cs="Sakkal Majalla"/>
                <w:b/>
                <w:sz w:val="36"/>
                <w:szCs w:val="38"/>
              </w:rPr>
              <w:t xml:space="preserve"> </w:t>
            </w:r>
            <w:r w:rsidRPr="008E006D">
              <w:rPr>
                <w:rFonts w:cs="Sakkal Majalla"/>
                <w:b/>
                <w:bCs/>
                <w:sz w:val="36"/>
                <w:szCs w:val="38"/>
                <w:rtl/>
              </w:rPr>
              <w:t>الإفادة</w:t>
            </w:r>
            <w:r w:rsidRPr="008E006D">
              <w:rPr>
                <w:rFonts w:cs="Sakkal Majalla"/>
                <w:b/>
                <w:sz w:val="36"/>
                <w:szCs w:val="38"/>
              </w:rPr>
              <w:t xml:space="preserve"> </w:t>
            </w:r>
            <w:r w:rsidRPr="008E006D">
              <w:rPr>
                <w:rFonts w:cs="Sakkal Majalla"/>
                <w:b/>
                <w:bCs/>
                <w:sz w:val="36"/>
                <w:szCs w:val="38"/>
                <w:rtl/>
              </w:rPr>
              <w:t>للدراسة</w:t>
            </w:r>
            <w:r w:rsidRPr="008E006D">
              <w:rPr>
                <w:rFonts w:cs="Sakkal Majalla"/>
                <w:b/>
                <w:sz w:val="36"/>
                <w:szCs w:val="38"/>
              </w:rPr>
              <w:t xml:space="preserve"> </w:t>
            </w:r>
            <w:r w:rsidRPr="008E006D">
              <w:rPr>
                <w:rFonts w:cs="Sakkal Majalla"/>
                <w:b/>
                <w:bCs/>
                <w:sz w:val="36"/>
                <w:szCs w:val="38"/>
                <w:rtl/>
              </w:rPr>
              <w:t>الحالية</w:t>
            </w:r>
          </w:p>
        </w:tc>
      </w:tr>
      <w:tr w:rsidR="008E006D" w:rsidRPr="008E006D" w14:paraId="66794339" w14:textId="77777777" w:rsidTr="00B70DD9">
        <w:trPr>
          <w:jc w:val="center"/>
        </w:trPr>
        <w:tc>
          <w:tcPr>
            <w:tcW w:w="1111" w:type="pct"/>
            <w:shd w:val="clear" w:color="auto" w:fill="F2F6FA"/>
            <w:tcMar>
              <w:top w:w="110" w:type="dxa"/>
              <w:left w:w="110" w:type="dxa"/>
              <w:bottom w:w="110" w:type="dxa"/>
              <w:right w:w="110" w:type="dxa"/>
            </w:tcMar>
            <w:vAlign w:val="center"/>
          </w:tcPr>
          <w:p w14:paraId="4D61AF62" w14:textId="77777777" w:rsidR="008E006D" w:rsidRPr="008E006D" w:rsidRDefault="008E006D" w:rsidP="00B70DD9">
            <w:pPr>
              <w:ind w:firstLine="0"/>
              <w:jc w:val="center"/>
              <w:rPr>
                <w:rFonts w:cs="Sakkal Majalla"/>
                <w:sz w:val="36"/>
                <w:szCs w:val="38"/>
              </w:rPr>
            </w:pPr>
            <w:r w:rsidRPr="008E006D">
              <w:rPr>
                <w:rFonts w:cs="Sakkal Majalla"/>
                <w:sz w:val="36"/>
                <w:szCs w:val="38"/>
              </w:rPr>
              <w:t>Westerman, Bonnet &amp; McAfee (2014)</w:t>
            </w:r>
          </w:p>
        </w:tc>
        <w:tc>
          <w:tcPr>
            <w:tcW w:w="1250" w:type="pct"/>
            <w:shd w:val="clear" w:color="auto" w:fill="F2F6FA"/>
            <w:tcMar>
              <w:top w:w="110" w:type="dxa"/>
              <w:left w:w="110" w:type="dxa"/>
              <w:bottom w:w="110" w:type="dxa"/>
              <w:right w:w="110" w:type="dxa"/>
            </w:tcMar>
            <w:vAlign w:val="center"/>
          </w:tcPr>
          <w:p w14:paraId="37921CF7" w14:textId="77777777" w:rsidR="008E006D" w:rsidRPr="008E006D" w:rsidRDefault="008E006D" w:rsidP="00B70DD9">
            <w:pPr>
              <w:ind w:firstLine="0"/>
              <w:jc w:val="center"/>
              <w:rPr>
                <w:rFonts w:cs="Sakkal Majalla"/>
                <w:sz w:val="36"/>
                <w:szCs w:val="38"/>
              </w:rPr>
            </w:pPr>
            <w:r w:rsidRPr="008E006D">
              <w:rPr>
                <w:rFonts w:cs="Sakkal Majalla"/>
                <w:sz w:val="36"/>
                <w:szCs w:val="38"/>
              </w:rPr>
              <w:t>Leading Digital</w:t>
            </w:r>
          </w:p>
        </w:tc>
        <w:tc>
          <w:tcPr>
            <w:tcW w:w="1389" w:type="pct"/>
            <w:shd w:val="clear" w:color="auto" w:fill="F2F6FA"/>
            <w:tcMar>
              <w:top w:w="110" w:type="dxa"/>
              <w:left w:w="110" w:type="dxa"/>
              <w:bottom w:w="110" w:type="dxa"/>
              <w:right w:w="110" w:type="dxa"/>
            </w:tcMar>
            <w:vAlign w:val="center"/>
          </w:tcPr>
          <w:p w14:paraId="7B6E0BD0" w14:textId="77777777" w:rsidR="008E006D" w:rsidRPr="008E006D" w:rsidRDefault="008E006D" w:rsidP="00B70DD9">
            <w:pPr>
              <w:ind w:firstLine="0"/>
              <w:jc w:val="center"/>
              <w:rPr>
                <w:rFonts w:cs="Sakkal Majalla"/>
                <w:sz w:val="36"/>
                <w:szCs w:val="38"/>
              </w:rPr>
            </w:pPr>
            <w:r w:rsidRPr="008E006D">
              <w:rPr>
                <w:rFonts w:cs="Sakkal Majalla"/>
                <w:sz w:val="36"/>
                <w:szCs w:val="38"/>
                <w:rtl/>
              </w:rPr>
              <w:t>أبرزت</w:t>
            </w:r>
            <w:r w:rsidRPr="008E006D">
              <w:rPr>
                <w:rFonts w:cs="Sakkal Majalla"/>
                <w:sz w:val="36"/>
                <w:szCs w:val="38"/>
              </w:rPr>
              <w:t xml:space="preserve"> </w:t>
            </w:r>
            <w:r w:rsidRPr="008E006D">
              <w:rPr>
                <w:rFonts w:cs="Sakkal Majalla"/>
                <w:sz w:val="36"/>
                <w:szCs w:val="38"/>
                <w:rtl/>
              </w:rPr>
              <w:t>أهمية</w:t>
            </w:r>
            <w:r w:rsidRPr="008E006D">
              <w:rPr>
                <w:rFonts w:cs="Sakkal Majalla"/>
                <w:sz w:val="36"/>
                <w:szCs w:val="38"/>
              </w:rPr>
              <w:t xml:space="preserve"> </w:t>
            </w:r>
            <w:r w:rsidRPr="008E006D">
              <w:rPr>
                <w:rFonts w:cs="Sakkal Majalla"/>
                <w:sz w:val="36"/>
                <w:szCs w:val="38"/>
                <w:rtl/>
              </w:rPr>
              <w:t>القيادة</w:t>
            </w:r>
            <w:r w:rsidRPr="008E006D">
              <w:rPr>
                <w:rFonts w:cs="Sakkal Majalla"/>
                <w:sz w:val="36"/>
                <w:szCs w:val="38"/>
              </w:rPr>
              <w:t xml:space="preserve"> </w:t>
            </w:r>
            <w:r w:rsidRPr="008E006D">
              <w:rPr>
                <w:rFonts w:cs="Sakkal Majalla"/>
                <w:sz w:val="36"/>
                <w:szCs w:val="38"/>
                <w:rtl/>
              </w:rPr>
              <w:t>والتحول</w:t>
            </w:r>
            <w:r w:rsidRPr="008E006D">
              <w:rPr>
                <w:rFonts w:cs="Sakkal Majalla"/>
                <w:sz w:val="36"/>
                <w:szCs w:val="38"/>
              </w:rPr>
              <w:t xml:space="preserve"> </w:t>
            </w:r>
            <w:r w:rsidRPr="008E006D">
              <w:rPr>
                <w:rFonts w:cs="Sakkal Majalla"/>
                <w:sz w:val="36"/>
                <w:szCs w:val="38"/>
                <w:rtl/>
              </w:rPr>
              <w:t>التنظيمي</w:t>
            </w:r>
            <w:r w:rsidRPr="008E006D">
              <w:rPr>
                <w:rFonts w:cs="Sakkal Majalla"/>
                <w:sz w:val="36"/>
                <w:szCs w:val="38"/>
              </w:rPr>
              <w:t xml:space="preserve"> </w:t>
            </w:r>
            <w:r w:rsidRPr="008E006D">
              <w:rPr>
                <w:rFonts w:cs="Sakkal Majalla"/>
                <w:sz w:val="36"/>
                <w:szCs w:val="38"/>
                <w:rtl/>
              </w:rPr>
              <w:t>في</w:t>
            </w:r>
            <w:r w:rsidRPr="008E006D">
              <w:rPr>
                <w:rFonts w:cs="Sakkal Majalla"/>
                <w:sz w:val="36"/>
                <w:szCs w:val="38"/>
              </w:rPr>
              <w:t xml:space="preserve"> </w:t>
            </w:r>
            <w:r w:rsidRPr="008E006D">
              <w:rPr>
                <w:rFonts w:cs="Sakkal Majalla"/>
                <w:sz w:val="36"/>
                <w:szCs w:val="38"/>
                <w:rtl/>
              </w:rPr>
              <w:t>نجاح</w:t>
            </w:r>
            <w:r w:rsidRPr="008E006D">
              <w:rPr>
                <w:rFonts w:cs="Sakkal Majalla"/>
                <w:sz w:val="36"/>
                <w:szCs w:val="38"/>
              </w:rPr>
              <w:t xml:space="preserve"> </w:t>
            </w:r>
            <w:r w:rsidRPr="008E006D">
              <w:rPr>
                <w:rFonts w:cs="Sakkal Majalla"/>
                <w:sz w:val="36"/>
                <w:szCs w:val="38"/>
                <w:rtl/>
              </w:rPr>
              <w:t>التحول</w:t>
            </w:r>
            <w:r w:rsidRPr="008E006D">
              <w:rPr>
                <w:rFonts w:cs="Sakkal Majalla"/>
                <w:sz w:val="36"/>
                <w:szCs w:val="38"/>
              </w:rPr>
              <w:t xml:space="preserve"> </w:t>
            </w:r>
            <w:r w:rsidRPr="008E006D">
              <w:rPr>
                <w:rFonts w:cs="Sakkal Majalla"/>
                <w:sz w:val="36"/>
                <w:szCs w:val="38"/>
                <w:rtl/>
              </w:rPr>
              <w:t>الرقمي</w:t>
            </w:r>
            <w:r w:rsidRPr="008E006D">
              <w:rPr>
                <w:rFonts w:cs="Sakkal Majalla"/>
                <w:sz w:val="36"/>
                <w:szCs w:val="38"/>
              </w:rPr>
              <w:t>.</w:t>
            </w:r>
          </w:p>
        </w:tc>
        <w:tc>
          <w:tcPr>
            <w:tcW w:w="1250" w:type="pct"/>
            <w:shd w:val="clear" w:color="auto" w:fill="F2F6FA"/>
            <w:tcMar>
              <w:top w:w="110" w:type="dxa"/>
              <w:left w:w="110" w:type="dxa"/>
              <w:bottom w:w="110" w:type="dxa"/>
              <w:right w:w="110" w:type="dxa"/>
            </w:tcMar>
            <w:vAlign w:val="center"/>
          </w:tcPr>
          <w:p w14:paraId="47C833D5" w14:textId="77777777" w:rsidR="008E006D" w:rsidRPr="008E006D" w:rsidRDefault="008E006D" w:rsidP="00B70DD9">
            <w:pPr>
              <w:ind w:firstLine="0"/>
              <w:jc w:val="center"/>
              <w:rPr>
                <w:rFonts w:cs="Sakkal Majalla"/>
                <w:sz w:val="36"/>
                <w:szCs w:val="38"/>
              </w:rPr>
            </w:pPr>
            <w:r w:rsidRPr="008E006D">
              <w:rPr>
                <w:rFonts w:cs="Sakkal Majalla"/>
                <w:sz w:val="36"/>
                <w:szCs w:val="38"/>
                <w:rtl/>
              </w:rPr>
              <w:t>مرجع</w:t>
            </w:r>
            <w:r w:rsidRPr="008E006D">
              <w:rPr>
                <w:rFonts w:cs="Sakkal Majalla"/>
                <w:sz w:val="36"/>
                <w:szCs w:val="38"/>
              </w:rPr>
              <w:t xml:space="preserve"> </w:t>
            </w:r>
            <w:r w:rsidRPr="008E006D">
              <w:rPr>
                <w:rFonts w:cs="Sakkal Majalla"/>
                <w:sz w:val="36"/>
                <w:szCs w:val="38"/>
                <w:rtl/>
              </w:rPr>
              <w:t>تأسيسي</w:t>
            </w:r>
            <w:r w:rsidRPr="008E006D">
              <w:rPr>
                <w:rFonts w:cs="Sakkal Majalla"/>
                <w:sz w:val="36"/>
                <w:szCs w:val="38"/>
              </w:rPr>
              <w:t xml:space="preserve"> </w:t>
            </w:r>
            <w:r w:rsidRPr="008E006D">
              <w:rPr>
                <w:rFonts w:cs="Sakkal Majalla"/>
                <w:sz w:val="36"/>
                <w:szCs w:val="38"/>
                <w:rtl/>
              </w:rPr>
              <w:t>للقيادة</w:t>
            </w:r>
            <w:r w:rsidRPr="008E006D">
              <w:rPr>
                <w:rFonts w:cs="Sakkal Majalla"/>
                <w:sz w:val="36"/>
                <w:szCs w:val="38"/>
              </w:rPr>
              <w:t xml:space="preserve"> </w:t>
            </w:r>
            <w:r w:rsidRPr="008E006D">
              <w:rPr>
                <w:rFonts w:cs="Sakkal Majalla"/>
                <w:sz w:val="36"/>
                <w:szCs w:val="38"/>
                <w:rtl/>
              </w:rPr>
              <w:t>الرقمية</w:t>
            </w:r>
            <w:r w:rsidRPr="008E006D">
              <w:rPr>
                <w:rFonts w:cs="Sakkal Majalla"/>
                <w:sz w:val="36"/>
                <w:szCs w:val="38"/>
              </w:rPr>
              <w:t>.</w:t>
            </w:r>
          </w:p>
        </w:tc>
      </w:tr>
      <w:tr w:rsidR="008E006D" w:rsidRPr="008E006D" w14:paraId="65C14813" w14:textId="77777777" w:rsidTr="00B70DD9">
        <w:trPr>
          <w:jc w:val="center"/>
        </w:trPr>
        <w:tc>
          <w:tcPr>
            <w:tcW w:w="1111" w:type="pct"/>
            <w:shd w:val="clear" w:color="auto" w:fill="FFFFFF"/>
            <w:tcMar>
              <w:top w:w="110" w:type="dxa"/>
              <w:left w:w="110" w:type="dxa"/>
              <w:bottom w:w="110" w:type="dxa"/>
              <w:right w:w="110" w:type="dxa"/>
            </w:tcMar>
            <w:vAlign w:val="center"/>
          </w:tcPr>
          <w:p w14:paraId="5514E189" w14:textId="77777777" w:rsidR="008E006D" w:rsidRPr="008E006D" w:rsidRDefault="008E006D" w:rsidP="00B70DD9">
            <w:pPr>
              <w:ind w:firstLine="0"/>
              <w:jc w:val="center"/>
              <w:rPr>
                <w:rFonts w:cs="Sakkal Majalla"/>
                <w:sz w:val="36"/>
                <w:szCs w:val="38"/>
              </w:rPr>
            </w:pPr>
            <w:r w:rsidRPr="008E006D">
              <w:rPr>
                <w:rFonts w:cs="Sakkal Majalla"/>
                <w:sz w:val="36"/>
                <w:szCs w:val="38"/>
              </w:rPr>
              <w:lastRenderedPageBreak/>
              <w:t>Vial (2019)</w:t>
            </w:r>
          </w:p>
        </w:tc>
        <w:tc>
          <w:tcPr>
            <w:tcW w:w="1250" w:type="pct"/>
            <w:shd w:val="clear" w:color="auto" w:fill="FFFFFF"/>
            <w:tcMar>
              <w:top w:w="110" w:type="dxa"/>
              <w:left w:w="110" w:type="dxa"/>
              <w:bottom w:w="110" w:type="dxa"/>
              <w:right w:w="110" w:type="dxa"/>
            </w:tcMar>
            <w:vAlign w:val="center"/>
          </w:tcPr>
          <w:p w14:paraId="1D1D19F7" w14:textId="77777777" w:rsidR="008E006D" w:rsidRPr="008E006D" w:rsidRDefault="008E006D" w:rsidP="00B70DD9">
            <w:pPr>
              <w:ind w:firstLine="0"/>
              <w:jc w:val="center"/>
              <w:rPr>
                <w:rFonts w:cs="Sakkal Majalla"/>
                <w:sz w:val="36"/>
                <w:szCs w:val="38"/>
              </w:rPr>
            </w:pPr>
            <w:r w:rsidRPr="008E006D">
              <w:rPr>
                <w:rFonts w:cs="Sakkal Majalla"/>
                <w:sz w:val="36"/>
                <w:szCs w:val="38"/>
              </w:rPr>
              <w:t>Understanding Digital Transformation</w:t>
            </w:r>
          </w:p>
        </w:tc>
        <w:tc>
          <w:tcPr>
            <w:tcW w:w="1389" w:type="pct"/>
            <w:shd w:val="clear" w:color="auto" w:fill="FFFFFF"/>
            <w:tcMar>
              <w:top w:w="110" w:type="dxa"/>
              <w:left w:w="110" w:type="dxa"/>
              <w:bottom w:w="110" w:type="dxa"/>
              <w:right w:w="110" w:type="dxa"/>
            </w:tcMar>
            <w:vAlign w:val="center"/>
          </w:tcPr>
          <w:p w14:paraId="0079E05E" w14:textId="77777777" w:rsidR="008E006D" w:rsidRPr="008E006D" w:rsidRDefault="008E006D" w:rsidP="00B70DD9">
            <w:pPr>
              <w:ind w:firstLine="0"/>
              <w:jc w:val="center"/>
              <w:rPr>
                <w:rFonts w:cs="Sakkal Majalla"/>
                <w:sz w:val="36"/>
                <w:szCs w:val="38"/>
              </w:rPr>
            </w:pPr>
            <w:r w:rsidRPr="008E006D">
              <w:rPr>
                <w:rFonts w:cs="Sakkal Majalla"/>
                <w:sz w:val="36"/>
                <w:szCs w:val="38"/>
                <w:rtl/>
              </w:rPr>
              <w:t>راجع</w:t>
            </w:r>
            <w:r w:rsidRPr="008E006D">
              <w:rPr>
                <w:rFonts w:cs="Sakkal Majalla"/>
                <w:sz w:val="36"/>
                <w:szCs w:val="38"/>
              </w:rPr>
              <w:t xml:space="preserve"> </w:t>
            </w:r>
            <w:r w:rsidRPr="008E006D">
              <w:rPr>
                <w:rFonts w:cs="Sakkal Majalla"/>
                <w:sz w:val="36"/>
                <w:szCs w:val="38"/>
                <w:rtl/>
              </w:rPr>
              <w:t>الأدبيات</w:t>
            </w:r>
            <w:r w:rsidRPr="008E006D">
              <w:rPr>
                <w:rFonts w:cs="Sakkal Majalla"/>
                <w:sz w:val="36"/>
                <w:szCs w:val="38"/>
              </w:rPr>
              <w:t xml:space="preserve"> </w:t>
            </w:r>
            <w:r w:rsidRPr="008E006D">
              <w:rPr>
                <w:rFonts w:cs="Sakkal Majalla"/>
                <w:sz w:val="36"/>
                <w:szCs w:val="38"/>
                <w:rtl/>
              </w:rPr>
              <w:t>وبنى</w:t>
            </w:r>
            <w:r w:rsidRPr="008E006D">
              <w:rPr>
                <w:rFonts w:cs="Sakkal Majalla"/>
                <w:sz w:val="36"/>
                <w:szCs w:val="38"/>
              </w:rPr>
              <w:t xml:space="preserve"> </w:t>
            </w:r>
            <w:r w:rsidRPr="008E006D">
              <w:rPr>
                <w:rFonts w:cs="Sakkal Majalla"/>
                <w:sz w:val="36"/>
                <w:szCs w:val="38"/>
                <w:rtl/>
              </w:rPr>
              <w:t>إطارًا</w:t>
            </w:r>
            <w:r w:rsidRPr="008E006D">
              <w:rPr>
                <w:rFonts w:cs="Sakkal Majalla"/>
                <w:sz w:val="36"/>
                <w:szCs w:val="38"/>
              </w:rPr>
              <w:t xml:space="preserve"> </w:t>
            </w:r>
            <w:r w:rsidRPr="008E006D">
              <w:rPr>
                <w:rFonts w:cs="Sakkal Majalla"/>
                <w:sz w:val="36"/>
                <w:szCs w:val="38"/>
                <w:rtl/>
              </w:rPr>
              <w:t>لمكونات</w:t>
            </w:r>
            <w:r w:rsidRPr="008E006D">
              <w:rPr>
                <w:rFonts w:cs="Sakkal Majalla"/>
                <w:sz w:val="36"/>
                <w:szCs w:val="38"/>
              </w:rPr>
              <w:t xml:space="preserve"> </w:t>
            </w:r>
            <w:r w:rsidRPr="008E006D">
              <w:rPr>
                <w:rFonts w:cs="Sakkal Majalla"/>
                <w:sz w:val="36"/>
                <w:szCs w:val="38"/>
                <w:rtl/>
              </w:rPr>
              <w:t>التحول</w:t>
            </w:r>
            <w:r w:rsidRPr="008E006D">
              <w:rPr>
                <w:rFonts w:cs="Sakkal Majalla"/>
                <w:sz w:val="36"/>
                <w:szCs w:val="38"/>
              </w:rPr>
              <w:t xml:space="preserve"> </w:t>
            </w:r>
            <w:r w:rsidRPr="008E006D">
              <w:rPr>
                <w:rFonts w:cs="Sakkal Majalla"/>
                <w:sz w:val="36"/>
                <w:szCs w:val="38"/>
                <w:rtl/>
              </w:rPr>
              <w:t>الرقمي</w:t>
            </w:r>
            <w:r w:rsidRPr="008E006D">
              <w:rPr>
                <w:rFonts w:cs="Sakkal Majalla"/>
                <w:sz w:val="36"/>
                <w:szCs w:val="38"/>
              </w:rPr>
              <w:t xml:space="preserve"> </w:t>
            </w:r>
            <w:r w:rsidRPr="008E006D">
              <w:rPr>
                <w:rFonts w:cs="Sakkal Majalla"/>
                <w:sz w:val="36"/>
                <w:szCs w:val="38"/>
                <w:rtl/>
              </w:rPr>
              <w:t>وآثاره</w:t>
            </w:r>
            <w:r w:rsidRPr="008E006D">
              <w:rPr>
                <w:rFonts w:cs="Sakkal Majalla"/>
                <w:sz w:val="36"/>
                <w:szCs w:val="38"/>
              </w:rPr>
              <w:t>.</w:t>
            </w:r>
          </w:p>
        </w:tc>
        <w:tc>
          <w:tcPr>
            <w:tcW w:w="1250" w:type="pct"/>
            <w:shd w:val="clear" w:color="auto" w:fill="FFFFFF"/>
            <w:tcMar>
              <w:top w:w="110" w:type="dxa"/>
              <w:left w:w="110" w:type="dxa"/>
              <w:bottom w:w="110" w:type="dxa"/>
              <w:right w:w="110" w:type="dxa"/>
            </w:tcMar>
            <w:vAlign w:val="center"/>
          </w:tcPr>
          <w:p w14:paraId="5EA11C23" w14:textId="77777777" w:rsidR="008E006D" w:rsidRPr="008E006D" w:rsidRDefault="008E006D" w:rsidP="00B70DD9">
            <w:pPr>
              <w:ind w:firstLine="0"/>
              <w:jc w:val="center"/>
              <w:rPr>
                <w:rFonts w:cs="Sakkal Majalla"/>
                <w:sz w:val="36"/>
                <w:szCs w:val="38"/>
              </w:rPr>
            </w:pPr>
            <w:r w:rsidRPr="008E006D">
              <w:rPr>
                <w:rFonts w:cs="Sakkal Majalla"/>
                <w:sz w:val="36"/>
                <w:szCs w:val="38"/>
                <w:rtl/>
              </w:rPr>
              <w:t>يدعم</w:t>
            </w:r>
            <w:r w:rsidRPr="008E006D">
              <w:rPr>
                <w:rFonts w:cs="Sakkal Majalla"/>
                <w:sz w:val="36"/>
                <w:szCs w:val="38"/>
              </w:rPr>
              <w:t xml:space="preserve"> </w:t>
            </w:r>
            <w:r w:rsidRPr="008E006D">
              <w:rPr>
                <w:rFonts w:cs="Sakkal Majalla"/>
                <w:sz w:val="36"/>
                <w:szCs w:val="38"/>
                <w:rtl/>
              </w:rPr>
              <w:t>تعريف</w:t>
            </w:r>
            <w:r w:rsidRPr="008E006D">
              <w:rPr>
                <w:rFonts w:cs="Sakkal Majalla"/>
                <w:sz w:val="36"/>
                <w:szCs w:val="38"/>
              </w:rPr>
              <w:t xml:space="preserve"> </w:t>
            </w:r>
            <w:r w:rsidRPr="008E006D">
              <w:rPr>
                <w:rFonts w:cs="Sakkal Majalla"/>
                <w:sz w:val="36"/>
                <w:szCs w:val="38"/>
                <w:rtl/>
              </w:rPr>
              <w:t>التحول</w:t>
            </w:r>
            <w:r w:rsidRPr="008E006D">
              <w:rPr>
                <w:rFonts w:cs="Sakkal Majalla"/>
                <w:sz w:val="36"/>
                <w:szCs w:val="38"/>
              </w:rPr>
              <w:t xml:space="preserve"> </w:t>
            </w:r>
            <w:r w:rsidRPr="008E006D">
              <w:rPr>
                <w:rFonts w:cs="Sakkal Majalla"/>
                <w:sz w:val="36"/>
                <w:szCs w:val="38"/>
                <w:rtl/>
              </w:rPr>
              <w:t>الرقمي</w:t>
            </w:r>
            <w:r w:rsidRPr="008E006D">
              <w:rPr>
                <w:rFonts w:cs="Sakkal Majalla"/>
                <w:sz w:val="36"/>
                <w:szCs w:val="38"/>
              </w:rPr>
              <w:t xml:space="preserve"> </w:t>
            </w:r>
            <w:r w:rsidRPr="008E006D">
              <w:rPr>
                <w:rFonts w:cs="Sakkal Majalla"/>
                <w:sz w:val="36"/>
                <w:szCs w:val="38"/>
                <w:rtl/>
              </w:rPr>
              <w:t>وتعدد</w:t>
            </w:r>
            <w:r w:rsidRPr="008E006D">
              <w:rPr>
                <w:rFonts w:cs="Sakkal Majalla"/>
                <w:sz w:val="36"/>
                <w:szCs w:val="38"/>
              </w:rPr>
              <w:t xml:space="preserve"> </w:t>
            </w:r>
            <w:r w:rsidRPr="008E006D">
              <w:rPr>
                <w:rFonts w:cs="Sakkal Majalla"/>
                <w:sz w:val="36"/>
                <w:szCs w:val="38"/>
                <w:rtl/>
              </w:rPr>
              <w:t>أبعاده</w:t>
            </w:r>
            <w:r w:rsidRPr="008E006D">
              <w:rPr>
                <w:rFonts w:cs="Sakkal Majalla"/>
                <w:sz w:val="36"/>
                <w:szCs w:val="38"/>
              </w:rPr>
              <w:t>.</w:t>
            </w:r>
          </w:p>
        </w:tc>
      </w:tr>
      <w:tr w:rsidR="008E006D" w:rsidRPr="008E006D" w14:paraId="670BB499" w14:textId="77777777" w:rsidTr="00B70DD9">
        <w:trPr>
          <w:jc w:val="center"/>
        </w:trPr>
        <w:tc>
          <w:tcPr>
            <w:tcW w:w="1111" w:type="pct"/>
            <w:shd w:val="clear" w:color="auto" w:fill="F2F6FA"/>
            <w:tcMar>
              <w:top w:w="110" w:type="dxa"/>
              <w:left w:w="110" w:type="dxa"/>
              <w:bottom w:w="110" w:type="dxa"/>
              <w:right w:w="110" w:type="dxa"/>
            </w:tcMar>
            <w:vAlign w:val="center"/>
          </w:tcPr>
          <w:p w14:paraId="42F6F2A5" w14:textId="77777777" w:rsidR="008E006D" w:rsidRPr="008E006D" w:rsidRDefault="008E006D" w:rsidP="00B70DD9">
            <w:pPr>
              <w:ind w:firstLine="0"/>
              <w:jc w:val="center"/>
              <w:rPr>
                <w:rFonts w:cs="Sakkal Majalla"/>
                <w:sz w:val="36"/>
                <w:szCs w:val="38"/>
              </w:rPr>
            </w:pPr>
            <w:r w:rsidRPr="008E006D">
              <w:rPr>
                <w:rFonts w:cs="Sakkal Majalla"/>
                <w:sz w:val="36"/>
                <w:szCs w:val="38"/>
              </w:rPr>
              <w:t>Mergel, Edelmann &amp; Haug (2019)</w:t>
            </w:r>
          </w:p>
        </w:tc>
        <w:tc>
          <w:tcPr>
            <w:tcW w:w="1250" w:type="pct"/>
            <w:shd w:val="clear" w:color="auto" w:fill="F2F6FA"/>
            <w:tcMar>
              <w:top w:w="110" w:type="dxa"/>
              <w:left w:w="110" w:type="dxa"/>
              <w:bottom w:w="110" w:type="dxa"/>
              <w:right w:w="110" w:type="dxa"/>
            </w:tcMar>
            <w:vAlign w:val="center"/>
          </w:tcPr>
          <w:p w14:paraId="16C77371" w14:textId="77777777" w:rsidR="008E006D" w:rsidRPr="008E006D" w:rsidRDefault="008E006D" w:rsidP="00B70DD9">
            <w:pPr>
              <w:ind w:firstLine="0"/>
              <w:jc w:val="center"/>
              <w:rPr>
                <w:rFonts w:cs="Sakkal Majalla"/>
                <w:sz w:val="36"/>
                <w:szCs w:val="38"/>
              </w:rPr>
            </w:pPr>
            <w:r w:rsidRPr="008E006D">
              <w:rPr>
                <w:rFonts w:cs="Sakkal Majalla"/>
                <w:sz w:val="36"/>
                <w:szCs w:val="38"/>
              </w:rPr>
              <w:t>Digital Transformation in the Public Sector</w:t>
            </w:r>
          </w:p>
        </w:tc>
        <w:tc>
          <w:tcPr>
            <w:tcW w:w="1389" w:type="pct"/>
            <w:shd w:val="clear" w:color="auto" w:fill="F2F6FA"/>
            <w:tcMar>
              <w:top w:w="110" w:type="dxa"/>
              <w:left w:w="110" w:type="dxa"/>
              <w:bottom w:w="110" w:type="dxa"/>
              <w:right w:w="110" w:type="dxa"/>
            </w:tcMar>
            <w:vAlign w:val="center"/>
          </w:tcPr>
          <w:p w14:paraId="7CA4852C" w14:textId="77777777" w:rsidR="008E006D" w:rsidRPr="008E006D" w:rsidRDefault="008E006D" w:rsidP="00B70DD9">
            <w:pPr>
              <w:ind w:firstLine="0"/>
              <w:jc w:val="center"/>
              <w:rPr>
                <w:rFonts w:cs="Sakkal Majalla"/>
                <w:sz w:val="36"/>
                <w:szCs w:val="38"/>
              </w:rPr>
            </w:pPr>
            <w:r w:rsidRPr="008E006D">
              <w:rPr>
                <w:rFonts w:cs="Sakkal Majalla"/>
                <w:sz w:val="36"/>
                <w:szCs w:val="38"/>
                <w:rtl/>
              </w:rPr>
              <w:t>طورت</w:t>
            </w:r>
            <w:r w:rsidRPr="008E006D">
              <w:rPr>
                <w:rFonts w:cs="Sakkal Majalla"/>
                <w:sz w:val="36"/>
                <w:szCs w:val="38"/>
              </w:rPr>
              <w:t xml:space="preserve"> </w:t>
            </w:r>
            <w:r w:rsidRPr="008E006D">
              <w:rPr>
                <w:rFonts w:cs="Sakkal Majalla"/>
                <w:sz w:val="36"/>
                <w:szCs w:val="38"/>
                <w:rtl/>
              </w:rPr>
              <w:t>تعريفًا</w:t>
            </w:r>
            <w:r w:rsidRPr="008E006D">
              <w:rPr>
                <w:rFonts w:cs="Sakkal Majalla"/>
                <w:sz w:val="36"/>
                <w:szCs w:val="38"/>
              </w:rPr>
              <w:t xml:space="preserve"> </w:t>
            </w:r>
            <w:r w:rsidRPr="008E006D">
              <w:rPr>
                <w:rFonts w:cs="Sakkal Majalla"/>
                <w:sz w:val="36"/>
                <w:szCs w:val="38"/>
                <w:rtl/>
              </w:rPr>
              <w:t>للتحول</w:t>
            </w:r>
            <w:r w:rsidRPr="008E006D">
              <w:rPr>
                <w:rFonts w:cs="Sakkal Majalla"/>
                <w:sz w:val="36"/>
                <w:szCs w:val="38"/>
              </w:rPr>
              <w:t xml:space="preserve"> </w:t>
            </w:r>
            <w:r w:rsidRPr="008E006D">
              <w:rPr>
                <w:rFonts w:cs="Sakkal Majalla"/>
                <w:sz w:val="36"/>
                <w:szCs w:val="38"/>
                <w:rtl/>
              </w:rPr>
              <w:t>الرقمي</w:t>
            </w:r>
            <w:r w:rsidRPr="008E006D">
              <w:rPr>
                <w:rFonts w:cs="Sakkal Majalla"/>
                <w:sz w:val="36"/>
                <w:szCs w:val="38"/>
              </w:rPr>
              <w:t xml:space="preserve"> </w:t>
            </w:r>
            <w:r w:rsidRPr="008E006D">
              <w:rPr>
                <w:rFonts w:cs="Sakkal Majalla"/>
                <w:sz w:val="36"/>
                <w:szCs w:val="38"/>
                <w:rtl/>
              </w:rPr>
              <w:t>في</w:t>
            </w:r>
            <w:r w:rsidRPr="008E006D">
              <w:rPr>
                <w:rFonts w:cs="Sakkal Majalla"/>
                <w:sz w:val="36"/>
                <w:szCs w:val="38"/>
              </w:rPr>
              <w:t xml:space="preserve"> </w:t>
            </w:r>
            <w:r w:rsidRPr="008E006D">
              <w:rPr>
                <w:rFonts w:cs="Sakkal Majalla"/>
                <w:sz w:val="36"/>
                <w:szCs w:val="38"/>
                <w:rtl/>
              </w:rPr>
              <w:t>القطاع</w:t>
            </w:r>
            <w:r w:rsidRPr="008E006D">
              <w:rPr>
                <w:rFonts w:cs="Sakkal Majalla"/>
                <w:sz w:val="36"/>
                <w:szCs w:val="38"/>
              </w:rPr>
              <w:t xml:space="preserve"> </w:t>
            </w:r>
            <w:r w:rsidRPr="008E006D">
              <w:rPr>
                <w:rFonts w:cs="Sakkal Majalla"/>
                <w:sz w:val="36"/>
                <w:szCs w:val="38"/>
                <w:rtl/>
              </w:rPr>
              <w:t>العام</w:t>
            </w:r>
            <w:r w:rsidRPr="008E006D">
              <w:rPr>
                <w:rFonts w:cs="Sakkal Majalla"/>
                <w:sz w:val="36"/>
                <w:szCs w:val="38"/>
              </w:rPr>
              <w:t xml:space="preserve"> </w:t>
            </w:r>
            <w:r w:rsidRPr="008E006D">
              <w:rPr>
                <w:rFonts w:cs="Sakkal Majalla"/>
                <w:sz w:val="36"/>
                <w:szCs w:val="38"/>
                <w:rtl/>
              </w:rPr>
              <w:t>بناء</w:t>
            </w:r>
            <w:r w:rsidRPr="008E006D">
              <w:rPr>
                <w:rFonts w:cs="Sakkal Majalla"/>
                <w:sz w:val="36"/>
                <w:szCs w:val="38"/>
              </w:rPr>
              <w:t xml:space="preserve"> </w:t>
            </w:r>
            <w:r w:rsidRPr="008E006D">
              <w:rPr>
                <w:rFonts w:cs="Sakkal Majalla"/>
                <w:sz w:val="36"/>
                <w:szCs w:val="38"/>
                <w:rtl/>
              </w:rPr>
              <w:t>على</w:t>
            </w:r>
            <w:r w:rsidRPr="008E006D">
              <w:rPr>
                <w:rFonts w:cs="Sakkal Majalla"/>
                <w:sz w:val="36"/>
                <w:szCs w:val="38"/>
              </w:rPr>
              <w:t xml:space="preserve"> </w:t>
            </w:r>
            <w:r w:rsidRPr="008E006D">
              <w:rPr>
                <w:rFonts w:cs="Sakkal Majalla"/>
                <w:sz w:val="36"/>
                <w:szCs w:val="38"/>
                <w:rtl/>
              </w:rPr>
              <w:t>مقابلات</w:t>
            </w:r>
            <w:r w:rsidRPr="008E006D">
              <w:rPr>
                <w:rFonts w:cs="Sakkal Majalla"/>
                <w:sz w:val="36"/>
                <w:szCs w:val="38"/>
              </w:rPr>
              <w:t xml:space="preserve"> </w:t>
            </w:r>
            <w:r w:rsidRPr="008E006D">
              <w:rPr>
                <w:rFonts w:cs="Sakkal Majalla"/>
                <w:sz w:val="36"/>
                <w:szCs w:val="38"/>
                <w:rtl/>
              </w:rPr>
              <w:t>خبراء</w:t>
            </w:r>
            <w:r w:rsidRPr="008E006D">
              <w:rPr>
                <w:rFonts w:cs="Sakkal Majalla"/>
                <w:sz w:val="36"/>
                <w:szCs w:val="38"/>
              </w:rPr>
              <w:t>.</w:t>
            </w:r>
          </w:p>
        </w:tc>
        <w:tc>
          <w:tcPr>
            <w:tcW w:w="1250" w:type="pct"/>
            <w:shd w:val="clear" w:color="auto" w:fill="F2F6FA"/>
            <w:tcMar>
              <w:top w:w="110" w:type="dxa"/>
              <w:left w:w="110" w:type="dxa"/>
              <w:bottom w:w="110" w:type="dxa"/>
              <w:right w:w="110" w:type="dxa"/>
            </w:tcMar>
            <w:vAlign w:val="center"/>
          </w:tcPr>
          <w:p w14:paraId="4E95E1FE" w14:textId="77777777" w:rsidR="008E006D" w:rsidRPr="008E006D" w:rsidRDefault="008E006D" w:rsidP="00B70DD9">
            <w:pPr>
              <w:ind w:firstLine="0"/>
              <w:jc w:val="center"/>
              <w:rPr>
                <w:rFonts w:cs="Sakkal Majalla"/>
                <w:sz w:val="36"/>
                <w:szCs w:val="38"/>
              </w:rPr>
            </w:pPr>
            <w:r w:rsidRPr="008E006D">
              <w:rPr>
                <w:rFonts w:cs="Sakkal Majalla"/>
                <w:sz w:val="36"/>
                <w:szCs w:val="38"/>
                <w:rtl/>
              </w:rPr>
              <w:t>ملائم</w:t>
            </w:r>
            <w:r w:rsidRPr="008E006D">
              <w:rPr>
                <w:rFonts w:cs="Sakkal Majalla"/>
                <w:sz w:val="36"/>
                <w:szCs w:val="38"/>
              </w:rPr>
              <w:t xml:space="preserve"> </w:t>
            </w:r>
            <w:r w:rsidRPr="008E006D">
              <w:rPr>
                <w:rFonts w:cs="Sakkal Majalla"/>
                <w:sz w:val="36"/>
                <w:szCs w:val="38"/>
                <w:rtl/>
              </w:rPr>
              <w:t>للسياق</w:t>
            </w:r>
            <w:r w:rsidRPr="008E006D">
              <w:rPr>
                <w:rFonts w:cs="Sakkal Majalla"/>
                <w:sz w:val="36"/>
                <w:szCs w:val="38"/>
              </w:rPr>
              <w:t xml:space="preserve"> </w:t>
            </w:r>
            <w:r w:rsidRPr="008E006D">
              <w:rPr>
                <w:rFonts w:cs="Sakkal Majalla"/>
                <w:sz w:val="36"/>
                <w:szCs w:val="38"/>
                <w:rtl/>
              </w:rPr>
              <w:t>الحكومي</w:t>
            </w:r>
            <w:r w:rsidRPr="008E006D">
              <w:rPr>
                <w:rFonts w:cs="Sakkal Majalla"/>
                <w:sz w:val="36"/>
                <w:szCs w:val="38"/>
              </w:rPr>
              <w:t>.</w:t>
            </w:r>
          </w:p>
        </w:tc>
      </w:tr>
      <w:tr w:rsidR="008E006D" w:rsidRPr="008E006D" w14:paraId="2C7C0203" w14:textId="77777777" w:rsidTr="00B70DD9">
        <w:trPr>
          <w:jc w:val="center"/>
        </w:trPr>
        <w:tc>
          <w:tcPr>
            <w:tcW w:w="1111" w:type="pct"/>
            <w:shd w:val="clear" w:color="auto" w:fill="FFFFFF"/>
            <w:tcMar>
              <w:top w:w="110" w:type="dxa"/>
              <w:left w:w="110" w:type="dxa"/>
              <w:bottom w:w="110" w:type="dxa"/>
              <w:right w:w="110" w:type="dxa"/>
            </w:tcMar>
            <w:vAlign w:val="center"/>
          </w:tcPr>
          <w:p w14:paraId="471C3DEE" w14:textId="77777777" w:rsidR="008E006D" w:rsidRPr="008E006D" w:rsidRDefault="008E006D" w:rsidP="00B70DD9">
            <w:pPr>
              <w:ind w:firstLine="0"/>
              <w:jc w:val="center"/>
              <w:rPr>
                <w:rFonts w:cs="Sakkal Majalla"/>
                <w:sz w:val="36"/>
                <w:szCs w:val="38"/>
              </w:rPr>
            </w:pPr>
            <w:r w:rsidRPr="008E006D">
              <w:rPr>
                <w:rFonts w:cs="Sakkal Majalla"/>
                <w:sz w:val="36"/>
                <w:szCs w:val="38"/>
              </w:rPr>
              <w:t xml:space="preserve">Warner &amp; </w:t>
            </w:r>
            <w:proofErr w:type="spellStart"/>
            <w:r w:rsidRPr="008E006D">
              <w:rPr>
                <w:rFonts w:cs="Sakkal Majalla"/>
                <w:sz w:val="36"/>
                <w:szCs w:val="38"/>
              </w:rPr>
              <w:t>Wäger</w:t>
            </w:r>
            <w:proofErr w:type="spellEnd"/>
            <w:r w:rsidRPr="008E006D">
              <w:rPr>
                <w:rFonts w:cs="Sakkal Majalla"/>
                <w:sz w:val="36"/>
                <w:szCs w:val="38"/>
              </w:rPr>
              <w:t xml:space="preserve"> (2019)</w:t>
            </w:r>
          </w:p>
        </w:tc>
        <w:tc>
          <w:tcPr>
            <w:tcW w:w="1250" w:type="pct"/>
            <w:shd w:val="clear" w:color="auto" w:fill="FFFFFF"/>
            <w:tcMar>
              <w:top w:w="110" w:type="dxa"/>
              <w:left w:w="110" w:type="dxa"/>
              <w:bottom w:w="110" w:type="dxa"/>
              <w:right w:w="110" w:type="dxa"/>
            </w:tcMar>
            <w:vAlign w:val="center"/>
          </w:tcPr>
          <w:p w14:paraId="21809FF7" w14:textId="77777777" w:rsidR="008E006D" w:rsidRPr="008E006D" w:rsidRDefault="008E006D" w:rsidP="00B70DD9">
            <w:pPr>
              <w:ind w:firstLine="0"/>
              <w:jc w:val="center"/>
              <w:rPr>
                <w:rFonts w:cs="Sakkal Majalla"/>
                <w:sz w:val="36"/>
                <w:szCs w:val="38"/>
              </w:rPr>
            </w:pPr>
            <w:r w:rsidRPr="008E006D">
              <w:rPr>
                <w:rFonts w:cs="Sakkal Majalla"/>
                <w:sz w:val="36"/>
                <w:szCs w:val="38"/>
              </w:rPr>
              <w:t>Dynamic Capabilities for Digital Transformation</w:t>
            </w:r>
          </w:p>
        </w:tc>
        <w:tc>
          <w:tcPr>
            <w:tcW w:w="1389" w:type="pct"/>
            <w:shd w:val="clear" w:color="auto" w:fill="FFFFFF"/>
            <w:tcMar>
              <w:top w:w="110" w:type="dxa"/>
              <w:left w:w="110" w:type="dxa"/>
              <w:bottom w:w="110" w:type="dxa"/>
              <w:right w:w="110" w:type="dxa"/>
            </w:tcMar>
            <w:vAlign w:val="center"/>
          </w:tcPr>
          <w:p w14:paraId="5E858BAA" w14:textId="77777777" w:rsidR="008E006D" w:rsidRPr="008E006D" w:rsidRDefault="008E006D" w:rsidP="00B70DD9">
            <w:pPr>
              <w:ind w:firstLine="0"/>
              <w:jc w:val="center"/>
              <w:rPr>
                <w:rFonts w:cs="Sakkal Majalla"/>
                <w:sz w:val="36"/>
                <w:szCs w:val="38"/>
              </w:rPr>
            </w:pPr>
            <w:r w:rsidRPr="008E006D">
              <w:rPr>
                <w:rFonts w:cs="Sakkal Majalla"/>
                <w:sz w:val="36"/>
                <w:szCs w:val="38"/>
                <w:rtl/>
              </w:rPr>
              <w:t>بينت</w:t>
            </w:r>
            <w:r w:rsidRPr="008E006D">
              <w:rPr>
                <w:rFonts w:cs="Sakkal Majalla"/>
                <w:sz w:val="36"/>
                <w:szCs w:val="38"/>
              </w:rPr>
              <w:t xml:space="preserve"> </w:t>
            </w:r>
            <w:r w:rsidRPr="008E006D">
              <w:rPr>
                <w:rFonts w:cs="Sakkal Majalla"/>
                <w:sz w:val="36"/>
                <w:szCs w:val="38"/>
                <w:rtl/>
              </w:rPr>
              <w:t>أن</w:t>
            </w:r>
            <w:r w:rsidRPr="008E006D">
              <w:rPr>
                <w:rFonts w:cs="Sakkal Majalla"/>
                <w:sz w:val="36"/>
                <w:szCs w:val="38"/>
              </w:rPr>
              <w:t xml:space="preserve"> </w:t>
            </w:r>
            <w:r w:rsidRPr="008E006D">
              <w:rPr>
                <w:rFonts w:cs="Sakkal Majalla"/>
                <w:sz w:val="36"/>
                <w:szCs w:val="38"/>
                <w:rtl/>
              </w:rPr>
              <w:t>التحول</w:t>
            </w:r>
            <w:r w:rsidRPr="008E006D">
              <w:rPr>
                <w:rFonts w:cs="Sakkal Majalla"/>
                <w:sz w:val="36"/>
                <w:szCs w:val="38"/>
              </w:rPr>
              <w:t xml:space="preserve"> </w:t>
            </w:r>
            <w:r w:rsidRPr="008E006D">
              <w:rPr>
                <w:rFonts w:cs="Sakkal Majalla"/>
                <w:sz w:val="36"/>
                <w:szCs w:val="38"/>
                <w:rtl/>
              </w:rPr>
              <w:t>الرقمي</w:t>
            </w:r>
            <w:r w:rsidRPr="008E006D">
              <w:rPr>
                <w:rFonts w:cs="Sakkal Majalla"/>
                <w:sz w:val="36"/>
                <w:szCs w:val="38"/>
              </w:rPr>
              <w:t xml:space="preserve"> </w:t>
            </w:r>
            <w:r w:rsidRPr="008E006D">
              <w:rPr>
                <w:rFonts w:cs="Sakkal Majalla"/>
                <w:sz w:val="36"/>
                <w:szCs w:val="38"/>
                <w:rtl/>
              </w:rPr>
              <w:t>عملية</w:t>
            </w:r>
            <w:r w:rsidRPr="008E006D">
              <w:rPr>
                <w:rFonts w:cs="Sakkal Majalla"/>
                <w:sz w:val="36"/>
                <w:szCs w:val="38"/>
              </w:rPr>
              <w:t xml:space="preserve"> </w:t>
            </w:r>
            <w:r w:rsidRPr="008E006D">
              <w:rPr>
                <w:rFonts w:cs="Sakkal Majalla"/>
                <w:sz w:val="36"/>
                <w:szCs w:val="38"/>
                <w:rtl/>
              </w:rPr>
              <w:t>تجديد</w:t>
            </w:r>
            <w:r w:rsidRPr="008E006D">
              <w:rPr>
                <w:rFonts w:cs="Sakkal Majalla"/>
                <w:sz w:val="36"/>
                <w:szCs w:val="38"/>
              </w:rPr>
              <w:t xml:space="preserve"> </w:t>
            </w:r>
            <w:r w:rsidRPr="008E006D">
              <w:rPr>
                <w:rFonts w:cs="Sakkal Majalla"/>
                <w:sz w:val="36"/>
                <w:szCs w:val="38"/>
                <w:rtl/>
              </w:rPr>
              <w:t>استراتيجي</w:t>
            </w:r>
            <w:r w:rsidRPr="008E006D">
              <w:rPr>
                <w:rFonts w:cs="Sakkal Majalla"/>
                <w:sz w:val="36"/>
                <w:szCs w:val="38"/>
              </w:rPr>
              <w:t xml:space="preserve"> </w:t>
            </w:r>
            <w:r w:rsidRPr="008E006D">
              <w:rPr>
                <w:rFonts w:cs="Sakkal Majalla"/>
                <w:sz w:val="36"/>
                <w:szCs w:val="38"/>
                <w:rtl/>
              </w:rPr>
              <w:t>وقدرات</w:t>
            </w:r>
            <w:r w:rsidRPr="008E006D">
              <w:rPr>
                <w:rFonts w:cs="Sakkal Majalla"/>
                <w:sz w:val="36"/>
                <w:szCs w:val="38"/>
              </w:rPr>
              <w:t xml:space="preserve"> </w:t>
            </w:r>
            <w:r w:rsidRPr="008E006D">
              <w:rPr>
                <w:rFonts w:cs="Sakkal Majalla"/>
                <w:sz w:val="36"/>
                <w:szCs w:val="38"/>
                <w:rtl/>
              </w:rPr>
              <w:t>ديناميكية</w:t>
            </w:r>
            <w:r w:rsidRPr="008E006D">
              <w:rPr>
                <w:rFonts w:cs="Sakkal Majalla"/>
                <w:sz w:val="36"/>
                <w:szCs w:val="38"/>
              </w:rPr>
              <w:t>.</w:t>
            </w:r>
          </w:p>
        </w:tc>
        <w:tc>
          <w:tcPr>
            <w:tcW w:w="1250" w:type="pct"/>
            <w:shd w:val="clear" w:color="auto" w:fill="FFFFFF"/>
            <w:tcMar>
              <w:top w:w="110" w:type="dxa"/>
              <w:left w:w="110" w:type="dxa"/>
              <w:bottom w:w="110" w:type="dxa"/>
              <w:right w:w="110" w:type="dxa"/>
            </w:tcMar>
            <w:vAlign w:val="center"/>
          </w:tcPr>
          <w:p w14:paraId="444BD6CB" w14:textId="77777777" w:rsidR="008E006D" w:rsidRPr="008E006D" w:rsidRDefault="008E006D" w:rsidP="00B70DD9">
            <w:pPr>
              <w:ind w:firstLine="0"/>
              <w:jc w:val="center"/>
              <w:rPr>
                <w:rFonts w:cs="Sakkal Majalla"/>
                <w:sz w:val="36"/>
                <w:szCs w:val="38"/>
              </w:rPr>
            </w:pPr>
            <w:r w:rsidRPr="008E006D">
              <w:rPr>
                <w:rFonts w:cs="Sakkal Majalla"/>
                <w:sz w:val="36"/>
                <w:szCs w:val="38"/>
                <w:rtl/>
              </w:rPr>
              <w:t>يدعم</w:t>
            </w:r>
            <w:r w:rsidRPr="008E006D">
              <w:rPr>
                <w:rFonts w:cs="Sakkal Majalla"/>
                <w:sz w:val="36"/>
                <w:szCs w:val="38"/>
              </w:rPr>
              <w:t xml:space="preserve"> </w:t>
            </w:r>
            <w:r w:rsidRPr="008E006D">
              <w:rPr>
                <w:rFonts w:cs="Sakkal Majalla"/>
                <w:sz w:val="36"/>
                <w:szCs w:val="38"/>
                <w:rtl/>
              </w:rPr>
              <w:t>المنطلق</w:t>
            </w:r>
            <w:r w:rsidRPr="008E006D">
              <w:rPr>
                <w:rFonts w:cs="Sakkal Majalla"/>
                <w:sz w:val="36"/>
                <w:szCs w:val="38"/>
              </w:rPr>
              <w:t xml:space="preserve"> </w:t>
            </w:r>
            <w:r w:rsidRPr="008E006D">
              <w:rPr>
                <w:rFonts w:cs="Sakkal Majalla"/>
                <w:sz w:val="36"/>
                <w:szCs w:val="38"/>
                <w:rtl/>
              </w:rPr>
              <w:t>النظري</w:t>
            </w:r>
            <w:r w:rsidRPr="008E006D">
              <w:rPr>
                <w:rFonts w:cs="Sakkal Majalla"/>
                <w:sz w:val="36"/>
                <w:szCs w:val="38"/>
              </w:rPr>
              <w:t xml:space="preserve"> </w:t>
            </w:r>
            <w:r w:rsidRPr="008E006D">
              <w:rPr>
                <w:rFonts w:cs="Sakkal Majalla"/>
                <w:sz w:val="36"/>
                <w:szCs w:val="38"/>
                <w:rtl/>
              </w:rPr>
              <w:t>للقدرات</w:t>
            </w:r>
            <w:r w:rsidRPr="008E006D">
              <w:rPr>
                <w:rFonts w:cs="Sakkal Majalla"/>
                <w:sz w:val="36"/>
                <w:szCs w:val="38"/>
              </w:rPr>
              <w:t xml:space="preserve"> </w:t>
            </w:r>
            <w:r w:rsidRPr="008E006D">
              <w:rPr>
                <w:rFonts w:cs="Sakkal Majalla"/>
                <w:sz w:val="36"/>
                <w:szCs w:val="38"/>
                <w:rtl/>
              </w:rPr>
              <w:t>الديناميكية</w:t>
            </w:r>
            <w:r w:rsidRPr="008E006D">
              <w:rPr>
                <w:rFonts w:cs="Sakkal Majalla"/>
                <w:sz w:val="36"/>
                <w:szCs w:val="38"/>
              </w:rPr>
              <w:t>.</w:t>
            </w:r>
          </w:p>
        </w:tc>
      </w:tr>
      <w:tr w:rsidR="008E006D" w:rsidRPr="008E006D" w14:paraId="345DF1D6" w14:textId="77777777" w:rsidTr="00B70DD9">
        <w:trPr>
          <w:jc w:val="center"/>
        </w:trPr>
        <w:tc>
          <w:tcPr>
            <w:tcW w:w="1111" w:type="pct"/>
            <w:shd w:val="clear" w:color="auto" w:fill="F2F6FA"/>
            <w:tcMar>
              <w:top w:w="110" w:type="dxa"/>
              <w:left w:w="110" w:type="dxa"/>
              <w:bottom w:w="110" w:type="dxa"/>
              <w:right w:w="110" w:type="dxa"/>
            </w:tcMar>
            <w:vAlign w:val="center"/>
          </w:tcPr>
          <w:p w14:paraId="2C6605E2" w14:textId="77777777" w:rsidR="008E006D" w:rsidRPr="008E006D" w:rsidRDefault="008E006D" w:rsidP="00B70DD9">
            <w:pPr>
              <w:ind w:firstLine="0"/>
              <w:jc w:val="center"/>
              <w:rPr>
                <w:rFonts w:cs="Sakkal Majalla"/>
                <w:sz w:val="36"/>
                <w:szCs w:val="38"/>
              </w:rPr>
            </w:pPr>
            <w:r w:rsidRPr="008E006D">
              <w:rPr>
                <w:rFonts w:cs="Sakkal Majalla"/>
                <w:sz w:val="36"/>
                <w:szCs w:val="38"/>
              </w:rPr>
              <w:t>Verhoef et al. (2021)</w:t>
            </w:r>
          </w:p>
        </w:tc>
        <w:tc>
          <w:tcPr>
            <w:tcW w:w="1250" w:type="pct"/>
            <w:shd w:val="clear" w:color="auto" w:fill="F2F6FA"/>
            <w:tcMar>
              <w:top w:w="110" w:type="dxa"/>
              <w:left w:w="110" w:type="dxa"/>
              <w:bottom w:w="110" w:type="dxa"/>
              <w:right w:w="110" w:type="dxa"/>
            </w:tcMar>
            <w:vAlign w:val="center"/>
          </w:tcPr>
          <w:p w14:paraId="60FC6BF1" w14:textId="77777777" w:rsidR="008E006D" w:rsidRPr="008E006D" w:rsidRDefault="008E006D" w:rsidP="00B70DD9">
            <w:pPr>
              <w:ind w:firstLine="0"/>
              <w:jc w:val="center"/>
              <w:rPr>
                <w:rFonts w:cs="Sakkal Majalla"/>
                <w:sz w:val="36"/>
                <w:szCs w:val="38"/>
              </w:rPr>
            </w:pPr>
            <w:r w:rsidRPr="008E006D">
              <w:rPr>
                <w:rFonts w:cs="Sakkal Majalla"/>
                <w:sz w:val="36"/>
                <w:szCs w:val="38"/>
              </w:rPr>
              <w:t>Digital Transformation: A Multidisciplinary Reflection</w:t>
            </w:r>
          </w:p>
        </w:tc>
        <w:tc>
          <w:tcPr>
            <w:tcW w:w="1389" w:type="pct"/>
            <w:shd w:val="clear" w:color="auto" w:fill="F2F6FA"/>
            <w:tcMar>
              <w:top w:w="110" w:type="dxa"/>
              <w:left w:w="110" w:type="dxa"/>
              <w:bottom w:w="110" w:type="dxa"/>
              <w:right w:w="110" w:type="dxa"/>
            </w:tcMar>
            <w:vAlign w:val="center"/>
          </w:tcPr>
          <w:p w14:paraId="4EC5E945" w14:textId="77777777" w:rsidR="008E006D" w:rsidRPr="008E006D" w:rsidRDefault="008E006D" w:rsidP="00B70DD9">
            <w:pPr>
              <w:ind w:firstLine="0"/>
              <w:jc w:val="center"/>
              <w:rPr>
                <w:rFonts w:cs="Sakkal Majalla"/>
                <w:sz w:val="36"/>
                <w:szCs w:val="38"/>
              </w:rPr>
            </w:pPr>
            <w:r w:rsidRPr="008E006D">
              <w:rPr>
                <w:rFonts w:cs="Sakkal Majalla"/>
                <w:sz w:val="36"/>
                <w:szCs w:val="38"/>
                <w:rtl/>
              </w:rPr>
              <w:t>ميزت</w:t>
            </w:r>
            <w:r w:rsidRPr="008E006D">
              <w:rPr>
                <w:rFonts w:cs="Sakkal Majalla"/>
                <w:sz w:val="36"/>
                <w:szCs w:val="38"/>
              </w:rPr>
              <w:t xml:space="preserve"> </w:t>
            </w:r>
            <w:r w:rsidRPr="008E006D">
              <w:rPr>
                <w:rFonts w:cs="Sakkal Majalla"/>
                <w:sz w:val="36"/>
                <w:szCs w:val="38"/>
                <w:rtl/>
              </w:rPr>
              <w:t>بين</w:t>
            </w:r>
            <w:r w:rsidRPr="008E006D">
              <w:rPr>
                <w:rFonts w:cs="Sakkal Majalla"/>
                <w:sz w:val="36"/>
                <w:szCs w:val="38"/>
              </w:rPr>
              <w:t xml:space="preserve"> </w:t>
            </w:r>
            <w:proofErr w:type="spellStart"/>
            <w:r w:rsidRPr="008E006D">
              <w:rPr>
                <w:rFonts w:cs="Sakkal Majalla"/>
                <w:sz w:val="36"/>
                <w:szCs w:val="38"/>
                <w:rtl/>
              </w:rPr>
              <w:t>الرقمنة</w:t>
            </w:r>
            <w:proofErr w:type="spellEnd"/>
            <w:r w:rsidRPr="008E006D">
              <w:rPr>
                <w:rFonts w:cs="Sakkal Majalla"/>
                <w:sz w:val="36"/>
                <w:szCs w:val="38"/>
              </w:rPr>
              <w:t xml:space="preserve"> </w:t>
            </w:r>
            <w:r w:rsidRPr="008E006D">
              <w:rPr>
                <w:rFonts w:cs="Sakkal Majalla"/>
                <w:sz w:val="36"/>
                <w:szCs w:val="38"/>
                <w:rtl/>
              </w:rPr>
              <w:t>والتحويل</w:t>
            </w:r>
            <w:r w:rsidRPr="008E006D">
              <w:rPr>
                <w:rFonts w:cs="Sakkal Majalla"/>
                <w:sz w:val="36"/>
                <w:szCs w:val="38"/>
              </w:rPr>
              <w:t xml:space="preserve"> </w:t>
            </w:r>
            <w:r w:rsidRPr="008E006D">
              <w:rPr>
                <w:rFonts w:cs="Sakkal Majalla"/>
                <w:sz w:val="36"/>
                <w:szCs w:val="38"/>
                <w:rtl/>
              </w:rPr>
              <w:t>الرقمي</w:t>
            </w:r>
            <w:r w:rsidRPr="008E006D">
              <w:rPr>
                <w:rFonts w:cs="Sakkal Majalla"/>
                <w:sz w:val="36"/>
                <w:szCs w:val="38"/>
              </w:rPr>
              <w:t xml:space="preserve"> </w:t>
            </w:r>
            <w:r w:rsidRPr="008E006D">
              <w:rPr>
                <w:rFonts w:cs="Sakkal Majalla"/>
                <w:sz w:val="36"/>
                <w:szCs w:val="38"/>
                <w:rtl/>
              </w:rPr>
              <w:t>والتحول</w:t>
            </w:r>
            <w:r w:rsidRPr="008E006D">
              <w:rPr>
                <w:rFonts w:cs="Sakkal Majalla"/>
                <w:sz w:val="36"/>
                <w:szCs w:val="38"/>
              </w:rPr>
              <w:t xml:space="preserve"> </w:t>
            </w:r>
            <w:r w:rsidRPr="008E006D">
              <w:rPr>
                <w:rFonts w:cs="Sakkal Majalla"/>
                <w:sz w:val="36"/>
                <w:szCs w:val="38"/>
                <w:rtl/>
              </w:rPr>
              <w:t>الرقمي</w:t>
            </w:r>
            <w:r w:rsidRPr="008E006D">
              <w:rPr>
                <w:rFonts w:cs="Sakkal Majalla"/>
                <w:sz w:val="36"/>
                <w:szCs w:val="38"/>
              </w:rPr>
              <w:t xml:space="preserve"> </w:t>
            </w:r>
            <w:r w:rsidRPr="008E006D">
              <w:rPr>
                <w:rFonts w:cs="Sakkal Majalla"/>
                <w:sz w:val="36"/>
                <w:szCs w:val="38"/>
                <w:rtl/>
              </w:rPr>
              <w:t>الكامل</w:t>
            </w:r>
            <w:r w:rsidRPr="008E006D">
              <w:rPr>
                <w:rFonts w:cs="Sakkal Majalla"/>
                <w:sz w:val="36"/>
                <w:szCs w:val="38"/>
              </w:rPr>
              <w:t>.</w:t>
            </w:r>
          </w:p>
        </w:tc>
        <w:tc>
          <w:tcPr>
            <w:tcW w:w="1250" w:type="pct"/>
            <w:shd w:val="clear" w:color="auto" w:fill="F2F6FA"/>
            <w:tcMar>
              <w:top w:w="110" w:type="dxa"/>
              <w:left w:w="110" w:type="dxa"/>
              <w:bottom w:w="110" w:type="dxa"/>
              <w:right w:w="110" w:type="dxa"/>
            </w:tcMar>
            <w:vAlign w:val="center"/>
          </w:tcPr>
          <w:p w14:paraId="1992EB6A" w14:textId="77777777" w:rsidR="008E006D" w:rsidRPr="008E006D" w:rsidRDefault="008E006D" w:rsidP="00B70DD9">
            <w:pPr>
              <w:ind w:firstLine="0"/>
              <w:jc w:val="center"/>
              <w:rPr>
                <w:rFonts w:cs="Sakkal Majalla"/>
                <w:sz w:val="36"/>
                <w:szCs w:val="38"/>
              </w:rPr>
            </w:pPr>
            <w:r w:rsidRPr="008E006D">
              <w:rPr>
                <w:rFonts w:cs="Sakkal Majalla"/>
                <w:sz w:val="36"/>
                <w:szCs w:val="38"/>
                <w:rtl/>
              </w:rPr>
              <w:t>يدعم</w:t>
            </w:r>
            <w:r w:rsidRPr="008E006D">
              <w:rPr>
                <w:rFonts w:cs="Sakkal Majalla"/>
                <w:sz w:val="36"/>
                <w:szCs w:val="38"/>
              </w:rPr>
              <w:t xml:space="preserve"> </w:t>
            </w:r>
            <w:r w:rsidRPr="008E006D">
              <w:rPr>
                <w:rFonts w:cs="Sakkal Majalla"/>
                <w:sz w:val="36"/>
                <w:szCs w:val="38"/>
                <w:rtl/>
              </w:rPr>
              <w:t>تمييز</w:t>
            </w:r>
            <w:r w:rsidRPr="008E006D">
              <w:rPr>
                <w:rFonts w:cs="Sakkal Majalla"/>
                <w:sz w:val="36"/>
                <w:szCs w:val="38"/>
              </w:rPr>
              <w:t xml:space="preserve"> </w:t>
            </w:r>
            <w:r w:rsidRPr="008E006D">
              <w:rPr>
                <w:rFonts w:cs="Sakkal Majalla"/>
                <w:sz w:val="36"/>
                <w:szCs w:val="38"/>
                <w:rtl/>
              </w:rPr>
              <w:t>المصطلحات</w:t>
            </w:r>
            <w:r w:rsidRPr="008E006D">
              <w:rPr>
                <w:rFonts w:cs="Sakkal Majalla"/>
                <w:sz w:val="36"/>
                <w:szCs w:val="38"/>
              </w:rPr>
              <w:t xml:space="preserve"> </w:t>
            </w:r>
            <w:r w:rsidRPr="008E006D">
              <w:rPr>
                <w:rFonts w:cs="Sakkal Majalla"/>
                <w:sz w:val="36"/>
                <w:szCs w:val="38"/>
                <w:rtl/>
              </w:rPr>
              <w:t>وبناء</w:t>
            </w:r>
            <w:r w:rsidRPr="008E006D">
              <w:rPr>
                <w:rFonts w:cs="Sakkal Majalla"/>
                <w:sz w:val="36"/>
                <w:szCs w:val="38"/>
              </w:rPr>
              <w:t xml:space="preserve"> </w:t>
            </w:r>
            <w:r w:rsidRPr="008E006D">
              <w:rPr>
                <w:rFonts w:cs="Sakkal Majalla"/>
                <w:sz w:val="36"/>
                <w:szCs w:val="38"/>
                <w:rtl/>
              </w:rPr>
              <w:t>الأبعاد</w:t>
            </w:r>
            <w:r w:rsidRPr="008E006D">
              <w:rPr>
                <w:rFonts w:cs="Sakkal Majalla"/>
                <w:sz w:val="36"/>
                <w:szCs w:val="38"/>
              </w:rPr>
              <w:t>.</w:t>
            </w:r>
          </w:p>
        </w:tc>
      </w:tr>
      <w:tr w:rsidR="008E006D" w:rsidRPr="008E006D" w14:paraId="76C7980B" w14:textId="77777777" w:rsidTr="00B70DD9">
        <w:trPr>
          <w:jc w:val="center"/>
        </w:trPr>
        <w:tc>
          <w:tcPr>
            <w:tcW w:w="1111" w:type="pct"/>
            <w:shd w:val="clear" w:color="auto" w:fill="FFFFFF"/>
            <w:tcMar>
              <w:top w:w="110" w:type="dxa"/>
              <w:left w:w="110" w:type="dxa"/>
              <w:bottom w:w="110" w:type="dxa"/>
              <w:right w:w="110" w:type="dxa"/>
            </w:tcMar>
            <w:vAlign w:val="center"/>
          </w:tcPr>
          <w:p w14:paraId="13137EA7" w14:textId="77777777" w:rsidR="008E006D" w:rsidRPr="008E006D" w:rsidRDefault="008E006D" w:rsidP="00B70DD9">
            <w:pPr>
              <w:ind w:firstLine="0"/>
              <w:jc w:val="center"/>
              <w:rPr>
                <w:rFonts w:cs="Sakkal Majalla"/>
                <w:sz w:val="36"/>
                <w:szCs w:val="38"/>
              </w:rPr>
            </w:pPr>
            <w:r w:rsidRPr="008E006D">
              <w:rPr>
                <w:rFonts w:cs="Sakkal Majalla"/>
                <w:sz w:val="36"/>
                <w:szCs w:val="38"/>
              </w:rPr>
              <w:t>PMI (2021)</w:t>
            </w:r>
          </w:p>
        </w:tc>
        <w:tc>
          <w:tcPr>
            <w:tcW w:w="1250" w:type="pct"/>
            <w:shd w:val="clear" w:color="auto" w:fill="FFFFFF"/>
            <w:tcMar>
              <w:top w:w="110" w:type="dxa"/>
              <w:left w:w="110" w:type="dxa"/>
              <w:bottom w:w="110" w:type="dxa"/>
              <w:right w:w="110" w:type="dxa"/>
            </w:tcMar>
            <w:vAlign w:val="center"/>
          </w:tcPr>
          <w:p w14:paraId="6DEE9353" w14:textId="77777777" w:rsidR="008E006D" w:rsidRPr="008E006D" w:rsidRDefault="008E006D" w:rsidP="00B70DD9">
            <w:pPr>
              <w:ind w:firstLine="0"/>
              <w:jc w:val="center"/>
              <w:rPr>
                <w:rFonts w:cs="Sakkal Majalla"/>
                <w:sz w:val="36"/>
                <w:szCs w:val="38"/>
              </w:rPr>
            </w:pPr>
            <w:r w:rsidRPr="008E006D">
              <w:rPr>
                <w:rFonts w:cs="Sakkal Majalla"/>
                <w:sz w:val="36"/>
                <w:szCs w:val="38"/>
              </w:rPr>
              <w:t>PMBOK Guide 7th Edition</w:t>
            </w:r>
          </w:p>
        </w:tc>
        <w:tc>
          <w:tcPr>
            <w:tcW w:w="1389" w:type="pct"/>
            <w:shd w:val="clear" w:color="auto" w:fill="FFFFFF"/>
            <w:tcMar>
              <w:top w:w="110" w:type="dxa"/>
              <w:left w:w="110" w:type="dxa"/>
              <w:bottom w:w="110" w:type="dxa"/>
              <w:right w:w="110" w:type="dxa"/>
            </w:tcMar>
            <w:vAlign w:val="center"/>
          </w:tcPr>
          <w:p w14:paraId="7496BC01" w14:textId="77777777" w:rsidR="008E006D" w:rsidRPr="008E006D" w:rsidRDefault="008E006D" w:rsidP="00B70DD9">
            <w:pPr>
              <w:ind w:firstLine="0"/>
              <w:jc w:val="center"/>
              <w:rPr>
                <w:rFonts w:cs="Sakkal Majalla"/>
                <w:sz w:val="36"/>
                <w:szCs w:val="38"/>
              </w:rPr>
            </w:pPr>
            <w:r w:rsidRPr="008E006D">
              <w:rPr>
                <w:rFonts w:cs="Sakkal Majalla"/>
                <w:sz w:val="36"/>
                <w:szCs w:val="38"/>
                <w:rtl/>
              </w:rPr>
              <w:t>ركز</w:t>
            </w:r>
            <w:r w:rsidRPr="008E006D">
              <w:rPr>
                <w:rFonts w:cs="Sakkal Majalla"/>
                <w:sz w:val="36"/>
                <w:szCs w:val="38"/>
              </w:rPr>
              <w:t xml:space="preserve"> </w:t>
            </w:r>
            <w:r w:rsidRPr="008E006D">
              <w:rPr>
                <w:rFonts w:cs="Sakkal Majalla"/>
                <w:sz w:val="36"/>
                <w:szCs w:val="38"/>
                <w:rtl/>
              </w:rPr>
              <w:t>على</w:t>
            </w:r>
            <w:r w:rsidRPr="008E006D">
              <w:rPr>
                <w:rFonts w:cs="Sakkal Majalla"/>
                <w:sz w:val="36"/>
                <w:szCs w:val="38"/>
              </w:rPr>
              <w:t xml:space="preserve"> </w:t>
            </w:r>
            <w:r w:rsidRPr="008E006D">
              <w:rPr>
                <w:rFonts w:cs="Sakkal Majalla"/>
                <w:sz w:val="36"/>
                <w:szCs w:val="38"/>
                <w:rtl/>
              </w:rPr>
              <w:t>نظام</w:t>
            </w:r>
            <w:r w:rsidRPr="008E006D">
              <w:rPr>
                <w:rFonts w:cs="Sakkal Majalla"/>
                <w:sz w:val="36"/>
                <w:szCs w:val="38"/>
              </w:rPr>
              <w:t xml:space="preserve"> </w:t>
            </w:r>
            <w:r w:rsidRPr="008E006D">
              <w:rPr>
                <w:rFonts w:cs="Sakkal Majalla"/>
                <w:sz w:val="36"/>
                <w:szCs w:val="38"/>
                <w:rtl/>
              </w:rPr>
              <w:t>تسليم</w:t>
            </w:r>
            <w:r w:rsidRPr="008E006D">
              <w:rPr>
                <w:rFonts w:cs="Sakkal Majalla"/>
                <w:sz w:val="36"/>
                <w:szCs w:val="38"/>
              </w:rPr>
              <w:t xml:space="preserve"> </w:t>
            </w:r>
            <w:r w:rsidRPr="008E006D">
              <w:rPr>
                <w:rFonts w:cs="Sakkal Majalla"/>
                <w:sz w:val="36"/>
                <w:szCs w:val="38"/>
                <w:rtl/>
              </w:rPr>
              <w:t>القيمة</w:t>
            </w:r>
            <w:r w:rsidRPr="008E006D">
              <w:rPr>
                <w:rFonts w:cs="Sakkal Majalla"/>
                <w:sz w:val="36"/>
                <w:szCs w:val="38"/>
              </w:rPr>
              <w:t xml:space="preserve"> </w:t>
            </w:r>
            <w:r w:rsidRPr="008E006D">
              <w:rPr>
                <w:rFonts w:cs="Sakkal Majalla"/>
                <w:sz w:val="36"/>
                <w:szCs w:val="38"/>
                <w:rtl/>
              </w:rPr>
              <w:t>ومبادئ</w:t>
            </w:r>
            <w:r w:rsidRPr="008E006D">
              <w:rPr>
                <w:rFonts w:cs="Sakkal Majalla"/>
                <w:sz w:val="36"/>
                <w:szCs w:val="38"/>
              </w:rPr>
              <w:t xml:space="preserve"> </w:t>
            </w:r>
            <w:r w:rsidRPr="008E006D">
              <w:rPr>
                <w:rFonts w:cs="Sakkal Majalla"/>
                <w:sz w:val="36"/>
                <w:szCs w:val="38"/>
                <w:rtl/>
              </w:rPr>
              <w:t>أصحاب</w:t>
            </w:r>
            <w:r w:rsidRPr="008E006D">
              <w:rPr>
                <w:rFonts w:cs="Sakkal Majalla"/>
                <w:sz w:val="36"/>
                <w:szCs w:val="38"/>
              </w:rPr>
              <w:t xml:space="preserve"> </w:t>
            </w:r>
            <w:r w:rsidRPr="008E006D">
              <w:rPr>
                <w:rFonts w:cs="Sakkal Majalla"/>
                <w:sz w:val="36"/>
                <w:szCs w:val="38"/>
                <w:rtl/>
              </w:rPr>
              <w:t>المصلحة</w:t>
            </w:r>
            <w:r w:rsidRPr="008E006D">
              <w:rPr>
                <w:rFonts w:cs="Sakkal Majalla"/>
                <w:sz w:val="36"/>
                <w:szCs w:val="38"/>
              </w:rPr>
              <w:t xml:space="preserve"> </w:t>
            </w:r>
            <w:r w:rsidRPr="008E006D">
              <w:rPr>
                <w:rFonts w:cs="Sakkal Majalla"/>
                <w:sz w:val="36"/>
                <w:szCs w:val="38"/>
                <w:rtl/>
              </w:rPr>
              <w:t>والتكيف</w:t>
            </w:r>
            <w:r w:rsidRPr="008E006D">
              <w:rPr>
                <w:rFonts w:cs="Sakkal Majalla"/>
                <w:sz w:val="36"/>
                <w:szCs w:val="38"/>
              </w:rPr>
              <w:t>.</w:t>
            </w:r>
          </w:p>
        </w:tc>
        <w:tc>
          <w:tcPr>
            <w:tcW w:w="1250" w:type="pct"/>
            <w:shd w:val="clear" w:color="auto" w:fill="FFFFFF"/>
            <w:tcMar>
              <w:top w:w="110" w:type="dxa"/>
              <w:left w:w="110" w:type="dxa"/>
              <w:bottom w:w="110" w:type="dxa"/>
              <w:right w:w="110" w:type="dxa"/>
            </w:tcMar>
            <w:vAlign w:val="center"/>
          </w:tcPr>
          <w:p w14:paraId="55B75F15" w14:textId="77777777" w:rsidR="008E006D" w:rsidRPr="008E006D" w:rsidRDefault="008E006D" w:rsidP="00B70DD9">
            <w:pPr>
              <w:ind w:firstLine="0"/>
              <w:jc w:val="center"/>
              <w:rPr>
                <w:rFonts w:cs="Sakkal Majalla"/>
                <w:sz w:val="36"/>
                <w:szCs w:val="38"/>
              </w:rPr>
            </w:pPr>
            <w:r w:rsidRPr="008E006D">
              <w:rPr>
                <w:rFonts w:cs="Sakkal Majalla"/>
                <w:sz w:val="36"/>
                <w:szCs w:val="38"/>
                <w:rtl/>
              </w:rPr>
              <w:t>يدعم</w:t>
            </w:r>
            <w:r w:rsidRPr="008E006D">
              <w:rPr>
                <w:rFonts w:cs="Sakkal Majalla"/>
                <w:sz w:val="36"/>
                <w:szCs w:val="38"/>
              </w:rPr>
              <w:t xml:space="preserve"> </w:t>
            </w:r>
            <w:r w:rsidRPr="008E006D">
              <w:rPr>
                <w:rFonts w:cs="Sakkal Majalla"/>
                <w:sz w:val="36"/>
                <w:szCs w:val="38"/>
                <w:rtl/>
              </w:rPr>
              <w:t>قياس</w:t>
            </w:r>
            <w:r w:rsidRPr="008E006D">
              <w:rPr>
                <w:rFonts w:cs="Sakkal Majalla"/>
                <w:sz w:val="36"/>
                <w:szCs w:val="38"/>
              </w:rPr>
              <w:t xml:space="preserve"> </w:t>
            </w:r>
            <w:r w:rsidRPr="008E006D">
              <w:rPr>
                <w:rFonts w:cs="Sakkal Majalla"/>
                <w:sz w:val="36"/>
                <w:szCs w:val="38"/>
                <w:rtl/>
              </w:rPr>
              <w:t>النجاح</w:t>
            </w:r>
            <w:r w:rsidRPr="008E006D">
              <w:rPr>
                <w:rFonts w:cs="Sakkal Majalla"/>
                <w:sz w:val="36"/>
                <w:szCs w:val="38"/>
              </w:rPr>
              <w:t xml:space="preserve"> </w:t>
            </w:r>
            <w:r w:rsidRPr="008E006D">
              <w:rPr>
                <w:rFonts w:cs="Sakkal Majalla"/>
                <w:sz w:val="36"/>
                <w:szCs w:val="38"/>
                <w:rtl/>
              </w:rPr>
              <w:t>وفق</w:t>
            </w:r>
            <w:r w:rsidRPr="008E006D">
              <w:rPr>
                <w:rFonts w:cs="Sakkal Majalla"/>
                <w:sz w:val="36"/>
                <w:szCs w:val="38"/>
              </w:rPr>
              <w:t xml:space="preserve"> </w:t>
            </w:r>
            <w:r w:rsidRPr="008E006D">
              <w:rPr>
                <w:rFonts w:cs="Sakkal Majalla"/>
                <w:sz w:val="36"/>
                <w:szCs w:val="38"/>
                <w:rtl/>
              </w:rPr>
              <w:t>القيمة</w:t>
            </w:r>
            <w:r w:rsidRPr="008E006D">
              <w:rPr>
                <w:rFonts w:cs="Sakkal Majalla"/>
                <w:sz w:val="36"/>
                <w:szCs w:val="38"/>
              </w:rPr>
              <w:t xml:space="preserve"> </w:t>
            </w:r>
            <w:r w:rsidRPr="008E006D">
              <w:rPr>
                <w:rFonts w:cs="Sakkal Majalla"/>
                <w:sz w:val="36"/>
                <w:szCs w:val="38"/>
                <w:rtl/>
              </w:rPr>
              <w:t>لا</w:t>
            </w:r>
            <w:r w:rsidRPr="008E006D">
              <w:rPr>
                <w:rFonts w:cs="Sakkal Majalla"/>
                <w:sz w:val="36"/>
                <w:szCs w:val="38"/>
              </w:rPr>
              <w:t xml:space="preserve"> </w:t>
            </w:r>
            <w:r w:rsidRPr="008E006D">
              <w:rPr>
                <w:rFonts w:cs="Sakkal Majalla"/>
                <w:sz w:val="36"/>
                <w:szCs w:val="38"/>
                <w:rtl/>
              </w:rPr>
              <w:t>الوقت</w:t>
            </w:r>
            <w:r w:rsidRPr="008E006D">
              <w:rPr>
                <w:rFonts w:cs="Sakkal Majalla"/>
                <w:sz w:val="36"/>
                <w:szCs w:val="38"/>
              </w:rPr>
              <w:t xml:space="preserve"> </w:t>
            </w:r>
            <w:r w:rsidRPr="008E006D">
              <w:rPr>
                <w:rFonts w:cs="Sakkal Majalla"/>
                <w:sz w:val="36"/>
                <w:szCs w:val="38"/>
                <w:rtl/>
              </w:rPr>
              <w:t>والتكلفة</w:t>
            </w:r>
            <w:r w:rsidRPr="008E006D">
              <w:rPr>
                <w:rFonts w:cs="Sakkal Majalla"/>
                <w:sz w:val="36"/>
                <w:szCs w:val="38"/>
              </w:rPr>
              <w:t xml:space="preserve"> </w:t>
            </w:r>
            <w:r w:rsidRPr="008E006D">
              <w:rPr>
                <w:rFonts w:cs="Sakkal Majalla"/>
                <w:sz w:val="36"/>
                <w:szCs w:val="38"/>
                <w:rtl/>
              </w:rPr>
              <w:t>فقط</w:t>
            </w:r>
            <w:r w:rsidRPr="008E006D">
              <w:rPr>
                <w:rFonts w:cs="Sakkal Majalla"/>
                <w:sz w:val="36"/>
                <w:szCs w:val="38"/>
              </w:rPr>
              <w:t>.</w:t>
            </w:r>
          </w:p>
        </w:tc>
      </w:tr>
      <w:tr w:rsidR="008E006D" w:rsidRPr="008E006D" w14:paraId="7713C38E" w14:textId="77777777" w:rsidTr="00B70DD9">
        <w:trPr>
          <w:jc w:val="center"/>
        </w:trPr>
        <w:tc>
          <w:tcPr>
            <w:tcW w:w="1111" w:type="pct"/>
            <w:shd w:val="clear" w:color="auto" w:fill="F2F6FA"/>
            <w:tcMar>
              <w:top w:w="110" w:type="dxa"/>
              <w:left w:w="110" w:type="dxa"/>
              <w:bottom w:w="110" w:type="dxa"/>
              <w:right w:w="110" w:type="dxa"/>
            </w:tcMar>
            <w:vAlign w:val="center"/>
          </w:tcPr>
          <w:p w14:paraId="6220E205" w14:textId="77777777" w:rsidR="008E006D" w:rsidRPr="008E006D" w:rsidRDefault="008E006D" w:rsidP="00B70DD9">
            <w:pPr>
              <w:ind w:firstLine="0"/>
              <w:jc w:val="center"/>
              <w:rPr>
                <w:rFonts w:cs="Sakkal Majalla"/>
                <w:sz w:val="36"/>
                <w:szCs w:val="38"/>
              </w:rPr>
            </w:pPr>
            <w:proofErr w:type="spellStart"/>
            <w:r w:rsidRPr="008E006D">
              <w:rPr>
                <w:rFonts w:cs="Sakkal Majalla"/>
                <w:sz w:val="36"/>
                <w:szCs w:val="38"/>
              </w:rPr>
              <w:t>AlNuaimi</w:t>
            </w:r>
            <w:proofErr w:type="spellEnd"/>
            <w:r w:rsidRPr="008E006D">
              <w:rPr>
                <w:rFonts w:cs="Sakkal Majalla"/>
                <w:sz w:val="36"/>
                <w:szCs w:val="38"/>
              </w:rPr>
              <w:t xml:space="preserve"> et al. (2022)</w:t>
            </w:r>
          </w:p>
        </w:tc>
        <w:tc>
          <w:tcPr>
            <w:tcW w:w="1250" w:type="pct"/>
            <w:shd w:val="clear" w:color="auto" w:fill="F2F6FA"/>
            <w:tcMar>
              <w:top w:w="110" w:type="dxa"/>
              <w:left w:w="110" w:type="dxa"/>
              <w:bottom w:w="110" w:type="dxa"/>
              <w:right w:w="110" w:type="dxa"/>
            </w:tcMar>
            <w:vAlign w:val="center"/>
          </w:tcPr>
          <w:p w14:paraId="228BB5C1" w14:textId="77777777" w:rsidR="008E006D" w:rsidRPr="008E006D" w:rsidRDefault="008E006D" w:rsidP="00B70DD9">
            <w:pPr>
              <w:ind w:firstLine="0"/>
              <w:jc w:val="center"/>
              <w:rPr>
                <w:rFonts w:cs="Sakkal Majalla"/>
                <w:sz w:val="36"/>
                <w:szCs w:val="38"/>
              </w:rPr>
            </w:pPr>
            <w:r w:rsidRPr="008E006D">
              <w:rPr>
                <w:rFonts w:cs="Sakkal Majalla"/>
                <w:sz w:val="36"/>
                <w:szCs w:val="38"/>
              </w:rPr>
              <w:t>Leadership, Agility and Digital Strategy</w:t>
            </w:r>
          </w:p>
        </w:tc>
        <w:tc>
          <w:tcPr>
            <w:tcW w:w="1389" w:type="pct"/>
            <w:shd w:val="clear" w:color="auto" w:fill="F2F6FA"/>
            <w:tcMar>
              <w:top w:w="110" w:type="dxa"/>
              <w:left w:w="110" w:type="dxa"/>
              <w:bottom w:w="110" w:type="dxa"/>
              <w:right w:w="110" w:type="dxa"/>
            </w:tcMar>
            <w:vAlign w:val="center"/>
          </w:tcPr>
          <w:p w14:paraId="64C88214" w14:textId="77777777" w:rsidR="008E006D" w:rsidRPr="008E006D" w:rsidRDefault="008E006D" w:rsidP="00B70DD9">
            <w:pPr>
              <w:ind w:firstLine="0"/>
              <w:jc w:val="center"/>
              <w:rPr>
                <w:rFonts w:cs="Sakkal Majalla"/>
                <w:sz w:val="36"/>
                <w:szCs w:val="38"/>
              </w:rPr>
            </w:pPr>
            <w:r w:rsidRPr="008E006D">
              <w:rPr>
                <w:rFonts w:cs="Sakkal Majalla"/>
                <w:sz w:val="36"/>
                <w:szCs w:val="38"/>
                <w:rtl/>
              </w:rPr>
              <w:t>وجدت</w:t>
            </w:r>
            <w:r w:rsidRPr="008E006D">
              <w:rPr>
                <w:rFonts w:cs="Sakkal Majalla"/>
                <w:sz w:val="36"/>
                <w:szCs w:val="38"/>
              </w:rPr>
              <w:t xml:space="preserve"> </w:t>
            </w:r>
            <w:r w:rsidRPr="008E006D">
              <w:rPr>
                <w:rFonts w:cs="Sakkal Majalla"/>
                <w:sz w:val="36"/>
                <w:szCs w:val="38"/>
                <w:rtl/>
              </w:rPr>
              <w:t>علاقة</w:t>
            </w:r>
            <w:r w:rsidRPr="008E006D">
              <w:rPr>
                <w:rFonts w:cs="Sakkal Majalla"/>
                <w:sz w:val="36"/>
                <w:szCs w:val="38"/>
              </w:rPr>
              <w:t xml:space="preserve"> </w:t>
            </w:r>
            <w:r w:rsidRPr="008E006D">
              <w:rPr>
                <w:rFonts w:cs="Sakkal Majalla"/>
                <w:sz w:val="36"/>
                <w:szCs w:val="38"/>
                <w:rtl/>
              </w:rPr>
              <w:t>إيجابية</w:t>
            </w:r>
            <w:r w:rsidRPr="008E006D">
              <w:rPr>
                <w:rFonts w:cs="Sakkal Majalla"/>
                <w:sz w:val="36"/>
                <w:szCs w:val="38"/>
              </w:rPr>
              <w:t xml:space="preserve"> </w:t>
            </w:r>
            <w:r w:rsidRPr="008E006D">
              <w:rPr>
                <w:rFonts w:cs="Sakkal Majalla"/>
                <w:sz w:val="36"/>
                <w:szCs w:val="38"/>
                <w:rtl/>
              </w:rPr>
              <w:t>بين</w:t>
            </w:r>
            <w:r w:rsidRPr="008E006D">
              <w:rPr>
                <w:rFonts w:cs="Sakkal Majalla"/>
                <w:sz w:val="36"/>
                <w:szCs w:val="38"/>
              </w:rPr>
              <w:t xml:space="preserve"> </w:t>
            </w:r>
            <w:r w:rsidRPr="008E006D">
              <w:rPr>
                <w:rFonts w:cs="Sakkal Majalla"/>
                <w:sz w:val="36"/>
                <w:szCs w:val="38"/>
                <w:rtl/>
              </w:rPr>
              <w:t>القيادة</w:t>
            </w:r>
            <w:r w:rsidRPr="008E006D">
              <w:rPr>
                <w:rFonts w:cs="Sakkal Majalla"/>
                <w:sz w:val="36"/>
                <w:szCs w:val="38"/>
              </w:rPr>
              <w:t xml:space="preserve"> </w:t>
            </w:r>
            <w:r w:rsidRPr="008E006D">
              <w:rPr>
                <w:rFonts w:cs="Sakkal Majalla"/>
                <w:sz w:val="36"/>
                <w:szCs w:val="38"/>
                <w:rtl/>
              </w:rPr>
              <w:t>الرقمية</w:t>
            </w:r>
            <w:r w:rsidRPr="008E006D">
              <w:rPr>
                <w:rFonts w:cs="Sakkal Majalla"/>
                <w:sz w:val="36"/>
                <w:szCs w:val="38"/>
              </w:rPr>
              <w:t xml:space="preserve"> </w:t>
            </w:r>
            <w:r w:rsidRPr="008E006D">
              <w:rPr>
                <w:rFonts w:cs="Sakkal Majalla"/>
                <w:sz w:val="36"/>
                <w:szCs w:val="38"/>
                <w:rtl/>
              </w:rPr>
              <w:t>والرشاقة</w:t>
            </w:r>
            <w:r w:rsidRPr="008E006D">
              <w:rPr>
                <w:rFonts w:cs="Sakkal Majalla"/>
                <w:sz w:val="36"/>
                <w:szCs w:val="38"/>
              </w:rPr>
              <w:t xml:space="preserve"> </w:t>
            </w:r>
            <w:r w:rsidRPr="008E006D">
              <w:rPr>
                <w:rFonts w:cs="Sakkal Majalla"/>
                <w:sz w:val="36"/>
                <w:szCs w:val="38"/>
                <w:rtl/>
              </w:rPr>
              <w:lastRenderedPageBreak/>
              <w:t>والاستراتيجية</w:t>
            </w:r>
            <w:r w:rsidRPr="008E006D">
              <w:rPr>
                <w:rFonts w:cs="Sakkal Majalla"/>
                <w:sz w:val="36"/>
                <w:szCs w:val="38"/>
              </w:rPr>
              <w:t xml:space="preserve"> </w:t>
            </w:r>
            <w:r w:rsidRPr="008E006D">
              <w:rPr>
                <w:rFonts w:cs="Sakkal Majalla"/>
                <w:sz w:val="36"/>
                <w:szCs w:val="38"/>
                <w:rtl/>
              </w:rPr>
              <w:t>الرقمية</w:t>
            </w:r>
            <w:r w:rsidRPr="008E006D">
              <w:rPr>
                <w:rFonts w:cs="Sakkal Majalla"/>
                <w:sz w:val="36"/>
                <w:szCs w:val="38"/>
              </w:rPr>
              <w:t>.</w:t>
            </w:r>
          </w:p>
        </w:tc>
        <w:tc>
          <w:tcPr>
            <w:tcW w:w="1250" w:type="pct"/>
            <w:shd w:val="clear" w:color="auto" w:fill="F2F6FA"/>
            <w:tcMar>
              <w:top w:w="110" w:type="dxa"/>
              <w:left w:w="110" w:type="dxa"/>
              <w:bottom w:w="110" w:type="dxa"/>
              <w:right w:w="110" w:type="dxa"/>
            </w:tcMar>
            <w:vAlign w:val="center"/>
          </w:tcPr>
          <w:p w14:paraId="7B3338B7" w14:textId="77777777" w:rsidR="008E006D" w:rsidRPr="008E006D" w:rsidRDefault="008E006D" w:rsidP="00B70DD9">
            <w:pPr>
              <w:ind w:firstLine="0"/>
              <w:jc w:val="center"/>
              <w:rPr>
                <w:rFonts w:cs="Sakkal Majalla"/>
                <w:sz w:val="36"/>
                <w:szCs w:val="38"/>
              </w:rPr>
            </w:pPr>
            <w:r w:rsidRPr="008E006D">
              <w:rPr>
                <w:rFonts w:cs="Sakkal Majalla"/>
                <w:sz w:val="36"/>
                <w:szCs w:val="38"/>
                <w:rtl/>
              </w:rPr>
              <w:lastRenderedPageBreak/>
              <w:t>يدعم</w:t>
            </w:r>
            <w:r w:rsidRPr="008E006D">
              <w:rPr>
                <w:rFonts w:cs="Sakkal Majalla"/>
                <w:sz w:val="36"/>
                <w:szCs w:val="38"/>
              </w:rPr>
              <w:t xml:space="preserve"> </w:t>
            </w:r>
            <w:r w:rsidRPr="008E006D">
              <w:rPr>
                <w:rFonts w:cs="Sakkal Majalla"/>
                <w:sz w:val="36"/>
                <w:szCs w:val="38"/>
                <w:rtl/>
              </w:rPr>
              <w:t>فرضية</w:t>
            </w:r>
            <w:r w:rsidRPr="008E006D">
              <w:rPr>
                <w:rFonts w:cs="Sakkal Majalla"/>
                <w:sz w:val="36"/>
                <w:szCs w:val="38"/>
              </w:rPr>
              <w:t xml:space="preserve"> </w:t>
            </w:r>
            <w:r w:rsidRPr="008E006D">
              <w:rPr>
                <w:rFonts w:cs="Sakkal Majalla"/>
                <w:sz w:val="36"/>
                <w:szCs w:val="38"/>
                <w:rtl/>
              </w:rPr>
              <w:t>أثر</w:t>
            </w:r>
            <w:r w:rsidRPr="008E006D">
              <w:rPr>
                <w:rFonts w:cs="Sakkal Majalla"/>
                <w:sz w:val="36"/>
                <w:szCs w:val="38"/>
              </w:rPr>
              <w:t xml:space="preserve"> </w:t>
            </w:r>
            <w:r w:rsidRPr="008E006D">
              <w:rPr>
                <w:rFonts w:cs="Sakkal Majalla"/>
                <w:sz w:val="36"/>
                <w:szCs w:val="38"/>
                <w:rtl/>
              </w:rPr>
              <w:t>القيادة</w:t>
            </w:r>
            <w:r w:rsidRPr="008E006D">
              <w:rPr>
                <w:rFonts w:cs="Sakkal Majalla"/>
                <w:sz w:val="36"/>
                <w:szCs w:val="38"/>
              </w:rPr>
              <w:t xml:space="preserve"> </w:t>
            </w:r>
            <w:r w:rsidRPr="008E006D">
              <w:rPr>
                <w:rFonts w:cs="Sakkal Majalla"/>
                <w:sz w:val="36"/>
                <w:szCs w:val="38"/>
                <w:rtl/>
              </w:rPr>
              <w:t>الرقمية</w:t>
            </w:r>
            <w:r w:rsidRPr="008E006D">
              <w:rPr>
                <w:rFonts w:cs="Sakkal Majalla"/>
                <w:sz w:val="36"/>
                <w:szCs w:val="38"/>
              </w:rPr>
              <w:t>.</w:t>
            </w:r>
          </w:p>
        </w:tc>
      </w:tr>
      <w:tr w:rsidR="008E006D" w:rsidRPr="008E006D" w14:paraId="0259F3A0" w14:textId="77777777" w:rsidTr="00B70DD9">
        <w:trPr>
          <w:jc w:val="center"/>
        </w:trPr>
        <w:tc>
          <w:tcPr>
            <w:tcW w:w="1111" w:type="pct"/>
            <w:shd w:val="clear" w:color="auto" w:fill="FFFFFF"/>
            <w:tcMar>
              <w:top w:w="110" w:type="dxa"/>
              <w:left w:w="110" w:type="dxa"/>
              <w:bottom w:w="110" w:type="dxa"/>
              <w:right w:w="110" w:type="dxa"/>
            </w:tcMar>
            <w:vAlign w:val="center"/>
          </w:tcPr>
          <w:p w14:paraId="4C42212F" w14:textId="77777777" w:rsidR="008E006D" w:rsidRPr="008E006D" w:rsidRDefault="008E006D" w:rsidP="00B70DD9">
            <w:pPr>
              <w:ind w:firstLine="0"/>
              <w:jc w:val="center"/>
              <w:rPr>
                <w:rFonts w:cs="Sakkal Majalla"/>
                <w:sz w:val="36"/>
                <w:szCs w:val="38"/>
              </w:rPr>
            </w:pPr>
            <w:r w:rsidRPr="008E006D">
              <w:rPr>
                <w:rFonts w:cs="Sakkal Majalla"/>
                <w:sz w:val="36"/>
                <w:szCs w:val="38"/>
              </w:rPr>
              <w:t>UN DESA (2024)</w:t>
            </w:r>
          </w:p>
        </w:tc>
        <w:tc>
          <w:tcPr>
            <w:tcW w:w="1250" w:type="pct"/>
            <w:shd w:val="clear" w:color="auto" w:fill="FFFFFF"/>
            <w:tcMar>
              <w:top w:w="110" w:type="dxa"/>
              <w:left w:w="110" w:type="dxa"/>
              <w:bottom w:w="110" w:type="dxa"/>
              <w:right w:w="110" w:type="dxa"/>
            </w:tcMar>
            <w:vAlign w:val="center"/>
          </w:tcPr>
          <w:p w14:paraId="1FFFF8FE" w14:textId="77777777" w:rsidR="008E006D" w:rsidRPr="008E006D" w:rsidRDefault="008E006D" w:rsidP="00B70DD9">
            <w:pPr>
              <w:ind w:firstLine="0"/>
              <w:jc w:val="center"/>
              <w:rPr>
                <w:rFonts w:cs="Sakkal Majalla"/>
                <w:sz w:val="36"/>
                <w:szCs w:val="38"/>
              </w:rPr>
            </w:pPr>
            <w:r w:rsidRPr="008E006D">
              <w:rPr>
                <w:rFonts w:cs="Sakkal Majalla"/>
                <w:sz w:val="36"/>
                <w:szCs w:val="38"/>
              </w:rPr>
              <w:t>E-Government Survey 2024</w:t>
            </w:r>
          </w:p>
        </w:tc>
        <w:tc>
          <w:tcPr>
            <w:tcW w:w="1389" w:type="pct"/>
            <w:shd w:val="clear" w:color="auto" w:fill="FFFFFF"/>
            <w:tcMar>
              <w:top w:w="110" w:type="dxa"/>
              <w:left w:w="110" w:type="dxa"/>
              <w:bottom w:w="110" w:type="dxa"/>
              <w:right w:w="110" w:type="dxa"/>
            </w:tcMar>
            <w:vAlign w:val="center"/>
          </w:tcPr>
          <w:p w14:paraId="39FFF7D9" w14:textId="77777777" w:rsidR="008E006D" w:rsidRPr="008E006D" w:rsidRDefault="008E006D" w:rsidP="00B70DD9">
            <w:pPr>
              <w:ind w:firstLine="0"/>
              <w:jc w:val="center"/>
              <w:rPr>
                <w:rFonts w:cs="Sakkal Majalla"/>
                <w:sz w:val="36"/>
                <w:szCs w:val="38"/>
              </w:rPr>
            </w:pPr>
            <w:r w:rsidRPr="008E006D">
              <w:rPr>
                <w:rFonts w:cs="Sakkal Majalla"/>
                <w:sz w:val="36"/>
                <w:szCs w:val="38"/>
                <w:rtl/>
              </w:rPr>
              <w:t>عرض</w:t>
            </w:r>
            <w:r w:rsidRPr="008E006D">
              <w:rPr>
                <w:rFonts w:cs="Sakkal Majalla"/>
                <w:sz w:val="36"/>
                <w:szCs w:val="38"/>
              </w:rPr>
              <w:t xml:space="preserve"> </w:t>
            </w:r>
            <w:r w:rsidRPr="008E006D">
              <w:rPr>
                <w:rFonts w:cs="Sakkal Majalla"/>
                <w:sz w:val="36"/>
                <w:szCs w:val="38"/>
                <w:rtl/>
              </w:rPr>
              <w:t>مؤشرات</w:t>
            </w:r>
            <w:r w:rsidRPr="008E006D">
              <w:rPr>
                <w:rFonts w:cs="Sakkal Majalla"/>
                <w:sz w:val="36"/>
                <w:szCs w:val="38"/>
              </w:rPr>
              <w:t xml:space="preserve"> </w:t>
            </w:r>
            <w:r w:rsidRPr="008E006D">
              <w:rPr>
                <w:rFonts w:cs="Sakkal Majalla"/>
                <w:sz w:val="36"/>
                <w:szCs w:val="38"/>
                <w:rtl/>
              </w:rPr>
              <w:t>تطور</w:t>
            </w:r>
            <w:r w:rsidRPr="008E006D">
              <w:rPr>
                <w:rFonts w:cs="Sakkal Majalla"/>
                <w:sz w:val="36"/>
                <w:szCs w:val="38"/>
              </w:rPr>
              <w:t xml:space="preserve"> </w:t>
            </w:r>
            <w:r w:rsidRPr="008E006D">
              <w:rPr>
                <w:rFonts w:cs="Sakkal Majalla"/>
                <w:sz w:val="36"/>
                <w:szCs w:val="38"/>
                <w:rtl/>
              </w:rPr>
              <w:t>الحكومة</w:t>
            </w:r>
            <w:r w:rsidRPr="008E006D">
              <w:rPr>
                <w:rFonts w:cs="Sakkal Majalla"/>
                <w:sz w:val="36"/>
                <w:szCs w:val="38"/>
              </w:rPr>
              <w:t xml:space="preserve"> </w:t>
            </w:r>
            <w:r w:rsidRPr="008E006D">
              <w:rPr>
                <w:rFonts w:cs="Sakkal Majalla"/>
                <w:sz w:val="36"/>
                <w:szCs w:val="38"/>
                <w:rtl/>
              </w:rPr>
              <w:t>الإلكترونية</w:t>
            </w:r>
            <w:r w:rsidRPr="008E006D">
              <w:rPr>
                <w:rFonts w:cs="Sakkal Majalla"/>
                <w:sz w:val="36"/>
                <w:szCs w:val="38"/>
              </w:rPr>
              <w:t xml:space="preserve"> </w:t>
            </w:r>
            <w:r w:rsidRPr="008E006D">
              <w:rPr>
                <w:rFonts w:cs="Sakkal Majalla"/>
                <w:sz w:val="36"/>
                <w:szCs w:val="38"/>
                <w:rtl/>
              </w:rPr>
              <w:t>عالميًا</w:t>
            </w:r>
            <w:r w:rsidRPr="008E006D">
              <w:rPr>
                <w:rFonts w:cs="Sakkal Majalla"/>
                <w:sz w:val="36"/>
                <w:szCs w:val="38"/>
              </w:rPr>
              <w:t>.</w:t>
            </w:r>
          </w:p>
        </w:tc>
        <w:tc>
          <w:tcPr>
            <w:tcW w:w="1250" w:type="pct"/>
            <w:shd w:val="clear" w:color="auto" w:fill="FFFFFF"/>
            <w:tcMar>
              <w:top w:w="110" w:type="dxa"/>
              <w:left w:w="110" w:type="dxa"/>
              <w:bottom w:w="110" w:type="dxa"/>
              <w:right w:w="110" w:type="dxa"/>
            </w:tcMar>
            <w:vAlign w:val="center"/>
          </w:tcPr>
          <w:p w14:paraId="2BD415ED" w14:textId="77777777" w:rsidR="008E006D" w:rsidRPr="008E006D" w:rsidRDefault="008E006D" w:rsidP="00B70DD9">
            <w:pPr>
              <w:ind w:firstLine="0"/>
              <w:jc w:val="center"/>
              <w:rPr>
                <w:rFonts w:cs="Sakkal Majalla"/>
                <w:sz w:val="36"/>
                <w:szCs w:val="38"/>
              </w:rPr>
            </w:pPr>
            <w:r w:rsidRPr="008E006D">
              <w:rPr>
                <w:rFonts w:cs="Sakkal Majalla"/>
                <w:sz w:val="36"/>
                <w:szCs w:val="38"/>
                <w:rtl/>
              </w:rPr>
              <w:t>يساعد</w:t>
            </w:r>
            <w:r w:rsidRPr="008E006D">
              <w:rPr>
                <w:rFonts w:cs="Sakkal Majalla"/>
                <w:sz w:val="36"/>
                <w:szCs w:val="38"/>
              </w:rPr>
              <w:t xml:space="preserve"> </w:t>
            </w:r>
            <w:r w:rsidRPr="008E006D">
              <w:rPr>
                <w:rFonts w:cs="Sakkal Majalla"/>
                <w:sz w:val="36"/>
                <w:szCs w:val="38"/>
                <w:rtl/>
              </w:rPr>
              <w:t>في</w:t>
            </w:r>
            <w:r w:rsidRPr="008E006D">
              <w:rPr>
                <w:rFonts w:cs="Sakkal Majalla"/>
                <w:sz w:val="36"/>
                <w:szCs w:val="38"/>
              </w:rPr>
              <w:t xml:space="preserve"> </w:t>
            </w:r>
            <w:r w:rsidRPr="008E006D">
              <w:rPr>
                <w:rFonts w:cs="Sakkal Majalla"/>
                <w:sz w:val="36"/>
                <w:szCs w:val="38"/>
                <w:rtl/>
              </w:rPr>
              <w:t>تأطير</w:t>
            </w:r>
            <w:r w:rsidRPr="008E006D">
              <w:rPr>
                <w:rFonts w:cs="Sakkal Majalla"/>
                <w:sz w:val="36"/>
                <w:szCs w:val="38"/>
              </w:rPr>
              <w:t xml:space="preserve"> </w:t>
            </w:r>
            <w:r w:rsidRPr="008E006D">
              <w:rPr>
                <w:rFonts w:cs="Sakkal Majalla"/>
                <w:sz w:val="36"/>
                <w:szCs w:val="38"/>
                <w:rtl/>
              </w:rPr>
              <w:t>السياق</w:t>
            </w:r>
            <w:r w:rsidRPr="008E006D">
              <w:rPr>
                <w:rFonts w:cs="Sakkal Majalla"/>
                <w:sz w:val="36"/>
                <w:szCs w:val="38"/>
              </w:rPr>
              <w:t xml:space="preserve"> </w:t>
            </w:r>
            <w:r w:rsidRPr="008E006D">
              <w:rPr>
                <w:rFonts w:cs="Sakkal Majalla"/>
                <w:sz w:val="36"/>
                <w:szCs w:val="38"/>
                <w:rtl/>
              </w:rPr>
              <w:t>العالمي</w:t>
            </w:r>
            <w:r w:rsidRPr="008E006D">
              <w:rPr>
                <w:rFonts w:cs="Sakkal Majalla"/>
                <w:sz w:val="36"/>
                <w:szCs w:val="38"/>
              </w:rPr>
              <w:t>.</w:t>
            </w:r>
          </w:p>
        </w:tc>
      </w:tr>
      <w:tr w:rsidR="008E006D" w:rsidRPr="008E006D" w14:paraId="6324BEC0" w14:textId="77777777" w:rsidTr="00B70DD9">
        <w:trPr>
          <w:jc w:val="center"/>
        </w:trPr>
        <w:tc>
          <w:tcPr>
            <w:tcW w:w="1111" w:type="pct"/>
            <w:shd w:val="clear" w:color="auto" w:fill="F2F6FA"/>
            <w:tcMar>
              <w:top w:w="110" w:type="dxa"/>
              <w:left w:w="110" w:type="dxa"/>
              <w:bottom w:w="110" w:type="dxa"/>
              <w:right w:w="110" w:type="dxa"/>
            </w:tcMar>
            <w:vAlign w:val="center"/>
          </w:tcPr>
          <w:p w14:paraId="4FE40263" w14:textId="77777777" w:rsidR="008E006D" w:rsidRPr="008E006D" w:rsidRDefault="008E006D" w:rsidP="00B70DD9">
            <w:pPr>
              <w:ind w:firstLine="0"/>
              <w:jc w:val="center"/>
              <w:rPr>
                <w:rFonts w:cs="Sakkal Majalla"/>
                <w:sz w:val="36"/>
                <w:szCs w:val="38"/>
              </w:rPr>
            </w:pPr>
            <w:r w:rsidRPr="008E006D">
              <w:rPr>
                <w:rFonts w:cs="Sakkal Majalla"/>
                <w:sz w:val="36"/>
                <w:szCs w:val="38"/>
              </w:rPr>
              <w:t>OECD (2025)</w:t>
            </w:r>
          </w:p>
        </w:tc>
        <w:tc>
          <w:tcPr>
            <w:tcW w:w="1250" w:type="pct"/>
            <w:shd w:val="clear" w:color="auto" w:fill="F2F6FA"/>
            <w:tcMar>
              <w:top w:w="110" w:type="dxa"/>
              <w:left w:w="110" w:type="dxa"/>
              <w:bottom w:w="110" w:type="dxa"/>
              <w:right w:w="110" w:type="dxa"/>
            </w:tcMar>
            <w:vAlign w:val="center"/>
          </w:tcPr>
          <w:p w14:paraId="793C71D2" w14:textId="77777777" w:rsidR="008E006D" w:rsidRPr="008E006D" w:rsidRDefault="008E006D" w:rsidP="00B70DD9">
            <w:pPr>
              <w:ind w:firstLine="0"/>
              <w:jc w:val="center"/>
              <w:rPr>
                <w:rFonts w:cs="Sakkal Majalla"/>
                <w:sz w:val="36"/>
                <w:szCs w:val="38"/>
              </w:rPr>
            </w:pPr>
            <w:r w:rsidRPr="008E006D">
              <w:rPr>
                <w:rFonts w:cs="Sakkal Majalla"/>
                <w:sz w:val="36"/>
                <w:szCs w:val="38"/>
              </w:rPr>
              <w:t>Digital Government Index</w:t>
            </w:r>
          </w:p>
        </w:tc>
        <w:tc>
          <w:tcPr>
            <w:tcW w:w="1389" w:type="pct"/>
            <w:shd w:val="clear" w:color="auto" w:fill="F2F6FA"/>
            <w:tcMar>
              <w:top w:w="110" w:type="dxa"/>
              <w:left w:w="110" w:type="dxa"/>
              <w:bottom w:w="110" w:type="dxa"/>
              <w:right w:w="110" w:type="dxa"/>
            </w:tcMar>
            <w:vAlign w:val="center"/>
          </w:tcPr>
          <w:p w14:paraId="1EE77EAD" w14:textId="77777777" w:rsidR="008E006D" w:rsidRPr="008E006D" w:rsidRDefault="008E006D" w:rsidP="00B70DD9">
            <w:pPr>
              <w:ind w:firstLine="0"/>
              <w:jc w:val="center"/>
              <w:rPr>
                <w:rFonts w:cs="Sakkal Majalla"/>
                <w:sz w:val="36"/>
                <w:szCs w:val="38"/>
              </w:rPr>
            </w:pPr>
            <w:r w:rsidRPr="008E006D">
              <w:rPr>
                <w:rFonts w:cs="Sakkal Majalla"/>
                <w:sz w:val="36"/>
                <w:szCs w:val="38"/>
                <w:rtl/>
              </w:rPr>
              <w:t>يقيس</w:t>
            </w:r>
            <w:r w:rsidRPr="008E006D">
              <w:rPr>
                <w:rFonts w:cs="Sakkal Majalla"/>
                <w:sz w:val="36"/>
                <w:szCs w:val="38"/>
              </w:rPr>
              <w:t xml:space="preserve"> </w:t>
            </w:r>
            <w:r w:rsidRPr="008E006D">
              <w:rPr>
                <w:rFonts w:cs="Sakkal Majalla"/>
                <w:sz w:val="36"/>
                <w:szCs w:val="38"/>
                <w:rtl/>
              </w:rPr>
              <w:t>السياسات</w:t>
            </w:r>
            <w:r w:rsidRPr="008E006D">
              <w:rPr>
                <w:rFonts w:cs="Sakkal Majalla"/>
                <w:sz w:val="36"/>
                <w:szCs w:val="38"/>
              </w:rPr>
              <w:t xml:space="preserve"> </w:t>
            </w:r>
            <w:r w:rsidRPr="008E006D">
              <w:rPr>
                <w:rFonts w:cs="Sakkal Majalla"/>
                <w:sz w:val="36"/>
                <w:szCs w:val="38"/>
                <w:rtl/>
              </w:rPr>
              <w:t>الرقمية</w:t>
            </w:r>
            <w:r w:rsidRPr="008E006D">
              <w:rPr>
                <w:rFonts w:cs="Sakkal Majalla"/>
                <w:sz w:val="36"/>
                <w:szCs w:val="38"/>
              </w:rPr>
              <w:t xml:space="preserve"> </w:t>
            </w:r>
            <w:r w:rsidRPr="008E006D">
              <w:rPr>
                <w:rFonts w:cs="Sakkal Majalla"/>
                <w:sz w:val="36"/>
                <w:szCs w:val="38"/>
                <w:rtl/>
              </w:rPr>
              <w:t>الحكومية</w:t>
            </w:r>
            <w:r w:rsidRPr="008E006D">
              <w:rPr>
                <w:rFonts w:cs="Sakkal Majalla"/>
                <w:sz w:val="36"/>
                <w:szCs w:val="38"/>
              </w:rPr>
              <w:t xml:space="preserve"> </w:t>
            </w:r>
            <w:r w:rsidRPr="008E006D">
              <w:rPr>
                <w:rFonts w:cs="Sakkal Majalla"/>
                <w:sz w:val="36"/>
                <w:szCs w:val="38"/>
                <w:rtl/>
              </w:rPr>
              <w:t>وفق</w:t>
            </w:r>
            <w:r w:rsidRPr="008E006D">
              <w:rPr>
                <w:rFonts w:cs="Sakkal Majalla"/>
                <w:sz w:val="36"/>
                <w:szCs w:val="38"/>
              </w:rPr>
              <w:t xml:space="preserve"> </w:t>
            </w:r>
            <w:r w:rsidRPr="008E006D">
              <w:rPr>
                <w:rFonts w:cs="Sakkal Majalla"/>
                <w:sz w:val="36"/>
                <w:szCs w:val="38"/>
                <w:rtl/>
              </w:rPr>
              <w:t>أبعاد</w:t>
            </w:r>
            <w:r w:rsidRPr="008E006D">
              <w:rPr>
                <w:rFonts w:cs="Sakkal Majalla"/>
                <w:sz w:val="36"/>
                <w:szCs w:val="38"/>
              </w:rPr>
              <w:t xml:space="preserve"> </w:t>
            </w:r>
            <w:r w:rsidRPr="008E006D">
              <w:rPr>
                <w:rFonts w:cs="Sakkal Majalla"/>
                <w:sz w:val="36"/>
                <w:szCs w:val="38"/>
                <w:rtl/>
              </w:rPr>
              <w:t>التصميم</w:t>
            </w:r>
            <w:r w:rsidRPr="008E006D">
              <w:rPr>
                <w:rFonts w:cs="Sakkal Majalla"/>
                <w:sz w:val="36"/>
                <w:szCs w:val="38"/>
              </w:rPr>
              <w:t xml:space="preserve"> </w:t>
            </w:r>
            <w:r w:rsidRPr="008E006D">
              <w:rPr>
                <w:rFonts w:cs="Sakkal Majalla"/>
                <w:sz w:val="36"/>
                <w:szCs w:val="38"/>
                <w:rtl/>
              </w:rPr>
              <w:t>الرقمي</w:t>
            </w:r>
            <w:r w:rsidRPr="008E006D">
              <w:rPr>
                <w:rFonts w:cs="Sakkal Majalla"/>
                <w:sz w:val="36"/>
                <w:szCs w:val="38"/>
              </w:rPr>
              <w:t xml:space="preserve"> </w:t>
            </w:r>
            <w:r w:rsidRPr="008E006D">
              <w:rPr>
                <w:rFonts w:cs="Sakkal Majalla"/>
                <w:sz w:val="36"/>
                <w:szCs w:val="38"/>
                <w:rtl/>
              </w:rPr>
              <w:t>والبيانات</w:t>
            </w:r>
            <w:r w:rsidRPr="008E006D">
              <w:rPr>
                <w:rFonts w:cs="Sakkal Majalla"/>
                <w:sz w:val="36"/>
                <w:szCs w:val="38"/>
              </w:rPr>
              <w:t xml:space="preserve"> </w:t>
            </w:r>
            <w:r w:rsidRPr="008E006D">
              <w:rPr>
                <w:rFonts w:cs="Sakkal Majalla"/>
                <w:sz w:val="36"/>
                <w:szCs w:val="38"/>
                <w:rtl/>
              </w:rPr>
              <w:t>والمنصات</w:t>
            </w:r>
            <w:r w:rsidRPr="008E006D">
              <w:rPr>
                <w:rFonts w:cs="Sakkal Majalla"/>
                <w:sz w:val="36"/>
                <w:szCs w:val="38"/>
              </w:rPr>
              <w:t>.</w:t>
            </w:r>
          </w:p>
        </w:tc>
        <w:tc>
          <w:tcPr>
            <w:tcW w:w="1250" w:type="pct"/>
            <w:shd w:val="clear" w:color="auto" w:fill="F2F6FA"/>
            <w:tcMar>
              <w:top w:w="110" w:type="dxa"/>
              <w:left w:w="110" w:type="dxa"/>
              <w:bottom w:w="110" w:type="dxa"/>
              <w:right w:w="110" w:type="dxa"/>
            </w:tcMar>
            <w:vAlign w:val="center"/>
          </w:tcPr>
          <w:p w14:paraId="31F37037" w14:textId="77777777" w:rsidR="008E006D" w:rsidRPr="008E006D" w:rsidRDefault="008E006D" w:rsidP="00B70DD9">
            <w:pPr>
              <w:ind w:firstLine="0"/>
              <w:jc w:val="center"/>
              <w:rPr>
                <w:rFonts w:cs="Sakkal Majalla"/>
                <w:sz w:val="36"/>
                <w:szCs w:val="38"/>
              </w:rPr>
            </w:pPr>
            <w:r w:rsidRPr="008E006D">
              <w:rPr>
                <w:rFonts w:cs="Sakkal Majalla"/>
                <w:sz w:val="36"/>
                <w:szCs w:val="38"/>
                <w:rtl/>
              </w:rPr>
              <w:t>يدعم</w:t>
            </w:r>
            <w:r w:rsidRPr="008E006D">
              <w:rPr>
                <w:rFonts w:cs="Sakkal Majalla"/>
                <w:sz w:val="36"/>
                <w:szCs w:val="38"/>
              </w:rPr>
              <w:t xml:space="preserve"> </w:t>
            </w:r>
            <w:r w:rsidRPr="008E006D">
              <w:rPr>
                <w:rFonts w:cs="Sakkal Majalla"/>
                <w:sz w:val="36"/>
                <w:szCs w:val="38"/>
                <w:rtl/>
              </w:rPr>
              <w:t>بناء</w:t>
            </w:r>
            <w:r w:rsidRPr="008E006D">
              <w:rPr>
                <w:rFonts w:cs="Sakkal Majalla"/>
                <w:sz w:val="36"/>
                <w:szCs w:val="38"/>
              </w:rPr>
              <w:t xml:space="preserve"> </w:t>
            </w:r>
            <w:r w:rsidRPr="008E006D">
              <w:rPr>
                <w:rFonts w:cs="Sakkal Majalla"/>
                <w:sz w:val="36"/>
                <w:szCs w:val="38"/>
                <w:rtl/>
              </w:rPr>
              <w:t>مؤشرات</w:t>
            </w:r>
            <w:r w:rsidRPr="008E006D">
              <w:rPr>
                <w:rFonts w:cs="Sakkal Majalla"/>
                <w:sz w:val="36"/>
                <w:szCs w:val="38"/>
              </w:rPr>
              <w:t xml:space="preserve"> </w:t>
            </w:r>
            <w:r w:rsidRPr="008E006D">
              <w:rPr>
                <w:rFonts w:cs="Sakkal Majalla"/>
                <w:sz w:val="36"/>
                <w:szCs w:val="38"/>
                <w:rtl/>
              </w:rPr>
              <w:t>النضج</w:t>
            </w:r>
            <w:r w:rsidRPr="008E006D">
              <w:rPr>
                <w:rFonts w:cs="Sakkal Majalla"/>
                <w:sz w:val="36"/>
                <w:szCs w:val="38"/>
              </w:rPr>
              <w:t xml:space="preserve"> </w:t>
            </w:r>
            <w:r w:rsidRPr="008E006D">
              <w:rPr>
                <w:rFonts w:cs="Sakkal Majalla"/>
                <w:sz w:val="36"/>
                <w:szCs w:val="38"/>
                <w:rtl/>
              </w:rPr>
              <w:t>الحكومي</w:t>
            </w:r>
            <w:r w:rsidRPr="008E006D">
              <w:rPr>
                <w:rFonts w:cs="Sakkal Majalla"/>
                <w:sz w:val="36"/>
                <w:szCs w:val="38"/>
              </w:rPr>
              <w:t>.</w:t>
            </w:r>
          </w:p>
        </w:tc>
      </w:tr>
      <w:tr w:rsidR="008E006D" w:rsidRPr="008E006D" w14:paraId="138D8AE4" w14:textId="77777777" w:rsidTr="00B70DD9">
        <w:trPr>
          <w:jc w:val="center"/>
        </w:trPr>
        <w:tc>
          <w:tcPr>
            <w:tcW w:w="1111" w:type="pct"/>
            <w:shd w:val="clear" w:color="auto" w:fill="FFFFFF"/>
            <w:tcMar>
              <w:top w:w="110" w:type="dxa"/>
              <w:left w:w="110" w:type="dxa"/>
              <w:bottom w:w="110" w:type="dxa"/>
              <w:right w:w="110" w:type="dxa"/>
            </w:tcMar>
            <w:vAlign w:val="center"/>
          </w:tcPr>
          <w:p w14:paraId="13B6C49D" w14:textId="77777777" w:rsidR="008E006D" w:rsidRPr="008E006D" w:rsidRDefault="008E006D" w:rsidP="00B70DD9">
            <w:pPr>
              <w:ind w:firstLine="0"/>
              <w:jc w:val="center"/>
              <w:rPr>
                <w:rFonts w:cs="Sakkal Majalla"/>
                <w:sz w:val="36"/>
                <w:szCs w:val="38"/>
              </w:rPr>
            </w:pPr>
            <w:r w:rsidRPr="008E006D">
              <w:rPr>
                <w:rFonts w:cs="Sakkal Majalla"/>
                <w:sz w:val="36"/>
                <w:szCs w:val="38"/>
              </w:rPr>
              <w:t>PMI (2025)</w:t>
            </w:r>
          </w:p>
        </w:tc>
        <w:tc>
          <w:tcPr>
            <w:tcW w:w="1250" w:type="pct"/>
            <w:shd w:val="clear" w:color="auto" w:fill="FFFFFF"/>
            <w:tcMar>
              <w:top w:w="110" w:type="dxa"/>
              <w:left w:w="110" w:type="dxa"/>
              <w:bottom w:w="110" w:type="dxa"/>
              <w:right w:w="110" w:type="dxa"/>
            </w:tcMar>
            <w:vAlign w:val="center"/>
          </w:tcPr>
          <w:p w14:paraId="65A16DFC" w14:textId="77777777" w:rsidR="008E006D" w:rsidRPr="008E006D" w:rsidRDefault="008E006D" w:rsidP="00B70DD9">
            <w:pPr>
              <w:ind w:firstLine="0"/>
              <w:jc w:val="center"/>
              <w:rPr>
                <w:rFonts w:cs="Sakkal Majalla"/>
                <w:sz w:val="36"/>
                <w:szCs w:val="38"/>
              </w:rPr>
            </w:pPr>
            <w:r w:rsidRPr="008E006D">
              <w:rPr>
                <w:rFonts w:cs="Sakkal Majalla"/>
                <w:sz w:val="36"/>
                <w:szCs w:val="38"/>
              </w:rPr>
              <w:t>Pulse of the Profession</w:t>
            </w:r>
          </w:p>
        </w:tc>
        <w:tc>
          <w:tcPr>
            <w:tcW w:w="1389" w:type="pct"/>
            <w:shd w:val="clear" w:color="auto" w:fill="FFFFFF"/>
            <w:tcMar>
              <w:top w:w="110" w:type="dxa"/>
              <w:left w:w="110" w:type="dxa"/>
              <w:bottom w:w="110" w:type="dxa"/>
              <w:right w:w="110" w:type="dxa"/>
            </w:tcMar>
            <w:vAlign w:val="center"/>
          </w:tcPr>
          <w:p w14:paraId="7D054A2A" w14:textId="77777777" w:rsidR="008E006D" w:rsidRPr="008E006D" w:rsidRDefault="008E006D" w:rsidP="00B70DD9">
            <w:pPr>
              <w:ind w:firstLine="0"/>
              <w:jc w:val="center"/>
              <w:rPr>
                <w:rFonts w:cs="Sakkal Majalla"/>
                <w:sz w:val="36"/>
                <w:szCs w:val="38"/>
              </w:rPr>
            </w:pPr>
            <w:r w:rsidRPr="008E006D">
              <w:rPr>
                <w:rFonts w:cs="Sakkal Majalla"/>
                <w:sz w:val="36"/>
                <w:szCs w:val="38"/>
                <w:rtl/>
              </w:rPr>
              <w:t>يعزز</w:t>
            </w:r>
            <w:r w:rsidRPr="008E006D">
              <w:rPr>
                <w:rFonts w:cs="Sakkal Majalla"/>
                <w:sz w:val="36"/>
                <w:szCs w:val="38"/>
              </w:rPr>
              <w:t xml:space="preserve"> </w:t>
            </w:r>
            <w:r w:rsidRPr="008E006D">
              <w:rPr>
                <w:rFonts w:cs="Sakkal Majalla"/>
                <w:sz w:val="36"/>
                <w:szCs w:val="38"/>
                <w:rtl/>
              </w:rPr>
              <w:t>تعريف</w:t>
            </w:r>
            <w:r w:rsidRPr="008E006D">
              <w:rPr>
                <w:rFonts w:cs="Sakkal Majalla"/>
                <w:sz w:val="36"/>
                <w:szCs w:val="38"/>
              </w:rPr>
              <w:t xml:space="preserve"> </w:t>
            </w:r>
            <w:r w:rsidRPr="008E006D">
              <w:rPr>
                <w:rFonts w:cs="Sakkal Majalla"/>
                <w:sz w:val="36"/>
                <w:szCs w:val="38"/>
                <w:rtl/>
              </w:rPr>
              <w:t>نجاح</w:t>
            </w:r>
            <w:r w:rsidRPr="008E006D">
              <w:rPr>
                <w:rFonts w:cs="Sakkal Majalla"/>
                <w:sz w:val="36"/>
                <w:szCs w:val="38"/>
              </w:rPr>
              <w:t xml:space="preserve"> </w:t>
            </w:r>
            <w:r w:rsidRPr="008E006D">
              <w:rPr>
                <w:rFonts w:cs="Sakkal Majalla"/>
                <w:sz w:val="36"/>
                <w:szCs w:val="38"/>
                <w:rtl/>
              </w:rPr>
              <w:t>المشروع</w:t>
            </w:r>
            <w:r w:rsidRPr="008E006D">
              <w:rPr>
                <w:rFonts w:cs="Sakkal Majalla"/>
                <w:sz w:val="36"/>
                <w:szCs w:val="38"/>
              </w:rPr>
              <w:t xml:space="preserve"> </w:t>
            </w:r>
            <w:r w:rsidRPr="008E006D">
              <w:rPr>
                <w:rFonts w:cs="Sakkal Majalla"/>
                <w:sz w:val="36"/>
                <w:szCs w:val="38"/>
                <w:rtl/>
              </w:rPr>
              <w:t>بوصفه</w:t>
            </w:r>
            <w:r w:rsidRPr="008E006D">
              <w:rPr>
                <w:rFonts w:cs="Sakkal Majalla"/>
                <w:sz w:val="36"/>
                <w:szCs w:val="38"/>
              </w:rPr>
              <w:t xml:space="preserve"> </w:t>
            </w:r>
            <w:r w:rsidRPr="008E006D">
              <w:rPr>
                <w:rFonts w:cs="Sakkal Majalla"/>
                <w:sz w:val="36"/>
                <w:szCs w:val="38"/>
                <w:rtl/>
              </w:rPr>
              <w:t>قيمة</w:t>
            </w:r>
            <w:r w:rsidRPr="008E006D">
              <w:rPr>
                <w:rFonts w:cs="Sakkal Majalla"/>
                <w:sz w:val="36"/>
                <w:szCs w:val="38"/>
              </w:rPr>
              <w:t xml:space="preserve"> </w:t>
            </w:r>
            <w:r w:rsidRPr="008E006D">
              <w:rPr>
                <w:rFonts w:cs="Sakkal Majalla"/>
                <w:sz w:val="36"/>
                <w:szCs w:val="38"/>
                <w:rtl/>
              </w:rPr>
              <w:t>متحققة</w:t>
            </w:r>
            <w:r w:rsidRPr="008E006D">
              <w:rPr>
                <w:rFonts w:cs="Sakkal Majalla"/>
                <w:sz w:val="36"/>
                <w:szCs w:val="38"/>
              </w:rPr>
              <w:t xml:space="preserve"> </w:t>
            </w:r>
            <w:r w:rsidRPr="008E006D">
              <w:rPr>
                <w:rFonts w:cs="Sakkal Majalla"/>
                <w:sz w:val="36"/>
                <w:szCs w:val="38"/>
                <w:rtl/>
              </w:rPr>
              <w:t>تتجاوز</w:t>
            </w:r>
            <w:r w:rsidRPr="008E006D">
              <w:rPr>
                <w:rFonts w:cs="Sakkal Majalla"/>
                <w:sz w:val="36"/>
                <w:szCs w:val="38"/>
              </w:rPr>
              <w:t xml:space="preserve"> </w:t>
            </w:r>
            <w:r w:rsidRPr="008E006D">
              <w:rPr>
                <w:rFonts w:cs="Sakkal Majalla"/>
                <w:sz w:val="36"/>
                <w:szCs w:val="38"/>
                <w:rtl/>
              </w:rPr>
              <w:t>الميزانية</w:t>
            </w:r>
            <w:r w:rsidRPr="008E006D">
              <w:rPr>
                <w:rFonts w:cs="Sakkal Majalla"/>
                <w:sz w:val="36"/>
                <w:szCs w:val="38"/>
              </w:rPr>
              <w:t xml:space="preserve"> </w:t>
            </w:r>
            <w:r w:rsidRPr="008E006D">
              <w:rPr>
                <w:rFonts w:cs="Sakkal Majalla"/>
                <w:sz w:val="36"/>
                <w:szCs w:val="38"/>
                <w:rtl/>
              </w:rPr>
              <w:t>والجدول</w:t>
            </w:r>
            <w:r w:rsidRPr="008E006D">
              <w:rPr>
                <w:rFonts w:cs="Sakkal Majalla"/>
                <w:sz w:val="36"/>
                <w:szCs w:val="38"/>
              </w:rPr>
              <w:t>.</w:t>
            </w:r>
          </w:p>
        </w:tc>
        <w:tc>
          <w:tcPr>
            <w:tcW w:w="1250" w:type="pct"/>
            <w:shd w:val="clear" w:color="auto" w:fill="FFFFFF"/>
            <w:tcMar>
              <w:top w:w="110" w:type="dxa"/>
              <w:left w:w="110" w:type="dxa"/>
              <w:bottom w:w="110" w:type="dxa"/>
              <w:right w:w="110" w:type="dxa"/>
            </w:tcMar>
            <w:vAlign w:val="center"/>
          </w:tcPr>
          <w:p w14:paraId="4EFB237E" w14:textId="77777777" w:rsidR="008E006D" w:rsidRPr="008E006D" w:rsidRDefault="008E006D" w:rsidP="00B70DD9">
            <w:pPr>
              <w:ind w:firstLine="0"/>
              <w:jc w:val="center"/>
              <w:rPr>
                <w:rFonts w:cs="Sakkal Majalla"/>
                <w:sz w:val="36"/>
                <w:szCs w:val="38"/>
              </w:rPr>
            </w:pPr>
            <w:r w:rsidRPr="008E006D">
              <w:rPr>
                <w:rFonts w:cs="Sakkal Majalla"/>
                <w:sz w:val="36"/>
                <w:szCs w:val="38"/>
                <w:rtl/>
              </w:rPr>
              <w:t>يدعم</w:t>
            </w:r>
            <w:r w:rsidRPr="008E006D">
              <w:rPr>
                <w:rFonts w:cs="Sakkal Majalla"/>
                <w:sz w:val="36"/>
                <w:szCs w:val="38"/>
              </w:rPr>
              <w:t xml:space="preserve"> </w:t>
            </w:r>
            <w:r w:rsidRPr="008E006D">
              <w:rPr>
                <w:rFonts w:cs="Sakkal Majalla"/>
                <w:sz w:val="36"/>
                <w:szCs w:val="38"/>
                <w:rtl/>
              </w:rPr>
              <w:t>إعادة</w:t>
            </w:r>
            <w:r w:rsidRPr="008E006D">
              <w:rPr>
                <w:rFonts w:cs="Sakkal Majalla"/>
                <w:sz w:val="36"/>
                <w:szCs w:val="38"/>
              </w:rPr>
              <w:t xml:space="preserve"> </w:t>
            </w:r>
            <w:r w:rsidRPr="008E006D">
              <w:rPr>
                <w:rFonts w:cs="Sakkal Majalla"/>
                <w:sz w:val="36"/>
                <w:szCs w:val="38"/>
                <w:rtl/>
              </w:rPr>
              <w:t>تعريف</w:t>
            </w:r>
            <w:r w:rsidRPr="008E006D">
              <w:rPr>
                <w:rFonts w:cs="Sakkal Majalla"/>
                <w:sz w:val="36"/>
                <w:szCs w:val="38"/>
              </w:rPr>
              <w:t xml:space="preserve"> </w:t>
            </w:r>
            <w:r w:rsidRPr="008E006D">
              <w:rPr>
                <w:rFonts w:cs="Sakkal Majalla"/>
                <w:sz w:val="36"/>
                <w:szCs w:val="38"/>
                <w:rtl/>
              </w:rPr>
              <w:t>نجاح</w:t>
            </w:r>
            <w:r w:rsidRPr="008E006D">
              <w:rPr>
                <w:rFonts w:cs="Sakkal Majalla"/>
                <w:sz w:val="36"/>
                <w:szCs w:val="38"/>
              </w:rPr>
              <w:t xml:space="preserve"> </w:t>
            </w:r>
            <w:r w:rsidRPr="008E006D">
              <w:rPr>
                <w:rFonts w:cs="Sakkal Majalla"/>
                <w:sz w:val="36"/>
                <w:szCs w:val="38"/>
                <w:rtl/>
              </w:rPr>
              <w:t>المشاريع</w:t>
            </w:r>
            <w:r w:rsidRPr="008E006D">
              <w:rPr>
                <w:rFonts w:cs="Sakkal Majalla"/>
                <w:sz w:val="36"/>
                <w:szCs w:val="38"/>
              </w:rPr>
              <w:t xml:space="preserve"> </w:t>
            </w:r>
            <w:r w:rsidRPr="008E006D">
              <w:rPr>
                <w:rFonts w:cs="Sakkal Majalla"/>
                <w:sz w:val="36"/>
                <w:szCs w:val="38"/>
                <w:rtl/>
              </w:rPr>
              <w:t>في</w:t>
            </w:r>
            <w:r w:rsidRPr="008E006D">
              <w:rPr>
                <w:rFonts w:cs="Sakkal Majalla"/>
                <w:sz w:val="36"/>
                <w:szCs w:val="38"/>
              </w:rPr>
              <w:t xml:space="preserve"> </w:t>
            </w:r>
            <w:r w:rsidRPr="008E006D">
              <w:rPr>
                <w:rFonts w:cs="Sakkal Majalla"/>
                <w:sz w:val="36"/>
                <w:szCs w:val="38"/>
                <w:rtl/>
              </w:rPr>
              <w:t>الدراسة</w:t>
            </w:r>
            <w:r w:rsidRPr="008E006D">
              <w:rPr>
                <w:rFonts w:cs="Sakkal Majalla"/>
                <w:sz w:val="36"/>
                <w:szCs w:val="38"/>
              </w:rPr>
              <w:t>.</w:t>
            </w:r>
          </w:p>
        </w:tc>
      </w:tr>
    </w:tbl>
    <w:p w14:paraId="381618CE" w14:textId="77777777" w:rsidR="008E006D" w:rsidRPr="008E006D" w:rsidRDefault="008E006D" w:rsidP="008E006D">
      <w:pPr>
        <w:ind w:firstLine="0"/>
        <w:rPr>
          <w:rFonts w:cs="Sakkal Majalla"/>
          <w:sz w:val="36"/>
          <w:szCs w:val="38"/>
        </w:rPr>
      </w:pPr>
      <w:r w:rsidRPr="008E006D">
        <w:rPr>
          <w:rFonts w:cs="Sakkal Majalla"/>
          <w:sz w:val="36"/>
          <w:szCs w:val="38"/>
          <w:rtl/>
        </w:rPr>
        <w:t>المصدر</w:t>
      </w:r>
      <w:r w:rsidRPr="008E006D">
        <w:rPr>
          <w:rFonts w:cs="Sakkal Majalla"/>
          <w:sz w:val="36"/>
          <w:szCs w:val="38"/>
        </w:rPr>
        <w:t xml:space="preserve">: </w:t>
      </w:r>
      <w:r w:rsidRPr="008E006D">
        <w:rPr>
          <w:rFonts w:cs="Sakkal Majalla"/>
          <w:sz w:val="36"/>
          <w:szCs w:val="38"/>
          <w:rtl/>
        </w:rPr>
        <w:t>إعداد</w:t>
      </w:r>
      <w:r w:rsidRPr="008E006D">
        <w:rPr>
          <w:rFonts w:cs="Sakkal Majalla"/>
          <w:sz w:val="36"/>
          <w:szCs w:val="38"/>
        </w:rPr>
        <w:t xml:space="preserve"> </w:t>
      </w:r>
      <w:r w:rsidRPr="008E006D">
        <w:rPr>
          <w:rFonts w:cs="Sakkal Majalla"/>
          <w:sz w:val="36"/>
          <w:szCs w:val="38"/>
          <w:rtl/>
        </w:rPr>
        <w:t>الباحثة</w:t>
      </w:r>
      <w:r w:rsidRPr="008E006D">
        <w:rPr>
          <w:rFonts w:cs="Sakkal Majalla"/>
          <w:sz w:val="36"/>
          <w:szCs w:val="38"/>
        </w:rPr>
        <w:t xml:space="preserve"> </w:t>
      </w:r>
      <w:r w:rsidRPr="008E006D">
        <w:rPr>
          <w:rFonts w:cs="Sakkal Majalla"/>
          <w:sz w:val="36"/>
          <w:szCs w:val="38"/>
          <w:rtl/>
        </w:rPr>
        <w:t>استنادًا</w:t>
      </w:r>
      <w:r w:rsidRPr="008E006D">
        <w:rPr>
          <w:rFonts w:cs="Sakkal Majalla"/>
          <w:sz w:val="36"/>
          <w:szCs w:val="38"/>
        </w:rPr>
        <w:t xml:space="preserve"> </w:t>
      </w:r>
      <w:r w:rsidRPr="008E006D">
        <w:rPr>
          <w:rFonts w:cs="Sakkal Majalla"/>
          <w:sz w:val="36"/>
          <w:szCs w:val="38"/>
          <w:rtl/>
        </w:rPr>
        <w:t>إلى</w:t>
      </w:r>
      <w:r w:rsidRPr="008E006D">
        <w:rPr>
          <w:rFonts w:cs="Sakkal Majalla"/>
          <w:sz w:val="36"/>
          <w:szCs w:val="38"/>
        </w:rPr>
        <w:t xml:space="preserve"> </w:t>
      </w:r>
      <w:r w:rsidRPr="008E006D">
        <w:rPr>
          <w:rFonts w:cs="Sakkal Majalla"/>
          <w:sz w:val="36"/>
          <w:szCs w:val="38"/>
          <w:rtl/>
        </w:rPr>
        <w:t>الأدبيات</w:t>
      </w:r>
      <w:r w:rsidRPr="008E006D">
        <w:rPr>
          <w:rFonts w:cs="Sakkal Majalla"/>
          <w:sz w:val="36"/>
          <w:szCs w:val="38"/>
        </w:rPr>
        <w:t xml:space="preserve"> </w:t>
      </w:r>
      <w:r w:rsidRPr="008E006D">
        <w:rPr>
          <w:rFonts w:cs="Sakkal Majalla"/>
          <w:sz w:val="36"/>
          <w:szCs w:val="38"/>
          <w:rtl/>
        </w:rPr>
        <w:t>ونتائج</w:t>
      </w:r>
      <w:r w:rsidRPr="008E006D">
        <w:rPr>
          <w:rFonts w:cs="Sakkal Majalla"/>
          <w:sz w:val="36"/>
          <w:szCs w:val="38"/>
        </w:rPr>
        <w:t xml:space="preserve"> </w:t>
      </w:r>
      <w:r w:rsidRPr="008E006D">
        <w:rPr>
          <w:rFonts w:cs="Sakkal Majalla"/>
          <w:sz w:val="36"/>
          <w:szCs w:val="38"/>
          <w:rtl/>
        </w:rPr>
        <w:t>التحليل</w:t>
      </w:r>
      <w:r w:rsidRPr="008E006D">
        <w:rPr>
          <w:rFonts w:cs="Sakkal Majalla"/>
          <w:sz w:val="36"/>
          <w:szCs w:val="38"/>
        </w:rPr>
        <w:t>.</w:t>
      </w:r>
    </w:p>
    <w:p w14:paraId="42C277B8" w14:textId="77777777" w:rsidR="008E006D" w:rsidRPr="002D5B89" w:rsidRDefault="008E006D" w:rsidP="002D5B89">
      <w:pPr>
        <w:pStyle w:val="Heading1"/>
        <w:pageBreakBefore w:val="0"/>
        <w:spacing w:after="200" w:line="276" w:lineRule="auto"/>
        <w:rPr>
          <w:rFonts w:ascii="Sakkal Majalla" w:eastAsia="Noto Sans Arabic" w:hAnsi="Sakkal Majalla" w:cs="Sakkal Majalla"/>
          <w:b/>
          <w:bCs/>
          <w:color w:val="10365E"/>
          <w:sz w:val="38"/>
          <w:szCs w:val="38"/>
        </w:rPr>
      </w:pPr>
      <w:bookmarkStart w:id="21" w:name="_Toc234793635"/>
      <w:r w:rsidRPr="002D5B89">
        <w:rPr>
          <w:rFonts w:ascii="Sakkal Majalla" w:eastAsia="Noto Sans Arabic" w:hAnsi="Sakkal Majalla" w:cs="Sakkal Majalla"/>
          <w:b/>
          <w:bCs/>
          <w:color w:val="10365E"/>
          <w:sz w:val="38"/>
          <w:szCs w:val="38"/>
        </w:rPr>
        <w:t xml:space="preserve">2.9 </w:t>
      </w:r>
      <w:r w:rsidRPr="002D5B89">
        <w:rPr>
          <w:rFonts w:ascii="Sakkal Majalla" w:eastAsia="Noto Sans Arabic" w:hAnsi="Sakkal Majalla" w:cs="Sakkal Majalla"/>
          <w:b/>
          <w:bCs/>
          <w:color w:val="10365E"/>
          <w:sz w:val="38"/>
          <w:szCs w:val="38"/>
          <w:rtl/>
        </w:rPr>
        <w:t>تحليل</w:t>
      </w:r>
      <w:r w:rsidRPr="002D5B89">
        <w:rPr>
          <w:rFonts w:ascii="Sakkal Majalla" w:eastAsia="Noto Sans Arabic" w:hAnsi="Sakkal Majalla" w:cs="Sakkal Majalla"/>
          <w:b/>
          <w:bCs/>
          <w:color w:val="10365E"/>
          <w:sz w:val="38"/>
          <w:szCs w:val="38"/>
        </w:rPr>
        <w:t xml:space="preserve"> </w:t>
      </w:r>
      <w:r w:rsidRPr="002D5B89">
        <w:rPr>
          <w:rFonts w:ascii="Sakkal Majalla" w:eastAsia="Noto Sans Arabic" w:hAnsi="Sakkal Majalla" w:cs="Sakkal Majalla"/>
          <w:b/>
          <w:bCs/>
          <w:color w:val="10365E"/>
          <w:sz w:val="38"/>
          <w:szCs w:val="38"/>
          <w:rtl/>
        </w:rPr>
        <w:t>الدراسات</w:t>
      </w:r>
      <w:r w:rsidRPr="002D5B89">
        <w:rPr>
          <w:rFonts w:ascii="Sakkal Majalla" w:eastAsia="Noto Sans Arabic" w:hAnsi="Sakkal Majalla" w:cs="Sakkal Majalla"/>
          <w:b/>
          <w:bCs/>
          <w:color w:val="10365E"/>
          <w:sz w:val="38"/>
          <w:szCs w:val="38"/>
        </w:rPr>
        <w:t xml:space="preserve"> </w:t>
      </w:r>
      <w:r w:rsidRPr="002D5B89">
        <w:rPr>
          <w:rFonts w:ascii="Sakkal Majalla" w:eastAsia="Noto Sans Arabic" w:hAnsi="Sakkal Majalla" w:cs="Sakkal Majalla"/>
          <w:b/>
          <w:bCs/>
          <w:color w:val="10365E"/>
          <w:sz w:val="38"/>
          <w:szCs w:val="38"/>
          <w:rtl/>
        </w:rPr>
        <w:t>السابقة</w:t>
      </w:r>
      <w:r w:rsidRPr="002D5B89">
        <w:rPr>
          <w:rFonts w:ascii="Sakkal Majalla" w:eastAsia="Noto Sans Arabic" w:hAnsi="Sakkal Majalla" w:cs="Sakkal Majalla"/>
          <w:b/>
          <w:bCs/>
          <w:color w:val="10365E"/>
          <w:sz w:val="38"/>
          <w:szCs w:val="38"/>
        </w:rPr>
        <w:t xml:space="preserve"> </w:t>
      </w:r>
      <w:r w:rsidRPr="002D5B89">
        <w:rPr>
          <w:rFonts w:ascii="Sakkal Majalla" w:eastAsia="Noto Sans Arabic" w:hAnsi="Sakkal Majalla" w:cs="Sakkal Majalla"/>
          <w:b/>
          <w:bCs/>
          <w:color w:val="10365E"/>
          <w:sz w:val="38"/>
          <w:szCs w:val="38"/>
          <w:rtl/>
        </w:rPr>
        <w:t>وأوجه</w:t>
      </w:r>
      <w:r w:rsidRPr="002D5B89">
        <w:rPr>
          <w:rFonts w:ascii="Sakkal Majalla" w:eastAsia="Noto Sans Arabic" w:hAnsi="Sakkal Majalla" w:cs="Sakkal Majalla"/>
          <w:b/>
          <w:bCs/>
          <w:color w:val="10365E"/>
          <w:sz w:val="38"/>
          <w:szCs w:val="38"/>
        </w:rPr>
        <w:t xml:space="preserve"> </w:t>
      </w:r>
      <w:r w:rsidRPr="002D5B89">
        <w:rPr>
          <w:rFonts w:ascii="Sakkal Majalla" w:eastAsia="Noto Sans Arabic" w:hAnsi="Sakkal Majalla" w:cs="Sakkal Majalla"/>
          <w:b/>
          <w:bCs/>
          <w:color w:val="10365E"/>
          <w:sz w:val="38"/>
          <w:szCs w:val="38"/>
          <w:rtl/>
        </w:rPr>
        <w:t>التشابه</w:t>
      </w:r>
      <w:r w:rsidRPr="002D5B89">
        <w:rPr>
          <w:rFonts w:ascii="Sakkal Majalla" w:eastAsia="Noto Sans Arabic" w:hAnsi="Sakkal Majalla" w:cs="Sakkal Majalla"/>
          <w:b/>
          <w:bCs/>
          <w:color w:val="10365E"/>
          <w:sz w:val="38"/>
          <w:szCs w:val="38"/>
        </w:rPr>
        <w:t xml:space="preserve"> </w:t>
      </w:r>
      <w:r w:rsidRPr="002D5B89">
        <w:rPr>
          <w:rFonts w:ascii="Sakkal Majalla" w:eastAsia="Noto Sans Arabic" w:hAnsi="Sakkal Majalla" w:cs="Sakkal Majalla"/>
          <w:b/>
          <w:bCs/>
          <w:color w:val="10365E"/>
          <w:sz w:val="38"/>
          <w:szCs w:val="38"/>
          <w:rtl/>
        </w:rPr>
        <w:t>والاختلاف</w:t>
      </w:r>
      <w:bookmarkEnd w:id="21"/>
    </w:p>
    <w:p w14:paraId="3977A25D" w14:textId="77777777" w:rsidR="008E006D" w:rsidRPr="008E006D" w:rsidRDefault="008E006D" w:rsidP="00B70DD9">
      <w:pPr>
        <w:ind w:firstLine="720"/>
        <w:rPr>
          <w:rFonts w:cs="Sakkal Majalla"/>
          <w:sz w:val="36"/>
          <w:szCs w:val="38"/>
        </w:rPr>
      </w:pPr>
      <w:r w:rsidRPr="008E006D">
        <w:rPr>
          <w:rFonts w:cs="Sakkal Majalla"/>
          <w:sz w:val="36"/>
          <w:szCs w:val="38"/>
          <w:rtl/>
        </w:rPr>
        <w:t>يتضح</w:t>
      </w:r>
      <w:r w:rsidRPr="008E006D">
        <w:rPr>
          <w:rFonts w:cs="Sakkal Majalla"/>
          <w:sz w:val="36"/>
          <w:szCs w:val="38"/>
        </w:rPr>
        <w:t xml:space="preserve"> </w:t>
      </w:r>
      <w:r w:rsidRPr="008E006D">
        <w:rPr>
          <w:rFonts w:cs="Sakkal Majalla"/>
          <w:sz w:val="36"/>
          <w:szCs w:val="38"/>
          <w:rtl/>
        </w:rPr>
        <w:t>من</w:t>
      </w:r>
      <w:r w:rsidRPr="008E006D">
        <w:rPr>
          <w:rFonts w:cs="Sakkal Majalla"/>
          <w:sz w:val="36"/>
          <w:szCs w:val="38"/>
        </w:rPr>
        <w:t xml:space="preserve"> </w:t>
      </w:r>
      <w:r w:rsidRPr="008E006D">
        <w:rPr>
          <w:rFonts w:cs="Sakkal Majalla"/>
          <w:sz w:val="36"/>
          <w:szCs w:val="38"/>
          <w:rtl/>
        </w:rPr>
        <w:t>الدراسات</w:t>
      </w:r>
      <w:r w:rsidRPr="008E006D">
        <w:rPr>
          <w:rFonts w:cs="Sakkal Majalla"/>
          <w:sz w:val="36"/>
          <w:szCs w:val="38"/>
        </w:rPr>
        <w:t xml:space="preserve"> </w:t>
      </w:r>
      <w:r w:rsidRPr="008E006D">
        <w:rPr>
          <w:rFonts w:cs="Sakkal Majalla"/>
          <w:sz w:val="36"/>
          <w:szCs w:val="38"/>
          <w:rtl/>
        </w:rPr>
        <w:t>السابقة</w:t>
      </w:r>
      <w:r w:rsidRPr="008E006D">
        <w:rPr>
          <w:rFonts w:cs="Sakkal Majalla"/>
          <w:sz w:val="36"/>
          <w:szCs w:val="38"/>
        </w:rPr>
        <w:t xml:space="preserve"> </w:t>
      </w:r>
      <w:r w:rsidRPr="008E006D">
        <w:rPr>
          <w:rFonts w:cs="Sakkal Majalla"/>
          <w:sz w:val="36"/>
          <w:szCs w:val="38"/>
          <w:rtl/>
        </w:rPr>
        <w:t>وجود</w:t>
      </w:r>
      <w:r w:rsidRPr="008E006D">
        <w:rPr>
          <w:rFonts w:cs="Sakkal Majalla"/>
          <w:sz w:val="36"/>
          <w:szCs w:val="38"/>
        </w:rPr>
        <w:t xml:space="preserve"> </w:t>
      </w:r>
      <w:r w:rsidRPr="008E006D">
        <w:rPr>
          <w:rFonts w:cs="Sakkal Majalla"/>
          <w:sz w:val="36"/>
          <w:szCs w:val="38"/>
          <w:rtl/>
        </w:rPr>
        <w:t>اتفاق</w:t>
      </w:r>
      <w:r w:rsidRPr="008E006D">
        <w:rPr>
          <w:rFonts w:cs="Sakkal Majalla"/>
          <w:sz w:val="36"/>
          <w:szCs w:val="38"/>
        </w:rPr>
        <w:t xml:space="preserve"> </w:t>
      </w:r>
      <w:r w:rsidRPr="008E006D">
        <w:rPr>
          <w:rFonts w:cs="Sakkal Majalla"/>
          <w:sz w:val="36"/>
          <w:szCs w:val="38"/>
          <w:rtl/>
        </w:rPr>
        <w:t>عام</w:t>
      </w:r>
      <w:r w:rsidRPr="008E006D">
        <w:rPr>
          <w:rFonts w:cs="Sakkal Majalla"/>
          <w:sz w:val="36"/>
          <w:szCs w:val="38"/>
        </w:rPr>
        <w:t xml:space="preserve"> </w:t>
      </w:r>
      <w:r w:rsidRPr="008E006D">
        <w:rPr>
          <w:rFonts w:cs="Sakkal Majalla"/>
          <w:sz w:val="36"/>
          <w:szCs w:val="38"/>
          <w:rtl/>
        </w:rPr>
        <w:t>على</w:t>
      </w:r>
      <w:r w:rsidRPr="008E006D">
        <w:rPr>
          <w:rFonts w:cs="Sakkal Majalla"/>
          <w:sz w:val="36"/>
          <w:szCs w:val="38"/>
        </w:rPr>
        <w:t xml:space="preserve"> </w:t>
      </w:r>
      <w:r w:rsidRPr="008E006D">
        <w:rPr>
          <w:rFonts w:cs="Sakkal Majalla"/>
          <w:sz w:val="36"/>
          <w:szCs w:val="38"/>
          <w:rtl/>
        </w:rPr>
        <w:t>أن</w:t>
      </w:r>
      <w:r w:rsidRPr="008E006D">
        <w:rPr>
          <w:rFonts w:cs="Sakkal Majalla"/>
          <w:sz w:val="36"/>
          <w:szCs w:val="38"/>
        </w:rPr>
        <w:t xml:space="preserve"> </w:t>
      </w:r>
      <w:r w:rsidRPr="008E006D">
        <w:rPr>
          <w:rFonts w:cs="Sakkal Majalla"/>
          <w:sz w:val="36"/>
          <w:szCs w:val="38"/>
          <w:rtl/>
        </w:rPr>
        <w:t>التحول</w:t>
      </w:r>
      <w:r w:rsidRPr="008E006D">
        <w:rPr>
          <w:rFonts w:cs="Sakkal Majalla"/>
          <w:sz w:val="36"/>
          <w:szCs w:val="38"/>
        </w:rPr>
        <w:t xml:space="preserve"> </w:t>
      </w:r>
      <w:r w:rsidRPr="008E006D">
        <w:rPr>
          <w:rFonts w:cs="Sakkal Majalla"/>
          <w:sz w:val="36"/>
          <w:szCs w:val="38"/>
          <w:rtl/>
        </w:rPr>
        <w:t>الرقمي</w:t>
      </w:r>
      <w:r w:rsidRPr="008E006D">
        <w:rPr>
          <w:rFonts w:cs="Sakkal Majalla"/>
          <w:sz w:val="36"/>
          <w:szCs w:val="38"/>
        </w:rPr>
        <w:t xml:space="preserve"> </w:t>
      </w:r>
      <w:r w:rsidRPr="008E006D">
        <w:rPr>
          <w:rFonts w:cs="Sakkal Majalla"/>
          <w:sz w:val="36"/>
          <w:szCs w:val="38"/>
          <w:rtl/>
        </w:rPr>
        <w:t>عملية</w:t>
      </w:r>
      <w:r w:rsidRPr="008E006D">
        <w:rPr>
          <w:rFonts w:cs="Sakkal Majalla"/>
          <w:sz w:val="36"/>
          <w:szCs w:val="38"/>
        </w:rPr>
        <w:t xml:space="preserve"> </w:t>
      </w:r>
      <w:r w:rsidRPr="008E006D">
        <w:rPr>
          <w:rFonts w:cs="Sakkal Majalla"/>
          <w:sz w:val="36"/>
          <w:szCs w:val="38"/>
          <w:rtl/>
        </w:rPr>
        <w:t>متعددة</w:t>
      </w:r>
      <w:r w:rsidRPr="008E006D">
        <w:rPr>
          <w:rFonts w:cs="Sakkal Majalla"/>
          <w:sz w:val="36"/>
          <w:szCs w:val="38"/>
        </w:rPr>
        <w:t xml:space="preserve"> </w:t>
      </w:r>
      <w:r w:rsidRPr="008E006D">
        <w:rPr>
          <w:rFonts w:cs="Sakkal Majalla"/>
          <w:sz w:val="36"/>
          <w:szCs w:val="38"/>
          <w:rtl/>
        </w:rPr>
        <w:t>الأبعاد</w:t>
      </w:r>
      <w:r w:rsidRPr="008E006D">
        <w:rPr>
          <w:rFonts w:cs="Sakkal Majalla"/>
          <w:sz w:val="36"/>
          <w:szCs w:val="38"/>
        </w:rPr>
        <w:t xml:space="preserve"> </w:t>
      </w:r>
      <w:r w:rsidRPr="008E006D">
        <w:rPr>
          <w:rFonts w:cs="Sakkal Majalla"/>
          <w:sz w:val="36"/>
          <w:szCs w:val="38"/>
          <w:rtl/>
        </w:rPr>
        <w:t>لا</w:t>
      </w:r>
      <w:r w:rsidRPr="008E006D">
        <w:rPr>
          <w:rFonts w:cs="Sakkal Majalla"/>
          <w:sz w:val="36"/>
          <w:szCs w:val="38"/>
        </w:rPr>
        <w:t xml:space="preserve"> </w:t>
      </w:r>
      <w:r w:rsidRPr="008E006D">
        <w:rPr>
          <w:rFonts w:cs="Sakkal Majalla"/>
          <w:sz w:val="36"/>
          <w:szCs w:val="38"/>
          <w:rtl/>
        </w:rPr>
        <w:t>تقتصر</w:t>
      </w:r>
      <w:r w:rsidRPr="008E006D">
        <w:rPr>
          <w:rFonts w:cs="Sakkal Majalla"/>
          <w:sz w:val="36"/>
          <w:szCs w:val="38"/>
        </w:rPr>
        <w:t xml:space="preserve"> </w:t>
      </w:r>
      <w:r w:rsidRPr="008E006D">
        <w:rPr>
          <w:rFonts w:cs="Sakkal Majalla"/>
          <w:sz w:val="36"/>
          <w:szCs w:val="38"/>
          <w:rtl/>
        </w:rPr>
        <w:t>على</w:t>
      </w:r>
      <w:r w:rsidRPr="008E006D">
        <w:rPr>
          <w:rFonts w:cs="Sakkal Majalla"/>
          <w:sz w:val="36"/>
          <w:szCs w:val="38"/>
        </w:rPr>
        <w:t xml:space="preserve"> </w:t>
      </w:r>
      <w:r w:rsidRPr="008E006D">
        <w:rPr>
          <w:rFonts w:cs="Sakkal Majalla"/>
          <w:sz w:val="36"/>
          <w:szCs w:val="38"/>
          <w:rtl/>
        </w:rPr>
        <w:t>إدخال</w:t>
      </w:r>
      <w:r w:rsidRPr="008E006D">
        <w:rPr>
          <w:rFonts w:cs="Sakkal Majalla"/>
          <w:sz w:val="36"/>
          <w:szCs w:val="38"/>
        </w:rPr>
        <w:t xml:space="preserve"> </w:t>
      </w:r>
      <w:r w:rsidRPr="008E006D">
        <w:rPr>
          <w:rFonts w:cs="Sakkal Majalla"/>
          <w:sz w:val="36"/>
          <w:szCs w:val="38"/>
          <w:rtl/>
        </w:rPr>
        <w:t>التكنولوجيا،</w:t>
      </w:r>
      <w:r w:rsidRPr="008E006D">
        <w:rPr>
          <w:rFonts w:cs="Sakkal Majalla"/>
          <w:sz w:val="36"/>
          <w:szCs w:val="38"/>
        </w:rPr>
        <w:t xml:space="preserve"> </w:t>
      </w:r>
      <w:r w:rsidRPr="008E006D">
        <w:rPr>
          <w:rFonts w:cs="Sakkal Majalla"/>
          <w:sz w:val="36"/>
          <w:szCs w:val="38"/>
          <w:rtl/>
        </w:rPr>
        <w:t>وأن</w:t>
      </w:r>
      <w:r w:rsidRPr="008E006D">
        <w:rPr>
          <w:rFonts w:cs="Sakkal Majalla"/>
          <w:sz w:val="36"/>
          <w:szCs w:val="38"/>
        </w:rPr>
        <w:t xml:space="preserve"> </w:t>
      </w:r>
      <w:r w:rsidRPr="008E006D">
        <w:rPr>
          <w:rFonts w:cs="Sakkal Majalla"/>
          <w:sz w:val="36"/>
          <w:szCs w:val="38"/>
          <w:rtl/>
        </w:rPr>
        <w:t>القيادة</w:t>
      </w:r>
      <w:r w:rsidRPr="008E006D">
        <w:rPr>
          <w:rFonts w:cs="Sakkal Majalla"/>
          <w:sz w:val="36"/>
          <w:szCs w:val="38"/>
        </w:rPr>
        <w:t xml:space="preserve"> </w:t>
      </w:r>
      <w:r w:rsidRPr="008E006D">
        <w:rPr>
          <w:rFonts w:cs="Sakkal Majalla"/>
          <w:sz w:val="36"/>
          <w:szCs w:val="38"/>
          <w:rtl/>
        </w:rPr>
        <w:t>والثقافة</w:t>
      </w:r>
      <w:r w:rsidRPr="008E006D">
        <w:rPr>
          <w:rFonts w:cs="Sakkal Majalla"/>
          <w:sz w:val="36"/>
          <w:szCs w:val="38"/>
        </w:rPr>
        <w:t xml:space="preserve"> </w:t>
      </w:r>
      <w:r w:rsidRPr="008E006D">
        <w:rPr>
          <w:rFonts w:cs="Sakkal Majalla"/>
          <w:sz w:val="36"/>
          <w:szCs w:val="38"/>
          <w:rtl/>
        </w:rPr>
        <w:t>والقدرات</w:t>
      </w:r>
      <w:r w:rsidRPr="008E006D">
        <w:rPr>
          <w:rFonts w:cs="Sakkal Majalla"/>
          <w:sz w:val="36"/>
          <w:szCs w:val="38"/>
        </w:rPr>
        <w:t xml:space="preserve"> </w:t>
      </w:r>
      <w:r w:rsidRPr="008E006D">
        <w:rPr>
          <w:rFonts w:cs="Sakkal Majalla"/>
          <w:sz w:val="36"/>
          <w:szCs w:val="38"/>
          <w:rtl/>
        </w:rPr>
        <w:t>التنظيمية</w:t>
      </w:r>
      <w:r w:rsidRPr="008E006D">
        <w:rPr>
          <w:rFonts w:cs="Sakkal Majalla"/>
          <w:sz w:val="36"/>
          <w:szCs w:val="38"/>
        </w:rPr>
        <w:t xml:space="preserve"> </w:t>
      </w:r>
      <w:r w:rsidRPr="008E006D">
        <w:rPr>
          <w:rFonts w:cs="Sakkal Majalla"/>
          <w:sz w:val="36"/>
          <w:szCs w:val="38"/>
          <w:rtl/>
        </w:rPr>
        <w:t>تمثل</w:t>
      </w:r>
      <w:r w:rsidRPr="008E006D">
        <w:rPr>
          <w:rFonts w:cs="Sakkal Majalla"/>
          <w:sz w:val="36"/>
          <w:szCs w:val="38"/>
        </w:rPr>
        <w:t xml:space="preserve"> </w:t>
      </w:r>
      <w:r w:rsidRPr="008E006D">
        <w:rPr>
          <w:rFonts w:cs="Sakkal Majalla"/>
          <w:sz w:val="36"/>
          <w:szCs w:val="38"/>
          <w:rtl/>
        </w:rPr>
        <w:t>عوامل</w:t>
      </w:r>
      <w:r w:rsidRPr="008E006D">
        <w:rPr>
          <w:rFonts w:cs="Sakkal Majalla"/>
          <w:sz w:val="36"/>
          <w:szCs w:val="38"/>
        </w:rPr>
        <w:t xml:space="preserve"> </w:t>
      </w:r>
      <w:r w:rsidRPr="008E006D">
        <w:rPr>
          <w:rFonts w:cs="Sakkal Majalla"/>
          <w:sz w:val="36"/>
          <w:szCs w:val="38"/>
          <w:rtl/>
        </w:rPr>
        <w:t>حاسمة</w:t>
      </w:r>
      <w:r w:rsidRPr="008E006D">
        <w:rPr>
          <w:rFonts w:cs="Sakkal Majalla"/>
          <w:sz w:val="36"/>
          <w:szCs w:val="38"/>
        </w:rPr>
        <w:t xml:space="preserve"> </w:t>
      </w:r>
      <w:r w:rsidRPr="008E006D">
        <w:rPr>
          <w:rFonts w:cs="Sakkal Majalla"/>
          <w:sz w:val="36"/>
          <w:szCs w:val="38"/>
          <w:rtl/>
        </w:rPr>
        <w:t>في</w:t>
      </w:r>
      <w:r w:rsidRPr="008E006D">
        <w:rPr>
          <w:rFonts w:cs="Sakkal Majalla"/>
          <w:sz w:val="36"/>
          <w:szCs w:val="38"/>
        </w:rPr>
        <w:t xml:space="preserve"> </w:t>
      </w:r>
      <w:r w:rsidRPr="008E006D">
        <w:rPr>
          <w:rFonts w:cs="Sakkal Majalla"/>
          <w:sz w:val="36"/>
          <w:szCs w:val="38"/>
          <w:rtl/>
        </w:rPr>
        <w:t>تحويل</w:t>
      </w:r>
      <w:r w:rsidRPr="008E006D">
        <w:rPr>
          <w:rFonts w:cs="Sakkal Majalla"/>
          <w:sz w:val="36"/>
          <w:szCs w:val="38"/>
        </w:rPr>
        <w:t xml:space="preserve"> </w:t>
      </w:r>
      <w:r w:rsidRPr="008E006D">
        <w:rPr>
          <w:rFonts w:cs="Sakkal Majalla"/>
          <w:sz w:val="36"/>
          <w:szCs w:val="38"/>
          <w:rtl/>
        </w:rPr>
        <w:t>الإمكانات</w:t>
      </w:r>
      <w:r w:rsidRPr="008E006D">
        <w:rPr>
          <w:rFonts w:cs="Sakkal Majalla"/>
          <w:sz w:val="36"/>
          <w:szCs w:val="38"/>
        </w:rPr>
        <w:t xml:space="preserve"> </w:t>
      </w:r>
      <w:r w:rsidRPr="008E006D">
        <w:rPr>
          <w:rFonts w:cs="Sakkal Majalla"/>
          <w:sz w:val="36"/>
          <w:szCs w:val="38"/>
          <w:rtl/>
        </w:rPr>
        <w:t>الرقمية</w:t>
      </w:r>
      <w:r w:rsidRPr="008E006D">
        <w:rPr>
          <w:rFonts w:cs="Sakkal Majalla"/>
          <w:sz w:val="36"/>
          <w:szCs w:val="38"/>
        </w:rPr>
        <w:t xml:space="preserve"> </w:t>
      </w:r>
      <w:r w:rsidRPr="008E006D">
        <w:rPr>
          <w:rFonts w:cs="Sakkal Majalla"/>
          <w:sz w:val="36"/>
          <w:szCs w:val="38"/>
          <w:rtl/>
        </w:rPr>
        <w:t>إلى</w:t>
      </w:r>
      <w:r w:rsidRPr="008E006D">
        <w:rPr>
          <w:rFonts w:cs="Sakkal Majalla"/>
          <w:sz w:val="36"/>
          <w:szCs w:val="38"/>
        </w:rPr>
        <w:t xml:space="preserve"> </w:t>
      </w:r>
      <w:r w:rsidRPr="008E006D">
        <w:rPr>
          <w:rFonts w:cs="Sakkal Majalla"/>
          <w:sz w:val="36"/>
          <w:szCs w:val="38"/>
          <w:rtl/>
        </w:rPr>
        <w:t>نتائج</w:t>
      </w:r>
      <w:r w:rsidRPr="008E006D">
        <w:rPr>
          <w:rFonts w:cs="Sakkal Majalla"/>
          <w:sz w:val="36"/>
          <w:szCs w:val="38"/>
        </w:rPr>
        <w:t xml:space="preserve">. </w:t>
      </w:r>
      <w:r w:rsidRPr="008E006D">
        <w:rPr>
          <w:rFonts w:cs="Sakkal Majalla"/>
          <w:sz w:val="36"/>
          <w:szCs w:val="38"/>
          <w:rtl/>
        </w:rPr>
        <w:t>كما</w:t>
      </w:r>
      <w:r w:rsidRPr="008E006D">
        <w:rPr>
          <w:rFonts w:cs="Sakkal Majalla"/>
          <w:sz w:val="36"/>
          <w:szCs w:val="38"/>
        </w:rPr>
        <w:t xml:space="preserve"> </w:t>
      </w:r>
      <w:r w:rsidRPr="008E006D">
        <w:rPr>
          <w:rFonts w:cs="Sakkal Majalla"/>
          <w:sz w:val="36"/>
          <w:szCs w:val="38"/>
          <w:rtl/>
        </w:rPr>
        <w:t>تتفق</w:t>
      </w:r>
      <w:r w:rsidRPr="008E006D">
        <w:rPr>
          <w:rFonts w:cs="Sakkal Majalla"/>
          <w:sz w:val="36"/>
          <w:szCs w:val="38"/>
        </w:rPr>
        <w:t xml:space="preserve"> </w:t>
      </w:r>
      <w:r w:rsidRPr="008E006D">
        <w:rPr>
          <w:rFonts w:cs="Sakkal Majalla"/>
          <w:sz w:val="36"/>
          <w:szCs w:val="38"/>
          <w:rtl/>
        </w:rPr>
        <w:t>الدراسات</w:t>
      </w:r>
      <w:r w:rsidRPr="008E006D">
        <w:rPr>
          <w:rFonts w:cs="Sakkal Majalla"/>
          <w:sz w:val="36"/>
          <w:szCs w:val="38"/>
        </w:rPr>
        <w:t xml:space="preserve"> </w:t>
      </w:r>
      <w:r w:rsidRPr="008E006D">
        <w:rPr>
          <w:rFonts w:cs="Sakkal Majalla"/>
          <w:sz w:val="36"/>
          <w:szCs w:val="38"/>
          <w:rtl/>
        </w:rPr>
        <w:t>العربية</w:t>
      </w:r>
      <w:r w:rsidRPr="008E006D">
        <w:rPr>
          <w:rFonts w:cs="Sakkal Majalla"/>
          <w:sz w:val="36"/>
          <w:szCs w:val="38"/>
        </w:rPr>
        <w:t xml:space="preserve"> </w:t>
      </w:r>
      <w:r w:rsidRPr="008E006D">
        <w:rPr>
          <w:rFonts w:cs="Sakkal Majalla"/>
          <w:sz w:val="36"/>
          <w:szCs w:val="38"/>
          <w:rtl/>
        </w:rPr>
        <w:t>والأجنبية</w:t>
      </w:r>
      <w:r w:rsidRPr="008E006D">
        <w:rPr>
          <w:rFonts w:cs="Sakkal Majalla"/>
          <w:sz w:val="36"/>
          <w:szCs w:val="38"/>
        </w:rPr>
        <w:t xml:space="preserve"> </w:t>
      </w:r>
      <w:r w:rsidRPr="008E006D">
        <w:rPr>
          <w:rFonts w:cs="Sakkal Majalla"/>
          <w:sz w:val="36"/>
          <w:szCs w:val="38"/>
          <w:rtl/>
        </w:rPr>
        <w:t>على</w:t>
      </w:r>
      <w:r w:rsidRPr="008E006D">
        <w:rPr>
          <w:rFonts w:cs="Sakkal Majalla"/>
          <w:sz w:val="36"/>
          <w:szCs w:val="38"/>
        </w:rPr>
        <w:t xml:space="preserve"> </w:t>
      </w:r>
      <w:r w:rsidRPr="008E006D">
        <w:rPr>
          <w:rFonts w:cs="Sakkal Majalla"/>
          <w:sz w:val="36"/>
          <w:szCs w:val="38"/>
          <w:rtl/>
        </w:rPr>
        <w:t>أهمية</w:t>
      </w:r>
      <w:r w:rsidRPr="008E006D">
        <w:rPr>
          <w:rFonts w:cs="Sakkal Majalla"/>
          <w:sz w:val="36"/>
          <w:szCs w:val="38"/>
        </w:rPr>
        <w:t xml:space="preserve"> </w:t>
      </w:r>
      <w:r w:rsidRPr="008E006D">
        <w:rPr>
          <w:rFonts w:cs="Sakkal Majalla"/>
          <w:sz w:val="36"/>
          <w:szCs w:val="38"/>
          <w:rtl/>
        </w:rPr>
        <w:t>السياق</w:t>
      </w:r>
      <w:r w:rsidRPr="008E006D">
        <w:rPr>
          <w:rFonts w:cs="Sakkal Majalla"/>
          <w:sz w:val="36"/>
          <w:szCs w:val="38"/>
        </w:rPr>
        <w:t xml:space="preserve"> </w:t>
      </w:r>
      <w:r w:rsidRPr="008E006D">
        <w:rPr>
          <w:rFonts w:cs="Sakkal Majalla"/>
          <w:sz w:val="36"/>
          <w:szCs w:val="38"/>
          <w:rtl/>
        </w:rPr>
        <w:t>المؤسسي،</w:t>
      </w:r>
      <w:r w:rsidRPr="008E006D">
        <w:rPr>
          <w:rFonts w:cs="Sakkal Majalla"/>
          <w:sz w:val="36"/>
          <w:szCs w:val="38"/>
        </w:rPr>
        <w:t xml:space="preserve"> </w:t>
      </w:r>
      <w:r w:rsidRPr="008E006D">
        <w:rPr>
          <w:rFonts w:cs="Sakkal Majalla"/>
          <w:sz w:val="36"/>
          <w:szCs w:val="38"/>
          <w:rtl/>
        </w:rPr>
        <w:t>وضرورة</w:t>
      </w:r>
      <w:r w:rsidRPr="008E006D">
        <w:rPr>
          <w:rFonts w:cs="Sakkal Majalla"/>
          <w:sz w:val="36"/>
          <w:szCs w:val="38"/>
        </w:rPr>
        <w:t xml:space="preserve"> </w:t>
      </w:r>
      <w:r w:rsidRPr="008E006D">
        <w:rPr>
          <w:rFonts w:cs="Sakkal Majalla"/>
          <w:sz w:val="36"/>
          <w:szCs w:val="38"/>
          <w:rtl/>
        </w:rPr>
        <w:t>وجود</w:t>
      </w:r>
      <w:r w:rsidRPr="008E006D">
        <w:rPr>
          <w:rFonts w:cs="Sakkal Majalla"/>
          <w:sz w:val="36"/>
          <w:szCs w:val="38"/>
        </w:rPr>
        <w:t xml:space="preserve"> </w:t>
      </w:r>
      <w:r w:rsidRPr="008E006D">
        <w:rPr>
          <w:rFonts w:cs="Sakkal Majalla"/>
          <w:sz w:val="36"/>
          <w:szCs w:val="38"/>
          <w:rtl/>
        </w:rPr>
        <w:t>حوكمة</w:t>
      </w:r>
      <w:r w:rsidRPr="008E006D">
        <w:rPr>
          <w:rFonts w:cs="Sakkal Majalla"/>
          <w:sz w:val="36"/>
          <w:szCs w:val="38"/>
        </w:rPr>
        <w:t xml:space="preserve"> </w:t>
      </w:r>
      <w:r w:rsidRPr="008E006D">
        <w:rPr>
          <w:rFonts w:cs="Sakkal Majalla"/>
          <w:sz w:val="36"/>
          <w:szCs w:val="38"/>
          <w:rtl/>
        </w:rPr>
        <w:t>رقمية،</w:t>
      </w:r>
      <w:r w:rsidRPr="008E006D">
        <w:rPr>
          <w:rFonts w:cs="Sakkal Majalla"/>
          <w:sz w:val="36"/>
          <w:szCs w:val="38"/>
        </w:rPr>
        <w:t xml:space="preserve"> </w:t>
      </w:r>
      <w:r w:rsidRPr="008E006D">
        <w:rPr>
          <w:rFonts w:cs="Sakkal Majalla"/>
          <w:sz w:val="36"/>
          <w:szCs w:val="38"/>
          <w:rtl/>
        </w:rPr>
        <w:t>وتدريب،</w:t>
      </w:r>
      <w:r w:rsidRPr="008E006D">
        <w:rPr>
          <w:rFonts w:cs="Sakkal Majalla"/>
          <w:sz w:val="36"/>
          <w:szCs w:val="38"/>
        </w:rPr>
        <w:t xml:space="preserve"> </w:t>
      </w:r>
      <w:r w:rsidRPr="008E006D">
        <w:rPr>
          <w:rFonts w:cs="Sakkal Majalla"/>
          <w:sz w:val="36"/>
          <w:szCs w:val="38"/>
          <w:rtl/>
        </w:rPr>
        <w:t>وقياس</w:t>
      </w:r>
      <w:r w:rsidRPr="008E006D">
        <w:rPr>
          <w:rFonts w:cs="Sakkal Majalla"/>
          <w:sz w:val="36"/>
          <w:szCs w:val="38"/>
        </w:rPr>
        <w:t xml:space="preserve"> </w:t>
      </w:r>
      <w:r w:rsidRPr="008E006D">
        <w:rPr>
          <w:rFonts w:cs="Sakkal Majalla"/>
          <w:sz w:val="36"/>
          <w:szCs w:val="38"/>
          <w:rtl/>
        </w:rPr>
        <w:t>مستمر</w:t>
      </w:r>
      <w:r w:rsidRPr="008E006D">
        <w:rPr>
          <w:rFonts w:cs="Sakkal Majalla"/>
          <w:sz w:val="36"/>
          <w:szCs w:val="38"/>
        </w:rPr>
        <w:t xml:space="preserve"> </w:t>
      </w:r>
      <w:r w:rsidRPr="008E006D">
        <w:rPr>
          <w:rFonts w:cs="Sakkal Majalla"/>
          <w:sz w:val="36"/>
          <w:szCs w:val="38"/>
          <w:rtl/>
        </w:rPr>
        <w:t>لجودة</w:t>
      </w:r>
      <w:r w:rsidRPr="008E006D">
        <w:rPr>
          <w:rFonts w:cs="Sakkal Majalla"/>
          <w:sz w:val="36"/>
          <w:szCs w:val="38"/>
        </w:rPr>
        <w:t xml:space="preserve"> </w:t>
      </w:r>
      <w:r w:rsidRPr="008E006D">
        <w:rPr>
          <w:rFonts w:cs="Sakkal Majalla"/>
          <w:sz w:val="36"/>
          <w:szCs w:val="38"/>
          <w:rtl/>
        </w:rPr>
        <w:t>الخدمات</w:t>
      </w:r>
      <w:r w:rsidRPr="008E006D">
        <w:rPr>
          <w:rFonts w:cs="Sakkal Majalla"/>
          <w:sz w:val="36"/>
          <w:szCs w:val="38"/>
        </w:rPr>
        <w:t xml:space="preserve"> </w:t>
      </w:r>
      <w:r w:rsidRPr="008E006D">
        <w:rPr>
          <w:rFonts w:cs="Sakkal Majalla"/>
          <w:sz w:val="36"/>
          <w:szCs w:val="38"/>
          <w:rtl/>
        </w:rPr>
        <w:t>وتجربة</w:t>
      </w:r>
      <w:r w:rsidRPr="008E006D">
        <w:rPr>
          <w:rFonts w:cs="Sakkal Majalla"/>
          <w:sz w:val="36"/>
          <w:szCs w:val="38"/>
        </w:rPr>
        <w:t xml:space="preserve"> </w:t>
      </w:r>
      <w:r w:rsidRPr="008E006D">
        <w:rPr>
          <w:rFonts w:cs="Sakkal Majalla"/>
          <w:sz w:val="36"/>
          <w:szCs w:val="38"/>
          <w:rtl/>
        </w:rPr>
        <w:t>المستفيد</w:t>
      </w:r>
      <w:r w:rsidRPr="008E006D">
        <w:rPr>
          <w:rFonts w:cs="Sakkal Majalla"/>
          <w:sz w:val="36"/>
          <w:szCs w:val="38"/>
        </w:rPr>
        <w:t>.</w:t>
      </w:r>
    </w:p>
    <w:p w14:paraId="3D9C9F6E" w14:textId="77777777" w:rsidR="008E006D" w:rsidRPr="008E006D" w:rsidRDefault="008E006D" w:rsidP="00B70DD9">
      <w:pPr>
        <w:ind w:firstLine="720"/>
        <w:rPr>
          <w:rFonts w:cs="Sakkal Majalla"/>
          <w:sz w:val="36"/>
          <w:szCs w:val="38"/>
        </w:rPr>
      </w:pPr>
      <w:r w:rsidRPr="008E006D">
        <w:rPr>
          <w:rFonts w:cs="Sakkal Majalla"/>
          <w:sz w:val="36"/>
          <w:szCs w:val="38"/>
          <w:rtl/>
        </w:rPr>
        <w:lastRenderedPageBreak/>
        <w:t>أما</w:t>
      </w:r>
      <w:r w:rsidRPr="008E006D">
        <w:rPr>
          <w:rFonts w:cs="Sakkal Majalla"/>
          <w:sz w:val="36"/>
          <w:szCs w:val="38"/>
        </w:rPr>
        <w:t xml:space="preserve"> </w:t>
      </w:r>
      <w:r w:rsidRPr="008E006D">
        <w:rPr>
          <w:rFonts w:cs="Sakkal Majalla"/>
          <w:sz w:val="36"/>
          <w:szCs w:val="38"/>
          <w:rtl/>
        </w:rPr>
        <w:t>أوجه</w:t>
      </w:r>
      <w:r w:rsidRPr="008E006D">
        <w:rPr>
          <w:rFonts w:cs="Sakkal Majalla"/>
          <w:sz w:val="36"/>
          <w:szCs w:val="38"/>
        </w:rPr>
        <w:t xml:space="preserve"> </w:t>
      </w:r>
      <w:r w:rsidRPr="008E006D">
        <w:rPr>
          <w:rFonts w:cs="Sakkal Majalla"/>
          <w:sz w:val="36"/>
          <w:szCs w:val="38"/>
          <w:rtl/>
        </w:rPr>
        <w:t>الاختلاف</w:t>
      </w:r>
      <w:r w:rsidRPr="008E006D">
        <w:rPr>
          <w:rFonts w:cs="Sakkal Majalla"/>
          <w:sz w:val="36"/>
          <w:szCs w:val="38"/>
        </w:rPr>
        <w:t xml:space="preserve"> </w:t>
      </w:r>
      <w:r w:rsidRPr="008E006D">
        <w:rPr>
          <w:rFonts w:cs="Sakkal Majalla"/>
          <w:sz w:val="36"/>
          <w:szCs w:val="38"/>
          <w:rtl/>
        </w:rPr>
        <w:t>فتظهر</w:t>
      </w:r>
      <w:r w:rsidRPr="008E006D">
        <w:rPr>
          <w:rFonts w:cs="Sakkal Majalla"/>
          <w:sz w:val="36"/>
          <w:szCs w:val="38"/>
        </w:rPr>
        <w:t xml:space="preserve"> </w:t>
      </w:r>
      <w:r w:rsidRPr="008E006D">
        <w:rPr>
          <w:rFonts w:cs="Sakkal Majalla"/>
          <w:sz w:val="36"/>
          <w:szCs w:val="38"/>
          <w:rtl/>
        </w:rPr>
        <w:t>في</w:t>
      </w:r>
      <w:r w:rsidRPr="008E006D">
        <w:rPr>
          <w:rFonts w:cs="Sakkal Majalla"/>
          <w:sz w:val="36"/>
          <w:szCs w:val="38"/>
        </w:rPr>
        <w:t xml:space="preserve"> </w:t>
      </w:r>
      <w:r w:rsidRPr="008E006D">
        <w:rPr>
          <w:rFonts w:cs="Sakkal Majalla"/>
          <w:sz w:val="36"/>
          <w:szCs w:val="38"/>
          <w:rtl/>
        </w:rPr>
        <w:t>أن</w:t>
      </w:r>
      <w:r w:rsidRPr="008E006D">
        <w:rPr>
          <w:rFonts w:cs="Sakkal Majalla"/>
          <w:sz w:val="36"/>
          <w:szCs w:val="38"/>
        </w:rPr>
        <w:t xml:space="preserve"> </w:t>
      </w:r>
      <w:r w:rsidRPr="008E006D">
        <w:rPr>
          <w:rFonts w:cs="Sakkal Majalla"/>
          <w:sz w:val="36"/>
          <w:szCs w:val="38"/>
          <w:rtl/>
        </w:rPr>
        <w:t>الدراسات</w:t>
      </w:r>
      <w:r w:rsidRPr="008E006D">
        <w:rPr>
          <w:rFonts w:cs="Sakkal Majalla"/>
          <w:sz w:val="36"/>
          <w:szCs w:val="38"/>
        </w:rPr>
        <w:t xml:space="preserve"> </w:t>
      </w:r>
      <w:r w:rsidRPr="008E006D">
        <w:rPr>
          <w:rFonts w:cs="Sakkal Majalla"/>
          <w:sz w:val="36"/>
          <w:szCs w:val="38"/>
          <w:rtl/>
        </w:rPr>
        <w:t>الأجنبية</w:t>
      </w:r>
      <w:r w:rsidRPr="008E006D">
        <w:rPr>
          <w:rFonts w:cs="Sakkal Majalla"/>
          <w:sz w:val="36"/>
          <w:szCs w:val="38"/>
        </w:rPr>
        <w:t xml:space="preserve"> </w:t>
      </w:r>
      <w:r w:rsidRPr="008E006D">
        <w:rPr>
          <w:rFonts w:cs="Sakkal Majalla"/>
          <w:sz w:val="36"/>
          <w:szCs w:val="38"/>
          <w:rtl/>
        </w:rPr>
        <w:t>غالبًا</w:t>
      </w:r>
      <w:r w:rsidRPr="008E006D">
        <w:rPr>
          <w:rFonts w:cs="Sakkal Majalla"/>
          <w:sz w:val="36"/>
          <w:szCs w:val="38"/>
        </w:rPr>
        <w:t xml:space="preserve"> </w:t>
      </w:r>
      <w:r w:rsidRPr="008E006D">
        <w:rPr>
          <w:rFonts w:cs="Sakkal Majalla"/>
          <w:sz w:val="36"/>
          <w:szCs w:val="38"/>
          <w:rtl/>
        </w:rPr>
        <w:t>ما</w:t>
      </w:r>
      <w:r w:rsidRPr="008E006D">
        <w:rPr>
          <w:rFonts w:cs="Sakkal Majalla"/>
          <w:sz w:val="36"/>
          <w:szCs w:val="38"/>
        </w:rPr>
        <w:t xml:space="preserve"> </w:t>
      </w:r>
      <w:r w:rsidRPr="008E006D">
        <w:rPr>
          <w:rFonts w:cs="Sakkal Majalla"/>
          <w:sz w:val="36"/>
          <w:szCs w:val="38"/>
          <w:rtl/>
        </w:rPr>
        <w:t>تقدم</w:t>
      </w:r>
      <w:r w:rsidRPr="008E006D">
        <w:rPr>
          <w:rFonts w:cs="Sakkal Majalla"/>
          <w:sz w:val="36"/>
          <w:szCs w:val="38"/>
        </w:rPr>
        <w:t xml:space="preserve"> </w:t>
      </w:r>
      <w:r w:rsidRPr="008E006D">
        <w:rPr>
          <w:rFonts w:cs="Sakkal Majalla"/>
          <w:sz w:val="36"/>
          <w:szCs w:val="38"/>
          <w:rtl/>
        </w:rPr>
        <w:t>أطرًا</w:t>
      </w:r>
      <w:r w:rsidRPr="008E006D">
        <w:rPr>
          <w:rFonts w:cs="Sakkal Majalla"/>
          <w:sz w:val="36"/>
          <w:szCs w:val="38"/>
        </w:rPr>
        <w:t xml:space="preserve"> </w:t>
      </w:r>
      <w:r w:rsidRPr="008E006D">
        <w:rPr>
          <w:rFonts w:cs="Sakkal Majalla"/>
          <w:sz w:val="36"/>
          <w:szCs w:val="38"/>
          <w:rtl/>
        </w:rPr>
        <w:t>نظرية</w:t>
      </w:r>
      <w:r w:rsidRPr="008E006D">
        <w:rPr>
          <w:rFonts w:cs="Sakkal Majalla"/>
          <w:sz w:val="36"/>
          <w:szCs w:val="38"/>
        </w:rPr>
        <w:t xml:space="preserve"> </w:t>
      </w:r>
      <w:r w:rsidRPr="008E006D">
        <w:rPr>
          <w:rFonts w:cs="Sakkal Majalla"/>
          <w:sz w:val="36"/>
          <w:szCs w:val="38"/>
          <w:rtl/>
        </w:rPr>
        <w:t>أو</w:t>
      </w:r>
      <w:r w:rsidRPr="008E006D">
        <w:rPr>
          <w:rFonts w:cs="Sakkal Majalla"/>
          <w:sz w:val="36"/>
          <w:szCs w:val="38"/>
        </w:rPr>
        <w:t xml:space="preserve"> </w:t>
      </w:r>
      <w:r w:rsidRPr="008E006D">
        <w:rPr>
          <w:rFonts w:cs="Sakkal Majalla"/>
          <w:sz w:val="36"/>
          <w:szCs w:val="38"/>
          <w:rtl/>
        </w:rPr>
        <w:t>نماذج</w:t>
      </w:r>
      <w:r w:rsidRPr="008E006D">
        <w:rPr>
          <w:rFonts w:cs="Sakkal Majalla"/>
          <w:sz w:val="36"/>
          <w:szCs w:val="38"/>
        </w:rPr>
        <w:t xml:space="preserve"> </w:t>
      </w:r>
      <w:r w:rsidRPr="008E006D">
        <w:rPr>
          <w:rFonts w:cs="Sakkal Majalla"/>
          <w:sz w:val="36"/>
          <w:szCs w:val="38"/>
          <w:rtl/>
        </w:rPr>
        <w:t>عامة</w:t>
      </w:r>
      <w:r w:rsidRPr="008E006D">
        <w:rPr>
          <w:rFonts w:cs="Sakkal Majalla"/>
          <w:sz w:val="36"/>
          <w:szCs w:val="38"/>
        </w:rPr>
        <w:t xml:space="preserve"> </w:t>
      </w:r>
      <w:r w:rsidRPr="008E006D">
        <w:rPr>
          <w:rFonts w:cs="Sakkal Majalla"/>
          <w:sz w:val="36"/>
          <w:szCs w:val="38"/>
          <w:rtl/>
        </w:rPr>
        <w:t>للتحول</w:t>
      </w:r>
      <w:r w:rsidRPr="008E006D">
        <w:rPr>
          <w:rFonts w:cs="Sakkal Majalla"/>
          <w:sz w:val="36"/>
          <w:szCs w:val="38"/>
        </w:rPr>
        <w:t xml:space="preserve"> </w:t>
      </w:r>
      <w:r w:rsidRPr="008E006D">
        <w:rPr>
          <w:rFonts w:cs="Sakkal Majalla"/>
          <w:sz w:val="36"/>
          <w:szCs w:val="38"/>
          <w:rtl/>
        </w:rPr>
        <w:t>الرقمي</w:t>
      </w:r>
      <w:r w:rsidRPr="008E006D">
        <w:rPr>
          <w:rFonts w:cs="Sakkal Majalla"/>
          <w:sz w:val="36"/>
          <w:szCs w:val="38"/>
        </w:rPr>
        <w:t xml:space="preserve"> </w:t>
      </w:r>
      <w:r w:rsidRPr="008E006D">
        <w:rPr>
          <w:rFonts w:cs="Sakkal Majalla"/>
          <w:sz w:val="36"/>
          <w:szCs w:val="38"/>
          <w:rtl/>
        </w:rPr>
        <w:t>في</w:t>
      </w:r>
      <w:r w:rsidRPr="008E006D">
        <w:rPr>
          <w:rFonts w:cs="Sakkal Majalla"/>
          <w:sz w:val="36"/>
          <w:szCs w:val="38"/>
        </w:rPr>
        <w:t xml:space="preserve"> </w:t>
      </w:r>
      <w:r w:rsidRPr="008E006D">
        <w:rPr>
          <w:rFonts w:cs="Sakkal Majalla"/>
          <w:sz w:val="36"/>
          <w:szCs w:val="38"/>
          <w:rtl/>
        </w:rPr>
        <w:t>القطاع</w:t>
      </w:r>
      <w:r w:rsidRPr="008E006D">
        <w:rPr>
          <w:rFonts w:cs="Sakkal Majalla"/>
          <w:sz w:val="36"/>
          <w:szCs w:val="38"/>
        </w:rPr>
        <w:t xml:space="preserve"> </w:t>
      </w:r>
      <w:r w:rsidRPr="008E006D">
        <w:rPr>
          <w:rFonts w:cs="Sakkal Majalla"/>
          <w:sz w:val="36"/>
          <w:szCs w:val="38"/>
          <w:rtl/>
        </w:rPr>
        <w:t>العام</w:t>
      </w:r>
      <w:r w:rsidRPr="008E006D">
        <w:rPr>
          <w:rFonts w:cs="Sakkal Majalla"/>
          <w:sz w:val="36"/>
          <w:szCs w:val="38"/>
        </w:rPr>
        <w:t xml:space="preserve"> </w:t>
      </w:r>
      <w:r w:rsidRPr="008E006D">
        <w:rPr>
          <w:rFonts w:cs="Sakkal Majalla"/>
          <w:sz w:val="36"/>
          <w:szCs w:val="38"/>
          <w:rtl/>
        </w:rPr>
        <w:t>أو</w:t>
      </w:r>
      <w:r w:rsidRPr="008E006D">
        <w:rPr>
          <w:rFonts w:cs="Sakkal Majalla"/>
          <w:sz w:val="36"/>
          <w:szCs w:val="38"/>
        </w:rPr>
        <w:t xml:space="preserve"> </w:t>
      </w:r>
      <w:r w:rsidRPr="008E006D">
        <w:rPr>
          <w:rFonts w:cs="Sakkal Majalla"/>
          <w:sz w:val="36"/>
          <w:szCs w:val="38"/>
          <w:rtl/>
        </w:rPr>
        <w:t>الأعمال،</w:t>
      </w:r>
      <w:r w:rsidRPr="008E006D">
        <w:rPr>
          <w:rFonts w:cs="Sakkal Majalla"/>
          <w:sz w:val="36"/>
          <w:szCs w:val="38"/>
        </w:rPr>
        <w:t xml:space="preserve"> </w:t>
      </w:r>
      <w:r w:rsidRPr="008E006D">
        <w:rPr>
          <w:rFonts w:cs="Sakkal Majalla"/>
          <w:sz w:val="36"/>
          <w:szCs w:val="38"/>
          <w:rtl/>
        </w:rPr>
        <w:t>بينما</w:t>
      </w:r>
      <w:r w:rsidRPr="008E006D">
        <w:rPr>
          <w:rFonts w:cs="Sakkal Majalla"/>
          <w:sz w:val="36"/>
          <w:szCs w:val="38"/>
        </w:rPr>
        <w:t xml:space="preserve"> </w:t>
      </w:r>
      <w:r w:rsidRPr="008E006D">
        <w:rPr>
          <w:rFonts w:cs="Sakkal Majalla"/>
          <w:sz w:val="36"/>
          <w:szCs w:val="38"/>
          <w:rtl/>
        </w:rPr>
        <w:t>تركز</w:t>
      </w:r>
      <w:r w:rsidRPr="008E006D">
        <w:rPr>
          <w:rFonts w:cs="Sakkal Majalla"/>
          <w:sz w:val="36"/>
          <w:szCs w:val="38"/>
        </w:rPr>
        <w:t xml:space="preserve"> </w:t>
      </w:r>
      <w:r w:rsidRPr="008E006D">
        <w:rPr>
          <w:rFonts w:cs="Sakkal Majalla"/>
          <w:sz w:val="36"/>
          <w:szCs w:val="38"/>
          <w:rtl/>
        </w:rPr>
        <w:t>الدراسات</w:t>
      </w:r>
      <w:r w:rsidRPr="008E006D">
        <w:rPr>
          <w:rFonts w:cs="Sakkal Majalla"/>
          <w:sz w:val="36"/>
          <w:szCs w:val="38"/>
        </w:rPr>
        <w:t xml:space="preserve"> </w:t>
      </w:r>
      <w:r w:rsidRPr="008E006D">
        <w:rPr>
          <w:rFonts w:cs="Sakkal Majalla"/>
          <w:sz w:val="36"/>
          <w:szCs w:val="38"/>
          <w:rtl/>
        </w:rPr>
        <w:t>العربية</w:t>
      </w:r>
      <w:r w:rsidRPr="008E006D">
        <w:rPr>
          <w:rFonts w:cs="Sakkal Majalla"/>
          <w:sz w:val="36"/>
          <w:szCs w:val="38"/>
        </w:rPr>
        <w:t xml:space="preserve"> </w:t>
      </w:r>
      <w:r w:rsidRPr="008E006D">
        <w:rPr>
          <w:rFonts w:cs="Sakkal Majalla"/>
          <w:sz w:val="36"/>
          <w:szCs w:val="38"/>
          <w:rtl/>
        </w:rPr>
        <w:t>على</w:t>
      </w:r>
      <w:r w:rsidRPr="008E006D">
        <w:rPr>
          <w:rFonts w:cs="Sakkal Majalla"/>
          <w:sz w:val="36"/>
          <w:szCs w:val="38"/>
        </w:rPr>
        <w:t xml:space="preserve"> </w:t>
      </w:r>
      <w:r w:rsidRPr="008E006D">
        <w:rPr>
          <w:rFonts w:cs="Sakkal Majalla"/>
          <w:sz w:val="36"/>
          <w:szCs w:val="38"/>
          <w:rtl/>
        </w:rPr>
        <w:t>السياسات</w:t>
      </w:r>
      <w:r w:rsidRPr="008E006D">
        <w:rPr>
          <w:rFonts w:cs="Sakkal Majalla"/>
          <w:sz w:val="36"/>
          <w:szCs w:val="38"/>
        </w:rPr>
        <w:t xml:space="preserve"> </w:t>
      </w:r>
      <w:r w:rsidRPr="008E006D">
        <w:rPr>
          <w:rFonts w:cs="Sakkal Majalla"/>
          <w:sz w:val="36"/>
          <w:szCs w:val="38"/>
          <w:rtl/>
        </w:rPr>
        <w:t>أو</w:t>
      </w:r>
      <w:r w:rsidRPr="008E006D">
        <w:rPr>
          <w:rFonts w:cs="Sakkal Majalla"/>
          <w:sz w:val="36"/>
          <w:szCs w:val="38"/>
        </w:rPr>
        <w:t xml:space="preserve"> </w:t>
      </w:r>
      <w:r w:rsidRPr="008E006D">
        <w:rPr>
          <w:rFonts w:cs="Sakkal Majalla"/>
          <w:sz w:val="36"/>
          <w:szCs w:val="38"/>
          <w:rtl/>
        </w:rPr>
        <w:t>الخدمات</w:t>
      </w:r>
      <w:r w:rsidRPr="008E006D">
        <w:rPr>
          <w:rFonts w:cs="Sakkal Majalla"/>
          <w:sz w:val="36"/>
          <w:szCs w:val="38"/>
        </w:rPr>
        <w:t xml:space="preserve"> </w:t>
      </w:r>
      <w:r w:rsidRPr="008E006D">
        <w:rPr>
          <w:rFonts w:cs="Sakkal Majalla"/>
          <w:sz w:val="36"/>
          <w:szCs w:val="38"/>
          <w:rtl/>
        </w:rPr>
        <w:t>أو</w:t>
      </w:r>
      <w:r w:rsidRPr="008E006D">
        <w:rPr>
          <w:rFonts w:cs="Sakkal Majalla"/>
          <w:sz w:val="36"/>
          <w:szCs w:val="38"/>
        </w:rPr>
        <w:t xml:space="preserve"> </w:t>
      </w:r>
      <w:r w:rsidRPr="008E006D">
        <w:rPr>
          <w:rFonts w:cs="Sakkal Majalla"/>
          <w:sz w:val="36"/>
          <w:szCs w:val="38"/>
          <w:rtl/>
        </w:rPr>
        <w:t>الأداء</w:t>
      </w:r>
      <w:r w:rsidRPr="008E006D">
        <w:rPr>
          <w:rFonts w:cs="Sakkal Majalla"/>
          <w:sz w:val="36"/>
          <w:szCs w:val="38"/>
        </w:rPr>
        <w:t xml:space="preserve"> </w:t>
      </w:r>
      <w:r w:rsidRPr="008E006D">
        <w:rPr>
          <w:rFonts w:cs="Sakkal Majalla"/>
          <w:sz w:val="36"/>
          <w:szCs w:val="38"/>
          <w:rtl/>
        </w:rPr>
        <w:t>المؤسسي</w:t>
      </w:r>
      <w:r w:rsidRPr="008E006D">
        <w:rPr>
          <w:rFonts w:cs="Sakkal Majalla"/>
          <w:sz w:val="36"/>
          <w:szCs w:val="38"/>
        </w:rPr>
        <w:t xml:space="preserve">. </w:t>
      </w:r>
      <w:r w:rsidRPr="008E006D">
        <w:rPr>
          <w:rFonts w:cs="Sakkal Majalla"/>
          <w:sz w:val="36"/>
          <w:szCs w:val="38"/>
          <w:rtl/>
        </w:rPr>
        <w:t>كما</w:t>
      </w:r>
      <w:r w:rsidRPr="008E006D">
        <w:rPr>
          <w:rFonts w:cs="Sakkal Majalla"/>
          <w:sz w:val="36"/>
          <w:szCs w:val="38"/>
        </w:rPr>
        <w:t xml:space="preserve"> </w:t>
      </w:r>
      <w:r w:rsidRPr="008E006D">
        <w:rPr>
          <w:rFonts w:cs="Sakkal Majalla"/>
          <w:sz w:val="36"/>
          <w:szCs w:val="38"/>
          <w:rtl/>
        </w:rPr>
        <w:t>أن</w:t>
      </w:r>
      <w:r w:rsidRPr="008E006D">
        <w:rPr>
          <w:rFonts w:cs="Sakkal Majalla"/>
          <w:sz w:val="36"/>
          <w:szCs w:val="38"/>
        </w:rPr>
        <w:t xml:space="preserve"> </w:t>
      </w:r>
      <w:r w:rsidRPr="008E006D">
        <w:rPr>
          <w:rFonts w:cs="Sakkal Majalla"/>
          <w:sz w:val="36"/>
          <w:szCs w:val="38"/>
          <w:rtl/>
        </w:rPr>
        <w:t>معظم</w:t>
      </w:r>
      <w:r w:rsidRPr="008E006D">
        <w:rPr>
          <w:rFonts w:cs="Sakkal Majalla"/>
          <w:sz w:val="36"/>
          <w:szCs w:val="38"/>
        </w:rPr>
        <w:t xml:space="preserve"> </w:t>
      </w:r>
      <w:r w:rsidRPr="008E006D">
        <w:rPr>
          <w:rFonts w:cs="Sakkal Majalla"/>
          <w:sz w:val="36"/>
          <w:szCs w:val="38"/>
          <w:rtl/>
        </w:rPr>
        <w:t>الدراسات</w:t>
      </w:r>
      <w:r w:rsidRPr="008E006D">
        <w:rPr>
          <w:rFonts w:cs="Sakkal Majalla"/>
          <w:sz w:val="36"/>
          <w:szCs w:val="38"/>
        </w:rPr>
        <w:t xml:space="preserve"> </w:t>
      </w:r>
      <w:r w:rsidRPr="008E006D">
        <w:rPr>
          <w:rFonts w:cs="Sakkal Majalla"/>
          <w:sz w:val="36"/>
          <w:szCs w:val="38"/>
          <w:rtl/>
        </w:rPr>
        <w:t>لا</w:t>
      </w:r>
      <w:r w:rsidRPr="008E006D">
        <w:rPr>
          <w:rFonts w:cs="Sakkal Majalla"/>
          <w:sz w:val="36"/>
          <w:szCs w:val="38"/>
        </w:rPr>
        <w:t xml:space="preserve"> </w:t>
      </w:r>
      <w:r w:rsidRPr="008E006D">
        <w:rPr>
          <w:rFonts w:cs="Sakkal Majalla"/>
          <w:sz w:val="36"/>
          <w:szCs w:val="38"/>
          <w:rtl/>
        </w:rPr>
        <w:t>تميز</w:t>
      </w:r>
      <w:r w:rsidRPr="008E006D">
        <w:rPr>
          <w:rFonts w:cs="Sakkal Majalla"/>
          <w:sz w:val="36"/>
          <w:szCs w:val="38"/>
        </w:rPr>
        <w:t xml:space="preserve"> </w:t>
      </w:r>
      <w:r w:rsidRPr="008E006D">
        <w:rPr>
          <w:rFonts w:cs="Sakkal Majalla"/>
          <w:sz w:val="36"/>
          <w:szCs w:val="38"/>
          <w:rtl/>
        </w:rPr>
        <w:t>بوضوح</w:t>
      </w:r>
      <w:r w:rsidRPr="008E006D">
        <w:rPr>
          <w:rFonts w:cs="Sakkal Majalla"/>
          <w:sz w:val="36"/>
          <w:szCs w:val="38"/>
        </w:rPr>
        <w:t xml:space="preserve"> </w:t>
      </w:r>
      <w:r w:rsidRPr="008E006D">
        <w:rPr>
          <w:rFonts w:cs="Sakkal Majalla"/>
          <w:sz w:val="36"/>
          <w:szCs w:val="38"/>
          <w:rtl/>
        </w:rPr>
        <w:t>بين</w:t>
      </w:r>
      <w:r w:rsidRPr="008E006D">
        <w:rPr>
          <w:rFonts w:cs="Sakkal Majalla"/>
          <w:sz w:val="36"/>
          <w:szCs w:val="38"/>
        </w:rPr>
        <w:t xml:space="preserve"> </w:t>
      </w:r>
      <w:r w:rsidRPr="008E006D">
        <w:rPr>
          <w:rFonts w:cs="Sakkal Majalla"/>
          <w:sz w:val="36"/>
          <w:szCs w:val="38"/>
          <w:rtl/>
        </w:rPr>
        <w:t>نجاح</w:t>
      </w:r>
      <w:r w:rsidRPr="008E006D">
        <w:rPr>
          <w:rFonts w:cs="Sakkal Majalla"/>
          <w:sz w:val="36"/>
          <w:szCs w:val="38"/>
        </w:rPr>
        <w:t xml:space="preserve"> </w:t>
      </w:r>
      <w:r w:rsidRPr="008E006D">
        <w:rPr>
          <w:rFonts w:cs="Sakkal Majalla"/>
          <w:sz w:val="36"/>
          <w:szCs w:val="38"/>
          <w:rtl/>
        </w:rPr>
        <w:t>مبادرة</w:t>
      </w:r>
      <w:r w:rsidRPr="008E006D">
        <w:rPr>
          <w:rFonts w:cs="Sakkal Majalla"/>
          <w:sz w:val="36"/>
          <w:szCs w:val="38"/>
        </w:rPr>
        <w:t xml:space="preserve"> </w:t>
      </w:r>
      <w:r w:rsidRPr="008E006D">
        <w:rPr>
          <w:rFonts w:cs="Sakkal Majalla"/>
          <w:sz w:val="36"/>
          <w:szCs w:val="38"/>
          <w:rtl/>
        </w:rPr>
        <w:t>التحول</w:t>
      </w:r>
      <w:r w:rsidRPr="008E006D">
        <w:rPr>
          <w:rFonts w:cs="Sakkal Majalla"/>
          <w:sz w:val="36"/>
          <w:szCs w:val="38"/>
        </w:rPr>
        <w:t xml:space="preserve"> </w:t>
      </w:r>
      <w:r w:rsidRPr="008E006D">
        <w:rPr>
          <w:rFonts w:cs="Sakkal Majalla"/>
          <w:sz w:val="36"/>
          <w:szCs w:val="38"/>
          <w:rtl/>
        </w:rPr>
        <w:t>الرقمي</w:t>
      </w:r>
      <w:r w:rsidRPr="008E006D">
        <w:rPr>
          <w:rFonts w:cs="Sakkal Majalla"/>
          <w:sz w:val="36"/>
          <w:szCs w:val="38"/>
        </w:rPr>
        <w:t xml:space="preserve"> </w:t>
      </w:r>
      <w:r w:rsidRPr="008E006D">
        <w:rPr>
          <w:rFonts w:cs="Sakkal Majalla"/>
          <w:sz w:val="36"/>
          <w:szCs w:val="38"/>
          <w:rtl/>
        </w:rPr>
        <w:t>ونجاح</w:t>
      </w:r>
      <w:r w:rsidRPr="008E006D">
        <w:rPr>
          <w:rFonts w:cs="Sakkal Majalla"/>
          <w:sz w:val="36"/>
          <w:szCs w:val="38"/>
        </w:rPr>
        <w:t xml:space="preserve"> </w:t>
      </w:r>
      <w:r w:rsidRPr="008E006D">
        <w:rPr>
          <w:rFonts w:cs="Sakkal Majalla"/>
          <w:sz w:val="36"/>
          <w:szCs w:val="38"/>
          <w:rtl/>
        </w:rPr>
        <w:t>المشروع</w:t>
      </w:r>
      <w:r w:rsidRPr="008E006D">
        <w:rPr>
          <w:rFonts w:cs="Sakkal Majalla"/>
          <w:sz w:val="36"/>
          <w:szCs w:val="38"/>
        </w:rPr>
        <w:t xml:space="preserve"> </w:t>
      </w:r>
      <w:r w:rsidRPr="008E006D">
        <w:rPr>
          <w:rFonts w:cs="Sakkal Majalla"/>
          <w:sz w:val="36"/>
          <w:szCs w:val="38"/>
          <w:rtl/>
        </w:rPr>
        <w:t>بوصفه</w:t>
      </w:r>
      <w:r w:rsidRPr="008E006D">
        <w:rPr>
          <w:rFonts w:cs="Sakkal Majalla"/>
          <w:sz w:val="36"/>
          <w:szCs w:val="38"/>
        </w:rPr>
        <w:t xml:space="preserve"> </w:t>
      </w:r>
      <w:r w:rsidRPr="008E006D">
        <w:rPr>
          <w:rFonts w:cs="Sakkal Majalla"/>
          <w:sz w:val="36"/>
          <w:szCs w:val="38"/>
          <w:rtl/>
        </w:rPr>
        <w:t>وحدة</w:t>
      </w:r>
      <w:r w:rsidRPr="008E006D">
        <w:rPr>
          <w:rFonts w:cs="Sakkal Majalla"/>
          <w:sz w:val="36"/>
          <w:szCs w:val="38"/>
        </w:rPr>
        <w:t xml:space="preserve"> </w:t>
      </w:r>
      <w:r w:rsidRPr="008E006D">
        <w:rPr>
          <w:rFonts w:cs="Sakkal Majalla"/>
          <w:sz w:val="36"/>
          <w:szCs w:val="38"/>
          <w:rtl/>
        </w:rPr>
        <w:t>تنفيذ</w:t>
      </w:r>
      <w:r w:rsidRPr="008E006D">
        <w:rPr>
          <w:rFonts w:cs="Sakkal Majalla"/>
          <w:sz w:val="36"/>
          <w:szCs w:val="38"/>
        </w:rPr>
        <w:t xml:space="preserve"> </w:t>
      </w:r>
      <w:r w:rsidRPr="008E006D">
        <w:rPr>
          <w:rFonts w:cs="Sakkal Majalla"/>
          <w:sz w:val="36"/>
          <w:szCs w:val="38"/>
          <w:rtl/>
        </w:rPr>
        <w:t>لها</w:t>
      </w:r>
      <w:r w:rsidRPr="008E006D">
        <w:rPr>
          <w:rFonts w:cs="Sakkal Majalla"/>
          <w:sz w:val="36"/>
          <w:szCs w:val="38"/>
        </w:rPr>
        <w:t xml:space="preserve"> </w:t>
      </w:r>
      <w:r w:rsidRPr="008E006D">
        <w:rPr>
          <w:rFonts w:cs="Sakkal Majalla"/>
          <w:sz w:val="36"/>
          <w:szCs w:val="38"/>
          <w:rtl/>
        </w:rPr>
        <w:t>نطاق</w:t>
      </w:r>
      <w:r w:rsidRPr="008E006D">
        <w:rPr>
          <w:rFonts w:cs="Sakkal Majalla"/>
          <w:sz w:val="36"/>
          <w:szCs w:val="38"/>
        </w:rPr>
        <w:t xml:space="preserve"> </w:t>
      </w:r>
      <w:r w:rsidRPr="008E006D">
        <w:rPr>
          <w:rFonts w:cs="Sakkal Majalla"/>
          <w:sz w:val="36"/>
          <w:szCs w:val="38"/>
          <w:rtl/>
        </w:rPr>
        <w:t>وزمن</w:t>
      </w:r>
      <w:r w:rsidRPr="008E006D">
        <w:rPr>
          <w:rFonts w:cs="Sakkal Majalla"/>
          <w:sz w:val="36"/>
          <w:szCs w:val="38"/>
        </w:rPr>
        <w:t xml:space="preserve"> </w:t>
      </w:r>
      <w:r w:rsidRPr="008E006D">
        <w:rPr>
          <w:rFonts w:cs="Sakkal Majalla"/>
          <w:sz w:val="36"/>
          <w:szCs w:val="38"/>
          <w:rtl/>
        </w:rPr>
        <w:t>وموارد</w:t>
      </w:r>
      <w:r w:rsidRPr="008E006D">
        <w:rPr>
          <w:rFonts w:cs="Sakkal Majalla"/>
          <w:sz w:val="36"/>
          <w:szCs w:val="38"/>
        </w:rPr>
        <w:t xml:space="preserve"> </w:t>
      </w:r>
      <w:r w:rsidRPr="008E006D">
        <w:rPr>
          <w:rFonts w:cs="Sakkal Majalla"/>
          <w:sz w:val="36"/>
          <w:szCs w:val="38"/>
          <w:rtl/>
        </w:rPr>
        <w:t>ومخاطر</w:t>
      </w:r>
      <w:r w:rsidRPr="008E006D">
        <w:rPr>
          <w:rFonts w:cs="Sakkal Majalla"/>
          <w:sz w:val="36"/>
          <w:szCs w:val="38"/>
        </w:rPr>
        <w:t xml:space="preserve"> </w:t>
      </w:r>
      <w:r w:rsidRPr="008E006D">
        <w:rPr>
          <w:rFonts w:cs="Sakkal Majalla"/>
          <w:sz w:val="36"/>
          <w:szCs w:val="38"/>
          <w:rtl/>
        </w:rPr>
        <w:t>وأصحاب</w:t>
      </w:r>
      <w:r w:rsidRPr="008E006D">
        <w:rPr>
          <w:rFonts w:cs="Sakkal Majalla"/>
          <w:sz w:val="36"/>
          <w:szCs w:val="38"/>
        </w:rPr>
        <w:t xml:space="preserve"> </w:t>
      </w:r>
      <w:r w:rsidRPr="008E006D">
        <w:rPr>
          <w:rFonts w:cs="Sakkal Majalla"/>
          <w:sz w:val="36"/>
          <w:szCs w:val="38"/>
          <w:rtl/>
        </w:rPr>
        <w:t>مصلحة</w:t>
      </w:r>
      <w:r w:rsidRPr="008E006D">
        <w:rPr>
          <w:rFonts w:cs="Sakkal Majalla"/>
          <w:sz w:val="36"/>
          <w:szCs w:val="38"/>
        </w:rPr>
        <w:t>.</w:t>
      </w:r>
    </w:p>
    <w:p w14:paraId="3C9D0A0A" w14:textId="77777777" w:rsidR="008E006D" w:rsidRPr="008E006D" w:rsidRDefault="008E006D" w:rsidP="00B70DD9">
      <w:pPr>
        <w:ind w:firstLine="720"/>
        <w:rPr>
          <w:rFonts w:cs="Sakkal Majalla"/>
          <w:sz w:val="36"/>
          <w:szCs w:val="38"/>
        </w:rPr>
      </w:pPr>
      <w:r w:rsidRPr="008E006D">
        <w:rPr>
          <w:rFonts w:cs="Sakkal Majalla"/>
          <w:sz w:val="36"/>
          <w:szCs w:val="38"/>
          <w:rtl/>
        </w:rPr>
        <w:t>تتميز</w:t>
      </w:r>
      <w:r w:rsidRPr="008E006D">
        <w:rPr>
          <w:rFonts w:cs="Sakkal Majalla"/>
          <w:sz w:val="36"/>
          <w:szCs w:val="38"/>
        </w:rPr>
        <w:t xml:space="preserve"> </w:t>
      </w:r>
      <w:r w:rsidRPr="008E006D">
        <w:rPr>
          <w:rFonts w:cs="Sakkal Majalla"/>
          <w:sz w:val="36"/>
          <w:szCs w:val="38"/>
          <w:rtl/>
        </w:rPr>
        <w:t>الدراسة</w:t>
      </w:r>
      <w:r w:rsidRPr="008E006D">
        <w:rPr>
          <w:rFonts w:cs="Sakkal Majalla"/>
          <w:sz w:val="36"/>
          <w:szCs w:val="38"/>
        </w:rPr>
        <w:t xml:space="preserve"> </w:t>
      </w:r>
      <w:r w:rsidRPr="008E006D">
        <w:rPr>
          <w:rFonts w:cs="Sakkal Majalla"/>
          <w:sz w:val="36"/>
          <w:szCs w:val="38"/>
          <w:rtl/>
        </w:rPr>
        <w:t>الحالية</w:t>
      </w:r>
      <w:r w:rsidRPr="008E006D">
        <w:rPr>
          <w:rFonts w:cs="Sakkal Majalla"/>
          <w:sz w:val="36"/>
          <w:szCs w:val="38"/>
        </w:rPr>
        <w:t xml:space="preserve"> </w:t>
      </w:r>
      <w:r w:rsidRPr="008E006D">
        <w:rPr>
          <w:rFonts w:cs="Sakkal Majalla"/>
          <w:sz w:val="36"/>
          <w:szCs w:val="38"/>
          <w:rtl/>
        </w:rPr>
        <w:t>بأنها</w:t>
      </w:r>
      <w:r w:rsidRPr="008E006D">
        <w:rPr>
          <w:rFonts w:cs="Sakkal Majalla"/>
          <w:sz w:val="36"/>
          <w:szCs w:val="38"/>
        </w:rPr>
        <w:t xml:space="preserve"> </w:t>
      </w:r>
      <w:r w:rsidRPr="008E006D">
        <w:rPr>
          <w:rFonts w:cs="Sakkal Majalla"/>
          <w:sz w:val="36"/>
          <w:szCs w:val="38"/>
          <w:rtl/>
        </w:rPr>
        <w:t>تربط</w:t>
      </w:r>
      <w:r w:rsidRPr="008E006D">
        <w:rPr>
          <w:rFonts w:cs="Sakkal Majalla"/>
          <w:sz w:val="36"/>
          <w:szCs w:val="38"/>
        </w:rPr>
        <w:t xml:space="preserve"> </w:t>
      </w:r>
      <w:r w:rsidRPr="008E006D">
        <w:rPr>
          <w:rFonts w:cs="Sakkal Majalla"/>
          <w:sz w:val="36"/>
          <w:szCs w:val="38"/>
          <w:rtl/>
        </w:rPr>
        <w:t>بين</w:t>
      </w:r>
      <w:r w:rsidRPr="008E006D">
        <w:rPr>
          <w:rFonts w:cs="Sakkal Majalla"/>
          <w:sz w:val="36"/>
          <w:szCs w:val="38"/>
        </w:rPr>
        <w:t xml:space="preserve"> </w:t>
      </w:r>
      <w:r w:rsidRPr="008E006D">
        <w:rPr>
          <w:rFonts w:cs="Sakkal Majalla"/>
          <w:sz w:val="36"/>
          <w:szCs w:val="38"/>
          <w:rtl/>
        </w:rPr>
        <w:t>أبعاد</w:t>
      </w:r>
      <w:r w:rsidRPr="008E006D">
        <w:rPr>
          <w:rFonts w:cs="Sakkal Majalla"/>
          <w:sz w:val="36"/>
          <w:szCs w:val="38"/>
        </w:rPr>
        <w:t xml:space="preserve"> </w:t>
      </w:r>
      <w:r w:rsidRPr="008E006D">
        <w:rPr>
          <w:rFonts w:cs="Sakkal Majalla"/>
          <w:sz w:val="36"/>
          <w:szCs w:val="38"/>
          <w:rtl/>
        </w:rPr>
        <w:t>التحول</w:t>
      </w:r>
      <w:r w:rsidRPr="008E006D">
        <w:rPr>
          <w:rFonts w:cs="Sakkal Majalla"/>
          <w:sz w:val="36"/>
          <w:szCs w:val="38"/>
        </w:rPr>
        <w:t xml:space="preserve"> </w:t>
      </w:r>
      <w:r w:rsidRPr="008E006D">
        <w:rPr>
          <w:rFonts w:cs="Sakkal Majalla"/>
          <w:sz w:val="36"/>
          <w:szCs w:val="38"/>
          <w:rtl/>
        </w:rPr>
        <w:t>الرقمي</w:t>
      </w:r>
      <w:r w:rsidRPr="008E006D">
        <w:rPr>
          <w:rFonts w:cs="Sakkal Majalla"/>
          <w:sz w:val="36"/>
          <w:szCs w:val="38"/>
        </w:rPr>
        <w:t xml:space="preserve"> </w:t>
      </w:r>
      <w:r w:rsidRPr="008E006D">
        <w:rPr>
          <w:rFonts w:cs="Sakkal Majalla"/>
          <w:sz w:val="36"/>
          <w:szCs w:val="38"/>
          <w:rtl/>
        </w:rPr>
        <w:t>في</w:t>
      </w:r>
      <w:r w:rsidRPr="008E006D">
        <w:rPr>
          <w:rFonts w:cs="Sakkal Majalla"/>
          <w:sz w:val="36"/>
          <w:szCs w:val="38"/>
        </w:rPr>
        <w:t xml:space="preserve"> </w:t>
      </w:r>
      <w:r w:rsidRPr="008E006D">
        <w:rPr>
          <w:rFonts w:cs="Sakkal Majalla"/>
          <w:sz w:val="36"/>
          <w:szCs w:val="38"/>
          <w:rtl/>
        </w:rPr>
        <w:t>إدارة</w:t>
      </w:r>
      <w:r w:rsidRPr="008E006D">
        <w:rPr>
          <w:rFonts w:cs="Sakkal Majalla"/>
          <w:sz w:val="36"/>
          <w:szCs w:val="38"/>
        </w:rPr>
        <w:t xml:space="preserve"> </w:t>
      </w:r>
      <w:r w:rsidRPr="008E006D">
        <w:rPr>
          <w:rFonts w:cs="Sakkal Majalla"/>
          <w:sz w:val="36"/>
          <w:szCs w:val="38"/>
          <w:rtl/>
        </w:rPr>
        <w:t>المشاريع</w:t>
      </w:r>
      <w:r w:rsidRPr="008E006D">
        <w:rPr>
          <w:rFonts w:cs="Sakkal Majalla"/>
          <w:sz w:val="36"/>
          <w:szCs w:val="38"/>
        </w:rPr>
        <w:t xml:space="preserve"> </w:t>
      </w:r>
      <w:r w:rsidRPr="008E006D">
        <w:rPr>
          <w:rFonts w:cs="Sakkal Majalla"/>
          <w:sz w:val="36"/>
          <w:szCs w:val="38"/>
          <w:rtl/>
        </w:rPr>
        <w:t>وبين</w:t>
      </w:r>
      <w:r w:rsidRPr="008E006D">
        <w:rPr>
          <w:rFonts w:cs="Sakkal Majalla"/>
          <w:sz w:val="36"/>
          <w:szCs w:val="38"/>
        </w:rPr>
        <w:t xml:space="preserve"> </w:t>
      </w:r>
      <w:r w:rsidRPr="008E006D">
        <w:rPr>
          <w:rFonts w:cs="Sakkal Majalla"/>
          <w:sz w:val="36"/>
          <w:szCs w:val="38"/>
          <w:rtl/>
        </w:rPr>
        <w:t>نجاح</w:t>
      </w:r>
      <w:r w:rsidRPr="008E006D">
        <w:rPr>
          <w:rFonts w:cs="Sakkal Majalla"/>
          <w:sz w:val="36"/>
          <w:szCs w:val="38"/>
        </w:rPr>
        <w:t xml:space="preserve"> </w:t>
      </w:r>
      <w:r w:rsidRPr="008E006D">
        <w:rPr>
          <w:rFonts w:cs="Sakkal Majalla"/>
          <w:sz w:val="36"/>
          <w:szCs w:val="38"/>
          <w:rtl/>
        </w:rPr>
        <w:t>المشاريع</w:t>
      </w:r>
      <w:r w:rsidRPr="008E006D">
        <w:rPr>
          <w:rFonts w:cs="Sakkal Majalla"/>
          <w:sz w:val="36"/>
          <w:szCs w:val="38"/>
        </w:rPr>
        <w:t xml:space="preserve"> </w:t>
      </w:r>
      <w:r w:rsidRPr="008E006D">
        <w:rPr>
          <w:rFonts w:cs="Sakkal Majalla"/>
          <w:sz w:val="36"/>
          <w:szCs w:val="38"/>
          <w:rtl/>
        </w:rPr>
        <w:t>الحكومية</w:t>
      </w:r>
      <w:r w:rsidRPr="008E006D">
        <w:rPr>
          <w:rFonts w:cs="Sakkal Majalla"/>
          <w:sz w:val="36"/>
          <w:szCs w:val="38"/>
        </w:rPr>
        <w:t xml:space="preserve"> </w:t>
      </w:r>
      <w:r w:rsidRPr="008E006D">
        <w:rPr>
          <w:rFonts w:cs="Sakkal Majalla"/>
          <w:sz w:val="36"/>
          <w:szCs w:val="38"/>
          <w:rtl/>
        </w:rPr>
        <w:t>السعودية،</w:t>
      </w:r>
      <w:r w:rsidRPr="008E006D">
        <w:rPr>
          <w:rFonts w:cs="Sakkal Majalla"/>
          <w:sz w:val="36"/>
          <w:szCs w:val="38"/>
        </w:rPr>
        <w:t xml:space="preserve"> </w:t>
      </w:r>
      <w:r w:rsidRPr="008E006D">
        <w:rPr>
          <w:rFonts w:cs="Sakkal Majalla"/>
          <w:sz w:val="36"/>
          <w:szCs w:val="38"/>
          <w:rtl/>
        </w:rPr>
        <w:t>وتختبر</w:t>
      </w:r>
      <w:r w:rsidRPr="008E006D">
        <w:rPr>
          <w:rFonts w:cs="Sakkal Majalla"/>
          <w:sz w:val="36"/>
          <w:szCs w:val="38"/>
        </w:rPr>
        <w:t xml:space="preserve"> </w:t>
      </w:r>
      <w:r w:rsidRPr="008E006D">
        <w:rPr>
          <w:rFonts w:cs="Sakkal Majalla"/>
          <w:sz w:val="36"/>
          <w:szCs w:val="38"/>
          <w:rtl/>
        </w:rPr>
        <w:t>ذلك</w:t>
      </w:r>
      <w:r w:rsidRPr="008E006D">
        <w:rPr>
          <w:rFonts w:cs="Sakkal Majalla"/>
          <w:sz w:val="36"/>
          <w:szCs w:val="38"/>
        </w:rPr>
        <w:t xml:space="preserve"> </w:t>
      </w:r>
      <w:r w:rsidRPr="008E006D">
        <w:rPr>
          <w:rFonts w:cs="Sakkal Majalla"/>
          <w:sz w:val="36"/>
          <w:szCs w:val="38"/>
          <w:rtl/>
        </w:rPr>
        <w:t>ميدانيًا</w:t>
      </w:r>
      <w:r w:rsidRPr="008E006D">
        <w:rPr>
          <w:rFonts w:cs="Sakkal Majalla"/>
          <w:sz w:val="36"/>
          <w:szCs w:val="38"/>
        </w:rPr>
        <w:t xml:space="preserve"> </w:t>
      </w:r>
      <w:r w:rsidRPr="008E006D">
        <w:rPr>
          <w:rFonts w:cs="Sakkal Majalla"/>
          <w:sz w:val="36"/>
          <w:szCs w:val="38"/>
          <w:rtl/>
        </w:rPr>
        <w:t>لدى</w:t>
      </w:r>
      <w:r w:rsidRPr="008E006D">
        <w:rPr>
          <w:rFonts w:cs="Sakkal Majalla"/>
          <w:sz w:val="36"/>
          <w:szCs w:val="38"/>
        </w:rPr>
        <w:t xml:space="preserve"> </w:t>
      </w:r>
      <w:r w:rsidRPr="008E006D">
        <w:rPr>
          <w:rFonts w:cs="Sakkal Majalla"/>
          <w:sz w:val="36"/>
          <w:szCs w:val="38"/>
          <w:rtl/>
        </w:rPr>
        <w:t>الفئات</w:t>
      </w:r>
      <w:r w:rsidRPr="008E006D">
        <w:rPr>
          <w:rFonts w:cs="Sakkal Majalla"/>
          <w:sz w:val="36"/>
          <w:szCs w:val="38"/>
        </w:rPr>
        <w:t xml:space="preserve"> </w:t>
      </w:r>
      <w:r w:rsidRPr="008E006D">
        <w:rPr>
          <w:rFonts w:cs="Sakkal Majalla"/>
          <w:sz w:val="36"/>
          <w:szCs w:val="38"/>
          <w:rtl/>
        </w:rPr>
        <w:t>التي</w:t>
      </w:r>
      <w:r w:rsidRPr="008E006D">
        <w:rPr>
          <w:rFonts w:cs="Sakkal Majalla"/>
          <w:sz w:val="36"/>
          <w:szCs w:val="38"/>
        </w:rPr>
        <w:t xml:space="preserve"> </w:t>
      </w:r>
      <w:r w:rsidRPr="008E006D">
        <w:rPr>
          <w:rFonts w:cs="Sakkal Majalla"/>
          <w:sz w:val="36"/>
          <w:szCs w:val="38"/>
          <w:rtl/>
        </w:rPr>
        <w:t>تعمل</w:t>
      </w:r>
      <w:r w:rsidRPr="008E006D">
        <w:rPr>
          <w:rFonts w:cs="Sakkal Majalla"/>
          <w:sz w:val="36"/>
          <w:szCs w:val="38"/>
        </w:rPr>
        <w:t xml:space="preserve"> </w:t>
      </w:r>
      <w:r w:rsidRPr="008E006D">
        <w:rPr>
          <w:rFonts w:cs="Sakkal Majalla"/>
          <w:sz w:val="36"/>
          <w:szCs w:val="38"/>
          <w:rtl/>
        </w:rPr>
        <w:t>مباشرة</w:t>
      </w:r>
      <w:r w:rsidRPr="008E006D">
        <w:rPr>
          <w:rFonts w:cs="Sakkal Majalla"/>
          <w:sz w:val="36"/>
          <w:szCs w:val="38"/>
        </w:rPr>
        <w:t xml:space="preserve"> </w:t>
      </w:r>
      <w:r w:rsidRPr="008E006D">
        <w:rPr>
          <w:rFonts w:cs="Sakkal Majalla"/>
          <w:sz w:val="36"/>
          <w:szCs w:val="38"/>
          <w:rtl/>
        </w:rPr>
        <w:t>في</w:t>
      </w:r>
      <w:r w:rsidRPr="008E006D">
        <w:rPr>
          <w:rFonts w:cs="Sakkal Majalla"/>
          <w:sz w:val="36"/>
          <w:szCs w:val="38"/>
        </w:rPr>
        <w:t xml:space="preserve"> </w:t>
      </w:r>
      <w:r w:rsidRPr="008E006D">
        <w:rPr>
          <w:rFonts w:cs="Sakkal Majalla"/>
          <w:sz w:val="36"/>
          <w:szCs w:val="38"/>
          <w:rtl/>
        </w:rPr>
        <w:t>إدارة</w:t>
      </w:r>
      <w:r w:rsidRPr="008E006D">
        <w:rPr>
          <w:rFonts w:cs="Sakkal Majalla"/>
          <w:sz w:val="36"/>
          <w:szCs w:val="38"/>
        </w:rPr>
        <w:t xml:space="preserve"> </w:t>
      </w:r>
      <w:r w:rsidRPr="008E006D">
        <w:rPr>
          <w:rFonts w:cs="Sakkal Majalla"/>
          <w:sz w:val="36"/>
          <w:szCs w:val="38"/>
          <w:rtl/>
        </w:rPr>
        <w:t>المشاريع</w:t>
      </w:r>
      <w:r w:rsidRPr="008E006D">
        <w:rPr>
          <w:rFonts w:cs="Sakkal Majalla"/>
          <w:sz w:val="36"/>
          <w:szCs w:val="38"/>
        </w:rPr>
        <w:t xml:space="preserve">. </w:t>
      </w:r>
      <w:r w:rsidRPr="008E006D">
        <w:rPr>
          <w:rFonts w:cs="Sakkal Majalla"/>
          <w:sz w:val="36"/>
          <w:szCs w:val="38"/>
          <w:rtl/>
        </w:rPr>
        <w:t>كما</w:t>
      </w:r>
      <w:r w:rsidRPr="008E006D">
        <w:rPr>
          <w:rFonts w:cs="Sakkal Majalla"/>
          <w:sz w:val="36"/>
          <w:szCs w:val="38"/>
        </w:rPr>
        <w:t xml:space="preserve"> </w:t>
      </w:r>
      <w:r w:rsidRPr="008E006D">
        <w:rPr>
          <w:rFonts w:cs="Sakkal Majalla"/>
          <w:sz w:val="36"/>
          <w:szCs w:val="38"/>
          <w:rtl/>
        </w:rPr>
        <w:t>تقيس</w:t>
      </w:r>
      <w:r w:rsidRPr="008E006D">
        <w:rPr>
          <w:rFonts w:cs="Sakkal Majalla"/>
          <w:sz w:val="36"/>
          <w:szCs w:val="38"/>
        </w:rPr>
        <w:t xml:space="preserve"> </w:t>
      </w:r>
      <w:r w:rsidRPr="008E006D">
        <w:rPr>
          <w:rFonts w:cs="Sakkal Majalla"/>
          <w:sz w:val="36"/>
          <w:szCs w:val="38"/>
          <w:rtl/>
        </w:rPr>
        <w:t>الدراسة</w:t>
      </w:r>
      <w:r w:rsidRPr="008E006D">
        <w:rPr>
          <w:rFonts w:cs="Sakkal Majalla"/>
          <w:sz w:val="36"/>
          <w:szCs w:val="38"/>
        </w:rPr>
        <w:t xml:space="preserve"> </w:t>
      </w:r>
      <w:r w:rsidRPr="008E006D">
        <w:rPr>
          <w:rFonts w:cs="Sakkal Majalla"/>
          <w:sz w:val="36"/>
          <w:szCs w:val="38"/>
          <w:rtl/>
        </w:rPr>
        <w:t>النجاح</w:t>
      </w:r>
      <w:r w:rsidRPr="008E006D">
        <w:rPr>
          <w:rFonts w:cs="Sakkal Majalla"/>
          <w:sz w:val="36"/>
          <w:szCs w:val="38"/>
        </w:rPr>
        <w:t xml:space="preserve"> </w:t>
      </w:r>
      <w:r w:rsidRPr="008E006D">
        <w:rPr>
          <w:rFonts w:cs="Sakkal Majalla"/>
          <w:sz w:val="36"/>
          <w:szCs w:val="38"/>
          <w:rtl/>
        </w:rPr>
        <w:t>بمعايير</w:t>
      </w:r>
      <w:r w:rsidRPr="008E006D">
        <w:rPr>
          <w:rFonts w:cs="Sakkal Majalla"/>
          <w:sz w:val="36"/>
          <w:szCs w:val="38"/>
        </w:rPr>
        <w:t xml:space="preserve"> </w:t>
      </w:r>
      <w:r w:rsidRPr="008E006D">
        <w:rPr>
          <w:rFonts w:cs="Sakkal Majalla"/>
          <w:sz w:val="36"/>
          <w:szCs w:val="38"/>
          <w:rtl/>
        </w:rPr>
        <w:t>متوازنة</w:t>
      </w:r>
      <w:r w:rsidRPr="008E006D">
        <w:rPr>
          <w:rFonts w:cs="Sakkal Majalla"/>
          <w:sz w:val="36"/>
          <w:szCs w:val="38"/>
        </w:rPr>
        <w:t xml:space="preserve"> </w:t>
      </w:r>
      <w:r w:rsidRPr="008E006D">
        <w:rPr>
          <w:rFonts w:cs="Sakkal Majalla"/>
          <w:sz w:val="36"/>
          <w:szCs w:val="38"/>
          <w:rtl/>
        </w:rPr>
        <w:t>تشمل</w:t>
      </w:r>
      <w:r w:rsidRPr="008E006D">
        <w:rPr>
          <w:rFonts w:cs="Sakkal Majalla"/>
          <w:sz w:val="36"/>
          <w:szCs w:val="38"/>
        </w:rPr>
        <w:t xml:space="preserve"> </w:t>
      </w:r>
      <w:r w:rsidRPr="008E006D">
        <w:rPr>
          <w:rFonts w:cs="Sakkal Majalla"/>
          <w:sz w:val="36"/>
          <w:szCs w:val="38"/>
          <w:rtl/>
        </w:rPr>
        <w:t>الوقت</w:t>
      </w:r>
      <w:r w:rsidRPr="008E006D">
        <w:rPr>
          <w:rFonts w:cs="Sakkal Majalla"/>
          <w:sz w:val="36"/>
          <w:szCs w:val="38"/>
        </w:rPr>
        <w:t xml:space="preserve"> </w:t>
      </w:r>
      <w:r w:rsidRPr="008E006D">
        <w:rPr>
          <w:rFonts w:cs="Sakkal Majalla"/>
          <w:sz w:val="36"/>
          <w:szCs w:val="38"/>
          <w:rtl/>
        </w:rPr>
        <w:t>والتكلفة</w:t>
      </w:r>
      <w:r w:rsidRPr="008E006D">
        <w:rPr>
          <w:rFonts w:cs="Sakkal Majalla"/>
          <w:sz w:val="36"/>
          <w:szCs w:val="38"/>
        </w:rPr>
        <w:t xml:space="preserve"> </w:t>
      </w:r>
      <w:r w:rsidRPr="008E006D">
        <w:rPr>
          <w:rFonts w:cs="Sakkal Majalla"/>
          <w:sz w:val="36"/>
          <w:szCs w:val="38"/>
          <w:rtl/>
        </w:rPr>
        <w:t>والجودة</w:t>
      </w:r>
      <w:r w:rsidRPr="008E006D">
        <w:rPr>
          <w:rFonts w:cs="Sakkal Majalla"/>
          <w:sz w:val="36"/>
          <w:szCs w:val="38"/>
        </w:rPr>
        <w:t xml:space="preserve"> </w:t>
      </w:r>
      <w:r w:rsidRPr="008E006D">
        <w:rPr>
          <w:rFonts w:cs="Sakkal Majalla"/>
          <w:sz w:val="36"/>
          <w:szCs w:val="38"/>
          <w:rtl/>
        </w:rPr>
        <w:t>ورضا</w:t>
      </w:r>
      <w:r w:rsidRPr="008E006D">
        <w:rPr>
          <w:rFonts w:cs="Sakkal Majalla"/>
          <w:sz w:val="36"/>
          <w:szCs w:val="38"/>
        </w:rPr>
        <w:t xml:space="preserve"> </w:t>
      </w:r>
      <w:r w:rsidRPr="008E006D">
        <w:rPr>
          <w:rFonts w:cs="Sakkal Majalla"/>
          <w:sz w:val="36"/>
          <w:szCs w:val="38"/>
          <w:rtl/>
        </w:rPr>
        <w:t>أصحاب</w:t>
      </w:r>
      <w:r w:rsidRPr="008E006D">
        <w:rPr>
          <w:rFonts w:cs="Sakkal Majalla"/>
          <w:sz w:val="36"/>
          <w:szCs w:val="38"/>
        </w:rPr>
        <w:t xml:space="preserve"> </w:t>
      </w:r>
      <w:r w:rsidRPr="008E006D">
        <w:rPr>
          <w:rFonts w:cs="Sakkal Majalla"/>
          <w:sz w:val="36"/>
          <w:szCs w:val="38"/>
          <w:rtl/>
        </w:rPr>
        <w:t>المصلحة</w:t>
      </w:r>
      <w:r w:rsidRPr="008E006D">
        <w:rPr>
          <w:rFonts w:cs="Sakkal Majalla"/>
          <w:sz w:val="36"/>
          <w:szCs w:val="38"/>
        </w:rPr>
        <w:t xml:space="preserve"> </w:t>
      </w:r>
      <w:r w:rsidRPr="008E006D">
        <w:rPr>
          <w:rFonts w:cs="Sakkal Majalla"/>
          <w:sz w:val="36"/>
          <w:szCs w:val="38"/>
          <w:rtl/>
        </w:rPr>
        <w:t>والقيمة</w:t>
      </w:r>
      <w:r w:rsidRPr="008E006D">
        <w:rPr>
          <w:rFonts w:cs="Sakkal Majalla"/>
          <w:sz w:val="36"/>
          <w:szCs w:val="38"/>
        </w:rPr>
        <w:t xml:space="preserve"> </w:t>
      </w:r>
      <w:r w:rsidRPr="008E006D">
        <w:rPr>
          <w:rFonts w:cs="Sakkal Majalla"/>
          <w:sz w:val="36"/>
          <w:szCs w:val="38"/>
          <w:rtl/>
        </w:rPr>
        <w:t>العامة،</w:t>
      </w:r>
      <w:r w:rsidRPr="008E006D">
        <w:rPr>
          <w:rFonts w:cs="Sakkal Majalla"/>
          <w:sz w:val="36"/>
          <w:szCs w:val="38"/>
        </w:rPr>
        <w:t xml:space="preserve"> </w:t>
      </w:r>
      <w:r w:rsidRPr="008E006D">
        <w:rPr>
          <w:rFonts w:cs="Sakkal Majalla"/>
          <w:sz w:val="36"/>
          <w:szCs w:val="38"/>
          <w:rtl/>
        </w:rPr>
        <w:t>بدل</w:t>
      </w:r>
      <w:r w:rsidRPr="008E006D">
        <w:rPr>
          <w:rFonts w:cs="Sakkal Majalla"/>
          <w:sz w:val="36"/>
          <w:szCs w:val="38"/>
        </w:rPr>
        <w:t xml:space="preserve"> </w:t>
      </w:r>
      <w:r w:rsidRPr="008E006D">
        <w:rPr>
          <w:rFonts w:cs="Sakkal Majalla"/>
          <w:sz w:val="36"/>
          <w:szCs w:val="38"/>
          <w:rtl/>
        </w:rPr>
        <w:t>الاقتصار</w:t>
      </w:r>
      <w:r w:rsidRPr="008E006D">
        <w:rPr>
          <w:rFonts w:cs="Sakkal Majalla"/>
          <w:sz w:val="36"/>
          <w:szCs w:val="38"/>
        </w:rPr>
        <w:t xml:space="preserve"> </w:t>
      </w:r>
      <w:r w:rsidRPr="008E006D">
        <w:rPr>
          <w:rFonts w:cs="Sakkal Majalla"/>
          <w:sz w:val="36"/>
          <w:szCs w:val="38"/>
          <w:rtl/>
        </w:rPr>
        <w:t>على</w:t>
      </w:r>
      <w:r w:rsidRPr="008E006D">
        <w:rPr>
          <w:rFonts w:cs="Sakkal Majalla"/>
          <w:sz w:val="36"/>
          <w:szCs w:val="38"/>
        </w:rPr>
        <w:t xml:space="preserve"> </w:t>
      </w:r>
      <w:r w:rsidRPr="008E006D">
        <w:rPr>
          <w:rFonts w:cs="Sakkal Majalla"/>
          <w:sz w:val="36"/>
          <w:szCs w:val="38"/>
          <w:rtl/>
        </w:rPr>
        <w:t>مؤشر</w:t>
      </w:r>
      <w:r w:rsidRPr="008E006D">
        <w:rPr>
          <w:rFonts w:cs="Sakkal Majalla"/>
          <w:sz w:val="36"/>
          <w:szCs w:val="38"/>
        </w:rPr>
        <w:t xml:space="preserve"> </w:t>
      </w:r>
      <w:r w:rsidRPr="008E006D">
        <w:rPr>
          <w:rFonts w:cs="Sakkal Majalla"/>
          <w:sz w:val="36"/>
          <w:szCs w:val="38"/>
          <w:rtl/>
        </w:rPr>
        <w:t>واحد</w:t>
      </w:r>
      <w:r w:rsidRPr="008E006D">
        <w:rPr>
          <w:rFonts w:cs="Sakkal Majalla"/>
          <w:sz w:val="36"/>
          <w:szCs w:val="38"/>
        </w:rPr>
        <w:t xml:space="preserve"> </w:t>
      </w:r>
      <w:r w:rsidRPr="008E006D">
        <w:rPr>
          <w:rFonts w:cs="Sakkal Majalla"/>
          <w:sz w:val="36"/>
          <w:szCs w:val="38"/>
          <w:rtl/>
        </w:rPr>
        <w:t>للأداء</w:t>
      </w:r>
      <w:r w:rsidRPr="008E006D">
        <w:rPr>
          <w:rFonts w:cs="Sakkal Majalla"/>
          <w:sz w:val="36"/>
          <w:szCs w:val="38"/>
        </w:rPr>
        <w:t xml:space="preserve"> </w:t>
      </w:r>
      <w:r w:rsidRPr="008E006D">
        <w:rPr>
          <w:rFonts w:cs="Sakkal Majalla"/>
          <w:sz w:val="36"/>
          <w:szCs w:val="38"/>
          <w:rtl/>
        </w:rPr>
        <w:t>المؤسسي</w:t>
      </w:r>
      <w:r w:rsidRPr="008E006D">
        <w:rPr>
          <w:rFonts w:cs="Sakkal Majalla"/>
          <w:sz w:val="36"/>
          <w:szCs w:val="38"/>
        </w:rPr>
        <w:t>.</w:t>
      </w:r>
    </w:p>
    <w:p w14:paraId="6F96FB9E" w14:textId="77777777" w:rsidR="002D5B89" w:rsidRDefault="002D5B89" w:rsidP="002D5B89">
      <w:pPr>
        <w:spacing w:before="0" w:after="160" w:line="259" w:lineRule="auto"/>
        <w:ind w:firstLine="0"/>
        <w:jc w:val="left"/>
        <w:rPr>
          <w:rFonts w:cs="Sakkal Majalla"/>
          <w:b/>
          <w:bCs/>
          <w:sz w:val="36"/>
          <w:szCs w:val="38"/>
          <w:rtl/>
        </w:rPr>
      </w:pPr>
    </w:p>
    <w:p w14:paraId="0E3FE260" w14:textId="77777777" w:rsidR="008E006D" w:rsidRPr="008E006D" w:rsidRDefault="008E006D" w:rsidP="002D5B89">
      <w:pPr>
        <w:spacing w:before="0" w:after="160" w:line="259" w:lineRule="auto"/>
        <w:ind w:firstLine="0"/>
        <w:jc w:val="center"/>
        <w:rPr>
          <w:rFonts w:cs="Sakkal Majalla"/>
          <w:bCs/>
          <w:sz w:val="36"/>
          <w:szCs w:val="38"/>
        </w:rPr>
      </w:pPr>
      <w:r w:rsidRPr="008E006D">
        <w:rPr>
          <w:rFonts w:cs="Sakkal Majalla"/>
          <w:b/>
          <w:bCs/>
          <w:sz w:val="36"/>
          <w:szCs w:val="38"/>
          <w:rtl/>
        </w:rPr>
        <w:t>جدول</w:t>
      </w:r>
      <w:r w:rsidRPr="008E006D">
        <w:rPr>
          <w:rFonts w:cs="Sakkal Majalla"/>
          <w:b/>
          <w:bCs/>
          <w:sz w:val="36"/>
          <w:szCs w:val="38"/>
        </w:rPr>
        <w:t xml:space="preserve"> (2-7</w:t>
      </w:r>
      <w:proofErr w:type="gramStart"/>
      <w:r w:rsidRPr="008E006D">
        <w:rPr>
          <w:rFonts w:cs="Sakkal Majalla"/>
          <w:b/>
          <w:bCs/>
          <w:sz w:val="36"/>
          <w:szCs w:val="38"/>
        </w:rPr>
        <w:t>)</w:t>
      </w:r>
      <w:r w:rsidR="00B70DD9">
        <w:rPr>
          <w:rFonts w:cs="Sakkal Majalla" w:hint="cs"/>
          <w:b/>
          <w:bCs/>
          <w:sz w:val="36"/>
          <w:szCs w:val="38"/>
          <w:rtl/>
        </w:rPr>
        <w:t xml:space="preserve"> </w:t>
      </w:r>
      <w:r w:rsidRPr="008E006D">
        <w:rPr>
          <w:rFonts w:cs="Sakkal Majalla"/>
          <w:b/>
          <w:bCs/>
          <w:sz w:val="36"/>
          <w:szCs w:val="38"/>
        </w:rPr>
        <w:t>:</w:t>
      </w:r>
      <w:proofErr w:type="gramEnd"/>
      <w:r w:rsidR="00B70DD9">
        <w:rPr>
          <w:rFonts w:cs="Sakkal Majalla" w:hint="cs"/>
          <w:b/>
          <w:bCs/>
          <w:sz w:val="36"/>
          <w:szCs w:val="38"/>
          <w:rtl/>
        </w:rPr>
        <w:t xml:space="preserve"> </w:t>
      </w:r>
      <w:r w:rsidRPr="008E006D">
        <w:rPr>
          <w:rFonts w:cs="Sakkal Majalla"/>
          <w:b/>
          <w:bCs/>
          <w:sz w:val="36"/>
          <w:szCs w:val="38"/>
        </w:rPr>
        <w:t xml:space="preserve"> </w:t>
      </w:r>
      <w:r w:rsidRPr="008E006D">
        <w:rPr>
          <w:rFonts w:cs="Sakkal Majalla"/>
          <w:b/>
          <w:bCs/>
          <w:sz w:val="36"/>
          <w:szCs w:val="38"/>
          <w:rtl/>
        </w:rPr>
        <w:t>تحليل</w:t>
      </w:r>
      <w:r w:rsidRPr="008E006D">
        <w:rPr>
          <w:rFonts w:cs="Sakkal Majalla"/>
          <w:b/>
          <w:bCs/>
          <w:sz w:val="36"/>
          <w:szCs w:val="38"/>
        </w:rPr>
        <w:t xml:space="preserve"> </w:t>
      </w:r>
      <w:r w:rsidRPr="008E006D">
        <w:rPr>
          <w:rFonts w:cs="Sakkal Majalla"/>
          <w:b/>
          <w:bCs/>
          <w:sz w:val="36"/>
          <w:szCs w:val="38"/>
          <w:rtl/>
        </w:rPr>
        <w:t>مقارن</w:t>
      </w:r>
      <w:r w:rsidRPr="008E006D">
        <w:rPr>
          <w:rFonts w:cs="Sakkal Majalla"/>
          <w:b/>
          <w:bCs/>
          <w:sz w:val="36"/>
          <w:szCs w:val="38"/>
        </w:rPr>
        <w:t xml:space="preserve"> </w:t>
      </w:r>
      <w:r w:rsidRPr="008E006D">
        <w:rPr>
          <w:rFonts w:cs="Sakkal Majalla"/>
          <w:b/>
          <w:bCs/>
          <w:sz w:val="36"/>
          <w:szCs w:val="38"/>
          <w:rtl/>
        </w:rPr>
        <w:t>للدراسات</w:t>
      </w:r>
      <w:r w:rsidRPr="008E006D">
        <w:rPr>
          <w:rFonts w:cs="Sakkal Majalla"/>
          <w:b/>
          <w:bCs/>
          <w:sz w:val="36"/>
          <w:szCs w:val="38"/>
        </w:rPr>
        <w:t xml:space="preserve"> </w:t>
      </w:r>
      <w:r w:rsidRPr="008E006D">
        <w:rPr>
          <w:rFonts w:cs="Sakkal Majalla"/>
          <w:b/>
          <w:bCs/>
          <w:sz w:val="36"/>
          <w:szCs w:val="38"/>
          <w:rtl/>
        </w:rPr>
        <w:t>السابقة</w:t>
      </w:r>
    </w:p>
    <w:tbl>
      <w:tblPr>
        <w:tblStyle w:val="TableGrid"/>
        <w:bidiVisual/>
        <w:tblW w:w="5000" w:type="pct"/>
        <w:jc w:val="center"/>
        <w:tblLook w:val="04A0" w:firstRow="1" w:lastRow="0" w:firstColumn="1" w:lastColumn="0" w:noHBand="0" w:noVBand="1"/>
      </w:tblPr>
      <w:tblGrid>
        <w:gridCol w:w="1865"/>
        <w:gridCol w:w="2399"/>
        <w:gridCol w:w="2399"/>
        <w:gridCol w:w="2397"/>
      </w:tblGrid>
      <w:tr w:rsidR="008E006D" w:rsidRPr="008E006D" w14:paraId="45ED473E" w14:textId="77777777" w:rsidTr="00B70DD9">
        <w:trPr>
          <w:jc w:val="center"/>
        </w:trPr>
        <w:tc>
          <w:tcPr>
            <w:tcW w:w="1029" w:type="pct"/>
            <w:shd w:val="clear" w:color="auto" w:fill="1F4E79"/>
            <w:tcMar>
              <w:top w:w="110" w:type="dxa"/>
              <w:left w:w="110" w:type="dxa"/>
              <w:bottom w:w="110" w:type="dxa"/>
              <w:right w:w="110" w:type="dxa"/>
            </w:tcMar>
            <w:vAlign w:val="center"/>
          </w:tcPr>
          <w:p w14:paraId="43DC27A9" w14:textId="77777777" w:rsidR="008E006D" w:rsidRPr="00B70DD9" w:rsidRDefault="008E006D" w:rsidP="00B70DD9">
            <w:pPr>
              <w:ind w:firstLine="0"/>
              <w:jc w:val="center"/>
              <w:rPr>
                <w:rFonts w:cs="Sakkal Majalla"/>
                <w:color w:val="FFFFFF" w:themeColor="background1"/>
                <w:sz w:val="36"/>
                <w:szCs w:val="38"/>
              </w:rPr>
            </w:pPr>
            <w:r w:rsidRPr="00B70DD9">
              <w:rPr>
                <w:rFonts w:cs="Sakkal Majalla"/>
                <w:b/>
                <w:bCs/>
                <w:color w:val="FFFFFF" w:themeColor="background1"/>
                <w:sz w:val="36"/>
                <w:szCs w:val="38"/>
                <w:rtl/>
              </w:rPr>
              <w:t>عنصر</w:t>
            </w:r>
            <w:r w:rsidRPr="00B70DD9">
              <w:rPr>
                <w:rFonts w:cs="Sakkal Majalla"/>
                <w:b/>
                <w:color w:val="FFFFFF" w:themeColor="background1"/>
                <w:sz w:val="36"/>
                <w:szCs w:val="38"/>
              </w:rPr>
              <w:t xml:space="preserve"> </w:t>
            </w:r>
            <w:r w:rsidRPr="00B70DD9">
              <w:rPr>
                <w:rFonts w:cs="Sakkal Majalla"/>
                <w:b/>
                <w:bCs/>
                <w:color w:val="FFFFFF" w:themeColor="background1"/>
                <w:sz w:val="36"/>
                <w:szCs w:val="38"/>
                <w:rtl/>
              </w:rPr>
              <w:t>المقارنة</w:t>
            </w:r>
          </w:p>
        </w:tc>
        <w:tc>
          <w:tcPr>
            <w:tcW w:w="1324" w:type="pct"/>
            <w:shd w:val="clear" w:color="auto" w:fill="1F4E79"/>
            <w:tcMar>
              <w:top w:w="110" w:type="dxa"/>
              <w:left w:w="110" w:type="dxa"/>
              <w:bottom w:w="110" w:type="dxa"/>
              <w:right w:w="110" w:type="dxa"/>
            </w:tcMar>
            <w:vAlign w:val="center"/>
          </w:tcPr>
          <w:p w14:paraId="6FEA4D5E" w14:textId="77777777" w:rsidR="008E006D" w:rsidRPr="00B70DD9" w:rsidRDefault="008E006D" w:rsidP="00B70DD9">
            <w:pPr>
              <w:ind w:firstLine="0"/>
              <w:jc w:val="center"/>
              <w:rPr>
                <w:rFonts w:cs="Sakkal Majalla"/>
                <w:color w:val="FFFFFF" w:themeColor="background1"/>
                <w:sz w:val="36"/>
                <w:szCs w:val="38"/>
              </w:rPr>
            </w:pPr>
            <w:r w:rsidRPr="00B70DD9">
              <w:rPr>
                <w:rFonts w:cs="Sakkal Majalla"/>
                <w:b/>
                <w:bCs/>
                <w:color w:val="FFFFFF" w:themeColor="background1"/>
                <w:sz w:val="36"/>
                <w:szCs w:val="38"/>
                <w:rtl/>
              </w:rPr>
              <w:t>ما</w:t>
            </w:r>
            <w:r w:rsidRPr="00B70DD9">
              <w:rPr>
                <w:rFonts w:cs="Sakkal Majalla"/>
                <w:b/>
                <w:color w:val="FFFFFF" w:themeColor="background1"/>
                <w:sz w:val="36"/>
                <w:szCs w:val="38"/>
              </w:rPr>
              <w:t xml:space="preserve"> </w:t>
            </w:r>
            <w:r w:rsidRPr="00B70DD9">
              <w:rPr>
                <w:rFonts w:cs="Sakkal Majalla"/>
                <w:b/>
                <w:bCs/>
                <w:color w:val="FFFFFF" w:themeColor="background1"/>
                <w:sz w:val="36"/>
                <w:szCs w:val="38"/>
                <w:rtl/>
              </w:rPr>
              <w:t>اتفقت</w:t>
            </w:r>
            <w:r w:rsidRPr="00B70DD9">
              <w:rPr>
                <w:rFonts w:cs="Sakkal Majalla"/>
                <w:b/>
                <w:color w:val="FFFFFF" w:themeColor="background1"/>
                <w:sz w:val="36"/>
                <w:szCs w:val="38"/>
              </w:rPr>
              <w:t xml:space="preserve"> </w:t>
            </w:r>
            <w:r w:rsidRPr="00B70DD9">
              <w:rPr>
                <w:rFonts w:cs="Sakkal Majalla"/>
                <w:b/>
                <w:bCs/>
                <w:color w:val="FFFFFF" w:themeColor="background1"/>
                <w:sz w:val="36"/>
                <w:szCs w:val="38"/>
                <w:rtl/>
              </w:rPr>
              <w:t>عليه</w:t>
            </w:r>
            <w:r w:rsidRPr="00B70DD9">
              <w:rPr>
                <w:rFonts w:cs="Sakkal Majalla"/>
                <w:b/>
                <w:color w:val="FFFFFF" w:themeColor="background1"/>
                <w:sz w:val="36"/>
                <w:szCs w:val="38"/>
              </w:rPr>
              <w:t xml:space="preserve"> </w:t>
            </w:r>
            <w:r w:rsidRPr="00B70DD9">
              <w:rPr>
                <w:rFonts w:cs="Sakkal Majalla"/>
                <w:b/>
                <w:bCs/>
                <w:color w:val="FFFFFF" w:themeColor="background1"/>
                <w:sz w:val="36"/>
                <w:szCs w:val="38"/>
                <w:rtl/>
              </w:rPr>
              <w:t>الدراسات</w:t>
            </w:r>
          </w:p>
        </w:tc>
        <w:tc>
          <w:tcPr>
            <w:tcW w:w="1324" w:type="pct"/>
            <w:shd w:val="clear" w:color="auto" w:fill="1F4E79"/>
            <w:tcMar>
              <w:top w:w="110" w:type="dxa"/>
              <w:left w:w="110" w:type="dxa"/>
              <w:bottom w:w="110" w:type="dxa"/>
              <w:right w:w="110" w:type="dxa"/>
            </w:tcMar>
            <w:vAlign w:val="center"/>
          </w:tcPr>
          <w:p w14:paraId="0AA6FA39" w14:textId="77777777" w:rsidR="008E006D" w:rsidRPr="00B70DD9" w:rsidRDefault="008E006D" w:rsidP="00B70DD9">
            <w:pPr>
              <w:ind w:firstLine="0"/>
              <w:jc w:val="center"/>
              <w:rPr>
                <w:rFonts w:cs="Sakkal Majalla"/>
                <w:color w:val="FFFFFF" w:themeColor="background1"/>
                <w:sz w:val="36"/>
                <w:szCs w:val="38"/>
              </w:rPr>
            </w:pPr>
            <w:r w:rsidRPr="00B70DD9">
              <w:rPr>
                <w:rFonts w:cs="Sakkal Majalla"/>
                <w:b/>
                <w:bCs/>
                <w:color w:val="FFFFFF" w:themeColor="background1"/>
                <w:sz w:val="36"/>
                <w:szCs w:val="38"/>
                <w:rtl/>
              </w:rPr>
              <w:t>ما</w:t>
            </w:r>
            <w:r w:rsidRPr="00B70DD9">
              <w:rPr>
                <w:rFonts w:cs="Sakkal Majalla"/>
                <w:b/>
                <w:color w:val="FFFFFF" w:themeColor="background1"/>
                <w:sz w:val="36"/>
                <w:szCs w:val="38"/>
              </w:rPr>
              <w:t xml:space="preserve"> </w:t>
            </w:r>
            <w:r w:rsidRPr="00B70DD9">
              <w:rPr>
                <w:rFonts w:cs="Sakkal Majalla"/>
                <w:b/>
                <w:bCs/>
                <w:color w:val="FFFFFF" w:themeColor="background1"/>
                <w:sz w:val="36"/>
                <w:szCs w:val="38"/>
                <w:rtl/>
              </w:rPr>
              <w:t>اختلفت</w:t>
            </w:r>
            <w:r w:rsidRPr="00B70DD9">
              <w:rPr>
                <w:rFonts w:cs="Sakkal Majalla"/>
                <w:b/>
                <w:color w:val="FFFFFF" w:themeColor="background1"/>
                <w:sz w:val="36"/>
                <w:szCs w:val="38"/>
              </w:rPr>
              <w:t xml:space="preserve"> </w:t>
            </w:r>
            <w:r w:rsidRPr="00B70DD9">
              <w:rPr>
                <w:rFonts w:cs="Sakkal Majalla"/>
                <w:b/>
                <w:bCs/>
                <w:color w:val="FFFFFF" w:themeColor="background1"/>
                <w:sz w:val="36"/>
                <w:szCs w:val="38"/>
                <w:rtl/>
              </w:rPr>
              <w:t>فيه</w:t>
            </w:r>
            <w:r w:rsidRPr="00B70DD9">
              <w:rPr>
                <w:rFonts w:cs="Sakkal Majalla"/>
                <w:b/>
                <w:color w:val="FFFFFF" w:themeColor="background1"/>
                <w:sz w:val="36"/>
                <w:szCs w:val="38"/>
              </w:rPr>
              <w:t xml:space="preserve"> </w:t>
            </w:r>
            <w:r w:rsidRPr="00B70DD9">
              <w:rPr>
                <w:rFonts w:cs="Sakkal Majalla"/>
                <w:b/>
                <w:bCs/>
                <w:color w:val="FFFFFF" w:themeColor="background1"/>
                <w:sz w:val="36"/>
                <w:szCs w:val="38"/>
                <w:rtl/>
              </w:rPr>
              <w:t>الدراسات</w:t>
            </w:r>
          </w:p>
        </w:tc>
        <w:tc>
          <w:tcPr>
            <w:tcW w:w="1324" w:type="pct"/>
            <w:shd w:val="clear" w:color="auto" w:fill="1F4E79"/>
            <w:tcMar>
              <w:top w:w="110" w:type="dxa"/>
              <w:left w:w="110" w:type="dxa"/>
              <w:bottom w:w="110" w:type="dxa"/>
              <w:right w:w="110" w:type="dxa"/>
            </w:tcMar>
            <w:vAlign w:val="center"/>
          </w:tcPr>
          <w:p w14:paraId="42DA25EA" w14:textId="77777777" w:rsidR="008E006D" w:rsidRPr="00B70DD9" w:rsidRDefault="008E006D" w:rsidP="00B70DD9">
            <w:pPr>
              <w:ind w:firstLine="0"/>
              <w:jc w:val="center"/>
              <w:rPr>
                <w:rFonts w:cs="Sakkal Majalla"/>
                <w:color w:val="FFFFFF" w:themeColor="background1"/>
                <w:sz w:val="36"/>
                <w:szCs w:val="38"/>
              </w:rPr>
            </w:pPr>
            <w:r w:rsidRPr="00B70DD9">
              <w:rPr>
                <w:rFonts w:cs="Sakkal Majalla"/>
                <w:b/>
                <w:bCs/>
                <w:color w:val="FFFFFF" w:themeColor="background1"/>
                <w:sz w:val="36"/>
                <w:szCs w:val="38"/>
                <w:rtl/>
              </w:rPr>
              <w:t>ما</w:t>
            </w:r>
            <w:r w:rsidRPr="00B70DD9">
              <w:rPr>
                <w:rFonts w:cs="Sakkal Majalla"/>
                <w:b/>
                <w:color w:val="FFFFFF" w:themeColor="background1"/>
                <w:sz w:val="36"/>
                <w:szCs w:val="38"/>
              </w:rPr>
              <w:t xml:space="preserve"> </w:t>
            </w:r>
            <w:r w:rsidRPr="00B70DD9">
              <w:rPr>
                <w:rFonts w:cs="Sakkal Majalla"/>
                <w:b/>
                <w:bCs/>
                <w:color w:val="FFFFFF" w:themeColor="background1"/>
                <w:sz w:val="36"/>
                <w:szCs w:val="38"/>
                <w:rtl/>
              </w:rPr>
              <w:t>يميز</w:t>
            </w:r>
            <w:r w:rsidRPr="00B70DD9">
              <w:rPr>
                <w:rFonts w:cs="Sakkal Majalla"/>
                <w:b/>
                <w:color w:val="FFFFFF" w:themeColor="background1"/>
                <w:sz w:val="36"/>
                <w:szCs w:val="38"/>
              </w:rPr>
              <w:t xml:space="preserve"> </w:t>
            </w:r>
            <w:r w:rsidRPr="00B70DD9">
              <w:rPr>
                <w:rFonts w:cs="Sakkal Majalla"/>
                <w:b/>
                <w:bCs/>
                <w:color w:val="FFFFFF" w:themeColor="background1"/>
                <w:sz w:val="36"/>
                <w:szCs w:val="38"/>
                <w:rtl/>
              </w:rPr>
              <w:t>الدراسة</w:t>
            </w:r>
            <w:r w:rsidRPr="00B70DD9">
              <w:rPr>
                <w:rFonts w:cs="Sakkal Majalla"/>
                <w:b/>
                <w:color w:val="FFFFFF" w:themeColor="background1"/>
                <w:sz w:val="36"/>
                <w:szCs w:val="38"/>
              </w:rPr>
              <w:t xml:space="preserve"> </w:t>
            </w:r>
            <w:r w:rsidRPr="00B70DD9">
              <w:rPr>
                <w:rFonts w:cs="Sakkal Majalla"/>
                <w:b/>
                <w:bCs/>
                <w:color w:val="FFFFFF" w:themeColor="background1"/>
                <w:sz w:val="36"/>
                <w:szCs w:val="38"/>
                <w:rtl/>
              </w:rPr>
              <w:t>الحالية</w:t>
            </w:r>
          </w:p>
        </w:tc>
      </w:tr>
      <w:tr w:rsidR="008E006D" w:rsidRPr="008E006D" w14:paraId="2A3179A1" w14:textId="77777777" w:rsidTr="00B70DD9">
        <w:trPr>
          <w:jc w:val="center"/>
        </w:trPr>
        <w:tc>
          <w:tcPr>
            <w:tcW w:w="1029" w:type="pct"/>
            <w:shd w:val="clear" w:color="auto" w:fill="F2F6FA"/>
            <w:tcMar>
              <w:top w:w="110" w:type="dxa"/>
              <w:left w:w="110" w:type="dxa"/>
              <w:bottom w:w="110" w:type="dxa"/>
              <w:right w:w="110" w:type="dxa"/>
            </w:tcMar>
            <w:vAlign w:val="center"/>
          </w:tcPr>
          <w:p w14:paraId="3AD2E912" w14:textId="77777777" w:rsidR="008E006D" w:rsidRPr="008E006D" w:rsidRDefault="008E006D" w:rsidP="00B70DD9">
            <w:pPr>
              <w:ind w:firstLine="0"/>
              <w:jc w:val="center"/>
              <w:rPr>
                <w:rFonts w:cs="Sakkal Majalla"/>
                <w:sz w:val="36"/>
                <w:szCs w:val="38"/>
              </w:rPr>
            </w:pPr>
            <w:r w:rsidRPr="008E006D">
              <w:rPr>
                <w:rFonts w:cs="Sakkal Majalla"/>
                <w:sz w:val="36"/>
                <w:szCs w:val="38"/>
                <w:rtl/>
              </w:rPr>
              <w:t>المتغير</w:t>
            </w:r>
            <w:r w:rsidRPr="008E006D">
              <w:rPr>
                <w:rFonts w:cs="Sakkal Majalla"/>
                <w:sz w:val="36"/>
                <w:szCs w:val="38"/>
              </w:rPr>
              <w:t xml:space="preserve"> </w:t>
            </w:r>
            <w:r w:rsidRPr="008E006D">
              <w:rPr>
                <w:rFonts w:cs="Sakkal Majalla"/>
                <w:sz w:val="36"/>
                <w:szCs w:val="38"/>
                <w:rtl/>
              </w:rPr>
              <w:t>المستقل</w:t>
            </w:r>
          </w:p>
        </w:tc>
        <w:tc>
          <w:tcPr>
            <w:tcW w:w="1324" w:type="pct"/>
            <w:shd w:val="clear" w:color="auto" w:fill="F2F6FA"/>
            <w:tcMar>
              <w:top w:w="110" w:type="dxa"/>
              <w:left w:w="110" w:type="dxa"/>
              <w:bottom w:w="110" w:type="dxa"/>
              <w:right w:w="110" w:type="dxa"/>
            </w:tcMar>
            <w:vAlign w:val="center"/>
          </w:tcPr>
          <w:p w14:paraId="48441F52" w14:textId="77777777" w:rsidR="008E006D" w:rsidRPr="008E006D" w:rsidRDefault="008E006D" w:rsidP="00B70DD9">
            <w:pPr>
              <w:ind w:firstLine="0"/>
              <w:jc w:val="center"/>
              <w:rPr>
                <w:rFonts w:cs="Sakkal Majalla"/>
                <w:sz w:val="36"/>
                <w:szCs w:val="38"/>
              </w:rPr>
            </w:pPr>
            <w:r w:rsidRPr="008E006D">
              <w:rPr>
                <w:rFonts w:cs="Sakkal Majalla"/>
                <w:sz w:val="36"/>
                <w:szCs w:val="38"/>
                <w:rtl/>
              </w:rPr>
              <w:t>التحول</w:t>
            </w:r>
            <w:r w:rsidRPr="008E006D">
              <w:rPr>
                <w:rFonts w:cs="Sakkal Majalla"/>
                <w:sz w:val="36"/>
                <w:szCs w:val="38"/>
              </w:rPr>
              <w:t xml:space="preserve"> </w:t>
            </w:r>
            <w:r w:rsidRPr="008E006D">
              <w:rPr>
                <w:rFonts w:cs="Sakkal Majalla"/>
                <w:sz w:val="36"/>
                <w:szCs w:val="38"/>
                <w:rtl/>
              </w:rPr>
              <w:t>الرقمي</w:t>
            </w:r>
            <w:r w:rsidRPr="008E006D">
              <w:rPr>
                <w:rFonts w:cs="Sakkal Majalla"/>
                <w:sz w:val="36"/>
                <w:szCs w:val="38"/>
              </w:rPr>
              <w:t xml:space="preserve"> </w:t>
            </w:r>
            <w:r w:rsidRPr="008E006D">
              <w:rPr>
                <w:rFonts w:cs="Sakkal Majalla"/>
                <w:sz w:val="36"/>
                <w:szCs w:val="38"/>
                <w:rtl/>
              </w:rPr>
              <w:t>متعدد</w:t>
            </w:r>
            <w:r w:rsidRPr="008E006D">
              <w:rPr>
                <w:rFonts w:cs="Sakkal Majalla"/>
                <w:sz w:val="36"/>
                <w:szCs w:val="38"/>
              </w:rPr>
              <w:t xml:space="preserve"> </w:t>
            </w:r>
            <w:r w:rsidRPr="008E006D">
              <w:rPr>
                <w:rFonts w:cs="Sakkal Majalla"/>
                <w:sz w:val="36"/>
                <w:szCs w:val="38"/>
                <w:rtl/>
              </w:rPr>
              <w:t>الأبعاد</w:t>
            </w:r>
            <w:r w:rsidRPr="008E006D">
              <w:rPr>
                <w:rFonts w:cs="Sakkal Majalla"/>
                <w:sz w:val="36"/>
                <w:szCs w:val="38"/>
              </w:rPr>
              <w:t>.</w:t>
            </w:r>
          </w:p>
        </w:tc>
        <w:tc>
          <w:tcPr>
            <w:tcW w:w="1324" w:type="pct"/>
            <w:shd w:val="clear" w:color="auto" w:fill="F2F6FA"/>
            <w:tcMar>
              <w:top w:w="110" w:type="dxa"/>
              <w:left w:w="110" w:type="dxa"/>
              <w:bottom w:w="110" w:type="dxa"/>
              <w:right w:w="110" w:type="dxa"/>
            </w:tcMar>
            <w:vAlign w:val="center"/>
          </w:tcPr>
          <w:p w14:paraId="78726713" w14:textId="77777777" w:rsidR="008E006D" w:rsidRPr="008E006D" w:rsidRDefault="008E006D" w:rsidP="00B70DD9">
            <w:pPr>
              <w:ind w:firstLine="0"/>
              <w:jc w:val="center"/>
              <w:rPr>
                <w:rFonts w:cs="Sakkal Majalla"/>
                <w:sz w:val="36"/>
                <w:szCs w:val="38"/>
              </w:rPr>
            </w:pPr>
            <w:r w:rsidRPr="008E006D">
              <w:rPr>
                <w:rFonts w:cs="Sakkal Majalla"/>
                <w:sz w:val="36"/>
                <w:szCs w:val="38"/>
                <w:rtl/>
              </w:rPr>
              <w:t>اختلاف</w:t>
            </w:r>
            <w:r w:rsidRPr="008E006D">
              <w:rPr>
                <w:rFonts w:cs="Sakkal Majalla"/>
                <w:sz w:val="36"/>
                <w:szCs w:val="38"/>
              </w:rPr>
              <w:t xml:space="preserve"> </w:t>
            </w:r>
            <w:r w:rsidRPr="008E006D">
              <w:rPr>
                <w:rFonts w:cs="Sakkal Majalla"/>
                <w:sz w:val="36"/>
                <w:szCs w:val="38"/>
                <w:rtl/>
              </w:rPr>
              <w:t>الأبعاد</w:t>
            </w:r>
            <w:r w:rsidRPr="008E006D">
              <w:rPr>
                <w:rFonts w:cs="Sakkal Majalla"/>
                <w:sz w:val="36"/>
                <w:szCs w:val="38"/>
              </w:rPr>
              <w:t xml:space="preserve"> </w:t>
            </w:r>
            <w:r w:rsidRPr="008E006D">
              <w:rPr>
                <w:rFonts w:cs="Sakkal Majalla"/>
                <w:sz w:val="36"/>
                <w:szCs w:val="38"/>
                <w:rtl/>
              </w:rPr>
              <w:t>بين</w:t>
            </w:r>
            <w:r w:rsidRPr="008E006D">
              <w:rPr>
                <w:rFonts w:cs="Sakkal Majalla"/>
                <w:sz w:val="36"/>
                <w:szCs w:val="38"/>
              </w:rPr>
              <w:t xml:space="preserve"> </w:t>
            </w:r>
            <w:r w:rsidRPr="008E006D">
              <w:rPr>
                <w:rFonts w:cs="Sakkal Majalla"/>
                <w:sz w:val="36"/>
                <w:szCs w:val="38"/>
                <w:rtl/>
              </w:rPr>
              <w:t>التقنية</w:t>
            </w:r>
            <w:r w:rsidRPr="008E006D">
              <w:rPr>
                <w:rFonts w:cs="Sakkal Majalla"/>
                <w:sz w:val="36"/>
                <w:szCs w:val="38"/>
              </w:rPr>
              <w:t xml:space="preserve"> </w:t>
            </w:r>
            <w:r w:rsidRPr="008E006D">
              <w:rPr>
                <w:rFonts w:cs="Sakkal Majalla"/>
                <w:sz w:val="36"/>
                <w:szCs w:val="38"/>
                <w:rtl/>
              </w:rPr>
              <w:t>والقيادة</w:t>
            </w:r>
            <w:r w:rsidRPr="008E006D">
              <w:rPr>
                <w:rFonts w:cs="Sakkal Majalla"/>
                <w:sz w:val="36"/>
                <w:szCs w:val="38"/>
              </w:rPr>
              <w:t xml:space="preserve"> </w:t>
            </w:r>
            <w:r w:rsidRPr="008E006D">
              <w:rPr>
                <w:rFonts w:cs="Sakkal Majalla"/>
                <w:sz w:val="36"/>
                <w:szCs w:val="38"/>
                <w:rtl/>
              </w:rPr>
              <w:t>والثقافة</w:t>
            </w:r>
            <w:r w:rsidRPr="008E006D">
              <w:rPr>
                <w:rFonts w:cs="Sakkal Majalla"/>
                <w:sz w:val="36"/>
                <w:szCs w:val="38"/>
              </w:rPr>
              <w:t xml:space="preserve"> </w:t>
            </w:r>
            <w:r w:rsidRPr="008E006D">
              <w:rPr>
                <w:rFonts w:cs="Sakkal Majalla"/>
                <w:sz w:val="36"/>
                <w:szCs w:val="38"/>
                <w:rtl/>
              </w:rPr>
              <w:t>والبيانات</w:t>
            </w:r>
            <w:r w:rsidRPr="008E006D">
              <w:rPr>
                <w:rFonts w:cs="Sakkal Majalla"/>
                <w:sz w:val="36"/>
                <w:szCs w:val="38"/>
              </w:rPr>
              <w:t>.</w:t>
            </w:r>
          </w:p>
        </w:tc>
        <w:tc>
          <w:tcPr>
            <w:tcW w:w="1324" w:type="pct"/>
            <w:shd w:val="clear" w:color="auto" w:fill="F2F6FA"/>
            <w:tcMar>
              <w:top w:w="110" w:type="dxa"/>
              <w:left w:w="110" w:type="dxa"/>
              <w:bottom w:w="110" w:type="dxa"/>
              <w:right w:w="110" w:type="dxa"/>
            </w:tcMar>
            <w:vAlign w:val="center"/>
          </w:tcPr>
          <w:p w14:paraId="57E93F62" w14:textId="77777777" w:rsidR="008E006D" w:rsidRPr="008E006D" w:rsidRDefault="008E006D" w:rsidP="00B70DD9">
            <w:pPr>
              <w:ind w:firstLine="0"/>
              <w:jc w:val="center"/>
              <w:rPr>
                <w:rFonts w:cs="Sakkal Majalla"/>
                <w:sz w:val="36"/>
                <w:szCs w:val="38"/>
              </w:rPr>
            </w:pPr>
            <w:r w:rsidRPr="008E006D">
              <w:rPr>
                <w:rFonts w:cs="Sakkal Majalla"/>
                <w:sz w:val="36"/>
                <w:szCs w:val="38"/>
                <w:rtl/>
              </w:rPr>
              <w:t>اعتماد</w:t>
            </w:r>
            <w:r w:rsidRPr="008E006D">
              <w:rPr>
                <w:rFonts w:cs="Sakkal Majalla"/>
                <w:sz w:val="36"/>
                <w:szCs w:val="38"/>
              </w:rPr>
              <w:t xml:space="preserve"> </w:t>
            </w:r>
            <w:r w:rsidRPr="008E006D">
              <w:rPr>
                <w:rFonts w:cs="Sakkal Majalla"/>
                <w:sz w:val="36"/>
                <w:szCs w:val="38"/>
                <w:rtl/>
              </w:rPr>
              <w:t>أربعة</w:t>
            </w:r>
            <w:r w:rsidRPr="008E006D">
              <w:rPr>
                <w:rFonts w:cs="Sakkal Majalla"/>
                <w:sz w:val="36"/>
                <w:szCs w:val="38"/>
              </w:rPr>
              <w:t xml:space="preserve"> </w:t>
            </w:r>
            <w:r w:rsidRPr="008E006D">
              <w:rPr>
                <w:rFonts w:cs="Sakkal Majalla"/>
                <w:sz w:val="36"/>
                <w:szCs w:val="38"/>
                <w:rtl/>
              </w:rPr>
              <w:t>أبعاد</w:t>
            </w:r>
            <w:r w:rsidRPr="008E006D">
              <w:rPr>
                <w:rFonts w:cs="Sakkal Majalla"/>
                <w:sz w:val="36"/>
                <w:szCs w:val="38"/>
              </w:rPr>
              <w:t xml:space="preserve"> </w:t>
            </w:r>
            <w:r w:rsidRPr="008E006D">
              <w:rPr>
                <w:rFonts w:cs="Sakkal Majalla"/>
                <w:sz w:val="36"/>
                <w:szCs w:val="38"/>
                <w:rtl/>
              </w:rPr>
              <w:t>عملية</w:t>
            </w:r>
            <w:r w:rsidRPr="008E006D">
              <w:rPr>
                <w:rFonts w:cs="Sakkal Majalla"/>
                <w:sz w:val="36"/>
                <w:szCs w:val="38"/>
              </w:rPr>
              <w:t xml:space="preserve"> </w:t>
            </w:r>
            <w:r w:rsidRPr="008E006D">
              <w:rPr>
                <w:rFonts w:cs="Sakkal Majalla"/>
                <w:sz w:val="36"/>
                <w:szCs w:val="38"/>
                <w:rtl/>
              </w:rPr>
              <w:t>مرتبطة</w:t>
            </w:r>
            <w:r w:rsidRPr="008E006D">
              <w:rPr>
                <w:rFonts w:cs="Sakkal Majalla"/>
                <w:sz w:val="36"/>
                <w:szCs w:val="38"/>
              </w:rPr>
              <w:t xml:space="preserve"> </w:t>
            </w:r>
            <w:r w:rsidRPr="008E006D">
              <w:rPr>
                <w:rFonts w:cs="Sakkal Majalla"/>
                <w:sz w:val="36"/>
                <w:szCs w:val="38"/>
                <w:rtl/>
              </w:rPr>
              <w:t>بإدارة</w:t>
            </w:r>
            <w:r w:rsidRPr="008E006D">
              <w:rPr>
                <w:rFonts w:cs="Sakkal Majalla"/>
                <w:sz w:val="36"/>
                <w:szCs w:val="38"/>
              </w:rPr>
              <w:t xml:space="preserve"> </w:t>
            </w:r>
            <w:r w:rsidRPr="008E006D">
              <w:rPr>
                <w:rFonts w:cs="Sakkal Majalla"/>
                <w:sz w:val="36"/>
                <w:szCs w:val="38"/>
                <w:rtl/>
              </w:rPr>
              <w:t>المشاريع</w:t>
            </w:r>
            <w:r w:rsidRPr="008E006D">
              <w:rPr>
                <w:rFonts w:cs="Sakkal Majalla"/>
                <w:sz w:val="36"/>
                <w:szCs w:val="38"/>
              </w:rPr>
              <w:t>.</w:t>
            </w:r>
          </w:p>
        </w:tc>
      </w:tr>
      <w:tr w:rsidR="008E006D" w:rsidRPr="008E006D" w14:paraId="64DC5526" w14:textId="77777777" w:rsidTr="00B70DD9">
        <w:trPr>
          <w:jc w:val="center"/>
        </w:trPr>
        <w:tc>
          <w:tcPr>
            <w:tcW w:w="1029" w:type="pct"/>
            <w:shd w:val="clear" w:color="auto" w:fill="FFFFFF"/>
            <w:tcMar>
              <w:top w:w="110" w:type="dxa"/>
              <w:left w:w="110" w:type="dxa"/>
              <w:bottom w:w="110" w:type="dxa"/>
              <w:right w:w="110" w:type="dxa"/>
            </w:tcMar>
            <w:vAlign w:val="center"/>
          </w:tcPr>
          <w:p w14:paraId="4713E5F6" w14:textId="77777777" w:rsidR="008E006D" w:rsidRPr="008E006D" w:rsidRDefault="008E006D" w:rsidP="00B70DD9">
            <w:pPr>
              <w:ind w:firstLine="0"/>
              <w:jc w:val="center"/>
              <w:rPr>
                <w:rFonts w:cs="Sakkal Majalla"/>
                <w:sz w:val="36"/>
                <w:szCs w:val="38"/>
              </w:rPr>
            </w:pPr>
            <w:r w:rsidRPr="008E006D">
              <w:rPr>
                <w:rFonts w:cs="Sakkal Majalla"/>
                <w:sz w:val="36"/>
                <w:szCs w:val="38"/>
                <w:rtl/>
              </w:rPr>
              <w:t>المتغير</w:t>
            </w:r>
            <w:r w:rsidRPr="008E006D">
              <w:rPr>
                <w:rFonts w:cs="Sakkal Majalla"/>
                <w:sz w:val="36"/>
                <w:szCs w:val="38"/>
              </w:rPr>
              <w:t xml:space="preserve"> </w:t>
            </w:r>
            <w:r w:rsidRPr="008E006D">
              <w:rPr>
                <w:rFonts w:cs="Sakkal Majalla"/>
                <w:sz w:val="36"/>
                <w:szCs w:val="38"/>
                <w:rtl/>
              </w:rPr>
              <w:t>التابع</w:t>
            </w:r>
          </w:p>
        </w:tc>
        <w:tc>
          <w:tcPr>
            <w:tcW w:w="1324" w:type="pct"/>
            <w:shd w:val="clear" w:color="auto" w:fill="FFFFFF"/>
            <w:tcMar>
              <w:top w:w="110" w:type="dxa"/>
              <w:left w:w="110" w:type="dxa"/>
              <w:bottom w:w="110" w:type="dxa"/>
              <w:right w:w="110" w:type="dxa"/>
            </w:tcMar>
            <w:vAlign w:val="center"/>
          </w:tcPr>
          <w:p w14:paraId="6169EB5A" w14:textId="77777777" w:rsidR="008E006D" w:rsidRPr="008E006D" w:rsidRDefault="008E006D" w:rsidP="00B70DD9">
            <w:pPr>
              <w:ind w:firstLine="0"/>
              <w:jc w:val="center"/>
              <w:rPr>
                <w:rFonts w:cs="Sakkal Majalla"/>
                <w:sz w:val="36"/>
                <w:szCs w:val="38"/>
              </w:rPr>
            </w:pPr>
            <w:r w:rsidRPr="008E006D">
              <w:rPr>
                <w:rFonts w:cs="Sakkal Majalla"/>
                <w:sz w:val="36"/>
                <w:szCs w:val="38"/>
                <w:rtl/>
              </w:rPr>
              <w:t>الأداء</w:t>
            </w:r>
            <w:r w:rsidRPr="008E006D">
              <w:rPr>
                <w:rFonts w:cs="Sakkal Majalla"/>
                <w:sz w:val="36"/>
                <w:szCs w:val="38"/>
              </w:rPr>
              <w:t xml:space="preserve"> </w:t>
            </w:r>
            <w:r w:rsidRPr="008E006D">
              <w:rPr>
                <w:rFonts w:cs="Sakkal Majalla"/>
                <w:sz w:val="36"/>
                <w:szCs w:val="38"/>
                <w:rtl/>
              </w:rPr>
              <w:t>والقيمة</w:t>
            </w:r>
            <w:r w:rsidRPr="008E006D">
              <w:rPr>
                <w:rFonts w:cs="Sakkal Majalla"/>
                <w:sz w:val="36"/>
                <w:szCs w:val="38"/>
              </w:rPr>
              <w:t xml:space="preserve"> </w:t>
            </w:r>
            <w:r w:rsidRPr="008E006D">
              <w:rPr>
                <w:rFonts w:cs="Sakkal Majalla"/>
                <w:sz w:val="36"/>
                <w:szCs w:val="38"/>
                <w:rtl/>
              </w:rPr>
              <w:t>وتحسين</w:t>
            </w:r>
            <w:r w:rsidRPr="008E006D">
              <w:rPr>
                <w:rFonts w:cs="Sakkal Majalla"/>
                <w:sz w:val="36"/>
                <w:szCs w:val="38"/>
              </w:rPr>
              <w:t xml:space="preserve"> </w:t>
            </w:r>
            <w:r w:rsidRPr="008E006D">
              <w:rPr>
                <w:rFonts w:cs="Sakkal Majalla"/>
                <w:sz w:val="36"/>
                <w:szCs w:val="38"/>
                <w:rtl/>
              </w:rPr>
              <w:t>الخدمة</w:t>
            </w:r>
            <w:r w:rsidRPr="008E006D">
              <w:rPr>
                <w:rFonts w:cs="Sakkal Majalla"/>
                <w:sz w:val="36"/>
                <w:szCs w:val="38"/>
              </w:rPr>
              <w:t xml:space="preserve"> </w:t>
            </w:r>
            <w:r w:rsidRPr="008E006D">
              <w:rPr>
                <w:rFonts w:cs="Sakkal Majalla"/>
                <w:sz w:val="36"/>
                <w:szCs w:val="38"/>
                <w:rtl/>
              </w:rPr>
              <w:t>نتائج</w:t>
            </w:r>
            <w:r w:rsidRPr="008E006D">
              <w:rPr>
                <w:rFonts w:cs="Sakkal Majalla"/>
                <w:sz w:val="36"/>
                <w:szCs w:val="38"/>
              </w:rPr>
              <w:t xml:space="preserve"> </w:t>
            </w:r>
            <w:r w:rsidRPr="008E006D">
              <w:rPr>
                <w:rFonts w:cs="Sakkal Majalla"/>
                <w:sz w:val="36"/>
                <w:szCs w:val="38"/>
                <w:rtl/>
              </w:rPr>
              <w:t>مهمة</w:t>
            </w:r>
            <w:r w:rsidRPr="008E006D">
              <w:rPr>
                <w:rFonts w:cs="Sakkal Majalla"/>
                <w:sz w:val="36"/>
                <w:szCs w:val="38"/>
              </w:rPr>
              <w:t>.</w:t>
            </w:r>
          </w:p>
        </w:tc>
        <w:tc>
          <w:tcPr>
            <w:tcW w:w="1324" w:type="pct"/>
            <w:shd w:val="clear" w:color="auto" w:fill="FFFFFF"/>
            <w:tcMar>
              <w:top w:w="110" w:type="dxa"/>
              <w:left w:w="110" w:type="dxa"/>
              <w:bottom w:w="110" w:type="dxa"/>
              <w:right w:w="110" w:type="dxa"/>
            </w:tcMar>
            <w:vAlign w:val="center"/>
          </w:tcPr>
          <w:p w14:paraId="3776C57F" w14:textId="77777777" w:rsidR="008E006D" w:rsidRPr="008E006D" w:rsidRDefault="008E006D" w:rsidP="00B70DD9">
            <w:pPr>
              <w:ind w:firstLine="0"/>
              <w:jc w:val="center"/>
              <w:rPr>
                <w:rFonts w:cs="Sakkal Majalla"/>
                <w:sz w:val="36"/>
                <w:szCs w:val="38"/>
              </w:rPr>
            </w:pPr>
            <w:r w:rsidRPr="008E006D">
              <w:rPr>
                <w:rFonts w:cs="Sakkal Majalla"/>
                <w:sz w:val="36"/>
                <w:szCs w:val="38"/>
                <w:rtl/>
              </w:rPr>
              <w:t>قلة</w:t>
            </w:r>
            <w:r w:rsidRPr="008E006D">
              <w:rPr>
                <w:rFonts w:cs="Sakkal Majalla"/>
                <w:sz w:val="36"/>
                <w:szCs w:val="38"/>
              </w:rPr>
              <w:t xml:space="preserve"> </w:t>
            </w:r>
            <w:r w:rsidRPr="008E006D">
              <w:rPr>
                <w:rFonts w:cs="Sakkal Majalla"/>
                <w:sz w:val="36"/>
                <w:szCs w:val="38"/>
                <w:rtl/>
              </w:rPr>
              <w:t>التركيز</w:t>
            </w:r>
            <w:r w:rsidRPr="008E006D">
              <w:rPr>
                <w:rFonts w:cs="Sakkal Majalla"/>
                <w:sz w:val="36"/>
                <w:szCs w:val="38"/>
              </w:rPr>
              <w:t xml:space="preserve"> </w:t>
            </w:r>
            <w:r w:rsidRPr="008E006D">
              <w:rPr>
                <w:rFonts w:cs="Sakkal Majalla"/>
                <w:sz w:val="36"/>
                <w:szCs w:val="38"/>
                <w:rtl/>
              </w:rPr>
              <w:t>على</w:t>
            </w:r>
            <w:r w:rsidRPr="008E006D">
              <w:rPr>
                <w:rFonts w:cs="Sakkal Majalla"/>
                <w:sz w:val="36"/>
                <w:szCs w:val="38"/>
              </w:rPr>
              <w:t xml:space="preserve"> </w:t>
            </w:r>
            <w:r w:rsidRPr="008E006D">
              <w:rPr>
                <w:rFonts w:cs="Sakkal Majalla"/>
                <w:sz w:val="36"/>
                <w:szCs w:val="38"/>
                <w:rtl/>
              </w:rPr>
              <w:t>نجاح</w:t>
            </w:r>
            <w:r w:rsidRPr="008E006D">
              <w:rPr>
                <w:rFonts w:cs="Sakkal Majalla"/>
                <w:sz w:val="36"/>
                <w:szCs w:val="38"/>
              </w:rPr>
              <w:t xml:space="preserve"> </w:t>
            </w:r>
            <w:r w:rsidRPr="008E006D">
              <w:rPr>
                <w:rFonts w:cs="Sakkal Majalla"/>
                <w:sz w:val="36"/>
                <w:szCs w:val="38"/>
                <w:rtl/>
              </w:rPr>
              <w:t>المشروع</w:t>
            </w:r>
            <w:r w:rsidRPr="008E006D">
              <w:rPr>
                <w:rFonts w:cs="Sakkal Majalla"/>
                <w:sz w:val="36"/>
                <w:szCs w:val="38"/>
              </w:rPr>
              <w:t xml:space="preserve"> </w:t>
            </w:r>
            <w:r w:rsidRPr="008E006D">
              <w:rPr>
                <w:rFonts w:cs="Sakkal Majalla"/>
                <w:sz w:val="36"/>
                <w:szCs w:val="38"/>
                <w:rtl/>
              </w:rPr>
              <w:t>كمتغير</w:t>
            </w:r>
            <w:r w:rsidRPr="008E006D">
              <w:rPr>
                <w:rFonts w:cs="Sakkal Majalla"/>
                <w:sz w:val="36"/>
                <w:szCs w:val="38"/>
              </w:rPr>
              <w:t xml:space="preserve"> </w:t>
            </w:r>
            <w:r w:rsidRPr="008E006D">
              <w:rPr>
                <w:rFonts w:cs="Sakkal Majalla"/>
                <w:sz w:val="36"/>
                <w:szCs w:val="38"/>
                <w:rtl/>
              </w:rPr>
              <w:t>تابع</w:t>
            </w:r>
            <w:r w:rsidRPr="008E006D">
              <w:rPr>
                <w:rFonts w:cs="Sakkal Majalla"/>
                <w:sz w:val="36"/>
                <w:szCs w:val="38"/>
              </w:rPr>
              <w:t xml:space="preserve"> </w:t>
            </w:r>
            <w:r w:rsidRPr="008E006D">
              <w:rPr>
                <w:rFonts w:cs="Sakkal Majalla"/>
                <w:sz w:val="36"/>
                <w:szCs w:val="38"/>
                <w:rtl/>
              </w:rPr>
              <w:t>مستقل</w:t>
            </w:r>
            <w:r w:rsidRPr="008E006D">
              <w:rPr>
                <w:rFonts w:cs="Sakkal Majalla"/>
                <w:sz w:val="36"/>
                <w:szCs w:val="38"/>
              </w:rPr>
              <w:t>.</w:t>
            </w:r>
          </w:p>
        </w:tc>
        <w:tc>
          <w:tcPr>
            <w:tcW w:w="1324" w:type="pct"/>
            <w:shd w:val="clear" w:color="auto" w:fill="FFFFFF"/>
            <w:tcMar>
              <w:top w:w="110" w:type="dxa"/>
              <w:left w:w="110" w:type="dxa"/>
              <w:bottom w:w="110" w:type="dxa"/>
              <w:right w:w="110" w:type="dxa"/>
            </w:tcMar>
            <w:vAlign w:val="center"/>
          </w:tcPr>
          <w:p w14:paraId="62835EE5" w14:textId="77777777" w:rsidR="008E006D" w:rsidRPr="008E006D" w:rsidRDefault="008E006D" w:rsidP="00B70DD9">
            <w:pPr>
              <w:ind w:firstLine="0"/>
              <w:jc w:val="center"/>
              <w:rPr>
                <w:rFonts w:cs="Sakkal Majalla"/>
                <w:sz w:val="36"/>
                <w:szCs w:val="38"/>
              </w:rPr>
            </w:pPr>
            <w:r w:rsidRPr="008E006D">
              <w:rPr>
                <w:rFonts w:cs="Sakkal Majalla"/>
                <w:sz w:val="36"/>
                <w:szCs w:val="38"/>
                <w:rtl/>
              </w:rPr>
              <w:t>قياس</w:t>
            </w:r>
            <w:r w:rsidRPr="008E006D">
              <w:rPr>
                <w:rFonts w:cs="Sakkal Majalla"/>
                <w:sz w:val="36"/>
                <w:szCs w:val="38"/>
              </w:rPr>
              <w:t xml:space="preserve"> </w:t>
            </w:r>
            <w:r w:rsidRPr="008E006D">
              <w:rPr>
                <w:rFonts w:cs="Sakkal Majalla"/>
                <w:sz w:val="36"/>
                <w:szCs w:val="38"/>
                <w:rtl/>
              </w:rPr>
              <w:t>نجاح</w:t>
            </w:r>
            <w:r w:rsidRPr="008E006D">
              <w:rPr>
                <w:rFonts w:cs="Sakkal Majalla"/>
                <w:sz w:val="36"/>
                <w:szCs w:val="38"/>
              </w:rPr>
              <w:t xml:space="preserve"> </w:t>
            </w:r>
            <w:r w:rsidRPr="008E006D">
              <w:rPr>
                <w:rFonts w:cs="Sakkal Majalla"/>
                <w:sz w:val="36"/>
                <w:szCs w:val="38"/>
                <w:rtl/>
              </w:rPr>
              <w:t>المشاريع</w:t>
            </w:r>
            <w:r w:rsidRPr="008E006D">
              <w:rPr>
                <w:rFonts w:cs="Sakkal Majalla"/>
                <w:sz w:val="36"/>
                <w:szCs w:val="38"/>
              </w:rPr>
              <w:t xml:space="preserve"> </w:t>
            </w:r>
            <w:r w:rsidRPr="008E006D">
              <w:rPr>
                <w:rFonts w:cs="Sakkal Majalla"/>
                <w:sz w:val="36"/>
                <w:szCs w:val="38"/>
                <w:rtl/>
              </w:rPr>
              <w:t>الحكومية</w:t>
            </w:r>
            <w:r w:rsidRPr="008E006D">
              <w:rPr>
                <w:rFonts w:cs="Sakkal Majalla"/>
                <w:sz w:val="36"/>
                <w:szCs w:val="38"/>
              </w:rPr>
              <w:t xml:space="preserve"> </w:t>
            </w:r>
            <w:r w:rsidRPr="008E006D">
              <w:rPr>
                <w:rFonts w:cs="Sakkal Majalla"/>
                <w:sz w:val="36"/>
                <w:szCs w:val="38"/>
                <w:rtl/>
              </w:rPr>
              <w:t>بمعايير</w:t>
            </w:r>
            <w:r w:rsidRPr="008E006D">
              <w:rPr>
                <w:rFonts w:cs="Sakkal Majalla"/>
                <w:sz w:val="36"/>
                <w:szCs w:val="38"/>
              </w:rPr>
              <w:t xml:space="preserve"> </w:t>
            </w:r>
            <w:r w:rsidRPr="008E006D">
              <w:rPr>
                <w:rFonts w:cs="Sakkal Majalla"/>
                <w:sz w:val="36"/>
                <w:szCs w:val="38"/>
                <w:rtl/>
              </w:rPr>
              <w:t>متوازنة</w:t>
            </w:r>
            <w:r w:rsidRPr="008E006D">
              <w:rPr>
                <w:rFonts w:cs="Sakkal Majalla"/>
                <w:sz w:val="36"/>
                <w:szCs w:val="38"/>
              </w:rPr>
              <w:t>.</w:t>
            </w:r>
          </w:p>
        </w:tc>
      </w:tr>
      <w:tr w:rsidR="008E006D" w:rsidRPr="008E006D" w14:paraId="32401923" w14:textId="77777777" w:rsidTr="00B70DD9">
        <w:trPr>
          <w:jc w:val="center"/>
        </w:trPr>
        <w:tc>
          <w:tcPr>
            <w:tcW w:w="1029" w:type="pct"/>
            <w:shd w:val="clear" w:color="auto" w:fill="F2F6FA"/>
            <w:tcMar>
              <w:top w:w="110" w:type="dxa"/>
              <w:left w:w="110" w:type="dxa"/>
              <w:bottom w:w="110" w:type="dxa"/>
              <w:right w:w="110" w:type="dxa"/>
            </w:tcMar>
            <w:vAlign w:val="center"/>
          </w:tcPr>
          <w:p w14:paraId="73BB8A76" w14:textId="77777777" w:rsidR="008E006D" w:rsidRPr="008E006D" w:rsidRDefault="008E006D" w:rsidP="00B70DD9">
            <w:pPr>
              <w:ind w:firstLine="0"/>
              <w:jc w:val="center"/>
              <w:rPr>
                <w:rFonts w:cs="Sakkal Majalla"/>
                <w:sz w:val="36"/>
                <w:szCs w:val="38"/>
              </w:rPr>
            </w:pPr>
            <w:r w:rsidRPr="008E006D">
              <w:rPr>
                <w:rFonts w:cs="Sakkal Majalla"/>
                <w:sz w:val="36"/>
                <w:szCs w:val="38"/>
                <w:rtl/>
              </w:rPr>
              <w:lastRenderedPageBreak/>
              <w:t>السياق</w:t>
            </w:r>
          </w:p>
        </w:tc>
        <w:tc>
          <w:tcPr>
            <w:tcW w:w="1324" w:type="pct"/>
            <w:shd w:val="clear" w:color="auto" w:fill="F2F6FA"/>
            <w:tcMar>
              <w:top w:w="110" w:type="dxa"/>
              <w:left w:w="110" w:type="dxa"/>
              <w:bottom w:w="110" w:type="dxa"/>
              <w:right w:w="110" w:type="dxa"/>
            </w:tcMar>
            <w:vAlign w:val="center"/>
          </w:tcPr>
          <w:p w14:paraId="7CBBD423" w14:textId="77777777" w:rsidR="008E006D" w:rsidRPr="008E006D" w:rsidRDefault="008E006D" w:rsidP="00B70DD9">
            <w:pPr>
              <w:ind w:firstLine="0"/>
              <w:jc w:val="center"/>
              <w:rPr>
                <w:rFonts w:cs="Sakkal Majalla"/>
                <w:sz w:val="36"/>
                <w:szCs w:val="38"/>
              </w:rPr>
            </w:pPr>
            <w:r w:rsidRPr="008E006D">
              <w:rPr>
                <w:rFonts w:cs="Sakkal Majalla"/>
                <w:sz w:val="36"/>
                <w:szCs w:val="38"/>
                <w:rtl/>
              </w:rPr>
              <w:t>أهمية</w:t>
            </w:r>
            <w:r w:rsidRPr="008E006D">
              <w:rPr>
                <w:rFonts w:cs="Sakkal Majalla"/>
                <w:sz w:val="36"/>
                <w:szCs w:val="38"/>
              </w:rPr>
              <w:t xml:space="preserve"> </w:t>
            </w:r>
            <w:r w:rsidRPr="008E006D">
              <w:rPr>
                <w:rFonts w:cs="Sakkal Majalla"/>
                <w:sz w:val="36"/>
                <w:szCs w:val="38"/>
                <w:rtl/>
              </w:rPr>
              <w:t>القطاع</w:t>
            </w:r>
            <w:r w:rsidRPr="008E006D">
              <w:rPr>
                <w:rFonts w:cs="Sakkal Majalla"/>
                <w:sz w:val="36"/>
                <w:szCs w:val="38"/>
              </w:rPr>
              <w:t xml:space="preserve"> </w:t>
            </w:r>
            <w:r w:rsidRPr="008E006D">
              <w:rPr>
                <w:rFonts w:cs="Sakkal Majalla"/>
                <w:sz w:val="36"/>
                <w:szCs w:val="38"/>
                <w:rtl/>
              </w:rPr>
              <w:t>الحكومي</w:t>
            </w:r>
            <w:r w:rsidRPr="008E006D">
              <w:rPr>
                <w:rFonts w:cs="Sakkal Majalla"/>
                <w:sz w:val="36"/>
                <w:szCs w:val="38"/>
              </w:rPr>
              <w:t xml:space="preserve"> </w:t>
            </w:r>
            <w:r w:rsidRPr="008E006D">
              <w:rPr>
                <w:rFonts w:cs="Sakkal Majalla"/>
                <w:sz w:val="36"/>
                <w:szCs w:val="38"/>
                <w:rtl/>
              </w:rPr>
              <w:t>في</w:t>
            </w:r>
            <w:r w:rsidRPr="008E006D">
              <w:rPr>
                <w:rFonts w:cs="Sakkal Majalla"/>
                <w:sz w:val="36"/>
                <w:szCs w:val="38"/>
              </w:rPr>
              <w:t xml:space="preserve"> </w:t>
            </w:r>
            <w:r w:rsidRPr="008E006D">
              <w:rPr>
                <w:rFonts w:cs="Sakkal Majalla"/>
                <w:sz w:val="36"/>
                <w:szCs w:val="38"/>
                <w:rtl/>
              </w:rPr>
              <w:t>التحول</w:t>
            </w:r>
            <w:r w:rsidRPr="008E006D">
              <w:rPr>
                <w:rFonts w:cs="Sakkal Majalla"/>
                <w:sz w:val="36"/>
                <w:szCs w:val="38"/>
              </w:rPr>
              <w:t xml:space="preserve"> </w:t>
            </w:r>
            <w:r w:rsidRPr="008E006D">
              <w:rPr>
                <w:rFonts w:cs="Sakkal Majalla"/>
                <w:sz w:val="36"/>
                <w:szCs w:val="38"/>
                <w:rtl/>
              </w:rPr>
              <w:t>الرقمي</w:t>
            </w:r>
            <w:r w:rsidRPr="008E006D">
              <w:rPr>
                <w:rFonts w:cs="Sakkal Majalla"/>
                <w:sz w:val="36"/>
                <w:szCs w:val="38"/>
              </w:rPr>
              <w:t>.</w:t>
            </w:r>
          </w:p>
        </w:tc>
        <w:tc>
          <w:tcPr>
            <w:tcW w:w="1324" w:type="pct"/>
            <w:shd w:val="clear" w:color="auto" w:fill="F2F6FA"/>
            <w:tcMar>
              <w:top w:w="110" w:type="dxa"/>
              <w:left w:w="110" w:type="dxa"/>
              <w:bottom w:w="110" w:type="dxa"/>
              <w:right w:w="110" w:type="dxa"/>
            </w:tcMar>
            <w:vAlign w:val="center"/>
          </w:tcPr>
          <w:p w14:paraId="4CC64BE8" w14:textId="77777777" w:rsidR="008E006D" w:rsidRPr="008E006D" w:rsidRDefault="008E006D" w:rsidP="00B70DD9">
            <w:pPr>
              <w:ind w:firstLine="0"/>
              <w:jc w:val="center"/>
              <w:rPr>
                <w:rFonts w:cs="Sakkal Majalla"/>
                <w:sz w:val="36"/>
                <w:szCs w:val="38"/>
              </w:rPr>
            </w:pPr>
            <w:r w:rsidRPr="008E006D">
              <w:rPr>
                <w:rFonts w:cs="Sakkal Majalla"/>
                <w:sz w:val="36"/>
                <w:szCs w:val="38"/>
                <w:rtl/>
              </w:rPr>
              <w:t>كثرة</w:t>
            </w:r>
            <w:r w:rsidRPr="008E006D">
              <w:rPr>
                <w:rFonts w:cs="Sakkal Majalla"/>
                <w:sz w:val="36"/>
                <w:szCs w:val="38"/>
              </w:rPr>
              <w:t xml:space="preserve"> </w:t>
            </w:r>
            <w:r w:rsidRPr="008E006D">
              <w:rPr>
                <w:rFonts w:cs="Sakkal Majalla"/>
                <w:sz w:val="36"/>
                <w:szCs w:val="38"/>
                <w:rtl/>
              </w:rPr>
              <w:t>الدراسات</w:t>
            </w:r>
            <w:r w:rsidRPr="008E006D">
              <w:rPr>
                <w:rFonts w:cs="Sakkal Majalla"/>
                <w:sz w:val="36"/>
                <w:szCs w:val="38"/>
              </w:rPr>
              <w:t xml:space="preserve"> </w:t>
            </w:r>
            <w:r w:rsidRPr="008E006D">
              <w:rPr>
                <w:rFonts w:cs="Sakkal Majalla"/>
                <w:sz w:val="36"/>
                <w:szCs w:val="38"/>
                <w:rtl/>
              </w:rPr>
              <w:t>العامة</w:t>
            </w:r>
            <w:r w:rsidRPr="008E006D">
              <w:rPr>
                <w:rFonts w:cs="Sakkal Majalla"/>
                <w:sz w:val="36"/>
                <w:szCs w:val="38"/>
              </w:rPr>
              <w:t xml:space="preserve"> </w:t>
            </w:r>
            <w:r w:rsidRPr="008E006D">
              <w:rPr>
                <w:rFonts w:cs="Sakkal Majalla"/>
                <w:sz w:val="36"/>
                <w:szCs w:val="38"/>
                <w:rtl/>
              </w:rPr>
              <w:t>أو</w:t>
            </w:r>
            <w:r w:rsidRPr="008E006D">
              <w:rPr>
                <w:rFonts w:cs="Sakkal Majalla"/>
                <w:sz w:val="36"/>
                <w:szCs w:val="38"/>
              </w:rPr>
              <w:t xml:space="preserve"> </w:t>
            </w:r>
            <w:r w:rsidRPr="008E006D">
              <w:rPr>
                <w:rFonts w:cs="Sakkal Majalla"/>
                <w:sz w:val="36"/>
                <w:szCs w:val="38"/>
                <w:rtl/>
              </w:rPr>
              <w:t>التجارية</w:t>
            </w:r>
            <w:r w:rsidRPr="008E006D">
              <w:rPr>
                <w:rFonts w:cs="Sakkal Majalla"/>
                <w:sz w:val="36"/>
                <w:szCs w:val="38"/>
              </w:rPr>
              <w:t>.</w:t>
            </w:r>
          </w:p>
        </w:tc>
        <w:tc>
          <w:tcPr>
            <w:tcW w:w="1324" w:type="pct"/>
            <w:shd w:val="clear" w:color="auto" w:fill="F2F6FA"/>
            <w:tcMar>
              <w:top w:w="110" w:type="dxa"/>
              <w:left w:w="110" w:type="dxa"/>
              <w:bottom w:w="110" w:type="dxa"/>
              <w:right w:w="110" w:type="dxa"/>
            </w:tcMar>
            <w:vAlign w:val="center"/>
          </w:tcPr>
          <w:p w14:paraId="6E5AF399" w14:textId="77777777" w:rsidR="008E006D" w:rsidRPr="008E006D" w:rsidRDefault="008E006D" w:rsidP="00B70DD9">
            <w:pPr>
              <w:ind w:firstLine="0"/>
              <w:jc w:val="center"/>
              <w:rPr>
                <w:rFonts w:cs="Sakkal Majalla"/>
                <w:sz w:val="36"/>
                <w:szCs w:val="38"/>
              </w:rPr>
            </w:pPr>
            <w:r w:rsidRPr="008E006D">
              <w:rPr>
                <w:rFonts w:cs="Sakkal Majalla"/>
                <w:sz w:val="36"/>
                <w:szCs w:val="38"/>
                <w:rtl/>
              </w:rPr>
              <w:t>تركيز</w:t>
            </w:r>
            <w:r w:rsidRPr="008E006D">
              <w:rPr>
                <w:rFonts w:cs="Sakkal Majalla"/>
                <w:sz w:val="36"/>
                <w:szCs w:val="38"/>
              </w:rPr>
              <w:t xml:space="preserve"> </w:t>
            </w:r>
            <w:r w:rsidRPr="008E006D">
              <w:rPr>
                <w:rFonts w:cs="Sakkal Majalla"/>
                <w:sz w:val="36"/>
                <w:szCs w:val="38"/>
                <w:rtl/>
              </w:rPr>
              <w:t>مباشر</w:t>
            </w:r>
            <w:r w:rsidRPr="008E006D">
              <w:rPr>
                <w:rFonts w:cs="Sakkal Majalla"/>
                <w:sz w:val="36"/>
                <w:szCs w:val="38"/>
              </w:rPr>
              <w:t xml:space="preserve"> </w:t>
            </w:r>
            <w:r w:rsidRPr="008E006D">
              <w:rPr>
                <w:rFonts w:cs="Sakkal Majalla"/>
                <w:sz w:val="36"/>
                <w:szCs w:val="38"/>
                <w:rtl/>
              </w:rPr>
              <w:t>على</w:t>
            </w:r>
            <w:r w:rsidRPr="008E006D">
              <w:rPr>
                <w:rFonts w:cs="Sakkal Majalla"/>
                <w:sz w:val="36"/>
                <w:szCs w:val="38"/>
              </w:rPr>
              <w:t xml:space="preserve"> </w:t>
            </w:r>
            <w:r w:rsidRPr="008E006D">
              <w:rPr>
                <w:rFonts w:cs="Sakkal Majalla"/>
                <w:sz w:val="36"/>
                <w:szCs w:val="38"/>
                <w:rtl/>
              </w:rPr>
              <w:t>الجهات</w:t>
            </w:r>
            <w:r w:rsidRPr="008E006D">
              <w:rPr>
                <w:rFonts w:cs="Sakkal Majalla"/>
                <w:sz w:val="36"/>
                <w:szCs w:val="38"/>
              </w:rPr>
              <w:t xml:space="preserve"> </w:t>
            </w:r>
            <w:r w:rsidRPr="008E006D">
              <w:rPr>
                <w:rFonts w:cs="Sakkal Majalla"/>
                <w:sz w:val="36"/>
                <w:szCs w:val="38"/>
                <w:rtl/>
              </w:rPr>
              <w:t>الحكومية</w:t>
            </w:r>
            <w:r w:rsidRPr="008E006D">
              <w:rPr>
                <w:rFonts w:cs="Sakkal Majalla"/>
                <w:sz w:val="36"/>
                <w:szCs w:val="38"/>
              </w:rPr>
              <w:t xml:space="preserve"> </w:t>
            </w:r>
            <w:r w:rsidRPr="008E006D">
              <w:rPr>
                <w:rFonts w:cs="Sakkal Majalla"/>
                <w:sz w:val="36"/>
                <w:szCs w:val="38"/>
                <w:rtl/>
              </w:rPr>
              <w:t>السعودية</w:t>
            </w:r>
            <w:r w:rsidRPr="008E006D">
              <w:rPr>
                <w:rFonts w:cs="Sakkal Majalla"/>
                <w:sz w:val="36"/>
                <w:szCs w:val="38"/>
              </w:rPr>
              <w:t>.</w:t>
            </w:r>
          </w:p>
        </w:tc>
      </w:tr>
      <w:tr w:rsidR="008E006D" w:rsidRPr="008E006D" w14:paraId="2509AD5A" w14:textId="77777777" w:rsidTr="00B70DD9">
        <w:trPr>
          <w:jc w:val="center"/>
        </w:trPr>
        <w:tc>
          <w:tcPr>
            <w:tcW w:w="1029" w:type="pct"/>
            <w:shd w:val="clear" w:color="auto" w:fill="FFFFFF"/>
            <w:tcMar>
              <w:top w:w="110" w:type="dxa"/>
              <w:left w:w="110" w:type="dxa"/>
              <w:bottom w:w="110" w:type="dxa"/>
              <w:right w:w="110" w:type="dxa"/>
            </w:tcMar>
            <w:vAlign w:val="center"/>
          </w:tcPr>
          <w:p w14:paraId="60112490" w14:textId="77777777" w:rsidR="008E006D" w:rsidRPr="008E006D" w:rsidRDefault="008E006D" w:rsidP="00B70DD9">
            <w:pPr>
              <w:ind w:firstLine="0"/>
              <w:jc w:val="center"/>
              <w:rPr>
                <w:rFonts w:cs="Sakkal Majalla"/>
                <w:sz w:val="36"/>
                <w:szCs w:val="38"/>
              </w:rPr>
            </w:pPr>
            <w:r w:rsidRPr="008E006D">
              <w:rPr>
                <w:rFonts w:cs="Sakkal Majalla"/>
                <w:sz w:val="36"/>
                <w:szCs w:val="38"/>
                <w:rtl/>
              </w:rPr>
              <w:t>المنهج</w:t>
            </w:r>
          </w:p>
        </w:tc>
        <w:tc>
          <w:tcPr>
            <w:tcW w:w="1324" w:type="pct"/>
            <w:shd w:val="clear" w:color="auto" w:fill="FFFFFF"/>
            <w:tcMar>
              <w:top w:w="110" w:type="dxa"/>
              <w:left w:w="110" w:type="dxa"/>
              <w:bottom w:w="110" w:type="dxa"/>
              <w:right w:w="110" w:type="dxa"/>
            </w:tcMar>
            <w:vAlign w:val="center"/>
          </w:tcPr>
          <w:p w14:paraId="0CB481C8" w14:textId="77777777" w:rsidR="008E006D" w:rsidRPr="008E006D" w:rsidRDefault="008E006D" w:rsidP="00B70DD9">
            <w:pPr>
              <w:ind w:firstLine="0"/>
              <w:jc w:val="center"/>
              <w:rPr>
                <w:rFonts w:cs="Sakkal Majalla"/>
                <w:sz w:val="36"/>
                <w:szCs w:val="38"/>
              </w:rPr>
            </w:pPr>
            <w:r w:rsidRPr="008E006D">
              <w:rPr>
                <w:rFonts w:cs="Sakkal Majalla"/>
                <w:sz w:val="36"/>
                <w:szCs w:val="38"/>
                <w:rtl/>
              </w:rPr>
              <w:t>الاستبانة</w:t>
            </w:r>
            <w:r w:rsidRPr="008E006D">
              <w:rPr>
                <w:rFonts w:cs="Sakkal Majalla"/>
                <w:sz w:val="36"/>
                <w:szCs w:val="38"/>
              </w:rPr>
              <w:t xml:space="preserve"> </w:t>
            </w:r>
            <w:r w:rsidRPr="008E006D">
              <w:rPr>
                <w:rFonts w:cs="Sakkal Majalla"/>
                <w:sz w:val="36"/>
                <w:szCs w:val="38"/>
                <w:rtl/>
              </w:rPr>
              <w:t>والمنهج</w:t>
            </w:r>
            <w:r w:rsidRPr="008E006D">
              <w:rPr>
                <w:rFonts w:cs="Sakkal Majalla"/>
                <w:sz w:val="36"/>
                <w:szCs w:val="38"/>
              </w:rPr>
              <w:t xml:space="preserve"> </w:t>
            </w:r>
            <w:r w:rsidRPr="008E006D">
              <w:rPr>
                <w:rFonts w:cs="Sakkal Majalla"/>
                <w:sz w:val="36"/>
                <w:szCs w:val="38"/>
                <w:rtl/>
              </w:rPr>
              <w:t>الوصفي</w:t>
            </w:r>
            <w:r w:rsidRPr="008E006D">
              <w:rPr>
                <w:rFonts w:cs="Sakkal Majalla"/>
                <w:sz w:val="36"/>
                <w:szCs w:val="38"/>
              </w:rPr>
              <w:t xml:space="preserve"> </w:t>
            </w:r>
            <w:r w:rsidRPr="008E006D">
              <w:rPr>
                <w:rFonts w:cs="Sakkal Majalla"/>
                <w:sz w:val="36"/>
                <w:szCs w:val="38"/>
                <w:rtl/>
              </w:rPr>
              <w:t>شائعان</w:t>
            </w:r>
            <w:r w:rsidRPr="008E006D">
              <w:rPr>
                <w:rFonts w:cs="Sakkal Majalla"/>
                <w:sz w:val="36"/>
                <w:szCs w:val="38"/>
              </w:rPr>
              <w:t>.</w:t>
            </w:r>
          </w:p>
        </w:tc>
        <w:tc>
          <w:tcPr>
            <w:tcW w:w="1324" w:type="pct"/>
            <w:shd w:val="clear" w:color="auto" w:fill="FFFFFF"/>
            <w:tcMar>
              <w:top w:w="110" w:type="dxa"/>
              <w:left w:w="110" w:type="dxa"/>
              <w:bottom w:w="110" w:type="dxa"/>
              <w:right w:w="110" w:type="dxa"/>
            </w:tcMar>
            <w:vAlign w:val="center"/>
          </w:tcPr>
          <w:p w14:paraId="03E3847E" w14:textId="77777777" w:rsidR="008E006D" w:rsidRPr="008E006D" w:rsidRDefault="008E006D" w:rsidP="00B70DD9">
            <w:pPr>
              <w:ind w:firstLine="0"/>
              <w:jc w:val="center"/>
              <w:rPr>
                <w:rFonts w:cs="Sakkal Majalla"/>
                <w:sz w:val="36"/>
                <w:szCs w:val="38"/>
              </w:rPr>
            </w:pPr>
            <w:r w:rsidRPr="008E006D">
              <w:rPr>
                <w:rFonts w:cs="Sakkal Majalla"/>
                <w:sz w:val="36"/>
                <w:szCs w:val="38"/>
                <w:rtl/>
              </w:rPr>
              <w:t>اختلاف</w:t>
            </w:r>
            <w:r w:rsidRPr="008E006D">
              <w:rPr>
                <w:rFonts w:cs="Sakkal Majalla"/>
                <w:sz w:val="36"/>
                <w:szCs w:val="38"/>
              </w:rPr>
              <w:t xml:space="preserve"> </w:t>
            </w:r>
            <w:r w:rsidRPr="008E006D">
              <w:rPr>
                <w:rFonts w:cs="Sakkal Majalla"/>
                <w:sz w:val="36"/>
                <w:szCs w:val="38"/>
                <w:rtl/>
              </w:rPr>
              <w:t>العينات</w:t>
            </w:r>
            <w:r w:rsidRPr="008E006D">
              <w:rPr>
                <w:rFonts w:cs="Sakkal Majalla"/>
                <w:sz w:val="36"/>
                <w:szCs w:val="38"/>
              </w:rPr>
              <w:t xml:space="preserve"> </w:t>
            </w:r>
            <w:r w:rsidRPr="008E006D">
              <w:rPr>
                <w:rFonts w:cs="Sakkal Majalla"/>
                <w:sz w:val="36"/>
                <w:szCs w:val="38"/>
                <w:rtl/>
              </w:rPr>
              <w:t>والأدوات</w:t>
            </w:r>
            <w:r w:rsidRPr="008E006D">
              <w:rPr>
                <w:rFonts w:cs="Sakkal Majalla"/>
                <w:sz w:val="36"/>
                <w:szCs w:val="38"/>
              </w:rPr>
              <w:t>.</w:t>
            </w:r>
          </w:p>
        </w:tc>
        <w:tc>
          <w:tcPr>
            <w:tcW w:w="1324" w:type="pct"/>
            <w:shd w:val="clear" w:color="auto" w:fill="FFFFFF"/>
            <w:tcMar>
              <w:top w:w="110" w:type="dxa"/>
              <w:left w:w="110" w:type="dxa"/>
              <w:bottom w:w="110" w:type="dxa"/>
              <w:right w:w="110" w:type="dxa"/>
            </w:tcMar>
            <w:vAlign w:val="center"/>
          </w:tcPr>
          <w:p w14:paraId="4A5E770B" w14:textId="77777777" w:rsidR="008E006D" w:rsidRPr="008E006D" w:rsidRDefault="008E006D" w:rsidP="00B70DD9">
            <w:pPr>
              <w:ind w:firstLine="0"/>
              <w:jc w:val="center"/>
              <w:rPr>
                <w:rFonts w:cs="Sakkal Majalla"/>
                <w:sz w:val="36"/>
                <w:szCs w:val="38"/>
              </w:rPr>
            </w:pPr>
            <w:r w:rsidRPr="008E006D">
              <w:rPr>
                <w:rFonts w:cs="Sakkal Majalla"/>
                <w:sz w:val="36"/>
                <w:szCs w:val="38"/>
                <w:rtl/>
              </w:rPr>
              <w:t>استهداف</w:t>
            </w:r>
            <w:r w:rsidRPr="008E006D">
              <w:rPr>
                <w:rFonts w:cs="Sakkal Majalla"/>
                <w:sz w:val="36"/>
                <w:szCs w:val="38"/>
              </w:rPr>
              <w:t xml:space="preserve"> </w:t>
            </w:r>
            <w:r w:rsidRPr="008E006D">
              <w:rPr>
                <w:rFonts w:cs="Sakkal Majalla"/>
                <w:sz w:val="36"/>
                <w:szCs w:val="38"/>
                <w:rtl/>
              </w:rPr>
              <w:t>مديري</w:t>
            </w:r>
            <w:r w:rsidRPr="008E006D">
              <w:rPr>
                <w:rFonts w:cs="Sakkal Majalla"/>
                <w:sz w:val="36"/>
                <w:szCs w:val="38"/>
              </w:rPr>
              <w:t xml:space="preserve"> </w:t>
            </w:r>
            <w:r w:rsidRPr="008E006D">
              <w:rPr>
                <w:rFonts w:cs="Sakkal Majalla"/>
                <w:sz w:val="36"/>
                <w:szCs w:val="38"/>
                <w:rtl/>
              </w:rPr>
              <w:t>وفرق</w:t>
            </w:r>
            <w:r w:rsidRPr="008E006D">
              <w:rPr>
                <w:rFonts w:cs="Sakkal Majalla"/>
                <w:sz w:val="36"/>
                <w:szCs w:val="38"/>
              </w:rPr>
              <w:t xml:space="preserve"> </w:t>
            </w:r>
            <w:r w:rsidRPr="008E006D">
              <w:rPr>
                <w:rFonts w:cs="Sakkal Majalla"/>
                <w:sz w:val="36"/>
                <w:szCs w:val="38"/>
                <w:rtl/>
              </w:rPr>
              <w:t>المشاريع</w:t>
            </w:r>
            <w:r w:rsidRPr="008E006D">
              <w:rPr>
                <w:rFonts w:cs="Sakkal Majalla"/>
                <w:sz w:val="36"/>
                <w:szCs w:val="38"/>
              </w:rPr>
              <w:t xml:space="preserve"> </w:t>
            </w:r>
            <w:r w:rsidRPr="008E006D">
              <w:rPr>
                <w:rFonts w:cs="Sakkal Majalla"/>
                <w:sz w:val="36"/>
                <w:szCs w:val="38"/>
                <w:rtl/>
              </w:rPr>
              <w:t>ومكاتب</w:t>
            </w:r>
            <w:r w:rsidRPr="008E006D">
              <w:rPr>
                <w:rFonts w:cs="Sakkal Majalla"/>
                <w:sz w:val="36"/>
                <w:szCs w:val="38"/>
              </w:rPr>
              <w:t xml:space="preserve"> PMO.</w:t>
            </w:r>
          </w:p>
        </w:tc>
      </w:tr>
    </w:tbl>
    <w:p w14:paraId="7F4C0CB0" w14:textId="77777777" w:rsidR="008E006D" w:rsidRPr="008E006D" w:rsidRDefault="008E006D" w:rsidP="008E006D">
      <w:pPr>
        <w:ind w:firstLine="0"/>
        <w:rPr>
          <w:rFonts w:cs="Sakkal Majalla"/>
          <w:sz w:val="36"/>
          <w:szCs w:val="38"/>
        </w:rPr>
      </w:pPr>
      <w:r w:rsidRPr="008E006D">
        <w:rPr>
          <w:rFonts w:cs="Sakkal Majalla"/>
          <w:sz w:val="36"/>
          <w:szCs w:val="38"/>
          <w:rtl/>
        </w:rPr>
        <w:t>المصدر</w:t>
      </w:r>
      <w:r w:rsidRPr="008E006D">
        <w:rPr>
          <w:rFonts w:cs="Sakkal Majalla"/>
          <w:sz w:val="36"/>
          <w:szCs w:val="38"/>
        </w:rPr>
        <w:t xml:space="preserve">: </w:t>
      </w:r>
      <w:r w:rsidRPr="008E006D">
        <w:rPr>
          <w:rFonts w:cs="Sakkal Majalla"/>
          <w:sz w:val="36"/>
          <w:szCs w:val="38"/>
          <w:rtl/>
        </w:rPr>
        <w:t>إعداد</w:t>
      </w:r>
      <w:r w:rsidRPr="008E006D">
        <w:rPr>
          <w:rFonts w:cs="Sakkal Majalla"/>
          <w:sz w:val="36"/>
          <w:szCs w:val="38"/>
        </w:rPr>
        <w:t xml:space="preserve"> </w:t>
      </w:r>
      <w:r w:rsidRPr="008E006D">
        <w:rPr>
          <w:rFonts w:cs="Sakkal Majalla"/>
          <w:sz w:val="36"/>
          <w:szCs w:val="38"/>
          <w:rtl/>
        </w:rPr>
        <w:t>الباحثة</w:t>
      </w:r>
      <w:r w:rsidRPr="008E006D">
        <w:rPr>
          <w:rFonts w:cs="Sakkal Majalla"/>
          <w:sz w:val="36"/>
          <w:szCs w:val="38"/>
        </w:rPr>
        <w:t xml:space="preserve"> </w:t>
      </w:r>
      <w:r w:rsidRPr="008E006D">
        <w:rPr>
          <w:rFonts w:cs="Sakkal Majalla"/>
          <w:sz w:val="36"/>
          <w:szCs w:val="38"/>
          <w:rtl/>
        </w:rPr>
        <w:t>استنادًا</w:t>
      </w:r>
      <w:r w:rsidRPr="008E006D">
        <w:rPr>
          <w:rFonts w:cs="Sakkal Majalla"/>
          <w:sz w:val="36"/>
          <w:szCs w:val="38"/>
        </w:rPr>
        <w:t xml:space="preserve"> </w:t>
      </w:r>
      <w:r w:rsidRPr="008E006D">
        <w:rPr>
          <w:rFonts w:cs="Sakkal Majalla"/>
          <w:sz w:val="36"/>
          <w:szCs w:val="38"/>
          <w:rtl/>
        </w:rPr>
        <w:t>إلى</w:t>
      </w:r>
      <w:r w:rsidRPr="008E006D">
        <w:rPr>
          <w:rFonts w:cs="Sakkal Majalla"/>
          <w:sz w:val="36"/>
          <w:szCs w:val="38"/>
        </w:rPr>
        <w:t xml:space="preserve"> </w:t>
      </w:r>
      <w:r w:rsidRPr="008E006D">
        <w:rPr>
          <w:rFonts w:cs="Sakkal Majalla"/>
          <w:sz w:val="36"/>
          <w:szCs w:val="38"/>
          <w:rtl/>
        </w:rPr>
        <w:t>الأدبيات</w:t>
      </w:r>
      <w:r w:rsidRPr="008E006D">
        <w:rPr>
          <w:rFonts w:cs="Sakkal Majalla"/>
          <w:sz w:val="36"/>
          <w:szCs w:val="38"/>
        </w:rPr>
        <w:t xml:space="preserve"> </w:t>
      </w:r>
      <w:r w:rsidRPr="008E006D">
        <w:rPr>
          <w:rFonts w:cs="Sakkal Majalla"/>
          <w:sz w:val="36"/>
          <w:szCs w:val="38"/>
          <w:rtl/>
        </w:rPr>
        <w:t>ونتائج</w:t>
      </w:r>
      <w:r w:rsidRPr="008E006D">
        <w:rPr>
          <w:rFonts w:cs="Sakkal Majalla"/>
          <w:sz w:val="36"/>
          <w:szCs w:val="38"/>
        </w:rPr>
        <w:t xml:space="preserve"> </w:t>
      </w:r>
      <w:r w:rsidRPr="008E006D">
        <w:rPr>
          <w:rFonts w:cs="Sakkal Majalla"/>
          <w:sz w:val="36"/>
          <w:szCs w:val="38"/>
          <w:rtl/>
        </w:rPr>
        <w:t>التحليل</w:t>
      </w:r>
      <w:r w:rsidRPr="008E006D">
        <w:rPr>
          <w:rFonts w:cs="Sakkal Majalla"/>
          <w:sz w:val="36"/>
          <w:szCs w:val="38"/>
        </w:rPr>
        <w:t>.</w:t>
      </w:r>
    </w:p>
    <w:p w14:paraId="238FC894" w14:textId="77777777" w:rsidR="008E006D" w:rsidRPr="002D5B89" w:rsidRDefault="008E006D" w:rsidP="002D5B89">
      <w:pPr>
        <w:pStyle w:val="Heading1"/>
        <w:pageBreakBefore w:val="0"/>
        <w:spacing w:after="200" w:line="276" w:lineRule="auto"/>
        <w:rPr>
          <w:rFonts w:ascii="Sakkal Majalla" w:eastAsia="Noto Sans Arabic" w:hAnsi="Sakkal Majalla" w:cs="Sakkal Majalla"/>
          <w:b/>
          <w:bCs/>
          <w:color w:val="10365E"/>
          <w:sz w:val="38"/>
          <w:szCs w:val="38"/>
        </w:rPr>
      </w:pPr>
      <w:bookmarkStart w:id="22" w:name="_Toc234793636"/>
      <w:r w:rsidRPr="002D5B89">
        <w:rPr>
          <w:rFonts w:ascii="Sakkal Majalla" w:eastAsia="Noto Sans Arabic" w:hAnsi="Sakkal Majalla" w:cs="Sakkal Majalla"/>
          <w:b/>
          <w:bCs/>
          <w:color w:val="10365E"/>
          <w:sz w:val="38"/>
          <w:szCs w:val="38"/>
        </w:rPr>
        <w:t xml:space="preserve">2.10 </w:t>
      </w:r>
      <w:r w:rsidRPr="002D5B89">
        <w:rPr>
          <w:rFonts w:ascii="Sakkal Majalla" w:eastAsia="Noto Sans Arabic" w:hAnsi="Sakkal Majalla" w:cs="Sakkal Majalla"/>
          <w:b/>
          <w:bCs/>
          <w:color w:val="10365E"/>
          <w:sz w:val="38"/>
          <w:szCs w:val="38"/>
          <w:rtl/>
        </w:rPr>
        <w:t>الفجوة</w:t>
      </w:r>
      <w:r w:rsidRPr="002D5B89">
        <w:rPr>
          <w:rFonts w:ascii="Sakkal Majalla" w:eastAsia="Noto Sans Arabic" w:hAnsi="Sakkal Majalla" w:cs="Sakkal Majalla"/>
          <w:b/>
          <w:bCs/>
          <w:color w:val="10365E"/>
          <w:sz w:val="38"/>
          <w:szCs w:val="38"/>
        </w:rPr>
        <w:t xml:space="preserve"> </w:t>
      </w:r>
      <w:r w:rsidRPr="002D5B89">
        <w:rPr>
          <w:rFonts w:ascii="Sakkal Majalla" w:eastAsia="Noto Sans Arabic" w:hAnsi="Sakkal Majalla" w:cs="Sakkal Majalla"/>
          <w:b/>
          <w:bCs/>
          <w:color w:val="10365E"/>
          <w:sz w:val="38"/>
          <w:szCs w:val="38"/>
          <w:rtl/>
        </w:rPr>
        <w:t>البحثية</w:t>
      </w:r>
      <w:bookmarkEnd w:id="22"/>
    </w:p>
    <w:p w14:paraId="5E0EAD5B" w14:textId="77777777" w:rsidR="008E006D" w:rsidRPr="008E006D" w:rsidRDefault="008E006D" w:rsidP="00B70DD9">
      <w:pPr>
        <w:ind w:firstLine="720"/>
        <w:rPr>
          <w:rFonts w:cs="Sakkal Majalla"/>
          <w:sz w:val="36"/>
          <w:szCs w:val="38"/>
        </w:rPr>
      </w:pPr>
      <w:r w:rsidRPr="008E006D">
        <w:rPr>
          <w:rFonts w:cs="Sakkal Majalla"/>
          <w:sz w:val="36"/>
          <w:szCs w:val="38"/>
          <w:rtl/>
        </w:rPr>
        <w:t>تتمثل</w:t>
      </w:r>
      <w:r w:rsidRPr="008E006D">
        <w:rPr>
          <w:rFonts w:cs="Sakkal Majalla"/>
          <w:sz w:val="36"/>
          <w:szCs w:val="38"/>
        </w:rPr>
        <w:t xml:space="preserve"> </w:t>
      </w:r>
      <w:r w:rsidRPr="008E006D">
        <w:rPr>
          <w:rFonts w:cs="Sakkal Majalla"/>
          <w:sz w:val="36"/>
          <w:szCs w:val="38"/>
          <w:rtl/>
        </w:rPr>
        <w:t>الفجوة</w:t>
      </w:r>
      <w:r w:rsidRPr="008E006D">
        <w:rPr>
          <w:rFonts w:cs="Sakkal Majalla"/>
          <w:sz w:val="36"/>
          <w:szCs w:val="38"/>
        </w:rPr>
        <w:t xml:space="preserve"> </w:t>
      </w:r>
      <w:r w:rsidRPr="008E006D">
        <w:rPr>
          <w:rFonts w:cs="Sakkal Majalla"/>
          <w:sz w:val="36"/>
          <w:szCs w:val="38"/>
          <w:rtl/>
        </w:rPr>
        <w:t>البحثية</w:t>
      </w:r>
      <w:r w:rsidRPr="008E006D">
        <w:rPr>
          <w:rFonts w:cs="Sakkal Majalla"/>
          <w:sz w:val="36"/>
          <w:szCs w:val="38"/>
        </w:rPr>
        <w:t xml:space="preserve"> </w:t>
      </w:r>
      <w:r w:rsidRPr="008E006D">
        <w:rPr>
          <w:rFonts w:cs="Sakkal Majalla"/>
          <w:sz w:val="36"/>
          <w:szCs w:val="38"/>
          <w:rtl/>
        </w:rPr>
        <w:t>في</w:t>
      </w:r>
      <w:r w:rsidRPr="008E006D">
        <w:rPr>
          <w:rFonts w:cs="Sakkal Majalla"/>
          <w:sz w:val="36"/>
          <w:szCs w:val="38"/>
        </w:rPr>
        <w:t xml:space="preserve"> </w:t>
      </w:r>
      <w:r w:rsidRPr="008E006D">
        <w:rPr>
          <w:rFonts w:cs="Sakkal Majalla"/>
          <w:sz w:val="36"/>
          <w:szCs w:val="38"/>
          <w:rtl/>
        </w:rPr>
        <w:t>محدودية</w:t>
      </w:r>
      <w:r w:rsidRPr="008E006D">
        <w:rPr>
          <w:rFonts w:cs="Sakkal Majalla"/>
          <w:sz w:val="36"/>
          <w:szCs w:val="38"/>
        </w:rPr>
        <w:t xml:space="preserve"> </w:t>
      </w:r>
      <w:r w:rsidRPr="008E006D">
        <w:rPr>
          <w:rFonts w:cs="Sakkal Majalla"/>
          <w:sz w:val="36"/>
          <w:szCs w:val="38"/>
          <w:rtl/>
        </w:rPr>
        <w:t>الدراسات</w:t>
      </w:r>
      <w:r w:rsidRPr="008E006D">
        <w:rPr>
          <w:rFonts w:cs="Sakkal Majalla"/>
          <w:sz w:val="36"/>
          <w:szCs w:val="38"/>
        </w:rPr>
        <w:t xml:space="preserve"> </w:t>
      </w:r>
      <w:r w:rsidRPr="008E006D">
        <w:rPr>
          <w:rFonts w:cs="Sakkal Majalla"/>
          <w:sz w:val="36"/>
          <w:szCs w:val="38"/>
          <w:rtl/>
        </w:rPr>
        <w:t>العربية</w:t>
      </w:r>
      <w:r w:rsidRPr="008E006D">
        <w:rPr>
          <w:rFonts w:cs="Sakkal Majalla"/>
          <w:sz w:val="36"/>
          <w:szCs w:val="38"/>
        </w:rPr>
        <w:t xml:space="preserve"> </w:t>
      </w:r>
      <w:r w:rsidRPr="008E006D">
        <w:rPr>
          <w:rFonts w:cs="Sakkal Majalla"/>
          <w:sz w:val="36"/>
          <w:szCs w:val="38"/>
          <w:rtl/>
        </w:rPr>
        <w:t>الميدانية</w:t>
      </w:r>
      <w:r w:rsidRPr="008E006D">
        <w:rPr>
          <w:rFonts w:cs="Sakkal Majalla"/>
          <w:sz w:val="36"/>
          <w:szCs w:val="38"/>
        </w:rPr>
        <w:t xml:space="preserve"> </w:t>
      </w:r>
      <w:r w:rsidRPr="008E006D">
        <w:rPr>
          <w:rFonts w:cs="Sakkal Majalla"/>
          <w:sz w:val="36"/>
          <w:szCs w:val="38"/>
          <w:rtl/>
        </w:rPr>
        <w:t>التي</w:t>
      </w:r>
      <w:r w:rsidRPr="008E006D">
        <w:rPr>
          <w:rFonts w:cs="Sakkal Majalla"/>
          <w:sz w:val="36"/>
          <w:szCs w:val="38"/>
        </w:rPr>
        <w:t xml:space="preserve"> </w:t>
      </w:r>
      <w:r w:rsidRPr="008E006D">
        <w:rPr>
          <w:rFonts w:cs="Sakkal Majalla"/>
          <w:sz w:val="36"/>
          <w:szCs w:val="38"/>
          <w:rtl/>
        </w:rPr>
        <w:t>تختبر</w:t>
      </w:r>
      <w:r w:rsidRPr="008E006D">
        <w:rPr>
          <w:rFonts w:cs="Sakkal Majalla"/>
          <w:sz w:val="36"/>
          <w:szCs w:val="38"/>
        </w:rPr>
        <w:t xml:space="preserve"> </w:t>
      </w:r>
      <w:r w:rsidRPr="008E006D">
        <w:rPr>
          <w:rFonts w:cs="Sakkal Majalla"/>
          <w:sz w:val="36"/>
          <w:szCs w:val="38"/>
          <w:rtl/>
        </w:rPr>
        <w:t>أثر</w:t>
      </w:r>
      <w:r w:rsidRPr="008E006D">
        <w:rPr>
          <w:rFonts w:cs="Sakkal Majalla"/>
          <w:sz w:val="36"/>
          <w:szCs w:val="38"/>
        </w:rPr>
        <w:t xml:space="preserve"> </w:t>
      </w:r>
      <w:r w:rsidRPr="008E006D">
        <w:rPr>
          <w:rFonts w:cs="Sakkal Majalla"/>
          <w:sz w:val="36"/>
          <w:szCs w:val="38"/>
          <w:rtl/>
        </w:rPr>
        <w:t>أبعاد</w:t>
      </w:r>
      <w:r w:rsidRPr="008E006D">
        <w:rPr>
          <w:rFonts w:cs="Sakkal Majalla"/>
          <w:sz w:val="36"/>
          <w:szCs w:val="38"/>
        </w:rPr>
        <w:t xml:space="preserve"> </w:t>
      </w:r>
      <w:r w:rsidRPr="008E006D">
        <w:rPr>
          <w:rFonts w:cs="Sakkal Majalla"/>
          <w:sz w:val="36"/>
          <w:szCs w:val="38"/>
          <w:rtl/>
        </w:rPr>
        <w:t>التحول</w:t>
      </w:r>
      <w:r w:rsidRPr="008E006D">
        <w:rPr>
          <w:rFonts w:cs="Sakkal Majalla"/>
          <w:sz w:val="36"/>
          <w:szCs w:val="38"/>
        </w:rPr>
        <w:t xml:space="preserve"> </w:t>
      </w:r>
      <w:r w:rsidRPr="008E006D">
        <w:rPr>
          <w:rFonts w:cs="Sakkal Majalla"/>
          <w:sz w:val="36"/>
          <w:szCs w:val="38"/>
          <w:rtl/>
        </w:rPr>
        <w:t>الرقمي</w:t>
      </w:r>
      <w:r w:rsidRPr="008E006D">
        <w:rPr>
          <w:rFonts w:cs="Sakkal Majalla"/>
          <w:sz w:val="36"/>
          <w:szCs w:val="38"/>
        </w:rPr>
        <w:t xml:space="preserve"> </w:t>
      </w:r>
      <w:r w:rsidRPr="008E006D">
        <w:rPr>
          <w:rFonts w:cs="Sakkal Majalla"/>
          <w:sz w:val="36"/>
          <w:szCs w:val="38"/>
          <w:rtl/>
        </w:rPr>
        <w:t>في</w:t>
      </w:r>
      <w:r w:rsidRPr="008E006D">
        <w:rPr>
          <w:rFonts w:cs="Sakkal Majalla"/>
          <w:sz w:val="36"/>
          <w:szCs w:val="38"/>
        </w:rPr>
        <w:t xml:space="preserve"> </w:t>
      </w:r>
      <w:r w:rsidRPr="008E006D">
        <w:rPr>
          <w:rFonts w:cs="Sakkal Majalla"/>
          <w:sz w:val="36"/>
          <w:szCs w:val="38"/>
          <w:rtl/>
        </w:rPr>
        <w:t>إدارة</w:t>
      </w:r>
      <w:r w:rsidRPr="008E006D">
        <w:rPr>
          <w:rFonts w:cs="Sakkal Majalla"/>
          <w:sz w:val="36"/>
          <w:szCs w:val="38"/>
        </w:rPr>
        <w:t xml:space="preserve"> </w:t>
      </w:r>
      <w:r w:rsidRPr="008E006D">
        <w:rPr>
          <w:rFonts w:cs="Sakkal Majalla"/>
          <w:sz w:val="36"/>
          <w:szCs w:val="38"/>
          <w:rtl/>
        </w:rPr>
        <w:t>المشاريع</w:t>
      </w:r>
      <w:r w:rsidRPr="008E006D">
        <w:rPr>
          <w:rFonts w:cs="Sakkal Majalla"/>
          <w:sz w:val="36"/>
          <w:szCs w:val="38"/>
        </w:rPr>
        <w:t xml:space="preserve"> </w:t>
      </w:r>
      <w:r w:rsidRPr="008E006D">
        <w:rPr>
          <w:rFonts w:cs="Sakkal Majalla"/>
          <w:sz w:val="36"/>
          <w:szCs w:val="38"/>
          <w:rtl/>
        </w:rPr>
        <w:t>على</w:t>
      </w:r>
      <w:r w:rsidRPr="008E006D">
        <w:rPr>
          <w:rFonts w:cs="Sakkal Majalla"/>
          <w:sz w:val="36"/>
          <w:szCs w:val="38"/>
        </w:rPr>
        <w:t xml:space="preserve"> </w:t>
      </w:r>
      <w:r w:rsidRPr="008E006D">
        <w:rPr>
          <w:rFonts w:cs="Sakkal Majalla"/>
          <w:sz w:val="36"/>
          <w:szCs w:val="38"/>
          <w:rtl/>
        </w:rPr>
        <w:t>نجاح</w:t>
      </w:r>
      <w:r w:rsidRPr="008E006D">
        <w:rPr>
          <w:rFonts w:cs="Sakkal Majalla"/>
          <w:sz w:val="36"/>
          <w:szCs w:val="38"/>
        </w:rPr>
        <w:t xml:space="preserve"> </w:t>
      </w:r>
      <w:r w:rsidRPr="008E006D">
        <w:rPr>
          <w:rFonts w:cs="Sakkal Majalla"/>
          <w:sz w:val="36"/>
          <w:szCs w:val="38"/>
          <w:rtl/>
        </w:rPr>
        <w:t>المشاريع</w:t>
      </w:r>
      <w:r w:rsidRPr="008E006D">
        <w:rPr>
          <w:rFonts w:cs="Sakkal Majalla"/>
          <w:sz w:val="36"/>
          <w:szCs w:val="38"/>
        </w:rPr>
        <w:t xml:space="preserve"> </w:t>
      </w:r>
      <w:r w:rsidRPr="008E006D">
        <w:rPr>
          <w:rFonts w:cs="Sakkal Majalla"/>
          <w:sz w:val="36"/>
          <w:szCs w:val="38"/>
          <w:rtl/>
        </w:rPr>
        <w:t>في</w:t>
      </w:r>
      <w:r w:rsidRPr="008E006D">
        <w:rPr>
          <w:rFonts w:cs="Sakkal Majalla"/>
          <w:sz w:val="36"/>
          <w:szCs w:val="38"/>
        </w:rPr>
        <w:t xml:space="preserve"> </w:t>
      </w:r>
      <w:r w:rsidRPr="008E006D">
        <w:rPr>
          <w:rFonts w:cs="Sakkal Majalla"/>
          <w:sz w:val="36"/>
          <w:szCs w:val="38"/>
          <w:rtl/>
        </w:rPr>
        <w:t>الجهات</w:t>
      </w:r>
      <w:r w:rsidRPr="008E006D">
        <w:rPr>
          <w:rFonts w:cs="Sakkal Majalla"/>
          <w:sz w:val="36"/>
          <w:szCs w:val="38"/>
        </w:rPr>
        <w:t xml:space="preserve"> </w:t>
      </w:r>
      <w:r w:rsidRPr="008E006D">
        <w:rPr>
          <w:rFonts w:cs="Sakkal Majalla"/>
          <w:sz w:val="36"/>
          <w:szCs w:val="38"/>
          <w:rtl/>
        </w:rPr>
        <w:t>الحكومية</w:t>
      </w:r>
      <w:r w:rsidRPr="008E006D">
        <w:rPr>
          <w:rFonts w:cs="Sakkal Majalla"/>
          <w:sz w:val="36"/>
          <w:szCs w:val="38"/>
        </w:rPr>
        <w:t xml:space="preserve"> </w:t>
      </w:r>
      <w:r w:rsidRPr="008E006D">
        <w:rPr>
          <w:rFonts w:cs="Sakkal Majalla"/>
          <w:sz w:val="36"/>
          <w:szCs w:val="38"/>
          <w:rtl/>
        </w:rPr>
        <w:t>السعودية</w:t>
      </w:r>
      <w:r w:rsidRPr="008E006D">
        <w:rPr>
          <w:rFonts w:cs="Sakkal Majalla"/>
          <w:sz w:val="36"/>
          <w:szCs w:val="38"/>
        </w:rPr>
        <w:t xml:space="preserve"> </w:t>
      </w:r>
      <w:r w:rsidRPr="008E006D">
        <w:rPr>
          <w:rFonts w:cs="Sakkal Majalla"/>
          <w:sz w:val="36"/>
          <w:szCs w:val="38"/>
          <w:rtl/>
        </w:rPr>
        <w:t>تحديدًا</w:t>
      </w:r>
      <w:r w:rsidRPr="008E006D">
        <w:rPr>
          <w:rFonts w:cs="Sakkal Majalla"/>
          <w:sz w:val="36"/>
          <w:szCs w:val="38"/>
        </w:rPr>
        <w:t xml:space="preserve">. </w:t>
      </w:r>
      <w:r w:rsidRPr="008E006D">
        <w:rPr>
          <w:rFonts w:cs="Sakkal Majalla"/>
          <w:sz w:val="36"/>
          <w:szCs w:val="38"/>
          <w:rtl/>
        </w:rPr>
        <w:t>فالدراسات</w:t>
      </w:r>
      <w:r w:rsidRPr="008E006D">
        <w:rPr>
          <w:rFonts w:cs="Sakkal Majalla"/>
          <w:sz w:val="36"/>
          <w:szCs w:val="38"/>
        </w:rPr>
        <w:t xml:space="preserve"> </w:t>
      </w:r>
      <w:r w:rsidRPr="008E006D">
        <w:rPr>
          <w:rFonts w:cs="Sakkal Majalla"/>
          <w:sz w:val="36"/>
          <w:szCs w:val="38"/>
          <w:rtl/>
        </w:rPr>
        <w:t>السابقة</w:t>
      </w:r>
      <w:r w:rsidRPr="008E006D">
        <w:rPr>
          <w:rFonts w:cs="Sakkal Majalla"/>
          <w:sz w:val="36"/>
          <w:szCs w:val="38"/>
        </w:rPr>
        <w:t xml:space="preserve"> </w:t>
      </w:r>
      <w:r w:rsidRPr="008E006D">
        <w:rPr>
          <w:rFonts w:cs="Sakkal Majalla"/>
          <w:sz w:val="36"/>
          <w:szCs w:val="38"/>
          <w:rtl/>
        </w:rPr>
        <w:t>تناولت</w:t>
      </w:r>
      <w:r w:rsidRPr="008E006D">
        <w:rPr>
          <w:rFonts w:cs="Sakkal Majalla"/>
          <w:sz w:val="36"/>
          <w:szCs w:val="38"/>
        </w:rPr>
        <w:t xml:space="preserve"> </w:t>
      </w:r>
      <w:r w:rsidRPr="008E006D">
        <w:rPr>
          <w:rFonts w:cs="Sakkal Majalla"/>
          <w:sz w:val="36"/>
          <w:szCs w:val="38"/>
          <w:rtl/>
        </w:rPr>
        <w:t>التحول</w:t>
      </w:r>
      <w:r w:rsidRPr="008E006D">
        <w:rPr>
          <w:rFonts w:cs="Sakkal Majalla"/>
          <w:sz w:val="36"/>
          <w:szCs w:val="38"/>
        </w:rPr>
        <w:t xml:space="preserve"> </w:t>
      </w:r>
      <w:r w:rsidRPr="008E006D">
        <w:rPr>
          <w:rFonts w:cs="Sakkal Majalla"/>
          <w:sz w:val="36"/>
          <w:szCs w:val="38"/>
          <w:rtl/>
        </w:rPr>
        <w:t>الرقمي</w:t>
      </w:r>
      <w:r w:rsidRPr="008E006D">
        <w:rPr>
          <w:rFonts w:cs="Sakkal Majalla"/>
          <w:sz w:val="36"/>
          <w:szCs w:val="38"/>
        </w:rPr>
        <w:t xml:space="preserve"> </w:t>
      </w:r>
      <w:r w:rsidRPr="008E006D">
        <w:rPr>
          <w:rFonts w:cs="Sakkal Majalla"/>
          <w:sz w:val="36"/>
          <w:szCs w:val="38"/>
          <w:rtl/>
        </w:rPr>
        <w:t>من</w:t>
      </w:r>
      <w:r w:rsidRPr="008E006D">
        <w:rPr>
          <w:rFonts w:cs="Sakkal Majalla"/>
          <w:sz w:val="36"/>
          <w:szCs w:val="38"/>
        </w:rPr>
        <w:t xml:space="preserve"> </w:t>
      </w:r>
      <w:r w:rsidRPr="008E006D">
        <w:rPr>
          <w:rFonts w:cs="Sakkal Majalla"/>
          <w:sz w:val="36"/>
          <w:szCs w:val="38"/>
          <w:rtl/>
        </w:rPr>
        <w:t>زاوية</w:t>
      </w:r>
      <w:r w:rsidRPr="008E006D">
        <w:rPr>
          <w:rFonts w:cs="Sakkal Majalla"/>
          <w:sz w:val="36"/>
          <w:szCs w:val="38"/>
        </w:rPr>
        <w:t xml:space="preserve"> </w:t>
      </w:r>
      <w:r w:rsidRPr="008E006D">
        <w:rPr>
          <w:rFonts w:cs="Sakkal Majalla"/>
          <w:sz w:val="36"/>
          <w:szCs w:val="38"/>
          <w:rtl/>
        </w:rPr>
        <w:t>الأداء</w:t>
      </w:r>
      <w:r w:rsidRPr="008E006D">
        <w:rPr>
          <w:rFonts w:cs="Sakkal Majalla"/>
          <w:sz w:val="36"/>
          <w:szCs w:val="38"/>
        </w:rPr>
        <w:t xml:space="preserve"> </w:t>
      </w:r>
      <w:r w:rsidRPr="008E006D">
        <w:rPr>
          <w:rFonts w:cs="Sakkal Majalla"/>
          <w:sz w:val="36"/>
          <w:szCs w:val="38"/>
          <w:rtl/>
        </w:rPr>
        <w:t>المؤسسي</w:t>
      </w:r>
      <w:r w:rsidRPr="008E006D">
        <w:rPr>
          <w:rFonts w:cs="Sakkal Majalla"/>
          <w:sz w:val="36"/>
          <w:szCs w:val="38"/>
        </w:rPr>
        <w:t xml:space="preserve"> </w:t>
      </w:r>
      <w:r w:rsidRPr="008E006D">
        <w:rPr>
          <w:rFonts w:cs="Sakkal Majalla"/>
          <w:sz w:val="36"/>
          <w:szCs w:val="38"/>
          <w:rtl/>
        </w:rPr>
        <w:t>أو</w:t>
      </w:r>
      <w:r w:rsidRPr="008E006D">
        <w:rPr>
          <w:rFonts w:cs="Sakkal Majalla"/>
          <w:sz w:val="36"/>
          <w:szCs w:val="38"/>
        </w:rPr>
        <w:t xml:space="preserve"> </w:t>
      </w:r>
      <w:r w:rsidRPr="008E006D">
        <w:rPr>
          <w:rFonts w:cs="Sakkal Majalla"/>
          <w:sz w:val="36"/>
          <w:szCs w:val="38"/>
          <w:rtl/>
        </w:rPr>
        <w:t>جودة</w:t>
      </w:r>
      <w:r w:rsidRPr="008E006D">
        <w:rPr>
          <w:rFonts w:cs="Sakkal Majalla"/>
          <w:sz w:val="36"/>
          <w:szCs w:val="38"/>
        </w:rPr>
        <w:t xml:space="preserve"> </w:t>
      </w:r>
      <w:r w:rsidRPr="008E006D">
        <w:rPr>
          <w:rFonts w:cs="Sakkal Majalla"/>
          <w:sz w:val="36"/>
          <w:szCs w:val="38"/>
          <w:rtl/>
        </w:rPr>
        <w:t>الخدمات</w:t>
      </w:r>
      <w:r w:rsidRPr="008E006D">
        <w:rPr>
          <w:rFonts w:cs="Sakkal Majalla"/>
          <w:sz w:val="36"/>
          <w:szCs w:val="38"/>
        </w:rPr>
        <w:t xml:space="preserve"> </w:t>
      </w:r>
      <w:r w:rsidRPr="008E006D">
        <w:rPr>
          <w:rFonts w:cs="Sakkal Majalla"/>
          <w:sz w:val="36"/>
          <w:szCs w:val="38"/>
          <w:rtl/>
        </w:rPr>
        <w:t>أو</w:t>
      </w:r>
      <w:r w:rsidRPr="008E006D">
        <w:rPr>
          <w:rFonts w:cs="Sakkal Majalla"/>
          <w:sz w:val="36"/>
          <w:szCs w:val="38"/>
        </w:rPr>
        <w:t xml:space="preserve"> </w:t>
      </w:r>
      <w:r w:rsidRPr="008E006D">
        <w:rPr>
          <w:rFonts w:cs="Sakkal Majalla"/>
          <w:sz w:val="36"/>
          <w:szCs w:val="38"/>
          <w:rtl/>
        </w:rPr>
        <w:t>القيادة،</w:t>
      </w:r>
      <w:r w:rsidRPr="008E006D">
        <w:rPr>
          <w:rFonts w:cs="Sakkal Majalla"/>
          <w:sz w:val="36"/>
          <w:szCs w:val="38"/>
        </w:rPr>
        <w:t xml:space="preserve"> </w:t>
      </w:r>
      <w:r w:rsidRPr="008E006D">
        <w:rPr>
          <w:rFonts w:cs="Sakkal Majalla"/>
          <w:sz w:val="36"/>
          <w:szCs w:val="38"/>
          <w:rtl/>
        </w:rPr>
        <w:t>لكنها</w:t>
      </w:r>
      <w:r w:rsidRPr="008E006D">
        <w:rPr>
          <w:rFonts w:cs="Sakkal Majalla"/>
          <w:sz w:val="36"/>
          <w:szCs w:val="38"/>
        </w:rPr>
        <w:t xml:space="preserve"> </w:t>
      </w:r>
      <w:r w:rsidRPr="008E006D">
        <w:rPr>
          <w:rFonts w:cs="Sakkal Majalla"/>
          <w:sz w:val="36"/>
          <w:szCs w:val="38"/>
          <w:rtl/>
        </w:rPr>
        <w:t>لم</w:t>
      </w:r>
      <w:r w:rsidRPr="008E006D">
        <w:rPr>
          <w:rFonts w:cs="Sakkal Majalla"/>
          <w:sz w:val="36"/>
          <w:szCs w:val="38"/>
        </w:rPr>
        <w:t xml:space="preserve"> </w:t>
      </w:r>
      <w:r w:rsidRPr="008E006D">
        <w:rPr>
          <w:rFonts w:cs="Sakkal Majalla"/>
          <w:sz w:val="36"/>
          <w:szCs w:val="38"/>
          <w:rtl/>
        </w:rPr>
        <w:t>تربط</w:t>
      </w:r>
      <w:r w:rsidRPr="008E006D">
        <w:rPr>
          <w:rFonts w:cs="Sakkal Majalla"/>
          <w:sz w:val="36"/>
          <w:szCs w:val="38"/>
        </w:rPr>
        <w:t xml:space="preserve"> </w:t>
      </w:r>
      <w:r w:rsidRPr="008E006D">
        <w:rPr>
          <w:rFonts w:cs="Sakkal Majalla"/>
          <w:sz w:val="36"/>
          <w:szCs w:val="38"/>
          <w:rtl/>
        </w:rPr>
        <w:t>بصورة</w:t>
      </w:r>
      <w:r w:rsidRPr="008E006D">
        <w:rPr>
          <w:rFonts w:cs="Sakkal Majalla"/>
          <w:sz w:val="36"/>
          <w:szCs w:val="38"/>
        </w:rPr>
        <w:t xml:space="preserve"> </w:t>
      </w:r>
      <w:r w:rsidRPr="008E006D">
        <w:rPr>
          <w:rFonts w:cs="Sakkal Majalla"/>
          <w:sz w:val="36"/>
          <w:szCs w:val="38"/>
          <w:rtl/>
        </w:rPr>
        <w:t>كافية</w:t>
      </w:r>
      <w:r w:rsidRPr="008E006D">
        <w:rPr>
          <w:rFonts w:cs="Sakkal Majalla"/>
          <w:sz w:val="36"/>
          <w:szCs w:val="38"/>
        </w:rPr>
        <w:t xml:space="preserve"> </w:t>
      </w:r>
      <w:r w:rsidRPr="008E006D">
        <w:rPr>
          <w:rFonts w:cs="Sakkal Majalla"/>
          <w:sz w:val="36"/>
          <w:szCs w:val="38"/>
          <w:rtl/>
        </w:rPr>
        <w:t>بين</w:t>
      </w:r>
      <w:r w:rsidRPr="008E006D">
        <w:rPr>
          <w:rFonts w:cs="Sakkal Majalla"/>
          <w:sz w:val="36"/>
          <w:szCs w:val="38"/>
        </w:rPr>
        <w:t xml:space="preserve"> </w:t>
      </w:r>
      <w:r w:rsidRPr="008E006D">
        <w:rPr>
          <w:rFonts w:cs="Sakkal Majalla"/>
          <w:sz w:val="36"/>
          <w:szCs w:val="38"/>
          <w:rtl/>
        </w:rPr>
        <w:t>البنية</w:t>
      </w:r>
      <w:r w:rsidRPr="008E006D">
        <w:rPr>
          <w:rFonts w:cs="Sakkal Majalla"/>
          <w:sz w:val="36"/>
          <w:szCs w:val="38"/>
        </w:rPr>
        <w:t xml:space="preserve"> </w:t>
      </w:r>
      <w:r w:rsidRPr="008E006D">
        <w:rPr>
          <w:rFonts w:cs="Sakkal Majalla"/>
          <w:sz w:val="36"/>
          <w:szCs w:val="38"/>
          <w:rtl/>
        </w:rPr>
        <w:t>التحتية</w:t>
      </w:r>
      <w:r w:rsidRPr="008E006D">
        <w:rPr>
          <w:rFonts w:cs="Sakkal Majalla"/>
          <w:sz w:val="36"/>
          <w:szCs w:val="38"/>
        </w:rPr>
        <w:t xml:space="preserve"> </w:t>
      </w:r>
      <w:r w:rsidRPr="008E006D">
        <w:rPr>
          <w:rFonts w:cs="Sakkal Majalla"/>
          <w:sz w:val="36"/>
          <w:szCs w:val="38"/>
          <w:rtl/>
        </w:rPr>
        <w:t>والثقافة</w:t>
      </w:r>
      <w:r w:rsidRPr="008E006D">
        <w:rPr>
          <w:rFonts w:cs="Sakkal Majalla"/>
          <w:sz w:val="36"/>
          <w:szCs w:val="38"/>
        </w:rPr>
        <w:t xml:space="preserve"> </w:t>
      </w:r>
      <w:r w:rsidRPr="008E006D">
        <w:rPr>
          <w:rFonts w:cs="Sakkal Majalla"/>
          <w:sz w:val="36"/>
          <w:szCs w:val="38"/>
          <w:rtl/>
        </w:rPr>
        <w:t>والقيادة</w:t>
      </w:r>
      <w:r w:rsidRPr="008E006D">
        <w:rPr>
          <w:rFonts w:cs="Sakkal Majalla"/>
          <w:sz w:val="36"/>
          <w:szCs w:val="38"/>
        </w:rPr>
        <w:t xml:space="preserve"> </w:t>
      </w:r>
      <w:r w:rsidRPr="008E006D">
        <w:rPr>
          <w:rFonts w:cs="Sakkal Majalla"/>
          <w:sz w:val="36"/>
          <w:szCs w:val="38"/>
          <w:rtl/>
        </w:rPr>
        <w:t>والتقنيات</w:t>
      </w:r>
      <w:r w:rsidRPr="008E006D">
        <w:rPr>
          <w:rFonts w:cs="Sakkal Majalla"/>
          <w:sz w:val="36"/>
          <w:szCs w:val="38"/>
        </w:rPr>
        <w:t xml:space="preserve"> </w:t>
      </w:r>
      <w:r w:rsidRPr="008E006D">
        <w:rPr>
          <w:rFonts w:cs="Sakkal Majalla"/>
          <w:sz w:val="36"/>
          <w:szCs w:val="38"/>
          <w:rtl/>
        </w:rPr>
        <w:t>الذكية</w:t>
      </w:r>
      <w:r w:rsidRPr="008E006D">
        <w:rPr>
          <w:rFonts w:cs="Sakkal Majalla"/>
          <w:sz w:val="36"/>
          <w:szCs w:val="38"/>
        </w:rPr>
        <w:t xml:space="preserve"> </w:t>
      </w:r>
      <w:r w:rsidRPr="008E006D">
        <w:rPr>
          <w:rFonts w:cs="Sakkal Majalla"/>
          <w:sz w:val="36"/>
          <w:szCs w:val="38"/>
          <w:rtl/>
        </w:rPr>
        <w:t>وبين</w:t>
      </w:r>
      <w:r w:rsidRPr="008E006D">
        <w:rPr>
          <w:rFonts w:cs="Sakkal Majalla"/>
          <w:sz w:val="36"/>
          <w:szCs w:val="38"/>
        </w:rPr>
        <w:t xml:space="preserve"> </w:t>
      </w:r>
      <w:r w:rsidRPr="008E006D">
        <w:rPr>
          <w:rFonts w:cs="Sakkal Majalla"/>
          <w:sz w:val="36"/>
          <w:szCs w:val="38"/>
          <w:rtl/>
        </w:rPr>
        <w:t>معايير</w:t>
      </w:r>
      <w:r w:rsidRPr="008E006D">
        <w:rPr>
          <w:rFonts w:cs="Sakkal Majalla"/>
          <w:sz w:val="36"/>
          <w:szCs w:val="38"/>
        </w:rPr>
        <w:t xml:space="preserve"> </w:t>
      </w:r>
      <w:r w:rsidRPr="008E006D">
        <w:rPr>
          <w:rFonts w:cs="Sakkal Majalla"/>
          <w:sz w:val="36"/>
          <w:szCs w:val="38"/>
          <w:rtl/>
        </w:rPr>
        <w:t>نجاح</w:t>
      </w:r>
      <w:r w:rsidRPr="008E006D">
        <w:rPr>
          <w:rFonts w:cs="Sakkal Majalla"/>
          <w:sz w:val="36"/>
          <w:szCs w:val="38"/>
        </w:rPr>
        <w:t xml:space="preserve"> </w:t>
      </w:r>
      <w:r w:rsidRPr="008E006D">
        <w:rPr>
          <w:rFonts w:cs="Sakkal Majalla"/>
          <w:sz w:val="36"/>
          <w:szCs w:val="38"/>
          <w:rtl/>
        </w:rPr>
        <w:t>المشروع</w:t>
      </w:r>
      <w:r w:rsidRPr="008E006D">
        <w:rPr>
          <w:rFonts w:cs="Sakkal Majalla"/>
          <w:sz w:val="36"/>
          <w:szCs w:val="38"/>
        </w:rPr>
        <w:t xml:space="preserve"> </w:t>
      </w:r>
      <w:r w:rsidRPr="008E006D">
        <w:rPr>
          <w:rFonts w:cs="Sakkal Majalla"/>
          <w:sz w:val="36"/>
          <w:szCs w:val="38"/>
          <w:rtl/>
        </w:rPr>
        <w:t>الحكومي</w:t>
      </w:r>
      <w:r w:rsidRPr="008E006D">
        <w:rPr>
          <w:rFonts w:cs="Sakkal Majalla"/>
          <w:sz w:val="36"/>
          <w:szCs w:val="38"/>
        </w:rPr>
        <w:t>.</w:t>
      </w:r>
    </w:p>
    <w:p w14:paraId="741D62DB" w14:textId="77777777" w:rsidR="008E006D" w:rsidRPr="008E006D" w:rsidRDefault="008E006D" w:rsidP="00B70DD9">
      <w:pPr>
        <w:ind w:firstLine="720"/>
        <w:rPr>
          <w:rFonts w:cs="Sakkal Majalla"/>
          <w:sz w:val="36"/>
          <w:szCs w:val="38"/>
        </w:rPr>
      </w:pPr>
      <w:r w:rsidRPr="008E006D">
        <w:rPr>
          <w:rFonts w:cs="Sakkal Majalla"/>
          <w:sz w:val="36"/>
          <w:szCs w:val="38"/>
          <w:rtl/>
        </w:rPr>
        <w:t>وتبرز</w:t>
      </w:r>
      <w:r w:rsidRPr="008E006D">
        <w:rPr>
          <w:rFonts w:cs="Sakkal Majalla"/>
          <w:sz w:val="36"/>
          <w:szCs w:val="38"/>
        </w:rPr>
        <w:t xml:space="preserve"> </w:t>
      </w:r>
      <w:r w:rsidRPr="008E006D">
        <w:rPr>
          <w:rFonts w:cs="Sakkal Majalla"/>
          <w:sz w:val="36"/>
          <w:szCs w:val="38"/>
          <w:rtl/>
        </w:rPr>
        <w:t>الفجوة</w:t>
      </w:r>
      <w:r w:rsidRPr="008E006D">
        <w:rPr>
          <w:rFonts w:cs="Sakkal Majalla"/>
          <w:sz w:val="36"/>
          <w:szCs w:val="38"/>
        </w:rPr>
        <w:t xml:space="preserve"> </w:t>
      </w:r>
      <w:r w:rsidRPr="008E006D">
        <w:rPr>
          <w:rFonts w:cs="Sakkal Majalla"/>
          <w:sz w:val="36"/>
          <w:szCs w:val="38"/>
          <w:rtl/>
        </w:rPr>
        <w:t>أيضًا</w:t>
      </w:r>
      <w:r w:rsidRPr="008E006D">
        <w:rPr>
          <w:rFonts w:cs="Sakkal Majalla"/>
          <w:sz w:val="36"/>
          <w:szCs w:val="38"/>
        </w:rPr>
        <w:t xml:space="preserve"> </w:t>
      </w:r>
      <w:r w:rsidRPr="008E006D">
        <w:rPr>
          <w:rFonts w:cs="Sakkal Majalla"/>
          <w:sz w:val="36"/>
          <w:szCs w:val="38"/>
          <w:rtl/>
        </w:rPr>
        <w:t>في</w:t>
      </w:r>
      <w:r w:rsidRPr="008E006D">
        <w:rPr>
          <w:rFonts w:cs="Sakkal Majalla"/>
          <w:sz w:val="36"/>
          <w:szCs w:val="38"/>
        </w:rPr>
        <w:t xml:space="preserve"> </w:t>
      </w:r>
      <w:r w:rsidRPr="008E006D">
        <w:rPr>
          <w:rFonts w:cs="Sakkal Majalla"/>
          <w:sz w:val="36"/>
          <w:szCs w:val="38"/>
          <w:rtl/>
        </w:rPr>
        <w:t>الحاجة</w:t>
      </w:r>
      <w:r w:rsidRPr="008E006D">
        <w:rPr>
          <w:rFonts w:cs="Sakkal Majalla"/>
          <w:sz w:val="36"/>
          <w:szCs w:val="38"/>
        </w:rPr>
        <w:t xml:space="preserve"> </w:t>
      </w:r>
      <w:r w:rsidRPr="008E006D">
        <w:rPr>
          <w:rFonts w:cs="Sakkal Majalla"/>
          <w:sz w:val="36"/>
          <w:szCs w:val="38"/>
          <w:rtl/>
        </w:rPr>
        <w:t>إلى</w:t>
      </w:r>
      <w:r w:rsidRPr="008E006D">
        <w:rPr>
          <w:rFonts w:cs="Sakkal Majalla"/>
          <w:sz w:val="36"/>
          <w:szCs w:val="38"/>
        </w:rPr>
        <w:t xml:space="preserve"> </w:t>
      </w:r>
      <w:r w:rsidRPr="008E006D">
        <w:rPr>
          <w:rFonts w:cs="Sakkal Majalla"/>
          <w:sz w:val="36"/>
          <w:szCs w:val="38"/>
          <w:rtl/>
        </w:rPr>
        <w:t>نموذج</w:t>
      </w:r>
      <w:r w:rsidRPr="008E006D">
        <w:rPr>
          <w:rFonts w:cs="Sakkal Majalla"/>
          <w:sz w:val="36"/>
          <w:szCs w:val="38"/>
        </w:rPr>
        <w:t xml:space="preserve"> </w:t>
      </w:r>
      <w:r w:rsidRPr="008E006D">
        <w:rPr>
          <w:rFonts w:cs="Sakkal Majalla"/>
          <w:sz w:val="36"/>
          <w:szCs w:val="38"/>
          <w:rtl/>
        </w:rPr>
        <w:t>قياس</w:t>
      </w:r>
      <w:r w:rsidRPr="008E006D">
        <w:rPr>
          <w:rFonts w:cs="Sakkal Majalla"/>
          <w:sz w:val="36"/>
          <w:szCs w:val="38"/>
        </w:rPr>
        <w:t xml:space="preserve"> </w:t>
      </w:r>
      <w:r w:rsidRPr="008E006D">
        <w:rPr>
          <w:rFonts w:cs="Sakkal Majalla"/>
          <w:sz w:val="36"/>
          <w:szCs w:val="38"/>
          <w:rtl/>
        </w:rPr>
        <w:t>يساعد</w:t>
      </w:r>
      <w:r w:rsidRPr="008E006D">
        <w:rPr>
          <w:rFonts w:cs="Sakkal Majalla"/>
          <w:sz w:val="36"/>
          <w:szCs w:val="38"/>
        </w:rPr>
        <w:t xml:space="preserve"> </w:t>
      </w:r>
      <w:r w:rsidRPr="008E006D">
        <w:rPr>
          <w:rFonts w:cs="Sakkal Majalla"/>
          <w:sz w:val="36"/>
          <w:szCs w:val="38"/>
          <w:rtl/>
        </w:rPr>
        <w:t>مكاتب</w:t>
      </w:r>
      <w:r w:rsidRPr="008E006D">
        <w:rPr>
          <w:rFonts w:cs="Sakkal Majalla"/>
          <w:sz w:val="36"/>
          <w:szCs w:val="38"/>
        </w:rPr>
        <w:t xml:space="preserve"> </w:t>
      </w:r>
      <w:r w:rsidRPr="008E006D">
        <w:rPr>
          <w:rFonts w:cs="Sakkal Majalla"/>
          <w:sz w:val="36"/>
          <w:szCs w:val="38"/>
          <w:rtl/>
        </w:rPr>
        <w:t>إدارة</w:t>
      </w:r>
      <w:r w:rsidRPr="008E006D">
        <w:rPr>
          <w:rFonts w:cs="Sakkal Majalla"/>
          <w:sz w:val="36"/>
          <w:szCs w:val="38"/>
        </w:rPr>
        <w:t xml:space="preserve"> </w:t>
      </w:r>
      <w:r w:rsidRPr="008E006D">
        <w:rPr>
          <w:rFonts w:cs="Sakkal Majalla"/>
          <w:sz w:val="36"/>
          <w:szCs w:val="38"/>
          <w:rtl/>
        </w:rPr>
        <w:t>المشاريع</w:t>
      </w:r>
      <w:r w:rsidRPr="008E006D">
        <w:rPr>
          <w:rFonts w:cs="Sakkal Majalla"/>
          <w:sz w:val="36"/>
          <w:szCs w:val="38"/>
        </w:rPr>
        <w:t xml:space="preserve"> </w:t>
      </w:r>
      <w:r w:rsidRPr="008E006D">
        <w:rPr>
          <w:rFonts w:cs="Sakkal Majalla"/>
          <w:sz w:val="36"/>
          <w:szCs w:val="38"/>
          <w:rtl/>
        </w:rPr>
        <w:t>الحكومية</w:t>
      </w:r>
      <w:r w:rsidRPr="008E006D">
        <w:rPr>
          <w:rFonts w:cs="Sakkal Majalla"/>
          <w:sz w:val="36"/>
          <w:szCs w:val="38"/>
        </w:rPr>
        <w:t xml:space="preserve"> </w:t>
      </w:r>
      <w:r w:rsidRPr="008E006D">
        <w:rPr>
          <w:rFonts w:cs="Sakkal Majalla"/>
          <w:sz w:val="36"/>
          <w:szCs w:val="38"/>
          <w:rtl/>
        </w:rPr>
        <w:t>على</w:t>
      </w:r>
      <w:r w:rsidRPr="008E006D">
        <w:rPr>
          <w:rFonts w:cs="Sakkal Majalla"/>
          <w:sz w:val="36"/>
          <w:szCs w:val="38"/>
        </w:rPr>
        <w:t xml:space="preserve"> </w:t>
      </w:r>
      <w:r w:rsidRPr="008E006D">
        <w:rPr>
          <w:rFonts w:cs="Sakkal Majalla"/>
          <w:sz w:val="36"/>
          <w:szCs w:val="38"/>
          <w:rtl/>
        </w:rPr>
        <w:t>فهم</w:t>
      </w:r>
      <w:r w:rsidRPr="008E006D">
        <w:rPr>
          <w:rFonts w:cs="Sakkal Majalla"/>
          <w:sz w:val="36"/>
          <w:szCs w:val="38"/>
        </w:rPr>
        <w:t xml:space="preserve"> </w:t>
      </w:r>
      <w:r w:rsidRPr="008E006D">
        <w:rPr>
          <w:rFonts w:cs="Sakkal Majalla"/>
          <w:sz w:val="36"/>
          <w:szCs w:val="38"/>
          <w:rtl/>
        </w:rPr>
        <w:t>الأبعاد</w:t>
      </w:r>
      <w:r w:rsidRPr="008E006D">
        <w:rPr>
          <w:rFonts w:cs="Sakkal Majalla"/>
          <w:sz w:val="36"/>
          <w:szCs w:val="38"/>
        </w:rPr>
        <w:t xml:space="preserve"> </w:t>
      </w:r>
      <w:r w:rsidRPr="008E006D">
        <w:rPr>
          <w:rFonts w:cs="Sakkal Majalla"/>
          <w:sz w:val="36"/>
          <w:szCs w:val="38"/>
          <w:rtl/>
        </w:rPr>
        <w:t>الأكثر</w:t>
      </w:r>
      <w:r w:rsidRPr="008E006D">
        <w:rPr>
          <w:rFonts w:cs="Sakkal Majalla"/>
          <w:sz w:val="36"/>
          <w:szCs w:val="38"/>
        </w:rPr>
        <w:t xml:space="preserve"> </w:t>
      </w:r>
      <w:r w:rsidRPr="008E006D">
        <w:rPr>
          <w:rFonts w:cs="Sakkal Majalla"/>
          <w:sz w:val="36"/>
          <w:szCs w:val="38"/>
          <w:rtl/>
        </w:rPr>
        <w:t>تأثيرًا،</w:t>
      </w:r>
      <w:r w:rsidRPr="008E006D">
        <w:rPr>
          <w:rFonts w:cs="Sakkal Majalla"/>
          <w:sz w:val="36"/>
          <w:szCs w:val="38"/>
        </w:rPr>
        <w:t xml:space="preserve"> </w:t>
      </w:r>
      <w:r w:rsidRPr="008E006D">
        <w:rPr>
          <w:rFonts w:cs="Sakkal Majalla"/>
          <w:sz w:val="36"/>
          <w:szCs w:val="38"/>
          <w:rtl/>
        </w:rPr>
        <w:t>حتى</w:t>
      </w:r>
      <w:r w:rsidRPr="008E006D">
        <w:rPr>
          <w:rFonts w:cs="Sakkal Majalla"/>
          <w:sz w:val="36"/>
          <w:szCs w:val="38"/>
        </w:rPr>
        <w:t xml:space="preserve"> </w:t>
      </w:r>
      <w:r w:rsidRPr="008E006D">
        <w:rPr>
          <w:rFonts w:cs="Sakkal Majalla"/>
          <w:sz w:val="36"/>
          <w:szCs w:val="38"/>
          <w:rtl/>
        </w:rPr>
        <w:t>لا</w:t>
      </w:r>
      <w:r w:rsidRPr="008E006D">
        <w:rPr>
          <w:rFonts w:cs="Sakkal Majalla"/>
          <w:sz w:val="36"/>
          <w:szCs w:val="38"/>
        </w:rPr>
        <w:t xml:space="preserve"> </w:t>
      </w:r>
      <w:r w:rsidRPr="008E006D">
        <w:rPr>
          <w:rFonts w:cs="Sakkal Majalla"/>
          <w:sz w:val="36"/>
          <w:szCs w:val="38"/>
          <w:rtl/>
        </w:rPr>
        <w:t>يتم</w:t>
      </w:r>
      <w:r w:rsidRPr="008E006D">
        <w:rPr>
          <w:rFonts w:cs="Sakkal Majalla"/>
          <w:sz w:val="36"/>
          <w:szCs w:val="38"/>
        </w:rPr>
        <w:t xml:space="preserve"> </w:t>
      </w:r>
      <w:r w:rsidRPr="008E006D">
        <w:rPr>
          <w:rFonts w:cs="Sakkal Majalla"/>
          <w:sz w:val="36"/>
          <w:szCs w:val="38"/>
          <w:rtl/>
        </w:rPr>
        <w:t>التعامل</w:t>
      </w:r>
      <w:r w:rsidRPr="008E006D">
        <w:rPr>
          <w:rFonts w:cs="Sakkal Majalla"/>
          <w:sz w:val="36"/>
          <w:szCs w:val="38"/>
        </w:rPr>
        <w:t xml:space="preserve"> </w:t>
      </w:r>
      <w:r w:rsidRPr="008E006D">
        <w:rPr>
          <w:rFonts w:cs="Sakkal Majalla"/>
          <w:sz w:val="36"/>
          <w:szCs w:val="38"/>
          <w:rtl/>
        </w:rPr>
        <w:t>مع</w:t>
      </w:r>
      <w:r w:rsidRPr="008E006D">
        <w:rPr>
          <w:rFonts w:cs="Sakkal Majalla"/>
          <w:sz w:val="36"/>
          <w:szCs w:val="38"/>
        </w:rPr>
        <w:t xml:space="preserve"> </w:t>
      </w:r>
      <w:r w:rsidRPr="008E006D">
        <w:rPr>
          <w:rFonts w:cs="Sakkal Majalla"/>
          <w:sz w:val="36"/>
          <w:szCs w:val="38"/>
          <w:rtl/>
        </w:rPr>
        <w:t>التحول</w:t>
      </w:r>
      <w:r w:rsidRPr="008E006D">
        <w:rPr>
          <w:rFonts w:cs="Sakkal Majalla"/>
          <w:sz w:val="36"/>
          <w:szCs w:val="38"/>
        </w:rPr>
        <w:t xml:space="preserve"> </w:t>
      </w:r>
      <w:r w:rsidRPr="008E006D">
        <w:rPr>
          <w:rFonts w:cs="Sakkal Majalla"/>
          <w:sz w:val="36"/>
          <w:szCs w:val="38"/>
          <w:rtl/>
        </w:rPr>
        <w:t>الرقمي</w:t>
      </w:r>
      <w:r w:rsidRPr="008E006D">
        <w:rPr>
          <w:rFonts w:cs="Sakkal Majalla"/>
          <w:sz w:val="36"/>
          <w:szCs w:val="38"/>
        </w:rPr>
        <w:t xml:space="preserve"> </w:t>
      </w:r>
      <w:r w:rsidRPr="008E006D">
        <w:rPr>
          <w:rFonts w:cs="Sakkal Majalla"/>
          <w:sz w:val="36"/>
          <w:szCs w:val="38"/>
          <w:rtl/>
        </w:rPr>
        <w:t>بوصفه</w:t>
      </w:r>
      <w:r w:rsidRPr="008E006D">
        <w:rPr>
          <w:rFonts w:cs="Sakkal Majalla"/>
          <w:sz w:val="36"/>
          <w:szCs w:val="38"/>
        </w:rPr>
        <w:t xml:space="preserve"> </w:t>
      </w:r>
      <w:r w:rsidRPr="008E006D">
        <w:rPr>
          <w:rFonts w:cs="Sakkal Majalla"/>
          <w:sz w:val="36"/>
          <w:szCs w:val="38"/>
          <w:rtl/>
        </w:rPr>
        <w:t>حزمة</w:t>
      </w:r>
      <w:r w:rsidRPr="008E006D">
        <w:rPr>
          <w:rFonts w:cs="Sakkal Majalla"/>
          <w:sz w:val="36"/>
          <w:szCs w:val="38"/>
        </w:rPr>
        <w:t xml:space="preserve"> </w:t>
      </w:r>
      <w:r w:rsidRPr="008E006D">
        <w:rPr>
          <w:rFonts w:cs="Sakkal Majalla"/>
          <w:sz w:val="36"/>
          <w:szCs w:val="38"/>
          <w:rtl/>
        </w:rPr>
        <w:t>تقنية</w:t>
      </w:r>
      <w:r w:rsidRPr="008E006D">
        <w:rPr>
          <w:rFonts w:cs="Sakkal Majalla"/>
          <w:sz w:val="36"/>
          <w:szCs w:val="38"/>
        </w:rPr>
        <w:t xml:space="preserve"> </w:t>
      </w:r>
      <w:r w:rsidRPr="008E006D">
        <w:rPr>
          <w:rFonts w:cs="Sakkal Majalla"/>
          <w:sz w:val="36"/>
          <w:szCs w:val="38"/>
          <w:rtl/>
        </w:rPr>
        <w:t>واحدة</w:t>
      </w:r>
      <w:r w:rsidRPr="008E006D">
        <w:rPr>
          <w:rFonts w:cs="Sakkal Majalla"/>
          <w:sz w:val="36"/>
          <w:szCs w:val="38"/>
        </w:rPr>
        <w:t xml:space="preserve">. </w:t>
      </w:r>
      <w:r w:rsidRPr="008E006D">
        <w:rPr>
          <w:rFonts w:cs="Sakkal Majalla"/>
          <w:sz w:val="36"/>
          <w:szCs w:val="38"/>
          <w:rtl/>
        </w:rPr>
        <w:t>ومن</w:t>
      </w:r>
      <w:r w:rsidRPr="008E006D">
        <w:rPr>
          <w:rFonts w:cs="Sakkal Majalla"/>
          <w:sz w:val="36"/>
          <w:szCs w:val="38"/>
        </w:rPr>
        <w:t xml:space="preserve"> </w:t>
      </w:r>
      <w:r w:rsidRPr="008E006D">
        <w:rPr>
          <w:rFonts w:cs="Sakkal Majalla"/>
          <w:sz w:val="36"/>
          <w:szCs w:val="38"/>
          <w:rtl/>
        </w:rPr>
        <w:t>ثم</w:t>
      </w:r>
      <w:r w:rsidRPr="008E006D">
        <w:rPr>
          <w:rFonts w:cs="Sakkal Majalla"/>
          <w:sz w:val="36"/>
          <w:szCs w:val="38"/>
        </w:rPr>
        <w:t xml:space="preserve"> </w:t>
      </w:r>
      <w:r w:rsidRPr="008E006D">
        <w:rPr>
          <w:rFonts w:cs="Sakkal Majalla"/>
          <w:sz w:val="36"/>
          <w:szCs w:val="38"/>
          <w:rtl/>
        </w:rPr>
        <w:t>تسعى</w:t>
      </w:r>
      <w:r w:rsidRPr="008E006D">
        <w:rPr>
          <w:rFonts w:cs="Sakkal Majalla"/>
          <w:sz w:val="36"/>
          <w:szCs w:val="38"/>
        </w:rPr>
        <w:t xml:space="preserve"> </w:t>
      </w:r>
      <w:r w:rsidRPr="008E006D">
        <w:rPr>
          <w:rFonts w:cs="Sakkal Majalla"/>
          <w:sz w:val="36"/>
          <w:szCs w:val="38"/>
          <w:rtl/>
        </w:rPr>
        <w:t>الدراسة</w:t>
      </w:r>
      <w:r w:rsidRPr="008E006D">
        <w:rPr>
          <w:rFonts w:cs="Sakkal Majalla"/>
          <w:sz w:val="36"/>
          <w:szCs w:val="38"/>
        </w:rPr>
        <w:t xml:space="preserve"> </w:t>
      </w:r>
      <w:r w:rsidRPr="008E006D">
        <w:rPr>
          <w:rFonts w:cs="Sakkal Majalla"/>
          <w:sz w:val="36"/>
          <w:szCs w:val="38"/>
          <w:rtl/>
        </w:rPr>
        <w:t>الحالية</w:t>
      </w:r>
      <w:r w:rsidRPr="008E006D">
        <w:rPr>
          <w:rFonts w:cs="Sakkal Majalla"/>
          <w:sz w:val="36"/>
          <w:szCs w:val="38"/>
        </w:rPr>
        <w:t xml:space="preserve"> </w:t>
      </w:r>
      <w:r w:rsidRPr="008E006D">
        <w:rPr>
          <w:rFonts w:cs="Sakkal Majalla"/>
          <w:sz w:val="36"/>
          <w:szCs w:val="38"/>
          <w:rtl/>
        </w:rPr>
        <w:t>إلى</w:t>
      </w:r>
      <w:r w:rsidRPr="008E006D">
        <w:rPr>
          <w:rFonts w:cs="Sakkal Majalla"/>
          <w:sz w:val="36"/>
          <w:szCs w:val="38"/>
        </w:rPr>
        <w:t xml:space="preserve"> </w:t>
      </w:r>
      <w:r w:rsidRPr="008E006D">
        <w:rPr>
          <w:rFonts w:cs="Sakkal Majalla"/>
          <w:sz w:val="36"/>
          <w:szCs w:val="38"/>
          <w:rtl/>
        </w:rPr>
        <w:t>تقديم</w:t>
      </w:r>
      <w:r w:rsidRPr="008E006D">
        <w:rPr>
          <w:rFonts w:cs="Sakkal Majalla"/>
          <w:sz w:val="36"/>
          <w:szCs w:val="38"/>
        </w:rPr>
        <w:t xml:space="preserve"> </w:t>
      </w:r>
      <w:r w:rsidRPr="008E006D">
        <w:rPr>
          <w:rFonts w:cs="Sakkal Majalla"/>
          <w:sz w:val="36"/>
          <w:szCs w:val="38"/>
          <w:rtl/>
        </w:rPr>
        <w:t>نموذج</w:t>
      </w:r>
      <w:r w:rsidRPr="008E006D">
        <w:rPr>
          <w:rFonts w:cs="Sakkal Majalla"/>
          <w:sz w:val="36"/>
          <w:szCs w:val="38"/>
        </w:rPr>
        <w:t xml:space="preserve"> </w:t>
      </w:r>
      <w:r w:rsidRPr="008E006D">
        <w:rPr>
          <w:rFonts w:cs="Sakkal Majalla"/>
          <w:sz w:val="36"/>
          <w:szCs w:val="38"/>
          <w:rtl/>
        </w:rPr>
        <w:t>متكامل</w:t>
      </w:r>
      <w:r w:rsidRPr="008E006D">
        <w:rPr>
          <w:rFonts w:cs="Sakkal Majalla"/>
          <w:sz w:val="36"/>
          <w:szCs w:val="38"/>
        </w:rPr>
        <w:t xml:space="preserve"> </w:t>
      </w:r>
      <w:r w:rsidRPr="008E006D">
        <w:rPr>
          <w:rFonts w:cs="Sakkal Majalla"/>
          <w:sz w:val="36"/>
          <w:szCs w:val="38"/>
          <w:rtl/>
        </w:rPr>
        <w:t>يقيس</w:t>
      </w:r>
      <w:r w:rsidRPr="008E006D">
        <w:rPr>
          <w:rFonts w:cs="Sakkal Majalla"/>
          <w:sz w:val="36"/>
          <w:szCs w:val="38"/>
        </w:rPr>
        <w:t xml:space="preserve"> </w:t>
      </w:r>
      <w:r w:rsidRPr="008E006D">
        <w:rPr>
          <w:rFonts w:cs="Sakkal Majalla"/>
          <w:sz w:val="36"/>
          <w:szCs w:val="38"/>
          <w:rtl/>
        </w:rPr>
        <w:t>الأثر</w:t>
      </w:r>
      <w:r w:rsidRPr="008E006D">
        <w:rPr>
          <w:rFonts w:cs="Sakkal Majalla"/>
          <w:sz w:val="36"/>
          <w:szCs w:val="38"/>
        </w:rPr>
        <w:t xml:space="preserve"> </w:t>
      </w:r>
      <w:r w:rsidRPr="008E006D">
        <w:rPr>
          <w:rFonts w:cs="Sakkal Majalla"/>
          <w:sz w:val="36"/>
          <w:szCs w:val="38"/>
          <w:rtl/>
        </w:rPr>
        <w:t>النسبي</w:t>
      </w:r>
      <w:r w:rsidRPr="008E006D">
        <w:rPr>
          <w:rFonts w:cs="Sakkal Majalla"/>
          <w:sz w:val="36"/>
          <w:szCs w:val="38"/>
        </w:rPr>
        <w:t xml:space="preserve"> </w:t>
      </w:r>
      <w:r w:rsidRPr="008E006D">
        <w:rPr>
          <w:rFonts w:cs="Sakkal Majalla"/>
          <w:sz w:val="36"/>
          <w:szCs w:val="38"/>
          <w:rtl/>
        </w:rPr>
        <w:t>لكل</w:t>
      </w:r>
      <w:r w:rsidRPr="008E006D">
        <w:rPr>
          <w:rFonts w:cs="Sakkal Majalla"/>
          <w:sz w:val="36"/>
          <w:szCs w:val="38"/>
        </w:rPr>
        <w:t xml:space="preserve"> </w:t>
      </w:r>
      <w:r w:rsidRPr="008E006D">
        <w:rPr>
          <w:rFonts w:cs="Sakkal Majalla"/>
          <w:sz w:val="36"/>
          <w:szCs w:val="38"/>
          <w:rtl/>
        </w:rPr>
        <w:t>بعد،</w:t>
      </w:r>
      <w:r w:rsidRPr="008E006D">
        <w:rPr>
          <w:rFonts w:cs="Sakkal Majalla"/>
          <w:sz w:val="36"/>
          <w:szCs w:val="38"/>
        </w:rPr>
        <w:t xml:space="preserve"> </w:t>
      </w:r>
      <w:r w:rsidRPr="008E006D">
        <w:rPr>
          <w:rFonts w:cs="Sakkal Majalla"/>
          <w:sz w:val="36"/>
          <w:szCs w:val="38"/>
          <w:rtl/>
        </w:rPr>
        <w:t>ويوجه</w:t>
      </w:r>
      <w:r w:rsidRPr="008E006D">
        <w:rPr>
          <w:rFonts w:cs="Sakkal Majalla"/>
          <w:sz w:val="36"/>
          <w:szCs w:val="38"/>
        </w:rPr>
        <w:t xml:space="preserve"> </w:t>
      </w:r>
      <w:r w:rsidRPr="008E006D">
        <w:rPr>
          <w:rFonts w:cs="Sakkal Majalla"/>
          <w:sz w:val="36"/>
          <w:szCs w:val="38"/>
          <w:rtl/>
        </w:rPr>
        <w:t>القرارات</w:t>
      </w:r>
      <w:r w:rsidRPr="008E006D">
        <w:rPr>
          <w:rFonts w:cs="Sakkal Majalla"/>
          <w:sz w:val="36"/>
          <w:szCs w:val="38"/>
        </w:rPr>
        <w:t xml:space="preserve"> </w:t>
      </w:r>
      <w:r w:rsidRPr="008E006D">
        <w:rPr>
          <w:rFonts w:cs="Sakkal Majalla"/>
          <w:sz w:val="36"/>
          <w:szCs w:val="38"/>
          <w:rtl/>
        </w:rPr>
        <w:t>العملية</w:t>
      </w:r>
      <w:r w:rsidRPr="008E006D">
        <w:rPr>
          <w:rFonts w:cs="Sakkal Majalla"/>
          <w:sz w:val="36"/>
          <w:szCs w:val="38"/>
        </w:rPr>
        <w:t xml:space="preserve"> </w:t>
      </w:r>
      <w:r w:rsidRPr="008E006D">
        <w:rPr>
          <w:rFonts w:cs="Sakkal Majalla"/>
          <w:sz w:val="36"/>
          <w:szCs w:val="38"/>
          <w:rtl/>
        </w:rPr>
        <w:t>نحو</w:t>
      </w:r>
      <w:r w:rsidRPr="008E006D">
        <w:rPr>
          <w:rFonts w:cs="Sakkal Majalla"/>
          <w:sz w:val="36"/>
          <w:szCs w:val="38"/>
        </w:rPr>
        <w:t xml:space="preserve"> </w:t>
      </w:r>
      <w:r w:rsidRPr="008E006D">
        <w:rPr>
          <w:rFonts w:cs="Sakkal Majalla"/>
          <w:sz w:val="36"/>
          <w:szCs w:val="38"/>
          <w:rtl/>
        </w:rPr>
        <w:t>الجوانب</w:t>
      </w:r>
      <w:r w:rsidRPr="008E006D">
        <w:rPr>
          <w:rFonts w:cs="Sakkal Majalla"/>
          <w:sz w:val="36"/>
          <w:szCs w:val="38"/>
        </w:rPr>
        <w:t xml:space="preserve"> </w:t>
      </w:r>
      <w:r w:rsidRPr="008E006D">
        <w:rPr>
          <w:rFonts w:cs="Sakkal Majalla"/>
          <w:sz w:val="36"/>
          <w:szCs w:val="38"/>
          <w:rtl/>
        </w:rPr>
        <w:t>التي</w:t>
      </w:r>
      <w:r w:rsidRPr="008E006D">
        <w:rPr>
          <w:rFonts w:cs="Sakkal Majalla"/>
          <w:sz w:val="36"/>
          <w:szCs w:val="38"/>
        </w:rPr>
        <w:t xml:space="preserve"> </w:t>
      </w:r>
      <w:r w:rsidRPr="008E006D">
        <w:rPr>
          <w:rFonts w:cs="Sakkal Majalla"/>
          <w:sz w:val="36"/>
          <w:szCs w:val="38"/>
          <w:rtl/>
        </w:rPr>
        <w:t>ترفع</w:t>
      </w:r>
      <w:r w:rsidRPr="008E006D">
        <w:rPr>
          <w:rFonts w:cs="Sakkal Majalla"/>
          <w:sz w:val="36"/>
          <w:szCs w:val="38"/>
        </w:rPr>
        <w:t xml:space="preserve"> </w:t>
      </w:r>
      <w:r w:rsidRPr="008E006D">
        <w:rPr>
          <w:rFonts w:cs="Sakkal Majalla"/>
          <w:sz w:val="36"/>
          <w:szCs w:val="38"/>
          <w:rtl/>
        </w:rPr>
        <w:t>احتمالية</w:t>
      </w:r>
      <w:r w:rsidRPr="008E006D">
        <w:rPr>
          <w:rFonts w:cs="Sakkal Majalla"/>
          <w:sz w:val="36"/>
          <w:szCs w:val="38"/>
        </w:rPr>
        <w:t xml:space="preserve"> </w:t>
      </w:r>
      <w:r w:rsidRPr="008E006D">
        <w:rPr>
          <w:rFonts w:cs="Sakkal Majalla"/>
          <w:sz w:val="36"/>
          <w:szCs w:val="38"/>
          <w:rtl/>
        </w:rPr>
        <w:t>نجاح</w:t>
      </w:r>
      <w:r w:rsidRPr="008E006D">
        <w:rPr>
          <w:rFonts w:cs="Sakkal Majalla"/>
          <w:sz w:val="36"/>
          <w:szCs w:val="38"/>
        </w:rPr>
        <w:t xml:space="preserve"> </w:t>
      </w:r>
      <w:r w:rsidRPr="008E006D">
        <w:rPr>
          <w:rFonts w:cs="Sakkal Majalla"/>
          <w:sz w:val="36"/>
          <w:szCs w:val="38"/>
          <w:rtl/>
        </w:rPr>
        <w:t>المشاريع</w:t>
      </w:r>
      <w:r w:rsidRPr="008E006D">
        <w:rPr>
          <w:rFonts w:cs="Sakkal Majalla"/>
          <w:sz w:val="36"/>
          <w:szCs w:val="38"/>
        </w:rPr>
        <w:t xml:space="preserve"> </w:t>
      </w:r>
      <w:r w:rsidRPr="008E006D">
        <w:rPr>
          <w:rFonts w:cs="Sakkal Majalla"/>
          <w:sz w:val="36"/>
          <w:szCs w:val="38"/>
          <w:rtl/>
        </w:rPr>
        <w:t>الرقمية</w:t>
      </w:r>
      <w:r w:rsidRPr="008E006D">
        <w:rPr>
          <w:rFonts w:cs="Sakkal Majalla"/>
          <w:sz w:val="36"/>
          <w:szCs w:val="38"/>
        </w:rPr>
        <w:t xml:space="preserve"> </w:t>
      </w:r>
      <w:r w:rsidRPr="008E006D">
        <w:rPr>
          <w:rFonts w:cs="Sakkal Majalla"/>
          <w:sz w:val="36"/>
          <w:szCs w:val="38"/>
          <w:rtl/>
        </w:rPr>
        <w:t>الحكومية</w:t>
      </w:r>
      <w:r w:rsidRPr="008E006D">
        <w:rPr>
          <w:rFonts w:cs="Sakkal Majalla"/>
          <w:sz w:val="36"/>
          <w:szCs w:val="38"/>
        </w:rPr>
        <w:t>.</w:t>
      </w:r>
    </w:p>
    <w:p w14:paraId="266673DB" w14:textId="77777777" w:rsidR="008E006D" w:rsidRPr="008E006D" w:rsidRDefault="008E006D" w:rsidP="008E006D">
      <w:pPr>
        <w:ind w:firstLine="0"/>
        <w:rPr>
          <w:rFonts w:cs="Sakkal Majalla"/>
          <w:sz w:val="36"/>
          <w:szCs w:val="38"/>
        </w:rPr>
      </w:pPr>
      <w:r w:rsidRPr="008E006D">
        <w:rPr>
          <w:rFonts w:cs="Sakkal Majalla"/>
          <w:sz w:val="36"/>
          <w:szCs w:val="38"/>
        </w:rPr>
        <w:br w:type="page"/>
      </w:r>
    </w:p>
    <w:sectPr w:rsidR="008E006D" w:rsidRPr="008E006D" w:rsidSect="00515BD4">
      <w:headerReference w:type="default" r:id="rId11"/>
      <w:footerReference w:type="default" r:id="rId12"/>
      <w:pgSz w:w="11906" w:h="16838" w:code="9"/>
      <w:pgMar w:top="1418" w:right="1418" w:bottom="1418" w:left="1418" w:header="680" w:footer="0" w:gutter="0"/>
      <w:cols w:space="708"/>
      <w:titlePg/>
      <w:bidi/>
      <w:rtlGutter/>
      <w:docGrid w:linePitch="435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FD8A495" w14:textId="77777777" w:rsidR="00BC29B8" w:rsidRDefault="00BC29B8" w:rsidP="005E3531">
      <w:pPr>
        <w:spacing w:before="0"/>
      </w:pPr>
      <w:r>
        <w:separator/>
      </w:r>
    </w:p>
  </w:endnote>
  <w:endnote w:type="continuationSeparator" w:id="0">
    <w:p w14:paraId="5420B036" w14:textId="77777777" w:rsidR="00BC29B8" w:rsidRDefault="00BC29B8" w:rsidP="005E3531">
      <w:pPr>
        <w:spacing w:before="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akkal Majalla">
    <w:panose1 w:val="02000000000000000000"/>
    <w:charset w:val="00"/>
    <w:family w:val="auto"/>
    <w:pitch w:val="variable"/>
    <w:sig w:usb0="A0002027" w:usb1="80000000" w:usb2="00000108" w:usb3="00000000" w:csb0="000000D3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raditional Arabic">
    <w:panose1 w:val="02020603050405020304"/>
    <w:charset w:val="00"/>
    <w:family w:val="roman"/>
    <w:pitch w:val="variable"/>
    <w:sig w:usb0="00002003" w:usb1="80000000" w:usb2="00000008" w:usb3="00000000" w:csb0="0000004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PT Bold Heading">
    <w:panose1 w:val="02010400000000000000"/>
    <w:charset w:val="B2"/>
    <w:family w:val="auto"/>
    <w:pitch w:val="variable"/>
    <w:sig w:usb0="00002001" w:usb1="80000000" w:usb2="00000008" w:usb3="00000000" w:csb0="00000040" w:csb1="00000000"/>
  </w:font>
  <w:font w:name="AAA GoldenLotus">
    <w:charset w:val="00"/>
    <w:family w:val="auto"/>
    <w:pitch w:val="variable"/>
    <w:sig w:usb0="00002007" w:usb1="80000000" w:usb2="00000008" w:usb3="00000000" w:csb0="00000043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Noto Sans Arabic">
    <w:altName w:val="Times New Roman"/>
    <w:panose1 w:val="00000000000000000000"/>
    <w:charset w:val="00"/>
    <w:family w:val="roman"/>
    <w:notTrueType/>
    <w:pitch w:val="default"/>
  </w:font>
  <w:font w:name="Courier">
    <w:panose1 w:val="02070409020205020404"/>
    <w:charset w:val="00"/>
    <w:family w:val="auto"/>
    <w:pitch w:val="variable"/>
    <w:sig w:usb0="00000003" w:usb1="00000000" w:usb2="00000000" w:usb3="00000000" w:csb0="00000001" w:csb1="00000000"/>
  </w:font>
  <w:font w:name="Simplified Arabic">
    <w:panose1 w:val="02020603050405020304"/>
    <w:charset w:val="00"/>
    <w:family w:val="roman"/>
    <w:pitch w:val="variable"/>
    <w:sig w:usb0="00002003" w:usb1="80000000" w:usb2="00000008" w:usb3="00000000" w:csb0="0000004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E683F4A" w14:textId="77777777" w:rsidR="008653C2" w:rsidRDefault="008653C2">
    <w:pPr>
      <w:pStyle w:val="Footer"/>
      <w:jc w:val="center"/>
    </w:pPr>
  </w:p>
  <w:p w14:paraId="7050C63B" w14:textId="77777777" w:rsidR="008653C2" w:rsidRDefault="008653C2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9A0C78F" w14:textId="77777777" w:rsidR="00BC29B8" w:rsidRDefault="00BC29B8" w:rsidP="00D425C9">
      <w:pPr>
        <w:spacing w:before="0"/>
        <w:ind w:firstLine="0"/>
      </w:pPr>
      <w:r>
        <w:separator/>
      </w:r>
    </w:p>
  </w:footnote>
  <w:footnote w:type="continuationSeparator" w:id="0">
    <w:p w14:paraId="639BB73E" w14:textId="77777777" w:rsidR="00BC29B8" w:rsidRPr="00D425C9" w:rsidRDefault="00BC29B8" w:rsidP="00D425C9">
      <w:pPr>
        <w:spacing w:before="0"/>
        <w:ind w:firstLine="0"/>
      </w:pPr>
      <w:r>
        <w: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DC6BD28" w14:textId="77777777" w:rsidR="008653C2" w:rsidRPr="00C10AE1" w:rsidRDefault="008653C2" w:rsidP="00AE7A62">
    <w:pPr>
      <w:pStyle w:val="Header"/>
      <w:tabs>
        <w:tab w:val="clear" w:pos="8306"/>
        <w:tab w:val="right" w:pos="9070"/>
      </w:tabs>
      <w:rPr>
        <w:rFonts w:cs="Sakkal Majalla"/>
        <w:b/>
        <w:bCs/>
      </w:rPr>
    </w:pPr>
    <w:r w:rsidRPr="00AE7A62">
      <w:rPr>
        <w:rFonts w:cs="Sakkal Majalla"/>
        <w:b/>
        <w:bCs/>
        <w:noProof/>
        <w:sz w:val="30"/>
        <w:szCs w:val="24"/>
        <w:rtl/>
      </w:rPr>
      <mc:AlternateContent>
        <mc:Choice Requires="wps">
          <w:drawing>
            <wp:anchor distT="0" distB="0" distL="114300" distR="114300" simplePos="0" relativeHeight="251660288" behindDoc="0" locked="0" layoutInCell="1" allowOverlap="1" wp14:anchorId="5CE9383F" wp14:editId="565DE7D9">
              <wp:simplePos x="0" y="0"/>
              <wp:positionH relativeFrom="column">
                <wp:posOffset>113030</wp:posOffset>
              </wp:positionH>
              <wp:positionV relativeFrom="paragraph">
                <wp:posOffset>-27223</wp:posOffset>
              </wp:positionV>
              <wp:extent cx="466090" cy="303424"/>
              <wp:effectExtent l="0" t="0" r="0" b="1905"/>
              <wp:wrapNone/>
              <wp:docPr id="13" name="مربع نص 13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466090" cy="303424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</wps:spPr>
                    <wps:txbx>
                      <w:txbxContent>
                        <w:p w14:paraId="09024176" w14:textId="77777777" w:rsidR="008653C2" w:rsidRPr="00C10AE1" w:rsidRDefault="008653C2" w:rsidP="00C10AE1">
                          <w:pPr>
                            <w:spacing w:before="0" w:line="216" w:lineRule="auto"/>
                            <w:ind w:firstLine="0"/>
                            <w:jc w:val="center"/>
                            <w:rPr>
                              <w:rFonts w:cs="Sakkal Majalla"/>
                              <w:b/>
                              <w:bCs/>
                              <w:sz w:val="28"/>
                              <w:szCs w:val="28"/>
                            </w:rPr>
                          </w:pPr>
                          <w:r w:rsidRPr="00C10AE1">
                            <w:rPr>
                              <w:rStyle w:val="PageNumber"/>
                              <w:rFonts w:cs="Sakkal Majalla"/>
                              <w:b/>
                              <w:bCs/>
                              <w:sz w:val="28"/>
                              <w:szCs w:val="28"/>
                              <w:rtl/>
                            </w:rPr>
                            <w:fldChar w:fldCharType="begin"/>
                          </w:r>
                          <w:r w:rsidRPr="00C10AE1">
                            <w:rPr>
                              <w:rStyle w:val="PageNumber"/>
                              <w:rFonts w:cs="Sakkal Majalla"/>
                              <w:b/>
                              <w:bCs/>
                              <w:sz w:val="28"/>
                              <w:szCs w:val="28"/>
                            </w:rPr>
                            <w:instrText xml:space="preserve"> PAGE </w:instrText>
                          </w:r>
                          <w:r w:rsidRPr="00C10AE1">
                            <w:rPr>
                              <w:rStyle w:val="PageNumber"/>
                              <w:rFonts w:cs="Sakkal Majalla"/>
                              <w:b/>
                              <w:bCs/>
                              <w:sz w:val="28"/>
                              <w:szCs w:val="28"/>
                              <w:rtl/>
                            </w:rPr>
                            <w:fldChar w:fldCharType="separate"/>
                          </w:r>
                          <w:r w:rsidR="00F41A3F">
                            <w:rPr>
                              <w:rStyle w:val="PageNumber"/>
                              <w:rFonts w:cs="Sakkal Majalla"/>
                              <w:b/>
                              <w:bCs/>
                              <w:noProof/>
                              <w:sz w:val="28"/>
                              <w:szCs w:val="28"/>
                              <w:rtl/>
                            </w:rPr>
                            <w:t>20</w:t>
                          </w:r>
                          <w:r w:rsidRPr="00C10AE1">
                            <w:rPr>
                              <w:rStyle w:val="PageNumber"/>
                              <w:rFonts w:cs="Sakkal Majalla"/>
                              <w:b/>
                              <w:bCs/>
                              <w:sz w:val="28"/>
                              <w:szCs w:val="28"/>
                              <w:rtl/>
                            </w:rPr>
                            <w:fldChar w:fldCharType="end"/>
                          </w:r>
                        </w:p>
                      </w:txbxContent>
                    </wps:txbx>
                    <wps:bodyPr rot="0" spcFirstLastPara="0" vertOverflow="overflow" horzOverflow="overflow" vert="horz" wrap="square" lIns="91440" tIns="45720" rIns="91440" bIns="45720" numCol="1" spcCol="0" rtlCol="1" fromWordArt="0" anchor="t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5CE9383F" id="_x0000_t202" coordsize="21600,21600" o:spt="202" path="m,l,21600r21600,l21600,xe">
              <v:stroke joinstyle="miter"/>
              <v:path gradientshapeok="t" o:connecttype="rect"/>
            </v:shapetype>
            <v:shape id="مربع نص 13" o:spid="_x0000_s1026" type="#_x0000_t202" style="position:absolute;left:0;text-align:left;margin-left:8.9pt;margin-top:-2.15pt;width:36.7pt;height:23.9pt;z-index:251660288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" filled="f" stroked="f" strokeweight=".5pt">
              <v:textbox>
                <w:txbxContent>
                  <w:p w:rsidR="008653C2" w:rsidRPr="00C10AE1" w:rsidRDefault="008653C2" w:rsidP="00C10AE1">
                    <w:pPr>
                      <w:spacing w:before="0" w:line="216" w:lineRule="auto"/>
                      <w:ind w:firstLine="0"/>
                      <w:jc w:val="center"/>
                      <w:rPr>
                        <w:rFonts w:cs="Sakkal Majalla"/>
                        <w:b/>
                        <w:bCs/>
                        <w:sz w:val="28"/>
                        <w:szCs w:val="28"/>
                      </w:rPr>
                    </w:pPr>
                    <w:r w:rsidRPr="00C10AE1">
                      <w:rPr>
                        <w:rStyle w:val="af1"/>
                        <w:rFonts w:cs="Sakkal Majalla"/>
                        <w:b/>
                        <w:bCs/>
                        <w:sz w:val="28"/>
                        <w:szCs w:val="28"/>
                        <w:rtl/>
                      </w:rPr>
                      <w:fldChar w:fldCharType="begin"/>
                    </w:r>
                    <w:r w:rsidRPr="00C10AE1">
                      <w:rPr>
                        <w:rStyle w:val="af1"/>
                        <w:rFonts w:cs="Sakkal Majalla"/>
                        <w:b/>
                        <w:bCs/>
                        <w:sz w:val="28"/>
                        <w:szCs w:val="28"/>
                      </w:rPr>
                      <w:instrText xml:space="preserve"> PAGE </w:instrText>
                    </w:r>
                    <w:r w:rsidRPr="00C10AE1">
                      <w:rPr>
                        <w:rStyle w:val="af1"/>
                        <w:rFonts w:cs="Sakkal Majalla"/>
                        <w:b/>
                        <w:bCs/>
                        <w:sz w:val="28"/>
                        <w:szCs w:val="28"/>
                        <w:rtl/>
                      </w:rPr>
                      <w:fldChar w:fldCharType="separate"/>
                    </w:r>
                    <w:r w:rsidR="00F41A3F">
                      <w:rPr>
                        <w:rStyle w:val="af1"/>
                        <w:rFonts w:cs="Sakkal Majalla"/>
                        <w:b/>
                        <w:bCs/>
                        <w:noProof/>
                        <w:sz w:val="28"/>
                        <w:szCs w:val="28"/>
                        <w:rtl/>
                      </w:rPr>
                      <w:t>20</w:t>
                    </w:r>
                    <w:r w:rsidRPr="00C10AE1">
                      <w:rPr>
                        <w:rStyle w:val="af1"/>
                        <w:rFonts w:cs="Sakkal Majalla"/>
                        <w:b/>
                        <w:bCs/>
                        <w:sz w:val="28"/>
                        <w:szCs w:val="28"/>
                        <w:rtl/>
                      </w:rPr>
                      <w:fldChar w:fldCharType="end"/>
                    </w:r>
                  </w:p>
                </w:txbxContent>
              </v:textbox>
            </v:shape>
          </w:pict>
        </mc:Fallback>
      </mc:AlternateContent>
    </w:r>
    <w:r w:rsidRPr="00AE7A62">
      <w:rPr>
        <w:rFonts w:cs="Sakkal Majalla"/>
        <w:b/>
        <w:bCs/>
        <w:noProof/>
        <w:sz w:val="30"/>
        <w:szCs w:val="24"/>
        <w:rtl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6189AC83" wp14:editId="695E6CDF">
              <wp:simplePos x="0" y="0"/>
              <wp:positionH relativeFrom="column">
                <wp:posOffset>113558</wp:posOffset>
              </wp:positionH>
              <wp:positionV relativeFrom="paragraph">
                <wp:posOffset>16347</wp:posOffset>
              </wp:positionV>
              <wp:extent cx="466254" cy="203982"/>
              <wp:effectExtent l="0" t="0" r="10160" b="24765"/>
              <wp:wrapNone/>
              <wp:docPr id="12" name="مخطط انسيابي: معالجة متعاقبة 12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466254" cy="203982"/>
                      </a:xfrm>
                      <a:prstGeom prst="flowChartAlternateProcess">
                        <a:avLst/>
                      </a:prstGeom>
                      <a:noFill/>
                      <a:ln w="6350">
                        <a:solidFill>
                          <a:schemeClr val="tx1"/>
                        </a:solidFill>
                      </a:ln>
                    </wps:spPr>
                    <wps:style>
                      <a:lnRef idx="2">
                        <a:schemeClr val="accent1">
                          <a:shade val="50000"/>
                        </a:schemeClr>
                      </a:lnRef>
                      <a:fillRef idx="1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lt1"/>
                      </a:fontRef>
                    </wps:style>
                    <wps:bodyPr rot="0" spcFirstLastPara="0" vertOverflow="overflow" horzOverflow="overflow" vert="horz" wrap="square" lIns="91440" tIns="45720" rIns="91440" bIns="45720" numCol="1" spcCol="0" rtlCol="1" fromWordArt="0" anchor="ctr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</wp:anchor>
          </w:drawing>
        </mc:Choice>
        <mc:Fallback>
          <w:pict>
            <v:shapetype w14:anchorId="30734209" id="_x0000_t176" coordsize="21600,21600" o:spt="176" adj="2700" path="m@0,qx0@0l0@2qy@0,21600l@1,21600qx21600@2l21600@0qy@1,xe">
              <v:stroke joinstyle="miter"/>
              <v:formulas>
                <v:f eqn="val #0"/>
                <v:f eqn="sum width 0 #0"/>
                <v:f eqn="sum height 0 #0"/>
                <v:f eqn="prod @0 2929 10000"/>
                <v:f eqn="sum width 0 @3"/>
                <v:f eqn="sum height 0 @3"/>
                <v:f eqn="val width"/>
                <v:f eqn="val height"/>
                <v:f eqn="prod width 1 2"/>
                <v:f eqn="prod height 1 2"/>
              </v:formulas>
              <v:path gradientshapeok="t" limo="10800,10800" o:connecttype="custom" o:connectlocs="@8,0;0,@9;@8,@7;@6,@9" textboxrect="@3,@3,@4,@5"/>
            </v:shapetype>
            <v:shape id="مخطط انسيابي: معالجة متعاقبة 12" o:spid="_x0000_s1026" type="#_x0000_t176" style="position:absolute;margin-left:8.95pt;margin-top:1.3pt;width:36.7pt;height:16.05pt;z-index:251659264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" filled="f" strokecolor="black [3213]" strokeweight=".5pt"/>
          </w:pict>
        </mc:Fallback>
      </mc:AlternateContent>
    </w:r>
    <w:r w:rsidRPr="00AE7A62">
      <w:rPr>
        <w:rFonts w:cs="Sakkal Majalla"/>
        <w:b/>
        <w:bCs/>
        <w:sz w:val="40"/>
        <w:szCs w:val="42"/>
        <w:rtl/>
      </w:rPr>
      <w:t xml:space="preserve"> </w:t>
    </w:r>
    <w:r w:rsidRPr="00AE7A62">
      <w:rPr>
        <w:rFonts w:cs="Sakkal Majalla"/>
        <w:b/>
        <w:bCs/>
        <w:noProof/>
        <w:sz w:val="30"/>
        <w:szCs w:val="24"/>
        <w:rtl/>
      </w:rPr>
      <w:t>أثر أبعاد التحول الرقمي في إدارة المشاريع</w:t>
    </w:r>
    <w:r w:rsidRPr="00AE7A62">
      <w:rPr>
        <w:rFonts w:cs="Sakkal Majalla" w:hint="cs"/>
        <w:b/>
        <w:bCs/>
        <w:noProof/>
        <w:sz w:val="30"/>
        <w:szCs w:val="24"/>
        <w:rtl/>
      </w:rPr>
      <w:t xml:space="preserve"> على نجاح المشاريع</w:t>
    </w:r>
    <w:r w:rsidRPr="00C10AE1">
      <w:rPr>
        <w:rFonts w:cs="Sakkal Majalla"/>
        <w:b/>
        <w:bCs/>
        <w:rtl/>
      </w:rPr>
      <w:tab/>
    </w:r>
    <w:r w:rsidRPr="00C10AE1">
      <w:rPr>
        <w:rFonts w:cs="Sakkal Majalla"/>
        <w:b/>
        <w:bCs/>
        <w:rtl/>
      </w:rPr>
      <w:tab/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 w15:restartNumberingAfterBreak="0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 w15:restartNumberingAfterBreak="0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 w15:restartNumberingAfterBreak="0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 w15:restartNumberingAfterBreak="0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 w15:restartNumberingAfterBreak="0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 w15:restartNumberingAfterBreak="0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 w15:restartNumberingAfterBreak="0">
    <w:nsid w:val="FFFFFF88"/>
    <w:multiLevelType w:val="singleLevel"/>
    <w:tmpl w:val="1862D25C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 w15:restartNumberingAfterBreak="0">
    <w:nsid w:val="FFFFFF89"/>
    <w:multiLevelType w:val="singleLevel"/>
    <w:tmpl w:val="39AA8B08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9" w15:restartNumberingAfterBreak="0">
    <w:nsid w:val="0E1C6F14"/>
    <w:multiLevelType w:val="hybridMultilevel"/>
    <w:tmpl w:val="B8E24FB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14400329"/>
    <w:multiLevelType w:val="hybridMultilevel"/>
    <w:tmpl w:val="23A00BB6"/>
    <w:lvl w:ilvl="0" w:tplc="9280CA3E">
      <w:numFmt w:val="bullet"/>
      <w:lvlText w:val="-"/>
      <w:lvlJc w:val="left"/>
      <w:pPr>
        <w:ind w:left="720" w:hanging="360"/>
      </w:pPr>
      <w:rPr>
        <w:rFonts w:ascii="Sakkal Majalla" w:eastAsiaTheme="minorHAnsi" w:hAnsi="Sakkal Majalla" w:cs="Sakkal Majalla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148268CF"/>
    <w:multiLevelType w:val="hybridMultilevel"/>
    <w:tmpl w:val="3DA8DF6C"/>
    <w:lvl w:ilvl="0" w:tplc="FD02C02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14873832"/>
    <w:multiLevelType w:val="hybridMultilevel"/>
    <w:tmpl w:val="4716797A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15A62C50"/>
    <w:multiLevelType w:val="hybridMultilevel"/>
    <w:tmpl w:val="8EA60BC2"/>
    <w:lvl w:ilvl="0" w:tplc="040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21113807"/>
    <w:multiLevelType w:val="hybridMultilevel"/>
    <w:tmpl w:val="5032FB84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23D84B8F"/>
    <w:multiLevelType w:val="hybridMultilevel"/>
    <w:tmpl w:val="C50E30FE"/>
    <w:lvl w:ilvl="0" w:tplc="8E6E851A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285F6BCA"/>
    <w:multiLevelType w:val="hybridMultilevel"/>
    <w:tmpl w:val="FEC2EE3A"/>
    <w:lvl w:ilvl="0" w:tplc="92BE0E0A">
      <w:start w:val="1"/>
      <w:numFmt w:val="decimal"/>
      <w:lvlText w:val="%1-"/>
      <w:lvlJc w:val="left"/>
      <w:pPr>
        <w:ind w:left="10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60" w:hanging="360"/>
      </w:pPr>
    </w:lvl>
    <w:lvl w:ilvl="2" w:tplc="0409001B" w:tentative="1">
      <w:start w:val="1"/>
      <w:numFmt w:val="lowerRoman"/>
      <w:lvlText w:val="%3."/>
      <w:lvlJc w:val="right"/>
      <w:pPr>
        <w:ind w:left="2480" w:hanging="180"/>
      </w:pPr>
    </w:lvl>
    <w:lvl w:ilvl="3" w:tplc="0409000F" w:tentative="1">
      <w:start w:val="1"/>
      <w:numFmt w:val="decimal"/>
      <w:lvlText w:val="%4."/>
      <w:lvlJc w:val="left"/>
      <w:pPr>
        <w:ind w:left="3200" w:hanging="360"/>
      </w:pPr>
    </w:lvl>
    <w:lvl w:ilvl="4" w:tplc="04090019" w:tentative="1">
      <w:start w:val="1"/>
      <w:numFmt w:val="lowerLetter"/>
      <w:lvlText w:val="%5."/>
      <w:lvlJc w:val="left"/>
      <w:pPr>
        <w:ind w:left="3920" w:hanging="360"/>
      </w:pPr>
    </w:lvl>
    <w:lvl w:ilvl="5" w:tplc="0409001B" w:tentative="1">
      <w:start w:val="1"/>
      <w:numFmt w:val="lowerRoman"/>
      <w:lvlText w:val="%6."/>
      <w:lvlJc w:val="right"/>
      <w:pPr>
        <w:ind w:left="4640" w:hanging="180"/>
      </w:pPr>
    </w:lvl>
    <w:lvl w:ilvl="6" w:tplc="0409000F" w:tentative="1">
      <w:start w:val="1"/>
      <w:numFmt w:val="decimal"/>
      <w:lvlText w:val="%7."/>
      <w:lvlJc w:val="left"/>
      <w:pPr>
        <w:ind w:left="5360" w:hanging="360"/>
      </w:pPr>
    </w:lvl>
    <w:lvl w:ilvl="7" w:tplc="04090019" w:tentative="1">
      <w:start w:val="1"/>
      <w:numFmt w:val="lowerLetter"/>
      <w:lvlText w:val="%8."/>
      <w:lvlJc w:val="left"/>
      <w:pPr>
        <w:ind w:left="6080" w:hanging="360"/>
      </w:pPr>
    </w:lvl>
    <w:lvl w:ilvl="8" w:tplc="0409001B" w:tentative="1">
      <w:start w:val="1"/>
      <w:numFmt w:val="lowerRoman"/>
      <w:lvlText w:val="%9."/>
      <w:lvlJc w:val="right"/>
      <w:pPr>
        <w:ind w:left="6800" w:hanging="180"/>
      </w:pPr>
    </w:lvl>
  </w:abstractNum>
  <w:abstractNum w:abstractNumId="17" w15:restartNumberingAfterBreak="0">
    <w:nsid w:val="291E1101"/>
    <w:multiLevelType w:val="hybridMultilevel"/>
    <w:tmpl w:val="2A5E9D12"/>
    <w:lvl w:ilvl="0" w:tplc="040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34816CED"/>
    <w:multiLevelType w:val="hybridMultilevel"/>
    <w:tmpl w:val="C8A03D28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441E63CE"/>
    <w:multiLevelType w:val="hybridMultilevel"/>
    <w:tmpl w:val="319816EA"/>
    <w:lvl w:ilvl="0" w:tplc="040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515F7CFD"/>
    <w:multiLevelType w:val="hybridMultilevel"/>
    <w:tmpl w:val="7E90E8BE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61216B42"/>
    <w:multiLevelType w:val="hybridMultilevel"/>
    <w:tmpl w:val="11AAFF36"/>
    <w:lvl w:ilvl="0" w:tplc="04090011">
      <w:start w:val="1"/>
      <w:numFmt w:val="decimal"/>
      <w:lvlText w:val="%1)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68A13199"/>
    <w:multiLevelType w:val="hybridMultilevel"/>
    <w:tmpl w:val="0972B96E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6F5E2DBA"/>
    <w:multiLevelType w:val="hybridMultilevel"/>
    <w:tmpl w:val="00284298"/>
    <w:lvl w:ilvl="0" w:tplc="040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706C1EEE"/>
    <w:multiLevelType w:val="hybridMultilevel"/>
    <w:tmpl w:val="131C6BC8"/>
    <w:lvl w:ilvl="0" w:tplc="49EAFAB8">
      <w:start w:val="1"/>
      <w:numFmt w:val="decimal"/>
      <w:lvlText w:val="%1)"/>
      <w:lvlJc w:val="left"/>
      <w:pPr>
        <w:ind w:left="92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5" w15:restartNumberingAfterBreak="0">
    <w:nsid w:val="730567CE"/>
    <w:multiLevelType w:val="hybridMultilevel"/>
    <w:tmpl w:val="22127504"/>
    <w:lvl w:ilvl="0" w:tplc="040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73671A23"/>
    <w:multiLevelType w:val="hybridMultilevel"/>
    <w:tmpl w:val="EB3AB2A8"/>
    <w:lvl w:ilvl="0" w:tplc="040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74802B1A"/>
    <w:multiLevelType w:val="hybridMultilevel"/>
    <w:tmpl w:val="8CB0AA2E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78D00785"/>
    <w:multiLevelType w:val="hybridMultilevel"/>
    <w:tmpl w:val="131C6BC8"/>
    <w:lvl w:ilvl="0" w:tplc="49EAFAB8">
      <w:start w:val="1"/>
      <w:numFmt w:val="decimal"/>
      <w:lvlText w:val="%1)"/>
      <w:lvlJc w:val="left"/>
      <w:pPr>
        <w:ind w:left="92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9" w15:restartNumberingAfterBreak="0">
    <w:nsid w:val="797B27BC"/>
    <w:multiLevelType w:val="hybridMultilevel"/>
    <w:tmpl w:val="196EEDD2"/>
    <w:lvl w:ilvl="0" w:tplc="04090011">
      <w:start w:val="1"/>
      <w:numFmt w:val="decimal"/>
      <w:lvlText w:val="%1)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484862223">
    <w:abstractNumId w:val="28"/>
  </w:num>
  <w:num w:numId="2" w16cid:durableId="900215818">
    <w:abstractNumId w:val="24"/>
  </w:num>
  <w:num w:numId="3" w16cid:durableId="995381707">
    <w:abstractNumId w:val="16"/>
  </w:num>
  <w:num w:numId="4" w16cid:durableId="1193961369">
    <w:abstractNumId w:val="10"/>
  </w:num>
  <w:num w:numId="5" w16cid:durableId="986251478">
    <w:abstractNumId w:val="8"/>
  </w:num>
  <w:num w:numId="6" w16cid:durableId="1856917282">
    <w:abstractNumId w:val="6"/>
  </w:num>
  <w:num w:numId="7" w16cid:durableId="369769328">
    <w:abstractNumId w:val="5"/>
  </w:num>
  <w:num w:numId="8" w16cid:durableId="519198126">
    <w:abstractNumId w:val="4"/>
  </w:num>
  <w:num w:numId="9" w16cid:durableId="1882011753">
    <w:abstractNumId w:val="7"/>
  </w:num>
  <w:num w:numId="10" w16cid:durableId="1820462103">
    <w:abstractNumId w:val="3"/>
  </w:num>
  <w:num w:numId="11" w16cid:durableId="186912616">
    <w:abstractNumId w:val="2"/>
  </w:num>
  <w:num w:numId="12" w16cid:durableId="716244000">
    <w:abstractNumId w:val="1"/>
  </w:num>
  <w:num w:numId="13" w16cid:durableId="750197546">
    <w:abstractNumId w:val="0"/>
  </w:num>
  <w:num w:numId="14" w16cid:durableId="2046564202">
    <w:abstractNumId w:val="12"/>
  </w:num>
  <w:num w:numId="15" w16cid:durableId="1410422569">
    <w:abstractNumId w:val="19"/>
  </w:num>
  <w:num w:numId="16" w16cid:durableId="2010594967">
    <w:abstractNumId w:val="23"/>
  </w:num>
  <w:num w:numId="17" w16cid:durableId="272639828">
    <w:abstractNumId w:val="17"/>
  </w:num>
  <w:num w:numId="18" w16cid:durableId="65417811">
    <w:abstractNumId w:val="25"/>
  </w:num>
  <w:num w:numId="19" w16cid:durableId="839193721">
    <w:abstractNumId w:val="14"/>
  </w:num>
  <w:num w:numId="20" w16cid:durableId="995916780">
    <w:abstractNumId w:val="20"/>
  </w:num>
  <w:num w:numId="21" w16cid:durableId="478117308">
    <w:abstractNumId w:val="27"/>
  </w:num>
  <w:num w:numId="22" w16cid:durableId="992106610">
    <w:abstractNumId w:val="9"/>
  </w:num>
  <w:num w:numId="23" w16cid:durableId="201602570">
    <w:abstractNumId w:val="29"/>
  </w:num>
  <w:num w:numId="24" w16cid:durableId="924453912">
    <w:abstractNumId w:val="11"/>
  </w:num>
  <w:num w:numId="25" w16cid:durableId="1150826083">
    <w:abstractNumId w:val="13"/>
  </w:num>
  <w:num w:numId="26" w16cid:durableId="1194079784">
    <w:abstractNumId w:val="26"/>
  </w:num>
  <w:num w:numId="27" w16cid:durableId="654382945">
    <w:abstractNumId w:val="21"/>
  </w:num>
  <w:num w:numId="28" w16cid:durableId="1256087982">
    <w:abstractNumId w:val="15"/>
  </w:num>
  <w:num w:numId="29" w16cid:durableId="1307079797">
    <w:abstractNumId w:val="22"/>
  </w:num>
  <w:num w:numId="30" w16cid:durableId="620961321">
    <w:abstractNumId w:val="1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85"/>
  <w:gutterAtTop/>
  <w:proofState w:spelling="clean" w:grammar="clean"/>
  <w:attachedTemplate r:id="rId1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549D1"/>
    <w:rsid w:val="000253F1"/>
    <w:rsid w:val="00033178"/>
    <w:rsid w:val="00077BA8"/>
    <w:rsid w:val="00091DFB"/>
    <w:rsid w:val="00095096"/>
    <w:rsid w:val="0009544C"/>
    <w:rsid w:val="000C2A93"/>
    <w:rsid w:val="000E09D8"/>
    <w:rsid w:val="001149B7"/>
    <w:rsid w:val="00140072"/>
    <w:rsid w:val="001430F1"/>
    <w:rsid w:val="001549D1"/>
    <w:rsid w:val="001579C7"/>
    <w:rsid w:val="0018675B"/>
    <w:rsid w:val="00196C04"/>
    <w:rsid w:val="001E7357"/>
    <w:rsid w:val="001F1429"/>
    <w:rsid w:val="002270A8"/>
    <w:rsid w:val="00227118"/>
    <w:rsid w:val="002334A9"/>
    <w:rsid w:val="0026210E"/>
    <w:rsid w:val="00272DA6"/>
    <w:rsid w:val="002C3F10"/>
    <w:rsid w:val="002D5B89"/>
    <w:rsid w:val="00316851"/>
    <w:rsid w:val="00317B67"/>
    <w:rsid w:val="003267F3"/>
    <w:rsid w:val="00367A2E"/>
    <w:rsid w:val="00376EFC"/>
    <w:rsid w:val="003A166C"/>
    <w:rsid w:val="003A6632"/>
    <w:rsid w:val="003B3F68"/>
    <w:rsid w:val="003C447D"/>
    <w:rsid w:val="003D0C69"/>
    <w:rsid w:val="003F10CC"/>
    <w:rsid w:val="003F40D2"/>
    <w:rsid w:val="00411038"/>
    <w:rsid w:val="00414D52"/>
    <w:rsid w:val="0041515F"/>
    <w:rsid w:val="004216F3"/>
    <w:rsid w:val="00423EB4"/>
    <w:rsid w:val="004436D1"/>
    <w:rsid w:val="00457AAD"/>
    <w:rsid w:val="00463D55"/>
    <w:rsid w:val="0047478C"/>
    <w:rsid w:val="00474B5A"/>
    <w:rsid w:val="0048196A"/>
    <w:rsid w:val="00492EA7"/>
    <w:rsid w:val="004A53C7"/>
    <w:rsid w:val="004C010B"/>
    <w:rsid w:val="004E5AA9"/>
    <w:rsid w:val="00507CEB"/>
    <w:rsid w:val="00515BD4"/>
    <w:rsid w:val="005449AD"/>
    <w:rsid w:val="0054561D"/>
    <w:rsid w:val="00557BB3"/>
    <w:rsid w:val="00563C97"/>
    <w:rsid w:val="0056467E"/>
    <w:rsid w:val="00595627"/>
    <w:rsid w:val="005B0CD0"/>
    <w:rsid w:val="005B59B9"/>
    <w:rsid w:val="005D432A"/>
    <w:rsid w:val="005E3531"/>
    <w:rsid w:val="00606D6A"/>
    <w:rsid w:val="006202EC"/>
    <w:rsid w:val="0069275B"/>
    <w:rsid w:val="006C3673"/>
    <w:rsid w:val="006F4254"/>
    <w:rsid w:val="006F6EB7"/>
    <w:rsid w:val="006F72AA"/>
    <w:rsid w:val="007224CF"/>
    <w:rsid w:val="0078289A"/>
    <w:rsid w:val="007E0BCA"/>
    <w:rsid w:val="007E1FD4"/>
    <w:rsid w:val="007E3C17"/>
    <w:rsid w:val="007F4A55"/>
    <w:rsid w:val="008114A9"/>
    <w:rsid w:val="0085345E"/>
    <w:rsid w:val="008545C6"/>
    <w:rsid w:val="008561CF"/>
    <w:rsid w:val="008653C2"/>
    <w:rsid w:val="008A1D56"/>
    <w:rsid w:val="008B2575"/>
    <w:rsid w:val="008D0B36"/>
    <w:rsid w:val="008D6B1B"/>
    <w:rsid w:val="008E006D"/>
    <w:rsid w:val="008E2B08"/>
    <w:rsid w:val="00900AC2"/>
    <w:rsid w:val="00912959"/>
    <w:rsid w:val="00946E8B"/>
    <w:rsid w:val="0095566A"/>
    <w:rsid w:val="00966259"/>
    <w:rsid w:val="009C6921"/>
    <w:rsid w:val="009E5637"/>
    <w:rsid w:val="00A04E25"/>
    <w:rsid w:val="00A21F41"/>
    <w:rsid w:val="00A33786"/>
    <w:rsid w:val="00A518B1"/>
    <w:rsid w:val="00A65200"/>
    <w:rsid w:val="00A72E69"/>
    <w:rsid w:val="00AA47DE"/>
    <w:rsid w:val="00AB2F04"/>
    <w:rsid w:val="00AB6182"/>
    <w:rsid w:val="00AC1A0D"/>
    <w:rsid w:val="00AC7FBB"/>
    <w:rsid w:val="00AE7A62"/>
    <w:rsid w:val="00B10B16"/>
    <w:rsid w:val="00B13619"/>
    <w:rsid w:val="00B31121"/>
    <w:rsid w:val="00B31E00"/>
    <w:rsid w:val="00B45DBC"/>
    <w:rsid w:val="00B47693"/>
    <w:rsid w:val="00B643D4"/>
    <w:rsid w:val="00B70DD9"/>
    <w:rsid w:val="00B72CAE"/>
    <w:rsid w:val="00B82AB8"/>
    <w:rsid w:val="00BB122B"/>
    <w:rsid w:val="00BC20E3"/>
    <w:rsid w:val="00BC29B8"/>
    <w:rsid w:val="00BD479B"/>
    <w:rsid w:val="00BE7107"/>
    <w:rsid w:val="00C0451F"/>
    <w:rsid w:val="00C10AE1"/>
    <w:rsid w:val="00C21355"/>
    <w:rsid w:val="00C346B2"/>
    <w:rsid w:val="00C44B71"/>
    <w:rsid w:val="00C44DDB"/>
    <w:rsid w:val="00C64EF5"/>
    <w:rsid w:val="00C84F79"/>
    <w:rsid w:val="00CA72B8"/>
    <w:rsid w:val="00CB39CF"/>
    <w:rsid w:val="00CB5D11"/>
    <w:rsid w:val="00CD7B33"/>
    <w:rsid w:val="00CE067A"/>
    <w:rsid w:val="00CE6D35"/>
    <w:rsid w:val="00CE7CE1"/>
    <w:rsid w:val="00D06F2B"/>
    <w:rsid w:val="00D07E7E"/>
    <w:rsid w:val="00D425C9"/>
    <w:rsid w:val="00D55A1D"/>
    <w:rsid w:val="00D56104"/>
    <w:rsid w:val="00D63B96"/>
    <w:rsid w:val="00DA2B33"/>
    <w:rsid w:val="00DA3CE0"/>
    <w:rsid w:val="00DC3B65"/>
    <w:rsid w:val="00DE735F"/>
    <w:rsid w:val="00E354B4"/>
    <w:rsid w:val="00E66C9D"/>
    <w:rsid w:val="00E83AB3"/>
    <w:rsid w:val="00E95F2C"/>
    <w:rsid w:val="00E97651"/>
    <w:rsid w:val="00EA5652"/>
    <w:rsid w:val="00F07E8F"/>
    <w:rsid w:val="00F41A3F"/>
    <w:rsid w:val="00F724B7"/>
    <w:rsid w:val="00FC39C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492E923C"/>
  <w15:chartTrackingRefBased/>
  <w15:docId w15:val="{A00F6343-5950-428A-B980-21D1D83960B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uiPriority="9" w:qFormat="1"/>
    <w:lsdException w:name="heading 4" w:uiPriority="9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515BD4"/>
    <w:pPr>
      <w:bidi/>
      <w:spacing w:before="120" w:after="0" w:line="240" w:lineRule="auto"/>
      <w:ind w:firstLine="454"/>
      <w:jc w:val="lowKashida"/>
    </w:pPr>
    <w:rPr>
      <w:rFonts w:ascii="Sakkal Majalla" w:hAnsi="Sakkal Majalla" w:cs="Traditional Arabic"/>
      <w:sz w:val="34"/>
      <w:szCs w:val="36"/>
    </w:rPr>
  </w:style>
  <w:style w:type="paragraph" w:styleId="Heading1">
    <w:name w:val="heading 1"/>
    <w:basedOn w:val="Normal"/>
    <w:next w:val="Normal"/>
    <w:link w:val="Heading1Char"/>
    <w:uiPriority w:val="9"/>
    <w:qFormat/>
    <w:rsid w:val="004216F3"/>
    <w:pPr>
      <w:keepNext/>
      <w:keepLines/>
      <w:pageBreakBefore/>
      <w:spacing w:before="240" w:after="120"/>
      <w:ind w:firstLine="0"/>
      <w:jc w:val="center"/>
      <w:outlineLvl w:val="0"/>
    </w:pPr>
    <w:rPr>
      <w:rFonts w:asciiTheme="majorHAnsi" w:eastAsiaTheme="majorEastAsia" w:hAnsiTheme="majorHAnsi" w:cs="PT Bold Heading"/>
      <w:szCs w:val="40"/>
    </w:rPr>
  </w:style>
  <w:style w:type="paragraph" w:styleId="Heading2">
    <w:name w:val="heading 2"/>
    <w:basedOn w:val="Normal"/>
    <w:next w:val="Normal"/>
    <w:link w:val="Heading2Char"/>
    <w:uiPriority w:val="9"/>
    <w:qFormat/>
    <w:rsid w:val="008A1D56"/>
    <w:pPr>
      <w:keepNext/>
      <w:keepLines/>
      <w:spacing w:before="240" w:after="120"/>
      <w:ind w:firstLine="0"/>
      <w:outlineLvl w:val="1"/>
    </w:pPr>
    <w:rPr>
      <w:rFonts w:asciiTheme="majorHAnsi" w:eastAsiaTheme="majorEastAsia" w:hAnsiTheme="majorHAnsi"/>
      <w:bCs/>
      <w:szCs w:val="40"/>
    </w:rPr>
  </w:style>
  <w:style w:type="paragraph" w:styleId="Heading3">
    <w:name w:val="heading 3"/>
    <w:basedOn w:val="Normal"/>
    <w:next w:val="Normal"/>
    <w:link w:val="Heading3Char"/>
    <w:uiPriority w:val="9"/>
    <w:qFormat/>
    <w:rsid w:val="00A65200"/>
    <w:pPr>
      <w:keepNext/>
      <w:keepLines/>
      <w:ind w:left="284" w:firstLine="0"/>
      <w:outlineLvl w:val="2"/>
    </w:pPr>
    <w:rPr>
      <w:rFonts w:asciiTheme="majorHAnsi" w:eastAsiaTheme="majorEastAsia" w:hAnsiTheme="majorHAnsi"/>
      <w:bCs/>
      <w:sz w:val="24"/>
    </w:rPr>
  </w:style>
  <w:style w:type="paragraph" w:styleId="Heading4">
    <w:name w:val="heading 4"/>
    <w:basedOn w:val="Normal"/>
    <w:next w:val="Normal"/>
    <w:link w:val="Heading4Char"/>
    <w:uiPriority w:val="9"/>
    <w:qFormat/>
    <w:rsid w:val="00A65200"/>
    <w:pPr>
      <w:keepNext/>
      <w:keepLines/>
      <w:ind w:left="397" w:firstLine="0"/>
      <w:outlineLvl w:val="3"/>
    </w:pPr>
    <w:rPr>
      <w:rFonts w:asciiTheme="majorHAnsi" w:eastAsiaTheme="majorEastAsia" w:hAnsiTheme="majorHAnsi"/>
      <w:bCs/>
      <w:i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rsid w:val="00A65200"/>
    <w:pPr>
      <w:ind w:left="510" w:firstLine="0"/>
      <w:outlineLvl w:val="4"/>
    </w:pPr>
    <w:rPr>
      <w:bCs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AE7A62"/>
    <w:pPr>
      <w:keepNext/>
      <w:keepLines/>
      <w:bidi w:val="0"/>
      <w:spacing w:before="200" w:line="276" w:lineRule="auto"/>
      <w:ind w:firstLine="0"/>
      <w:jc w:val="left"/>
      <w:outlineLvl w:val="5"/>
    </w:pPr>
    <w:rPr>
      <w:rFonts w:asciiTheme="majorHAnsi" w:eastAsiaTheme="majorEastAsia" w:hAnsiTheme="majorHAnsi" w:cstheme="majorBidi"/>
      <w:i/>
      <w:iCs/>
      <w:color w:val="1F4D78" w:themeColor="accent1" w:themeShade="7F"/>
      <w:sz w:val="24"/>
      <w:szCs w:val="22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AE7A62"/>
    <w:pPr>
      <w:keepNext/>
      <w:keepLines/>
      <w:bidi w:val="0"/>
      <w:spacing w:before="200" w:line="276" w:lineRule="auto"/>
      <w:ind w:firstLine="0"/>
      <w:jc w:val="left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  <w:sz w:val="24"/>
      <w:szCs w:val="22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AE7A62"/>
    <w:pPr>
      <w:keepNext/>
      <w:keepLines/>
      <w:bidi w:val="0"/>
      <w:spacing w:before="200" w:line="276" w:lineRule="auto"/>
      <w:ind w:firstLine="0"/>
      <w:jc w:val="left"/>
      <w:outlineLvl w:val="7"/>
    </w:pPr>
    <w:rPr>
      <w:rFonts w:asciiTheme="majorHAnsi" w:eastAsiaTheme="majorEastAsia" w:hAnsiTheme="majorHAnsi" w:cstheme="majorBidi"/>
      <w:color w:val="5B9BD5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AE7A62"/>
    <w:pPr>
      <w:keepNext/>
      <w:keepLines/>
      <w:bidi w:val="0"/>
      <w:spacing w:before="200" w:line="276" w:lineRule="auto"/>
      <w:ind w:firstLine="0"/>
      <w:jc w:val="left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CommentText">
    <w:name w:val="annotation text"/>
    <w:basedOn w:val="Normal"/>
    <w:link w:val="CommentTextChar"/>
    <w:uiPriority w:val="99"/>
    <w:unhideWhenUsed/>
    <w:rsid w:val="00C44DDB"/>
    <w:pPr>
      <w:spacing w:before="0" w:after="160"/>
      <w:ind w:firstLine="720"/>
      <w:jc w:val="left"/>
    </w:pPr>
    <w:rPr>
      <w:rFonts w:cs="AAA GoldenLotus"/>
      <w:sz w:val="20"/>
      <w:szCs w:val="28"/>
    </w:rPr>
  </w:style>
  <w:style w:type="character" w:customStyle="1" w:styleId="CommentTextChar">
    <w:name w:val="Comment Text Char"/>
    <w:basedOn w:val="DefaultParagraphFont"/>
    <w:link w:val="CommentText"/>
    <w:uiPriority w:val="99"/>
    <w:rsid w:val="00C44DDB"/>
    <w:rPr>
      <w:rFonts w:cs="AAA GoldenLotus"/>
      <w:sz w:val="20"/>
      <w:szCs w:val="28"/>
    </w:rPr>
  </w:style>
  <w:style w:type="paragraph" w:styleId="Header">
    <w:name w:val="header"/>
    <w:basedOn w:val="Normal"/>
    <w:link w:val="HeaderChar"/>
    <w:uiPriority w:val="99"/>
    <w:unhideWhenUsed/>
    <w:rsid w:val="00D425C9"/>
    <w:pPr>
      <w:pBdr>
        <w:bottom w:val="double" w:sz="4" w:space="1" w:color="auto"/>
      </w:pBdr>
      <w:tabs>
        <w:tab w:val="center" w:pos="4153"/>
        <w:tab w:val="right" w:pos="8306"/>
      </w:tabs>
      <w:spacing w:before="0"/>
      <w:ind w:firstLine="0"/>
    </w:pPr>
    <w:rPr>
      <w:szCs w:val="28"/>
    </w:rPr>
  </w:style>
  <w:style w:type="character" w:customStyle="1" w:styleId="HeaderChar">
    <w:name w:val="Header Char"/>
    <w:basedOn w:val="DefaultParagraphFont"/>
    <w:link w:val="Header"/>
    <w:uiPriority w:val="99"/>
    <w:rsid w:val="00D425C9"/>
    <w:rPr>
      <w:rFonts w:cs="Traditional Arabic"/>
      <w:szCs w:val="28"/>
    </w:rPr>
  </w:style>
  <w:style w:type="paragraph" w:styleId="Footer">
    <w:name w:val="footer"/>
    <w:basedOn w:val="Normal"/>
    <w:link w:val="FooterChar"/>
    <w:uiPriority w:val="99"/>
    <w:unhideWhenUsed/>
    <w:rsid w:val="005E3531"/>
    <w:pPr>
      <w:tabs>
        <w:tab w:val="center" w:pos="4153"/>
        <w:tab w:val="right" w:pos="8306"/>
      </w:tabs>
      <w:spacing w:before="0"/>
    </w:pPr>
  </w:style>
  <w:style w:type="character" w:customStyle="1" w:styleId="FooterChar">
    <w:name w:val="Footer Char"/>
    <w:basedOn w:val="DefaultParagraphFont"/>
    <w:link w:val="Footer"/>
    <w:uiPriority w:val="99"/>
    <w:rsid w:val="005E3531"/>
    <w:rPr>
      <w:rFonts w:cs="Traditional Arabic"/>
      <w:szCs w:val="36"/>
    </w:rPr>
  </w:style>
  <w:style w:type="character" w:styleId="FootnoteReference">
    <w:name w:val="footnote reference"/>
    <w:basedOn w:val="DefaultParagraphFont"/>
    <w:rsid w:val="005E3531"/>
    <w:rPr>
      <w:rFonts w:ascii="Traditional Arabic" w:hAnsi="Traditional Arabic" w:cs="Traditional Arabic"/>
      <w:position w:val="0"/>
      <w:sz w:val="32"/>
      <w:szCs w:val="36"/>
      <w:vertAlign w:val="superscript"/>
    </w:rPr>
  </w:style>
  <w:style w:type="paragraph" w:styleId="FootnoteText">
    <w:name w:val="footnote text"/>
    <w:basedOn w:val="Normal"/>
    <w:link w:val="FootnoteTextChar"/>
    <w:uiPriority w:val="99"/>
    <w:unhideWhenUsed/>
    <w:rsid w:val="00515BD4"/>
    <w:pPr>
      <w:spacing w:before="0"/>
      <w:ind w:left="340" w:hanging="340"/>
    </w:pPr>
    <w:rPr>
      <w:rFonts w:ascii="Traditional Arabic" w:hAnsi="Traditional Arabic"/>
      <w:sz w:val="24"/>
      <w:szCs w:val="28"/>
    </w:rPr>
  </w:style>
  <w:style w:type="character" w:customStyle="1" w:styleId="FootnoteTextChar">
    <w:name w:val="Footnote Text Char"/>
    <w:basedOn w:val="DefaultParagraphFont"/>
    <w:link w:val="FootnoteText"/>
    <w:uiPriority w:val="99"/>
    <w:rsid w:val="00515BD4"/>
    <w:rPr>
      <w:rFonts w:ascii="Traditional Arabic" w:hAnsi="Traditional Arabic" w:cs="Traditional Arabic"/>
      <w:sz w:val="24"/>
      <w:szCs w:val="28"/>
    </w:rPr>
  </w:style>
  <w:style w:type="character" w:customStyle="1" w:styleId="Heading1Char">
    <w:name w:val="Heading 1 Char"/>
    <w:basedOn w:val="DefaultParagraphFont"/>
    <w:link w:val="Heading1"/>
    <w:uiPriority w:val="9"/>
    <w:rsid w:val="004216F3"/>
    <w:rPr>
      <w:rFonts w:asciiTheme="majorHAnsi" w:eastAsiaTheme="majorEastAsia" w:hAnsiTheme="majorHAnsi" w:cs="PT Bold Heading"/>
      <w:sz w:val="32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rsid w:val="008A1D56"/>
    <w:rPr>
      <w:rFonts w:asciiTheme="majorHAnsi" w:eastAsiaTheme="majorEastAsia" w:hAnsiTheme="majorHAnsi" w:cs="Traditional Arabic"/>
      <w:bCs/>
      <w:sz w:val="34"/>
      <w:szCs w:val="40"/>
    </w:rPr>
  </w:style>
  <w:style w:type="character" w:customStyle="1" w:styleId="Heading3Char">
    <w:name w:val="Heading 3 Char"/>
    <w:basedOn w:val="DefaultParagraphFont"/>
    <w:link w:val="Heading3"/>
    <w:uiPriority w:val="9"/>
    <w:rsid w:val="00A65200"/>
    <w:rPr>
      <w:rFonts w:asciiTheme="majorHAnsi" w:eastAsiaTheme="majorEastAsia" w:hAnsiTheme="majorHAnsi" w:cs="Traditional Arabic"/>
      <w:bCs/>
      <w:sz w:val="24"/>
      <w:szCs w:val="36"/>
    </w:rPr>
  </w:style>
  <w:style w:type="character" w:customStyle="1" w:styleId="Heading4Char">
    <w:name w:val="Heading 4 Char"/>
    <w:basedOn w:val="DefaultParagraphFont"/>
    <w:link w:val="Heading4"/>
    <w:uiPriority w:val="9"/>
    <w:rsid w:val="00A65200"/>
    <w:rPr>
      <w:rFonts w:asciiTheme="majorHAnsi" w:eastAsiaTheme="majorEastAsia" w:hAnsiTheme="majorHAnsi" w:cs="Traditional Arabic"/>
      <w:bCs/>
      <w:i/>
      <w:sz w:val="26"/>
      <w:szCs w:val="36"/>
    </w:rPr>
  </w:style>
  <w:style w:type="table" w:styleId="TableGrid">
    <w:name w:val="Table Grid"/>
    <w:basedOn w:val="TableNormal"/>
    <w:uiPriority w:val="59"/>
    <w:rsid w:val="00D425C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a">
    <w:name w:val="قصيدة"/>
    <w:basedOn w:val="Normal"/>
    <w:uiPriority w:val="9"/>
    <w:rsid w:val="00C44B71"/>
    <w:pPr>
      <w:spacing w:before="0"/>
      <w:ind w:firstLine="0"/>
    </w:pPr>
  </w:style>
  <w:style w:type="paragraph" w:styleId="Title">
    <w:name w:val="Title"/>
    <w:basedOn w:val="Normal"/>
    <w:next w:val="Normal"/>
    <w:link w:val="TitleChar"/>
    <w:uiPriority w:val="10"/>
    <w:qFormat/>
    <w:rsid w:val="00140072"/>
    <w:pPr>
      <w:spacing w:before="0"/>
      <w:ind w:firstLine="0"/>
      <w:contextualSpacing/>
      <w:jc w:val="center"/>
    </w:pPr>
    <w:rPr>
      <w:rFonts w:asciiTheme="majorHAnsi" w:eastAsiaTheme="majorEastAsia" w:hAnsiTheme="majorHAnsi" w:cs="PT Bold Heading"/>
      <w:spacing w:val="-10"/>
      <w:kern w:val="28"/>
      <w:sz w:val="56"/>
      <w:szCs w:val="72"/>
    </w:rPr>
  </w:style>
  <w:style w:type="character" w:customStyle="1" w:styleId="TitleChar">
    <w:name w:val="Title Char"/>
    <w:basedOn w:val="DefaultParagraphFont"/>
    <w:link w:val="Title"/>
    <w:uiPriority w:val="10"/>
    <w:rsid w:val="00140072"/>
    <w:rPr>
      <w:rFonts w:asciiTheme="majorHAnsi" w:eastAsiaTheme="majorEastAsia" w:hAnsiTheme="majorHAnsi" w:cs="PT Bold Heading"/>
      <w:spacing w:val="-10"/>
      <w:kern w:val="28"/>
      <w:sz w:val="56"/>
      <w:szCs w:val="72"/>
    </w:rPr>
  </w:style>
  <w:style w:type="character" w:customStyle="1" w:styleId="Heading5Char">
    <w:name w:val="Heading 5 Char"/>
    <w:basedOn w:val="DefaultParagraphFont"/>
    <w:link w:val="Heading5"/>
    <w:uiPriority w:val="9"/>
    <w:rsid w:val="00A65200"/>
    <w:rPr>
      <w:rFonts w:ascii="Times New Roman" w:hAnsi="Times New Roman" w:cs="Traditional Arabic"/>
      <w:bCs/>
      <w:sz w:val="26"/>
      <w:szCs w:val="36"/>
    </w:rPr>
  </w:style>
  <w:style w:type="paragraph" w:customStyle="1" w:styleId="a0">
    <w:name w:val="كليشة"/>
    <w:rsid w:val="00140072"/>
    <w:pPr>
      <w:jc w:val="center"/>
    </w:pPr>
    <w:rPr>
      <w:rFonts w:ascii="Sakkal Majalla" w:hAnsi="Sakkal Majalla" w:cs="Traditional Arabic"/>
      <w:sz w:val="28"/>
      <w:szCs w:val="32"/>
    </w:rPr>
  </w:style>
  <w:style w:type="paragraph" w:customStyle="1" w:styleId="a1">
    <w:name w:val="صفحة العنوان"/>
    <w:rsid w:val="00140072"/>
    <w:pPr>
      <w:spacing w:after="0" w:line="240" w:lineRule="auto"/>
      <w:jc w:val="center"/>
    </w:pPr>
    <w:rPr>
      <w:rFonts w:ascii="Sakkal Majalla" w:hAnsi="Sakkal Majalla" w:cs="Traditional Arabic"/>
      <w:b/>
      <w:bCs/>
      <w:sz w:val="32"/>
      <w:szCs w:val="36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4216F3"/>
    <w:pPr>
      <w:spacing w:before="0"/>
    </w:pPr>
    <w:rPr>
      <w:rFonts w:ascii="Tahoma" w:hAnsi="Tahoma" w:cs="Tahoma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4216F3"/>
    <w:rPr>
      <w:rFonts w:ascii="Tahoma" w:hAnsi="Tahoma" w:cs="Tahoma"/>
      <w:sz w:val="18"/>
      <w:szCs w:val="18"/>
    </w:rPr>
  </w:style>
  <w:style w:type="character" w:styleId="Strong">
    <w:name w:val="Strong"/>
    <w:basedOn w:val="DefaultParagraphFont"/>
    <w:uiPriority w:val="22"/>
    <w:qFormat/>
    <w:rsid w:val="00D63B96"/>
    <w:rPr>
      <w:b/>
      <w:bCs/>
    </w:rPr>
  </w:style>
  <w:style w:type="character" w:styleId="PageNumber">
    <w:name w:val="page number"/>
    <w:basedOn w:val="DefaultParagraphFont"/>
    <w:uiPriority w:val="99"/>
    <w:semiHidden/>
    <w:unhideWhenUsed/>
    <w:rsid w:val="00912959"/>
  </w:style>
  <w:style w:type="paragraph" w:styleId="NoSpacing">
    <w:name w:val="No Spacing"/>
    <w:link w:val="NoSpacingChar"/>
    <w:uiPriority w:val="1"/>
    <w:qFormat/>
    <w:rsid w:val="008561CF"/>
    <w:pPr>
      <w:bidi/>
      <w:spacing w:after="0" w:line="240" w:lineRule="auto"/>
    </w:pPr>
    <w:rPr>
      <w:rFonts w:eastAsiaTheme="minorEastAsia"/>
    </w:rPr>
  </w:style>
  <w:style w:type="character" w:customStyle="1" w:styleId="NoSpacingChar">
    <w:name w:val="No Spacing Char"/>
    <w:basedOn w:val="DefaultParagraphFont"/>
    <w:link w:val="NoSpacing"/>
    <w:uiPriority w:val="1"/>
    <w:rsid w:val="008561CF"/>
    <w:rPr>
      <w:rFonts w:eastAsiaTheme="minorEastAsia"/>
    </w:rPr>
  </w:style>
  <w:style w:type="paragraph" w:customStyle="1" w:styleId="a2">
    <w:name w:val="عنوان جانبي"/>
    <w:basedOn w:val="Normal"/>
    <w:link w:val="Char"/>
    <w:qFormat/>
    <w:rsid w:val="00B31121"/>
    <w:pPr>
      <w:spacing w:before="0" w:line="228" w:lineRule="auto"/>
      <w:ind w:firstLine="0"/>
      <w:jc w:val="center"/>
    </w:pPr>
    <w:rPr>
      <w:rFonts w:cs="Sakkal Majalla"/>
      <w:b/>
      <w:bCs/>
      <w:sz w:val="24"/>
      <w:szCs w:val="24"/>
    </w:rPr>
  </w:style>
  <w:style w:type="character" w:customStyle="1" w:styleId="Char">
    <w:name w:val="عنوان جانبي Char"/>
    <w:basedOn w:val="DefaultParagraphFont"/>
    <w:link w:val="a2"/>
    <w:rsid w:val="00B31121"/>
    <w:rPr>
      <w:rFonts w:ascii="Sakkal Majalla" w:hAnsi="Sakkal Majalla" w:cs="Sakkal Majalla"/>
      <w:b/>
      <w:bCs/>
      <w:sz w:val="24"/>
      <w:szCs w:val="24"/>
    </w:rPr>
  </w:style>
  <w:style w:type="paragraph" w:styleId="ListParagraph">
    <w:name w:val="List Paragraph"/>
    <w:basedOn w:val="Normal"/>
    <w:uiPriority w:val="34"/>
    <w:qFormat/>
    <w:rsid w:val="00DA3CE0"/>
    <w:pPr>
      <w:ind w:left="720"/>
      <w:contextualSpacing/>
    </w:pPr>
  </w:style>
  <w:style w:type="character" w:customStyle="1" w:styleId="Heading6Char">
    <w:name w:val="Heading 6 Char"/>
    <w:basedOn w:val="DefaultParagraphFont"/>
    <w:link w:val="Heading6"/>
    <w:uiPriority w:val="9"/>
    <w:semiHidden/>
    <w:rsid w:val="00AE7A62"/>
    <w:rPr>
      <w:rFonts w:asciiTheme="majorHAnsi" w:eastAsiaTheme="majorEastAsia" w:hAnsiTheme="majorHAnsi" w:cstheme="majorBidi"/>
      <w:i/>
      <w:iCs/>
      <w:color w:val="1F4D78" w:themeColor="accent1" w:themeShade="7F"/>
      <w:sz w:val="24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AE7A62"/>
    <w:rPr>
      <w:rFonts w:asciiTheme="majorHAnsi" w:eastAsiaTheme="majorEastAsia" w:hAnsiTheme="majorHAnsi" w:cstheme="majorBidi"/>
      <w:i/>
      <w:iCs/>
      <w:color w:val="404040" w:themeColor="text1" w:themeTint="BF"/>
      <w:sz w:val="24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AE7A62"/>
    <w:rPr>
      <w:rFonts w:asciiTheme="majorHAnsi" w:eastAsiaTheme="majorEastAsia" w:hAnsiTheme="majorHAnsi" w:cstheme="majorBidi"/>
      <w:color w:val="5B9BD5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AE7A62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Subtitle">
    <w:name w:val="Subtitle"/>
    <w:basedOn w:val="Normal"/>
    <w:next w:val="Normal"/>
    <w:link w:val="SubtitleChar"/>
    <w:uiPriority w:val="11"/>
    <w:qFormat/>
    <w:rsid w:val="00AE7A62"/>
    <w:pPr>
      <w:numPr>
        <w:ilvl w:val="1"/>
      </w:numPr>
      <w:bidi w:val="0"/>
      <w:spacing w:before="0" w:after="200" w:line="276" w:lineRule="auto"/>
      <w:ind w:firstLine="454"/>
      <w:jc w:val="left"/>
    </w:pPr>
    <w:rPr>
      <w:rFonts w:asciiTheme="majorHAnsi" w:eastAsiaTheme="majorEastAsia" w:hAnsiTheme="majorHAnsi" w:cstheme="majorBidi"/>
      <w:i/>
      <w:iCs/>
      <w:color w:val="5B9BD5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AE7A62"/>
    <w:rPr>
      <w:rFonts w:asciiTheme="majorHAnsi" w:eastAsiaTheme="majorEastAsia" w:hAnsiTheme="majorHAnsi" w:cstheme="majorBidi"/>
      <w:i/>
      <w:iCs/>
      <w:color w:val="5B9BD5" w:themeColor="accent1"/>
      <w:spacing w:val="15"/>
      <w:sz w:val="24"/>
      <w:szCs w:val="24"/>
    </w:rPr>
  </w:style>
  <w:style w:type="paragraph" w:styleId="BodyText">
    <w:name w:val="Body Text"/>
    <w:basedOn w:val="Normal"/>
    <w:link w:val="BodyTextChar"/>
    <w:uiPriority w:val="99"/>
    <w:unhideWhenUsed/>
    <w:rsid w:val="00AE7A62"/>
    <w:pPr>
      <w:bidi w:val="0"/>
      <w:spacing w:before="0" w:after="120" w:line="276" w:lineRule="auto"/>
      <w:ind w:firstLine="0"/>
      <w:jc w:val="left"/>
    </w:pPr>
    <w:rPr>
      <w:rFonts w:ascii="Noto Sans Arabic" w:eastAsia="Noto Sans Arabic" w:hAnsi="Noto Sans Arabic" w:cs="Noto Sans Arabic"/>
      <w:sz w:val="24"/>
      <w:szCs w:val="22"/>
    </w:rPr>
  </w:style>
  <w:style w:type="character" w:customStyle="1" w:styleId="BodyTextChar">
    <w:name w:val="Body Text Char"/>
    <w:basedOn w:val="DefaultParagraphFont"/>
    <w:link w:val="BodyText"/>
    <w:uiPriority w:val="99"/>
    <w:rsid w:val="00AE7A62"/>
    <w:rPr>
      <w:rFonts w:ascii="Noto Sans Arabic" w:eastAsia="Noto Sans Arabic" w:hAnsi="Noto Sans Arabic" w:cs="Noto Sans Arabic"/>
      <w:sz w:val="24"/>
    </w:rPr>
  </w:style>
  <w:style w:type="paragraph" w:styleId="BodyText2">
    <w:name w:val="Body Text 2"/>
    <w:basedOn w:val="Normal"/>
    <w:link w:val="BodyText2Char"/>
    <w:uiPriority w:val="99"/>
    <w:unhideWhenUsed/>
    <w:rsid w:val="00AE7A62"/>
    <w:pPr>
      <w:bidi w:val="0"/>
      <w:spacing w:before="0" w:after="120" w:line="480" w:lineRule="auto"/>
      <w:ind w:firstLine="0"/>
      <w:jc w:val="left"/>
    </w:pPr>
    <w:rPr>
      <w:rFonts w:ascii="Noto Sans Arabic" w:eastAsia="Noto Sans Arabic" w:hAnsi="Noto Sans Arabic" w:cs="Noto Sans Arabic"/>
      <w:sz w:val="24"/>
      <w:szCs w:val="22"/>
    </w:rPr>
  </w:style>
  <w:style w:type="character" w:customStyle="1" w:styleId="BodyText2Char">
    <w:name w:val="Body Text 2 Char"/>
    <w:basedOn w:val="DefaultParagraphFont"/>
    <w:link w:val="BodyText2"/>
    <w:uiPriority w:val="99"/>
    <w:rsid w:val="00AE7A62"/>
    <w:rPr>
      <w:rFonts w:ascii="Noto Sans Arabic" w:eastAsia="Noto Sans Arabic" w:hAnsi="Noto Sans Arabic" w:cs="Noto Sans Arabic"/>
      <w:sz w:val="24"/>
    </w:rPr>
  </w:style>
  <w:style w:type="paragraph" w:styleId="BodyText3">
    <w:name w:val="Body Text 3"/>
    <w:basedOn w:val="Normal"/>
    <w:link w:val="BodyText3Char"/>
    <w:uiPriority w:val="99"/>
    <w:unhideWhenUsed/>
    <w:rsid w:val="00AE7A62"/>
    <w:pPr>
      <w:bidi w:val="0"/>
      <w:spacing w:before="0" w:after="120" w:line="276" w:lineRule="auto"/>
      <w:ind w:firstLine="0"/>
      <w:jc w:val="left"/>
    </w:pPr>
    <w:rPr>
      <w:rFonts w:ascii="Noto Sans Arabic" w:eastAsia="Noto Sans Arabic" w:hAnsi="Noto Sans Arabic" w:cs="Noto Sans Arabic"/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E7A62"/>
    <w:rPr>
      <w:rFonts w:ascii="Noto Sans Arabic" w:eastAsia="Noto Sans Arabic" w:hAnsi="Noto Sans Arabic" w:cs="Noto Sans Arabic"/>
      <w:sz w:val="16"/>
      <w:szCs w:val="16"/>
    </w:rPr>
  </w:style>
  <w:style w:type="paragraph" w:styleId="List">
    <w:name w:val="List"/>
    <w:basedOn w:val="Normal"/>
    <w:uiPriority w:val="99"/>
    <w:unhideWhenUsed/>
    <w:rsid w:val="00AE7A62"/>
    <w:pPr>
      <w:bidi w:val="0"/>
      <w:spacing w:before="0" w:after="200" w:line="276" w:lineRule="auto"/>
      <w:ind w:left="360" w:hanging="360"/>
      <w:contextualSpacing/>
      <w:jc w:val="left"/>
    </w:pPr>
    <w:rPr>
      <w:rFonts w:ascii="Noto Sans Arabic" w:eastAsia="Noto Sans Arabic" w:hAnsi="Noto Sans Arabic" w:cs="Noto Sans Arabic"/>
      <w:sz w:val="24"/>
      <w:szCs w:val="22"/>
    </w:rPr>
  </w:style>
  <w:style w:type="paragraph" w:styleId="List2">
    <w:name w:val="List 2"/>
    <w:basedOn w:val="Normal"/>
    <w:uiPriority w:val="99"/>
    <w:unhideWhenUsed/>
    <w:rsid w:val="00AE7A62"/>
    <w:pPr>
      <w:bidi w:val="0"/>
      <w:spacing w:before="0" w:after="200" w:line="276" w:lineRule="auto"/>
      <w:ind w:left="720" w:hanging="360"/>
      <w:contextualSpacing/>
      <w:jc w:val="left"/>
    </w:pPr>
    <w:rPr>
      <w:rFonts w:ascii="Noto Sans Arabic" w:eastAsia="Noto Sans Arabic" w:hAnsi="Noto Sans Arabic" w:cs="Noto Sans Arabic"/>
      <w:sz w:val="24"/>
      <w:szCs w:val="22"/>
    </w:rPr>
  </w:style>
  <w:style w:type="paragraph" w:styleId="List3">
    <w:name w:val="List 3"/>
    <w:basedOn w:val="Normal"/>
    <w:uiPriority w:val="99"/>
    <w:unhideWhenUsed/>
    <w:rsid w:val="00AE7A62"/>
    <w:pPr>
      <w:bidi w:val="0"/>
      <w:spacing w:before="0" w:after="200" w:line="276" w:lineRule="auto"/>
      <w:ind w:left="1080" w:hanging="360"/>
      <w:contextualSpacing/>
      <w:jc w:val="left"/>
    </w:pPr>
    <w:rPr>
      <w:rFonts w:ascii="Noto Sans Arabic" w:eastAsia="Noto Sans Arabic" w:hAnsi="Noto Sans Arabic" w:cs="Noto Sans Arabic"/>
      <w:sz w:val="24"/>
      <w:szCs w:val="22"/>
    </w:rPr>
  </w:style>
  <w:style w:type="paragraph" w:styleId="ListBullet">
    <w:name w:val="List Bullet"/>
    <w:basedOn w:val="Normal"/>
    <w:uiPriority w:val="99"/>
    <w:unhideWhenUsed/>
    <w:rsid w:val="00AE7A62"/>
    <w:pPr>
      <w:numPr>
        <w:numId w:val="5"/>
      </w:numPr>
      <w:bidi w:val="0"/>
      <w:spacing w:before="0" w:after="200" w:line="276" w:lineRule="auto"/>
      <w:contextualSpacing/>
      <w:jc w:val="left"/>
    </w:pPr>
    <w:rPr>
      <w:rFonts w:ascii="Noto Sans Arabic" w:eastAsia="Noto Sans Arabic" w:hAnsi="Noto Sans Arabic" w:cs="Noto Sans Arabic"/>
      <w:sz w:val="24"/>
      <w:szCs w:val="22"/>
    </w:rPr>
  </w:style>
  <w:style w:type="paragraph" w:styleId="ListBullet2">
    <w:name w:val="List Bullet 2"/>
    <w:basedOn w:val="Normal"/>
    <w:uiPriority w:val="99"/>
    <w:unhideWhenUsed/>
    <w:rsid w:val="00AE7A62"/>
    <w:pPr>
      <w:numPr>
        <w:numId w:val="6"/>
      </w:numPr>
      <w:bidi w:val="0"/>
      <w:spacing w:before="0" w:after="200" w:line="276" w:lineRule="auto"/>
      <w:contextualSpacing/>
      <w:jc w:val="left"/>
    </w:pPr>
    <w:rPr>
      <w:rFonts w:ascii="Noto Sans Arabic" w:eastAsia="Noto Sans Arabic" w:hAnsi="Noto Sans Arabic" w:cs="Noto Sans Arabic"/>
      <w:sz w:val="24"/>
      <w:szCs w:val="22"/>
    </w:rPr>
  </w:style>
  <w:style w:type="paragraph" w:styleId="ListBullet3">
    <w:name w:val="List Bullet 3"/>
    <w:basedOn w:val="Normal"/>
    <w:uiPriority w:val="99"/>
    <w:unhideWhenUsed/>
    <w:rsid w:val="00AE7A62"/>
    <w:pPr>
      <w:numPr>
        <w:numId w:val="7"/>
      </w:numPr>
      <w:bidi w:val="0"/>
      <w:spacing w:before="0" w:after="200" w:line="276" w:lineRule="auto"/>
      <w:contextualSpacing/>
      <w:jc w:val="left"/>
    </w:pPr>
    <w:rPr>
      <w:rFonts w:ascii="Noto Sans Arabic" w:eastAsia="Noto Sans Arabic" w:hAnsi="Noto Sans Arabic" w:cs="Noto Sans Arabic"/>
      <w:sz w:val="24"/>
      <w:szCs w:val="22"/>
    </w:rPr>
  </w:style>
  <w:style w:type="paragraph" w:styleId="ListNumber">
    <w:name w:val="List Number"/>
    <w:basedOn w:val="Normal"/>
    <w:uiPriority w:val="99"/>
    <w:unhideWhenUsed/>
    <w:rsid w:val="00AE7A62"/>
    <w:pPr>
      <w:numPr>
        <w:numId w:val="9"/>
      </w:numPr>
      <w:bidi w:val="0"/>
      <w:spacing w:before="0" w:after="200" w:line="276" w:lineRule="auto"/>
      <w:contextualSpacing/>
      <w:jc w:val="left"/>
    </w:pPr>
    <w:rPr>
      <w:rFonts w:ascii="Noto Sans Arabic" w:eastAsia="Noto Sans Arabic" w:hAnsi="Noto Sans Arabic" w:cs="Noto Sans Arabic"/>
      <w:sz w:val="24"/>
      <w:szCs w:val="22"/>
    </w:rPr>
  </w:style>
  <w:style w:type="paragraph" w:styleId="ListNumber2">
    <w:name w:val="List Number 2"/>
    <w:basedOn w:val="Normal"/>
    <w:uiPriority w:val="99"/>
    <w:unhideWhenUsed/>
    <w:rsid w:val="00AE7A62"/>
    <w:pPr>
      <w:numPr>
        <w:numId w:val="10"/>
      </w:numPr>
      <w:bidi w:val="0"/>
      <w:spacing w:before="0" w:after="200" w:line="276" w:lineRule="auto"/>
      <w:contextualSpacing/>
      <w:jc w:val="left"/>
    </w:pPr>
    <w:rPr>
      <w:rFonts w:ascii="Noto Sans Arabic" w:eastAsia="Noto Sans Arabic" w:hAnsi="Noto Sans Arabic" w:cs="Noto Sans Arabic"/>
      <w:sz w:val="24"/>
      <w:szCs w:val="22"/>
    </w:rPr>
  </w:style>
  <w:style w:type="paragraph" w:styleId="ListNumber3">
    <w:name w:val="List Number 3"/>
    <w:basedOn w:val="Normal"/>
    <w:uiPriority w:val="99"/>
    <w:unhideWhenUsed/>
    <w:rsid w:val="00AE7A62"/>
    <w:pPr>
      <w:numPr>
        <w:numId w:val="11"/>
      </w:numPr>
      <w:bidi w:val="0"/>
      <w:spacing w:before="0" w:after="200" w:line="276" w:lineRule="auto"/>
      <w:contextualSpacing/>
      <w:jc w:val="left"/>
    </w:pPr>
    <w:rPr>
      <w:rFonts w:ascii="Noto Sans Arabic" w:eastAsia="Noto Sans Arabic" w:hAnsi="Noto Sans Arabic" w:cs="Noto Sans Arabic"/>
      <w:sz w:val="24"/>
      <w:szCs w:val="22"/>
    </w:rPr>
  </w:style>
  <w:style w:type="paragraph" w:styleId="ListContinue">
    <w:name w:val="List Continue"/>
    <w:basedOn w:val="Normal"/>
    <w:uiPriority w:val="99"/>
    <w:unhideWhenUsed/>
    <w:rsid w:val="00AE7A62"/>
    <w:pPr>
      <w:bidi w:val="0"/>
      <w:spacing w:before="0" w:after="120" w:line="276" w:lineRule="auto"/>
      <w:ind w:left="360" w:firstLine="0"/>
      <w:contextualSpacing/>
      <w:jc w:val="left"/>
    </w:pPr>
    <w:rPr>
      <w:rFonts w:ascii="Noto Sans Arabic" w:eastAsia="Noto Sans Arabic" w:hAnsi="Noto Sans Arabic" w:cs="Noto Sans Arabic"/>
      <w:sz w:val="24"/>
      <w:szCs w:val="22"/>
    </w:rPr>
  </w:style>
  <w:style w:type="paragraph" w:styleId="ListContinue2">
    <w:name w:val="List Continue 2"/>
    <w:basedOn w:val="Normal"/>
    <w:uiPriority w:val="99"/>
    <w:unhideWhenUsed/>
    <w:rsid w:val="00AE7A62"/>
    <w:pPr>
      <w:bidi w:val="0"/>
      <w:spacing w:before="0" w:after="120" w:line="276" w:lineRule="auto"/>
      <w:ind w:left="720" w:firstLine="0"/>
      <w:contextualSpacing/>
      <w:jc w:val="left"/>
    </w:pPr>
    <w:rPr>
      <w:rFonts w:ascii="Noto Sans Arabic" w:eastAsia="Noto Sans Arabic" w:hAnsi="Noto Sans Arabic" w:cs="Noto Sans Arabic"/>
      <w:sz w:val="24"/>
      <w:szCs w:val="22"/>
    </w:rPr>
  </w:style>
  <w:style w:type="paragraph" w:styleId="ListContinue3">
    <w:name w:val="List Continue 3"/>
    <w:basedOn w:val="Normal"/>
    <w:uiPriority w:val="99"/>
    <w:unhideWhenUsed/>
    <w:rsid w:val="00AE7A62"/>
    <w:pPr>
      <w:bidi w:val="0"/>
      <w:spacing w:before="0" w:after="120" w:line="276" w:lineRule="auto"/>
      <w:ind w:left="1080" w:firstLine="0"/>
      <w:contextualSpacing/>
      <w:jc w:val="left"/>
    </w:pPr>
    <w:rPr>
      <w:rFonts w:ascii="Noto Sans Arabic" w:eastAsia="Noto Sans Arabic" w:hAnsi="Noto Sans Arabic" w:cs="Noto Sans Arabic"/>
      <w:sz w:val="24"/>
      <w:szCs w:val="22"/>
    </w:rPr>
  </w:style>
  <w:style w:type="paragraph" w:styleId="MacroText">
    <w:name w:val="macro"/>
    <w:link w:val="MacroTextChar"/>
    <w:uiPriority w:val="99"/>
    <w:unhideWhenUsed/>
    <w:rsid w:val="00AE7A62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  <w:spacing w:after="200" w:line="276" w:lineRule="auto"/>
    </w:pPr>
    <w:rPr>
      <w:rFonts w:ascii="Courier" w:eastAsiaTheme="minorEastAsia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AE7A62"/>
    <w:rPr>
      <w:rFonts w:ascii="Courier" w:eastAsiaTheme="minorEastAsia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AE7A62"/>
    <w:pPr>
      <w:bidi w:val="0"/>
      <w:spacing w:before="0" w:after="200" w:line="276" w:lineRule="auto"/>
      <w:ind w:firstLine="0"/>
      <w:jc w:val="left"/>
    </w:pPr>
    <w:rPr>
      <w:rFonts w:ascii="Noto Sans Arabic" w:eastAsia="Noto Sans Arabic" w:hAnsi="Noto Sans Arabic" w:cs="Noto Sans Arabic"/>
      <w:i/>
      <w:iCs/>
      <w:color w:val="000000" w:themeColor="text1"/>
      <w:sz w:val="24"/>
      <w:szCs w:val="22"/>
    </w:rPr>
  </w:style>
  <w:style w:type="character" w:customStyle="1" w:styleId="QuoteChar">
    <w:name w:val="Quote Char"/>
    <w:basedOn w:val="DefaultParagraphFont"/>
    <w:link w:val="Quote"/>
    <w:uiPriority w:val="29"/>
    <w:rsid w:val="00AE7A62"/>
    <w:rPr>
      <w:rFonts w:ascii="Noto Sans Arabic" w:eastAsia="Noto Sans Arabic" w:hAnsi="Noto Sans Arabic" w:cs="Noto Sans Arabic"/>
      <w:i/>
      <w:iCs/>
      <w:color w:val="000000" w:themeColor="text1"/>
      <w:sz w:val="24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AE7A62"/>
    <w:pPr>
      <w:bidi w:val="0"/>
      <w:spacing w:before="0" w:after="200"/>
      <w:ind w:firstLine="0"/>
      <w:jc w:val="left"/>
    </w:pPr>
    <w:rPr>
      <w:rFonts w:ascii="Noto Sans Arabic" w:eastAsia="Noto Sans Arabic" w:hAnsi="Noto Sans Arabic" w:cs="Noto Sans Arabic"/>
      <w:b/>
      <w:bCs/>
      <w:color w:val="5B9BD5" w:themeColor="accent1"/>
      <w:sz w:val="18"/>
      <w:szCs w:val="18"/>
    </w:rPr>
  </w:style>
  <w:style w:type="character" w:styleId="Emphasis">
    <w:name w:val="Emphasis"/>
    <w:basedOn w:val="DefaultParagraphFont"/>
    <w:uiPriority w:val="20"/>
    <w:qFormat/>
    <w:rsid w:val="00AE7A62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AE7A62"/>
    <w:pPr>
      <w:pBdr>
        <w:bottom w:val="single" w:sz="4" w:space="4" w:color="5B9BD5" w:themeColor="accent1"/>
      </w:pBdr>
      <w:bidi w:val="0"/>
      <w:spacing w:before="200" w:after="280" w:line="276" w:lineRule="auto"/>
      <w:ind w:left="936" w:right="936" w:firstLine="0"/>
      <w:jc w:val="left"/>
    </w:pPr>
    <w:rPr>
      <w:rFonts w:ascii="Noto Sans Arabic" w:eastAsia="Noto Sans Arabic" w:hAnsi="Noto Sans Arabic" w:cs="Noto Sans Arabic"/>
      <w:b/>
      <w:bCs/>
      <w:i/>
      <w:iCs/>
      <w:color w:val="5B9BD5" w:themeColor="accent1"/>
      <w:sz w:val="24"/>
      <w:szCs w:val="22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AE7A62"/>
    <w:rPr>
      <w:rFonts w:ascii="Noto Sans Arabic" w:eastAsia="Noto Sans Arabic" w:hAnsi="Noto Sans Arabic" w:cs="Noto Sans Arabic"/>
      <w:b/>
      <w:bCs/>
      <w:i/>
      <w:iCs/>
      <w:color w:val="5B9BD5" w:themeColor="accent1"/>
      <w:sz w:val="24"/>
    </w:rPr>
  </w:style>
  <w:style w:type="character" w:styleId="SubtleEmphasis">
    <w:name w:val="Subtle Emphasis"/>
    <w:basedOn w:val="DefaultParagraphFont"/>
    <w:uiPriority w:val="19"/>
    <w:qFormat/>
    <w:rsid w:val="00AE7A62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AE7A62"/>
    <w:rPr>
      <w:b/>
      <w:bCs/>
      <w:i/>
      <w:iCs/>
      <w:color w:val="5B9BD5" w:themeColor="accent1"/>
    </w:rPr>
  </w:style>
  <w:style w:type="character" w:styleId="SubtleReference">
    <w:name w:val="Subtle Reference"/>
    <w:basedOn w:val="DefaultParagraphFont"/>
    <w:uiPriority w:val="31"/>
    <w:qFormat/>
    <w:rsid w:val="00AE7A62"/>
    <w:rPr>
      <w:smallCaps/>
      <w:color w:val="ED7D31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AE7A62"/>
    <w:rPr>
      <w:b/>
      <w:bCs/>
      <w:smallCaps/>
      <w:color w:val="ED7D31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AE7A62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unhideWhenUsed/>
    <w:qFormat/>
    <w:rsid w:val="00AE7A62"/>
    <w:pPr>
      <w:pageBreakBefore w:val="0"/>
      <w:bidi w:val="0"/>
      <w:spacing w:before="480" w:after="0" w:line="276" w:lineRule="auto"/>
      <w:jc w:val="left"/>
      <w:outlineLvl w:val="9"/>
    </w:pPr>
    <w:rPr>
      <w:rFonts w:cstheme="majorBidi"/>
      <w:b/>
      <w:bCs/>
      <w:color w:val="2E74B5" w:themeColor="accent1" w:themeShade="BF"/>
      <w:sz w:val="28"/>
      <w:szCs w:val="28"/>
    </w:rPr>
  </w:style>
  <w:style w:type="table" w:styleId="LightShading">
    <w:name w:val="Light Shading"/>
    <w:basedOn w:val="TableNormal"/>
    <w:uiPriority w:val="60"/>
    <w:rsid w:val="00AE7A62"/>
    <w:pPr>
      <w:spacing w:after="0" w:line="240" w:lineRule="auto"/>
    </w:pPr>
    <w:rPr>
      <w:rFonts w:eastAsiaTheme="minorEastAsia"/>
      <w:color w:val="000000" w:themeColor="text1" w:themeShade="BF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AE7A62"/>
    <w:pPr>
      <w:spacing w:after="0" w:line="240" w:lineRule="auto"/>
    </w:pPr>
    <w:rPr>
      <w:rFonts w:eastAsiaTheme="minorEastAsia"/>
      <w:color w:val="2E74B5" w:themeColor="accent1" w:themeShade="BF"/>
    </w:rPr>
    <w:tblPr>
      <w:tblStyleRowBandSize w:val="1"/>
      <w:tblStyleColBandSize w:val="1"/>
      <w:tblBorders>
        <w:top w:val="single" w:sz="8" w:space="0" w:color="5B9BD5" w:themeColor="accent1"/>
        <w:bottom w:val="single" w:sz="8" w:space="0" w:color="5B9BD5" w:themeColor="accen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5B9BD5" w:themeColor="accent1"/>
          <w:left w:val="nil"/>
          <w:bottom w:val="single" w:sz="8" w:space="0" w:color="5B9BD5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5B9BD5" w:themeColor="accent1"/>
          <w:left w:val="nil"/>
          <w:bottom w:val="single" w:sz="8" w:space="0" w:color="5B9BD5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6E6F4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6E6F4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AE7A62"/>
    <w:pPr>
      <w:spacing w:after="0" w:line="240" w:lineRule="auto"/>
    </w:pPr>
    <w:rPr>
      <w:rFonts w:eastAsiaTheme="minorEastAsia"/>
      <w:color w:val="C45911" w:themeColor="accent2" w:themeShade="BF"/>
    </w:rPr>
    <w:tblPr>
      <w:tblStyleRowBandSize w:val="1"/>
      <w:tblStyleColBandSize w:val="1"/>
      <w:tblBorders>
        <w:top w:val="single" w:sz="8" w:space="0" w:color="ED7D31" w:themeColor="accent2"/>
        <w:bottom w:val="single" w:sz="8" w:space="0" w:color="ED7D31" w:themeColor="accent2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ED7D31" w:themeColor="accent2"/>
          <w:left w:val="nil"/>
          <w:bottom w:val="single" w:sz="8" w:space="0" w:color="ED7D31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ED7D31" w:themeColor="accent2"/>
          <w:left w:val="nil"/>
          <w:bottom w:val="single" w:sz="8" w:space="0" w:color="ED7D31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ADECB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ADECB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AE7A62"/>
    <w:pPr>
      <w:spacing w:after="0" w:line="240" w:lineRule="auto"/>
    </w:pPr>
    <w:rPr>
      <w:rFonts w:eastAsiaTheme="minorEastAsia"/>
      <w:color w:val="7B7B7B" w:themeColor="accent3" w:themeShade="BF"/>
    </w:rPr>
    <w:tblPr>
      <w:tblStyleRowBandSize w:val="1"/>
      <w:tblStyleColBandSize w:val="1"/>
      <w:tblBorders>
        <w:top w:val="single" w:sz="8" w:space="0" w:color="A5A5A5" w:themeColor="accent3"/>
        <w:bottom w:val="single" w:sz="8" w:space="0" w:color="A5A5A5" w:themeColor="accent3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A5A5A5" w:themeColor="accent3"/>
          <w:left w:val="nil"/>
          <w:bottom w:val="single" w:sz="8" w:space="0" w:color="A5A5A5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A5A5A5" w:themeColor="accent3"/>
          <w:left w:val="nil"/>
          <w:bottom w:val="single" w:sz="8" w:space="0" w:color="A5A5A5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8E8E8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8E8E8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AE7A62"/>
    <w:pPr>
      <w:spacing w:after="0" w:line="240" w:lineRule="auto"/>
    </w:pPr>
    <w:rPr>
      <w:rFonts w:eastAsiaTheme="minorEastAsia"/>
      <w:color w:val="BF8F00" w:themeColor="accent4" w:themeShade="BF"/>
    </w:rPr>
    <w:tblPr>
      <w:tblStyleRowBandSize w:val="1"/>
      <w:tblStyleColBandSize w:val="1"/>
      <w:tblBorders>
        <w:top w:val="single" w:sz="8" w:space="0" w:color="FFC000" w:themeColor="accent4"/>
        <w:bottom w:val="single" w:sz="8" w:space="0" w:color="FFC000" w:themeColor="accent4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FC000" w:themeColor="accent4"/>
          <w:left w:val="nil"/>
          <w:bottom w:val="single" w:sz="8" w:space="0" w:color="FFC000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FC000" w:themeColor="accent4"/>
          <w:left w:val="nil"/>
          <w:bottom w:val="single" w:sz="8" w:space="0" w:color="FFC000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FEFC0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FEFC0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AE7A62"/>
    <w:pPr>
      <w:spacing w:after="0" w:line="240" w:lineRule="auto"/>
    </w:pPr>
    <w:rPr>
      <w:rFonts w:eastAsiaTheme="minorEastAsia"/>
      <w:color w:val="2F5496" w:themeColor="accent5" w:themeShade="BF"/>
    </w:rPr>
    <w:tblPr>
      <w:tblStyleRowBandSize w:val="1"/>
      <w:tblStyleColBandSize w:val="1"/>
      <w:tblBorders>
        <w:top w:val="single" w:sz="8" w:space="0" w:color="4472C4" w:themeColor="accent5"/>
        <w:bottom w:val="single" w:sz="8" w:space="0" w:color="4472C4" w:themeColor="accent5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472C4" w:themeColor="accent5"/>
          <w:left w:val="nil"/>
          <w:bottom w:val="single" w:sz="8" w:space="0" w:color="4472C4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472C4" w:themeColor="accent5"/>
          <w:left w:val="nil"/>
          <w:bottom w:val="single" w:sz="8" w:space="0" w:color="4472C4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0DBF0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0DBF0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AE7A62"/>
    <w:pPr>
      <w:spacing w:after="0" w:line="240" w:lineRule="auto"/>
    </w:pPr>
    <w:rPr>
      <w:rFonts w:eastAsiaTheme="minorEastAsia"/>
      <w:color w:val="538135" w:themeColor="accent6" w:themeShade="BF"/>
    </w:rPr>
    <w:tblPr>
      <w:tblStyleRowBandSize w:val="1"/>
      <w:tblStyleColBandSize w:val="1"/>
      <w:tblBorders>
        <w:top w:val="single" w:sz="8" w:space="0" w:color="70AD47" w:themeColor="accent6"/>
        <w:bottom w:val="single" w:sz="8" w:space="0" w:color="70AD47" w:themeColor="accent6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70AD47" w:themeColor="accent6"/>
          <w:left w:val="nil"/>
          <w:bottom w:val="single" w:sz="8" w:space="0" w:color="70AD47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70AD47" w:themeColor="accent6"/>
          <w:left w:val="nil"/>
          <w:bottom w:val="single" w:sz="8" w:space="0" w:color="70AD47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BEB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BEBD0" w:themeFill="accent6" w:themeFillTint="3F"/>
      </w:tcPr>
    </w:tblStylePr>
  </w:style>
  <w:style w:type="table" w:styleId="LightList">
    <w:name w:val="Light List"/>
    <w:basedOn w:val="TableNormal"/>
    <w:uiPriority w:val="61"/>
    <w:rsid w:val="00AE7A62"/>
    <w:pPr>
      <w:spacing w:after="0" w:line="240" w:lineRule="auto"/>
    </w:pPr>
    <w:rPr>
      <w:rFonts w:eastAsiaTheme="minorEastAsia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AE7A62"/>
    <w:pPr>
      <w:spacing w:after="0" w:line="240" w:lineRule="auto"/>
    </w:pPr>
    <w:rPr>
      <w:rFonts w:eastAsiaTheme="minorEastAsia"/>
    </w:rPr>
    <w:tblPr>
      <w:tblStyleRowBandSize w:val="1"/>
      <w:tblStyleColBandSize w:val="1"/>
      <w:tblBorders>
        <w:top w:val="single" w:sz="8" w:space="0" w:color="5B9BD5" w:themeColor="accent1"/>
        <w:left w:val="single" w:sz="8" w:space="0" w:color="5B9BD5" w:themeColor="accent1"/>
        <w:bottom w:val="single" w:sz="8" w:space="0" w:color="5B9BD5" w:themeColor="accent1"/>
        <w:right w:val="single" w:sz="8" w:space="0" w:color="5B9BD5" w:themeColor="accen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5B9BD5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5B9BD5" w:themeColor="accent1"/>
          <w:left w:val="single" w:sz="8" w:space="0" w:color="5B9BD5" w:themeColor="accent1"/>
          <w:bottom w:val="single" w:sz="8" w:space="0" w:color="5B9BD5" w:themeColor="accent1"/>
          <w:right w:val="single" w:sz="8" w:space="0" w:color="5B9BD5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5B9BD5" w:themeColor="accent1"/>
          <w:left w:val="single" w:sz="8" w:space="0" w:color="5B9BD5" w:themeColor="accent1"/>
          <w:bottom w:val="single" w:sz="8" w:space="0" w:color="5B9BD5" w:themeColor="accent1"/>
          <w:right w:val="single" w:sz="8" w:space="0" w:color="5B9BD5" w:themeColor="accent1"/>
        </w:tcBorders>
      </w:tcPr>
    </w:tblStylePr>
    <w:tblStylePr w:type="band1Horz">
      <w:tblPr/>
      <w:tcPr>
        <w:tcBorders>
          <w:top w:val="single" w:sz="8" w:space="0" w:color="5B9BD5" w:themeColor="accent1"/>
          <w:left w:val="single" w:sz="8" w:space="0" w:color="5B9BD5" w:themeColor="accent1"/>
          <w:bottom w:val="single" w:sz="8" w:space="0" w:color="5B9BD5" w:themeColor="accent1"/>
          <w:right w:val="single" w:sz="8" w:space="0" w:color="5B9BD5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AE7A62"/>
    <w:pPr>
      <w:spacing w:after="0" w:line="240" w:lineRule="auto"/>
    </w:pPr>
    <w:rPr>
      <w:rFonts w:eastAsiaTheme="minorEastAsia"/>
    </w:rPr>
    <w:tblPr>
      <w:tblStyleRowBandSize w:val="1"/>
      <w:tblStyleColBandSize w:val="1"/>
      <w:tblBorders>
        <w:top w:val="single" w:sz="8" w:space="0" w:color="ED7D31" w:themeColor="accent2"/>
        <w:left w:val="single" w:sz="8" w:space="0" w:color="ED7D31" w:themeColor="accent2"/>
        <w:bottom w:val="single" w:sz="8" w:space="0" w:color="ED7D31" w:themeColor="accent2"/>
        <w:right w:val="single" w:sz="8" w:space="0" w:color="ED7D31" w:themeColor="accent2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ED7D31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ED7D31" w:themeColor="accent2"/>
          <w:left w:val="single" w:sz="8" w:space="0" w:color="ED7D31" w:themeColor="accent2"/>
          <w:bottom w:val="single" w:sz="8" w:space="0" w:color="ED7D31" w:themeColor="accent2"/>
          <w:right w:val="single" w:sz="8" w:space="0" w:color="ED7D31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ED7D31" w:themeColor="accent2"/>
          <w:left w:val="single" w:sz="8" w:space="0" w:color="ED7D31" w:themeColor="accent2"/>
          <w:bottom w:val="single" w:sz="8" w:space="0" w:color="ED7D31" w:themeColor="accent2"/>
          <w:right w:val="single" w:sz="8" w:space="0" w:color="ED7D31" w:themeColor="accent2"/>
        </w:tcBorders>
      </w:tcPr>
    </w:tblStylePr>
    <w:tblStylePr w:type="band1Horz">
      <w:tblPr/>
      <w:tcPr>
        <w:tcBorders>
          <w:top w:val="single" w:sz="8" w:space="0" w:color="ED7D31" w:themeColor="accent2"/>
          <w:left w:val="single" w:sz="8" w:space="0" w:color="ED7D31" w:themeColor="accent2"/>
          <w:bottom w:val="single" w:sz="8" w:space="0" w:color="ED7D31" w:themeColor="accent2"/>
          <w:right w:val="single" w:sz="8" w:space="0" w:color="ED7D31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AE7A62"/>
    <w:pPr>
      <w:spacing w:after="0" w:line="240" w:lineRule="auto"/>
    </w:pPr>
    <w:rPr>
      <w:rFonts w:eastAsiaTheme="minorEastAsia"/>
    </w:rPr>
    <w:tblPr>
      <w:tblStyleRowBandSize w:val="1"/>
      <w:tblStyleColBandSize w:val="1"/>
      <w:tblBorders>
        <w:top w:val="single" w:sz="8" w:space="0" w:color="A5A5A5" w:themeColor="accent3"/>
        <w:left w:val="single" w:sz="8" w:space="0" w:color="A5A5A5" w:themeColor="accent3"/>
        <w:bottom w:val="single" w:sz="8" w:space="0" w:color="A5A5A5" w:themeColor="accent3"/>
        <w:right w:val="single" w:sz="8" w:space="0" w:color="A5A5A5" w:themeColor="accent3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A5A5A5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A5A5A5" w:themeColor="accent3"/>
          <w:left w:val="single" w:sz="8" w:space="0" w:color="A5A5A5" w:themeColor="accent3"/>
          <w:bottom w:val="single" w:sz="8" w:space="0" w:color="A5A5A5" w:themeColor="accent3"/>
          <w:right w:val="single" w:sz="8" w:space="0" w:color="A5A5A5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A5A5A5" w:themeColor="accent3"/>
          <w:left w:val="single" w:sz="8" w:space="0" w:color="A5A5A5" w:themeColor="accent3"/>
          <w:bottom w:val="single" w:sz="8" w:space="0" w:color="A5A5A5" w:themeColor="accent3"/>
          <w:right w:val="single" w:sz="8" w:space="0" w:color="A5A5A5" w:themeColor="accent3"/>
        </w:tcBorders>
      </w:tcPr>
    </w:tblStylePr>
    <w:tblStylePr w:type="band1Horz">
      <w:tblPr/>
      <w:tcPr>
        <w:tcBorders>
          <w:top w:val="single" w:sz="8" w:space="0" w:color="A5A5A5" w:themeColor="accent3"/>
          <w:left w:val="single" w:sz="8" w:space="0" w:color="A5A5A5" w:themeColor="accent3"/>
          <w:bottom w:val="single" w:sz="8" w:space="0" w:color="A5A5A5" w:themeColor="accent3"/>
          <w:right w:val="single" w:sz="8" w:space="0" w:color="A5A5A5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AE7A62"/>
    <w:pPr>
      <w:spacing w:after="0" w:line="240" w:lineRule="auto"/>
    </w:pPr>
    <w:rPr>
      <w:rFonts w:eastAsiaTheme="minorEastAsia"/>
    </w:rPr>
    <w:tblPr>
      <w:tblStyleRowBandSize w:val="1"/>
      <w:tblStyleColBandSize w:val="1"/>
      <w:tblBorders>
        <w:top w:val="single" w:sz="8" w:space="0" w:color="FFC000" w:themeColor="accent4"/>
        <w:left w:val="single" w:sz="8" w:space="0" w:color="FFC000" w:themeColor="accent4"/>
        <w:bottom w:val="single" w:sz="8" w:space="0" w:color="FFC000" w:themeColor="accent4"/>
        <w:right w:val="single" w:sz="8" w:space="0" w:color="FFC000" w:themeColor="accent4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FC000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FC000" w:themeColor="accent4"/>
          <w:left w:val="single" w:sz="8" w:space="0" w:color="FFC000" w:themeColor="accent4"/>
          <w:bottom w:val="single" w:sz="8" w:space="0" w:color="FFC000" w:themeColor="accent4"/>
          <w:right w:val="single" w:sz="8" w:space="0" w:color="FFC000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FC000" w:themeColor="accent4"/>
          <w:left w:val="single" w:sz="8" w:space="0" w:color="FFC000" w:themeColor="accent4"/>
          <w:bottom w:val="single" w:sz="8" w:space="0" w:color="FFC000" w:themeColor="accent4"/>
          <w:right w:val="single" w:sz="8" w:space="0" w:color="FFC000" w:themeColor="accent4"/>
        </w:tcBorders>
      </w:tcPr>
    </w:tblStylePr>
    <w:tblStylePr w:type="band1Horz">
      <w:tblPr/>
      <w:tcPr>
        <w:tcBorders>
          <w:top w:val="single" w:sz="8" w:space="0" w:color="FFC000" w:themeColor="accent4"/>
          <w:left w:val="single" w:sz="8" w:space="0" w:color="FFC000" w:themeColor="accent4"/>
          <w:bottom w:val="single" w:sz="8" w:space="0" w:color="FFC000" w:themeColor="accent4"/>
          <w:right w:val="single" w:sz="8" w:space="0" w:color="FFC000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AE7A62"/>
    <w:pPr>
      <w:spacing w:after="0" w:line="240" w:lineRule="auto"/>
    </w:pPr>
    <w:rPr>
      <w:rFonts w:eastAsiaTheme="minorEastAsia"/>
    </w:rPr>
    <w:tblPr>
      <w:tblStyleRowBandSize w:val="1"/>
      <w:tblStyleColBandSize w:val="1"/>
      <w:tblBorders>
        <w:top w:val="single" w:sz="8" w:space="0" w:color="4472C4" w:themeColor="accent5"/>
        <w:left w:val="single" w:sz="8" w:space="0" w:color="4472C4" w:themeColor="accent5"/>
        <w:bottom w:val="single" w:sz="8" w:space="0" w:color="4472C4" w:themeColor="accent5"/>
        <w:right w:val="single" w:sz="8" w:space="0" w:color="4472C4" w:themeColor="accent5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472C4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472C4" w:themeColor="accent5"/>
          <w:left w:val="single" w:sz="8" w:space="0" w:color="4472C4" w:themeColor="accent5"/>
          <w:bottom w:val="single" w:sz="8" w:space="0" w:color="4472C4" w:themeColor="accent5"/>
          <w:right w:val="single" w:sz="8" w:space="0" w:color="4472C4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472C4" w:themeColor="accent5"/>
          <w:left w:val="single" w:sz="8" w:space="0" w:color="4472C4" w:themeColor="accent5"/>
          <w:bottom w:val="single" w:sz="8" w:space="0" w:color="4472C4" w:themeColor="accent5"/>
          <w:right w:val="single" w:sz="8" w:space="0" w:color="4472C4" w:themeColor="accent5"/>
        </w:tcBorders>
      </w:tcPr>
    </w:tblStylePr>
    <w:tblStylePr w:type="band1Horz">
      <w:tblPr/>
      <w:tcPr>
        <w:tcBorders>
          <w:top w:val="single" w:sz="8" w:space="0" w:color="4472C4" w:themeColor="accent5"/>
          <w:left w:val="single" w:sz="8" w:space="0" w:color="4472C4" w:themeColor="accent5"/>
          <w:bottom w:val="single" w:sz="8" w:space="0" w:color="4472C4" w:themeColor="accent5"/>
          <w:right w:val="single" w:sz="8" w:space="0" w:color="4472C4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AE7A62"/>
    <w:pPr>
      <w:spacing w:after="0" w:line="240" w:lineRule="auto"/>
    </w:pPr>
    <w:rPr>
      <w:rFonts w:eastAsiaTheme="minorEastAsia"/>
    </w:rPr>
    <w:tblPr>
      <w:tblStyleRowBandSize w:val="1"/>
      <w:tblStyleColBandSize w:val="1"/>
      <w:tblBorders>
        <w:top w:val="single" w:sz="8" w:space="0" w:color="70AD47" w:themeColor="accent6"/>
        <w:left w:val="single" w:sz="8" w:space="0" w:color="70AD47" w:themeColor="accent6"/>
        <w:bottom w:val="single" w:sz="8" w:space="0" w:color="70AD47" w:themeColor="accent6"/>
        <w:right w:val="single" w:sz="8" w:space="0" w:color="70AD47" w:themeColor="accent6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70AD47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0AD47" w:themeColor="accent6"/>
          <w:left w:val="single" w:sz="8" w:space="0" w:color="70AD47" w:themeColor="accent6"/>
          <w:bottom w:val="single" w:sz="8" w:space="0" w:color="70AD47" w:themeColor="accent6"/>
          <w:right w:val="single" w:sz="8" w:space="0" w:color="70AD47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70AD47" w:themeColor="accent6"/>
          <w:left w:val="single" w:sz="8" w:space="0" w:color="70AD47" w:themeColor="accent6"/>
          <w:bottom w:val="single" w:sz="8" w:space="0" w:color="70AD47" w:themeColor="accent6"/>
          <w:right w:val="single" w:sz="8" w:space="0" w:color="70AD47" w:themeColor="accent6"/>
        </w:tcBorders>
      </w:tcPr>
    </w:tblStylePr>
    <w:tblStylePr w:type="band1Horz">
      <w:tblPr/>
      <w:tcPr>
        <w:tcBorders>
          <w:top w:val="single" w:sz="8" w:space="0" w:color="70AD47" w:themeColor="accent6"/>
          <w:left w:val="single" w:sz="8" w:space="0" w:color="70AD47" w:themeColor="accent6"/>
          <w:bottom w:val="single" w:sz="8" w:space="0" w:color="70AD47" w:themeColor="accent6"/>
          <w:right w:val="single" w:sz="8" w:space="0" w:color="70AD47" w:themeColor="accent6"/>
        </w:tcBorders>
      </w:tcPr>
    </w:tblStylePr>
  </w:style>
  <w:style w:type="table" w:styleId="LightGrid">
    <w:name w:val="Light Grid"/>
    <w:basedOn w:val="TableNormal"/>
    <w:uiPriority w:val="62"/>
    <w:rsid w:val="00AE7A62"/>
    <w:pPr>
      <w:spacing w:after="0" w:line="240" w:lineRule="auto"/>
    </w:pPr>
    <w:rPr>
      <w:rFonts w:eastAsiaTheme="minorEastAsia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AE7A62"/>
    <w:pPr>
      <w:spacing w:after="0" w:line="240" w:lineRule="auto"/>
    </w:pPr>
    <w:rPr>
      <w:rFonts w:eastAsiaTheme="minorEastAsia"/>
    </w:rPr>
    <w:tblPr>
      <w:tblStyleRowBandSize w:val="1"/>
      <w:tblStyleColBandSize w:val="1"/>
      <w:tblBorders>
        <w:top w:val="single" w:sz="8" w:space="0" w:color="5B9BD5" w:themeColor="accent1"/>
        <w:left w:val="single" w:sz="8" w:space="0" w:color="5B9BD5" w:themeColor="accent1"/>
        <w:bottom w:val="single" w:sz="8" w:space="0" w:color="5B9BD5" w:themeColor="accent1"/>
        <w:right w:val="single" w:sz="8" w:space="0" w:color="5B9BD5" w:themeColor="accent1"/>
        <w:insideH w:val="single" w:sz="8" w:space="0" w:color="5B9BD5" w:themeColor="accent1"/>
        <w:insideV w:val="single" w:sz="8" w:space="0" w:color="5B9BD5" w:themeColor="accen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5B9BD5" w:themeColor="accent1"/>
          <w:left w:val="single" w:sz="8" w:space="0" w:color="5B9BD5" w:themeColor="accent1"/>
          <w:bottom w:val="single" w:sz="18" w:space="0" w:color="5B9BD5" w:themeColor="accent1"/>
          <w:right w:val="single" w:sz="8" w:space="0" w:color="5B9BD5" w:themeColor="accent1"/>
          <w:insideH w:val="nil"/>
          <w:insideV w:val="single" w:sz="8" w:space="0" w:color="5B9BD5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5B9BD5" w:themeColor="accent1"/>
          <w:left w:val="single" w:sz="8" w:space="0" w:color="5B9BD5" w:themeColor="accent1"/>
          <w:bottom w:val="single" w:sz="8" w:space="0" w:color="5B9BD5" w:themeColor="accent1"/>
          <w:right w:val="single" w:sz="8" w:space="0" w:color="5B9BD5" w:themeColor="accent1"/>
          <w:insideH w:val="nil"/>
          <w:insideV w:val="single" w:sz="8" w:space="0" w:color="5B9BD5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5B9BD5" w:themeColor="accent1"/>
          <w:left w:val="single" w:sz="8" w:space="0" w:color="5B9BD5" w:themeColor="accent1"/>
          <w:bottom w:val="single" w:sz="8" w:space="0" w:color="5B9BD5" w:themeColor="accent1"/>
          <w:right w:val="single" w:sz="8" w:space="0" w:color="5B9BD5" w:themeColor="accent1"/>
        </w:tcBorders>
      </w:tcPr>
    </w:tblStylePr>
    <w:tblStylePr w:type="band1Vert">
      <w:tblPr/>
      <w:tcPr>
        <w:tcBorders>
          <w:top w:val="single" w:sz="8" w:space="0" w:color="5B9BD5" w:themeColor="accent1"/>
          <w:left w:val="single" w:sz="8" w:space="0" w:color="5B9BD5" w:themeColor="accent1"/>
          <w:bottom w:val="single" w:sz="8" w:space="0" w:color="5B9BD5" w:themeColor="accent1"/>
          <w:right w:val="single" w:sz="8" w:space="0" w:color="5B9BD5" w:themeColor="accent1"/>
        </w:tcBorders>
        <w:shd w:val="clear" w:color="auto" w:fill="D6E6F4" w:themeFill="accent1" w:themeFillTint="3F"/>
      </w:tcPr>
    </w:tblStylePr>
    <w:tblStylePr w:type="band1Horz">
      <w:tblPr/>
      <w:tcPr>
        <w:tcBorders>
          <w:top w:val="single" w:sz="8" w:space="0" w:color="5B9BD5" w:themeColor="accent1"/>
          <w:left w:val="single" w:sz="8" w:space="0" w:color="5B9BD5" w:themeColor="accent1"/>
          <w:bottom w:val="single" w:sz="8" w:space="0" w:color="5B9BD5" w:themeColor="accent1"/>
          <w:right w:val="single" w:sz="8" w:space="0" w:color="5B9BD5" w:themeColor="accent1"/>
          <w:insideV w:val="single" w:sz="8" w:space="0" w:color="5B9BD5" w:themeColor="accent1"/>
        </w:tcBorders>
        <w:shd w:val="clear" w:color="auto" w:fill="D6E6F4" w:themeFill="accent1" w:themeFillTint="3F"/>
      </w:tcPr>
    </w:tblStylePr>
    <w:tblStylePr w:type="band2Horz">
      <w:tblPr/>
      <w:tcPr>
        <w:tcBorders>
          <w:top w:val="single" w:sz="8" w:space="0" w:color="5B9BD5" w:themeColor="accent1"/>
          <w:left w:val="single" w:sz="8" w:space="0" w:color="5B9BD5" w:themeColor="accent1"/>
          <w:bottom w:val="single" w:sz="8" w:space="0" w:color="5B9BD5" w:themeColor="accent1"/>
          <w:right w:val="single" w:sz="8" w:space="0" w:color="5B9BD5" w:themeColor="accent1"/>
          <w:insideV w:val="single" w:sz="8" w:space="0" w:color="5B9BD5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AE7A62"/>
    <w:pPr>
      <w:spacing w:after="0" w:line="240" w:lineRule="auto"/>
    </w:pPr>
    <w:rPr>
      <w:rFonts w:eastAsiaTheme="minorEastAsia"/>
    </w:rPr>
    <w:tblPr>
      <w:tblStyleRowBandSize w:val="1"/>
      <w:tblStyleColBandSize w:val="1"/>
      <w:tblBorders>
        <w:top w:val="single" w:sz="8" w:space="0" w:color="ED7D31" w:themeColor="accent2"/>
        <w:left w:val="single" w:sz="8" w:space="0" w:color="ED7D31" w:themeColor="accent2"/>
        <w:bottom w:val="single" w:sz="8" w:space="0" w:color="ED7D31" w:themeColor="accent2"/>
        <w:right w:val="single" w:sz="8" w:space="0" w:color="ED7D31" w:themeColor="accent2"/>
        <w:insideH w:val="single" w:sz="8" w:space="0" w:color="ED7D31" w:themeColor="accent2"/>
        <w:insideV w:val="single" w:sz="8" w:space="0" w:color="ED7D31" w:themeColor="accent2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ED7D31" w:themeColor="accent2"/>
          <w:left w:val="single" w:sz="8" w:space="0" w:color="ED7D31" w:themeColor="accent2"/>
          <w:bottom w:val="single" w:sz="18" w:space="0" w:color="ED7D31" w:themeColor="accent2"/>
          <w:right w:val="single" w:sz="8" w:space="0" w:color="ED7D31" w:themeColor="accent2"/>
          <w:insideH w:val="nil"/>
          <w:insideV w:val="single" w:sz="8" w:space="0" w:color="ED7D31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ED7D31" w:themeColor="accent2"/>
          <w:left w:val="single" w:sz="8" w:space="0" w:color="ED7D31" w:themeColor="accent2"/>
          <w:bottom w:val="single" w:sz="8" w:space="0" w:color="ED7D31" w:themeColor="accent2"/>
          <w:right w:val="single" w:sz="8" w:space="0" w:color="ED7D31" w:themeColor="accent2"/>
          <w:insideH w:val="nil"/>
          <w:insideV w:val="single" w:sz="8" w:space="0" w:color="ED7D31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ED7D31" w:themeColor="accent2"/>
          <w:left w:val="single" w:sz="8" w:space="0" w:color="ED7D31" w:themeColor="accent2"/>
          <w:bottom w:val="single" w:sz="8" w:space="0" w:color="ED7D31" w:themeColor="accent2"/>
          <w:right w:val="single" w:sz="8" w:space="0" w:color="ED7D31" w:themeColor="accent2"/>
        </w:tcBorders>
      </w:tcPr>
    </w:tblStylePr>
    <w:tblStylePr w:type="band1Vert">
      <w:tblPr/>
      <w:tcPr>
        <w:tcBorders>
          <w:top w:val="single" w:sz="8" w:space="0" w:color="ED7D31" w:themeColor="accent2"/>
          <w:left w:val="single" w:sz="8" w:space="0" w:color="ED7D31" w:themeColor="accent2"/>
          <w:bottom w:val="single" w:sz="8" w:space="0" w:color="ED7D31" w:themeColor="accent2"/>
          <w:right w:val="single" w:sz="8" w:space="0" w:color="ED7D31" w:themeColor="accent2"/>
        </w:tcBorders>
        <w:shd w:val="clear" w:color="auto" w:fill="FADECB" w:themeFill="accent2" w:themeFillTint="3F"/>
      </w:tcPr>
    </w:tblStylePr>
    <w:tblStylePr w:type="band1Horz">
      <w:tblPr/>
      <w:tcPr>
        <w:tcBorders>
          <w:top w:val="single" w:sz="8" w:space="0" w:color="ED7D31" w:themeColor="accent2"/>
          <w:left w:val="single" w:sz="8" w:space="0" w:color="ED7D31" w:themeColor="accent2"/>
          <w:bottom w:val="single" w:sz="8" w:space="0" w:color="ED7D31" w:themeColor="accent2"/>
          <w:right w:val="single" w:sz="8" w:space="0" w:color="ED7D31" w:themeColor="accent2"/>
          <w:insideV w:val="single" w:sz="8" w:space="0" w:color="ED7D31" w:themeColor="accent2"/>
        </w:tcBorders>
        <w:shd w:val="clear" w:color="auto" w:fill="FADECB" w:themeFill="accent2" w:themeFillTint="3F"/>
      </w:tcPr>
    </w:tblStylePr>
    <w:tblStylePr w:type="band2Horz">
      <w:tblPr/>
      <w:tcPr>
        <w:tcBorders>
          <w:top w:val="single" w:sz="8" w:space="0" w:color="ED7D31" w:themeColor="accent2"/>
          <w:left w:val="single" w:sz="8" w:space="0" w:color="ED7D31" w:themeColor="accent2"/>
          <w:bottom w:val="single" w:sz="8" w:space="0" w:color="ED7D31" w:themeColor="accent2"/>
          <w:right w:val="single" w:sz="8" w:space="0" w:color="ED7D31" w:themeColor="accent2"/>
          <w:insideV w:val="single" w:sz="8" w:space="0" w:color="ED7D31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AE7A62"/>
    <w:pPr>
      <w:spacing w:after="0" w:line="240" w:lineRule="auto"/>
    </w:pPr>
    <w:rPr>
      <w:rFonts w:eastAsiaTheme="minorEastAsia"/>
    </w:rPr>
    <w:tblPr>
      <w:tblStyleRowBandSize w:val="1"/>
      <w:tblStyleColBandSize w:val="1"/>
      <w:tblBorders>
        <w:top w:val="single" w:sz="8" w:space="0" w:color="A5A5A5" w:themeColor="accent3"/>
        <w:left w:val="single" w:sz="8" w:space="0" w:color="A5A5A5" w:themeColor="accent3"/>
        <w:bottom w:val="single" w:sz="8" w:space="0" w:color="A5A5A5" w:themeColor="accent3"/>
        <w:right w:val="single" w:sz="8" w:space="0" w:color="A5A5A5" w:themeColor="accent3"/>
        <w:insideH w:val="single" w:sz="8" w:space="0" w:color="A5A5A5" w:themeColor="accent3"/>
        <w:insideV w:val="single" w:sz="8" w:space="0" w:color="A5A5A5" w:themeColor="accent3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A5A5A5" w:themeColor="accent3"/>
          <w:left w:val="single" w:sz="8" w:space="0" w:color="A5A5A5" w:themeColor="accent3"/>
          <w:bottom w:val="single" w:sz="18" w:space="0" w:color="A5A5A5" w:themeColor="accent3"/>
          <w:right w:val="single" w:sz="8" w:space="0" w:color="A5A5A5" w:themeColor="accent3"/>
          <w:insideH w:val="nil"/>
          <w:insideV w:val="single" w:sz="8" w:space="0" w:color="A5A5A5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A5A5A5" w:themeColor="accent3"/>
          <w:left w:val="single" w:sz="8" w:space="0" w:color="A5A5A5" w:themeColor="accent3"/>
          <w:bottom w:val="single" w:sz="8" w:space="0" w:color="A5A5A5" w:themeColor="accent3"/>
          <w:right w:val="single" w:sz="8" w:space="0" w:color="A5A5A5" w:themeColor="accent3"/>
          <w:insideH w:val="nil"/>
          <w:insideV w:val="single" w:sz="8" w:space="0" w:color="A5A5A5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A5A5A5" w:themeColor="accent3"/>
          <w:left w:val="single" w:sz="8" w:space="0" w:color="A5A5A5" w:themeColor="accent3"/>
          <w:bottom w:val="single" w:sz="8" w:space="0" w:color="A5A5A5" w:themeColor="accent3"/>
          <w:right w:val="single" w:sz="8" w:space="0" w:color="A5A5A5" w:themeColor="accent3"/>
        </w:tcBorders>
      </w:tcPr>
    </w:tblStylePr>
    <w:tblStylePr w:type="band1Vert">
      <w:tblPr/>
      <w:tcPr>
        <w:tcBorders>
          <w:top w:val="single" w:sz="8" w:space="0" w:color="A5A5A5" w:themeColor="accent3"/>
          <w:left w:val="single" w:sz="8" w:space="0" w:color="A5A5A5" w:themeColor="accent3"/>
          <w:bottom w:val="single" w:sz="8" w:space="0" w:color="A5A5A5" w:themeColor="accent3"/>
          <w:right w:val="single" w:sz="8" w:space="0" w:color="A5A5A5" w:themeColor="accent3"/>
        </w:tcBorders>
        <w:shd w:val="clear" w:color="auto" w:fill="E8E8E8" w:themeFill="accent3" w:themeFillTint="3F"/>
      </w:tcPr>
    </w:tblStylePr>
    <w:tblStylePr w:type="band1Horz">
      <w:tblPr/>
      <w:tcPr>
        <w:tcBorders>
          <w:top w:val="single" w:sz="8" w:space="0" w:color="A5A5A5" w:themeColor="accent3"/>
          <w:left w:val="single" w:sz="8" w:space="0" w:color="A5A5A5" w:themeColor="accent3"/>
          <w:bottom w:val="single" w:sz="8" w:space="0" w:color="A5A5A5" w:themeColor="accent3"/>
          <w:right w:val="single" w:sz="8" w:space="0" w:color="A5A5A5" w:themeColor="accent3"/>
          <w:insideV w:val="single" w:sz="8" w:space="0" w:color="A5A5A5" w:themeColor="accent3"/>
        </w:tcBorders>
        <w:shd w:val="clear" w:color="auto" w:fill="E8E8E8" w:themeFill="accent3" w:themeFillTint="3F"/>
      </w:tcPr>
    </w:tblStylePr>
    <w:tblStylePr w:type="band2Horz">
      <w:tblPr/>
      <w:tcPr>
        <w:tcBorders>
          <w:top w:val="single" w:sz="8" w:space="0" w:color="A5A5A5" w:themeColor="accent3"/>
          <w:left w:val="single" w:sz="8" w:space="0" w:color="A5A5A5" w:themeColor="accent3"/>
          <w:bottom w:val="single" w:sz="8" w:space="0" w:color="A5A5A5" w:themeColor="accent3"/>
          <w:right w:val="single" w:sz="8" w:space="0" w:color="A5A5A5" w:themeColor="accent3"/>
          <w:insideV w:val="single" w:sz="8" w:space="0" w:color="A5A5A5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AE7A62"/>
    <w:pPr>
      <w:spacing w:after="0" w:line="240" w:lineRule="auto"/>
    </w:pPr>
    <w:rPr>
      <w:rFonts w:eastAsiaTheme="minorEastAsia"/>
    </w:rPr>
    <w:tblPr>
      <w:tblStyleRowBandSize w:val="1"/>
      <w:tblStyleColBandSize w:val="1"/>
      <w:tblBorders>
        <w:top w:val="single" w:sz="8" w:space="0" w:color="FFC000" w:themeColor="accent4"/>
        <w:left w:val="single" w:sz="8" w:space="0" w:color="FFC000" w:themeColor="accent4"/>
        <w:bottom w:val="single" w:sz="8" w:space="0" w:color="FFC000" w:themeColor="accent4"/>
        <w:right w:val="single" w:sz="8" w:space="0" w:color="FFC000" w:themeColor="accent4"/>
        <w:insideH w:val="single" w:sz="8" w:space="0" w:color="FFC000" w:themeColor="accent4"/>
        <w:insideV w:val="single" w:sz="8" w:space="0" w:color="FFC000" w:themeColor="accent4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FC000" w:themeColor="accent4"/>
          <w:left w:val="single" w:sz="8" w:space="0" w:color="FFC000" w:themeColor="accent4"/>
          <w:bottom w:val="single" w:sz="18" w:space="0" w:color="FFC000" w:themeColor="accent4"/>
          <w:right w:val="single" w:sz="8" w:space="0" w:color="FFC000" w:themeColor="accent4"/>
          <w:insideH w:val="nil"/>
          <w:insideV w:val="single" w:sz="8" w:space="0" w:color="FFC000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FC000" w:themeColor="accent4"/>
          <w:left w:val="single" w:sz="8" w:space="0" w:color="FFC000" w:themeColor="accent4"/>
          <w:bottom w:val="single" w:sz="8" w:space="0" w:color="FFC000" w:themeColor="accent4"/>
          <w:right w:val="single" w:sz="8" w:space="0" w:color="FFC000" w:themeColor="accent4"/>
          <w:insideH w:val="nil"/>
          <w:insideV w:val="single" w:sz="8" w:space="0" w:color="FFC000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FC000" w:themeColor="accent4"/>
          <w:left w:val="single" w:sz="8" w:space="0" w:color="FFC000" w:themeColor="accent4"/>
          <w:bottom w:val="single" w:sz="8" w:space="0" w:color="FFC000" w:themeColor="accent4"/>
          <w:right w:val="single" w:sz="8" w:space="0" w:color="FFC000" w:themeColor="accent4"/>
        </w:tcBorders>
      </w:tcPr>
    </w:tblStylePr>
    <w:tblStylePr w:type="band1Vert">
      <w:tblPr/>
      <w:tcPr>
        <w:tcBorders>
          <w:top w:val="single" w:sz="8" w:space="0" w:color="FFC000" w:themeColor="accent4"/>
          <w:left w:val="single" w:sz="8" w:space="0" w:color="FFC000" w:themeColor="accent4"/>
          <w:bottom w:val="single" w:sz="8" w:space="0" w:color="FFC000" w:themeColor="accent4"/>
          <w:right w:val="single" w:sz="8" w:space="0" w:color="FFC000" w:themeColor="accent4"/>
        </w:tcBorders>
        <w:shd w:val="clear" w:color="auto" w:fill="FFEFC0" w:themeFill="accent4" w:themeFillTint="3F"/>
      </w:tcPr>
    </w:tblStylePr>
    <w:tblStylePr w:type="band1Horz">
      <w:tblPr/>
      <w:tcPr>
        <w:tcBorders>
          <w:top w:val="single" w:sz="8" w:space="0" w:color="FFC000" w:themeColor="accent4"/>
          <w:left w:val="single" w:sz="8" w:space="0" w:color="FFC000" w:themeColor="accent4"/>
          <w:bottom w:val="single" w:sz="8" w:space="0" w:color="FFC000" w:themeColor="accent4"/>
          <w:right w:val="single" w:sz="8" w:space="0" w:color="FFC000" w:themeColor="accent4"/>
          <w:insideV w:val="single" w:sz="8" w:space="0" w:color="FFC000" w:themeColor="accent4"/>
        </w:tcBorders>
        <w:shd w:val="clear" w:color="auto" w:fill="FFEFC0" w:themeFill="accent4" w:themeFillTint="3F"/>
      </w:tcPr>
    </w:tblStylePr>
    <w:tblStylePr w:type="band2Horz">
      <w:tblPr/>
      <w:tcPr>
        <w:tcBorders>
          <w:top w:val="single" w:sz="8" w:space="0" w:color="FFC000" w:themeColor="accent4"/>
          <w:left w:val="single" w:sz="8" w:space="0" w:color="FFC000" w:themeColor="accent4"/>
          <w:bottom w:val="single" w:sz="8" w:space="0" w:color="FFC000" w:themeColor="accent4"/>
          <w:right w:val="single" w:sz="8" w:space="0" w:color="FFC000" w:themeColor="accent4"/>
          <w:insideV w:val="single" w:sz="8" w:space="0" w:color="FFC000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AE7A62"/>
    <w:pPr>
      <w:spacing w:after="0" w:line="240" w:lineRule="auto"/>
    </w:pPr>
    <w:rPr>
      <w:rFonts w:eastAsiaTheme="minorEastAsia"/>
    </w:rPr>
    <w:tblPr>
      <w:tblStyleRowBandSize w:val="1"/>
      <w:tblStyleColBandSize w:val="1"/>
      <w:tblBorders>
        <w:top w:val="single" w:sz="8" w:space="0" w:color="4472C4" w:themeColor="accent5"/>
        <w:left w:val="single" w:sz="8" w:space="0" w:color="4472C4" w:themeColor="accent5"/>
        <w:bottom w:val="single" w:sz="8" w:space="0" w:color="4472C4" w:themeColor="accent5"/>
        <w:right w:val="single" w:sz="8" w:space="0" w:color="4472C4" w:themeColor="accent5"/>
        <w:insideH w:val="single" w:sz="8" w:space="0" w:color="4472C4" w:themeColor="accent5"/>
        <w:insideV w:val="single" w:sz="8" w:space="0" w:color="4472C4" w:themeColor="accent5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472C4" w:themeColor="accent5"/>
          <w:left w:val="single" w:sz="8" w:space="0" w:color="4472C4" w:themeColor="accent5"/>
          <w:bottom w:val="single" w:sz="18" w:space="0" w:color="4472C4" w:themeColor="accent5"/>
          <w:right w:val="single" w:sz="8" w:space="0" w:color="4472C4" w:themeColor="accent5"/>
          <w:insideH w:val="nil"/>
          <w:insideV w:val="single" w:sz="8" w:space="0" w:color="4472C4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472C4" w:themeColor="accent5"/>
          <w:left w:val="single" w:sz="8" w:space="0" w:color="4472C4" w:themeColor="accent5"/>
          <w:bottom w:val="single" w:sz="8" w:space="0" w:color="4472C4" w:themeColor="accent5"/>
          <w:right w:val="single" w:sz="8" w:space="0" w:color="4472C4" w:themeColor="accent5"/>
          <w:insideH w:val="nil"/>
          <w:insideV w:val="single" w:sz="8" w:space="0" w:color="4472C4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472C4" w:themeColor="accent5"/>
          <w:left w:val="single" w:sz="8" w:space="0" w:color="4472C4" w:themeColor="accent5"/>
          <w:bottom w:val="single" w:sz="8" w:space="0" w:color="4472C4" w:themeColor="accent5"/>
          <w:right w:val="single" w:sz="8" w:space="0" w:color="4472C4" w:themeColor="accent5"/>
        </w:tcBorders>
      </w:tcPr>
    </w:tblStylePr>
    <w:tblStylePr w:type="band1Vert">
      <w:tblPr/>
      <w:tcPr>
        <w:tcBorders>
          <w:top w:val="single" w:sz="8" w:space="0" w:color="4472C4" w:themeColor="accent5"/>
          <w:left w:val="single" w:sz="8" w:space="0" w:color="4472C4" w:themeColor="accent5"/>
          <w:bottom w:val="single" w:sz="8" w:space="0" w:color="4472C4" w:themeColor="accent5"/>
          <w:right w:val="single" w:sz="8" w:space="0" w:color="4472C4" w:themeColor="accent5"/>
        </w:tcBorders>
        <w:shd w:val="clear" w:color="auto" w:fill="D0DBF0" w:themeFill="accent5" w:themeFillTint="3F"/>
      </w:tcPr>
    </w:tblStylePr>
    <w:tblStylePr w:type="band1Horz">
      <w:tblPr/>
      <w:tcPr>
        <w:tcBorders>
          <w:top w:val="single" w:sz="8" w:space="0" w:color="4472C4" w:themeColor="accent5"/>
          <w:left w:val="single" w:sz="8" w:space="0" w:color="4472C4" w:themeColor="accent5"/>
          <w:bottom w:val="single" w:sz="8" w:space="0" w:color="4472C4" w:themeColor="accent5"/>
          <w:right w:val="single" w:sz="8" w:space="0" w:color="4472C4" w:themeColor="accent5"/>
          <w:insideV w:val="single" w:sz="8" w:space="0" w:color="4472C4" w:themeColor="accent5"/>
        </w:tcBorders>
        <w:shd w:val="clear" w:color="auto" w:fill="D0DBF0" w:themeFill="accent5" w:themeFillTint="3F"/>
      </w:tcPr>
    </w:tblStylePr>
    <w:tblStylePr w:type="band2Horz">
      <w:tblPr/>
      <w:tcPr>
        <w:tcBorders>
          <w:top w:val="single" w:sz="8" w:space="0" w:color="4472C4" w:themeColor="accent5"/>
          <w:left w:val="single" w:sz="8" w:space="0" w:color="4472C4" w:themeColor="accent5"/>
          <w:bottom w:val="single" w:sz="8" w:space="0" w:color="4472C4" w:themeColor="accent5"/>
          <w:right w:val="single" w:sz="8" w:space="0" w:color="4472C4" w:themeColor="accent5"/>
          <w:insideV w:val="single" w:sz="8" w:space="0" w:color="4472C4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AE7A62"/>
    <w:pPr>
      <w:spacing w:after="0" w:line="240" w:lineRule="auto"/>
    </w:pPr>
    <w:rPr>
      <w:rFonts w:eastAsiaTheme="minorEastAsia"/>
    </w:rPr>
    <w:tblPr>
      <w:tblStyleRowBandSize w:val="1"/>
      <w:tblStyleColBandSize w:val="1"/>
      <w:tblBorders>
        <w:top w:val="single" w:sz="8" w:space="0" w:color="70AD47" w:themeColor="accent6"/>
        <w:left w:val="single" w:sz="8" w:space="0" w:color="70AD47" w:themeColor="accent6"/>
        <w:bottom w:val="single" w:sz="8" w:space="0" w:color="70AD47" w:themeColor="accent6"/>
        <w:right w:val="single" w:sz="8" w:space="0" w:color="70AD47" w:themeColor="accent6"/>
        <w:insideH w:val="single" w:sz="8" w:space="0" w:color="70AD47" w:themeColor="accent6"/>
        <w:insideV w:val="single" w:sz="8" w:space="0" w:color="70AD47" w:themeColor="accent6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70AD47" w:themeColor="accent6"/>
          <w:left w:val="single" w:sz="8" w:space="0" w:color="70AD47" w:themeColor="accent6"/>
          <w:bottom w:val="single" w:sz="18" w:space="0" w:color="70AD47" w:themeColor="accent6"/>
          <w:right w:val="single" w:sz="8" w:space="0" w:color="70AD47" w:themeColor="accent6"/>
          <w:insideH w:val="nil"/>
          <w:insideV w:val="single" w:sz="8" w:space="0" w:color="70AD47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70AD47" w:themeColor="accent6"/>
          <w:left w:val="single" w:sz="8" w:space="0" w:color="70AD47" w:themeColor="accent6"/>
          <w:bottom w:val="single" w:sz="8" w:space="0" w:color="70AD47" w:themeColor="accent6"/>
          <w:right w:val="single" w:sz="8" w:space="0" w:color="70AD47" w:themeColor="accent6"/>
          <w:insideH w:val="nil"/>
          <w:insideV w:val="single" w:sz="8" w:space="0" w:color="70AD47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70AD47" w:themeColor="accent6"/>
          <w:left w:val="single" w:sz="8" w:space="0" w:color="70AD47" w:themeColor="accent6"/>
          <w:bottom w:val="single" w:sz="8" w:space="0" w:color="70AD47" w:themeColor="accent6"/>
          <w:right w:val="single" w:sz="8" w:space="0" w:color="70AD47" w:themeColor="accent6"/>
        </w:tcBorders>
      </w:tcPr>
    </w:tblStylePr>
    <w:tblStylePr w:type="band1Vert">
      <w:tblPr/>
      <w:tcPr>
        <w:tcBorders>
          <w:top w:val="single" w:sz="8" w:space="0" w:color="70AD47" w:themeColor="accent6"/>
          <w:left w:val="single" w:sz="8" w:space="0" w:color="70AD47" w:themeColor="accent6"/>
          <w:bottom w:val="single" w:sz="8" w:space="0" w:color="70AD47" w:themeColor="accent6"/>
          <w:right w:val="single" w:sz="8" w:space="0" w:color="70AD47" w:themeColor="accent6"/>
        </w:tcBorders>
        <w:shd w:val="clear" w:color="auto" w:fill="DBEBD0" w:themeFill="accent6" w:themeFillTint="3F"/>
      </w:tcPr>
    </w:tblStylePr>
    <w:tblStylePr w:type="band1Horz">
      <w:tblPr/>
      <w:tcPr>
        <w:tcBorders>
          <w:top w:val="single" w:sz="8" w:space="0" w:color="70AD47" w:themeColor="accent6"/>
          <w:left w:val="single" w:sz="8" w:space="0" w:color="70AD47" w:themeColor="accent6"/>
          <w:bottom w:val="single" w:sz="8" w:space="0" w:color="70AD47" w:themeColor="accent6"/>
          <w:right w:val="single" w:sz="8" w:space="0" w:color="70AD47" w:themeColor="accent6"/>
          <w:insideV w:val="single" w:sz="8" w:space="0" w:color="70AD47" w:themeColor="accent6"/>
        </w:tcBorders>
        <w:shd w:val="clear" w:color="auto" w:fill="DBEBD0" w:themeFill="accent6" w:themeFillTint="3F"/>
      </w:tcPr>
    </w:tblStylePr>
    <w:tblStylePr w:type="band2Horz">
      <w:tblPr/>
      <w:tcPr>
        <w:tcBorders>
          <w:top w:val="single" w:sz="8" w:space="0" w:color="70AD47" w:themeColor="accent6"/>
          <w:left w:val="single" w:sz="8" w:space="0" w:color="70AD47" w:themeColor="accent6"/>
          <w:bottom w:val="single" w:sz="8" w:space="0" w:color="70AD47" w:themeColor="accent6"/>
          <w:right w:val="single" w:sz="8" w:space="0" w:color="70AD47" w:themeColor="accent6"/>
          <w:insideV w:val="single" w:sz="8" w:space="0" w:color="70AD47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AE7A62"/>
    <w:pPr>
      <w:spacing w:after="0" w:line="240" w:lineRule="auto"/>
    </w:pPr>
    <w:rPr>
      <w:rFonts w:eastAsiaTheme="minorEastAsia"/>
    </w:r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AE7A62"/>
    <w:pPr>
      <w:spacing w:after="0" w:line="240" w:lineRule="auto"/>
    </w:pPr>
    <w:rPr>
      <w:rFonts w:eastAsiaTheme="minorEastAsia"/>
    </w:rPr>
    <w:tblPr>
      <w:tblStyleRowBandSize w:val="1"/>
      <w:tblStyleColBandSize w:val="1"/>
      <w:tblBorders>
        <w:top w:val="single" w:sz="8" w:space="0" w:color="84B3DF" w:themeColor="accent1" w:themeTint="BF"/>
        <w:left w:val="single" w:sz="8" w:space="0" w:color="84B3DF" w:themeColor="accent1" w:themeTint="BF"/>
        <w:bottom w:val="single" w:sz="8" w:space="0" w:color="84B3DF" w:themeColor="accent1" w:themeTint="BF"/>
        <w:right w:val="single" w:sz="8" w:space="0" w:color="84B3DF" w:themeColor="accent1" w:themeTint="BF"/>
        <w:insideH w:val="single" w:sz="8" w:space="0" w:color="84B3DF" w:themeColor="accen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84B3DF" w:themeColor="accent1" w:themeTint="BF"/>
          <w:left w:val="single" w:sz="8" w:space="0" w:color="84B3DF" w:themeColor="accent1" w:themeTint="BF"/>
          <w:bottom w:val="single" w:sz="8" w:space="0" w:color="84B3DF" w:themeColor="accent1" w:themeTint="BF"/>
          <w:right w:val="single" w:sz="8" w:space="0" w:color="84B3DF" w:themeColor="accent1" w:themeTint="BF"/>
          <w:insideH w:val="nil"/>
          <w:insideV w:val="nil"/>
        </w:tcBorders>
        <w:shd w:val="clear" w:color="auto" w:fill="5B9BD5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4B3DF" w:themeColor="accent1" w:themeTint="BF"/>
          <w:left w:val="single" w:sz="8" w:space="0" w:color="84B3DF" w:themeColor="accent1" w:themeTint="BF"/>
          <w:bottom w:val="single" w:sz="8" w:space="0" w:color="84B3DF" w:themeColor="accent1" w:themeTint="BF"/>
          <w:right w:val="single" w:sz="8" w:space="0" w:color="84B3DF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6E6F4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6E6F4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AE7A62"/>
    <w:pPr>
      <w:spacing w:after="0" w:line="240" w:lineRule="auto"/>
    </w:pPr>
    <w:rPr>
      <w:rFonts w:eastAsiaTheme="minorEastAsia"/>
    </w:rPr>
    <w:tblPr>
      <w:tblStyleRowBandSize w:val="1"/>
      <w:tblStyleColBandSize w:val="1"/>
      <w:tblBorders>
        <w:top w:val="single" w:sz="8" w:space="0" w:color="F19D64" w:themeColor="accent2" w:themeTint="BF"/>
        <w:left w:val="single" w:sz="8" w:space="0" w:color="F19D64" w:themeColor="accent2" w:themeTint="BF"/>
        <w:bottom w:val="single" w:sz="8" w:space="0" w:color="F19D64" w:themeColor="accent2" w:themeTint="BF"/>
        <w:right w:val="single" w:sz="8" w:space="0" w:color="F19D64" w:themeColor="accent2" w:themeTint="BF"/>
        <w:insideH w:val="single" w:sz="8" w:space="0" w:color="F19D64" w:themeColor="accent2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19D64" w:themeColor="accent2" w:themeTint="BF"/>
          <w:left w:val="single" w:sz="8" w:space="0" w:color="F19D64" w:themeColor="accent2" w:themeTint="BF"/>
          <w:bottom w:val="single" w:sz="8" w:space="0" w:color="F19D64" w:themeColor="accent2" w:themeTint="BF"/>
          <w:right w:val="single" w:sz="8" w:space="0" w:color="F19D64" w:themeColor="accent2" w:themeTint="BF"/>
          <w:insideH w:val="nil"/>
          <w:insideV w:val="nil"/>
        </w:tcBorders>
        <w:shd w:val="clear" w:color="auto" w:fill="ED7D31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19D64" w:themeColor="accent2" w:themeTint="BF"/>
          <w:left w:val="single" w:sz="8" w:space="0" w:color="F19D64" w:themeColor="accent2" w:themeTint="BF"/>
          <w:bottom w:val="single" w:sz="8" w:space="0" w:color="F19D64" w:themeColor="accent2" w:themeTint="BF"/>
          <w:right w:val="single" w:sz="8" w:space="0" w:color="F19D64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ADECB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ADECB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AE7A62"/>
    <w:pPr>
      <w:spacing w:after="0" w:line="240" w:lineRule="auto"/>
    </w:pPr>
    <w:rPr>
      <w:rFonts w:eastAsiaTheme="minorEastAsia"/>
    </w:rPr>
    <w:tblPr>
      <w:tblStyleRowBandSize w:val="1"/>
      <w:tblStyleColBandSize w:val="1"/>
      <w:tblBorders>
        <w:top w:val="single" w:sz="8" w:space="0" w:color="BBBBBB" w:themeColor="accent3" w:themeTint="BF"/>
        <w:left w:val="single" w:sz="8" w:space="0" w:color="BBBBBB" w:themeColor="accent3" w:themeTint="BF"/>
        <w:bottom w:val="single" w:sz="8" w:space="0" w:color="BBBBBB" w:themeColor="accent3" w:themeTint="BF"/>
        <w:right w:val="single" w:sz="8" w:space="0" w:color="BBBBBB" w:themeColor="accent3" w:themeTint="BF"/>
        <w:insideH w:val="single" w:sz="8" w:space="0" w:color="BBBBBB" w:themeColor="accent3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BBBBB" w:themeColor="accent3" w:themeTint="BF"/>
          <w:left w:val="single" w:sz="8" w:space="0" w:color="BBBBBB" w:themeColor="accent3" w:themeTint="BF"/>
          <w:bottom w:val="single" w:sz="8" w:space="0" w:color="BBBBBB" w:themeColor="accent3" w:themeTint="BF"/>
          <w:right w:val="single" w:sz="8" w:space="0" w:color="BBBBBB" w:themeColor="accent3" w:themeTint="BF"/>
          <w:insideH w:val="nil"/>
          <w:insideV w:val="nil"/>
        </w:tcBorders>
        <w:shd w:val="clear" w:color="auto" w:fill="A5A5A5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BBBBB" w:themeColor="accent3" w:themeTint="BF"/>
          <w:left w:val="single" w:sz="8" w:space="0" w:color="BBBBBB" w:themeColor="accent3" w:themeTint="BF"/>
          <w:bottom w:val="single" w:sz="8" w:space="0" w:color="BBBBBB" w:themeColor="accent3" w:themeTint="BF"/>
          <w:right w:val="single" w:sz="8" w:space="0" w:color="BBBBBB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8E8E8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8E8E8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AE7A62"/>
    <w:pPr>
      <w:spacing w:after="0" w:line="240" w:lineRule="auto"/>
    </w:pPr>
    <w:rPr>
      <w:rFonts w:eastAsiaTheme="minorEastAsia"/>
    </w:rPr>
    <w:tblPr>
      <w:tblStyleRowBandSize w:val="1"/>
      <w:tblStyleColBandSize w:val="1"/>
      <w:tblBorders>
        <w:top w:val="single" w:sz="8" w:space="0" w:color="FFCF40" w:themeColor="accent4" w:themeTint="BF"/>
        <w:left w:val="single" w:sz="8" w:space="0" w:color="FFCF40" w:themeColor="accent4" w:themeTint="BF"/>
        <w:bottom w:val="single" w:sz="8" w:space="0" w:color="FFCF40" w:themeColor="accent4" w:themeTint="BF"/>
        <w:right w:val="single" w:sz="8" w:space="0" w:color="FFCF40" w:themeColor="accent4" w:themeTint="BF"/>
        <w:insideH w:val="single" w:sz="8" w:space="0" w:color="FFCF40" w:themeColor="accent4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FCF40" w:themeColor="accent4" w:themeTint="BF"/>
          <w:left w:val="single" w:sz="8" w:space="0" w:color="FFCF40" w:themeColor="accent4" w:themeTint="BF"/>
          <w:bottom w:val="single" w:sz="8" w:space="0" w:color="FFCF40" w:themeColor="accent4" w:themeTint="BF"/>
          <w:right w:val="single" w:sz="8" w:space="0" w:color="FFCF40" w:themeColor="accent4" w:themeTint="BF"/>
          <w:insideH w:val="nil"/>
          <w:insideV w:val="nil"/>
        </w:tcBorders>
        <w:shd w:val="clear" w:color="auto" w:fill="FFC000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FCF40" w:themeColor="accent4" w:themeTint="BF"/>
          <w:left w:val="single" w:sz="8" w:space="0" w:color="FFCF40" w:themeColor="accent4" w:themeTint="BF"/>
          <w:bottom w:val="single" w:sz="8" w:space="0" w:color="FFCF40" w:themeColor="accent4" w:themeTint="BF"/>
          <w:right w:val="single" w:sz="8" w:space="0" w:color="FFCF40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EFC0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FEFC0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AE7A62"/>
    <w:pPr>
      <w:spacing w:after="0" w:line="240" w:lineRule="auto"/>
    </w:pPr>
    <w:rPr>
      <w:rFonts w:eastAsiaTheme="minorEastAsia"/>
    </w:rPr>
    <w:tblPr>
      <w:tblStyleRowBandSize w:val="1"/>
      <w:tblStyleColBandSize w:val="1"/>
      <w:tblBorders>
        <w:top w:val="single" w:sz="8" w:space="0" w:color="7295D2" w:themeColor="accent5" w:themeTint="BF"/>
        <w:left w:val="single" w:sz="8" w:space="0" w:color="7295D2" w:themeColor="accent5" w:themeTint="BF"/>
        <w:bottom w:val="single" w:sz="8" w:space="0" w:color="7295D2" w:themeColor="accent5" w:themeTint="BF"/>
        <w:right w:val="single" w:sz="8" w:space="0" w:color="7295D2" w:themeColor="accent5" w:themeTint="BF"/>
        <w:insideH w:val="single" w:sz="8" w:space="0" w:color="7295D2" w:themeColor="accent5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295D2" w:themeColor="accent5" w:themeTint="BF"/>
          <w:left w:val="single" w:sz="8" w:space="0" w:color="7295D2" w:themeColor="accent5" w:themeTint="BF"/>
          <w:bottom w:val="single" w:sz="8" w:space="0" w:color="7295D2" w:themeColor="accent5" w:themeTint="BF"/>
          <w:right w:val="single" w:sz="8" w:space="0" w:color="7295D2" w:themeColor="accent5" w:themeTint="BF"/>
          <w:insideH w:val="nil"/>
          <w:insideV w:val="nil"/>
        </w:tcBorders>
        <w:shd w:val="clear" w:color="auto" w:fill="4472C4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295D2" w:themeColor="accent5" w:themeTint="BF"/>
          <w:left w:val="single" w:sz="8" w:space="0" w:color="7295D2" w:themeColor="accent5" w:themeTint="BF"/>
          <w:bottom w:val="single" w:sz="8" w:space="0" w:color="7295D2" w:themeColor="accent5" w:themeTint="BF"/>
          <w:right w:val="single" w:sz="8" w:space="0" w:color="7295D2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0DBF0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0DBF0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AE7A62"/>
    <w:pPr>
      <w:spacing w:after="0" w:line="240" w:lineRule="auto"/>
    </w:pPr>
    <w:rPr>
      <w:rFonts w:eastAsiaTheme="minorEastAsia"/>
    </w:rPr>
    <w:tblPr>
      <w:tblStyleRowBandSize w:val="1"/>
      <w:tblStyleColBandSize w:val="1"/>
      <w:tblBorders>
        <w:top w:val="single" w:sz="8" w:space="0" w:color="93C571" w:themeColor="accent6" w:themeTint="BF"/>
        <w:left w:val="single" w:sz="8" w:space="0" w:color="93C571" w:themeColor="accent6" w:themeTint="BF"/>
        <w:bottom w:val="single" w:sz="8" w:space="0" w:color="93C571" w:themeColor="accent6" w:themeTint="BF"/>
        <w:right w:val="single" w:sz="8" w:space="0" w:color="93C571" w:themeColor="accent6" w:themeTint="BF"/>
        <w:insideH w:val="single" w:sz="8" w:space="0" w:color="93C571" w:themeColor="accent6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3C571" w:themeColor="accent6" w:themeTint="BF"/>
          <w:left w:val="single" w:sz="8" w:space="0" w:color="93C571" w:themeColor="accent6" w:themeTint="BF"/>
          <w:bottom w:val="single" w:sz="8" w:space="0" w:color="93C571" w:themeColor="accent6" w:themeTint="BF"/>
          <w:right w:val="single" w:sz="8" w:space="0" w:color="93C571" w:themeColor="accent6" w:themeTint="BF"/>
          <w:insideH w:val="nil"/>
          <w:insideV w:val="nil"/>
        </w:tcBorders>
        <w:shd w:val="clear" w:color="auto" w:fill="70AD47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3C571" w:themeColor="accent6" w:themeTint="BF"/>
          <w:left w:val="single" w:sz="8" w:space="0" w:color="93C571" w:themeColor="accent6" w:themeTint="BF"/>
          <w:bottom w:val="single" w:sz="8" w:space="0" w:color="93C571" w:themeColor="accent6" w:themeTint="BF"/>
          <w:right w:val="single" w:sz="8" w:space="0" w:color="93C571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BEB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BEB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AE7A62"/>
    <w:pPr>
      <w:spacing w:after="0" w:line="240" w:lineRule="auto"/>
    </w:pPr>
    <w:rPr>
      <w:rFonts w:eastAsiaTheme="minorEastAsia"/>
    </w:r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AE7A62"/>
    <w:pPr>
      <w:spacing w:after="0" w:line="240" w:lineRule="auto"/>
    </w:pPr>
    <w:rPr>
      <w:rFonts w:eastAsiaTheme="minorEastAsia"/>
    </w:r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5B9BD5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5B9BD5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5B9BD5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AE7A62"/>
    <w:pPr>
      <w:spacing w:after="0" w:line="240" w:lineRule="auto"/>
    </w:pPr>
    <w:rPr>
      <w:rFonts w:eastAsiaTheme="minorEastAsia"/>
    </w:r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ED7D31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ED7D31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ED7D31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AE7A62"/>
    <w:pPr>
      <w:spacing w:after="0" w:line="240" w:lineRule="auto"/>
    </w:pPr>
    <w:rPr>
      <w:rFonts w:eastAsiaTheme="minorEastAsia"/>
    </w:r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A5A5A5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A5A5A5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A5A5A5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AE7A62"/>
    <w:pPr>
      <w:spacing w:after="0" w:line="240" w:lineRule="auto"/>
    </w:pPr>
    <w:rPr>
      <w:rFonts w:eastAsiaTheme="minorEastAsia"/>
    </w:r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C000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C000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FC000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AE7A62"/>
    <w:pPr>
      <w:spacing w:after="0" w:line="240" w:lineRule="auto"/>
    </w:pPr>
    <w:rPr>
      <w:rFonts w:eastAsiaTheme="minorEastAsia"/>
    </w:r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472C4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472C4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472C4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AE7A62"/>
    <w:pPr>
      <w:spacing w:after="0" w:line="240" w:lineRule="auto"/>
    </w:pPr>
    <w:rPr>
      <w:rFonts w:eastAsiaTheme="minorEastAsia"/>
    </w:r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70AD47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70AD47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70AD47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AE7A62"/>
    <w:pPr>
      <w:spacing w:after="0" w:line="240" w:lineRule="auto"/>
    </w:pPr>
    <w:rPr>
      <w:rFonts w:eastAsiaTheme="minorEastAsia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44546A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AE7A62"/>
    <w:pPr>
      <w:spacing w:after="0" w:line="240" w:lineRule="auto"/>
    </w:pPr>
    <w:rPr>
      <w:rFonts w:eastAsiaTheme="minorEastAsia"/>
      <w:color w:val="000000" w:themeColor="text1"/>
    </w:rPr>
    <w:tblPr>
      <w:tblStyleRowBandSize w:val="1"/>
      <w:tblStyleColBandSize w:val="1"/>
      <w:tblBorders>
        <w:top w:val="single" w:sz="8" w:space="0" w:color="5B9BD5" w:themeColor="accent1"/>
        <w:bottom w:val="single" w:sz="8" w:space="0" w:color="5B9BD5" w:themeColor="accen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5B9BD5" w:themeColor="accent1"/>
        </w:tcBorders>
      </w:tcPr>
    </w:tblStylePr>
    <w:tblStylePr w:type="lastRow">
      <w:rPr>
        <w:b/>
        <w:bCs/>
        <w:color w:val="44546A" w:themeColor="text2"/>
      </w:rPr>
      <w:tblPr/>
      <w:tcPr>
        <w:tcBorders>
          <w:top w:val="single" w:sz="8" w:space="0" w:color="5B9BD5" w:themeColor="accent1"/>
          <w:bottom w:val="single" w:sz="8" w:space="0" w:color="5B9BD5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5B9BD5" w:themeColor="accent1"/>
          <w:bottom w:val="single" w:sz="8" w:space="0" w:color="5B9BD5" w:themeColor="accent1"/>
        </w:tcBorders>
      </w:tcPr>
    </w:tblStylePr>
    <w:tblStylePr w:type="band1Vert">
      <w:tblPr/>
      <w:tcPr>
        <w:shd w:val="clear" w:color="auto" w:fill="D6E6F4" w:themeFill="accent1" w:themeFillTint="3F"/>
      </w:tcPr>
    </w:tblStylePr>
    <w:tblStylePr w:type="band1Horz">
      <w:tblPr/>
      <w:tcPr>
        <w:shd w:val="clear" w:color="auto" w:fill="D6E6F4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AE7A62"/>
    <w:pPr>
      <w:spacing w:after="0" w:line="240" w:lineRule="auto"/>
    </w:pPr>
    <w:rPr>
      <w:rFonts w:eastAsiaTheme="minorEastAsia"/>
      <w:color w:val="000000" w:themeColor="text1"/>
    </w:rPr>
    <w:tblPr>
      <w:tblStyleRowBandSize w:val="1"/>
      <w:tblStyleColBandSize w:val="1"/>
      <w:tblBorders>
        <w:top w:val="single" w:sz="8" w:space="0" w:color="ED7D31" w:themeColor="accent2"/>
        <w:bottom w:val="single" w:sz="8" w:space="0" w:color="ED7D31" w:themeColor="accent2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ED7D31" w:themeColor="accent2"/>
        </w:tcBorders>
      </w:tcPr>
    </w:tblStylePr>
    <w:tblStylePr w:type="lastRow">
      <w:rPr>
        <w:b/>
        <w:bCs/>
        <w:color w:val="44546A" w:themeColor="text2"/>
      </w:rPr>
      <w:tblPr/>
      <w:tcPr>
        <w:tcBorders>
          <w:top w:val="single" w:sz="8" w:space="0" w:color="ED7D31" w:themeColor="accent2"/>
          <w:bottom w:val="single" w:sz="8" w:space="0" w:color="ED7D31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ED7D31" w:themeColor="accent2"/>
          <w:bottom w:val="single" w:sz="8" w:space="0" w:color="ED7D31" w:themeColor="accent2"/>
        </w:tcBorders>
      </w:tcPr>
    </w:tblStylePr>
    <w:tblStylePr w:type="band1Vert">
      <w:tblPr/>
      <w:tcPr>
        <w:shd w:val="clear" w:color="auto" w:fill="FADECB" w:themeFill="accent2" w:themeFillTint="3F"/>
      </w:tcPr>
    </w:tblStylePr>
    <w:tblStylePr w:type="band1Horz">
      <w:tblPr/>
      <w:tcPr>
        <w:shd w:val="clear" w:color="auto" w:fill="FADECB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AE7A62"/>
    <w:pPr>
      <w:spacing w:after="0" w:line="240" w:lineRule="auto"/>
    </w:pPr>
    <w:rPr>
      <w:rFonts w:eastAsiaTheme="minorEastAsia"/>
      <w:color w:val="000000" w:themeColor="text1"/>
    </w:rPr>
    <w:tblPr>
      <w:tblStyleRowBandSize w:val="1"/>
      <w:tblStyleColBandSize w:val="1"/>
      <w:tblBorders>
        <w:top w:val="single" w:sz="8" w:space="0" w:color="A5A5A5" w:themeColor="accent3"/>
        <w:bottom w:val="single" w:sz="8" w:space="0" w:color="A5A5A5" w:themeColor="accent3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A5A5A5" w:themeColor="accent3"/>
        </w:tcBorders>
      </w:tcPr>
    </w:tblStylePr>
    <w:tblStylePr w:type="lastRow">
      <w:rPr>
        <w:b/>
        <w:bCs/>
        <w:color w:val="44546A" w:themeColor="text2"/>
      </w:rPr>
      <w:tblPr/>
      <w:tcPr>
        <w:tcBorders>
          <w:top w:val="single" w:sz="8" w:space="0" w:color="A5A5A5" w:themeColor="accent3"/>
          <w:bottom w:val="single" w:sz="8" w:space="0" w:color="A5A5A5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A5A5A5" w:themeColor="accent3"/>
          <w:bottom w:val="single" w:sz="8" w:space="0" w:color="A5A5A5" w:themeColor="accent3"/>
        </w:tcBorders>
      </w:tcPr>
    </w:tblStylePr>
    <w:tblStylePr w:type="band1Vert">
      <w:tblPr/>
      <w:tcPr>
        <w:shd w:val="clear" w:color="auto" w:fill="E8E8E8" w:themeFill="accent3" w:themeFillTint="3F"/>
      </w:tcPr>
    </w:tblStylePr>
    <w:tblStylePr w:type="band1Horz">
      <w:tblPr/>
      <w:tcPr>
        <w:shd w:val="clear" w:color="auto" w:fill="E8E8E8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AE7A62"/>
    <w:pPr>
      <w:spacing w:after="0" w:line="240" w:lineRule="auto"/>
    </w:pPr>
    <w:rPr>
      <w:rFonts w:eastAsiaTheme="minorEastAsia"/>
      <w:color w:val="000000" w:themeColor="text1"/>
    </w:rPr>
    <w:tblPr>
      <w:tblStyleRowBandSize w:val="1"/>
      <w:tblStyleColBandSize w:val="1"/>
      <w:tblBorders>
        <w:top w:val="single" w:sz="8" w:space="0" w:color="FFC000" w:themeColor="accent4"/>
        <w:bottom w:val="single" w:sz="8" w:space="0" w:color="FFC000" w:themeColor="accent4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FC000" w:themeColor="accent4"/>
        </w:tcBorders>
      </w:tcPr>
    </w:tblStylePr>
    <w:tblStylePr w:type="lastRow">
      <w:rPr>
        <w:b/>
        <w:bCs/>
        <w:color w:val="44546A" w:themeColor="text2"/>
      </w:rPr>
      <w:tblPr/>
      <w:tcPr>
        <w:tcBorders>
          <w:top w:val="single" w:sz="8" w:space="0" w:color="FFC000" w:themeColor="accent4"/>
          <w:bottom w:val="single" w:sz="8" w:space="0" w:color="FFC000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FC000" w:themeColor="accent4"/>
          <w:bottom w:val="single" w:sz="8" w:space="0" w:color="FFC000" w:themeColor="accent4"/>
        </w:tcBorders>
      </w:tcPr>
    </w:tblStylePr>
    <w:tblStylePr w:type="band1Vert">
      <w:tblPr/>
      <w:tcPr>
        <w:shd w:val="clear" w:color="auto" w:fill="FFEFC0" w:themeFill="accent4" w:themeFillTint="3F"/>
      </w:tcPr>
    </w:tblStylePr>
    <w:tblStylePr w:type="band1Horz">
      <w:tblPr/>
      <w:tcPr>
        <w:shd w:val="clear" w:color="auto" w:fill="FFEFC0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AE7A62"/>
    <w:pPr>
      <w:spacing w:after="0" w:line="240" w:lineRule="auto"/>
    </w:pPr>
    <w:rPr>
      <w:rFonts w:eastAsiaTheme="minorEastAsia"/>
      <w:color w:val="000000" w:themeColor="text1"/>
    </w:rPr>
    <w:tblPr>
      <w:tblStyleRowBandSize w:val="1"/>
      <w:tblStyleColBandSize w:val="1"/>
      <w:tblBorders>
        <w:top w:val="single" w:sz="8" w:space="0" w:color="4472C4" w:themeColor="accent5"/>
        <w:bottom w:val="single" w:sz="8" w:space="0" w:color="4472C4" w:themeColor="accent5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472C4" w:themeColor="accent5"/>
        </w:tcBorders>
      </w:tcPr>
    </w:tblStylePr>
    <w:tblStylePr w:type="lastRow">
      <w:rPr>
        <w:b/>
        <w:bCs/>
        <w:color w:val="44546A" w:themeColor="text2"/>
      </w:rPr>
      <w:tblPr/>
      <w:tcPr>
        <w:tcBorders>
          <w:top w:val="single" w:sz="8" w:space="0" w:color="4472C4" w:themeColor="accent5"/>
          <w:bottom w:val="single" w:sz="8" w:space="0" w:color="4472C4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472C4" w:themeColor="accent5"/>
          <w:bottom w:val="single" w:sz="8" w:space="0" w:color="4472C4" w:themeColor="accent5"/>
        </w:tcBorders>
      </w:tcPr>
    </w:tblStylePr>
    <w:tblStylePr w:type="band1Vert">
      <w:tblPr/>
      <w:tcPr>
        <w:shd w:val="clear" w:color="auto" w:fill="D0DBF0" w:themeFill="accent5" w:themeFillTint="3F"/>
      </w:tcPr>
    </w:tblStylePr>
    <w:tblStylePr w:type="band1Horz">
      <w:tblPr/>
      <w:tcPr>
        <w:shd w:val="clear" w:color="auto" w:fill="D0DBF0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AE7A62"/>
    <w:pPr>
      <w:spacing w:after="0" w:line="240" w:lineRule="auto"/>
    </w:pPr>
    <w:rPr>
      <w:rFonts w:eastAsiaTheme="minorEastAsia"/>
      <w:color w:val="000000" w:themeColor="text1"/>
    </w:rPr>
    <w:tblPr>
      <w:tblStyleRowBandSize w:val="1"/>
      <w:tblStyleColBandSize w:val="1"/>
      <w:tblBorders>
        <w:top w:val="single" w:sz="8" w:space="0" w:color="70AD47" w:themeColor="accent6"/>
        <w:bottom w:val="single" w:sz="8" w:space="0" w:color="70AD47" w:themeColor="accent6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70AD47" w:themeColor="accent6"/>
        </w:tcBorders>
      </w:tcPr>
    </w:tblStylePr>
    <w:tblStylePr w:type="lastRow">
      <w:rPr>
        <w:b/>
        <w:bCs/>
        <w:color w:val="44546A" w:themeColor="text2"/>
      </w:rPr>
      <w:tblPr/>
      <w:tcPr>
        <w:tcBorders>
          <w:top w:val="single" w:sz="8" w:space="0" w:color="70AD47" w:themeColor="accent6"/>
          <w:bottom w:val="single" w:sz="8" w:space="0" w:color="70AD47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70AD47" w:themeColor="accent6"/>
          <w:bottom w:val="single" w:sz="8" w:space="0" w:color="70AD47" w:themeColor="accent6"/>
        </w:tcBorders>
      </w:tcPr>
    </w:tblStylePr>
    <w:tblStylePr w:type="band1Vert">
      <w:tblPr/>
      <w:tcPr>
        <w:shd w:val="clear" w:color="auto" w:fill="DBEBD0" w:themeFill="accent6" w:themeFillTint="3F"/>
      </w:tcPr>
    </w:tblStylePr>
    <w:tblStylePr w:type="band1Horz">
      <w:tblPr/>
      <w:tcPr>
        <w:shd w:val="clear" w:color="auto" w:fill="DBEBD0" w:themeFill="accent6" w:themeFillTint="3F"/>
      </w:tcPr>
    </w:tblStylePr>
  </w:style>
  <w:style w:type="table" w:styleId="MediumList2">
    <w:name w:val="Medium List 2"/>
    <w:basedOn w:val="TableNormal"/>
    <w:uiPriority w:val="66"/>
    <w:rsid w:val="00AE7A62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AE7A62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5B9BD5" w:themeColor="accent1"/>
        <w:left w:val="single" w:sz="8" w:space="0" w:color="5B9BD5" w:themeColor="accent1"/>
        <w:bottom w:val="single" w:sz="8" w:space="0" w:color="5B9BD5" w:themeColor="accent1"/>
        <w:right w:val="single" w:sz="8" w:space="0" w:color="5B9BD5" w:themeColor="accen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5B9BD5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5B9BD5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5B9BD5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5B9BD5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6E6F4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6E6F4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AE7A62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ED7D31" w:themeColor="accent2"/>
        <w:left w:val="single" w:sz="8" w:space="0" w:color="ED7D31" w:themeColor="accent2"/>
        <w:bottom w:val="single" w:sz="8" w:space="0" w:color="ED7D31" w:themeColor="accent2"/>
        <w:right w:val="single" w:sz="8" w:space="0" w:color="ED7D31" w:themeColor="accent2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ED7D31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ED7D31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ED7D31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ED7D31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ADECB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ADECB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AE7A62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A5A5A5" w:themeColor="accent3"/>
        <w:left w:val="single" w:sz="8" w:space="0" w:color="A5A5A5" w:themeColor="accent3"/>
        <w:bottom w:val="single" w:sz="8" w:space="0" w:color="A5A5A5" w:themeColor="accent3"/>
        <w:right w:val="single" w:sz="8" w:space="0" w:color="A5A5A5" w:themeColor="accent3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A5A5A5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A5A5A5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A5A5A5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A5A5A5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8E8E8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8E8E8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AE7A62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FFC000" w:themeColor="accent4"/>
        <w:left w:val="single" w:sz="8" w:space="0" w:color="FFC000" w:themeColor="accent4"/>
        <w:bottom w:val="single" w:sz="8" w:space="0" w:color="FFC000" w:themeColor="accent4"/>
        <w:right w:val="single" w:sz="8" w:space="0" w:color="FFC000" w:themeColor="accent4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FC000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FC000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FC000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FC000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FEFC0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FEFC0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AE7A62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472C4" w:themeColor="accent5"/>
        <w:left w:val="single" w:sz="8" w:space="0" w:color="4472C4" w:themeColor="accent5"/>
        <w:bottom w:val="single" w:sz="8" w:space="0" w:color="4472C4" w:themeColor="accent5"/>
        <w:right w:val="single" w:sz="8" w:space="0" w:color="4472C4" w:themeColor="accent5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472C4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472C4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472C4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472C4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0DBF0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0DBF0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AE7A62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70AD47" w:themeColor="accent6"/>
        <w:left w:val="single" w:sz="8" w:space="0" w:color="70AD47" w:themeColor="accent6"/>
        <w:bottom w:val="single" w:sz="8" w:space="0" w:color="70AD47" w:themeColor="accent6"/>
        <w:right w:val="single" w:sz="8" w:space="0" w:color="70AD47" w:themeColor="accent6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70AD47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70AD47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70AD47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70AD47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BEB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BEB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AE7A62"/>
    <w:pPr>
      <w:spacing w:after="0" w:line="240" w:lineRule="auto"/>
    </w:pPr>
    <w:rPr>
      <w:rFonts w:eastAsiaTheme="minorEastAsia"/>
    </w:r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AE7A62"/>
    <w:pPr>
      <w:spacing w:after="0" w:line="240" w:lineRule="auto"/>
    </w:pPr>
    <w:rPr>
      <w:rFonts w:eastAsiaTheme="minorEastAsia"/>
    </w:rPr>
    <w:tblPr>
      <w:tblStyleRowBandSize w:val="1"/>
      <w:tblStyleColBandSize w:val="1"/>
      <w:tblBorders>
        <w:top w:val="single" w:sz="8" w:space="0" w:color="84B3DF" w:themeColor="accent1" w:themeTint="BF"/>
        <w:left w:val="single" w:sz="8" w:space="0" w:color="84B3DF" w:themeColor="accent1" w:themeTint="BF"/>
        <w:bottom w:val="single" w:sz="8" w:space="0" w:color="84B3DF" w:themeColor="accent1" w:themeTint="BF"/>
        <w:right w:val="single" w:sz="8" w:space="0" w:color="84B3DF" w:themeColor="accent1" w:themeTint="BF"/>
        <w:insideH w:val="single" w:sz="8" w:space="0" w:color="84B3DF" w:themeColor="accent1" w:themeTint="BF"/>
        <w:insideV w:val="single" w:sz="8" w:space="0" w:color="84B3DF" w:themeColor="accent1" w:themeTint="BF"/>
      </w:tblBorders>
    </w:tblPr>
    <w:tcPr>
      <w:shd w:val="clear" w:color="auto" w:fill="D6E6F4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84B3DF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DCCEA" w:themeFill="accent1" w:themeFillTint="7F"/>
      </w:tcPr>
    </w:tblStylePr>
    <w:tblStylePr w:type="band1Horz">
      <w:tblPr/>
      <w:tcPr>
        <w:shd w:val="clear" w:color="auto" w:fill="ADCCEA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AE7A62"/>
    <w:pPr>
      <w:spacing w:after="0" w:line="240" w:lineRule="auto"/>
    </w:pPr>
    <w:rPr>
      <w:rFonts w:eastAsiaTheme="minorEastAsia"/>
    </w:rPr>
    <w:tblPr>
      <w:tblStyleRowBandSize w:val="1"/>
      <w:tblStyleColBandSize w:val="1"/>
      <w:tblBorders>
        <w:top w:val="single" w:sz="8" w:space="0" w:color="F19D64" w:themeColor="accent2" w:themeTint="BF"/>
        <w:left w:val="single" w:sz="8" w:space="0" w:color="F19D64" w:themeColor="accent2" w:themeTint="BF"/>
        <w:bottom w:val="single" w:sz="8" w:space="0" w:color="F19D64" w:themeColor="accent2" w:themeTint="BF"/>
        <w:right w:val="single" w:sz="8" w:space="0" w:color="F19D64" w:themeColor="accent2" w:themeTint="BF"/>
        <w:insideH w:val="single" w:sz="8" w:space="0" w:color="F19D64" w:themeColor="accent2" w:themeTint="BF"/>
        <w:insideV w:val="single" w:sz="8" w:space="0" w:color="F19D64" w:themeColor="accent2" w:themeTint="BF"/>
      </w:tblBorders>
    </w:tblPr>
    <w:tcPr>
      <w:shd w:val="clear" w:color="auto" w:fill="FADECB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19D64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6BE98" w:themeFill="accent2" w:themeFillTint="7F"/>
      </w:tcPr>
    </w:tblStylePr>
    <w:tblStylePr w:type="band1Horz">
      <w:tblPr/>
      <w:tcPr>
        <w:shd w:val="clear" w:color="auto" w:fill="F6BE98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AE7A62"/>
    <w:pPr>
      <w:spacing w:after="0" w:line="240" w:lineRule="auto"/>
    </w:pPr>
    <w:rPr>
      <w:rFonts w:eastAsiaTheme="minorEastAsia"/>
    </w:rPr>
    <w:tblPr>
      <w:tblStyleRowBandSize w:val="1"/>
      <w:tblStyleColBandSize w:val="1"/>
      <w:tblBorders>
        <w:top w:val="single" w:sz="8" w:space="0" w:color="BBBBBB" w:themeColor="accent3" w:themeTint="BF"/>
        <w:left w:val="single" w:sz="8" w:space="0" w:color="BBBBBB" w:themeColor="accent3" w:themeTint="BF"/>
        <w:bottom w:val="single" w:sz="8" w:space="0" w:color="BBBBBB" w:themeColor="accent3" w:themeTint="BF"/>
        <w:right w:val="single" w:sz="8" w:space="0" w:color="BBBBBB" w:themeColor="accent3" w:themeTint="BF"/>
        <w:insideH w:val="single" w:sz="8" w:space="0" w:color="BBBBBB" w:themeColor="accent3" w:themeTint="BF"/>
        <w:insideV w:val="single" w:sz="8" w:space="0" w:color="BBBBBB" w:themeColor="accent3" w:themeTint="BF"/>
      </w:tblBorders>
    </w:tblPr>
    <w:tcPr>
      <w:shd w:val="clear" w:color="auto" w:fill="E8E8E8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BBBBB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D2D2" w:themeFill="accent3" w:themeFillTint="7F"/>
      </w:tcPr>
    </w:tblStylePr>
    <w:tblStylePr w:type="band1Horz">
      <w:tblPr/>
      <w:tcPr>
        <w:shd w:val="clear" w:color="auto" w:fill="D2D2D2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AE7A62"/>
    <w:pPr>
      <w:spacing w:after="0" w:line="240" w:lineRule="auto"/>
    </w:pPr>
    <w:rPr>
      <w:rFonts w:eastAsiaTheme="minorEastAsia"/>
    </w:rPr>
    <w:tblPr>
      <w:tblStyleRowBandSize w:val="1"/>
      <w:tblStyleColBandSize w:val="1"/>
      <w:tblBorders>
        <w:top w:val="single" w:sz="8" w:space="0" w:color="FFCF40" w:themeColor="accent4" w:themeTint="BF"/>
        <w:left w:val="single" w:sz="8" w:space="0" w:color="FFCF40" w:themeColor="accent4" w:themeTint="BF"/>
        <w:bottom w:val="single" w:sz="8" w:space="0" w:color="FFCF40" w:themeColor="accent4" w:themeTint="BF"/>
        <w:right w:val="single" w:sz="8" w:space="0" w:color="FFCF40" w:themeColor="accent4" w:themeTint="BF"/>
        <w:insideH w:val="single" w:sz="8" w:space="0" w:color="FFCF40" w:themeColor="accent4" w:themeTint="BF"/>
        <w:insideV w:val="single" w:sz="8" w:space="0" w:color="FFCF40" w:themeColor="accent4" w:themeTint="BF"/>
      </w:tblBorders>
    </w:tblPr>
    <w:tcPr>
      <w:shd w:val="clear" w:color="auto" w:fill="FFEFC0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FCF40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DF80" w:themeFill="accent4" w:themeFillTint="7F"/>
      </w:tcPr>
    </w:tblStylePr>
    <w:tblStylePr w:type="band1Horz">
      <w:tblPr/>
      <w:tcPr>
        <w:shd w:val="clear" w:color="auto" w:fill="FFDF8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AE7A62"/>
    <w:pPr>
      <w:spacing w:after="0" w:line="240" w:lineRule="auto"/>
    </w:pPr>
    <w:rPr>
      <w:rFonts w:eastAsiaTheme="minorEastAsia"/>
    </w:rPr>
    <w:tblPr>
      <w:tblStyleRowBandSize w:val="1"/>
      <w:tblStyleColBandSize w:val="1"/>
      <w:tblBorders>
        <w:top w:val="single" w:sz="8" w:space="0" w:color="7295D2" w:themeColor="accent5" w:themeTint="BF"/>
        <w:left w:val="single" w:sz="8" w:space="0" w:color="7295D2" w:themeColor="accent5" w:themeTint="BF"/>
        <w:bottom w:val="single" w:sz="8" w:space="0" w:color="7295D2" w:themeColor="accent5" w:themeTint="BF"/>
        <w:right w:val="single" w:sz="8" w:space="0" w:color="7295D2" w:themeColor="accent5" w:themeTint="BF"/>
        <w:insideH w:val="single" w:sz="8" w:space="0" w:color="7295D2" w:themeColor="accent5" w:themeTint="BF"/>
        <w:insideV w:val="single" w:sz="8" w:space="0" w:color="7295D2" w:themeColor="accent5" w:themeTint="BF"/>
      </w:tblBorders>
    </w:tblPr>
    <w:tcPr>
      <w:shd w:val="clear" w:color="auto" w:fill="D0DBF0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295D2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1B8E1" w:themeFill="accent5" w:themeFillTint="7F"/>
      </w:tcPr>
    </w:tblStylePr>
    <w:tblStylePr w:type="band1Horz">
      <w:tblPr/>
      <w:tcPr>
        <w:shd w:val="clear" w:color="auto" w:fill="A1B8E1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AE7A62"/>
    <w:pPr>
      <w:spacing w:after="0" w:line="240" w:lineRule="auto"/>
    </w:pPr>
    <w:rPr>
      <w:rFonts w:eastAsiaTheme="minorEastAsia"/>
    </w:rPr>
    <w:tblPr>
      <w:tblStyleRowBandSize w:val="1"/>
      <w:tblStyleColBandSize w:val="1"/>
      <w:tblBorders>
        <w:top w:val="single" w:sz="8" w:space="0" w:color="93C571" w:themeColor="accent6" w:themeTint="BF"/>
        <w:left w:val="single" w:sz="8" w:space="0" w:color="93C571" w:themeColor="accent6" w:themeTint="BF"/>
        <w:bottom w:val="single" w:sz="8" w:space="0" w:color="93C571" w:themeColor="accent6" w:themeTint="BF"/>
        <w:right w:val="single" w:sz="8" w:space="0" w:color="93C571" w:themeColor="accent6" w:themeTint="BF"/>
        <w:insideH w:val="single" w:sz="8" w:space="0" w:color="93C571" w:themeColor="accent6" w:themeTint="BF"/>
        <w:insideV w:val="single" w:sz="8" w:space="0" w:color="93C571" w:themeColor="accent6" w:themeTint="BF"/>
      </w:tblBorders>
    </w:tblPr>
    <w:tcPr>
      <w:shd w:val="clear" w:color="auto" w:fill="DBEB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3C571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7D8A0" w:themeFill="accent6" w:themeFillTint="7F"/>
      </w:tcPr>
    </w:tblStylePr>
    <w:tblStylePr w:type="band1Horz">
      <w:tblPr/>
      <w:tcPr>
        <w:shd w:val="clear" w:color="auto" w:fill="B7D8A0" w:themeFill="accent6" w:themeFillTint="7F"/>
      </w:tcPr>
    </w:tblStylePr>
  </w:style>
  <w:style w:type="table" w:styleId="MediumGrid2">
    <w:name w:val="Medium Grid 2"/>
    <w:basedOn w:val="TableNormal"/>
    <w:uiPriority w:val="68"/>
    <w:rsid w:val="00AE7A62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AE7A62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5B9BD5" w:themeColor="accent1"/>
        <w:left w:val="single" w:sz="8" w:space="0" w:color="5B9BD5" w:themeColor="accent1"/>
        <w:bottom w:val="single" w:sz="8" w:space="0" w:color="5B9BD5" w:themeColor="accent1"/>
        <w:right w:val="single" w:sz="8" w:space="0" w:color="5B9BD5" w:themeColor="accent1"/>
        <w:insideH w:val="single" w:sz="8" w:space="0" w:color="5B9BD5" w:themeColor="accent1"/>
        <w:insideV w:val="single" w:sz="8" w:space="0" w:color="5B9BD5" w:themeColor="accent1"/>
      </w:tblBorders>
    </w:tblPr>
    <w:tcPr>
      <w:shd w:val="clear" w:color="auto" w:fill="D6E6F4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EF5FB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EEAF6" w:themeFill="accent1" w:themeFillTint="33"/>
      </w:tcPr>
    </w:tblStylePr>
    <w:tblStylePr w:type="band1Vert">
      <w:tblPr/>
      <w:tcPr>
        <w:shd w:val="clear" w:color="auto" w:fill="ADCCEA" w:themeFill="accent1" w:themeFillTint="7F"/>
      </w:tcPr>
    </w:tblStylePr>
    <w:tblStylePr w:type="band1Horz">
      <w:tblPr/>
      <w:tcPr>
        <w:tcBorders>
          <w:insideH w:val="single" w:sz="6" w:space="0" w:color="5B9BD5" w:themeColor="accent1"/>
          <w:insideV w:val="single" w:sz="6" w:space="0" w:color="5B9BD5" w:themeColor="accent1"/>
        </w:tcBorders>
        <w:shd w:val="clear" w:color="auto" w:fill="ADCCEA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AE7A62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ED7D31" w:themeColor="accent2"/>
        <w:left w:val="single" w:sz="8" w:space="0" w:color="ED7D31" w:themeColor="accent2"/>
        <w:bottom w:val="single" w:sz="8" w:space="0" w:color="ED7D31" w:themeColor="accent2"/>
        <w:right w:val="single" w:sz="8" w:space="0" w:color="ED7D31" w:themeColor="accent2"/>
        <w:insideH w:val="single" w:sz="8" w:space="0" w:color="ED7D31" w:themeColor="accent2"/>
        <w:insideV w:val="single" w:sz="8" w:space="0" w:color="ED7D31" w:themeColor="accent2"/>
      </w:tblBorders>
    </w:tblPr>
    <w:tcPr>
      <w:shd w:val="clear" w:color="auto" w:fill="FADECB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DF2EA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BE4D5" w:themeFill="accent2" w:themeFillTint="33"/>
      </w:tcPr>
    </w:tblStylePr>
    <w:tblStylePr w:type="band1Vert">
      <w:tblPr/>
      <w:tcPr>
        <w:shd w:val="clear" w:color="auto" w:fill="F6BE98" w:themeFill="accent2" w:themeFillTint="7F"/>
      </w:tcPr>
    </w:tblStylePr>
    <w:tblStylePr w:type="band1Horz">
      <w:tblPr/>
      <w:tcPr>
        <w:tcBorders>
          <w:insideH w:val="single" w:sz="6" w:space="0" w:color="ED7D31" w:themeColor="accent2"/>
          <w:insideV w:val="single" w:sz="6" w:space="0" w:color="ED7D31" w:themeColor="accent2"/>
        </w:tcBorders>
        <w:shd w:val="clear" w:color="auto" w:fill="F6BE98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AE7A62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A5A5A5" w:themeColor="accent3"/>
        <w:left w:val="single" w:sz="8" w:space="0" w:color="A5A5A5" w:themeColor="accent3"/>
        <w:bottom w:val="single" w:sz="8" w:space="0" w:color="A5A5A5" w:themeColor="accent3"/>
        <w:right w:val="single" w:sz="8" w:space="0" w:color="A5A5A5" w:themeColor="accent3"/>
        <w:insideH w:val="single" w:sz="8" w:space="0" w:color="A5A5A5" w:themeColor="accent3"/>
        <w:insideV w:val="single" w:sz="8" w:space="0" w:color="A5A5A5" w:themeColor="accent3"/>
      </w:tblBorders>
    </w:tblPr>
    <w:tcPr>
      <w:shd w:val="clear" w:color="auto" w:fill="E8E8E8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6F6F6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DEDED" w:themeFill="accent3" w:themeFillTint="33"/>
      </w:tcPr>
    </w:tblStylePr>
    <w:tblStylePr w:type="band1Vert">
      <w:tblPr/>
      <w:tcPr>
        <w:shd w:val="clear" w:color="auto" w:fill="D2D2D2" w:themeFill="accent3" w:themeFillTint="7F"/>
      </w:tcPr>
    </w:tblStylePr>
    <w:tblStylePr w:type="band1Horz">
      <w:tblPr/>
      <w:tcPr>
        <w:tcBorders>
          <w:insideH w:val="single" w:sz="6" w:space="0" w:color="A5A5A5" w:themeColor="accent3"/>
          <w:insideV w:val="single" w:sz="6" w:space="0" w:color="A5A5A5" w:themeColor="accent3"/>
        </w:tcBorders>
        <w:shd w:val="clear" w:color="auto" w:fill="D2D2D2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AE7A62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FFC000" w:themeColor="accent4"/>
        <w:left w:val="single" w:sz="8" w:space="0" w:color="FFC000" w:themeColor="accent4"/>
        <w:bottom w:val="single" w:sz="8" w:space="0" w:color="FFC000" w:themeColor="accent4"/>
        <w:right w:val="single" w:sz="8" w:space="0" w:color="FFC000" w:themeColor="accent4"/>
        <w:insideH w:val="single" w:sz="8" w:space="0" w:color="FFC000" w:themeColor="accent4"/>
        <w:insideV w:val="single" w:sz="8" w:space="0" w:color="FFC000" w:themeColor="accent4"/>
      </w:tblBorders>
    </w:tblPr>
    <w:tcPr>
      <w:shd w:val="clear" w:color="auto" w:fill="FFEFC0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FF8E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2CC" w:themeFill="accent4" w:themeFillTint="33"/>
      </w:tcPr>
    </w:tblStylePr>
    <w:tblStylePr w:type="band1Vert">
      <w:tblPr/>
      <w:tcPr>
        <w:shd w:val="clear" w:color="auto" w:fill="FFDF80" w:themeFill="accent4" w:themeFillTint="7F"/>
      </w:tcPr>
    </w:tblStylePr>
    <w:tblStylePr w:type="band1Horz">
      <w:tblPr/>
      <w:tcPr>
        <w:tcBorders>
          <w:insideH w:val="single" w:sz="6" w:space="0" w:color="FFC000" w:themeColor="accent4"/>
          <w:insideV w:val="single" w:sz="6" w:space="0" w:color="FFC000" w:themeColor="accent4"/>
        </w:tcBorders>
        <w:shd w:val="clear" w:color="auto" w:fill="FFDF8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AE7A62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472C4" w:themeColor="accent5"/>
        <w:left w:val="single" w:sz="8" w:space="0" w:color="4472C4" w:themeColor="accent5"/>
        <w:bottom w:val="single" w:sz="8" w:space="0" w:color="4472C4" w:themeColor="accent5"/>
        <w:right w:val="single" w:sz="8" w:space="0" w:color="4472C4" w:themeColor="accent5"/>
        <w:insideH w:val="single" w:sz="8" w:space="0" w:color="4472C4" w:themeColor="accent5"/>
        <w:insideV w:val="single" w:sz="8" w:space="0" w:color="4472C4" w:themeColor="accent5"/>
      </w:tblBorders>
    </w:tblPr>
    <w:tcPr>
      <w:shd w:val="clear" w:color="auto" w:fill="D0DBF0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CF1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9E2F3" w:themeFill="accent5" w:themeFillTint="33"/>
      </w:tcPr>
    </w:tblStylePr>
    <w:tblStylePr w:type="band1Vert">
      <w:tblPr/>
      <w:tcPr>
        <w:shd w:val="clear" w:color="auto" w:fill="A1B8E1" w:themeFill="accent5" w:themeFillTint="7F"/>
      </w:tcPr>
    </w:tblStylePr>
    <w:tblStylePr w:type="band1Horz">
      <w:tblPr/>
      <w:tcPr>
        <w:tcBorders>
          <w:insideH w:val="single" w:sz="6" w:space="0" w:color="4472C4" w:themeColor="accent5"/>
          <w:insideV w:val="single" w:sz="6" w:space="0" w:color="4472C4" w:themeColor="accent5"/>
        </w:tcBorders>
        <w:shd w:val="clear" w:color="auto" w:fill="A1B8E1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AE7A62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70AD47" w:themeColor="accent6"/>
        <w:left w:val="single" w:sz="8" w:space="0" w:color="70AD47" w:themeColor="accent6"/>
        <w:bottom w:val="single" w:sz="8" w:space="0" w:color="70AD47" w:themeColor="accent6"/>
        <w:right w:val="single" w:sz="8" w:space="0" w:color="70AD47" w:themeColor="accent6"/>
        <w:insideH w:val="single" w:sz="8" w:space="0" w:color="70AD47" w:themeColor="accent6"/>
        <w:insideV w:val="single" w:sz="8" w:space="0" w:color="70AD47" w:themeColor="accent6"/>
      </w:tblBorders>
    </w:tblPr>
    <w:tcPr>
      <w:shd w:val="clear" w:color="auto" w:fill="DBEB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0F7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2EFD9" w:themeFill="accent6" w:themeFillTint="33"/>
      </w:tcPr>
    </w:tblStylePr>
    <w:tblStylePr w:type="band1Vert">
      <w:tblPr/>
      <w:tcPr>
        <w:shd w:val="clear" w:color="auto" w:fill="B7D8A0" w:themeFill="accent6" w:themeFillTint="7F"/>
      </w:tcPr>
    </w:tblStylePr>
    <w:tblStylePr w:type="band1Horz">
      <w:tblPr/>
      <w:tcPr>
        <w:tcBorders>
          <w:insideH w:val="single" w:sz="6" w:space="0" w:color="70AD47" w:themeColor="accent6"/>
          <w:insideV w:val="single" w:sz="6" w:space="0" w:color="70AD47" w:themeColor="accent6"/>
        </w:tcBorders>
        <w:shd w:val="clear" w:color="auto" w:fill="B7D8A0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AE7A62"/>
    <w:pPr>
      <w:spacing w:after="0" w:line="240" w:lineRule="auto"/>
    </w:pPr>
    <w:rPr>
      <w:rFonts w:eastAsiaTheme="minorEastAsia"/>
    </w:r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AE7A62"/>
    <w:pPr>
      <w:spacing w:after="0" w:line="240" w:lineRule="auto"/>
    </w:pPr>
    <w:rPr>
      <w:rFonts w:eastAsiaTheme="minorEastAsia"/>
    </w:r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6E6F4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5B9BD5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5B9BD5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5B9BD5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5B9BD5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DCCEA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DCCEA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AE7A62"/>
    <w:pPr>
      <w:spacing w:after="0" w:line="240" w:lineRule="auto"/>
    </w:pPr>
    <w:rPr>
      <w:rFonts w:eastAsiaTheme="minorEastAsia"/>
    </w:r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FADECB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ED7D31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ED7D31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ED7D31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6BE98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6BE98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AE7A62"/>
    <w:pPr>
      <w:spacing w:after="0" w:line="240" w:lineRule="auto"/>
    </w:pPr>
    <w:rPr>
      <w:rFonts w:eastAsiaTheme="minorEastAsia"/>
    </w:r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E8E8E8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A5A5A5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A5A5A5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A5A5A5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A5A5A5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2D2D2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2D2D2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AE7A62"/>
    <w:pPr>
      <w:spacing w:after="0" w:line="240" w:lineRule="auto"/>
    </w:pPr>
    <w:rPr>
      <w:rFonts w:eastAsiaTheme="minorEastAsia"/>
    </w:r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FFEFC0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FC000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FC000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FC000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FDF8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FDF8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AE7A62"/>
    <w:pPr>
      <w:spacing w:after="0" w:line="240" w:lineRule="auto"/>
    </w:pPr>
    <w:rPr>
      <w:rFonts w:eastAsiaTheme="minorEastAsia"/>
    </w:r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0DBF0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472C4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472C4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472C4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1B8E1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1B8E1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AE7A62"/>
    <w:pPr>
      <w:spacing w:after="0" w:line="240" w:lineRule="auto"/>
    </w:pPr>
    <w:rPr>
      <w:rFonts w:eastAsiaTheme="minorEastAsia"/>
    </w:r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BEB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70AD47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70AD47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70AD47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7D8A0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7D8A0" w:themeFill="accent6" w:themeFillTint="7F"/>
      </w:tcPr>
    </w:tblStylePr>
  </w:style>
  <w:style w:type="table" w:styleId="DarkList">
    <w:name w:val="Dark List"/>
    <w:basedOn w:val="TableNormal"/>
    <w:uiPriority w:val="70"/>
    <w:rsid w:val="00AE7A62"/>
    <w:pPr>
      <w:spacing w:after="0" w:line="240" w:lineRule="auto"/>
    </w:pPr>
    <w:rPr>
      <w:rFonts w:eastAsiaTheme="minorEastAsia"/>
      <w:color w:val="FFFFFF" w:themeColor="background1"/>
    </w:rPr>
    <w:tblPr>
      <w:tblStyleRowBandSize w:val="1"/>
      <w:tblStyleColBandSize w:val="1"/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AE7A62"/>
    <w:pPr>
      <w:spacing w:after="0" w:line="240" w:lineRule="auto"/>
    </w:pPr>
    <w:rPr>
      <w:rFonts w:eastAsiaTheme="minorEastAsia"/>
      <w:color w:val="FFFFFF" w:themeColor="background1"/>
    </w:rPr>
    <w:tblPr>
      <w:tblStyleRowBandSize w:val="1"/>
      <w:tblStyleColBandSize w:val="1"/>
    </w:tblPr>
    <w:tcPr>
      <w:shd w:val="clear" w:color="auto" w:fill="5B9BD5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1F4D78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2E74B5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2E74B5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E74B5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E74B5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AE7A62"/>
    <w:pPr>
      <w:spacing w:after="0" w:line="240" w:lineRule="auto"/>
    </w:pPr>
    <w:rPr>
      <w:rFonts w:eastAsiaTheme="minorEastAsia"/>
      <w:color w:val="FFFFFF" w:themeColor="background1"/>
    </w:rPr>
    <w:tblPr>
      <w:tblStyleRowBandSize w:val="1"/>
      <w:tblStyleColBandSize w:val="1"/>
    </w:tblPr>
    <w:tcPr>
      <w:shd w:val="clear" w:color="auto" w:fill="ED7D31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823B0B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C45911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C45911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45911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45911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AE7A62"/>
    <w:pPr>
      <w:spacing w:after="0" w:line="240" w:lineRule="auto"/>
    </w:pPr>
    <w:rPr>
      <w:rFonts w:eastAsiaTheme="minorEastAsia"/>
      <w:color w:val="FFFFFF" w:themeColor="background1"/>
    </w:rPr>
    <w:tblPr>
      <w:tblStyleRowBandSize w:val="1"/>
      <w:tblStyleColBandSize w:val="1"/>
    </w:tblPr>
    <w:tcPr>
      <w:shd w:val="clear" w:color="auto" w:fill="A5A5A5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525252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B7B7B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B7B7B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B7B7B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B7B7B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AE7A62"/>
    <w:pPr>
      <w:spacing w:after="0" w:line="240" w:lineRule="auto"/>
    </w:pPr>
    <w:rPr>
      <w:rFonts w:eastAsiaTheme="minorEastAsia"/>
      <w:color w:val="FFFFFF" w:themeColor="background1"/>
    </w:rPr>
    <w:tblPr>
      <w:tblStyleRowBandSize w:val="1"/>
      <w:tblStyleColBandSize w:val="1"/>
    </w:tblPr>
    <w:tcPr>
      <w:shd w:val="clear" w:color="auto" w:fill="FFC000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7F5F00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BF8F00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BF8F00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F8F00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F8F00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AE7A62"/>
    <w:pPr>
      <w:spacing w:after="0" w:line="240" w:lineRule="auto"/>
    </w:pPr>
    <w:rPr>
      <w:rFonts w:eastAsiaTheme="minorEastAsia"/>
      <w:color w:val="FFFFFF" w:themeColor="background1"/>
    </w:rPr>
    <w:tblPr>
      <w:tblStyleRowBandSize w:val="1"/>
      <w:tblStyleColBandSize w:val="1"/>
    </w:tblPr>
    <w:tcPr>
      <w:shd w:val="clear" w:color="auto" w:fill="4472C4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1F3763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2F5496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2F5496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F5496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F5496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AE7A62"/>
    <w:pPr>
      <w:spacing w:after="0" w:line="240" w:lineRule="auto"/>
    </w:pPr>
    <w:rPr>
      <w:rFonts w:eastAsiaTheme="minorEastAsia"/>
      <w:color w:val="FFFFFF" w:themeColor="background1"/>
    </w:rPr>
    <w:tblPr>
      <w:tblStyleRowBandSize w:val="1"/>
      <w:tblStyleColBandSize w:val="1"/>
    </w:tblPr>
    <w:tcPr>
      <w:shd w:val="clear" w:color="auto" w:fill="70AD47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75623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38135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38135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38135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38135" w:themeFill="accent6" w:themeFillShade="BF"/>
      </w:tcPr>
    </w:tblStylePr>
  </w:style>
  <w:style w:type="table" w:styleId="ColourfulShading">
    <w:name w:val="Colorful Shading"/>
    <w:basedOn w:val="TableNormal"/>
    <w:uiPriority w:val="71"/>
    <w:rsid w:val="00AE7A62"/>
    <w:pPr>
      <w:spacing w:after="0" w:line="240" w:lineRule="auto"/>
    </w:pPr>
    <w:rPr>
      <w:rFonts w:eastAsiaTheme="minorEastAsia"/>
      <w:color w:val="000000" w:themeColor="text1"/>
    </w:rPr>
    <w:tblPr>
      <w:tblStyleRowBandSize w:val="1"/>
      <w:tblStyleColBandSize w:val="1"/>
      <w:tblBorders>
        <w:top w:val="single" w:sz="24" w:space="0" w:color="ED7D31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ED7D31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urfulShadingAccent1">
    <w:name w:val="Colorful Shading Accent 1"/>
    <w:basedOn w:val="TableNormal"/>
    <w:uiPriority w:val="71"/>
    <w:rsid w:val="00AE7A62"/>
    <w:pPr>
      <w:spacing w:after="0" w:line="240" w:lineRule="auto"/>
    </w:pPr>
    <w:rPr>
      <w:rFonts w:eastAsiaTheme="minorEastAsia"/>
      <w:color w:val="000000" w:themeColor="text1"/>
    </w:rPr>
    <w:tblPr>
      <w:tblStyleRowBandSize w:val="1"/>
      <w:tblStyleColBandSize w:val="1"/>
      <w:tblBorders>
        <w:top w:val="single" w:sz="24" w:space="0" w:color="ED7D31" w:themeColor="accent2"/>
        <w:left w:val="single" w:sz="4" w:space="0" w:color="5B9BD5" w:themeColor="accent1"/>
        <w:bottom w:val="single" w:sz="4" w:space="0" w:color="5B9BD5" w:themeColor="accent1"/>
        <w:right w:val="single" w:sz="4" w:space="0" w:color="5B9BD5" w:themeColor="accen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EF5FB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ED7D31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55D91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55D91" w:themeColor="accent1" w:themeShade="99"/>
          <w:insideV w:val="nil"/>
        </w:tcBorders>
        <w:shd w:val="clear" w:color="auto" w:fill="255D91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55D91" w:themeFill="accent1" w:themeFillShade="99"/>
      </w:tcPr>
    </w:tblStylePr>
    <w:tblStylePr w:type="band1Vert">
      <w:tblPr/>
      <w:tcPr>
        <w:shd w:val="clear" w:color="auto" w:fill="BDD6EE" w:themeFill="accent1" w:themeFillTint="66"/>
      </w:tcPr>
    </w:tblStylePr>
    <w:tblStylePr w:type="band1Horz">
      <w:tblPr/>
      <w:tcPr>
        <w:shd w:val="clear" w:color="auto" w:fill="ADCCEA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urfulShadingAccent2">
    <w:name w:val="Colorful Shading Accent 2"/>
    <w:basedOn w:val="TableNormal"/>
    <w:uiPriority w:val="71"/>
    <w:rsid w:val="00AE7A62"/>
    <w:pPr>
      <w:spacing w:after="0" w:line="240" w:lineRule="auto"/>
    </w:pPr>
    <w:rPr>
      <w:rFonts w:eastAsiaTheme="minorEastAsia"/>
      <w:color w:val="000000" w:themeColor="text1"/>
    </w:rPr>
    <w:tblPr>
      <w:tblStyleRowBandSize w:val="1"/>
      <w:tblStyleColBandSize w:val="1"/>
      <w:tblBorders>
        <w:top w:val="single" w:sz="24" w:space="0" w:color="ED7D31" w:themeColor="accent2"/>
        <w:left w:val="single" w:sz="4" w:space="0" w:color="ED7D31" w:themeColor="accent2"/>
        <w:bottom w:val="single" w:sz="4" w:space="0" w:color="ED7D31" w:themeColor="accent2"/>
        <w:right w:val="single" w:sz="4" w:space="0" w:color="ED7D31" w:themeColor="accent2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DF2EA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ED7D31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9D470D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9D470D" w:themeColor="accent2" w:themeShade="99"/>
          <w:insideV w:val="nil"/>
        </w:tcBorders>
        <w:shd w:val="clear" w:color="auto" w:fill="9D470D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D470D" w:themeFill="accent2" w:themeFillShade="99"/>
      </w:tcPr>
    </w:tblStylePr>
    <w:tblStylePr w:type="band1Vert">
      <w:tblPr/>
      <w:tcPr>
        <w:shd w:val="clear" w:color="auto" w:fill="F7CAAC" w:themeFill="accent2" w:themeFillTint="66"/>
      </w:tcPr>
    </w:tblStylePr>
    <w:tblStylePr w:type="band1Horz">
      <w:tblPr/>
      <w:tcPr>
        <w:shd w:val="clear" w:color="auto" w:fill="F6BE98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urfulShadingAccent3">
    <w:name w:val="Colorful Shading Accent 3"/>
    <w:basedOn w:val="TableNormal"/>
    <w:uiPriority w:val="71"/>
    <w:rsid w:val="00AE7A62"/>
    <w:pPr>
      <w:spacing w:after="0" w:line="240" w:lineRule="auto"/>
    </w:pPr>
    <w:rPr>
      <w:rFonts w:eastAsiaTheme="minorEastAsia"/>
      <w:color w:val="000000" w:themeColor="text1"/>
    </w:rPr>
    <w:tblPr>
      <w:tblStyleRowBandSize w:val="1"/>
      <w:tblStyleColBandSize w:val="1"/>
      <w:tblBorders>
        <w:top w:val="single" w:sz="24" w:space="0" w:color="FFC000" w:themeColor="accent4"/>
        <w:left w:val="single" w:sz="4" w:space="0" w:color="A5A5A5" w:themeColor="accent3"/>
        <w:bottom w:val="single" w:sz="4" w:space="0" w:color="A5A5A5" w:themeColor="accent3"/>
        <w:right w:val="single" w:sz="4" w:space="0" w:color="A5A5A5" w:themeColor="accent3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6F6F6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FC000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636363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636363" w:themeColor="accent3" w:themeShade="99"/>
          <w:insideV w:val="nil"/>
        </w:tcBorders>
        <w:shd w:val="clear" w:color="auto" w:fill="636363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636363" w:themeFill="accent3" w:themeFillShade="99"/>
      </w:tcPr>
    </w:tblStylePr>
    <w:tblStylePr w:type="band1Vert">
      <w:tblPr/>
      <w:tcPr>
        <w:shd w:val="clear" w:color="auto" w:fill="DBDBDB" w:themeFill="accent3" w:themeFillTint="66"/>
      </w:tcPr>
    </w:tblStylePr>
    <w:tblStylePr w:type="band1Horz">
      <w:tblPr/>
      <w:tcPr>
        <w:shd w:val="clear" w:color="auto" w:fill="D2D2D2" w:themeFill="accent3" w:themeFillTint="7F"/>
      </w:tcPr>
    </w:tblStylePr>
  </w:style>
  <w:style w:type="table" w:styleId="ColourfulShadingAccent4">
    <w:name w:val="Colorful Shading Accent 4"/>
    <w:basedOn w:val="TableNormal"/>
    <w:uiPriority w:val="71"/>
    <w:rsid w:val="00AE7A62"/>
    <w:pPr>
      <w:spacing w:after="0" w:line="240" w:lineRule="auto"/>
    </w:pPr>
    <w:rPr>
      <w:rFonts w:eastAsiaTheme="minorEastAsia"/>
      <w:color w:val="000000" w:themeColor="text1"/>
    </w:rPr>
    <w:tblPr>
      <w:tblStyleRowBandSize w:val="1"/>
      <w:tblStyleColBandSize w:val="1"/>
      <w:tblBorders>
        <w:top w:val="single" w:sz="24" w:space="0" w:color="A5A5A5" w:themeColor="accent3"/>
        <w:left w:val="single" w:sz="4" w:space="0" w:color="FFC000" w:themeColor="accent4"/>
        <w:bottom w:val="single" w:sz="4" w:space="0" w:color="FFC000" w:themeColor="accent4"/>
        <w:right w:val="single" w:sz="4" w:space="0" w:color="FFC000" w:themeColor="accent4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FF8E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A5A5A5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997300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997300" w:themeColor="accent4" w:themeShade="99"/>
          <w:insideV w:val="nil"/>
        </w:tcBorders>
        <w:shd w:val="clear" w:color="auto" w:fill="997300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97300" w:themeFill="accent4" w:themeFillShade="99"/>
      </w:tcPr>
    </w:tblStylePr>
    <w:tblStylePr w:type="band1Vert">
      <w:tblPr/>
      <w:tcPr>
        <w:shd w:val="clear" w:color="auto" w:fill="FFE599" w:themeFill="accent4" w:themeFillTint="66"/>
      </w:tcPr>
    </w:tblStylePr>
    <w:tblStylePr w:type="band1Horz">
      <w:tblPr/>
      <w:tcPr>
        <w:shd w:val="clear" w:color="auto" w:fill="FFDF8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urfulShadingAccent5">
    <w:name w:val="Colorful Shading Accent 5"/>
    <w:basedOn w:val="TableNormal"/>
    <w:uiPriority w:val="71"/>
    <w:rsid w:val="00AE7A62"/>
    <w:pPr>
      <w:spacing w:after="0" w:line="240" w:lineRule="auto"/>
    </w:pPr>
    <w:rPr>
      <w:rFonts w:eastAsiaTheme="minorEastAsia"/>
      <w:color w:val="000000" w:themeColor="text1"/>
    </w:rPr>
    <w:tblPr>
      <w:tblStyleRowBandSize w:val="1"/>
      <w:tblStyleColBandSize w:val="1"/>
      <w:tblBorders>
        <w:top w:val="single" w:sz="24" w:space="0" w:color="70AD47" w:themeColor="accent6"/>
        <w:left w:val="single" w:sz="4" w:space="0" w:color="4472C4" w:themeColor="accent5"/>
        <w:bottom w:val="single" w:sz="4" w:space="0" w:color="4472C4" w:themeColor="accent5"/>
        <w:right w:val="single" w:sz="4" w:space="0" w:color="4472C4" w:themeColor="accent5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CF1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70AD47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64378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64378" w:themeColor="accent5" w:themeShade="99"/>
          <w:insideV w:val="nil"/>
        </w:tcBorders>
        <w:shd w:val="clear" w:color="auto" w:fill="264378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64378" w:themeFill="accent5" w:themeFillShade="99"/>
      </w:tcPr>
    </w:tblStylePr>
    <w:tblStylePr w:type="band1Vert">
      <w:tblPr/>
      <w:tcPr>
        <w:shd w:val="clear" w:color="auto" w:fill="B4C6E7" w:themeFill="accent5" w:themeFillTint="66"/>
      </w:tcPr>
    </w:tblStylePr>
    <w:tblStylePr w:type="band1Horz">
      <w:tblPr/>
      <w:tcPr>
        <w:shd w:val="clear" w:color="auto" w:fill="A1B8E1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urfulShadingAccent6">
    <w:name w:val="Colorful Shading Accent 6"/>
    <w:basedOn w:val="TableNormal"/>
    <w:uiPriority w:val="71"/>
    <w:rsid w:val="00AE7A62"/>
    <w:pPr>
      <w:spacing w:after="0" w:line="240" w:lineRule="auto"/>
    </w:pPr>
    <w:rPr>
      <w:rFonts w:eastAsiaTheme="minorEastAsia"/>
      <w:color w:val="000000" w:themeColor="text1"/>
    </w:rPr>
    <w:tblPr>
      <w:tblStyleRowBandSize w:val="1"/>
      <w:tblStyleColBandSize w:val="1"/>
      <w:tblBorders>
        <w:top w:val="single" w:sz="24" w:space="0" w:color="4472C4" w:themeColor="accent5"/>
        <w:left w:val="single" w:sz="4" w:space="0" w:color="70AD47" w:themeColor="accent6"/>
        <w:bottom w:val="single" w:sz="4" w:space="0" w:color="70AD47" w:themeColor="accent6"/>
        <w:right w:val="single" w:sz="4" w:space="0" w:color="70AD47" w:themeColor="accent6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0F7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472C4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3672A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3672A" w:themeColor="accent6" w:themeShade="99"/>
          <w:insideV w:val="nil"/>
        </w:tcBorders>
        <w:shd w:val="clear" w:color="auto" w:fill="43672A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3672A" w:themeFill="accent6" w:themeFillShade="99"/>
      </w:tcPr>
    </w:tblStylePr>
    <w:tblStylePr w:type="band1Vert">
      <w:tblPr/>
      <w:tcPr>
        <w:shd w:val="clear" w:color="auto" w:fill="C5E0B3" w:themeFill="accent6" w:themeFillTint="66"/>
      </w:tcPr>
    </w:tblStylePr>
    <w:tblStylePr w:type="band1Horz">
      <w:tblPr/>
      <w:tcPr>
        <w:shd w:val="clear" w:color="auto" w:fill="B7D8A0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urfulList">
    <w:name w:val="Colorful List"/>
    <w:basedOn w:val="TableNormal"/>
    <w:uiPriority w:val="72"/>
    <w:rsid w:val="00AE7A62"/>
    <w:pPr>
      <w:spacing w:after="0" w:line="240" w:lineRule="auto"/>
    </w:pPr>
    <w:rPr>
      <w:rFonts w:eastAsiaTheme="minorEastAsia"/>
      <w:color w:val="000000" w:themeColor="text1"/>
    </w:rPr>
    <w:tblPr>
      <w:tblStyleRowBandSize w:val="1"/>
      <w:tblStyleColBandSize w:val="1"/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D25F12" w:themeFill="accent2" w:themeFillShade="CC"/>
      </w:tcPr>
    </w:tblStylePr>
    <w:tblStylePr w:type="lastRow">
      <w:rPr>
        <w:b/>
        <w:bCs/>
        <w:color w:val="D25F12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urfulListAccent1">
    <w:name w:val="Colorful List Accent 1"/>
    <w:basedOn w:val="TableNormal"/>
    <w:uiPriority w:val="72"/>
    <w:rsid w:val="00AE7A62"/>
    <w:pPr>
      <w:spacing w:after="0" w:line="240" w:lineRule="auto"/>
    </w:pPr>
    <w:rPr>
      <w:rFonts w:eastAsiaTheme="minorEastAsia"/>
      <w:color w:val="000000" w:themeColor="text1"/>
    </w:rPr>
    <w:tblPr>
      <w:tblStyleRowBandSize w:val="1"/>
      <w:tblStyleColBandSize w:val="1"/>
    </w:tblPr>
    <w:tcPr>
      <w:shd w:val="clear" w:color="auto" w:fill="EEF5FB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D25F12" w:themeFill="accent2" w:themeFillShade="CC"/>
      </w:tcPr>
    </w:tblStylePr>
    <w:tblStylePr w:type="lastRow">
      <w:rPr>
        <w:b/>
        <w:bCs/>
        <w:color w:val="D25F12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6E6F4" w:themeFill="accent1" w:themeFillTint="3F"/>
      </w:tcPr>
    </w:tblStylePr>
    <w:tblStylePr w:type="band1Horz">
      <w:tblPr/>
      <w:tcPr>
        <w:shd w:val="clear" w:color="auto" w:fill="DEEAF6" w:themeFill="accent1" w:themeFillTint="33"/>
      </w:tcPr>
    </w:tblStylePr>
  </w:style>
  <w:style w:type="table" w:styleId="ColourfulListAccent2">
    <w:name w:val="Colorful List Accent 2"/>
    <w:basedOn w:val="TableNormal"/>
    <w:uiPriority w:val="72"/>
    <w:rsid w:val="00AE7A62"/>
    <w:pPr>
      <w:spacing w:after="0" w:line="240" w:lineRule="auto"/>
    </w:pPr>
    <w:rPr>
      <w:rFonts w:eastAsiaTheme="minorEastAsia"/>
      <w:color w:val="000000" w:themeColor="text1"/>
    </w:rPr>
    <w:tblPr>
      <w:tblStyleRowBandSize w:val="1"/>
      <w:tblStyleColBandSize w:val="1"/>
    </w:tblPr>
    <w:tcPr>
      <w:shd w:val="clear" w:color="auto" w:fill="FDF2EA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D25F12" w:themeFill="accent2" w:themeFillShade="CC"/>
      </w:tcPr>
    </w:tblStylePr>
    <w:tblStylePr w:type="lastRow">
      <w:rPr>
        <w:b/>
        <w:bCs/>
        <w:color w:val="D25F12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ADECB" w:themeFill="accent2" w:themeFillTint="3F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ColourfulListAccent3">
    <w:name w:val="Colorful List Accent 3"/>
    <w:basedOn w:val="TableNormal"/>
    <w:uiPriority w:val="72"/>
    <w:rsid w:val="00AE7A62"/>
    <w:pPr>
      <w:spacing w:after="0" w:line="240" w:lineRule="auto"/>
    </w:pPr>
    <w:rPr>
      <w:rFonts w:eastAsiaTheme="minorEastAsia"/>
      <w:color w:val="000000" w:themeColor="text1"/>
    </w:rPr>
    <w:tblPr>
      <w:tblStyleRowBandSize w:val="1"/>
      <w:tblStyleColBandSize w:val="1"/>
    </w:tblPr>
    <w:tcPr>
      <w:shd w:val="clear" w:color="auto" w:fill="F6F6F6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CC9900" w:themeFill="accent4" w:themeFillShade="CC"/>
      </w:tcPr>
    </w:tblStylePr>
    <w:tblStylePr w:type="lastRow">
      <w:rPr>
        <w:b/>
        <w:bCs/>
        <w:color w:val="CC9900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8E8E8" w:themeFill="accent3" w:themeFillTint="3F"/>
      </w:tcPr>
    </w:tblStylePr>
    <w:tblStylePr w:type="band1Horz">
      <w:tblPr/>
      <w:tcPr>
        <w:shd w:val="clear" w:color="auto" w:fill="EDEDED" w:themeFill="accent3" w:themeFillTint="33"/>
      </w:tcPr>
    </w:tblStylePr>
  </w:style>
  <w:style w:type="table" w:styleId="ColourfulListAccent4">
    <w:name w:val="Colorful List Accent 4"/>
    <w:basedOn w:val="TableNormal"/>
    <w:uiPriority w:val="72"/>
    <w:rsid w:val="00AE7A62"/>
    <w:pPr>
      <w:spacing w:after="0" w:line="240" w:lineRule="auto"/>
    </w:pPr>
    <w:rPr>
      <w:rFonts w:eastAsiaTheme="minorEastAsia"/>
      <w:color w:val="000000" w:themeColor="text1"/>
    </w:rPr>
    <w:tblPr>
      <w:tblStyleRowBandSize w:val="1"/>
      <w:tblStyleColBandSize w:val="1"/>
    </w:tblPr>
    <w:tcPr>
      <w:shd w:val="clear" w:color="auto" w:fill="FFF8E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848484" w:themeFill="accent3" w:themeFillShade="CC"/>
      </w:tcPr>
    </w:tblStylePr>
    <w:tblStylePr w:type="lastRow">
      <w:rPr>
        <w:b/>
        <w:bCs/>
        <w:color w:val="848484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EFC0" w:themeFill="accent4" w:themeFillTint="3F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table" w:styleId="ColourfulListAccent5">
    <w:name w:val="Colorful List Accent 5"/>
    <w:basedOn w:val="TableNormal"/>
    <w:uiPriority w:val="72"/>
    <w:rsid w:val="00AE7A62"/>
    <w:pPr>
      <w:spacing w:after="0" w:line="240" w:lineRule="auto"/>
    </w:pPr>
    <w:rPr>
      <w:rFonts w:eastAsiaTheme="minorEastAsia"/>
      <w:color w:val="000000" w:themeColor="text1"/>
    </w:rPr>
    <w:tblPr>
      <w:tblStyleRowBandSize w:val="1"/>
      <w:tblStyleColBandSize w:val="1"/>
    </w:tblPr>
    <w:tcPr>
      <w:shd w:val="clear" w:color="auto" w:fill="ECF1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598A38" w:themeFill="accent6" w:themeFillShade="CC"/>
      </w:tcPr>
    </w:tblStylePr>
    <w:tblStylePr w:type="lastRow">
      <w:rPr>
        <w:b/>
        <w:bCs/>
        <w:color w:val="598A38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0DBF0" w:themeFill="accent5" w:themeFillTint="3F"/>
      </w:tcPr>
    </w:tblStylePr>
    <w:tblStylePr w:type="band1Horz">
      <w:tblPr/>
      <w:tcPr>
        <w:shd w:val="clear" w:color="auto" w:fill="D9E2F3" w:themeFill="accent5" w:themeFillTint="33"/>
      </w:tcPr>
    </w:tblStylePr>
  </w:style>
  <w:style w:type="table" w:styleId="ColourfulListAccent6">
    <w:name w:val="Colorful List Accent 6"/>
    <w:basedOn w:val="TableNormal"/>
    <w:uiPriority w:val="72"/>
    <w:rsid w:val="00AE7A62"/>
    <w:pPr>
      <w:spacing w:after="0" w:line="240" w:lineRule="auto"/>
    </w:pPr>
    <w:rPr>
      <w:rFonts w:eastAsiaTheme="minorEastAsia"/>
      <w:color w:val="000000" w:themeColor="text1"/>
    </w:rPr>
    <w:tblPr>
      <w:tblStyleRowBandSize w:val="1"/>
      <w:tblStyleColBandSize w:val="1"/>
    </w:tblPr>
    <w:tcPr>
      <w:shd w:val="clear" w:color="auto" w:fill="F0F7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259A0" w:themeFill="accent5" w:themeFillShade="CC"/>
      </w:tcPr>
    </w:tblStylePr>
    <w:tblStylePr w:type="lastRow">
      <w:rPr>
        <w:b/>
        <w:bCs/>
        <w:color w:val="3259A0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BD0" w:themeFill="accent6" w:themeFillTint="3F"/>
      </w:tcPr>
    </w:tblStylePr>
    <w:tblStylePr w:type="band1Horz">
      <w:tblPr/>
      <w:tcPr>
        <w:shd w:val="clear" w:color="auto" w:fill="E2EFD9" w:themeFill="accent6" w:themeFillTint="33"/>
      </w:tcPr>
    </w:tblStylePr>
  </w:style>
  <w:style w:type="table" w:styleId="ColourfulGrid">
    <w:name w:val="Colorful Grid"/>
    <w:basedOn w:val="TableNormal"/>
    <w:uiPriority w:val="73"/>
    <w:rsid w:val="00AE7A62"/>
    <w:pPr>
      <w:spacing w:after="0" w:line="240" w:lineRule="auto"/>
    </w:pPr>
    <w:rPr>
      <w:rFonts w:eastAsiaTheme="minorEastAsia"/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urfulGridAccent1">
    <w:name w:val="Colorful Grid Accent 1"/>
    <w:basedOn w:val="TableNormal"/>
    <w:uiPriority w:val="73"/>
    <w:rsid w:val="00AE7A62"/>
    <w:pPr>
      <w:spacing w:after="0" w:line="240" w:lineRule="auto"/>
    </w:pPr>
    <w:rPr>
      <w:rFonts w:eastAsiaTheme="minorEastAsia"/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DEEAF6" w:themeFill="accent1" w:themeFillTint="33"/>
    </w:tcPr>
    <w:tblStylePr w:type="firstRow">
      <w:rPr>
        <w:b/>
        <w:bCs/>
      </w:rPr>
      <w:tblPr/>
      <w:tcPr>
        <w:shd w:val="clear" w:color="auto" w:fill="BDD6EE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DD6EE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2E74B5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2E74B5" w:themeFill="accent1" w:themeFillShade="BF"/>
      </w:tcPr>
    </w:tblStylePr>
    <w:tblStylePr w:type="band1Vert">
      <w:tblPr/>
      <w:tcPr>
        <w:shd w:val="clear" w:color="auto" w:fill="ADCCEA" w:themeFill="accent1" w:themeFillTint="7F"/>
      </w:tcPr>
    </w:tblStylePr>
    <w:tblStylePr w:type="band1Horz">
      <w:tblPr/>
      <w:tcPr>
        <w:shd w:val="clear" w:color="auto" w:fill="ADCCEA" w:themeFill="accent1" w:themeFillTint="7F"/>
      </w:tcPr>
    </w:tblStylePr>
  </w:style>
  <w:style w:type="table" w:styleId="ColourfulGridAccent2">
    <w:name w:val="Colorful Grid Accent 2"/>
    <w:basedOn w:val="TableNormal"/>
    <w:uiPriority w:val="73"/>
    <w:rsid w:val="00AE7A62"/>
    <w:pPr>
      <w:spacing w:after="0" w:line="240" w:lineRule="auto"/>
    </w:pPr>
    <w:rPr>
      <w:rFonts w:eastAsiaTheme="minorEastAsia"/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BE4D5" w:themeFill="accent2" w:themeFillTint="33"/>
    </w:tcPr>
    <w:tblStylePr w:type="firstRow">
      <w:rPr>
        <w:b/>
        <w:bCs/>
      </w:rPr>
      <w:tblPr/>
      <w:tcPr>
        <w:shd w:val="clear" w:color="auto" w:fill="F7CAAC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7CAAC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C45911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C45911" w:themeFill="accent2" w:themeFillShade="BF"/>
      </w:tcPr>
    </w:tblStylePr>
    <w:tblStylePr w:type="band1Vert">
      <w:tblPr/>
      <w:tcPr>
        <w:shd w:val="clear" w:color="auto" w:fill="F6BE98" w:themeFill="accent2" w:themeFillTint="7F"/>
      </w:tcPr>
    </w:tblStylePr>
    <w:tblStylePr w:type="band1Horz">
      <w:tblPr/>
      <w:tcPr>
        <w:shd w:val="clear" w:color="auto" w:fill="F6BE98" w:themeFill="accent2" w:themeFillTint="7F"/>
      </w:tcPr>
    </w:tblStylePr>
  </w:style>
  <w:style w:type="table" w:styleId="ColourfulGridAccent3">
    <w:name w:val="Colorful Grid Accent 3"/>
    <w:basedOn w:val="TableNormal"/>
    <w:uiPriority w:val="73"/>
    <w:rsid w:val="00AE7A62"/>
    <w:pPr>
      <w:spacing w:after="0" w:line="240" w:lineRule="auto"/>
    </w:pPr>
    <w:rPr>
      <w:rFonts w:eastAsiaTheme="minorEastAsia"/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EDEDED" w:themeFill="accent3" w:themeFillTint="33"/>
    </w:tcPr>
    <w:tblStylePr w:type="firstRow">
      <w:rPr>
        <w:b/>
        <w:bCs/>
      </w:rPr>
      <w:tblPr/>
      <w:tcPr>
        <w:shd w:val="clear" w:color="auto" w:fill="DBDBDB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BDBDB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B7B7B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B7B7B" w:themeFill="accent3" w:themeFillShade="BF"/>
      </w:tcPr>
    </w:tblStylePr>
    <w:tblStylePr w:type="band1Vert">
      <w:tblPr/>
      <w:tcPr>
        <w:shd w:val="clear" w:color="auto" w:fill="D2D2D2" w:themeFill="accent3" w:themeFillTint="7F"/>
      </w:tcPr>
    </w:tblStylePr>
    <w:tblStylePr w:type="band1Horz">
      <w:tblPr/>
      <w:tcPr>
        <w:shd w:val="clear" w:color="auto" w:fill="D2D2D2" w:themeFill="accent3" w:themeFillTint="7F"/>
      </w:tcPr>
    </w:tblStylePr>
  </w:style>
  <w:style w:type="table" w:styleId="ColourfulGridAccent4">
    <w:name w:val="Colorful Grid Accent 4"/>
    <w:basedOn w:val="TableNormal"/>
    <w:uiPriority w:val="73"/>
    <w:rsid w:val="00AE7A62"/>
    <w:pPr>
      <w:spacing w:after="0" w:line="240" w:lineRule="auto"/>
    </w:pPr>
    <w:rPr>
      <w:rFonts w:eastAsiaTheme="minorEastAsia"/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FF2CC" w:themeFill="accent4" w:themeFillTint="33"/>
    </w:tcPr>
    <w:tblStylePr w:type="firstRow">
      <w:rPr>
        <w:b/>
        <w:bCs/>
      </w:rPr>
      <w:tblPr/>
      <w:tcPr>
        <w:shd w:val="clear" w:color="auto" w:fill="FFE59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FE59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BF8F00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BF8F00" w:themeFill="accent4" w:themeFillShade="BF"/>
      </w:tcPr>
    </w:tblStylePr>
    <w:tblStylePr w:type="band1Vert">
      <w:tblPr/>
      <w:tcPr>
        <w:shd w:val="clear" w:color="auto" w:fill="FFDF80" w:themeFill="accent4" w:themeFillTint="7F"/>
      </w:tcPr>
    </w:tblStylePr>
    <w:tblStylePr w:type="band1Horz">
      <w:tblPr/>
      <w:tcPr>
        <w:shd w:val="clear" w:color="auto" w:fill="FFDF80" w:themeFill="accent4" w:themeFillTint="7F"/>
      </w:tcPr>
    </w:tblStylePr>
  </w:style>
  <w:style w:type="table" w:styleId="ColourfulGridAccent5">
    <w:name w:val="Colorful Grid Accent 5"/>
    <w:basedOn w:val="TableNormal"/>
    <w:uiPriority w:val="73"/>
    <w:rsid w:val="00AE7A62"/>
    <w:pPr>
      <w:spacing w:after="0" w:line="240" w:lineRule="auto"/>
    </w:pPr>
    <w:rPr>
      <w:rFonts w:eastAsiaTheme="minorEastAsia"/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D9E2F3" w:themeFill="accent5" w:themeFillTint="33"/>
    </w:tcPr>
    <w:tblStylePr w:type="firstRow">
      <w:rPr>
        <w:b/>
        <w:bCs/>
      </w:rPr>
      <w:tblPr/>
      <w:tcPr>
        <w:shd w:val="clear" w:color="auto" w:fill="B4C6E7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4C6E7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2F5496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2F5496" w:themeFill="accent5" w:themeFillShade="BF"/>
      </w:tcPr>
    </w:tblStylePr>
    <w:tblStylePr w:type="band1Vert">
      <w:tblPr/>
      <w:tcPr>
        <w:shd w:val="clear" w:color="auto" w:fill="A1B8E1" w:themeFill="accent5" w:themeFillTint="7F"/>
      </w:tcPr>
    </w:tblStylePr>
    <w:tblStylePr w:type="band1Horz">
      <w:tblPr/>
      <w:tcPr>
        <w:shd w:val="clear" w:color="auto" w:fill="A1B8E1" w:themeFill="accent5" w:themeFillTint="7F"/>
      </w:tcPr>
    </w:tblStylePr>
  </w:style>
  <w:style w:type="table" w:styleId="ColourfulGridAccent6">
    <w:name w:val="Colorful Grid Accent 6"/>
    <w:basedOn w:val="TableNormal"/>
    <w:uiPriority w:val="73"/>
    <w:rsid w:val="00AE7A62"/>
    <w:pPr>
      <w:spacing w:after="0" w:line="240" w:lineRule="auto"/>
    </w:pPr>
    <w:rPr>
      <w:rFonts w:eastAsiaTheme="minorEastAsia"/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E2EFD9" w:themeFill="accent6" w:themeFillTint="33"/>
    </w:tcPr>
    <w:tblStylePr w:type="firstRow">
      <w:rPr>
        <w:b/>
        <w:bCs/>
      </w:rPr>
      <w:tblPr/>
      <w:tcPr>
        <w:shd w:val="clear" w:color="auto" w:fill="C5E0B3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5E0B3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538135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538135" w:themeFill="accent6" w:themeFillShade="BF"/>
      </w:tcPr>
    </w:tblStylePr>
    <w:tblStylePr w:type="band1Vert">
      <w:tblPr/>
      <w:tcPr>
        <w:shd w:val="clear" w:color="auto" w:fill="B7D8A0" w:themeFill="accent6" w:themeFillTint="7F"/>
      </w:tcPr>
    </w:tblStylePr>
    <w:tblStylePr w:type="band1Horz">
      <w:tblPr/>
      <w:tcPr>
        <w:shd w:val="clear" w:color="auto" w:fill="B7D8A0" w:themeFill="accent6" w:themeFillTint="7F"/>
      </w:tcPr>
    </w:tblStylePr>
  </w:style>
  <w:style w:type="paragraph" w:styleId="TOC1">
    <w:name w:val="toc 1"/>
    <w:basedOn w:val="Normal"/>
    <w:next w:val="Normal"/>
    <w:autoRedefine/>
    <w:uiPriority w:val="39"/>
    <w:unhideWhenUsed/>
    <w:rsid w:val="003D0C69"/>
    <w:pPr>
      <w:spacing w:after="100"/>
    </w:pPr>
  </w:style>
  <w:style w:type="paragraph" w:styleId="TOC2">
    <w:name w:val="toc 2"/>
    <w:basedOn w:val="Normal"/>
    <w:next w:val="Normal"/>
    <w:autoRedefine/>
    <w:uiPriority w:val="39"/>
    <w:unhideWhenUsed/>
    <w:rsid w:val="003D0C69"/>
    <w:pPr>
      <w:bidi w:val="0"/>
      <w:spacing w:before="0" w:after="100" w:line="259" w:lineRule="auto"/>
      <w:ind w:left="220" w:firstLine="0"/>
      <w:jc w:val="left"/>
    </w:pPr>
    <w:rPr>
      <w:rFonts w:asciiTheme="minorHAnsi" w:eastAsiaTheme="minorEastAsia" w:hAnsiTheme="minorHAnsi" w:cstheme="minorBidi"/>
      <w:sz w:val="22"/>
      <w:szCs w:val="22"/>
    </w:rPr>
  </w:style>
  <w:style w:type="paragraph" w:styleId="TOC3">
    <w:name w:val="toc 3"/>
    <w:basedOn w:val="Normal"/>
    <w:next w:val="Normal"/>
    <w:autoRedefine/>
    <w:uiPriority w:val="39"/>
    <w:unhideWhenUsed/>
    <w:rsid w:val="003D0C69"/>
    <w:pPr>
      <w:bidi w:val="0"/>
      <w:spacing w:before="0" w:after="100" w:line="259" w:lineRule="auto"/>
      <w:ind w:left="440" w:firstLine="0"/>
      <w:jc w:val="left"/>
    </w:pPr>
    <w:rPr>
      <w:rFonts w:asciiTheme="minorHAnsi" w:eastAsiaTheme="minorEastAsia" w:hAnsiTheme="minorHAnsi" w:cstheme="minorBidi"/>
      <w:sz w:val="22"/>
      <w:szCs w:val="22"/>
    </w:rPr>
  </w:style>
  <w:style w:type="paragraph" w:styleId="TOC4">
    <w:name w:val="toc 4"/>
    <w:basedOn w:val="Normal"/>
    <w:next w:val="Normal"/>
    <w:autoRedefine/>
    <w:uiPriority w:val="39"/>
    <w:unhideWhenUsed/>
    <w:rsid w:val="003D0C69"/>
    <w:pPr>
      <w:bidi w:val="0"/>
      <w:spacing w:before="0" w:after="100" w:line="259" w:lineRule="auto"/>
      <w:ind w:left="660" w:firstLine="0"/>
      <w:jc w:val="left"/>
    </w:pPr>
    <w:rPr>
      <w:rFonts w:asciiTheme="minorHAnsi" w:eastAsiaTheme="minorEastAsia" w:hAnsiTheme="minorHAnsi" w:cstheme="minorBidi"/>
      <w:sz w:val="22"/>
      <w:szCs w:val="22"/>
    </w:rPr>
  </w:style>
  <w:style w:type="paragraph" w:styleId="TOC5">
    <w:name w:val="toc 5"/>
    <w:basedOn w:val="Normal"/>
    <w:next w:val="Normal"/>
    <w:autoRedefine/>
    <w:uiPriority w:val="39"/>
    <w:unhideWhenUsed/>
    <w:rsid w:val="003D0C69"/>
    <w:pPr>
      <w:bidi w:val="0"/>
      <w:spacing w:before="0" w:after="100" w:line="259" w:lineRule="auto"/>
      <w:ind w:left="880" w:firstLine="0"/>
      <w:jc w:val="left"/>
    </w:pPr>
    <w:rPr>
      <w:rFonts w:asciiTheme="minorHAnsi" w:eastAsiaTheme="minorEastAsia" w:hAnsiTheme="minorHAnsi" w:cstheme="minorBidi"/>
      <w:sz w:val="22"/>
      <w:szCs w:val="22"/>
    </w:rPr>
  </w:style>
  <w:style w:type="paragraph" w:styleId="TOC6">
    <w:name w:val="toc 6"/>
    <w:basedOn w:val="Normal"/>
    <w:next w:val="Normal"/>
    <w:autoRedefine/>
    <w:uiPriority w:val="39"/>
    <w:unhideWhenUsed/>
    <w:rsid w:val="003D0C69"/>
    <w:pPr>
      <w:bidi w:val="0"/>
      <w:spacing w:before="0" w:after="100" w:line="259" w:lineRule="auto"/>
      <w:ind w:left="1100" w:firstLine="0"/>
      <w:jc w:val="left"/>
    </w:pPr>
    <w:rPr>
      <w:rFonts w:asciiTheme="minorHAnsi" w:eastAsiaTheme="minorEastAsia" w:hAnsiTheme="minorHAnsi" w:cstheme="minorBidi"/>
      <w:sz w:val="22"/>
      <w:szCs w:val="22"/>
    </w:rPr>
  </w:style>
  <w:style w:type="paragraph" w:styleId="TOC7">
    <w:name w:val="toc 7"/>
    <w:basedOn w:val="Normal"/>
    <w:next w:val="Normal"/>
    <w:autoRedefine/>
    <w:uiPriority w:val="39"/>
    <w:unhideWhenUsed/>
    <w:rsid w:val="003D0C69"/>
    <w:pPr>
      <w:bidi w:val="0"/>
      <w:spacing w:before="0" w:after="100" w:line="259" w:lineRule="auto"/>
      <w:ind w:left="1320" w:firstLine="0"/>
      <w:jc w:val="left"/>
    </w:pPr>
    <w:rPr>
      <w:rFonts w:asciiTheme="minorHAnsi" w:eastAsiaTheme="minorEastAsia" w:hAnsiTheme="minorHAnsi" w:cstheme="minorBidi"/>
      <w:sz w:val="22"/>
      <w:szCs w:val="22"/>
    </w:rPr>
  </w:style>
  <w:style w:type="paragraph" w:styleId="TOC8">
    <w:name w:val="toc 8"/>
    <w:basedOn w:val="Normal"/>
    <w:next w:val="Normal"/>
    <w:autoRedefine/>
    <w:uiPriority w:val="39"/>
    <w:unhideWhenUsed/>
    <w:rsid w:val="003D0C69"/>
    <w:pPr>
      <w:bidi w:val="0"/>
      <w:spacing w:before="0" w:after="100" w:line="259" w:lineRule="auto"/>
      <w:ind w:left="1540" w:firstLine="0"/>
      <w:jc w:val="left"/>
    </w:pPr>
    <w:rPr>
      <w:rFonts w:asciiTheme="minorHAnsi" w:eastAsiaTheme="minorEastAsia" w:hAnsiTheme="minorHAnsi" w:cstheme="minorBidi"/>
      <w:sz w:val="22"/>
      <w:szCs w:val="22"/>
    </w:rPr>
  </w:style>
  <w:style w:type="paragraph" w:styleId="TOC9">
    <w:name w:val="toc 9"/>
    <w:basedOn w:val="Normal"/>
    <w:next w:val="Normal"/>
    <w:autoRedefine/>
    <w:uiPriority w:val="39"/>
    <w:unhideWhenUsed/>
    <w:rsid w:val="003D0C69"/>
    <w:pPr>
      <w:bidi w:val="0"/>
      <w:spacing w:before="0" w:after="100" w:line="259" w:lineRule="auto"/>
      <w:ind w:left="1760" w:firstLine="0"/>
      <w:jc w:val="left"/>
    </w:pPr>
    <w:rPr>
      <w:rFonts w:asciiTheme="minorHAnsi" w:eastAsiaTheme="minorEastAsia" w:hAnsiTheme="minorHAnsi" w:cstheme="minorBidi"/>
      <w:sz w:val="22"/>
      <w:szCs w:val="22"/>
    </w:rPr>
  </w:style>
  <w:style w:type="character" w:styleId="Hyperlink">
    <w:name w:val="Hyperlink"/>
    <w:basedOn w:val="DefaultParagraphFont"/>
    <w:uiPriority w:val="99"/>
    <w:unhideWhenUsed/>
    <w:rsid w:val="003D0C69"/>
    <w:rPr>
      <w:color w:val="0563C1" w:themeColor="hyperlink"/>
      <w:u w:val="single"/>
    </w:rPr>
  </w:style>
  <w:style w:type="paragraph" w:customStyle="1" w:styleId="ArabicTitle">
    <w:name w:val="ArabicTitle"/>
    <w:rsid w:val="008E006D"/>
    <w:pPr>
      <w:spacing w:before="160" w:after="120" w:line="276" w:lineRule="auto"/>
      <w:jc w:val="right"/>
    </w:pPr>
    <w:rPr>
      <w:rFonts w:ascii="Noto Sans Arabic" w:eastAsiaTheme="minorEastAsia" w:hAnsi="Noto Sans Arabic" w:cs="Noto Sans Arabic"/>
      <w:b/>
      <w:color w:val="0B3760"/>
      <w:sz w:val="48"/>
    </w:rPr>
  </w:style>
  <w:style w:type="paragraph" w:customStyle="1" w:styleId="ChapterTitle">
    <w:name w:val="ChapterTitle"/>
    <w:rsid w:val="008E006D"/>
    <w:pPr>
      <w:spacing w:before="160" w:after="120" w:line="276" w:lineRule="auto"/>
      <w:jc w:val="right"/>
    </w:pPr>
    <w:rPr>
      <w:rFonts w:ascii="Noto Sans Arabic" w:eastAsiaTheme="minorEastAsia" w:hAnsi="Noto Sans Arabic" w:cs="Noto Sans Arabic"/>
      <w:b/>
      <w:color w:val="0B3760"/>
      <w:sz w:val="44"/>
    </w:rPr>
  </w:style>
  <w:style w:type="paragraph" w:customStyle="1" w:styleId="HeadingBlue">
    <w:name w:val="HeadingBlue"/>
    <w:rsid w:val="008E006D"/>
    <w:pPr>
      <w:spacing w:before="160" w:after="120" w:line="276" w:lineRule="auto"/>
      <w:jc w:val="right"/>
    </w:pPr>
    <w:rPr>
      <w:rFonts w:ascii="Noto Sans Arabic" w:eastAsiaTheme="minorEastAsia" w:hAnsi="Noto Sans Arabic" w:cs="Noto Sans Arabic"/>
      <w:b/>
      <w:color w:val="0B3760"/>
      <w:sz w:val="34"/>
    </w:rPr>
  </w:style>
  <w:style w:type="paragraph" w:customStyle="1" w:styleId="HeadingSub">
    <w:name w:val="HeadingSub"/>
    <w:rsid w:val="008E006D"/>
    <w:pPr>
      <w:spacing w:before="160" w:after="120" w:line="276" w:lineRule="auto"/>
      <w:jc w:val="right"/>
    </w:pPr>
    <w:rPr>
      <w:rFonts w:ascii="Noto Sans Arabic" w:eastAsiaTheme="minorEastAsia" w:hAnsi="Noto Sans Arabic" w:cs="Noto Sans Arabic"/>
      <w:b/>
      <w:color w:val="0B3760"/>
      <w:sz w:val="3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83574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6861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683364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2501463">
                  <w:marLeft w:val="0"/>
                  <w:marRight w:val="0"/>
                  <w:marTop w:val="240"/>
                  <w:marBottom w:val="24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29435026">
                  <w:marLeft w:val="0"/>
                  <w:marRight w:val="0"/>
                  <w:marTop w:val="19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3051419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9924361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14920811">
                              <w:marLeft w:val="0"/>
                              <w:marRight w:val="0"/>
                              <w:marTop w:val="240"/>
                              <w:marBottom w:val="24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673535525">
                              <w:marLeft w:val="0"/>
                              <w:marRight w:val="0"/>
                              <w:marTop w:val="240"/>
                              <w:marBottom w:val="24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875531681">
                              <w:marLeft w:val="0"/>
                              <w:marRight w:val="0"/>
                              <w:marTop w:val="240"/>
                              <w:marBottom w:val="24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424692177">
                              <w:marLeft w:val="0"/>
                              <w:marRight w:val="0"/>
                              <w:marTop w:val="240"/>
                              <w:marBottom w:val="24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  <w:div w:id="363409445">
                  <w:marLeft w:val="0"/>
                  <w:marRight w:val="0"/>
                  <w:marTop w:val="240"/>
                  <w:marBottom w:val="24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838494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592733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16532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4138278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4129172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00523492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2038042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00299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3231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248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904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71640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397473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06795502">
                  <w:marLeft w:val="0"/>
                  <w:marRight w:val="0"/>
                  <w:marTop w:val="240"/>
                  <w:marBottom w:val="24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82359332">
                  <w:marLeft w:val="0"/>
                  <w:marRight w:val="0"/>
                  <w:marTop w:val="19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652291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7703558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2750376">
                              <w:marLeft w:val="0"/>
                              <w:marRight w:val="0"/>
                              <w:marTop w:val="240"/>
                              <w:marBottom w:val="24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130081119">
                              <w:marLeft w:val="0"/>
                              <w:marRight w:val="0"/>
                              <w:marTop w:val="240"/>
                              <w:marBottom w:val="24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334575997">
                              <w:marLeft w:val="0"/>
                              <w:marRight w:val="0"/>
                              <w:marTop w:val="240"/>
                              <w:marBottom w:val="24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196574691">
                              <w:marLeft w:val="0"/>
                              <w:marRight w:val="0"/>
                              <w:marTop w:val="240"/>
                              <w:marBottom w:val="24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  <w:div w:id="174617965">
                  <w:marLeft w:val="0"/>
                  <w:marRight w:val="0"/>
                  <w:marTop w:val="240"/>
                  <w:marBottom w:val="24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6155979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378692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574873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8627116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1763740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54718136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439490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1.xml"/><Relationship Id="rId5" Type="http://schemas.openxmlformats.org/officeDocument/2006/relationships/webSettings" Target="webSettings.xml"/><Relationship Id="rId10" Type="http://schemas.openxmlformats.org/officeDocument/2006/relationships/image" Target="media/image3.png"/><Relationship Id="rId4" Type="http://schemas.openxmlformats.org/officeDocument/2006/relationships/settings" Target="settings.xml"/><Relationship Id="rId9" Type="http://schemas.openxmlformats.org/officeDocument/2006/relationships/image" Target="media/image2.png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GoogleTech\Downloads\ithraa_template_v3%20(3).dotx" TargetMode="External"/></Relationships>
</file>

<file path=word/theme/theme1.xml><?xml version="1.0" encoding="utf-8"?>
<a:theme xmlns:a="http://schemas.openxmlformats.org/drawingml/2006/main" name="نسق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3FF4FE6-DCB5-4539-B28A-DD45FDB3AB6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ithraa_template_v3 (3)</Template>
  <TotalTime>13</TotalTime>
  <Pages>30</Pages>
  <Words>5427</Words>
  <Characters>30936</Characters>
  <Application>Microsoft Office Word</Application>
  <DocSecurity>0</DocSecurity>
  <Lines>257</Lines>
  <Paragraphs>72</Paragraphs>
  <ScaleCrop>false</ScaleCrop>
  <HeadingPairs>
    <vt:vector size="2" baseType="variant">
      <vt:variant>
        <vt:lpstr>العنوان</vt:lpstr>
      </vt:variant>
      <vt:variant>
        <vt:i4>1</vt:i4>
      </vt:variant>
    </vt:vector>
  </HeadingPairs>
  <TitlesOfParts>
    <vt:vector size="1" baseType="lpstr">
      <vt:lpstr>قالب إثراء المتون للباحثين</vt:lpstr>
    </vt:vector>
  </TitlesOfParts>
  <Company/>
  <LinksUpToDate>false</LinksUpToDate>
  <CharactersWithSpaces>36291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قالب إثراء المتون للباحثين</dc:title>
  <dc:subject/>
  <dc:creator>Maher</dc:creator>
  <cp:keywords/>
  <dc:description/>
  <cp:lastModifiedBy>areej alshmrani</cp:lastModifiedBy>
  <cp:revision>9</cp:revision>
  <cp:lastPrinted>2026-07-14T19:49:00Z</cp:lastPrinted>
  <dcterms:created xsi:type="dcterms:W3CDTF">2026-07-15T14:36:00Z</dcterms:created>
  <dcterms:modified xsi:type="dcterms:W3CDTF">2026-07-15T14:57:00Z</dcterms:modified>
</cp:coreProperties>
</file>