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3E95A" w14:textId="616F1130" w:rsidR="00521ECE" w:rsidRDefault="0015793F" w:rsidP="0015793F">
      <w:pPr>
        <w:bidi/>
        <w:jc w:val="center"/>
        <w:rPr>
          <w:rFonts w:ascii="Simplified Arabic" w:hAnsi="Simplified Arabic" w:cs="Simplified Arabic"/>
          <w:color w:val="EE0000"/>
          <w:sz w:val="36"/>
          <w:szCs w:val="36"/>
          <w:rtl/>
        </w:rPr>
      </w:pPr>
      <w:r>
        <w:rPr>
          <w:rFonts w:ascii="Simplified Arabic" w:hAnsi="Simplified Arabic" w:cs="Simplified Arabic" w:hint="cs"/>
          <w:color w:val="EE0000"/>
          <w:sz w:val="36"/>
          <w:szCs w:val="36"/>
          <w:rtl/>
        </w:rPr>
        <w:t>الملاحظات</w:t>
      </w:r>
    </w:p>
    <w:p w14:paraId="21768491" w14:textId="77777777" w:rsidR="0015793F" w:rsidRPr="008D23B0" w:rsidRDefault="0015793F" w:rsidP="0015793F">
      <w:pPr>
        <w:bidi/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8D23B0">
        <w:rPr>
          <w:rFonts w:ascii="Simplified Arabic" w:hAnsi="Simplified Arabic" w:cs="Simplified Arabic" w:hint="cs"/>
          <w:sz w:val="36"/>
          <w:szCs w:val="36"/>
          <w:rtl/>
        </w:rPr>
        <w:t>خطة بحث علمي مقترح بعنوان</w:t>
      </w:r>
    </w:p>
    <w:p w14:paraId="6E616BB6" w14:textId="77777777" w:rsidR="001D7FE5" w:rsidRPr="008D23B0" w:rsidRDefault="001D7FE5" w:rsidP="001D7FE5">
      <w:pPr>
        <w:bidi/>
        <w:spacing w:before="240" w:line="360" w:lineRule="auto"/>
        <w:jc w:val="center"/>
        <w:rPr>
          <w:rFonts w:ascii="Simplified Arabic" w:hAnsi="Simplified Arabic" w:cs="Simplified Arabic"/>
          <w:sz w:val="36"/>
          <w:szCs w:val="36"/>
        </w:rPr>
      </w:pPr>
      <w:r w:rsidRPr="008D23B0">
        <w:rPr>
          <w:rFonts w:ascii="Simplified Arabic" w:hAnsi="Simplified Arabic" w:cs="Simplified Arabic"/>
          <w:sz w:val="36"/>
          <w:szCs w:val="36"/>
          <w:rtl/>
        </w:rPr>
        <w:t>إدراك المستخدمين السعوديين لمخاطر التزييف العميق على تيك توك وعلاقته بثقتهم بالمحتوى وسلوكهم الرقمي</w:t>
      </w:r>
    </w:p>
    <w:p w14:paraId="2A6E0B79" w14:textId="77777777" w:rsidR="001D7FE5" w:rsidRPr="008D23B0" w:rsidRDefault="001D7FE5" w:rsidP="001D7FE5">
      <w:pPr>
        <w:bidi/>
        <w:spacing w:before="240" w:line="360" w:lineRule="auto"/>
        <w:jc w:val="center"/>
        <w:rPr>
          <w:rFonts w:ascii="Simplified Arabic" w:hAnsi="Simplified Arabic" w:cs="Simplified Arabic"/>
          <w:sz w:val="36"/>
          <w:szCs w:val="36"/>
        </w:rPr>
      </w:pPr>
      <w:r w:rsidRPr="008D23B0">
        <w:rPr>
          <w:rFonts w:ascii="Simplified Arabic" w:hAnsi="Simplified Arabic" w:cs="Simplified Arabic"/>
          <w:sz w:val="36"/>
          <w:szCs w:val="36"/>
          <w:rtl/>
        </w:rPr>
        <w:t>دراسة ميدانية</w:t>
      </w:r>
    </w:p>
    <w:p w14:paraId="3CC6C407" w14:textId="77777777" w:rsidR="001D7FE5" w:rsidRPr="008D23B0" w:rsidRDefault="001D7FE5" w:rsidP="001D7FE5">
      <w:pPr>
        <w:bidi/>
        <w:spacing w:line="360" w:lineRule="auto"/>
        <w:jc w:val="center"/>
        <w:rPr>
          <w:rFonts w:ascii="Simplified Arabic" w:hAnsi="Simplified Arabic" w:cs="Simplified Arabic"/>
          <w:sz w:val="36"/>
          <w:szCs w:val="36"/>
        </w:rPr>
      </w:pPr>
      <w:r w:rsidRPr="008D23B0">
        <w:rPr>
          <w:rFonts w:ascii="Simplified Arabic" w:hAnsi="Simplified Arabic" w:cs="Simplified Arabic"/>
          <w:sz w:val="36"/>
          <w:szCs w:val="36"/>
          <w:rtl/>
        </w:rPr>
        <w:t>إ عداد</w:t>
      </w:r>
    </w:p>
    <w:p w14:paraId="305B26BF" w14:textId="77777777" w:rsidR="001D7FE5" w:rsidRPr="008D23B0" w:rsidRDefault="001D7FE5" w:rsidP="001D7FE5">
      <w:pPr>
        <w:bidi/>
        <w:spacing w:line="360" w:lineRule="auto"/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8D23B0">
        <w:rPr>
          <w:rFonts w:ascii="Simplified Arabic" w:hAnsi="Simplified Arabic" w:cs="Simplified Arabic"/>
          <w:sz w:val="36"/>
          <w:szCs w:val="36"/>
          <w:rtl/>
        </w:rPr>
        <w:t>اللولو علي القحطاني</w:t>
      </w:r>
    </w:p>
    <w:p w14:paraId="1E015C95" w14:textId="77777777" w:rsidR="0015793F" w:rsidRDefault="0015793F" w:rsidP="0015793F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3EE6BD7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5BE105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85F74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03556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390485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044205D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E54767C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97E429F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FECC88A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BCE76CD" w14:textId="4AE0609E" w:rsidR="00264D58" w:rsidRDefault="00264D58" w:rsidP="0015793F">
      <w:pPr>
        <w:bidi/>
        <w:jc w:val="center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>الملاحظات</w:t>
      </w:r>
    </w:p>
    <w:p w14:paraId="7A05589B" w14:textId="6915CB02" w:rsidR="00827A25" w:rsidRDefault="00827A25" w:rsidP="008D23B0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العمل ممتاز وتم عمل جميع الملاحظات والتعديلات السابق ذكرها.</w:t>
      </w:r>
    </w:p>
    <w:p w14:paraId="7118922B" w14:textId="4F149E66" w:rsidR="0063009A" w:rsidRPr="00827A25" w:rsidRDefault="0063009A" w:rsidP="00827A25">
      <w:pPr>
        <w:bidi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</w:p>
    <w:sectPr w:rsidR="0063009A" w:rsidRPr="00827A2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7C2E46"/>
    <w:multiLevelType w:val="hybridMultilevel"/>
    <w:tmpl w:val="C12662E4"/>
    <w:lvl w:ilvl="0" w:tplc="4C09000F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0" w15:restartNumberingAfterBreak="0">
    <w:nsid w:val="0FEB6A71"/>
    <w:multiLevelType w:val="multilevel"/>
    <w:tmpl w:val="8A64B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FB4F44"/>
    <w:multiLevelType w:val="hybridMultilevel"/>
    <w:tmpl w:val="3A58C948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A31AC"/>
    <w:multiLevelType w:val="hybridMultilevel"/>
    <w:tmpl w:val="CCE8780E"/>
    <w:lvl w:ilvl="0" w:tplc="4C09000F">
      <w:start w:val="1"/>
      <w:numFmt w:val="decimal"/>
      <w:lvlText w:val="%1."/>
      <w:lvlJc w:val="left"/>
      <w:pPr>
        <w:ind w:left="768" w:hanging="360"/>
      </w:pPr>
    </w:lvl>
    <w:lvl w:ilvl="1" w:tplc="4C090019" w:tentative="1">
      <w:start w:val="1"/>
      <w:numFmt w:val="lowerLetter"/>
      <w:lvlText w:val="%2."/>
      <w:lvlJc w:val="left"/>
      <w:pPr>
        <w:ind w:left="1488" w:hanging="360"/>
      </w:pPr>
    </w:lvl>
    <w:lvl w:ilvl="2" w:tplc="4C09001B" w:tentative="1">
      <w:start w:val="1"/>
      <w:numFmt w:val="lowerRoman"/>
      <w:lvlText w:val="%3."/>
      <w:lvlJc w:val="right"/>
      <w:pPr>
        <w:ind w:left="2208" w:hanging="180"/>
      </w:pPr>
    </w:lvl>
    <w:lvl w:ilvl="3" w:tplc="4C09000F" w:tentative="1">
      <w:start w:val="1"/>
      <w:numFmt w:val="decimal"/>
      <w:lvlText w:val="%4."/>
      <w:lvlJc w:val="left"/>
      <w:pPr>
        <w:ind w:left="2928" w:hanging="360"/>
      </w:pPr>
    </w:lvl>
    <w:lvl w:ilvl="4" w:tplc="4C090019" w:tentative="1">
      <w:start w:val="1"/>
      <w:numFmt w:val="lowerLetter"/>
      <w:lvlText w:val="%5."/>
      <w:lvlJc w:val="left"/>
      <w:pPr>
        <w:ind w:left="3648" w:hanging="360"/>
      </w:pPr>
    </w:lvl>
    <w:lvl w:ilvl="5" w:tplc="4C09001B" w:tentative="1">
      <w:start w:val="1"/>
      <w:numFmt w:val="lowerRoman"/>
      <w:lvlText w:val="%6."/>
      <w:lvlJc w:val="right"/>
      <w:pPr>
        <w:ind w:left="4368" w:hanging="180"/>
      </w:pPr>
    </w:lvl>
    <w:lvl w:ilvl="6" w:tplc="4C09000F" w:tentative="1">
      <w:start w:val="1"/>
      <w:numFmt w:val="decimal"/>
      <w:lvlText w:val="%7."/>
      <w:lvlJc w:val="left"/>
      <w:pPr>
        <w:ind w:left="5088" w:hanging="360"/>
      </w:pPr>
    </w:lvl>
    <w:lvl w:ilvl="7" w:tplc="4C090019" w:tentative="1">
      <w:start w:val="1"/>
      <w:numFmt w:val="lowerLetter"/>
      <w:lvlText w:val="%8."/>
      <w:lvlJc w:val="left"/>
      <w:pPr>
        <w:ind w:left="5808" w:hanging="360"/>
      </w:pPr>
    </w:lvl>
    <w:lvl w:ilvl="8" w:tplc="4C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3" w15:restartNumberingAfterBreak="0">
    <w:nsid w:val="31F95091"/>
    <w:multiLevelType w:val="hybridMultilevel"/>
    <w:tmpl w:val="6F5EF46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F63A47"/>
    <w:multiLevelType w:val="hybridMultilevel"/>
    <w:tmpl w:val="0A12D8C4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65A6B"/>
    <w:multiLevelType w:val="hybridMultilevel"/>
    <w:tmpl w:val="8BD29B06"/>
    <w:lvl w:ilvl="0" w:tplc="8E8E6126">
      <w:numFmt w:val="bullet"/>
      <w:lvlText w:val="-"/>
      <w:lvlJc w:val="left"/>
      <w:pPr>
        <w:ind w:left="360" w:hanging="360"/>
      </w:pPr>
      <w:rPr>
        <w:rFonts w:ascii="Simplified Arabic" w:eastAsiaTheme="minorEastAsia" w:hAnsi="Simplified Arabic" w:cs="Simplified Arabic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21460E"/>
    <w:multiLevelType w:val="hybridMultilevel"/>
    <w:tmpl w:val="73ECAAC6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0C7CB5"/>
    <w:multiLevelType w:val="multilevel"/>
    <w:tmpl w:val="0798C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CE3183"/>
    <w:multiLevelType w:val="hybridMultilevel"/>
    <w:tmpl w:val="4FE0B094"/>
    <w:lvl w:ilvl="0" w:tplc="4C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9" w15:restartNumberingAfterBreak="0">
    <w:nsid w:val="5CD406AD"/>
    <w:multiLevelType w:val="hybridMultilevel"/>
    <w:tmpl w:val="872AE59C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830A69"/>
    <w:multiLevelType w:val="multilevel"/>
    <w:tmpl w:val="055CF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169282">
    <w:abstractNumId w:val="8"/>
  </w:num>
  <w:num w:numId="2" w16cid:durableId="1462113114">
    <w:abstractNumId w:val="6"/>
  </w:num>
  <w:num w:numId="3" w16cid:durableId="271979752">
    <w:abstractNumId w:val="5"/>
  </w:num>
  <w:num w:numId="4" w16cid:durableId="684988822">
    <w:abstractNumId w:val="4"/>
  </w:num>
  <w:num w:numId="5" w16cid:durableId="1973827634">
    <w:abstractNumId w:val="7"/>
  </w:num>
  <w:num w:numId="6" w16cid:durableId="1811744965">
    <w:abstractNumId w:val="3"/>
  </w:num>
  <w:num w:numId="7" w16cid:durableId="1943872510">
    <w:abstractNumId w:val="2"/>
  </w:num>
  <w:num w:numId="8" w16cid:durableId="1695380715">
    <w:abstractNumId w:val="1"/>
  </w:num>
  <w:num w:numId="9" w16cid:durableId="1480421838">
    <w:abstractNumId w:val="0"/>
  </w:num>
  <w:num w:numId="10" w16cid:durableId="2048681077">
    <w:abstractNumId w:val="12"/>
  </w:num>
  <w:num w:numId="11" w16cid:durableId="1425298702">
    <w:abstractNumId w:val="18"/>
  </w:num>
  <w:num w:numId="12" w16cid:durableId="1631012510">
    <w:abstractNumId w:val="9"/>
  </w:num>
  <w:num w:numId="13" w16cid:durableId="222327913">
    <w:abstractNumId w:val="13"/>
  </w:num>
  <w:num w:numId="14" w16cid:durableId="1388803682">
    <w:abstractNumId w:val="19"/>
  </w:num>
  <w:num w:numId="15" w16cid:durableId="1297485851">
    <w:abstractNumId w:val="11"/>
  </w:num>
  <w:num w:numId="16" w16cid:durableId="720523817">
    <w:abstractNumId w:val="16"/>
  </w:num>
  <w:num w:numId="17" w16cid:durableId="1283269314">
    <w:abstractNumId w:val="14"/>
  </w:num>
  <w:num w:numId="18" w16cid:durableId="865756241">
    <w:abstractNumId w:val="15"/>
  </w:num>
  <w:num w:numId="19" w16cid:durableId="1284456658">
    <w:abstractNumId w:val="10"/>
  </w:num>
  <w:num w:numId="20" w16cid:durableId="1849515716">
    <w:abstractNumId w:val="20"/>
  </w:num>
  <w:num w:numId="21" w16cid:durableId="21371425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5793F"/>
    <w:rsid w:val="00173EDA"/>
    <w:rsid w:val="0019303E"/>
    <w:rsid w:val="001D7FE5"/>
    <w:rsid w:val="002200BD"/>
    <w:rsid w:val="00264D58"/>
    <w:rsid w:val="0029639D"/>
    <w:rsid w:val="00326F90"/>
    <w:rsid w:val="004D7661"/>
    <w:rsid w:val="00521ECE"/>
    <w:rsid w:val="0063009A"/>
    <w:rsid w:val="006F2DC0"/>
    <w:rsid w:val="00827A25"/>
    <w:rsid w:val="008D23B0"/>
    <w:rsid w:val="00981B88"/>
    <w:rsid w:val="00A21C03"/>
    <w:rsid w:val="00AA1D8D"/>
    <w:rsid w:val="00B47730"/>
    <w:rsid w:val="00C3586A"/>
    <w:rsid w:val="00CB0664"/>
    <w:rsid w:val="00D472F0"/>
    <w:rsid w:val="00F71E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220178"/>
  <w14:defaultImageDpi w14:val="300"/>
  <w15:docId w15:val="{2DD6D82C-EBEE-4645-AD69-9497745D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مهيتاب الرافعي</cp:lastModifiedBy>
  <cp:revision>3</cp:revision>
  <cp:lastPrinted>2026-03-03T00:14:00Z</cp:lastPrinted>
  <dcterms:created xsi:type="dcterms:W3CDTF">2026-03-09T16:22:00Z</dcterms:created>
  <dcterms:modified xsi:type="dcterms:W3CDTF">2026-04-07T09:01:00Z</dcterms:modified>
  <cp:category/>
</cp:coreProperties>
</file>