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CE99A0" w14:textId="77777777" w:rsidR="006E17D0" w:rsidRDefault="006E17D0" w:rsidP="006E17D0">
      <w:pPr>
        <w:bidi/>
        <w:rPr>
          <w:b/>
          <w:color w:val="2F5442"/>
          <w:sz w:val="44"/>
          <w:rtl/>
        </w:rPr>
      </w:pPr>
    </w:p>
    <w:p w14:paraId="49E78AB9" w14:textId="77777777" w:rsidR="006E17D0" w:rsidRDefault="006E17D0" w:rsidP="006E17D0">
      <w:pPr>
        <w:bidi/>
        <w:rPr>
          <w:b/>
          <w:color w:val="2F5442"/>
          <w:sz w:val="44"/>
          <w:rtl/>
        </w:rPr>
      </w:pPr>
    </w:p>
    <w:p w14:paraId="6C98FB89" w14:textId="77777777" w:rsidR="006E17D0" w:rsidRDefault="006E17D0" w:rsidP="006E17D0">
      <w:pPr>
        <w:bidi/>
        <w:rPr>
          <w:b/>
          <w:color w:val="2F5442"/>
          <w:sz w:val="44"/>
          <w:rtl/>
        </w:rPr>
      </w:pPr>
    </w:p>
    <w:p w14:paraId="6B579A4F" w14:textId="77777777" w:rsidR="006E17D0" w:rsidRDefault="006E17D0" w:rsidP="006E17D0">
      <w:pPr>
        <w:bidi/>
        <w:rPr>
          <w:b/>
          <w:color w:val="2F5442"/>
          <w:sz w:val="44"/>
          <w:rtl/>
        </w:rPr>
      </w:pPr>
    </w:p>
    <w:p w14:paraId="78966F96" w14:textId="77777777" w:rsidR="006E17D0" w:rsidRDefault="006E17D0" w:rsidP="006E17D0">
      <w:pPr>
        <w:bidi/>
        <w:rPr>
          <w:b/>
          <w:color w:val="2F5442"/>
          <w:sz w:val="44"/>
          <w:rtl/>
        </w:rPr>
      </w:pPr>
    </w:p>
    <w:p w14:paraId="4759F850" w14:textId="77777777" w:rsidR="006E17D0" w:rsidRDefault="006E17D0" w:rsidP="006E17D0">
      <w:pPr>
        <w:bidi/>
        <w:rPr>
          <w:b/>
          <w:color w:val="2F5442"/>
          <w:sz w:val="44"/>
          <w:rtl/>
        </w:rPr>
      </w:pPr>
    </w:p>
    <w:p w14:paraId="1EE56C60" w14:textId="77777777" w:rsidR="006E17D0" w:rsidRDefault="006E17D0" w:rsidP="006E17D0">
      <w:pPr>
        <w:bidi/>
        <w:rPr>
          <w:b/>
          <w:color w:val="2F5442"/>
          <w:sz w:val="44"/>
          <w:rtl/>
        </w:rPr>
      </w:pPr>
    </w:p>
    <w:p w14:paraId="304F75A7" w14:textId="77777777" w:rsidR="006E17D0" w:rsidRDefault="006E17D0" w:rsidP="006E17D0">
      <w:pPr>
        <w:bidi/>
        <w:rPr>
          <w:b/>
          <w:color w:val="2F5442"/>
          <w:sz w:val="44"/>
          <w:rtl/>
        </w:rPr>
      </w:pPr>
    </w:p>
    <w:p w14:paraId="785CBB9D" w14:textId="77777777" w:rsidR="006E17D0" w:rsidRDefault="006E17D0" w:rsidP="006E17D0">
      <w:pPr>
        <w:bidi/>
        <w:rPr>
          <w:b/>
          <w:color w:val="2F5442"/>
          <w:sz w:val="44"/>
          <w:rtl/>
        </w:rPr>
      </w:pPr>
    </w:p>
    <w:p w14:paraId="5D93A74E" w14:textId="77777777" w:rsidR="006E17D0" w:rsidRDefault="006E17D0" w:rsidP="006E17D0">
      <w:pPr>
        <w:bidi/>
        <w:rPr>
          <w:b/>
          <w:color w:val="2F5442"/>
          <w:sz w:val="44"/>
          <w:rtl/>
        </w:rPr>
      </w:pPr>
    </w:p>
    <w:p w14:paraId="1B3549EC" w14:textId="77777777" w:rsidR="006E17D0" w:rsidRDefault="006E17D0" w:rsidP="006E17D0">
      <w:pPr>
        <w:bidi/>
        <w:rPr>
          <w:b/>
          <w:color w:val="2F5442"/>
          <w:sz w:val="44"/>
          <w:rtl/>
        </w:rPr>
      </w:pPr>
    </w:p>
    <w:p w14:paraId="4C0E01C9" w14:textId="77777777" w:rsidR="006E17D0" w:rsidRDefault="006E17D0" w:rsidP="006E17D0">
      <w:pPr>
        <w:bidi/>
        <w:rPr>
          <w:b/>
          <w:color w:val="2F5442"/>
          <w:sz w:val="44"/>
          <w:rtl/>
        </w:rPr>
      </w:pPr>
    </w:p>
    <w:p w14:paraId="2D28430A" w14:textId="6D63A3CA" w:rsidR="00540C13" w:rsidRPr="006E17D0" w:rsidRDefault="00000000" w:rsidP="006E17D0">
      <w:pPr>
        <w:bidi/>
        <w:rPr>
          <w:color w:val="000000" w:themeColor="text1"/>
        </w:rPr>
      </w:pPr>
      <w:r w:rsidRPr="006E17D0">
        <w:rPr>
          <w:b/>
          <w:color w:val="000000" w:themeColor="text1"/>
          <w:sz w:val="44"/>
        </w:rPr>
        <w:t>تقرير بيانات الاستبانة</w:t>
      </w:r>
    </w:p>
    <w:p w14:paraId="7CA09844" w14:textId="77777777" w:rsidR="00540C13" w:rsidRPr="006E17D0" w:rsidRDefault="00000000" w:rsidP="006E17D0">
      <w:pPr>
        <w:bidi/>
        <w:rPr>
          <w:color w:val="000000" w:themeColor="text1"/>
        </w:rPr>
      </w:pPr>
      <w:r w:rsidRPr="006E17D0">
        <w:rPr>
          <w:b/>
          <w:color w:val="000000" w:themeColor="text1"/>
          <w:sz w:val="32"/>
        </w:rPr>
        <w:t>دور التعليقات الإلكترونية في تشكيل نية الشراء لدى المستهلكين</w:t>
      </w:r>
    </w:p>
    <w:tbl>
      <w:tblPr>
        <w:tblStyle w:val="afa"/>
        <w:tblW w:w="0" w:type="auto"/>
        <w:jc w:val="center"/>
        <w:tblLook w:val="04A0" w:firstRow="1" w:lastRow="0" w:firstColumn="1" w:lastColumn="0" w:noHBand="0" w:noVBand="1"/>
      </w:tblPr>
      <w:tblGrid>
        <w:gridCol w:w="5179"/>
        <w:gridCol w:w="5179"/>
      </w:tblGrid>
      <w:tr w:rsidR="006E17D0" w:rsidRPr="006E17D0" w14:paraId="45A3E457" w14:textId="77777777">
        <w:trPr>
          <w:jc w:val="center"/>
        </w:trPr>
        <w:tc>
          <w:tcPr>
            <w:tcW w:w="5184" w:type="dxa"/>
          </w:tcPr>
          <w:p w14:paraId="37FE6D67" w14:textId="77777777" w:rsidR="00540C13" w:rsidRPr="006E17D0" w:rsidRDefault="00000000" w:rsidP="006E17D0">
            <w:pPr>
              <w:bidi/>
              <w:rPr>
                <w:color w:val="000000" w:themeColor="text1"/>
              </w:rPr>
            </w:pPr>
            <w:r w:rsidRPr="006E17D0">
              <w:rPr>
                <w:color w:val="000000" w:themeColor="text1"/>
              </w:rPr>
              <w:t>منيرة عبداللطيف صالح الرويشد</w:t>
            </w:r>
          </w:p>
        </w:tc>
        <w:tc>
          <w:tcPr>
            <w:tcW w:w="5184" w:type="dxa"/>
            <w:shd w:val="clear" w:color="auto" w:fill="DDEBF7"/>
          </w:tcPr>
          <w:p w14:paraId="36B7D645" w14:textId="77777777" w:rsidR="00540C13" w:rsidRPr="006E17D0" w:rsidRDefault="00000000" w:rsidP="006E17D0">
            <w:pPr>
              <w:bidi/>
              <w:rPr>
                <w:color w:val="000000" w:themeColor="text1"/>
              </w:rPr>
            </w:pPr>
            <w:r w:rsidRPr="006E17D0">
              <w:rPr>
                <w:b/>
                <w:color w:val="000000" w:themeColor="text1"/>
              </w:rPr>
              <w:t>اسم الباحثة</w:t>
            </w:r>
          </w:p>
        </w:tc>
      </w:tr>
      <w:tr w:rsidR="006E17D0" w:rsidRPr="006E17D0" w14:paraId="3D35F98B" w14:textId="77777777">
        <w:trPr>
          <w:jc w:val="center"/>
        </w:trPr>
        <w:tc>
          <w:tcPr>
            <w:tcW w:w="5184" w:type="dxa"/>
          </w:tcPr>
          <w:p w14:paraId="3B7BBE30" w14:textId="77777777" w:rsidR="00540C13" w:rsidRPr="006E17D0" w:rsidRDefault="00000000" w:rsidP="006E17D0">
            <w:pPr>
              <w:bidi/>
              <w:rPr>
                <w:color w:val="000000" w:themeColor="text1"/>
              </w:rPr>
            </w:pPr>
            <w:r w:rsidRPr="006E17D0">
              <w:rPr>
                <w:color w:val="000000" w:themeColor="text1"/>
              </w:rPr>
              <w:t>253001490</w:t>
            </w:r>
          </w:p>
        </w:tc>
        <w:tc>
          <w:tcPr>
            <w:tcW w:w="5184" w:type="dxa"/>
            <w:shd w:val="clear" w:color="auto" w:fill="DDEBF7"/>
          </w:tcPr>
          <w:p w14:paraId="153C1673" w14:textId="77777777" w:rsidR="00540C13" w:rsidRPr="006E17D0" w:rsidRDefault="00000000" w:rsidP="006E17D0">
            <w:pPr>
              <w:bidi/>
              <w:rPr>
                <w:color w:val="000000" w:themeColor="text1"/>
              </w:rPr>
            </w:pPr>
            <w:r w:rsidRPr="006E17D0">
              <w:rPr>
                <w:b/>
                <w:color w:val="000000" w:themeColor="text1"/>
              </w:rPr>
              <w:t>الرقم الجامعي</w:t>
            </w:r>
          </w:p>
        </w:tc>
      </w:tr>
      <w:tr w:rsidR="006E17D0" w:rsidRPr="006E17D0" w14:paraId="5F0C071F" w14:textId="77777777">
        <w:trPr>
          <w:jc w:val="center"/>
        </w:trPr>
        <w:tc>
          <w:tcPr>
            <w:tcW w:w="5184" w:type="dxa"/>
          </w:tcPr>
          <w:p w14:paraId="5AB31313" w14:textId="77777777" w:rsidR="00540C13" w:rsidRPr="006E17D0" w:rsidRDefault="00000000" w:rsidP="006E17D0">
            <w:pPr>
              <w:bidi/>
              <w:rPr>
                <w:color w:val="000000" w:themeColor="text1"/>
              </w:rPr>
            </w:pPr>
            <w:r w:rsidRPr="006E17D0">
              <w:rPr>
                <w:color w:val="000000" w:themeColor="text1"/>
              </w:rPr>
              <w:t>ماجستير التسويق الرقمي</w:t>
            </w:r>
          </w:p>
        </w:tc>
        <w:tc>
          <w:tcPr>
            <w:tcW w:w="5184" w:type="dxa"/>
            <w:shd w:val="clear" w:color="auto" w:fill="DDEBF7"/>
          </w:tcPr>
          <w:p w14:paraId="22EFA7FB" w14:textId="77777777" w:rsidR="00540C13" w:rsidRPr="006E17D0" w:rsidRDefault="00000000" w:rsidP="006E17D0">
            <w:pPr>
              <w:bidi/>
              <w:rPr>
                <w:color w:val="000000" w:themeColor="text1"/>
              </w:rPr>
            </w:pPr>
            <w:r w:rsidRPr="006E17D0">
              <w:rPr>
                <w:b/>
                <w:color w:val="000000" w:themeColor="text1"/>
              </w:rPr>
              <w:t>البرنامج</w:t>
            </w:r>
          </w:p>
        </w:tc>
      </w:tr>
      <w:tr w:rsidR="006E17D0" w:rsidRPr="006E17D0" w14:paraId="5EEC1CEC" w14:textId="77777777">
        <w:trPr>
          <w:jc w:val="center"/>
        </w:trPr>
        <w:tc>
          <w:tcPr>
            <w:tcW w:w="5184" w:type="dxa"/>
          </w:tcPr>
          <w:p w14:paraId="6B7A2047" w14:textId="77777777" w:rsidR="00540C13" w:rsidRPr="006E17D0" w:rsidRDefault="00000000" w:rsidP="006E17D0">
            <w:pPr>
              <w:bidi/>
              <w:rPr>
                <w:color w:val="000000" w:themeColor="text1"/>
              </w:rPr>
            </w:pPr>
            <w:r w:rsidRPr="006E17D0">
              <w:rPr>
                <w:color w:val="000000" w:themeColor="text1"/>
              </w:rPr>
              <w:t>100</w:t>
            </w:r>
          </w:p>
        </w:tc>
        <w:tc>
          <w:tcPr>
            <w:tcW w:w="5184" w:type="dxa"/>
            <w:shd w:val="clear" w:color="auto" w:fill="DDEBF7"/>
          </w:tcPr>
          <w:p w14:paraId="473532D6" w14:textId="77777777" w:rsidR="00540C13" w:rsidRPr="006E17D0" w:rsidRDefault="00000000" w:rsidP="006E17D0">
            <w:pPr>
              <w:bidi/>
              <w:rPr>
                <w:color w:val="000000" w:themeColor="text1"/>
              </w:rPr>
            </w:pPr>
            <w:r w:rsidRPr="006E17D0">
              <w:rPr>
                <w:b/>
                <w:color w:val="000000" w:themeColor="text1"/>
              </w:rPr>
              <w:t>عدد الاستجابات</w:t>
            </w:r>
          </w:p>
        </w:tc>
      </w:tr>
    </w:tbl>
    <w:p w14:paraId="231E7A21" w14:textId="77777777" w:rsidR="00540C13" w:rsidRPr="006E17D0" w:rsidRDefault="00000000" w:rsidP="006E17D0">
      <w:pPr>
        <w:bidi/>
        <w:rPr>
          <w:color w:val="000000" w:themeColor="text1"/>
        </w:rPr>
      </w:pPr>
      <w:r w:rsidRPr="006E17D0">
        <w:rPr>
          <w:color w:val="000000" w:themeColor="text1"/>
        </w:rPr>
        <w:br w:type="page"/>
      </w:r>
    </w:p>
    <w:p w14:paraId="63400925" w14:textId="77777777" w:rsidR="00540C13" w:rsidRDefault="00000000" w:rsidP="006E17D0">
      <w:pPr>
        <w:bidi/>
      </w:pPr>
      <w:r>
        <w:rPr>
          <w:b/>
          <w:color w:val="2F5442"/>
          <w:sz w:val="32"/>
        </w:rPr>
        <w:lastRenderedPageBreak/>
        <w:t>أولاً: بيانات الدراسة</w:t>
      </w:r>
    </w:p>
    <w:p w14:paraId="2AABC362" w14:textId="77777777" w:rsidR="00540C13" w:rsidRDefault="00000000" w:rsidP="006E17D0">
      <w:pPr>
        <w:bidi/>
        <w:spacing w:after="100" w:line="300" w:lineRule="auto"/>
      </w:pPr>
      <w:r>
        <w:t>يعرض هذا التقرير بيانات الاستبانة الواردة في ملف الإكسل، بما يشمل معلومات الدراسة، وأداة الاستبانة، وملخص النتائج الوصفية، وجدول الاستجابات المسجلة.</w:t>
      </w:r>
    </w:p>
    <w:p w14:paraId="1A735282" w14:textId="77777777" w:rsidR="00540C13" w:rsidRDefault="00000000" w:rsidP="006E17D0">
      <w:pPr>
        <w:bidi/>
        <w:spacing w:after="100" w:line="300" w:lineRule="auto"/>
      </w:pPr>
      <w:r>
        <w:t>ملاحظة منهجية: يتطلب اعتماد النتائج في البحث النهائي توثيق طريقة جمع البيانات، والحصول على الموافقات اللازمة، والتحقق من صدق الأداة وثباتها قبل إجراء الاستدلالات الإحصائية.</w:t>
      </w:r>
    </w:p>
    <w:p w14:paraId="5530F8C7" w14:textId="77777777" w:rsidR="00540C13" w:rsidRDefault="00000000" w:rsidP="006E17D0">
      <w:pPr>
        <w:bidi/>
      </w:pPr>
      <w:r>
        <w:rPr>
          <w:b/>
          <w:color w:val="2F5442"/>
          <w:sz w:val="32"/>
        </w:rPr>
        <w:t>ثانياً: أداة الاستبانة</w:t>
      </w:r>
    </w:p>
    <w:p w14:paraId="52C4C2EF" w14:textId="77777777" w:rsidR="00540C13" w:rsidRDefault="00000000" w:rsidP="006E17D0">
      <w:pPr>
        <w:bidi/>
        <w:spacing w:after="100" w:line="300" w:lineRule="auto"/>
      </w:pPr>
      <w:r>
        <w:t>تتكون الأداة من 18 عبارة موزعة على ثلاثة محاور رئيسية، ويستجيب المشارك باستخدام مقياس تقدير خماسي.</w:t>
      </w:r>
    </w:p>
    <w:tbl>
      <w:tblPr>
        <w:tblStyle w:val="afa"/>
        <w:tblW w:w="0" w:type="auto"/>
        <w:jc w:val="center"/>
        <w:tblLook w:val="04A0" w:firstRow="1" w:lastRow="0" w:firstColumn="1" w:lastColumn="0" w:noHBand="0" w:noVBand="1"/>
      </w:tblPr>
      <w:tblGrid>
        <w:gridCol w:w="1478"/>
        <w:gridCol w:w="1480"/>
        <w:gridCol w:w="1480"/>
        <w:gridCol w:w="1480"/>
        <w:gridCol w:w="1480"/>
        <w:gridCol w:w="1480"/>
        <w:gridCol w:w="1480"/>
      </w:tblGrid>
      <w:tr w:rsidR="00540C13" w14:paraId="494A710B" w14:textId="77777777">
        <w:trPr>
          <w:jc w:val="center"/>
        </w:trPr>
        <w:tc>
          <w:tcPr>
            <w:tcW w:w="1481" w:type="dxa"/>
            <w:shd w:val="clear" w:color="auto" w:fill="B4C6E7"/>
          </w:tcPr>
          <w:p w14:paraId="61772017" w14:textId="77777777" w:rsidR="00540C13" w:rsidRDefault="00000000" w:rsidP="006E17D0">
            <w:pPr>
              <w:bidi/>
            </w:pPr>
            <w:r>
              <w:rPr>
                <w:b/>
                <w:sz w:val="16"/>
              </w:rPr>
              <w:t>رقم</w:t>
            </w:r>
          </w:p>
        </w:tc>
        <w:tc>
          <w:tcPr>
            <w:tcW w:w="1481" w:type="dxa"/>
            <w:shd w:val="clear" w:color="auto" w:fill="B4C6E7"/>
          </w:tcPr>
          <w:p w14:paraId="32170752" w14:textId="77777777" w:rsidR="00540C13" w:rsidRDefault="00000000" w:rsidP="006E17D0">
            <w:pPr>
              <w:bidi/>
            </w:pPr>
            <w:r>
              <w:rPr>
                <w:b/>
                <w:sz w:val="16"/>
              </w:rPr>
              <w:t>المحور</w:t>
            </w:r>
          </w:p>
        </w:tc>
        <w:tc>
          <w:tcPr>
            <w:tcW w:w="1481" w:type="dxa"/>
            <w:shd w:val="clear" w:color="auto" w:fill="B4C6E7"/>
          </w:tcPr>
          <w:p w14:paraId="38809D05" w14:textId="77777777" w:rsidR="00540C13" w:rsidRDefault="00000000" w:rsidP="006E17D0">
            <w:pPr>
              <w:bidi/>
            </w:pPr>
            <w:r>
              <w:rPr>
                <w:b/>
                <w:sz w:val="16"/>
              </w:rPr>
              <w:t>العبارة</w:t>
            </w:r>
          </w:p>
        </w:tc>
        <w:tc>
          <w:tcPr>
            <w:tcW w:w="1481" w:type="dxa"/>
            <w:shd w:val="clear" w:color="auto" w:fill="B4C6E7"/>
          </w:tcPr>
          <w:p w14:paraId="3914A68D" w14:textId="77777777" w:rsidR="00540C13" w:rsidRDefault="00000000" w:rsidP="006E17D0">
            <w:pPr>
              <w:bidi/>
            </w:pPr>
            <w:r>
              <w:rPr>
                <w:b/>
                <w:sz w:val="16"/>
              </w:rPr>
              <w:t>موافق بشدة</w:t>
            </w:r>
          </w:p>
        </w:tc>
        <w:tc>
          <w:tcPr>
            <w:tcW w:w="1481" w:type="dxa"/>
            <w:shd w:val="clear" w:color="auto" w:fill="B4C6E7"/>
          </w:tcPr>
          <w:p w14:paraId="684651FA" w14:textId="77777777" w:rsidR="00540C13" w:rsidRDefault="00000000" w:rsidP="006E17D0">
            <w:pPr>
              <w:bidi/>
            </w:pPr>
            <w:r>
              <w:rPr>
                <w:b/>
                <w:sz w:val="16"/>
              </w:rPr>
              <w:t>موافق</w:t>
            </w:r>
          </w:p>
        </w:tc>
        <w:tc>
          <w:tcPr>
            <w:tcW w:w="1481" w:type="dxa"/>
            <w:shd w:val="clear" w:color="auto" w:fill="B4C6E7"/>
          </w:tcPr>
          <w:p w14:paraId="6CC3CD18" w14:textId="77777777" w:rsidR="00540C13" w:rsidRDefault="00000000" w:rsidP="006E17D0">
            <w:pPr>
              <w:bidi/>
            </w:pPr>
            <w:r>
              <w:rPr>
                <w:b/>
                <w:sz w:val="16"/>
              </w:rPr>
              <w:t>محايد</w:t>
            </w:r>
          </w:p>
        </w:tc>
        <w:tc>
          <w:tcPr>
            <w:tcW w:w="1481" w:type="dxa"/>
            <w:shd w:val="clear" w:color="auto" w:fill="B4C6E7"/>
          </w:tcPr>
          <w:p w14:paraId="2E9FF36D" w14:textId="77777777" w:rsidR="00540C13" w:rsidRDefault="00000000" w:rsidP="006E17D0">
            <w:pPr>
              <w:bidi/>
            </w:pPr>
            <w:r>
              <w:rPr>
                <w:b/>
                <w:sz w:val="16"/>
              </w:rPr>
              <w:t>غير موافق / بشدة</w:t>
            </w:r>
          </w:p>
        </w:tc>
      </w:tr>
      <w:tr w:rsidR="00540C13" w14:paraId="3C9FFF5D" w14:textId="77777777">
        <w:trPr>
          <w:jc w:val="center"/>
        </w:trPr>
        <w:tc>
          <w:tcPr>
            <w:tcW w:w="1481" w:type="dxa"/>
          </w:tcPr>
          <w:p w14:paraId="47DF81AC" w14:textId="77777777" w:rsidR="00540C13" w:rsidRDefault="00000000" w:rsidP="006E17D0">
            <w:pPr>
              <w:bidi/>
            </w:pPr>
            <w:r>
              <w:rPr>
                <w:sz w:val="16"/>
              </w:rPr>
              <w:t>1</w:t>
            </w:r>
          </w:p>
        </w:tc>
        <w:tc>
          <w:tcPr>
            <w:tcW w:w="1481" w:type="dxa"/>
          </w:tcPr>
          <w:p w14:paraId="647E72AF" w14:textId="77777777" w:rsidR="00540C13" w:rsidRDefault="00000000" w:rsidP="006E17D0">
            <w:pPr>
              <w:bidi/>
            </w:pPr>
            <w:r>
              <w:rPr>
                <w:sz w:val="16"/>
              </w:rPr>
              <w:t>مصداقية التعليقات الإلكترونية</w:t>
            </w:r>
          </w:p>
        </w:tc>
        <w:tc>
          <w:tcPr>
            <w:tcW w:w="1481" w:type="dxa"/>
          </w:tcPr>
          <w:p w14:paraId="62027D30" w14:textId="77777777" w:rsidR="00540C13" w:rsidRDefault="00000000" w:rsidP="006E17D0">
            <w:pPr>
              <w:bidi/>
            </w:pPr>
            <w:r>
              <w:rPr>
                <w:sz w:val="16"/>
              </w:rPr>
              <w:t>أثق بالتعليقات التي تتضمن تفاصيل واضحة عن تجربة المستخدم.</w:t>
            </w:r>
          </w:p>
        </w:tc>
        <w:tc>
          <w:tcPr>
            <w:tcW w:w="1481" w:type="dxa"/>
          </w:tcPr>
          <w:p w14:paraId="14897D92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79A3096D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7EAD8E0F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632FD234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</w:tr>
      <w:tr w:rsidR="00540C13" w14:paraId="44A2D705" w14:textId="77777777">
        <w:trPr>
          <w:jc w:val="center"/>
        </w:trPr>
        <w:tc>
          <w:tcPr>
            <w:tcW w:w="1481" w:type="dxa"/>
          </w:tcPr>
          <w:p w14:paraId="611470E5" w14:textId="77777777" w:rsidR="00540C13" w:rsidRDefault="00000000" w:rsidP="006E17D0">
            <w:pPr>
              <w:bidi/>
            </w:pPr>
            <w:r>
              <w:rPr>
                <w:sz w:val="16"/>
              </w:rPr>
              <w:t>2</w:t>
            </w:r>
          </w:p>
        </w:tc>
        <w:tc>
          <w:tcPr>
            <w:tcW w:w="1481" w:type="dxa"/>
          </w:tcPr>
          <w:p w14:paraId="683BE06C" w14:textId="77777777" w:rsidR="00540C13" w:rsidRDefault="00000000" w:rsidP="006E17D0">
            <w:pPr>
              <w:bidi/>
            </w:pPr>
            <w:r>
              <w:rPr>
                <w:sz w:val="16"/>
              </w:rPr>
              <w:t>مصداقية التعليقات الإلكترونية</w:t>
            </w:r>
          </w:p>
        </w:tc>
        <w:tc>
          <w:tcPr>
            <w:tcW w:w="1481" w:type="dxa"/>
          </w:tcPr>
          <w:p w14:paraId="5C1D8A44" w14:textId="77777777" w:rsidR="00540C13" w:rsidRDefault="00000000" w:rsidP="006E17D0">
            <w:pPr>
              <w:bidi/>
            </w:pPr>
            <w:r>
              <w:rPr>
                <w:sz w:val="16"/>
              </w:rPr>
              <w:t>تزداد ثقتي بالتعليقات عندما تكون صادرة عن مشترين موثقين.</w:t>
            </w:r>
          </w:p>
        </w:tc>
        <w:tc>
          <w:tcPr>
            <w:tcW w:w="1481" w:type="dxa"/>
          </w:tcPr>
          <w:p w14:paraId="744E3648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7785515A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508EEACC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15D26CC1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</w:tr>
      <w:tr w:rsidR="00540C13" w14:paraId="5E2DD463" w14:textId="77777777">
        <w:trPr>
          <w:jc w:val="center"/>
        </w:trPr>
        <w:tc>
          <w:tcPr>
            <w:tcW w:w="1481" w:type="dxa"/>
          </w:tcPr>
          <w:p w14:paraId="361FA96B" w14:textId="77777777" w:rsidR="00540C13" w:rsidRDefault="00000000" w:rsidP="006E17D0">
            <w:pPr>
              <w:bidi/>
            </w:pPr>
            <w:r>
              <w:rPr>
                <w:sz w:val="16"/>
              </w:rPr>
              <w:t>3</w:t>
            </w:r>
          </w:p>
        </w:tc>
        <w:tc>
          <w:tcPr>
            <w:tcW w:w="1481" w:type="dxa"/>
          </w:tcPr>
          <w:p w14:paraId="77B33619" w14:textId="77777777" w:rsidR="00540C13" w:rsidRDefault="00000000" w:rsidP="006E17D0">
            <w:pPr>
              <w:bidi/>
            </w:pPr>
            <w:r>
              <w:rPr>
                <w:sz w:val="16"/>
              </w:rPr>
              <w:t>مصداقية التعليقات الإلكترونية</w:t>
            </w:r>
          </w:p>
        </w:tc>
        <w:tc>
          <w:tcPr>
            <w:tcW w:w="1481" w:type="dxa"/>
          </w:tcPr>
          <w:p w14:paraId="312F612F" w14:textId="77777777" w:rsidR="00540C13" w:rsidRDefault="00000000" w:rsidP="006E17D0">
            <w:pPr>
              <w:bidi/>
              <w:rPr>
                <w:rFonts w:hint="cs"/>
                <w:rtl/>
                <w:lang w:bidi="ar-SY"/>
              </w:rPr>
            </w:pPr>
            <w:r>
              <w:rPr>
                <w:sz w:val="16"/>
              </w:rPr>
              <w:t>أرى أن كثرة التعليقات المتشابهة تعزز مصداقية المنتج أو الخدمة.</w:t>
            </w:r>
          </w:p>
        </w:tc>
        <w:tc>
          <w:tcPr>
            <w:tcW w:w="1481" w:type="dxa"/>
          </w:tcPr>
          <w:p w14:paraId="01B0048C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58AB1260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35ECCA77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581FFCB0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</w:tr>
      <w:tr w:rsidR="00540C13" w14:paraId="31A61928" w14:textId="77777777">
        <w:trPr>
          <w:jc w:val="center"/>
        </w:trPr>
        <w:tc>
          <w:tcPr>
            <w:tcW w:w="1481" w:type="dxa"/>
          </w:tcPr>
          <w:p w14:paraId="1F39BBC0" w14:textId="77777777" w:rsidR="00540C13" w:rsidRDefault="00000000" w:rsidP="006E17D0">
            <w:pPr>
              <w:bidi/>
            </w:pPr>
            <w:r>
              <w:rPr>
                <w:sz w:val="16"/>
              </w:rPr>
              <w:t>4</w:t>
            </w:r>
          </w:p>
        </w:tc>
        <w:tc>
          <w:tcPr>
            <w:tcW w:w="1481" w:type="dxa"/>
          </w:tcPr>
          <w:p w14:paraId="04E469CE" w14:textId="77777777" w:rsidR="00540C13" w:rsidRDefault="00000000" w:rsidP="006E17D0">
            <w:pPr>
              <w:bidi/>
            </w:pPr>
            <w:r>
              <w:rPr>
                <w:sz w:val="16"/>
              </w:rPr>
              <w:t>مصداقية التعليقات الإلكترونية</w:t>
            </w:r>
          </w:p>
        </w:tc>
        <w:tc>
          <w:tcPr>
            <w:tcW w:w="1481" w:type="dxa"/>
          </w:tcPr>
          <w:p w14:paraId="49BBA807" w14:textId="77777777" w:rsidR="00540C13" w:rsidRDefault="00000000" w:rsidP="006E17D0">
            <w:pPr>
              <w:bidi/>
            </w:pPr>
            <w:r>
              <w:rPr>
                <w:sz w:val="16"/>
              </w:rPr>
              <w:t xml:space="preserve">أشك في التعليقات التي تبدو </w:t>
            </w:r>
            <w:commentRangeStart w:id="0"/>
            <w:r>
              <w:rPr>
                <w:sz w:val="16"/>
              </w:rPr>
              <w:t>مبالغًا</w:t>
            </w:r>
            <w:commentRangeEnd w:id="0"/>
            <w:r w:rsidR="0061156C">
              <w:rPr>
                <w:rStyle w:val="aff2"/>
                <w:szCs w:val="22"/>
              </w:rPr>
              <w:commentReference w:id="0"/>
            </w:r>
            <w:r>
              <w:rPr>
                <w:sz w:val="16"/>
              </w:rPr>
              <w:t xml:space="preserve"> فيها أو غير واقعية.</w:t>
            </w:r>
          </w:p>
        </w:tc>
        <w:tc>
          <w:tcPr>
            <w:tcW w:w="1481" w:type="dxa"/>
          </w:tcPr>
          <w:p w14:paraId="3F29E41E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452128FE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242E66CD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232A87BD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</w:tr>
      <w:tr w:rsidR="00540C13" w14:paraId="2D90F72D" w14:textId="77777777">
        <w:trPr>
          <w:jc w:val="center"/>
        </w:trPr>
        <w:tc>
          <w:tcPr>
            <w:tcW w:w="1481" w:type="dxa"/>
          </w:tcPr>
          <w:p w14:paraId="4C1FCF8C" w14:textId="77777777" w:rsidR="00540C13" w:rsidRDefault="00000000" w:rsidP="006E17D0">
            <w:pPr>
              <w:bidi/>
            </w:pPr>
            <w:r>
              <w:rPr>
                <w:sz w:val="16"/>
              </w:rPr>
              <w:t>5</w:t>
            </w:r>
          </w:p>
        </w:tc>
        <w:tc>
          <w:tcPr>
            <w:tcW w:w="1481" w:type="dxa"/>
          </w:tcPr>
          <w:p w14:paraId="7B6A1AA7" w14:textId="77777777" w:rsidR="00540C13" w:rsidRDefault="00000000" w:rsidP="006E17D0">
            <w:pPr>
              <w:bidi/>
            </w:pPr>
            <w:r>
              <w:rPr>
                <w:sz w:val="16"/>
              </w:rPr>
              <w:t>مصداقية التعليقات الإلكترونية</w:t>
            </w:r>
          </w:p>
        </w:tc>
        <w:tc>
          <w:tcPr>
            <w:tcW w:w="1481" w:type="dxa"/>
          </w:tcPr>
          <w:p w14:paraId="308D6EFB" w14:textId="77777777" w:rsidR="00540C13" w:rsidRDefault="00000000" w:rsidP="006E17D0">
            <w:pPr>
              <w:bidi/>
            </w:pPr>
            <w:r>
              <w:rPr>
                <w:sz w:val="16"/>
              </w:rPr>
              <w:t>تؤثر هوية كاتب التعليق وخبرته الظاهرة في مدى ثقتي برأيه.</w:t>
            </w:r>
          </w:p>
        </w:tc>
        <w:tc>
          <w:tcPr>
            <w:tcW w:w="1481" w:type="dxa"/>
          </w:tcPr>
          <w:p w14:paraId="3CE765D4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143A5D45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1E18DF15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3B32F941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</w:tr>
      <w:tr w:rsidR="00540C13" w14:paraId="520A8ACB" w14:textId="77777777">
        <w:trPr>
          <w:jc w:val="center"/>
        </w:trPr>
        <w:tc>
          <w:tcPr>
            <w:tcW w:w="1481" w:type="dxa"/>
          </w:tcPr>
          <w:p w14:paraId="2D67348B" w14:textId="77777777" w:rsidR="00540C13" w:rsidRDefault="00000000" w:rsidP="006E17D0">
            <w:pPr>
              <w:bidi/>
            </w:pPr>
            <w:r>
              <w:rPr>
                <w:sz w:val="16"/>
              </w:rPr>
              <w:t>6</w:t>
            </w:r>
          </w:p>
        </w:tc>
        <w:tc>
          <w:tcPr>
            <w:tcW w:w="1481" w:type="dxa"/>
          </w:tcPr>
          <w:p w14:paraId="6B577F00" w14:textId="77777777" w:rsidR="00540C13" w:rsidRDefault="00000000" w:rsidP="006E17D0">
            <w:pPr>
              <w:bidi/>
            </w:pPr>
            <w:r>
              <w:rPr>
                <w:sz w:val="16"/>
              </w:rPr>
              <w:t>مصداقية التعليقات الإلكترونية</w:t>
            </w:r>
          </w:p>
        </w:tc>
        <w:tc>
          <w:tcPr>
            <w:tcW w:w="1481" w:type="dxa"/>
          </w:tcPr>
          <w:p w14:paraId="16B02048" w14:textId="77777777" w:rsidR="00540C13" w:rsidRDefault="00000000" w:rsidP="006E17D0">
            <w:pPr>
              <w:bidi/>
            </w:pPr>
            <w:r>
              <w:rPr>
                <w:sz w:val="16"/>
              </w:rPr>
              <w:t>أقارن بين التعليقات في أكثر من منصة قبل تكوين رأيي النهائي.</w:t>
            </w:r>
          </w:p>
        </w:tc>
        <w:tc>
          <w:tcPr>
            <w:tcW w:w="1481" w:type="dxa"/>
          </w:tcPr>
          <w:p w14:paraId="7DD3389A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2B2F72F8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565A53B5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624A28C2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</w:tr>
      <w:tr w:rsidR="00540C13" w14:paraId="6D2ED19E" w14:textId="77777777">
        <w:trPr>
          <w:jc w:val="center"/>
        </w:trPr>
        <w:tc>
          <w:tcPr>
            <w:tcW w:w="1481" w:type="dxa"/>
          </w:tcPr>
          <w:p w14:paraId="797B724C" w14:textId="77777777" w:rsidR="00540C13" w:rsidRDefault="00000000" w:rsidP="006E17D0">
            <w:pPr>
              <w:bidi/>
            </w:pPr>
            <w:r>
              <w:rPr>
                <w:sz w:val="16"/>
              </w:rPr>
              <w:t>7</w:t>
            </w:r>
          </w:p>
        </w:tc>
        <w:tc>
          <w:tcPr>
            <w:tcW w:w="1481" w:type="dxa"/>
          </w:tcPr>
          <w:p w14:paraId="0FDCC4AC" w14:textId="77777777" w:rsidR="00540C13" w:rsidRDefault="00000000" w:rsidP="006E17D0">
            <w:pPr>
              <w:bidi/>
            </w:pPr>
            <w:r>
              <w:rPr>
                <w:sz w:val="16"/>
              </w:rPr>
              <w:t>جودة ومحتوى التعليقات الإلكترونية</w:t>
            </w:r>
          </w:p>
        </w:tc>
        <w:tc>
          <w:tcPr>
            <w:tcW w:w="1481" w:type="dxa"/>
          </w:tcPr>
          <w:p w14:paraId="2371C617" w14:textId="77777777" w:rsidR="00540C13" w:rsidRDefault="00000000" w:rsidP="006E17D0">
            <w:pPr>
              <w:bidi/>
            </w:pPr>
            <w:r>
              <w:rPr>
                <w:sz w:val="16"/>
              </w:rPr>
              <w:t>تساعدني التعليقات المفصلة على فهم مزايا المنتج أو الخدمة وعيوبها.</w:t>
            </w:r>
          </w:p>
        </w:tc>
        <w:tc>
          <w:tcPr>
            <w:tcW w:w="1481" w:type="dxa"/>
          </w:tcPr>
          <w:p w14:paraId="5EC91E65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649FF1D0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670CB2B2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6D303359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</w:tr>
      <w:tr w:rsidR="00540C13" w14:paraId="1872B5E3" w14:textId="77777777">
        <w:trPr>
          <w:jc w:val="center"/>
        </w:trPr>
        <w:tc>
          <w:tcPr>
            <w:tcW w:w="1481" w:type="dxa"/>
          </w:tcPr>
          <w:p w14:paraId="382C9701" w14:textId="77777777" w:rsidR="00540C13" w:rsidRDefault="00000000" w:rsidP="006E17D0">
            <w:pPr>
              <w:bidi/>
            </w:pPr>
            <w:r>
              <w:rPr>
                <w:sz w:val="16"/>
              </w:rPr>
              <w:t>8</w:t>
            </w:r>
          </w:p>
        </w:tc>
        <w:tc>
          <w:tcPr>
            <w:tcW w:w="1481" w:type="dxa"/>
          </w:tcPr>
          <w:p w14:paraId="21A9DDE7" w14:textId="77777777" w:rsidR="00540C13" w:rsidRDefault="00000000" w:rsidP="006E17D0">
            <w:pPr>
              <w:bidi/>
            </w:pPr>
            <w:r>
              <w:rPr>
                <w:sz w:val="16"/>
              </w:rPr>
              <w:t>جودة ومحتوى التعليقات الإلكترونية</w:t>
            </w:r>
          </w:p>
        </w:tc>
        <w:tc>
          <w:tcPr>
            <w:tcW w:w="1481" w:type="dxa"/>
          </w:tcPr>
          <w:p w14:paraId="0CB2A6E9" w14:textId="77777777" w:rsidR="00540C13" w:rsidRDefault="00000000" w:rsidP="006E17D0">
            <w:pPr>
              <w:bidi/>
            </w:pPr>
            <w:r>
              <w:rPr>
                <w:sz w:val="16"/>
              </w:rPr>
              <w:t>أهتم بالتعليقات التي تتضمن صورًا أو مقاطع فيديو حقيقية.</w:t>
            </w:r>
          </w:p>
        </w:tc>
        <w:tc>
          <w:tcPr>
            <w:tcW w:w="1481" w:type="dxa"/>
          </w:tcPr>
          <w:p w14:paraId="3CB9F0C4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44566AEA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4250796F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244F7CC7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</w:tr>
      <w:tr w:rsidR="00540C13" w14:paraId="607C53DF" w14:textId="77777777">
        <w:trPr>
          <w:jc w:val="center"/>
        </w:trPr>
        <w:tc>
          <w:tcPr>
            <w:tcW w:w="1481" w:type="dxa"/>
          </w:tcPr>
          <w:p w14:paraId="03B885E8" w14:textId="77777777" w:rsidR="00540C13" w:rsidRDefault="00000000" w:rsidP="006E17D0">
            <w:pPr>
              <w:bidi/>
            </w:pPr>
            <w:r>
              <w:rPr>
                <w:sz w:val="16"/>
              </w:rPr>
              <w:t>9</w:t>
            </w:r>
          </w:p>
        </w:tc>
        <w:tc>
          <w:tcPr>
            <w:tcW w:w="1481" w:type="dxa"/>
          </w:tcPr>
          <w:p w14:paraId="58F5D0D9" w14:textId="77777777" w:rsidR="00540C13" w:rsidRDefault="00000000" w:rsidP="006E17D0">
            <w:pPr>
              <w:bidi/>
            </w:pPr>
            <w:r>
              <w:rPr>
                <w:sz w:val="16"/>
              </w:rPr>
              <w:t>جودة ومحتوى التعليقات الإلكترونية</w:t>
            </w:r>
          </w:p>
        </w:tc>
        <w:tc>
          <w:tcPr>
            <w:tcW w:w="1481" w:type="dxa"/>
          </w:tcPr>
          <w:p w14:paraId="6959FE2E" w14:textId="77777777" w:rsidR="00540C13" w:rsidRDefault="00000000" w:rsidP="006E17D0">
            <w:pPr>
              <w:bidi/>
            </w:pPr>
            <w:r>
              <w:rPr>
                <w:sz w:val="16"/>
              </w:rPr>
              <w:t xml:space="preserve">تؤثر حداثة </w:t>
            </w:r>
            <w:commentRangeStart w:id="1"/>
            <w:r>
              <w:rPr>
                <w:sz w:val="16"/>
              </w:rPr>
              <w:t>التعليق</w:t>
            </w:r>
            <w:commentRangeEnd w:id="1"/>
            <w:r w:rsidR="0061156C">
              <w:rPr>
                <w:rStyle w:val="aff2"/>
                <w:szCs w:val="22"/>
              </w:rPr>
              <w:commentReference w:id="1"/>
            </w:r>
            <w:r>
              <w:rPr>
                <w:sz w:val="16"/>
              </w:rPr>
              <w:t xml:space="preserve"> في مدى اعتمادي عليه عند اتخاذ قرار الشراء.</w:t>
            </w:r>
          </w:p>
        </w:tc>
        <w:tc>
          <w:tcPr>
            <w:tcW w:w="1481" w:type="dxa"/>
          </w:tcPr>
          <w:p w14:paraId="3C791363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0BE98D4B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19DE1EEF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79558280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</w:tr>
      <w:tr w:rsidR="00540C13" w14:paraId="36A12742" w14:textId="77777777">
        <w:trPr>
          <w:jc w:val="center"/>
        </w:trPr>
        <w:tc>
          <w:tcPr>
            <w:tcW w:w="1481" w:type="dxa"/>
          </w:tcPr>
          <w:p w14:paraId="1CAA7718" w14:textId="77777777" w:rsidR="00540C13" w:rsidRDefault="00000000" w:rsidP="006E17D0">
            <w:pPr>
              <w:bidi/>
            </w:pPr>
            <w:r>
              <w:rPr>
                <w:sz w:val="16"/>
              </w:rPr>
              <w:t>10</w:t>
            </w:r>
          </w:p>
        </w:tc>
        <w:tc>
          <w:tcPr>
            <w:tcW w:w="1481" w:type="dxa"/>
          </w:tcPr>
          <w:p w14:paraId="52A78878" w14:textId="77777777" w:rsidR="00540C13" w:rsidRDefault="00000000" w:rsidP="006E17D0">
            <w:pPr>
              <w:bidi/>
            </w:pPr>
            <w:r>
              <w:rPr>
                <w:sz w:val="16"/>
              </w:rPr>
              <w:t>جودة ومحتوى التعليقات الإلكترونية</w:t>
            </w:r>
          </w:p>
        </w:tc>
        <w:tc>
          <w:tcPr>
            <w:tcW w:w="1481" w:type="dxa"/>
          </w:tcPr>
          <w:p w14:paraId="002B38A4" w14:textId="77777777" w:rsidR="00540C13" w:rsidRDefault="00000000" w:rsidP="006E17D0">
            <w:pPr>
              <w:bidi/>
            </w:pPr>
            <w:r>
              <w:rPr>
                <w:sz w:val="16"/>
              </w:rPr>
              <w:t>أفضل التعليقات التي توضح الاستخدام الفعلي للمنتج أو الخدمة.</w:t>
            </w:r>
          </w:p>
        </w:tc>
        <w:tc>
          <w:tcPr>
            <w:tcW w:w="1481" w:type="dxa"/>
          </w:tcPr>
          <w:p w14:paraId="1528A547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53594306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226D2829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50AA76EC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</w:tr>
      <w:tr w:rsidR="00540C13" w14:paraId="7998865C" w14:textId="77777777">
        <w:trPr>
          <w:jc w:val="center"/>
        </w:trPr>
        <w:tc>
          <w:tcPr>
            <w:tcW w:w="1481" w:type="dxa"/>
          </w:tcPr>
          <w:p w14:paraId="5F6BDB8D" w14:textId="77777777" w:rsidR="00540C13" w:rsidRDefault="00000000" w:rsidP="006E17D0">
            <w:pPr>
              <w:bidi/>
            </w:pPr>
            <w:r>
              <w:rPr>
                <w:sz w:val="16"/>
              </w:rPr>
              <w:t>11</w:t>
            </w:r>
          </w:p>
        </w:tc>
        <w:tc>
          <w:tcPr>
            <w:tcW w:w="1481" w:type="dxa"/>
          </w:tcPr>
          <w:p w14:paraId="47D2A27D" w14:textId="77777777" w:rsidR="00540C13" w:rsidRDefault="00000000" w:rsidP="006E17D0">
            <w:pPr>
              <w:bidi/>
            </w:pPr>
            <w:r>
              <w:rPr>
                <w:sz w:val="16"/>
              </w:rPr>
              <w:t>جودة ومحتوى التعليقات الإلكترونية</w:t>
            </w:r>
          </w:p>
        </w:tc>
        <w:tc>
          <w:tcPr>
            <w:tcW w:w="1481" w:type="dxa"/>
          </w:tcPr>
          <w:p w14:paraId="76B06F52" w14:textId="77777777" w:rsidR="00540C13" w:rsidRDefault="00000000" w:rsidP="006E17D0">
            <w:pPr>
              <w:bidi/>
            </w:pPr>
            <w:r>
              <w:rPr>
                <w:sz w:val="16"/>
              </w:rPr>
              <w:t>يساعدني عدد التعليقات المتاحة على تقييم المنتج بصورة أفضل.</w:t>
            </w:r>
          </w:p>
        </w:tc>
        <w:tc>
          <w:tcPr>
            <w:tcW w:w="1481" w:type="dxa"/>
          </w:tcPr>
          <w:p w14:paraId="69AB9BCA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77849016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339897ED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00092336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</w:tr>
      <w:tr w:rsidR="00540C13" w14:paraId="71E8C6BC" w14:textId="77777777">
        <w:trPr>
          <w:jc w:val="center"/>
        </w:trPr>
        <w:tc>
          <w:tcPr>
            <w:tcW w:w="1481" w:type="dxa"/>
          </w:tcPr>
          <w:p w14:paraId="6B677D05" w14:textId="77777777" w:rsidR="00540C13" w:rsidRDefault="00000000" w:rsidP="006E17D0">
            <w:pPr>
              <w:bidi/>
            </w:pPr>
            <w:r>
              <w:rPr>
                <w:sz w:val="16"/>
              </w:rPr>
              <w:t>12</w:t>
            </w:r>
          </w:p>
        </w:tc>
        <w:tc>
          <w:tcPr>
            <w:tcW w:w="1481" w:type="dxa"/>
          </w:tcPr>
          <w:p w14:paraId="7C340B32" w14:textId="77777777" w:rsidR="00540C13" w:rsidRDefault="00000000" w:rsidP="006E17D0">
            <w:pPr>
              <w:bidi/>
            </w:pPr>
            <w:r>
              <w:rPr>
                <w:sz w:val="16"/>
              </w:rPr>
              <w:t>جودة ومحتوى التعليقات الإلكترونية</w:t>
            </w:r>
          </w:p>
        </w:tc>
        <w:tc>
          <w:tcPr>
            <w:tcW w:w="1481" w:type="dxa"/>
          </w:tcPr>
          <w:p w14:paraId="739E6A08" w14:textId="77777777" w:rsidR="00540C13" w:rsidRDefault="00000000" w:rsidP="006E17D0">
            <w:pPr>
              <w:bidi/>
            </w:pPr>
            <w:r>
              <w:rPr>
                <w:sz w:val="16"/>
              </w:rPr>
              <w:t>أعد الردود المهنية من المنشأة على التعليقات مؤشرًا إيجابيًا على جودة الخدمة.</w:t>
            </w:r>
          </w:p>
        </w:tc>
        <w:tc>
          <w:tcPr>
            <w:tcW w:w="1481" w:type="dxa"/>
          </w:tcPr>
          <w:p w14:paraId="1F56B243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5C0189D5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421193E2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37632755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</w:tr>
      <w:tr w:rsidR="00540C13" w14:paraId="713CBDC0" w14:textId="77777777">
        <w:trPr>
          <w:jc w:val="center"/>
        </w:trPr>
        <w:tc>
          <w:tcPr>
            <w:tcW w:w="1481" w:type="dxa"/>
          </w:tcPr>
          <w:p w14:paraId="0A1D18DB" w14:textId="77777777" w:rsidR="00540C13" w:rsidRDefault="00000000" w:rsidP="006E17D0">
            <w:pPr>
              <w:bidi/>
            </w:pPr>
            <w:r>
              <w:rPr>
                <w:sz w:val="16"/>
              </w:rPr>
              <w:t>13</w:t>
            </w:r>
          </w:p>
        </w:tc>
        <w:tc>
          <w:tcPr>
            <w:tcW w:w="1481" w:type="dxa"/>
          </w:tcPr>
          <w:p w14:paraId="194F3518" w14:textId="77777777" w:rsidR="00540C13" w:rsidRDefault="00000000" w:rsidP="006E17D0">
            <w:pPr>
              <w:bidi/>
            </w:pPr>
            <w:r>
              <w:rPr>
                <w:sz w:val="16"/>
              </w:rPr>
              <w:t>اتجاه التعليقات ونية الشراء</w:t>
            </w:r>
          </w:p>
        </w:tc>
        <w:tc>
          <w:tcPr>
            <w:tcW w:w="1481" w:type="dxa"/>
          </w:tcPr>
          <w:p w14:paraId="0EB4A1A7" w14:textId="77777777" w:rsidR="00540C13" w:rsidRDefault="00000000" w:rsidP="006E17D0">
            <w:pPr>
              <w:bidi/>
            </w:pPr>
            <w:r>
              <w:rPr>
                <w:sz w:val="16"/>
              </w:rPr>
              <w:t>تزيد التعليقات الإيجابية من رغبتي في شراء المنتج أو الخدمة.</w:t>
            </w:r>
          </w:p>
        </w:tc>
        <w:tc>
          <w:tcPr>
            <w:tcW w:w="1481" w:type="dxa"/>
          </w:tcPr>
          <w:p w14:paraId="42AA4588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193A3F49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6A9A94EE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47505E41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</w:tr>
      <w:tr w:rsidR="00540C13" w14:paraId="2FDF6192" w14:textId="77777777">
        <w:trPr>
          <w:jc w:val="center"/>
        </w:trPr>
        <w:tc>
          <w:tcPr>
            <w:tcW w:w="1481" w:type="dxa"/>
          </w:tcPr>
          <w:p w14:paraId="42485C4C" w14:textId="77777777" w:rsidR="00540C13" w:rsidRDefault="00000000" w:rsidP="006E17D0">
            <w:pPr>
              <w:bidi/>
            </w:pPr>
            <w:r>
              <w:rPr>
                <w:sz w:val="16"/>
              </w:rPr>
              <w:t>14</w:t>
            </w:r>
          </w:p>
        </w:tc>
        <w:tc>
          <w:tcPr>
            <w:tcW w:w="1481" w:type="dxa"/>
          </w:tcPr>
          <w:p w14:paraId="6D099883" w14:textId="77777777" w:rsidR="00540C13" w:rsidRDefault="00000000" w:rsidP="006E17D0">
            <w:pPr>
              <w:bidi/>
            </w:pPr>
            <w:r>
              <w:rPr>
                <w:sz w:val="16"/>
              </w:rPr>
              <w:t>اتجاه التعليقات ونية الشراء</w:t>
            </w:r>
          </w:p>
        </w:tc>
        <w:tc>
          <w:tcPr>
            <w:tcW w:w="1481" w:type="dxa"/>
          </w:tcPr>
          <w:p w14:paraId="242CCFAE" w14:textId="77777777" w:rsidR="00540C13" w:rsidRDefault="00000000" w:rsidP="006E17D0">
            <w:pPr>
              <w:bidi/>
            </w:pPr>
            <w:r>
              <w:rPr>
                <w:sz w:val="16"/>
              </w:rPr>
              <w:t>تدفعني التعليقات السلبية المتكررة إلى التراجع عن الشراء.</w:t>
            </w:r>
          </w:p>
        </w:tc>
        <w:tc>
          <w:tcPr>
            <w:tcW w:w="1481" w:type="dxa"/>
          </w:tcPr>
          <w:p w14:paraId="662803E0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28299506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5E46C931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5CA1379D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</w:tr>
      <w:tr w:rsidR="00540C13" w14:paraId="3D0F7F07" w14:textId="77777777">
        <w:trPr>
          <w:jc w:val="center"/>
        </w:trPr>
        <w:tc>
          <w:tcPr>
            <w:tcW w:w="1481" w:type="dxa"/>
          </w:tcPr>
          <w:p w14:paraId="27AEE838" w14:textId="77777777" w:rsidR="00540C13" w:rsidRDefault="00000000" w:rsidP="006E17D0">
            <w:pPr>
              <w:bidi/>
            </w:pPr>
            <w:r>
              <w:rPr>
                <w:sz w:val="16"/>
              </w:rPr>
              <w:t>15</w:t>
            </w:r>
          </w:p>
        </w:tc>
        <w:tc>
          <w:tcPr>
            <w:tcW w:w="1481" w:type="dxa"/>
          </w:tcPr>
          <w:p w14:paraId="7C0F7F70" w14:textId="77777777" w:rsidR="00540C13" w:rsidRDefault="00000000" w:rsidP="006E17D0">
            <w:pPr>
              <w:bidi/>
            </w:pPr>
            <w:r>
              <w:rPr>
                <w:sz w:val="16"/>
              </w:rPr>
              <w:t>اتجاه التعليقات ونية الشراء</w:t>
            </w:r>
          </w:p>
        </w:tc>
        <w:tc>
          <w:tcPr>
            <w:tcW w:w="1481" w:type="dxa"/>
          </w:tcPr>
          <w:p w14:paraId="7998D662" w14:textId="77777777" w:rsidR="00540C13" w:rsidRDefault="00000000" w:rsidP="006E17D0">
            <w:pPr>
              <w:bidi/>
            </w:pPr>
            <w:r>
              <w:rPr>
                <w:sz w:val="16"/>
              </w:rPr>
              <w:t>قد أشتري المنتج رغم وجود بعض التعليقات السلبية إذا كانت التقييمات العامة مرتفعة.</w:t>
            </w:r>
          </w:p>
        </w:tc>
        <w:tc>
          <w:tcPr>
            <w:tcW w:w="1481" w:type="dxa"/>
          </w:tcPr>
          <w:p w14:paraId="7765609D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07386059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18D4ECCF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3B8D76B3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</w:tr>
      <w:tr w:rsidR="00540C13" w14:paraId="1520E631" w14:textId="77777777">
        <w:trPr>
          <w:jc w:val="center"/>
        </w:trPr>
        <w:tc>
          <w:tcPr>
            <w:tcW w:w="1481" w:type="dxa"/>
          </w:tcPr>
          <w:p w14:paraId="16890CC2" w14:textId="77777777" w:rsidR="00540C13" w:rsidRDefault="00000000" w:rsidP="006E17D0">
            <w:pPr>
              <w:bidi/>
            </w:pPr>
            <w:r>
              <w:rPr>
                <w:sz w:val="16"/>
              </w:rPr>
              <w:t>16</w:t>
            </w:r>
          </w:p>
        </w:tc>
        <w:tc>
          <w:tcPr>
            <w:tcW w:w="1481" w:type="dxa"/>
          </w:tcPr>
          <w:p w14:paraId="22BB2075" w14:textId="77777777" w:rsidR="00540C13" w:rsidRDefault="00000000" w:rsidP="006E17D0">
            <w:pPr>
              <w:bidi/>
            </w:pPr>
            <w:r>
              <w:rPr>
                <w:sz w:val="16"/>
              </w:rPr>
              <w:t>اتجاه التعليقات ونية الشراء</w:t>
            </w:r>
          </w:p>
        </w:tc>
        <w:tc>
          <w:tcPr>
            <w:tcW w:w="1481" w:type="dxa"/>
          </w:tcPr>
          <w:p w14:paraId="7FD8E1E5" w14:textId="77777777" w:rsidR="00540C13" w:rsidRDefault="00000000" w:rsidP="006E17D0">
            <w:pPr>
              <w:bidi/>
            </w:pPr>
            <w:r>
              <w:rPr>
                <w:sz w:val="16"/>
              </w:rPr>
              <w:t>تؤثر درجة التقييم بالنجوم في اختياري بين المنتجات أو الخدمات المتشابهة.</w:t>
            </w:r>
          </w:p>
        </w:tc>
        <w:tc>
          <w:tcPr>
            <w:tcW w:w="1481" w:type="dxa"/>
          </w:tcPr>
          <w:p w14:paraId="3E5F13A4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60814162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59B63F64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3FAAC3A8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</w:tr>
      <w:tr w:rsidR="00540C13" w14:paraId="26B9193B" w14:textId="77777777">
        <w:trPr>
          <w:jc w:val="center"/>
        </w:trPr>
        <w:tc>
          <w:tcPr>
            <w:tcW w:w="1481" w:type="dxa"/>
          </w:tcPr>
          <w:p w14:paraId="2A2B9754" w14:textId="77777777" w:rsidR="00540C13" w:rsidRDefault="00000000" w:rsidP="006E17D0">
            <w:pPr>
              <w:bidi/>
            </w:pPr>
            <w:r>
              <w:rPr>
                <w:sz w:val="16"/>
              </w:rPr>
              <w:t>17</w:t>
            </w:r>
          </w:p>
        </w:tc>
        <w:tc>
          <w:tcPr>
            <w:tcW w:w="1481" w:type="dxa"/>
          </w:tcPr>
          <w:p w14:paraId="65594DD3" w14:textId="77777777" w:rsidR="00540C13" w:rsidRDefault="00000000" w:rsidP="006E17D0">
            <w:pPr>
              <w:bidi/>
            </w:pPr>
            <w:r>
              <w:rPr>
                <w:sz w:val="16"/>
              </w:rPr>
              <w:t>اتجاه التعليقات ونية الشراء</w:t>
            </w:r>
          </w:p>
        </w:tc>
        <w:tc>
          <w:tcPr>
            <w:tcW w:w="1481" w:type="dxa"/>
          </w:tcPr>
          <w:p w14:paraId="2E0B8F77" w14:textId="77777777" w:rsidR="00540C13" w:rsidRDefault="00000000" w:rsidP="006E17D0">
            <w:pPr>
              <w:bidi/>
            </w:pPr>
            <w:r>
              <w:rPr>
                <w:sz w:val="16"/>
              </w:rPr>
              <w:t xml:space="preserve">أوصي الآخرين بالمنتج أو الخدمة عندما </w:t>
            </w:r>
            <w:commentRangeStart w:id="2"/>
            <w:r>
              <w:rPr>
                <w:sz w:val="16"/>
              </w:rPr>
              <w:t>أجد</w:t>
            </w:r>
            <w:commentRangeEnd w:id="2"/>
            <w:r w:rsidR="0061156C">
              <w:rPr>
                <w:rStyle w:val="aff2"/>
                <w:szCs w:val="22"/>
              </w:rPr>
              <w:commentReference w:id="2"/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lastRenderedPageBreak/>
              <w:t>تعليقات إيجابية موثوقة عنه.</w:t>
            </w:r>
          </w:p>
        </w:tc>
        <w:tc>
          <w:tcPr>
            <w:tcW w:w="1481" w:type="dxa"/>
          </w:tcPr>
          <w:p w14:paraId="0C8B8CB8" w14:textId="77777777" w:rsidR="00540C13" w:rsidRDefault="00000000" w:rsidP="006E17D0">
            <w:pPr>
              <w:bidi/>
            </w:pPr>
            <w:r>
              <w:rPr>
                <w:sz w:val="16"/>
              </w:rPr>
              <w:lastRenderedPageBreak/>
              <w:t>☐</w:t>
            </w:r>
          </w:p>
        </w:tc>
        <w:tc>
          <w:tcPr>
            <w:tcW w:w="1481" w:type="dxa"/>
          </w:tcPr>
          <w:p w14:paraId="60A22311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4728342B" w14:textId="77777777" w:rsidR="00540C13" w:rsidRDefault="00000000" w:rsidP="006E17D0">
            <w:pPr>
              <w:bidi/>
              <w:rPr>
                <w:rFonts w:hint="cs"/>
                <w:rtl/>
                <w:lang w:bidi="ar-SY"/>
              </w:rPr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6C662C29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</w:tr>
      <w:tr w:rsidR="00540C13" w14:paraId="06FC6C61" w14:textId="77777777">
        <w:trPr>
          <w:jc w:val="center"/>
        </w:trPr>
        <w:tc>
          <w:tcPr>
            <w:tcW w:w="1481" w:type="dxa"/>
          </w:tcPr>
          <w:p w14:paraId="2609BB56" w14:textId="77777777" w:rsidR="00540C13" w:rsidRDefault="00000000" w:rsidP="006E17D0">
            <w:pPr>
              <w:bidi/>
            </w:pPr>
            <w:r>
              <w:rPr>
                <w:sz w:val="16"/>
              </w:rPr>
              <w:t>18</w:t>
            </w:r>
          </w:p>
        </w:tc>
        <w:tc>
          <w:tcPr>
            <w:tcW w:w="1481" w:type="dxa"/>
          </w:tcPr>
          <w:p w14:paraId="5E648FFB" w14:textId="77777777" w:rsidR="00540C13" w:rsidRDefault="00000000" w:rsidP="006E17D0">
            <w:pPr>
              <w:bidi/>
            </w:pPr>
            <w:r>
              <w:rPr>
                <w:sz w:val="16"/>
              </w:rPr>
              <w:t>اتجاه التعليقات ونية الشراء</w:t>
            </w:r>
          </w:p>
        </w:tc>
        <w:tc>
          <w:tcPr>
            <w:tcW w:w="1481" w:type="dxa"/>
          </w:tcPr>
          <w:p w14:paraId="52F483CC" w14:textId="77777777" w:rsidR="00540C13" w:rsidRDefault="00000000" w:rsidP="006E17D0">
            <w:pPr>
              <w:bidi/>
            </w:pPr>
            <w:r>
              <w:rPr>
                <w:sz w:val="16"/>
              </w:rPr>
              <w:t>تؤثر التعليقات الإلكترونية في قراري النهائي أكثر من الإعلان المدفوع.</w:t>
            </w:r>
          </w:p>
        </w:tc>
        <w:tc>
          <w:tcPr>
            <w:tcW w:w="1481" w:type="dxa"/>
          </w:tcPr>
          <w:p w14:paraId="09710D5E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511A83F9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0145C379" w14:textId="77777777" w:rsidR="00540C13" w:rsidRDefault="00000000" w:rsidP="006E17D0">
            <w:pPr>
              <w:bidi/>
              <w:rPr>
                <w:rFonts w:hint="cs"/>
                <w:rtl/>
                <w:lang w:bidi="ar-SY"/>
              </w:rPr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6C68AE87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</w:tr>
    </w:tbl>
    <w:p w14:paraId="1CD68382" w14:textId="77777777" w:rsidR="00540C13" w:rsidRDefault="00000000" w:rsidP="006E17D0">
      <w:pPr>
        <w:bidi/>
      </w:pPr>
      <w:r>
        <w:br w:type="page"/>
      </w:r>
    </w:p>
    <w:p w14:paraId="334FC9CB" w14:textId="77777777" w:rsidR="0061156C" w:rsidRDefault="0061156C" w:rsidP="006E17D0">
      <w:pPr>
        <w:bidi/>
        <w:rPr>
          <w:b/>
          <w:color w:val="2F5442"/>
          <w:sz w:val="32"/>
          <w:rtl/>
          <w:lang w:bidi="ar-SY"/>
        </w:rPr>
      </w:pPr>
    </w:p>
    <w:p w14:paraId="7FA21A47" w14:textId="750A8853" w:rsidR="0061156C" w:rsidRDefault="0061156C" w:rsidP="0061156C">
      <w:pPr>
        <w:tabs>
          <w:tab w:val="num" w:pos="720"/>
        </w:tabs>
        <w:rPr>
          <w:b/>
          <w:bCs/>
          <w:color w:val="EE0000"/>
          <w:rtl/>
        </w:rPr>
      </w:pPr>
      <w:r w:rsidRPr="00D80879">
        <w:rPr>
          <w:rFonts w:hint="cs"/>
          <w:color w:val="EE0000"/>
          <w:rtl/>
        </w:rPr>
        <w:t>ملاحظة مهمة جداً:</w:t>
      </w:r>
      <w:r>
        <w:rPr>
          <w:rFonts w:hint="cs"/>
          <w:color w:val="EE0000"/>
          <w:rtl/>
        </w:rPr>
        <w:t xml:space="preserve"> </w:t>
      </w:r>
      <w:r>
        <w:rPr>
          <w:rFonts w:hint="cs"/>
          <w:color w:val="EE0000"/>
          <w:rtl/>
        </w:rPr>
        <w:t>في أسئلة نية الشراء تم دمج المتغير المستقل</w:t>
      </w:r>
      <w:r>
        <w:rPr>
          <w:rFonts w:hint="cs"/>
          <w:color w:val="EE0000"/>
          <w:rtl/>
        </w:rPr>
        <w:t xml:space="preserve"> (</w:t>
      </w:r>
      <w:r>
        <w:rPr>
          <w:rFonts w:hint="cs"/>
          <w:color w:val="EE0000"/>
          <w:rtl/>
        </w:rPr>
        <w:t>التقييمات</w:t>
      </w:r>
      <w:r>
        <w:rPr>
          <w:rFonts w:hint="cs"/>
          <w:color w:val="EE0000"/>
          <w:rtl/>
        </w:rPr>
        <w:t xml:space="preserve">) مع المتغير التابع (نية الشراء) وهذا خطأ منهجي في القياس يجب أن تقيس المتغير المستقل بشكل منفصل والمتغير التابع بشكل منفصل </w:t>
      </w:r>
      <w:r>
        <w:rPr>
          <w:rFonts w:hint="cs"/>
          <w:b/>
          <w:bCs/>
          <w:color w:val="EE0000"/>
          <w:rtl/>
        </w:rPr>
        <w:t>وهذه عبارات يمكن استخدامها:</w:t>
      </w:r>
    </w:p>
    <w:p w14:paraId="08D71194" w14:textId="77777777" w:rsidR="0061156C" w:rsidRPr="00D80879" w:rsidRDefault="0061156C" w:rsidP="0061156C">
      <w:pPr>
        <w:tabs>
          <w:tab w:val="num" w:pos="720"/>
        </w:tabs>
        <w:bidi/>
        <w:rPr>
          <w:color w:val="EE0000"/>
        </w:rPr>
      </w:pPr>
      <w:r>
        <w:rPr>
          <w:rFonts w:hint="cs"/>
          <w:b/>
          <w:bCs/>
          <w:color w:val="EE0000"/>
          <w:rtl/>
        </w:rPr>
        <w:t xml:space="preserve">      </w:t>
      </w:r>
      <w:r w:rsidRPr="00D80879">
        <w:rPr>
          <w:b/>
          <w:bCs/>
          <w:color w:val="EE0000"/>
          <w:rtl/>
        </w:rPr>
        <w:t>1</w:t>
      </w:r>
      <w:r w:rsidRPr="00D80879">
        <w:rPr>
          <w:b/>
          <w:bCs/>
          <w:color w:val="EE0000"/>
        </w:rPr>
        <w:t>:</w:t>
      </w:r>
      <w:r w:rsidRPr="00D80879">
        <w:rPr>
          <w:color w:val="EE0000"/>
        </w:rPr>
        <w:t xml:space="preserve"> </w:t>
      </w:r>
      <w:r w:rsidRPr="00D80879">
        <w:rPr>
          <w:color w:val="EE0000"/>
          <w:rtl/>
        </w:rPr>
        <w:t>أخطط للشراء من المتجر الإلكتروني في المستقبل القريب</w:t>
      </w:r>
      <w:r w:rsidRPr="00D80879">
        <w:rPr>
          <w:color w:val="EE0000"/>
        </w:rPr>
        <w:t>.</w:t>
      </w:r>
    </w:p>
    <w:p w14:paraId="3DCA10F0" w14:textId="77777777" w:rsidR="0061156C" w:rsidRPr="00D80879" w:rsidRDefault="0061156C" w:rsidP="0061156C">
      <w:pPr>
        <w:numPr>
          <w:ilvl w:val="0"/>
          <w:numId w:val="10"/>
        </w:numPr>
        <w:bidi/>
        <w:spacing w:after="160" w:line="279" w:lineRule="auto"/>
        <w:rPr>
          <w:color w:val="EE0000"/>
        </w:rPr>
      </w:pPr>
      <w:r w:rsidRPr="00D80879">
        <w:rPr>
          <w:b/>
          <w:bCs/>
          <w:color w:val="EE0000"/>
          <w:rtl/>
        </w:rPr>
        <w:t>العبارة 2</w:t>
      </w:r>
      <w:r w:rsidRPr="00D80879">
        <w:rPr>
          <w:b/>
          <w:bCs/>
          <w:color w:val="EE0000"/>
        </w:rPr>
        <w:t>:</w:t>
      </w:r>
      <w:r w:rsidRPr="00D80879">
        <w:rPr>
          <w:color w:val="EE0000"/>
        </w:rPr>
        <w:t xml:space="preserve"> </w:t>
      </w:r>
      <w:r w:rsidRPr="00D80879">
        <w:rPr>
          <w:color w:val="EE0000"/>
          <w:rtl/>
        </w:rPr>
        <w:t>لدي رغبة قوية في تجربة شراء المنتجات من هذا المتجر</w:t>
      </w:r>
      <w:r w:rsidRPr="00D80879">
        <w:rPr>
          <w:color w:val="EE0000"/>
        </w:rPr>
        <w:t>.</w:t>
      </w:r>
    </w:p>
    <w:p w14:paraId="0BF8AD8B" w14:textId="77777777" w:rsidR="0061156C" w:rsidRPr="00D80879" w:rsidRDefault="0061156C" w:rsidP="0061156C">
      <w:pPr>
        <w:numPr>
          <w:ilvl w:val="0"/>
          <w:numId w:val="10"/>
        </w:numPr>
        <w:bidi/>
        <w:spacing w:after="160" w:line="279" w:lineRule="auto"/>
        <w:rPr>
          <w:color w:val="EE0000"/>
        </w:rPr>
      </w:pPr>
      <w:r w:rsidRPr="00D80879">
        <w:rPr>
          <w:b/>
          <w:bCs/>
          <w:color w:val="EE0000"/>
          <w:rtl/>
        </w:rPr>
        <w:t>العبارة 3</w:t>
      </w:r>
      <w:r w:rsidRPr="00D80879">
        <w:rPr>
          <w:b/>
          <w:bCs/>
          <w:color w:val="EE0000"/>
        </w:rPr>
        <w:t>:</w:t>
      </w:r>
      <w:r w:rsidRPr="00D80879">
        <w:rPr>
          <w:color w:val="EE0000"/>
        </w:rPr>
        <w:t xml:space="preserve"> </w:t>
      </w:r>
      <w:r w:rsidRPr="00D80879">
        <w:rPr>
          <w:color w:val="EE0000"/>
          <w:rtl/>
        </w:rPr>
        <w:t>سأضع هذا المتجر خياراً أولاً عندما أحتاج لشراء هذه الفئة من المنتجات</w:t>
      </w:r>
      <w:r w:rsidRPr="00D80879">
        <w:rPr>
          <w:color w:val="EE0000"/>
        </w:rPr>
        <w:t>.</w:t>
      </w:r>
    </w:p>
    <w:p w14:paraId="5E26659E" w14:textId="77777777" w:rsidR="0061156C" w:rsidRPr="00D80879" w:rsidRDefault="0061156C" w:rsidP="0061156C">
      <w:pPr>
        <w:numPr>
          <w:ilvl w:val="0"/>
          <w:numId w:val="10"/>
        </w:numPr>
        <w:bidi/>
        <w:spacing w:after="160" w:line="279" w:lineRule="auto"/>
        <w:rPr>
          <w:color w:val="EE0000"/>
        </w:rPr>
      </w:pPr>
      <w:r w:rsidRPr="00D80879">
        <w:rPr>
          <w:b/>
          <w:bCs/>
          <w:color w:val="EE0000"/>
          <w:rtl/>
        </w:rPr>
        <w:t>العبارة 4</w:t>
      </w:r>
      <w:r w:rsidRPr="00D80879">
        <w:rPr>
          <w:b/>
          <w:bCs/>
          <w:color w:val="EE0000"/>
        </w:rPr>
        <w:t>:</w:t>
      </w:r>
      <w:r w:rsidRPr="00D80879">
        <w:rPr>
          <w:color w:val="EE0000"/>
        </w:rPr>
        <w:t xml:space="preserve"> </w:t>
      </w:r>
      <w:r w:rsidRPr="00D80879">
        <w:rPr>
          <w:color w:val="EE0000"/>
          <w:rtl/>
        </w:rPr>
        <w:t>من المحتمل جداً أن أوصي عائلتي وأصدقائي بالشراء من هذا المتجر</w:t>
      </w:r>
      <w:r w:rsidRPr="00D80879">
        <w:rPr>
          <w:color w:val="EE0000"/>
        </w:rPr>
        <w:t>.</w:t>
      </w:r>
    </w:p>
    <w:p w14:paraId="02153A1D" w14:textId="77777777" w:rsidR="0061156C" w:rsidRDefault="0061156C" w:rsidP="0061156C">
      <w:pPr>
        <w:rPr>
          <w:color w:val="EE0000"/>
          <w:rtl/>
        </w:rPr>
      </w:pPr>
    </w:p>
    <w:p w14:paraId="03632A9A" w14:textId="0F37A080" w:rsidR="0061156C" w:rsidRDefault="0061156C" w:rsidP="0061156C">
      <w:pPr>
        <w:rPr>
          <w:color w:val="EE0000"/>
          <w:rtl/>
        </w:rPr>
      </w:pPr>
      <w:r>
        <w:rPr>
          <w:rFonts w:hint="cs"/>
          <w:color w:val="EE0000"/>
          <w:rtl/>
        </w:rPr>
        <w:t xml:space="preserve">يمكن وضع العبارات ضمن سياق </w:t>
      </w:r>
      <w:r>
        <w:rPr>
          <w:rFonts w:hint="cs"/>
          <w:color w:val="EE0000"/>
          <w:rtl/>
        </w:rPr>
        <w:t>التقييمات</w:t>
      </w:r>
      <w:r>
        <w:rPr>
          <w:rFonts w:hint="cs"/>
          <w:color w:val="EE0000"/>
          <w:rtl/>
        </w:rPr>
        <w:t xml:space="preserve">  دون قياس تأثيرها مثلاً </w:t>
      </w:r>
    </w:p>
    <w:p w14:paraId="0E66150A" w14:textId="7EA6C17D" w:rsidR="0061156C" w:rsidRPr="00D80879" w:rsidRDefault="0061156C" w:rsidP="0061156C">
      <w:pPr>
        <w:rPr>
          <w:color w:val="EE0000"/>
          <w:rtl/>
        </w:rPr>
      </w:pPr>
      <w:r w:rsidRPr="00D80879">
        <w:rPr>
          <w:color w:val="EE0000"/>
          <w:rtl/>
        </w:rPr>
        <w:t xml:space="preserve">أخطط للشراء من المتجر الإلكتروني </w:t>
      </w:r>
      <w:r>
        <w:rPr>
          <w:rFonts w:hint="cs"/>
          <w:color w:val="EE0000"/>
          <w:rtl/>
        </w:rPr>
        <w:t xml:space="preserve">الذي يتضمن </w:t>
      </w:r>
      <w:r>
        <w:rPr>
          <w:rFonts w:hint="cs"/>
          <w:color w:val="EE0000"/>
          <w:rtl/>
        </w:rPr>
        <w:t>تقييمات</w:t>
      </w:r>
      <w:r>
        <w:rPr>
          <w:rFonts w:hint="cs"/>
          <w:color w:val="EE0000"/>
          <w:rtl/>
        </w:rPr>
        <w:t xml:space="preserve"> </w:t>
      </w:r>
      <w:r w:rsidRPr="00D80879">
        <w:rPr>
          <w:color w:val="EE0000"/>
          <w:rtl/>
        </w:rPr>
        <w:t>في المستقبل القريب</w:t>
      </w:r>
      <w:r w:rsidRPr="00D80879">
        <w:rPr>
          <w:color w:val="EE0000"/>
        </w:rPr>
        <w:t>.</w:t>
      </w:r>
    </w:p>
    <w:p w14:paraId="56064B71" w14:textId="77777777" w:rsidR="0061156C" w:rsidRDefault="0061156C" w:rsidP="0061156C">
      <w:pPr>
        <w:bidi/>
        <w:rPr>
          <w:rFonts w:hint="cs"/>
          <w:b/>
          <w:color w:val="2F5442"/>
          <w:sz w:val="32"/>
        </w:rPr>
      </w:pPr>
    </w:p>
    <w:p w14:paraId="0CF83B9E" w14:textId="77777777" w:rsidR="0061156C" w:rsidRDefault="0061156C" w:rsidP="0061156C">
      <w:pPr>
        <w:bidi/>
        <w:rPr>
          <w:b/>
          <w:color w:val="2F5442"/>
          <w:sz w:val="32"/>
        </w:rPr>
      </w:pPr>
    </w:p>
    <w:p w14:paraId="6C7FC387" w14:textId="16FD42CC" w:rsidR="00540C13" w:rsidRDefault="00000000" w:rsidP="0061156C">
      <w:pPr>
        <w:bidi/>
        <w:rPr>
          <w:rFonts w:hint="cs"/>
          <w:rtl/>
          <w:lang w:bidi="ar-SY"/>
        </w:rPr>
      </w:pPr>
      <w:r>
        <w:rPr>
          <w:b/>
          <w:color w:val="2F5442"/>
          <w:sz w:val="32"/>
        </w:rPr>
        <w:t>ثالثاً: الملخص الوصفي</w:t>
      </w:r>
    </w:p>
    <w:tbl>
      <w:tblPr>
        <w:tblStyle w:val="afa"/>
        <w:tblW w:w="0" w:type="auto"/>
        <w:tblLook w:val="04A0" w:firstRow="1" w:lastRow="0" w:firstColumn="1" w:lastColumn="0" w:noHBand="0" w:noVBand="1"/>
      </w:tblPr>
      <w:tblGrid>
        <w:gridCol w:w="5179"/>
        <w:gridCol w:w="5179"/>
      </w:tblGrid>
      <w:tr w:rsidR="00540C13" w14:paraId="4ADA822E" w14:textId="77777777" w:rsidTr="006E17D0">
        <w:tc>
          <w:tcPr>
            <w:tcW w:w="5184" w:type="dxa"/>
          </w:tcPr>
          <w:p w14:paraId="7C7CFFCF" w14:textId="77777777" w:rsidR="00540C13" w:rsidRDefault="00000000" w:rsidP="006E17D0">
            <w:pPr>
              <w:bidi/>
            </w:pPr>
            <w:r>
              <w:rPr>
                <w:b/>
                <w:sz w:val="20"/>
              </w:rPr>
              <w:t>المؤشر</w:t>
            </w:r>
          </w:p>
        </w:tc>
        <w:tc>
          <w:tcPr>
            <w:tcW w:w="5184" w:type="dxa"/>
          </w:tcPr>
          <w:p w14:paraId="626EAC72" w14:textId="77777777" w:rsidR="00540C13" w:rsidRDefault="00000000" w:rsidP="006E17D0">
            <w:pPr>
              <w:bidi/>
            </w:pPr>
            <w:r>
              <w:rPr>
                <w:b/>
                <w:sz w:val="20"/>
              </w:rPr>
              <w:t>القيمة</w:t>
            </w:r>
          </w:p>
        </w:tc>
      </w:tr>
      <w:tr w:rsidR="00540C13" w14:paraId="5406F9EA" w14:textId="77777777" w:rsidTr="006E17D0">
        <w:tc>
          <w:tcPr>
            <w:tcW w:w="5184" w:type="dxa"/>
          </w:tcPr>
          <w:p w14:paraId="3BC106B6" w14:textId="77777777" w:rsidR="00540C13" w:rsidRDefault="00000000" w:rsidP="006E17D0">
            <w:pPr>
              <w:bidi/>
            </w:pPr>
            <w:r>
              <w:rPr>
                <w:sz w:val="20"/>
              </w:rPr>
              <w:t>عدد الاستجابات</w:t>
            </w:r>
          </w:p>
        </w:tc>
        <w:tc>
          <w:tcPr>
            <w:tcW w:w="5184" w:type="dxa"/>
          </w:tcPr>
          <w:p w14:paraId="772B5273" w14:textId="77777777" w:rsidR="00540C13" w:rsidRDefault="00000000" w:rsidP="006E17D0">
            <w:pPr>
              <w:bidi/>
            </w:pPr>
            <w:r>
              <w:rPr>
                <w:sz w:val="20"/>
              </w:rPr>
              <w:t>100</w:t>
            </w:r>
          </w:p>
        </w:tc>
      </w:tr>
      <w:tr w:rsidR="00540C13" w14:paraId="15DF00DC" w14:textId="77777777" w:rsidTr="006E17D0">
        <w:tc>
          <w:tcPr>
            <w:tcW w:w="5184" w:type="dxa"/>
          </w:tcPr>
          <w:p w14:paraId="2AAE74AE" w14:textId="77777777" w:rsidR="00540C13" w:rsidRDefault="00000000" w:rsidP="006E17D0">
            <w:pPr>
              <w:bidi/>
            </w:pPr>
            <w:r>
              <w:rPr>
                <w:sz w:val="20"/>
              </w:rPr>
              <w:t>متوسط المصداقية</w:t>
            </w:r>
          </w:p>
        </w:tc>
        <w:tc>
          <w:tcPr>
            <w:tcW w:w="5184" w:type="dxa"/>
          </w:tcPr>
          <w:p w14:paraId="01BEF58E" w14:textId="77777777" w:rsidR="00540C13" w:rsidRDefault="00000000" w:rsidP="006E17D0">
            <w:pPr>
              <w:bidi/>
            </w:pPr>
            <w:r>
              <w:rPr>
                <w:sz w:val="20"/>
              </w:rPr>
              <w:t>3.6</w:t>
            </w:r>
          </w:p>
        </w:tc>
      </w:tr>
      <w:tr w:rsidR="00540C13" w14:paraId="502B2D30" w14:textId="77777777" w:rsidTr="006E17D0">
        <w:tc>
          <w:tcPr>
            <w:tcW w:w="5184" w:type="dxa"/>
          </w:tcPr>
          <w:p w14:paraId="2730BB36" w14:textId="77777777" w:rsidR="00540C13" w:rsidRDefault="00000000" w:rsidP="006E17D0">
            <w:pPr>
              <w:bidi/>
            </w:pPr>
            <w:r>
              <w:rPr>
                <w:sz w:val="20"/>
              </w:rPr>
              <w:t>متوسط جودة المحتوى</w:t>
            </w:r>
          </w:p>
        </w:tc>
        <w:tc>
          <w:tcPr>
            <w:tcW w:w="5184" w:type="dxa"/>
          </w:tcPr>
          <w:p w14:paraId="138AD572" w14:textId="77777777" w:rsidR="00540C13" w:rsidRDefault="00000000" w:rsidP="006E17D0">
            <w:pPr>
              <w:bidi/>
            </w:pPr>
            <w:r>
              <w:rPr>
                <w:sz w:val="20"/>
              </w:rPr>
              <w:t>3.64</w:t>
            </w:r>
          </w:p>
        </w:tc>
      </w:tr>
      <w:tr w:rsidR="00540C13" w14:paraId="67C8F5F9" w14:textId="77777777" w:rsidTr="006E17D0">
        <w:tc>
          <w:tcPr>
            <w:tcW w:w="5184" w:type="dxa"/>
          </w:tcPr>
          <w:p w14:paraId="23715BD0" w14:textId="77777777" w:rsidR="00540C13" w:rsidRDefault="00000000" w:rsidP="006E17D0">
            <w:pPr>
              <w:bidi/>
            </w:pPr>
            <w:r>
              <w:rPr>
                <w:sz w:val="20"/>
              </w:rPr>
              <w:t>متوسط نية الشراء</w:t>
            </w:r>
          </w:p>
        </w:tc>
        <w:tc>
          <w:tcPr>
            <w:tcW w:w="5184" w:type="dxa"/>
          </w:tcPr>
          <w:p w14:paraId="4EDBF814" w14:textId="77777777" w:rsidR="00540C13" w:rsidRDefault="00000000" w:rsidP="006E17D0">
            <w:pPr>
              <w:bidi/>
            </w:pPr>
            <w:r>
              <w:rPr>
                <w:sz w:val="20"/>
              </w:rPr>
              <w:t>3.47</w:t>
            </w:r>
          </w:p>
        </w:tc>
      </w:tr>
    </w:tbl>
    <w:p w14:paraId="23914214" w14:textId="77777777" w:rsidR="00540C13" w:rsidRDefault="00000000" w:rsidP="006E17D0">
      <w:pPr>
        <w:bidi/>
      </w:pPr>
      <w:r>
        <w:rPr>
          <w:b/>
          <w:color w:val="2F5442"/>
          <w:sz w:val="26"/>
        </w:rPr>
        <w:t>توزيع الجنس</w:t>
      </w:r>
    </w:p>
    <w:tbl>
      <w:tblPr>
        <w:tblStyle w:val="afa"/>
        <w:tblW w:w="0" w:type="auto"/>
        <w:tblLook w:val="04A0" w:firstRow="1" w:lastRow="0" w:firstColumn="1" w:lastColumn="0" w:noHBand="0" w:noVBand="1"/>
      </w:tblPr>
      <w:tblGrid>
        <w:gridCol w:w="5179"/>
        <w:gridCol w:w="5179"/>
      </w:tblGrid>
      <w:tr w:rsidR="00540C13" w14:paraId="1C19B1BA" w14:textId="77777777" w:rsidTr="006E17D0">
        <w:tc>
          <w:tcPr>
            <w:tcW w:w="5184" w:type="dxa"/>
          </w:tcPr>
          <w:p w14:paraId="16A0ACF8" w14:textId="77777777" w:rsidR="00540C13" w:rsidRDefault="00000000" w:rsidP="006E17D0">
            <w:pPr>
              <w:bidi/>
            </w:pPr>
            <w:r>
              <w:rPr>
                <w:b/>
                <w:sz w:val="20"/>
              </w:rPr>
              <w:t>الجنس</w:t>
            </w:r>
          </w:p>
        </w:tc>
        <w:tc>
          <w:tcPr>
            <w:tcW w:w="5184" w:type="dxa"/>
          </w:tcPr>
          <w:p w14:paraId="2D18664F" w14:textId="77777777" w:rsidR="00540C13" w:rsidRDefault="00000000" w:rsidP="006E17D0">
            <w:pPr>
              <w:bidi/>
            </w:pPr>
            <w:r>
              <w:rPr>
                <w:b/>
                <w:sz w:val="20"/>
              </w:rPr>
              <w:t>العدد</w:t>
            </w:r>
          </w:p>
        </w:tc>
      </w:tr>
      <w:tr w:rsidR="00540C13" w14:paraId="4F4E319F" w14:textId="77777777" w:rsidTr="006E17D0">
        <w:tc>
          <w:tcPr>
            <w:tcW w:w="5184" w:type="dxa"/>
          </w:tcPr>
          <w:p w14:paraId="20C3FBEC" w14:textId="77777777" w:rsidR="00540C13" w:rsidRDefault="00000000" w:rsidP="006E17D0">
            <w:pPr>
              <w:bidi/>
            </w:pPr>
            <w:r>
              <w:rPr>
                <w:sz w:val="20"/>
              </w:rPr>
              <w:t>أنثى</w:t>
            </w:r>
          </w:p>
        </w:tc>
        <w:tc>
          <w:tcPr>
            <w:tcW w:w="5184" w:type="dxa"/>
          </w:tcPr>
          <w:p w14:paraId="19A44DED" w14:textId="77777777" w:rsidR="00540C13" w:rsidRDefault="00000000" w:rsidP="006E17D0">
            <w:pPr>
              <w:bidi/>
            </w:pPr>
            <w:r>
              <w:rPr>
                <w:sz w:val="20"/>
              </w:rPr>
              <w:t>60</w:t>
            </w:r>
          </w:p>
        </w:tc>
      </w:tr>
      <w:tr w:rsidR="00540C13" w14:paraId="13FC6950" w14:textId="77777777" w:rsidTr="006E17D0">
        <w:tc>
          <w:tcPr>
            <w:tcW w:w="5184" w:type="dxa"/>
          </w:tcPr>
          <w:p w14:paraId="05D28744" w14:textId="77777777" w:rsidR="00540C13" w:rsidRDefault="00000000" w:rsidP="006E17D0">
            <w:pPr>
              <w:bidi/>
            </w:pPr>
            <w:r>
              <w:rPr>
                <w:sz w:val="20"/>
              </w:rPr>
              <w:t>ذكر</w:t>
            </w:r>
          </w:p>
        </w:tc>
        <w:tc>
          <w:tcPr>
            <w:tcW w:w="5184" w:type="dxa"/>
          </w:tcPr>
          <w:p w14:paraId="789C01C2" w14:textId="77777777" w:rsidR="00540C13" w:rsidRDefault="00000000" w:rsidP="006E17D0">
            <w:pPr>
              <w:bidi/>
            </w:pPr>
            <w:r>
              <w:rPr>
                <w:sz w:val="20"/>
              </w:rPr>
              <w:t>40</w:t>
            </w:r>
          </w:p>
        </w:tc>
      </w:tr>
    </w:tbl>
    <w:p w14:paraId="5560E2E0" w14:textId="77777777" w:rsidR="00540C13" w:rsidRDefault="00540C13" w:rsidP="006E17D0">
      <w:pPr>
        <w:bidi/>
        <w:sectPr w:rsidR="00540C13">
          <w:headerReference w:type="even" r:id="rId12"/>
          <w:footerReference w:type="even" r:id="rId13"/>
          <w:footerReference w:type="default" r:id="rId14"/>
          <w:headerReference w:type="first" r:id="rId15"/>
          <w:footerReference w:type="first" r:id="rId16"/>
          <w:pgSz w:w="12240" w:h="15840"/>
          <w:pgMar w:top="936" w:right="936" w:bottom="936" w:left="936" w:header="720" w:footer="720" w:gutter="0"/>
          <w:cols w:space="720"/>
          <w:docGrid w:linePitch="360"/>
        </w:sectPr>
      </w:pPr>
    </w:p>
    <w:p w14:paraId="00EC89CA" w14:textId="77777777" w:rsidR="00540C13" w:rsidRDefault="00000000" w:rsidP="006E17D0">
      <w:pPr>
        <w:bidi/>
      </w:pPr>
      <w:r>
        <w:rPr>
          <w:b/>
          <w:color w:val="2F5442"/>
          <w:sz w:val="32"/>
        </w:rPr>
        <w:lastRenderedPageBreak/>
        <w:t>رابعاً: ملحق الاستجابات المسجلة</w:t>
      </w:r>
    </w:p>
    <w:p w14:paraId="0D6EB8C4" w14:textId="77777777" w:rsidR="00540C13" w:rsidRDefault="00000000" w:rsidP="006E17D0">
      <w:pPr>
        <w:bidi/>
        <w:spacing w:after="100" w:line="300" w:lineRule="auto"/>
      </w:pPr>
      <w:r>
        <w:t>يتضمن الملحق جميع الصفوف الواردة في شيت الاستجابات وعددها 100 استجابة، مع المتغيرات الديموغرافية وإجابات العبارات والمتوسطات المحسوبة.</w:t>
      </w:r>
    </w:p>
    <w:p w14:paraId="6BB2FB63" w14:textId="77777777" w:rsidR="00540C13" w:rsidRDefault="00000000" w:rsidP="006E17D0">
      <w:pPr>
        <w:bidi/>
      </w:pPr>
      <w:r>
        <w:rPr>
          <w:b/>
          <w:color w:val="2F5442"/>
          <w:sz w:val="26"/>
        </w:rPr>
        <w:t>الجزء (أ): البيانات الأساسية والأسئلة 1-9</w:t>
      </w:r>
    </w:p>
    <w:tbl>
      <w:tblPr>
        <w:tblStyle w:val="afa"/>
        <w:tblW w:w="0" w:type="auto"/>
        <w:jc w:val="center"/>
        <w:tblLook w:val="04A0" w:firstRow="1" w:lastRow="0" w:firstColumn="1" w:lastColumn="0" w:noHBand="0" w:noVBand="1"/>
      </w:tblPr>
      <w:tblGrid>
        <w:gridCol w:w="989"/>
        <w:gridCol w:w="989"/>
        <w:gridCol w:w="988"/>
        <w:gridCol w:w="988"/>
        <w:gridCol w:w="988"/>
        <w:gridCol w:w="988"/>
        <w:gridCol w:w="988"/>
        <w:gridCol w:w="988"/>
        <w:gridCol w:w="988"/>
        <w:gridCol w:w="988"/>
        <w:gridCol w:w="988"/>
        <w:gridCol w:w="988"/>
        <w:gridCol w:w="988"/>
        <w:gridCol w:w="988"/>
        <w:gridCol w:w="988"/>
      </w:tblGrid>
      <w:tr w:rsidR="00540C13" w14:paraId="3D387A3C" w14:textId="77777777">
        <w:trPr>
          <w:jc w:val="center"/>
        </w:trPr>
        <w:tc>
          <w:tcPr>
            <w:tcW w:w="989" w:type="dxa"/>
            <w:shd w:val="clear" w:color="auto" w:fill="D9EAD3"/>
          </w:tcPr>
          <w:p w14:paraId="4C62F58B" w14:textId="77777777" w:rsidR="00540C13" w:rsidRDefault="00000000" w:rsidP="006E17D0">
            <w:pPr>
              <w:bidi/>
            </w:pPr>
            <w:r>
              <w:rPr>
                <w:b/>
                <w:sz w:val="12"/>
              </w:rPr>
              <w:t>معرف الاستجابة</w:t>
            </w:r>
          </w:p>
        </w:tc>
        <w:tc>
          <w:tcPr>
            <w:tcW w:w="989" w:type="dxa"/>
            <w:shd w:val="clear" w:color="auto" w:fill="D9EAD3"/>
          </w:tcPr>
          <w:p w14:paraId="0B72BF39" w14:textId="77777777" w:rsidR="00540C13" w:rsidRDefault="00000000" w:rsidP="006E17D0">
            <w:pPr>
              <w:bidi/>
            </w:pPr>
            <w:r>
              <w:rPr>
                <w:b/>
                <w:sz w:val="12"/>
              </w:rPr>
              <w:t>الجنس</w:t>
            </w:r>
          </w:p>
        </w:tc>
        <w:tc>
          <w:tcPr>
            <w:tcW w:w="989" w:type="dxa"/>
            <w:shd w:val="clear" w:color="auto" w:fill="D9EAD3"/>
          </w:tcPr>
          <w:p w14:paraId="4C1EAC7F" w14:textId="77777777" w:rsidR="00540C13" w:rsidRDefault="00000000" w:rsidP="006E17D0">
            <w:pPr>
              <w:bidi/>
            </w:pPr>
            <w:r>
              <w:rPr>
                <w:b/>
                <w:sz w:val="12"/>
              </w:rPr>
              <w:t>العمر</w:t>
            </w:r>
          </w:p>
        </w:tc>
        <w:tc>
          <w:tcPr>
            <w:tcW w:w="989" w:type="dxa"/>
            <w:shd w:val="clear" w:color="auto" w:fill="D9EAD3"/>
          </w:tcPr>
          <w:p w14:paraId="4FCC6638" w14:textId="77777777" w:rsidR="00540C13" w:rsidRDefault="00000000" w:rsidP="006E17D0">
            <w:pPr>
              <w:bidi/>
            </w:pPr>
            <w:r>
              <w:rPr>
                <w:b/>
                <w:sz w:val="12"/>
              </w:rPr>
              <w:t>المؤهل العلمي</w:t>
            </w:r>
          </w:p>
        </w:tc>
        <w:tc>
          <w:tcPr>
            <w:tcW w:w="989" w:type="dxa"/>
            <w:shd w:val="clear" w:color="auto" w:fill="D9EAD3"/>
          </w:tcPr>
          <w:p w14:paraId="6F7A4344" w14:textId="77777777" w:rsidR="00540C13" w:rsidRDefault="00000000" w:rsidP="006E17D0">
            <w:pPr>
              <w:bidi/>
            </w:pPr>
            <w:r>
              <w:rPr>
                <w:b/>
                <w:sz w:val="12"/>
              </w:rPr>
              <w:t>معدل التسوق عبر الإنترنت</w:t>
            </w:r>
          </w:p>
        </w:tc>
        <w:tc>
          <w:tcPr>
            <w:tcW w:w="989" w:type="dxa"/>
            <w:shd w:val="clear" w:color="auto" w:fill="D9EAD3"/>
          </w:tcPr>
          <w:p w14:paraId="40736823" w14:textId="77777777" w:rsidR="00540C13" w:rsidRDefault="00000000" w:rsidP="006E17D0">
            <w:pPr>
              <w:bidi/>
            </w:pPr>
            <w:r>
              <w:rPr>
                <w:b/>
                <w:sz w:val="12"/>
              </w:rPr>
              <w:t>المنصة الأكثر اعتمادًا</w:t>
            </w:r>
          </w:p>
        </w:tc>
        <w:tc>
          <w:tcPr>
            <w:tcW w:w="989" w:type="dxa"/>
            <w:shd w:val="clear" w:color="auto" w:fill="D9EAD3"/>
          </w:tcPr>
          <w:p w14:paraId="266ED7DD" w14:textId="77777777" w:rsidR="00540C13" w:rsidRDefault="00000000" w:rsidP="006E17D0">
            <w:pPr>
              <w:bidi/>
            </w:pPr>
            <w:r>
              <w:rPr>
                <w:b/>
                <w:sz w:val="12"/>
              </w:rPr>
              <w:t>س1</w:t>
            </w:r>
          </w:p>
        </w:tc>
        <w:tc>
          <w:tcPr>
            <w:tcW w:w="989" w:type="dxa"/>
            <w:shd w:val="clear" w:color="auto" w:fill="D9EAD3"/>
          </w:tcPr>
          <w:p w14:paraId="055C0843" w14:textId="77777777" w:rsidR="00540C13" w:rsidRDefault="00000000" w:rsidP="006E17D0">
            <w:pPr>
              <w:bidi/>
            </w:pPr>
            <w:r>
              <w:rPr>
                <w:b/>
                <w:sz w:val="12"/>
              </w:rPr>
              <w:t>س2</w:t>
            </w:r>
          </w:p>
        </w:tc>
        <w:tc>
          <w:tcPr>
            <w:tcW w:w="989" w:type="dxa"/>
            <w:shd w:val="clear" w:color="auto" w:fill="D9EAD3"/>
          </w:tcPr>
          <w:p w14:paraId="36B5B70D" w14:textId="77777777" w:rsidR="00540C13" w:rsidRDefault="00000000" w:rsidP="006E17D0">
            <w:pPr>
              <w:bidi/>
            </w:pPr>
            <w:r>
              <w:rPr>
                <w:b/>
                <w:sz w:val="12"/>
              </w:rPr>
              <w:t>س3</w:t>
            </w:r>
          </w:p>
        </w:tc>
        <w:tc>
          <w:tcPr>
            <w:tcW w:w="989" w:type="dxa"/>
            <w:shd w:val="clear" w:color="auto" w:fill="D9EAD3"/>
          </w:tcPr>
          <w:p w14:paraId="743C36DA" w14:textId="77777777" w:rsidR="00540C13" w:rsidRDefault="00000000" w:rsidP="006E17D0">
            <w:pPr>
              <w:bidi/>
            </w:pPr>
            <w:r>
              <w:rPr>
                <w:b/>
                <w:sz w:val="12"/>
              </w:rPr>
              <w:t>س4</w:t>
            </w:r>
          </w:p>
        </w:tc>
        <w:tc>
          <w:tcPr>
            <w:tcW w:w="989" w:type="dxa"/>
            <w:shd w:val="clear" w:color="auto" w:fill="D9EAD3"/>
          </w:tcPr>
          <w:p w14:paraId="45112DD3" w14:textId="77777777" w:rsidR="00540C13" w:rsidRDefault="00000000" w:rsidP="006E17D0">
            <w:pPr>
              <w:bidi/>
            </w:pPr>
            <w:r>
              <w:rPr>
                <w:b/>
                <w:sz w:val="12"/>
              </w:rPr>
              <w:t>س5</w:t>
            </w:r>
          </w:p>
        </w:tc>
        <w:tc>
          <w:tcPr>
            <w:tcW w:w="989" w:type="dxa"/>
            <w:shd w:val="clear" w:color="auto" w:fill="D9EAD3"/>
          </w:tcPr>
          <w:p w14:paraId="3F17CF65" w14:textId="77777777" w:rsidR="00540C13" w:rsidRDefault="00000000" w:rsidP="006E17D0">
            <w:pPr>
              <w:bidi/>
            </w:pPr>
            <w:r>
              <w:rPr>
                <w:b/>
                <w:sz w:val="12"/>
              </w:rPr>
              <w:t>س6</w:t>
            </w:r>
          </w:p>
        </w:tc>
        <w:tc>
          <w:tcPr>
            <w:tcW w:w="989" w:type="dxa"/>
            <w:shd w:val="clear" w:color="auto" w:fill="D9EAD3"/>
          </w:tcPr>
          <w:p w14:paraId="0F7C2412" w14:textId="77777777" w:rsidR="00540C13" w:rsidRDefault="00000000" w:rsidP="006E17D0">
            <w:pPr>
              <w:bidi/>
            </w:pPr>
            <w:r>
              <w:rPr>
                <w:b/>
                <w:sz w:val="12"/>
              </w:rPr>
              <w:t>س7</w:t>
            </w:r>
          </w:p>
        </w:tc>
        <w:tc>
          <w:tcPr>
            <w:tcW w:w="989" w:type="dxa"/>
            <w:shd w:val="clear" w:color="auto" w:fill="D9EAD3"/>
          </w:tcPr>
          <w:p w14:paraId="288079DE" w14:textId="77777777" w:rsidR="00540C13" w:rsidRDefault="00000000" w:rsidP="006E17D0">
            <w:pPr>
              <w:bidi/>
            </w:pPr>
            <w:r>
              <w:rPr>
                <w:b/>
                <w:sz w:val="12"/>
              </w:rPr>
              <w:t>س8</w:t>
            </w:r>
          </w:p>
        </w:tc>
        <w:tc>
          <w:tcPr>
            <w:tcW w:w="989" w:type="dxa"/>
            <w:shd w:val="clear" w:color="auto" w:fill="D9EAD3"/>
          </w:tcPr>
          <w:p w14:paraId="63CFFD62" w14:textId="77777777" w:rsidR="00540C13" w:rsidRDefault="00000000" w:rsidP="006E17D0">
            <w:pPr>
              <w:bidi/>
            </w:pPr>
            <w:r>
              <w:rPr>
                <w:b/>
                <w:sz w:val="12"/>
              </w:rPr>
              <w:t>س9</w:t>
            </w:r>
          </w:p>
        </w:tc>
      </w:tr>
      <w:tr w:rsidR="00540C13" w14:paraId="47908EA7" w14:textId="77777777">
        <w:trPr>
          <w:jc w:val="center"/>
        </w:trPr>
        <w:tc>
          <w:tcPr>
            <w:tcW w:w="989" w:type="dxa"/>
          </w:tcPr>
          <w:p w14:paraId="3AB61D46" w14:textId="77777777" w:rsidR="00540C13" w:rsidRDefault="00000000" w:rsidP="006E17D0">
            <w:pPr>
              <w:bidi/>
            </w:pPr>
            <w:r>
              <w:rPr>
                <w:sz w:val="11"/>
              </w:rPr>
              <w:t>R001</w:t>
            </w:r>
          </w:p>
        </w:tc>
        <w:tc>
          <w:tcPr>
            <w:tcW w:w="989" w:type="dxa"/>
          </w:tcPr>
          <w:p w14:paraId="778DD939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17D354E6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216CB254" w14:textId="77777777" w:rsidR="00540C13" w:rsidRDefault="00000000" w:rsidP="006E17D0">
            <w:pPr>
              <w:bidi/>
            </w:pPr>
            <w:r>
              <w:rPr>
                <w:sz w:val="11"/>
              </w:rPr>
              <w:t>بكالوريوس</w:t>
            </w:r>
          </w:p>
        </w:tc>
        <w:tc>
          <w:tcPr>
            <w:tcW w:w="989" w:type="dxa"/>
          </w:tcPr>
          <w:p w14:paraId="620211E3" w14:textId="77777777" w:rsidR="00540C13" w:rsidRDefault="00000000" w:rsidP="006E17D0">
            <w:pPr>
              <w:bidi/>
            </w:pPr>
            <w:r>
              <w:rPr>
                <w:sz w:val="11"/>
              </w:rPr>
              <w:t>مرتين إلى ثلاث مرات شهريًا</w:t>
            </w:r>
          </w:p>
        </w:tc>
        <w:tc>
          <w:tcPr>
            <w:tcW w:w="989" w:type="dxa"/>
          </w:tcPr>
          <w:p w14:paraId="04751559" w14:textId="77777777" w:rsidR="00540C13" w:rsidRDefault="00000000" w:rsidP="006E17D0">
            <w:pPr>
              <w:bidi/>
            </w:pPr>
            <w:r>
              <w:rPr>
                <w:sz w:val="11"/>
              </w:rPr>
              <w:t>خرائط Google</w:t>
            </w:r>
          </w:p>
        </w:tc>
        <w:tc>
          <w:tcPr>
            <w:tcW w:w="989" w:type="dxa"/>
          </w:tcPr>
          <w:p w14:paraId="1AC0AFAE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6D20707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10875F4C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345FA6D3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548FB9AD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28D31790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453BB080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1DEEF964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73E2317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</w:tr>
      <w:tr w:rsidR="00540C13" w14:paraId="78EDD65D" w14:textId="77777777">
        <w:trPr>
          <w:jc w:val="center"/>
        </w:trPr>
        <w:tc>
          <w:tcPr>
            <w:tcW w:w="989" w:type="dxa"/>
          </w:tcPr>
          <w:p w14:paraId="0FBD7037" w14:textId="77777777" w:rsidR="00540C13" w:rsidRDefault="00000000" w:rsidP="006E17D0">
            <w:pPr>
              <w:bidi/>
            </w:pPr>
            <w:r>
              <w:rPr>
                <w:sz w:val="11"/>
              </w:rPr>
              <w:t>R002</w:t>
            </w:r>
          </w:p>
        </w:tc>
        <w:tc>
          <w:tcPr>
            <w:tcW w:w="989" w:type="dxa"/>
          </w:tcPr>
          <w:p w14:paraId="7186B5C2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57F7D421" w14:textId="77777777" w:rsidR="00540C13" w:rsidRDefault="00000000" w:rsidP="006E17D0">
            <w:pPr>
              <w:bidi/>
            </w:pPr>
            <w:r>
              <w:rPr>
                <w:sz w:val="11"/>
              </w:rPr>
              <w:t>40 سنة فأكثر</w:t>
            </w:r>
          </w:p>
        </w:tc>
        <w:tc>
          <w:tcPr>
            <w:tcW w:w="989" w:type="dxa"/>
          </w:tcPr>
          <w:p w14:paraId="5991CB2E" w14:textId="77777777" w:rsidR="00540C13" w:rsidRDefault="00000000" w:rsidP="006E17D0">
            <w:pPr>
              <w:bidi/>
            </w:pPr>
            <w:r>
              <w:rPr>
                <w:sz w:val="11"/>
              </w:rPr>
              <w:t>دبلوم</w:t>
            </w:r>
          </w:p>
        </w:tc>
        <w:tc>
          <w:tcPr>
            <w:tcW w:w="989" w:type="dxa"/>
          </w:tcPr>
          <w:p w14:paraId="492C91B5" w14:textId="77777777" w:rsidR="00540C13" w:rsidRDefault="00000000" w:rsidP="006E17D0">
            <w:pPr>
              <w:bidi/>
            </w:pPr>
            <w:r>
              <w:rPr>
                <w:sz w:val="11"/>
              </w:rPr>
              <w:t>مرتين إلى ثلاث مرات شهريًا</w:t>
            </w:r>
          </w:p>
        </w:tc>
        <w:tc>
          <w:tcPr>
            <w:tcW w:w="989" w:type="dxa"/>
          </w:tcPr>
          <w:p w14:paraId="4DDE991B" w14:textId="77777777" w:rsidR="00540C13" w:rsidRDefault="00000000" w:rsidP="006E17D0">
            <w:pPr>
              <w:bidi/>
            </w:pPr>
            <w:r>
              <w:rPr>
                <w:sz w:val="11"/>
              </w:rPr>
              <w:t>مواقع التواصل الاجتماعي</w:t>
            </w:r>
          </w:p>
        </w:tc>
        <w:tc>
          <w:tcPr>
            <w:tcW w:w="989" w:type="dxa"/>
          </w:tcPr>
          <w:p w14:paraId="6FA47E2B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14891DE7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6B4CD82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7E0CEA3D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50832E74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539A0190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563AE0F4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2BD4E33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211D37AE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</w:tr>
      <w:tr w:rsidR="00540C13" w14:paraId="1FB3BB1F" w14:textId="77777777">
        <w:trPr>
          <w:jc w:val="center"/>
        </w:trPr>
        <w:tc>
          <w:tcPr>
            <w:tcW w:w="989" w:type="dxa"/>
          </w:tcPr>
          <w:p w14:paraId="5745AAEA" w14:textId="77777777" w:rsidR="00540C13" w:rsidRDefault="00000000" w:rsidP="006E17D0">
            <w:pPr>
              <w:bidi/>
            </w:pPr>
            <w:r>
              <w:rPr>
                <w:sz w:val="11"/>
              </w:rPr>
              <w:t>R003</w:t>
            </w:r>
          </w:p>
        </w:tc>
        <w:tc>
          <w:tcPr>
            <w:tcW w:w="989" w:type="dxa"/>
          </w:tcPr>
          <w:p w14:paraId="26BAB9E3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6479FC00" w14:textId="77777777" w:rsidR="00540C13" w:rsidRDefault="00000000" w:rsidP="006E17D0">
            <w:pPr>
              <w:bidi/>
            </w:pPr>
            <w:r>
              <w:rPr>
                <w:sz w:val="11"/>
              </w:rPr>
              <w:t>أقل من 20 سنة</w:t>
            </w:r>
          </w:p>
        </w:tc>
        <w:tc>
          <w:tcPr>
            <w:tcW w:w="989" w:type="dxa"/>
          </w:tcPr>
          <w:p w14:paraId="36C5713B" w14:textId="77777777" w:rsidR="00540C13" w:rsidRDefault="00000000" w:rsidP="006E17D0">
            <w:pPr>
              <w:bidi/>
            </w:pPr>
            <w:r>
              <w:rPr>
                <w:sz w:val="11"/>
              </w:rPr>
              <w:t>دبلوم</w:t>
            </w:r>
          </w:p>
        </w:tc>
        <w:tc>
          <w:tcPr>
            <w:tcW w:w="989" w:type="dxa"/>
          </w:tcPr>
          <w:p w14:paraId="4F95A71F" w14:textId="77777777" w:rsidR="00540C13" w:rsidRDefault="00000000" w:rsidP="006E17D0">
            <w:pPr>
              <w:bidi/>
            </w:pPr>
            <w:r>
              <w:rPr>
                <w:sz w:val="11"/>
              </w:rPr>
              <w:t>مرتين إلى ثلاث مرات شهريًا</w:t>
            </w:r>
          </w:p>
        </w:tc>
        <w:tc>
          <w:tcPr>
            <w:tcW w:w="989" w:type="dxa"/>
          </w:tcPr>
          <w:p w14:paraId="3B391D10" w14:textId="77777777" w:rsidR="00540C13" w:rsidRDefault="00000000" w:rsidP="006E17D0">
            <w:pPr>
              <w:bidi/>
            </w:pPr>
            <w:r>
              <w:rPr>
                <w:sz w:val="11"/>
              </w:rPr>
              <w:t>مواقع التواصل الاجتماعي</w:t>
            </w:r>
          </w:p>
        </w:tc>
        <w:tc>
          <w:tcPr>
            <w:tcW w:w="989" w:type="dxa"/>
          </w:tcPr>
          <w:p w14:paraId="191CCF9F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0155D451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54BEDAD3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38DDC1B9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2E5D98D2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57BC761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740C6830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1B05ECFB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4D61101B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</w:tr>
      <w:tr w:rsidR="00540C13" w14:paraId="686B76E1" w14:textId="77777777">
        <w:trPr>
          <w:jc w:val="center"/>
        </w:trPr>
        <w:tc>
          <w:tcPr>
            <w:tcW w:w="989" w:type="dxa"/>
          </w:tcPr>
          <w:p w14:paraId="4D1E4989" w14:textId="77777777" w:rsidR="00540C13" w:rsidRDefault="00000000" w:rsidP="006E17D0">
            <w:pPr>
              <w:bidi/>
            </w:pPr>
            <w:r>
              <w:rPr>
                <w:sz w:val="11"/>
              </w:rPr>
              <w:t>R004</w:t>
            </w:r>
          </w:p>
        </w:tc>
        <w:tc>
          <w:tcPr>
            <w:tcW w:w="989" w:type="dxa"/>
          </w:tcPr>
          <w:p w14:paraId="1DF7EC3B" w14:textId="77777777" w:rsidR="00540C13" w:rsidRDefault="00000000" w:rsidP="006E17D0">
            <w:pPr>
              <w:bidi/>
            </w:pPr>
            <w:r>
              <w:rPr>
                <w:sz w:val="11"/>
              </w:rPr>
              <w:t>ذكر</w:t>
            </w:r>
          </w:p>
        </w:tc>
        <w:tc>
          <w:tcPr>
            <w:tcW w:w="989" w:type="dxa"/>
          </w:tcPr>
          <w:p w14:paraId="4B2E56A5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4BBECF28" w14:textId="77777777" w:rsidR="00540C13" w:rsidRDefault="00000000" w:rsidP="006E17D0">
            <w:pPr>
              <w:bidi/>
            </w:pPr>
            <w:r>
              <w:rPr>
                <w:sz w:val="11"/>
              </w:rPr>
              <w:t>بكالوريوس</w:t>
            </w:r>
          </w:p>
        </w:tc>
        <w:tc>
          <w:tcPr>
            <w:tcW w:w="989" w:type="dxa"/>
          </w:tcPr>
          <w:p w14:paraId="721E1BDA" w14:textId="77777777" w:rsidR="00540C13" w:rsidRDefault="00000000" w:rsidP="006E17D0">
            <w:pPr>
              <w:bidi/>
            </w:pPr>
            <w:r>
              <w:rPr>
                <w:sz w:val="11"/>
              </w:rPr>
              <w:t>مرة شهريًا</w:t>
            </w:r>
          </w:p>
        </w:tc>
        <w:tc>
          <w:tcPr>
            <w:tcW w:w="989" w:type="dxa"/>
          </w:tcPr>
          <w:p w14:paraId="081F70BC" w14:textId="77777777" w:rsidR="00540C13" w:rsidRDefault="00000000" w:rsidP="006E17D0">
            <w:pPr>
              <w:bidi/>
            </w:pPr>
            <w:r>
              <w:rPr>
                <w:sz w:val="11"/>
              </w:rPr>
              <w:t>منصات أخرى</w:t>
            </w:r>
          </w:p>
        </w:tc>
        <w:tc>
          <w:tcPr>
            <w:tcW w:w="989" w:type="dxa"/>
          </w:tcPr>
          <w:p w14:paraId="39349D69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32879911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1707E570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24F9BF5F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1C2F7682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63E20848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71648EB1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39C302A7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09499F28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</w:tr>
      <w:tr w:rsidR="00540C13" w14:paraId="4F5A8FBD" w14:textId="77777777">
        <w:trPr>
          <w:jc w:val="center"/>
        </w:trPr>
        <w:tc>
          <w:tcPr>
            <w:tcW w:w="989" w:type="dxa"/>
          </w:tcPr>
          <w:p w14:paraId="7DBC7C29" w14:textId="77777777" w:rsidR="00540C13" w:rsidRDefault="00000000" w:rsidP="006E17D0">
            <w:pPr>
              <w:bidi/>
            </w:pPr>
            <w:r>
              <w:rPr>
                <w:sz w:val="11"/>
              </w:rPr>
              <w:t>R005</w:t>
            </w:r>
          </w:p>
        </w:tc>
        <w:tc>
          <w:tcPr>
            <w:tcW w:w="989" w:type="dxa"/>
          </w:tcPr>
          <w:p w14:paraId="42F43CB6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2EC9E9B6" w14:textId="77777777" w:rsidR="00540C13" w:rsidRDefault="00000000" w:rsidP="006E17D0">
            <w:pPr>
              <w:bidi/>
            </w:pPr>
            <w:r>
              <w:rPr>
                <w:sz w:val="11"/>
              </w:rPr>
              <w:t>40 سنة فأكثر</w:t>
            </w:r>
          </w:p>
        </w:tc>
        <w:tc>
          <w:tcPr>
            <w:tcW w:w="989" w:type="dxa"/>
          </w:tcPr>
          <w:p w14:paraId="1317AB8F" w14:textId="77777777" w:rsidR="00540C13" w:rsidRDefault="00000000" w:rsidP="006E17D0">
            <w:pPr>
              <w:bidi/>
            </w:pPr>
            <w:r>
              <w:rPr>
                <w:sz w:val="11"/>
              </w:rPr>
              <w:t>بكالوريوس</w:t>
            </w:r>
          </w:p>
        </w:tc>
        <w:tc>
          <w:tcPr>
            <w:tcW w:w="989" w:type="dxa"/>
          </w:tcPr>
          <w:p w14:paraId="0E1D4885" w14:textId="77777777" w:rsidR="00540C13" w:rsidRDefault="00000000" w:rsidP="006E17D0">
            <w:pPr>
              <w:bidi/>
            </w:pPr>
            <w:r>
              <w:rPr>
                <w:sz w:val="11"/>
              </w:rPr>
              <w:t>أسبوعيًا أو أكثر</w:t>
            </w:r>
          </w:p>
        </w:tc>
        <w:tc>
          <w:tcPr>
            <w:tcW w:w="989" w:type="dxa"/>
          </w:tcPr>
          <w:p w14:paraId="1473D94E" w14:textId="77777777" w:rsidR="00540C13" w:rsidRDefault="00000000" w:rsidP="006E17D0">
            <w:pPr>
              <w:bidi/>
            </w:pPr>
            <w:r>
              <w:rPr>
                <w:sz w:val="11"/>
              </w:rPr>
              <w:t>المتاجر الإلكترونية</w:t>
            </w:r>
          </w:p>
        </w:tc>
        <w:tc>
          <w:tcPr>
            <w:tcW w:w="989" w:type="dxa"/>
          </w:tcPr>
          <w:p w14:paraId="3B6447A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111D7BA2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331C9E8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6BFADFC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1268F393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5F550D1E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5CE51303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5B172F22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23780B69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</w:tr>
      <w:tr w:rsidR="00540C13" w14:paraId="26E0ABCB" w14:textId="77777777">
        <w:trPr>
          <w:jc w:val="center"/>
        </w:trPr>
        <w:tc>
          <w:tcPr>
            <w:tcW w:w="989" w:type="dxa"/>
          </w:tcPr>
          <w:p w14:paraId="60492245" w14:textId="77777777" w:rsidR="00540C13" w:rsidRDefault="00000000" w:rsidP="006E17D0">
            <w:pPr>
              <w:bidi/>
            </w:pPr>
            <w:r>
              <w:rPr>
                <w:sz w:val="11"/>
              </w:rPr>
              <w:t>R006</w:t>
            </w:r>
          </w:p>
        </w:tc>
        <w:tc>
          <w:tcPr>
            <w:tcW w:w="989" w:type="dxa"/>
          </w:tcPr>
          <w:p w14:paraId="70B49E62" w14:textId="77777777" w:rsidR="00540C13" w:rsidRDefault="00000000" w:rsidP="006E17D0">
            <w:pPr>
              <w:bidi/>
            </w:pPr>
            <w:r>
              <w:rPr>
                <w:sz w:val="11"/>
              </w:rPr>
              <w:t>ذكر</w:t>
            </w:r>
          </w:p>
        </w:tc>
        <w:tc>
          <w:tcPr>
            <w:tcW w:w="989" w:type="dxa"/>
          </w:tcPr>
          <w:p w14:paraId="5C2D1654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48BE709A" w14:textId="77777777" w:rsidR="00540C13" w:rsidRDefault="00000000" w:rsidP="006E17D0">
            <w:pPr>
              <w:bidi/>
            </w:pPr>
            <w:r>
              <w:rPr>
                <w:sz w:val="11"/>
              </w:rPr>
              <w:t>بكالوريوس</w:t>
            </w:r>
          </w:p>
        </w:tc>
        <w:tc>
          <w:tcPr>
            <w:tcW w:w="989" w:type="dxa"/>
          </w:tcPr>
          <w:p w14:paraId="4CF2A6DA" w14:textId="77777777" w:rsidR="00540C13" w:rsidRDefault="00000000" w:rsidP="006E17D0">
            <w:pPr>
              <w:bidi/>
            </w:pPr>
            <w:r>
              <w:rPr>
                <w:sz w:val="11"/>
              </w:rPr>
              <w:t>أسبوعيًا أو أكثر</w:t>
            </w:r>
          </w:p>
        </w:tc>
        <w:tc>
          <w:tcPr>
            <w:tcW w:w="989" w:type="dxa"/>
          </w:tcPr>
          <w:p w14:paraId="13F7CA0C" w14:textId="77777777" w:rsidR="00540C13" w:rsidRDefault="00000000" w:rsidP="006E17D0">
            <w:pPr>
              <w:bidi/>
            </w:pPr>
            <w:r>
              <w:rPr>
                <w:sz w:val="11"/>
              </w:rPr>
              <w:t>خرائط Google</w:t>
            </w:r>
          </w:p>
        </w:tc>
        <w:tc>
          <w:tcPr>
            <w:tcW w:w="989" w:type="dxa"/>
          </w:tcPr>
          <w:p w14:paraId="240EE176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69EC410F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2788CA72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5CB43C4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21F39391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1870E198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3D8B355F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208B5D5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1D88DF0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</w:tr>
      <w:tr w:rsidR="00540C13" w14:paraId="4F9DF7B5" w14:textId="77777777">
        <w:trPr>
          <w:jc w:val="center"/>
        </w:trPr>
        <w:tc>
          <w:tcPr>
            <w:tcW w:w="989" w:type="dxa"/>
          </w:tcPr>
          <w:p w14:paraId="142B5095" w14:textId="77777777" w:rsidR="00540C13" w:rsidRDefault="00000000" w:rsidP="006E17D0">
            <w:pPr>
              <w:bidi/>
            </w:pPr>
            <w:r>
              <w:rPr>
                <w:sz w:val="11"/>
              </w:rPr>
              <w:t>R007</w:t>
            </w:r>
          </w:p>
        </w:tc>
        <w:tc>
          <w:tcPr>
            <w:tcW w:w="989" w:type="dxa"/>
          </w:tcPr>
          <w:p w14:paraId="5CBF22B1" w14:textId="77777777" w:rsidR="00540C13" w:rsidRDefault="00000000" w:rsidP="006E17D0">
            <w:pPr>
              <w:bidi/>
            </w:pPr>
            <w:r>
              <w:rPr>
                <w:sz w:val="11"/>
              </w:rPr>
              <w:t>ذكر</w:t>
            </w:r>
          </w:p>
        </w:tc>
        <w:tc>
          <w:tcPr>
            <w:tcW w:w="989" w:type="dxa"/>
          </w:tcPr>
          <w:p w14:paraId="2BA2D3D7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20A5BC65" w14:textId="77777777" w:rsidR="00540C13" w:rsidRDefault="00000000" w:rsidP="006E17D0">
            <w:pPr>
              <w:bidi/>
            </w:pPr>
            <w:r>
              <w:rPr>
                <w:sz w:val="11"/>
              </w:rPr>
              <w:t>بكالوريوس</w:t>
            </w:r>
          </w:p>
        </w:tc>
        <w:tc>
          <w:tcPr>
            <w:tcW w:w="989" w:type="dxa"/>
          </w:tcPr>
          <w:p w14:paraId="113927A4" w14:textId="77777777" w:rsidR="00540C13" w:rsidRDefault="00000000" w:rsidP="006E17D0">
            <w:pPr>
              <w:bidi/>
            </w:pPr>
            <w:r>
              <w:rPr>
                <w:sz w:val="11"/>
              </w:rPr>
              <w:t>مرتين إلى ثلاث مرات شهريًا</w:t>
            </w:r>
          </w:p>
        </w:tc>
        <w:tc>
          <w:tcPr>
            <w:tcW w:w="989" w:type="dxa"/>
          </w:tcPr>
          <w:p w14:paraId="58B273DA" w14:textId="77777777" w:rsidR="00540C13" w:rsidRDefault="00000000" w:rsidP="006E17D0">
            <w:pPr>
              <w:bidi/>
            </w:pPr>
            <w:r>
              <w:rPr>
                <w:sz w:val="11"/>
              </w:rPr>
              <w:t>المتاجر الإلكترونية</w:t>
            </w:r>
          </w:p>
        </w:tc>
        <w:tc>
          <w:tcPr>
            <w:tcW w:w="989" w:type="dxa"/>
          </w:tcPr>
          <w:p w14:paraId="511351A7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6D305D3D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7375EABD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0DBB3EFD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636C19CB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45266F31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6E847A99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6B602A9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634E584A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</w:tr>
      <w:tr w:rsidR="00540C13" w14:paraId="30596D03" w14:textId="77777777">
        <w:trPr>
          <w:jc w:val="center"/>
        </w:trPr>
        <w:tc>
          <w:tcPr>
            <w:tcW w:w="989" w:type="dxa"/>
          </w:tcPr>
          <w:p w14:paraId="7A34B903" w14:textId="77777777" w:rsidR="00540C13" w:rsidRDefault="00000000" w:rsidP="006E17D0">
            <w:pPr>
              <w:bidi/>
            </w:pPr>
            <w:r>
              <w:rPr>
                <w:sz w:val="11"/>
              </w:rPr>
              <w:t>R008</w:t>
            </w:r>
          </w:p>
        </w:tc>
        <w:tc>
          <w:tcPr>
            <w:tcW w:w="989" w:type="dxa"/>
          </w:tcPr>
          <w:p w14:paraId="53AA9542" w14:textId="77777777" w:rsidR="00540C13" w:rsidRDefault="00000000" w:rsidP="006E17D0">
            <w:pPr>
              <w:bidi/>
            </w:pPr>
            <w:r>
              <w:rPr>
                <w:sz w:val="11"/>
              </w:rPr>
              <w:t>ذكر</w:t>
            </w:r>
          </w:p>
        </w:tc>
        <w:tc>
          <w:tcPr>
            <w:tcW w:w="989" w:type="dxa"/>
          </w:tcPr>
          <w:p w14:paraId="522CF7D7" w14:textId="77777777" w:rsidR="00540C13" w:rsidRDefault="00000000" w:rsidP="006E17D0">
            <w:pPr>
              <w:bidi/>
            </w:pPr>
            <w:r>
              <w:rPr>
                <w:sz w:val="11"/>
              </w:rPr>
              <w:t>30–39 سنة</w:t>
            </w:r>
          </w:p>
        </w:tc>
        <w:tc>
          <w:tcPr>
            <w:tcW w:w="989" w:type="dxa"/>
          </w:tcPr>
          <w:p w14:paraId="222CDE68" w14:textId="77777777" w:rsidR="00540C13" w:rsidRDefault="00000000" w:rsidP="006E17D0">
            <w:pPr>
              <w:bidi/>
            </w:pPr>
            <w:r>
              <w:rPr>
                <w:sz w:val="11"/>
              </w:rPr>
              <w:t>بكالوريوس</w:t>
            </w:r>
          </w:p>
        </w:tc>
        <w:tc>
          <w:tcPr>
            <w:tcW w:w="989" w:type="dxa"/>
          </w:tcPr>
          <w:p w14:paraId="2E5CF374" w14:textId="77777777" w:rsidR="00540C13" w:rsidRDefault="00000000" w:rsidP="006E17D0">
            <w:pPr>
              <w:bidi/>
            </w:pPr>
            <w:r>
              <w:rPr>
                <w:sz w:val="11"/>
              </w:rPr>
              <w:t>أسبوعيًا أو أكثر</w:t>
            </w:r>
          </w:p>
        </w:tc>
        <w:tc>
          <w:tcPr>
            <w:tcW w:w="989" w:type="dxa"/>
          </w:tcPr>
          <w:p w14:paraId="3EF48168" w14:textId="77777777" w:rsidR="00540C13" w:rsidRDefault="00000000" w:rsidP="006E17D0">
            <w:pPr>
              <w:bidi/>
            </w:pPr>
            <w:r>
              <w:rPr>
                <w:sz w:val="11"/>
              </w:rPr>
              <w:t>مواقع التواصل الاجتماعي</w:t>
            </w:r>
          </w:p>
        </w:tc>
        <w:tc>
          <w:tcPr>
            <w:tcW w:w="989" w:type="dxa"/>
          </w:tcPr>
          <w:p w14:paraId="45154B92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5D01033E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0AE64E3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0548FDE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07200E58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73D2FF83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00A1319D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2F9129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684B6B1F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</w:tr>
      <w:tr w:rsidR="00540C13" w14:paraId="24CEB4B4" w14:textId="77777777">
        <w:trPr>
          <w:jc w:val="center"/>
        </w:trPr>
        <w:tc>
          <w:tcPr>
            <w:tcW w:w="989" w:type="dxa"/>
          </w:tcPr>
          <w:p w14:paraId="71B7E361" w14:textId="77777777" w:rsidR="00540C13" w:rsidRDefault="00000000" w:rsidP="006E17D0">
            <w:pPr>
              <w:bidi/>
            </w:pPr>
            <w:r>
              <w:rPr>
                <w:sz w:val="11"/>
              </w:rPr>
              <w:t>R009</w:t>
            </w:r>
          </w:p>
        </w:tc>
        <w:tc>
          <w:tcPr>
            <w:tcW w:w="989" w:type="dxa"/>
          </w:tcPr>
          <w:p w14:paraId="369AF188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7130BA75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756E025A" w14:textId="77777777" w:rsidR="00540C13" w:rsidRDefault="00000000" w:rsidP="006E17D0">
            <w:pPr>
              <w:bidi/>
            </w:pPr>
            <w:r>
              <w:rPr>
                <w:sz w:val="11"/>
              </w:rPr>
              <w:t>بكالوريوس</w:t>
            </w:r>
          </w:p>
        </w:tc>
        <w:tc>
          <w:tcPr>
            <w:tcW w:w="989" w:type="dxa"/>
          </w:tcPr>
          <w:p w14:paraId="185D2D76" w14:textId="77777777" w:rsidR="00540C13" w:rsidRDefault="00000000" w:rsidP="006E17D0">
            <w:pPr>
              <w:bidi/>
            </w:pPr>
            <w:r>
              <w:rPr>
                <w:sz w:val="11"/>
              </w:rPr>
              <w:t>مرة شهريًا</w:t>
            </w:r>
          </w:p>
        </w:tc>
        <w:tc>
          <w:tcPr>
            <w:tcW w:w="989" w:type="dxa"/>
          </w:tcPr>
          <w:p w14:paraId="49A5B799" w14:textId="77777777" w:rsidR="00540C13" w:rsidRDefault="00000000" w:rsidP="006E17D0">
            <w:pPr>
              <w:bidi/>
            </w:pPr>
            <w:r>
              <w:rPr>
                <w:sz w:val="11"/>
              </w:rPr>
              <w:t>خرائط Google</w:t>
            </w:r>
          </w:p>
        </w:tc>
        <w:tc>
          <w:tcPr>
            <w:tcW w:w="989" w:type="dxa"/>
          </w:tcPr>
          <w:p w14:paraId="7581371B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792BEE6E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2566FA42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7A9B7909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397F3DEA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6177063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2E36150B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6BD20F2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749C21E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</w:tr>
      <w:tr w:rsidR="00540C13" w14:paraId="536CDF78" w14:textId="77777777">
        <w:trPr>
          <w:jc w:val="center"/>
        </w:trPr>
        <w:tc>
          <w:tcPr>
            <w:tcW w:w="989" w:type="dxa"/>
          </w:tcPr>
          <w:p w14:paraId="28F72001" w14:textId="77777777" w:rsidR="00540C13" w:rsidRDefault="00000000" w:rsidP="006E17D0">
            <w:pPr>
              <w:bidi/>
            </w:pPr>
            <w:r>
              <w:rPr>
                <w:sz w:val="11"/>
              </w:rPr>
              <w:t>R010</w:t>
            </w:r>
          </w:p>
        </w:tc>
        <w:tc>
          <w:tcPr>
            <w:tcW w:w="989" w:type="dxa"/>
          </w:tcPr>
          <w:p w14:paraId="2B938C33" w14:textId="77777777" w:rsidR="00540C13" w:rsidRDefault="00000000" w:rsidP="006E17D0">
            <w:pPr>
              <w:bidi/>
            </w:pPr>
            <w:r>
              <w:rPr>
                <w:sz w:val="11"/>
              </w:rPr>
              <w:t>ذكر</w:t>
            </w:r>
          </w:p>
        </w:tc>
        <w:tc>
          <w:tcPr>
            <w:tcW w:w="989" w:type="dxa"/>
          </w:tcPr>
          <w:p w14:paraId="56763F17" w14:textId="77777777" w:rsidR="00540C13" w:rsidRDefault="00000000" w:rsidP="006E17D0">
            <w:pPr>
              <w:bidi/>
            </w:pPr>
            <w:r>
              <w:rPr>
                <w:sz w:val="11"/>
              </w:rPr>
              <w:t>40 سنة فأكثر</w:t>
            </w:r>
          </w:p>
        </w:tc>
        <w:tc>
          <w:tcPr>
            <w:tcW w:w="989" w:type="dxa"/>
          </w:tcPr>
          <w:p w14:paraId="115F48E6" w14:textId="77777777" w:rsidR="00540C13" w:rsidRDefault="00000000" w:rsidP="006E17D0">
            <w:pPr>
              <w:bidi/>
            </w:pPr>
            <w:r>
              <w:rPr>
                <w:sz w:val="11"/>
              </w:rPr>
              <w:t>دبلوم</w:t>
            </w:r>
          </w:p>
        </w:tc>
        <w:tc>
          <w:tcPr>
            <w:tcW w:w="989" w:type="dxa"/>
          </w:tcPr>
          <w:p w14:paraId="0F7C567B" w14:textId="77777777" w:rsidR="00540C13" w:rsidRDefault="00000000" w:rsidP="006E17D0">
            <w:pPr>
              <w:bidi/>
            </w:pPr>
            <w:r>
              <w:rPr>
                <w:sz w:val="11"/>
              </w:rPr>
              <w:t>مرة شهريًا</w:t>
            </w:r>
          </w:p>
        </w:tc>
        <w:tc>
          <w:tcPr>
            <w:tcW w:w="989" w:type="dxa"/>
          </w:tcPr>
          <w:p w14:paraId="300E65A1" w14:textId="77777777" w:rsidR="00540C13" w:rsidRDefault="00000000" w:rsidP="006E17D0">
            <w:pPr>
              <w:bidi/>
            </w:pPr>
            <w:r>
              <w:rPr>
                <w:sz w:val="11"/>
              </w:rPr>
              <w:t>المتاجر الإلكترونية</w:t>
            </w:r>
          </w:p>
        </w:tc>
        <w:tc>
          <w:tcPr>
            <w:tcW w:w="989" w:type="dxa"/>
          </w:tcPr>
          <w:p w14:paraId="335DAD20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2BC78416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20230335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7A3EB91B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53502B22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593879A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47C5E70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0E3CC758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CB83F9A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</w:tr>
      <w:tr w:rsidR="00540C13" w14:paraId="66A18DE0" w14:textId="77777777">
        <w:trPr>
          <w:jc w:val="center"/>
        </w:trPr>
        <w:tc>
          <w:tcPr>
            <w:tcW w:w="989" w:type="dxa"/>
          </w:tcPr>
          <w:p w14:paraId="12C5E759" w14:textId="77777777" w:rsidR="00540C13" w:rsidRDefault="00000000" w:rsidP="006E17D0">
            <w:pPr>
              <w:bidi/>
            </w:pPr>
            <w:r>
              <w:rPr>
                <w:sz w:val="11"/>
              </w:rPr>
              <w:t>R011</w:t>
            </w:r>
          </w:p>
        </w:tc>
        <w:tc>
          <w:tcPr>
            <w:tcW w:w="989" w:type="dxa"/>
          </w:tcPr>
          <w:p w14:paraId="4D48F242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0282BF46" w14:textId="77777777" w:rsidR="00540C13" w:rsidRDefault="00000000" w:rsidP="006E17D0">
            <w:pPr>
              <w:bidi/>
            </w:pPr>
            <w:r>
              <w:rPr>
                <w:sz w:val="11"/>
              </w:rPr>
              <w:t>أقل من 20 سنة</w:t>
            </w:r>
          </w:p>
        </w:tc>
        <w:tc>
          <w:tcPr>
            <w:tcW w:w="989" w:type="dxa"/>
          </w:tcPr>
          <w:p w14:paraId="6CF0861E" w14:textId="77777777" w:rsidR="00540C13" w:rsidRDefault="00000000" w:rsidP="006E17D0">
            <w:pPr>
              <w:bidi/>
            </w:pPr>
            <w:r>
              <w:rPr>
                <w:sz w:val="11"/>
              </w:rPr>
              <w:t>ثانوي فأقل</w:t>
            </w:r>
          </w:p>
        </w:tc>
        <w:tc>
          <w:tcPr>
            <w:tcW w:w="989" w:type="dxa"/>
          </w:tcPr>
          <w:p w14:paraId="625614C0" w14:textId="77777777" w:rsidR="00540C13" w:rsidRDefault="00000000" w:rsidP="006E17D0">
            <w:pPr>
              <w:bidi/>
            </w:pPr>
            <w:r>
              <w:rPr>
                <w:sz w:val="11"/>
              </w:rPr>
              <w:t>مرتين إلى ثلاث مرات شهريًا</w:t>
            </w:r>
          </w:p>
        </w:tc>
        <w:tc>
          <w:tcPr>
            <w:tcW w:w="989" w:type="dxa"/>
          </w:tcPr>
          <w:p w14:paraId="1B66F114" w14:textId="77777777" w:rsidR="00540C13" w:rsidRDefault="00000000" w:rsidP="006E17D0">
            <w:pPr>
              <w:bidi/>
            </w:pPr>
            <w:r>
              <w:rPr>
                <w:sz w:val="11"/>
              </w:rPr>
              <w:t>المتاجر الإلكترونية</w:t>
            </w:r>
          </w:p>
        </w:tc>
        <w:tc>
          <w:tcPr>
            <w:tcW w:w="989" w:type="dxa"/>
          </w:tcPr>
          <w:p w14:paraId="573B523F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19CF2DC1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3C1B0A0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745D4C64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3A4896F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0DD40DCC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1B2207F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0397E201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74C5E2F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</w:tr>
      <w:tr w:rsidR="00540C13" w14:paraId="35D43970" w14:textId="77777777">
        <w:trPr>
          <w:jc w:val="center"/>
        </w:trPr>
        <w:tc>
          <w:tcPr>
            <w:tcW w:w="989" w:type="dxa"/>
          </w:tcPr>
          <w:p w14:paraId="5ECCAA5B" w14:textId="77777777" w:rsidR="00540C13" w:rsidRDefault="00000000" w:rsidP="006E17D0">
            <w:pPr>
              <w:bidi/>
            </w:pPr>
            <w:r>
              <w:rPr>
                <w:sz w:val="11"/>
              </w:rPr>
              <w:t>R012</w:t>
            </w:r>
          </w:p>
        </w:tc>
        <w:tc>
          <w:tcPr>
            <w:tcW w:w="989" w:type="dxa"/>
          </w:tcPr>
          <w:p w14:paraId="6CB0590C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44550218" w14:textId="77777777" w:rsidR="00540C13" w:rsidRDefault="00000000" w:rsidP="006E17D0">
            <w:pPr>
              <w:bidi/>
            </w:pPr>
            <w:r>
              <w:rPr>
                <w:sz w:val="11"/>
              </w:rPr>
              <w:t>أقل من 20 سنة</w:t>
            </w:r>
          </w:p>
        </w:tc>
        <w:tc>
          <w:tcPr>
            <w:tcW w:w="989" w:type="dxa"/>
          </w:tcPr>
          <w:p w14:paraId="0C3E1961" w14:textId="77777777" w:rsidR="00540C13" w:rsidRDefault="00000000" w:rsidP="006E17D0">
            <w:pPr>
              <w:bidi/>
            </w:pPr>
            <w:r>
              <w:rPr>
                <w:sz w:val="11"/>
              </w:rPr>
              <w:t>بكالوريوس</w:t>
            </w:r>
          </w:p>
        </w:tc>
        <w:tc>
          <w:tcPr>
            <w:tcW w:w="989" w:type="dxa"/>
          </w:tcPr>
          <w:p w14:paraId="45605CBA" w14:textId="77777777" w:rsidR="00540C13" w:rsidRDefault="00000000" w:rsidP="006E17D0">
            <w:pPr>
              <w:bidi/>
            </w:pPr>
            <w:r>
              <w:rPr>
                <w:sz w:val="11"/>
              </w:rPr>
              <w:t>أسبوعيًا أو أكثر</w:t>
            </w:r>
          </w:p>
        </w:tc>
        <w:tc>
          <w:tcPr>
            <w:tcW w:w="989" w:type="dxa"/>
          </w:tcPr>
          <w:p w14:paraId="1CD23825" w14:textId="77777777" w:rsidR="00540C13" w:rsidRDefault="00000000" w:rsidP="006E17D0">
            <w:pPr>
              <w:bidi/>
            </w:pPr>
            <w:r>
              <w:rPr>
                <w:sz w:val="11"/>
              </w:rPr>
              <w:t>المتاجر الإلكترونية</w:t>
            </w:r>
          </w:p>
        </w:tc>
        <w:tc>
          <w:tcPr>
            <w:tcW w:w="989" w:type="dxa"/>
          </w:tcPr>
          <w:p w14:paraId="47C09E7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38CD9FB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0D935159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67A46AAB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299D09D3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088EA61E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638784CB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60FE4CEA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16D99FCD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</w:tr>
      <w:tr w:rsidR="00540C13" w14:paraId="1928FE51" w14:textId="77777777">
        <w:trPr>
          <w:jc w:val="center"/>
        </w:trPr>
        <w:tc>
          <w:tcPr>
            <w:tcW w:w="989" w:type="dxa"/>
          </w:tcPr>
          <w:p w14:paraId="29AC5FD8" w14:textId="77777777" w:rsidR="00540C13" w:rsidRDefault="00000000" w:rsidP="006E17D0">
            <w:pPr>
              <w:bidi/>
            </w:pPr>
            <w:r>
              <w:rPr>
                <w:sz w:val="11"/>
              </w:rPr>
              <w:t>R013</w:t>
            </w:r>
          </w:p>
        </w:tc>
        <w:tc>
          <w:tcPr>
            <w:tcW w:w="989" w:type="dxa"/>
          </w:tcPr>
          <w:p w14:paraId="54E5B95C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0C04DABD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31482FBF" w14:textId="77777777" w:rsidR="00540C13" w:rsidRDefault="00000000" w:rsidP="006E17D0">
            <w:pPr>
              <w:bidi/>
            </w:pPr>
            <w:r>
              <w:rPr>
                <w:sz w:val="11"/>
              </w:rPr>
              <w:t>دراسات عليا</w:t>
            </w:r>
          </w:p>
        </w:tc>
        <w:tc>
          <w:tcPr>
            <w:tcW w:w="989" w:type="dxa"/>
          </w:tcPr>
          <w:p w14:paraId="395C76DF" w14:textId="77777777" w:rsidR="00540C13" w:rsidRDefault="00000000" w:rsidP="006E17D0">
            <w:pPr>
              <w:bidi/>
            </w:pPr>
            <w:r>
              <w:rPr>
                <w:sz w:val="11"/>
              </w:rPr>
              <w:t>نادرًا</w:t>
            </w:r>
          </w:p>
        </w:tc>
        <w:tc>
          <w:tcPr>
            <w:tcW w:w="989" w:type="dxa"/>
          </w:tcPr>
          <w:p w14:paraId="2B49239A" w14:textId="77777777" w:rsidR="00540C13" w:rsidRDefault="00000000" w:rsidP="006E17D0">
            <w:pPr>
              <w:bidi/>
            </w:pPr>
            <w:r>
              <w:rPr>
                <w:sz w:val="11"/>
              </w:rPr>
              <w:t>خرائط Google</w:t>
            </w:r>
          </w:p>
        </w:tc>
        <w:tc>
          <w:tcPr>
            <w:tcW w:w="989" w:type="dxa"/>
          </w:tcPr>
          <w:p w14:paraId="2FE79593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6261FEF1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647E5BE2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5E97E25D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03D3EDE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745A1114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3E4E108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53DC9981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50F9C5E0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</w:tr>
      <w:tr w:rsidR="00540C13" w14:paraId="51509E07" w14:textId="77777777">
        <w:trPr>
          <w:jc w:val="center"/>
        </w:trPr>
        <w:tc>
          <w:tcPr>
            <w:tcW w:w="989" w:type="dxa"/>
          </w:tcPr>
          <w:p w14:paraId="54B11808" w14:textId="77777777" w:rsidR="00540C13" w:rsidRDefault="00000000" w:rsidP="006E17D0">
            <w:pPr>
              <w:bidi/>
            </w:pPr>
            <w:r>
              <w:rPr>
                <w:sz w:val="11"/>
              </w:rPr>
              <w:t>R014</w:t>
            </w:r>
          </w:p>
        </w:tc>
        <w:tc>
          <w:tcPr>
            <w:tcW w:w="989" w:type="dxa"/>
          </w:tcPr>
          <w:p w14:paraId="28F3C3FF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2AB2E65A" w14:textId="77777777" w:rsidR="00540C13" w:rsidRDefault="00000000" w:rsidP="006E17D0">
            <w:pPr>
              <w:bidi/>
            </w:pPr>
            <w:r>
              <w:rPr>
                <w:sz w:val="11"/>
              </w:rPr>
              <w:t>30–39 سنة</w:t>
            </w:r>
          </w:p>
        </w:tc>
        <w:tc>
          <w:tcPr>
            <w:tcW w:w="989" w:type="dxa"/>
          </w:tcPr>
          <w:p w14:paraId="2C3BE6EF" w14:textId="77777777" w:rsidR="00540C13" w:rsidRDefault="00000000" w:rsidP="006E17D0">
            <w:pPr>
              <w:bidi/>
            </w:pPr>
            <w:r>
              <w:rPr>
                <w:sz w:val="11"/>
              </w:rPr>
              <w:t>بكالوريوس</w:t>
            </w:r>
          </w:p>
        </w:tc>
        <w:tc>
          <w:tcPr>
            <w:tcW w:w="989" w:type="dxa"/>
          </w:tcPr>
          <w:p w14:paraId="1117294E" w14:textId="77777777" w:rsidR="00540C13" w:rsidRDefault="00000000" w:rsidP="006E17D0">
            <w:pPr>
              <w:bidi/>
            </w:pPr>
            <w:r>
              <w:rPr>
                <w:sz w:val="11"/>
              </w:rPr>
              <w:t>نادرًا</w:t>
            </w:r>
          </w:p>
        </w:tc>
        <w:tc>
          <w:tcPr>
            <w:tcW w:w="989" w:type="dxa"/>
          </w:tcPr>
          <w:p w14:paraId="40985DF1" w14:textId="77777777" w:rsidR="00540C13" w:rsidRDefault="00000000" w:rsidP="006E17D0">
            <w:pPr>
              <w:bidi/>
            </w:pPr>
            <w:r>
              <w:rPr>
                <w:sz w:val="11"/>
              </w:rPr>
              <w:t>المتاجر الإلكترونية</w:t>
            </w:r>
          </w:p>
        </w:tc>
        <w:tc>
          <w:tcPr>
            <w:tcW w:w="989" w:type="dxa"/>
          </w:tcPr>
          <w:p w14:paraId="3058C0C4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57E7ED5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778980D7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7120AE90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0DD5D143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5EC9B00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7A741C8B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5377EC51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3AB1C7F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</w:tr>
      <w:tr w:rsidR="00540C13" w14:paraId="53B84468" w14:textId="77777777">
        <w:trPr>
          <w:jc w:val="center"/>
        </w:trPr>
        <w:tc>
          <w:tcPr>
            <w:tcW w:w="989" w:type="dxa"/>
          </w:tcPr>
          <w:p w14:paraId="1CCB49D6" w14:textId="77777777" w:rsidR="00540C13" w:rsidRDefault="00000000" w:rsidP="006E17D0">
            <w:pPr>
              <w:bidi/>
            </w:pPr>
            <w:r>
              <w:rPr>
                <w:sz w:val="11"/>
              </w:rPr>
              <w:t>R015</w:t>
            </w:r>
          </w:p>
        </w:tc>
        <w:tc>
          <w:tcPr>
            <w:tcW w:w="989" w:type="dxa"/>
          </w:tcPr>
          <w:p w14:paraId="3DDC61AC" w14:textId="77777777" w:rsidR="00540C13" w:rsidRDefault="00000000" w:rsidP="006E17D0">
            <w:pPr>
              <w:bidi/>
            </w:pPr>
            <w:r>
              <w:rPr>
                <w:sz w:val="11"/>
              </w:rPr>
              <w:t>ذكر</w:t>
            </w:r>
          </w:p>
        </w:tc>
        <w:tc>
          <w:tcPr>
            <w:tcW w:w="989" w:type="dxa"/>
          </w:tcPr>
          <w:p w14:paraId="4A9BCF89" w14:textId="77777777" w:rsidR="00540C13" w:rsidRDefault="00000000" w:rsidP="006E17D0">
            <w:pPr>
              <w:bidi/>
            </w:pPr>
            <w:r>
              <w:rPr>
                <w:sz w:val="11"/>
              </w:rPr>
              <w:t>أقل من 20 سنة</w:t>
            </w:r>
          </w:p>
        </w:tc>
        <w:tc>
          <w:tcPr>
            <w:tcW w:w="989" w:type="dxa"/>
          </w:tcPr>
          <w:p w14:paraId="5675A29E" w14:textId="77777777" w:rsidR="00540C13" w:rsidRDefault="00000000" w:rsidP="006E17D0">
            <w:pPr>
              <w:bidi/>
            </w:pPr>
            <w:r>
              <w:rPr>
                <w:sz w:val="11"/>
              </w:rPr>
              <w:t>ثانوي فأقل</w:t>
            </w:r>
          </w:p>
        </w:tc>
        <w:tc>
          <w:tcPr>
            <w:tcW w:w="989" w:type="dxa"/>
          </w:tcPr>
          <w:p w14:paraId="79EC7E28" w14:textId="77777777" w:rsidR="00540C13" w:rsidRDefault="00000000" w:rsidP="006E17D0">
            <w:pPr>
              <w:bidi/>
            </w:pPr>
            <w:r>
              <w:rPr>
                <w:sz w:val="11"/>
              </w:rPr>
              <w:t>أسبوعيًا أو أكثر</w:t>
            </w:r>
          </w:p>
        </w:tc>
        <w:tc>
          <w:tcPr>
            <w:tcW w:w="989" w:type="dxa"/>
          </w:tcPr>
          <w:p w14:paraId="00B0C0EB" w14:textId="77777777" w:rsidR="00540C13" w:rsidRDefault="00000000" w:rsidP="006E17D0">
            <w:pPr>
              <w:bidi/>
            </w:pPr>
            <w:r>
              <w:rPr>
                <w:sz w:val="11"/>
              </w:rPr>
              <w:t>المتاجر الإلكترونية</w:t>
            </w:r>
          </w:p>
        </w:tc>
        <w:tc>
          <w:tcPr>
            <w:tcW w:w="989" w:type="dxa"/>
          </w:tcPr>
          <w:p w14:paraId="17E59891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5E1AB80F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4214046F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14FAE48D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781EC0F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EDE02C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361E2CFE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3EB0E0CB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22ACA16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</w:tr>
      <w:tr w:rsidR="00540C13" w14:paraId="58BDBC53" w14:textId="77777777">
        <w:trPr>
          <w:jc w:val="center"/>
        </w:trPr>
        <w:tc>
          <w:tcPr>
            <w:tcW w:w="989" w:type="dxa"/>
          </w:tcPr>
          <w:p w14:paraId="5F2523C5" w14:textId="77777777" w:rsidR="00540C13" w:rsidRDefault="00000000" w:rsidP="006E17D0">
            <w:pPr>
              <w:bidi/>
            </w:pPr>
            <w:r>
              <w:rPr>
                <w:sz w:val="11"/>
              </w:rPr>
              <w:t>R016</w:t>
            </w:r>
          </w:p>
        </w:tc>
        <w:tc>
          <w:tcPr>
            <w:tcW w:w="989" w:type="dxa"/>
          </w:tcPr>
          <w:p w14:paraId="2EDA1C2D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0077BB80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0C60C61D" w14:textId="77777777" w:rsidR="00540C13" w:rsidRDefault="00000000" w:rsidP="006E17D0">
            <w:pPr>
              <w:bidi/>
            </w:pPr>
            <w:r>
              <w:rPr>
                <w:sz w:val="11"/>
              </w:rPr>
              <w:t>دبلوم</w:t>
            </w:r>
          </w:p>
        </w:tc>
        <w:tc>
          <w:tcPr>
            <w:tcW w:w="989" w:type="dxa"/>
          </w:tcPr>
          <w:p w14:paraId="779D0B3E" w14:textId="77777777" w:rsidR="00540C13" w:rsidRDefault="00000000" w:rsidP="006E17D0">
            <w:pPr>
              <w:bidi/>
            </w:pPr>
            <w:r>
              <w:rPr>
                <w:sz w:val="11"/>
              </w:rPr>
              <w:t>أسبوعيًا أو أكثر</w:t>
            </w:r>
          </w:p>
        </w:tc>
        <w:tc>
          <w:tcPr>
            <w:tcW w:w="989" w:type="dxa"/>
          </w:tcPr>
          <w:p w14:paraId="5EC54484" w14:textId="77777777" w:rsidR="00540C13" w:rsidRDefault="00000000" w:rsidP="006E17D0">
            <w:pPr>
              <w:bidi/>
            </w:pPr>
            <w:r>
              <w:rPr>
                <w:sz w:val="11"/>
              </w:rPr>
              <w:t>المتاجر الإلكترونية</w:t>
            </w:r>
          </w:p>
        </w:tc>
        <w:tc>
          <w:tcPr>
            <w:tcW w:w="989" w:type="dxa"/>
          </w:tcPr>
          <w:p w14:paraId="50E26F4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19D37273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5FDA6B16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594B0581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2E1F0FE3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78B15220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5A88D9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6E4C85F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08BD143A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</w:tr>
      <w:tr w:rsidR="00540C13" w14:paraId="63F8617E" w14:textId="77777777">
        <w:trPr>
          <w:jc w:val="center"/>
        </w:trPr>
        <w:tc>
          <w:tcPr>
            <w:tcW w:w="989" w:type="dxa"/>
          </w:tcPr>
          <w:p w14:paraId="01EEB265" w14:textId="77777777" w:rsidR="00540C13" w:rsidRDefault="00000000" w:rsidP="006E17D0">
            <w:pPr>
              <w:bidi/>
            </w:pPr>
            <w:r>
              <w:rPr>
                <w:sz w:val="11"/>
              </w:rPr>
              <w:t>R017</w:t>
            </w:r>
          </w:p>
        </w:tc>
        <w:tc>
          <w:tcPr>
            <w:tcW w:w="989" w:type="dxa"/>
          </w:tcPr>
          <w:p w14:paraId="3D3E71EE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1FA59BDF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2F596D6A" w14:textId="77777777" w:rsidR="00540C13" w:rsidRDefault="00000000" w:rsidP="006E17D0">
            <w:pPr>
              <w:bidi/>
            </w:pPr>
            <w:r>
              <w:rPr>
                <w:sz w:val="11"/>
              </w:rPr>
              <w:t>بكالوريوس</w:t>
            </w:r>
          </w:p>
        </w:tc>
        <w:tc>
          <w:tcPr>
            <w:tcW w:w="989" w:type="dxa"/>
          </w:tcPr>
          <w:p w14:paraId="14C74637" w14:textId="77777777" w:rsidR="00540C13" w:rsidRDefault="00000000" w:rsidP="006E17D0">
            <w:pPr>
              <w:bidi/>
            </w:pPr>
            <w:r>
              <w:rPr>
                <w:sz w:val="11"/>
              </w:rPr>
              <w:t>مرة شهريًا</w:t>
            </w:r>
          </w:p>
        </w:tc>
        <w:tc>
          <w:tcPr>
            <w:tcW w:w="989" w:type="dxa"/>
          </w:tcPr>
          <w:p w14:paraId="3BDD6321" w14:textId="77777777" w:rsidR="00540C13" w:rsidRDefault="00000000" w:rsidP="006E17D0">
            <w:pPr>
              <w:bidi/>
            </w:pPr>
            <w:r>
              <w:rPr>
                <w:sz w:val="11"/>
              </w:rPr>
              <w:t>خرائط Google</w:t>
            </w:r>
          </w:p>
        </w:tc>
        <w:tc>
          <w:tcPr>
            <w:tcW w:w="989" w:type="dxa"/>
          </w:tcPr>
          <w:p w14:paraId="3730B6D7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62E32561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3F1DDAD2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7760894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D800EB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4C23251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6911161B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F89EAFD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7908DC4D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</w:tr>
      <w:tr w:rsidR="00540C13" w14:paraId="62F05FE5" w14:textId="77777777">
        <w:trPr>
          <w:jc w:val="center"/>
        </w:trPr>
        <w:tc>
          <w:tcPr>
            <w:tcW w:w="989" w:type="dxa"/>
          </w:tcPr>
          <w:p w14:paraId="4AC111CA" w14:textId="77777777" w:rsidR="00540C13" w:rsidRDefault="00000000" w:rsidP="006E17D0">
            <w:pPr>
              <w:bidi/>
            </w:pPr>
            <w:r>
              <w:rPr>
                <w:sz w:val="11"/>
              </w:rPr>
              <w:t>R018</w:t>
            </w:r>
          </w:p>
        </w:tc>
        <w:tc>
          <w:tcPr>
            <w:tcW w:w="989" w:type="dxa"/>
          </w:tcPr>
          <w:p w14:paraId="6BD44540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4971A468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27BD02DF" w14:textId="77777777" w:rsidR="00540C13" w:rsidRDefault="00000000" w:rsidP="006E17D0">
            <w:pPr>
              <w:bidi/>
            </w:pPr>
            <w:r>
              <w:rPr>
                <w:sz w:val="11"/>
              </w:rPr>
              <w:t>بكالوريوس</w:t>
            </w:r>
          </w:p>
        </w:tc>
        <w:tc>
          <w:tcPr>
            <w:tcW w:w="989" w:type="dxa"/>
          </w:tcPr>
          <w:p w14:paraId="1923FDBB" w14:textId="77777777" w:rsidR="00540C13" w:rsidRDefault="00000000" w:rsidP="006E17D0">
            <w:pPr>
              <w:bidi/>
            </w:pPr>
            <w:r>
              <w:rPr>
                <w:sz w:val="11"/>
              </w:rPr>
              <w:t>مرتين إلى ثلاث مرات شهريًا</w:t>
            </w:r>
          </w:p>
        </w:tc>
        <w:tc>
          <w:tcPr>
            <w:tcW w:w="989" w:type="dxa"/>
          </w:tcPr>
          <w:p w14:paraId="14C9A4CF" w14:textId="77777777" w:rsidR="00540C13" w:rsidRDefault="00000000" w:rsidP="006E17D0">
            <w:pPr>
              <w:bidi/>
            </w:pPr>
            <w:r>
              <w:rPr>
                <w:sz w:val="11"/>
              </w:rPr>
              <w:t>خرائط Google</w:t>
            </w:r>
          </w:p>
        </w:tc>
        <w:tc>
          <w:tcPr>
            <w:tcW w:w="989" w:type="dxa"/>
          </w:tcPr>
          <w:p w14:paraId="16C463AE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0730D2D2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77147623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6705113A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4872C94B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76A1194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1D54EE7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5E4C8A44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3961406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</w:tr>
      <w:tr w:rsidR="00540C13" w14:paraId="539D5D5E" w14:textId="77777777">
        <w:trPr>
          <w:jc w:val="center"/>
        </w:trPr>
        <w:tc>
          <w:tcPr>
            <w:tcW w:w="989" w:type="dxa"/>
          </w:tcPr>
          <w:p w14:paraId="3A9BC209" w14:textId="77777777" w:rsidR="00540C13" w:rsidRDefault="00000000" w:rsidP="006E17D0">
            <w:pPr>
              <w:bidi/>
            </w:pPr>
            <w:r>
              <w:rPr>
                <w:sz w:val="11"/>
              </w:rPr>
              <w:t>R019</w:t>
            </w:r>
          </w:p>
        </w:tc>
        <w:tc>
          <w:tcPr>
            <w:tcW w:w="989" w:type="dxa"/>
          </w:tcPr>
          <w:p w14:paraId="046FB80D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4CF489F6" w14:textId="77777777" w:rsidR="00540C13" w:rsidRDefault="00000000" w:rsidP="006E17D0">
            <w:pPr>
              <w:bidi/>
            </w:pPr>
            <w:r>
              <w:rPr>
                <w:sz w:val="11"/>
              </w:rPr>
              <w:t>30–39 سنة</w:t>
            </w:r>
          </w:p>
        </w:tc>
        <w:tc>
          <w:tcPr>
            <w:tcW w:w="989" w:type="dxa"/>
          </w:tcPr>
          <w:p w14:paraId="5C5D87E5" w14:textId="77777777" w:rsidR="00540C13" w:rsidRDefault="00000000" w:rsidP="006E17D0">
            <w:pPr>
              <w:bidi/>
            </w:pPr>
            <w:r>
              <w:rPr>
                <w:sz w:val="11"/>
              </w:rPr>
              <w:t>دراسات عليا</w:t>
            </w:r>
          </w:p>
        </w:tc>
        <w:tc>
          <w:tcPr>
            <w:tcW w:w="989" w:type="dxa"/>
          </w:tcPr>
          <w:p w14:paraId="0B333AC1" w14:textId="77777777" w:rsidR="00540C13" w:rsidRDefault="00000000" w:rsidP="006E17D0">
            <w:pPr>
              <w:bidi/>
            </w:pPr>
            <w:r>
              <w:rPr>
                <w:sz w:val="11"/>
              </w:rPr>
              <w:t>مرة شهريًا</w:t>
            </w:r>
          </w:p>
        </w:tc>
        <w:tc>
          <w:tcPr>
            <w:tcW w:w="989" w:type="dxa"/>
          </w:tcPr>
          <w:p w14:paraId="4761BA6E" w14:textId="77777777" w:rsidR="00540C13" w:rsidRDefault="00000000" w:rsidP="006E17D0">
            <w:pPr>
              <w:bidi/>
            </w:pPr>
            <w:r>
              <w:rPr>
                <w:sz w:val="11"/>
              </w:rPr>
              <w:t>المتاجر الإلكترونية</w:t>
            </w:r>
          </w:p>
        </w:tc>
        <w:tc>
          <w:tcPr>
            <w:tcW w:w="989" w:type="dxa"/>
          </w:tcPr>
          <w:p w14:paraId="0B39F04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48C34688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0675A37B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6A0D5184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1BFD18C3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57ABA237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6E7B0CB7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01A3C889" w14:textId="77777777" w:rsidR="00540C13" w:rsidRDefault="00000000" w:rsidP="006E17D0">
            <w:pPr>
              <w:bidi/>
            </w:pPr>
            <w:r>
              <w:rPr>
                <w:sz w:val="11"/>
              </w:rPr>
              <w:t>1</w:t>
            </w:r>
          </w:p>
        </w:tc>
        <w:tc>
          <w:tcPr>
            <w:tcW w:w="989" w:type="dxa"/>
          </w:tcPr>
          <w:p w14:paraId="0350F395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</w:tr>
      <w:tr w:rsidR="00540C13" w14:paraId="52964F4F" w14:textId="77777777">
        <w:trPr>
          <w:jc w:val="center"/>
        </w:trPr>
        <w:tc>
          <w:tcPr>
            <w:tcW w:w="989" w:type="dxa"/>
          </w:tcPr>
          <w:p w14:paraId="5713B400" w14:textId="77777777" w:rsidR="00540C13" w:rsidRDefault="00000000" w:rsidP="006E17D0">
            <w:pPr>
              <w:bidi/>
            </w:pPr>
            <w:r>
              <w:rPr>
                <w:sz w:val="11"/>
              </w:rPr>
              <w:t>R020</w:t>
            </w:r>
          </w:p>
        </w:tc>
        <w:tc>
          <w:tcPr>
            <w:tcW w:w="989" w:type="dxa"/>
          </w:tcPr>
          <w:p w14:paraId="29ED5538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10EB0A6E" w14:textId="77777777" w:rsidR="00540C13" w:rsidRDefault="00000000" w:rsidP="006E17D0">
            <w:pPr>
              <w:bidi/>
            </w:pPr>
            <w:r>
              <w:rPr>
                <w:sz w:val="11"/>
              </w:rPr>
              <w:t>30–39 سنة</w:t>
            </w:r>
          </w:p>
        </w:tc>
        <w:tc>
          <w:tcPr>
            <w:tcW w:w="989" w:type="dxa"/>
          </w:tcPr>
          <w:p w14:paraId="23FBE392" w14:textId="77777777" w:rsidR="00540C13" w:rsidRDefault="00000000" w:rsidP="006E17D0">
            <w:pPr>
              <w:bidi/>
            </w:pPr>
            <w:r>
              <w:rPr>
                <w:sz w:val="11"/>
              </w:rPr>
              <w:t>بكالوريوس</w:t>
            </w:r>
          </w:p>
        </w:tc>
        <w:tc>
          <w:tcPr>
            <w:tcW w:w="989" w:type="dxa"/>
          </w:tcPr>
          <w:p w14:paraId="11562811" w14:textId="77777777" w:rsidR="00540C13" w:rsidRDefault="00000000" w:rsidP="006E17D0">
            <w:pPr>
              <w:bidi/>
            </w:pPr>
            <w:r>
              <w:rPr>
                <w:sz w:val="11"/>
              </w:rPr>
              <w:t>نادرًا</w:t>
            </w:r>
          </w:p>
        </w:tc>
        <w:tc>
          <w:tcPr>
            <w:tcW w:w="989" w:type="dxa"/>
          </w:tcPr>
          <w:p w14:paraId="314BC75A" w14:textId="77777777" w:rsidR="00540C13" w:rsidRDefault="00000000" w:rsidP="006E17D0">
            <w:pPr>
              <w:bidi/>
            </w:pPr>
            <w:r>
              <w:rPr>
                <w:sz w:val="11"/>
              </w:rPr>
              <w:t>المتاجر الإلكترونية</w:t>
            </w:r>
          </w:p>
        </w:tc>
        <w:tc>
          <w:tcPr>
            <w:tcW w:w="989" w:type="dxa"/>
          </w:tcPr>
          <w:p w14:paraId="432BA3DB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7C39F26E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5616590D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32632190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200B62FD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6FE136E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2E05636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1FC3A543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2FA7C752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</w:tr>
      <w:tr w:rsidR="00540C13" w14:paraId="4092695E" w14:textId="77777777">
        <w:trPr>
          <w:jc w:val="center"/>
        </w:trPr>
        <w:tc>
          <w:tcPr>
            <w:tcW w:w="989" w:type="dxa"/>
          </w:tcPr>
          <w:p w14:paraId="6B6D5E37" w14:textId="77777777" w:rsidR="00540C13" w:rsidRDefault="00000000" w:rsidP="006E17D0">
            <w:pPr>
              <w:bidi/>
            </w:pPr>
            <w:r>
              <w:rPr>
                <w:sz w:val="11"/>
              </w:rPr>
              <w:t>R021</w:t>
            </w:r>
          </w:p>
        </w:tc>
        <w:tc>
          <w:tcPr>
            <w:tcW w:w="989" w:type="dxa"/>
          </w:tcPr>
          <w:p w14:paraId="5DC45FFC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51A33810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7DAA9EC4" w14:textId="77777777" w:rsidR="00540C13" w:rsidRDefault="00000000" w:rsidP="006E17D0">
            <w:pPr>
              <w:bidi/>
            </w:pPr>
            <w:r>
              <w:rPr>
                <w:sz w:val="11"/>
              </w:rPr>
              <w:t>دبلوم</w:t>
            </w:r>
          </w:p>
        </w:tc>
        <w:tc>
          <w:tcPr>
            <w:tcW w:w="989" w:type="dxa"/>
          </w:tcPr>
          <w:p w14:paraId="1599C70F" w14:textId="77777777" w:rsidR="00540C13" w:rsidRDefault="00000000" w:rsidP="006E17D0">
            <w:pPr>
              <w:bidi/>
            </w:pPr>
            <w:r>
              <w:rPr>
                <w:sz w:val="11"/>
              </w:rPr>
              <w:t>مرتين إلى ثلاث مرات شهريًا</w:t>
            </w:r>
          </w:p>
        </w:tc>
        <w:tc>
          <w:tcPr>
            <w:tcW w:w="989" w:type="dxa"/>
          </w:tcPr>
          <w:p w14:paraId="477635AF" w14:textId="77777777" w:rsidR="00540C13" w:rsidRDefault="00000000" w:rsidP="006E17D0">
            <w:pPr>
              <w:bidi/>
            </w:pPr>
            <w:r>
              <w:rPr>
                <w:sz w:val="11"/>
              </w:rPr>
              <w:t>خرائط Google</w:t>
            </w:r>
          </w:p>
        </w:tc>
        <w:tc>
          <w:tcPr>
            <w:tcW w:w="989" w:type="dxa"/>
          </w:tcPr>
          <w:p w14:paraId="1CF64CFF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2FF4A4FC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576A22EC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1DCAAD99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037295B6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5DE61366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5E83174E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6621F0B6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3F1C6D1B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</w:tr>
      <w:tr w:rsidR="00540C13" w14:paraId="6C785455" w14:textId="77777777">
        <w:trPr>
          <w:jc w:val="center"/>
        </w:trPr>
        <w:tc>
          <w:tcPr>
            <w:tcW w:w="989" w:type="dxa"/>
          </w:tcPr>
          <w:p w14:paraId="4BE11CB4" w14:textId="77777777" w:rsidR="00540C13" w:rsidRDefault="00000000" w:rsidP="006E17D0">
            <w:pPr>
              <w:bidi/>
            </w:pPr>
            <w:r>
              <w:rPr>
                <w:sz w:val="11"/>
              </w:rPr>
              <w:t>R022</w:t>
            </w:r>
          </w:p>
        </w:tc>
        <w:tc>
          <w:tcPr>
            <w:tcW w:w="989" w:type="dxa"/>
          </w:tcPr>
          <w:p w14:paraId="16171244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0E246B43" w14:textId="77777777" w:rsidR="00540C13" w:rsidRDefault="00000000" w:rsidP="006E17D0">
            <w:pPr>
              <w:bidi/>
            </w:pPr>
            <w:r>
              <w:rPr>
                <w:sz w:val="11"/>
              </w:rPr>
              <w:t>30–39 سنة</w:t>
            </w:r>
          </w:p>
        </w:tc>
        <w:tc>
          <w:tcPr>
            <w:tcW w:w="989" w:type="dxa"/>
          </w:tcPr>
          <w:p w14:paraId="2633916E" w14:textId="77777777" w:rsidR="00540C13" w:rsidRDefault="00000000" w:rsidP="006E17D0">
            <w:pPr>
              <w:bidi/>
            </w:pPr>
            <w:r>
              <w:rPr>
                <w:sz w:val="11"/>
              </w:rPr>
              <w:t>ثانوي فأقل</w:t>
            </w:r>
          </w:p>
        </w:tc>
        <w:tc>
          <w:tcPr>
            <w:tcW w:w="989" w:type="dxa"/>
          </w:tcPr>
          <w:p w14:paraId="235EE342" w14:textId="77777777" w:rsidR="00540C13" w:rsidRDefault="00000000" w:rsidP="006E17D0">
            <w:pPr>
              <w:bidi/>
            </w:pPr>
            <w:r>
              <w:rPr>
                <w:sz w:val="11"/>
              </w:rPr>
              <w:t>مرتين إلى ثلاث مرات شهريًا</w:t>
            </w:r>
          </w:p>
        </w:tc>
        <w:tc>
          <w:tcPr>
            <w:tcW w:w="989" w:type="dxa"/>
          </w:tcPr>
          <w:p w14:paraId="0A411A98" w14:textId="77777777" w:rsidR="00540C13" w:rsidRDefault="00000000" w:rsidP="006E17D0">
            <w:pPr>
              <w:bidi/>
            </w:pPr>
            <w:r>
              <w:rPr>
                <w:sz w:val="11"/>
              </w:rPr>
              <w:t>منصات أخرى</w:t>
            </w:r>
          </w:p>
        </w:tc>
        <w:tc>
          <w:tcPr>
            <w:tcW w:w="989" w:type="dxa"/>
          </w:tcPr>
          <w:p w14:paraId="7EA5F4DC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3FAF8C3D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CA3E4C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68CF10D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28084722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609D9ACC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19486DD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0AAA698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69F687D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</w:tr>
      <w:tr w:rsidR="00540C13" w14:paraId="25D742A3" w14:textId="77777777">
        <w:trPr>
          <w:jc w:val="center"/>
        </w:trPr>
        <w:tc>
          <w:tcPr>
            <w:tcW w:w="989" w:type="dxa"/>
          </w:tcPr>
          <w:p w14:paraId="5F48214F" w14:textId="77777777" w:rsidR="00540C13" w:rsidRDefault="00000000" w:rsidP="006E17D0">
            <w:pPr>
              <w:bidi/>
            </w:pPr>
            <w:r>
              <w:rPr>
                <w:sz w:val="11"/>
              </w:rPr>
              <w:t>R023</w:t>
            </w:r>
          </w:p>
        </w:tc>
        <w:tc>
          <w:tcPr>
            <w:tcW w:w="989" w:type="dxa"/>
          </w:tcPr>
          <w:p w14:paraId="6D32CB35" w14:textId="77777777" w:rsidR="00540C13" w:rsidRDefault="00000000" w:rsidP="006E17D0">
            <w:pPr>
              <w:bidi/>
            </w:pPr>
            <w:r>
              <w:rPr>
                <w:sz w:val="11"/>
              </w:rPr>
              <w:t>ذكر</w:t>
            </w:r>
          </w:p>
        </w:tc>
        <w:tc>
          <w:tcPr>
            <w:tcW w:w="989" w:type="dxa"/>
          </w:tcPr>
          <w:p w14:paraId="50AAA597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3D9F7CEE" w14:textId="77777777" w:rsidR="00540C13" w:rsidRDefault="00000000" w:rsidP="006E17D0">
            <w:pPr>
              <w:bidi/>
            </w:pPr>
            <w:r>
              <w:rPr>
                <w:sz w:val="11"/>
              </w:rPr>
              <w:t>دبلوم</w:t>
            </w:r>
          </w:p>
        </w:tc>
        <w:tc>
          <w:tcPr>
            <w:tcW w:w="989" w:type="dxa"/>
          </w:tcPr>
          <w:p w14:paraId="2A887F98" w14:textId="77777777" w:rsidR="00540C13" w:rsidRDefault="00000000" w:rsidP="006E17D0">
            <w:pPr>
              <w:bidi/>
            </w:pPr>
            <w:r>
              <w:rPr>
                <w:sz w:val="11"/>
              </w:rPr>
              <w:t>أسبوعيًا أو أكثر</w:t>
            </w:r>
          </w:p>
        </w:tc>
        <w:tc>
          <w:tcPr>
            <w:tcW w:w="989" w:type="dxa"/>
          </w:tcPr>
          <w:p w14:paraId="5193A87C" w14:textId="77777777" w:rsidR="00540C13" w:rsidRDefault="00000000" w:rsidP="006E17D0">
            <w:pPr>
              <w:bidi/>
            </w:pPr>
            <w:r>
              <w:rPr>
                <w:sz w:val="11"/>
              </w:rPr>
              <w:t>مواقع التواصل الاجتماعي</w:t>
            </w:r>
          </w:p>
        </w:tc>
        <w:tc>
          <w:tcPr>
            <w:tcW w:w="989" w:type="dxa"/>
          </w:tcPr>
          <w:p w14:paraId="28B374B7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079157E4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6DE57D4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1803D028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65554D6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148704BE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1ACDB9D4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615EB475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093DE06C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</w:tr>
      <w:tr w:rsidR="00540C13" w14:paraId="729662EF" w14:textId="77777777">
        <w:trPr>
          <w:jc w:val="center"/>
        </w:trPr>
        <w:tc>
          <w:tcPr>
            <w:tcW w:w="989" w:type="dxa"/>
          </w:tcPr>
          <w:p w14:paraId="4E2431EB" w14:textId="77777777" w:rsidR="00540C13" w:rsidRDefault="00000000" w:rsidP="006E17D0">
            <w:pPr>
              <w:bidi/>
            </w:pPr>
            <w:r>
              <w:rPr>
                <w:sz w:val="11"/>
              </w:rPr>
              <w:t>R024</w:t>
            </w:r>
          </w:p>
        </w:tc>
        <w:tc>
          <w:tcPr>
            <w:tcW w:w="989" w:type="dxa"/>
          </w:tcPr>
          <w:p w14:paraId="5D9BE1E1" w14:textId="77777777" w:rsidR="00540C13" w:rsidRDefault="00000000" w:rsidP="006E17D0">
            <w:pPr>
              <w:bidi/>
            </w:pPr>
            <w:r>
              <w:rPr>
                <w:sz w:val="11"/>
              </w:rPr>
              <w:t>ذكر</w:t>
            </w:r>
          </w:p>
        </w:tc>
        <w:tc>
          <w:tcPr>
            <w:tcW w:w="989" w:type="dxa"/>
          </w:tcPr>
          <w:p w14:paraId="403568F4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5C0827EA" w14:textId="77777777" w:rsidR="00540C13" w:rsidRDefault="00000000" w:rsidP="006E17D0">
            <w:pPr>
              <w:bidi/>
            </w:pPr>
            <w:r>
              <w:rPr>
                <w:sz w:val="11"/>
              </w:rPr>
              <w:t>بكالوريوس</w:t>
            </w:r>
          </w:p>
        </w:tc>
        <w:tc>
          <w:tcPr>
            <w:tcW w:w="989" w:type="dxa"/>
          </w:tcPr>
          <w:p w14:paraId="3FF01C97" w14:textId="77777777" w:rsidR="00540C13" w:rsidRDefault="00000000" w:rsidP="006E17D0">
            <w:pPr>
              <w:bidi/>
            </w:pPr>
            <w:r>
              <w:rPr>
                <w:sz w:val="11"/>
              </w:rPr>
              <w:t>مرة شهريًا</w:t>
            </w:r>
          </w:p>
        </w:tc>
        <w:tc>
          <w:tcPr>
            <w:tcW w:w="989" w:type="dxa"/>
          </w:tcPr>
          <w:p w14:paraId="7985ABDD" w14:textId="77777777" w:rsidR="00540C13" w:rsidRDefault="00000000" w:rsidP="006E17D0">
            <w:pPr>
              <w:bidi/>
            </w:pPr>
            <w:r>
              <w:rPr>
                <w:sz w:val="11"/>
              </w:rPr>
              <w:t>المتاجر الإلكترونية</w:t>
            </w:r>
          </w:p>
        </w:tc>
        <w:tc>
          <w:tcPr>
            <w:tcW w:w="989" w:type="dxa"/>
          </w:tcPr>
          <w:p w14:paraId="181F236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7D9E632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04F0AF0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33637A5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0A5A588B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70391A8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6EF7A69B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2DBF7A93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25CE3365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</w:tr>
      <w:tr w:rsidR="00540C13" w14:paraId="129C0E4E" w14:textId="77777777">
        <w:trPr>
          <w:jc w:val="center"/>
        </w:trPr>
        <w:tc>
          <w:tcPr>
            <w:tcW w:w="989" w:type="dxa"/>
          </w:tcPr>
          <w:p w14:paraId="0E5E6257" w14:textId="77777777" w:rsidR="00540C13" w:rsidRDefault="00000000" w:rsidP="006E17D0">
            <w:pPr>
              <w:bidi/>
            </w:pPr>
            <w:r>
              <w:rPr>
                <w:sz w:val="11"/>
              </w:rPr>
              <w:t>R025</w:t>
            </w:r>
          </w:p>
        </w:tc>
        <w:tc>
          <w:tcPr>
            <w:tcW w:w="989" w:type="dxa"/>
          </w:tcPr>
          <w:p w14:paraId="55EF4C4A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584EA4EC" w14:textId="77777777" w:rsidR="00540C13" w:rsidRDefault="00000000" w:rsidP="006E17D0">
            <w:pPr>
              <w:bidi/>
            </w:pPr>
            <w:r>
              <w:rPr>
                <w:sz w:val="11"/>
              </w:rPr>
              <w:t>30–39 سنة</w:t>
            </w:r>
          </w:p>
        </w:tc>
        <w:tc>
          <w:tcPr>
            <w:tcW w:w="989" w:type="dxa"/>
          </w:tcPr>
          <w:p w14:paraId="5C19DD1B" w14:textId="77777777" w:rsidR="00540C13" w:rsidRDefault="00000000" w:rsidP="006E17D0">
            <w:pPr>
              <w:bidi/>
            </w:pPr>
            <w:r>
              <w:rPr>
                <w:sz w:val="11"/>
              </w:rPr>
              <w:t>دراسات عليا</w:t>
            </w:r>
          </w:p>
        </w:tc>
        <w:tc>
          <w:tcPr>
            <w:tcW w:w="989" w:type="dxa"/>
          </w:tcPr>
          <w:p w14:paraId="674439CF" w14:textId="77777777" w:rsidR="00540C13" w:rsidRDefault="00000000" w:rsidP="006E17D0">
            <w:pPr>
              <w:bidi/>
            </w:pPr>
            <w:r>
              <w:rPr>
                <w:sz w:val="11"/>
              </w:rPr>
              <w:t>أسبوعيًا أو أكثر</w:t>
            </w:r>
          </w:p>
        </w:tc>
        <w:tc>
          <w:tcPr>
            <w:tcW w:w="989" w:type="dxa"/>
          </w:tcPr>
          <w:p w14:paraId="3F6AB4B5" w14:textId="77777777" w:rsidR="00540C13" w:rsidRDefault="00000000" w:rsidP="006E17D0">
            <w:pPr>
              <w:bidi/>
            </w:pPr>
            <w:r>
              <w:rPr>
                <w:sz w:val="11"/>
              </w:rPr>
              <w:t>المتاجر الإلكترونية</w:t>
            </w:r>
          </w:p>
        </w:tc>
        <w:tc>
          <w:tcPr>
            <w:tcW w:w="989" w:type="dxa"/>
          </w:tcPr>
          <w:p w14:paraId="7BA35CE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530830E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7120884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0818DD9E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3CFAB75D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795930C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6DB0C211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3111F18D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186C6CF1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</w:tr>
      <w:tr w:rsidR="00540C13" w14:paraId="4552EC88" w14:textId="77777777">
        <w:trPr>
          <w:jc w:val="center"/>
        </w:trPr>
        <w:tc>
          <w:tcPr>
            <w:tcW w:w="989" w:type="dxa"/>
          </w:tcPr>
          <w:p w14:paraId="07DD7505" w14:textId="77777777" w:rsidR="00540C13" w:rsidRDefault="00000000" w:rsidP="006E17D0">
            <w:pPr>
              <w:bidi/>
            </w:pPr>
            <w:r>
              <w:rPr>
                <w:sz w:val="11"/>
              </w:rPr>
              <w:t>R026</w:t>
            </w:r>
          </w:p>
        </w:tc>
        <w:tc>
          <w:tcPr>
            <w:tcW w:w="989" w:type="dxa"/>
          </w:tcPr>
          <w:p w14:paraId="55DEFA83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663D482F" w14:textId="77777777" w:rsidR="00540C13" w:rsidRDefault="00000000" w:rsidP="006E17D0">
            <w:pPr>
              <w:bidi/>
            </w:pPr>
            <w:r>
              <w:rPr>
                <w:sz w:val="11"/>
              </w:rPr>
              <w:t>30–39 سنة</w:t>
            </w:r>
          </w:p>
        </w:tc>
        <w:tc>
          <w:tcPr>
            <w:tcW w:w="989" w:type="dxa"/>
          </w:tcPr>
          <w:p w14:paraId="58070FAF" w14:textId="77777777" w:rsidR="00540C13" w:rsidRDefault="00000000" w:rsidP="006E17D0">
            <w:pPr>
              <w:bidi/>
            </w:pPr>
            <w:r>
              <w:rPr>
                <w:sz w:val="11"/>
              </w:rPr>
              <w:t>بكالوريوس</w:t>
            </w:r>
          </w:p>
        </w:tc>
        <w:tc>
          <w:tcPr>
            <w:tcW w:w="989" w:type="dxa"/>
          </w:tcPr>
          <w:p w14:paraId="21F199E6" w14:textId="77777777" w:rsidR="00540C13" w:rsidRDefault="00000000" w:rsidP="006E17D0">
            <w:pPr>
              <w:bidi/>
            </w:pPr>
            <w:r>
              <w:rPr>
                <w:sz w:val="11"/>
              </w:rPr>
              <w:t>مرة شهريًا</w:t>
            </w:r>
          </w:p>
        </w:tc>
        <w:tc>
          <w:tcPr>
            <w:tcW w:w="989" w:type="dxa"/>
          </w:tcPr>
          <w:p w14:paraId="4CA9C08E" w14:textId="77777777" w:rsidR="00540C13" w:rsidRDefault="00000000" w:rsidP="006E17D0">
            <w:pPr>
              <w:bidi/>
            </w:pPr>
            <w:r>
              <w:rPr>
                <w:sz w:val="11"/>
              </w:rPr>
              <w:t>مواقع التواصل الاجتماعي</w:t>
            </w:r>
          </w:p>
        </w:tc>
        <w:tc>
          <w:tcPr>
            <w:tcW w:w="989" w:type="dxa"/>
          </w:tcPr>
          <w:p w14:paraId="274CE3AD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4BC7206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31326D2D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769330CF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07C470C2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16268A30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5F90006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326BFBE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73ACC01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</w:tr>
      <w:tr w:rsidR="00540C13" w14:paraId="00EB91C0" w14:textId="77777777">
        <w:trPr>
          <w:jc w:val="center"/>
        </w:trPr>
        <w:tc>
          <w:tcPr>
            <w:tcW w:w="989" w:type="dxa"/>
          </w:tcPr>
          <w:p w14:paraId="1948E8B6" w14:textId="77777777" w:rsidR="00540C13" w:rsidRDefault="00000000" w:rsidP="006E17D0">
            <w:pPr>
              <w:bidi/>
            </w:pPr>
            <w:r>
              <w:rPr>
                <w:sz w:val="11"/>
              </w:rPr>
              <w:t>R027</w:t>
            </w:r>
          </w:p>
        </w:tc>
        <w:tc>
          <w:tcPr>
            <w:tcW w:w="989" w:type="dxa"/>
          </w:tcPr>
          <w:p w14:paraId="1D1456A6" w14:textId="77777777" w:rsidR="00540C13" w:rsidRDefault="00000000" w:rsidP="006E17D0">
            <w:pPr>
              <w:bidi/>
            </w:pPr>
            <w:r>
              <w:rPr>
                <w:sz w:val="11"/>
              </w:rPr>
              <w:t>ذكر</w:t>
            </w:r>
          </w:p>
        </w:tc>
        <w:tc>
          <w:tcPr>
            <w:tcW w:w="989" w:type="dxa"/>
          </w:tcPr>
          <w:p w14:paraId="304CF18D" w14:textId="77777777" w:rsidR="00540C13" w:rsidRDefault="00000000" w:rsidP="006E17D0">
            <w:pPr>
              <w:bidi/>
            </w:pPr>
            <w:r>
              <w:rPr>
                <w:sz w:val="11"/>
              </w:rPr>
              <w:t>30–39 سنة</w:t>
            </w:r>
          </w:p>
        </w:tc>
        <w:tc>
          <w:tcPr>
            <w:tcW w:w="989" w:type="dxa"/>
          </w:tcPr>
          <w:p w14:paraId="12DB807F" w14:textId="77777777" w:rsidR="00540C13" w:rsidRDefault="00000000" w:rsidP="006E17D0">
            <w:pPr>
              <w:bidi/>
            </w:pPr>
            <w:r>
              <w:rPr>
                <w:sz w:val="11"/>
              </w:rPr>
              <w:t>بكالوريوس</w:t>
            </w:r>
          </w:p>
        </w:tc>
        <w:tc>
          <w:tcPr>
            <w:tcW w:w="989" w:type="dxa"/>
          </w:tcPr>
          <w:p w14:paraId="09DD4C8D" w14:textId="77777777" w:rsidR="00540C13" w:rsidRDefault="00000000" w:rsidP="006E17D0">
            <w:pPr>
              <w:bidi/>
            </w:pPr>
            <w:r>
              <w:rPr>
                <w:sz w:val="11"/>
              </w:rPr>
              <w:t>مرتين إلى ثلاث مرات شهريًا</w:t>
            </w:r>
          </w:p>
        </w:tc>
        <w:tc>
          <w:tcPr>
            <w:tcW w:w="989" w:type="dxa"/>
          </w:tcPr>
          <w:p w14:paraId="09CE6A7C" w14:textId="77777777" w:rsidR="00540C13" w:rsidRDefault="00000000" w:rsidP="006E17D0">
            <w:pPr>
              <w:bidi/>
            </w:pPr>
            <w:r>
              <w:rPr>
                <w:sz w:val="11"/>
              </w:rPr>
              <w:t>المتاجر الإلكترونية</w:t>
            </w:r>
          </w:p>
        </w:tc>
        <w:tc>
          <w:tcPr>
            <w:tcW w:w="989" w:type="dxa"/>
          </w:tcPr>
          <w:p w14:paraId="4ED7BF6F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45D7DB7E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050C464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2F0823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1FC00D7D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25D22CE8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0B11987A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3D132BC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2383589F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</w:tr>
      <w:tr w:rsidR="00540C13" w14:paraId="56BB74E6" w14:textId="77777777">
        <w:trPr>
          <w:jc w:val="center"/>
        </w:trPr>
        <w:tc>
          <w:tcPr>
            <w:tcW w:w="989" w:type="dxa"/>
          </w:tcPr>
          <w:p w14:paraId="684318E3" w14:textId="77777777" w:rsidR="00540C13" w:rsidRDefault="00000000" w:rsidP="006E17D0">
            <w:pPr>
              <w:bidi/>
            </w:pPr>
            <w:r>
              <w:rPr>
                <w:sz w:val="11"/>
              </w:rPr>
              <w:t>R028</w:t>
            </w:r>
          </w:p>
        </w:tc>
        <w:tc>
          <w:tcPr>
            <w:tcW w:w="989" w:type="dxa"/>
          </w:tcPr>
          <w:p w14:paraId="711EA7C3" w14:textId="77777777" w:rsidR="00540C13" w:rsidRDefault="00000000" w:rsidP="006E17D0">
            <w:pPr>
              <w:bidi/>
            </w:pPr>
            <w:r>
              <w:rPr>
                <w:sz w:val="11"/>
              </w:rPr>
              <w:t>ذكر</w:t>
            </w:r>
          </w:p>
        </w:tc>
        <w:tc>
          <w:tcPr>
            <w:tcW w:w="989" w:type="dxa"/>
          </w:tcPr>
          <w:p w14:paraId="4016CD57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45D052DB" w14:textId="77777777" w:rsidR="00540C13" w:rsidRDefault="00000000" w:rsidP="006E17D0">
            <w:pPr>
              <w:bidi/>
            </w:pPr>
            <w:r>
              <w:rPr>
                <w:sz w:val="11"/>
              </w:rPr>
              <w:t>دراسات عليا</w:t>
            </w:r>
          </w:p>
        </w:tc>
        <w:tc>
          <w:tcPr>
            <w:tcW w:w="989" w:type="dxa"/>
          </w:tcPr>
          <w:p w14:paraId="640763A3" w14:textId="77777777" w:rsidR="00540C13" w:rsidRDefault="00000000" w:rsidP="006E17D0">
            <w:pPr>
              <w:bidi/>
            </w:pPr>
            <w:r>
              <w:rPr>
                <w:sz w:val="11"/>
              </w:rPr>
              <w:t>مرتين إلى ثلاث مرات شهريًا</w:t>
            </w:r>
          </w:p>
        </w:tc>
        <w:tc>
          <w:tcPr>
            <w:tcW w:w="989" w:type="dxa"/>
          </w:tcPr>
          <w:p w14:paraId="0A865A61" w14:textId="77777777" w:rsidR="00540C13" w:rsidRDefault="00000000" w:rsidP="006E17D0">
            <w:pPr>
              <w:bidi/>
            </w:pPr>
            <w:r>
              <w:rPr>
                <w:sz w:val="11"/>
              </w:rPr>
              <w:t>المتاجر الإلكترونية</w:t>
            </w:r>
          </w:p>
        </w:tc>
        <w:tc>
          <w:tcPr>
            <w:tcW w:w="989" w:type="dxa"/>
          </w:tcPr>
          <w:p w14:paraId="5F45FFDF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1B75F68A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177FCE86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1D229B9C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53B87A99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674431F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3E3EEB7D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0EDCEAD0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C28DD37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</w:tr>
      <w:tr w:rsidR="00540C13" w14:paraId="23F97164" w14:textId="77777777">
        <w:trPr>
          <w:jc w:val="center"/>
        </w:trPr>
        <w:tc>
          <w:tcPr>
            <w:tcW w:w="989" w:type="dxa"/>
          </w:tcPr>
          <w:p w14:paraId="7080874D" w14:textId="77777777" w:rsidR="00540C13" w:rsidRDefault="00000000" w:rsidP="006E17D0">
            <w:pPr>
              <w:bidi/>
            </w:pPr>
            <w:r>
              <w:rPr>
                <w:sz w:val="11"/>
              </w:rPr>
              <w:t>R029</w:t>
            </w:r>
          </w:p>
        </w:tc>
        <w:tc>
          <w:tcPr>
            <w:tcW w:w="989" w:type="dxa"/>
          </w:tcPr>
          <w:p w14:paraId="0DD37675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0474261F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76E72EE7" w14:textId="77777777" w:rsidR="00540C13" w:rsidRDefault="00000000" w:rsidP="006E17D0">
            <w:pPr>
              <w:bidi/>
            </w:pPr>
            <w:r>
              <w:rPr>
                <w:sz w:val="11"/>
              </w:rPr>
              <w:t>ثانوي فأقل</w:t>
            </w:r>
          </w:p>
        </w:tc>
        <w:tc>
          <w:tcPr>
            <w:tcW w:w="989" w:type="dxa"/>
          </w:tcPr>
          <w:p w14:paraId="1DFF443D" w14:textId="77777777" w:rsidR="00540C13" w:rsidRDefault="00000000" w:rsidP="006E17D0">
            <w:pPr>
              <w:bidi/>
            </w:pPr>
            <w:r>
              <w:rPr>
                <w:sz w:val="11"/>
              </w:rPr>
              <w:t>مرة شهريًا</w:t>
            </w:r>
          </w:p>
        </w:tc>
        <w:tc>
          <w:tcPr>
            <w:tcW w:w="989" w:type="dxa"/>
          </w:tcPr>
          <w:p w14:paraId="64E9966C" w14:textId="77777777" w:rsidR="00540C13" w:rsidRDefault="00000000" w:rsidP="006E17D0">
            <w:pPr>
              <w:bidi/>
            </w:pPr>
            <w:r>
              <w:rPr>
                <w:sz w:val="11"/>
              </w:rPr>
              <w:t>خرائط Google</w:t>
            </w:r>
          </w:p>
        </w:tc>
        <w:tc>
          <w:tcPr>
            <w:tcW w:w="989" w:type="dxa"/>
          </w:tcPr>
          <w:p w14:paraId="703CAB43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6283171C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5A1A6B0E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4289E8C7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3FB3FB53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76BD819B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5F220B12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380FA3CE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4B0BEFC0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</w:tr>
      <w:tr w:rsidR="00540C13" w14:paraId="00770421" w14:textId="77777777">
        <w:trPr>
          <w:jc w:val="center"/>
        </w:trPr>
        <w:tc>
          <w:tcPr>
            <w:tcW w:w="989" w:type="dxa"/>
          </w:tcPr>
          <w:p w14:paraId="337FDE99" w14:textId="77777777" w:rsidR="00540C13" w:rsidRDefault="00000000" w:rsidP="006E17D0">
            <w:pPr>
              <w:bidi/>
            </w:pPr>
            <w:r>
              <w:rPr>
                <w:sz w:val="11"/>
              </w:rPr>
              <w:t>R030</w:t>
            </w:r>
          </w:p>
        </w:tc>
        <w:tc>
          <w:tcPr>
            <w:tcW w:w="989" w:type="dxa"/>
          </w:tcPr>
          <w:p w14:paraId="4B8B622E" w14:textId="77777777" w:rsidR="00540C13" w:rsidRDefault="00000000" w:rsidP="006E17D0">
            <w:pPr>
              <w:bidi/>
            </w:pPr>
            <w:r>
              <w:rPr>
                <w:sz w:val="11"/>
              </w:rPr>
              <w:t>ذكر</w:t>
            </w:r>
          </w:p>
        </w:tc>
        <w:tc>
          <w:tcPr>
            <w:tcW w:w="989" w:type="dxa"/>
          </w:tcPr>
          <w:p w14:paraId="3D426D4E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38682712" w14:textId="77777777" w:rsidR="00540C13" w:rsidRDefault="00000000" w:rsidP="006E17D0">
            <w:pPr>
              <w:bidi/>
            </w:pPr>
            <w:r>
              <w:rPr>
                <w:sz w:val="11"/>
              </w:rPr>
              <w:t>بكالوريوس</w:t>
            </w:r>
          </w:p>
        </w:tc>
        <w:tc>
          <w:tcPr>
            <w:tcW w:w="989" w:type="dxa"/>
          </w:tcPr>
          <w:p w14:paraId="0EAFC04C" w14:textId="77777777" w:rsidR="00540C13" w:rsidRDefault="00000000" w:rsidP="006E17D0">
            <w:pPr>
              <w:bidi/>
            </w:pPr>
            <w:r>
              <w:rPr>
                <w:sz w:val="11"/>
              </w:rPr>
              <w:t>مرتين إلى ثلاث مرات شهريًا</w:t>
            </w:r>
          </w:p>
        </w:tc>
        <w:tc>
          <w:tcPr>
            <w:tcW w:w="989" w:type="dxa"/>
          </w:tcPr>
          <w:p w14:paraId="0770E686" w14:textId="77777777" w:rsidR="00540C13" w:rsidRDefault="00000000" w:rsidP="006E17D0">
            <w:pPr>
              <w:bidi/>
            </w:pPr>
            <w:r>
              <w:rPr>
                <w:sz w:val="11"/>
              </w:rPr>
              <w:t>المتاجر الإلكترونية</w:t>
            </w:r>
          </w:p>
        </w:tc>
        <w:tc>
          <w:tcPr>
            <w:tcW w:w="989" w:type="dxa"/>
          </w:tcPr>
          <w:p w14:paraId="11485E0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204BE0A0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19F528CD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6D2B0FAB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2805131A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65BA893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02EC25F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5CE3839D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1F3CF45B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</w:tr>
      <w:tr w:rsidR="00540C13" w14:paraId="361BCB99" w14:textId="77777777">
        <w:trPr>
          <w:jc w:val="center"/>
        </w:trPr>
        <w:tc>
          <w:tcPr>
            <w:tcW w:w="989" w:type="dxa"/>
          </w:tcPr>
          <w:p w14:paraId="70E61AE3" w14:textId="77777777" w:rsidR="00540C13" w:rsidRDefault="00000000" w:rsidP="006E17D0">
            <w:pPr>
              <w:bidi/>
            </w:pPr>
            <w:r>
              <w:rPr>
                <w:sz w:val="11"/>
              </w:rPr>
              <w:t>R031</w:t>
            </w:r>
          </w:p>
        </w:tc>
        <w:tc>
          <w:tcPr>
            <w:tcW w:w="989" w:type="dxa"/>
          </w:tcPr>
          <w:p w14:paraId="46A25972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5D4E4DB1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200772FE" w14:textId="77777777" w:rsidR="00540C13" w:rsidRDefault="00000000" w:rsidP="006E17D0">
            <w:pPr>
              <w:bidi/>
            </w:pPr>
            <w:r>
              <w:rPr>
                <w:sz w:val="11"/>
              </w:rPr>
              <w:t>دراسات عليا</w:t>
            </w:r>
          </w:p>
        </w:tc>
        <w:tc>
          <w:tcPr>
            <w:tcW w:w="989" w:type="dxa"/>
          </w:tcPr>
          <w:p w14:paraId="58D33F22" w14:textId="77777777" w:rsidR="00540C13" w:rsidRDefault="00000000" w:rsidP="006E17D0">
            <w:pPr>
              <w:bidi/>
            </w:pPr>
            <w:r>
              <w:rPr>
                <w:sz w:val="11"/>
              </w:rPr>
              <w:t>مرتين إلى ثلاث مرات شهريًا</w:t>
            </w:r>
          </w:p>
        </w:tc>
        <w:tc>
          <w:tcPr>
            <w:tcW w:w="989" w:type="dxa"/>
          </w:tcPr>
          <w:p w14:paraId="3B29D26B" w14:textId="77777777" w:rsidR="00540C13" w:rsidRDefault="00000000" w:rsidP="006E17D0">
            <w:pPr>
              <w:bidi/>
            </w:pPr>
            <w:r>
              <w:rPr>
                <w:sz w:val="11"/>
              </w:rPr>
              <w:t>المتاجر الإلكترونية</w:t>
            </w:r>
          </w:p>
        </w:tc>
        <w:tc>
          <w:tcPr>
            <w:tcW w:w="989" w:type="dxa"/>
          </w:tcPr>
          <w:p w14:paraId="4E7A2F42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4073CF64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35E8160E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23A2F20D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3D2CA3D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7495E450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3564CB46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76D6F9CB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3039D7E2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</w:tr>
      <w:tr w:rsidR="00540C13" w14:paraId="593E3CD3" w14:textId="77777777">
        <w:trPr>
          <w:jc w:val="center"/>
        </w:trPr>
        <w:tc>
          <w:tcPr>
            <w:tcW w:w="989" w:type="dxa"/>
          </w:tcPr>
          <w:p w14:paraId="635E85E5" w14:textId="77777777" w:rsidR="00540C13" w:rsidRDefault="00000000" w:rsidP="006E17D0">
            <w:pPr>
              <w:bidi/>
            </w:pPr>
            <w:r>
              <w:rPr>
                <w:sz w:val="11"/>
              </w:rPr>
              <w:t>R032</w:t>
            </w:r>
          </w:p>
        </w:tc>
        <w:tc>
          <w:tcPr>
            <w:tcW w:w="989" w:type="dxa"/>
          </w:tcPr>
          <w:p w14:paraId="3C438FD0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06F0EE71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63F80A4A" w14:textId="77777777" w:rsidR="00540C13" w:rsidRDefault="00000000" w:rsidP="006E17D0">
            <w:pPr>
              <w:bidi/>
            </w:pPr>
            <w:r>
              <w:rPr>
                <w:sz w:val="11"/>
              </w:rPr>
              <w:t>ثانوي فأقل</w:t>
            </w:r>
          </w:p>
        </w:tc>
        <w:tc>
          <w:tcPr>
            <w:tcW w:w="989" w:type="dxa"/>
          </w:tcPr>
          <w:p w14:paraId="3DAF9D4A" w14:textId="77777777" w:rsidR="00540C13" w:rsidRDefault="00000000" w:rsidP="006E17D0">
            <w:pPr>
              <w:bidi/>
            </w:pPr>
            <w:r>
              <w:rPr>
                <w:sz w:val="11"/>
              </w:rPr>
              <w:t>مرتين إلى ثلاث مرات شهريًا</w:t>
            </w:r>
          </w:p>
        </w:tc>
        <w:tc>
          <w:tcPr>
            <w:tcW w:w="989" w:type="dxa"/>
          </w:tcPr>
          <w:p w14:paraId="1531E2A6" w14:textId="77777777" w:rsidR="00540C13" w:rsidRDefault="00000000" w:rsidP="006E17D0">
            <w:pPr>
              <w:bidi/>
            </w:pPr>
            <w:r>
              <w:rPr>
                <w:sz w:val="11"/>
              </w:rPr>
              <w:t>مواقع التواصل الاجتماعي</w:t>
            </w:r>
          </w:p>
        </w:tc>
        <w:tc>
          <w:tcPr>
            <w:tcW w:w="989" w:type="dxa"/>
          </w:tcPr>
          <w:p w14:paraId="35D0A7B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20BECDCE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52EA25C3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7BB78014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49B9821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6CC08BBD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31BDB44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55B9700A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460C1995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</w:tr>
      <w:tr w:rsidR="00540C13" w14:paraId="20F58BC2" w14:textId="77777777">
        <w:trPr>
          <w:jc w:val="center"/>
        </w:trPr>
        <w:tc>
          <w:tcPr>
            <w:tcW w:w="989" w:type="dxa"/>
          </w:tcPr>
          <w:p w14:paraId="43B0405F" w14:textId="77777777" w:rsidR="00540C13" w:rsidRDefault="00000000" w:rsidP="006E17D0">
            <w:pPr>
              <w:bidi/>
            </w:pPr>
            <w:r>
              <w:rPr>
                <w:sz w:val="11"/>
              </w:rPr>
              <w:t>R033</w:t>
            </w:r>
          </w:p>
        </w:tc>
        <w:tc>
          <w:tcPr>
            <w:tcW w:w="989" w:type="dxa"/>
          </w:tcPr>
          <w:p w14:paraId="5BA24E8F" w14:textId="77777777" w:rsidR="00540C13" w:rsidRDefault="00000000" w:rsidP="006E17D0">
            <w:pPr>
              <w:bidi/>
            </w:pPr>
            <w:r>
              <w:rPr>
                <w:sz w:val="11"/>
              </w:rPr>
              <w:t>ذكر</w:t>
            </w:r>
          </w:p>
        </w:tc>
        <w:tc>
          <w:tcPr>
            <w:tcW w:w="989" w:type="dxa"/>
          </w:tcPr>
          <w:p w14:paraId="7CAC99D0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0495C6EA" w14:textId="77777777" w:rsidR="00540C13" w:rsidRDefault="00000000" w:rsidP="006E17D0">
            <w:pPr>
              <w:bidi/>
            </w:pPr>
            <w:r>
              <w:rPr>
                <w:sz w:val="11"/>
              </w:rPr>
              <w:t>دبلوم</w:t>
            </w:r>
          </w:p>
        </w:tc>
        <w:tc>
          <w:tcPr>
            <w:tcW w:w="989" w:type="dxa"/>
          </w:tcPr>
          <w:p w14:paraId="00FCA659" w14:textId="77777777" w:rsidR="00540C13" w:rsidRDefault="00000000" w:rsidP="006E17D0">
            <w:pPr>
              <w:bidi/>
            </w:pPr>
            <w:r>
              <w:rPr>
                <w:sz w:val="11"/>
              </w:rPr>
              <w:t>أسبوعيًا أو أكثر</w:t>
            </w:r>
          </w:p>
        </w:tc>
        <w:tc>
          <w:tcPr>
            <w:tcW w:w="989" w:type="dxa"/>
          </w:tcPr>
          <w:p w14:paraId="778665AB" w14:textId="77777777" w:rsidR="00540C13" w:rsidRDefault="00000000" w:rsidP="006E17D0">
            <w:pPr>
              <w:bidi/>
            </w:pPr>
            <w:r>
              <w:rPr>
                <w:sz w:val="11"/>
              </w:rPr>
              <w:t>مواقع التواصل الاجتماعي</w:t>
            </w:r>
          </w:p>
        </w:tc>
        <w:tc>
          <w:tcPr>
            <w:tcW w:w="989" w:type="dxa"/>
          </w:tcPr>
          <w:p w14:paraId="79F739F2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1C76E2A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17E16C72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3E0A141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23B1F640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7D40AFB1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35A10D37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7E84D0D1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84BD9F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</w:tr>
      <w:tr w:rsidR="00540C13" w14:paraId="78384A16" w14:textId="77777777">
        <w:trPr>
          <w:jc w:val="center"/>
        </w:trPr>
        <w:tc>
          <w:tcPr>
            <w:tcW w:w="989" w:type="dxa"/>
          </w:tcPr>
          <w:p w14:paraId="06FF5FB5" w14:textId="77777777" w:rsidR="00540C13" w:rsidRDefault="00000000" w:rsidP="006E17D0">
            <w:pPr>
              <w:bidi/>
            </w:pPr>
            <w:r>
              <w:rPr>
                <w:sz w:val="11"/>
              </w:rPr>
              <w:t>R034</w:t>
            </w:r>
          </w:p>
        </w:tc>
        <w:tc>
          <w:tcPr>
            <w:tcW w:w="989" w:type="dxa"/>
          </w:tcPr>
          <w:p w14:paraId="0E074826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48677F6B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45900CC1" w14:textId="77777777" w:rsidR="00540C13" w:rsidRDefault="00000000" w:rsidP="006E17D0">
            <w:pPr>
              <w:bidi/>
            </w:pPr>
            <w:r>
              <w:rPr>
                <w:sz w:val="11"/>
              </w:rPr>
              <w:t>دبلوم</w:t>
            </w:r>
          </w:p>
        </w:tc>
        <w:tc>
          <w:tcPr>
            <w:tcW w:w="989" w:type="dxa"/>
          </w:tcPr>
          <w:p w14:paraId="42461CA2" w14:textId="77777777" w:rsidR="00540C13" w:rsidRDefault="00000000" w:rsidP="006E17D0">
            <w:pPr>
              <w:bidi/>
            </w:pPr>
            <w:r>
              <w:rPr>
                <w:sz w:val="11"/>
              </w:rPr>
              <w:t>مرتين إلى ثلاث مرات شهريًا</w:t>
            </w:r>
          </w:p>
        </w:tc>
        <w:tc>
          <w:tcPr>
            <w:tcW w:w="989" w:type="dxa"/>
          </w:tcPr>
          <w:p w14:paraId="16C5487F" w14:textId="77777777" w:rsidR="00540C13" w:rsidRDefault="00000000" w:rsidP="006E17D0">
            <w:pPr>
              <w:bidi/>
            </w:pPr>
            <w:r>
              <w:rPr>
                <w:sz w:val="11"/>
              </w:rPr>
              <w:t>المتاجر الإلكترونية</w:t>
            </w:r>
          </w:p>
        </w:tc>
        <w:tc>
          <w:tcPr>
            <w:tcW w:w="989" w:type="dxa"/>
          </w:tcPr>
          <w:p w14:paraId="297AFB37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6E0446F8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352377B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2CB4058A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11454E1C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2AD24CE2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60DC433B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7D0C130F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5344247A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</w:tr>
      <w:tr w:rsidR="00540C13" w14:paraId="7F546F4E" w14:textId="77777777">
        <w:trPr>
          <w:jc w:val="center"/>
        </w:trPr>
        <w:tc>
          <w:tcPr>
            <w:tcW w:w="989" w:type="dxa"/>
          </w:tcPr>
          <w:p w14:paraId="227F322B" w14:textId="77777777" w:rsidR="00540C13" w:rsidRDefault="00000000" w:rsidP="006E17D0">
            <w:pPr>
              <w:bidi/>
            </w:pPr>
            <w:r>
              <w:rPr>
                <w:sz w:val="11"/>
              </w:rPr>
              <w:t>R035</w:t>
            </w:r>
          </w:p>
        </w:tc>
        <w:tc>
          <w:tcPr>
            <w:tcW w:w="989" w:type="dxa"/>
          </w:tcPr>
          <w:p w14:paraId="04B45EFC" w14:textId="77777777" w:rsidR="00540C13" w:rsidRDefault="00000000" w:rsidP="006E17D0">
            <w:pPr>
              <w:bidi/>
            </w:pPr>
            <w:r>
              <w:rPr>
                <w:sz w:val="11"/>
              </w:rPr>
              <w:t>ذكر</w:t>
            </w:r>
          </w:p>
        </w:tc>
        <w:tc>
          <w:tcPr>
            <w:tcW w:w="989" w:type="dxa"/>
          </w:tcPr>
          <w:p w14:paraId="16ACA857" w14:textId="77777777" w:rsidR="00540C13" w:rsidRDefault="00000000" w:rsidP="006E17D0">
            <w:pPr>
              <w:bidi/>
            </w:pPr>
            <w:r>
              <w:rPr>
                <w:sz w:val="11"/>
              </w:rPr>
              <w:t>40 سنة فأكثر</w:t>
            </w:r>
          </w:p>
        </w:tc>
        <w:tc>
          <w:tcPr>
            <w:tcW w:w="989" w:type="dxa"/>
          </w:tcPr>
          <w:p w14:paraId="78C2CD52" w14:textId="77777777" w:rsidR="00540C13" w:rsidRDefault="00000000" w:rsidP="006E17D0">
            <w:pPr>
              <w:bidi/>
            </w:pPr>
            <w:r>
              <w:rPr>
                <w:sz w:val="11"/>
              </w:rPr>
              <w:t>بكالوريوس</w:t>
            </w:r>
          </w:p>
        </w:tc>
        <w:tc>
          <w:tcPr>
            <w:tcW w:w="989" w:type="dxa"/>
          </w:tcPr>
          <w:p w14:paraId="644BBA13" w14:textId="77777777" w:rsidR="00540C13" w:rsidRDefault="00000000" w:rsidP="006E17D0">
            <w:pPr>
              <w:bidi/>
            </w:pPr>
            <w:r>
              <w:rPr>
                <w:sz w:val="11"/>
              </w:rPr>
              <w:t>أسبوعيًا أو أكثر</w:t>
            </w:r>
          </w:p>
        </w:tc>
        <w:tc>
          <w:tcPr>
            <w:tcW w:w="989" w:type="dxa"/>
          </w:tcPr>
          <w:p w14:paraId="482E4B56" w14:textId="77777777" w:rsidR="00540C13" w:rsidRDefault="00000000" w:rsidP="006E17D0">
            <w:pPr>
              <w:bidi/>
            </w:pPr>
            <w:r>
              <w:rPr>
                <w:sz w:val="11"/>
              </w:rPr>
              <w:t>المتاجر الإلكترونية</w:t>
            </w:r>
          </w:p>
        </w:tc>
        <w:tc>
          <w:tcPr>
            <w:tcW w:w="989" w:type="dxa"/>
          </w:tcPr>
          <w:p w14:paraId="330CF351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12DF326F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179E9528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39CCE84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04F820AC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3E0A2C6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2755E43A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25214E21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09BEFF4A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</w:tr>
      <w:tr w:rsidR="00540C13" w14:paraId="12583DE9" w14:textId="77777777">
        <w:trPr>
          <w:jc w:val="center"/>
        </w:trPr>
        <w:tc>
          <w:tcPr>
            <w:tcW w:w="989" w:type="dxa"/>
          </w:tcPr>
          <w:p w14:paraId="653EF0BB" w14:textId="77777777" w:rsidR="00540C13" w:rsidRDefault="00000000" w:rsidP="006E17D0">
            <w:pPr>
              <w:bidi/>
            </w:pPr>
            <w:r>
              <w:rPr>
                <w:sz w:val="11"/>
              </w:rPr>
              <w:t>R036</w:t>
            </w:r>
          </w:p>
        </w:tc>
        <w:tc>
          <w:tcPr>
            <w:tcW w:w="989" w:type="dxa"/>
          </w:tcPr>
          <w:p w14:paraId="3AA61744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10D763AC" w14:textId="77777777" w:rsidR="00540C13" w:rsidRDefault="00000000" w:rsidP="006E17D0">
            <w:pPr>
              <w:bidi/>
            </w:pPr>
            <w:r>
              <w:rPr>
                <w:sz w:val="11"/>
              </w:rPr>
              <w:t>30–39 سنة</w:t>
            </w:r>
          </w:p>
        </w:tc>
        <w:tc>
          <w:tcPr>
            <w:tcW w:w="989" w:type="dxa"/>
          </w:tcPr>
          <w:p w14:paraId="32177A67" w14:textId="77777777" w:rsidR="00540C13" w:rsidRDefault="00000000" w:rsidP="006E17D0">
            <w:pPr>
              <w:bidi/>
            </w:pPr>
            <w:r>
              <w:rPr>
                <w:sz w:val="11"/>
              </w:rPr>
              <w:t>ثانوي فأقل</w:t>
            </w:r>
          </w:p>
        </w:tc>
        <w:tc>
          <w:tcPr>
            <w:tcW w:w="989" w:type="dxa"/>
          </w:tcPr>
          <w:p w14:paraId="49BF8EBE" w14:textId="77777777" w:rsidR="00540C13" w:rsidRDefault="00000000" w:rsidP="006E17D0">
            <w:pPr>
              <w:bidi/>
            </w:pPr>
            <w:r>
              <w:rPr>
                <w:sz w:val="11"/>
              </w:rPr>
              <w:t>أسبوعيًا أو أكثر</w:t>
            </w:r>
          </w:p>
        </w:tc>
        <w:tc>
          <w:tcPr>
            <w:tcW w:w="989" w:type="dxa"/>
          </w:tcPr>
          <w:p w14:paraId="54D3FA3F" w14:textId="77777777" w:rsidR="00540C13" w:rsidRDefault="00000000" w:rsidP="006E17D0">
            <w:pPr>
              <w:bidi/>
            </w:pPr>
            <w:r>
              <w:rPr>
                <w:sz w:val="11"/>
              </w:rPr>
              <w:t>مواقع التواصل الاجتماعي</w:t>
            </w:r>
          </w:p>
        </w:tc>
        <w:tc>
          <w:tcPr>
            <w:tcW w:w="989" w:type="dxa"/>
          </w:tcPr>
          <w:p w14:paraId="633419F4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60D48207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538D1EF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67E983BA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046F77E7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435779A9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0DE330B3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5FCFF082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474A8EE2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</w:tr>
      <w:tr w:rsidR="00540C13" w14:paraId="41A6F3FF" w14:textId="77777777">
        <w:trPr>
          <w:jc w:val="center"/>
        </w:trPr>
        <w:tc>
          <w:tcPr>
            <w:tcW w:w="989" w:type="dxa"/>
          </w:tcPr>
          <w:p w14:paraId="5E4BC3E6" w14:textId="77777777" w:rsidR="00540C13" w:rsidRDefault="00000000" w:rsidP="006E17D0">
            <w:pPr>
              <w:bidi/>
            </w:pPr>
            <w:r>
              <w:rPr>
                <w:sz w:val="11"/>
              </w:rPr>
              <w:t>R037</w:t>
            </w:r>
          </w:p>
        </w:tc>
        <w:tc>
          <w:tcPr>
            <w:tcW w:w="989" w:type="dxa"/>
          </w:tcPr>
          <w:p w14:paraId="1BA7277F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76A2FDEA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65F3DE7C" w14:textId="77777777" w:rsidR="00540C13" w:rsidRDefault="00000000" w:rsidP="006E17D0">
            <w:pPr>
              <w:bidi/>
            </w:pPr>
            <w:r>
              <w:rPr>
                <w:sz w:val="11"/>
              </w:rPr>
              <w:t>بكالوريوس</w:t>
            </w:r>
          </w:p>
        </w:tc>
        <w:tc>
          <w:tcPr>
            <w:tcW w:w="989" w:type="dxa"/>
          </w:tcPr>
          <w:p w14:paraId="57AB2B37" w14:textId="77777777" w:rsidR="00540C13" w:rsidRDefault="00000000" w:rsidP="006E17D0">
            <w:pPr>
              <w:bidi/>
            </w:pPr>
            <w:r>
              <w:rPr>
                <w:sz w:val="11"/>
              </w:rPr>
              <w:t>أسبوعيًا أو أكثر</w:t>
            </w:r>
          </w:p>
        </w:tc>
        <w:tc>
          <w:tcPr>
            <w:tcW w:w="989" w:type="dxa"/>
          </w:tcPr>
          <w:p w14:paraId="5CA5B399" w14:textId="77777777" w:rsidR="00540C13" w:rsidRDefault="00000000" w:rsidP="006E17D0">
            <w:pPr>
              <w:bidi/>
            </w:pPr>
            <w:r>
              <w:rPr>
                <w:sz w:val="11"/>
              </w:rPr>
              <w:t>منصات أخرى</w:t>
            </w:r>
          </w:p>
        </w:tc>
        <w:tc>
          <w:tcPr>
            <w:tcW w:w="989" w:type="dxa"/>
          </w:tcPr>
          <w:p w14:paraId="5BE7CD85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66C4587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158264FC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4668E14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0973071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032A3C1E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0650EEF1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69EB5530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043007C6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</w:tr>
      <w:tr w:rsidR="00540C13" w14:paraId="2D8437CE" w14:textId="77777777">
        <w:trPr>
          <w:jc w:val="center"/>
        </w:trPr>
        <w:tc>
          <w:tcPr>
            <w:tcW w:w="989" w:type="dxa"/>
          </w:tcPr>
          <w:p w14:paraId="3CEB58E6" w14:textId="77777777" w:rsidR="00540C13" w:rsidRDefault="00000000" w:rsidP="006E17D0">
            <w:pPr>
              <w:bidi/>
            </w:pPr>
            <w:r>
              <w:rPr>
                <w:sz w:val="11"/>
              </w:rPr>
              <w:t>R038</w:t>
            </w:r>
          </w:p>
        </w:tc>
        <w:tc>
          <w:tcPr>
            <w:tcW w:w="989" w:type="dxa"/>
          </w:tcPr>
          <w:p w14:paraId="2BBE5289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3F712996" w14:textId="77777777" w:rsidR="00540C13" w:rsidRDefault="00000000" w:rsidP="006E17D0">
            <w:pPr>
              <w:bidi/>
            </w:pPr>
            <w:r>
              <w:rPr>
                <w:sz w:val="11"/>
              </w:rPr>
              <w:t>30–39 سنة</w:t>
            </w:r>
          </w:p>
        </w:tc>
        <w:tc>
          <w:tcPr>
            <w:tcW w:w="989" w:type="dxa"/>
          </w:tcPr>
          <w:p w14:paraId="735534D5" w14:textId="77777777" w:rsidR="00540C13" w:rsidRDefault="00000000" w:rsidP="006E17D0">
            <w:pPr>
              <w:bidi/>
            </w:pPr>
            <w:r>
              <w:rPr>
                <w:sz w:val="11"/>
              </w:rPr>
              <w:t>دراسات عليا</w:t>
            </w:r>
          </w:p>
        </w:tc>
        <w:tc>
          <w:tcPr>
            <w:tcW w:w="989" w:type="dxa"/>
          </w:tcPr>
          <w:p w14:paraId="26D8CB50" w14:textId="77777777" w:rsidR="00540C13" w:rsidRDefault="00000000" w:rsidP="006E17D0">
            <w:pPr>
              <w:bidi/>
            </w:pPr>
            <w:r>
              <w:rPr>
                <w:sz w:val="11"/>
              </w:rPr>
              <w:t>مرتين إلى ثلاث مرات شهريًا</w:t>
            </w:r>
          </w:p>
        </w:tc>
        <w:tc>
          <w:tcPr>
            <w:tcW w:w="989" w:type="dxa"/>
          </w:tcPr>
          <w:p w14:paraId="65FC802C" w14:textId="77777777" w:rsidR="00540C13" w:rsidRDefault="00000000" w:rsidP="006E17D0">
            <w:pPr>
              <w:bidi/>
            </w:pPr>
            <w:r>
              <w:rPr>
                <w:sz w:val="11"/>
              </w:rPr>
              <w:t>المتاجر الإلكترونية</w:t>
            </w:r>
          </w:p>
        </w:tc>
        <w:tc>
          <w:tcPr>
            <w:tcW w:w="989" w:type="dxa"/>
          </w:tcPr>
          <w:p w14:paraId="22CDF619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5266D5F4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4E2AC64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5A06A84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C7294FE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62CAAF03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14A8DEA8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2D72A15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21A40C9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</w:tr>
      <w:tr w:rsidR="00540C13" w14:paraId="018C74E8" w14:textId="77777777">
        <w:trPr>
          <w:jc w:val="center"/>
        </w:trPr>
        <w:tc>
          <w:tcPr>
            <w:tcW w:w="989" w:type="dxa"/>
          </w:tcPr>
          <w:p w14:paraId="445D94BB" w14:textId="77777777" w:rsidR="00540C13" w:rsidRDefault="00000000" w:rsidP="006E17D0">
            <w:pPr>
              <w:bidi/>
            </w:pPr>
            <w:r>
              <w:rPr>
                <w:sz w:val="11"/>
              </w:rPr>
              <w:t>R039</w:t>
            </w:r>
          </w:p>
        </w:tc>
        <w:tc>
          <w:tcPr>
            <w:tcW w:w="989" w:type="dxa"/>
          </w:tcPr>
          <w:p w14:paraId="551F9AEE" w14:textId="77777777" w:rsidR="00540C13" w:rsidRDefault="00000000" w:rsidP="006E17D0">
            <w:pPr>
              <w:bidi/>
            </w:pPr>
            <w:r>
              <w:rPr>
                <w:sz w:val="11"/>
              </w:rPr>
              <w:t>ذكر</w:t>
            </w:r>
          </w:p>
        </w:tc>
        <w:tc>
          <w:tcPr>
            <w:tcW w:w="989" w:type="dxa"/>
          </w:tcPr>
          <w:p w14:paraId="388783DD" w14:textId="77777777" w:rsidR="00540C13" w:rsidRDefault="00000000" w:rsidP="006E17D0">
            <w:pPr>
              <w:bidi/>
            </w:pPr>
            <w:r>
              <w:rPr>
                <w:sz w:val="11"/>
              </w:rPr>
              <w:t>أقل من 20 سنة</w:t>
            </w:r>
          </w:p>
        </w:tc>
        <w:tc>
          <w:tcPr>
            <w:tcW w:w="989" w:type="dxa"/>
          </w:tcPr>
          <w:p w14:paraId="41DA823D" w14:textId="77777777" w:rsidR="00540C13" w:rsidRDefault="00000000" w:rsidP="006E17D0">
            <w:pPr>
              <w:bidi/>
            </w:pPr>
            <w:r>
              <w:rPr>
                <w:sz w:val="11"/>
              </w:rPr>
              <w:t>بكالوريوس</w:t>
            </w:r>
          </w:p>
        </w:tc>
        <w:tc>
          <w:tcPr>
            <w:tcW w:w="989" w:type="dxa"/>
          </w:tcPr>
          <w:p w14:paraId="76C3268A" w14:textId="77777777" w:rsidR="00540C13" w:rsidRDefault="00000000" w:rsidP="006E17D0">
            <w:pPr>
              <w:bidi/>
            </w:pPr>
            <w:r>
              <w:rPr>
                <w:sz w:val="11"/>
              </w:rPr>
              <w:t>نادرًا</w:t>
            </w:r>
          </w:p>
        </w:tc>
        <w:tc>
          <w:tcPr>
            <w:tcW w:w="989" w:type="dxa"/>
          </w:tcPr>
          <w:p w14:paraId="37AA67CE" w14:textId="77777777" w:rsidR="00540C13" w:rsidRDefault="00000000" w:rsidP="006E17D0">
            <w:pPr>
              <w:bidi/>
            </w:pPr>
            <w:r>
              <w:rPr>
                <w:sz w:val="11"/>
              </w:rPr>
              <w:t>مواقع التواصل الاجتماعي</w:t>
            </w:r>
          </w:p>
        </w:tc>
        <w:tc>
          <w:tcPr>
            <w:tcW w:w="989" w:type="dxa"/>
          </w:tcPr>
          <w:p w14:paraId="1F5D246D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534B343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071F6B9E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5B703801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7B21739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D5DA53B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1C9895B0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24B33ED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0B7E263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</w:tr>
      <w:tr w:rsidR="00540C13" w14:paraId="69C6EFA7" w14:textId="77777777">
        <w:trPr>
          <w:jc w:val="center"/>
        </w:trPr>
        <w:tc>
          <w:tcPr>
            <w:tcW w:w="989" w:type="dxa"/>
          </w:tcPr>
          <w:p w14:paraId="046D9DDC" w14:textId="77777777" w:rsidR="00540C13" w:rsidRDefault="00000000" w:rsidP="006E17D0">
            <w:pPr>
              <w:bidi/>
            </w:pPr>
            <w:r>
              <w:rPr>
                <w:sz w:val="11"/>
              </w:rPr>
              <w:t>R040</w:t>
            </w:r>
          </w:p>
        </w:tc>
        <w:tc>
          <w:tcPr>
            <w:tcW w:w="989" w:type="dxa"/>
          </w:tcPr>
          <w:p w14:paraId="7C4DAF86" w14:textId="77777777" w:rsidR="00540C13" w:rsidRDefault="00000000" w:rsidP="006E17D0">
            <w:pPr>
              <w:bidi/>
            </w:pPr>
            <w:r>
              <w:rPr>
                <w:sz w:val="11"/>
              </w:rPr>
              <w:t>ذكر</w:t>
            </w:r>
          </w:p>
        </w:tc>
        <w:tc>
          <w:tcPr>
            <w:tcW w:w="989" w:type="dxa"/>
          </w:tcPr>
          <w:p w14:paraId="4B53B2A2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64F8D82D" w14:textId="77777777" w:rsidR="00540C13" w:rsidRDefault="00000000" w:rsidP="006E17D0">
            <w:pPr>
              <w:bidi/>
            </w:pPr>
            <w:r>
              <w:rPr>
                <w:sz w:val="11"/>
              </w:rPr>
              <w:t>دبلوم</w:t>
            </w:r>
          </w:p>
        </w:tc>
        <w:tc>
          <w:tcPr>
            <w:tcW w:w="989" w:type="dxa"/>
          </w:tcPr>
          <w:p w14:paraId="398A22B2" w14:textId="77777777" w:rsidR="00540C13" w:rsidRDefault="00000000" w:rsidP="006E17D0">
            <w:pPr>
              <w:bidi/>
            </w:pPr>
            <w:r>
              <w:rPr>
                <w:sz w:val="11"/>
              </w:rPr>
              <w:t>مرة شهريًا</w:t>
            </w:r>
          </w:p>
        </w:tc>
        <w:tc>
          <w:tcPr>
            <w:tcW w:w="989" w:type="dxa"/>
          </w:tcPr>
          <w:p w14:paraId="0361D32B" w14:textId="77777777" w:rsidR="00540C13" w:rsidRDefault="00000000" w:rsidP="006E17D0">
            <w:pPr>
              <w:bidi/>
            </w:pPr>
            <w:r>
              <w:rPr>
                <w:sz w:val="11"/>
              </w:rPr>
              <w:t>المتاجر الإلكترونية</w:t>
            </w:r>
          </w:p>
        </w:tc>
        <w:tc>
          <w:tcPr>
            <w:tcW w:w="989" w:type="dxa"/>
          </w:tcPr>
          <w:p w14:paraId="5AEEDD8E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18B66EA0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29BEA207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115ABF5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616B031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6162295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0DD92AAE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5F47058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2AC5F0B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</w:tr>
      <w:tr w:rsidR="00540C13" w14:paraId="6B7923EC" w14:textId="77777777">
        <w:trPr>
          <w:jc w:val="center"/>
        </w:trPr>
        <w:tc>
          <w:tcPr>
            <w:tcW w:w="989" w:type="dxa"/>
          </w:tcPr>
          <w:p w14:paraId="0FE4BE86" w14:textId="77777777" w:rsidR="00540C13" w:rsidRDefault="00000000" w:rsidP="006E17D0">
            <w:pPr>
              <w:bidi/>
            </w:pPr>
            <w:r>
              <w:rPr>
                <w:sz w:val="11"/>
              </w:rPr>
              <w:t>R041</w:t>
            </w:r>
          </w:p>
        </w:tc>
        <w:tc>
          <w:tcPr>
            <w:tcW w:w="989" w:type="dxa"/>
          </w:tcPr>
          <w:p w14:paraId="556DE0E3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735945DE" w14:textId="77777777" w:rsidR="00540C13" w:rsidRDefault="00000000" w:rsidP="006E17D0">
            <w:pPr>
              <w:bidi/>
            </w:pPr>
            <w:r>
              <w:rPr>
                <w:sz w:val="11"/>
              </w:rPr>
              <w:t>أقل من 20 سنة</w:t>
            </w:r>
          </w:p>
        </w:tc>
        <w:tc>
          <w:tcPr>
            <w:tcW w:w="989" w:type="dxa"/>
          </w:tcPr>
          <w:p w14:paraId="42DA5AF2" w14:textId="77777777" w:rsidR="00540C13" w:rsidRDefault="00000000" w:rsidP="006E17D0">
            <w:pPr>
              <w:bidi/>
            </w:pPr>
            <w:r>
              <w:rPr>
                <w:sz w:val="11"/>
              </w:rPr>
              <w:t>بكالوريوس</w:t>
            </w:r>
          </w:p>
        </w:tc>
        <w:tc>
          <w:tcPr>
            <w:tcW w:w="989" w:type="dxa"/>
          </w:tcPr>
          <w:p w14:paraId="4DDFD526" w14:textId="77777777" w:rsidR="00540C13" w:rsidRDefault="00000000" w:rsidP="006E17D0">
            <w:pPr>
              <w:bidi/>
            </w:pPr>
            <w:r>
              <w:rPr>
                <w:sz w:val="11"/>
              </w:rPr>
              <w:t>مرة شهريًا</w:t>
            </w:r>
          </w:p>
        </w:tc>
        <w:tc>
          <w:tcPr>
            <w:tcW w:w="989" w:type="dxa"/>
          </w:tcPr>
          <w:p w14:paraId="1F00E77A" w14:textId="77777777" w:rsidR="00540C13" w:rsidRDefault="00000000" w:rsidP="006E17D0">
            <w:pPr>
              <w:bidi/>
            </w:pPr>
            <w:r>
              <w:rPr>
                <w:sz w:val="11"/>
              </w:rPr>
              <w:t>المتاجر الإلكترونية</w:t>
            </w:r>
          </w:p>
        </w:tc>
        <w:tc>
          <w:tcPr>
            <w:tcW w:w="989" w:type="dxa"/>
          </w:tcPr>
          <w:p w14:paraId="00BCF08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6B64A0F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0E8024D6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6511E368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7A4DF96D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1C66B2F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2AECD55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5AC17778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4B112304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</w:tr>
      <w:tr w:rsidR="00540C13" w14:paraId="7278D559" w14:textId="77777777">
        <w:trPr>
          <w:jc w:val="center"/>
        </w:trPr>
        <w:tc>
          <w:tcPr>
            <w:tcW w:w="989" w:type="dxa"/>
          </w:tcPr>
          <w:p w14:paraId="2163FBEA" w14:textId="77777777" w:rsidR="00540C13" w:rsidRDefault="00000000" w:rsidP="006E17D0">
            <w:pPr>
              <w:bidi/>
            </w:pPr>
            <w:r>
              <w:rPr>
                <w:sz w:val="11"/>
              </w:rPr>
              <w:t>R042</w:t>
            </w:r>
          </w:p>
        </w:tc>
        <w:tc>
          <w:tcPr>
            <w:tcW w:w="989" w:type="dxa"/>
          </w:tcPr>
          <w:p w14:paraId="13C3F822" w14:textId="77777777" w:rsidR="00540C13" w:rsidRDefault="00000000" w:rsidP="006E17D0">
            <w:pPr>
              <w:bidi/>
            </w:pPr>
            <w:r>
              <w:rPr>
                <w:sz w:val="11"/>
              </w:rPr>
              <w:t>ذكر</w:t>
            </w:r>
          </w:p>
        </w:tc>
        <w:tc>
          <w:tcPr>
            <w:tcW w:w="989" w:type="dxa"/>
          </w:tcPr>
          <w:p w14:paraId="6012E5B3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5002EA74" w14:textId="77777777" w:rsidR="00540C13" w:rsidRDefault="00000000" w:rsidP="006E17D0">
            <w:pPr>
              <w:bidi/>
            </w:pPr>
            <w:r>
              <w:rPr>
                <w:sz w:val="11"/>
              </w:rPr>
              <w:t>ثانوي فأقل</w:t>
            </w:r>
          </w:p>
        </w:tc>
        <w:tc>
          <w:tcPr>
            <w:tcW w:w="989" w:type="dxa"/>
          </w:tcPr>
          <w:p w14:paraId="1AE94999" w14:textId="77777777" w:rsidR="00540C13" w:rsidRDefault="00000000" w:rsidP="006E17D0">
            <w:pPr>
              <w:bidi/>
            </w:pPr>
            <w:r>
              <w:rPr>
                <w:sz w:val="11"/>
              </w:rPr>
              <w:t>أسبوعيًا أو أكثر</w:t>
            </w:r>
          </w:p>
        </w:tc>
        <w:tc>
          <w:tcPr>
            <w:tcW w:w="989" w:type="dxa"/>
          </w:tcPr>
          <w:p w14:paraId="02B923D0" w14:textId="77777777" w:rsidR="00540C13" w:rsidRDefault="00000000" w:rsidP="006E17D0">
            <w:pPr>
              <w:bidi/>
            </w:pPr>
            <w:r>
              <w:rPr>
                <w:sz w:val="11"/>
              </w:rPr>
              <w:t>مواقع التواصل الاجتماعي</w:t>
            </w:r>
          </w:p>
        </w:tc>
        <w:tc>
          <w:tcPr>
            <w:tcW w:w="989" w:type="dxa"/>
          </w:tcPr>
          <w:p w14:paraId="139FA301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6E3D18EE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38F262D0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5C5A53F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4A613A01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0EFB0338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EB7406D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672F8191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248A8E11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</w:tr>
      <w:tr w:rsidR="00540C13" w14:paraId="64E4E07B" w14:textId="77777777">
        <w:trPr>
          <w:jc w:val="center"/>
        </w:trPr>
        <w:tc>
          <w:tcPr>
            <w:tcW w:w="989" w:type="dxa"/>
          </w:tcPr>
          <w:p w14:paraId="209DB9DC" w14:textId="77777777" w:rsidR="00540C13" w:rsidRDefault="00000000" w:rsidP="006E17D0">
            <w:pPr>
              <w:bidi/>
            </w:pPr>
            <w:r>
              <w:rPr>
                <w:sz w:val="11"/>
              </w:rPr>
              <w:lastRenderedPageBreak/>
              <w:t>R043</w:t>
            </w:r>
          </w:p>
        </w:tc>
        <w:tc>
          <w:tcPr>
            <w:tcW w:w="989" w:type="dxa"/>
          </w:tcPr>
          <w:p w14:paraId="5DEFF06E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58E79F0D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48CD8F90" w14:textId="77777777" w:rsidR="00540C13" w:rsidRDefault="00000000" w:rsidP="006E17D0">
            <w:pPr>
              <w:bidi/>
            </w:pPr>
            <w:r>
              <w:rPr>
                <w:sz w:val="11"/>
              </w:rPr>
              <w:t>دبلوم</w:t>
            </w:r>
          </w:p>
        </w:tc>
        <w:tc>
          <w:tcPr>
            <w:tcW w:w="989" w:type="dxa"/>
          </w:tcPr>
          <w:p w14:paraId="110958FD" w14:textId="77777777" w:rsidR="00540C13" w:rsidRDefault="00000000" w:rsidP="006E17D0">
            <w:pPr>
              <w:bidi/>
            </w:pPr>
            <w:r>
              <w:rPr>
                <w:sz w:val="11"/>
              </w:rPr>
              <w:t>مرتين إلى ثلاث مرات شهريًا</w:t>
            </w:r>
          </w:p>
        </w:tc>
        <w:tc>
          <w:tcPr>
            <w:tcW w:w="989" w:type="dxa"/>
          </w:tcPr>
          <w:p w14:paraId="2EA794F0" w14:textId="77777777" w:rsidR="00540C13" w:rsidRDefault="00000000" w:rsidP="006E17D0">
            <w:pPr>
              <w:bidi/>
            </w:pPr>
            <w:r>
              <w:rPr>
                <w:sz w:val="11"/>
              </w:rPr>
              <w:t>المتاجر الإلكترونية</w:t>
            </w:r>
          </w:p>
        </w:tc>
        <w:tc>
          <w:tcPr>
            <w:tcW w:w="989" w:type="dxa"/>
          </w:tcPr>
          <w:p w14:paraId="6E09896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7EE97342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5CF79D64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225DED41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0863ADFC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73164814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38D81590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54BFF72C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637A463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</w:tr>
      <w:tr w:rsidR="00540C13" w14:paraId="544B7995" w14:textId="77777777">
        <w:trPr>
          <w:jc w:val="center"/>
        </w:trPr>
        <w:tc>
          <w:tcPr>
            <w:tcW w:w="989" w:type="dxa"/>
          </w:tcPr>
          <w:p w14:paraId="3B84BE7A" w14:textId="77777777" w:rsidR="00540C13" w:rsidRDefault="00000000" w:rsidP="006E17D0">
            <w:pPr>
              <w:bidi/>
            </w:pPr>
            <w:r>
              <w:rPr>
                <w:sz w:val="11"/>
              </w:rPr>
              <w:t>R044</w:t>
            </w:r>
          </w:p>
        </w:tc>
        <w:tc>
          <w:tcPr>
            <w:tcW w:w="989" w:type="dxa"/>
          </w:tcPr>
          <w:p w14:paraId="6E8C2875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11F8FE0D" w14:textId="77777777" w:rsidR="00540C13" w:rsidRDefault="00000000" w:rsidP="006E17D0">
            <w:pPr>
              <w:bidi/>
            </w:pPr>
            <w:r>
              <w:rPr>
                <w:sz w:val="11"/>
              </w:rPr>
              <w:t>30–39 سنة</w:t>
            </w:r>
          </w:p>
        </w:tc>
        <w:tc>
          <w:tcPr>
            <w:tcW w:w="989" w:type="dxa"/>
          </w:tcPr>
          <w:p w14:paraId="183701A1" w14:textId="77777777" w:rsidR="00540C13" w:rsidRDefault="00000000" w:rsidP="006E17D0">
            <w:pPr>
              <w:bidi/>
            </w:pPr>
            <w:r>
              <w:rPr>
                <w:sz w:val="11"/>
              </w:rPr>
              <w:t>بكالوريوس</w:t>
            </w:r>
          </w:p>
        </w:tc>
        <w:tc>
          <w:tcPr>
            <w:tcW w:w="989" w:type="dxa"/>
          </w:tcPr>
          <w:p w14:paraId="11464D37" w14:textId="77777777" w:rsidR="00540C13" w:rsidRDefault="00000000" w:rsidP="006E17D0">
            <w:pPr>
              <w:bidi/>
            </w:pPr>
            <w:r>
              <w:rPr>
                <w:sz w:val="11"/>
              </w:rPr>
              <w:t>مرة شهريًا</w:t>
            </w:r>
          </w:p>
        </w:tc>
        <w:tc>
          <w:tcPr>
            <w:tcW w:w="989" w:type="dxa"/>
          </w:tcPr>
          <w:p w14:paraId="510CF4A5" w14:textId="77777777" w:rsidR="00540C13" w:rsidRDefault="00000000" w:rsidP="006E17D0">
            <w:pPr>
              <w:bidi/>
            </w:pPr>
            <w:r>
              <w:rPr>
                <w:sz w:val="11"/>
              </w:rPr>
              <w:t>مواقع التواصل الاجتماعي</w:t>
            </w:r>
          </w:p>
        </w:tc>
        <w:tc>
          <w:tcPr>
            <w:tcW w:w="989" w:type="dxa"/>
          </w:tcPr>
          <w:p w14:paraId="79124A96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4DC444DE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7D92D388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04CA1546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579EE47D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05B062E2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5ACE38EA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346A476B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6C42A89D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</w:tr>
      <w:tr w:rsidR="00540C13" w14:paraId="0CC13066" w14:textId="77777777">
        <w:trPr>
          <w:jc w:val="center"/>
        </w:trPr>
        <w:tc>
          <w:tcPr>
            <w:tcW w:w="989" w:type="dxa"/>
          </w:tcPr>
          <w:p w14:paraId="6E842E34" w14:textId="77777777" w:rsidR="00540C13" w:rsidRDefault="00000000" w:rsidP="006E17D0">
            <w:pPr>
              <w:bidi/>
            </w:pPr>
            <w:r>
              <w:rPr>
                <w:sz w:val="11"/>
              </w:rPr>
              <w:t>R045</w:t>
            </w:r>
          </w:p>
        </w:tc>
        <w:tc>
          <w:tcPr>
            <w:tcW w:w="989" w:type="dxa"/>
          </w:tcPr>
          <w:p w14:paraId="5FED825D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35AF2531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1B32A8DD" w14:textId="77777777" w:rsidR="00540C13" w:rsidRDefault="00000000" w:rsidP="006E17D0">
            <w:pPr>
              <w:bidi/>
            </w:pPr>
            <w:r>
              <w:rPr>
                <w:sz w:val="11"/>
              </w:rPr>
              <w:t>دراسات عليا</w:t>
            </w:r>
          </w:p>
        </w:tc>
        <w:tc>
          <w:tcPr>
            <w:tcW w:w="989" w:type="dxa"/>
          </w:tcPr>
          <w:p w14:paraId="0184D485" w14:textId="77777777" w:rsidR="00540C13" w:rsidRDefault="00000000" w:rsidP="006E17D0">
            <w:pPr>
              <w:bidi/>
            </w:pPr>
            <w:r>
              <w:rPr>
                <w:sz w:val="11"/>
              </w:rPr>
              <w:t>مرتين إلى ثلاث مرات شهريًا</w:t>
            </w:r>
          </w:p>
        </w:tc>
        <w:tc>
          <w:tcPr>
            <w:tcW w:w="989" w:type="dxa"/>
          </w:tcPr>
          <w:p w14:paraId="5FD9A890" w14:textId="77777777" w:rsidR="00540C13" w:rsidRDefault="00000000" w:rsidP="006E17D0">
            <w:pPr>
              <w:bidi/>
            </w:pPr>
            <w:r>
              <w:rPr>
                <w:sz w:val="11"/>
              </w:rPr>
              <w:t>مواقع التواصل الاجتماعي</w:t>
            </w:r>
          </w:p>
        </w:tc>
        <w:tc>
          <w:tcPr>
            <w:tcW w:w="989" w:type="dxa"/>
          </w:tcPr>
          <w:p w14:paraId="3C2489A2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60C0F1AD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65047447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76EDC059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19F92081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0560A63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67D666E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27365F3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6BF0B79F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</w:tr>
      <w:tr w:rsidR="00540C13" w14:paraId="7CE15FD2" w14:textId="77777777">
        <w:trPr>
          <w:jc w:val="center"/>
        </w:trPr>
        <w:tc>
          <w:tcPr>
            <w:tcW w:w="989" w:type="dxa"/>
          </w:tcPr>
          <w:p w14:paraId="6A6A603D" w14:textId="77777777" w:rsidR="00540C13" w:rsidRDefault="00000000" w:rsidP="006E17D0">
            <w:pPr>
              <w:bidi/>
            </w:pPr>
            <w:r>
              <w:rPr>
                <w:sz w:val="11"/>
              </w:rPr>
              <w:t>R046</w:t>
            </w:r>
          </w:p>
        </w:tc>
        <w:tc>
          <w:tcPr>
            <w:tcW w:w="989" w:type="dxa"/>
          </w:tcPr>
          <w:p w14:paraId="0DFB044A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71E05595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46403901" w14:textId="77777777" w:rsidR="00540C13" w:rsidRDefault="00000000" w:rsidP="006E17D0">
            <w:pPr>
              <w:bidi/>
            </w:pPr>
            <w:r>
              <w:rPr>
                <w:sz w:val="11"/>
              </w:rPr>
              <w:t>دراسات عليا</w:t>
            </w:r>
          </w:p>
        </w:tc>
        <w:tc>
          <w:tcPr>
            <w:tcW w:w="989" w:type="dxa"/>
          </w:tcPr>
          <w:p w14:paraId="28D7A937" w14:textId="77777777" w:rsidR="00540C13" w:rsidRDefault="00000000" w:rsidP="006E17D0">
            <w:pPr>
              <w:bidi/>
            </w:pPr>
            <w:r>
              <w:rPr>
                <w:sz w:val="11"/>
              </w:rPr>
              <w:t>مرة شهريًا</w:t>
            </w:r>
          </w:p>
        </w:tc>
        <w:tc>
          <w:tcPr>
            <w:tcW w:w="989" w:type="dxa"/>
          </w:tcPr>
          <w:p w14:paraId="74837240" w14:textId="77777777" w:rsidR="00540C13" w:rsidRDefault="00000000" w:rsidP="006E17D0">
            <w:pPr>
              <w:bidi/>
            </w:pPr>
            <w:r>
              <w:rPr>
                <w:sz w:val="11"/>
              </w:rPr>
              <w:t>مواقع التواصل الاجتماعي</w:t>
            </w:r>
          </w:p>
        </w:tc>
        <w:tc>
          <w:tcPr>
            <w:tcW w:w="989" w:type="dxa"/>
          </w:tcPr>
          <w:p w14:paraId="71C30831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621E453F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3E536F0F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21D85EE1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04BC9BB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52AE2A8C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7EA314BF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515FE610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6709C542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</w:tr>
      <w:tr w:rsidR="00540C13" w14:paraId="5880E677" w14:textId="77777777">
        <w:trPr>
          <w:jc w:val="center"/>
        </w:trPr>
        <w:tc>
          <w:tcPr>
            <w:tcW w:w="989" w:type="dxa"/>
          </w:tcPr>
          <w:p w14:paraId="6D25FC3D" w14:textId="77777777" w:rsidR="00540C13" w:rsidRDefault="00000000" w:rsidP="006E17D0">
            <w:pPr>
              <w:bidi/>
            </w:pPr>
            <w:r>
              <w:rPr>
                <w:sz w:val="11"/>
              </w:rPr>
              <w:t>R047</w:t>
            </w:r>
          </w:p>
        </w:tc>
        <w:tc>
          <w:tcPr>
            <w:tcW w:w="989" w:type="dxa"/>
          </w:tcPr>
          <w:p w14:paraId="654AA13A" w14:textId="77777777" w:rsidR="00540C13" w:rsidRDefault="00000000" w:rsidP="006E17D0">
            <w:pPr>
              <w:bidi/>
            </w:pPr>
            <w:r>
              <w:rPr>
                <w:sz w:val="11"/>
              </w:rPr>
              <w:t>ذكر</w:t>
            </w:r>
          </w:p>
        </w:tc>
        <w:tc>
          <w:tcPr>
            <w:tcW w:w="989" w:type="dxa"/>
          </w:tcPr>
          <w:p w14:paraId="7B180BA7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648400D9" w14:textId="77777777" w:rsidR="00540C13" w:rsidRDefault="00000000" w:rsidP="006E17D0">
            <w:pPr>
              <w:bidi/>
            </w:pPr>
            <w:r>
              <w:rPr>
                <w:sz w:val="11"/>
              </w:rPr>
              <w:t>بكالوريوس</w:t>
            </w:r>
          </w:p>
        </w:tc>
        <w:tc>
          <w:tcPr>
            <w:tcW w:w="989" w:type="dxa"/>
          </w:tcPr>
          <w:p w14:paraId="37217659" w14:textId="77777777" w:rsidR="00540C13" w:rsidRDefault="00000000" w:rsidP="006E17D0">
            <w:pPr>
              <w:bidi/>
            </w:pPr>
            <w:r>
              <w:rPr>
                <w:sz w:val="11"/>
              </w:rPr>
              <w:t>نادرًا</w:t>
            </w:r>
          </w:p>
        </w:tc>
        <w:tc>
          <w:tcPr>
            <w:tcW w:w="989" w:type="dxa"/>
          </w:tcPr>
          <w:p w14:paraId="19C6154B" w14:textId="77777777" w:rsidR="00540C13" w:rsidRDefault="00000000" w:rsidP="006E17D0">
            <w:pPr>
              <w:bidi/>
            </w:pPr>
            <w:r>
              <w:rPr>
                <w:sz w:val="11"/>
              </w:rPr>
              <w:t>مواقع التواصل الاجتماعي</w:t>
            </w:r>
          </w:p>
        </w:tc>
        <w:tc>
          <w:tcPr>
            <w:tcW w:w="989" w:type="dxa"/>
          </w:tcPr>
          <w:p w14:paraId="5F2B935E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25C17509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09B3A5B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BE980AD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57FA37DA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353D7938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126016B7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0B5414E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33B24153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</w:tr>
      <w:tr w:rsidR="00540C13" w14:paraId="32FABF84" w14:textId="77777777">
        <w:trPr>
          <w:jc w:val="center"/>
        </w:trPr>
        <w:tc>
          <w:tcPr>
            <w:tcW w:w="989" w:type="dxa"/>
          </w:tcPr>
          <w:p w14:paraId="641650D9" w14:textId="77777777" w:rsidR="00540C13" w:rsidRDefault="00000000" w:rsidP="006E17D0">
            <w:pPr>
              <w:bidi/>
            </w:pPr>
            <w:r>
              <w:rPr>
                <w:sz w:val="11"/>
              </w:rPr>
              <w:t>R048</w:t>
            </w:r>
          </w:p>
        </w:tc>
        <w:tc>
          <w:tcPr>
            <w:tcW w:w="989" w:type="dxa"/>
          </w:tcPr>
          <w:p w14:paraId="47288B12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796BFD23" w14:textId="77777777" w:rsidR="00540C13" w:rsidRDefault="00000000" w:rsidP="006E17D0">
            <w:pPr>
              <w:bidi/>
            </w:pPr>
            <w:r>
              <w:rPr>
                <w:sz w:val="11"/>
              </w:rPr>
              <w:t>30–39 سنة</w:t>
            </w:r>
          </w:p>
        </w:tc>
        <w:tc>
          <w:tcPr>
            <w:tcW w:w="989" w:type="dxa"/>
          </w:tcPr>
          <w:p w14:paraId="3EDB327C" w14:textId="77777777" w:rsidR="00540C13" w:rsidRDefault="00000000" w:rsidP="006E17D0">
            <w:pPr>
              <w:bidi/>
            </w:pPr>
            <w:r>
              <w:rPr>
                <w:sz w:val="11"/>
              </w:rPr>
              <w:t>بكالوريوس</w:t>
            </w:r>
          </w:p>
        </w:tc>
        <w:tc>
          <w:tcPr>
            <w:tcW w:w="989" w:type="dxa"/>
          </w:tcPr>
          <w:p w14:paraId="7A2C81CE" w14:textId="77777777" w:rsidR="00540C13" w:rsidRDefault="00000000" w:rsidP="006E17D0">
            <w:pPr>
              <w:bidi/>
            </w:pPr>
            <w:r>
              <w:rPr>
                <w:sz w:val="11"/>
              </w:rPr>
              <w:t>مرتين إلى ثلاث مرات شهريًا</w:t>
            </w:r>
          </w:p>
        </w:tc>
        <w:tc>
          <w:tcPr>
            <w:tcW w:w="989" w:type="dxa"/>
          </w:tcPr>
          <w:p w14:paraId="187CB5F9" w14:textId="77777777" w:rsidR="00540C13" w:rsidRDefault="00000000" w:rsidP="006E17D0">
            <w:pPr>
              <w:bidi/>
            </w:pPr>
            <w:r>
              <w:rPr>
                <w:sz w:val="11"/>
              </w:rPr>
              <w:t>مواقع التواصل الاجتماعي</w:t>
            </w:r>
          </w:p>
        </w:tc>
        <w:tc>
          <w:tcPr>
            <w:tcW w:w="989" w:type="dxa"/>
          </w:tcPr>
          <w:p w14:paraId="035DC7C9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3FC6119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2C9D575F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2B2DB3FA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135E36D8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206AB8B7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393CF97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733AC116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300E630D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</w:tr>
      <w:tr w:rsidR="00540C13" w14:paraId="0596EB69" w14:textId="77777777">
        <w:trPr>
          <w:jc w:val="center"/>
        </w:trPr>
        <w:tc>
          <w:tcPr>
            <w:tcW w:w="989" w:type="dxa"/>
          </w:tcPr>
          <w:p w14:paraId="589203F7" w14:textId="77777777" w:rsidR="00540C13" w:rsidRDefault="00000000" w:rsidP="006E17D0">
            <w:pPr>
              <w:bidi/>
            </w:pPr>
            <w:r>
              <w:rPr>
                <w:sz w:val="11"/>
              </w:rPr>
              <w:t>R049</w:t>
            </w:r>
          </w:p>
        </w:tc>
        <w:tc>
          <w:tcPr>
            <w:tcW w:w="989" w:type="dxa"/>
          </w:tcPr>
          <w:p w14:paraId="74AF12D6" w14:textId="77777777" w:rsidR="00540C13" w:rsidRDefault="00000000" w:rsidP="006E17D0">
            <w:pPr>
              <w:bidi/>
            </w:pPr>
            <w:r>
              <w:rPr>
                <w:sz w:val="11"/>
              </w:rPr>
              <w:t>ذكر</w:t>
            </w:r>
          </w:p>
        </w:tc>
        <w:tc>
          <w:tcPr>
            <w:tcW w:w="989" w:type="dxa"/>
          </w:tcPr>
          <w:p w14:paraId="7B72A276" w14:textId="77777777" w:rsidR="00540C13" w:rsidRDefault="00000000" w:rsidP="006E17D0">
            <w:pPr>
              <w:bidi/>
            </w:pPr>
            <w:r>
              <w:rPr>
                <w:sz w:val="11"/>
              </w:rPr>
              <w:t>40 سنة فأكثر</w:t>
            </w:r>
          </w:p>
        </w:tc>
        <w:tc>
          <w:tcPr>
            <w:tcW w:w="989" w:type="dxa"/>
          </w:tcPr>
          <w:p w14:paraId="77CF7955" w14:textId="77777777" w:rsidR="00540C13" w:rsidRDefault="00000000" w:rsidP="006E17D0">
            <w:pPr>
              <w:bidi/>
            </w:pPr>
            <w:r>
              <w:rPr>
                <w:sz w:val="11"/>
              </w:rPr>
              <w:t>بكالوريوس</w:t>
            </w:r>
          </w:p>
        </w:tc>
        <w:tc>
          <w:tcPr>
            <w:tcW w:w="989" w:type="dxa"/>
          </w:tcPr>
          <w:p w14:paraId="6D6EA471" w14:textId="77777777" w:rsidR="00540C13" w:rsidRDefault="00000000" w:rsidP="006E17D0">
            <w:pPr>
              <w:bidi/>
            </w:pPr>
            <w:r>
              <w:rPr>
                <w:sz w:val="11"/>
              </w:rPr>
              <w:t>نادرًا</w:t>
            </w:r>
          </w:p>
        </w:tc>
        <w:tc>
          <w:tcPr>
            <w:tcW w:w="989" w:type="dxa"/>
          </w:tcPr>
          <w:p w14:paraId="48A778EA" w14:textId="77777777" w:rsidR="00540C13" w:rsidRDefault="00000000" w:rsidP="006E17D0">
            <w:pPr>
              <w:bidi/>
            </w:pPr>
            <w:r>
              <w:rPr>
                <w:sz w:val="11"/>
              </w:rPr>
              <w:t>خرائط Google</w:t>
            </w:r>
          </w:p>
        </w:tc>
        <w:tc>
          <w:tcPr>
            <w:tcW w:w="989" w:type="dxa"/>
          </w:tcPr>
          <w:p w14:paraId="5BD6783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4DCE62DE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01B3C1C8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681DD50B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5B82FA7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ACF6E30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12C301CE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5E28F18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63C7DDD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</w:tr>
      <w:tr w:rsidR="00540C13" w14:paraId="770C1F9B" w14:textId="77777777">
        <w:trPr>
          <w:jc w:val="center"/>
        </w:trPr>
        <w:tc>
          <w:tcPr>
            <w:tcW w:w="989" w:type="dxa"/>
          </w:tcPr>
          <w:p w14:paraId="09D1CE40" w14:textId="77777777" w:rsidR="00540C13" w:rsidRDefault="00000000" w:rsidP="006E17D0">
            <w:pPr>
              <w:bidi/>
            </w:pPr>
            <w:r>
              <w:rPr>
                <w:sz w:val="11"/>
              </w:rPr>
              <w:t>R050</w:t>
            </w:r>
          </w:p>
        </w:tc>
        <w:tc>
          <w:tcPr>
            <w:tcW w:w="989" w:type="dxa"/>
          </w:tcPr>
          <w:p w14:paraId="50E21C14" w14:textId="77777777" w:rsidR="00540C13" w:rsidRDefault="00000000" w:rsidP="006E17D0">
            <w:pPr>
              <w:bidi/>
            </w:pPr>
            <w:r>
              <w:rPr>
                <w:sz w:val="11"/>
              </w:rPr>
              <w:t>ذكر</w:t>
            </w:r>
          </w:p>
        </w:tc>
        <w:tc>
          <w:tcPr>
            <w:tcW w:w="989" w:type="dxa"/>
          </w:tcPr>
          <w:p w14:paraId="0D5C1944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2141EBB2" w14:textId="77777777" w:rsidR="00540C13" w:rsidRDefault="00000000" w:rsidP="006E17D0">
            <w:pPr>
              <w:bidi/>
            </w:pPr>
            <w:r>
              <w:rPr>
                <w:sz w:val="11"/>
              </w:rPr>
              <w:t>دراسات عليا</w:t>
            </w:r>
          </w:p>
        </w:tc>
        <w:tc>
          <w:tcPr>
            <w:tcW w:w="989" w:type="dxa"/>
          </w:tcPr>
          <w:p w14:paraId="78FBC2A9" w14:textId="77777777" w:rsidR="00540C13" w:rsidRDefault="00000000" w:rsidP="006E17D0">
            <w:pPr>
              <w:bidi/>
            </w:pPr>
            <w:r>
              <w:rPr>
                <w:sz w:val="11"/>
              </w:rPr>
              <w:t>أسبوعيًا أو أكثر</w:t>
            </w:r>
          </w:p>
        </w:tc>
        <w:tc>
          <w:tcPr>
            <w:tcW w:w="989" w:type="dxa"/>
          </w:tcPr>
          <w:p w14:paraId="6D67B3AB" w14:textId="77777777" w:rsidR="00540C13" w:rsidRDefault="00000000" w:rsidP="006E17D0">
            <w:pPr>
              <w:bidi/>
            </w:pPr>
            <w:r>
              <w:rPr>
                <w:sz w:val="11"/>
              </w:rPr>
              <w:t>منصات أخرى</w:t>
            </w:r>
          </w:p>
        </w:tc>
        <w:tc>
          <w:tcPr>
            <w:tcW w:w="989" w:type="dxa"/>
          </w:tcPr>
          <w:p w14:paraId="3E64A513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361DB0C8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2C13AB32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099B5C08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28266198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637AD105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79B18D9F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2B9300AD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418DC6B0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</w:tr>
      <w:tr w:rsidR="00540C13" w14:paraId="76F6E9CC" w14:textId="77777777">
        <w:trPr>
          <w:jc w:val="center"/>
        </w:trPr>
        <w:tc>
          <w:tcPr>
            <w:tcW w:w="989" w:type="dxa"/>
          </w:tcPr>
          <w:p w14:paraId="27257D10" w14:textId="77777777" w:rsidR="00540C13" w:rsidRDefault="00000000" w:rsidP="006E17D0">
            <w:pPr>
              <w:bidi/>
            </w:pPr>
            <w:r>
              <w:rPr>
                <w:sz w:val="11"/>
              </w:rPr>
              <w:t>R051</w:t>
            </w:r>
          </w:p>
        </w:tc>
        <w:tc>
          <w:tcPr>
            <w:tcW w:w="989" w:type="dxa"/>
          </w:tcPr>
          <w:p w14:paraId="643B9D1C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5E073441" w14:textId="77777777" w:rsidR="00540C13" w:rsidRDefault="00000000" w:rsidP="006E17D0">
            <w:pPr>
              <w:bidi/>
            </w:pPr>
            <w:r>
              <w:rPr>
                <w:sz w:val="11"/>
              </w:rPr>
              <w:t>40 سنة فأكثر</w:t>
            </w:r>
          </w:p>
        </w:tc>
        <w:tc>
          <w:tcPr>
            <w:tcW w:w="989" w:type="dxa"/>
          </w:tcPr>
          <w:p w14:paraId="556C8FD5" w14:textId="77777777" w:rsidR="00540C13" w:rsidRDefault="00000000" w:rsidP="006E17D0">
            <w:pPr>
              <w:bidi/>
            </w:pPr>
            <w:r>
              <w:rPr>
                <w:sz w:val="11"/>
              </w:rPr>
              <w:t>ثانوي فأقل</w:t>
            </w:r>
          </w:p>
        </w:tc>
        <w:tc>
          <w:tcPr>
            <w:tcW w:w="989" w:type="dxa"/>
          </w:tcPr>
          <w:p w14:paraId="40D6BFA3" w14:textId="77777777" w:rsidR="00540C13" w:rsidRDefault="00000000" w:rsidP="006E17D0">
            <w:pPr>
              <w:bidi/>
            </w:pPr>
            <w:r>
              <w:rPr>
                <w:sz w:val="11"/>
              </w:rPr>
              <w:t>أسبوعيًا أو أكثر</w:t>
            </w:r>
          </w:p>
        </w:tc>
        <w:tc>
          <w:tcPr>
            <w:tcW w:w="989" w:type="dxa"/>
          </w:tcPr>
          <w:p w14:paraId="0982A137" w14:textId="77777777" w:rsidR="00540C13" w:rsidRDefault="00000000" w:rsidP="006E17D0">
            <w:pPr>
              <w:bidi/>
            </w:pPr>
            <w:r>
              <w:rPr>
                <w:sz w:val="11"/>
              </w:rPr>
              <w:t>مواقع التواصل الاجتماعي</w:t>
            </w:r>
          </w:p>
        </w:tc>
        <w:tc>
          <w:tcPr>
            <w:tcW w:w="989" w:type="dxa"/>
          </w:tcPr>
          <w:p w14:paraId="736F7C0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16F598C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66F2860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010C607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52DD3EE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0CC2C198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2689A077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08DDAA3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3AD776D7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</w:tr>
      <w:tr w:rsidR="00540C13" w14:paraId="6B14DA30" w14:textId="77777777">
        <w:trPr>
          <w:jc w:val="center"/>
        </w:trPr>
        <w:tc>
          <w:tcPr>
            <w:tcW w:w="989" w:type="dxa"/>
          </w:tcPr>
          <w:p w14:paraId="79743330" w14:textId="77777777" w:rsidR="00540C13" w:rsidRDefault="00000000" w:rsidP="006E17D0">
            <w:pPr>
              <w:bidi/>
            </w:pPr>
            <w:r>
              <w:rPr>
                <w:sz w:val="11"/>
              </w:rPr>
              <w:t>R052</w:t>
            </w:r>
          </w:p>
        </w:tc>
        <w:tc>
          <w:tcPr>
            <w:tcW w:w="989" w:type="dxa"/>
          </w:tcPr>
          <w:p w14:paraId="79DCB0D8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22794AC7" w14:textId="77777777" w:rsidR="00540C13" w:rsidRDefault="00000000" w:rsidP="006E17D0">
            <w:pPr>
              <w:bidi/>
            </w:pPr>
            <w:r>
              <w:rPr>
                <w:sz w:val="11"/>
              </w:rPr>
              <w:t>40 سنة فأكثر</w:t>
            </w:r>
          </w:p>
        </w:tc>
        <w:tc>
          <w:tcPr>
            <w:tcW w:w="989" w:type="dxa"/>
          </w:tcPr>
          <w:p w14:paraId="223674F5" w14:textId="77777777" w:rsidR="00540C13" w:rsidRDefault="00000000" w:rsidP="006E17D0">
            <w:pPr>
              <w:bidi/>
            </w:pPr>
            <w:r>
              <w:rPr>
                <w:sz w:val="11"/>
              </w:rPr>
              <w:t>ثانوي فأقل</w:t>
            </w:r>
          </w:p>
        </w:tc>
        <w:tc>
          <w:tcPr>
            <w:tcW w:w="989" w:type="dxa"/>
          </w:tcPr>
          <w:p w14:paraId="1E31AB7B" w14:textId="77777777" w:rsidR="00540C13" w:rsidRDefault="00000000" w:rsidP="006E17D0">
            <w:pPr>
              <w:bidi/>
            </w:pPr>
            <w:r>
              <w:rPr>
                <w:sz w:val="11"/>
              </w:rPr>
              <w:t>مرتين إلى ثلاث مرات شهريًا</w:t>
            </w:r>
          </w:p>
        </w:tc>
        <w:tc>
          <w:tcPr>
            <w:tcW w:w="989" w:type="dxa"/>
          </w:tcPr>
          <w:p w14:paraId="728C444E" w14:textId="77777777" w:rsidR="00540C13" w:rsidRDefault="00000000" w:rsidP="006E17D0">
            <w:pPr>
              <w:bidi/>
            </w:pPr>
            <w:r>
              <w:rPr>
                <w:sz w:val="11"/>
              </w:rPr>
              <w:t>المتاجر الإلكترونية</w:t>
            </w:r>
          </w:p>
        </w:tc>
        <w:tc>
          <w:tcPr>
            <w:tcW w:w="989" w:type="dxa"/>
          </w:tcPr>
          <w:p w14:paraId="0A254E23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54335A7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5122B1EB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3B1055AB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7CB35E07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082B3BBE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7D9F8B9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6CBBEA96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0023738F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</w:tr>
      <w:tr w:rsidR="00540C13" w14:paraId="1B15CBE7" w14:textId="77777777">
        <w:trPr>
          <w:jc w:val="center"/>
        </w:trPr>
        <w:tc>
          <w:tcPr>
            <w:tcW w:w="989" w:type="dxa"/>
          </w:tcPr>
          <w:p w14:paraId="1A0347D8" w14:textId="77777777" w:rsidR="00540C13" w:rsidRDefault="00000000" w:rsidP="006E17D0">
            <w:pPr>
              <w:bidi/>
            </w:pPr>
            <w:r>
              <w:rPr>
                <w:sz w:val="11"/>
              </w:rPr>
              <w:t>R053</w:t>
            </w:r>
          </w:p>
        </w:tc>
        <w:tc>
          <w:tcPr>
            <w:tcW w:w="989" w:type="dxa"/>
          </w:tcPr>
          <w:p w14:paraId="0AE7FA9F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00864E61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3B797D96" w14:textId="77777777" w:rsidR="00540C13" w:rsidRDefault="00000000" w:rsidP="006E17D0">
            <w:pPr>
              <w:bidi/>
            </w:pPr>
            <w:r>
              <w:rPr>
                <w:sz w:val="11"/>
              </w:rPr>
              <w:t>دراسات عليا</w:t>
            </w:r>
          </w:p>
        </w:tc>
        <w:tc>
          <w:tcPr>
            <w:tcW w:w="989" w:type="dxa"/>
          </w:tcPr>
          <w:p w14:paraId="3ED3ACA0" w14:textId="77777777" w:rsidR="00540C13" w:rsidRDefault="00000000" w:rsidP="006E17D0">
            <w:pPr>
              <w:bidi/>
            </w:pPr>
            <w:r>
              <w:rPr>
                <w:sz w:val="11"/>
              </w:rPr>
              <w:t>مرة شهريًا</w:t>
            </w:r>
          </w:p>
        </w:tc>
        <w:tc>
          <w:tcPr>
            <w:tcW w:w="989" w:type="dxa"/>
          </w:tcPr>
          <w:p w14:paraId="59923FDA" w14:textId="77777777" w:rsidR="00540C13" w:rsidRDefault="00000000" w:rsidP="006E17D0">
            <w:pPr>
              <w:bidi/>
            </w:pPr>
            <w:r>
              <w:rPr>
                <w:sz w:val="11"/>
              </w:rPr>
              <w:t>مواقع التواصل الاجتماعي</w:t>
            </w:r>
          </w:p>
        </w:tc>
        <w:tc>
          <w:tcPr>
            <w:tcW w:w="989" w:type="dxa"/>
          </w:tcPr>
          <w:p w14:paraId="5AA8843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0DE4C251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1BFF67D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303F1804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7F892FC9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4CFB2628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59F3BB33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7661783A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144E4E12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</w:tr>
      <w:tr w:rsidR="00540C13" w14:paraId="4B4E48D7" w14:textId="77777777">
        <w:trPr>
          <w:jc w:val="center"/>
        </w:trPr>
        <w:tc>
          <w:tcPr>
            <w:tcW w:w="989" w:type="dxa"/>
          </w:tcPr>
          <w:p w14:paraId="2E3C1BB6" w14:textId="77777777" w:rsidR="00540C13" w:rsidRDefault="00000000" w:rsidP="006E17D0">
            <w:pPr>
              <w:bidi/>
            </w:pPr>
            <w:r>
              <w:rPr>
                <w:sz w:val="11"/>
              </w:rPr>
              <w:t>R054</w:t>
            </w:r>
          </w:p>
        </w:tc>
        <w:tc>
          <w:tcPr>
            <w:tcW w:w="989" w:type="dxa"/>
          </w:tcPr>
          <w:p w14:paraId="52FFD0D6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3AFB72AA" w14:textId="77777777" w:rsidR="00540C13" w:rsidRDefault="00000000" w:rsidP="006E17D0">
            <w:pPr>
              <w:bidi/>
            </w:pPr>
            <w:r>
              <w:rPr>
                <w:sz w:val="11"/>
              </w:rPr>
              <w:t>30–39 سنة</w:t>
            </w:r>
          </w:p>
        </w:tc>
        <w:tc>
          <w:tcPr>
            <w:tcW w:w="989" w:type="dxa"/>
          </w:tcPr>
          <w:p w14:paraId="5B6AC430" w14:textId="77777777" w:rsidR="00540C13" w:rsidRDefault="00000000" w:rsidP="006E17D0">
            <w:pPr>
              <w:bidi/>
            </w:pPr>
            <w:r>
              <w:rPr>
                <w:sz w:val="11"/>
              </w:rPr>
              <w:t>بكالوريوس</w:t>
            </w:r>
          </w:p>
        </w:tc>
        <w:tc>
          <w:tcPr>
            <w:tcW w:w="989" w:type="dxa"/>
          </w:tcPr>
          <w:p w14:paraId="29F55CE0" w14:textId="77777777" w:rsidR="00540C13" w:rsidRDefault="00000000" w:rsidP="006E17D0">
            <w:pPr>
              <w:bidi/>
            </w:pPr>
            <w:r>
              <w:rPr>
                <w:sz w:val="11"/>
              </w:rPr>
              <w:t>مرة شهريًا</w:t>
            </w:r>
          </w:p>
        </w:tc>
        <w:tc>
          <w:tcPr>
            <w:tcW w:w="989" w:type="dxa"/>
          </w:tcPr>
          <w:p w14:paraId="44F8C562" w14:textId="77777777" w:rsidR="00540C13" w:rsidRDefault="00000000" w:rsidP="006E17D0">
            <w:pPr>
              <w:bidi/>
            </w:pPr>
            <w:r>
              <w:rPr>
                <w:sz w:val="11"/>
              </w:rPr>
              <w:t>المتاجر الإلكترونية</w:t>
            </w:r>
          </w:p>
        </w:tc>
        <w:tc>
          <w:tcPr>
            <w:tcW w:w="989" w:type="dxa"/>
          </w:tcPr>
          <w:p w14:paraId="16B9096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53ABB014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7C8ED76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0EEAE9C8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65176343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4D47F7BA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5CF7741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1C2E3256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334DD0C1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</w:tr>
      <w:tr w:rsidR="00540C13" w14:paraId="16FC86DC" w14:textId="77777777">
        <w:trPr>
          <w:jc w:val="center"/>
        </w:trPr>
        <w:tc>
          <w:tcPr>
            <w:tcW w:w="989" w:type="dxa"/>
          </w:tcPr>
          <w:p w14:paraId="154D39F3" w14:textId="77777777" w:rsidR="00540C13" w:rsidRDefault="00000000" w:rsidP="006E17D0">
            <w:pPr>
              <w:bidi/>
            </w:pPr>
            <w:r>
              <w:rPr>
                <w:sz w:val="11"/>
              </w:rPr>
              <w:t>R055</w:t>
            </w:r>
          </w:p>
        </w:tc>
        <w:tc>
          <w:tcPr>
            <w:tcW w:w="989" w:type="dxa"/>
          </w:tcPr>
          <w:p w14:paraId="4EB4CA96" w14:textId="77777777" w:rsidR="00540C13" w:rsidRDefault="00000000" w:rsidP="006E17D0">
            <w:pPr>
              <w:bidi/>
            </w:pPr>
            <w:r>
              <w:rPr>
                <w:sz w:val="11"/>
              </w:rPr>
              <w:t>ذكر</w:t>
            </w:r>
          </w:p>
        </w:tc>
        <w:tc>
          <w:tcPr>
            <w:tcW w:w="989" w:type="dxa"/>
          </w:tcPr>
          <w:p w14:paraId="08CCB5E3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306A6D54" w14:textId="77777777" w:rsidR="00540C13" w:rsidRDefault="00000000" w:rsidP="006E17D0">
            <w:pPr>
              <w:bidi/>
            </w:pPr>
            <w:r>
              <w:rPr>
                <w:sz w:val="11"/>
              </w:rPr>
              <w:t>دراسات عليا</w:t>
            </w:r>
          </w:p>
        </w:tc>
        <w:tc>
          <w:tcPr>
            <w:tcW w:w="989" w:type="dxa"/>
          </w:tcPr>
          <w:p w14:paraId="7DF0FB44" w14:textId="77777777" w:rsidR="00540C13" w:rsidRDefault="00000000" w:rsidP="006E17D0">
            <w:pPr>
              <w:bidi/>
            </w:pPr>
            <w:r>
              <w:rPr>
                <w:sz w:val="11"/>
              </w:rPr>
              <w:t>مرة شهريًا</w:t>
            </w:r>
          </w:p>
        </w:tc>
        <w:tc>
          <w:tcPr>
            <w:tcW w:w="989" w:type="dxa"/>
          </w:tcPr>
          <w:p w14:paraId="20E4520C" w14:textId="77777777" w:rsidR="00540C13" w:rsidRDefault="00000000" w:rsidP="006E17D0">
            <w:pPr>
              <w:bidi/>
            </w:pPr>
            <w:r>
              <w:rPr>
                <w:sz w:val="11"/>
              </w:rPr>
              <w:t>المتاجر الإلكترونية</w:t>
            </w:r>
          </w:p>
        </w:tc>
        <w:tc>
          <w:tcPr>
            <w:tcW w:w="989" w:type="dxa"/>
          </w:tcPr>
          <w:p w14:paraId="722C50E0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29279C42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6FA2659E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44214FD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D00C518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3196095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63F0ACA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231CC4B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21B42502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</w:tr>
      <w:tr w:rsidR="00540C13" w14:paraId="1A532FED" w14:textId="77777777">
        <w:trPr>
          <w:jc w:val="center"/>
        </w:trPr>
        <w:tc>
          <w:tcPr>
            <w:tcW w:w="989" w:type="dxa"/>
          </w:tcPr>
          <w:p w14:paraId="70CE642F" w14:textId="77777777" w:rsidR="00540C13" w:rsidRDefault="00000000" w:rsidP="006E17D0">
            <w:pPr>
              <w:bidi/>
            </w:pPr>
            <w:r>
              <w:rPr>
                <w:sz w:val="11"/>
              </w:rPr>
              <w:t>R056</w:t>
            </w:r>
          </w:p>
        </w:tc>
        <w:tc>
          <w:tcPr>
            <w:tcW w:w="989" w:type="dxa"/>
          </w:tcPr>
          <w:p w14:paraId="38E65D1B" w14:textId="77777777" w:rsidR="00540C13" w:rsidRDefault="00000000" w:rsidP="006E17D0">
            <w:pPr>
              <w:bidi/>
            </w:pPr>
            <w:r>
              <w:rPr>
                <w:sz w:val="11"/>
              </w:rPr>
              <w:t>ذكر</w:t>
            </w:r>
          </w:p>
        </w:tc>
        <w:tc>
          <w:tcPr>
            <w:tcW w:w="989" w:type="dxa"/>
          </w:tcPr>
          <w:p w14:paraId="788E9C36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120BC7CB" w14:textId="77777777" w:rsidR="00540C13" w:rsidRDefault="00000000" w:rsidP="006E17D0">
            <w:pPr>
              <w:bidi/>
            </w:pPr>
            <w:r>
              <w:rPr>
                <w:sz w:val="11"/>
              </w:rPr>
              <w:t>بكالوريوس</w:t>
            </w:r>
          </w:p>
        </w:tc>
        <w:tc>
          <w:tcPr>
            <w:tcW w:w="989" w:type="dxa"/>
          </w:tcPr>
          <w:p w14:paraId="68FC7A1B" w14:textId="77777777" w:rsidR="00540C13" w:rsidRDefault="00000000" w:rsidP="006E17D0">
            <w:pPr>
              <w:bidi/>
            </w:pPr>
            <w:r>
              <w:rPr>
                <w:sz w:val="11"/>
              </w:rPr>
              <w:t>أسبوعيًا أو أكثر</w:t>
            </w:r>
          </w:p>
        </w:tc>
        <w:tc>
          <w:tcPr>
            <w:tcW w:w="989" w:type="dxa"/>
          </w:tcPr>
          <w:p w14:paraId="38E542F6" w14:textId="77777777" w:rsidR="00540C13" w:rsidRDefault="00000000" w:rsidP="006E17D0">
            <w:pPr>
              <w:bidi/>
            </w:pPr>
            <w:r>
              <w:rPr>
                <w:sz w:val="11"/>
              </w:rPr>
              <w:t>المتاجر الإلكترونية</w:t>
            </w:r>
          </w:p>
        </w:tc>
        <w:tc>
          <w:tcPr>
            <w:tcW w:w="989" w:type="dxa"/>
          </w:tcPr>
          <w:p w14:paraId="4E46B973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0A4541B4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1DF65076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0D798FF1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0B93D88F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41E7AEC8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7028F76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6EA85F4B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4C5CAC84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</w:tr>
      <w:tr w:rsidR="00540C13" w14:paraId="5BA7CE80" w14:textId="77777777">
        <w:trPr>
          <w:jc w:val="center"/>
        </w:trPr>
        <w:tc>
          <w:tcPr>
            <w:tcW w:w="989" w:type="dxa"/>
          </w:tcPr>
          <w:p w14:paraId="04626720" w14:textId="77777777" w:rsidR="00540C13" w:rsidRDefault="00000000" w:rsidP="006E17D0">
            <w:pPr>
              <w:bidi/>
            </w:pPr>
            <w:r>
              <w:rPr>
                <w:sz w:val="11"/>
              </w:rPr>
              <w:t>R057</w:t>
            </w:r>
          </w:p>
        </w:tc>
        <w:tc>
          <w:tcPr>
            <w:tcW w:w="989" w:type="dxa"/>
          </w:tcPr>
          <w:p w14:paraId="4E1AE9CD" w14:textId="77777777" w:rsidR="00540C13" w:rsidRDefault="00000000" w:rsidP="006E17D0">
            <w:pPr>
              <w:bidi/>
            </w:pPr>
            <w:r>
              <w:rPr>
                <w:sz w:val="11"/>
              </w:rPr>
              <w:t>ذكر</w:t>
            </w:r>
          </w:p>
        </w:tc>
        <w:tc>
          <w:tcPr>
            <w:tcW w:w="989" w:type="dxa"/>
          </w:tcPr>
          <w:p w14:paraId="798839A2" w14:textId="77777777" w:rsidR="00540C13" w:rsidRDefault="00000000" w:rsidP="006E17D0">
            <w:pPr>
              <w:bidi/>
            </w:pPr>
            <w:r>
              <w:rPr>
                <w:sz w:val="11"/>
              </w:rPr>
              <w:t>40 سنة فأكثر</w:t>
            </w:r>
          </w:p>
        </w:tc>
        <w:tc>
          <w:tcPr>
            <w:tcW w:w="989" w:type="dxa"/>
          </w:tcPr>
          <w:p w14:paraId="7A17E5B9" w14:textId="77777777" w:rsidR="00540C13" w:rsidRDefault="00000000" w:rsidP="006E17D0">
            <w:pPr>
              <w:bidi/>
            </w:pPr>
            <w:r>
              <w:rPr>
                <w:sz w:val="11"/>
              </w:rPr>
              <w:t>بكالوريوس</w:t>
            </w:r>
          </w:p>
        </w:tc>
        <w:tc>
          <w:tcPr>
            <w:tcW w:w="989" w:type="dxa"/>
          </w:tcPr>
          <w:p w14:paraId="01D4DD60" w14:textId="77777777" w:rsidR="00540C13" w:rsidRDefault="00000000" w:rsidP="006E17D0">
            <w:pPr>
              <w:bidi/>
            </w:pPr>
            <w:r>
              <w:rPr>
                <w:sz w:val="11"/>
              </w:rPr>
              <w:t>مرة شهريًا</w:t>
            </w:r>
          </w:p>
        </w:tc>
        <w:tc>
          <w:tcPr>
            <w:tcW w:w="989" w:type="dxa"/>
          </w:tcPr>
          <w:p w14:paraId="5E3D6664" w14:textId="77777777" w:rsidR="00540C13" w:rsidRDefault="00000000" w:rsidP="006E17D0">
            <w:pPr>
              <w:bidi/>
            </w:pPr>
            <w:r>
              <w:rPr>
                <w:sz w:val="11"/>
              </w:rPr>
              <w:t>المتاجر الإلكترونية</w:t>
            </w:r>
          </w:p>
        </w:tc>
        <w:tc>
          <w:tcPr>
            <w:tcW w:w="989" w:type="dxa"/>
          </w:tcPr>
          <w:p w14:paraId="748E0536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076AD54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288453B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778C6E4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617012C7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238D4CEA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7ECC60B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01A6E656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7ADF17F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</w:tr>
      <w:tr w:rsidR="00540C13" w14:paraId="0635B97A" w14:textId="77777777">
        <w:trPr>
          <w:jc w:val="center"/>
        </w:trPr>
        <w:tc>
          <w:tcPr>
            <w:tcW w:w="989" w:type="dxa"/>
          </w:tcPr>
          <w:p w14:paraId="4FA9F378" w14:textId="77777777" w:rsidR="00540C13" w:rsidRDefault="00000000" w:rsidP="006E17D0">
            <w:pPr>
              <w:bidi/>
            </w:pPr>
            <w:r>
              <w:rPr>
                <w:sz w:val="11"/>
              </w:rPr>
              <w:t>R058</w:t>
            </w:r>
          </w:p>
        </w:tc>
        <w:tc>
          <w:tcPr>
            <w:tcW w:w="989" w:type="dxa"/>
          </w:tcPr>
          <w:p w14:paraId="45EE1CCF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5AD3FF59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11F7E47C" w14:textId="77777777" w:rsidR="00540C13" w:rsidRDefault="00000000" w:rsidP="006E17D0">
            <w:pPr>
              <w:bidi/>
            </w:pPr>
            <w:r>
              <w:rPr>
                <w:sz w:val="11"/>
              </w:rPr>
              <w:t>دراسات عليا</w:t>
            </w:r>
          </w:p>
        </w:tc>
        <w:tc>
          <w:tcPr>
            <w:tcW w:w="989" w:type="dxa"/>
          </w:tcPr>
          <w:p w14:paraId="6E0512C8" w14:textId="77777777" w:rsidR="00540C13" w:rsidRDefault="00000000" w:rsidP="006E17D0">
            <w:pPr>
              <w:bidi/>
            </w:pPr>
            <w:r>
              <w:rPr>
                <w:sz w:val="11"/>
              </w:rPr>
              <w:t>مرتين إلى ثلاث مرات شهريًا</w:t>
            </w:r>
          </w:p>
        </w:tc>
        <w:tc>
          <w:tcPr>
            <w:tcW w:w="989" w:type="dxa"/>
          </w:tcPr>
          <w:p w14:paraId="53AE632A" w14:textId="77777777" w:rsidR="00540C13" w:rsidRDefault="00000000" w:rsidP="006E17D0">
            <w:pPr>
              <w:bidi/>
            </w:pPr>
            <w:r>
              <w:rPr>
                <w:sz w:val="11"/>
              </w:rPr>
              <w:t>المتاجر الإلكترونية</w:t>
            </w:r>
          </w:p>
        </w:tc>
        <w:tc>
          <w:tcPr>
            <w:tcW w:w="989" w:type="dxa"/>
          </w:tcPr>
          <w:p w14:paraId="641F1A4C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1840BFDC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070D2421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1E2FCB39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2A941D41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0F330E66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34BC12FB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2E30FC4E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284BFD00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</w:tr>
      <w:tr w:rsidR="00540C13" w14:paraId="69BFD5BB" w14:textId="77777777">
        <w:trPr>
          <w:jc w:val="center"/>
        </w:trPr>
        <w:tc>
          <w:tcPr>
            <w:tcW w:w="989" w:type="dxa"/>
          </w:tcPr>
          <w:p w14:paraId="561933F1" w14:textId="77777777" w:rsidR="00540C13" w:rsidRDefault="00000000" w:rsidP="006E17D0">
            <w:pPr>
              <w:bidi/>
            </w:pPr>
            <w:r>
              <w:rPr>
                <w:sz w:val="11"/>
              </w:rPr>
              <w:t>R059</w:t>
            </w:r>
          </w:p>
        </w:tc>
        <w:tc>
          <w:tcPr>
            <w:tcW w:w="989" w:type="dxa"/>
          </w:tcPr>
          <w:p w14:paraId="1FEA8E5A" w14:textId="77777777" w:rsidR="00540C13" w:rsidRDefault="00000000" w:rsidP="006E17D0">
            <w:pPr>
              <w:bidi/>
            </w:pPr>
            <w:r>
              <w:rPr>
                <w:sz w:val="11"/>
              </w:rPr>
              <w:t>ذكر</w:t>
            </w:r>
          </w:p>
        </w:tc>
        <w:tc>
          <w:tcPr>
            <w:tcW w:w="989" w:type="dxa"/>
          </w:tcPr>
          <w:p w14:paraId="0463D875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0573B81B" w14:textId="77777777" w:rsidR="00540C13" w:rsidRDefault="00000000" w:rsidP="006E17D0">
            <w:pPr>
              <w:bidi/>
            </w:pPr>
            <w:r>
              <w:rPr>
                <w:sz w:val="11"/>
              </w:rPr>
              <w:t>دراسات عليا</w:t>
            </w:r>
          </w:p>
        </w:tc>
        <w:tc>
          <w:tcPr>
            <w:tcW w:w="989" w:type="dxa"/>
          </w:tcPr>
          <w:p w14:paraId="436A8EBE" w14:textId="77777777" w:rsidR="00540C13" w:rsidRDefault="00000000" w:rsidP="006E17D0">
            <w:pPr>
              <w:bidi/>
            </w:pPr>
            <w:r>
              <w:rPr>
                <w:sz w:val="11"/>
              </w:rPr>
              <w:t>مرتين إلى ثلاث مرات شهريًا</w:t>
            </w:r>
          </w:p>
        </w:tc>
        <w:tc>
          <w:tcPr>
            <w:tcW w:w="989" w:type="dxa"/>
          </w:tcPr>
          <w:p w14:paraId="69F2EBEF" w14:textId="77777777" w:rsidR="00540C13" w:rsidRDefault="00000000" w:rsidP="006E17D0">
            <w:pPr>
              <w:bidi/>
            </w:pPr>
            <w:r>
              <w:rPr>
                <w:sz w:val="11"/>
              </w:rPr>
              <w:t>منصات أخرى</w:t>
            </w:r>
          </w:p>
        </w:tc>
        <w:tc>
          <w:tcPr>
            <w:tcW w:w="989" w:type="dxa"/>
          </w:tcPr>
          <w:p w14:paraId="275212A8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12A280EA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7F38483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2D37D441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51D68CC4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2EE31C29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59BC2C61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22FF7D20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3E700014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</w:tr>
      <w:tr w:rsidR="00540C13" w14:paraId="3C7187C8" w14:textId="77777777">
        <w:trPr>
          <w:jc w:val="center"/>
        </w:trPr>
        <w:tc>
          <w:tcPr>
            <w:tcW w:w="989" w:type="dxa"/>
          </w:tcPr>
          <w:p w14:paraId="7F77584C" w14:textId="77777777" w:rsidR="00540C13" w:rsidRDefault="00000000" w:rsidP="006E17D0">
            <w:pPr>
              <w:bidi/>
            </w:pPr>
            <w:r>
              <w:rPr>
                <w:sz w:val="11"/>
              </w:rPr>
              <w:t>R060</w:t>
            </w:r>
          </w:p>
        </w:tc>
        <w:tc>
          <w:tcPr>
            <w:tcW w:w="989" w:type="dxa"/>
          </w:tcPr>
          <w:p w14:paraId="208354FF" w14:textId="77777777" w:rsidR="00540C13" w:rsidRDefault="00000000" w:rsidP="006E17D0">
            <w:pPr>
              <w:bidi/>
            </w:pPr>
            <w:r>
              <w:rPr>
                <w:sz w:val="11"/>
              </w:rPr>
              <w:t>ذكر</w:t>
            </w:r>
          </w:p>
        </w:tc>
        <w:tc>
          <w:tcPr>
            <w:tcW w:w="989" w:type="dxa"/>
          </w:tcPr>
          <w:p w14:paraId="69607800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34E88F23" w14:textId="77777777" w:rsidR="00540C13" w:rsidRDefault="00000000" w:rsidP="006E17D0">
            <w:pPr>
              <w:bidi/>
            </w:pPr>
            <w:r>
              <w:rPr>
                <w:sz w:val="11"/>
              </w:rPr>
              <w:t>بكالوريوس</w:t>
            </w:r>
          </w:p>
        </w:tc>
        <w:tc>
          <w:tcPr>
            <w:tcW w:w="989" w:type="dxa"/>
          </w:tcPr>
          <w:p w14:paraId="58C80436" w14:textId="77777777" w:rsidR="00540C13" w:rsidRDefault="00000000" w:rsidP="006E17D0">
            <w:pPr>
              <w:bidi/>
            </w:pPr>
            <w:r>
              <w:rPr>
                <w:sz w:val="11"/>
              </w:rPr>
              <w:t>مرة شهريًا</w:t>
            </w:r>
          </w:p>
        </w:tc>
        <w:tc>
          <w:tcPr>
            <w:tcW w:w="989" w:type="dxa"/>
          </w:tcPr>
          <w:p w14:paraId="0C5664EF" w14:textId="77777777" w:rsidR="00540C13" w:rsidRDefault="00000000" w:rsidP="006E17D0">
            <w:pPr>
              <w:bidi/>
            </w:pPr>
            <w:r>
              <w:rPr>
                <w:sz w:val="11"/>
              </w:rPr>
              <w:t>خرائط Google</w:t>
            </w:r>
          </w:p>
        </w:tc>
        <w:tc>
          <w:tcPr>
            <w:tcW w:w="989" w:type="dxa"/>
          </w:tcPr>
          <w:p w14:paraId="696AEC1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5EFB181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17796D78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286952A3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6B93F9F9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26E9BF98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7067E08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5C1E026C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064FBF7B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</w:tr>
      <w:tr w:rsidR="00540C13" w14:paraId="47132B30" w14:textId="77777777">
        <w:trPr>
          <w:jc w:val="center"/>
        </w:trPr>
        <w:tc>
          <w:tcPr>
            <w:tcW w:w="989" w:type="dxa"/>
          </w:tcPr>
          <w:p w14:paraId="6A72E30A" w14:textId="77777777" w:rsidR="00540C13" w:rsidRDefault="00000000" w:rsidP="006E17D0">
            <w:pPr>
              <w:bidi/>
            </w:pPr>
            <w:r>
              <w:rPr>
                <w:sz w:val="11"/>
              </w:rPr>
              <w:t>R061</w:t>
            </w:r>
          </w:p>
        </w:tc>
        <w:tc>
          <w:tcPr>
            <w:tcW w:w="989" w:type="dxa"/>
          </w:tcPr>
          <w:p w14:paraId="547CD93D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54A6D47F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1F32F616" w14:textId="77777777" w:rsidR="00540C13" w:rsidRDefault="00000000" w:rsidP="006E17D0">
            <w:pPr>
              <w:bidi/>
            </w:pPr>
            <w:r>
              <w:rPr>
                <w:sz w:val="11"/>
              </w:rPr>
              <w:t>بكالوريوس</w:t>
            </w:r>
          </w:p>
        </w:tc>
        <w:tc>
          <w:tcPr>
            <w:tcW w:w="989" w:type="dxa"/>
          </w:tcPr>
          <w:p w14:paraId="01177DB1" w14:textId="77777777" w:rsidR="00540C13" w:rsidRDefault="00000000" w:rsidP="006E17D0">
            <w:pPr>
              <w:bidi/>
            </w:pPr>
            <w:r>
              <w:rPr>
                <w:sz w:val="11"/>
              </w:rPr>
              <w:t>أسبوعيًا أو أكثر</w:t>
            </w:r>
          </w:p>
        </w:tc>
        <w:tc>
          <w:tcPr>
            <w:tcW w:w="989" w:type="dxa"/>
          </w:tcPr>
          <w:p w14:paraId="7D3D9EA7" w14:textId="77777777" w:rsidR="00540C13" w:rsidRDefault="00000000" w:rsidP="006E17D0">
            <w:pPr>
              <w:bidi/>
            </w:pPr>
            <w:r>
              <w:rPr>
                <w:sz w:val="11"/>
              </w:rPr>
              <w:t>منصات أخرى</w:t>
            </w:r>
          </w:p>
        </w:tc>
        <w:tc>
          <w:tcPr>
            <w:tcW w:w="989" w:type="dxa"/>
          </w:tcPr>
          <w:p w14:paraId="3FFC6514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50BE9199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39E4728C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0C0B482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27DB5A68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25280CA4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0C79C6A6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36C68454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78CF62EE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</w:tr>
      <w:tr w:rsidR="00540C13" w14:paraId="5846E2EF" w14:textId="77777777">
        <w:trPr>
          <w:jc w:val="center"/>
        </w:trPr>
        <w:tc>
          <w:tcPr>
            <w:tcW w:w="989" w:type="dxa"/>
          </w:tcPr>
          <w:p w14:paraId="456CAB7A" w14:textId="77777777" w:rsidR="00540C13" w:rsidRDefault="00000000" w:rsidP="006E17D0">
            <w:pPr>
              <w:bidi/>
            </w:pPr>
            <w:r>
              <w:rPr>
                <w:sz w:val="11"/>
              </w:rPr>
              <w:t>R062</w:t>
            </w:r>
          </w:p>
        </w:tc>
        <w:tc>
          <w:tcPr>
            <w:tcW w:w="989" w:type="dxa"/>
          </w:tcPr>
          <w:p w14:paraId="74FB3565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643C47DE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779E0A4E" w14:textId="77777777" w:rsidR="00540C13" w:rsidRDefault="00000000" w:rsidP="006E17D0">
            <w:pPr>
              <w:bidi/>
            </w:pPr>
            <w:r>
              <w:rPr>
                <w:sz w:val="11"/>
              </w:rPr>
              <w:t>بكالوريوس</w:t>
            </w:r>
          </w:p>
        </w:tc>
        <w:tc>
          <w:tcPr>
            <w:tcW w:w="989" w:type="dxa"/>
          </w:tcPr>
          <w:p w14:paraId="04FE3971" w14:textId="77777777" w:rsidR="00540C13" w:rsidRDefault="00000000" w:rsidP="006E17D0">
            <w:pPr>
              <w:bidi/>
            </w:pPr>
            <w:r>
              <w:rPr>
                <w:sz w:val="11"/>
              </w:rPr>
              <w:t>مرة شهريًا</w:t>
            </w:r>
          </w:p>
        </w:tc>
        <w:tc>
          <w:tcPr>
            <w:tcW w:w="989" w:type="dxa"/>
          </w:tcPr>
          <w:p w14:paraId="27EE5521" w14:textId="77777777" w:rsidR="00540C13" w:rsidRDefault="00000000" w:rsidP="006E17D0">
            <w:pPr>
              <w:bidi/>
            </w:pPr>
            <w:r>
              <w:rPr>
                <w:sz w:val="11"/>
              </w:rPr>
              <w:t>مواقع التواصل الاجتماعي</w:t>
            </w:r>
          </w:p>
        </w:tc>
        <w:tc>
          <w:tcPr>
            <w:tcW w:w="989" w:type="dxa"/>
          </w:tcPr>
          <w:p w14:paraId="7D44ABDA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4E81B45E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60F162D2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276908FA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038A2DE0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670E8FB0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34AB3E50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288241B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281F6A8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</w:tr>
      <w:tr w:rsidR="00540C13" w14:paraId="32FC8915" w14:textId="77777777">
        <w:trPr>
          <w:jc w:val="center"/>
        </w:trPr>
        <w:tc>
          <w:tcPr>
            <w:tcW w:w="989" w:type="dxa"/>
          </w:tcPr>
          <w:p w14:paraId="327CCA82" w14:textId="77777777" w:rsidR="00540C13" w:rsidRDefault="00000000" w:rsidP="006E17D0">
            <w:pPr>
              <w:bidi/>
            </w:pPr>
            <w:r>
              <w:rPr>
                <w:sz w:val="11"/>
              </w:rPr>
              <w:t>R063</w:t>
            </w:r>
          </w:p>
        </w:tc>
        <w:tc>
          <w:tcPr>
            <w:tcW w:w="989" w:type="dxa"/>
          </w:tcPr>
          <w:p w14:paraId="7871B557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3D46BBD3" w14:textId="77777777" w:rsidR="00540C13" w:rsidRDefault="00000000" w:rsidP="006E17D0">
            <w:pPr>
              <w:bidi/>
            </w:pPr>
            <w:r>
              <w:rPr>
                <w:sz w:val="11"/>
              </w:rPr>
              <w:t>30–39 سنة</w:t>
            </w:r>
          </w:p>
        </w:tc>
        <w:tc>
          <w:tcPr>
            <w:tcW w:w="989" w:type="dxa"/>
          </w:tcPr>
          <w:p w14:paraId="5DA052CF" w14:textId="77777777" w:rsidR="00540C13" w:rsidRDefault="00000000" w:rsidP="006E17D0">
            <w:pPr>
              <w:bidi/>
            </w:pPr>
            <w:r>
              <w:rPr>
                <w:sz w:val="11"/>
              </w:rPr>
              <w:t>بكالوريوس</w:t>
            </w:r>
          </w:p>
        </w:tc>
        <w:tc>
          <w:tcPr>
            <w:tcW w:w="989" w:type="dxa"/>
          </w:tcPr>
          <w:p w14:paraId="6A95C223" w14:textId="77777777" w:rsidR="00540C13" w:rsidRDefault="00000000" w:rsidP="006E17D0">
            <w:pPr>
              <w:bidi/>
            </w:pPr>
            <w:r>
              <w:rPr>
                <w:sz w:val="11"/>
              </w:rPr>
              <w:t>أسبوعيًا أو أكثر</w:t>
            </w:r>
          </w:p>
        </w:tc>
        <w:tc>
          <w:tcPr>
            <w:tcW w:w="989" w:type="dxa"/>
          </w:tcPr>
          <w:p w14:paraId="0E45AAFC" w14:textId="77777777" w:rsidR="00540C13" w:rsidRDefault="00000000" w:rsidP="006E17D0">
            <w:pPr>
              <w:bidi/>
            </w:pPr>
            <w:r>
              <w:rPr>
                <w:sz w:val="11"/>
              </w:rPr>
              <w:t>مواقع التواصل الاجتماعي</w:t>
            </w:r>
          </w:p>
        </w:tc>
        <w:tc>
          <w:tcPr>
            <w:tcW w:w="989" w:type="dxa"/>
          </w:tcPr>
          <w:p w14:paraId="21BD391A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73444CB8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1E402A7A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1EAA58EC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08221DF8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1FE46A78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18D539FD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471E61D2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739B96FE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</w:tr>
      <w:tr w:rsidR="00540C13" w14:paraId="570B6200" w14:textId="77777777">
        <w:trPr>
          <w:jc w:val="center"/>
        </w:trPr>
        <w:tc>
          <w:tcPr>
            <w:tcW w:w="989" w:type="dxa"/>
          </w:tcPr>
          <w:p w14:paraId="1D23B962" w14:textId="77777777" w:rsidR="00540C13" w:rsidRDefault="00000000" w:rsidP="006E17D0">
            <w:pPr>
              <w:bidi/>
            </w:pPr>
            <w:r>
              <w:rPr>
                <w:sz w:val="11"/>
              </w:rPr>
              <w:t>R064</w:t>
            </w:r>
          </w:p>
        </w:tc>
        <w:tc>
          <w:tcPr>
            <w:tcW w:w="989" w:type="dxa"/>
          </w:tcPr>
          <w:p w14:paraId="7E8B9467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4BC92F46" w14:textId="77777777" w:rsidR="00540C13" w:rsidRDefault="00000000" w:rsidP="006E17D0">
            <w:pPr>
              <w:bidi/>
            </w:pPr>
            <w:r>
              <w:rPr>
                <w:sz w:val="11"/>
              </w:rPr>
              <w:t>30–39 سنة</w:t>
            </w:r>
          </w:p>
        </w:tc>
        <w:tc>
          <w:tcPr>
            <w:tcW w:w="989" w:type="dxa"/>
          </w:tcPr>
          <w:p w14:paraId="00277403" w14:textId="77777777" w:rsidR="00540C13" w:rsidRDefault="00000000" w:rsidP="006E17D0">
            <w:pPr>
              <w:bidi/>
            </w:pPr>
            <w:r>
              <w:rPr>
                <w:sz w:val="11"/>
              </w:rPr>
              <w:t>دراسات عليا</w:t>
            </w:r>
          </w:p>
        </w:tc>
        <w:tc>
          <w:tcPr>
            <w:tcW w:w="989" w:type="dxa"/>
          </w:tcPr>
          <w:p w14:paraId="049A59EE" w14:textId="77777777" w:rsidR="00540C13" w:rsidRDefault="00000000" w:rsidP="006E17D0">
            <w:pPr>
              <w:bidi/>
            </w:pPr>
            <w:r>
              <w:rPr>
                <w:sz w:val="11"/>
              </w:rPr>
              <w:t>أسبوعيًا أو أكثر</w:t>
            </w:r>
          </w:p>
        </w:tc>
        <w:tc>
          <w:tcPr>
            <w:tcW w:w="989" w:type="dxa"/>
          </w:tcPr>
          <w:p w14:paraId="3078B3D7" w14:textId="77777777" w:rsidR="00540C13" w:rsidRDefault="00000000" w:rsidP="006E17D0">
            <w:pPr>
              <w:bidi/>
            </w:pPr>
            <w:r>
              <w:rPr>
                <w:sz w:val="11"/>
              </w:rPr>
              <w:t>خرائط Google</w:t>
            </w:r>
          </w:p>
        </w:tc>
        <w:tc>
          <w:tcPr>
            <w:tcW w:w="989" w:type="dxa"/>
          </w:tcPr>
          <w:p w14:paraId="2197FFAF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5F388F30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17DA05E2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22207E61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539D097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4A80AC83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456703B8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1C06736D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3E86DE4F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</w:tr>
      <w:tr w:rsidR="00540C13" w14:paraId="3BEC7B8E" w14:textId="77777777">
        <w:trPr>
          <w:jc w:val="center"/>
        </w:trPr>
        <w:tc>
          <w:tcPr>
            <w:tcW w:w="989" w:type="dxa"/>
          </w:tcPr>
          <w:p w14:paraId="6ABB8A04" w14:textId="77777777" w:rsidR="00540C13" w:rsidRDefault="00000000" w:rsidP="006E17D0">
            <w:pPr>
              <w:bidi/>
            </w:pPr>
            <w:r>
              <w:rPr>
                <w:sz w:val="11"/>
              </w:rPr>
              <w:t>R065</w:t>
            </w:r>
          </w:p>
        </w:tc>
        <w:tc>
          <w:tcPr>
            <w:tcW w:w="989" w:type="dxa"/>
          </w:tcPr>
          <w:p w14:paraId="37AAAA7F" w14:textId="77777777" w:rsidR="00540C13" w:rsidRDefault="00000000" w:rsidP="006E17D0">
            <w:pPr>
              <w:bidi/>
            </w:pPr>
            <w:r>
              <w:rPr>
                <w:sz w:val="11"/>
              </w:rPr>
              <w:t>ذكر</w:t>
            </w:r>
          </w:p>
        </w:tc>
        <w:tc>
          <w:tcPr>
            <w:tcW w:w="989" w:type="dxa"/>
          </w:tcPr>
          <w:p w14:paraId="295BAB52" w14:textId="77777777" w:rsidR="00540C13" w:rsidRDefault="00000000" w:rsidP="006E17D0">
            <w:pPr>
              <w:bidi/>
            </w:pPr>
            <w:r>
              <w:rPr>
                <w:sz w:val="11"/>
              </w:rPr>
              <w:t>30–39 سنة</w:t>
            </w:r>
          </w:p>
        </w:tc>
        <w:tc>
          <w:tcPr>
            <w:tcW w:w="989" w:type="dxa"/>
          </w:tcPr>
          <w:p w14:paraId="3CC832D2" w14:textId="77777777" w:rsidR="00540C13" w:rsidRDefault="00000000" w:rsidP="006E17D0">
            <w:pPr>
              <w:bidi/>
            </w:pPr>
            <w:r>
              <w:rPr>
                <w:sz w:val="11"/>
              </w:rPr>
              <w:t>بكالوريوس</w:t>
            </w:r>
          </w:p>
        </w:tc>
        <w:tc>
          <w:tcPr>
            <w:tcW w:w="989" w:type="dxa"/>
          </w:tcPr>
          <w:p w14:paraId="67526772" w14:textId="77777777" w:rsidR="00540C13" w:rsidRDefault="00000000" w:rsidP="006E17D0">
            <w:pPr>
              <w:bidi/>
            </w:pPr>
            <w:r>
              <w:rPr>
                <w:sz w:val="11"/>
              </w:rPr>
              <w:t>نادرًا</w:t>
            </w:r>
          </w:p>
        </w:tc>
        <w:tc>
          <w:tcPr>
            <w:tcW w:w="989" w:type="dxa"/>
          </w:tcPr>
          <w:p w14:paraId="5F57735A" w14:textId="77777777" w:rsidR="00540C13" w:rsidRDefault="00000000" w:rsidP="006E17D0">
            <w:pPr>
              <w:bidi/>
            </w:pPr>
            <w:r>
              <w:rPr>
                <w:sz w:val="11"/>
              </w:rPr>
              <w:t>مواقع التواصل الاجتماعي</w:t>
            </w:r>
          </w:p>
        </w:tc>
        <w:tc>
          <w:tcPr>
            <w:tcW w:w="989" w:type="dxa"/>
          </w:tcPr>
          <w:p w14:paraId="38F135F6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18AFF84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31D4BACC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490EF961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5E81CCD6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349C1C56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63F7ECFA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394B159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108791AE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</w:tr>
      <w:tr w:rsidR="00540C13" w14:paraId="320D9C12" w14:textId="77777777">
        <w:trPr>
          <w:jc w:val="center"/>
        </w:trPr>
        <w:tc>
          <w:tcPr>
            <w:tcW w:w="989" w:type="dxa"/>
          </w:tcPr>
          <w:p w14:paraId="7A4CCB07" w14:textId="77777777" w:rsidR="00540C13" w:rsidRDefault="00000000" w:rsidP="006E17D0">
            <w:pPr>
              <w:bidi/>
            </w:pPr>
            <w:r>
              <w:rPr>
                <w:sz w:val="11"/>
              </w:rPr>
              <w:t>R066</w:t>
            </w:r>
          </w:p>
        </w:tc>
        <w:tc>
          <w:tcPr>
            <w:tcW w:w="989" w:type="dxa"/>
          </w:tcPr>
          <w:p w14:paraId="6F15C094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3089E354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34E2E735" w14:textId="77777777" w:rsidR="00540C13" w:rsidRDefault="00000000" w:rsidP="006E17D0">
            <w:pPr>
              <w:bidi/>
            </w:pPr>
            <w:r>
              <w:rPr>
                <w:sz w:val="11"/>
              </w:rPr>
              <w:t>دراسات عليا</w:t>
            </w:r>
          </w:p>
        </w:tc>
        <w:tc>
          <w:tcPr>
            <w:tcW w:w="989" w:type="dxa"/>
          </w:tcPr>
          <w:p w14:paraId="7FCC9FFC" w14:textId="77777777" w:rsidR="00540C13" w:rsidRDefault="00000000" w:rsidP="006E17D0">
            <w:pPr>
              <w:bidi/>
            </w:pPr>
            <w:r>
              <w:rPr>
                <w:sz w:val="11"/>
              </w:rPr>
              <w:t>مرتين إلى ثلاث مرات شهريًا</w:t>
            </w:r>
          </w:p>
        </w:tc>
        <w:tc>
          <w:tcPr>
            <w:tcW w:w="989" w:type="dxa"/>
          </w:tcPr>
          <w:p w14:paraId="68228E8A" w14:textId="77777777" w:rsidR="00540C13" w:rsidRDefault="00000000" w:rsidP="006E17D0">
            <w:pPr>
              <w:bidi/>
            </w:pPr>
            <w:r>
              <w:rPr>
                <w:sz w:val="11"/>
              </w:rPr>
              <w:t>المتاجر الإلكترونية</w:t>
            </w:r>
          </w:p>
        </w:tc>
        <w:tc>
          <w:tcPr>
            <w:tcW w:w="989" w:type="dxa"/>
          </w:tcPr>
          <w:p w14:paraId="10C3380D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2C49FE20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2DA6DC54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755F600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66F3BA64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2F42840B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25D05B30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546F4F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E3067DE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</w:tr>
      <w:tr w:rsidR="00540C13" w14:paraId="68503C0B" w14:textId="77777777">
        <w:trPr>
          <w:jc w:val="center"/>
        </w:trPr>
        <w:tc>
          <w:tcPr>
            <w:tcW w:w="989" w:type="dxa"/>
          </w:tcPr>
          <w:p w14:paraId="4F293202" w14:textId="77777777" w:rsidR="00540C13" w:rsidRDefault="00000000" w:rsidP="006E17D0">
            <w:pPr>
              <w:bidi/>
            </w:pPr>
            <w:r>
              <w:rPr>
                <w:sz w:val="11"/>
              </w:rPr>
              <w:t>R067</w:t>
            </w:r>
          </w:p>
        </w:tc>
        <w:tc>
          <w:tcPr>
            <w:tcW w:w="989" w:type="dxa"/>
          </w:tcPr>
          <w:p w14:paraId="7A705DE6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43CF4554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01A37C43" w14:textId="77777777" w:rsidR="00540C13" w:rsidRDefault="00000000" w:rsidP="006E17D0">
            <w:pPr>
              <w:bidi/>
            </w:pPr>
            <w:r>
              <w:rPr>
                <w:sz w:val="11"/>
              </w:rPr>
              <w:t>دبلوم</w:t>
            </w:r>
          </w:p>
        </w:tc>
        <w:tc>
          <w:tcPr>
            <w:tcW w:w="989" w:type="dxa"/>
          </w:tcPr>
          <w:p w14:paraId="77E2DA86" w14:textId="77777777" w:rsidR="00540C13" w:rsidRDefault="00000000" w:rsidP="006E17D0">
            <w:pPr>
              <w:bidi/>
            </w:pPr>
            <w:r>
              <w:rPr>
                <w:sz w:val="11"/>
              </w:rPr>
              <w:t>مرتين إلى ثلاث مرات شهريًا</w:t>
            </w:r>
          </w:p>
        </w:tc>
        <w:tc>
          <w:tcPr>
            <w:tcW w:w="989" w:type="dxa"/>
          </w:tcPr>
          <w:p w14:paraId="54E62BC2" w14:textId="77777777" w:rsidR="00540C13" w:rsidRDefault="00000000" w:rsidP="006E17D0">
            <w:pPr>
              <w:bidi/>
            </w:pPr>
            <w:r>
              <w:rPr>
                <w:sz w:val="11"/>
              </w:rPr>
              <w:t>المتاجر الإلكترونية</w:t>
            </w:r>
          </w:p>
        </w:tc>
        <w:tc>
          <w:tcPr>
            <w:tcW w:w="989" w:type="dxa"/>
          </w:tcPr>
          <w:p w14:paraId="1D29980E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5FBB1E1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287F0DE3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2D447EA7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37BBA78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3517D917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6EF00D69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0A3F6EFB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3E9153F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</w:tr>
      <w:tr w:rsidR="00540C13" w14:paraId="09C76E19" w14:textId="77777777">
        <w:trPr>
          <w:jc w:val="center"/>
        </w:trPr>
        <w:tc>
          <w:tcPr>
            <w:tcW w:w="989" w:type="dxa"/>
          </w:tcPr>
          <w:p w14:paraId="691C6D1A" w14:textId="77777777" w:rsidR="00540C13" w:rsidRDefault="00000000" w:rsidP="006E17D0">
            <w:pPr>
              <w:bidi/>
            </w:pPr>
            <w:r>
              <w:rPr>
                <w:sz w:val="11"/>
              </w:rPr>
              <w:t>R068</w:t>
            </w:r>
          </w:p>
        </w:tc>
        <w:tc>
          <w:tcPr>
            <w:tcW w:w="989" w:type="dxa"/>
          </w:tcPr>
          <w:p w14:paraId="029268FF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45D2BD5A" w14:textId="77777777" w:rsidR="00540C13" w:rsidRDefault="00000000" w:rsidP="006E17D0">
            <w:pPr>
              <w:bidi/>
            </w:pPr>
            <w:r>
              <w:rPr>
                <w:sz w:val="11"/>
              </w:rPr>
              <w:t>40 سنة فأكثر</w:t>
            </w:r>
          </w:p>
        </w:tc>
        <w:tc>
          <w:tcPr>
            <w:tcW w:w="989" w:type="dxa"/>
          </w:tcPr>
          <w:p w14:paraId="40B700D0" w14:textId="77777777" w:rsidR="00540C13" w:rsidRDefault="00000000" w:rsidP="006E17D0">
            <w:pPr>
              <w:bidi/>
            </w:pPr>
            <w:r>
              <w:rPr>
                <w:sz w:val="11"/>
              </w:rPr>
              <w:t>بكالوريوس</w:t>
            </w:r>
          </w:p>
        </w:tc>
        <w:tc>
          <w:tcPr>
            <w:tcW w:w="989" w:type="dxa"/>
          </w:tcPr>
          <w:p w14:paraId="47A6F13F" w14:textId="77777777" w:rsidR="00540C13" w:rsidRDefault="00000000" w:rsidP="006E17D0">
            <w:pPr>
              <w:bidi/>
            </w:pPr>
            <w:r>
              <w:rPr>
                <w:sz w:val="11"/>
              </w:rPr>
              <w:t>مرتين إلى ثلاث مرات شهريًا</w:t>
            </w:r>
          </w:p>
        </w:tc>
        <w:tc>
          <w:tcPr>
            <w:tcW w:w="989" w:type="dxa"/>
          </w:tcPr>
          <w:p w14:paraId="6A81D4E0" w14:textId="77777777" w:rsidR="00540C13" w:rsidRDefault="00000000" w:rsidP="006E17D0">
            <w:pPr>
              <w:bidi/>
            </w:pPr>
            <w:r>
              <w:rPr>
                <w:sz w:val="11"/>
              </w:rPr>
              <w:t>المتاجر الإلكترونية</w:t>
            </w:r>
          </w:p>
        </w:tc>
        <w:tc>
          <w:tcPr>
            <w:tcW w:w="989" w:type="dxa"/>
          </w:tcPr>
          <w:p w14:paraId="11D0912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095D8812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6439DA87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1A814B88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6D3B55C1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1855B38B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2AD59AAA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5F9B23F4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5DBF2A52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</w:tr>
      <w:tr w:rsidR="00540C13" w14:paraId="1E33F801" w14:textId="77777777">
        <w:trPr>
          <w:jc w:val="center"/>
        </w:trPr>
        <w:tc>
          <w:tcPr>
            <w:tcW w:w="989" w:type="dxa"/>
          </w:tcPr>
          <w:p w14:paraId="42D7748C" w14:textId="77777777" w:rsidR="00540C13" w:rsidRDefault="00000000" w:rsidP="006E17D0">
            <w:pPr>
              <w:bidi/>
            </w:pPr>
            <w:r>
              <w:rPr>
                <w:sz w:val="11"/>
              </w:rPr>
              <w:t>R069</w:t>
            </w:r>
          </w:p>
        </w:tc>
        <w:tc>
          <w:tcPr>
            <w:tcW w:w="989" w:type="dxa"/>
          </w:tcPr>
          <w:p w14:paraId="5E9EF2ED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12DA66A9" w14:textId="77777777" w:rsidR="00540C13" w:rsidRDefault="00000000" w:rsidP="006E17D0">
            <w:pPr>
              <w:bidi/>
            </w:pPr>
            <w:r>
              <w:rPr>
                <w:sz w:val="11"/>
              </w:rPr>
              <w:t>40 سنة فأكثر</w:t>
            </w:r>
          </w:p>
        </w:tc>
        <w:tc>
          <w:tcPr>
            <w:tcW w:w="989" w:type="dxa"/>
          </w:tcPr>
          <w:p w14:paraId="5FA11ED6" w14:textId="77777777" w:rsidR="00540C13" w:rsidRDefault="00000000" w:rsidP="006E17D0">
            <w:pPr>
              <w:bidi/>
            </w:pPr>
            <w:r>
              <w:rPr>
                <w:sz w:val="11"/>
              </w:rPr>
              <w:t>بكالوريوس</w:t>
            </w:r>
          </w:p>
        </w:tc>
        <w:tc>
          <w:tcPr>
            <w:tcW w:w="989" w:type="dxa"/>
          </w:tcPr>
          <w:p w14:paraId="4328CF7C" w14:textId="77777777" w:rsidR="00540C13" w:rsidRDefault="00000000" w:rsidP="006E17D0">
            <w:pPr>
              <w:bidi/>
            </w:pPr>
            <w:r>
              <w:rPr>
                <w:sz w:val="11"/>
              </w:rPr>
              <w:t>مرتين إلى ثلاث مرات شهريًا</w:t>
            </w:r>
          </w:p>
        </w:tc>
        <w:tc>
          <w:tcPr>
            <w:tcW w:w="989" w:type="dxa"/>
          </w:tcPr>
          <w:p w14:paraId="0FAC966D" w14:textId="77777777" w:rsidR="00540C13" w:rsidRDefault="00000000" w:rsidP="006E17D0">
            <w:pPr>
              <w:bidi/>
            </w:pPr>
            <w:r>
              <w:rPr>
                <w:sz w:val="11"/>
              </w:rPr>
              <w:t>مواقع التواصل الاجتماعي</w:t>
            </w:r>
          </w:p>
        </w:tc>
        <w:tc>
          <w:tcPr>
            <w:tcW w:w="989" w:type="dxa"/>
          </w:tcPr>
          <w:p w14:paraId="6B1386EC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672BF5D5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1C82CE03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61261690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0D3C8B7A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66BF6FC8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593028CA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2799C51F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512BF3C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</w:tr>
      <w:tr w:rsidR="00540C13" w14:paraId="65FD1FB3" w14:textId="77777777">
        <w:trPr>
          <w:jc w:val="center"/>
        </w:trPr>
        <w:tc>
          <w:tcPr>
            <w:tcW w:w="989" w:type="dxa"/>
          </w:tcPr>
          <w:p w14:paraId="4ABE089E" w14:textId="77777777" w:rsidR="00540C13" w:rsidRDefault="00000000" w:rsidP="006E17D0">
            <w:pPr>
              <w:bidi/>
            </w:pPr>
            <w:r>
              <w:rPr>
                <w:sz w:val="11"/>
              </w:rPr>
              <w:t>R070</w:t>
            </w:r>
          </w:p>
        </w:tc>
        <w:tc>
          <w:tcPr>
            <w:tcW w:w="989" w:type="dxa"/>
          </w:tcPr>
          <w:p w14:paraId="775D6F76" w14:textId="77777777" w:rsidR="00540C13" w:rsidRDefault="00000000" w:rsidP="006E17D0">
            <w:pPr>
              <w:bidi/>
            </w:pPr>
            <w:r>
              <w:rPr>
                <w:sz w:val="11"/>
              </w:rPr>
              <w:t>ذكر</w:t>
            </w:r>
          </w:p>
        </w:tc>
        <w:tc>
          <w:tcPr>
            <w:tcW w:w="989" w:type="dxa"/>
          </w:tcPr>
          <w:p w14:paraId="5689E871" w14:textId="77777777" w:rsidR="00540C13" w:rsidRDefault="00000000" w:rsidP="006E17D0">
            <w:pPr>
              <w:bidi/>
            </w:pPr>
            <w:r>
              <w:rPr>
                <w:sz w:val="11"/>
              </w:rPr>
              <w:t>30–39 سنة</w:t>
            </w:r>
          </w:p>
        </w:tc>
        <w:tc>
          <w:tcPr>
            <w:tcW w:w="989" w:type="dxa"/>
          </w:tcPr>
          <w:p w14:paraId="03A72A85" w14:textId="77777777" w:rsidR="00540C13" w:rsidRDefault="00000000" w:rsidP="006E17D0">
            <w:pPr>
              <w:bidi/>
            </w:pPr>
            <w:r>
              <w:rPr>
                <w:sz w:val="11"/>
              </w:rPr>
              <w:t>بكالوريوس</w:t>
            </w:r>
          </w:p>
        </w:tc>
        <w:tc>
          <w:tcPr>
            <w:tcW w:w="989" w:type="dxa"/>
          </w:tcPr>
          <w:p w14:paraId="3F16E045" w14:textId="77777777" w:rsidR="00540C13" w:rsidRDefault="00000000" w:rsidP="006E17D0">
            <w:pPr>
              <w:bidi/>
            </w:pPr>
            <w:r>
              <w:rPr>
                <w:sz w:val="11"/>
              </w:rPr>
              <w:t>مرتين إلى ثلاث مرات شهريًا</w:t>
            </w:r>
          </w:p>
        </w:tc>
        <w:tc>
          <w:tcPr>
            <w:tcW w:w="989" w:type="dxa"/>
          </w:tcPr>
          <w:p w14:paraId="6BA69A7E" w14:textId="77777777" w:rsidR="00540C13" w:rsidRDefault="00000000" w:rsidP="006E17D0">
            <w:pPr>
              <w:bidi/>
            </w:pPr>
            <w:r>
              <w:rPr>
                <w:sz w:val="11"/>
              </w:rPr>
              <w:t>مواقع التواصل الاجتماعي</w:t>
            </w:r>
          </w:p>
        </w:tc>
        <w:tc>
          <w:tcPr>
            <w:tcW w:w="989" w:type="dxa"/>
          </w:tcPr>
          <w:p w14:paraId="7181D566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1CE48D0A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07036A2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290C833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601259B3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3B0812E0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3FC8F5F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1B90CF5D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1D6FD2F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</w:tr>
      <w:tr w:rsidR="00540C13" w14:paraId="51DD6D2B" w14:textId="77777777">
        <w:trPr>
          <w:jc w:val="center"/>
        </w:trPr>
        <w:tc>
          <w:tcPr>
            <w:tcW w:w="989" w:type="dxa"/>
          </w:tcPr>
          <w:p w14:paraId="3AB60B4A" w14:textId="77777777" w:rsidR="00540C13" w:rsidRDefault="00000000" w:rsidP="006E17D0">
            <w:pPr>
              <w:bidi/>
            </w:pPr>
            <w:r>
              <w:rPr>
                <w:sz w:val="11"/>
              </w:rPr>
              <w:t>R071</w:t>
            </w:r>
          </w:p>
        </w:tc>
        <w:tc>
          <w:tcPr>
            <w:tcW w:w="989" w:type="dxa"/>
          </w:tcPr>
          <w:p w14:paraId="74DBF9FC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36122C2A" w14:textId="77777777" w:rsidR="00540C13" w:rsidRDefault="00000000" w:rsidP="006E17D0">
            <w:pPr>
              <w:bidi/>
            </w:pPr>
            <w:r>
              <w:rPr>
                <w:sz w:val="11"/>
              </w:rPr>
              <w:t>30–39 سنة</w:t>
            </w:r>
          </w:p>
        </w:tc>
        <w:tc>
          <w:tcPr>
            <w:tcW w:w="989" w:type="dxa"/>
          </w:tcPr>
          <w:p w14:paraId="72350539" w14:textId="77777777" w:rsidR="00540C13" w:rsidRDefault="00000000" w:rsidP="006E17D0">
            <w:pPr>
              <w:bidi/>
            </w:pPr>
            <w:r>
              <w:rPr>
                <w:sz w:val="11"/>
              </w:rPr>
              <w:t>دبلوم</w:t>
            </w:r>
          </w:p>
        </w:tc>
        <w:tc>
          <w:tcPr>
            <w:tcW w:w="989" w:type="dxa"/>
          </w:tcPr>
          <w:p w14:paraId="77163DDC" w14:textId="77777777" w:rsidR="00540C13" w:rsidRDefault="00000000" w:rsidP="006E17D0">
            <w:pPr>
              <w:bidi/>
            </w:pPr>
            <w:r>
              <w:rPr>
                <w:sz w:val="11"/>
              </w:rPr>
              <w:t>أسبوعيًا أو أكثر</w:t>
            </w:r>
          </w:p>
        </w:tc>
        <w:tc>
          <w:tcPr>
            <w:tcW w:w="989" w:type="dxa"/>
          </w:tcPr>
          <w:p w14:paraId="2B501F2D" w14:textId="77777777" w:rsidR="00540C13" w:rsidRDefault="00000000" w:rsidP="006E17D0">
            <w:pPr>
              <w:bidi/>
            </w:pPr>
            <w:r>
              <w:rPr>
                <w:sz w:val="11"/>
              </w:rPr>
              <w:t>خرائط Google</w:t>
            </w:r>
          </w:p>
        </w:tc>
        <w:tc>
          <w:tcPr>
            <w:tcW w:w="989" w:type="dxa"/>
          </w:tcPr>
          <w:p w14:paraId="3BC8DDBC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23EF4DB7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2E8525D8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509AA6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1EDC2B6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7F7B0342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2D38F530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7D22EFCD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4056829C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</w:tr>
      <w:tr w:rsidR="00540C13" w14:paraId="3857370B" w14:textId="77777777">
        <w:trPr>
          <w:jc w:val="center"/>
        </w:trPr>
        <w:tc>
          <w:tcPr>
            <w:tcW w:w="989" w:type="dxa"/>
          </w:tcPr>
          <w:p w14:paraId="36B1E3F0" w14:textId="77777777" w:rsidR="00540C13" w:rsidRDefault="00000000" w:rsidP="006E17D0">
            <w:pPr>
              <w:bidi/>
            </w:pPr>
            <w:r>
              <w:rPr>
                <w:sz w:val="11"/>
              </w:rPr>
              <w:t>R072</w:t>
            </w:r>
          </w:p>
        </w:tc>
        <w:tc>
          <w:tcPr>
            <w:tcW w:w="989" w:type="dxa"/>
          </w:tcPr>
          <w:p w14:paraId="61823571" w14:textId="77777777" w:rsidR="00540C13" w:rsidRDefault="00000000" w:rsidP="006E17D0">
            <w:pPr>
              <w:bidi/>
            </w:pPr>
            <w:r>
              <w:rPr>
                <w:sz w:val="11"/>
              </w:rPr>
              <w:t>ذكر</w:t>
            </w:r>
          </w:p>
        </w:tc>
        <w:tc>
          <w:tcPr>
            <w:tcW w:w="989" w:type="dxa"/>
          </w:tcPr>
          <w:p w14:paraId="5B492649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204EB07D" w14:textId="77777777" w:rsidR="00540C13" w:rsidRDefault="00000000" w:rsidP="006E17D0">
            <w:pPr>
              <w:bidi/>
            </w:pPr>
            <w:r>
              <w:rPr>
                <w:sz w:val="11"/>
              </w:rPr>
              <w:t>بكالوريوس</w:t>
            </w:r>
          </w:p>
        </w:tc>
        <w:tc>
          <w:tcPr>
            <w:tcW w:w="989" w:type="dxa"/>
          </w:tcPr>
          <w:p w14:paraId="05D56974" w14:textId="77777777" w:rsidR="00540C13" w:rsidRDefault="00000000" w:rsidP="006E17D0">
            <w:pPr>
              <w:bidi/>
            </w:pPr>
            <w:r>
              <w:rPr>
                <w:sz w:val="11"/>
              </w:rPr>
              <w:t>أسبوعيًا أو أكثر</w:t>
            </w:r>
          </w:p>
        </w:tc>
        <w:tc>
          <w:tcPr>
            <w:tcW w:w="989" w:type="dxa"/>
          </w:tcPr>
          <w:p w14:paraId="673B49E6" w14:textId="77777777" w:rsidR="00540C13" w:rsidRDefault="00000000" w:rsidP="006E17D0">
            <w:pPr>
              <w:bidi/>
            </w:pPr>
            <w:r>
              <w:rPr>
                <w:sz w:val="11"/>
              </w:rPr>
              <w:t>مواقع التواصل الاجتماعي</w:t>
            </w:r>
          </w:p>
        </w:tc>
        <w:tc>
          <w:tcPr>
            <w:tcW w:w="989" w:type="dxa"/>
          </w:tcPr>
          <w:p w14:paraId="688EF6B0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F9A9AA0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792ABA0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77305AF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151E924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50DE2121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74A9D470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3247CAA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0735DC7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</w:tr>
      <w:tr w:rsidR="00540C13" w14:paraId="38F89B54" w14:textId="77777777">
        <w:trPr>
          <w:jc w:val="center"/>
        </w:trPr>
        <w:tc>
          <w:tcPr>
            <w:tcW w:w="989" w:type="dxa"/>
          </w:tcPr>
          <w:p w14:paraId="04E75FDD" w14:textId="77777777" w:rsidR="00540C13" w:rsidRDefault="00000000" w:rsidP="006E17D0">
            <w:pPr>
              <w:bidi/>
            </w:pPr>
            <w:r>
              <w:rPr>
                <w:sz w:val="11"/>
              </w:rPr>
              <w:t>R073</w:t>
            </w:r>
          </w:p>
        </w:tc>
        <w:tc>
          <w:tcPr>
            <w:tcW w:w="989" w:type="dxa"/>
          </w:tcPr>
          <w:p w14:paraId="3B5563F9" w14:textId="77777777" w:rsidR="00540C13" w:rsidRDefault="00000000" w:rsidP="006E17D0">
            <w:pPr>
              <w:bidi/>
            </w:pPr>
            <w:r>
              <w:rPr>
                <w:sz w:val="11"/>
              </w:rPr>
              <w:t>ذكر</w:t>
            </w:r>
          </w:p>
        </w:tc>
        <w:tc>
          <w:tcPr>
            <w:tcW w:w="989" w:type="dxa"/>
          </w:tcPr>
          <w:p w14:paraId="55E91442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69BB08C8" w14:textId="77777777" w:rsidR="00540C13" w:rsidRDefault="00000000" w:rsidP="006E17D0">
            <w:pPr>
              <w:bidi/>
            </w:pPr>
            <w:r>
              <w:rPr>
                <w:sz w:val="11"/>
              </w:rPr>
              <w:t>بكالوريوس</w:t>
            </w:r>
          </w:p>
        </w:tc>
        <w:tc>
          <w:tcPr>
            <w:tcW w:w="989" w:type="dxa"/>
          </w:tcPr>
          <w:p w14:paraId="474CD492" w14:textId="77777777" w:rsidR="00540C13" w:rsidRDefault="00000000" w:rsidP="006E17D0">
            <w:pPr>
              <w:bidi/>
            </w:pPr>
            <w:r>
              <w:rPr>
                <w:sz w:val="11"/>
              </w:rPr>
              <w:t>نادرًا</w:t>
            </w:r>
          </w:p>
        </w:tc>
        <w:tc>
          <w:tcPr>
            <w:tcW w:w="989" w:type="dxa"/>
          </w:tcPr>
          <w:p w14:paraId="6983BECD" w14:textId="77777777" w:rsidR="00540C13" w:rsidRDefault="00000000" w:rsidP="006E17D0">
            <w:pPr>
              <w:bidi/>
            </w:pPr>
            <w:r>
              <w:rPr>
                <w:sz w:val="11"/>
              </w:rPr>
              <w:t>مواقع التواصل الاجتماعي</w:t>
            </w:r>
          </w:p>
        </w:tc>
        <w:tc>
          <w:tcPr>
            <w:tcW w:w="989" w:type="dxa"/>
          </w:tcPr>
          <w:p w14:paraId="7E3BAF89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52CA1EA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2F066DCB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24AED406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6208A46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0097BC11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581697F0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75CFC221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3E575F87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</w:tr>
      <w:tr w:rsidR="00540C13" w14:paraId="1E2E0437" w14:textId="77777777">
        <w:trPr>
          <w:jc w:val="center"/>
        </w:trPr>
        <w:tc>
          <w:tcPr>
            <w:tcW w:w="989" w:type="dxa"/>
          </w:tcPr>
          <w:p w14:paraId="346BC4D3" w14:textId="77777777" w:rsidR="00540C13" w:rsidRDefault="00000000" w:rsidP="006E17D0">
            <w:pPr>
              <w:bidi/>
            </w:pPr>
            <w:r>
              <w:rPr>
                <w:sz w:val="11"/>
              </w:rPr>
              <w:t>R074</w:t>
            </w:r>
          </w:p>
        </w:tc>
        <w:tc>
          <w:tcPr>
            <w:tcW w:w="989" w:type="dxa"/>
          </w:tcPr>
          <w:p w14:paraId="256AAE4B" w14:textId="77777777" w:rsidR="00540C13" w:rsidRDefault="00000000" w:rsidP="006E17D0">
            <w:pPr>
              <w:bidi/>
            </w:pPr>
            <w:r>
              <w:rPr>
                <w:sz w:val="11"/>
              </w:rPr>
              <w:t>ذكر</w:t>
            </w:r>
          </w:p>
        </w:tc>
        <w:tc>
          <w:tcPr>
            <w:tcW w:w="989" w:type="dxa"/>
          </w:tcPr>
          <w:p w14:paraId="08AD2C58" w14:textId="77777777" w:rsidR="00540C13" w:rsidRDefault="00000000" w:rsidP="006E17D0">
            <w:pPr>
              <w:bidi/>
            </w:pPr>
            <w:r>
              <w:rPr>
                <w:sz w:val="11"/>
              </w:rPr>
              <w:t>40 سنة فأكثر</w:t>
            </w:r>
          </w:p>
        </w:tc>
        <w:tc>
          <w:tcPr>
            <w:tcW w:w="989" w:type="dxa"/>
          </w:tcPr>
          <w:p w14:paraId="768AEF2D" w14:textId="77777777" w:rsidR="00540C13" w:rsidRDefault="00000000" w:rsidP="006E17D0">
            <w:pPr>
              <w:bidi/>
            </w:pPr>
            <w:r>
              <w:rPr>
                <w:sz w:val="11"/>
              </w:rPr>
              <w:t>ثانوي فأقل</w:t>
            </w:r>
          </w:p>
        </w:tc>
        <w:tc>
          <w:tcPr>
            <w:tcW w:w="989" w:type="dxa"/>
          </w:tcPr>
          <w:p w14:paraId="4B068EED" w14:textId="77777777" w:rsidR="00540C13" w:rsidRDefault="00000000" w:rsidP="006E17D0">
            <w:pPr>
              <w:bidi/>
            </w:pPr>
            <w:r>
              <w:rPr>
                <w:sz w:val="11"/>
              </w:rPr>
              <w:t>مرتين إلى ثلاث مرات شهريًا</w:t>
            </w:r>
          </w:p>
        </w:tc>
        <w:tc>
          <w:tcPr>
            <w:tcW w:w="989" w:type="dxa"/>
          </w:tcPr>
          <w:p w14:paraId="55A6046B" w14:textId="77777777" w:rsidR="00540C13" w:rsidRDefault="00000000" w:rsidP="006E17D0">
            <w:pPr>
              <w:bidi/>
            </w:pPr>
            <w:r>
              <w:rPr>
                <w:sz w:val="11"/>
              </w:rPr>
              <w:t>المتاجر الإلكترونية</w:t>
            </w:r>
          </w:p>
        </w:tc>
        <w:tc>
          <w:tcPr>
            <w:tcW w:w="989" w:type="dxa"/>
          </w:tcPr>
          <w:p w14:paraId="5D047368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0ECC4443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D636BE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7A2F1AD0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7C24899B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20BFFCAA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004CDB41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1F8409C2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2777135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</w:tr>
      <w:tr w:rsidR="00540C13" w14:paraId="39C8D5B0" w14:textId="77777777">
        <w:trPr>
          <w:jc w:val="center"/>
        </w:trPr>
        <w:tc>
          <w:tcPr>
            <w:tcW w:w="989" w:type="dxa"/>
          </w:tcPr>
          <w:p w14:paraId="66648560" w14:textId="77777777" w:rsidR="00540C13" w:rsidRDefault="00000000" w:rsidP="006E17D0">
            <w:pPr>
              <w:bidi/>
            </w:pPr>
            <w:r>
              <w:rPr>
                <w:sz w:val="11"/>
              </w:rPr>
              <w:t>R075</w:t>
            </w:r>
          </w:p>
        </w:tc>
        <w:tc>
          <w:tcPr>
            <w:tcW w:w="989" w:type="dxa"/>
          </w:tcPr>
          <w:p w14:paraId="395D9415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5606CC29" w14:textId="77777777" w:rsidR="00540C13" w:rsidRDefault="00000000" w:rsidP="006E17D0">
            <w:pPr>
              <w:bidi/>
            </w:pPr>
            <w:r>
              <w:rPr>
                <w:sz w:val="11"/>
              </w:rPr>
              <w:t>40 سنة فأكثر</w:t>
            </w:r>
          </w:p>
        </w:tc>
        <w:tc>
          <w:tcPr>
            <w:tcW w:w="989" w:type="dxa"/>
          </w:tcPr>
          <w:p w14:paraId="5DD31543" w14:textId="77777777" w:rsidR="00540C13" w:rsidRDefault="00000000" w:rsidP="006E17D0">
            <w:pPr>
              <w:bidi/>
            </w:pPr>
            <w:r>
              <w:rPr>
                <w:sz w:val="11"/>
              </w:rPr>
              <w:t>بكالوريوس</w:t>
            </w:r>
          </w:p>
        </w:tc>
        <w:tc>
          <w:tcPr>
            <w:tcW w:w="989" w:type="dxa"/>
          </w:tcPr>
          <w:p w14:paraId="05E3996A" w14:textId="77777777" w:rsidR="00540C13" w:rsidRDefault="00000000" w:rsidP="006E17D0">
            <w:pPr>
              <w:bidi/>
            </w:pPr>
            <w:r>
              <w:rPr>
                <w:sz w:val="11"/>
              </w:rPr>
              <w:t>مرة شهريًا</w:t>
            </w:r>
          </w:p>
        </w:tc>
        <w:tc>
          <w:tcPr>
            <w:tcW w:w="989" w:type="dxa"/>
          </w:tcPr>
          <w:p w14:paraId="07812478" w14:textId="77777777" w:rsidR="00540C13" w:rsidRDefault="00000000" w:rsidP="006E17D0">
            <w:pPr>
              <w:bidi/>
            </w:pPr>
            <w:r>
              <w:rPr>
                <w:sz w:val="11"/>
              </w:rPr>
              <w:t>منصات أخرى</w:t>
            </w:r>
          </w:p>
        </w:tc>
        <w:tc>
          <w:tcPr>
            <w:tcW w:w="989" w:type="dxa"/>
          </w:tcPr>
          <w:p w14:paraId="0060C279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1B115C40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040CB0E3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75EAA7B6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4630FA9C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600B187F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24B7BA92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377D453C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5BD5F29A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</w:tr>
      <w:tr w:rsidR="00540C13" w14:paraId="21C444AF" w14:textId="77777777">
        <w:trPr>
          <w:jc w:val="center"/>
        </w:trPr>
        <w:tc>
          <w:tcPr>
            <w:tcW w:w="989" w:type="dxa"/>
          </w:tcPr>
          <w:p w14:paraId="68BA8F4F" w14:textId="77777777" w:rsidR="00540C13" w:rsidRDefault="00000000" w:rsidP="006E17D0">
            <w:pPr>
              <w:bidi/>
            </w:pPr>
            <w:r>
              <w:rPr>
                <w:sz w:val="11"/>
              </w:rPr>
              <w:t>R076</w:t>
            </w:r>
          </w:p>
        </w:tc>
        <w:tc>
          <w:tcPr>
            <w:tcW w:w="989" w:type="dxa"/>
          </w:tcPr>
          <w:p w14:paraId="5818C9C0" w14:textId="77777777" w:rsidR="00540C13" w:rsidRDefault="00000000" w:rsidP="006E17D0">
            <w:pPr>
              <w:bidi/>
            </w:pPr>
            <w:r>
              <w:rPr>
                <w:sz w:val="11"/>
              </w:rPr>
              <w:t>ذكر</w:t>
            </w:r>
          </w:p>
        </w:tc>
        <w:tc>
          <w:tcPr>
            <w:tcW w:w="989" w:type="dxa"/>
          </w:tcPr>
          <w:p w14:paraId="4A00B4D9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1826CA77" w14:textId="77777777" w:rsidR="00540C13" w:rsidRDefault="00000000" w:rsidP="006E17D0">
            <w:pPr>
              <w:bidi/>
            </w:pPr>
            <w:r>
              <w:rPr>
                <w:sz w:val="11"/>
              </w:rPr>
              <w:t>بكالوريوس</w:t>
            </w:r>
          </w:p>
        </w:tc>
        <w:tc>
          <w:tcPr>
            <w:tcW w:w="989" w:type="dxa"/>
          </w:tcPr>
          <w:p w14:paraId="233204B5" w14:textId="77777777" w:rsidR="00540C13" w:rsidRDefault="00000000" w:rsidP="006E17D0">
            <w:pPr>
              <w:bidi/>
            </w:pPr>
            <w:r>
              <w:rPr>
                <w:sz w:val="11"/>
              </w:rPr>
              <w:t>أسبوعيًا أو أكثر</w:t>
            </w:r>
          </w:p>
        </w:tc>
        <w:tc>
          <w:tcPr>
            <w:tcW w:w="989" w:type="dxa"/>
          </w:tcPr>
          <w:p w14:paraId="50EB668D" w14:textId="77777777" w:rsidR="00540C13" w:rsidRDefault="00000000" w:rsidP="006E17D0">
            <w:pPr>
              <w:bidi/>
            </w:pPr>
            <w:r>
              <w:rPr>
                <w:sz w:val="11"/>
              </w:rPr>
              <w:t>منصات أخرى</w:t>
            </w:r>
          </w:p>
        </w:tc>
        <w:tc>
          <w:tcPr>
            <w:tcW w:w="989" w:type="dxa"/>
          </w:tcPr>
          <w:p w14:paraId="71C9FE0B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6D23EF7E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16A7AC96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3994BB0D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19D8C348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2BC867A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23DBBAD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5555AA4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5273064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</w:tr>
      <w:tr w:rsidR="00540C13" w14:paraId="0909A51B" w14:textId="77777777">
        <w:trPr>
          <w:jc w:val="center"/>
        </w:trPr>
        <w:tc>
          <w:tcPr>
            <w:tcW w:w="989" w:type="dxa"/>
          </w:tcPr>
          <w:p w14:paraId="018BA939" w14:textId="77777777" w:rsidR="00540C13" w:rsidRDefault="00000000" w:rsidP="006E17D0">
            <w:pPr>
              <w:bidi/>
            </w:pPr>
            <w:r>
              <w:rPr>
                <w:sz w:val="11"/>
              </w:rPr>
              <w:t>R077</w:t>
            </w:r>
          </w:p>
        </w:tc>
        <w:tc>
          <w:tcPr>
            <w:tcW w:w="989" w:type="dxa"/>
          </w:tcPr>
          <w:p w14:paraId="65E7934C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000AAF2B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34EEBA6C" w14:textId="77777777" w:rsidR="00540C13" w:rsidRDefault="00000000" w:rsidP="006E17D0">
            <w:pPr>
              <w:bidi/>
            </w:pPr>
            <w:r>
              <w:rPr>
                <w:sz w:val="11"/>
              </w:rPr>
              <w:t>دراسات عليا</w:t>
            </w:r>
          </w:p>
        </w:tc>
        <w:tc>
          <w:tcPr>
            <w:tcW w:w="989" w:type="dxa"/>
          </w:tcPr>
          <w:p w14:paraId="457284BF" w14:textId="77777777" w:rsidR="00540C13" w:rsidRDefault="00000000" w:rsidP="006E17D0">
            <w:pPr>
              <w:bidi/>
            </w:pPr>
            <w:r>
              <w:rPr>
                <w:sz w:val="11"/>
              </w:rPr>
              <w:t>نادرًا</w:t>
            </w:r>
          </w:p>
        </w:tc>
        <w:tc>
          <w:tcPr>
            <w:tcW w:w="989" w:type="dxa"/>
          </w:tcPr>
          <w:p w14:paraId="555B6DC0" w14:textId="77777777" w:rsidR="00540C13" w:rsidRDefault="00000000" w:rsidP="006E17D0">
            <w:pPr>
              <w:bidi/>
            </w:pPr>
            <w:r>
              <w:rPr>
                <w:sz w:val="11"/>
              </w:rPr>
              <w:t>مواقع التواصل الاجتماعي</w:t>
            </w:r>
          </w:p>
        </w:tc>
        <w:tc>
          <w:tcPr>
            <w:tcW w:w="989" w:type="dxa"/>
          </w:tcPr>
          <w:p w14:paraId="2F8E3AD7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7E7406A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442FDF2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7B90B4B4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79715FEA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0D797DE3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08DF13E8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710B65B9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5D4A5E1F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</w:tr>
      <w:tr w:rsidR="00540C13" w14:paraId="1F9F610F" w14:textId="77777777">
        <w:trPr>
          <w:jc w:val="center"/>
        </w:trPr>
        <w:tc>
          <w:tcPr>
            <w:tcW w:w="989" w:type="dxa"/>
          </w:tcPr>
          <w:p w14:paraId="520FA81E" w14:textId="77777777" w:rsidR="00540C13" w:rsidRDefault="00000000" w:rsidP="006E17D0">
            <w:pPr>
              <w:bidi/>
            </w:pPr>
            <w:r>
              <w:rPr>
                <w:sz w:val="11"/>
              </w:rPr>
              <w:t>R078</w:t>
            </w:r>
          </w:p>
        </w:tc>
        <w:tc>
          <w:tcPr>
            <w:tcW w:w="989" w:type="dxa"/>
          </w:tcPr>
          <w:p w14:paraId="3DB1604A" w14:textId="77777777" w:rsidR="00540C13" w:rsidRDefault="00000000" w:rsidP="006E17D0">
            <w:pPr>
              <w:bidi/>
            </w:pPr>
            <w:r>
              <w:rPr>
                <w:sz w:val="11"/>
              </w:rPr>
              <w:t>ذكر</w:t>
            </w:r>
          </w:p>
        </w:tc>
        <w:tc>
          <w:tcPr>
            <w:tcW w:w="989" w:type="dxa"/>
          </w:tcPr>
          <w:p w14:paraId="58C7C51B" w14:textId="77777777" w:rsidR="00540C13" w:rsidRDefault="00000000" w:rsidP="006E17D0">
            <w:pPr>
              <w:bidi/>
            </w:pPr>
            <w:r>
              <w:rPr>
                <w:sz w:val="11"/>
              </w:rPr>
              <w:t>30–39 سنة</w:t>
            </w:r>
          </w:p>
        </w:tc>
        <w:tc>
          <w:tcPr>
            <w:tcW w:w="989" w:type="dxa"/>
          </w:tcPr>
          <w:p w14:paraId="02E18EEE" w14:textId="77777777" w:rsidR="00540C13" w:rsidRDefault="00000000" w:rsidP="006E17D0">
            <w:pPr>
              <w:bidi/>
            </w:pPr>
            <w:r>
              <w:rPr>
                <w:sz w:val="11"/>
              </w:rPr>
              <w:t>ثانوي فأقل</w:t>
            </w:r>
          </w:p>
        </w:tc>
        <w:tc>
          <w:tcPr>
            <w:tcW w:w="989" w:type="dxa"/>
          </w:tcPr>
          <w:p w14:paraId="2234E614" w14:textId="77777777" w:rsidR="00540C13" w:rsidRDefault="00000000" w:rsidP="006E17D0">
            <w:pPr>
              <w:bidi/>
            </w:pPr>
            <w:r>
              <w:rPr>
                <w:sz w:val="11"/>
              </w:rPr>
              <w:t>أسبوعيًا أو أكثر</w:t>
            </w:r>
          </w:p>
        </w:tc>
        <w:tc>
          <w:tcPr>
            <w:tcW w:w="989" w:type="dxa"/>
          </w:tcPr>
          <w:p w14:paraId="626B47C9" w14:textId="77777777" w:rsidR="00540C13" w:rsidRDefault="00000000" w:rsidP="006E17D0">
            <w:pPr>
              <w:bidi/>
            </w:pPr>
            <w:r>
              <w:rPr>
                <w:sz w:val="11"/>
              </w:rPr>
              <w:t>المتاجر الإلكترونية</w:t>
            </w:r>
          </w:p>
        </w:tc>
        <w:tc>
          <w:tcPr>
            <w:tcW w:w="989" w:type="dxa"/>
          </w:tcPr>
          <w:p w14:paraId="48ADD58B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4FE60212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5EA5ECE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4B43DEC0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05C5446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7BDD8598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7C5B0D2E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C158C61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71B74A0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</w:tr>
      <w:tr w:rsidR="00540C13" w14:paraId="02EBAB4F" w14:textId="77777777">
        <w:trPr>
          <w:jc w:val="center"/>
        </w:trPr>
        <w:tc>
          <w:tcPr>
            <w:tcW w:w="989" w:type="dxa"/>
          </w:tcPr>
          <w:p w14:paraId="405B3B9D" w14:textId="77777777" w:rsidR="00540C13" w:rsidRDefault="00000000" w:rsidP="006E17D0">
            <w:pPr>
              <w:bidi/>
            </w:pPr>
            <w:r>
              <w:rPr>
                <w:sz w:val="11"/>
              </w:rPr>
              <w:t>R079</w:t>
            </w:r>
          </w:p>
        </w:tc>
        <w:tc>
          <w:tcPr>
            <w:tcW w:w="989" w:type="dxa"/>
          </w:tcPr>
          <w:p w14:paraId="070AD499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458AADE6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743E32DC" w14:textId="77777777" w:rsidR="00540C13" w:rsidRDefault="00000000" w:rsidP="006E17D0">
            <w:pPr>
              <w:bidi/>
            </w:pPr>
            <w:r>
              <w:rPr>
                <w:sz w:val="11"/>
              </w:rPr>
              <w:t>دراسات عليا</w:t>
            </w:r>
          </w:p>
        </w:tc>
        <w:tc>
          <w:tcPr>
            <w:tcW w:w="989" w:type="dxa"/>
          </w:tcPr>
          <w:p w14:paraId="113207C1" w14:textId="77777777" w:rsidR="00540C13" w:rsidRDefault="00000000" w:rsidP="006E17D0">
            <w:pPr>
              <w:bidi/>
            </w:pPr>
            <w:r>
              <w:rPr>
                <w:sz w:val="11"/>
              </w:rPr>
              <w:t>أسبوعيًا أو أكثر</w:t>
            </w:r>
          </w:p>
        </w:tc>
        <w:tc>
          <w:tcPr>
            <w:tcW w:w="989" w:type="dxa"/>
          </w:tcPr>
          <w:p w14:paraId="476024E5" w14:textId="77777777" w:rsidR="00540C13" w:rsidRDefault="00000000" w:rsidP="006E17D0">
            <w:pPr>
              <w:bidi/>
            </w:pPr>
            <w:r>
              <w:rPr>
                <w:sz w:val="11"/>
              </w:rPr>
              <w:t>مواقع التواصل الاجتماعي</w:t>
            </w:r>
          </w:p>
        </w:tc>
        <w:tc>
          <w:tcPr>
            <w:tcW w:w="989" w:type="dxa"/>
          </w:tcPr>
          <w:p w14:paraId="4E743E5B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5C8908BE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1021392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6599E4EE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5BF069E8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311BD541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13D0EEA4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515FBCC1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60D91446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</w:tr>
      <w:tr w:rsidR="00540C13" w14:paraId="63420E0D" w14:textId="77777777">
        <w:trPr>
          <w:jc w:val="center"/>
        </w:trPr>
        <w:tc>
          <w:tcPr>
            <w:tcW w:w="989" w:type="dxa"/>
          </w:tcPr>
          <w:p w14:paraId="26179C10" w14:textId="77777777" w:rsidR="00540C13" w:rsidRDefault="00000000" w:rsidP="006E17D0">
            <w:pPr>
              <w:bidi/>
            </w:pPr>
            <w:r>
              <w:rPr>
                <w:sz w:val="11"/>
              </w:rPr>
              <w:t>R080</w:t>
            </w:r>
          </w:p>
        </w:tc>
        <w:tc>
          <w:tcPr>
            <w:tcW w:w="989" w:type="dxa"/>
          </w:tcPr>
          <w:p w14:paraId="72CAEBA7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6DBF4E57" w14:textId="77777777" w:rsidR="00540C13" w:rsidRDefault="00000000" w:rsidP="006E17D0">
            <w:pPr>
              <w:bidi/>
            </w:pPr>
            <w:r>
              <w:rPr>
                <w:sz w:val="11"/>
              </w:rPr>
              <w:t>30–39 سنة</w:t>
            </w:r>
          </w:p>
        </w:tc>
        <w:tc>
          <w:tcPr>
            <w:tcW w:w="989" w:type="dxa"/>
          </w:tcPr>
          <w:p w14:paraId="5F2D565E" w14:textId="77777777" w:rsidR="00540C13" w:rsidRDefault="00000000" w:rsidP="006E17D0">
            <w:pPr>
              <w:bidi/>
            </w:pPr>
            <w:r>
              <w:rPr>
                <w:sz w:val="11"/>
              </w:rPr>
              <w:t>دراسات عليا</w:t>
            </w:r>
          </w:p>
        </w:tc>
        <w:tc>
          <w:tcPr>
            <w:tcW w:w="989" w:type="dxa"/>
          </w:tcPr>
          <w:p w14:paraId="69572A3D" w14:textId="77777777" w:rsidR="00540C13" w:rsidRDefault="00000000" w:rsidP="006E17D0">
            <w:pPr>
              <w:bidi/>
            </w:pPr>
            <w:r>
              <w:rPr>
                <w:sz w:val="11"/>
              </w:rPr>
              <w:t>أسبوعيًا أو أكثر</w:t>
            </w:r>
          </w:p>
        </w:tc>
        <w:tc>
          <w:tcPr>
            <w:tcW w:w="989" w:type="dxa"/>
          </w:tcPr>
          <w:p w14:paraId="4FFC5B0C" w14:textId="77777777" w:rsidR="00540C13" w:rsidRDefault="00000000" w:rsidP="006E17D0">
            <w:pPr>
              <w:bidi/>
            </w:pPr>
            <w:r>
              <w:rPr>
                <w:sz w:val="11"/>
              </w:rPr>
              <w:t>المتاجر الإلكترونية</w:t>
            </w:r>
          </w:p>
        </w:tc>
        <w:tc>
          <w:tcPr>
            <w:tcW w:w="989" w:type="dxa"/>
          </w:tcPr>
          <w:p w14:paraId="1F3DC2FD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1F6E1F68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5EB794C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3D442E8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1178E3B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3FB84001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1A7C46A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2CAF1171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533CEC4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</w:tr>
      <w:tr w:rsidR="00540C13" w14:paraId="37E94A1E" w14:textId="77777777">
        <w:trPr>
          <w:jc w:val="center"/>
        </w:trPr>
        <w:tc>
          <w:tcPr>
            <w:tcW w:w="989" w:type="dxa"/>
          </w:tcPr>
          <w:p w14:paraId="7821FEE2" w14:textId="77777777" w:rsidR="00540C13" w:rsidRDefault="00000000" w:rsidP="006E17D0">
            <w:pPr>
              <w:bidi/>
            </w:pPr>
            <w:r>
              <w:rPr>
                <w:sz w:val="11"/>
              </w:rPr>
              <w:t>R081</w:t>
            </w:r>
          </w:p>
        </w:tc>
        <w:tc>
          <w:tcPr>
            <w:tcW w:w="989" w:type="dxa"/>
          </w:tcPr>
          <w:p w14:paraId="4B3C0F19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5A1C1A9B" w14:textId="77777777" w:rsidR="00540C13" w:rsidRDefault="00000000" w:rsidP="006E17D0">
            <w:pPr>
              <w:bidi/>
            </w:pPr>
            <w:r>
              <w:rPr>
                <w:sz w:val="11"/>
              </w:rPr>
              <w:t>30–39 سنة</w:t>
            </w:r>
          </w:p>
        </w:tc>
        <w:tc>
          <w:tcPr>
            <w:tcW w:w="989" w:type="dxa"/>
          </w:tcPr>
          <w:p w14:paraId="03359510" w14:textId="77777777" w:rsidR="00540C13" w:rsidRDefault="00000000" w:rsidP="006E17D0">
            <w:pPr>
              <w:bidi/>
            </w:pPr>
            <w:r>
              <w:rPr>
                <w:sz w:val="11"/>
              </w:rPr>
              <w:t>ثانوي فأقل</w:t>
            </w:r>
          </w:p>
        </w:tc>
        <w:tc>
          <w:tcPr>
            <w:tcW w:w="989" w:type="dxa"/>
          </w:tcPr>
          <w:p w14:paraId="39A437BE" w14:textId="77777777" w:rsidR="00540C13" w:rsidRDefault="00000000" w:rsidP="006E17D0">
            <w:pPr>
              <w:bidi/>
            </w:pPr>
            <w:r>
              <w:rPr>
                <w:sz w:val="11"/>
              </w:rPr>
              <w:t>مرة شهريًا</w:t>
            </w:r>
          </w:p>
        </w:tc>
        <w:tc>
          <w:tcPr>
            <w:tcW w:w="989" w:type="dxa"/>
          </w:tcPr>
          <w:p w14:paraId="6BFB3EF4" w14:textId="77777777" w:rsidR="00540C13" w:rsidRDefault="00000000" w:rsidP="006E17D0">
            <w:pPr>
              <w:bidi/>
            </w:pPr>
            <w:r>
              <w:rPr>
                <w:sz w:val="11"/>
              </w:rPr>
              <w:t>مواقع التواصل الاجتماعي</w:t>
            </w:r>
          </w:p>
        </w:tc>
        <w:tc>
          <w:tcPr>
            <w:tcW w:w="989" w:type="dxa"/>
          </w:tcPr>
          <w:p w14:paraId="20AAF9B3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5A3A0072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7E300CFF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146F8EF2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16CB9A94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1BF5F03E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50E312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4C80423D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6F7A0A4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</w:tr>
      <w:tr w:rsidR="00540C13" w14:paraId="2965CD86" w14:textId="77777777">
        <w:trPr>
          <w:jc w:val="center"/>
        </w:trPr>
        <w:tc>
          <w:tcPr>
            <w:tcW w:w="989" w:type="dxa"/>
          </w:tcPr>
          <w:p w14:paraId="0BCD3233" w14:textId="77777777" w:rsidR="00540C13" w:rsidRDefault="00000000" w:rsidP="006E17D0">
            <w:pPr>
              <w:bidi/>
            </w:pPr>
            <w:r>
              <w:rPr>
                <w:sz w:val="11"/>
              </w:rPr>
              <w:t>R082</w:t>
            </w:r>
          </w:p>
        </w:tc>
        <w:tc>
          <w:tcPr>
            <w:tcW w:w="989" w:type="dxa"/>
          </w:tcPr>
          <w:p w14:paraId="5A0B8513" w14:textId="77777777" w:rsidR="00540C13" w:rsidRDefault="00000000" w:rsidP="006E17D0">
            <w:pPr>
              <w:bidi/>
            </w:pPr>
            <w:r>
              <w:rPr>
                <w:sz w:val="11"/>
              </w:rPr>
              <w:t>ذكر</w:t>
            </w:r>
          </w:p>
        </w:tc>
        <w:tc>
          <w:tcPr>
            <w:tcW w:w="989" w:type="dxa"/>
          </w:tcPr>
          <w:p w14:paraId="06FD0CBD" w14:textId="77777777" w:rsidR="00540C13" w:rsidRDefault="00000000" w:rsidP="006E17D0">
            <w:pPr>
              <w:bidi/>
            </w:pPr>
            <w:r>
              <w:rPr>
                <w:sz w:val="11"/>
              </w:rPr>
              <w:t>30–39 سنة</w:t>
            </w:r>
          </w:p>
        </w:tc>
        <w:tc>
          <w:tcPr>
            <w:tcW w:w="989" w:type="dxa"/>
          </w:tcPr>
          <w:p w14:paraId="34DE522D" w14:textId="77777777" w:rsidR="00540C13" w:rsidRDefault="00000000" w:rsidP="006E17D0">
            <w:pPr>
              <w:bidi/>
            </w:pPr>
            <w:r>
              <w:rPr>
                <w:sz w:val="11"/>
              </w:rPr>
              <w:t>ثانوي فأقل</w:t>
            </w:r>
          </w:p>
        </w:tc>
        <w:tc>
          <w:tcPr>
            <w:tcW w:w="989" w:type="dxa"/>
          </w:tcPr>
          <w:p w14:paraId="500365EF" w14:textId="77777777" w:rsidR="00540C13" w:rsidRDefault="00000000" w:rsidP="006E17D0">
            <w:pPr>
              <w:bidi/>
            </w:pPr>
            <w:r>
              <w:rPr>
                <w:sz w:val="11"/>
              </w:rPr>
              <w:t>نادرًا</w:t>
            </w:r>
          </w:p>
        </w:tc>
        <w:tc>
          <w:tcPr>
            <w:tcW w:w="989" w:type="dxa"/>
          </w:tcPr>
          <w:p w14:paraId="2D6A56A5" w14:textId="77777777" w:rsidR="00540C13" w:rsidRDefault="00000000" w:rsidP="006E17D0">
            <w:pPr>
              <w:bidi/>
            </w:pPr>
            <w:r>
              <w:rPr>
                <w:sz w:val="11"/>
              </w:rPr>
              <w:t>المتاجر الإلكترونية</w:t>
            </w:r>
          </w:p>
        </w:tc>
        <w:tc>
          <w:tcPr>
            <w:tcW w:w="989" w:type="dxa"/>
          </w:tcPr>
          <w:p w14:paraId="638AC318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5D6B50AD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7902D85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7D322CC3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08EC26A9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6693D192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FDBC660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3D561FC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2C0DD30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</w:tr>
      <w:tr w:rsidR="00540C13" w14:paraId="32689ABB" w14:textId="77777777">
        <w:trPr>
          <w:jc w:val="center"/>
        </w:trPr>
        <w:tc>
          <w:tcPr>
            <w:tcW w:w="989" w:type="dxa"/>
          </w:tcPr>
          <w:p w14:paraId="418A4B92" w14:textId="77777777" w:rsidR="00540C13" w:rsidRDefault="00000000" w:rsidP="006E17D0">
            <w:pPr>
              <w:bidi/>
            </w:pPr>
            <w:r>
              <w:rPr>
                <w:sz w:val="11"/>
              </w:rPr>
              <w:t>R083</w:t>
            </w:r>
          </w:p>
        </w:tc>
        <w:tc>
          <w:tcPr>
            <w:tcW w:w="989" w:type="dxa"/>
          </w:tcPr>
          <w:p w14:paraId="7181FB39" w14:textId="77777777" w:rsidR="00540C13" w:rsidRDefault="00000000" w:rsidP="006E17D0">
            <w:pPr>
              <w:bidi/>
            </w:pPr>
            <w:r>
              <w:rPr>
                <w:sz w:val="11"/>
              </w:rPr>
              <w:t>ذكر</w:t>
            </w:r>
          </w:p>
        </w:tc>
        <w:tc>
          <w:tcPr>
            <w:tcW w:w="989" w:type="dxa"/>
          </w:tcPr>
          <w:p w14:paraId="228FBC16" w14:textId="77777777" w:rsidR="00540C13" w:rsidRDefault="00000000" w:rsidP="006E17D0">
            <w:pPr>
              <w:bidi/>
            </w:pPr>
            <w:r>
              <w:rPr>
                <w:sz w:val="11"/>
              </w:rPr>
              <w:t>40 سنة فأكثر</w:t>
            </w:r>
          </w:p>
        </w:tc>
        <w:tc>
          <w:tcPr>
            <w:tcW w:w="989" w:type="dxa"/>
          </w:tcPr>
          <w:p w14:paraId="7F2F4D90" w14:textId="77777777" w:rsidR="00540C13" w:rsidRDefault="00000000" w:rsidP="006E17D0">
            <w:pPr>
              <w:bidi/>
            </w:pPr>
            <w:r>
              <w:rPr>
                <w:sz w:val="11"/>
              </w:rPr>
              <w:t>بكالوريوس</w:t>
            </w:r>
          </w:p>
        </w:tc>
        <w:tc>
          <w:tcPr>
            <w:tcW w:w="989" w:type="dxa"/>
          </w:tcPr>
          <w:p w14:paraId="54BF88A5" w14:textId="77777777" w:rsidR="00540C13" w:rsidRDefault="00000000" w:rsidP="006E17D0">
            <w:pPr>
              <w:bidi/>
            </w:pPr>
            <w:r>
              <w:rPr>
                <w:sz w:val="11"/>
              </w:rPr>
              <w:t>مرتين إلى ثلاث مرات شهريًا</w:t>
            </w:r>
          </w:p>
        </w:tc>
        <w:tc>
          <w:tcPr>
            <w:tcW w:w="989" w:type="dxa"/>
          </w:tcPr>
          <w:p w14:paraId="52E9FB08" w14:textId="77777777" w:rsidR="00540C13" w:rsidRDefault="00000000" w:rsidP="006E17D0">
            <w:pPr>
              <w:bidi/>
            </w:pPr>
            <w:r>
              <w:rPr>
                <w:sz w:val="11"/>
              </w:rPr>
              <w:t>مواقع التواصل الاجتماعي</w:t>
            </w:r>
          </w:p>
        </w:tc>
        <w:tc>
          <w:tcPr>
            <w:tcW w:w="989" w:type="dxa"/>
          </w:tcPr>
          <w:p w14:paraId="75503A9E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21E5C200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0650448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5062CB2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7918B9F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4A3ED6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5FD8A2F3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14F02623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5BF3C8BB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</w:tr>
      <w:tr w:rsidR="00540C13" w14:paraId="2A8CE211" w14:textId="77777777">
        <w:trPr>
          <w:jc w:val="center"/>
        </w:trPr>
        <w:tc>
          <w:tcPr>
            <w:tcW w:w="989" w:type="dxa"/>
          </w:tcPr>
          <w:p w14:paraId="7204C7E1" w14:textId="77777777" w:rsidR="00540C13" w:rsidRDefault="00000000" w:rsidP="006E17D0">
            <w:pPr>
              <w:bidi/>
            </w:pPr>
            <w:r>
              <w:rPr>
                <w:sz w:val="11"/>
              </w:rPr>
              <w:t>R084</w:t>
            </w:r>
          </w:p>
        </w:tc>
        <w:tc>
          <w:tcPr>
            <w:tcW w:w="989" w:type="dxa"/>
          </w:tcPr>
          <w:p w14:paraId="3C74FBAC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6EE7D5C4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4F00A9B4" w14:textId="77777777" w:rsidR="00540C13" w:rsidRDefault="00000000" w:rsidP="006E17D0">
            <w:pPr>
              <w:bidi/>
            </w:pPr>
            <w:r>
              <w:rPr>
                <w:sz w:val="11"/>
              </w:rPr>
              <w:t>دراسات عليا</w:t>
            </w:r>
          </w:p>
        </w:tc>
        <w:tc>
          <w:tcPr>
            <w:tcW w:w="989" w:type="dxa"/>
          </w:tcPr>
          <w:p w14:paraId="677B2EA3" w14:textId="77777777" w:rsidR="00540C13" w:rsidRDefault="00000000" w:rsidP="006E17D0">
            <w:pPr>
              <w:bidi/>
            </w:pPr>
            <w:r>
              <w:rPr>
                <w:sz w:val="11"/>
              </w:rPr>
              <w:t>أسبوعيًا أو أكثر</w:t>
            </w:r>
          </w:p>
        </w:tc>
        <w:tc>
          <w:tcPr>
            <w:tcW w:w="989" w:type="dxa"/>
          </w:tcPr>
          <w:p w14:paraId="7BB911A8" w14:textId="77777777" w:rsidR="00540C13" w:rsidRDefault="00000000" w:rsidP="006E17D0">
            <w:pPr>
              <w:bidi/>
            </w:pPr>
            <w:r>
              <w:rPr>
                <w:sz w:val="11"/>
              </w:rPr>
              <w:t>مواقع التواصل الاجتماعي</w:t>
            </w:r>
          </w:p>
        </w:tc>
        <w:tc>
          <w:tcPr>
            <w:tcW w:w="989" w:type="dxa"/>
          </w:tcPr>
          <w:p w14:paraId="05E75032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15FC52E0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0C042482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15F94D7F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181EB271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6CB06074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45714650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25A354CA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05F8882D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</w:tr>
      <w:tr w:rsidR="00540C13" w14:paraId="7166F16C" w14:textId="77777777">
        <w:trPr>
          <w:jc w:val="center"/>
        </w:trPr>
        <w:tc>
          <w:tcPr>
            <w:tcW w:w="989" w:type="dxa"/>
          </w:tcPr>
          <w:p w14:paraId="79C97718" w14:textId="77777777" w:rsidR="00540C13" w:rsidRDefault="00000000" w:rsidP="006E17D0">
            <w:pPr>
              <w:bidi/>
            </w:pPr>
            <w:r>
              <w:rPr>
                <w:sz w:val="11"/>
              </w:rPr>
              <w:t>R085</w:t>
            </w:r>
          </w:p>
        </w:tc>
        <w:tc>
          <w:tcPr>
            <w:tcW w:w="989" w:type="dxa"/>
          </w:tcPr>
          <w:p w14:paraId="40EADA84" w14:textId="77777777" w:rsidR="00540C13" w:rsidRDefault="00000000" w:rsidP="006E17D0">
            <w:pPr>
              <w:bidi/>
            </w:pPr>
            <w:r>
              <w:rPr>
                <w:sz w:val="11"/>
              </w:rPr>
              <w:t>ذكر</w:t>
            </w:r>
          </w:p>
        </w:tc>
        <w:tc>
          <w:tcPr>
            <w:tcW w:w="989" w:type="dxa"/>
          </w:tcPr>
          <w:p w14:paraId="0CCDCB1B" w14:textId="77777777" w:rsidR="00540C13" w:rsidRDefault="00000000" w:rsidP="006E17D0">
            <w:pPr>
              <w:bidi/>
            </w:pPr>
            <w:r>
              <w:rPr>
                <w:sz w:val="11"/>
              </w:rPr>
              <w:t>40 سنة فأكثر</w:t>
            </w:r>
          </w:p>
        </w:tc>
        <w:tc>
          <w:tcPr>
            <w:tcW w:w="989" w:type="dxa"/>
          </w:tcPr>
          <w:p w14:paraId="4DF5736B" w14:textId="77777777" w:rsidR="00540C13" w:rsidRDefault="00000000" w:rsidP="006E17D0">
            <w:pPr>
              <w:bidi/>
            </w:pPr>
            <w:r>
              <w:rPr>
                <w:sz w:val="11"/>
              </w:rPr>
              <w:t>دبلوم</w:t>
            </w:r>
          </w:p>
        </w:tc>
        <w:tc>
          <w:tcPr>
            <w:tcW w:w="989" w:type="dxa"/>
          </w:tcPr>
          <w:p w14:paraId="5C59BAF1" w14:textId="77777777" w:rsidR="00540C13" w:rsidRDefault="00000000" w:rsidP="006E17D0">
            <w:pPr>
              <w:bidi/>
            </w:pPr>
            <w:r>
              <w:rPr>
                <w:sz w:val="11"/>
              </w:rPr>
              <w:t>أسبوعيًا أو أكثر</w:t>
            </w:r>
          </w:p>
        </w:tc>
        <w:tc>
          <w:tcPr>
            <w:tcW w:w="989" w:type="dxa"/>
          </w:tcPr>
          <w:p w14:paraId="79659F0A" w14:textId="77777777" w:rsidR="00540C13" w:rsidRDefault="00000000" w:rsidP="006E17D0">
            <w:pPr>
              <w:bidi/>
            </w:pPr>
            <w:r>
              <w:rPr>
                <w:sz w:val="11"/>
              </w:rPr>
              <w:t>المتاجر الإلكترونية</w:t>
            </w:r>
          </w:p>
        </w:tc>
        <w:tc>
          <w:tcPr>
            <w:tcW w:w="989" w:type="dxa"/>
          </w:tcPr>
          <w:p w14:paraId="4A934DA0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1015CADF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2F14750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3EDA40D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55F76EB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10607706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5FC2C84A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4E8AB80B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3AC34CD2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</w:tr>
      <w:tr w:rsidR="00540C13" w14:paraId="3050D389" w14:textId="77777777">
        <w:trPr>
          <w:jc w:val="center"/>
        </w:trPr>
        <w:tc>
          <w:tcPr>
            <w:tcW w:w="989" w:type="dxa"/>
          </w:tcPr>
          <w:p w14:paraId="1548B3F9" w14:textId="77777777" w:rsidR="00540C13" w:rsidRDefault="00000000" w:rsidP="006E17D0">
            <w:pPr>
              <w:bidi/>
            </w:pPr>
            <w:r>
              <w:rPr>
                <w:sz w:val="11"/>
              </w:rPr>
              <w:t>R086</w:t>
            </w:r>
          </w:p>
        </w:tc>
        <w:tc>
          <w:tcPr>
            <w:tcW w:w="989" w:type="dxa"/>
          </w:tcPr>
          <w:p w14:paraId="212D14FA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598A732A" w14:textId="77777777" w:rsidR="00540C13" w:rsidRDefault="00000000" w:rsidP="006E17D0">
            <w:pPr>
              <w:bidi/>
            </w:pPr>
            <w:r>
              <w:rPr>
                <w:sz w:val="11"/>
              </w:rPr>
              <w:t>40 سنة فأكثر</w:t>
            </w:r>
          </w:p>
        </w:tc>
        <w:tc>
          <w:tcPr>
            <w:tcW w:w="989" w:type="dxa"/>
          </w:tcPr>
          <w:p w14:paraId="2F7102E0" w14:textId="77777777" w:rsidR="00540C13" w:rsidRDefault="00000000" w:rsidP="006E17D0">
            <w:pPr>
              <w:bidi/>
            </w:pPr>
            <w:r>
              <w:rPr>
                <w:sz w:val="11"/>
              </w:rPr>
              <w:t>بكالوريوس</w:t>
            </w:r>
          </w:p>
        </w:tc>
        <w:tc>
          <w:tcPr>
            <w:tcW w:w="989" w:type="dxa"/>
          </w:tcPr>
          <w:p w14:paraId="1D882571" w14:textId="77777777" w:rsidR="00540C13" w:rsidRDefault="00000000" w:rsidP="006E17D0">
            <w:pPr>
              <w:bidi/>
            </w:pPr>
            <w:r>
              <w:rPr>
                <w:sz w:val="11"/>
              </w:rPr>
              <w:t>مرتين إلى ثلاث مرات شهريًا</w:t>
            </w:r>
          </w:p>
        </w:tc>
        <w:tc>
          <w:tcPr>
            <w:tcW w:w="989" w:type="dxa"/>
          </w:tcPr>
          <w:p w14:paraId="0B112045" w14:textId="77777777" w:rsidR="00540C13" w:rsidRDefault="00000000" w:rsidP="006E17D0">
            <w:pPr>
              <w:bidi/>
            </w:pPr>
            <w:r>
              <w:rPr>
                <w:sz w:val="11"/>
              </w:rPr>
              <w:t>المتاجر الإلكترونية</w:t>
            </w:r>
          </w:p>
        </w:tc>
        <w:tc>
          <w:tcPr>
            <w:tcW w:w="989" w:type="dxa"/>
          </w:tcPr>
          <w:p w14:paraId="2B0F9DBB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1122DE49" w14:textId="77777777" w:rsidR="00540C13" w:rsidRDefault="00000000" w:rsidP="006E17D0">
            <w:pPr>
              <w:bidi/>
            </w:pPr>
            <w:r>
              <w:rPr>
                <w:sz w:val="11"/>
              </w:rPr>
              <w:t>1</w:t>
            </w:r>
          </w:p>
        </w:tc>
        <w:tc>
          <w:tcPr>
            <w:tcW w:w="989" w:type="dxa"/>
          </w:tcPr>
          <w:p w14:paraId="01B657B6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4B4F95A4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472C9B15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154651B1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45B8BDB4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5B528A6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0893FCAB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</w:tr>
      <w:tr w:rsidR="00540C13" w14:paraId="1FFEFD3C" w14:textId="77777777">
        <w:trPr>
          <w:jc w:val="center"/>
        </w:trPr>
        <w:tc>
          <w:tcPr>
            <w:tcW w:w="989" w:type="dxa"/>
          </w:tcPr>
          <w:p w14:paraId="27CFF714" w14:textId="77777777" w:rsidR="00540C13" w:rsidRDefault="00000000" w:rsidP="006E17D0">
            <w:pPr>
              <w:bidi/>
            </w:pPr>
            <w:r>
              <w:rPr>
                <w:sz w:val="11"/>
              </w:rPr>
              <w:t>R087</w:t>
            </w:r>
          </w:p>
        </w:tc>
        <w:tc>
          <w:tcPr>
            <w:tcW w:w="989" w:type="dxa"/>
          </w:tcPr>
          <w:p w14:paraId="7046789A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5A8DB0F1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08C9F747" w14:textId="77777777" w:rsidR="00540C13" w:rsidRDefault="00000000" w:rsidP="006E17D0">
            <w:pPr>
              <w:bidi/>
            </w:pPr>
            <w:r>
              <w:rPr>
                <w:sz w:val="11"/>
              </w:rPr>
              <w:t>بكالوريوس</w:t>
            </w:r>
          </w:p>
        </w:tc>
        <w:tc>
          <w:tcPr>
            <w:tcW w:w="989" w:type="dxa"/>
          </w:tcPr>
          <w:p w14:paraId="47201D95" w14:textId="77777777" w:rsidR="00540C13" w:rsidRDefault="00000000" w:rsidP="006E17D0">
            <w:pPr>
              <w:bidi/>
            </w:pPr>
            <w:r>
              <w:rPr>
                <w:sz w:val="11"/>
              </w:rPr>
              <w:t>مرة شهريًا</w:t>
            </w:r>
          </w:p>
        </w:tc>
        <w:tc>
          <w:tcPr>
            <w:tcW w:w="989" w:type="dxa"/>
          </w:tcPr>
          <w:p w14:paraId="361BBF36" w14:textId="77777777" w:rsidR="00540C13" w:rsidRDefault="00000000" w:rsidP="006E17D0">
            <w:pPr>
              <w:bidi/>
            </w:pPr>
            <w:r>
              <w:rPr>
                <w:sz w:val="11"/>
              </w:rPr>
              <w:t>مواقع التواصل الاجتماعي</w:t>
            </w:r>
          </w:p>
        </w:tc>
        <w:tc>
          <w:tcPr>
            <w:tcW w:w="989" w:type="dxa"/>
          </w:tcPr>
          <w:p w14:paraId="61834B8A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04F5CD92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64DC04B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67AF01C1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3FE3384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0AF3F77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C69054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73FCD427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4563C811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</w:tr>
      <w:tr w:rsidR="00540C13" w14:paraId="07E94136" w14:textId="77777777">
        <w:trPr>
          <w:jc w:val="center"/>
        </w:trPr>
        <w:tc>
          <w:tcPr>
            <w:tcW w:w="989" w:type="dxa"/>
          </w:tcPr>
          <w:p w14:paraId="14459E19" w14:textId="77777777" w:rsidR="00540C13" w:rsidRDefault="00000000" w:rsidP="006E17D0">
            <w:pPr>
              <w:bidi/>
            </w:pPr>
            <w:r>
              <w:rPr>
                <w:sz w:val="11"/>
              </w:rPr>
              <w:t>R088</w:t>
            </w:r>
          </w:p>
        </w:tc>
        <w:tc>
          <w:tcPr>
            <w:tcW w:w="989" w:type="dxa"/>
          </w:tcPr>
          <w:p w14:paraId="4DCEDA81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13A17443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33F5E94F" w14:textId="77777777" w:rsidR="00540C13" w:rsidRDefault="00000000" w:rsidP="006E17D0">
            <w:pPr>
              <w:bidi/>
            </w:pPr>
            <w:r>
              <w:rPr>
                <w:sz w:val="11"/>
              </w:rPr>
              <w:t>دبلوم</w:t>
            </w:r>
          </w:p>
        </w:tc>
        <w:tc>
          <w:tcPr>
            <w:tcW w:w="989" w:type="dxa"/>
          </w:tcPr>
          <w:p w14:paraId="7C0453A9" w14:textId="77777777" w:rsidR="00540C13" w:rsidRDefault="00000000" w:rsidP="006E17D0">
            <w:pPr>
              <w:bidi/>
            </w:pPr>
            <w:r>
              <w:rPr>
                <w:sz w:val="11"/>
              </w:rPr>
              <w:t>نادرًا</w:t>
            </w:r>
          </w:p>
        </w:tc>
        <w:tc>
          <w:tcPr>
            <w:tcW w:w="989" w:type="dxa"/>
          </w:tcPr>
          <w:p w14:paraId="4D0A840A" w14:textId="77777777" w:rsidR="00540C13" w:rsidRDefault="00000000" w:rsidP="006E17D0">
            <w:pPr>
              <w:bidi/>
            </w:pPr>
            <w:r>
              <w:rPr>
                <w:sz w:val="11"/>
              </w:rPr>
              <w:t>مواقع التواصل الاجتماعي</w:t>
            </w:r>
          </w:p>
        </w:tc>
        <w:tc>
          <w:tcPr>
            <w:tcW w:w="989" w:type="dxa"/>
          </w:tcPr>
          <w:p w14:paraId="2778410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B63C21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D1A0C07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7B4C454D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380B963B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2F8F27A2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21F02F4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165327FD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0F31E34A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</w:tr>
      <w:tr w:rsidR="00540C13" w14:paraId="0C96AEAE" w14:textId="77777777">
        <w:trPr>
          <w:jc w:val="center"/>
        </w:trPr>
        <w:tc>
          <w:tcPr>
            <w:tcW w:w="989" w:type="dxa"/>
          </w:tcPr>
          <w:p w14:paraId="1A77785B" w14:textId="77777777" w:rsidR="00540C13" w:rsidRDefault="00000000" w:rsidP="006E17D0">
            <w:pPr>
              <w:bidi/>
            </w:pPr>
            <w:r>
              <w:rPr>
                <w:sz w:val="11"/>
              </w:rPr>
              <w:t>R089</w:t>
            </w:r>
          </w:p>
        </w:tc>
        <w:tc>
          <w:tcPr>
            <w:tcW w:w="989" w:type="dxa"/>
          </w:tcPr>
          <w:p w14:paraId="7450F653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6106C1FD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5B4D0011" w14:textId="77777777" w:rsidR="00540C13" w:rsidRDefault="00000000" w:rsidP="006E17D0">
            <w:pPr>
              <w:bidi/>
            </w:pPr>
            <w:r>
              <w:rPr>
                <w:sz w:val="11"/>
              </w:rPr>
              <w:t>دبلوم</w:t>
            </w:r>
          </w:p>
        </w:tc>
        <w:tc>
          <w:tcPr>
            <w:tcW w:w="989" w:type="dxa"/>
          </w:tcPr>
          <w:p w14:paraId="3408815D" w14:textId="77777777" w:rsidR="00540C13" w:rsidRDefault="00000000" w:rsidP="006E17D0">
            <w:pPr>
              <w:bidi/>
            </w:pPr>
            <w:r>
              <w:rPr>
                <w:sz w:val="11"/>
              </w:rPr>
              <w:t>مرتين إلى ثلاث مرات شهريًا</w:t>
            </w:r>
          </w:p>
        </w:tc>
        <w:tc>
          <w:tcPr>
            <w:tcW w:w="989" w:type="dxa"/>
          </w:tcPr>
          <w:p w14:paraId="4557A9EC" w14:textId="77777777" w:rsidR="00540C13" w:rsidRDefault="00000000" w:rsidP="006E17D0">
            <w:pPr>
              <w:bidi/>
            </w:pPr>
            <w:r>
              <w:rPr>
                <w:sz w:val="11"/>
              </w:rPr>
              <w:t>مواقع التواصل الاجتماعي</w:t>
            </w:r>
          </w:p>
        </w:tc>
        <w:tc>
          <w:tcPr>
            <w:tcW w:w="989" w:type="dxa"/>
          </w:tcPr>
          <w:p w14:paraId="4F1E941B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6324B3B0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120E45A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892BB8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0323703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617554AA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6D3DF12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7C590E2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7F80D5CA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</w:tr>
      <w:tr w:rsidR="00540C13" w14:paraId="2A5ABA57" w14:textId="77777777">
        <w:trPr>
          <w:jc w:val="center"/>
        </w:trPr>
        <w:tc>
          <w:tcPr>
            <w:tcW w:w="989" w:type="dxa"/>
          </w:tcPr>
          <w:p w14:paraId="0BB80C46" w14:textId="77777777" w:rsidR="00540C13" w:rsidRDefault="00000000" w:rsidP="006E17D0">
            <w:pPr>
              <w:bidi/>
            </w:pPr>
            <w:r>
              <w:rPr>
                <w:sz w:val="11"/>
              </w:rPr>
              <w:lastRenderedPageBreak/>
              <w:t>R090</w:t>
            </w:r>
          </w:p>
        </w:tc>
        <w:tc>
          <w:tcPr>
            <w:tcW w:w="989" w:type="dxa"/>
          </w:tcPr>
          <w:p w14:paraId="2EBBA2B6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6F5DEC51" w14:textId="77777777" w:rsidR="00540C13" w:rsidRDefault="00000000" w:rsidP="006E17D0">
            <w:pPr>
              <w:bidi/>
            </w:pPr>
            <w:r>
              <w:rPr>
                <w:sz w:val="11"/>
              </w:rPr>
              <w:t>40 سنة فأكثر</w:t>
            </w:r>
          </w:p>
        </w:tc>
        <w:tc>
          <w:tcPr>
            <w:tcW w:w="989" w:type="dxa"/>
          </w:tcPr>
          <w:p w14:paraId="013FD538" w14:textId="77777777" w:rsidR="00540C13" w:rsidRDefault="00000000" w:rsidP="006E17D0">
            <w:pPr>
              <w:bidi/>
            </w:pPr>
            <w:r>
              <w:rPr>
                <w:sz w:val="11"/>
              </w:rPr>
              <w:t>بكالوريوس</w:t>
            </w:r>
          </w:p>
        </w:tc>
        <w:tc>
          <w:tcPr>
            <w:tcW w:w="989" w:type="dxa"/>
          </w:tcPr>
          <w:p w14:paraId="08E36724" w14:textId="77777777" w:rsidR="00540C13" w:rsidRDefault="00000000" w:rsidP="006E17D0">
            <w:pPr>
              <w:bidi/>
            </w:pPr>
            <w:r>
              <w:rPr>
                <w:sz w:val="11"/>
              </w:rPr>
              <w:t>مرتين إلى ثلاث مرات شهريًا</w:t>
            </w:r>
          </w:p>
        </w:tc>
        <w:tc>
          <w:tcPr>
            <w:tcW w:w="989" w:type="dxa"/>
          </w:tcPr>
          <w:p w14:paraId="16F8807C" w14:textId="77777777" w:rsidR="00540C13" w:rsidRDefault="00000000" w:rsidP="006E17D0">
            <w:pPr>
              <w:bidi/>
            </w:pPr>
            <w:r>
              <w:rPr>
                <w:sz w:val="11"/>
              </w:rPr>
              <w:t>المتاجر الإلكترونية</w:t>
            </w:r>
          </w:p>
        </w:tc>
        <w:tc>
          <w:tcPr>
            <w:tcW w:w="989" w:type="dxa"/>
          </w:tcPr>
          <w:p w14:paraId="5665E110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1D77F400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1DD86351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1166E090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32C1A864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4A65C10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3CAABB9A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7CEBD42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7E374B8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</w:tr>
      <w:tr w:rsidR="00540C13" w14:paraId="6391FFE9" w14:textId="77777777">
        <w:trPr>
          <w:jc w:val="center"/>
        </w:trPr>
        <w:tc>
          <w:tcPr>
            <w:tcW w:w="989" w:type="dxa"/>
          </w:tcPr>
          <w:p w14:paraId="75AB6C27" w14:textId="77777777" w:rsidR="00540C13" w:rsidRDefault="00000000" w:rsidP="006E17D0">
            <w:pPr>
              <w:bidi/>
            </w:pPr>
            <w:r>
              <w:rPr>
                <w:sz w:val="11"/>
              </w:rPr>
              <w:t>R091</w:t>
            </w:r>
          </w:p>
        </w:tc>
        <w:tc>
          <w:tcPr>
            <w:tcW w:w="989" w:type="dxa"/>
          </w:tcPr>
          <w:p w14:paraId="4C60F81F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3F1BA2F1" w14:textId="77777777" w:rsidR="00540C13" w:rsidRDefault="00000000" w:rsidP="006E17D0">
            <w:pPr>
              <w:bidi/>
            </w:pPr>
            <w:r>
              <w:rPr>
                <w:sz w:val="11"/>
              </w:rPr>
              <w:t>30–39 سنة</w:t>
            </w:r>
          </w:p>
        </w:tc>
        <w:tc>
          <w:tcPr>
            <w:tcW w:w="989" w:type="dxa"/>
          </w:tcPr>
          <w:p w14:paraId="2246BDB0" w14:textId="77777777" w:rsidR="00540C13" w:rsidRDefault="00000000" w:rsidP="006E17D0">
            <w:pPr>
              <w:bidi/>
            </w:pPr>
            <w:r>
              <w:rPr>
                <w:sz w:val="11"/>
              </w:rPr>
              <w:t>ثانوي فأقل</w:t>
            </w:r>
          </w:p>
        </w:tc>
        <w:tc>
          <w:tcPr>
            <w:tcW w:w="989" w:type="dxa"/>
          </w:tcPr>
          <w:p w14:paraId="0EE7BD04" w14:textId="77777777" w:rsidR="00540C13" w:rsidRDefault="00000000" w:rsidP="006E17D0">
            <w:pPr>
              <w:bidi/>
            </w:pPr>
            <w:r>
              <w:rPr>
                <w:sz w:val="11"/>
              </w:rPr>
              <w:t>مرة شهريًا</w:t>
            </w:r>
          </w:p>
        </w:tc>
        <w:tc>
          <w:tcPr>
            <w:tcW w:w="989" w:type="dxa"/>
          </w:tcPr>
          <w:p w14:paraId="6B4AFF25" w14:textId="77777777" w:rsidR="00540C13" w:rsidRDefault="00000000" w:rsidP="006E17D0">
            <w:pPr>
              <w:bidi/>
            </w:pPr>
            <w:r>
              <w:rPr>
                <w:sz w:val="11"/>
              </w:rPr>
              <w:t>المتاجر الإلكترونية</w:t>
            </w:r>
          </w:p>
        </w:tc>
        <w:tc>
          <w:tcPr>
            <w:tcW w:w="989" w:type="dxa"/>
          </w:tcPr>
          <w:p w14:paraId="372B0D3A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09A73B5F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6F9D620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03C7BC4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208EE01D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243876B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252F8E4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2C71B898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21C37CA8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</w:tr>
      <w:tr w:rsidR="00540C13" w14:paraId="21235DE9" w14:textId="77777777">
        <w:trPr>
          <w:jc w:val="center"/>
        </w:trPr>
        <w:tc>
          <w:tcPr>
            <w:tcW w:w="989" w:type="dxa"/>
          </w:tcPr>
          <w:p w14:paraId="73138766" w14:textId="77777777" w:rsidR="00540C13" w:rsidRDefault="00000000" w:rsidP="006E17D0">
            <w:pPr>
              <w:bidi/>
            </w:pPr>
            <w:r>
              <w:rPr>
                <w:sz w:val="11"/>
              </w:rPr>
              <w:t>R092</w:t>
            </w:r>
          </w:p>
        </w:tc>
        <w:tc>
          <w:tcPr>
            <w:tcW w:w="989" w:type="dxa"/>
          </w:tcPr>
          <w:p w14:paraId="4F3E5AA0" w14:textId="77777777" w:rsidR="00540C13" w:rsidRDefault="00000000" w:rsidP="006E17D0">
            <w:pPr>
              <w:bidi/>
            </w:pPr>
            <w:r>
              <w:rPr>
                <w:sz w:val="11"/>
              </w:rPr>
              <w:t>ذكر</w:t>
            </w:r>
          </w:p>
        </w:tc>
        <w:tc>
          <w:tcPr>
            <w:tcW w:w="989" w:type="dxa"/>
          </w:tcPr>
          <w:p w14:paraId="26278EA8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56989766" w14:textId="77777777" w:rsidR="00540C13" w:rsidRDefault="00000000" w:rsidP="006E17D0">
            <w:pPr>
              <w:bidi/>
            </w:pPr>
            <w:r>
              <w:rPr>
                <w:sz w:val="11"/>
              </w:rPr>
              <w:t>دبلوم</w:t>
            </w:r>
          </w:p>
        </w:tc>
        <w:tc>
          <w:tcPr>
            <w:tcW w:w="989" w:type="dxa"/>
          </w:tcPr>
          <w:p w14:paraId="36F51220" w14:textId="77777777" w:rsidR="00540C13" w:rsidRDefault="00000000" w:rsidP="006E17D0">
            <w:pPr>
              <w:bidi/>
            </w:pPr>
            <w:r>
              <w:rPr>
                <w:sz w:val="11"/>
              </w:rPr>
              <w:t>مرتين إلى ثلاث مرات شهريًا</w:t>
            </w:r>
          </w:p>
        </w:tc>
        <w:tc>
          <w:tcPr>
            <w:tcW w:w="989" w:type="dxa"/>
          </w:tcPr>
          <w:p w14:paraId="72C528F1" w14:textId="77777777" w:rsidR="00540C13" w:rsidRDefault="00000000" w:rsidP="006E17D0">
            <w:pPr>
              <w:bidi/>
            </w:pPr>
            <w:r>
              <w:rPr>
                <w:sz w:val="11"/>
              </w:rPr>
              <w:t>مواقع التواصل الاجتماعي</w:t>
            </w:r>
          </w:p>
        </w:tc>
        <w:tc>
          <w:tcPr>
            <w:tcW w:w="989" w:type="dxa"/>
          </w:tcPr>
          <w:p w14:paraId="10C0A528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98CAFE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3544BF28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296628A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F31DD8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70BE4CC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2E5549C4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18FBAE03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0A4F5959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</w:tr>
      <w:tr w:rsidR="00540C13" w14:paraId="5184035C" w14:textId="77777777">
        <w:trPr>
          <w:jc w:val="center"/>
        </w:trPr>
        <w:tc>
          <w:tcPr>
            <w:tcW w:w="989" w:type="dxa"/>
          </w:tcPr>
          <w:p w14:paraId="64D67E6C" w14:textId="77777777" w:rsidR="00540C13" w:rsidRDefault="00000000" w:rsidP="006E17D0">
            <w:pPr>
              <w:bidi/>
            </w:pPr>
            <w:r>
              <w:rPr>
                <w:sz w:val="11"/>
              </w:rPr>
              <w:t>R093</w:t>
            </w:r>
          </w:p>
        </w:tc>
        <w:tc>
          <w:tcPr>
            <w:tcW w:w="989" w:type="dxa"/>
          </w:tcPr>
          <w:p w14:paraId="13BCD9B7" w14:textId="77777777" w:rsidR="00540C13" w:rsidRDefault="00000000" w:rsidP="006E17D0">
            <w:pPr>
              <w:bidi/>
            </w:pPr>
            <w:r>
              <w:rPr>
                <w:sz w:val="11"/>
              </w:rPr>
              <w:t>ذكر</w:t>
            </w:r>
          </w:p>
        </w:tc>
        <w:tc>
          <w:tcPr>
            <w:tcW w:w="989" w:type="dxa"/>
          </w:tcPr>
          <w:p w14:paraId="4EF90B36" w14:textId="77777777" w:rsidR="00540C13" w:rsidRDefault="00000000" w:rsidP="006E17D0">
            <w:pPr>
              <w:bidi/>
            </w:pPr>
            <w:r>
              <w:rPr>
                <w:sz w:val="11"/>
              </w:rPr>
              <w:t>40 سنة فأكثر</w:t>
            </w:r>
          </w:p>
        </w:tc>
        <w:tc>
          <w:tcPr>
            <w:tcW w:w="989" w:type="dxa"/>
          </w:tcPr>
          <w:p w14:paraId="432FE644" w14:textId="77777777" w:rsidR="00540C13" w:rsidRDefault="00000000" w:rsidP="006E17D0">
            <w:pPr>
              <w:bidi/>
            </w:pPr>
            <w:r>
              <w:rPr>
                <w:sz w:val="11"/>
              </w:rPr>
              <w:t>بكالوريوس</w:t>
            </w:r>
          </w:p>
        </w:tc>
        <w:tc>
          <w:tcPr>
            <w:tcW w:w="989" w:type="dxa"/>
          </w:tcPr>
          <w:p w14:paraId="1FA19BC4" w14:textId="77777777" w:rsidR="00540C13" w:rsidRDefault="00000000" w:rsidP="006E17D0">
            <w:pPr>
              <w:bidi/>
            </w:pPr>
            <w:r>
              <w:rPr>
                <w:sz w:val="11"/>
              </w:rPr>
              <w:t>مرتين إلى ثلاث مرات شهريًا</w:t>
            </w:r>
          </w:p>
        </w:tc>
        <w:tc>
          <w:tcPr>
            <w:tcW w:w="989" w:type="dxa"/>
          </w:tcPr>
          <w:p w14:paraId="15E1789C" w14:textId="77777777" w:rsidR="00540C13" w:rsidRDefault="00000000" w:rsidP="006E17D0">
            <w:pPr>
              <w:bidi/>
            </w:pPr>
            <w:r>
              <w:rPr>
                <w:sz w:val="11"/>
              </w:rPr>
              <w:t>خرائط Google</w:t>
            </w:r>
          </w:p>
        </w:tc>
        <w:tc>
          <w:tcPr>
            <w:tcW w:w="989" w:type="dxa"/>
          </w:tcPr>
          <w:p w14:paraId="05DCBA50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7FE44708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7385F20B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74A37EAA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3F3F248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74698172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0E97DEEA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734F6B1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8CBE7AF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</w:tr>
      <w:tr w:rsidR="00540C13" w14:paraId="1EF7B6D6" w14:textId="77777777">
        <w:trPr>
          <w:jc w:val="center"/>
        </w:trPr>
        <w:tc>
          <w:tcPr>
            <w:tcW w:w="989" w:type="dxa"/>
          </w:tcPr>
          <w:p w14:paraId="5081B1A5" w14:textId="77777777" w:rsidR="00540C13" w:rsidRDefault="00000000" w:rsidP="006E17D0">
            <w:pPr>
              <w:bidi/>
            </w:pPr>
            <w:r>
              <w:rPr>
                <w:sz w:val="11"/>
              </w:rPr>
              <w:t>R094</w:t>
            </w:r>
          </w:p>
        </w:tc>
        <w:tc>
          <w:tcPr>
            <w:tcW w:w="989" w:type="dxa"/>
          </w:tcPr>
          <w:p w14:paraId="1A88DCE3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0F8EB10E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702B2F97" w14:textId="77777777" w:rsidR="00540C13" w:rsidRDefault="00000000" w:rsidP="006E17D0">
            <w:pPr>
              <w:bidi/>
            </w:pPr>
            <w:r>
              <w:rPr>
                <w:sz w:val="11"/>
              </w:rPr>
              <w:t>بكالوريوس</w:t>
            </w:r>
          </w:p>
        </w:tc>
        <w:tc>
          <w:tcPr>
            <w:tcW w:w="989" w:type="dxa"/>
          </w:tcPr>
          <w:p w14:paraId="43CD94F6" w14:textId="77777777" w:rsidR="00540C13" w:rsidRDefault="00000000" w:rsidP="006E17D0">
            <w:pPr>
              <w:bidi/>
            </w:pPr>
            <w:r>
              <w:rPr>
                <w:sz w:val="11"/>
              </w:rPr>
              <w:t>مرتين إلى ثلاث مرات شهريًا</w:t>
            </w:r>
          </w:p>
        </w:tc>
        <w:tc>
          <w:tcPr>
            <w:tcW w:w="989" w:type="dxa"/>
          </w:tcPr>
          <w:p w14:paraId="40D88ACB" w14:textId="77777777" w:rsidR="00540C13" w:rsidRDefault="00000000" w:rsidP="006E17D0">
            <w:pPr>
              <w:bidi/>
            </w:pPr>
            <w:r>
              <w:rPr>
                <w:sz w:val="11"/>
              </w:rPr>
              <w:t>مواقع التواصل الاجتماعي</w:t>
            </w:r>
          </w:p>
        </w:tc>
        <w:tc>
          <w:tcPr>
            <w:tcW w:w="989" w:type="dxa"/>
          </w:tcPr>
          <w:p w14:paraId="4E51570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218473BF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715935CF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067234B9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665D4DAF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247A206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7C3A8DA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6D58FEE8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0A37EFD0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</w:tr>
      <w:tr w:rsidR="00540C13" w14:paraId="0C36F06F" w14:textId="77777777">
        <w:trPr>
          <w:jc w:val="center"/>
        </w:trPr>
        <w:tc>
          <w:tcPr>
            <w:tcW w:w="989" w:type="dxa"/>
          </w:tcPr>
          <w:p w14:paraId="202DF308" w14:textId="77777777" w:rsidR="00540C13" w:rsidRDefault="00000000" w:rsidP="006E17D0">
            <w:pPr>
              <w:bidi/>
            </w:pPr>
            <w:r>
              <w:rPr>
                <w:sz w:val="11"/>
              </w:rPr>
              <w:t>R095</w:t>
            </w:r>
          </w:p>
        </w:tc>
        <w:tc>
          <w:tcPr>
            <w:tcW w:w="989" w:type="dxa"/>
          </w:tcPr>
          <w:p w14:paraId="1DD131BB" w14:textId="77777777" w:rsidR="00540C13" w:rsidRDefault="00000000" w:rsidP="006E17D0">
            <w:pPr>
              <w:bidi/>
            </w:pPr>
            <w:r>
              <w:rPr>
                <w:sz w:val="11"/>
              </w:rPr>
              <w:t>ذكر</w:t>
            </w:r>
          </w:p>
        </w:tc>
        <w:tc>
          <w:tcPr>
            <w:tcW w:w="989" w:type="dxa"/>
          </w:tcPr>
          <w:p w14:paraId="7D6D92C5" w14:textId="77777777" w:rsidR="00540C13" w:rsidRDefault="00000000" w:rsidP="006E17D0">
            <w:pPr>
              <w:bidi/>
            </w:pPr>
            <w:r>
              <w:rPr>
                <w:sz w:val="11"/>
              </w:rPr>
              <w:t>40 سنة فأكثر</w:t>
            </w:r>
          </w:p>
        </w:tc>
        <w:tc>
          <w:tcPr>
            <w:tcW w:w="989" w:type="dxa"/>
          </w:tcPr>
          <w:p w14:paraId="6FA4867A" w14:textId="77777777" w:rsidR="00540C13" w:rsidRDefault="00000000" w:rsidP="006E17D0">
            <w:pPr>
              <w:bidi/>
            </w:pPr>
            <w:r>
              <w:rPr>
                <w:sz w:val="11"/>
              </w:rPr>
              <w:t>دراسات عليا</w:t>
            </w:r>
          </w:p>
        </w:tc>
        <w:tc>
          <w:tcPr>
            <w:tcW w:w="989" w:type="dxa"/>
          </w:tcPr>
          <w:p w14:paraId="15C7DA5A" w14:textId="77777777" w:rsidR="00540C13" w:rsidRDefault="00000000" w:rsidP="006E17D0">
            <w:pPr>
              <w:bidi/>
            </w:pPr>
            <w:r>
              <w:rPr>
                <w:sz w:val="11"/>
              </w:rPr>
              <w:t>أسبوعيًا أو أكثر</w:t>
            </w:r>
          </w:p>
        </w:tc>
        <w:tc>
          <w:tcPr>
            <w:tcW w:w="989" w:type="dxa"/>
          </w:tcPr>
          <w:p w14:paraId="2F10750E" w14:textId="77777777" w:rsidR="00540C13" w:rsidRDefault="00000000" w:rsidP="006E17D0">
            <w:pPr>
              <w:bidi/>
            </w:pPr>
            <w:r>
              <w:rPr>
                <w:sz w:val="11"/>
              </w:rPr>
              <w:t>مواقع التواصل الاجتماعي</w:t>
            </w:r>
          </w:p>
        </w:tc>
        <w:tc>
          <w:tcPr>
            <w:tcW w:w="989" w:type="dxa"/>
          </w:tcPr>
          <w:p w14:paraId="25676311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0A5059D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794798E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2608299C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2231042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D798577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4A0207A3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AEBD726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54A9ABF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</w:tr>
      <w:tr w:rsidR="00540C13" w14:paraId="44E86931" w14:textId="77777777">
        <w:trPr>
          <w:jc w:val="center"/>
        </w:trPr>
        <w:tc>
          <w:tcPr>
            <w:tcW w:w="989" w:type="dxa"/>
          </w:tcPr>
          <w:p w14:paraId="32B293AA" w14:textId="77777777" w:rsidR="00540C13" w:rsidRDefault="00000000" w:rsidP="006E17D0">
            <w:pPr>
              <w:bidi/>
            </w:pPr>
            <w:r>
              <w:rPr>
                <w:sz w:val="11"/>
              </w:rPr>
              <w:t>R096</w:t>
            </w:r>
          </w:p>
        </w:tc>
        <w:tc>
          <w:tcPr>
            <w:tcW w:w="989" w:type="dxa"/>
          </w:tcPr>
          <w:p w14:paraId="07D7A339" w14:textId="77777777" w:rsidR="00540C13" w:rsidRDefault="00000000" w:rsidP="006E17D0">
            <w:pPr>
              <w:bidi/>
            </w:pPr>
            <w:r>
              <w:rPr>
                <w:sz w:val="11"/>
              </w:rPr>
              <w:t>ذكر</w:t>
            </w:r>
          </w:p>
        </w:tc>
        <w:tc>
          <w:tcPr>
            <w:tcW w:w="989" w:type="dxa"/>
          </w:tcPr>
          <w:p w14:paraId="769D799A" w14:textId="77777777" w:rsidR="00540C13" w:rsidRDefault="00000000" w:rsidP="006E17D0">
            <w:pPr>
              <w:bidi/>
            </w:pPr>
            <w:r>
              <w:rPr>
                <w:sz w:val="11"/>
              </w:rPr>
              <w:t>40 سنة فأكثر</w:t>
            </w:r>
          </w:p>
        </w:tc>
        <w:tc>
          <w:tcPr>
            <w:tcW w:w="989" w:type="dxa"/>
          </w:tcPr>
          <w:p w14:paraId="124EF61E" w14:textId="77777777" w:rsidR="00540C13" w:rsidRDefault="00000000" w:rsidP="006E17D0">
            <w:pPr>
              <w:bidi/>
            </w:pPr>
            <w:r>
              <w:rPr>
                <w:sz w:val="11"/>
              </w:rPr>
              <w:t>دراسات عليا</w:t>
            </w:r>
          </w:p>
        </w:tc>
        <w:tc>
          <w:tcPr>
            <w:tcW w:w="989" w:type="dxa"/>
          </w:tcPr>
          <w:p w14:paraId="7A44A966" w14:textId="77777777" w:rsidR="00540C13" w:rsidRDefault="00000000" w:rsidP="006E17D0">
            <w:pPr>
              <w:bidi/>
            </w:pPr>
            <w:r>
              <w:rPr>
                <w:sz w:val="11"/>
              </w:rPr>
              <w:t>مرة شهريًا</w:t>
            </w:r>
          </w:p>
        </w:tc>
        <w:tc>
          <w:tcPr>
            <w:tcW w:w="989" w:type="dxa"/>
          </w:tcPr>
          <w:p w14:paraId="3723995A" w14:textId="77777777" w:rsidR="00540C13" w:rsidRDefault="00000000" w:rsidP="006E17D0">
            <w:pPr>
              <w:bidi/>
            </w:pPr>
            <w:r>
              <w:rPr>
                <w:sz w:val="11"/>
              </w:rPr>
              <w:t>المتاجر الإلكترونية</w:t>
            </w:r>
          </w:p>
        </w:tc>
        <w:tc>
          <w:tcPr>
            <w:tcW w:w="989" w:type="dxa"/>
          </w:tcPr>
          <w:p w14:paraId="6BBEEFBA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16FFB13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6A3DCA51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5F8768A1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68C5D53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0891419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78E6146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3C369A5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15CBC244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</w:tr>
      <w:tr w:rsidR="00540C13" w14:paraId="1DAB3CFB" w14:textId="77777777">
        <w:trPr>
          <w:jc w:val="center"/>
        </w:trPr>
        <w:tc>
          <w:tcPr>
            <w:tcW w:w="989" w:type="dxa"/>
          </w:tcPr>
          <w:p w14:paraId="23186960" w14:textId="77777777" w:rsidR="00540C13" w:rsidRDefault="00000000" w:rsidP="006E17D0">
            <w:pPr>
              <w:bidi/>
            </w:pPr>
            <w:r>
              <w:rPr>
                <w:sz w:val="11"/>
              </w:rPr>
              <w:t>R097</w:t>
            </w:r>
          </w:p>
        </w:tc>
        <w:tc>
          <w:tcPr>
            <w:tcW w:w="989" w:type="dxa"/>
          </w:tcPr>
          <w:p w14:paraId="7A8F42EA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6507104E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5B095F92" w14:textId="77777777" w:rsidR="00540C13" w:rsidRDefault="00000000" w:rsidP="006E17D0">
            <w:pPr>
              <w:bidi/>
            </w:pPr>
            <w:r>
              <w:rPr>
                <w:sz w:val="11"/>
              </w:rPr>
              <w:t>بكالوريوس</w:t>
            </w:r>
          </w:p>
        </w:tc>
        <w:tc>
          <w:tcPr>
            <w:tcW w:w="989" w:type="dxa"/>
          </w:tcPr>
          <w:p w14:paraId="11A438B6" w14:textId="77777777" w:rsidR="00540C13" w:rsidRDefault="00000000" w:rsidP="006E17D0">
            <w:pPr>
              <w:bidi/>
            </w:pPr>
            <w:r>
              <w:rPr>
                <w:sz w:val="11"/>
              </w:rPr>
              <w:t>نادرًا</w:t>
            </w:r>
          </w:p>
        </w:tc>
        <w:tc>
          <w:tcPr>
            <w:tcW w:w="989" w:type="dxa"/>
          </w:tcPr>
          <w:p w14:paraId="64205B55" w14:textId="77777777" w:rsidR="00540C13" w:rsidRDefault="00000000" w:rsidP="006E17D0">
            <w:pPr>
              <w:bidi/>
            </w:pPr>
            <w:r>
              <w:rPr>
                <w:sz w:val="11"/>
              </w:rPr>
              <w:t>خرائط Google</w:t>
            </w:r>
          </w:p>
        </w:tc>
        <w:tc>
          <w:tcPr>
            <w:tcW w:w="989" w:type="dxa"/>
          </w:tcPr>
          <w:p w14:paraId="485CB514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279B9B01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17964DEE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7C3871C2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1C711890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39C8142B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4BBA96E1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503B06B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037E41B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</w:tr>
      <w:tr w:rsidR="00540C13" w14:paraId="0D98E554" w14:textId="77777777">
        <w:trPr>
          <w:jc w:val="center"/>
        </w:trPr>
        <w:tc>
          <w:tcPr>
            <w:tcW w:w="989" w:type="dxa"/>
          </w:tcPr>
          <w:p w14:paraId="4D4F3190" w14:textId="77777777" w:rsidR="00540C13" w:rsidRDefault="00000000" w:rsidP="006E17D0">
            <w:pPr>
              <w:bidi/>
            </w:pPr>
            <w:r>
              <w:rPr>
                <w:sz w:val="11"/>
              </w:rPr>
              <w:t>R098</w:t>
            </w:r>
          </w:p>
        </w:tc>
        <w:tc>
          <w:tcPr>
            <w:tcW w:w="989" w:type="dxa"/>
          </w:tcPr>
          <w:p w14:paraId="722D4CFB" w14:textId="77777777" w:rsidR="00540C13" w:rsidRDefault="00000000" w:rsidP="006E17D0">
            <w:pPr>
              <w:bidi/>
            </w:pPr>
            <w:r>
              <w:rPr>
                <w:sz w:val="11"/>
              </w:rPr>
              <w:t>ذكر</w:t>
            </w:r>
          </w:p>
        </w:tc>
        <w:tc>
          <w:tcPr>
            <w:tcW w:w="989" w:type="dxa"/>
          </w:tcPr>
          <w:p w14:paraId="4EEF3A0F" w14:textId="77777777" w:rsidR="00540C13" w:rsidRDefault="00000000" w:rsidP="006E17D0">
            <w:pPr>
              <w:bidi/>
            </w:pPr>
            <w:r>
              <w:rPr>
                <w:sz w:val="11"/>
              </w:rPr>
              <w:t>أقل من 20 سنة</w:t>
            </w:r>
          </w:p>
        </w:tc>
        <w:tc>
          <w:tcPr>
            <w:tcW w:w="989" w:type="dxa"/>
          </w:tcPr>
          <w:p w14:paraId="4A933B79" w14:textId="77777777" w:rsidR="00540C13" w:rsidRDefault="00000000" w:rsidP="006E17D0">
            <w:pPr>
              <w:bidi/>
            </w:pPr>
            <w:r>
              <w:rPr>
                <w:sz w:val="11"/>
              </w:rPr>
              <w:t>دراسات عليا</w:t>
            </w:r>
          </w:p>
        </w:tc>
        <w:tc>
          <w:tcPr>
            <w:tcW w:w="989" w:type="dxa"/>
          </w:tcPr>
          <w:p w14:paraId="0D5D6BA0" w14:textId="77777777" w:rsidR="00540C13" w:rsidRDefault="00000000" w:rsidP="006E17D0">
            <w:pPr>
              <w:bidi/>
            </w:pPr>
            <w:r>
              <w:rPr>
                <w:sz w:val="11"/>
              </w:rPr>
              <w:t>مرتين إلى ثلاث مرات شهريًا</w:t>
            </w:r>
          </w:p>
        </w:tc>
        <w:tc>
          <w:tcPr>
            <w:tcW w:w="989" w:type="dxa"/>
          </w:tcPr>
          <w:p w14:paraId="53F6845C" w14:textId="77777777" w:rsidR="00540C13" w:rsidRDefault="00000000" w:rsidP="006E17D0">
            <w:pPr>
              <w:bidi/>
            </w:pPr>
            <w:r>
              <w:rPr>
                <w:sz w:val="11"/>
              </w:rPr>
              <w:t>المتاجر الإلكترونية</w:t>
            </w:r>
          </w:p>
        </w:tc>
        <w:tc>
          <w:tcPr>
            <w:tcW w:w="989" w:type="dxa"/>
          </w:tcPr>
          <w:p w14:paraId="33408FD8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4EDB23D0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47F9D44E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565283D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369877DE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123B524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08D0EE80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525A638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70A88F93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</w:tr>
      <w:tr w:rsidR="00540C13" w14:paraId="77A98642" w14:textId="77777777">
        <w:trPr>
          <w:jc w:val="center"/>
        </w:trPr>
        <w:tc>
          <w:tcPr>
            <w:tcW w:w="989" w:type="dxa"/>
          </w:tcPr>
          <w:p w14:paraId="3DA282C9" w14:textId="77777777" w:rsidR="00540C13" w:rsidRDefault="00000000" w:rsidP="006E17D0">
            <w:pPr>
              <w:bidi/>
            </w:pPr>
            <w:r>
              <w:rPr>
                <w:sz w:val="11"/>
              </w:rPr>
              <w:t>R099</w:t>
            </w:r>
          </w:p>
        </w:tc>
        <w:tc>
          <w:tcPr>
            <w:tcW w:w="989" w:type="dxa"/>
          </w:tcPr>
          <w:p w14:paraId="1E80267F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3551A8EF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18CAA7A7" w14:textId="77777777" w:rsidR="00540C13" w:rsidRDefault="00000000" w:rsidP="006E17D0">
            <w:pPr>
              <w:bidi/>
            </w:pPr>
            <w:r>
              <w:rPr>
                <w:sz w:val="11"/>
              </w:rPr>
              <w:t>ثانوي فأقل</w:t>
            </w:r>
          </w:p>
        </w:tc>
        <w:tc>
          <w:tcPr>
            <w:tcW w:w="989" w:type="dxa"/>
          </w:tcPr>
          <w:p w14:paraId="318E6871" w14:textId="77777777" w:rsidR="00540C13" w:rsidRDefault="00000000" w:rsidP="006E17D0">
            <w:pPr>
              <w:bidi/>
            </w:pPr>
            <w:r>
              <w:rPr>
                <w:sz w:val="11"/>
              </w:rPr>
              <w:t>مرتين إلى ثلاث مرات شهريًا</w:t>
            </w:r>
          </w:p>
        </w:tc>
        <w:tc>
          <w:tcPr>
            <w:tcW w:w="989" w:type="dxa"/>
          </w:tcPr>
          <w:p w14:paraId="3F49886C" w14:textId="77777777" w:rsidR="00540C13" w:rsidRDefault="00000000" w:rsidP="006E17D0">
            <w:pPr>
              <w:bidi/>
            </w:pPr>
            <w:r>
              <w:rPr>
                <w:sz w:val="11"/>
              </w:rPr>
              <w:t>مواقع التواصل الاجتماعي</w:t>
            </w:r>
          </w:p>
        </w:tc>
        <w:tc>
          <w:tcPr>
            <w:tcW w:w="989" w:type="dxa"/>
          </w:tcPr>
          <w:p w14:paraId="03037B1E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3796E63F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330BC92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66305B2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682577F3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0077997F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0748460D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7AB41AF1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6A7A7A0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</w:tr>
      <w:tr w:rsidR="00540C13" w14:paraId="4D60BE59" w14:textId="77777777">
        <w:trPr>
          <w:jc w:val="center"/>
        </w:trPr>
        <w:tc>
          <w:tcPr>
            <w:tcW w:w="989" w:type="dxa"/>
          </w:tcPr>
          <w:p w14:paraId="3D9098FF" w14:textId="77777777" w:rsidR="00540C13" w:rsidRDefault="00000000" w:rsidP="006E17D0">
            <w:pPr>
              <w:bidi/>
            </w:pPr>
            <w:r>
              <w:rPr>
                <w:sz w:val="11"/>
              </w:rPr>
              <w:t>R100</w:t>
            </w:r>
          </w:p>
        </w:tc>
        <w:tc>
          <w:tcPr>
            <w:tcW w:w="989" w:type="dxa"/>
          </w:tcPr>
          <w:p w14:paraId="6F4A549D" w14:textId="77777777" w:rsidR="00540C13" w:rsidRDefault="00000000" w:rsidP="006E17D0">
            <w:pPr>
              <w:bidi/>
            </w:pPr>
            <w:r>
              <w:rPr>
                <w:sz w:val="11"/>
              </w:rPr>
              <w:t>ذكر</w:t>
            </w:r>
          </w:p>
        </w:tc>
        <w:tc>
          <w:tcPr>
            <w:tcW w:w="989" w:type="dxa"/>
          </w:tcPr>
          <w:p w14:paraId="119CED0B" w14:textId="77777777" w:rsidR="00540C13" w:rsidRDefault="00000000" w:rsidP="006E17D0">
            <w:pPr>
              <w:bidi/>
            </w:pPr>
            <w:r>
              <w:rPr>
                <w:sz w:val="11"/>
              </w:rPr>
              <w:t>30–39 سنة</w:t>
            </w:r>
          </w:p>
        </w:tc>
        <w:tc>
          <w:tcPr>
            <w:tcW w:w="989" w:type="dxa"/>
          </w:tcPr>
          <w:p w14:paraId="4C3E88F3" w14:textId="77777777" w:rsidR="00540C13" w:rsidRDefault="00000000" w:rsidP="006E17D0">
            <w:pPr>
              <w:bidi/>
            </w:pPr>
            <w:r>
              <w:rPr>
                <w:sz w:val="11"/>
              </w:rPr>
              <w:t>بكالوريوس</w:t>
            </w:r>
          </w:p>
        </w:tc>
        <w:tc>
          <w:tcPr>
            <w:tcW w:w="989" w:type="dxa"/>
          </w:tcPr>
          <w:p w14:paraId="1618B6D6" w14:textId="77777777" w:rsidR="00540C13" w:rsidRDefault="00000000" w:rsidP="006E17D0">
            <w:pPr>
              <w:bidi/>
            </w:pPr>
            <w:r>
              <w:rPr>
                <w:sz w:val="11"/>
              </w:rPr>
              <w:t>مرتين إلى ثلاث مرات شهريًا</w:t>
            </w:r>
          </w:p>
        </w:tc>
        <w:tc>
          <w:tcPr>
            <w:tcW w:w="989" w:type="dxa"/>
          </w:tcPr>
          <w:p w14:paraId="4D2ADA14" w14:textId="77777777" w:rsidR="00540C13" w:rsidRDefault="00000000" w:rsidP="006E17D0">
            <w:pPr>
              <w:bidi/>
            </w:pPr>
            <w:r>
              <w:rPr>
                <w:sz w:val="11"/>
              </w:rPr>
              <w:t>مواقع التواصل الاجتماعي</w:t>
            </w:r>
          </w:p>
        </w:tc>
        <w:tc>
          <w:tcPr>
            <w:tcW w:w="989" w:type="dxa"/>
          </w:tcPr>
          <w:p w14:paraId="7FFCFCCA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277AD52F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2E513308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7C1F944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6287F727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1521762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3FBE679F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069A141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60022560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</w:tr>
    </w:tbl>
    <w:p w14:paraId="13733A72" w14:textId="77777777" w:rsidR="00540C13" w:rsidRDefault="00000000" w:rsidP="006E17D0">
      <w:pPr>
        <w:bidi/>
      </w:pPr>
      <w:r>
        <w:br w:type="page"/>
      </w:r>
    </w:p>
    <w:p w14:paraId="4695E049" w14:textId="77777777" w:rsidR="00540C13" w:rsidRDefault="00000000" w:rsidP="006E17D0">
      <w:pPr>
        <w:bidi/>
      </w:pPr>
      <w:r>
        <w:rPr>
          <w:b/>
          <w:color w:val="2F5442"/>
          <w:sz w:val="26"/>
        </w:rPr>
        <w:lastRenderedPageBreak/>
        <w:t>الجزء (ب): الأسئلة 10-18 والمتوسطات</w:t>
      </w:r>
    </w:p>
    <w:tbl>
      <w:tblPr>
        <w:tblStyle w:val="afa"/>
        <w:tblW w:w="0" w:type="auto"/>
        <w:jc w:val="center"/>
        <w:tblLook w:val="04A0" w:firstRow="1" w:lastRow="0" w:firstColumn="1" w:lastColumn="0" w:noHBand="0" w:noVBand="1"/>
      </w:tblPr>
      <w:tblGrid>
        <w:gridCol w:w="1058"/>
        <w:gridCol w:w="1058"/>
        <w:gridCol w:w="1058"/>
        <w:gridCol w:w="1058"/>
        <w:gridCol w:w="1059"/>
        <w:gridCol w:w="1059"/>
        <w:gridCol w:w="1059"/>
        <w:gridCol w:w="1059"/>
        <w:gridCol w:w="1059"/>
        <w:gridCol w:w="1059"/>
        <w:gridCol w:w="1059"/>
        <w:gridCol w:w="1059"/>
        <w:gridCol w:w="1059"/>
        <w:gridCol w:w="1059"/>
      </w:tblGrid>
      <w:tr w:rsidR="00540C13" w14:paraId="13F0A4D8" w14:textId="77777777">
        <w:trPr>
          <w:jc w:val="center"/>
        </w:trPr>
        <w:tc>
          <w:tcPr>
            <w:tcW w:w="1059" w:type="dxa"/>
            <w:shd w:val="clear" w:color="auto" w:fill="D9EAD3"/>
          </w:tcPr>
          <w:p w14:paraId="7ECA252F" w14:textId="77777777" w:rsidR="00540C13" w:rsidRDefault="00000000" w:rsidP="006E17D0">
            <w:pPr>
              <w:bidi/>
            </w:pPr>
            <w:r>
              <w:rPr>
                <w:b/>
                <w:sz w:val="12"/>
              </w:rPr>
              <w:t>معرف الاستجابة</w:t>
            </w:r>
          </w:p>
        </w:tc>
        <w:tc>
          <w:tcPr>
            <w:tcW w:w="1059" w:type="dxa"/>
            <w:shd w:val="clear" w:color="auto" w:fill="D9EAD3"/>
          </w:tcPr>
          <w:p w14:paraId="2C018605" w14:textId="77777777" w:rsidR="00540C13" w:rsidRDefault="00000000" w:rsidP="006E17D0">
            <w:pPr>
              <w:bidi/>
            </w:pPr>
            <w:r>
              <w:rPr>
                <w:b/>
                <w:sz w:val="12"/>
              </w:rPr>
              <w:t>س10</w:t>
            </w:r>
          </w:p>
        </w:tc>
        <w:tc>
          <w:tcPr>
            <w:tcW w:w="1059" w:type="dxa"/>
            <w:shd w:val="clear" w:color="auto" w:fill="D9EAD3"/>
          </w:tcPr>
          <w:p w14:paraId="517F30BA" w14:textId="77777777" w:rsidR="00540C13" w:rsidRDefault="00000000" w:rsidP="006E17D0">
            <w:pPr>
              <w:bidi/>
            </w:pPr>
            <w:r>
              <w:rPr>
                <w:b/>
                <w:sz w:val="12"/>
              </w:rPr>
              <w:t>س11</w:t>
            </w:r>
          </w:p>
        </w:tc>
        <w:tc>
          <w:tcPr>
            <w:tcW w:w="1059" w:type="dxa"/>
            <w:shd w:val="clear" w:color="auto" w:fill="D9EAD3"/>
          </w:tcPr>
          <w:p w14:paraId="177D3148" w14:textId="77777777" w:rsidR="00540C13" w:rsidRDefault="00000000" w:rsidP="006E17D0">
            <w:pPr>
              <w:bidi/>
            </w:pPr>
            <w:r>
              <w:rPr>
                <w:b/>
                <w:sz w:val="12"/>
              </w:rPr>
              <w:t>س12</w:t>
            </w:r>
          </w:p>
        </w:tc>
        <w:tc>
          <w:tcPr>
            <w:tcW w:w="1059" w:type="dxa"/>
            <w:shd w:val="clear" w:color="auto" w:fill="D9EAD3"/>
          </w:tcPr>
          <w:p w14:paraId="38D8453D" w14:textId="77777777" w:rsidR="00540C13" w:rsidRDefault="00000000" w:rsidP="006E17D0">
            <w:pPr>
              <w:bidi/>
            </w:pPr>
            <w:r>
              <w:rPr>
                <w:b/>
                <w:sz w:val="12"/>
              </w:rPr>
              <w:t>س13</w:t>
            </w:r>
          </w:p>
        </w:tc>
        <w:tc>
          <w:tcPr>
            <w:tcW w:w="1059" w:type="dxa"/>
            <w:shd w:val="clear" w:color="auto" w:fill="D9EAD3"/>
          </w:tcPr>
          <w:p w14:paraId="5BE503D5" w14:textId="77777777" w:rsidR="00540C13" w:rsidRDefault="00000000" w:rsidP="006E17D0">
            <w:pPr>
              <w:bidi/>
            </w:pPr>
            <w:r>
              <w:rPr>
                <w:b/>
                <w:sz w:val="12"/>
              </w:rPr>
              <w:t>س14</w:t>
            </w:r>
          </w:p>
        </w:tc>
        <w:tc>
          <w:tcPr>
            <w:tcW w:w="1059" w:type="dxa"/>
            <w:shd w:val="clear" w:color="auto" w:fill="D9EAD3"/>
          </w:tcPr>
          <w:p w14:paraId="7BD0F7F0" w14:textId="77777777" w:rsidR="00540C13" w:rsidRDefault="00000000" w:rsidP="006E17D0">
            <w:pPr>
              <w:bidi/>
            </w:pPr>
            <w:r>
              <w:rPr>
                <w:b/>
                <w:sz w:val="12"/>
              </w:rPr>
              <w:t>س15</w:t>
            </w:r>
          </w:p>
        </w:tc>
        <w:tc>
          <w:tcPr>
            <w:tcW w:w="1059" w:type="dxa"/>
            <w:shd w:val="clear" w:color="auto" w:fill="D9EAD3"/>
          </w:tcPr>
          <w:p w14:paraId="1AC4B22B" w14:textId="77777777" w:rsidR="00540C13" w:rsidRDefault="00000000" w:rsidP="006E17D0">
            <w:pPr>
              <w:bidi/>
            </w:pPr>
            <w:r>
              <w:rPr>
                <w:b/>
                <w:sz w:val="12"/>
              </w:rPr>
              <w:t>س16</w:t>
            </w:r>
          </w:p>
        </w:tc>
        <w:tc>
          <w:tcPr>
            <w:tcW w:w="1059" w:type="dxa"/>
            <w:shd w:val="clear" w:color="auto" w:fill="D9EAD3"/>
          </w:tcPr>
          <w:p w14:paraId="06F3D864" w14:textId="77777777" w:rsidR="00540C13" w:rsidRDefault="00000000" w:rsidP="006E17D0">
            <w:pPr>
              <w:bidi/>
            </w:pPr>
            <w:r>
              <w:rPr>
                <w:b/>
                <w:sz w:val="12"/>
              </w:rPr>
              <w:t>س17</w:t>
            </w:r>
          </w:p>
        </w:tc>
        <w:tc>
          <w:tcPr>
            <w:tcW w:w="1059" w:type="dxa"/>
            <w:shd w:val="clear" w:color="auto" w:fill="D9EAD3"/>
          </w:tcPr>
          <w:p w14:paraId="53C133B7" w14:textId="77777777" w:rsidR="00540C13" w:rsidRDefault="00000000" w:rsidP="006E17D0">
            <w:pPr>
              <w:bidi/>
            </w:pPr>
            <w:r>
              <w:rPr>
                <w:b/>
                <w:sz w:val="12"/>
              </w:rPr>
              <w:t>س18</w:t>
            </w:r>
          </w:p>
        </w:tc>
        <w:tc>
          <w:tcPr>
            <w:tcW w:w="1059" w:type="dxa"/>
            <w:shd w:val="clear" w:color="auto" w:fill="D9EAD3"/>
          </w:tcPr>
          <w:p w14:paraId="35E9E6F2" w14:textId="77777777" w:rsidR="00540C13" w:rsidRDefault="00000000" w:rsidP="006E17D0">
            <w:pPr>
              <w:bidi/>
            </w:pPr>
            <w:r>
              <w:rPr>
                <w:b/>
                <w:sz w:val="12"/>
              </w:rPr>
              <w:t>متوسط المصداقية</w:t>
            </w:r>
          </w:p>
        </w:tc>
        <w:tc>
          <w:tcPr>
            <w:tcW w:w="1059" w:type="dxa"/>
            <w:shd w:val="clear" w:color="auto" w:fill="D9EAD3"/>
          </w:tcPr>
          <w:p w14:paraId="694DA83B" w14:textId="77777777" w:rsidR="00540C13" w:rsidRDefault="00000000" w:rsidP="006E17D0">
            <w:pPr>
              <w:bidi/>
            </w:pPr>
            <w:r>
              <w:rPr>
                <w:b/>
                <w:sz w:val="12"/>
              </w:rPr>
              <w:t>متوسط جودة المحتوى</w:t>
            </w:r>
          </w:p>
        </w:tc>
        <w:tc>
          <w:tcPr>
            <w:tcW w:w="1059" w:type="dxa"/>
            <w:shd w:val="clear" w:color="auto" w:fill="D9EAD3"/>
          </w:tcPr>
          <w:p w14:paraId="633BC2DD" w14:textId="77777777" w:rsidR="00540C13" w:rsidRDefault="00000000" w:rsidP="006E17D0">
            <w:pPr>
              <w:bidi/>
            </w:pPr>
            <w:r>
              <w:rPr>
                <w:b/>
                <w:sz w:val="12"/>
              </w:rPr>
              <w:t>متوسط نية الشراء</w:t>
            </w:r>
          </w:p>
        </w:tc>
        <w:tc>
          <w:tcPr>
            <w:tcW w:w="1059" w:type="dxa"/>
            <w:shd w:val="clear" w:color="auto" w:fill="D9EAD3"/>
          </w:tcPr>
          <w:p w14:paraId="06AF738D" w14:textId="77777777" w:rsidR="00540C13" w:rsidRDefault="00000000" w:rsidP="006E17D0">
            <w:pPr>
              <w:bidi/>
            </w:pPr>
            <w:r>
              <w:rPr>
                <w:b/>
                <w:sz w:val="12"/>
              </w:rPr>
              <w:t>المتوسط الكلي</w:t>
            </w:r>
          </w:p>
        </w:tc>
      </w:tr>
      <w:tr w:rsidR="00540C13" w14:paraId="5847DC83" w14:textId="77777777">
        <w:trPr>
          <w:jc w:val="center"/>
        </w:trPr>
        <w:tc>
          <w:tcPr>
            <w:tcW w:w="1059" w:type="dxa"/>
          </w:tcPr>
          <w:p w14:paraId="11F0A3ED" w14:textId="77777777" w:rsidR="00540C13" w:rsidRDefault="00000000" w:rsidP="006E17D0">
            <w:pPr>
              <w:bidi/>
            </w:pPr>
            <w:r>
              <w:rPr>
                <w:sz w:val="11"/>
              </w:rPr>
              <w:t>R001</w:t>
            </w:r>
          </w:p>
        </w:tc>
        <w:tc>
          <w:tcPr>
            <w:tcW w:w="1059" w:type="dxa"/>
          </w:tcPr>
          <w:p w14:paraId="57CD6A14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7E6B56D5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76EF13D9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4CD97061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4CB91F8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4FAE27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57CEF56D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9AA3CB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52E8752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AE31AE1" w14:textId="77777777" w:rsidR="00540C13" w:rsidRDefault="00000000" w:rsidP="006E17D0">
            <w:pPr>
              <w:bidi/>
            </w:pPr>
            <w:r>
              <w:rPr>
                <w:sz w:val="11"/>
              </w:rPr>
              <w:t>4.5</w:t>
            </w:r>
          </w:p>
        </w:tc>
        <w:tc>
          <w:tcPr>
            <w:tcW w:w="1059" w:type="dxa"/>
          </w:tcPr>
          <w:p w14:paraId="358B0F0B" w14:textId="77777777" w:rsidR="00540C13" w:rsidRDefault="00000000" w:rsidP="006E17D0">
            <w:pPr>
              <w:bidi/>
            </w:pPr>
            <w:r>
              <w:rPr>
                <w:sz w:val="11"/>
              </w:rPr>
              <w:t>4.67</w:t>
            </w:r>
          </w:p>
        </w:tc>
        <w:tc>
          <w:tcPr>
            <w:tcW w:w="1059" w:type="dxa"/>
          </w:tcPr>
          <w:p w14:paraId="32CCE2A7" w14:textId="77777777" w:rsidR="00540C13" w:rsidRDefault="00000000" w:rsidP="006E17D0">
            <w:pPr>
              <w:bidi/>
            </w:pPr>
            <w:r>
              <w:rPr>
                <w:sz w:val="11"/>
              </w:rPr>
              <w:t>4.17</w:t>
            </w:r>
          </w:p>
        </w:tc>
        <w:tc>
          <w:tcPr>
            <w:tcW w:w="1059" w:type="dxa"/>
          </w:tcPr>
          <w:p w14:paraId="791FE958" w14:textId="77777777" w:rsidR="00540C13" w:rsidRDefault="00000000" w:rsidP="006E17D0">
            <w:pPr>
              <w:bidi/>
            </w:pPr>
            <w:r>
              <w:rPr>
                <w:sz w:val="11"/>
              </w:rPr>
              <w:t>4.44</w:t>
            </w:r>
          </w:p>
        </w:tc>
      </w:tr>
      <w:tr w:rsidR="00540C13" w14:paraId="240BB42E" w14:textId="77777777">
        <w:trPr>
          <w:jc w:val="center"/>
        </w:trPr>
        <w:tc>
          <w:tcPr>
            <w:tcW w:w="1059" w:type="dxa"/>
          </w:tcPr>
          <w:p w14:paraId="57E37E0E" w14:textId="77777777" w:rsidR="00540C13" w:rsidRDefault="00000000" w:rsidP="006E17D0">
            <w:pPr>
              <w:bidi/>
            </w:pPr>
            <w:r>
              <w:rPr>
                <w:sz w:val="11"/>
              </w:rPr>
              <w:t>R002</w:t>
            </w:r>
          </w:p>
        </w:tc>
        <w:tc>
          <w:tcPr>
            <w:tcW w:w="1059" w:type="dxa"/>
          </w:tcPr>
          <w:p w14:paraId="4D67D193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2DFE339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021CCDFD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61712F1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5E3E6B96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1BB247A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1731281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5699B3FB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619A8B35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00DB6718" w14:textId="77777777" w:rsidR="00540C13" w:rsidRDefault="00000000" w:rsidP="006E17D0">
            <w:pPr>
              <w:bidi/>
            </w:pPr>
            <w:r>
              <w:rPr>
                <w:sz w:val="11"/>
              </w:rPr>
              <w:t>4.67</w:t>
            </w:r>
          </w:p>
        </w:tc>
        <w:tc>
          <w:tcPr>
            <w:tcW w:w="1059" w:type="dxa"/>
          </w:tcPr>
          <w:p w14:paraId="7C0EBA57" w14:textId="77777777" w:rsidR="00540C13" w:rsidRDefault="00000000" w:rsidP="006E17D0">
            <w:pPr>
              <w:bidi/>
            </w:pPr>
            <w:r>
              <w:rPr>
                <w:sz w:val="11"/>
              </w:rPr>
              <w:t>4.17</w:t>
            </w:r>
          </w:p>
        </w:tc>
        <w:tc>
          <w:tcPr>
            <w:tcW w:w="1059" w:type="dxa"/>
          </w:tcPr>
          <w:p w14:paraId="5C0F8567" w14:textId="77777777" w:rsidR="00540C13" w:rsidRDefault="00000000" w:rsidP="006E17D0">
            <w:pPr>
              <w:bidi/>
            </w:pPr>
            <w:r>
              <w:rPr>
                <w:sz w:val="11"/>
              </w:rPr>
              <w:t>4.33</w:t>
            </w:r>
          </w:p>
        </w:tc>
        <w:tc>
          <w:tcPr>
            <w:tcW w:w="1059" w:type="dxa"/>
          </w:tcPr>
          <w:p w14:paraId="5A7DB814" w14:textId="77777777" w:rsidR="00540C13" w:rsidRDefault="00000000" w:rsidP="006E17D0">
            <w:pPr>
              <w:bidi/>
            </w:pPr>
            <w:r>
              <w:rPr>
                <w:sz w:val="11"/>
              </w:rPr>
              <w:t>4.39</w:t>
            </w:r>
          </w:p>
        </w:tc>
      </w:tr>
      <w:tr w:rsidR="00540C13" w14:paraId="48453DF8" w14:textId="77777777">
        <w:trPr>
          <w:jc w:val="center"/>
        </w:trPr>
        <w:tc>
          <w:tcPr>
            <w:tcW w:w="1059" w:type="dxa"/>
          </w:tcPr>
          <w:p w14:paraId="700C052D" w14:textId="77777777" w:rsidR="00540C13" w:rsidRDefault="00000000" w:rsidP="006E17D0">
            <w:pPr>
              <w:bidi/>
            </w:pPr>
            <w:r>
              <w:rPr>
                <w:sz w:val="11"/>
              </w:rPr>
              <w:t>R003</w:t>
            </w:r>
          </w:p>
        </w:tc>
        <w:tc>
          <w:tcPr>
            <w:tcW w:w="1059" w:type="dxa"/>
          </w:tcPr>
          <w:p w14:paraId="182F7F98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13EA170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0AC440E0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5F9762B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6E370A36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508FBB78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3517BC31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6A9B7638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69133B0D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21CD5377" w14:textId="77777777" w:rsidR="00540C13" w:rsidRDefault="00000000" w:rsidP="006E17D0">
            <w:pPr>
              <w:bidi/>
            </w:pPr>
            <w:r>
              <w:rPr>
                <w:sz w:val="11"/>
              </w:rPr>
              <w:t>4.17</w:t>
            </w:r>
          </w:p>
        </w:tc>
        <w:tc>
          <w:tcPr>
            <w:tcW w:w="1059" w:type="dxa"/>
          </w:tcPr>
          <w:p w14:paraId="5D07CBBA" w14:textId="77777777" w:rsidR="00540C13" w:rsidRDefault="00000000" w:rsidP="006E17D0">
            <w:pPr>
              <w:bidi/>
            </w:pPr>
            <w:r>
              <w:rPr>
                <w:sz w:val="11"/>
              </w:rPr>
              <w:t>3.33</w:t>
            </w:r>
          </w:p>
        </w:tc>
        <w:tc>
          <w:tcPr>
            <w:tcW w:w="1059" w:type="dxa"/>
          </w:tcPr>
          <w:p w14:paraId="0F1F9410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497FD618" w14:textId="77777777" w:rsidR="00540C13" w:rsidRDefault="00000000" w:rsidP="006E17D0">
            <w:pPr>
              <w:bidi/>
            </w:pPr>
            <w:r>
              <w:rPr>
                <w:sz w:val="11"/>
              </w:rPr>
              <w:t>3.5</w:t>
            </w:r>
          </w:p>
        </w:tc>
      </w:tr>
      <w:tr w:rsidR="00540C13" w14:paraId="673F6E10" w14:textId="77777777">
        <w:trPr>
          <w:jc w:val="center"/>
        </w:trPr>
        <w:tc>
          <w:tcPr>
            <w:tcW w:w="1059" w:type="dxa"/>
          </w:tcPr>
          <w:p w14:paraId="23673879" w14:textId="77777777" w:rsidR="00540C13" w:rsidRDefault="00000000" w:rsidP="006E17D0">
            <w:pPr>
              <w:bidi/>
            </w:pPr>
            <w:r>
              <w:rPr>
                <w:sz w:val="11"/>
              </w:rPr>
              <w:t>R004</w:t>
            </w:r>
          </w:p>
        </w:tc>
        <w:tc>
          <w:tcPr>
            <w:tcW w:w="1059" w:type="dxa"/>
          </w:tcPr>
          <w:p w14:paraId="49EE4A94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55AFFAB0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5B31137E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04C5B5A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FD651DC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4C0F335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E32A42A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77D0EB98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24EB2EA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6D6A00C1" w14:textId="77777777" w:rsidR="00540C13" w:rsidRDefault="00000000" w:rsidP="006E17D0">
            <w:pPr>
              <w:bidi/>
            </w:pPr>
            <w:r>
              <w:rPr>
                <w:sz w:val="11"/>
              </w:rPr>
              <w:t>3.83</w:t>
            </w:r>
          </w:p>
        </w:tc>
        <w:tc>
          <w:tcPr>
            <w:tcW w:w="1059" w:type="dxa"/>
          </w:tcPr>
          <w:p w14:paraId="16ABD384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58DE3BE7" w14:textId="77777777" w:rsidR="00540C13" w:rsidRDefault="00000000" w:rsidP="006E17D0">
            <w:pPr>
              <w:bidi/>
            </w:pPr>
            <w:r>
              <w:rPr>
                <w:sz w:val="11"/>
              </w:rPr>
              <w:t>3.83</w:t>
            </w:r>
          </w:p>
        </w:tc>
        <w:tc>
          <w:tcPr>
            <w:tcW w:w="1059" w:type="dxa"/>
          </w:tcPr>
          <w:p w14:paraId="60ACFBA9" w14:textId="77777777" w:rsidR="00540C13" w:rsidRDefault="00000000" w:rsidP="006E17D0">
            <w:pPr>
              <w:bidi/>
            </w:pPr>
            <w:r>
              <w:rPr>
                <w:sz w:val="11"/>
              </w:rPr>
              <w:t>3.56</w:t>
            </w:r>
          </w:p>
        </w:tc>
      </w:tr>
      <w:tr w:rsidR="00540C13" w14:paraId="4178E00F" w14:textId="77777777">
        <w:trPr>
          <w:jc w:val="center"/>
        </w:trPr>
        <w:tc>
          <w:tcPr>
            <w:tcW w:w="1059" w:type="dxa"/>
          </w:tcPr>
          <w:p w14:paraId="076E5CB1" w14:textId="77777777" w:rsidR="00540C13" w:rsidRDefault="00000000" w:rsidP="006E17D0">
            <w:pPr>
              <w:bidi/>
            </w:pPr>
            <w:r>
              <w:rPr>
                <w:sz w:val="11"/>
              </w:rPr>
              <w:t>R005</w:t>
            </w:r>
          </w:p>
        </w:tc>
        <w:tc>
          <w:tcPr>
            <w:tcW w:w="1059" w:type="dxa"/>
          </w:tcPr>
          <w:p w14:paraId="2FE6B5F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40DF7908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5832F981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69A9C4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646A6EDD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622C0606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4DF00A0B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CBE1720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7389D2E8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096CF589" w14:textId="77777777" w:rsidR="00540C13" w:rsidRDefault="00000000" w:rsidP="006E17D0">
            <w:pPr>
              <w:bidi/>
            </w:pPr>
            <w:r>
              <w:rPr>
                <w:sz w:val="11"/>
              </w:rPr>
              <w:t>3.67</w:t>
            </w:r>
          </w:p>
        </w:tc>
        <w:tc>
          <w:tcPr>
            <w:tcW w:w="1059" w:type="dxa"/>
          </w:tcPr>
          <w:p w14:paraId="341447C9" w14:textId="77777777" w:rsidR="00540C13" w:rsidRDefault="00000000" w:rsidP="006E17D0">
            <w:pPr>
              <w:bidi/>
            </w:pPr>
            <w:r>
              <w:rPr>
                <w:sz w:val="11"/>
              </w:rPr>
              <w:t>3.33</w:t>
            </w:r>
          </w:p>
        </w:tc>
        <w:tc>
          <w:tcPr>
            <w:tcW w:w="1059" w:type="dxa"/>
          </w:tcPr>
          <w:p w14:paraId="0912BAA5" w14:textId="77777777" w:rsidR="00540C13" w:rsidRDefault="00000000" w:rsidP="006E17D0">
            <w:pPr>
              <w:bidi/>
            </w:pPr>
            <w:r>
              <w:rPr>
                <w:sz w:val="11"/>
              </w:rPr>
              <w:t>3.83</w:t>
            </w:r>
          </w:p>
        </w:tc>
        <w:tc>
          <w:tcPr>
            <w:tcW w:w="1059" w:type="dxa"/>
          </w:tcPr>
          <w:p w14:paraId="2E8F1081" w14:textId="77777777" w:rsidR="00540C13" w:rsidRDefault="00000000" w:rsidP="006E17D0">
            <w:pPr>
              <w:bidi/>
            </w:pPr>
            <w:r>
              <w:rPr>
                <w:sz w:val="11"/>
              </w:rPr>
              <w:t>3.61</w:t>
            </w:r>
          </w:p>
        </w:tc>
      </w:tr>
      <w:tr w:rsidR="00540C13" w14:paraId="6FF3DC72" w14:textId="77777777">
        <w:trPr>
          <w:jc w:val="center"/>
        </w:trPr>
        <w:tc>
          <w:tcPr>
            <w:tcW w:w="1059" w:type="dxa"/>
          </w:tcPr>
          <w:p w14:paraId="553865F5" w14:textId="77777777" w:rsidR="00540C13" w:rsidRDefault="00000000" w:rsidP="006E17D0">
            <w:pPr>
              <w:bidi/>
            </w:pPr>
            <w:r>
              <w:rPr>
                <w:sz w:val="11"/>
              </w:rPr>
              <w:t>R006</w:t>
            </w:r>
          </w:p>
        </w:tc>
        <w:tc>
          <w:tcPr>
            <w:tcW w:w="1059" w:type="dxa"/>
          </w:tcPr>
          <w:p w14:paraId="6FAC3EEB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DF6B22F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3C1E95C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C65ECC7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6D39928A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54B7A8E6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24D767A2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76AF70CA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4386E56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91B692D" w14:textId="77777777" w:rsidR="00540C13" w:rsidRDefault="00000000" w:rsidP="006E17D0">
            <w:pPr>
              <w:bidi/>
            </w:pPr>
            <w:r>
              <w:rPr>
                <w:sz w:val="11"/>
              </w:rPr>
              <w:t>3.5</w:t>
            </w:r>
          </w:p>
        </w:tc>
        <w:tc>
          <w:tcPr>
            <w:tcW w:w="1059" w:type="dxa"/>
          </w:tcPr>
          <w:p w14:paraId="1B9EA523" w14:textId="77777777" w:rsidR="00540C13" w:rsidRDefault="00000000" w:rsidP="006E17D0">
            <w:pPr>
              <w:bidi/>
            </w:pPr>
            <w:r>
              <w:rPr>
                <w:sz w:val="11"/>
              </w:rPr>
              <w:t>3.67</w:t>
            </w:r>
          </w:p>
        </w:tc>
        <w:tc>
          <w:tcPr>
            <w:tcW w:w="1059" w:type="dxa"/>
          </w:tcPr>
          <w:p w14:paraId="3031F5A0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07A8C0AA" w14:textId="77777777" w:rsidR="00540C13" w:rsidRDefault="00000000" w:rsidP="006E17D0">
            <w:pPr>
              <w:bidi/>
            </w:pPr>
            <w:r>
              <w:rPr>
                <w:sz w:val="11"/>
              </w:rPr>
              <w:t>3.39</w:t>
            </w:r>
          </w:p>
        </w:tc>
      </w:tr>
      <w:tr w:rsidR="00540C13" w14:paraId="40F305B5" w14:textId="77777777">
        <w:trPr>
          <w:jc w:val="center"/>
        </w:trPr>
        <w:tc>
          <w:tcPr>
            <w:tcW w:w="1059" w:type="dxa"/>
          </w:tcPr>
          <w:p w14:paraId="795D056F" w14:textId="77777777" w:rsidR="00540C13" w:rsidRDefault="00000000" w:rsidP="006E17D0">
            <w:pPr>
              <w:bidi/>
            </w:pPr>
            <w:r>
              <w:rPr>
                <w:sz w:val="11"/>
              </w:rPr>
              <w:t>R007</w:t>
            </w:r>
          </w:p>
        </w:tc>
        <w:tc>
          <w:tcPr>
            <w:tcW w:w="1059" w:type="dxa"/>
          </w:tcPr>
          <w:p w14:paraId="00A6757B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0CF5906E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43B28DE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3FA8FE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E6F5CE6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014B9E14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4CFC136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D81EBE0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C42ED4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E95B534" w14:textId="77777777" w:rsidR="00540C13" w:rsidRDefault="00000000" w:rsidP="006E17D0">
            <w:pPr>
              <w:bidi/>
            </w:pPr>
            <w:r>
              <w:rPr>
                <w:sz w:val="11"/>
              </w:rPr>
              <w:t>4.5</w:t>
            </w:r>
          </w:p>
        </w:tc>
        <w:tc>
          <w:tcPr>
            <w:tcW w:w="1059" w:type="dxa"/>
          </w:tcPr>
          <w:p w14:paraId="405561D5" w14:textId="77777777" w:rsidR="00540C13" w:rsidRDefault="00000000" w:rsidP="006E17D0">
            <w:pPr>
              <w:bidi/>
            </w:pPr>
            <w:r>
              <w:rPr>
                <w:sz w:val="11"/>
              </w:rPr>
              <w:t>4.17</w:t>
            </w:r>
          </w:p>
        </w:tc>
        <w:tc>
          <w:tcPr>
            <w:tcW w:w="1059" w:type="dxa"/>
          </w:tcPr>
          <w:p w14:paraId="26970F55" w14:textId="77777777" w:rsidR="00540C13" w:rsidRDefault="00000000" w:rsidP="006E17D0">
            <w:pPr>
              <w:bidi/>
            </w:pPr>
            <w:r>
              <w:rPr>
                <w:sz w:val="11"/>
              </w:rPr>
              <w:t>4.33</w:t>
            </w:r>
          </w:p>
        </w:tc>
        <w:tc>
          <w:tcPr>
            <w:tcW w:w="1059" w:type="dxa"/>
          </w:tcPr>
          <w:p w14:paraId="0C33F963" w14:textId="77777777" w:rsidR="00540C13" w:rsidRDefault="00000000" w:rsidP="006E17D0">
            <w:pPr>
              <w:bidi/>
            </w:pPr>
            <w:r>
              <w:rPr>
                <w:sz w:val="11"/>
              </w:rPr>
              <w:t>4.33</w:t>
            </w:r>
          </w:p>
        </w:tc>
      </w:tr>
      <w:tr w:rsidR="00540C13" w14:paraId="0827E5BA" w14:textId="77777777">
        <w:trPr>
          <w:jc w:val="center"/>
        </w:trPr>
        <w:tc>
          <w:tcPr>
            <w:tcW w:w="1059" w:type="dxa"/>
          </w:tcPr>
          <w:p w14:paraId="462EDA2E" w14:textId="77777777" w:rsidR="00540C13" w:rsidRDefault="00000000" w:rsidP="006E17D0">
            <w:pPr>
              <w:bidi/>
            </w:pPr>
            <w:r>
              <w:rPr>
                <w:sz w:val="11"/>
              </w:rPr>
              <w:t>R008</w:t>
            </w:r>
          </w:p>
        </w:tc>
        <w:tc>
          <w:tcPr>
            <w:tcW w:w="1059" w:type="dxa"/>
          </w:tcPr>
          <w:p w14:paraId="0E74DFF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4C1DF7A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0CA71AB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1B9D98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51DB8043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6CD47137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2D084AE2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22D9C57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1AD38016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3EE5949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8828BCD" w14:textId="77777777" w:rsidR="00540C13" w:rsidRDefault="00000000" w:rsidP="006E17D0">
            <w:pPr>
              <w:bidi/>
            </w:pPr>
            <w:r>
              <w:rPr>
                <w:sz w:val="11"/>
              </w:rPr>
              <w:t>3.67</w:t>
            </w:r>
          </w:p>
        </w:tc>
        <w:tc>
          <w:tcPr>
            <w:tcW w:w="1059" w:type="dxa"/>
          </w:tcPr>
          <w:p w14:paraId="1339DF43" w14:textId="77777777" w:rsidR="00540C13" w:rsidRDefault="00000000" w:rsidP="006E17D0">
            <w:pPr>
              <w:bidi/>
            </w:pPr>
            <w:r>
              <w:rPr>
                <w:sz w:val="11"/>
              </w:rPr>
              <w:t>3.5</w:t>
            </w:r>
          </w:p>
        </w:tc>
        <w:tc>
          <w:tcPr>
            <w:tcW w:w="1059" w:type="dxa"/>
          </w:tcPr>
          <w:p w14:paraId="2E36D220" w14:textId="77777777" w:rsidR="00540C13" w:rsidRDefault="00000000" w:rsidP="006E17D0">
            <w:pPr>
              <w:bidi/>
            </w:pPr>
            <w:r>
              <w:rPr>
                <w:sz w:val="11"/>
              </w:rPr>
              <w:t>3.72</w:t>
            </w:r>
          </w:p>
        </w:tc>
      </w:tr>
      <w:tr w:rsidR="00540C13" w14:paraId="088670E4" w14:textId="77777777">
        <w:trPr>
          <w:jc w:val="center"/>
        </w:trPr>
        <w:tc>
          <w:tcPr>
            <w:tcW w:w="1059" w:type="dxa"/>
          </w:tcPr>
          <w:p w14:paraId="7DA4CAB6" w14:textId="77777777" w:rsidR="00540C13" w:rsidRDefault="00000000" w:rsidP="006E17D0">
            <w:pPr>
              <w:bidi/>
            </w:pPr>
            <w:r>
              <w:rPr>
                <w:sz w:val="11"/>
              </w:rPr>
              <w:t>R009</w:t>
            </w:r>
          </w:p>
        </w:tc>
        <w:tc>
          <w:tcPr>
            <w:tcW w:w="1059" w:type="dxa"/>
          </w:tcPr>
          <w:p w14:paraId="3601A68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85E26A3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4EFD31C0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626A7A39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29DFD6FE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B479289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53CD5774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07A0D423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3FF6F1C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7FA5EF19" w14:textId="77777777" w:rsidR="00540C13" w:rsidRDefault="00000000" w:rsidP="006E17D0">
            <w:pPr>
              <w:bidi/>
            </w:pPr>
            <w:r>
              <w:rPr>
                <w:sz w:val="11"/>
              </w:rPr>
              <w:t>3.33</w:t>
            </w:r>
          </w:p>
        </w:tc>
        <w:tc>
          <w:tcPr>
            <w:tcW w:w="1059" w:type="dxa"/>
          </w:tcPr>
          <w:p w14:paraId="1BD29ECD" w14:textId="77777777" w:rsidR="00540C13" w:rsidRDefault="00000000" w:rsidP="006E17D0">
            <w:pPr>
              <w:bidi/>
            </w:pPr>
            <w:r>
              <w:rPr>
                <w:sz w:val="11"/>
              </w:rPr>
              <w:t>3.33</w:t>
            </w:r>
          </w:p>
        </w:tc>
        <w:tc>
          <w:tcPr>
            <w:tcW w:w="1059" w:type="dxa"/>
          </w:tcPr>
          <w:p w14:paraId="7A22D697" w14:textId="77777777" w:rsidR="00540C13" w:rsidRDefault="00000000" w:rsidP="006E17D0">
            <w:pPr>
              <w:bidi/>
            </w:pPr>
            <w:r>
              <w:rPr>
                <w:sz w:val="11"/>
              </w:rPr>
              <w:t>3.17</w:t>
            </w:r>
          </w:p>
        </w:tc>
        <w:tc>
          <w:tcPr>
            <w:tcW w:w="1059" w:type="dxa"/>
          </w:tcPr>
          <w:p w14:paraId="258F60EF" w14:textId="77777777" w:rsidR="00540C13" w:rsidRDefault="00000000" w:rsidP="006E17D0">
            <w:pPr>
              <w:bidi/>
            </w:pPr>
            <w:r>
              <w:rPr>
                <w:sz w:val="11"/>
              </w:rPr>
              <w:t>3.28</w:t>
            </w:r>
          </w:p>
        </w:tc>
      </w:tr>
      <w:tr w:rsidR="00540C13" w14:paraId="5BA83C99" w14:textId="77777777">
        <w:trPr>
          <w:jc w:val="center"/>
        </w:trPr>
        <w:tc>
          <w:tcPr>
            <w:tcW w:w="1059" w:type="dxa"/>
          </w:tcPr>
          <w:p w14:paraId="28A599EB" w14:textId="77777777" w:rsidR="00540C13" w:rsidRDefault="00000000" w:rsidP="006E17D0">
            <w:pPr>
              <w:bidi/>
            </w:pPr>
            <w:r>
              <w:rPr>
                <w:sz w:val="11"/>
              </w:rPr>
              <w:t>R010</w:t>
            </w:r>
          </w:p>
        </w:tc>
        <w:tc>
          <w:tcPr>
            <w:tcW w:w="1059" w:type="dxa"/>
          </w:tcPr>
          <w:p w14:paraId="740EA3F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0B4FB2B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6A14828D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FE144A6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70135D9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31FA0FB2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6138EF29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603BED61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60E9B3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966A724" w14:textId="77777777" w:rsidR="00540C13" w:rsidRDefault="00000000" w:rsidP="006E17D0">
            <w:pPr>
              <w:bidi/>
            </w:pPr>
            <w:r>
              <w:rPr>
                <w:sz w:val="11"/>
              </w:rPr>
              <w:t>3.67</w:t>
            </w:r>
          </w:p>
        </w:tc>
        <w:tc>
          <w:tcPr>
            <w:tcW w:w="1059" w:type="dxa"/>
          </w:tcPr>
          <w:p w14:paraId="6226CF17" w14:textId="77777777" w:rsidR="00540C13" w:rsidRDefault="00000000" w:rsidP="006E17D0">
            <w:pPr>
              <w:bidi/>
            </w:pPr>
            <w:r>
              <w:rPr>
                <w:sz w:val="11"/>
              </w:rPr>
              <w:t>4.17</w:t>
            </w:r>
          </w:p>
        </w:tc>
        <w:tc>
          <w:tcPr>
            <w:tcW w:w="1059" w:type="dxa"/>
          </w:tcPr>
          <w:p w14:paraId="05E39C58" w14:textId="77777777" w:rsidR="00540C13" w:rsidRDefault="00000000" w:rsidP="006E17D0">
            <w:pPr>
              <w:bidi/>
            </w:pPr>
            <w:r>
              <w:rPr>
                <w:sz w:val="11"/>
              </w:rPr>
              <w:t>3.83</w:t>
            </w:r>
          </w:p>
        </w:tc>
        <w:tc>
          <w:tcPr>
            <w:tcW w:w="1059" w:type="dxa"/>
          </w:tcPr>
          <w:p w14:paraId="07F1A088" w14:textId="77777777" w:rsidR="00540C13" w:rsidRDefault="00000000" w:rsidP="006E17D0">
            <w:pPr>
              <w:bidi/>
            </w:pPr>
            <w:r>
              <w:rPr>
                <w:sz w:val="11"/>
              </w:rPr>
              <w:t>3.89</w:t>
            </w:r>
          </w:p>
        </w:tc>
      </w:tr>
      <w:tr w:rsidR="00540C13" w14:paraId="65AE05D1" w14:textId="77777777">
        <w:trPr>
          <w:jc w:val="center"/>
        </w:trPr>
        <w:tc>
          <w:tcPr>
            <w:tcW w:w="1059" w:type="dxa"/>
          </w:tcPr>
          <w:p w14:paraId="6029A674" w14:textId="77777777" w:rsidR="00540C13" w:rsidRDefault="00000000" w:rsidP="006E17D0">
            <w:pPr>
              <w:bidi/>
            </w:pPr>
            <w:r>
              <w:rPr>
                <w:sz w:val="11"/>
              </w:rPr>
              <w:t>R011</w:t>
            </w:r>
          </w:p>
        </w:tc>
        <w:tc>
          <w:tcPr>
            <w:tcW w:w="1059" w:type="dxa"/>
          </w:tcPr>
          <w:p w14:paraId="38E3870F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0BC118E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9E51037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33ABCD98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60FB223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1D5CD50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D652BBD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7D4B9BFE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58AC512A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65B295B1" w14:textId="77777777" w:rsidR="00540C13" w:rsidRDefault="00000000" w:rsidP="006E17D0">
            <w:pPr>
              <w:bidi/>
            </w:pPr>
            <w:r>
              <w:rPr>
                <w:sz w:val="11"/>
              </w:rPr>
              <w:t>4.5</w:t>
            </w:r>
          </w:p>
        </w:tc>
        <w:tc>
          <w:tcPr>
            <w:tcW w:w="1059" w:type="dxa"/>
          </w:tcPr>
          <w:p w14:paraId="0F25948D" w14:textId="77777777" w:rsidR="00540C13" w:rsidRDefault="00000000" w:rsidP="006E17D0">
            <w:pPr>
              <w:bidi/>
            </w:pPr>
            <w:r>
              <w:rPr>
                <w:sz w:val="11"/>
              </w:rPr>
              <w:t>4.5</w:t>
            </w:r>
          </w:p>
        </w:tc>
        <w:tc>
          <w:tcPr>
            <w:tcW w:w="1059" w:type="dxa"/>
          </w:tcPr>
          <w:p w14:paraId="2FC09242" w14:textId="77777777" w:rsidR="00540C13" w:rsidRDefault="00000000" w:rsidP="006E17D0">
            <w:pPr>
              <w:bidi/>
            </w:pPr>
            <w:r>
              <w:rPr>
                <w:sz w:val="11"/>
              </w:rPr>
              <w:t>3.83</w:t>
            </w:r>
          </w:p>
        </w:tc>
        <w:tc>
          <w:tcPr>
            <w:tcW w:w="1059" w:type="dxa"/>
          </w:tcPr>
          <w:p w14:paraId="09B7A7D3" w14:textId="77777777" w:rsidR="00540C13" w:rsidRDefault="00000000" w:rsidP="006E17D0">
            <w:pPr>
              <w:bidi/>
            </w:pPr>
            <w:r>
              <w:rPr>
                <w:sz w:val="11"/>
              </w:rPr>
              <w:t>4.28</w:t>
            </w:r>
          </w:p>
        </w:tc>
      </w:tr>
      <w:tr w:rsidR="00540C13" w14:paraId="43341DE5" w14:textId="77777777">
        <w:trPr>
          <w:jc w:val="center"/>
        </w:trPr>
        <w:tc>
          <w:tcPr>
            <w:tcW w:w="1059" w:type="dxa"/>
          </w:tcPr>
          <w:p w14:paraId="60221DA8" w14:textId="77777777" w:rsidR="00540C13" w:rsidRDefault="00000000" w:rsidP="006E17D0">
            <w:pPr>
              <w:bidi/>
            </w:pPr>
            <w:r>
              <w:rPr>
                <w:sz w:val="11"/>
              </w:rPr>
              <w:t>R012</w:t>
            </w:r>
          </w:p>
        </w:tc>
        <w:tc>
          <w:tcPr>
            <w:tcW w:w="1059" w:type="dxa"/>
          </w:tcPr>
          <w:p w14:paraId="17D8A41B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6D1C4CC3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71B9D471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0117D9C8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0B0A8256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2D36C4F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292EB453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7FC890A7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4C625D93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74ACBF12" w14:textId="77777777" w:rsidR="00540C13" w:rsidRDefault="00000000" w:rsidP="006E17D0">
            <w:pPr>
              <w:bidi/>
            </w:pPr>
            <w:r>
              <w:rPr>
                <w:sz w:val="11"/>
              </w:rPr>
              <w:t>3.5</w:t>
            </w:r>
          </w:p>
        </w:tc>
        <w:tc>
          <w:tcPr>
            <w:tcW w:w="1059" w:type="dxa"/>
          </w:tcPr>
          <w:p w14:paraId="222AFA3F" w14:textId="77777777" w:rsidR="00540C13" w:rsidRDefault="00000000" w:rsidP="006E17D0">
            <w:pPr>
              <w:bidi/>
            </w:pPr>
            <w:r>
              <w:rPr>
                <w:sz w:val="11"/>
              </w:rPr>
              <w:t>2.83</w:t>
            </w:r>
          </w:p>
        </w:tc>
        <w:tc>
          <w:tcPr>
            <w:tcW w:w="1059" w:type="dxa"/>
          </w:tcPr>
          <w:p w14:paraId="65CEFB28" w14:textId="77777777" w:rsidR="00540C13" w:rsidRDefault="00000000" w:rsidP="006E17D0">
            <w:pPr>
              <w:bidi/>
            </w:pPr>
            <w:r>
              <w:rPr>
                <w:sz w:val="11"/>
              </w:rPr>
              <w:t>2.5</w:t>
            </w:r>
          </w:p>
        </w:tc>
        <w:tc>
          <w:tcPr>
            <w:tcW w:w="1059" w:type="dxa"/>
          </w:tcPr>
          <w:p w14:paraId="5086172E" w14:textId="77777777" w:rsidR="00540C13" w:rsidRDefault="00000000" w:rsidP="006E17D0">
            <w:pPr>
              <w:bidi/>
            </w:pPr>
            <w:r>
              <w:rPr>
                <w:sz w:val="11"/>
              </w:rPr>
              <w:t>2.94</w:t>
            </w:r>
          </w:p>
        </w:tc>
      </w:tr>
      <w:tr w:rsidR="00540C13" w14:paraId="7C2B8A5A" w14:textId="77777777">
        <w:trPr>
          <w:jc w:val="center"/>
        </w:trPr>
        <w:tc>
          <w:tcPr>
            <w:tcW w:w="1059" w:type="dxa"/>
          </w:tcPr>
          <w:p w14:paraId="416BC065" w14:textId="77777777" w:rsidR="00540C13" w:rsidRDefault="00000000" w:rsidP="006E17D0">
            <w:pPr>
              <w:bidi/>
            </w:pPr>
            <w:r>
              <w:rPr>
                <w:sz w:val="11"/>
              </w:rPr>
              <w:t>R013</w:t>
            </w:r>
          </w:p>
        </w:tc>
        <w:tc>
          <w:tcPr>
            <w:tcW w:w="1059" w:type="dxa"/>
          </w:tcPr>
          <w:p w14:paraId="5DC0B33D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44A90F1D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24B5B13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695C511C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15A09FFA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4E25F683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216EDE60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555DA19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399CC70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4E8C1821" w14:textId="77777777" w:rsidR="00540C13" w:rsidRDefault="00000000" w:rsidP="006E17D0">
            <w:pPr>
              <w:bidi/>
            </w:pPr>
            <w:r>
              <w:rPr>
                <w:sz w:val="11"/>
              </w:rPr>
              <w:t>3.83</w:t>
            </w:r>
          </w:p>
        </w:tc>
        <w:tc>
          <w:tcPr>
            <w:tcW w:w="1059" w:type="dxa"/>
          </w:tcPr>
          <w:p w14:paraId="6F8699DB" w14:textId="77777777" w:rsidR="00540C13" w:rsidRDefault="00000000" w:rsidP="006E17D0">
            <w:pPr>
              <w:bidi/>
            </w:pPr>
            <w:r>
              <w:rPr>
                <w:sz w:val="11"/>
              </w:rPr>
              <w:t>4.17</w:t>
            </w:r>
          </w:p>
        </w:tc>
        <w:tc>
          <w:tcPr>
            <w:tcW w:w="1059" w:type="dxa"/>
          </w:tcPr>
          <w:p w14:paraId="19C947AB" w14:textId="77777777" w:rsidR="00540C13" w:rsidRDefault="00000000" w:rsidP="006E17D0">
            <w:pPr>
              <w:bidi/>
            </w:pPr>
            <w:r>
              <w:rPr>
                <w:sz w:val="11"/>
              </w:rPr>
              <w:t>4.67</w:t>
            </w:r>
          </w:p>
        </w:tc>
        <w:tc>
          <w:tcPr>
            <w:tcW w:w="1059" w:type="dxa"/>
          </w:tcPr>
          <w:p w14:paraId="59CF2E2E" w14:textId="77777777" w:rsidR="00540C13" w:rsidRDefault="00000000" w:rsidP="006E17D0">
            <w:pPr>
              <w:bidi/>
            </w:pPr>
            <w:r>
              <w:rPr>
                <w:sz w:val="11"/>
              </w:rPr>
              <w:t>4.22</w:t>
            </w:r>
          </w:p>
        </w:tc>
      </w:tr>
      <w:tr w:rsidR="00540C13" w14:paraId="3F54EBDE" w14:textId="77777777">
        <w:trPr>
          <w:jc w:val="center"/>
        </w:trPr>
        <w:tc>
          <w:tcPr>
            <w:tcW w:w="1059" w:type="dxa"/>
          </w:tcPr>
          <w:p w14:paraId="2D679143" w14:textId="77777777" w:rsidR="00540C13" w:rsidRDefault="00000000" w:rsidP="006E17D0">
            <w:pPr>
              <w:bidi/>
            </w:pPr>
            <w:r>
              <w:rPr>
                <w:sz w:val="11"/>
              </w:rPr>
              <w:t>R014</w:t>
            </w:r>
          </w:p>
        </w:tc>
        <w:tc>
          <w:tcPr>
            <w:tcW w:w="1059" w:type="dxa"/>
          </w:tcPr>
          <w:p w14:paraId="793C86D6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220DB53B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02EE6B1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0F8EC58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733C3E5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69302A81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7DB78CB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9B5ED19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13559A66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5610E503" w14:textId="77777777" w:rsidR="00540C13" w:rsidRDefault="00000000" w:rsidP="006E17D0">
            <w:pPr>
              <w:bidi/>
            </w:pPr>
            <w:r>
              <w:rPr>
                <w:sz w:val="11"/>
              </w:rPr>
              <w:t>3.5</w:t>
            </w:r>
          </w:p>
        </w:tc>
        <w:tc>
          <w:tcPr>
            <w:tcW w:w="1059" w:type="dxa"/>
          </w:tcPr>
          <w:p w14:paraId="612E9980" w14:textId="77777777" w:rsidR="00540C13" w:rsidRDefault="00000000" w:rsidP="006E17D0">
            <w:pPr>
              <w:bidi/>
            </w:pPr>
            <w:r>
              <w:rPr>
                <w:sz w:val="11"/>
              </w:rPr>
              <w:t>3.5</w:t>
            </w:r>
          </w:p>
        </w:tc>
        <w:tc>
          <w:tcPr>
            <w:tcW w:w="1059" w:type="dxa"/>
          </w:tcPr>
          <w:p w14:paraId="53C3B58A" w14:textId="77777777" w:rsidR="00540C13" w:rsidRDefault="00000000" w:rsidP="006E17D0">
            <w:pPr>
              <w:bidi/>
            </w:pPr>
            <w:r>
              <w:rPr>
                <w:sz w:val="11"/>
              </w:rPr>
              <w:t>3.33</w:t>
            </w:r>
          </w:p>
        </w:tc>
        <w:tc>
          <w:tcPr>
            <w:tcW w:w="1059" w:type="dxa"/>
          </w:tcPr>
          <w:p w14:paraId="16185A82" w14:textId="77777777" w:rsidR="00540C13" w:rsidRDefault="00000000" w:rsidP="006E17D0">
            <w:pPr>
              <w:bidi/>
            </w:pPr>
            <w:r>
              <w:rPr>
                <w:sz w:val="11"/>
              </w:rPr>
              <w:t>3.44</w:t>
            </w:r>
          </w:p>
        </w:tc>
      </w:tr>
      <w:tr w:rsidR="00540C13" w14:paraId="4C47F31D" w14:textId="77777777">
        <w:trPr>
          <w:jc w:val="center"/>
        </w:trPr>
        <w:tc>
          <w:tcPr>
            <w:tcW w:w="1059" w:type="dxa"/>
          </w:tcPr>
          <w:p w14:paraId="37E977CB" w14:textId="77777777" w:rsidR="00540C13" w:rsidRDefault="00000000" w:rsidP="006E17D0">
            <w:pPr>
              <w:bidi/>
            </w:pPr>
            <w:r>
              <w:rPr>
                <w:sz w:val="11"/>
              </w:rPr>
              <w:t>R015</w:t>
            </w:r>
          </w:p>
        </w:tc>
        <w:tc>
          <w:tcPr>
            <w:tcW w:w="1059" w:type="dxa"/>
          </w:tcPr>
          <w:p w14:paraId="12A57FEA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7228ED53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272587A2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65D11CB4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224710D7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1B5DCDB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8A9B580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21A4EF68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4F811EA7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2781DD83" w14:textId="77777777" w:rsidR="00540C13" w:rsidRDefault="00000000" w:rsidP="006E17D0">
            <w:pPr>
              <w:bidi/>
            </w:pPr>
            <w:r>
              <w:rPr>
                <w:sz w:val="11"/>
              </w:rPr>
              <w:t>3.5</w:t>
            </w:r>
          </w:p>
        </w:tc>
        <w:tc>
          <w:tcPr>
            <w:tcW w:w="1059" w:type="dxa"/>
          </w:tcPr>
          <w:p w14:paraId="3C1BB332" w14:textId="77777777" w:rsidR="00540C13" w:rsidRDefault="00000000" w:rsidP="006E17D0">
            <w:pPr>
              <w:bidi/>
            </w:pPr>
            <w:r>
              <w:rPr>
                <w:sz w:val="11"/>
              </w:rPr>
              <w:t>3.17</w:t>
            </w:r>
          </w:p>
        </w:tc>
        <w:tc>
          <w:tcPr>
            <w:tcW w:w="1059" w:type="dxa"/>
          </w:tcPr>
          <w:p w14:paraId="0DB65F62" w14:textId="77777777" w:rsidR="00540C13" w:rsidRDefault="00000000" w:rsidP="006E17D0">
            <w:pPr>
              <w:bidi/>
            </w:pPr>
            <w:r>
              <w:rPr>
                <w:sz w:val="11"/>
              </w:rPr>
              <w:t>3.33</w:t>
            </w:r>
          </w:p>
        </w:tc>
        <w:tc>
          <w:tcPr>
            <w:tcW w:w="1059" w:type="dxa"/>
          </w:tcPr>
          <w:p w14:paraId="2875DA64" w14:textId="77777777" w:rsidR="00540C13" w:rsidRDefault="00000000" w:rsidP="006E17D0">
            <w:pPr>
              <w:bidi/>
            </w:pPr>
            <w:r>
              <w:rPr>
                <w:sz w:val="11"/>
              </w:rPr>
              <w:t>3.33</w:t>
            </w:r>
          </w:p>
        </w:tc>
      </w:tr>
      <w:tr w:rsidR="00540C13" w14:paraId="146E8AE7" w14:textId="77777777">
        <w:trPr>
          <w:jc w:val="center"/>
        </w:trPr>
        <w:tc>
          <w:tcPr>
            <w:tcW w:w="1059" w:type="dxa"/>
          </w:tcPr>
          <w:p w14:paraId="7F466FA1" w14:textId="77777777" w:rsidR="00540C13" w:rsidRDefault="00000000" w:rsidP="006E17D0">
            <w:pPr>
              <w:bidi/>
            </w:pPr>
            <w:r>
              <w:rPr>
                <w:sz w:val="11"/>
              </w:rPr>
              <w:t>R016</w:t>
            </w:r>
          </w:p>
        </w:tc>
        <w:tc>
          <w:tcPr>
            <w:tcW w:w="1059" w:type="dxa"/>
          </w:tcPr>
          <w:p w14:paraId="4C357A5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AA3F37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EBFE01E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6205A81A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0E0ED90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6AA94E8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C36F24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62F9681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151AC2D3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EB0E04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2991CE0" w14:textId="77777777" w:rsidR="00540C13" w:rsidRDefault="00000000" w:rsidP="006E17D0">
            <w:pPr>
              <w:bidi/>
            </w:pPr>
            <w:r>
              <w:rPr>
                <w:sz w:val="11"/>
              </w:rPr>
              <w:t>3.67</w:t>
            </w:r>
          </w:p>
        </w:tc>
        <w:tc>
          <w:tcPr>
            <w:tcW w:w="1059" w:type="dxa"/>
          </w:tcPr>
          <w:p w14:paraId="66F5745F" w14:textId="77777777" w:rsidR="00540C13" w:rsidRDefault="00000000" w:rsidP="006E17D0">
            <w:pPr>
              <w:bidi/>
            </w:pPr>
            <w:r>
              <w:rPr>
                <w:sz w:val="11"/>
              </w:rPr>
              <w:t>4.17</w:t>
            </w:r>
          </w:p>
        </w:tc>
        <w:tc>
          <w:tcPr>
            <w:tcW w:w="1059" w:type="dxa"/>
          </w:tcPr>
          <w:p w14:paraId="717E46C9" w14:textId="77777777" w:rsidR="00540C13" w:rsidRDefault="00000000" w:rsidP="006E17D0">
            <w:pPr>
              <w:bidi/>
            </w:pPr>
            <w:r>
              <w:rPr>
                <w:sz w:val="11"/>
              </w:rPr>
              <w:t>3.94</w:t>
            </w:r>
          </w:p>
        </w:tc>
      </w:tr>
      <w:tr w:rsidR="00540C13" w14:paraId="00FD7046" w14:textId="77777777">
        <w:trPr>
          <w:jc w:val="center"/>
        </w:trPr>
        <w:tc>
          <w:tcPr>
            <w:tcW w:w="1059" w:type="dxa"/>
          </w:tcPr>
          <w:p w14:paraId="6FD37963" w14:textId="77777777" w:rsidR="00540C13" w:rsidRDefault="00000000" w:rsidP="006E17D0">
            <w:pPr>
              <w:bidi/>
            </w:pPr>
            <w:r>
              <w:rPr>
                <w:sz w:val="11"/>
              </w:rPr>
              <w:t>R017</w:t>
            </w:r>
          </w:p>
        </w:tc>
        <w:tc>
          <w:tcPr>
            <w:tcW w:w="1059" w:type="dxa"/>
          </w:tcPr>
          <w:p w14:paraId="1EE4B10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4667CF6D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178D74CC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28C674AD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6076DE06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4B30697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1B4AD98B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1885EC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7A88B0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67EA4EC0" w14:textId="77777777" w:rsidR="00540C13" w:rsidRDefault="00000000" w:rsidP="006E17D0">
            <w:pPr>
              <w:bidi/>
            </w:pPr>
            <w:r>
              <w:rPr>
                <w:sz w:val="11"/>
              </w:rPr>
              <w:t>3.67</w:t>
            </w:r>
          </w:p>
        </w:tc>
        <w:tc>
          <w:tcPr>
            <w:tcW w:w="1059" w:type="dxa"/>
          </w:tcPr>
          <w:p w14:paraId="22DC1955" w14:textId="77777777" w:rsidR="00540C13" w:rsidRDefault="00000000" w:rsidP="006E17D0">
            <w:pPr>
              <w:bidi/>
            </w:pPr>
            <w:r>
              <w:rPr>
                <w:sz w:val="11"/>
              </w:rPr>
              <w:t>3.17</w:t>
            </w:r>
          </w:p>
        </w:tc>
        <w:tc>
          <w:tcPr>
            <w:tcW w:w="1059" w:type="dxa"/>
          </w:tcPr>
          <w:p w14:paraId="70C495D6" w14:textId="77777777" w:rsidR="00540C13" w:rsidRDefault="00000000" w:rsidP="006E17D0">
            <w:pPr>
              <w:bidi/>
            </w:pPr>
            <w:r>
              <w:rPr>
                <w:sz w:val="11"/>
              </w:rPr>
              <w:t>4.33</w:t>
            </w:r>
          </w:p>
        </w:tc>
        <w:tc>
          <w:tcPr>
            <w:tcW w:w="1059" w:type="dxa"/>
          </w:tcPr>
          <w:p w14:paraId="40B52947" w14:textId="77777777" w:rsidR="00540C13" w:rsidRDefault="00000000" w:rsidP="006E17D0">
            <w:pPr>
              <w:bidi/>
            </w:pPr>
            <w:r>
              <w:rPr>
                <w:sz w:val="11"/>
              </w:rPr>
              <w:t>3.72</w:t>
            </w:r>
          </w:p>
        </w:tc>
      </w:tr>
      <w:tr w:rsidR="00540C13" w14:paraId="361D8998" w14:textId="77777777">
        <w:trPr>
          <w:jc w:val="center"/>
        </w:trPr>
        <w:tc>
          <w:tcPr>
            <w:tcW w:w="1059" w:type="dxa"/>
          </w:tcPr>
          <w:p w14:paraId="15C8DAFD" w14:textId="77777777" w:rsidR="00540C13" w:rsidRDefault="00000000" w:rsidP="006E17D0">
            <w:pPr>
              <w:bidi/>
            </w:pPr>
            <w:r>
              <w:rPr>
                <w:sz w:val="11"/>
              </w:rPr>
              <w:t>R018</w:t>
            </w:r>
          </w:p>
        </w:tc>
        <w:tc>
          <w:tcPr>
            <w:tcW w:w="1059" w:type="dxa"/>
          </w:tcPr>
          <w:p w14:paraId="5585E02C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0BF5C92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6F335C4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068BC1C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6D05323F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7B657DF0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F9D655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5445658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5553C1F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31F034B3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67227CC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11A08FB" w14:textId="77777777" w:rsidR="00540C13" w:rsidRDefault="00000000" w:rsidP="006E17D0">
            <w:pPr>
              <w:bidi/>
            </w:pPr>
            <w:r>
              <w:rPr>
                <w:sz w:val="11"/>
              </w:rPr>
              <w:t>3.83</w:t>
            </w:r>
          </w:p>
        </w:tc>
        <w:tc>
          <w:tcPr>
            <w:tcW w:w="1059" w:type="dxa"/>
          </w:tcPr>
          <w:p w14:paraId="4ED7567B" w14:textId="77777777" w:rsidR="00540C13" w:rsidRDefault="00000000" w:rsidP="006E17D0">
            <w:pPr>
              <w:bidi/>
            </w:pPr>
            <w:r>
              <w:rPr>
                <w:sz w:val="11"/>
              </w:rPr>
              <w:t>3.94</w:t>
            </w:r>
          </w:p>
        </w:tc>
      </w:tr>
      <w:tr w:rsidR="00540C13" w14:paraId="6B833C32" w14:textId="77777777">
        <w:trPr>
          <w:jc w:val="center"/>
        </w:trPr>
        <w:tc>
          <w:tcPr>
            <w:tcW w:w="1059" w:type="dxa"/>
          </w:tcPr>
          <w:p w14:paraId="26346F0D" w14:textId="77777777" w:rsidR="00540C13" w:rsidRDefault="00000000" w:rsidP="006E17D0">
            <w:pPr>
              <w:bidi/>
            </w:pPr>
            <w:r>
              <w:rPr>
                <w:sz w:val="11"/>
              </w:rPr>
              <w:t>R019</w:t>
            </w:r>
          </w:p>
        </w:tc>
        <w:tc>
          <w:tcPr>
            <w:tcW w:w="1059" w:type="dxa"/>
          </w:tcPr>
          <w:p w14:paraId="44950F9A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25846488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63118A39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32F09E39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53F2D1AA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2562423F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45943C69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62DE5398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0639EB0E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76FB1CB9" w14:textId="77777777" w:rsidR="00540C13" w:rsidRDefault="00000000" w:rsidP="006E17D0">
            <w:pPr>
              <w:bidi/>
            </w:pPr>
            <w:r>
              <w:rPr>
                <w:sz w:val="11"/>
              </w:rPr>
              <w:t>2.83</w:t>
            </w:r>
          </w:p>
        </w:tc>
        <w:tc>
          <w:tcPr>
            <w:tcW w:w="1059" w:type="dxa"/>
          </w:tcPr>
          <w:p w14:paraId="1A89DE98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362D2A96" w14:textId="77777777" w:rsidR="00540C13" w:rsidRDefault="00000000" w:rsidP="006E17D0">
            <w:pPr>
              <w:bidi/>
            </w:pPr>
            <w:r>
              <w:rPr>
                <w:sz w:val="11"/>
              </w:rPr>
              <w:t>2.33</w:t>
            </w:r>
          </w:p>
        </w:tc>
        <w:tc>
          <w:tcPr>
            <w:tcW w:w="1059" w:type="dxa"/>
          </w:tcPr>
          <w:p w14:paraId="7DC78D43" w14:textId="77777777" w:rsidR="00540C13" w:rsidRDefault="00000000" w:rsidP="006E17D0">
            <w:pPr>
              <w:bidi/>
            </w:pPr>
            <w:r>
              <w:rPr>
                <w:sz w:val="11"/>
              </w:rPr>
              <w:t>2.39</w:t>
            </w:r>
          </w:p>
        </w:tc>
      </w:tr>
      <w:tr w:rsidR="00540C13" w14:paraId="0CD2C4AE" w14:textId="77777777">
        <w:trPr>
          <w:jc w:val="center"/>
        </w:trPr>
        <w:tc>
          <w:tcPr>
            <w:tcW w:w="1059" w:type="dxa"/>
          </w:tcPr>
          <w:p w14:paraId="24A949EB" w14:textId="77777777" w:rsidR="00540C13" w:rsidRDefault="00000000" w:rsidP="006E17D0">
            <w:pPr>
              <w:bidi/>
            </w:pPr>
            <w:r>
              <w:rPr>
                <w:sz w:val="11"/>
              </w:rPr>
              <w:t>R020</w:t>
            </w:r>
          </w:p>
        </w:tc>
        <w:tc>
          <w:tcPr>
            <w:tcW w:w="1059" w:type="dxa"/>
          </w:tcPr>
          <w:p w14:paraId="0D858AAD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5725BB34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5D8BA81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51BD1B6E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5ED21BF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D876D68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0F7CFBBC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48D223AD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40AF8F8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2A21BBD5" w14:textId="77777777" w:rsidR="00540C13" w:rsidRDefault="00000000" w:rsidP="006E17D0">
            <w:pPr>
              <w:bidi/>
            </w:pPr>
            <w:r>
              <w:rPr>
                <w:sz w:val="11"/>
              </w:rPr>
              <w:t>3.83</w:t>
            </w:r>
          </w:p>
        </w:tc>
        <w:tc>
          <w:tcPr>
            <w:tcW w:w="1059" w:type="dxa"/>
          </w:tcPr>
          <w:p w14:paraId="6B2F9E09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1CCEC04C" w14:textId="77777777" w:rsidR="00540C13" w:rsidRDefault="00000000" w:rsidP="006E17D0">
            <w:pPr>
              <w:bidi/>
            </w:pPr>
            <w:r>
              <w:rPr>
                <w:sz w:val="11"/>
              </w:rPr>
              <w:t>3.17</w:t>
            </w:r>
          </w:p>
        </w:tc>
        <w:tc>
          <w:tcPr>
            <w:tcW w:w="1059" w:type="dxa"/>
          </w:tcPr>
          <w:p w14:paraId="42B3F535" w14:textId="77777777" w:rsidR="00540C13" w:rsidRDefault="00000000" w:rsidP="006E17D0">
            <w:pPr>
              <w:bidi/>
            </w:pPr>
            <w:r>
              <w:rPr>
                <w:sz w:val="11"/>
              </w:rPr>
              <w:t>3.33</w:t>
            </w:r>
          </w:p>
        </w:tc>
      </w:tr>
      <w:tr w:rsidR="00540C13" w14:paraId="4433997C" w14:textId="77777777">
        <w:trPr>
          <w:jc w:val="center"/>
        </w:trPr>
        <w:tc>
          <w:tcPr>
            <w:tcW w:w="1059" w:type="dxa"/>
          </w:tcPr>
          <w:p w14:paraId="0CCFF333" w14:textId="77777777" w:rsidR="00540C13" w:rsidRDefault="00000000" w:rsidP="006E17D0">
            <w:pPr>
              <w:bidi/>
            </w:pPr>
            <w:r>
              <w:rPr>
                <w:sz w:val="11"/>
              </w:rPr>
              <w:t>R021</w:t>
            </w:r>
          </w:p>
        </w:tc>
        <w:tc>
          <w:tcPr>
            <w:tcW w:w="1059" w:type="dxa"/>
          </w:tcPr>
          <w:p w14:paraId="20B1908B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5702F3FE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27574CC3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5B28A77C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41AE274C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512673FD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4B3C8188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6B422954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64385D12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61576868" w14:textId="77777777" w:rsidR="00540C13" w:rsidRDefault="00000000" w:rsidP="006E17D0">
            <w:pPr>
              <w:bidi/>
            </w:pPr>
            <w:r>
              <w:rPr>
                <w:sz w:val="11"/>
              </w:rPr>
              <w:t>2.33</w:t>
            </w:r>
          </w:p>
        </w:tc>
        <w:tc>
          <w:tcPr>
            <w:tcW w:w="1059" w:type="dxa"/>
          </w:tcPr>
          <w:p w14:paraId="714D5B0F" w14:textId="77777777" w:rsidR="00540C13" w:rsidRDefault="00000000" w:rsidP="006E17D0">
            <w:pPr>
              <w:bidi/>
            </w:pPr>
            <w:r>
              <w:rPr>
                <w:sz w:val="11"/>
              </w:rPr>
              <w:t>2.33</w:t>
            </w:r>
          </w:p>
        </w:tc>
        <w:tc>
          <w:tcPr>
            <w:tcW w:w="1059" w:type="dxa"/>
          </w:tcPr>
          <w:p w14:paraId="3FAB4343" w14:textId="77777777" w:rsidR="00540C13" w:rsidRDefault="00000000" w:rsidP="006E17D0">
            <w:pPr>
              <w:bidi/>
            </w:pPr>
            <w:r>
              <w:rPr>
                <w:sz w:val="11"/>
              </w:rPr>
              <w:t>2.33</w:t>
            </w:r>
          </w:p>
        </w:tc>
        <w:tc>
          <w:tcPr>
            <w:tcW w:w="1059" w:type="dxa"/>
          </w:tcPr>
          <w:p w14:paraId="28404213" w14:textId="77777777" w:rsidR="00540C13" w:rsidRDefault="00000000" w:rsidP="006E17D0">
            <w:pPr>
              <w:bidi/>
            </w:pPr>
            <w:r>
              <w:rPr>
                <w:sz w:val="11"/>
              </w:rPr>
              <w:t>2.33</w:t>
            </w:r>
          </w:p>
        </w:tc>
      </w:tr>
      <w:tr w:rsidR="00540C13" w14:paraId="147ED6B2" w14:textId="77777777">
        <w:trPr>
          <w:jc w:val="center"/>
        </w:trPr>
        <w:tc>
          <w:tcPr>
            <w:tcW w:w="1059" w:type="dxa"/>
          </w:tcPr>
          <w:p w14:paraId="0A9407F0" w14:textId="77777777" w:rsidR="00540C13" w:rsidRDefault="00000000" w:rsidP="006E17D0">
            <w:pPr>
              <w:bidi/>
            </w:pPr>
            <w:r>
              <w:rPr>
                <w:sz w:val="11"/>
              </w:rPr>
              <w:t>R022</w:t>
            </w:r>
          </w:p>
        </w:tc>
        <w:tc>
          <w:tcPr>
            <w:tcW w:w="1059" w:type="dxa"/>
          </w:tcPr>
          <w:p w14:paraId="6C012627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03218734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384C920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6C8C1DD2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5660DFF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5D7E2A41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4C27D9AD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FD6A86D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59082A9F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29580B7A" w14:textId="77777777" w:rsidR="00540C13" w:rsidRDefault="00000000" w:rsidP="006E17D0">
            <w:pPr>
              <w:bidi/>
            </w:pPr>
            <w:r>
              <w:rPr>
                <w:sz w:val="11"/>
              </w:rPr>
              <w:t>3.67</w:t>
            </w:r>
          </w:p>
        </w:tc>
        <w:tc>
          <w:tcPr>
            <w:tcW w:w="1059" w:type="dxa"/>
          </w:tcPr>
          <w:p w14:paraId="31BD0882" w14:textId="77777777" w:rsidR="00540C13" w:rsidRDefault="00000000" w:rsidP="006E17D0">
            <w:pPr>
              <w:bidi/>
            </w:pPr>
            <w:r>
              <w:rPr>
                <w:sz w:val="11"/>
              </w:rPr>
              <w:t>4.17</w:t>
            </w:r>
          </w:p>
        </w:tc>
        <w:tc>
          <w:tcPr>
            <w:tcW w:w="1059" w:type="dxa"/>
          </w:tcPr>
          <w:p w14:paraId="3BFC3E1D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56E7C509" w14:textId="77777777" w:rsidR="00540C13" w:rsidRDefault="00000000" w:rsidP="006E17D0">
            <w:pPr>
              <w:bidi/>
            </w:pPr>
            <w:r>
              <w:rPr>
                <w:sz w:val="11"/>
              </w:rPr>
              <w:t>3.94</w:t>
            </w:r>
          </w:p>
        </w:tc>
      </w:tr>
      <w:tr w:rsidR="00540C13" w14:paraId="1FC13721" w14:textId="77777777">
        <w:trPr>
          <w:jc w:val="center"/>
        </w:trPr>
        <w:tc>
          <w:tcPr>
            <w:tcW w:w="1059" w:type="dxa"/>
          </w:tcPr>
          <w:p w14:paraId="60FF17C5" w14:textId="77777777" w:rsidR="00540C13" w:rsidRDefault="00000000" w:rsidP="006E17D0">
            <w:pPr>
              <w:bidi/>
            </w:pPr>
            <w:r>
              <w:rPr>
                <w:sz w:val="11"/>
              </w:rPr>
              <w:t>R023</w:t>
            </w:r>
          </w:p>
        </w:tc>
        <w:tc>
          <w:tcPr>
            <w:tcW w:w="1059" w:type="dxa"/>
          </w:tcPr>
          <w:p w14:paraId="353FC7BE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6ADEA26E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A0A5111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78D4E3C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1A33F53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5653B678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648BF1DB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67CA5DB6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5979F252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6522083" w14:textId="77777777" w:rsidR="00540C13" w:rsidRDefault="00000000" w:rsidP="006E17D0">
            <w:pPr>
              <w:bidi/>
            </w:pPr>
            <w:r>
              <w:rPr>
                <w:sz w:val="11"/>
              </w:rPr>
              <w:t>4.5</w:t>
            </w:r>
          </w:p>
        </w:tc>
        <w:tc>
          <w:tcPr>
            <w:tcW w:w="1059" w:type="dxa"/>
          </w:tcPr>
          <w:p w14:paraId="07B60A93" w14:textId="77777777" w:rsidR="00540C13" w:rsidRDefault="00000000" w:rsidP="006E17D0">
            <w:pPr>
              <w:bidi/>
            </w:pPr>
            <w:r>
              <w:rPr>
                <w:sz w:val="11"/>
              </w:rPr>
              <w:t>4.83</w:t>
            </w:r>
          </w:p>
        </w:tc>
        <w:tc>
          <w:tcPr>
            <w:tcW w:w="1059" w:type="dxa"/>
          </w:tcPr>
          <w:p w14:paraId="6DC059BB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73F3AD8" w14:textId="77777777" w:rsidR="00540C13" w:rsidRDefault="00000000" w:rsidP="006E17D0">
            <w:pPr>
              <w:bidi/>
            </w:pPr>
            <w:r>
              <w:rPr>
                <w:sz w:val="11"/>
              </w:rPr>
              <w:t>4.44</w:t>
            </w:r>
          </w:p>
        </w:tc>
      </w:tr>
      <w:tr w:rsidR="00540C13" w14:paraId="21A50390" w14:textId="77777777">
        <w:trPr>
          <w:jc w:val="center"/>
        </w:trPr>
        <w:tc>
          <w:tcPr>
            <w:tcW w:w="1059" w:type="dxa"/>
          </w:tcPr>
          <w:p w14:paraId="526CAB7A" w14:textId="77777777" w:rsidR="00540C13" w:rsidRDefault="00000000" w:rsidP="006E17D0">
            <w:pPr>
              <w:bidi/>
            </w:pPr>
            <w:r>
              <w:rPr>
                <w:sz w:val="11"/>
              </w:rPr>
              <w:t>R024</w:t>
            </w:r>
          </w:p>
        </w:tc>
        <w:tc>
          <w:tcPr>
            <w:tcW w:w="1059" w:type="dxa"/>
          </w:tcPr>
          <w:p w14:paraId="2DFB53E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1DCE333D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0A9063BC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604EDC1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4C5E526B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598CBA92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06DE5BDE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1B770B8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4102C0AB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1A62C8D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F07DB2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6B70A29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5B1A791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</w:tr>
      <w:tr w:rsidR="00540C13" w14:paraId="1052ABF3" w14:textId="77777777">
        <w:trPr>
          <w:jc w:val="center"/>
        </w:trPr>
        <w:tc>
          <w:tcPr>
            <w:tcW w:w="1059" w:type="dxa"/>
          </w:tcPr>
          <w:p w14:paraId="52865D5D" w14:textId="77777777" w:rsidR="00540C13" w:rsidRDefault="00000000" w:rsidP="006E17D0">
            <w:pPr>
              <w:bidi/>
            </w:pPr>
            <w:r>
              <w:rPr>
                <w:sz w:val="11"/>
              </w:rPr>
              <w:t>R025</w:t>
            </w:r>
          </w:p>
        </w:tc>
        <w:tc>
          <w:tcPr>
            <w:tcW w:w="1059" w:type="dxa"/>
          </w:tcPr>
          <w:p w14:paraId="07B89F8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50CC3F8D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46AEF1B1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407AFB9A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491316C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C5E270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430C7470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4FDBC361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3CE3402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520B876" w14:textId="77777777" w:rsidR="00540C13" w:rsidRDefault="00000000" w:rsidP="006E17D0">
            <w:pPr>
              <w:bidi/>
            </w:pPr>
            <w:r>
              <w:rPr>
                <w:sz w:val="11"/>
              </w:rPr>
              <w:t>4.17</w:t>
            </w:r>
          </w:p>
        </w:tc>
        <w:tc>
          <w:tcPr>
            <w:tcW w:w="1059" w:type="dxa"/>
          </w:tcPr>
          <w:p w14:paraId="03516BBA" w14:textId="77777777" w:rsidR="00540C13" w:rsidRDefault="00000000" w:rsidP="006E17D0">
            <w:pPr>
              <w:bidi/>
            </w:pPr>
            <w:r>
              <w:rPr>
                <w:sz w:val="11"/>
              </w:rPr>
              <w:t>4.17</w:t>
            </w:r>
          </w:p>
        </w:tc>
        <w:tc>
          <w:tcPr>
            <w:tcW w:w="1059" w:type="dxa"/>
          </w:tcPr>
          <w:p w14:paraId="659E5E6A" w14:textId="77777777" w:rsidR="00540C13" w:rsidRDefault="00000000" w:rsidP="006E17D0">
            <w:pPr>
              <w:bidi/>
            </w:pPr>
            <w:r>
              <w:rPr>
                <w:sz w:val="11"/>
              </w:rPr>
              <w:t>3.83</w:t>
            </w:r>
          </w:p>
        </w:tc>
        <w:tc>
          <w:tcPr>
            <w:tcW w:w="1059" w:type="dxa"/>
          </w:tcPr>
          <w:p w14:paraId="0798E9EC" w14:textId="77777777" w:rsidR="00540C13" w:rsidRDefault="00000000" w:rsidP="006E17D0">
            <w:pPr>
              <w:bidi/>
            </w:pPr>
            <w:r>
              <w:rPr>
                <w:sz w:val="11"/>
              </w:rPr>
              <w:t>4.06</w:t>
            </w:r>
          </w:p>
        </w:tc>
      </w:tr>
      <w:tr w:rsidR="00540C13" w14:paraId="57FDE23F" w14:textId="77777777">
        <w:trPr>
          <w:jc w:val="center"/>
        </w:trPr>
        <w:tc>
          <w:tcPr>
            <w:tcW w:w="1059" w:type="dxa"/>
          </w:tcPr>
          <w:p w14:paraId="4E9B3902" w14:textId="77777777" w:rsidR="00540C13" w:rsidRDefault="00000000" w:rsidP="006E17D0">
            <w:pPr>
              <w:bidi/>
            </w:pPr>
            <w:r>
              <w:rPr>
                <w:sz w:val="11"/>
              </w:rPr>
              <w:t>R026</w:t>
            </w:r>
          </w:p>
        </w:tc>
        <w:tc>
          <w:tcPr>
            <w:tcW w:w="1059" w:type="dxa"/>
          </w:tcPr>
          <w:p w14:paraId="33E6D041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8D00EE0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20D7893C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07B87ED1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4BE5DE5C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4C903F5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54DBF21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14E2EFE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611AA724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568B06B0" w14:textId="77777777" w:rsidR="00540C13" w:rsidRDefault="00000000" w:rsidP="006E17D0">
            <w:pPr>
              <w:bidi/>
            </w:pPr>
            <w:r>
              <w:rPr>
                <w:sz w:val="11"/>
              </w:rPr>
              <w:t>3.67</w:t>
            </w:r>
          </w:p>
        </w:tc>
        <w:tc>
          <w:tcPr>
            <w:tcW w:w="1059" w:type="dxa"/>
          </w:tcPr>
          <w:p w14:paraId="2E8C7C62" w14:textId="77777777" w:rsidR="00540C13" w:rsidRDefault="00000000" w:rsidP="006E17D0">
            <w:pPr>
              <w:bidi/>
            </w:pPr>
            <w:r>
              <w:rPr>
                <w:sz w:val="11"/>
              </w:rPr>
              <w:t>3.67</w:t>
            </w:r>
          </w:p>
        </w:tc>
        <w:tc>
          <w:tcPr>
            <w:tcW w:w="1059" w:type="dxa"/>
          </w:tcPr>
          <w:p w14:paraId="5E8C8B66" w14:textId="77777777" w:rsidR="00540C13" w:rsidRDefault="00000000" w:rsidP="006E17D0">
            <w:pPr>
              <w:bidi/>
            </w:pPr>
            <w:r>
              <w:rPr>
                <w:sz w:val="11"/>
              </w:rPr>
              <w:t>3.67</w:t>
            </w:r>
          </w:p>
        </w:tc>
        <w:tc>
          <w:tcPr>
            <w:tcW w:w="1059" w:type="dxa"/>
          </w:tcPr>
          <w:p w14:paraId="50CCB30D" w14:textId="77777777" w:rsidR="00540C13" w:rsidRDefault="00000000" w:rsidP="006E17D0">
            <w:pPr>
              <w:bidi/>
            </w:pPr>
            <w:r>
              <w:rPr>
                <w:sz w:val="11"/>
              </w:rPr>
              <w:t>3.67</w:t>
            </w:r>
          </w:p>
        </w:tc>
      </w:tr>
      <w:tr w:rsidR="00540C13" w14:paraId="781EB058" w14:textId="77777777">
        <w:trPr>
          <w:jc w:val="center"/>
        </w:trPr>
        <w:tc>
          <w:tcPr>
            <w:tcW w:w="1059" w:type="dxa"/>
          </w:tcPr>
          <w:p w14:paraId="41DD73A3" w14:textId="77777777" w:rsidR="00540C13" w:rsidRDefault="00000000" w:rsidP="006E17D0">
            <w:pPr>
              <w:bidi/>
            </w:pPr>
            <w:r>
              <w:rPr>
                <w:sz w:val="11"/>
              </w:rPr>
              <w:t>R027</w:t>
            </w:r>
          </w:p>
        </w:tc>
        <w:tc>
          <w:tcPr>
            <w:tcW w:w="1059" w:type="dxa"/>
          </w:tcPr>
          <w:p w14:paraId="67AA0B81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01884529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63D1DB9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04E1CAFC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6534DB0B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37C4295C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7B738BA1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1AC09E32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6A819DA2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098935E8" w14:textId="77777777" w:rsidR="00540C13" w:rsidRDefault="00000000" w:rsidP="006E17D0">
            <w:pPr>
              <w:bidi/>
            </w:pPr>
            <w:r>
              <w:rPr>
                <w:sz w:val="11"/>
              </w:rPr>
              <w:t>3.67</w:t>
            </w:r>
          </w:p>
        </w:tc>
        <w:tc>
          <w:tcPr>
            <w:tcW w:w="1059" w:type="dxa"/>
          </w:tcPr>
          <w:p w14:paraId="6FE5C7E4" w14:textId="77777777" w:rsidR="00540C13" w:rsidRDefault="00000000" w:rsidP="006E17D0">
            <w:pPr>
              <w:bidi/>
            </w:pPr>
            <w:r>
              <w:rPr>
                <w:sz w:val="11"/>
              </w:rPr>
              <w:t>2.83</w:t>
            </w:r>
          </w:p>
        </w:tc>
        <w:tc>
          <w:tcPr>
            <w:tcW w:w="1059" w:type="dxa"/>
          </w:tcPr>
          <w:p w14:paraId="5D326206" w14:textId="77777777" w:rsidR="00540C13" w:rsidRDefault="00000000" w:rsidP="006E17D0">
            <w:pPr>
              <w:bidi/>
            </w:pPr>
            <w:r>
              <w:rPr>
                <w:sz w:val="11"/>
              </w:rPr>
              <w:t>2.67</w:t>
            </w:r>
          </w:p>
        </w:tc>
        <w:tc>
          <w:tcPr>
            <w:tcW w:w="1059" w:type="dxa"/>
          </w:tcPr>
          <w:p w14:paraId="70E7651B" w14:textId="77777777" w:rsidR="00540C13" w:rsidRDefault="00000000" w:rsidP="006E17D0">
            <w:pPr>
              <w:bidi/>
            </w:pPr>
            <w:r>
              <w:rPr>
                <w:sz w:val="11"/>
              </w:rPr>
              <w:t>3.06</w:t>
            </w:r>
          </w:p>
        </w:tc>
      </w:tr>
      <w:tr w:rsidR="00540C13" w14:paraId="7E7B1D59" w14:textId="77777777">
        <w:trPr>
          <w:jc w:val="center"/>
        </w:trPr>
        <w:tc>
          <w:tcPr>
            <w:tcW w:w="1059" w:type="dxa"/>
          </w:tcPr>
          <w:p w14:paraId="4C60239E" w14:textId="77777777" w:rsidR="00540C13" w:rsidRDefault="00000000" w:rsidP="006E17D0">
            <w:pPr>
              <w:bidi/>
            </w:pPr>
            <w:r>
              <w:rPr>
                <w:sz w:val="11"/>
              </w:rPr>
              <w:t>R028</w:t>
            </w:r>
          </w:p>
        </w:tc>
        <w:tc>
          <w:tcPr>
            <w:tcW w:w="1059" w:type="dxa"/>
          </w:tcPr>
          <w:p w14:paraId="1F4343C9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728C3242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07710FAE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177349E0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CE5CAAD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569D2072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64F287D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4751EF17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2D4E10B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6E4CBCC" w14:textId="77777777" w:rsidR="00540C13" w:rsidRDefault="00000000" w:rsidP="006E17D0">
            <w:pPr>
              <w:bidi/>
            </w:pPr>
            <w:r>
              <w:rPr>
                <w:sz w:val="11"/>
              </w:rPr>
              <w:t>3.17</w:t>
            </w:r>
          </w:p>
        </w:tc>
        <w:tc>
          <w:tcPr>
            <w:tcW w:w="1059" w:type="dxa"/>
          </w:tcPr>
          <w:p w14:paraId="326B203C" w14:textId="77777777" w:rsidR="00540C13" w:rsidRDefault="00000000" w:rsidP="006E17D0">
            <w:pPr>
              <w:bidi/>
            </w:pPr>
            <w:r>
              <w:rPr>
                <w:sz w:val="11"/>
              </w:rPr>
              <w:t>3.33</w:t>
            </w:r>
          </w:p>
        </w:tc>
        <w:tc>
          <w:tcPr>
            <w:tcW w:w="1059" w:type="dxa"/>
          </w:tcPr>
          <w:p w14:paraId="52C07071" w14:textId="77777777" w:rsidR="00540C13" w:rsidRDefault="00000000" w:rsidP="006E17D0">
            <w:pPr>
              <w:bidi/>
            </w:pPr>
            <w:r>
              <w:rPr>
                <w:sz w:val="11"/>
              </w:rPr>
              <w:t>3.67</w:t>
            </w:r>
          </w:p>
        </w:tc>
        <w:tc>
          <w:tcPr>
            <w:tcW w:w="1059" w:type="dxa"/>
          </w:tcPr>
          <w:p w14:paraId="3BA6864D" w14:textId="77777777" w:rsidR="00540C13" w:rsidRDefault="00000000" w:rsidP="006E17D0">
            <w:pPr>
              <w:bidi/>
            </w:pPr>
            <w:r>
              <w:rPr>
                <w:sz w:val="11"/>
              </w:rPr>
              <w:t>3.39</w:t>
            </w:r>
          </w:p>
        </w:tc>
      </w:tr>
      <w:tr w:rsidR="00540C13" w14:paraId="697FB035" w14:textId="77777777">
        <w:trPr>
          <w:jc w:val="center"/>
        </w:trPr>
        <w:tc>
          <w:tcPr>
            <w:tcW w:w="1059" w:type="dxa"/>
          </w:tcPr>
          <w:p w14:paraId="5421D651" w14:textId="77777777" w:rsidR="00540C13" w:rsidRDefault="00000000" w:rsidP="006E17D0">
            <w:pPr>
              <w:bidi/>
            </w:pPr>
            <w:r>
              <w:rPr>
                <w:sz w:val="11"/>
              </w:rPr>
              <w:t>R029</w:t>
            </w:r>
          </w:p>
        </w:tc>
        <w:tc>
          <w:tcPr>
            <w:tcW w:w="1059" w:type="dxa"/>
          </w:tcPr>
          <w:p w14:paraId="3127CC5A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5ED753E3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05BA1857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4F44722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FDC5D59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13F5D9A1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59AAB51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4F28875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67699418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58634145" w14:textId="77777777" w:rsidR="00540C13" w:rsidRDefault="00000000" w:rsidP="006E17D0">
            <w:pPr>
              <w:bidi/>
            </w:pPr>
            <w:r>
              <w:rPr>
                <w:sz w:val="11"/>
              </w:rPr>
              <w:t>4.67</w:t>
            </w:r>
          </w:p>
        </w:tc>
        <w:tc>
          <w:tcPr>
            <w:tcW w:w="1059" w:type="dxa"/>
          </w:tcPr>
          <w:p w14:paraId="72CBEB20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14081C85" w14:textId="77777777" w:rsidR="00540C13" w:rsidRDefault="00000000" w:rsidP="006E17D0">
            <w:pPr>
              <w:bidi/>
            </w:pPr>
            <w:r>
              <w:rPr>
                <w:sz w:val="11"/>
              </w:rPr>
              <w:t>4.67</w:t>
            </w:r>
          </w:p>
        </w:tc>
        <w:tc>
          <w:tcPr>
            <w:tcW w:w="1059" w:type="dxa"/>
          </w:tcPr>
          <w:p w14:paraId="163AD164" w14:textId="77777777" w:rsidR="00540C13" w:rsidRDefault="00000000" w:rsidP="006E17D0">
            <w:pPr>
              <w:bidi/>
            </w:pPr>
            <w:r>
              <w:rPr>
                <w:sz w:val="11"/>
              </w:rPr>
              <w:t>4.78</w:t>
            </w:r>
          </w:p>
        </w:tc>
      </w:tr>
      <w:tr w:rsidR="00540C13" w14:paraId="3CD52D79" w14:textId="77777777">
        <w:trPr>
          <w:jc w:val="center"/>
        </w:trPr>
        <w:tc>
          <w:tcPr>
            <w:tcW w:w="1059" w:type="dxa"/>
          </w:tcPr>
          <w:p w14:paraId="6297DB03" w14:textId="77777777" w:rsidR="00540C13" w:rsidRDefault="00000000" w:rsidP="006E17D0">
            <w:pPr>
              <w:bidi/>
            </w:pPr>
            <w:r>
              <w:rPr>
                <w:sz w:val="11"/>
              </w:rPr>
              <w:t>R030</w:t>
            </w:r>
          </w:p>
        </w:tc>
        <w:tc>
          <w:tcPr>
            <w:tcW w:w="1059" w:type="dxa"/>
          </w:tcPr>
          <w:p w14:paraId="76B9E24B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542B602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1F141986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6123F85A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3BFB8A42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3BF3DF9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15D586FD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BA8574D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4429F213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18389939" w14:textId="77777777" w:rsidR="00540C13" w:rsidRDefault="00000000" w:rsidP="006E17D0">
            <w:pPr>
              <w:bidi/>
            </w:pPr>
            <w:r>
              <w:rPr>
                <w:sz w:val="11"/>
              </w:rPr>
              <w:t>4.67</w:t>
            </w:r>
          </w:p>
        </w:tc>
        <w:tc>
          <w:tcPr>
            <w:tcW w:w="1059" w:type="dxa"/>
          </w:tcPr>
          <w:p w14:paraId="4E5ADCC6" w14:textId="77777777" w:rsidR="00540C13" w:rsidRDefault="00000000" w:rsidP="006E17D0">
            <w:pPr>
              <w:bidi/>
            </w:pPr>
            <w:r>
              <w:rPr>
                <w:sz w:val="11"/>
              </w:rPr>
              <w:t>4.5</w:t>
            </w:r>
          </w:p>
        </w:tc>
        <w:tc>
          <w:tcPr>
            <w:tcW w:w="1059" w:type="dxa"/>
          </w:tcPr>
          <w:p w14:paraId="0ED47332" w14:textId="77777777" w:rsidR="00540C13" w:rsidRDefault="00000000" w:rsidP="006E17D0">
            <w:pPr>
              <w:bidi/>
            </w:pPr>
            <w:r>
              <w:rPr>
                <w:sz w:val="11"/>
              </w:rPr>
              <w:t>4.33</w:t>
            </w:r>
          </w:p>
        </w:tc>
        <w:tc>
          <w:tcPr>
            <w:tcW w:w="1059" w:type="dxa"/>
          </w:tcPr>
          <w:p w14:paraId="075401C9" w14:textId="77777777" w:rsidR="00540C13" w:rsidRDefault="00000000" w:rsidP="006E17D0">
            <w:pPr>
              <w:bidi/>
            </w:pPr>
            <w:r>
              <w:rPr>
                <w:sz w:val="11"/>
              </w:rPr>
              <w:t>4.5</w:t>
            </w:r>
          </w:p>
        </w:tc>
      </w:tr>
      <w:tr w:rsidR="00540C13" w14:paraId="1A9B1168" w14:textId="77777777">
        <w:trPr>
          <w:jc w:val="center"/>
        </w:trPr>
        <w:tc>
          <w:tcPr>
            <w:tcW w:w="1059" w:type="dxa"/>
          </w:tcPr>
          <w:p w14:paraId="593E504D" w14:textId="77777777" w:rsidR="00540C13" w:rsidRDefault="00000000" w:rsidP="006E17D0">
            <w:pPr>
              <w:bidi/>
            </w:pPr>
            <w:r>
              <w:rPr>
                <w:sz w:val="11"/>
              </w:rPr>
              <w:t>R031</w:t>
            </w:r>
          </w:p>
        </w:tc>
        <w:tc>
          <w:tcPr>
            <w:tcW w:w="1059" w:type="dxa"/>
          </w:tcPr>
          <w:p w14:paraId="469B6F8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5412EB9B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74E5776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223231B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3906978E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4CF0E6C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50D1F8A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223CAD0E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0CC7C722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672F1D0B" w14:textId="77777777" w:rsidR="00540C13" w:rsidRDefault="00000000" w:rsidP="006E17D0">
            <w:pPr>
              <w:bidi/>
            </w:pPr>
            <w:r>
              <w:rPr>
                <w:sz w:val="11"/>
              </w:rPr>
              <w:t>2.5</w:t>
            </w:r>
          </w:p>
        </w:tc>
        <w:tc>
          <w:tcPr>
            <w:tcW w:w="1059" w:type="dxa"/>
          </w:tcPr>
          <w:p w14:paraId="157A29F5" w14:textId="77777777" w:rsidR="00540C13" w:rsidRDefault="00000000" w:rsidP="006E17D0">
            <w:pPr>
              <w:bidi/>
            </w:pPr>
            <w:r>
              <w:rPr>
                <w:sz w:val="11"/>
              </w:rPr>
              <w:t>3.33</w:t>
            </w:r>
          </w:p>
        </w:tc>
        <w:tc>
          <w:tcPr>
            <w:tcW w:w="1059" w:type="dxa"/>
          </w:tcPr>
          <w:p w14:paraId="0AA85241" w14:textId="77777777" w:rsidR="00540C13" w:rsidRDefault="00000000" w:rsidP="006E17D0">
            <w:pPr>
              <w:bidi/>
            </w:pPr>
            <w:r>
              <w:rPr>
                <w:sz w:val="11"/>
              </w:rPr>
              <w:t>3.33</w:t>
            </w:r>
          </w:p>
        </w:tc>
        <w:tc>
          <w:tcPr>
            <w:tcW w:w="1059" w:type="dxa"/>
          </w:tcPr>
          <w:p w14:paraId="76684E91" w14:textId="77777777" w:rsidR="00540C13" w:rsidRDefault="00000000" w:rsidP="006E17D0">
            <w:pPr>
              <w:bidi/>
            </w:pPr>
            <w:r>
              <w:rPr>
                <w:sz w:val="11"/>
              </w:rPr>
              <w:t>3.06</w:t>
            </w:r>
          </w:p>
        </w:tc>
      </w:tr>
      <w:tr w:rsidR="00540C13" w14:paraId="13F39980" w14:textId="77777777">
        <w:trPr>
          <w:jc w:val="center"/>
        </w:trPr>
        <w:tc>
          <w:tcPr>
            <w:tcW w:w="1059" w:type="dxa"/>
          </w:tcPr>
          <w:p w14:paraId="49F77881" w14:textId="77777777" w:rsidR="00540C13" w:rsidRDefault="00000000" w:rsidP="006E17D0">
            <w:pPr>
              <w:bidi/>
            </w:pPr>
            <w:r>
              <w:rPr>
                <w:sz w:val="11"/>
              </w:rPr>
              <w:t>R032</w:t>
            </w:r>
          </w:p>
        </w:tc>
        <w:tc>
          <w:tcPr>
            <w:tcW w:w="1059" w:type="dxa"/>
          </w:tcPr>
          <w:p w14:paraId="35D6CFC5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0CED896B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0FBD80F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409A5A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124BF4D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69CBB953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47918283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448C1DE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6642392A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1597E018" w14:textId="77777777" w:rsidR="00540C13" w:rsidRDefault="00000000" w:rsidP="006E17D0">
            <w:pPr>
              <w:bidi/>
            </w:pPr>
            <w:r>
              <w:rPr>
                <w:sz w:val="11"/>
              </w:rPr>
              <w:t>4.17</w:t>
            </w:r>
          </w:p>
        </w:tc>
        <w:tc>
          <w:tcPr>
            <w:tcW w:w="1059" w:type="dxa"/>
          </w:tcPr>
          <w:p w14:paraId="7E7CB868" w14:textId="77777777" w:rsidR="00540C13" w:rsidRDefault="00000000" w:rsidP="006E17D0">
            <w:pPr>
              <w:bidi/>
            </w:pPr>
            <w:r>
              <w:rPr>
                <w:sz w:val="11"/>
              </w:rPr>
              <w:t>4.67</w:t>
            </w:r>
          </w:p>
        </w:tc>
        <w:tc>
          <w:tcPr>
            <w:tcW w:w="1059" w:type="dxa"/>
          </w:tcPr>
          <w:p w14:paraId="11BB56C2" w14:textId="77777777" w:rsidR="00540C13" w:rsidRDefault="00000000" w:rsidP="006E17D0">
            <w:pPr>
              <w:bidi/>
            </w:pPr>
            <w:r>
              <w:rPr>
                <w:sz w:val="11"/>
              </w:rPr>
              <w:t>4.33</w:t>
            </w:r>
          </w:p>
        </w:tc>
        <w:tc>
          <w:tcPr>
            <w:tcW w:w="1059" w:type="dxa"/>
          </w:tcPr>
          <w:p w14:paraId="5AFC1662" w14:textId="77777777" w:rsidR="00540C13" w:rsidRDefault="00000000" w:rsidP="006E17D0">
            <w:pPr>
              <w:bidi/>
            </w:pPr>
            <w:r>
              <w:rPr>
                <w:sz w:val="11"/>
              </w:rPr>
              <w:t>4.39</w:t>
            </w:r>
          </w:p>
        </w:tc>
      </w:tr>
      <w:tr w:rsidR="00540C13" w14:paraId="7C26FD8D" w14:textId="77777777">
        <w:trPr>
          <w:jc w:val="center"/>
        </w:trPr>
        <w:tc>
          <w:tcPr>
            <w:tcW w:w="1059" w:type="dxa"/>
          </w:tcPr>
          <w:p w14:paraId="03548C8F" w14:textId="77777777" w:rsidR="00540C13" w:rsidRDefault="00000000" w:rsidP="006E17D0">
            <w:pPr>
              <w:bidi/>
            </w:pPr>
            <w:r>
              <w:rPr>
                <w:sz w:val="11"/>
              </w:rPr>
              <w:t>R033</w:t>
            </w:r>
          </w:p>
        </w:tc>
        <w:tc>
          <w:tcPr>
            <w:tcW w:w="1059" w:type="dxa"/>
          </w:tcPr>
          <w:p w14:paraId="5DA1013F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04B9A9AE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61AF2FE2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18CCC95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355F3F1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137C2165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1C19E60D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89B49B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68675515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5F37E689" w14:textId="77777777" w:rsidR="00540C13" w:rsidRDefault="00000000" w:rsidP="006E17D0">
            <w:pPr>
              <w:bidi/>
            </w:pPr>
            <w:r>
              <w:rPr>
                <w:sz w:val="11"/>
              </w:rPr>
              <w:t>3.83</w:t>
            </w:r>
          </w:p>
        </w:tc>
        <w:tc>
          <w:tcPr>
            <w:tcW w:w="1059" w:type="dxa"/>
          </w:tcPr>
          <w:p w14:paraId="7E9402C9" w14:textId="77777777" w:rsidR="00540C13" w:rsidRDefault="00000000" w:rsidP="006E17D0">
            <w:pPr>
              <w:bidi/>
            </w:pPr>
            <w:r>
              <w:rPr>
                <w:sz w:val="11"/>
              </w:rPr>
              <w:t>4.5</w:t>
            </w:r>
          </w:p>
        </w:tc>
        <w:tc>
          <w:tcPr>
            <w:tcW w:w="1059" w:type="dxa"/>
          </w:tcPr>
          <w:p w14:paraId="0F3BE43D" w14:textId="77777777" w:rsidR="00540C13" w:rsidRDefault="00000000" w:rsidP="006E17D0">
            <w:pPr>
              <w:bidi/>
            </w:pPr>
            <w:r>
              <w:rPr>
                <w:sz w:val="11"/>
              </w:rPr>
              <w:t>4.33</w:t>
            </w:r>
          </w:p>
        </w:tc>
        <w:tc>
          <w:tcPr>
            <w:tcW w:w="1059" w:type="dxa"/>
          </w:tcPr>
          <w:p w14:paraId="07AFBE5F" w14:textId="77777777" w:rsidR="00540C13" w:rsidRDefault="00000000" w:rsidP="006E17D0">
            <w:pPr>
              <w:bidi/>
            </w:pPr>
            <w:r>
              <w:rPr>
                <w:sz w:val="11"/>
              </w:rPr>
              <w:t>4.22</w:t>
            </w:r>
          </w:p>
        </w:tc>
      </w:tr>
      <w:tr w:rsidR="00540C13" w14:paraId="3FF3478F" w14:textId="77777777">
        <w:trPr>
          <w:jc w:val="center"/>
        </w:trPr>
        <w:tc>
          <w:tcPr>
            <w:tcW w:w="1059" w:type="dxa"/>
          </w:tcPr>
          <w:p w14:paraId="7EDA0F84" w14:textId="77777777" w:rsidR="00540C13" w:rsidRDefault="00000000" w:rsidP="006E17D0">
            <w:pPr>
              <w:bidi/>
            </w:pPr>
            <w:r>
              <w:rPr>
                <w:sz w:val="11"/>
              </w:rPr>
              <w:t>R034</w:t>
            </w:r>
          </w:p>
        </w:tc>
        <w:tc>
          <w:tcPr>
            <w:tcW w:w="1059" w:type="dxa"/>
          </w:tcPr>
          <w:p w14:paraId="0E92408E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1BC335F8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2AFA2F48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5AF49BDF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750C951F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7EC1C1A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6A2F9D40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FB0A240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764D50B5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0F1E1955" w14:textId="77777777" w:rsidR="00540C13" w:rsidRDefault="00000000" w:rsidP="006E17D0">
            <w:pPr>
              <w:bidi/>
            </w:pPr>
            <w:r>
              <w:rPr>
                <w:sz w:val="11"/>
              </w:rPr>
              <w:t>3.67</w:t>
            </w:r>
          </w:p>
        </w:tc>
        <w:tc>
          <w:tcPr>
            <w:tcW w:w="1059" w:type="dxa"/>
          </w:tcPr>
          <w:p w14:paraId="10BE82CF" w14:textId="77777777" w:rsidR="00540C13" w:rsidRDefault="00000000" w:rsidP="006E17D0">
            <w:pPr>
              <w:bidi/>
            </w:pPr>
            <w:r>
              <w:rPr>
                <w:sz w:val="11"/>
              </w:rPr>
              <w:t>3.83</w:t>
            </w:r>
          </w:p>
        </w:tc>
        <w:tc>
          <w:tcPr>
            <w:tcW w:w="1059" w:type="dxa"/>
          </w:tcPr>
          <w:p w14:paraId="77AD0A20" w14:textId="77777777" w:rsidR="00540C13" w:rsidRDefault="00000000" w:rsidP="006E17D0">
            <w:pPr>
              <w:bidi/>
            </w:pPr>
            <w:r>
              <w:rPr>
                <w:sz w:val="11"/>
              </w:rPr>
              <w:t>3.83</w:t>
            </w:r>
          </w:p>
        </w:tc>
        <w:tc>
          <w:tcPr>
            <w:tcW w:w="1059" w:type="dxa"/>
          </w:tcPr>
          <w:p w14:paraId="446A600A" w14:textId="77777777" w:rsidR="00540C13" w:rsidRDefault="00000000" w:rsidP="006E17D0">
            <w:pPr>
              <w:bidi/>
            </w:pPr>
            <w:r>
              <w:rPr>
                <w:sz w:val="11"/>
              </w:rPr>
              <w:t>3.78</w:t>
            </w:r>
          </w:p>
        </w:tc>
      </w:tr>
      <w:tr w:rsidR="00540C13" w14:paraId="188C9660" w14:textId="77777777">
        <w:trPr>
          <w:jc w:val="center"/>
        </w:trPr>
        <w:tc>
          <w:tcPr>
            <w:tcW w:w="1059" w:type="dxa"/>
          </w:tcPr>
          <w:p w14:paraId="730D1050" w14:textId="77777777" w:rsidR="00540C13" w:rsidRDefault="00000000" w:rsidP="006E17D0">
            <w:pPr>
              <w:bidi/>
            </w:pPr>
            <w:r>
              <w:rPr>
                <w:sz w:val="11"/>
              </w:rPr>
              <w:t>R035</w:t>
            </w:r>
          </w:p>
        </w:tc>
        <w:tc>
          <w:tcPr>
            <w:tcW w:w="1059" w:type="dxa"/>
          </w:tcPr>
          <w:p w14:paraId="5737C552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1199C92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53C6F2B9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125A9254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37AC624E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6B44103E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D30066C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2673264B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A90C28B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E842A49" w14:textId="77777777" w:rsidR="00540C13" w:rsidRDefault="00000000" w:rsidP="006E17D0">
            <w:pPr>
              <w:bidi/>
            </w:pPr>
            <w:r>
              <w:rPr>
                <w:sz w:val="11"/>
              </w:rPr>
              <w:t>4.5</w:t>
            </w:r>
          </w:p>
        </w:tc>
        <w:tc>
          <w:tcPr>
            <w:tcW w:w="1059" w:type="dxa"/>
          </w:tcPr>
          <w:p w14:paraId="7F56F98C" w14:textId="77777777" w:rsidR="00540C13" w:rsidRDefault="00000000" w:rsidP="006E17D0">
            <w:pPr>
              <w:bidi/>
            </w:pPr>
            <w:r>
              <w:rPr>
                <w:sz w:val="11"/>
              </w:rPr>
              <w:t>4.33</w:t>
            </w:r>
          </w:p>
        </w:tc>
        <w:tc>
          <w:tcPr>
            <w:tcW w:w="1059" w:type="dxa"/>
          </w:tcPr>
          <w:p w14:paraId="46B0778E" w14:textId="77777777" w:rsidR="00540C13" w:rsidRDefault="00000000" w:rsidP="006E17D0">
            <w:pPr>
              <w:bidi/>
            </w:pPr>
            <w:r>
              <w:rPr>
                <w:sz w:val="11"/>
              </w:rPr>
              <w:t>4.5</w:t>
            </w:r>
          </w:p>
        </w:tc>
        <w:tc>
          <w:tcPr>
            <w:tcW w:w="1059" w:type="dxa"/>
          </w:tcPr>
          <w:p w14:paraId="7AE75AA0" w14:textId="77777777" w:rsidR="00540C13" w:rsidRDefault="00000000" w:rsidP="006E17D0">
            <w:pPr>
              <w:bidi/>
            </w:pPr>
            <w:r>
              <w:rPr>
                <w:sz w:val="11"/>
              </w:rPr>
              <w:t>4.44</w:t>
            </w:r>
          </w:p>
        </w:tc>
      </w:tr>
      <w:tr w:rsidR="00540C13" w14:paraId="4FA0134D" w14:textId="77777777">
        <w:trPr>
          <w:jc w:val="center"/>
        </w:trPr>
        <w:tc>
          <w:tcPr>
            <w:tcW w:w="1059" w:type="dxa"/>
          </w:tcPr>
          <w:p w14:paraId="6471AA14" w14:textId="77777777" w:rsidR="00540C13" w:rsidRDefault="00000000" w:rsidP="006E17D0">
            <w:pPr>
              <w:bidi/>
            </w:pPr>
            <w:r>
              <w:rPr>
                <w:sz w:val="11"/>
              </w:rPr>
              <w:t>R036</w:t>
            </w:r>
          </w:p>
        </w:tc>
        <w:tc>
          <w:tcPr>
            <w:tcW w:w="1059" w:type="dxa"/>
          </w:tcPr>
          <w:p w14:paraId="7796ACDC" w14:textId="77777777" w:rsidR="00540C13" w:rsidRDefault="00000000" w:rsidP="006E17D0">
            <w:pPr>
              <w:bidi/>
            </w:pPr>
            <w:r>
              <w:rPr>
                <w:sz w:val="11"/>
              </w:rPr>
              <w:t>1</w:t>
            </w:r>
          </w:p>
        </w:tc>
        <w:tc>
          <w:tcPr>
            <w:tcW w:w="1059" w:type="dxa"/>
          </w:tcPr>
          <w:p w14:paraId="6A726DD4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42EC4C3C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7E357B0D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64BE9915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7F03A21A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496EB9BA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37D7FF32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7465E6D8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0455E9D4" w14:textId="77777777" w:rsidR="00540C13" w:rsidRDefault="00000000" w:rsidP="006E17D0">
            <w:pPr>
              <w:bidi/>
            </w:pPr>
            <w:r>
              <w:rPr>
                <w:sz w:val="11"/>
              </w:rPr>
              <w:t>3.33</w:t>
            </w:r>
          </w:p>
        </w:tc>
        <w:tc>
          <w:tcPr>
            <w:tcW w:w="1059" w:type="dxa"/>
          </w:tcPr>
          <w:p w14:paraId="6EF81925" w14:textId="77777777" w:rsidR="00540C13" w:rsidRDefault="00000000" w:rsidP="006E17D0">
            <w:pPr>
              <w:bidi/>
            </w:pPr>
            <w:r>
              <w:rPr>
                <w:sz w:val="11"/>
              </w:rPr>
              <w:t>2.17</w:t>
            </w:r>
          </w:p>
        </w:tc>
        <w:tc>
          <w:tcPr>
            <w:tcW w:w="1059" w:type="dxa"/>
          </w:tcPr>
          <w:p w14:paraId="3EE983F2" w14:textId="77777777" w:rsidR="00540C13" w:rsidRDefault="00000000" w:rsidP="006E17D0">
            <w:pPr>
              <w:bidi/>
            </w:pPr>
            <w:r>
              <w:rPr>
                <w:sz w:val="11"/>
              </w:rPr>
              <w:t>2.33</w:t>
            </w:r>
          </w:p>
        </w:tc>
        <w:tc>
          <w:tcPr>
            <w:tcW w:w="1059" w:type="dxa"/>
          </w:tcPr>
          <w:p w14:paraId="1F77BD26" w14:textId="77777777" w:rsidR="00540C13" w:rsidRDefault="00000000" w:rsidP="006E17D0">
            <w:pPr>
              <w:bidi/>
            </w:pPr>
            <w:r>
              <w:rPr>
                <w:sz w:val="11"/>
              </w:rPr>
              <w:t>2.61</w:t>
            </w:r>
          </w:p>
        </w:tc>
      </w:tr>
      <w:tr w:rsidR="00540C13" w14:paraId="51BE513E" w14:textId="77777777">
        <w:trPr>
          <w:jc w:val="center"/>
        </w:trPr>
        <w:tc>
          <w:tcPr>
            <w:tcW w:w="1059" w:type="dxa"/>
          </w:tcPr>
          <w:p w14:paraId="4B11492A" w14:textId="77777777" w:rsidR="00540C13" w:rsidRDefault="00000000" w:rsidP="006E17D0">
            <w:pPr>
              <w:bidi/>
            </w:pPr>
            <w:r>
              <w:rPr>
                <w:sz w:val="11"/>
              </w:rPr>
              <w:t>R037</w:t>
            </w:r>
          </w:p>
        </w:tc>
        <w:tc>
          <w:tcPr>
            <w:tcW w:w="1059" w:type="dxa"/>
          </w:tcPr>
          <w:p w14:paraId="7130A21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1C6C09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0D74D46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0EBC705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6E2E817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9296D21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154C35A0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7B1FC2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223A43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5C5F73FF" w14:textId="77777777" w:rsidR="00540C13" w:rsidRDefault="00000000" w:rsidP="006E17D0">
            <w:pPr>
              <w:bidi/>
            </w:pPr>
            <w:r>
              <w:rPr>
                <w:sz w:val="11"/>
              </w:rPr>
              <w:t>4.5</w:t>
            </w:r>
          </w:p>
        </w:tc>
        <w:tc>
          <w:tcPr>
            <w:tcW w:w="1059" w:type="dxa"/>
          </w:tcPr>
          <w:p w14:paraId="54F1E94F" w14:textId="77777777" w:rsidR="00540C13" w:rsidRDefault="00000000" w:rsidP="006E17D0">
            <w:pPr>
              <w:bidi/>
            </w:pPr>
            <w:r>
              <w:rPr>
                <w:sz w:val="11"/>
              </w:rPr>
              <w:t>3.5</w:t>
            </w:r>
          </w:p>
        </w:tc>
        <w:tc>
          <w:tcPr>
            <w:tcW w:w="1059" w:type="dxa"/>
          </w:tcPr>
          <w:p w14:paraId="5F90563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F483FA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</w:tr>
      <w:tr w:rsidR="00540C13" w14:paraId="28EA58AB" w14:textId="77777777">
        <w:trPr>
          <w:jc w:val="center"/>
        </w:trPr>
        <w:tc>
          <w:tcPr>
            <w:tcW w:w="1059" w:type="dxa"/>
          </w:tcPr>
          <w:p w14:paraId="0D3F8920" w14:textId="77777777" w:rsidR="00540C13" w:rsidRDefault="00000000" w:rsidP="006E17D0">
            <w:pPr>
              <w:bidi/>
            </w:pPr>
            <w:r>
              <w:rPr>
                <w:sz w:val="11"/>
              </w:rPr>
              <w:t>R038</w:t>
            </w:r>
          </w:p>
        </w:tc>
        <w:tc>
          <w:tcPr>
            <w:tcW w:w="1059" w:type="dxa"/>
          </w:tcPr>
          <w:p w14:paraId="597C3CAE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E30D7E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2D8441E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DB9DC0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1E3B146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5B8A5057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6438F7CA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7886E69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6A48D90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7BB38AA" w14:textId="77777777" w:rsidR="00540C13" w:rsidRDefault="00000000" w:rsidP="006E17D0">
            <w:pPr>
              <w:bidi/>
            </w:pPr>
            <w:r>
              <w:rPr>
                <w:sz w:val="11"/>
              </w:rPr>
              <w:t>3.33</w:t>
            </w:r>
          </w:p>
        </w:tc>
        <w:tc>
          <w:tcPr>
            <w:tcW w:w="1059" w:type="dxa"/>
          </w:tcPr>
          <w:p w14:paraId="3479980B" w14:textId="77777777" w:rsidR="00540C13" w:rsidRDefault="00000000" w:rsidP="006E17D0">
            <w:pPr>
              <w:bidi/>
            </w:pPr>
            <w:r>
              <w:rPr>
                <w:sz w:val="11"/>
              </w:rPr>
              <w:t>4.17</w:t>
            </w:r>
          </w:p>
        </w:tc>
        <w:tc>
          <w:tcPr>
            <w:tcW w:w="1059" w:type="dxa"/>
          </w:tcPr>
          <w:p w14:paraId="37CAA002" w14:textId="77777777" w:rsidR="00540C13" w:rsidRDefault="00000000" w:rsidP="006E17D0">
            <w:pPr>
              <w:bidi/>
            </w:pPr>
            <w:r>
              <w:rPr>
                <w:sz w:val="11"/>
              </w:rPr>
              <w:t>3.67</w:t>
            </w:r>
          </w:p>
        </w:tc>
        <w:tc>
          <w:tcPr>
            <w:tcW w:w="1059" w:type="dxa"/>
          </w:tcPr>
          <w:p w14:paraId="73694789" w14:textId="77777777" w:rsidR="00540C13" w:rsidRDefault="00000000" w:rsidP="006E17D0">
            <w:pPr>
              <w:bidi/>
            </w:pPr>
            <w:r>
              <w:rPr>
                <w:sz w:val="11"/>
              </w:rPr>
              <w:t>3.72</w:t>
            </w:r>
          </w:p>
        </w:tc>
      </w:tr>
      <w:tr w:rsidR="00540C13" w14:paraId="717E1E13" w14:textId="77777777">
        <w:trPr>
          <w:jc w:val="center"/>
        </w:trPr>
        <w:tc>
          <w:tcPr>
            <w:tcW w:w="1059" w:type="dxa"/>
          </w:tcPr>
          <w:p w14:paraId="41586260" w14:textId="77777777" w:rsidR="00540C13" w:rsidRDefault="00000000" w:rsidP="006E17D0">
            <w:pPr>
              <w:bidi/>
            </w:pPr>
            <w:r>
              <w:rPr>
                <w:sz w:val="11"/>
              </w:rPr>
              <w:t>R039</w:t>
            </w:r>
          </w:p>
        </w:tc>
        <w:tc>
          <w:tcPr>
            <w:tcW w:w="1059" w:type="dxa"/>
          </w:tcPr>
          <w:p w14:paraId="76C2D6F0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2BBC9BC4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7DB07B4D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67735A6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56522B1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94C396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6C43A7D1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7A89F6FB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19D4F758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1A219DB3" w14:textId="77777777" w:rsidR="00540C13" w:rsidRDefault="00000000" w:rsidP="006E17D0">
            <w:pPr>
              <w:bidi/>
            </w:pPr>
            <w:r>
              <w:rPr>
                <w:sz w:val="11"/>
              </w:rPr>
              <w:t>3.83</w:t>
            </w:r>
          </w:p>
        </w:tc>
        <w:tc>
          <w:tcPr>
            <w:tcW w:w="1059" w:type="dxa"/>
          </w:tcPr>
          <w:p w14:paraId="16AB8E62" w14:textId="77777777" w:rsidR="00540C13" w:rsidRDefault="00000000" w:rsidP="006E17D0">
            <w:pPr>
              <w:bidi/>
            </w:pPr>
            <w:r>
              <w:rPr>
                <w:sz w:val="11"/>
              </w:rPr>
              <w:t>3.33</w:t>
            </w:r>
          </w:p>
        </w:tc>
        <w:tc>
          <w:tcPr>
            <w:tcW w:w="1059" w:type="dxa"/>
          </w:tcPr>
          <w:p w14:paraId="4E81FB79" w14:textId="77777777" w:rsidR="00540C13" w:rsidRDefault="00000000" w:rsidP="006E17D0">
            <w:pPr>
              <w:bidi/>
            </w:pPr>
            <w:r>
              <w:rPr>
                <w:sz w:val="11"/>
              </w:rPr>
              <w:t>3.17</w:t>
            </w:r>
          </w:p>
        </w:tc>
        <w:tc>
          <w:tcPr>
            <w:tcW w:w="1059" w:type="dxa"/>
          </w:tcPr>
          <w:p w14:paraId="6B9941CC" w14:textId="77777777" w:rsidR="00540C13" w:rsidRDefault="00000000" w:rsidP="006E17D0">
            <w:pPr>
              <w:bidi/>
            </w:pPr>
            <w:r>
              <w:rPr>
                <w:sz w:val="11"/>
              </w:rPr>
              <w:t>3.44</w:t>
            </w:r>
          </w:p>
        </w:tc>
      </w:tr>
      <w:tr w:rsidR="00540C13" w14:paraId="02A9EB45" w14:textId="77777777">
        <w:trPr>
          <w:jc w:val="center"/>
        </w:trPr>
        <w:tc>
          <w:tcPr>
            <w:tcW w:w="1059" w:type="dxa"/>
          </w:tcPr>
          <w:p w14:paraId="0E54BF8F" w14:textId="77777777" w:rsidR="00540C13" w:rsidRDefault="00000000" w:rsidP="006E17D0">
            <w:pPr>
              <w:bidi/>
            </w:pPr>
            <w:r>
              <w:rPr>
                <w:sz w:val="11"/>
              </w:rPr>
              <w:t>R040</w:t>
            </w:r>
          </w:p>
        </w:tc>
        <w:tc>
          <w:tcPr>
            <w:tcW w:w="1059" w:type="dxa"/>
          </w:tcPr>
          <w:p w14:paraId="64457FC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5943E349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1C735A3D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10598D29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56891DC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654965B7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4BCFFD50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0535CC1E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BE45D82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2E4306D" w14:textId="77777777" w:rsidR="00540C13" w:rsidRDefault="00000000" w:rsidP="006E17D0">
            <w:pPr>
              <w:bidi/>
            </w:pPr>
            <w:r>
              <w:rPr>
                <w:sz w:val="11"/>
              </w:rPr>
              <w:t>4.17</w:t>
            </w:r>
          </w:p>
        </w:tc>
        <w:tc>
          <w:tcPr>
            <w:tcW w:w="1059" w:type="dxa"/>
          </w:tcPr>
          <w:p w14:paraId="0722842B" w14:textId="77777777" w:rsidR="00540C13" w:rsidRDefault="00000000" w:rsidP="006E17D0">
            <w:pPr>
              <w:bidi/>
            </w:pPr>
            <w:r>
              <w:rPr>
                <w:sz w:val="11"/>
              </w:rPr>
              <w:t>3.33</w:t>
            </w:r>
          </w:p>
        </w:tc>
        <w:tc>
          <w:tcPr>
            <w:tcW w:w="1059" w:type="dxa"/>
          </w:tcPr>
          <w:p w14:paraId="52350C6F" w14:textId="77777777" w:rsidR="00540C13" w:rsidRDefault="00000000" w:rsidP="006E17D0">
            <w:pPr>
              <w:bidi/>
            </w:pPr>
            <w:r>
              <w:rPr>
                <w:sz w:val="11"/>
              </w:rPr>
              <w:t>3.83</w:t>
            </w:r>
          </w:p>
        </w:tc>
        <w:tc>
          <w:tcPr>
            <w:tcW w:w="1059" w:type="dxa"/>
          </w:tcPr>
          <w:p w14:paraId="582AF29A" w14:textId="77777777" w:rsidR="00540C13" w:rsidRDefault="00000000" w:rsidP="006E17D0">
            <w:pPr>
              <w:bidi/>
            </w:pPr>
            <w:r>
              <w:rPr>
                <w:sz w:val="11"/>
              </w:rPr>
              <w:t>3.78</w:t>
            </w:r>
          </w:p>
        </w:tc>
      </w:tr>
      <w:tr w:rsidR="00540C13" w14:paraId="6C834936" w14:textId="77777777">
        <w:trPr>
          <w:jc w:val="center"/>
        </w:trPr>
        <w:tc>
          <w:tcPr>
            <w:tcW w:w="1059" w:type="dxa"/>
          </w:tcPr>
          <w:p w14:paraId="4BB36A11" w14:textId="77777777" w:rsidR="00540C13" w:rsidRDefault="00000000" w:rsidP="006E17D0">
            <w:pPr>
              <w:bidi/>
            </w:pPr>
            <w:r>
              <w:rPr>
                <w:sz w:val="11"/>
              </w:rPr>
              <w:t>R041</w:t>
            </w:r>
          </w:p>
        </w:tc>
        <w:tc>
          <w:tcPr>
            <w:tcW w:w="1059" w:type="dxa"/>
          </w:tcPr>
          <w:p w14:paraId="3CF8EA44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34400640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173C8D0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8FB4633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AC0C14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FC3CE2F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55C9B18C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35AD24D9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4E6B5C4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7BF88D4" w14:textId="77777777" w:rsidR="00540C13" w:rsidRDefault="00000000" w:rsidP="006E17D0">
            <w:pPr>
              <w:bidi/>
            </w:pPr>
            <w:r>
              <w:rPr>
                <w:sz w:val="11"/>
              </w:rPr>
              <w:t>3.5</w:t>
            </w:r>
          </w:p>
        </w:tc>
        <w:tc>
          <w:tcPr>
            <w:tcW w:w="1059" w:type="dxa"/>
          </w:tcPr>
          <w:p w14:paraId="59F0E49C" w14:textId="77777777" w:rsidR="00540C13" w:rsidRDefault="00000000" w:rsidP="006E17D0">
            <w:pPr>
              <w:bidi/>
            </w:pPr>
            <w:r>
              <w:rPr>
                <w:sz w:val="11"/>
              </w:rPr>
              <w:t>3.17</w:t>
            </w:r>
          </w:p>
        </w:tc>
        <w:tc>
          <w:tcPr>
            <w:tcW w:w="1059" w:type="dxa"/>
          </w:tcPr>
          <w:p w14:paraId="097F2C56" w14:textId="77777777" w:rsidR="00540C13" w:rsidRDefault="00000000" w:rsidP="006E17D0">
            <w:pPr>
              <w:bidi/>
            </w:pPr>
            <w:r>
              <w:rPr>
                <w:sz w:val="11"/>
              </w:rPr>
              <w:t>3.5</w:t>
            </w:r>
          </w:p>
        </w:tc>
        <w:tc>
          <w:tcPr>
            <w:tcW w:w="1059" w:type="dxa"/>
          </w:tcPr>
          <w:p w14:paraId="6ED495CA" w14:textId="77777777" w:rsidR="00540C13" w:rsidRDefault="00000000" w:rsidP="006E17D0">
            <w:pPr>
              <w:bidi/>
            </w:pPr>
            <w:r>
              <w:rPr>
                <w:sz w:val="11"/>
              </w:rPr>
              <w:t>3.39</w:t>
            </w:r>
          </w:p>
        </w:tc>
      </w:tr>
      <w:tr w:rsidR="00540C13" w14:paraId="750F201A" w14:textId="77777777">
        <w:trPr>
          <w:jc w:val="center"/>
        </w:trPr>
        <w:tc>
          <w:tcPr>
            <w:tcW w:w="1059" w:type="dxa"/>
          </w:tcPr>
          <w:p w14:paraId="039C8CF0" w14:textId="77777777" w:rsidR="00540C13" w:rsidRDefault="00000000" w:rsidP="006E17D0">
            <w:pPr>
              <w:bidi/>
            </w:pPr>
            <w:r>
              <w:rPr>
                <w:sz w:val="11"/>
              </w:rPr>
              <w:t>R042</w:t>
            </w:r>
          </w:p>
        </w:tc>
        <w:tc>
          <w:tcPr>
            <w:tcW w:w="1059" w:type="dxa"/>
          </w:tcPr>
          <w:p w14:paraId="27D79174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13F3E6C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EEA5A9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4FA2CA1E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3330CAA0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71DA1AE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5747651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68FDF45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1940818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57077408" w14:textId="77777777" w:rsidR="00540C13" w:rsidRDefault="00000000" w:rsidP="006E17D0">
            <w:pPr>
              <w:bidi/>
            </w:pPr>
            <w:r>
              <w:rPr>
                <w:sz w:val="11"/>
              </w:rPr>
              <w:t>4.33</w:t>
            </w:r>
          </w:p>
        </w:tc>
        <w:tc>
          <w:tcPr>
            <w:tcW w:w="1059" w:type="dxa"/>
          </w:tcPr>
          <w:p w14:paraId="53FB45B9" w14:textId="77777777" w:rsidR="00540C13" w:rsidRDefault="00000000" w:rsidP="006E17D0">
            <w:pPr>
              <w:bidi/>
            </w:pPr>
            <w:r>
              <w:rPr>
                <w:sz w:val="11"/>
              </w:rPr>
              <w:t>4.67</w:t>
            </w:r>
          </w:p>
        </w:tc>
        <w:tc>
          <w:tcPr>
            <w:tcW w:w="1059" w:type="dxa"/>
          </w:tcPr>
          <w:p w14:paraId="69AEBCD8" w14:textId="77777777" w:rsidR="00540C13" w:rsidRDefault="00000000" w:rsidP="006E17D0">
            <w:pPr>
              <w:bidi/>
            </w:pPr>
            <w:r>
              <w:rPr>
                <w:sz w:val="11"/>
              </w:rPr>
              <w:t>3.67</w:t>
            </w:r>
          </w:p>
        </w:tc>
        <w:tc>
          <w:tcPr>
            <w:tcW w:w="1059" w:type="dxa"/>
          </w:tcPr>
          <w:p w14:paraId="6F8FA739" w14:textId="77777777" w:rsidR="00540C13" w:rsidRDefault="00000000" w:rsidP="006E17D0">
            <w:pPr>
              <w:bidi/>
            </w:pPr>
            <w:r>
              <w:rPr>
                <w:sz w:val="11"/>
              </w:rPr>
              <w:t>4.22</w:t>
            </w:r>
          </w:p>
        </w:tc>
      </w:tr>
      <w:tr w:rsidR="00540C13" w14:paraId="17817AE7" w14:textId="77777777">
        <w:trPr>
          <w:jc w:val="center"/>
        </w:trPr>
        <w:tc>
          <w:tcPr>
            <w:tcW w:w="1059" w:type="dxa"/>
          </w:tcPr>
          <w:p w14:paraId="604F82F3" w14:textId="77777777" w:rsidR="00540C13" w:rsidRDefault="00000000" w:rsidP="006E17D0">
            <w:pPr>
              <w:bidi/>
            </w:pPr>
            <w:r>
              <w:rPr>
                <w:sz w:val="11"/>
              </w:rPr>
              <w:t>R043</w:t>
            </w:r>
          </w:p>
        </w:tc>
        <w:tc>
          <w:tcPr>
            <w:tcW w:w="1059" w:type="dxa"/>
          </w:tcPr>
          <w:p w14:paraId="655F87B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1CE60605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3F81AA6F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6C743C23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4234066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60E732E0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2097ACD2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75CDA7E9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6DAF9B9D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04F1CD8D" w14:textId="77777777" w:rsidR="00540C13" w:rsidRDefault="00000000" w:rsidP="006E17D0">
            <w:pPr>
              <w:bidi/>
            </w:pPr>
            <w:r>
              <w:rPr>
                <w:sz w:val="11"/>
              </w:rPr>
              <w:t>2.83</w:t>
            </w:r>
          </w:p>
        </w:tc>
        <w:tc>
          <w:tcPr>
            <w:tcW w:w="1059" w:type="dxa"/>
          </w:tcPr>
          <w:p w14:paraId="4B6742E9" w14:textId="77777777" w:rsidR="00540C13" w:rsidRDefault="00000000" w:rsidP="006E17D0">
            <w:pPr>
              <w:bidi/>
            </w:pPr>
            <w:r>
              <w:rPr>
                <w:sz w:val="11"/>
              </w:rPr>
              <w:t>3.67</w:t>
            </w:r>
          </w:p>
        </w:tc>
        <w:tc>
          <w:tcPr>
            <w:tcW w:w="1059" w:type="dxa"/>
          </w:tcPr>
          <w:p w14:paraId="537EB052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3E3F2529" w14:textId="77777777" w:rsidR="00540C13" w:rsidRDefault="00000000" w:rsidP="006E17D0">
            <w:pPr>
              <w:bidi/>
            </w:pPr>
            <w:r>
              <w:rPr>
                <w:sz w:val="11"/>
              </w:rPr>
              <w:t>3.17</w:t>
            </w:r>
          </w:p>
        </w:tc>
      </w:tr>
      <w:tr w:rsidR="00540C13" w14:paraId="6BAAECDC" w14:textId="77777777">
        <w:trPr>
          <w:jc w:val="center"/>
        </w:trPr>
        <w:tc>
          <w:tcPr>
            <w:tcW w:w="1059" w:type="dxa"/>
          </w:tcPr>
          <w:p w14:paraId="5D549DB3" w14:textId="77777777" w:rsidR="00540C13" w:rsidRDefault="00000000" w:rsidP="006E17D0">
            <w:pPr>
              <w:bidi/>
            </w:pPr>
            <w:r>
              <w:rPr>
                <w:sz w:val="11"/>
              </w:rPr>
              <w:t>R044</w:t>
            </w:r>
          </w:p>
        </w:tc>
        <w:tc>
          <w:tcPr>
            <w:tcW w:w="1059" w:type="dxa"/>
          </w:tcPr>
          <w:p w14:paraId="1232B532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3E5DF87C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3612852A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7F8B671C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21FF889F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6329015E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37266989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57AB864F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6A4C60DC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0F2CC1CD" w14:textId="77777777" w:rsidR="00540C13" w:rsidRDefault="00000000" w:rsidP="006E17D0">
            <w:pPr>
              <w:bidi/>
            </w:pPr>
            <w:r>
              <w:rPr>
                <w:sz w:val="11"/>
              </w:rPr>
              <w:t>2.5</w:t>
            </w:r>
          </w:p>
        </w:tc>
        <w:tc>
          <w:tcPr>
            <w:tcW w:w="1059" w:type="dxa"/>
          </w:tcPr>
          <w:p w14:paraId="43137BD6" w14:textId="77777777" w:rsidR="00540C13" w:rsidRDefault="00000000" w:rsidP="006E17D0">
            <w:pPr>
              <w:bidi/>
            </w:pPr>
            <w:r>
              <w:rPr>
                <w:sz w:val="11"/>
              </w:rPr>
              <w:t>2.67</w:t>
            </w:r>
          </w:p>
        </w:tc>
        <w:tc>
          <w:tcPr>
            <w:tcW w:w="1059" w:type="dxa"/>
          </w:tcPr>
          <w:p w14:paraId="5D829A94" w14:textId="77777777" w:rsidR="00540C13" w:rsidRDefault="00000000" w:rsidP="006E17D0">
            <w:pPr>
              <w:bidi/>
            </w:pPr>
            <w:r>
              <w:rPr>
                <w:sz w:val="11"/>
              </w:rPr>
              <w:t>2.83</w:t>
            </w:r>
          </w:p>
        </w:tc>
        <w:tc>
          <w:tcPr>
            <w:tcW w:w="1059" w:type="dxa"/>
          </w:tcPr>
          <w:p w14:paraId="767117CC" w14:textId="77777777" w:rsidR="00540C13" w:rsidRDefault="00000000" w:rsidP="006E17D0">
            <w:pPr>
              <w:bidi/>
            </w:pPr>
            <w:r>
              <w:rPr>
                <w:sz w:val="11"/>
              </w:rPr>
              <w:t>2.67</w:t>
            </w:r>
          </w:p>
        </w:tc>
      </w:tr>
      <w:tr w:rsidR="00540C13" w14:paraId="15E00E5B" w14:textId="77777777">
        <w:trPr>
          <w:jc w:val="center"/>
        </w:trPr>
        <w:tc>
          <w:tcPr>
            <w:tcW w:w="1059" w:type="dxa"/>
          </w:tcPr>
          <w:p w14:paraId="174DA897" w14:textId="77777777" w:rsidR="00540C13" w:rsidRDefault="00000000" w:rsidP="006E17D0">
            <w:pPr>
              <w:bidi/>
            </w:pPr>
            <w:r>
              <w:rPr>
                <w:sz w:val="11"/>
              </w:rPr>
              <w:t>R045</w:t>
            </w:r>
          </w:p>
        </w:tc>
        <w:tc>
          <w:tcPr>
            <w:tcW w:w="1059" w:type="dxa"/>
          </w:tcPr>
          <w:p w14:paraId="1949554A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2D59C6B5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6828EAE3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04C7FE34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076FCE69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674E4A7D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418C8E07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48317C9B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2D862CE3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0F74CD7F" w14:textId="77777777" w:rsidR="00540C13" w:rsidRDefault="00000000" w:rsidP="006E17D0">
            <w:pPr>
              <w:bidi/>
            </w:pPr>
            <w:r>
              <w:rPr>
                <w:sz w:val="11"/>
              </w:rPr>
              <w:t>3.33</w:t>
            </w:r>
          </w:p>
        </w:tc>
        <w:tc>
          <w:tcPr>
            <w:tcW w:w="1059" w:type="dxa"/>
          </w:tcPr>
          <w:p w14:paraId="0EFC2A20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7AE8CECF" w14:textId="77777777" w:rsidR="00540C13" w:rsidRDefault="00000000" w:rsidP="006E17D0">
            <w:pPr>
              <w:bidi/>
            </w:pPr>
            <w:r>
              <w:rPr>
                <w:sz w:val="11"/>
              </w:rPr>
              <w:t>2.67</w:t>
            </w:r>
          </w:p>
        </w:tc>
        <w:tc>
          <w:tcPr>
            <w:tcW w:w="1059" w:type="dxa"/>
          </w:tcPr>
          <w:p w14:paraId="5052DC73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</w:tr>
      <w:tr w:rsidR="00540C13" w14:paraId="7AC8BE85" w14:textId="77777777">
        <w:trPr>
          <w:jc w:val="center"/>
        </w:trPr>
        <w:tc>
          <w:tcPr>
            <w:tcW w:w="1059" w:type="dxa"/>
          </w:tcPr>
          <w:p w14:paraId="4F938616" w14:textId="77777777" w:rsidR="00540C13" w:rsidRDefault="00000000" w:rsidP="006E17D0">
            <w:pPr>
              <w:bidi/>
            </w:pPr>
            <w:r>
              <w:rPr>
                <w:sz w:val="11"/>
              </w:rPr>
              <w:t>R046</w:t>
            </w:r>
          </w:p>
        </w:tc>
        <w:tc>
          <w:tcPr>
            <w:tcW w:w="1059" w:type="dxa"/>
          </w:tcPr>
          <w:p w14:paraId="698BC957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32B7F628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566B376B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6A39EA5F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4AE12AE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B38E64C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10E7B26D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23B4B7A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66F609AF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07DE6920" w14:textId="77777777" w:rsidR="00540C13" w:rsidRDefault="00000000" w:rsidP="006E17D0">
            <w:pPr>
              <w:bidi/>
            </w:pPr>
            <w:r>
              <w:rPr>
                <w:sz w:val="11"/>
              </w:rPr>
              <w:t>3.17</w:t>
            </w:r>
          </w:p>
        </w:tc>
        <w:tc>
          <w:tcPr>
            <w:tcW w:w="1059" w:type="dxa"/>
          </w:tcPr>
          <w:p w14:paraId="7A73AF56" w14:textId="77777777" w:rsidR="00540C13" w:rsidRDefault="00000000" w:rsidP="006E17D0">
            <w:pPr>
              <w:bidi/>
            </w:pPr>
            <w:r>
              <w:rPr>
                <w:sz w:val="11"/>
              </w:rPr>
              <w:t>3.33</w:t>
            </w:r>
          </w:p>
        </w:tc>
        <w:tc>
          <w:tcPr>
            <w:tcW w:w="1059" w:type="dxa"/>
          </w:tcPr>
          <w:p w14:paraId="431A77B8" w14:textId="77777777" w:rsidR="00540C13" w:rsidRDefault="00000000" w:rsidP="006E17D0">
            <w:pPr>
              <w:bidi/>
            </w:pPr>
            <w:r>
              <w:rPr>
                <w:sz w:val="11"/>
              </w:rPr>
              <w:t>3.17</w:t>
            </w:r>
          </w:p>
        </w:tc>
        <w:tc>
          <w:tcPr>
            <w:tcW w:w="1059" w:type="dxa"/>
          </w:tcPr>
          <w:p w14:paraId="696FA2E3" w14:textId="77777777" w:rsidR="00540C13" w:rsidRDefault="00000000" w:rsidP="006E17D0">
            <w:pPr>
              <w:bidi/>
            </w:pPr>
            <w:r>
              <w:rPr>
                <w:sz w:val="11"/>
              </w:rPr>
              <w:t>3.22</w:t>
            </w:r>
          </w:p>
        </w:tc>
      </w:tr>
      <w:tr w:rsidR="00540C13" w14:paraId="50EA91BC" w14:textId="77777777">
        <w:trPr>
          <w:jc w:val="center"/>
        </w:trPr>
        <w:tc>
          <w:tcPr>
            <w:tcW w:w="1059" w:type="dxa"/>
          </w:tcPr>
          <w:p w14:paraId="0241EF47" w14:textId="77777777" w:rsidR="00540C13" w:rsidRDefault="00000000" w:rsidP="006E17D0">
            <w:pPr>
              <w:bidi/>
            </w:pPr>
            <w:r>
              <w:rPr>
                <w:sz w:val="11"/>
              </w:rPr>
              <w:t>R047</w:t>
            </w:r>
          </w:p>
        </w:tc>
        <w:tc>
          <w:tcPr>
            <w:tcW w:w="1059" w:type="dxa"/>
          </w:tcPr>
          <w:p w14:paraId="36852D1E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2E20A5D4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35867CE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37256F4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547E887C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1546DF9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5AFC0522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115DD76D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581E1D8E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1660A9D4" w14:textId="77777777" w:rsidR="00540C13" w:rsidRDefault="00000000" w:rsidP="006E17D0">
            <w:pPr>
              <w:bidi/>
            </w:pPr>
            <w:r>
              <w:rPr>
                <w:sz w:val="11"/>
              </w:rPr>
              <w:t>2.83</w:t>
            </w:r>
          </w:p>
        </w:tc>
        <w:tc>
          <w:tcPr>
            <w:tcW w:w="1059" w:type="dxa"/>
          </w:tcPr>
          <w:p w14:paraId="155FEA4F" w14:textId="77777777" w:rsidR="00540C13" w:rsidRDefault="00000000" w:rsidP="006E17D0">
            <w:pPr>
              <w:bidi/>
            </w:pPr>
            <w:r>
              <w:rPr>
                <w:sz w:val="11"/>
              </w:rPr>
              <w:t>2.83</w:t>
            </w:r>
          </w:p>
        </w:tc>
        <w:tc>
          <w:tcPr>
            <w:tcW w:w="1059" w:type="dxa"/>
          </w:tcPr>
          <w:p w14:paraId="1BAC865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44AA361B" w14:textId="77777777" w:rsidR="00540C13" w:rsidRDefault="00000000" w:rsidP="006E17D0">
            <w:pPr>
              <w:bidi/>
            </w:pPr>
            <w:r>
              <w:rPr>
                <w:sz w:val="11"/>
              </w:rPr>
              <w:t>2.89</w:t>
            </w:r>
          </w:p>
        </w:tc>
      </w:tr>
      <w:tr w:rsidR="00540C13" w14:paraId="1AA09CEE" w14:textId="77777777">
        <w:trPr>
          <w:jc w:val="center"/>
        </w:trPr>
        <w:tc>
          <w:tcPr>
            <w:tcW w:w="1059" w:type="dxa"/>
          </w:tcPr>
          <w:p w14:paraId="51E5B0AA" w14:textId="77777777" w:rsidR="00540C13" w:rsidRDefault="00000000" w:rsidP="006E17D0">
            <w:pPr>
              <w:bidi/>
            </w:pPr>
            <w:r>
              <w:rPr>
                <w:sz w:val="11"/>
              </w:rPr>
              <w:t>R048</w:t>
            </w:r>
          </w:p>
        </w:tc>
        <w:tc>
          <w:tcPr>
            <w:tcW w:w="1059" w:type="dxa"/>
          </w:tcPr>
          <w:p w14:paraId="73B73BA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577863F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409FBC98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4B12E018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E2BE07F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64503191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738A61D0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1ED7561C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460F3914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510D83FD" w14:textId="77777777" w:rsidR="00540C13" w:rsidRDefault="00000000" w:rsidP="006E17D0">
            <w:pPr>
              <w:bidi/>
            </w:pPr>
            <w:r>
              <w:rPr>
                <w:sz w:val="11"/>
              </w:rPr>
              <w:t>2.83</w:t>
            </w:r>
          </w:p>
        </w:tc>
        <w:tc>
          <w:tcPr>
            <w:tcW w:w="1059" w:type="dxa"/>
          </w:tcPr>
          <w:p w14:paraId="0E8D64F1" w14:textId="77777777" w:rsidR="00540C13" w:rsidRDefault="00000000" w:rsidP="006E17D0">
            <w:pPr>
              <w:bidi/>
            </w:pPr>
            <w:r>
              <w:rPr>
                <w:sz w:val="11"/>
              </w:rPr>
              <w:t>3.67</w:t>
            </w:r>
          </w:p>
        </w:tc>
        <w:tc>
          <w:tcPr>
            <w:tcW w:w="1059" w:type="dxa"/>
          </w:tcPr>
          <w:p w14:paraId="616637D5" w14:textId="77777777" w:rsidR="00540C13" w:rsidRDefault="00000000" w:rsidP="006E17D0">
            <w:pPr>
              <w:bidi/>
            </w:pPr>
            <w:r>
              <w:rPr>
                <w:sz w:val="11"/>
              </w:rPr>
              <w:t>3.17</w:t>
            </w:r>
          </w:p>
        </w:tc>
        <w:tc>
          <w:tcPr>
            <w:tcW w:w="1059" w:type="dxa"/>
          </w:tcPr>
          <w:p w14:paraId="2978CEC1" w14:textId="77777777" w:rsidR="00540C13" w:rsidRDefault="00000000" w:rsidP="006E17D0">
            <w:pPr>
              <w:bidi/>
            </w:pPr>
            <w:r>
              <w:rPr>
                <w:sz w:val="11"/>
              </w:rPr>
              <w:t>3.22</w:t>
            </w:r>
          </w:p>
        </w:tc>
      </w:tr>
      <w:tr w:rsidR="00540C13" w14:paraId="54E753E3" w14:textId="77777777">
        <w:trPr>
          <w:jc w:val="center"/>
        </w:trPr>
        <w:tc>
          <w:tcPr>
            <w:tcW w:w="1059" w:type="dxa"/>
          </w:tcPr>
          <w:p w14:paraId="1EB10FA2" w14:textId="77777777" w:rsidR="00540C13" w:rsidRDefault="00000000" w:rsidP="006E17D0">
            <w:pPr>
              <w:bidi/>
            </w:pPr>
            <w:r>
              <w:rPr>
                <w:sz w:val="11"/>
              </w:rPr>
              <w:t>R049</w:t>
            </w:r>
          </w:p>
        </w:tc>
        <w:tc>
          <w:tcPr>
            <w:tcW w:w="1059" w:type="dxa"/>
          </w:tcPr>
          <w:p w14:paraId="09B1840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A22FA00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ADDBCB3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179CEBA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A0A4514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77090C6B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312E6453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5BCB9CF1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D50ACC2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B0054D6" w14:textId="77777777" w:rsidR="00540C13" w:rsidRDefault="00000000" w:rsidP="006E17D0">
            <w:pPr>
              <w:bidi/>
            </w:pPr>
            <w:r>
              <w:rPr>
                <w:sz w:val="11"/>
              </w:rPr>
              <w:t>3.5</w:t>
            </w:r>
          </w:p>
        </w:tc>
        <w:tc>
          <w:tcPr>
            <w:tcW w:w="1059" w:type="dxa"/>
          </w:tcPr>
          <w:p w14:paraId="26C35EB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015B5E6" w14:textId="77777777" w:rsidR="00540C13" w:rsidRDefault="00000000" w:rsidP="006E17D0">
            <w:pPr>
              <w:bidi/>
            </w:pPr>
            <w:r>
              <w:rPr>
                <w:sz w:val="11"/>
              </w:rPr>
              <w:t>3.83</w:t>
            </w:r>
          </w:p>
        </w:tc>
        <w:tc>
          <w:tcPr>
            <w:tcW w:w="1059" w:type="dxa"/>
          </w:tcPr>
          <w:p w14:paraId="4BF01876" w14:textId="77777777" w:rsidR="00540C13" w:rsidRDefault="00000000" w:rsidP="006E17D0">
            <w:pPr>
              <w:bidi/>
            </w:pPr>
            <w:r>
              <w:rPr>
                <w:sz w:val="11"/>
              </w:rPr>
              <w:t>3.78</w:t>
            </w:r>
          </w:p>
        </w:tc>
      </w:tr>
      <w:tr w:rsidR="00540C13" w14:paraId="70FFBDBE" w14:textId="77777777">
        <w:trPr>
          <w:jc w:val="center"/>
        </w:trPr>
        <w:tc>
          <w:tcPr>
            <w:tcW w:w="1059" w:type="dxa"/>
          </w:tcPr>
          <w:p w14:paraId="498A1051" w14:textId="77777777" w:rsidR="00540C13" w:rsidRDefault="00000000" w:rsidP="006E17D0">
            <w:pPr>
              <w:bidi/>
            </w:pPr>
            <w:r>
              <w:rPr>
                <w:sz w:val="11"/>
              </w:rPr>
              <w:t>R050</w:t>
            </w:r>
          </w:p>
        </w:tc>
        <w:tc>
          <w:tcPr>
            <w:tcW w:w="1059" w:type="dxa"/>
          </w:tcPr>
          <w:p w14:paraId="50A0DFFF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46BE1B0B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62053EF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2140B09F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49C49176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150D4392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38E5FA80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69C7DEC2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33B9A5A6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74149DBB" w14:textId="77777777" w:rsidR="00540C13" w:rsidRDefault="00000000" w:rsidP="006E17D0">
            <w:pPr>
              <w:bidi/>
            </w:pPr>
            <w:r>
              <w:rPr>
                <w:sz w:val="11"/>
              </w:rPr>
              <w:t>4.5</w:t>
            </w:r>
          </w:p>
        </w:tc>
        <w:tc>
          <w:tcPr>
            <w:tcW w:w="1059" w:type="dxa"/>
          </w:tcPr>
          <w:p w14:paraId="55F3F343" w14:textId="77777777" w:rsidR="00540C13" w:rsidRDefault="00000000" w:rsidP="006E17D0">
            <w:pPr>
              <w:bidi/>
            </w:pPr>
            <w:r>
              <w:rPr>
                <w:sz w:val="11"/>
              </w:rPr>
              <w:t>4.83</w:t>
            </w:r>
          </w:p>
        </w:tc>
        <w:tc>
          <w:tcPr>
            <w:tcW w:w="1059" w:type="dxa"/>
          </w:tcPr>
          <w:p w14:paraId="0AC83393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3D6F46E6" w14:textId="77777777" w:rsidR="00540C13" w:rsidRDefault="00000000" w:rsidP="006E17D0">
            <w:pPr>
              <w:bidi/>
            </w:pPr>
            <w:r>
              <w:rPr>
                <w:sz w:val="11"/>
              </w:rPr>
              <w:t>4.78</w:t>
            </w:r>
          </w:p>
        </w:tc>
      </w:tr>
      <w:tr w:rsidR="00540C13" w14:paraId="27E36FD1" w14:textId="77777777">
        <w:trPr>
          <w:jc w:val="center"/>
        </w:trPr>
        <w:tc>
          <w:tcPr>
            <w:tcW w:w="1059" w:type="dxa"/>
          </w:tcPr>
          <w:p w14:paraId="1E1F1A36" w14:textId="77777777" w:rsidR="00540C13" w:rsidRDefault="00000000" w:rsidP="006E17D0">
            <w:pPr>
              <w:bidi/>
            </w:pPr>
            <w:r>
              <w:rPr>
                <w:sz w:val="11"/>
              </w:rPr>
              <w:t>R051</w:t>
            </w:r>
          </w:p>
        </w:tc>
        <w:tc>
          <w:tcPr>
            <w:tcW w:w="1059" w:type="dxa"/>
          </w:tcPr>
          <w:p w14:paraId="2A3D4A9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0C62FC1E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4C6EB109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4D8A9191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57FF45B6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77222F61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75809B63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61D62E9B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70C6E412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192878BC" w14:textId="77777777" w:rsidR="00540C13" w:rsidRDefault="00000000" w:rsidP="006E17D0">
            <w:pPr>
              <w:bidi/>
            </w:pPr>
            <w:r>
              <w:rPr>
                <w:sz w:val="11"/>
              </w:rPr>
              <w:t>3.5</w:t>
            </w:r>
          </w:p>
        </w:tc>
        <w:tc>
          <w:tcPr>
            <w:tcW w:w="1059" w:type="dxa"/>
          </w:tcPr>
          <w:p w14:paraId="40AC70E1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32734480" w14:textId="77777777" w:rsidR="00540C13" w:rsidRDefault="00000000" w:rsidP="006E17D0">
            <w:pPr>
              <w:bidi/>
            </w:pPr>
            <w:r>
              <w:rPr>
                <w:sz w:val="11"/>
              </w:rPr>
              <w:t>2.5</w:t>
            </w:r>
          </w:p>
        </w:tc>
        <w:tc>
          <w:tcPr>
            <w:tcW w:w="1059" w:type="dxa"/>
          </w:tcPr>
          <w:p w14:paraId="0B17B766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</w:tr>
      <w:tr w:rsidR="00540C13" w14:paraId="43D4CCD2" w14:textId="77777777">
        <w:trPr>
          <w:jc w:val="center"/>
        </w:trPr>
        <w:tc>
          <w:tcPr>
            <w:tcW w:w="1059" w:type="dxa"/>
          </w:tcPr>
          <w:p w14:paraId="5B455B66" w14:textId="77777777" w:rsidR="00540C13" w:rsidRDefault="00000000" w:rsidP="006E17D0">
            <w:pPr>
              <w:bidi/>
            </w:pPr>
            <w:r>
              <w:rPr>
                <w:sz w:val="11"/>
              </w:rPr>
              <w:t>R052</w:t>
            </w:r>
          </w:p>
        </w:tc>
        <w:tc>
          <w:tcPr>
            <w:tcW w:w="1059" w:type="dxa"/>
          </w:tcPr>
          <w:p w14:paraId="0ED033EC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64648C5F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0069F5BA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7C04928B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5676E49E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A2D6EDF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2C0322F3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0F609820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07B8C0E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55CDC12D" w14:textId="77777777" w:rsidR="00540C13" w:rsidRDefault="00000000" w:rsidP="006E17D0">
            <w:pPr>
              <w:bidi/>
            </w:pPr>
            <w:r>
              <w:rPr>
                <w:sz w:val="11"/>
              </w:rPr>
              <w:t>3.5</w:t>
            </w:r>
          </w:p>
        </w:tc>
        <w:tc>
          <w:tcPr>
            <w:tcW w:w="1059" w:type="dxa"/>
          </w:tcPr>
          <w:p w14:paraId="5178B1F7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1E5029AC" w14:textId="77777777" w:rsidR="00540C13" w:rsidRDefault="00000000" w:rsidP="006E17D0">
            <w:pPr>
              <w:bidi/>
            </w:pPr>
            <w:r>
              <w:rPr>
                <w:sz w:val="11"/>
              </w:rPr>
              <w:t>3.33</w:t>
            </w:r>
          </w:p>
        </w:tc>
        <w:tc>
          <w:tcPr>
            <w:tcW w:w="1059" w:type="dxa"/>
          </w:tcPr>
          <w:p w14:paraId="045B7644" w14:textId="77777777" w:rsidR="00540C13" w:rsidRDefault="00000000" w:rsidP="006E17D0">
            <w:pPr>
              <w:bidi/>
            </w:pPr>
            <w:r>
              <w:rPr>
                <w:sz w:val="11"/>
              </w:rPr>
              <w:t>3.28</w:t>
            </w:r>
          </w:p>
        </w:tc>
      </w:tr>
      <w:tr w:rsidR="00540C13" w14:paraId="3E8C3F2C" w14:textId="77777777">
        <w:trPr>
          <w:jc w:val="center"/>
        </w:trPr>
        <w:tc>
          <w:tcPr>
            <w:tcW w:w="1059" w:type="dxa"/>
          </w:tcPr>
          <w:p w14:paraId="55C25E04" w14:textId="77777777" w:rsidR="00540C13" w:rsidRDefault="00000000" w:rsidP="006E17D0">
            <w:pPr>
              <w:bidi/>
            </w:pPr>
            <w:r>
              <w:rPr>
                <w:sz w:val="11"/>
              </w:rPr>
              <w:t>R053</w:t>
            </w:r>
          </w:p>
        </w:tc>
        <w:tc>
          <w:tcPr>
            <w:tcW w:w="1059" w:type="dxa"/>
          </w:tcPr>
          <w:p w14:paraId="1C9DB578" w14:textId="77777777" w:rsidR="00540C13" w:rsidRDefault="00000000" w:rsidP="006E17D0">
            <w:pPr>
              <w:bidi/>
            </w:pPr>
            <w:r>
              <w:rPr>
                <w:sz w:val="11"/>
              </w:rPr>
              <w:t>1</w:t>
            </w:r>
          </w:p>
        </w:tc>
        <w:tc>
          <w:tcPr>
            <w:tcW w:w="1059" w:type="dxa"/>
          </w:tcPr>
          <w:p w14:paraId="6947734A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751ECEA6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39EA9E4E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78C7F4AB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2A023843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32352AA6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3CB1E0A5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0F03F894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2664090E" w14:textId="77777777" w:rsidR="00540C13" w:rsidRDefault="00000000" w:rsidP="006E17D0">
            <w:pPr>
              <w:bidi/>
            </w:pPr>
            <w:r>
              <w:rPr>
                <w:sz w:val="11"/>
              </w:rPr>
              <w:t>2.5</w:t>
            </w:r>
          </w:p>
        </w:tc>
        <w:tc>
          <w:tcPr>
            <w:tcW w:w="1059" w:type="dxa"/>
          </w:tcPr>
          <w:p w14:paraId="66BC15E8" w14:textId="77777777" w:rsidR="00540C13" w:rsidRDefault="00000000" w:rsidP="006E17D0">
            <w:pPr>
              <w:bidi/>
            </w:pPr>
            <w:r>
              <w:rPr>
                <w:sz w:val="11"/>
              </w:rPr>
              <w:t>2.17</w:t>
            </w:r>
          </w:p>
        </w:tc>
        <w:tc>
          <w:tcPr>
            <w:tcW w:w="1059" w:type="dxa"/>
          </w:tcPr>
          <w:p w14:paraId="58A14B7B" w14:textId="77777777" w:rsidR="00540C13" w:rsidRDefault="00000000" w:rsidP="006E17D0">
            <w:pPr>
              <w:bidi/>
            </w:pPr>
            <w:r>
              <w:rPr>
                <w:sz w:val="11"/>
              </w:rPr>
              <w:t>2.17</w:t>
            </w:r>
          </w:p>
        </w:tc>
        <w:tc>
          <w:tcPr>
            <w:tcW w:w="1059" w:type="dxa"/>
          </w:tcPr>
          <w:p w14:paraId="3ED9A498" w14:textId="77777777" w:rsidR="00540C13" w:rsidRDefault="00000000" w:rsidP="006E17D0">
            <w:pPr>
              <w:bidi/>
            </w:pPr>
            <w:r>
              <w:rPr>
                <w:sz w:val="11"/>
              </w:rPr>
              <w:t>2.28</w:t>
            </w:r>
          </w:p>
        </w:tc>
      </w:tr>
      <w:tr w:rsidR="00540C13" w14:paraId="228025DC" w14:textId="77777777">
        <w:trPr>
          <w:jc w:val="center"/>
        </w:trPr>
        <w:tc>
          <w:tcPr>
            <w:tcW w:w="1059" w:type="dxa"/>
          </w:tcPr>
          <w:p w14:paraId="256060AA" w14:textId="77777777" w:rsidR="00540C13" w:rsidRDefault="00000000" w:rsidP="006E17D0">
            <w:pPr>
              <w:bidi/>
            </w:pPr>
            <w:r>
              <w:rPr>
                <w:sz w:val="11"/>
              </w:rPr>
              <w:t>R054</w:t>
            </w:r>
          </w:p>
        </w:tc>
        <w:tc>
          <w:tcPr>
            <w:tcW w:w="1059" w:type="dxa"/>
          </w:tcPr>
          <w:p w14:paraId="7D691FE3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44F94844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2A563BD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49424022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0DA3257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46E0A97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3D1D0E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13493C1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B92FAF8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50B2FA46" w14:textId="77777777" w:rsidR="00540C13" w:rsidRDefault="00000000" w:rsidP="006E17D0">
            <w:pPr>
              <w:bidi/>
            </w:pPr>
            <w:r>
              <w:rPr>
                <w:sz w:val="11"/>
              </w:rPr>
              <w:t>3.5</w:t>
            </w:r>
          </w:p>
        </w:tc>
        <w:tc>
          <w:tcPr>
            <w:tcW w:w="1059" w:type="dxa"/>
          </w:tcPr>
          <w:p w14:paraId="7D3824C5" w14:textId="77777777" w:rsidR="00540C13" w:rsidRDefault="00000000" w:rsidP="006E17D0">
            <w:pPr>
              <w:bidi/>
            </w:pPr>
            <w:r>
              <w:rPr>
                <w:sz w:val="11"/>
              </w:rPr>
              <w:t>4.5</w:t>
            </w:r>
          </w:p>
        </w:tc>
        <w:tc>
          <w:tcPr>
            <w:tcW w:w="1059" w:type="dxa"/>
          </w:tcPr>
          <w:p w14:paraId="6DE7957F" w14:textId="77777777" w:rsidR="00540C13" w:rsidRDefault="00000000" w:rsidP="006E17D0">
            <w:pPr>
              <w:bidi/>
            </w:pPr>
            <w:r>
              <w:rPr>
                <w:sz w:val="11"/>
              </w:rPr>
              <w:t>3.83</w:t>
            </w:r>
          </w:p>
        </w:tc>
        <w:tc>
          <w:tcPr>
            <w:tcW w:w="1059" w:type="dxa"/>
          </w:tcPr>
          <w:p w14:paraId="685F139C" w14:textId="77777777" w:rsidR="00540C13" w:rsidRDefault="00000000" w:rsidP="006E17D0">
            <w:pPr>
              <w:bidi/>
            </w:pPr>
            <w:r>
              <w:rPr>
                <w:sz w:val="11"/>
              </w:rPr>
              <w:t>3.94</w:t>
            </w:r>
          </w:p>
        </w:tc>
      </w:tr>
      <w:tr w:rsidR="00540C13" w14:paraId="6C696870" w14:textId="77777777">
        <w:trPr>
          <w:jc w:val="center"/>
        </w:trPr>
        <w:tc>
          <w:tcPr>
            <w:tcW w:w="1059" w:type="dxa"/>
          </w:tcPr>
          <w:p w14:paraId="293928C3" w14:textId="77777777" w:rsidR="00540C13" w:rsidRDefault="00000000" w:rsidP="006E17D0">
            <w:pPr>
              <w:bidi/>
            </w:pPr>
            <w:r>
              <w:rPr>
                <w:sz w:val="11"/>
              </w:rPr>
              <w:t>R055</w:t>
            </w:r>
          </w:p>
        </w:tc>
        <w:tc>
          <w:tcPr>
            <w:tcW w:w="1059" w:type="dxa"/>
          </w:tcPr>
          <w:p w14:paraId="10DD916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1F1F66E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12BC2B0D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57CC57DB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555346F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6D787B0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457D7016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7841CD4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F6D6CC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3F38A93" w14:textId="77777777" w:rsidR="00540C13" w:rsidRDefault="00000000" w:rsidP="006E17D0">
            <w:pPr>
              <w:bidi/>
            </w:pPr>
            <w:r>
              <w:rPr>
                <w:sz w:val="11"/>
              </w:rPr>
              <w:t>4.5</w:t>
            </w:r>
          </w:p>
        </w:tc>
        <w:tc>
          <w:tcPr>
            <w:tcW w:w="1059" w:type="dxa"/>
          </w:tcPr>
          <w:p w14:paraId="611819A5" w14:textId="77777777" w:rsidR="00540C13" w:rsidRDefault="00000000" w:rsidP="006E17D0">
            <w:pPr>
              <w:bidi/>
            </w:pPr>
            <w:r>
              <w:rPr>
                <w:sz w:val="11"/>
              </w:rPr>
              <w:t>4.17</w:t>
            </w:r>
          </w:p>
        </w:tc>
        <w:tc>
          <w:tcPr>
            <w:tcW w:w="1059" w:type="dxa"/>
          </w:tcPr>
          <w:p w14:paraId="749CAC86" w14:textId="77777777" w:rsidR="00540C13" w:rsidRDefault="00000000" w:rsidP="006E17D0">
            <w:pPr>
              <w:bidi/>
            </w:pPr>
            <w:r>
              <w:rPr>
                <w:sz w:val="11"/>
              </w:rPr>
              <w:t>3.83</w:t>
            </w:r>
          </w:p>
        </w:tc>
        <w:tc>
          <w:tcPr>
            <w:tcW w:w="1059" w:type="dxa"/>
          </w:tcPr>
          <w:p w14:paraId="39938BDD" w14:textId="77777777" w:rsidR="00540C13" w:rsidRDefault="00000000" w:rsidP="006E17D0">
            <w:pPr>
              <w:bidi/>
            </w:pPr>
            <w:r>
              <w:rPr>
                <w:sz w:val="11"/>
              </w:rPr>
              <w:t>4.17</w:t>
            </w:r>
          </w:p>
        </w:tc>
      </w:tr>
      <w:tr w:rsidR="00540C13" w14:paraId="3EFBA79D" w14:textId="77777777">
        <w:trPr>
          <w:jc w:val="center"/>
        </w:trPr>
        <w:tc>
          <w:tcPr>
            <w:tcW w:w="1059" w:type="dxa"/>
          </w:tcPr>
          <w:p w14:paraId="22D871A6" w14:textId="77777777" w:rsidR="00540C13" w:rsidRDefault="00000000" w:rsidP="006E17D0">
            <w:pPr>
              <w:bidi/>
            </w:pPr>
            <w:r>
              <w:rPr>
                <w:sz w:val="11"/>
              </w:rPr>
              <w:t>R056</w:t>
            </w:r>
          </w:p>
        </w:tc>
        <w:tc>
          <w:tcPr>
            <w:tcW w:w="1059" w:type="dxa"/>
          </w:tcPr>
          <w:p w14:paraId="648CA26D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0240277D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2378B7F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57EF83F8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1AA6A30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5C90688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0C0C51B9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4FA7D02B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73E9D0AB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6BF72229" w14:textId="77777777" w:rsidR="00540C13" w:rsidRDefault="00000000" w:rsidP="006E17D0">
            <w:pPr>
              <w:bidi/>
            </w:pPr>
            <w:r>
              <w:rPr>
                <w:sz w:val="11"/>
              </w:rPr>
              <w:t>2.83</w:t>
            </w:r>
          </w:p>
        </w:tc>
        <w:tc>
          <w:tcPr>
            <w:tcW w:w="1059" w:type="dxa"/>
          </w:tcPr>
          <w:p w14:paraId="02E66A45" w14:textId="77777777" w:rsidR="00540C13" w:rsidRDefault="00000000" w:rsidP="006E17D0">
            <w:pPr>
              <w:bidi/>
            </w:pPr>
            <w:r>
              <w:rPr>
                <w:sz w:val="11"/>
              </w:rPr>
              <w:t>3.17</w:t>
            </w:r>
          </w:p>
        </w:tc>
        <w:tc>
          <w:tcPr>
            <w:tcW w:w="1059" w:type="dxa"/>
          </w:tcPr>
          <w:p w14:paraId="5C8797C8" w14:textId="77777777" w:rsidR="00540C13" w:rsidRDefault="00000000" w:rsidP="006E17D0">
            <w:pPr>
              <w:bidi/>
            </w:pPr>
            <w:r>
              <w:rPr>
                <w:sz w:val="11"/>
              </w:rPr>
              <w:t>3.33</w:t>
            </w:r>
          </w:p>
        </w:tc>
        <w:tc>
          <w:tcPr>
            <w:tcW w:w="1059" w:type="dxa"/>
          </w:tcPr>
          <w:p w14:paraId="58D6AEC5" w14:textId="77777777" w:rsidR="00540C13" w:rsidRDefault="00000000" w:rsidP="006E17D0">
            <w:pPr>
              <w:bidi/>
            </w:pPr>
            <w:r>
              <w:rPr>
                <w:sz w:val="11"/>
              </w:rPr>
              <w:t>3.11</w:t>
            </w:r>
          </w:p>
        </w:tc>
      </w:tr>
      <w:tr w:rsidR="00540C13" w14:paraId="2454E5A7" w14:textId="77777777">
        <w:trPr>
          <w:jc w:val="center"/>
        </w:trPr>
        <w:tc>
          <w:tcPr>
            <w:tcW w:w="1059" w:type="dxa"/>
          </w:tcPr>
          <w:p w14:paraId="575A0907" w14:textId="77777777" w:rsidR="00540C13" w:rsidRDefault="00000000" w:rsidP="006E17D0">
            <w:pPr>
              <w:bidi/>
            </w:pPr>
            <w:r>
              <w:rPr>
                <w:sz w:val="11"/>
              </w:rPr>
              <w:t>R057</w:t>
            </w:r>
          </w:p>
        </w:tc>
        <w:tc>
          <w:tcPr>
            <w:tcW w:w="1059" w:type="dxa"/>
          </w:tcPr>
          <w:p w14:paraId="341926F6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43F887E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0828F4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1BBF288E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0F8384F0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438FAB40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79A99BB3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AC71FFB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4422C70F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053B736D" w14:textId="77777777" w:rsidR="00540C13" w:rsidRDefault="00000000" w:rsidP="006E17D0">
            <w:pPr>
              <w:bidi/>
            </w:pPr>
            <w:r>
              <w:rPr>
                <w:sz w:val="11"/>
              </w:rPr>
              <w:t>3.5</w:t>
            </w:r>
          </w:p>
        </w:tc>
        <w:tc>
          <w:tcPr>
            <w:tcW w:w="1059" w:type="dxa"/>
          </w:tcPr>
          <w:p w14:paraId="54C7E26E" w14:textId="77777777" w:rsidR="00540C13" w:rsidRDefault="00000000" w:rsidP="006E17D0">
            <w:pPr>
              <w:bidi/>
            </w:pPr>
            <w:r>
              <w:rPr>
                <w:sz w:val="11"/>
              </w:rPr>
              <w:t>3.5</w:t>
            </w:r>
          </w:p>
        </w:tc>
        <w:tc>
          <w:tcPr>
            <w:tcW w:w="1059" w:type="dxa"/>
          </w:tcPr>
          <w:p w14:paraId="13467AE4" w14:textId="77777777" w:rsidR="00540C13" w:rsidRDefault="00000000" w:rsidP="006E17D0">
            <w:pPr>
              <w:bidi/>
            </w:pPr>
            <w:r>
              <w:rPr>
                <w:sz w:val="11"/>
              </w:rPr>
              <w:t>3.33</w:t>
            </w:r>
          </w:p>
        </w:tc>
        <w:tc>
          <w:tcPr>
            <w:tcW w:w="1059" w:type="dxa"/>
          </w:tcPr>
          <w:p w14:paraId="11E54A02" w14:textId="77777777" w:rsidR="00540C13" w:rsidRDefault="00000000" w:rsidP="006E17D0">
            <w:pPr>
              <w:bidi/>
            </w:pPr>
            <w:r>
              <w:rPr>
                <w:sz w:val="11"/>
              </w:rPr>
              <w:t>3.44</w:t>
            </w:r>
          </w:p>
        </w:tc>
      </w:tr>
      <w:tr w:rsidR="00540C13" w14:paraId="04FDF497" w14:textId="77777777">
        <w:trPr>
          <w:jc w:val="center"/>
        </w:trPr>
        <w:tc>
          <w:tcPr>
            <w:tcW w:w="1059" w:type="dxa"/>
          </w:tcPr>
          <w:p w14:paraId="67FAF09D" w14:textId="77777777" w:rsidR="00540C13" w:rsidRDefault="00000000" w:rsidP="006E17D0">
            <w:pPr>
              <w:bidi/>
            </w:pPr>
            <w:r>
              <w:rPr>
                <w:sz w:val="11"/>
              </w:rPr>
              <w:t>R058</w:t>
            </w:r>
          </w:p>
        </w:tc>
        <w:tc>
          <w:tcPr>
            <w:tcW w:w="1059" w:type="dxa"/>
          </w:tcPr>
          <w:p w14:paraId="20ED92AD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5520AFF1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620A9A1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4BC794D7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42A5E66E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7185DA22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70E31D4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369A6603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5C484C51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5CA4A75A" w14:textId="77777777" w:rsidR="00540C13" w:rsidRDefault="00000000" w:rsidP="006E17D0">
            <w:pPr>
              <w:bidi/>
            </w:pPr>
            <w:r>
              <w:rPr>
                <w:sz w:val="11"/>
              </w:rPr>
              <w:t>2.83</w:t>
            </w:r>
          </w:p>
        </w:tc>
        <w:tc>
          <w:tcPr>
            <w:tcW w:w="1059" w:type="dxa"/>
          </w:tcPr>
          <w:p w14:paraId="33B4FF10" w14:textId="77777777" w:rsidR="00540C13" w:rsidRDefault="00000000" w:rsidP="006E17D0">
            <w:pPr>
              <w:bidi/>
            </w:pPr>
            <w:r>
              <w:rPr>
                <w:sz w:val="11"/>
              </w:rPr>
              <w:t>2.83</w:t>
            </w:r>
          </w:p>
        </w:tc>
        <w:tc>
          <w:tcPr>
            <w:tcW w:w="1059" w:type="dxa"/>
          </w:tcPr>
          <w:p w14:paraId="41A9DAB6" w14:textId="77777777" w:rsidR="00540C13" w:rsidRDefault="00000000" w:rsidP="006E17D0">
            <w:pPr>
              <w:bidi/>
            </w:pPr>
            <w:r>
              <w:rPr>
                <w:sz w:val="11"/>
              </w:rPr>
              <w:t>3.17</w:t>
            </w:r>
          </w:p>
        </w:tc>
        <w:tc>
          <w:tcPr>
            <w:tcW w:w="1059" w:type="dxa"/>
          </w:tcPr>
          <w:p w14:paraId="2C38400D" w14:textId="77777777" w:rsidR="00540C13" w:rsidRDefault="00000000" w:rsidP="006E17D0">
            <w:pPr>
              <w:bidi/>
            </w:pPr>
            <w:r>
              <w:rPr>
                <w:sz w:val="11"/>
              </w:rPr>
              <w:t>2.94</w:t>
            </w:r>
          </w:p>
        </w:tc>
      </w:tr>
      <w:tr w:rsidR="00540C13" w14:paraId="784E6C5B" w14:textId="77777777">
        <w:trPr>
          <w:jc w:val="center"/>
        </w:trPr>
        <w:tc>
          <w:tcPr>
            <w:tcW w:w="1059" w:type="dxa"/>
          </w:tcPr>
          <w:p w14:paraId="1D9CEB5F" w14:textId="77777777" w:rsidR="00540C13" w:rsidRDefault="00000000" w:rsidP="006E17D0">
            <w:pPr>
              <w:bidi/>
            </w:pPr>
            <w:r>
              <w:rPr>
                <w:sz w:val="11"/>
              </w:rPr>
              <w:t>R059</w:t>
            </w:r>
          </w:p>
        </w:tc>
        <w:tc>
          <w:tcPr>
            <w:tcW w:w="1059" w:type="dxa"/>
          </w:tcPr>
          <w:p w14:paraId="27FE5CED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643FB987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7BBD4A2E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7D3B442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FB710E1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2D0F7DD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465AEBAE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9105ED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413DFEE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3982AEA3" w14:textId="77777777" w:rsidR="00540C13" w:rsidRDefault="00000000" w:rsidP="006E17D0">
            <w:pPr>
              <w:bidi/>
            </w:pPr>
            <w:r>
              <w:rPr>
                <w:sz w:val="11"/>
              </w:rPr>
              <w:t>3.5</w:t>
            </w:r>
          </w:p>
        </w:tc>
        <w:tc>
          <w:tcPr>
            <w:tcW w:w="1059" w:type="dxa"/>
          </w:tcPr>
          <w:p w14:paraId="657282BF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750EC9ED" w14:textId="77777777" w:rsidR="00540C13" w:rsidRDefault="00000000" w:rsidP="006E17D0">
            <w:pPr>
              <w:bidi/>
            </w:pPr>
            <w:r>
              <w:rPr>
                <w:sz w:val="11"/>
              </w:rPr>
              <w:t>3.67</w:t>
            </w:r>
          </w:p>
        </w:tc>
        <w:tc>
          <w:tcPr>
            <w:tcW w:w="1059" w:type="dxa"/>
          </w:tcPr>
          <w:p w14:paraId="5365828E" w14:textId="77777777" w:rsidR="00540C13" w:rsidRDefault="00000000" w:rsidP="006E17D0">
            <w:pPr>
              <w:bidi/>
            </w:pPr>
            <w:r>
              <w:rPr>
                <w:sz w:val="11"/>
              </w:rPr>
              <w:t>3.39</w:t>
            </w:r>
          </w:p>
        </w:tc>
      </w:tr>
      <w:tr w:rsidR="00540C13" w14:paraId="39E47881" w14:textId="77777777">
        <w:trPr>
          <w:jc w:val="center"/>
        </w:trPr>
        <w:tc>
          <w:tcPr>
            <w:tcW w:w="1059" w:type="dxa"/>
          </w:tcPr>
          <w:p w14:paraId="739FD90A" w14:textId="77777777" w:rsidR="00540C13" w:rsidRDefault="00000000" w:rsidP="006E17D0">
            <w:pPr>
              <w:bidi/>
            </w:pPr>
            <w:r>
              <w:rPr>
                <w:sz w:val="11"/>
              </w:rPr>
              <w:t>R060</w:t>
            </w:r>
          </w:p>
        </w:tc>
        <w:tc>
          <w:tcPr>
            <w:tcW w:w="1059" w:type="dxa"/>
          </w:tcPr>
          <w:p w14:paraId="565649B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4757FAA1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1536CEF4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72AE1FA9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1D017901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5C8BD056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7AC45D30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5A37F47F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2FAB81EE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61A46079" w14:textId="77777777" w:rsidR="00540C13" w:rsidRDefault="00000000" w:rsidP="006E17D0">
            <w:pPr>
              <w:bidi/>
            </w:pPr>
            <w:r>
              <w:rPr>
                <w:sz w:val="11"/>
              </w:rPr>
              <w:t>3.17</w:t>
            </w:r>
          </w:p>
        </w:tc>
        <w:tc>
          <w:tcPr>
            <w:tcW w:w="1059" w:type="dxa"/>
          </w:tcPr>
          <w:p w14:paraId="7A15FA10" w14:textId="77777777" w:rsidR="00540C13" w:rsidRDefault="00000000" w:rsidP="006E17D0">
            <w:pPr>
              <w:bidi/>
            </w:pPr>
            <w:r>
              <w:rPr>
                <w:sz w:val="11"/>
              </w:rPr>
              <w:t>3.5</w:t>
            </w:r>
          </w:p>
        </w:tc>
        <w:tc>
          <w:tcPr>
            <w:tcW w:w="1059" w:type="dxa"/>
          </w:tcPr>
          <w:p w14:paraId="38273E89" w14:textId="77777777" w:rsidR="00540C13" w:rsidRDefault="00000000" w:rsidP="006E17D0">
            <w:pPr>
              <w:bidi/>
            </w:pPr>
            <w:r>
              <w:rPr>
                <w:sz w:val="11"/>
              </w:rPr>
              <w:t>2.5</w:t>
            </w:r>
          </w:p>
        </w:tc>
        <w:tc>
          <w:tcPr>
            <w:tcW w:w="1059" w:type="dxa"/>
          </w:tcPr>
          <w:p w14:paraId="5496D7DF" w14:textId="77777777" w:rsidR="00540C13" w:rsidRDefault="00000000" w:rsidP="006E17D0">
            <w:pPr>
              <w:bidi/>
            </w:pPr>
            <w:r>
              <w:rPr>
                <w:sz w:val="11"/>
              </w:rPr>
              <w:t>3.06</w:t>
            </w:r>
          </w:p>
        </w:tc>
      </w:tr>
      <w:tr w:rsidR="00540C13" w14:paraId="44EE72FB" w14:textId="77777777">
        <w:trPr>
          <w:jc w:val="center"/>
        </w:trPr>
        <w:tc>
          <w:tcPr>
            <w:tcW w:w="1059" w:type="dxa"/>
          </w:tcPr>
          <w:p w14:paraId="0CEFB553" w14:textId="77777777" w:rsidR="00540C13" w:rsidRDefault="00000000" w:rsidP="006E17D0">
            <w:pPr>
              <w:bidi/>
            </w:pPr>
            <w:r>
              <w:rPr>
                <w:sz w:val="11"/>
              </w:rPr>
              <w:t>R061</w:t>
            </w:r>
          </w:p>
        </w:tc>
        <w:tc>
          <w:tcPr>
            <w:tcW w:w="1059" w:type="dxa"/>
          </w:tcPr>
          <w:p w14:paraId="630BD710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58467D91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234C0E13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37C4C60B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12EE775B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61658BFD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0FB8500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CE25A88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02B7EC46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64EFFD3D" w14:textId="77777777" w:rsidR="00540C13" w:rsidRDefault="00000000" w:rsidP="006E17D0">
            <w:pPr>
              <w:bidi/>
            </w:pPr>
            <w:r>
              <w:rPr>
                <w:sz w:val="11"/>
              </w:rPr>
              <w:t>2.67</w:t>
            </w:r>
          </w:p>
        </w:tc>
        <w:tc>
          <w:tcPr>
            <w:tcW w:w="1059" w:type="dxa"/>
          </w:tcPr>
          <w:p w14:paraId="65D2F5C3" w14:textId="77777777" w:rsidR="00540C13" w:rsidRDefault="00000000" w:rsidP="006E17D0">
            <w:pPr>
              <w:bidi/>
            </w:pPr>
            <w:r>
              <w:rPr>
                <w:sz w:val="11"/>
              </w:rPr>
              <w:t>2.83</w:t>
            </w:r>
          </w:p>
        </w:tc>
        <w:tc>
          <w:tcPr>
            <w:tcW w:w="1059" w:type="dxa"/>
          </w:tcPr>
          <w:p w14:paraId="692B1A32" w14:textId="77777777" w:rsidR="00540C13" w:rsidRDefault="00000000" w:rsidP="006E17D0">
            <w:pPr>
              <w:bidi/>
            </w:pPr>
            <w:r>
              <w:rPr>
                <w:sz w:val="11"/>
              </w:rPr>
              <w:t>3.33</w:t>
            </w:r>
          </w:p>
        </w:tc>
        <w:tc>
          <w:tcPr>
            <w:tcW w:w="1059" w:type="dxa"/>
          </w:tcPr>
          <w:p w14:paraId="3598E0A2" w14:textId="77777777" w:rsidR="00540C13" w:rsidRDefault="00000000" w:rsidP="006E17D0">
            <w:pPr>
              <w:bidi/>
            </w:pPr>
            <w:r>
              <w:rPr>
                <w:sz w:val="11"/>
              </w:rPr>
              <w:t>2.94</w:t>
            </w:r>
          </w:p>
        </w:tc>
      </w:tr>
      <w:tr w:rsidR="00540C13" w14:paraId="0209EA03" w14:textId="77777777">
        <w:trPr>
          <w:jc w:val="center"/>
        </w:trPr>
        <w:tc>
          <w:tcPr>
            <w:tcW w:w="1059" w:type="dxa"/>
          </w:tcPr>
          <w:p w14:paraId="0ABDCFA5" w14:textId="77777777" w:rsidR="00540C13" w:rsidRDefault="00000000" w:rsidP="006E17D0">
            <w:pPr>
              <w:bidi/>
            </w:pPr>
            <w:r>
              <w:rPr>
                <w:sz w:val="11"/>
              </w:rPr>
              <w:t>R062</w:t>
            </w:r>
          </w:p>
        </w:tc>
        <w:tc>
          <w:tcPr>
            <w:tcW w:w="1059" w:type="dxa"/>
          </w:tcPr>
          <w:p w14:paraId="2ED392DB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5B5B1F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678A1AD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7CDF40FC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1BCD0D4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482BE00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46BFC6BD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4638181A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7101764F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60249EDF" w14:textId="77777777" w:rsidR="00540C13" w:rsidRDefault="00000000" w:rsidP="006E17D0">
            <w:pPr>
              <w:bidi/>
            </w:pPr>
            <w:r>
              <w:rPr>
                <w:sz w:val="11"/>
              </w:rPr>
              <w:t>3.83</w:t>
            </w:r>
          </w:p>
        </w:tc>
        <w:tc>
          <w:tcPr>
            <w:tcW w:w="1059" w:type="dxa"/>
          </w:tcPr>
          <w:p w14:paraId="77EFB9AF" w14:textId="77777777" w:rsidR="00540C13" w:rsidRDefault="00000000" w:rsidP="006E17D0">
            <w:pPr>
              <w:bidi/>
            </w:pPr>
            <w:r>
              <w:rPr>
                <w:sz w:val="11"/>
              </w:rPr>
              <w:t>4.17</w:t>
            </w:r>
          </w:p>
        </w:tc>
        <w:tc>
          <w:tcPr>
            <w:tcW w:w="1059" w:type="dxa"/>
          </w:tcPr>
          <w:p w14:paraId="42B36543" w14:textId="77777777" w:rsidR="00540C13" w:rsidRDefault="00000000" w:rsidP="006E17D0">
            <w:pPr>
              <w:bidi/>
            </w:pPr>
            <w:r>
              <w:rPr>
                <w:sz w:val="11"/>
              </w:rPr>
              <w:t>4.33</w:t>
            </w:r>
          </w:p>
        </w:tc>
        <w:tc>
          <w:tcPr>
            <w:tcW w:w="1059" w:type="dxa"/>
          </w:tcPr>
          <w:p w14:paraId="77408A63" w14:textId="77777777" w:rsidR="00540C13" w:rsidRDefault="00000000" w:rsidP="006E17D0">
            <w:pPr>
              <w:bidi/>
            </w:pPr>
            <w:r>
              <w:rPr>
                <w:sz w:val="11"/>
              </w:rPr>
              <w:t>4.11</w:t>
            </w:r>
          </w:p>
        </w:tc>
      </w:tr>
      <w:tr w:rsidR="00540C13" w14:paraId="6B051A91" w14:textId="77777777">
        <w:trPr>
          <w:jc w:val="center"/>
        </w:trPr>
        <w:tc>
          <w:tcPr>
            <w:tcW w:w="1059" w:type="dxa"/>
          </w:tcPr>
          <w:p w14:paraId="516313BC" w14:textId="77777777" w:rsidR="00540C13" w:rsidRDefault="00000000" w:rsidP="006E17D0">
            <w:pPr>
              <w:bidi/>
            </w:pPr>
            <w:r>
              <w:rPr>
                <w:sz w:val="11"/>
              </w:rPr>
              <w:t>R063</w:t>
            </w:r>
          </w:p>
        </w:tc>
        <w:tc>
          <w:tcPr>
            <w:tcW w:w="1059" w:type="dxa"/>
          </w:tcPr>
          <w:p w14:paraId="60F8F84D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4A5A8D1F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0EE4AE5D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7601DFED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40F88581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192669D3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71B693D3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0451ED22" w14:textId="77777777" w:rsidR="00540C13" w:rsidRDefault="00000000" w:rsidP="006E17D0">
            <w:pPr>
              <w:bidi/>
            </w:pPr>
            <w:r>
              <w:rPr>
                <w:sz w:val="11"/>
              </w:rPr>
              <w:t>1</w:t>
            </w:r>
          </w:p>
        </w:tc>
        <w:tc>
          <w:tcPr>
            <w:tcW w:w="1059" w:type="dxa"/>
          </w:tcPr>
          <w:p w14:paraId="5602DEFB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473134C6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45C277DB" w14:textId="77777777" w:rsidR="00540C13" w:rsidRDefault="00000000" w:rsidP="006E17D0">
            <w:pPr>
              <w:bidi/>
            </w:pPr>
            <w:r>
              <w:rPr>
                <w:sz w:val="11"/>
              </w:rPr>
              <w:t>2.33</w:t>
            </w:r>
          </w:p>
        </w:tc>
        <w:tc>
          <w:tcPr>
            <w:tcW w:w="1059" w:type="dxa"/>
          </w:tcPr>
          <w:p w14:paraId="507CE3ED" w14:textId="77777777" w:rsidR="00540C13" w:rsidRDefault="00000000" w:rsidP="006E17D0">
            <w:pPr>
              <w:bidi/>
            </w:pPr>
            <w:r>
              <w:rPr>
                <w:sz w:val="11"/>
              </w:rPr>
              <w:t>1.83</w:t>
            </w:r>
          </w:p>
        </w:tc>
        <w:tc>
          <w:tcPr>
            <w:tcW w:w="1059" w:type="dxa"/>
          </w:tcPr>
          <w:p w14:paraId="6240CCFE" w14:textId="77777777" w:rsidR="00540C13" w:rsidRDefault="00000000" w:rsidP="006E17D0">
            <w:pPr>
              <w:bidi/>
            </w:pPr>
            <w:r>
              <w:rPr>
                <w:sz w:val="11"/>
              </w:rPr>
              <w:t>2.39</w:t>
            </w:r>
          </w:p>
        </w:tc>
      </w:tr>
      <w:tr w:rsidR="00540C13" w14:paraId="3116874A" w14:textId="77777777">
        <w:trPr>
          <w:jc w:val="center"/>
        </w:trPr>
        <w:tc>
          <w:tcPr>
            <w:tcW w:w="1059" w:type="dxa"/>
          </w:tcPr>
          <w:p w14:paraId="3DD914E7" w14:textId="77777777" w:rsidR="00540C13" w:rsidRDefault="00000000" w:rsidP="006E17D0">
            <w:pPr>
              <w:bidi/>
            </w:pPr>
            <w:r>
              <w:rPr>
                <w:sz w:val="11"/>
              </w:rPr>
              <w:t>R064</w:t>
            </w:r>
          </w:p>
        </w:tc>
        <w:tc>
          <w:tcPr>
            <w:tcW w:w="1059" w:type="dxa"/>
          </w:tcPr>
          <w:p w14:paraId="4C03AEDE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44586964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0ED00D01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5E8F9383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451AF29D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35DA4BB3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1296E3A1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41A7438C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48D7243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094D0A3" w14:textId="77777777" w:rsidR="00540C13" w:rsidRDefault="00000000" w:rsidP="006E17D0">
            <w:pPr>
              <w:bidi/>
            </w:pPr>
            <w:r>
              <w:rPr>
                <w:sz w:val="11"/>
              </w:rPr>
              <w:t>3.83</w:t>
            </w:r>
          </w:p>
        </w:tc>
        <w:tc>
          <w:tcPr>
            <w:tcW w:w="1059" w:type="dxa"/>
          </w:tcPr>
          <w:p w14:paraId="6814A659" w14:textId="77777777" w:rsidR="00540C13" w:rsidRDefault="00000000" w:rsidP="006E17D0">
            <w:pPr>
              <w:bidi/>
            </w:pPr>
            <w:r>
              <w:rPr>
                <w:sz w:val="11"/>
              </w:rPr>
              <w:t>3.5</w:t>
            </w:r>
          </w:p>
        </w:tc>
        <w:tc>
          <w:tcPr>
            <w:tcW w:w="1059" w:type="dxa"/>
          </w:tcPr>
          <w:p w14:paraId="7B3E99D1" w14:textId="77777777" w:rsidR="00540C13" w:rsidRDefault="00000000" w:rsidP="006E17D0">
            <w:pPr>
              <w:bidi/>
            </w:pPr>
            <w:r>
              <w:rPr>
                <w:sz w:val="11"/>
              </w:rPr>
              <w:t>3.17</w:t>
            </w:r>
          </w:p>
        </w:tc>
        <w:tc>
          <w:tcPr>
            <w:tcW w:w="1059" w:type="dxa"/>
          </w:tcPr>
          <w:p w14:paraId="2B9FEB67" w14:textId="77777777" w:rsidR="00540C13" w:rsidRDefault="00000000" w:rsidP="006E17D0">
            <w:pPr>
              <w:bidi/>
            </w:pPr>
            <w:r>
              <w:rPr>
                <w:sz w:val="11"/>
              </w:rPr>
              <w:t>3.5</w:t>
            </w:r>
          </w:p>
        </w:tc>
      </w:tr>
      <w:tr w:rsidR="00540C13" w14:paraId="39E7D328" w14:textId="77777777">
        <w:trPr>
          <w:jc w:val="center"/>
        </w:trPr>
        <w:tc>
          <w:tcPr>
            <w:tcW w:w="1059" w:type="dxa"/>
          </w:tcPr>
          <w:p w14:paraId="4850F68D" w14:textId="77777777" w:rsidR="00540C13" w:rsidRDefault="00000000" w:rsidP="006E17D0">
            <w:pPr>
              <w:bidi/>
            </w:pPr>
            <w:r>
              <w:rPr>
                <w:sz w:val="11"/>
              </w:rPr>
              <w:t>R065</w:t>
            </w:r>
          </w:p>
        </w:tc>
        <w:tc>
          <w:tcPr>
            <w:tcW w:w="1059" w:type="dxa"/>
          </w:tcPr>
          <w:p w14:paraId="650F62CD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1A4E3BAD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46541039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21FF3346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565ED2BB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0EC722A8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8894EE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16A43BBA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3593F93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8CC274C" w14:textId="77777777" w:rsidR="00540C13" w:rsidRDefault="00000000" w:rsidP="006E17D0">
            <w:pPr>
              <w:bidi/>
            </w:pPr>
            <w:r>
              <w:rPr>
                <w:sz w:val="11"/>
              </w:rPr>
              <w:t>3.17</w:t>
            </w:r>
          </w:p>
        </w:tc>
        <w:tc>
          <w:tcPr>
            <w:tcW w:w="1059" w:type="dxa"/>
          </w:tcPr>
          <w:p w14:paraId="1B0C3533" w14:textId="77777777" w:rsidR="00540C13" w:rsidRDefault="00000000" w:rsidP="006E17D0">
            <w:pPr>
              <w:bidi/>
            </w:pPr>
            <w:r>
              <w:rPr>
                <w:sz w:val="11"/>
              </w:rPr>
              <w:t>4.5</w:t>
            </w:r>
          </w:p>
        </w:tc>
        <w:tc>
          <w:tcPr>
            <w:tcW w:w="1059" w:type="dxa"/>
          </w:tcPr>
          <w:p w14:paraId="3E61ADE9" w14:textId="77777777" w:rsidR="00540C13" w:rsidRDefault="00000000" w:rsidP="006E17D0">
            <w:pPr>
              <w:bidi/>
            </w:pPr>
            <w:r>
              <w:rPr>
                <w:sz w:val="11"/>
              </w:rPr>
              <w:t>3.5</w:t>
            </w:r>
          </w:p>
        </w:tc>
        <w:tc>
          <w:tcPr>
            <w:tcW w:w="1059" w:type="dxa"/>
          </w:tcPr>
          <w:p w14:paraId="445988F4" w14:textId="77777777" w:rsidR="00540C13" w:rsidRDefault="00000000" w:rsidP="006E17D0">
            <w:pPr>
              <w:bidi/>
            </w:pPr>
            <w:r>
              <w:rPr>
                <w:sz w:val="11"/>
              </w:rPr>
              <w:t>3.72</w:t>
            </w:r>
          </w:p>
        </w:tc>
      </w:tr>
      <w:tr w:rsidR="00540C13" w14:paraId="7CB60EF5" w14:textId="77777777">
        <w:trPr>
          <w:jc w:val="center"/>
        </w:trPr>
        <w:tc>
          <w:tcPr>
            <w:tcW w:w="1059" w:type="dxa"/>
          </w:tcPr>
          <w:p w14:paraId="0D9C6932" w14:textId="77777777" w:rsidR="00540C13" w:rsidRDefault="00000000" w:rsidP="006E17D0">
            <w:pPr>
              <w:bidi/>
            </w:pPr>
            <w:r>
              <w:rPr>
                <w:sz w:val="11"/>
              </w:rPr>
              <w:t>R066</w:t>
            </w:r>
          </w:p>
        </w:tc>
        <w:tc>
          <w:tcPr>
            <w:tcW w:w="1059" w:type="dxa"/>
          </w:tcPr>
          <w:p w14:paraId="447C577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13441D3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CCE346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DBE7F09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601C47B8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37F85AAD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4DBB69DA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29D8A338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6FA58B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D2A0EE3" w14:textId="77777777" w:rsidR="00540C13" w:rsidRDefault="00000000" w:rsidP="006E17D0">
            <w:pPr>
              <w:bidi/>
            </w:pPr>
            <w:r>
              <w:rPr>
                <w:sz w:val="11"/>
              </w:rPr>
              <w:t>3.33</w:t>
            </w:r>
          </w:p>
        </w:tc>
        <w:tc>
          <w:tcPr>
            <w:tcW w:w="1059" w:type="dxa"/>
          </w:tcPr>
          <w:p w14:paraId="518A1353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914308B" w14:textId="77777777" w:rsidR="00540C13" w:rsidRDefault="00000000" w:rsidP="006E17D0">
            <w:pPr>
              <w:bidi/>
            </w:pPr>
            <w:r>
              <w:rPr>
                <w:sz w:val="11"/>
              </w:rPr>
              <w:t>3.5</w:t>
            </w:r>
          </w:p>
        </w:tc>
        <w:tc>
          <w:tcPr>
            <w:tcW w:w="1059" w:type="dxa"/>
          </w:tcPr>
          <w:p w14:paraId="569712B8" w14:textId="77777777" w:rsidR="00540C13" w:rsidRDefault="00000000" w:rsidP="006E17D0">
            <w:pPr>
              <w:bidi/>
            </w:pPr>
            <w:r>
              <w:rPr>
                <w:sz w:val="11"/>
              </w:rPr>
              <w:t>3.61</w:t>
            </w:r>
          </w:p>
        </w:tc>
      </w:tr>
      <w:tr w:rsidR="00540C13" w14:paraId="02732B3D" w14:textId="77777777">
        <w:trPr>
          <w:jc w:val="center"/>
        </w:trPr>
        <w:tc>
          <w:tcPr>
            <w:tcW w:w="1059" w:type="dxa"/>
          </w:tcPr>
          <w:p w14:paraId="6F68BF58" w14:textId="77777777" w:rsidR="00540C13" w:rsidRDefault="00000000" w:rsidP="006E17D0">
            <w:pPr>
              <w:bidi/>
            </w:pPr>
            <w:r>
              <w:rPr>
                <w:sz w:val="11"/>
              </w:rPr>
              <w:t>R067</w:t>
            </w:r>
          </w:p>
        </w:tc>
        <w:tc>
          <w:tcPr>
            <w:tcW w:w="1059" w:type="dxa"/>
          </w:tcPr>
          <w:p w14:paraId="208173D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14646CB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20168FF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1C9EF099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1880D19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0F51D38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66EA9E2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E783A51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561E89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825381C" w14:textId="77777777" w:rsidR="00540C13" w:rsidRDefault="00000000" w:rsidP="006E17D0">
            <w:pPr>
              <w:bidi/>
            </w:pPr>
            <w:r>
              <w:rPr>
                <w:sz w:val="11"/>
              </w:rPr>
              <w:t>3.67</w:t>
            </w:r>
          </w:p>
        </w:tc>
        <w:tc>
          <w:tcPr>
            <w:tcW w:w="1059" w:type="dxa"/>
          </w:tcPr>
          <w:p w14:paraId="16E64DAF" w14:textId="77777777" w:rsidR="00540C13" w:rsidRDefault="00000000" w:rsidP="006E17D0">
            <w:pPr>
              <w:bidi/>
            </w:pPr>
            <w:r>
              <w:rPr>
                <w:sz w:val="11"/>
              </w:rPr>
              <w:t>3.5</w:t>
            </w:r>
          </w:p>
        </w:tc>
        <w:tc>
          <w:tcPr>
            <w:tcW w:w="1059" w:type="dxa"/>
          </w:tcPr>
          <w:p w14:paraId="1C3EFF4E" w14:textId="77777777" w:rsidR="00540C13" w:rsidRDefault="00000000" w:rsidP="006E17D0">
            <w:pPr>
              <w:bidi/>
            </w:pPr>
            <w:r>
              <w:rPr>
                <w:sz w:val="11"/>
              </w:rPr>
              <w:t>3.83</w:t>
            </w:r>
          </w:p>
        </w:tc>
        <w:tc>
          <w:tcPr>
            <w:tcW w:w="1059" w:type="dxa"/>
          </w:tcPr>
          <w:p w14:paraId="37D506D0" w14:textId="77777777" w:rsidR="00540C13" w:rsidRDefault="00000000" w:rsidP="006E17D0">
            <w:pPr>
              <w:bidi/>
            </w:pPr>
            <w:r>
              <w:rPr>
                <w:sz w:val="11"/>
              </w:rPr>
              <w:t>3.67</w:t>
            </w:r>
          </w:p>
        </w:tc>
      </w:tr>
      <w:tr w:rsidR="00540C13" w14:paraId="5354B89B" w14:textId="77777777">
        <w:trPr>
          <w:jc w:val="center"/>
        </w:trPr>
        <w:tc>
          <w:tcPr>
            <w:tcW w:w="1059" w:type="dxa"/>
          </w:tcPr>
          <w:p w14:paraId="174E7630" w14:textId="77777777" w:rsidR="00540C13" w:rsidRDefault="00000000" w:rsidP="006E17D0">
            <w:pPr>
              <w:bidi/>
            </w:pPr>
            <w:r>
              <w:rPr>
                <w:sz w:val="11"/>
              </w:rPr>
              <w:t>R068</w:t>
            </w:r>
          </w:p>
        </w:tc>
        <w:tc>
          <w:tcPr>
            <w:tcW w:w="1059" w:type="dxa"/>
          </w:tcPr>
          <w:p w14:paraId="3818DDAA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2CFCA58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3667BDC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3DAAAEFE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58081AB7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49F5D38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6C06483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4DDCF591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0C59ECF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286A2A97" w14:textId="77777777" w:rsidR="00540C13" w:rsidRDefault="00000000" w:rsidP="006E17D0">
            <w:pPr>
              <w:bidi/>
            </w:pPr>
            <w:r>
              <w:rPr>
                <w:sz w:val="11"/>
              </w:rPr>
              <w:t>2.67</w:t>
            </w:r>
          </w:p>
        </w:tc>
        <w:tc>
          <w:tcPr>
            <w:tcW w:w="1059" w:type="dxa"/>
          </w:tcPr>
          <w:p w14:paraId="0BF0AFF6" w14:textId="77777777" w:rsidR="00540C13" w:rsidRDefault="00000000" w:rsidP="006E17D0">
            <w:pPr>
              <w:bidi/>
            </w:pPr>
            <w:r>
              <w:rPr>
                <w:sz w:val="11"/>
              </w:rPr>
              <w:t>3.33</w:t>
            </w:r>
          </w:p>
        </w:tc>
        <w:tc>
          <w:tcPr>
            <w:tcW w:w="1059" w:type="dxa"/>
          </w:tcPr>
          <w:p w14:paraId="2B9B2053" w14:textId="77777777" w:rsidR="00540C13" w:rsidRDefault="00000000" w:rsidP="006E17D0">
            <w:pPr>
              <w:bidi/>
            </w:pPr>
            <w:r>
              <w:rPr>
                <w:sz w:val="11"/>
              </w:rPr>
              <w:t>4.33</w:t>
            </w:r>
          </w:p>
        </w:tc>
        <w:tc>
          <w:tcPr>
            <w:tcW w:w="1059" w:type="dxa"/>
          </w:tcPr>
          <w:p w14:paraId="7933CD37" w14:textId="77777777" w:rsidR="00540C13" w:rsidRDefault="00000000" w:rsidP="006E17D0">
            <w:pPr>
              <w:bidi/>
            </w:pPr>
            <w:r>
              <w:rPr>
                <w:sz w:val="11"/>
              </w:rPr>
              <w:t>3.44</w:t>
            </w:r>
          </w:p>
        </w:tc>
      </w:tr>
      <w:tr w:rsidR="00540C13" w14:paraId="1B977155" w14:textId="77777777">
        <w:trPr>
          <w:jc w:val="center"/>
        </w:trPr>
        <w:tc>
          <w:tcPr>
            <w:tcW w:w="1059" w:type="dxa"/>
          </w:tcPr>
          <w:p w14:paraId="743AF549" w14:textId="77777777" w:rsidR="00540C13" w:rsidRDefault="00000000" w:rsidP="006E17D0">
            <w:pPr>
              <w:bidi/>
            </w:pPr>
            <w:r>
              <w:rPr>
                <w:sz w:val="11"/>
              </w:rPr>
              <w:t>R069</w:t>
            </w:r>
          </w:p>
        </w:tc>
        <w:tc>
          <w:tcPr>
            <w:tcW w:w="1059" w:type="dxa"/>
          </w:tcPr>
          <w:p w14:paraId="14E0EFB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14587B60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2181C11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9D906BE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65E45EC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05148ACE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001DAF2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DD4DBA9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39FBA53C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05FEB18B" w14:textId="77777777" w:rsidR="00540C13" w:rsidRDefault="00000000" w:rsidP="006E17D0">
            <w:pPr>
              <w:bidi/>
            </w:pPr>
            <w:r>
              <w:rPr>
                <w:sz w:val="11"/>
              </w:rPr>
              <w:t>2.33</w:t>
            </w:r>
          </w:p>
        </w:tc>
        <w:tc>
          <w:tcPr>
            <w:tcW w:w="1059" w:type="dxa"/>
          </w:tcPr>
          <w:p w14:paraId="16EDD6C6" w14:textId="77777777" w:rsidR="00540C13" w:rsidRDefault="00000000" w:rsidP="006E17D0">
            <w:pPr>
              <w:bidi/>
            </w:pPr>
            <w:r>
              <w:rPr>
                <w:sz w:val="11"/>
              </w:rPr>
              <w:t>3.83</w:t>
            </w:r>
          </w:p>
        </w:tc>
        <w:tc>
          <w:tcPr>
            <w:tcW w:w="1059" w:type="dxa"/>
          </w:tcPr>
          <w:p w14:paraId="3D552307" w14:textId="77777777" w:rsidR="00540C13" w:rsidRDefault="00000000" w:rsidP="006E17D0">
            <w:pPr>
              <w:bidi/>
            </w:pPr>
            <w:r>
              <w:rPr>
                <w:sz w:val="11"/>
              </w:rPr>
              <w:t>3.33</w:t>
            </w:r>
          </w:p>
        </w:tc>
        <w:tc>
          <w:tcPr>
            <w:tcW w:w="1059" w:type="dxa"/>
          </w:tcPr>
          <w:p w14:paraId="062D86C2" w14:textId="77777777" w:rsidR="00540C13" w:rsidRDefault="00000000" w:rsidP="006E17D0">
            <w:pPr>
              <w:bidi/>
            </w:pPr>
            <w:r>
              <w:rPr>
                <w:sz w:val="11"/>
              </w:rPr>
              <w:t>3.17</w:t>
            </w:r>
          </w:p>
        </w:tc>
      </w:tr>
      <w:tr w:rsidR="00540C13" w14:paraId="4BC24CB0" w14:textId="77777777">
        <w:trPr>
          <w:jc w:val="center"/>
        </w:trPr>
        <w:tc>
          <w:tcPr>
            <w:tcW w:w="1059" w:type="dxa"/>
          </w:tcPr>
          <w:p w14:paraId="1BE38DD7" w14:textId="77777777" w:rsidR="00540C13" w:rsidRDefault="00000000" w:rsidP="006E17D0">
            <w:pPr>
              <w:bidi/>
            </w:pPr>
            <w:r>
              <w:rPr>
                <w:sz w:val="11"/>
              </w:rPr>
              <w:t>R070</w:t>
            </w:r>
          </w:p>
        </w:tc>
        <w:tc>
          <w:tcPr>
            <w:tcW w:w="1059" w:type="dxa"/>
          </w:tcPr>
          <w:p w14:paraId="03C54148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41662845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0723B2FD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F96582B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45C155AB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2500581D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194125F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7359DE2D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59AD4AB3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68179383" w14:textId="77777777" w:rsidR="00540C13" w:rsidRDefault="00000000" w:rsidP="006E17D0">
            <w:pPr>
              <w:bidi/>
            </w:pPr>
            <w:r>
              <w:rPr>
                <w:sz w:val="11"/>
              </w:rPr>
              <w:t>4.33</w:t>
            </w:r>
          </w:p>
        </w:tc>
        <w:tc>
          <w:tcPr>
            <w:tcW w:w="1059" w:type="dxa"/>
          </w:tcPr>
          <w:p w14:paraId="6B82E44D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177D4467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3BB5E295" w14:textId="77777777" w:rsidR="00540C13" w:rsidRDefault="00000000" w:rsidP="006E17D0">
            <w:pPr>
              <w:bidi/>
            </w:pPr>
            <w:r>
              <w:rPr>
                <w:sz w:val="11"/>
              </w:rPr>
              <w:t>3.78</w:t>
            </w:r>
          </w:p>
        </w:tc>
      </w:tr>
      <w:tr w:rsidR="00540C13" w14:paraId="5E900BC4" w14:textId="77777777">
        <w:trPr>
          <w:jc w:val="center"/>
        </w:trPr>
        <w:tc>
          <w:tcPr>
            <w:tcW w:w="1059" w:type="dxa"/>
          </w:tcPr>
          <w:p w14:paraId="7804DE9D" w14:textId="77777777" w:rsidR="00540C13" w:rsidRDefault="00000000" w:rsidP="006E17D0">
            <w:pPr>
              <w:bidi/>
            </w:pPr>
            <w:r>
              <w:rPr>
                <w:sz w:val="11"/>
              </w:rPr>
              <w:lastRenderedPageBreak/>
              <w:t>R071</w:t>
            </w:r>
          </w:p>
        </w:tc>
        <w:tc>
          <w:tcPr>
            <w:tcW w:w="1059" w:type="dxa"/>
          </w:tcPr>
          <w:p w14:paraId="6DDD35B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5A622038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017AD87E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60D00C93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87F431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53D8693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1460783E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53F196E6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7636CE1E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2F8E4990" w14:textId="77777777" w:rsidR="00540C13" w:rsidRDefault="00000000" w:rsidP="006E17D0">
            <w:pPr>
              <w:bidi/>
            </w:pPr>
            <w:r>
              <w:rPr>
                <w:sz w:val="11"/>
              </w:rPr>
              <w:t>3.83</w:t>
            </w:r>
          </w:p>
        </w:tc>
        <w:tc>
          <w:tcPr>
            <w:tcW w:w="1059" w:type="dxa"/>
          </w:tcPr>
          <w:p w14:paraId="00A8EC1D" w14:textId="77777777" w:rsidR="00540C13" w:rsidRDefault="00000000" w:rsidP="006E17D0">
            <w:pPr>
              <w:bidi/>
            </w:pPr>
            <w:r>
              <w:rPr>
                <w:sz w:val="11"/>
              </w:rPr>
              <w:t>3.83</w:t>
            </w:r>
          </w:p>
        </w:tc>
        <w:tc>
          <w:tcPr>
            <w:tcW w:w="1059" w:type="dxa"/>
          </w:tcPr>
          <w:p w14:paraId="6B76BCFE" w14:textId="77777777" w:rsidR="00540C13" w:rsidRDefault="00000000" w:rsidP="006E17D0">
            <w:pPr>
              <w:bidi/>
            </w:pPr>
            <w:r>
              <w:rPr>
                <w:sz w:val="11"/>
              </w:rPr>
              <w:t>3.33</w:t>
            </w:r>
          </w:p>
        </w:tc>
        <w:tc>
          <w:tcPr>
            <w:tcW w:w="1059" w:type="dxa"/>
          </w:tcPr>
          <w:p w14:paraId="453D5FC6" w14:textId="77777777" w:rsidR="00540C13" w:rsidRDefault="00000000" w:rsidP="006E17D0">
            <w:pPr>
              <w:bidi/>
            </w:pPr>
            <w:r>
              <w:rPr>
                <w:sz w:val="11"/>
              </w:rPr>
              <w:t>3.67</w:t>
            </w:r>
          </w:p>
        </w:tc>
      </w:tr>
      <w:tr w:rsidR="00540C13" w14:paraId="693703FF" w14:textId="77777777">
        <w:trPr>
          <w:jc w:val="center"/>
        </w:trPr>
        <w:tc>
          <w:tcPr>
            <w:tcW w:w="1059" w:type="dxa"/>
          </w:tcPr>
          <w:p w14:paraId="57203A10" w14:textId="77777777" w:rsidR="00540C13" w:rsidRDefault="00000000" w:rsidP="006E17D0">
            <w:pPr>
              <w:bidi/>
            </w:pPr>
            <w:r>
              <w:rPr>
                <w:sz w:val="11"/>
              </w:rPr>
              <w:t>R072</w:t>
            </w:r>
          </w:p>
        </w:tc>
        <w:tc>
          <w:tcPr>
            <w:tcW w:w="1059" w:type="dxa"/>
          </w:tcPr>
          <w:p w14:paraId="0A606C2E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022D78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43B4614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A0533A3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49AF9A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868B591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240A481B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397CF1C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9541B1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A9FF2E1" w14:textId="77777777" w:rsidR="00540C13" w:rsidRDefault="00000000" w:rsidP="006E17D0">
            <w:pPr>
              <w:bidi/>
            </w:pPr>
            <w:r>
              <w:rPr>
                <w:sz w:val="11"/>
              </w:rPr>
              <w:t>3.67</w:t>
            </w:r>
          </w:p>
        </w:tc>
        <w:tc>
          <w:tcPr>
            <w:tcW w:w="1059" w:type="dxa"/>
          </w:tcPr>
          <w:p w14:paraId="6535A469" w14:textId="77777777" w:rsidR="00540C13" w:rsidRDefault="00000000" w:rsidP="006E17D0">
            <w:pPr>
              <w:bidi/>
            </w:pPr>
            <w:r>
              <w:rPr>
                <w:sz w:val="11"/>
              </w:rPr>
              <w:t>3.67</w:t>
            </w:r>
          </w:p>
        </w:tc>
        <w:tc>
          <w:tcPr>
            <w:tcW w:w="1059" w:type="dxa"/>
          </w:tcPr>
          <w:p w14:paraId="55F147F4" w14:textId="77777777" w:rsidR="00540C13" w:rsidRDefault="00000000" w:rsidP="006E17D0">
            <w:pPr>
              <w:bidi/>
            </w:pPr>
            <w:r>
              <w:rPr>
                <w:sz w:val="11"/>
              </w:rPr>
              <w:t>3.67</w:t>
            </w:r>
          </w:p>
        </w:tc>
        <w:tc>
          <w:tcPr>
            <w:tcW w:w="1059" w:type="dxa"/>
          </w:tcPr>
          <w:p w14:paraId="2462467E" w14:textId="77777777" w:rsidR="00540C13" w:rsidRDefault="00000000" w:rsidP="006E17D0">
            <w:pPr>
              <w:bidi/>
            </w:pPr>
            <w:r>
              <w:rPr>
                <w:sz w:val="11"/>
              </w:rPr>
              <w:t>3.67</w:t>
            </w:r>
          </w:p>
        </w:tc>
      </w:tr>
      <w:tr w:rsidR="00540C13" w14:paraId="7EE43319" w14:textId="77777777">
        <w:trPr>
          <w:jc w:val="center"/>
        </w:trPr>
        <w:tc>
          <w:tcPr>
            <w:tcW w:w="1059" w:type="dxa"/>
          </w:tcPr>
          <w:p w14:paraId="7EA13EA0" w14:textId="77777777" w:rsidR="00540C13" w:rsidRDefault="00000000" w:rsidP="006E17D0">
            <w:pPr>
              <w:bidi/>
            </w:pPr>
            <w:r>
              <w:rPr>
                <w:sz w:val="11"/>
              </w:rPr>
              <w:t>R073</w:t>
            </w:r>
          </w:p>
        </w:tc>
        <w:tc>
          <w:tcPr>
            <w:tcW w:w="1059" w:type="dxa"/>
          </w:tcPr>
          <w:p w14:paraId="0AEC7D09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2D856DF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2D7FF81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6371FE3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7322B52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4AB4AA20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FEF767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09FF809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43FB5E71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1D62E18E" w14:textId="77777777" w:rsidR="00540C13" w:rsidRDefault="00000000" w:rsidP="006E17D0">
            <w:pPr>
              <w:bidi/>
            </w:pPr>
            <w:r>
              <w:rPr>
                <w:sz w:val="11"/>
              </w:rPr>
              <w:t>3.83</w:t>
            </w:r>
          </w:p>
        </w:tc>
        <w:tc>
          <w:tcPr>
            <w:tcW w:w="1059" w:type="dxa"/>
          </w:tcPr>
          <w:p w14:paraId="7573C984" w14:textId="77777777" w:rsidR="00540C13" w:rsidRDefault="00000000" w:rsidP="006E17D0">
            <w:pPr>
              <w:bidi/>
            </w:pPr>
            <w:r>
              <w:rPr>
                <w:sz w:val="11"/>
              </w:rPr>
              <w:t>3.83</w:t>
            </w:r>
          </w:p>
        </w:tc>
        <w:tc>
          <w:tcPr>
            <w:tcW w:w="1059" w:type="dxa"/>
          </w:tcPr>
          <w:p w14:paraId="7606D159" w14:textId="77777777" w:rsidR="00540C13" w:rsidRDefault="00000000" w:rsidP="006E17D0">
            <w:pPr>
              <w:bidi/>
            </w:pPr>
            <w:r>
              <w:rPr>
                <w:sz w:val="11"/>
              </w:rPr>
              <w:t>3.5</w:t>
            </w:r>
          </w:p>
        </w:tc>
        <w:tc>
          <w:tcPr>
            <w:tcW w:w="1059" w:type="dxa"/>
          </w:tcPr>
          <w:p w14:paraId="7E9A4208" w14:textId="77777777" w:rsidR="00540C13" w:rsidRDefault="00000000" w:rsidP="006E17D0">
            <w:pPr>
              <w:bidi/>
            </w:pPr>
            <w:r>
              <w:rPr>
                <w:sz w:val="11"/>
              </w:rPr>
              <w:t>3.72</w:t>
            </w:r>
          </w:p>
        </w:tc>
      </w:tr>
      <w:tr w:rsidR="00540C13" w14:paraId="1AA98D3E" w14:textId="77777777">
        <w:trPr>
          <w:jc w:val="center"/>
        </w:trPr>
        <w:tc>
          <w:tcPr>
            <w:tcW w:w="1059" w:type="dxa"/>
          </w:tcPr>
          <w:p w14:paraId="13895293" w14:textId="77777777" w:rsidR="00540C13" w:rsidRDefault="00000000" w:rsidP="006E17D0">
            <w:pPr>
              <w:bidi/>
            </w:pPr>
            <w:r>
              <w:rPr>
                <w:sz w:val="11"/>
              </w:rPr>
              <w:t>R074</w:t>
            </w:r>
          </w:p>
        </w:tc>
        <w:tc>
          <w:tcPr>
            <w:tcW w:w="1059" w:type="dxa"/>
          </w:tcPr>
          <w:p w14:paraId="16319B0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8165722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5C196E2B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56A45803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9D1569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6EF4919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782FFF0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7A1742D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47F2C1F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4707A527" w14:textId="77777777" w:rsidR="00540C13" w:rsidRDefault="00000000" w:rsidP="006E17D0">
            <w:pPr>
              <w:bidi/>
            </w:pPr>
            <w:r>
              <w:rPr>
                <w:sz w:val="11"/>
              </w:rPr>
              <w:t>3.17</w:t>
            </w:r>
          </w:p>
        </w:tc>
        <w:tc>
          <w:tcPr>
            <w:tcW w:w="1059" w:type="dxa"/>
          </w:tcPr>
          <w:p w14:paraId="0B579825" w14:textId="77777777" w:rsidR="00540C13" w:rsidRDefault="00000000" w:rsidP="006E17D0">
            <w:pPr>
              <w:bidi/>
            </w:pPr>
            <w:r>
              <w:rPr>
                <w:sz w:val="11"/>
              </w:rPr>
              <w:t>4.33</w:t>
            </w:r>
          </w:p>
        </w:tc>
        <w:tc>
          <w:tcPr>
            <w:tcW w:w="1059" w:type="dxa"/>
          </w:tcPr>
          <w:p w14:paraId="3A748827" w14:textId="77777777" w:rsidR="00540C13" w:rsidRDefault="00000000" w:rsidP="006E17D0">
            <w:pPr>
              <w:bidi/>
            </w:pPr>
            <w:r>
              <w:rPr>
                <w:sz w:val="11"/>
              </w:rPr>
              <w:t>4.17</w:t>
            </w:r>
          </w:p>
        </w:tc>
        <w:tc>
          <w:tcPr>
            <w:tcW w:w="1059" w:type="dxa"/>
          </w:tcPr>
          <w:p w14:paraId="2398094D" w14:textId="77777777" w:rsidR="00540C13" w:rsidRDefault="00000000" w:rsidP="006E17D0">
            <w:pPr>
              <w:bidi/>
            </w:pPr>
            <w:r>
              <w:rPr>
                <w:sz w:val="11"/>
              </w:rPr>
              <w:t>3.89</w:t>
            </w:r>
          </w:p>
        </w:tc>
      </w:tr>
      <w:tr w:rsidR="00540C13" w14:paraId="1E1AAF58" w14:textId="77777777">
        <w:trPr>
          <w:jc w:val="center"/>
        </w:trPr>
        <w:tc>
          <w:tcPr>
            <w:tcW w:w="1059" w:type="dxa"/>
          </w:tcPr>
          <w:p w14:paraId="759C34D3" w14:textId="77777777" w:rsidR="00540C13" w:rsidRDefault="00000000" w:rsidP="006E17D0">
            <w:pPr>
              <w:bidi/>
            </w:pPr>
            <w:r>
              <w:rPr>
                <w:sz w:val="11"/>
              </w:rPr>
              <w:t>R075</w:t>
            </w:r>
          </w:p>
        </w:tc>
        <w:tc>
          <w:tcPr>
            <w:tcW w:w="1059" w:type="dxa"/>
          </w:tcPr>
          <w:p w14:paraId="04A3706D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0D1CBD1F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22901898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0D0C39E4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29159BEC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3D0B7A23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7C595C8A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0B401372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3436B2E3" w14:textId="77777777" w:rsidR="00540C13" w:rsidRDefault="00000000" w:rsidP="006E17D0">
            <w:pPr>
              <w:bidi/>
            </w:pPr>
            <w:r>
              <w:rPr>
                <w:sz w:val="11"/>
              </w:rPr>
              <w:t>1</w:t>
            </w:r>
          </w:p>
        </w:tc>
        <w:tc>
          <w:tcPr>
            <w:tcW w:w="1059" w:type="dxa"/>
          </w:tcPr>
          <w:p w14:paraId="31798A54" w14:textId="77777777" w:rsidR="00540C13" w:rsidRDefault="00000000" w:rsidP="006E17D0">
            <w:pPr>
              <w:bidi/>
            </w:pPr>
            <w:r>
              <w:rPr>
                <w:sz w:val="11"/>
              </w:rPr>
              <w:t>2.5</w:t>
            </w:r>
          </w:p>
        </w:tc>
        <w:tc>
          <w:tcPr>
            <w:tcW w:w="1059" w:type="dxa"/>
          </w:tcPr>
          <w:p w14:paraId="1EBC8685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4181532A" w14:textId="77777777" w:rsidR="00540C13" w:rsidRDefault="00000000" w:rsidP="006E17D0">
            <w:pPr>
              <w:bidi/>
            </w:pPr>
            <w:r>
              <w:rPr>
                <w:sz w:val="11"/>
              </w:rPr>
              <w:t>1.83</w:t>
            </w:r>
          </w:p>
        </w:tc>
        <w:tc>
          <w:tcPr>
            <w:tcW w:w="1059" w:type="dxa"/>
          </w:tcPr>
          <w:p w14:paraId="19604A9A" w14:textId="77777777" w:rsidR="00540C13" w:rsidRDefault="00000000" w:rsidP="006E17D0">
            <w:pPr>
              <w:bidi/>
            </w:pPr>
            <w:r>
              <w:rPr>
                <w:sz w:val="11"/>
              </w:rPr>
              <w:t>2.11</w:t>
            </w:r>
          </w:p>
        </w:tc>
      </w:tr>
      <w:tr w:rsidR="00540C13" w14:paraId="45F61A77" w14:textId="77777777">
        <w:trPr>
          <w:jc w:val="center"/>
        </w:trPr>
        <w:tc>
          <w:tcPr>
            <w:tcW w:w="1059" w:type="dxa"/>
          </w:tcPr>
          <w:p w14:paraId="00C57BB2" w14:textId="77777777" w:rsidR="00540C13" w:rsidRDefault="00000000" w:rsidP="006E17D0">
            <w:pPr>
              <w:bidi/>
            </w:pPr>
            <w:r>
              <w:rPr>
                <w:sz w:val="11"/>
              </w:rPr>
              <w:t>R076</w:t>
            </w:r>
          </w:p>
        </w:tc>
        <w:tc>
          <w:tcPr>
            <w:tcW w:w="1059" w:type="dxa"/>
          </w:tcPr>
          <w:p w14:paraId="3326FC09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799FAABA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7D65958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D25FFC9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75D28E38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29A6F022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4571083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1B2121FF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6121F426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6EA03EB4" w14:textId="77777777" w:rsidR="00540C13" w:rsidRDefault="00000000" w:rsidP="006E17D0">
            <w:pPr>
              <w:bidi/>
            </w:pPr>
            <w:r>
              <w:rPr>
                <w:sz w:val="11"/>
              </w:rPr>
              <w:t>3.17</w:t>
            </w:r>
          </w:p>
        </w:tc>
        <w:tc>
          <w:tcPr>
            <w:tcW w:w="1059" w:type="dxa"/>
          </w:tcPr>
          <w:p w14:paraId="1492649F" w14:textId="77777777" w:rsidR="00540C13" w:rsidRDefault="00000000" w:rsidP="006E17D0">
            <w:pPr>
              <w:bidi/>
            </w:pPr>
            <w:r>
              <w:rPr>
                <w:sz w:val="11"/>
              </w:rPr>
              <w:t>4.5</w:t>
            </w:r>
          </w:p>
        </w:tc>
        <w:tc>
          <w:tcPr>
            <w:tcW w:w="1059" w:type="dxa"/>
          </w:tcPr>
          <w:p w14:paraId="4F2AEA86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3C73EA73" w14:textId="77777777" w:rsidR="00540C13" w:rsidRDefault="00000000" w:rsidP="006E17D0">
            <w:pPr>
              <w:bidi/>
            </w:pPr>
            <w:r>
              <w:rPr>
                <w:sz w:val="11"/>
              </w:rPr>
              <w:t>3.56</w:t>
            </w:r>
          </w:p>
        </w:tc>
      </w:tr>
      <w:tr w:rsidR="00540C13" w14:paraId="1558430C" w14:textId="77777777">
        <w:trPr>
          <w:jc w:val="center"/>
        </w:trPr>
        <w:tc>
          <w:tcPr>
            <w:tcW w:w="1059" w:type="dxa"/>
          </w:tcPr>
          <w:p w14:paraId="0D621529" w14:textId="77777777" w:rsidR="00540C13" w:rsidRDefault="00000000" w:rsidP="006E17D0">
            <w:pPr>
              <w:bidi/>
            </w:pPr>
            <w:r>
              <w:rPr>
                <w:sz w:val="11"/>
              </w:rPr>
              <w:t>R077</w:t>
            </w:r>
          </w:p>
        </w:tc>
        <w:tc>
          <w:tcPr>
            <w:tcW w:w="1059" w:type="dxa"/>
          </w:tcPr>
          <w:p w14:paraId="06D275C7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52FD0964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505E20B6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4619C8B9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66363C8B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49BD8A72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07750B1D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303806E4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706D2ADF" w14:textId="77777777" w:rsidR="00540C13" w:rsidRDefault="00000000" w:rsidP="006E17D0">
            <w:pPr>
              <w:bidi/>
            </w:pPr>
            <w:r>
              <w:rPr>
                <w:sz w:val="11"/>
              </w:rPr>
              <w:t>1</w:t>
            </w:r>
          </w:p>
        </w:tc>
        <w:tc>
          <w:tcPr>
            <w:tcW w:w="1059" w:type="dxa"/>
          </w:tcPr>
          <w:p w14:paraId="2712A93F" w14:textId="77777777" w:rsidR="00540C13" w:rsidRDefault="00000000" w:rsidP="006E17D0">
            <w:pPr>
              <w:bidi/>
            </w:pPr>
            <w:r>
              <w:rPr>
                <w:sz w:val="11"/>
              </w:rPr>
              <w:t>3.33</w:t>
            </w:r>
          </w:p>
        </w:tc>
        <w:tc>
          <w:tcPr>
            <w:tcW w:w="1059" w:type="dxa"/>
          </w:tcPr>
          <w:p w14:paraId="11F38F82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47D53BDA" w14:textId="77777777" w:rsidR="00540C13" w:rsidRDefault="00000000" w:rsidP="006E17D0">
            <w:pPr>
              <w:bidi/>
            </w:pPr>
            <w:r>
              <w:rPr>
                <w:sz w:val="11"/>
              </w:rPr>
              <w:t>2.5</w:t>
            </w:r>
          </w:p>
        </w:tc>
        <w:tc>
          <w:tcPr>
            <w:tcW w:w="1059" w:type="dxa"/>
          </w:tcPr>
          <w:p w14:paraId="5A65FAED" w14:textId="77777777" w:rsidR="00540C13" w:rsidRDefault="00000000" w:rsidP="006E17D0">
            <w:pPr>
              <w:bidi/>
            </w:pPr>
            <w:r>
              <w:rPr>
                <w:sz w:val="11"/>
              </w:rPr>
              <w:t>2.94</w:t>
            </w:r>
          </w:p>
        </w:tc>
      </w:tr>
      <w:tr w:rsidR="00540C13" w14:paraId="0C3D63E8" w14:textId="77777777">
        <w:trPr>
          <w:jc w:val="center"/>
        </w:trPr>
        <w:tc>
          <w:tcPr>
            <w:tcW w:w="1059" w:type="dxa"/>
          </w:tcPr>
          <w:p w14:paraId="7610DAE1" w14:textId="77777777" w:rsidR="00540C13" w:rsidRDefault="00000000" w:rsidP="006E17D0">
            <w:pPr>
              <w:bidi/>
            </w:pPr>
            <w:r>
              <w:rPr>
                <w:sz w:val="11"/>
              </w:rPr>
              <w:t>R078</w:t>
            </w:r>
          </w:p>
        </w:tc>
        <w:tc>
          <w:tcPr>
            <w:tcW w:w="1059" w:type="dxa"/>
          </w:tcPr>
          <w:p w14:paraId="7FA9DA6D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22D8EF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18D388CF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06341B3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180487F7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00E0BBB1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488D282D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6A4B2D00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610A387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6024CA14" w14:textId="77777777" w:rsidR="00540C13" w:rsidRDefault="00000000" w:rsidP="006E17D0">
            <w:pPr>
              <w:bidi/>
            </w:pPr>
            <w:r>
              <w:rPr>
                <w:sz w:val="11"/>
              </w:rPr>
              <w:t>3.17</w:t>
            </w:r>
          </w:p>
        </w:tc>
        <w:tc>
          <w:tcPr>
            <w:tcW w:w="1059" w:type="dxa"/>
          </w:tcPr>
          <w:p w14:paraId="7E69387B" w14:textId="77777777" w:rsidR="00540C13" w:rsidRDefault="00000000" w:rsidP="006E17D0">
            <w:pPr>
              <w:bidi/>
            </w:pPr>
            <w:r>
              <w:rPr>
                <w:sz w:val="11"/>
              </w:rPr>
              <w:t>3.67</w:t>
            </w:r>
          </w:p>
        </w:tc>
        <w:tc>
          <w:tcPr>
            <w:tcW w:w="1059" w:type="dxa"/>
          </w:tcPr>
          <w:p w14:paraId="25A8B102" w14:textId="77777777" w:rsidR="00540C13" w:rsidRDefault="00000000" w:rsidP="006E17D0">
            <w:pPr>
              <w:bidi/>
            </w:pPr>
            <w:r>
              <w:rPr>
                <w:sz w:val="11"/>
              </w:rPr>
              <w:t>3.33</w:t>
            </w:r>
          </w:p>
        </w:tc>
        <w:tc>
          <w:tcPr>
            <w:tcW w:w="1059" w:type="dxa"/>
          </w:tcPr>
          <w:p w14:paraId="539B69F9" w14:textId="77777777" w:rsidR="00540C13" w:rsidRDefault="00000000" w:rsidP="006E17D0">
            <w:pPr>
              <w:bidi/>
            </w:pPr>
            <w:r>
              <w:rPr>
                <w:sz w:val="11"/>
              </w:rPr>
              <w:t>3.39</w:t>
            </w:r>
          </w:p>
        </w:tc>
      </w:tr>
      <w:tr w:rsidR="00540C13" w14:paraId="6158B8E7" w14:textId="77777777">
        <w:trPr>
          <w:jc w:val="center"/>
        </w:trPr>
        <w:tc>
          <w:tcPr>
            <w:tcW w:w="1059" w:type="dxa"/>
          </w:tcPr>
          <w:p w14:paraId="2A2E64B8" w14:textId="77777777" w:rsidR="00540C13" w:rsidRDefault="00000000" w:rsidP="006E17D0">
            <w:pPr>
              <w:bidi/>
            </w:pPr>
            <w:r>
              <w:rPr>
                <w:sz w:val="11"/>
              </w:rPr>
              <w:t>R079</w:t>
            </w:r>
          </w:p>
        </w:tc>
        <w:tc>
          <w:tcPr>
            <w:tcW w:w="1059" w:type="dxa"/>
          </w:tcPr>
          <w:p w14:paraId="50DAAB7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6FF14FD8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1790FA3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FDC0DA3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2803F12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3A46E47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4CB89DA0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6183D38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195691B3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9204796" w14:textId="77777777" w:rsidR="00540C13" w:rsidRDefault="00000000" w:rsidP="006E17D0">
            <w:pPr>
              <w:bidi/>
            </w:pPr>
            <w:r>
              <w:rPr>
                <w:sz w:val="11"/>
              </w:rPr>
              <w:t>3.33</w:t>
            </w:r>
          </w:p>
        </w:tc>
        <w:tc>
          <w:tcPr>
            <w:tcW w:w="1059" w:type="dxa"/>
          </w:tcPr>
          <w:p w14:paraId="56670AE0" w14:textId="77777777" w:rsidR="00540C13" w:rsidRDefault="00000000" w:rsidP="006E17D0">
            <w:pPr>
              <w:bidi/>
            </w:pPr>
            <w:r>
              <w:rPr>
                <w:sz w:val="11"/>
              </w:rPr>
              <w:t>4.67</w:t>
            </w:r>
          </w:p>
        </w:tc>
        <w:tc>
          <w:tcPr>
            <w:tcW w:w="1059" w:type="dxa"/>
          </w:tcPr>
          <w:p w14:paraId="4A1914DB" w14:textId="77777777" w:rsidR="00540C13" w:rsidRDefault="00000000" w:rsidP="006E17D0">
            <w:pPr>
              <w:bidi/>
            </w:pPr>
            <w:r>
              <w:rPr>
                <w:sz w:val="11"/>
              </w:rPr>
              <w:t>3.33</w:t>
            </w:r>
          </w:p>
        </w:tc>
        <w:tc>
          <w:tcPr>
            <w:tcW w:w="1059" w:type="dxa"/>
          </w:tcPr>
          <w:p w14:paraId="3F41FB76" w14:textId="77777777" w:rsidR="00540C13" w:rsidRDefault="00000000" w:rsidP="006E17D0">
            <w:pPr>
              <w:bidi/>
            </w:pPr>
            <w:r>
              <w:rPr>
                <w:sz w:val="11"/>
              </w:rPr>
              <w:t>3.78</w:t>
            </w:r>
          </w:p>
        </w:tc>
      </w:tr>
      <w:tr w:rsidR="00540C13" w14:paraId="53D532E4" w14:textId="77777777">
        <w:trPr>
          <w:jc w:val="center"/>
        </w:trPr>
        <w:tc>
          <w:tcPr>
            <w:tcW w:w="1059" w:type="dxa"/>
          </w:tcPr>
          <w:p w14:paraId="23BA6A5C" w14:textId="77777777" w:rsidR="00540C13" w:rsidRDefault="00000000" w:rsidP="006E17D0">
            <w:pPr>
              <w:bidi/>
            </w:pPr>
            <w:r>
              <w:rPr>
                <w:sz w:val="11"/>
              </w:rPr>
              <w:t>R080</w:t>
            </w:r>
          </w:p>
        </w:tc>
        <w:tc>
          <w:tcPr>
            <w:tcW w:w="1059" w:type="dxa"/>
          </w:tcPr>
          <w:p w14:paraId="418F093D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7623D62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ED9925E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BD12212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1150B65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3F62E919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509541E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90DB18E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6D615360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49C86BF5" w14:textId="77777777" w:rsidR="00540C13" w:rsidRDefault="00000000" w:rsidP="006E17D0">
            <w:pPr>
              <w:bidi/>
            </w:pPr>
            <w:r>
              <w:rPr>
                <w:sz w:val="11"/>
              </w:rPr>
              <w:t>3.33</w:t>
            </w:r>
          </w:p>
        </w:tc>
        <w:tc>
          <w:tcPr>
            <w:tcW w:w="1059" w:type="dxa"/>
          </w:tcPr>
          <w:p w14:paraId="28E26701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10965267" w14:textId="77777777" w:rsidR="00540C13" w:rsidRDefault="00000000" w:rsidP="006E17D0">
            <w:pPr>
              <w:bidi/>
            </w:pPr>
            <w:r>
              <w:rPr>
                <w:sz w:val="11"/>
              </w:rPr>
              <w:t>3.5</w:t>
            </w:r>
          </w:p>
        </w:tc>
        <w:tc>
          <w:tcPr>
            <w:tcW w:w="1059" w:type="dxa"/>
          </w:tcPr>
          <w:p w14:paraId="71E4065E" w14:textId="77777777" w:rsidR="00540C13" w:rsidRDefault="00000000" w:rsidP="006E17D0">
            <w:pPr>
              <w:bidi/>
            </w:pPr>
            <w:r>
              <w:rPr>
                <w:sz w:val="11"/>
              </w:rPr>
              <w:t>3.61</w:t>
            </w:r>
          </w:p>
        </w:tc>
      </w:tr>
      <w:tr w:rsidR="00540C13" w14:paraId="18FB2C6E" w14:textId="77777777">
        <w:trPr>
          <w:jc w:val="center"/>
        </w:trPr>
        <w:tc>
          <w:tcPr>
            <w:tcW w:w="1059" w:type="dxa"/>
          </w:tcPr>
          <w:p w14:paraId="350E4080" w14:textId="77777777" w:rsidR="00540C13" w:rsidRDefault="00000000" w:rsidP="006E17D0">
            <w:pPr>
              <w:bidi/>
            </w:pPr>
            <w:r>
              <w:rPr>
                <w:sz w:val="11"/>
              </w:rPr>
              <w:t>R081</w:t>
            </w:r>
          </w:p>
        </w:tc>
        <w:tc>
          <w:tcPr>
            <w:tcW w:w="1059" w:type="dxa"/>
          </w:tcPr>
          <w:p w14:paraId="7ECD4903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476E21E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7FCD4D4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21A4F00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46555AF0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538E7BE9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1C347882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23FFC50E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6377BE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9995A9C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4B35D8A8" w14:textId="77777777" w:rsidR="00540C13" w:rsidRDefault="00000000" w:rsidP="006E17D0">
            <w:pPr>
              <w:bidi/>
            </w:pPr>
            <w:r>
              <w:rPr>
                <w:sz w:val="11"/>
              </w:rPr>
              <w:t>3.83</w:t>
            </w:r>
          </w:p>
        </w:tc>
        <w:tc>
          <w:tcPr>
            <w:tcW w:w="1059" w:type="dxa"/>
          </w:tcPr>
          <w:p w14:paraId="6BC57188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10A159B5" w14:textId="77777777" w:rsidR="00540C13" w:rsidRDefault="00000000" w:rsidP="006E17D0">
            <w:pPr>
              <w:bidi/>
            </w:pPr>
            <w:r>
              <w:rPr>
                <w:sz w:val="11"/>
              </w:rPr>
              <w:t>3.28</w:t>
            </w:r>
          </w:p>
        </w:tc>
      </w:tr>
      <w:tr w:rsidR="00540C13" w14:paraId="0A65BD49" w14:textId="77777777">
        <w:trPr>
          <w:jc w:val="center"/>
        </w:trPr>
        <w:tc>
          <w:tcPr>
            <w:tcW w:w="1059" w:type="dxa"/>
          </w:tcPr>
          <w:p w14:paraId="76E429DC" w14:textId="77777777" w:rsidR="00540C13" w:rsidRDefault="00000000" w:rsidP="006E17D0">
            <w:pPr>
              <w:bidi/>
            </w:pPr>
            <w:r>
              <w:rPr>
                <w:sz w:val="11"/>
              </w:rPr>
              <w:t>R082</w:t>
            </w:r>
          </w:p>
        </w:tc>
        <w:tc>
          <w:tcPr>
            <w:tcW w:w="1059" w:type="dxa"/>
          </w:tcPr>
          <w:p w14:paraId="2A26DC14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2FD5A82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2A1E067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072A9448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07873EDD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6A835A4E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4C2C611D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5D967C43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7129F14D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711B0471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4864B6D" w14:textId="77777777" w:rsidR="00540C13" w:rsidRDefault="00000000" w:rsidP="006E17D0">
            <w:pPr>
              <w:bidi/>
            </w:pPr>
            <w:r>
              <w:rPr>
                <w:sz w:val="11"/>
              </w:rPr>
              <w:t>3.33</w:t>
            </w:r>
          </w:p>
        </w:tc>
        <w:tc>
          <w:tcPr>
            <w:tcW w:w="1059" w:type="dxa"/>
          </w:tcPr>
          <w:p w14:paraId="1F086F7D" w14:textId="77777777" w:rsidR="00540C13" w:rsidRDefault="00000000" w:rsidP="006E17D0">
            <w:pPr>
              <w:bidi/>
            </w:pPr>
            <w:r>
              <w:rPr>
                <w:sz w:val="11"/>
              </w:rPr>
              <w:t>3.5</w:t>
            </w:r>
          </w:p>
        </w:tc>
        <w:tc>
          <w:tcPr>
            <w:tcW w:w="1059" w:type="dxa"/>
          </w:tcPr>
          <w:p w14:paraId="21A9CE8D" w14:textId="77777777" w:rsidR="00540C13" w:rsidRDefault="00000000" w:rsidP="006E17D0">
            <w:pPr>
              <w:bidi/>
            </w:pPr>
            <w:r>
              <w:rPr>
                <w:sz w:val="11"/>
              </w:rPr>
              <w:t>3.61</w:t>
            </w:r>
          </w:p>
        </w:tc>
      </w:tr>
      <w:tr w:rsidR="00540C13" w14:paraId="35372E01" w14:textId="77777777">
        <w:trPr>
          <w:jc w:val="center"/>
        </w:trPr>
        <w:tc>
          <w:tcPr>
            <w:tcW w:w="1059" w:type="dxa"/>
          </w:tcPr>
          <w:p w14:paraId="7C1B469F" w14:textId="77777777" w:rsidR="00540C13" w:rsidRDefault="00000000" w:rsidP="006E17D0">
            <w:pPr>
              <w:bidi/>
            </w:pPr>
            <w:r>
              <w:rPr>
                <w:sz w:val="11"/>
              </w:rPr>
              <w:t>R083</w:t>
            </w:r>
          </w:p>
        </w:tc>
        <w:tc>
          <w:tcPr>
            <w:tcW w:w="1059" w:type="dxa"/>
          </w:tcPr>
          <w:p w14:paraId="3D714F4D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3EFC1B7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68B6333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0D7AB6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5CD79A3C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5644C763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7A207C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0E10CC23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35741DB4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42A444B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2EC7DB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59FA488" w14:textId="77777777" w:rsidR="00540C13" w:rsidRDefault="00000000" w:rsidP="006E17D0">
            <w:pPr>
              <w:bidi/>
            </w:pPr>
            <w:r>
              <w:rPr>
                <w:sz w:val="11"/>
              </w:rPr>
              <w:t>3.33</w:t>
            </w:r>
          </w:p>
        </w:tc>
        <w:tc>
          <w:tcPr>
            <w:tcW w:w="1059" w:type="dxa"/>
          </w:tcPr>
          <w:p w14:paraId="4877C115" w14:textId="77777777" w:rsidR="00540C13" w:rsidRDefault="00000000" w:rsidP="006E17D0">
            <w:pPr>
              <w:bidi/>
            </w:pPr>
            <w:r>
              <w:rPr>
                <w:sz w:val="11"/>
              </w:rPr>
              <w:t>3.78</w:t>
            </w:r>
          </w:p>
        </w:tc>
      </w:tr>
      <w:tr w:rsidR="00540C13" w14:paraId="2FF52FAF" w14:textId="77777777">
        <w:trPr>
          <w:jc w:val="center"/>
        </w:trPr>
        <w:tc>
          <w:tcPr>
            <w:tcW w:w="1059" w:type="dxa"/>
          </w:tcPr>
          <w:p w14:paraId="20EC9B01" w14:textId="77777777" w:rsidR="00540C13" w:rsidRDefault="00000000" w:rsidP="006E17D0">
            <w:pPr>
              <w:bidi/>
            </w:pPr>
            <w:r>
              <w:rPr>
                <w:sz w:val="11"/>
              </w:rPr>
              <w:t>R084</w:t>
            </w:r>
          </w:p>
        </w:tc>
        <w:tc>
          <w:tcPr>
            <w:tcW w:w="1059" w:type="dxa"/>
          </w:tcPr>
          <w:p w14:paraId="30034982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0927D96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58CBB103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1952983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10A5F41C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49929B41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185AF896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74FF6283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4733B7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53BE2D02" w14:textId="77777777" w:rsidR="00540C13" w:rsidRDefault="00000000" w:rsidP="006E17D0">
            <w:pPr>
              <w:bidi/>
            </w:pPr>
            <w:r>
              <w:rPr>
                <w:sz w:val="11"/>
              </w:rPr>
              <w:t>2.83</w:t>
            </w:r>
          </w:p>
        </w:tc>
        <w:tc>
          <w:tcPr>
            <w:tcW w:w="1059" w:type="dxa"/>
          </w:tcPr>
          <w:p w14:paraId="41D19692" w14:textId="77777777" w:rsidR="00540C13" w:rsidRDefault="00000000" w:rsidP="006E17D0">
            <w:pPr>
              <w:bidi/>
            </w:pPr>
            <w:r>
              <w:rPr>
                <w:sz w:val="11"/>
              </w:rPr>
              <w:t>3.33</w:t>
            </w:r>
          </w:p>
        </w:tc>
        <w:tc>
          <w:tcPr>
            <w:tcW w:w="1059" w:type="dxa"/>
          </w:tcPr>
          <w:p w14:paraId="208A27A6" w14:textId="77777777" w:rsidR="00540C13" w:rsidRDefault="00000000" w:rsidP="006E17D0">
            <w:pPr>
              <w:bidi/>
            </w:pPr>
            <w:r>
              <w:rPr>
                <w:sz w:val="11"/>
              </w:rPr>
              <w:t>3.33</w:t>
            </w:r>
          </w:p>
        </w:tc>
        <w:tc>
          <w:tcPr>
            <w:tcW w:w="1059" w:type="dxa"/>
          </w:tcPr>
          <w:p w14:paraId="6F1FBF27" w14:textId="77777777" w:rsidR="00540C13" w:rsidRDefault="00000000" w:rsidP="006E17D0">
            <w:pPr>
              <w:bidi/>
            </w:pPr>
            <w:r>
              <w:rPr>
                <w:sz w:val="11"/>
              </w:rPr>
              <w:t>3.17</w:t>
            </w:r>
          </w:p>
        </w:tc>
      </w:tr>
      <w:tr w:rsidR="00540C13" w14:paraId="1BF958DD" w14:textId="77777777">
        <w:trPr>
          <w:jc w:val="center"/>
        </w:trPr>
        <w:tc>
          <w:tcPr>
            <w:tcW w:w="1059" w:type="dxa"/>
          </w:tcPr>
          <w:p w14:paraId="6C33116E" w14:textId="77777777" w:rsidR="00540C13" w:rsidRDefault="00000000" w:rsidP="006E17D0">
            <w:pPr>
              <w:bidi/>
            </w:pPr>
            <w:r>
              <w:rPr>
                <w:sz w:val="11"/>
              </w:rPr>
              <w:t>R085</w:t>
            </w:r>
          </w:p>
        </w:tc>
        <w:tc>
          <w:tcPr>
            <w:tcW w:w="1059" w:type="dxa"/>
          </w:tcPr>
          <w:p w14:paraId="7E30A663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2B6C26B7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6F1612F8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3CE2A1CA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5D659939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1DB40D8E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1F78BF01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7644489A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34A22179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4AEAFD97" w14:textId="77777777" w:rsidR="00540C13" w:rsidRDefault="00000000" w:rsidP="006E17D0">
            <w:pPr>
              <w:bidi/>
            </w:pPr>
            <w:r>
              <w:rPr>
                <w:sz w:val="11"/>
              </w:rPr>
              <w:t>3.67</w:t>
            </w:r>
          </w:p>
        </w:tc>
        <w:tc>
          <w:tcPr>
            <w:tcW w:w="1059" w:type="dxa"/>
          </w:tcPr>
          <w:p w14:paraId="340F7381" w14:textId="77777777" w:rsidR="00540C13" w:rsidRDefault="00000000" w:rsidP="006E17D0">
            <w:pPr>
              <w:bidi/>
            </w:pPr>
            <w:r>
              <w:rPr>
                <w:sz w:val="11"/>
              </w:rPr>
              <w:t>2.67</w:t>
            </w:r>
          </w:p>
        </w:tc>
        <w:tc>
          <w:tcPr>
            <w:tcW w:w="1059" w:type="dxa"/>
          </w:tcPr>
          <w:p w14:paraId="4FCEFA0C" w14:textId="77777777" w:rsidR="00540C13" w:rsidRDefault="00000000" w:rsidP="006E17D0">
            <w:pPr>
              <w:bidi/>
            </w:pPr>
            <w:r>
              <w:rPr>
                <w:sz w:val="11"/>
              </w:rPr>
              <w:t>2.67</w:t>
            </w:r>
          </w:p>
        </w:tc>
        <w:tc>
          <w:tcPr>
            <w:tcW w:w="1059" w:type="dxa"/>
          </w:tcPr>
          <w:p w14:paraId="525B8490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</w:tr>
      <w:tr w:rsidR="00540C13" w14:paraId="355846C6" w14:textId="77777777">
        <w:trPr>
          <w:jc w:val="center"/>
        </w:trPr>
        <w:tc>
          <w:tcPr>
            <w:tcW w:w="1059" w:type="dxa"/>
          </w:tcPr>
          <w:p w14:paraId="47D2D3E0" w14:textId="77777777" w:rsidR="00540C13" w:rsidRDefault="00000000" w:rsidP="006E17D0">
            <w:pPr>
              <w:bidi/>
            </w:pPr>
            <w:r>
              <w:rPr>
                <w:sz w:val="11"/>
              </w:rPr>
              <w:t>R086</w:t>
            </w:r>
          </w:p>
        </w:tc>
        <w:tc>
          <w:tcPr>
            <w:tcW w:w="1059" w:type="dxa"/>
          </w:tcPr>
          <w:p w14:paraId="7E171E0D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57E8C538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17E2CFC9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734A0EB5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7B233AE6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11978138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7C44F7F7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7CE9A887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2AF32F2B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4E653C4B" w14:textId="77777777" w:rsidR="00540C13" w:rsidRDefault="00000000" w:rsidP="006E17D0">
            <w:pPr>
              <w:bidi/>
            </w:pPr>
            <w:r>
              <w:rPr>
                <w:sz w:val="11"/>
              </w:rPr>
              <w:t>2.33</w:t>
            </w:r>
          </w:p>
        </w:tc>
        <w:tc>
          <w:tcPr>
            <w:tcW w:w="1059" w:type="dxa"/>
          </w:tcPr>
          <w:p w14:paraId="1CC6E184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14C63762" w14:textId="77777777" w:rsidR="00540C13" w:rsidRDefault="00000000" w:rsidP="006E17D0">
            <w:pPr>
              <w:bidi/>
            </w:pPr>
            <w:r>
              <w:rPr>
                <w:sz w:val="11"/>
              </w:rPr>
              <w:t>2.5</w:t>
            </w:r>
          </w:p>
        </w:tc>
        <w:tc>
          <w:tcPr>
            <w:tcW w:w="1059" w:type="dxa"/>
          </w:tcPr>
          <w:p w14:paraId="13476772" w14:textId="77777777" w:rsidR="00540C13" w:rsidRDefault="00000000" w:rsidP="006E17D0">
            <w:pPr>
              <w:bidi/>
            </w:pPr>
            <w:r>
              <w:rPr>
                <w:sz w:val="11"/>
              </w:rPr>
              <w:t>2.61</w:t>
            </w:r>
          </w:p>
        </w:tc>
      </w:tr>
      <w:tr w:rsidR="00540C13" w14:paraId="523CC29B" w14:textId="77777777">
        <w:trPr>
          <w:jc w:val="center"/>
        </w:trPr>
        <w:tc>
          <w:tcPr>
            <w:tcW w:w="1059" w:type="dxa"/>
          </w:tcPr>
          <w:p w14:paraId="169FE2EA" w14:textId="77777777" w:rsidR="00540C13" w:rsidRDefault="00000000" w:rsidP="006E17D0">
            <w:pPr>
              <w:bidi/>
            </w:pPr>
            <w:r>
              <w:rPr>
                <w:sz w:val="11"/>
              </w:rPr>
              <w:t>R087</w:t>
            </w:r>
          </w:p>
        </w:tc>
        <w:tc>
          <w:tcPr>
            <w:tcW w:w="1059" w:type="dxa"/>
          </w:tcPr>
          <w:p w14:paraId="0ED0DB5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D7B5226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7F0B68D2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73C14B94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597D6061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39E74D91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799795D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475BE44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B51077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5E97C58E" w14:textId="77777777" w:rsidR="00540C13" w:rsidRDefault="00000000" w:rsidP="006E17D0">
            <w:pPr>
              <w:bidi/>
            </w:pPr>
            <w:r>
              <w:rPr>
                <w:sz w:val="11"/>
              </w:rPr>
              <w:t>3.67</w:t>
            </w:r>
          </w:p>
        </w:tc>
        <w:tc>
          <w:tcPr>
            <w:tcW w:w="1059" w:type="dxa"/>
          </w:tcPr>
          <w:p w14:paraId="7F82BF4F" w14:textId="77777777" w:rsidR="00540C13" w:rsidRDefault="00000000" w:rsidP="006E17D0">
            <w:pPr>
              <w:bidi/>
            </w:pPr>
            <w:r>
              <w:rPr>
                <w:sz w:val="11"/>
              </w:rPr>
              <w:t>3.83</w:t>
            </w:r>
          </w:p>
        </w:tc>
        <w:tc>
          <w:tcPr>
            <w:tcW w:w="1059" w:type="dxa"/>
          </w:tcPr>
          <w:p w14:paraId="55F23B06" w14:textId="77777777" w:rsidR="00540C13" w:rsidRDefault="00000000" w:rsidP="006E17D0">
            <w:pPr>
              <w:bidi/>
            </w:pPr>
            <w:r>
              <w:rPr>
                <w:sz w:val="11"/>
              </w:rPr>
              <w:t>4.5</w:t>
            </w:r>
          </w:p>
        </w:tc>
        <w:tc>
          <w:tcPr>
            <w:tcW w:w="1059" w:type="dxa"/>
          </w:tcPr>
          <w:p w14:paraId="48CF42A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</w:tr>
      <w:tr w:rsidR="00540C13" w14:paraId="5CC9EBE5" w14:textId="77777777">
        <w:trPr>
          <w:jc w:val="center"/>
        </w:trPr>
        <w:tc>
          <w:tcPr>
            <w:tcW w:w="1059" w:type="dxa"/>
          </w:tcPr>
          <w:p w14:paraId="00028828" w14:textId="77777777" w:rsidR="00540C13" w:rsidRDefault="00000000" w:rsidP="006E17D0">
            <w:pPr>
              <w:bidi/>
            </w:pPr>
            <w:r>
              <w:rPr>
                <w:sz w:val="11"/>
              </w:rPr>
              <w:t>R088</w:t>
            </w:r>
          </w:p>
        </w:tc>
        <w:tc>
          <w:tcPr>
            <w:tcW w:w="1059" w:type="dxa"/>
          </w:tcPr>
          <w:p w14:paraId="7C2E23D2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11211F7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EC0AFFC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012C2048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14DF1372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4CF9B31D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22593571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53640060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3E6F31ED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4ADB1CC6" w14:textId="77777777" w:rsidR="00540C13" w:rsidRDefault="00000000" w:rsidP="006E17D0">
            <w:pPr>
              <w:bidi/>
            </w:pPr>
            <w:r>
              <w:rPr>
                <w:sz w:val="11"/>
              </w:rPr>
              <w:t>3.33</w:t>
            </w:r>
          </w:p>
        </w:tc>
        <w:tc>
          <w:tcPr>
            <w:tcW w:w="1059" w:type="dxa"/>
          </w:tcPr>
          <w:p w14:paraId="52EBC34D" w14:textId="77777777" w:rsidR="00540C13" w:rsidRDefault="00000000" w:rsidP="006E17D0">
            <w:pPr>
              <w:bidi/>
            </w:pPr>
            <w:r>
              <w:rPr>
                <w:sz w:val="11"/>
              </w:rPr>
              <w:t>3.67</w:t>
            </w:r>
          </w:p>
        </w:tc>
        <w:tc>
          <w:tcPr>
            <w:tcW w:w="1059" w:type="dxa"/>
          </w:tcPr>
          <w:p w14:paraId="39B045FA" w14:textId="77777777" w:rsidR="00540C13" w:rsidRDefault="00000000" w:rsidP="006E17D0">
            <w:pPr>
              <w:bidi/>
            </w:pPr>
            <w:r>
              <w:rPr>
                <w:sz w:val="11"/>
              </w:rPr>
              <w:t>3.67</w:t>
            </w:r>
          </w:p>
        </w:tc>
        <w:tc>
          <w:tcPr>
            <w:tcW w:w="1059" w:type="dxa"/>
          </w:tcPr>
          <w:p w14:paraId="3A795BF7" w14:textId="77777777" w:rsidR="00540C13" w:rsidRDefault="00000000" w:rsidP="006E17D0">
            <w:pPr>
              <w:bidi/>
            </w:pPr>
            <w:r>
              <w:rPr>
                <w:sz w:val="11"/>
              </w:rPr>
              <w:t>3.56</w:t>
            </w:r>
          </w:p>
        </w:tc>
      </w:tr>
      <w:tr w:rsidR="00540C13" w14:paraId="76E08EF9" w14:textId="77777777">
        <w:trPr>
          <w:jc w:val="center"/>
        </w:trPr>
        <w:tc>
          <w:tcPr>
            <w:tcW w:w="1059" w:type="dxa"/>
          </w:tcPr>
          <w:p w14:paraId="496B8FE0" w14:textId="77777777" w:rsidR="00540C13" w:rsidRDefault="00000000" w:rsidP="006E17D0">
            <w:pPr>
              <w:bidi/>
            </w:pPr>
            <w:r>
              <w:rPr>
                <w:sz w:val="11"/>
              </w:rPr>
              <w:t>R089</w:t>
            </w:r>
          </w:p>
        </w:tc>
        <w:tc>
          <w:tcPr>
            <w:tcW w:w="1059" w:type="dxa"/>
          </w:tcPr>
          <w:p w14:paraId="3E7B5C7E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1D9818A1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6EF59D92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5FAAD602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37E10130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4DF76EF2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286811F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3B85A7E4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11869F0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48FE180" w14:textId="77777777" w:rsidR="00540C13" w:rsidRDefault="00000000" w:rsidP="006E17D0">
            <w:pPr>
              <w:bidi/>
            </w:pPr>
            <w:r>
              <w:rPr>
                <w:sz w:val="11"/>
              </w:rPr>
              <w:t>3.83</w:t>
            </w:r>
          </w:p>
        </w:tc>
        <w:tc>
          <w:tcPr>
            <w:tcW w:w="1059" w:type="dxa"/>
          </w:tcPr>
          <w:p w14:paraId="4ECAE568" w14:textId="77777777" w:rsidR="00540C13" w:rsidRDefault="00000000" w:rsidP="006E17D0">
            <w:pPr>
              <w:bidi/>
            </w:pPr>
            <w:r>
              <w:rPr>
                <w:sz w:val="11"/>
              </w:rPr>
              <w:t>3.67</w:t>
            </w:r>
          </w:p>
        </w:tc>
        <w:tc>
          <w:tcPr>
            <w:tcW w:w="1059" w:type="dxa"/>
          </w:tcPr>
          <w:p w14:paraId="58CFB500" w14:textId="77777777" w:rsidR="00540C13" w:rsidRDefault="00000000" w:rsidP="006E17D0">
            <w:pPr>
              <w:bidi/>
            </w:pPr>
            <w:r>
              <w:rPr>
                <w:sz w:val="11"/>
              </w:rPr>
              <w:t>2.83</w:t>
            </w:r>
          </w:p>
        </w:tc>
        <w:tc>
          <w:tcPr>
            <w:tcW w:w="1059" w:type="dxa"/>
          </w:tcPr>
          <w:p w14:paraId="335FA242" w14:textId="77777777" w:rsidR="00540C13" w:rsidRDefault="00000000" w:rsidP="006E17D0">
            <w:pPr>
              <w:bidi/>
            </w:pPr>
            <w:r>
              <w:rPr>
                <w:sz w:val="11"/>
              </w:rPr>
              <w:t>3.44</w:t>
            </w:r>
          </w:p>
        </w:tc>
      </w:tr>
      <w:tr w:rsidR="00540C13" w14:paraId="1A06E294" w14:textId="77777777">
        <w:trPr>
          <w:jc w:val="center"/>
        </w:trPr>
        <w:tc>
          <w:tcPr>
            <w:tcW w:w="1059" w:type="dxa"/>
          </w:tcPr>
          <w:p w14:paraId="1FD9CDDC" w14:textId="77777777" w:rsidR="00540C13" w:rsidRDefault="00000000" w:rsidP="006E17D0">
            <w:pPr>
              <w:bidi/>
            </w:pPr>
            <w:r>
              <w:rPr>
                <w:sz w:val="11"/>
              </w:rPr>
              <w:t>R090</w:t>
            </w:r>
          </w:p>
        </w:tc>
        <w:tc>
          <w:tcPr>
            <w:tcW w:w="1059" w:type="dxa"/>
          </w:tcPr>
          <w:p w14:paraId="01BB3DE1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74182C2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74211C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CB13D8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69235C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622666BD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6405120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1C752B1E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5603E65A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6EA8FD55" w14:textId="77777777" w:rsidR="00540C13" w:rsidRDefault="00000000" w:rsidP="006E17D0">
            <w:pPr>
              <w:bidi/>
            </w:pPr>
            <w:r>
              <w:rPr>
                <w:sz w:val="11"/>
              </w:rPr>
              <w:t>3.83</w:t>
            </w:r>
          </w:p>
        </w:tc>
        <w:tc>
          <w:tcPr>
            <w:tcW w:w="1059" w:type="dxa"/>
          </w:tcPr>
          <w:p w14:paraId="640BA2A2" w14:textId="77777777" w:rsidR="00540C13" w:rsidRDefault="00000000" w:rsidP="006E17D0">
            <w:pPr>
              <w:bidi/>
            </w:pPr>
            <w:r>
              <w:rPr>
                <w:sz w:val="11"/>
              </w:rPr>
              <w:t>4.17</w:t>
            </w:r>
          </w:p>
        </w:tc>
        <w:tc>
          <w:tcPr>
            <w:tcW w:w="1059" w:type="dxa"/>
          </w:tcPr>
          <w:p w14:paraId="2D6B0B53" w14:textId="77777777" w:rsidR="00540C13" w:rsidRDefault="00000000" w:rsidP="006E17D0">
            <w:pPr>
              <w:bidi/>
            </w:pPr>
            <w:r>
              <w:rPr>
                <w:sz w:val="11"/>
              </w:rPr>
              <w:t>3.33</w:t>
            </w:r>
          </w:p>
        </w:tc>
        <w:tc>
          <w:tcPr>
            <w:tcW w:w="1059" w:type="dxa"/>
          </w:tcPr>
          <w:p w14:paraId="7E9E4D42" w14:textId="77777777" w:rsidR="00540C13" w:rsidRDefault="00000000" w:rsidP="006E17D0">
            <w:pPr>
              <w:bidi/>
            </w:pPr>
            <w:r>
              <w:rPr>
                <w:sz w:val="11"/>
              </w:rPr>
              <w:t>3.78</w:t>
            </w:r>
          </w:p>
        </w:tc>
      </w:tr>
      <w:tr w:rsidR="00540C13" w14:paraId="727EF9B2" w14:textId="77777777">
        <w:trPr>
          <w:jc w:val="center"/>
        </w:trPr>
        <w:tc>
          <w:tcPr>
            <w:tcW w:w="1059" w:type="dxa"/>
          </w:tcPr>
          <w:p w14:paraId="152EF626" w14:textId="77777777" w:rsidR="00540C13" w:rsidRDefault="00000000" w:rsidP="006E17D0">
            <w:pPr>
              <w:bidi/>
            </w:pPr>
            <w:r>
              <w:rPr>
                <w:sz w:val="11"/>
              </w:rPr>
              <w:t>R091</w:t>
            </w:r>
          </w:p>
        </w:tc>
        <w:tc>
          <w:tcPr>
            <w:tcW w:w="1059" w:type="dxa"/>
          </w:tcPr>
          <w:p w14:paraId="45A5D3FD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05C275FE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10354607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66CC2939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41564FC4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273EE6CD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3328FCB9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46740C2A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6D03819E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3A908CD9" w14:textId="77777777" w:rsidR="00540C13" w:rsidRDefault="00000000" w:rsidP="006E17D0">
            <w:pPr>
              <w:bidi/>
            </w:pPr>
            <w:r>
              <w:rPr>
                <w:sz w:val="11"/>
              </w:rPr>
              <w:t>3.83</w:t>
            </w:r>
          </w:p>
        </w:tc>
        <w:tc>
          <w:tcPr>
            <w:tcW w:w="1059" w:type="dxa"/>
          </w:tcPr>
          <w:p w14:paraId="567843D0" w14:textId="77777777" w:rsidR="00540C13" w:rsidRDefault="00000000" w:rsidP="006E17D0">
            <w:pPr>
              <w:bidi/>
            </w:pPr>
            <w:r>
              <w:rPr>
                <w:sz w:val="11"/>
              </w:rPr>
              <w:t>3.17</w:t>
            </w:r>
          </w:p>
        </w:tc>
        <w:tc>
          <w:tcPr>
            <w:tcW w:w="1059" w:type="dxa"/>
          </w:tcPr>
          <w:p w14:paraId="5ECE5A60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2D6E109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</w:tr>
      <w:tr w:rsidR="00540C13" w14:paraId="4435A13A" w14:textId="77777777">
        <w:trPr>
          <w:jc w:val="center"/>
        </w:trPr>
        <w:tc>
          <w:tcPr>
            <w:tcW w:w="1059" w:type="dxa"/>
          </w:tcPr>
          <w:p w14:paraId="0C3E0C24" w14:textId="77777777" w:rsidR="00540C13" w:rsidRDefault="00000000" w:rsidP="006E17D0">
            <w:pPr>
              <w:bidi/>
            </w:pPr>
            <w:r>
              <w:rPr>
                <w:sz w:val="11"/>
              </w:rPr>
              <w:t>R092</w:t>
            </w:r>
          </w:p>
        </w:tc>
        <w:tc>
          <w:tcPr>
            <w:tcW w:w="1059" w:type="dxa"/>
          </w:tcPr>
          <w:p w14:paraId="436478E6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007EF5C3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21A6E40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1A869E23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396D6F88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365C8930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1707D154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21F643A8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7F8E4A1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10BD27D4" w14:textId="77777777" w:rsidR="00540C13" w:rsidRDefault="00000000" w:rsidP="006E17D0">
            <w:pPr>
              <w:bidi/>
            </w:pPr>
            <w:r>
              <w:rPr>
                <w:sz w:val="11"/>
              </w:rPr>
              <w:t>3.83</w:t>
            </w:r>
          </w:p>
        </w:tc>
        <w:tc>
          <w:tcPr>
            <w:tcW w:w="1059" w:type="dxa"/>
          </w:tcPr>
          <w:p w14:paraId="43ADB0D4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7965936C" w14:textId="77777777" w:rsidR="00540C13" w:rsidRDefault="00000000" w:rsidP="006E17D0">
            <w:pPr>
              <w:bidi/>
            </w:pPr>
            <w:r>
              <w:rPr>
                <w:sz w:val="11"/>
              </w:rPr>
              <w:t>3.33</w:t>
            </w:r>
          </w:p>
        </w:tc>
        <w:tc>
          <w:tcPr>
            <w:tcW w:w="1059" w:type="dxa"/>
          </w:tcPr>
          <w:p w14:paraId="48D59157" w14:textId="77777777" w:rsidR="00540C13" w:rsidRDefault="00000000" w:rsidP="006E17D0">
            <w:pPr>
              <w:bidi/>
            </w:pPr>
            <w:r>
              <w:rPr>
                <w:sz w:val="11"/>
              </w:rPr>
              <w:t>3.39</w:t>
            </w:r>
          </w:p>
        </w:tc>
      </w:tr>
      <w:tr w:rsidR="00540C13" w14:paraId="359558A8" w14:textId="77777777">
        <w:trPr>
          <w:jc w:val="center"/>
        </w:trPr>
        <w:tc>
          <w:tcPr>
            <w:tcW w:w="1059" w:type="dxa"/>
          </w:tcPr>
          <w:p w14:paraId="58771A1E" w14:textId="77777777" w:rsidR="00540C13" w:rsidRDefault="00000000" w:rsidP="006E17D0">
            <w:pPr>
              <w:bidi/>
            </w:pPr>
            <w:r>
              <w:rPr>
                <w:sz w:val="11"/>
              </w:rPr>
              <w:t>R093</w:t>
            </w:r>
          </w:p>
        </w:tc>
        <w:tc>
          <w:tcPr>
            <w:tcW w:w="1059" w:type="dxa"/>
          </w:tcPr>
          <w:p w14:paraId="6C31C7E3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4CCE4B3F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21298C6D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51FCF19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6FCCE5F9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229F838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5C85DED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16C276D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D55A0F8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190D30E6" w14:textId="77777777" w:rsidR="00540C13" w:rsidRDefault="00000000" w:rsidP="006E17D0">
            <w:pPr>
              <w:bidi/>
            </w:pPr>
            <w:r>
              <w:rPr>
                <w:sz w:val="11"/>
              </w:rPr>
              <w:t>3.83</w:t>
            </w:r>
          </w:p>
        </w:tc>
        <w:tc>
          <w:tcPr>
            <w:tcW w:w="1059" w:type="dxa"/>
          </w:tcPr>
          <w:p w14:paraId="2A19A320" w14:textId="77777777" w:rsidR="00540C13" w:rsidRDefault="00000000" w:rsidP="006E17D0">
            <w:pPr>
              <w:bidi/>
            </w:pPr>
            <w:r>
              <w:rPr>
                <w:sz w:val="11"/>
              </w:rPr>
              <w:t>3.33</w:t>
            </w:r>
          </w:p>
        </w:tc>
        <w:tc>
          <w:tcPr>
            <w:tcW w:w="1059" w:type="dxa"/>
          </w:tcPr>
          <w:p w14:paraId="3493C59D" w14:textId="77777777" w:rsidR="00540C13" w:rsidRDefault="00000000" w:rsidP="006E17D0">
            <w:pPr>
              <w:bidi/>
            </w:pPr>
            <w:r>
              <w:rPr>
                <w:sz w:val="11"/>
              </w:rPr>
              <w:t>3.67</w:t>
            </w:r>
          </w:p>
        </w:tc>
        <w:tc>
          <w:tcPr>
            <w:tcW w:w="1059" w:type="dxa"/>
          </w:tcPr>
          <w:p w14:paraId="2410DA59" w14:textId="77777777" w:rsidR="00540C13" w:rsidRDefault="00000000" w:rsidP="006E17D0">
            <w:pPr>
              <w:bidi/>
            </w:pPr>
            <w:r>
              <w:rPr>
                <w:sz w:val="11"/>
              </w:rPr>
              <w:t>3.61</w:t>
            </w:r>
          </w:p>
        </w:tc>
      </w:tr>
      <w:tr w:rsidR="00540C13" w14:paraId="477D8ECC" w14:textId="77777777">
        <w:trPr>
          <w:jc w:val="center"/>
        </w:trPr>
        <w:tc>
          <w:tcPr>
            <w:tcW w:w="1059" w:type="dxa"/>
          </w:tcPr>
          <w:p w14:paraId="3D76F415" w14:textId="77777777" w:rsidR="00540C13" w:rsidRDefault="00000000" w:rsidP="006E17D0">
            <w:pPr>
              <w:bidi/>
            </w:pPr>
            <w:r>
              <w:rPr>
                <w:sz w:val="11"/>
              </w:rPr>
              <w:t>R094</w:t>
            </w:r>
          </w:p>
        </w:tc>
        <w:tc>
          <w:tcPr>
            <w:tcW w:w="1059" w:type="dxa"/>
          </w:tcPr>
          <w:p w14:paraId="177E954F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6E32BCB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B7E50C2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27ECF69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48BE0AED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DB605C8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B08A1C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6532F3C8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6EBF2B1A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36E5706B" w14:textId="77777777" w:rsidR="00540C13" w:rsidRDefault="00000000" w:rsidP="006E17D0">
            <w:pPr>
              <w:bidi/>
            </w:pPr>
            <w:r>
              <w:rPr>
                <w:sz w:val="11"/>
              </w:rPr>
              <w:t>3.67</w:t>
            </w:r>
          </w:p>
        </w:tc>
        <w:tc>
          <w:tcPr>
            <w:tcW w:w="1059" w:type="dxa"/>
          </w:tcPr>
          <w:p w14:paraId="1B1688F9" w14:textId="77777777" w:rsidR="00540C13" w:rsidRDefault="00000000" w:rsidP="006E17D0">
            <w:pPr>
              <w:bidi/>
            </w:pPr>
            <w:r>
              <w:rPr>
                <w:sz w:val="11"/>
              </w:rPr>
              <w:t>4.5</w:t>
            </w:r>
          </w:p>
        </w:tc>
        <w:tc>
          <w:tcPr>
            <w:tcW w:w="1059" w:type="dxa"/>
          </w:tcPr>
          <w:p w14:paraId="4A91729A" w14:textId="77777777" w:rsidR="00540C13" w:rsidRDefault="00000000" w:rsidP="006E17D0">
            <w:pPr>
              <w:bidi/>
            </w:pPr>
            <w:r>
              <w:rPr>
                <w:sz w:val="11"/>
              </w:rPr>
              <w:t>3.83</w:t>
            </w:r>
          </w:p>
        </w:tc>
        <w:tc>
          <w:tcPr>
            <w:tcW w:w="1059" w:type="dxa"/>
          </w:tcPr>
          <w:p w14:paraId="48E655F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</w:tr>
      <w:tr w:rsidR="00540C13" w14:paraId="0D0976D2" w14:textId="77777777">
        <w:trPr>
          <w:jc w:val="center"/>
        </w:trPr>
        <w:tc>
          <w:tcPr>
            <w:tcW w:w="1059" w:type="dxa"/>
          </w:tcPr>
          <w:p w14:paraId="36DBF151" w14:textId="77777777" w:rsidR="00540C13" w:rsidRDefault="00000000" w:rsidP="006E17D0">
            <w:pPr>
              <w:bidi/>
            </w:pPr>
            <w:r>
              <w:rPr>
                <w:sz w:val="11"/>
              </w:rPr>
              <w:t>R095</w:t>
            </w:r>
          </w:p>
        </w:tc>
        <w:tc>
          <w:tcPr>
            <w:tcW w:w="1059" w:type="dxa"/>
          </w:tcPr>
          <w:p w14:paraId="2EC575A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683FA7F0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6D1A9054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2F1FE72B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75F431D0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3427E68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9C4C84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D450F5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D6A1628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59E0D40C" w14:textId="77777777" w:rsidR="00540C13" w:rsidRDefault="00000000" w:rsidP="006E17D0">
            <w:pPr>
              <w:bidi/>
            </w:pPr>
            <w:r>
              <w:rPr>
                <w:sz w:val="11"/>
              </w:rPr>
              <w:t>4.67</w:t>
            </w:r>
          </w:p>
        </w:tc>
        <w:tc>
          <w:tcPr>
            <w:tcW w:w="1059" w:type="dxa"/>
          </w:tcPr>
          <w:p w14:paraId="2133B032" w14:textId="77777777" w:rsidR="00540C13" w:rsidRDefault="00000000" w:rsidP="006E17D0">
            <w:pPr>
              <w:bidi/>
            </w:pPr>
            <w:r>
              <w:rPr>
                <w:sz w:val="11"/>
              </w:rPr>
              <w:t>4.5</w:t>
            </w:r>
          </w:p>
        </w:tc>
        <w:tc>
          <w:tcPr>
            <w:tcW w:w="1059" w:type="dxa"/>
          </w:tcPr>
          <w:p w14:paraId="56FB2DDA" w14:textId="77777777" w:rsidR="00540C13" w:rsidRDefault="00000000" w:rsidP="006E17D0">
            <w:pPr>
              <w:bidi/>
            </w:pPr>
            <w:r>
              <w:rPr>
                <w:sz w:val="11"/>
              </w:rPr>
              <w:t>3.67</w:t>
            </w:r>
          </w:p>
        </w:tc>
        <w:tc>
          <w:tcPr>
            <w:tcW w:w="1059" w:type="dxa"/>
          </w:tcPr>
          <w:p w14:paraId="7D1AED2B" w14:textId="77777777" w:rsidR="00540C13" w:rsidRDefault="00000000" w:rsidP="006E17D0">
            <w:pPr>
              <w:bidi/>
            </w:pPr>
            <w:r>
              <w:rPr>
                <w:sz w:val="11"/>
              </w:rPr>
              <w:t>4.28</w:t>
            </w:r>
          </w:p>
        </w:tc>
      </w:tr>
      <w:tr w:rsidR="00540C13" w14:paraId="4361435B" w14:textId="77777777">
        <w:trPr>
          <w:jc w:val="center"/>
        </w:trPr>
        <w:tc>
          <w:tcPr>
            <w:tcW w:w="1059" w:type="dxa"/>
          </w:tcPr>
          <w:p w14:paraId="3F2014DB" w14:textId="77777777" w:rsidR="00540C13" w:rsidRDefault="00000000" w:rsidP="006E17D0">
            <w:pPr>
              <w:bidi/>
            </w:pPr>
            <w:r>
              <w:rPr>
                <w:sz w:val="11"/>
              </w:rPr>
              <w:t>R096</w:t>
            </w:r>
          </w:p>
        </w:tc>
        <w:tc>
          <w:tcPr>
            <w:tcW w:w="1059" w:type="dxa"/>
          </w:tcPr>
          <w:p w14:paraId="4CCCE2BC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6B23239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3E18EA70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5CE6A653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17879D9D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48B6533F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15A46F1B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604722C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40DAFBE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C1BCD23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11998BA3" w14:textId="77777777" w:rsidR="00540C13" w:rsidRDefault="00000000" w:rsidP="006E17D0">
            <w:pPr>
              <w:bidi/>
            </w:pPr>
            <w:r>
              <w:rPr>
                <w:sz w:val="11"/>
              </w:rPr>
              <w:t>4.5</w:t>
            </w:r>
          </w:p>
        </w:tc>
        <w:tc>
          <w:tcPr>
            <w:tcW w:w="1059" w:type="dxa"/>
          </w:tcPr>
          <w:p w14:paraId="4A8EB079" w14:textId="77777777" w:rsidR="00540C13" w:rsidRDefault="00000000" w:rsidP="006E17D0">
            <w:pPr>
              <w:bidi/>
            </w:pPr>
            <w:r>
              <w:rPr>
                <w:sz w:val="11"/>
              </w:rPr>
              <w:t>4.17</w:t>
            </w:r>
          </w:p>
        </w:tc>
        <w:tc>
          <w:tcPr>
            <w:tcW w:w="1059" w:type="dxa"/>
          </w:tcPr>
          <w:p w14:paraId="5F14FE01" w14:textId="77777777" w:rsidR="00540C13" w:rsidRDefault="00000000" w:rsidP="006E17D0">
            <w:pPr>
              <w:bidi/>
            </w:pPr>
            <w:r>
              <w:rPr>
                <w:sz w:val="11"/>
              </w:rPr>
              <w:t>4.22</w:t>
            </w:r>
          </w:p>
        </w:tc>
      </w:tr>
      <w:tr w:rsidR="00540C13" w14:paraId="4B1016DF" w14:textId="77777777">
        <w:trPr>
          <w:jc w:val="center"/>
        </w:trPr>
        <w:tc>
          <w:tcPr>
            <w:tcW w:w="1059" w:type="dxa"/>
          </w:tcPr>
          <w:p w14:paraId="0561CF7B" w14:textId="77777777" w:rsidR="00540C13" w:rsidRDefault="00000000" w:rsidP="006E17D0">
            <w:pPr>
              <w:bidi/>
            </w:pPr>
            <w:r>
              <w:rPr>
                <w:sz w:val="11"/>
              </w:rPr>
              <w:t>R097</w:t>
            </w:r>
          </w:p>
        </w:tc>
        <w:tc>
          <w:tcPr>
            <w:tcW w:w="1059" w:type="dxa"/>
          </w:tcPr>
          <w:p w14:paraId="146157DC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757452E8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0A9D9322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5A2234C6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6D4F7D53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1D87BA7D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B09FF16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498BD93E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1519E8BB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1E02132B" w14:textId="77777777" w:rsidR="00540C13" w:rsidRDefault="00000000" w:rsidP="006E17D0">
            <w:pPr>
              <w:bidi/>
            </w:pPr>
            <w:r>
              <w:rPr>
                <w:sz w:val="11"/>
              </w:rPr>
              <w:t>2.83</w:t>
            </w:r>
          </w:p>
        </w:tc>
        <w:tc>
          <w:tcPr>
            <w:tcW w:w="1059" w:type="dxa"/>
          </w:tcPr>
          <w:p w14:paraId="50A62C2A" w14:textId="77777777" w:rsidR="00540C13" w:rsidRDefault="00000000" w:rsidP="006E17D0">
            <w:pPr>
              <w:bidi/>
            </w:pPr>
            <w:r>
              <w:rPr>
                <w:sz w:val="11"/>
              </w:rPr>
              <w:t>3.5</w:t>
            </w:r>
          </w:p>
        </w:tc>
        <w:tc>
          <w:tcPr>
            <w:tcW w:w="1059" w:type="dxa"/>
          </w:tcPr>
          <w:p w14:paraId="11F93568" w14:textId="77777777" w:rsidR="00540C13" w:rsidRDefault="00000000" w:rsidP="006E17D0">
            <w:pPr>
              <w:bidi/>
            </w:pPr>
            <w:r>
              <w:rPr>
                <w:sz w:val="11"/>
              </w:rPr>
              <w:t>3.33</w:t>
            </w:r>
          </w:p>
        </w:tc>
        <w:tc>
          <w:tcPr>
            <w:tcW w:w="1059" w:type="dxa"/>
          </w:tcPr>
          <w:p w14:paraId="20828AB5" w14:textId="77777777" w:rsidR="00540C13" w:rsidRDefault="00000000" w:rsidP="006E17D0">
            <w:pPr>
              <w:bidi/>
            </w:pPr>
            <w:r>
              <w:rPr>
                <w:sz w:val="11"/>
              </w:rPr>
              <w:t>3.22</w:t>
            </w:r>
          </w:p>
        </w:tc>
      </w:tr>
      <w:tr w:rsidR="00540C13" w14:paraId="1EE6D49D" w14:textId="77777777">
        <w:trPr>
          <w:jc w:val="center"/>
        </w:trPr>
        <w:tc>
          <w:tcPr>
            <w:tcW w:w="1059" w:type="dxa"/>
          </w:tcPr>
          <w:p w14:paraId="434A500A" w14:textId="77777777" w:rsidR="00540C13" w:rsidRDefault="00000000" w:rsidP="006E17D0">
            <w:pPr>
              <w:bidi/>
            </w:pPr>
            <w:r>
              <w:rPr>
                <w:sz w:val="11"/>
              </w:rPr>
              <w:t>R098</w:t>
            </w:r>
          </w:p>
        </w:tc>
        <w:tc>
          <w:tcPr>
            <w:tcW w:w="1059" w:type="dxa"/>
          </w:tcPr>
          <w:p w14:paraId="14ED601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18CC8CB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40FFFD8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7AEA99E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42ADF05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5EACAB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B6FD1C1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4BCEBBF1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550CFCCB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6E4AD554" w14:textId="77777777" w:rsidR="00540C13" w:rsidRDefault="00000000" w:rsidP="006E17D0">
            <w:pPr>
              <w:bidi/>
            </w:pPr>
            <w:r>
              <w:rPr>
                <w:sz w:val="11"/>
              </w:rPr>
              <w:t>4.5</w:t>
            </w:r>
          </w:p>
        </w:tc>
        <w:tc>
          <w:tcPr>
            <w:tcW w:w="1059" w:type="dxa"/>
          </w:tcPr>
          <w:p w14:paraId="47E6F2B3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1F9882F" w14:textId="77777777" w:rsidR="00540C13" w:rsidRDefault="00000000" w:rsidP="006E17D0">
            <w:pPr>
              <w:bidi/>
            </w:pPr>
            <w:r>
              <w:rPr>
                <w:sz w:val="11"/>
              </w:rPr>
              <w:t>4.17</w:t>
            </w:r>
          </w:p>
        </w:tc>
        <w:tc>
          <w:tcPr>
            <w:tcW w:w="1059" w:type="dxa"/>
          </w:tcPr>
          <w:p w14:paraId="5CEA2DAB" w14:textId="77777777" w:rsidR="00540C13" w:rsidRDefault="00000000" w:rsidP="006E17D0">
            <w:pPr>
              <w:bidi/>
            </w:pPr>
            <w:r>
              <w:rPr>
                <w:sz w:val="11"/>
              </w:rPr>
              <w:t>4.22</w:t>
            </w:r>
          </w:p>
        </w:tc>
      </w:tr>
      <w:tr w:rsidR="00540C13" w14:paraId="43854E83" w14:textId="77777777">
        <w:trPr>
          <w:jc w:val="center"/>
        </w:trPr>
        <w:tc>
          <w:tcPr>
            <w:tcW w:w="1059" w:type="dxa"/>
          </w:tcPr>
          <w:p w14:paraId="18774D33" w14:textId="77777777" w:rsidR="00540C13" w:rsidRDefault="00000000" w:rsidP="006E17D0">
            <w:pPr>
              <w:bidi/>
            </w:pPr>
            <w:r>
              <w:rPr>
                <w:sz w:val="11"/>
              </w:rPr>
              <w:t>R099</w:t>
            </w:r>
          </w:p>
        </w:tc>
        <w:tc>
          <w:tcPr>
            <w:tcW w:w="1059" w:type="dxa"/>
          </w:tcPr>
          <w:p w14:paraId="33D95FE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5416B4D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9BE33E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0D9F0F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43FE41F2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C34B151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5C832B8B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2F2A596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6B4791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54965BCB" w14:textId="77777777" w:rsidR="00540C13" w:rsidRDefault="00000000" w:rsidP="006E17D0">
            <w:pPr>
              <w:bidi/>
            </w:pPr>
            <w:r>
              <w:rPr>
                <w:sz w:val="11"/>
              </w:rPr>
              <w:t>3.33</w:t>
            </w:r>
          </w:p>
        </w:tc>
        <w:tc>
          <w:tcPr>
            <w:tcW w:w="1059" w:type="dxa"/>
          </w:tcPr>
          <w:p w14:paraId="274C5EED" w14:textId="77777777" w:rsidR="00540C13" w:rsidRDefault="00000000" w:rsidP="006E17D0">
            <w:pPr>
              <w:bidi/>
            </w:pPr>
            <w:r>
              <w:rPr>
                <w:sz w:val="11"/>
              </w:rPr>
              <w:t>3.67</w:t>
            </w:r>
          </w:p>
        </w:tc>
        <w:tc>
          <w:tcPr>
            <w:tcW w:w="1059" w:type="dxa"/>
          </w:tcPr>
          <w:p w14:paraId="37E27E51" w14:textId="77777777" w:rsidR="00540C13" w:rsidRDefault="00000000" w:rsidP="006E17D0">
            <w:pPr>
              <w:bidi/>
            </w:pPr>
            <w:r>
              <w:rPr>
                <w:sz w:val="11"/>
              </w:rPr>
              <w:t>3.83</w:t>
            </w:r>
          </w:p>
        </w:tc>
        <w:tc>
          <w:tcPr>
            <w:tcW w:w="1059" w:type="dxa"/>
          </w:tcPr>
          <w:p w14:paraId="0714C990" w14:textId="77777777" w:rsidR="00540C13" w:rsidRDefault="00000000" w:rsidP="006E17D0">
            <w:pPr>
              <w:bidi/>
            </w:pPr>
            <w:r>
              <w:rPr>
                <w:sz w:val="11"/>
              </w:rPr>
              <w:t>3.61</w:t>
            </w:r>
          </w:p>
        </w:tc>
      </w:tr>
      <w:tr w:rsidR="00540C13" w14:paraId="51C67287" w14:textId="77777777">
        <w:trPr>
          <w:jc w:val="center"/>
        </w:trPr>
        <w:tc>
          <w:tcPr>
            <w:tcW w:w="1059" w:type="dxa"/>
          </w:tcPr>
          <w:p w14:paraId="6C21D014" w14:textId="77777777" w:rsidR="00540C13" w:rsidRDefault="00000000" w:rsidP="006E17D0">
            <w:pPr>
              <w:bidi/>
            </w:pPr>
            <w:r>
              <w:rPr>
                <w:sz w:val="11"/>
              </w:rPr>
              <w:t>R100</w:t>
            </w:r>
          </w:p>
        </w:tc>
        <w:tc>
          <w:tcPr>
            <w:tcW w:w="1059" w:type="dxa"/>
          </w:tcPr>
          <w:p w14:paraId="68387CF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5A1EC03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68C09F1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40A466D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E0AEB8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3FA5936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363D24E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62BD021D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806F0B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D4DA90D" w14:textId="77777777" w:rsidR="00540C13" w:rsidRDefault="00000000" w:rsidP="006E17D0">
            <w:pPr>
              <w:bidi/>
            </w:pPr>
            <w:r>
              <w:rPr>
                <w:sz w:val="11"/>
              </w:rPr>
              <w:t>4.5</w:t>
            </w:r>
          </w:p>
        </w:tc>
        <w:tc>
          <w:tcPr>
            <w:tcW w:w="1059" w:type="dxa"/>
          </w:tcPr>
          <w:p w14:paraId="775B01E7" w14:textId="77777777" w:rsidR="00540C13" w:rsidRDefault="00000000" w:rsidP="006E17D0">
            <w:pPr>
              <w:bidi/>
            </w:pPr>
            <w:r>
              <w:rPr>
                <w:sz w:val="11"/>
              </w:rPr>
              <w:t>4.17</w:t>
            </w:r>
          </w:p>
        </w:tc>
        <w:tc>
          <w:tcPr>
            <w:tcW w:w="1059" w:type="dxa"/>
          </w:tcPr>
          <w:p w14:paraId="7965053B" w14:textId="77777777" w:rsidR="00540C13" w:rsidRDefault="00000000" w:rsidP="006E17D0">
            <w:pPr>
              <w:bidi/>
            </w:pPr>
            <w:r>
              <w:rPr>
                <w:sz w:val="11"/>
              </w:rPr>
              <w:t>3.83</w:t>
            </w:r>
          </w:p>
        </w:tc>
        <w:tc>
          <w:tcPr>
            <w:tcW w:w="1059" w:type="dxa"/>
          </w:tcPr>
          <w:p w14:paraId="3386B47A" w14:textId="77777777" w:rsidR="00540C13" w:rsidRDefault="00000000" w:rsidP="006E17D0">
            <w:pPr>
              <w:bidi/>
            </w:pPr>
            <w:r>
              <w:rPr>
                <w:sz w:val="11"/>
              </w:rPr>
              <w:t>4.17</w:t>
            </w:r>
          </w:p>
        </w:tc>
      </w:tr>
    </w:tbl>
    <w:p w14:paraId="45248673" w14:textId="77777777" w:rsidR="0004271D" w:rsidRDefault="0004271D" w:rsidP="006E17D0">
      <w:pPr>
        <w:bidi/>
      </w:pPr>
    </w:p>
    <w:sectPr w:rsidR="0004271D" w:rsidSect="00034616">
      <w:footerReference w:type="default" r:id="rId17"/>
      <w:pgSz w:w="15840" w:h="12240" w:orient="landscape"/>
      <w:pgMar w:top="576" w:right="504" w:bottom="576" w:left="504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Dr. Gharib" w:date="2026-07-29T11:44:00Z" w:initials="E">
    <w:p w14:paraId="6BA24908" w14:textId="77777777" w:rsidR="0061156C" w:rsidRDefault="0061156C">
      <w:pPr>
        <w:pStyle w:val="aff3"/>
        <w:rPr>
          <w:rtl/>
          <w:lang w:bidi="ar-SY"/>
        </w:rPr>
      </w:pPr>
      <w:r>
        <w:rPr>
          <w:rStyle w:val="aff2"/>
        </w:rPr>
        <w:annotationRef/>
      </w:r>
      <w:r>
        <w:rPr>
          <w:rFonts w:hint="cs"/>
          <w:rtl/>
          <w:lang w:bidi="ar-SY"/>
        </w:rPr>
        <w:t>لا داع لهذا السؤال لانه يقيس المصداقية بشكل معاكس ويعني</w:t>
      </w:r>
    </w:p>
    <w:p w14:paraId="67864917" w14:textId="575263E3" w:rsidR="0061156C" w:rsidRDefault="0061156C" w:rsidP="0061156C">
      <w:pPr>
        <w:pStyle w:val="aff3"/>
        <w:bidi/>
        <w:rPr>
          <w:rFonts w:hint="cs"/>
          <w:rtl/>
          <w:lang w:bidi="ar-SY"/>
        </w:rPr>
      </w:pPr>
      <w:r>
        <w:rPr>
          <w:rFonts w:hint="cs"/>
          <w:rtl/>
          <w:lang w:bidi="ar-SY"/>
        </w:rPr>
        <w:t xml:space="preserve">عدم الثقة بالتعليقات </w:t>
      </w:r>
    </w:p>
  </w:comment>
  <w:comment w:id="1" w:author="Dr. Gharib" w:date="2026-07-29T11:45:00Z" w:initials="E">
    <w:p w14:paraId="76060DEF" w14:textId="77777777" w:rsidR="0061156C" w:rsidRDefault="0061156C" w:rsidP="0061156C">
      <w:pPr>
        <w:pStyle w:val="aff3"/>
        <w:bidi/>
        <w:rPr>
          <w:rtl/>
          <w:lang w:bidi="ar-SY"/>
        </w:rPr>
      </w:pPr>
      <w:r>
        <w:rPr>
          <w:rStyle w:val="aff2"/>
        </w:rPr>
        <w:annotationRef/>
      </w:r>
      <w:r>
        <w:rPr>
          <w:rFonts w:hint="cs"/>
          <w:rtl/>
          <w:lang w:bidi="ar-SY"/>
        </w:rPr>
        <w:t xml:space="preserve">لا تدمجي متغير التعليقات مع متغير الشراء </w:t>
      </w:r>
    </w:p>
    <w:p w14:paraId="0ECEDADA" w14:textId="535482B4" w:rsidR="0061156C" w:rsidRDefault="0061156C" w:rsidP="0061156C">
      <w:pPr>
        <w:pStyle w:val="aff3"/>
        <w:bidi/>
        <w:rPr>
          <w:rFonts w:hint="cs"/>
          <w:rtl/>
          <w:lang w:bidi="ar-SY"/>
        </w:rPr>
      </w:pPr>
      <w:r>
        <w:rPr>
          <w:rFonts w:hint="cs"/>
          <w:rtl/>
          <w:lang w:bidi="ar-SY"/>
        </w:rPr>
        <w:t xml:space="preserve">يجب قياس المتغير المستقل بشكل منفصل عن المتغير التابع </w:t>
      </w:r>
    </w:p>
  </w:comment>
  <w:comment w:id="2" w:author="Dr. Gharib" w:date="2026-07-29T11:46:00Z" w:initials="E">
    <w:p w14:paraId="04ED8C21" w14:textId="77777777" w:rsidR="0061156C" w:rsidRDefault="0061156C">
      <w:pPr>
        <w:pStyle w:val="aff3"/>
        <w:rPr>
          <w:lang w:bidi="ar-SY"/>
        </w:rPr>
      </w:pPr>
      <w:r>
        <w:rPr>
          <w:rStyle w:val="aff2"/>
        </w:rPr>
        <w:annotationRef/>
      </w:r>
      <w:r>
        <w:rPr>
          <w:rFonts w:hint="cs"/>
          <w:rtl/>
          <w:lang w:bidi="ar-SY"/>
        </w:rPr>
        <w:t xml:space="preserve">هذا السؤال ليس له علاقة بنية الشراء وانما بالكلام المتناقل </w:t>
      </w:r>
      <w:r>
        <w:rPr>
          <w:lang w:bidi="ar-SY"/>
        </w:rPr>
        <w:t xml:space="preserve">word of mouth </w:t>
      </w:r>
    </w:p>
    <w:p w14:paraId="4A890EC8" w14:textId="72CE73C2" w:rsidR="0061156C" w:rsidRDefault="0061156C" w:rsidP="0061156C">
      <w:pPr>
        <w:pStyle w:val="aff3"/>
        <w:bidi/>
        <w:rPr>
          <w:rFonts w:hint="cs"/>
          <w:rtl/>
          <w:lang w:bidi="ar-SY"/>
        </w:rPr>
      </w:pPr>
      <w:r>
        <w:rPr>
          <w:rFonts w:hint="cs"/>
          <w:rtl/>
          <w:lang w:bidi="ar-SY"/>
        </w:rPr>
        <w:t>يجب حذف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67864917" w15:done="0"/>
  <w15:commentEx w15:paraId="0ECEDADA" w15:done="0"/>
  <w15:commentEx w15:paraId="4A890EC8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3C86A2FC" w16cex:dateUtc="2026-07-29T08:44:00Z"/>
  <w16cex:commentExtensible w16cex:durableId="2F596573" w16cex:dateUtc="2026-07-29T08:45:00Z"/>
  <w16cex:commentExtensible w16cex:durableId="273D1B3E" w16cex:dateUtc="2026-07-29T08:4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67864917" w16cid:durableId="3C86A2FC"/>
  <w16cid:commentId w16cid:paraId="0ECEDADA" w16cid:durableId="2F596573"/>
  <w16cid:commentId w16cid:paraId="4A890EC8" w16cid:durableId="273D1B3E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BA98EE" w14:textId="77777777" w:rsidR="00BB54AE" w:rsidRDefault="00BB54AE">
      <w:pPr>
        <w:spacing w:after="0" w:line="240" w:lineRule="auto"/>
      </w:pPr>
      <w:r>
        <w:separator/>
      </w:r>
    </w:p>
  </w:endnote>
  <w:endnote w:type="continuationSeparator" w:id="0">
    <w:p w14:paraId="2A9F20EC" w14:textId="77777777" w:rsidR="00BB54AE" w:rsidRDefault="00BB54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25DD77" w14:textId="102EF93E" w:rsidR="008E7D73" w:rsidRDefault="008E7D73">
    <w:pPr>
      <w:pStyle w:val="a6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751C6968" wp14:editId="4B77A1D9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79755" cy="368935"/>
              <wp:effectExtent l="0" t="0" r="4445" b="0"/>
              <wp:wrapNone/>
              <wp:docPr id="168481358" name="مربع نص 5" descr="Public - عام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9755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C6B60A5" w14:textId="3E678278" w:rsidR="008E7D73" w:rsidRPr="008E7D73" w:rsidRDefault="008E7D73" w:rsidP="008E7D73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8E7D73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20"/>
                              <w:szCs w:val="20"/>
                            </w:rPr>
                            <w:t xml:space="preserve">Public - </w:t>
                          </w:r>
                          <w:r w:rsidRPr="008E7D73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20"/>
                              <w:szCs w:val="20"/>
                              <w:rtl/>
                            </w:rPr>
                            <w:t>عام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1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51C6968" id="_x0000_t202" coordsize="21600,21600" o:spt="202" path="m,l,21600r21600,l21600,xe">
              <v:stroke joinstyle="miter"/>
              <v:path gradientshapeok="t" o:connecttype="rect"/>
            </v:shapetype>
            <v:shape id="مربع نص 5" o:spid="_x0000_s1027" type="#_x0000_t202" alt="Public - عام" style="position:absolute;margin-left:0;margin-top:0;width:45.65pt;height:29.05pt;z-index:251662336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" filled="f" stroked="f">
              <v:textbox style="mso-fit-shape-to-text:t" inset="0,0,0,15pt">
                <w:txbxContent>
                  <w:p w14:paraId="7C6B60A5" w14:textId="3E678278" w:rsidR="008E7D73" w:rsidRPr="008E7D73" w:rsidRDefault="008E7D73" w:rsidP="008E7D73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20"/>
                        <w:szCs w:val="20"/>
                      </w:rPr>
                    </w:pPr>
                    <w:r w:rsidRPr="008E7D73">
                      <w:rPr>
                        <w:rFonts w:ascii="Aptos" w:eastAsia="Aptos" w:hAnsi="Aptos" w:cs="Aptos"/>
                        <w:noProof/>
                        <w:color w:val="008000"/>
                        <w:sz w:val="20"/>
                        <w:szCs w:val="20"/>
                      </w:rPr>
                      <w:t xml:space="preserve">Public - </w:t>
                    </w:r>
                    <w:r w:rsidRPr="008E7D73">
                      <w:rPr>
                        <w:rFonts w:ascii="Aptos" w:eastAsia="Aptos" w:hAnsi="Aptos" w:cs="Aptos"/>
                        <w:noProof/>
                        <w:color w:val="008000"/>
                        <w:sz w:val="20"/>
                        <w:szCs w:val="20"/>
                        <w:rtl/>
                      </w:rPr>
                      <w:t>عام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7DF927" w14:textId="6823C9DF" w:rsidR="00540C13" w:rsidRDefault="008E7D73">
    <w:pPr>
      <w:pStyle w:val="a6"/>
      <w:bidi/>
      <w:jc w:val="center"/>
    </w:pPr>
    <w:r>
      <w:rPr>
        <w:noProof/>
        <w:sz w:val="16"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40045338" wp14:editId="1368D0A7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79755" cy="368935"/>
              <wp:effectExtent l="0" t="0" r="4445" b="0"/>
              <wp:wrapNone/>
              <wp:docPr id="982050324" name="مربع نص 6" descr="Public - عام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9755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2E62635" w14:textId="72548443" w:rsidR="008E7D73" w:rsidRPr="008E7D73" w:rsidRDefault="008E7D73" w:rsidP="008E7D73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8E7D73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20"/>
                              <w:szCs w:val="20"/>
                            </w:rPr>
                            <w:t xml:space="preserve">Public - </w:t>
                          </w:r>
                          <w:r w:rsidRPr="008E7D73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20"/>
                              <w:szCs w:val="20"/>
                              <w:rtl/>
                            </w:rPr>
                            <w:t>عام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1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0045338" id="_x0000_t202" coordsize="21600,21600" o:spt="202" path="m,l,21600r21600,l21600,xe">
              <v:stroke joinstyle="miter"/>
              <v:path gradientshapeok="t" o:connecttype="rect"/>
            </v:shapetype>
            <v:shape id="مربع نص 6" o:spid="_x0000_s1028" type="#_x0000_t202" alt="Public - عام" style="position:absolute;left:0;text-align:left;margin-left:0;margin-top:0;width:45.65pt;height:29.05pt;z-index:25166336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" filled="f" stroked="f">
              <v:textbox style="mso-fit-shape-to-text:t" inset="0,0,0,15pt">
                <w:txbxContent>
                  <w:p w14:paraId="22E62635" w14:textId="72548443" w:rsidR="008E7D73" w:rsidRPr="008E7D73" w:rsidRDefault="008E7D73" w:rsidP="008E7D73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20"/>
                        <w:szCs w:val="20"/>
                      </w:rPr>
                    </w:pPr>
                    <w:r w:rsidRPr="008E7D73">
                      <w:rPr>
                        <w:rFonts w:ascii="Aptos" w:eastAsia="Aptos" w:hAnsi="Aptos" w:cs="Aptos"/>
                        <w:noProof/>
                        <w:color w:val="008000"/>
                        <w:sz w:val="20"/>
                        <w:szCs w:val="20"/>
                      </w:rPr>
                      <w:t xml:space="preserve">Public - </w:t>
                    </w:r>
                    <w:r w:rsidRPr="008E7D73">
                      <w:rPr>
                        <w:rFonts w:ascii="Aptos" w:eastAsia="Aptos" w:hAnsi="Aptos" w:cs="Aptos"/>
                        <w:noProof/>
                        <w:color w:val="008000"/>
                        <w:sz w:val="20"/>
                        <w:szCs w:val="20"/>
                        <w:rtl/>
                      </w:rPr>
                      <w:t>عام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sz w:val="16"/>
      </w:rPr>
      <w:t>تقرير بيانات الاستبانة - منيرة عبداللطيف صالح الرويشد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6CFBE" w14:textId="5C93F664" w:rsidR="008E7D73" w:rsidRDefault="008E7D73">
    <w:pPr>
      <w:pStyle w:val="a6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33603A2A" wp14:editId="373151F7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79755" cy="368935"/>
              <wp:effectExtent l="0" t="0" r="4445" b="0"/>
              <wp:wrapNone/>
              <wp:docPr id="903148317" name="مربع نص 4" descr="Public - عام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9755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B19E8AA" w14:textId="7BFF8052" w:rsidR="008E7D73" w:rsidRPr="008E7D73" w:rsidRDefault="008E7D73" w:rsidP="008E7D73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8E7D73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20"/>
                              <w:szCs w:val="20"/>
                            </w:rPr>
                            <w:t xml:space="preserve">Public - </w:t>
                          </w:r>
                          <w:r w:rsidRPr="008E7D73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20"/>
                              <w:szCs w:val="20"/>
                              <w:rtl/>
                            </w:rPr>
                            <w:t>عام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1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3603A2A" id="_x0000_t202" coordsize="21600,21600" o:spt="202" path="m,l,21600r21600,l21600,xe">
              <v:stroke joinstyle="miter"/>
              <v:path gradientshapeok="t" o:connecttype="rect"/>
            </v:shapetype>
            <v:shape id="مربع نص 4" o:spid="_x0000_s1030" type="#_x0000_t202" alt="Public - عام" style="position:absolute;margin-left:0;margin-top:0;width:45.65pt;height:29.05pt;z-index:251661312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" filled="f" stroked="f">
              <v:textbox style="mso-fit-shape-to-text:t" inset="0,0,0,15pt">
                <w:txbxContent>
                  <w:p w14:paraId="0B19E8AA" w14:textId="7BFF8052" w:rsidR="008E7D73" w:rsidRPr="008E7D73" w:rsidRDefault="008E7D73" w:rsidP="008E7D73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20"/>
                        <w:szCs w:val="20"/>
                      </w:rPr>
                    </w:pPr>
                    <w:r w:rsidRPr="008E7D73">
                      <w:rPr>
                        <w:rFonts w:ascii="Aptos" w:eastAsia="Aptos" w:hAnsi="Aptos" w:cs="Aptos"/>
                        <w:noProof/>
                        <w:color w:val="008000"/>
                        <w:sz w:val="20"/>
                        <w:szCs w:val="20"/>
                      </w:rPr>
                      <w:t xml:space="preserve">Public - </w:t>
                    </w:r>
                    <w:r w:rsidRPr="008E7D73">
                      <w:rPr>
                        <w:rFonts w:ascii="Aptos" w:eastAsia="Aptos" w:hAnsi="Aptos" w:cs="Aptos"/>
                        <w:noProof/>
                        <w:color w:val="008000"/>
                        <w:sz w:val="20"/>
                        <w:szCs w:val="20"/>
                        <w:rtl/>
                      </w:rPr>
                      <w:t>عام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68CC2" w14:textId="7FD6F01A" w:rsidR="00540C13" w:rsidRDefault="00540C13">
    <w:pPr>
      <w:pStyle w:val="a6"/>
      <w:bidi/>
      <w:jc w:val="center"/>
      <w:rPr>
        <w:sz w:val="16"/>
        <w:rtl/>
      </w:rPr>
    </w:pPr>
  </w:p>
  <w:p w14:paraId="126A0559" w14:textId="77777777" w:rsidR="008E7D73" w:rsidRDefault="008E7D73" w:rsidP="008E7D73">
    <w:pPr>
      <w:pStyle w:val="a6"/>
      <w:bidi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B9E960" w14:textId="77777777" w:rsidR="00BB54AE" w:rsidRDefault="00BB54AE">
      <w:pPr>
        <w:spacing w:after="0" w:line="240" w:lineRule="auto"/>
      </w:pPr>
      <w:r>
        <w:separator/>
      </w:r>
    </w:p>
  </w:footnote>
  <w:footnote w:type="continuationSeparator" w:id="0">
    <w:p w14:paraId="0BC3FD3A" w14:textId="77777777" w:rsidR="00BB54AE" w:rsidRDefault="00BB54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CC1D0" w14:textId="34BAE379" w:rsidR="008E7D73" w:rsidRDefault="008E7D73">
    <w:pPr>
      <w:pStyle w:val="a5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00B56E01" wp14:editId="764FF4B7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579755" cy="368935"/>
              <wp:effectExtent l="0" t="0" r="4445" b="12065"/>
              <wp:wrapNone/>
              <wp:docPr id="628644735" name="مربع نص 2" descr="Public - عام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9755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677D812" w14:textId="6EA90FD7" w:rsidR="008E7D73" w:rsidRPr="008E7D73" w:rsidRDefault="008E7D73" w:rsidP="008E7D73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8E7D73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20"/>
                              <w:szCs w:val="20"/>
                            </w:rPr>
                            <w:t xml:space="preserve">Public - </w:t>
                          </w:r>
                          <w:r w:rsidRPr="008E7D73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20"/>
                              <w:szCs w:val="20"/>
                              <w:rtl/>
                            </w:rPr>
                            <w:t>عام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1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0B56E01" id="_x0000_t202" coordsize="21600,21600" o:spt="202" path="m,l,21600r21600,l21600,xe">
              <v:stroke joinstyle="miter"/>
              <v:path gradientshapeok="t" o:connecttype="rect"/>
            </v:shapetype>
            <v:shape id="مربع نص 2" o:spid="_x0000_s1026" type="#_x0000_t202" alt="Public - عام" style="position:absolute;margin-left:0;margin-top:0;width:45.65pt;height:29.05pt;z-index:251659264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" filled="f" stroked="f">
              <v:textbox style="mso-fit-shape-to-text:t" inset="0,15pt,0,0">
                <w:txbxContent>
                  <w:p w14:paraId="7677D812" w14:textId="6EA90FD7" w:rsidR="008E7D73" w:rsidRPr="008E7D73" w:rsidRDefault="008E7D73" w:rsidP="008E7D73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20"/>
                        <w:szCs w:val="20"/>
                      </w:rPr>
                    </w:pPr>
                    <w:r w:rsidRPr="008E7D73">
                      <w:rPr>
                        <w:rFonts w:ascii="Aptos" w:eastAsia="Aptos" w:hAnsi="Aptos" w:cs="Aptos"/>
                        <w:noProof/>
                        <w:color w:val="008000"/>
                        <w:sz w:val="20"/>
                        <w:szCs w:val="20"/>
                      </w:rPr>
                      <w:t xml:space="preserve">Public - </w:t>
                    </w:r>
                    <w:r w:rsidRPr="008E7D73">
                      <w:rPr>
                        <w:rFonts w:ascii="Aptos" w:eastAsia="Aptos" w:hAnsi="Aptos" w:cs="Aptos"/>
                        <w:noProof/>
                        <w:color w:val="008000"/>
                        <w:sz w:val="20"/>
                        <w:szCs w:val="20"/>
                        <w:rtl/>
                      </w:rPr>
                      <w:t>عام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EC7AF0" w14:textId="7844BB18" w:rsidR="008E7D73" w:rsidRDefault="008E7D73">
    <w:pPr>
      <w:pStyle w:val="a5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FCA8871" wp14:editId="18A14359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579755" cy="368935"/>
              <wp:effectExtent l="0" t="0" r="4445" b="12065"/>
              <wp:wrapNone/>
              <wp:docPr id="928061300" name="مربع نص 1" descr="Public - عام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9755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DEF5480" w14:textId="218987D8" w:rsidR="008E7D73" w:rsidRPr="008E7D73" w:rsidRDefault="008E7D73" w:rsidP="008E7D73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8E7D73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20"/>
                              <w:szCs w:val="20"/>
                            </w:rPr>
                            <w:t xml:space="preserve">Public - </w:t>
                          </w:r>
                          <w:r w:rsidRPr="008E7D73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20"/>
                              <w:szCs w:val="20"/>
                              <w:rtl/>
                            </w:rPr>
                            <w:t>عام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1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FCA8871" id="_x0000_t202" coordsize="21600,21600" o:spt="202" path="m,l,21600r21600,l21600,xe">
              <v:stroke joinstyle="miter"/>
              <v:path gradientshapeok="t" o:connecttype="rect"/>
            </v:shapetype>
            <v:shape id="مربع نص 1" o:spid="_x0000_s1029" type="#_x0000_t202" alt="Public - عام" style="position:absolute;margin-left:0;margin-top:0;width:45.65pt;height:29.05pt;z-index:25165824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" filled="f" stroked="f">
              <v:textbox style="mso-fit-shape-to-text:t" inset="0,15pt,0,0">
                <w:txbxContent>
                  <w:p w14:paraId="3DEF5480" w14:textId="218987D8" w:rsidR="008E7D73" w:rsidRPr="008E7D73" w:rsidRDefault="008E7D73" w:rsidP="008E7D73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20"/>
                        <w:szCs w:val="20"/>
                      </w:rPr>
                    </w:pPr>
                    <w:r w:rsidRPr="008E7D73">
                      <w:rPr>
                        <w:rFonts w:ascii="Aptos" w:eastAsia="Aptos" w:hAnsi="Aptos" w:cs="Aptos"/>
                        <w:noProof/>
                        <w:color w:val="008000"/>
                        <w:sz w:val="20"/>
                        <w:szCs w:val="20"/>
                      </w:rPr>
                      <w:t xml:space="preserve">Public - </w:t>
                    </w:r>
                    <w:r w:rsidRPr="008E7D73">
                      <w:rPr>
                        <w:rFonts w:ascii="Aptos" w:eastAsia="Aptos" w:hAnsi="Aptos" w:cs="Aptos"/>
                        <w:noProof/>
                        <w:color w:val="008000"/>
                        <w:sz w:val="20"/>
                        <w:szCs w:val="20"/>
                        <w:rtl/>
                      </w:rPr>
                      <w:t>عام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3A437CD"/>
    <w:multiLevelType w:val="multilevel"/>
    <w:tmpl w:val="E15E81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13623631">
    <w:abstractNumId w:val="8"/>
  </w:num>
  <w:num w:numId="2" w16cid:durableId="54356531">
    <w:abstractNumId w:val="6"/>
  </w:num>
  <w:num w:numId="3" w16cid:durableId="270012825">
    <w:abstractNumId w:val="5"/>
  </w:num>
  <w:num w:numId="4" w16cid:durableId="599409841">
    <w:abstractNumId w:val="4"/>
  </w:num>
  <w:num w:numId="5" w16cid:durableId="1701469552">
    <w:abstractNumId w:val="7"/>
  </w:num>
  <w:num w:numId="6" w16cid:durableId="1038967221">
    <w:abstractNumId w:val="3"/>
  </w:num>
  <w:num w:numId="7" w16cid:durableId="715199009">
    <w:abstractNumId w:val="2"/>
  </w:num>
  <w:num w:numId="8" w16cid:durableId="1213031814">
    <w:abstractNumId w:val="1"/>
  </w:num>
  <w:num w:numId="9" w16cid:durableId="1247686533">
    <w:abstractNumId w:val="0"/>
  </w:num>
  <w:num w:numId="10" w16cid:durableId="1100681798">
    <w:abstractNumId w:val="9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Dr. Gharib">
    <w15:presenceInfo w15:providerId="None" w15:userId="Dr. Ghari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4271D"/>
    <w:rsid w:val="0006063C"/>
    <w:rsid w:val="0015074B"/>
    <w:rsid w:val="002617EB"/>
    <w:rsid w:val="0029639D"/>
    <w:rsid w:val="00326F90"/>
    <w:rsid w:val="00540C13"/>
    <w:rsid w:val="0061156C"/>
    <w:rsid w:val="006E17D0"/>
    <w:rsid w:val="008E7D73"/>
    <w:rsid w:val="00AA1D8D"/>
    <w:rsid w:val="00B47730"/>
    <w:rsid w:val="00BB54AE"/>
    <w:rsid w:val="00CB0664"/>
    <w:rsid w:val="00F6300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08FABE4B"/>
  <w14:defaultImageDpi w14:val="300"/>
  <w15:docId w15:val="{505A7824-3B5E-3841-9499-E9E114418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Arial" w:hAnsi="Arial" w:cs="Arial"/>
    </w:rPr>
  </w:style>
  <w:style w:type="paragraph" w:styleId="1">
    <w:name w:val="heading 1"/>
    <w:basedOn w:val="a1"/>
    <w:next w:val="a1"/>
    <w:link w:val="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رأس الصفحة Char"/>
    <w:basedOn w:val="a2"/>
    <w:link w:val="a5"/>
    <w:uiPriority w:val="99"/>
    <w:rsid w:val="00E618BF"/>
  </w:style>
  <w:style w:type="paragraph" w:styleId="a6">
    <w:name w:val="footer"/>
    <w:basedOn w:val="a1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تذييل الصفحة Char"/>
    <w:basedOn w:val="a2"/>
    <w:link w:val="a6"/>
    <w:uiPriority w:val="99"/>
    <w:rsid w:val="00E618BF"/>
  </w:style>
  <w:style w:type="paragraph" w:styleId="a7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العنوان 1 Char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عنوان 2 Char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عنوان 3 Char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Title"/>
    <w:basedOn w:val="a1"/>
    <w:next w:val="a1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العنوان Char"/>
    <w:basedOn w:val="a2"/>
    <w:link w:val="a8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1"/>
    <w:next w:val="a1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عنوان فرعي Char"/>
    <w:basedOn w:val="a2"/>
    <w:link w:val="a9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a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b">
    <w:name w:val="Body Text"/>
    <w:basedOn w:val="a1"/>
    <w:link w:val="Char3"/>
    <w:uiPriority w:val="99"/>
    <w:unhideWhenUsed/>
    <w:rsid w:val="00AA1D8D"/>
    <w:pPr>
      <w:spacing w:after="120"/>
    </w:pPr>
  </w:style>
  <w:style w:type="character" w:customStyle="1" w:styleId="Char3">
    <w:name w:val="نص أساسي Char"/>
    <w:basedOn w:val="a2"/>
    <w:link w:val="ab"/>
    <w:uiPriority w:val="99"/>
    <w:rsid w:val="00AA1D8D"/>
  </w:style>
  <w:style w:type="paragraph" w:styleId="22">
    <w:name w:val="Body Text 2"/>
    <w:basedOn w:val="a1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نص أساسي 2 Char"/>
    <w:basedOn w:val="a2"/>
    <w:link w:val="22"/>
    <w:uiPriority w:val="99"/>
    <w:rsid w:val="00AA1D8D"/>
  </w:style>
  <w:style w:type="paragraph" w:styleId="32">
    <w:name w:val="Body Text 3"/>
    <w:basedOn w:val="a1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نص أساسي 3 Char"/>
    <w:basedOn w:val="a2"/>
    <w:link w:val="32"/>
    <w:uiPriority w:val="99"/>
    <w:rsid w:val="00AA1D8D"/>
    <w:rPr>
      <w:sz w:val="16"/>
      <w:szCs w:val="16"/>
    </w:rPr>
  </w:style>
  <w:style w:type="paragraph" w:styleId="ac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d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نص ماكرو Char"/>
    <w:basedOn w:val="a2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1"/>
    <w:next w:val="a1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اقتباس Char"/>
    <w:basedOn w:val="a2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عنوان 4 Char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عنوان 5 Char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عنوان 6 Char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عنوان 7 Char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عنوان 8 Char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عنوان 9 Char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2"/>
    <w:uiPriority w:val="22"/>
    <w:qFormat/>
    <w:rsid w:val="00FC693F"/>
    <w:rPr>
      <w:b/>
      <w:bCs/>
    </w:rPr>
  </w:style>
  <w:style w:type="character" w:styleId="af2">
    <w:name w:val="Emphasis"/>
    <w:basedOn w:val="a2"/>
    <w:uiPriority w:val="20"/>
    <w:qFormat/>
    <w:rsid w:val="00FC693F"/>
    <w:rPr>
      <w:i/>
      <w:iCs/>
    </w:rPr>
  </w:style>
  <w:style w:type="paragraph" w:styleId="af3">
    <w:name w:val="Intense Quote"/>
    <w:basedOn w:val="a1"/>
    <w:next w:val="a1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اقتباس مكثف Char"/>
    <w:basedOn w:val="a2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a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b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c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d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e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0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1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aff2">
    <w:name w:val="annotation reference"/>
    <w:basedOn w:val="a2"/>
    <w:uiPriority w:val="99"/>
    <w:semiHidden/>
    <w:unhideWhenUsed/>
    <w:rsid w:val="0061156C"/>
    <w:rPr>
      <w:sz w:val="16"/>
      <w:szCs w:val="16"/>
    </w:rPr>
  </w:style>
  <w:style w:type="paragraph" w:styleId="aff3">
    <w:name w:val="annotation text"/>
    <w:basedOn w:val="a1"/>
    <w:link w:val="Char7"/>
    <w:uiPriority w:val="99"/>
    <w:semiHidden/>
    <w:unhideWhenUsed/>
    <w:rsid w:val="0061156C"/>
    <w:pPr>
      <w:spacing w:line="240" w:lineRule="auto"/>
    </w:pPr>
    <w:rPr>
      <w:sz w:val="20"/>
      <w:szCs w:val="20"/>
    </w:rPr>
  </w:style>
  <w:style w:type="character" w:customStyle="1" w:styleId="Char7">
    <w:name w:val="نص تعليق Char"/>
    <w:basedOn w:val="a2"/>
    <w:link w:val="aff3"/>
    <w:uiPriority w:val="99"/>
    <w:semiHidden/>
    <w:rsid w:val="0061156C"/>
    <w:rPr>
      <w:rFonts w:ascii="Arial" w:hAnsi="Arial" w:cs="Arial"/>
      <w:sz w:val="20"/>
      <w:szCs w:val="20"/>
    </w:rPr>
  </w:style>
  <w:style w:type="paragraph" w:styleId="aff4">
    <w:name w:val="annotation subject"/>
    <w:basedOn w:val="aff3"/>
    <w:next w:val="aff3"/>
    <w:link w:val="Char8"/>
    <w:uiPriority w:val="99"/>
    <w:semiHidden/>
    <w:unhideWhenUsed/>
    <w:rsid w:val="0061156C"/>
    <w:rPr>
      <w:b/>
      <w:bCs/>
    </w:rPr>
  </w:style>
  <w:style w:type="character" w:customStyle="1" w:styleId="Char8">
    <w:name w:val="موضوع تعليق Char"/>
    <w:basedOn w:val="Char7"/>
    <w:link w:val="aff4"/>
    <w:uiPriority w:val="99"/>
    <w:semiHidden/>
    <w:rsid w:val="0061156C"/>
    <w:rPr>
      <w:rFonts w:ascii="Arial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microsoft.com/office/2016/09/relationships/commentsIds" Target="commentsIds.xml"/><Relationship Id="rId19" Type="http://schemas.microsoft.com/office/2011/relationships/people" Target="people.xml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b196578f-6ae1-40cd-93dd-1a3b7a6ede66}" enabled="1" method="Standard" siteId="{2c86bbfc-8d04-41ff-a83a-942f075e0f60}" contentBits="3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9</Pages>
  <Words>2516</Words>
  <Characters>14345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16828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Dr. Gharib</cp:lastModifiedBy>
  <cp:revision>3</cp:revision>
  <cp:lastPrinted>2026-07-25T17:27:00Z</cp:lastPrinted>
  <dcterms:created xsi:type="dcterms:W3CDTF">2026-07-25T17:28:00Z</dcterms:created>
  <dcterms:modified xsi:type="dcterms:W3CDTF">2026-07-29T08:48:00Z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37511774,25785b7f,3b25c59</vt:lpwstr>
  </property>
  <property fmtid="{D5CDD505-2E9C-101B-9397-08002B2CF9AE}" pid="3" name="ClassificationContentMarkingHeaderFontProps">
    <vt:lpwstr>#008000,10,Aptos</vt:lpwstr>
  </property>
  <property fmtid="{D5CDD505-2E9C-101B-9397-08002B2CF9AE}" pid="4" name="ClassificationContentMarkingHeaderText">
    <vt:lpwstr>Public - عام</vt:lpwstr>
  </property>
  <property fmtid="{D5CDD505-2E9C-101B-9397-08002B2CF9AE}" pid="5" name="ClassificationContentMarkingFooterShapeIds">
    <vt:lpwstr>35d4f31d,a0ad24e,3a88e614,28a804ae</vt:lpwstr>
  </property>
  <property fmtid="{D5CDD505-2E9C-101B-9397-08002B2CF9AE}" pid="6" name="ClassificationContentMarkingFooterFontProps">
    <vt:lpwstr>#008000,10,Aptos</vt:lpwstr>
  </property>
  <property fmtid="{D5CDD505-2E9C-101B-9397-08002B2CF9AE}" pid="7" name="ClassificationContentMarkingFooterText">
    <vt:lpwstr>Public - عام</vt:lpwstr>
  </property>
</Properties>
</file>