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AB05C" w14:textId="59935828" w:rsidR="00B34DED" w:rsidRDefault="00D254E7" w:rsidP="00B34DED">
      <w:pPr>
        <w:bidi/>
        <w:jc w:val="center"/>
        <w:rPr>
          <w:rFonts w:cs="Arial"/>
          <w:rtl/>
        </w:rPr>
      </w:pPr>
      <w:r>
        <w:rPr>
          <w:rFonts w:cs="Arial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9E2BB" wp14:editId="535A4745">
                <wp:simplePos x="0" y="0"/>
                <wp:positionH relativeFrom="column">
                  <wp:posOffset>4554220</wp:posOffset>
                </wp:positionH>
                <wp:positionV relativeFrom="paragraph">
                  <wp:posOffset>-304165</wp:posOffset>
                </wp:positionV>
                <wp:extent cx="1464129" cy="847165"/>
                <wp:effectExtent l="0" t="0" r="0" b="0"/>
                <wp:wrapNone/>
                <wp:docPr id="104675698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4129" cy="847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1BC2A9" w14:textId="47CFC9A9" w:rsidR="00D254E7" w:rsidRDefault="00D254E7" w:rsidP="00B423BE">
                            <w:pPr>
                              <w:spacing w:after="0" w:line="360" w:lineRule="auto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ج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ـــ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ام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ع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ـــ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ة م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ـــ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ي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دأوش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ـــ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ن</w:t>
                            </w:r>
                          </w:p>
                          <w:p w14:paraId="00866B34" w14:textId="42A17610" w:rsidR="00D254E7" w:rsidRDefault="00D254E7" w:rsidP="00B423BE">
                            <w:pPr>
                              <w:spacing w:after="0" w:line="360" w:lineRule="auto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ك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لي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ة الإع</w:t>
                            </w:r>
                            <w:r w:rsidR="00B423BE">
                              <w:rPr>
                                <w:rFonts w:hint="cs"/>
                                <w:rtl/>
                              </w:rPr>
                              <w:t>ـ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لام والتسويــق</w:t>
                            </w:r>
                          </w:p>
                          <w:p w14:paraId="13C0D151" w14:textId="3892B4A4" w:rsidR="00D254E7" w:rsidRDefault="00D254E7" w:rsidP="00B423BE">
                            <w:pPr>
                              <w:spacing w:after="0" w:line="360" w:lineRule="auto"/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ماجستير التسويق الرقمي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A9E2B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8.6pt;margin-top:-23.95pt;width:115.3pt;height:66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" filled="f" stroked="f" strokeweight=".5pt">
                <v:textbox>
                  <w:txbxContent>
                    <w:p w14:paraId="3D1BC2A9" w14:textId="47CFC9A9" w:rsidR="00D254E7" w:rsidRDefault="00D254E7" w:rsidP="00B423BE">
                      <w:pPr>
                        <w:spacing w:after="0" w:line="360" w:lineRule="auto"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ج</w:t>
                      </w:r>
                      <w:r w:rsidR="00B423BE">
                        <w:rPr>
                          <w:rFonts w:hint="cs"/>
                          <w:rtl/>
                        </w:rPr>
                        <w:t>ـــ</w:t>
                      </w:r>
                      <w:r>
                        <w:rPr>
                          <w:rFonts w:hint="cs"/>
                          <w:rtl/>
                        </w:rPr>
                        <w:t>ام</w:t>
                      </w:r>
                      <w:r w:rsidR="00B423BE">
                        <w:rPr>
                          <w:rFonts w:hint="cs"/>
                          <w:rtl/>
                        </w:rPr>
                        <w:t>ــ</w:t>
                      </w:r>
                      <w:r>
                        <w:rPr>
                          <w:rFonts w:hint="cs"/>
                          <w:rtl/>
                        </w:rPr>
                        <w:t>ع</w:t>
                      </w:r>
                      <w:r w:rsidR="00B423BE">
                        <w:rPr>
                          <w:rFonts w:hint="cs"/>
                          <w:rtl/>
                        </w:rPr>
                        <w:t>ـــ</w:t>
                      </w:r>
                      <w:r>
                        <w:rPr>
                          <w:rFonts w:hint="cs"/>
                          <w:rtl/>
                        </w:rPr>
                        <w:t>ة م</w:t>
                      </w:r>
                      <w:r w:rsidR="00B423BE">
                        <w:rPr>
                          <w:rFonts w:hint="cs"/>
                          <w:rtl/>
                        </w:rPr>
                        <w:t>ـــ</w:t>
                      </w:r>
                      <w:r>
                        <w:rPr>
                          <w:rFonts w:hint="cs"/>
                          <w:rtl/>
                        </w:rPr>
                        <w:t>ي</w:t>
                      </w:r>
                      <w:r w:rsidR="00B423BE">
                        <w:rPr>
                          <w:rFonts w:hint="cs"/>
                          <w:rtl/>
                        </w:rPr>
                        <w:t>ــ</w:t>
                      </w:r>
                      <w:r>
                        <w:rPr>
                          <w:rFonts w:hint="cs"/>
                          <w:rtl/>
                        </w:rPr>
                        <w:t>دأوش</w:t>
                      </w:r>
                      <w:r w:rsidR="00B423BE">
                        <w:rPr>
                          <w:rFonts w:hint="cs"/>
                          <w:rtl/>
                        </w:rPr>
                        <w:t>ـــ</w:t>
                      </w:r>
                      <w:r>
                        <w:rPr>
                          <w:rFonts w:hint="cs"/>
                          <w:rtl/>
                        </w:rPr>
                        <w:t>ن</w:t>
                      </w:r>
                    </w:p>
                    <w:p w14:paraId="00866B34" w14:textId="42A17610" w:rsidR="00D254E7" w:rsidRDefault="00D254E7" w:rsidP="00B423BE">
                      <w:pPr>
                        <w:spacing w:after="0" w:line="360" w:lineRule="auto"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ك</w:t>
                      </w:r>
                      <w:r w:rsidR="00B423BE">
                        <w:rPr>
                          <w:rFonts w:hint="cs"/>
                          <w:rtl/>
                        </w:rPr>
                        <w:t>ـ</w:t>
                      </w:r>
                      <w:r>
                        <w:rPr>
                          <w:rFonts w:hint="cs"/>
                          <w:rtl/>
                        </w:rPr>
                        <w:t>لي</w:t>
                      </w:r>
                      <w:r w:rsidR="00B423BE">
                        <w:rPr>
                          <w:rFonts w:hint="cs"/>
                          <w:rtl/>
                        </w:rPr>
                        <w:t>ـ</w:t>
                      </w:r>
                      <w:r>
                        <w:rPr>
                          <w:rFonts w:hint="cs"/>
                          <w:rtl/>
                        </w:rPr>
                        <w:t>ة الإع</w:t>
                      </w:r>
                      <w:r w:rsidR="00B423BE">
                        <w:rPr>
                          <w:rFonts w:hint="cs"/>
                          <w:rtl/>
                        </w:rPr>
                        <w:t>ـ</w:t>
                      </w:r>
                      <w:r>
                        <w:rPr>
                          <w:rFonts w:hint="cs"/>
                          <w:rtl/>
                        </w:rPr>
                        <w:t>لام والتسويــق</w:t>
                      </w:r>
                    </w:p>
                    <w:p w14:paraId="13C0D151" w14:textId="3892B4A4" w:rsidR="00D254E7" w:rsidRDefault="00D254E7" w:rsidP="00B423BE">
                      <w:pPr>
                        <w:spacing w:after="0" w:line="360" w:lineRule="auto"/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ماجستير التسويق الرقمي</w:t>
                      </w:r>
                    </w:p>
                  </w:txbxContent>
                </v:textbox>
              </v:shape>
            </w:pict>
          </mc:Fallback>
        </mc:AlternateContent>
      </w:r>
      <w:r w:rsidR="00B34DED">
        <w:rPr>
          <w:rFonts w:cs="Arial"/>
          <w:noProof/>
          <w:rtl/>
          <w:lang w:val="ar-SA"/>
        </w:rPr>
        <w:drawing>
          <wp:anchor distT="0" distB="0" distL="114300" distR="114300" simplePos="0" relativeHeight="251657728" behindDoc="0" locked="0" layoutInCell="1" allowOverlap="1" wp14:anchorId="47EE67F2" wp14:editId="104B9D4D">
            <wp:simplePos x="0" y="0"/>
            <wp:positionH relativeFrom="margin">
              <wp:posOffset>-522696</wp:posOffset>
            </wp:positionH>
            <wp:positionV relativeFrom="margin">
              <wp:posOffset>-348343</wp:posOffset>
            </wp:positionV>
            <wp:extent cx="1617980" cy="750570"/>
            <wp:effectExtent l="0" t="0" r="1270" b="0"/>
            <wp:wrapSquare wrapText="bothSides"/>
            <wp:docPr id="2011078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078047" name="Picture 2011078047"/>
                    <pic:cNvPicPr/>
                  </pic:nvPicPr>
                  <pic:blipFill rotWithShape="1">
                    <a:blip r:embed="rId6"/>
                    <a:srcRect t="22455" b="31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75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4CF507" w14:textId="77777777" w:rsidR="00D254E7" w:rsidRDefault="00D254E7" w:rsidP="00B34DED">
      <w:pPr>
        <w:bidi/>
        <w:jc w:val="center"/>
        <w:rPr>
          <w:rFonts w:cs="Arial"/>
          <w:b/>
          <w:bCs/>
          <w:rtl/>
        </w:rPr>
      </w:pPr>
    </w:p>
    <w:p w14:paraId="2E2C8836" w14:textId="77777777" w:rsidR="00D254E7" w:rsidRDefault="00D254E7" w:rsidP="00D254E7">
      <w:pPr>
        <w:bidi/>
        <w:jc w:val="center"/>
        <w:rPr>
          <w:rFonts w:cs="Arial"/>
          <w:b/>
          <w:bCs/>
          <w:rtl/>
        </w:rPr>
      </w:pPr>
    </w:p>
    <w:p w14:paraId="7C3AE0D3" w14:textId="5060D732" w:rsidR="00B34DED" w:rsidRPr="00B423BE" w:rsidRDefault="00B34DED" w:rsidP="00D254E7">
      <w:pPr>
        <w:bidi/>
        <w:jc w:val="center"/>
        <w:rPr>
          <w:b/>
          <w:bCs/>
          <w:sz w:val="22"/>
          <w:szCs w:val="24"/>
        </w:rPr>
      </w:pPr>
      <w:r w:rsidRPr="00B423BE">
        <w:rPr>
          <w:rFonts w:cs="Arial" w:hint="cs"/>
          <w:b/>
          <w:bCs/>
          <w:sz w:val="22"/>
          <w:szCs w:val="24"/>
          <w:rtl/>
        </w:rPr>
        <w:t>نموذج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تسجيل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واعتماد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عنوان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مشروع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التخرج</w:t>
      </w:r>
    </w:p>
    <w:p w14:paraId="3AB331D7" w14:textId="293DFB56" w:rsidR="00B34DED" w:rsidRPr="00B423BE" w:rsidRDefault="00B34DED" w:rsidP="00B34DED">
      <w:pPr>
        <w:bidi/>
        <w:jc w:val="center"/>
        <w:rPr>
          <w:b/>
          <w:bCs/>
          <w:sz w:val="22"/>
          <w:szCs w:val="24"/>
        </w:rPr>
      </w:pPr>
      <w:r w:rsidRPr="00B423BE">
        <w:rPr>
          <w:rFonts w:cs="Arial" w:hint="cs"/>
          <w:b/>
          <w:bCs/>
          <w:sz w:val="22"/>
          <w:szCs w:val="24"/>
          <w:rtl/>
        </w:rPr>
        <w:t>كلية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الإعلام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والتسويق</w:t>
      </w:r>
      <w:r w:rsidRPr="00B423BE">
        <w:rPr>
          <w:rFonts w:cs="Arial"/>
          <w:b/>
          <w:bCs/>
          <w:sz w:val="22"/>
          <w:szCs w:val="24"/>
          <w:rtl/>
        </w:rPr>
        <w:t xml:space="preserve"> - </w:t>
      </w:r>
      <w:r w:rsidRPr="00B423BE">
        <w:rPr>
          <w:rFonts w:cs="Arial" w:hint="cs"/>
          <w:b/>
          <w:bCs/>
          <w:sz w:val="22"/>
          <w:szCs w:val="24"/>
          <w:rtl/>
        </w:rPr>
        <w:t>جامعة</w:t>
      </w:r>
      <w:r w:rsidRPr="00B423BE">
        <w:rPr>
          <w:rFonts w:cs="Arial"/>
          <w:b/>
          <w:bCs/>
          <w:sz w:val="22"/>
          <w:szCs w:val="24"/>
          <w:rtl/>
        </w:rPr>
        <w:t xml:space="preserve"> </w:t>
      </w:r>
      <w:r w:rsidRPr="00B423BE">
        <w:rPr>
          <w:rFonts w:cs="Arial" w:hint="cs"/>
          <w:b/>
          <w:bCs/>
          <w:sz w:val="22"/>
          <w:szCs w:val="24"/>
          <w:rtl/>
        </w:rPr>
        <w:t>ميدأوشن</w:t>
      </w:r>
    </w:p>
    <w:p w14:paraId="2B61DB6E" w14:textId="77777777" w:rsidR="00B423BE" w:rsidRDefault="00B423BE" w:rsidP="00B34DED">
      <w:pPr>
        <w:bidi/>
        <w:rPr>
          <w:rFonts w:cs="Arial"/>
          <w:b/>
          <w:bCs/>
          <w:u w:val="single"/>
          <w:rtl/>
        </w:rPr>
      </w:pPr>
    </w:p>
    <w:p w14:paraId="1D75EA42" w14:textId="54DC8832" w:rsidR="00B34DED" w:rsidRPr="00B34DED" w:rsidRDefault="00B34DED" w:rsidP="00B423BE">
      <w:pPr>
        <w:bidi/>
        <w:rPr>
          <w:b/>
          <w:bCs/>
          <w:u w:val="single"/>
        </w:rPr>
      </w:pPr>
      <w:r w:rsidRPr="00B34DED">
        <w:rPr>
          <w:rFonts w:cs="Arial" w:hint="cs"/>
          <w:b/>
          <w:bCs/>
          <w:u w:val="single"/>
          <w:rtl/>
        </w:rPr>
        <w:t>البيانات</w:t>
      </w:r>
      <w:r w:rsidRPr="00B34DED">
        <w:rPr>
          <w:rFonts w:cs="Arial"/>
          <w:b/>
          <w:bCs/>
          <w:u w:val="single"/>
          <w:rtl/>
        </w:rPr>
        <w:t xml:space="preserve"> </w:t>
      </w:r>
      <w:r w:rsidRPr="00B34DED">
        <w:rPr>
          <w:rFonts w:cs="Arial" w:hint="cs"/>
          <w:b/>
          <w:bCs/>
          <w:u w:val="single"/>
          <w:rtl/>
        </w:rPr>
        <w:t>الشخصية</w:t>
      </w:r>
      <w:r w:rsidRPr="00B34DED">
        <w:rPr>
          <w:rFonts w:cs="Arial"/>
          <w:b/>
          <w:bCs/>
          <w:u w:val="single"/>
          <w:rtl/>
        </w:rPr>
        <w:t xml:space="preserve"> </w:t>
      </w:r>
      <w:r w:rsidRPr="00B34DED">
        <w:rPr>
          <w:rFonts w:cs="Arial" w:hint="cs"/>
          <w:b/>
          <w:bCs/>
          <w:u w:val="single"/>
          <w:rtl/>
        </w:rPr>
        <w:t>والأكاديمية</w:t>
      </w:r>
      <w:r w:rsidRPr="00B34DED">
        <w:rPr>
          <w:b/>
          <w:bCs/>
          <w:u w:val="single"/>
        </w:rPr>
        <w:t>:</w:t>
      </w:r>
    </w:p>
    <w:p w14:paraId="157DA180" w14:textId="2C3F1941" w:rsidR="00B34DED" w:rsidRDefault="00B34DED" w:rsidP="00D8790C">
      <w:pPr>
        <w:bidi/>
        <w:spacing w:after="0"/>
      </w:pPr>
      <w:r>
        <w:rPr>
          <w:rFonts w:cs="Arial" w:hint="cs"/>
          <w:rtl/>
        </w:rPr>
        <w:t>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</w:t>
      </w:r>
      <w:r>
        <w:rPr>
          <w:rFonts w:cs="Arial"/>
          <w:rtl/>
        </w:rPr>
        <w:t xml:space="preserve">: </w:t>
      </w:r>
      <w:r w:rsidRPr="00B34DED">
        <w:rPr>
          <w:rFonts w:cs="Arial" w:hint="cs"/>
          <w:b/>
          <w:bCs/>
          <w:rtl/>
        </w:rPr>
        <w:t>محمد</w:t>
      </w:r>
      <w:r w:rsidRPr="00B34DED">
        <w:rPr>
          <w:rFonts w:cs="Arial"/>
          <w:b/>
          <w:bCs/>
          <w:rtl/>
        </w:rPr>
        <w:t xml:space="preserve"> </w:t>
      </w:r>
      <w:r w:rsidRPr="00B34DED">
        <w:rPr>
          <w:rFonts w:cs="Arial" w:hint="cs"/>
          <w:b/>
          <w:bCs/>
          <w:rtl/>
        </w:rPr>
        <w:t>جمال</w:t>
      </w:r>
      <w:r w:rsidRPr="00B34DED">
        <w:rPr>
          <w:rFonts w:cs="Arial"/>
          <w:b/>
          <w:bCs/>
          <w:rtl/>
        </w:rPr>
        <w:t xml:space="preserve"> </w:t>
      </w:r>
      <w:r w:rsidRPr="00B34DED">
        <w:rPr>
          <w:rFonts w:cs="Arial" w:hint="cs"/>
          <w:b/>
          <w:bCs/>
          <w:rtl/>
        </w:rPr>
        <w:t>أحمد</w:t>
      </w:r>
      <w:r w:rsidRPr="00B34DED">
        <w:rPr>
          <w:rFonts w:cs="Arial"/>
          <w:b/>
          <w:bCs/>
          <w:rtl/>
        </w:rPr>
        <w:t xml:space="preserve"> </w:t>
      </w:r>
      <w:r w:rsidRPr="00B34DED">
        <w:rPr>
          <w:rFonts w:cs="Arial" w:hint="cs"/>
          <w:b/>
          <w:bCs/>
          <w:rtl/>
        </w:rPr>
        <w:t>الكولي</w:t>
      </w:r>
      <w:r>
        <w:rPr>
          <w:rtl/>
        </w:rPr>
        <w:tab/>
      </w:r>
      <w:r>
        <w:rPr>
          <w:rtl/>
        </w:rPr>
        <w:tab/>
      </w:r>
      <w:r>
        <w:rPr>
          <w:rFonts w:cs="Arial" w:hint="cs"/>
          <w:rtl/>
        </w:rPr>
        <w:t>الرقم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: </w:t>
      </w:r>
      <w:r w:rsidRPr="00B34DED">
        <w:rPr>
          <w:rFonts w:cs="Arial"/>
          <w:b/>
          <w:bCs/>
          <w:rtl/>
        </w:rPr>
        <w:t>243002326</w:t>
      </w:r>
    </w:p>
    <w:p w14:paraId="71961881" w14:textId="565F2CFF" w:rsidR="00B34DED" w:rsidRDefault="00B34DED" w:rsidP="00D8790C">
      <w:pPr>
        <w:bidi/>
        <w:spacing w:after="0"/>
      </w:pPr>
      <w:r>
        <w:rPr>
          <w:rFonts w:cs="Arial" w:hint="cs"/>
          <w:rtl/>
        </w:rPr>
        <w:t>التخصص</w:t>
      </w:r>
      <w:r>
        <w:rPr>
          <w:rFonts w:cs="Arial"/>
          <w:rtl/>
        </w:rPr>
        <w:t xml:space="preserve">: </w:t>
      </w:r>
      <w:r w:rsidRPr="00B34DED">
        <w:rPr>
          <w:rFonts w:cs="Arial" w:hint="cs"/>
          <w:b/>
          <w:bCs/>
          <w:rtl/>
        </w:rPr>
        <w:t>ماجستير</w:t>
      </w:r>
      <w:r w:rsidRPr="00B34DED">
        <w:rPr>
          <w:rFonts w:cs="Arial"/>
          <w:b/>
          <w:bCs/>
          <w:rtl/>
        </w:rPr>
        <w:t xml:space="preserve"> </w:t>
      </w:r>
      <w:r w:rsidRPr="00B34DED">
        <w:rPr>
          <w:rFonts w:cs="Arial" w:hint="cs"/>
          <w:b/>
          <w:bCs/>
          <w:rtl/>
        </w:rPr>
        <w:t>التسويق</w:t>
      </w:r>
      <w:r w:rsidRPr="00B34DED">
        <w:rPr>
          <w:rFonts w:cs="Arial"/>
          <w:b/>
          <w:bCs/>
          <w:rtl/>
        </w:rPr>
        <w:t xml:space="preserve"> </w:t>
      </w:r>
      <w:r w:rsidRPr="00B34DED">
        <w:rPr>
          <w:rFonts w:cs="Arial" w:hint="cs"/>
          <w:b/>
          <w:bCs/>
          <w:rtl/>
        </w:rPr>
        <w:t>الرقمي</w:t>
      </w:r>
      <w:r>
        <w:rPr>
          <w:rtl/>
        </w:rPr>
        <w:tab/>
      </w:r>
      <w:r>
        <w:rPr>
          <w:rtl/>
        </w:rPr>
        <w:tab/>
      </w:r>
      <w:r>
        <w:rPr>
          <w:rFonts w:cs="Arial" w:hint="cs"/>
          <w:rtl/>
        </w:rPr>
        <w:t>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المقرر</w:t>
      </w:r>
      <w:r>
        <w:rPr>
          <w:rFonts w:cs="Arial"/>
          <w:rtl/>
        </w:rPr>
        <w:t xml:space="preserve">: </w:t>
      </w:r>
      <w:r w:rsidRPr="00B34DED">
        <w:rPr>
          <w:rFonts w:cs="Arial" w:hint="cs"/>
          <w:b/>
          <w:bCs/>
          <w:rtl/>
        </w:rPr>
        <w:t>مشروع</w:t>
      </w:r>
      <w:r w:rsidRPr="00B34DED">
        <w:rPr>
          <w:rFonts w:cs="Arial"/>
          <w:b/>
          <w:bCs/>
          <w:rtl/>
        </w:rPr>
        <w:t xml:space="preserve"> </w:t>
      </w:r>
      <w:r w:rsidRPr="00B34DED">
        <w:rPr>
          <w:rFonts w:cs="Arial" w:hint="cs"/>
          <w:b/>
          <w:bCs/>
          <w:rtl/>
        </w:rPr>
        <w:t>التخرج</w:t>
      </w:r>
      <w:r>
        <w:rPr>
          <w:rFonts w:cs="Arial" w:hint="cs"/>
          <w:b/>
          <w:bCs/>
          <w:rtl/>
        </w:rPr>
        <w:t xml:space="preserve"> </w:t>
      </w:r>
      <w:r w:rsidRPr="00B34DED">
        <w:rPr>
          <w:b/>
          <w:bCs/>
        </w:rPr>
        <w:t xml:space="preserve"> (Graduation Project)</w:t>
      </w:r>
      <w:r>
        <w:rPr>
          <w:rFonts w:hint="cs"/>
          <w:b/>
          <w:bCs/>
          <w:rtl/>
        </w:rPr>
        <w:t xml:space="preserve"> </w:t>
      </w:r>
    </w:p>
    <w:p w14:paraId="276AA908" w14:textId="73E1671F" w:rsidR="00B34DED" w:rsidRDefault="00B34DED" w:rsidP="00D8790C">
      <w:pPr>
        <w:bidi/>
        <w:spacing w:after="0"/>
      </w:pPr>
      <w:r>
        <w:rPr>
          <w:rFonts w:cs="Arial" w:hint="cs"/>
          <w:rtl/>
        </w:rPr>
        <w:t>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: </w:t>
      </w:r>
      <w:r w:rsidRPr="00B34DED">
        <w:rPr>
          <w:rFonts w:cs="Arial" w:hint="cs"/>
          <w:b/>
          <w:bCs/>
          <w:rtl/>
        </w:rPr>
        <w:t>د</w:t>
      </w:r>
      <w:r w:rsidRPr="00B34DED">
        <w:rPr>
          <w:rFonts w:cs="Arial"/>
          <w:b/>
          <w:bCs/>
          <w:rtl/>
        </w:rPr>
        <w:t xml:space="preserve">. </w:t>
      </w:r>
      <w:r w:rsidRPr="00B34DED">
        <w:rPr>
          <w:rFonts w:cs="Arial" w:hint="cs"/>
          <w:b/>
          <w:bCs/>
          <w:rtl/>
        </w:rPr>
        <w:t>محمد</w:t>
      </w:r>
      <w:r w:rsidRPr="00B34DED">
        <w:rPr>
          <w:rFonts w:cs="Arial"/>
          <w:b/>
          <w:bCs/>
          <w:rtl/>
        </w:rPr>
        <w:t xml:space="preserve"> </w:t>
      </w:r>
      <w:r w:rsidRPr="00B34DED">
        <w:rPr>
          <w:rFonts w:cs="Arial" w:hint="cs"/>
          <w:b/>
          <w:bCs/>
          <w:rtl/>
        </w:rPr>
        <w:t>عويس</w:t>
      </w:r>
    </w:p>
    <w:p w14:paraId="41E35366" w14:textId="77777777" w:rsidR="00B34DED" w:rsidRDefault="00B34DED" w:rsidP="00B34DED">
      <w:pPr>
        <w:bidi/>
      </w:pPr>
    </w:p>
    <w:p w14:paraId="4903526F" w14:textId="67017E58" w:rsidR="00B34DED" w:rsidRDefault="00B34DED" w:rsidP="00B34DED">
      <w:pPr>
        <w:bidi/>
        <w:rPr>
          <w:b/>
          <w:bCs/>
          <w:u w:val="single"/>
          <w:rtl/>
        </w:rPr>
      </w:pPr>
      <w:r w:rsidRPr="00B34DED">
        <w:rPr>
          <w:rFonts w:cs="Arial" w:hint="cs"/>
          <w:b/>
          <w:bCs/>
          <w:u w:val="single"/>
          <w:rtl/>
        </w:rPr>
        <w:t>العناوين</w:t>
      </w:r>
      <w:r w:rsidRPr="00B34DED">
        <w:rPr>
          <w:rFonts w:cs="Arial"/>
          <w:b/>
          <w:bCs/>
          <w:u w:val="single"/>
          <w:rtl/>
        </w:rPr>
        <w:t xml:space="preserve"> </w:t>
      </w:r>
      <w:r w:rsidRPr="00B34DED">
        <w:rPr>
          <w:rFonts w:cs="Arial" w:hint="cs"/>
          <w:b/>
          <w:bCs/>
          <w:u w:val="single"/>
          <w:rtl/>
        </w:rPr>
        <w:t>المقترحة</w:t>
      </w:r>
      <w:r w:rsidRPr="00B34DED">
        <w:rPr>
          <w:rFonts w:cs="Arial"/>
          <w:b/>
          <w:bCs/>
          <w:u w:val="single"/>
          <w:rtl/>
        </w:rPr>
        <w:t xml:space="preserve"> </w:t>
      </w:r>
      <w:r w:rsidRPr="00B34DED">
        <w:rPr>
          <w:rFonts w:cs="Arial" w:hint="cs"/>
          <w:b/>
          <w:bCs/>
          <w:u w:val="single"/>
          <w:rtl/>
        </w:rPr>
        <w:t>لمشروع</w:t>
      </w:r>
      <w:r w:rsidRPr="00B34DED">
        <w:rPr>
          <w:rFonts w:cs="Arial"/>
          <w:b/>
          <w:bCs/>
          <w:u w:val="single"/>
          <w:rtl/>
        </w:rPr>
        <w:t xml:space="preserve"> </w:t>
      </w:r>
      <w:r w:rsidRPr="00B34DED">
        <w:rPr>
          <w:rFonts w:cs="Arial" w:hint="cs"/>
          <w:b/>
          <w:bCs/>
          <w:u w:val="single"/>
          <w:rtl/>
        </w:rPr>
        <w:t>التخرج</w:t>
      </w:r>
      <w:r w:rsidRPr="00B34DED">
        <w:rPr>
          <w:b/>
          <w:bCs/>
          <w:u w:val="single"/>
        </w:rPr>
        <w:t>:</w:t>
      </w:r>
    </w:p>
    <w:tbl>
      <w:tblPr>
        <w:tblStyle w:val="TableGrid"/>
        <w:bidiVisual/>
        <w:tblW w:w="9636" w:type="dxa"/>
        <w:tblInd w:w="-506" w:type="dxa"/>
        <w:tblLook w:val="04A0" w:firstRow="1" w:lastRow="0" w:firstColumn="1" w:lastColumn="0" w:noHBand="0" w:noVBand="1"/>
      </w:tblPr>
      <w:tblGrid>
        <w:gridCol w:w="933"/>
        <w:gridCol w:w="4786"/>
        <w:gridCol w:w="3917"/>
      </w:tblGrid>
      <w:tr w:rsidR="00D254E7" w:rsidRPr="00D254E7" w14:paraId="6526C9A7" w14:textId="77777777" w:rsidTr="00D8790C">
        <w:tc>
          <w:tcPr>
            <w:tcW w:w="933" w:type="dxa"/>
            <w:shd w:val="clear" w:color="auto" w:fill="F2F2F2" w:themeFill="background1" w:themeFillShade="F2"/>
          </w:tcPr>
          <w:p w14:paraId="7B62E2C9" w14:textId="7EDF08F0" w:rsidR="00D254E7" w:rsidRPr="00D254E7" w:rsidRDefault="00D254E7" w:rsidP="00D254E7">
            <w:pPr>
              <w:bidi/>
              <w:rPr>
                <w:b/>
                <w:bCs/>
                <w:sz w:val="16"/>
                <w:szCs w:val="18"/>
                <w:u w:val="single"/>
                <w:rtl/>
              </w:rPr>
            </w:pPr>
            <w:r w:rsidRPr="00D254E7">
              <w:rPr>
                <w:rFonts w:hint="cs"/>
                <w:b/>
                <w:bCs/>
                <w:sz w:val="16"/>
                <w:szCs w:val="18"/>
                <w:u w:val="single"/>
                <w:rtl/>
              </w:rPr>
              <w:t>م</w:t>
            </w:r>
          </w:p>
        </w:tc>
        <w:tc>
          <w:tcPr>
            <w:tcW w:w="4786" w:type="dxa"/>
            <w:shd w:val="clear" w:color="auto" w:fill="F2F2F2" w:themeFill="background1" w:themeFillShade="F2"/>
          </w:tcPr>
          <w:p w14:paraId="443735E7" w14:textId="543E76DD" w:rsidR="00D254E7" w:rsidRPr="00D254E7" w:rsidRDefault="00D254E7" w:rsidP="00D254E7">
            <w:pPr>
              <w:bidi/>
              <w:rPr>
                <w:b/>
                <w:bCs/>
                <w:sz w:val="16"/>
                <w:szCs w:val="18"/>
                <w:u w:val="single"/>
                <w:rtl/>
              </w:rPr>
            </w:pPr>
            <w:r w:rsidRPr="00D254E7">
              <w:rPr>
                <w:rFonts w:hint="cs"/>
                <w:b/>
                <w:bCs/>
                <w:sz w:val="16"/>
                <w:szCs w:val="18"/>
                <w:u w:val="single"/>
                <w:rtl/>
              </w:rPr>
              <w:t>العنوان باللغة العربية</w:t>
            </w:r>
          </w:p>
        </w:tc>
        <w:tc>
          <w:tcPr>
            <w:tcW w:w="3917" w:type="dxa"/>
            <w:shd w:val="clear" w:color="auto" w:fill="F2F2F2" w:themeFill="background1" w:themeFillShade="F2"/>
          </w:tcPr>
          <w:p w14:paraId="151BC37A" w14:textId="5AB8E458" w:rsidR="00D254E7" w:rsidRPr="00D254E7" w:rsidRDefault="00D254E7" w:rsidP="00D254E7">
            <w:pPr>
              <w:bidi/>
              <w:rPr>
                <w:b/>
                <w:bCs/>
                <w:sz w:val="16"/>
                <w:szCs w:val="18"/>
                <w:u w:val="single"/>
                <w:rtl/>
              </w:rPr>
            </w:pPr>
            <w:r w:rsidRPr="00D254E7">
              <w:rPr>
                <w:rFonts w:hint="cs"/>
                <w:b/>
                <w:bCs/>
                <w:sz w:val="16"/>
                <w:szCs w:val="18"/>
                <w:u w:val="single"/>
                <w:rtl/>
              </w:rPr>
              <w:t>العنوان باللغة الانجليزية</w:t>
            </w:r>
          </w:p>
        </w:tc>
      </w:tr>
      <w:tr w:rsidR="00D254E7" w:rsidRPr="00D254E7" w14:paraId="606480D8" w14:textId="77777777" w:rsidTr="00D8790C">
        <w:tc>
          <w:tcPr>
            <w:tcW w:w="933" w:type="dxa"/>
            <w:shd w:val="clear" w:color="auto" w:fill="EAF1DD" w:themeFill="accent3" w:themeFillTint="33"/>
          </w:tcPr>
          <w:p w14:paraId="5CE03398" w14:textId="5C3EACEA" w:rsidR="00D254E7" w:rsidRPr="00D254E7" w:rsidRDefault="00D254E7" w:rsidP="00D254E7">
            <w:pPr>
              <w:bidi/>
              <w:rPr>
                <w:b/>
                <w:bCs/>
                <w:sz w:val="16"/>
                <w:szCs w:val="18"/>
                <w:u w:val="single"/>
                <w:rtl/>
              </w:rPr>
            </w:pPr>
            <w:r w:rsidRPr="00D254E7">
              <w:rPr>
                <w:rFonts w:hint="cs"/>
                <w:b/>
                <w:bCs/>
                <w:sz w:val="16"/>
                <w:szCs w:val="18"/>
                <w:u w:val="single"/>
                <w:rtl/>
              </w:rPr>
              <w:t>الرئيسي</w:t>
            </w:r>
          </w:p>
        </w:tc>
        <w:tc>
          <w:tcPr>
            <w:tcW w:w="4786" w:type="dxa"/>
            <w:shd w:val="clear" w:color="auto" w:fill="EAF1DD" w:themeFill="accent3" w:themeFillTint="33"/>
          </w:tcPr>
          <w:p w14:paraId="1C12FD90" w14:textId="59F0B2D4" w:rsidR="00D254E7" w:rsidRPr="00D254E7" w:rsidRDefault="00D254E7" w:rsidP="00D254E7">
            <w:pPr>
              <w:bidi/>
              <w:rPr>
                <w:sz w:val="16"/>
                <w:szCs w:val="18"/>
                <w:rtl/>
              </w:rPr>
            </w:pPr>
            <w:r w:rsidRPr="00D254E7">
              <w:rPr>
                <w:rFonts w:cs="Arial" w:hint="cs"/>
                <w:sz w:val="16"/>
                <w:szCs w:val="18"/>
                <w:rtl/>
              </w:rPr>
              <w:t>إدارة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الحقيقة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والمحتوى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المضلل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في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منصات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التواصل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الاجتماعي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وأثرها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على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مصداقية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العلامة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التجارية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من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منظور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الجمهور</w:t>
            </w:r>
          </w:p>
        </w:tc>
        <w:tc>
          <w:tcPr>
            <w:tcW w:w="3917" w:type="dxa"/>
            <w:shd w:val="clear" w:color="auto" w:fill="EAF1DD" w:themeFill="accent3" w:themeFillTint="33"/>
          </w:tcPr>
          <w:p w14:paraId="1F963463" w14:textId="7C9DB359" w:rsidR="00D254E7" w:rsidRPr="00D254E7" w:rsidRDefault="00D254E7" w:rsidP="00D254E7">
            <w:pPr>
              <w:bidi/>
              <w:jc w:val="right"/>
              <w:rPr>
                <w:b/>
                <w:bCs/>
                <w:sz w:val="16"/>
                <w:szCs w:val="18"/>
                <w:u w:val="single"/>
                <w:rtl/>
              </w:rPr>
            </w:pPr>
            <w:r w:rsidRPr="00D254E7">
              <w:rPr>
                <w:sz w:val="16"/>
                <w:szCs w:val="18"/>
              </w:rPr>
              <w:t>Management of Truth and Misleading Content on Social Media Platforms and Its Impact on Brand Credibility from the Audience’s Perspective</w:t>
            </w:r>
          </w:p>
        </w:tc>
      </w:tr>
      <w:tr w:rsidR="00D254E7" w:rsidRPr="00D254E7" w14:paraId="03FBCB54" w14:textId="77777777" w:rsidTr="00D8790C">
        <w:tc>
          <w:tcPr>
            <w:tcW w:w="933" w:type="dxa"/>
          </w:tcPr>
          <w:p w14:paraId="42A09613" w14:textId="6B7C869D" w:rsidR="00D254E7" w:rsidRPr="00D254E7" w:rsidRDefault="00D254E7" w:rsidP="00D254E7">
            <w:pPr>
              <w:bidi/>
              <w:rPr>
                <w:b/>
                <w:bCs/>
                <w:sz w:val="16"/>
                <w:szCs w:val="18"/>
                <w:u w:val="single"/>
                <w:rtl/>
              </w:rPr>
            </w:pPr>
            <w:r w:rsidRPr="00D254E7">
              <w:rPr>
                <w:rFonts w:hint="cs"/>
                <w:b/>
                <w:bCs/>
                <w:sz w:val="16"/>
                <w:szCs w:val="18"/>
                <w:u w:val="single"/>
                <w:rtl/>
              </w:rPr>
              <w:t>2</w:t>
            </w:r>
          </w:p>
        </w:tc>
        <w:tc>
          <w:tcPr>
            <w:tcW w:w="4786" w:type="dxa"/>
          </w:tcPr>
          <w:p w14:paraId="0AAFD83B" w14:textId="21091405" w:rsidR="00D254E7" w:rsidRPr="00D254E7" w:rsidRDefault="00D254E7" w:rsidP="00D254E7">
            <w:pPr>
              <w:bidi/>
              <w:rPr>
                <w:sz w:val="16"/>
                <w:szCs w:val="18"/>
                <w:rtl/>
              </w:rPr>
            </w:pPr>
            <w:r w:rsidRPr="00D254E7">
              <w:rPr>
                <w:rFonts w:cs="Arial" w:hint="cs"/>
                <w:sz w:val="16"/>
                <w:szCs w:val="18"/>
                <w:rtl/>
              </w:rPr>
              <w:t>تأثير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إدارة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المحتوى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المضلل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عبر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وسائل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التواصل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الاجتماعي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على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إدراك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المستهلك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لمصداقية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العلامات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التجارية</w:t>
            </w:r>
          </w:p>
        </w:tc>
        <w:tc>
          <w:tcPr>
            <w:tcW w:w="3917" w:type="dxa"/>
          </w:tcPr>
          <w:p w14:paraId="17070948" w14:textId="7B69C8F0" w:rsidR="00D254E7" w:rsidRPr="00D254E7" w:rsidRDefault="00D254E7" w:rsidP="00D254E7">
            <w:pPr>
              <w:bidi/>
              <w:jc w:val="right"/>
              <w:rPr>
                <w:sz w:val="16"/>
                <w:szCs w:val="18"/>
                <w:rtl/>
              </w:rPr>
            </w:pPr>
            <w:r w:rsidRPr="00D254E7">
              <w:rPr>
                <w:sz w:val="16"/>
                <w:szCs w:val="18"/>
              </w:rPr>
              <w:t>The Effect of Misleading Content Management on Social Media on Consumers’ Perception of Brand Credibility</w:t>
            </w:r>
          </w:p>
        </w:tc>
      </w:tr>
      <w:tr w:rsidR="00D254E7" w:rsidRPr="00D254E7" w14:paraId="1C40F05D" w14:textId="77777777" w:rsidTr="00D8790C">
        <w:tc>
          <w:tcPr>
            <w:tcW w:w="933" w:type="dxa"/>
          </w:tcPr>
          <w:p w14:paraId="0C67A2D9" w14:textId="23452DAC" w:rsidR="00D254E7" w:rsidRPr="00D254E7" w:rsidRDefault="00D254E7" w:rsidP="00D254E7">
            <w:pPr>
              <w:bidi/>
              <w:rPr>
                <w:b/>
                <w:bCs/>
                <w:sz w:val="16"/>
                <w:szCs w:val="18"/>
                <w:u w:val="single"/>
                <w:rtl/>
              </w:rPr>
            </w:pPr>
            <w:r w:rsidRPr="00D254E7">
              <w:rPr>
                <w:rFonts w:hint="cs"/>
                <w:b/>
                <w:bCs/>
                <w:sz w:val="16"/>
                <w:szCs w:val="18"/>
                <w:u w:val="single"/>
                <w:rtl/>
              </w:rPr>
              <w:t>3</w:t>
            </w:r>
          </w:p>
        </w:tc>
        <w:tc>
          <w:tcPr>
            <w:tcW w:w="4786" w:type="dxa"/>
          </w:tcPr>
          <w:p w14:paraId="6DB40385" w14:textId="78A4874F" w:rsidR="00D254E7" w:rsidRPr="00D254E7" w:rsidRDefault="00D254E7" w:rsidP="00D254E7">
            <w:pPr>
              <w:bidi/>
              <w:rPr>
                <w:sz w:val="16"/>
                <w:szCs w:val="18"/>
                <w:rtl/>
              </w:rPr>
            </w:pPr>
            <w:r w:rsidRPr="00D254E7">
              <w:rPr>
                <w:rFonts w:cs="Arial" w:hint="cs"/>
                <w:sz w:val="16"/>
                <w:szCs w:val="18"/>
                <w:rtl/>
              </w:rPr>
              <w:t>استراتيجيات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إدارة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الحقيقة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في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وسائل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التواصل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الاجتماعي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كأداة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لتعزيز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مصداقية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العلامة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التجارية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: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دراسة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تطبيقية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على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السوق</w:t>
            </w:r>
            <w:r w:rsidRPr="00D254E7">
              <w:rPr>
                <w:rFonts w:cs="Arial"/>
                <w:sz w:val="16"/>
                <w:szCs w:val="18"/>
                <w:rtl/>
              </w:rPr>
              <w:t xml:space="preserve"> </w:t>
            </w:r>
            <w:r w:rsidRPr="00D254E7">
              <w:rPr>
                <w:rFonts w:cs="Arial" w:hint="cs"/>
                <w:sz w:val="16"/>
                <w:szCs w:val="18"/>
                <w:rtl/>
              </w:rPr>
              <w:t>السعودي</w:t>
            </w:r>
          </w:p>
        </w:tc>
        <w:tc>
          <w:tcPr>
            <w:tcW w:w="3917" w:type="dxa"/>
          </w:tcPr>
          <w:p w14:paraId="2DF7F363" w14:textId="6A5A94D1" w:rsidR="00D254E7" w:rsidRPr="00D254E7" w:rsidRDefault="00D254E7" w:rsidP="00D254E7">
            <w:pPr>
              <w:bidi/>
              <w:jc w:val="right"/>
              <w:rPr>
                <w:sz w:val="16"/>
                <w:szCs w:val="18"/>
                <w:rtl/>
              </w:rPr>
            </w:pPr>
            <w:r w:rsidRPr="00D254E7">
              <w:rPr>
                <w:sz w:val="16"/>
                <w:szCs w:val="18"/>
              </w:rPr>
              <w:t>Truth Management Strategies on Social Media as a Tool to Enhance Brand Credibility: An Applied Study on the Saudi Market</w:t>
            </w:r>
          </w:p>
        </w:tc>
      </w:tr>
    </w:tbl>
    <w:p w14:paraId="6840A417" w14:textId="77777777" w:rsidR="00D254E7" w:rsidRDefault="00D254E7" w:rsidP="00D254E7">
      <w:pPr>
        <w:bidi/>
        <w:rPr>
          <w:b/>
          <w:bCs/>
          <w:u w:val="single"/>
          <w:rtl/>
        </w:rPr>
      </w:pPr>
    </w:p>
    <w:p w14:paraId="42426579" w14:textId="642BC8B3" w:rsidR="00D254E7" w:rsidRDefault="00B34DED" w:rsidP="00B423BE">
      <w:pPr>
        <w:bidi/>
        <w:rPr>
          <w:rtl/>
        </w:rPr>
      </w:pPr>
      <w:r>
        <w:rPr>
          <w:rFonts w:cs="Arial" w:hint="cs"/>
          <w:rtl/>
        </w:rPr>
        <w:t>ملاحظات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t>:</w:t>
      </w:r>
    </w:p>
    <w:p w14:paraId="446D26B2" w14:textId="496D095B" w:rsidR="00B34DED" w:rsidRDefault="00D8790C" w:rsidP="00B34DED">
      <w:pPr>
        <w:bidi/>
        <w:rPr>
          <w:rFonts w:cs="Arial"/>
          <w:rtl/>
        </w:rPr>
      </w:pPr>
      <w:r>
        <w:rPr>
          <w:rFonts w:cs="Arial" w:hint="cs"/>
          <w:rtl/>
        </w:rPr>
        <w:t>-</w:t>
      </w:r>
    </w:p>
    <w:p w14:paraId="3ED94D57" w14:textId="3178D88D" w:rsidR="00D8790C" w:rsidRDefault="00D8790C" w:rsidP="00D8790C">
      <w:pPr>
        <w:bidi/>
        <w:rPr>
          <w:rFonts w:cs="Arial"/>
          <w:rtl/>
        </w:rPr>
      </w:pPr>
      <w:r>
        <w:rPr>
          <w:rFonts w:cs="Arial" w:hint="cs"/>
          <w:rtl/>
        </w:rPr>
        <w:t>-</w:t>
      </w:r>
    </w:p>
    <w:p w14:paraId="0EDFD0AE" w14:textId="7EDA2B68" w:rsidR="00D254E7" w:rsidRDefault="00D8790C" w:rsidP="00D8790C">
      <w:pPr>
        <w:bidi/>
        <w:rPr>
          <w:rFonts w:cs="Arial"/>
          <w:rtl/>
        </w:rPr>
      </w:pPr>
      <w:r>
        <w:rPr>
          <w:rFonts w:cs="Arial" w:hint="cs"/>
          <w:rtl/>
        </w:rPr>
        <w:t>-</w:t>
      </w:r>
    </w:p>
    <w:p w14:paraId="57412933" w14:textId="77777777" w:rsidR="00D254E7" w:rsidRDefault="00D254E7" w:rsidP="00D254E7">
      <w:pPr>
        <w:bidi/>
        <w:rPr>
          <w:rFonts w:cs="Arial"/>
          <w:rtl/>
        </w:rPr>
      </w:pPr>
    </w:p>
    <w:p w14:paraId="312A7943" w14:textId="77777777" w:rsidR="00D254E7" w:rsidRDefault="00D254E7" w:rsidP="00D254E7">
      <w:pPr>
        <w:bidi/>
        <w:rPr>
          <w:rtl/>
        </w:rPr>
      </w:pPr>
    </w:p>
    <w:p w14:paraId="51DAC2F1" w14:textId="77777777" w:rsidR="00D8790C" w:rsidRDefault="00D8790C" w:rsidP="00D8790C">
      <w:pPr>
        <w:bidi/>
      </w:pPr>
    </w:p>
    <w:p w14:paraId="2A725D7F" w14:textId="77777777" w:rsidR="00B34DED" w:rsidRDefault="00B34DED" w:rsidP="00B34DED">
      <w:pPr>
        <w:bidi/>
      </w:pPr>
    </w:p>
    <w:p w14:paraId="3F322977" w14:textId="00799B05" w:rsidR="00B03C38" w:rsidRPr="00B34DED" w:rsidRDefault="00B34DED" w:rsidP="00B34DED">
      <w:pPr>
        <w:bidi/>
        <w:jc w:val="center"/>
      </w:pPr>
      <w:r>
        <w:rPr>
          <w:rFonts w:cs="Arial" w:hint="cs"/>
          <w:rtl/>
        </w:rPr>
        <w:t>نسخة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مخصصة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لتقديمها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متطلبات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الأسبوع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الدراسي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تسجيل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العنوان</w:t>
      </w:r>
    </w:p>
    <w:sectPr w:rsidR="00B03C38" w:rsidRPr="00B34DED" w:rsidSect="00B34DED"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6F6690"/>
    <w:multiLevelType w:val="hybridMultilevel"/>
    <w:tmpl w:val="CB725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734782">
    <w:abstractNumId w:val="8"/>
  </w:num>
  <w:num w:numId="2" w16cid:durableId="1278833296">
    <w:abstractNumId w:val="6"/>
  </w:num>
  <w:num w:numId="3" w16cid:durableId="976492992">
    <w:abstractNumId w:val="5"/>
  </w:num>
  <w:num w:numId="4" w16cid:durableId="490221777">
    <w:abstractNumId w:val="4"/>
  </w:num>
  <w:num w:numId="5" w16cid:durableId="926231398">
    <w:abstractNumId w:val="7"/>
  </w:num>
  <w:num w:numId="6" w16cid:durableId="2118209079">
    <w:abstractNumId w:val="3"/>
  </w:num>
  <w:num w:numId="7" w16cid:durableId="405879600">
    <w:abstractNumId w:val="2"/>
  </w:num>
  <w:num w:numId="8" w16cid:durableId="35593266">
    <w:abstractNumId w:val="1"/>
  </w:num>
  <w:num w:numId="9" w16cid:durableId="70466104">
    <w:abstractNumId w:val="0"/>
  </w:num>
  <w:num w:numId="10" w16cid:durableId="4394984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22E1"/>
    <w:rsid w:val="0015074B"/>
    <w:rsid w:val="0029639D"/>
    <w:rsid w:val="00326F90"/>
    <w:rsid w:val="00AA1D8D"/>
    <w:rsid w:val="00B03C38"/>
    <w:rsid w:val="00B34DED"/>
    <w:rsid w:val="00B423BE"/>
    <w:rsid w:val="00B47730"/>
    <w:rsid w:val="00CB0664"/>
    <w:rsid w:val="00D254E7"/>
    <w:rsid w:val="00D8790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A49B3C"/>
  <w14:defaultImageDpi w14:val="300"/>
  <w15:docId w15:val="{E4D66584-D1E7-478B-90F5-EC2716BE4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Mohamed Al Koly</cp:lastModifiedBy>
  <cp:revision>3</cp:revision>
  <dcterms:created xsi:type="dcterms:W3CDTF">2025-10-11T13:02:00Z</dcterms:created>
  <dcterms:modified xsi:type="dcterms:W3CDTF">2025-10-11T13:06:00Z</dcterms:modified>
  <cp:category/>
</cp:coreProperties>
</file>