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rPr>
        <w:t>أثر التقنية الرقمية في تطوير الأداء الإداري بالمؤسسات</w:t>
      </w:r>
    </w:p>
    <w:p>
      <w:pPr>
        <w:jc w:val="center"/>
      </w:pPr>
      <w:r>
        <w:rPr>
          <w:b/>
        </w:rPr>
        <w:t>The Impact of Digital Technology on Administrative Performance</w:t>
      </w:r>
    </w:p>
    <w:p>
      <w:pPr>
        <w:jc w:val="center"/>
      </w:pPr>
      <w:r>
        <w:rPr>
          <w:b/>
        </w:rPr>
        <w:t>إعداد: فاطمة أحمد العبسي</w:t>
      </w:r>
    </w:p>
    <w:p>
      <w:pPr>
        <w:jc w:val="center"/>
      </w:pPr>
      <w:r>
        <w:rPr>
          <w:b/>
        </w:rPr>
        <w:t>Fatimah Ahmed Al-Absi</w:t>
      </w:r>
    </w:p>
    <w:p>
      <w:pPr>
        <w:jc w:val="center"/>
      </w:pPr>
      <w:r>
        <w:rPr>
          <w:b w:val="0"/>
        </w:rPr>
        <w:t>جامعة ميدأوشن – مجلة ميدأوشن للبحوث والدراسات</w:t>
      </w:r>
    </w:p>
    <w:p>
      <w:r>
        <w:br w:type="page"/>
      </w:r>
    </w:p>
    <w:p>
      <w:pPr>
        <w:jc w:val="right"/>
      </w:pPr>
      <w:r>
        <w:rPr>
          <w:b/>
        </w:rPr>
        <w:t>المقدمة</w:t>
      </w:r>
    </w:p>
    <w:p>
      <w:pPr>
        <w:jc w:val="left"/>
      </w:pPr>
      <w:r>
        <w:rPr>
          <w:i/>
        </w:rPr>
        <w:t>Introduction</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مشكلة البحث</w:t>
      </w:r>
    </w:p>
    <w:p>
      <w:pPr>
        <w:jc w:val="left"/>
      </w:pPr>
      <w:r>
        <w:rPr>
          <w:i/>
        </w:rPr>
        <w:t>Research Problem</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أهمية الدراسة</w:t>
      </w:r>
    </w:p>
    <w:p>
      <w:pPr>
        <w:jc w:val="left"/>
      </w:pPr>
      <w:r>
        <w:rPr>
          <w:i/>
        </w:rPr>
        <w:t>Significance of the Study</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أهداف الدراسة</w:t>
      </w:r>
    </w:p>
    <w:p>
      <w:pPr>
        <w:jc w:val="left"/>
      </w:pPr>
      <w:r>
        <w:rPr>
          <w:i/>
        </w:rPr>
        <w:t>Objectives of the Study</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الأدب النظري للدراسة</w:t>
      </w:r>
    </w:p>
    <w:p>
      <w:pPr>
        <w:jc w:val="left"/>
      </w:pPr>
      <w:r>
        <w:rPr>
          <w:i/>
        </w:rPr>
        <w:t>Theoretical Framework</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مراجعة الدراسات السابقة</w:t>
      </w:r>
    </w:p>
    <w:p>
      <w:pPr>
        <w:jc w:val="left"/>
      </w:pPr>
      <w:r>
        <w:rPr>
          <w:i/>
        </w:rPr>
        <w:t>Review of Previous Studies</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المنهجية</w:t>
      </w:r>
    </w:p>
    <w:p>
      <w:pPr>
        <w:jc w:val="left"/>
      </w:pPr>
      <w:r>
        <w:rPr>
          <w:i/>
        </w:rPr>
        <w:t>Methodology</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النتائج</w:t>
      </w:r>
    </w:p>
    <w:p>
      <w:pPr>
        <w:jc w:val="left"/>
      </w:pPr>
      <w:r>
        <w:rPr>
          <w:i/>
        </w:rPr>
        <w:t>Results</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الخاتمة ومناقشة النتائج</w:t>
      </w:r>
    </w:p>
    <w:p>
      <w:pPr>
        <w:jc w:val="left"/>
      </w:pPr>
      <w:r>
        <w:rPr>
          <w:i/>
        </w:rPr>
        <w:t>Results</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التوصيات</w:t>
      </w:r>
    </w:p>
    <w:p>
      <w:pPr>
        <w:jc w:val="left"/>
      </w:pPr>
      <w:r>
        <w:rPr>
          <w:i/>
        </w:rPr>
        <w:t>Recommendations</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قائمة المصادر والمراجع</w:t>
      </w:r>
    </w:p>
    <w:p>
      <w:pPr>
        <w:jc w:val="left"/>
      </w:pPr>
      <w:r>
        <w:rPr>
          <w:i/>
        </w:rPr>
        <w:t>References</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pPr>
        <w:jc w:val="right"/>
      </w:pPr>
      <w:r>
        <w:rPr>
          <w:b w:val="0"/>
        </w:rPr>
        <w:t>تُعد التقنية الرقمية من الركائز الأساسية في تطوير الأداء الإداري بالمؤسسات الحديثة، حيث أسهمت في تحسين الكفاءة التشغيلية، وتسريع الإجراءات، وتعزيز جودة الخدمات، ودعم عملية اتخاذ القرار الإداري في بيئات العمل المعاصرة.</w:t>
      </w:r>
    </w:p>
    <w:p>
      <w:r>
        <w:br w:type="page"/>
      </w:r>
    </w:p>
    <w:p>
      <w:pPr>
        <w:jc w:val="right"/>
      </w:pPr>
      <w:r>
        <w:rPr>
          <w:b/>
        </w:rPr>
        <w:t>المراجع</w:t>
      </w:r>
    </w:p>
    <w:p>
      <w:pPr>
        <w:jc w:val="right"/>
      </w:pPr>
      <w:r>
        <w:rPr>
          <w:b w:val="0"/>
        </w:rPr>
        <w:t>الحربي، أحمد بن محمد. (2020). التحول الرقمي في المؤسسات الحكومية. الرياض: دار الفكر.</w:t>
      </w:r>
    </w:p>
    <w:p>
      <w:pPr>
        <w:jc w:val="right"/>
      </w:pPr>
      <w:r>
        <w:rPr>
          <w:b w:val="0"/>
        </w:rPr>
        <w:t>Porter, M. E. (2019). Competitive strategy. New York: Free Press.</w:t>
      </w:r>
    </w:p>
    <w:p>
      <w:pPr>
        <w:jc w:val="right"/>
      </w:pPr>
      <w:r>
        <w:br/>
        <w:t>يوضح الجدول (1) نتائج تحليل أثر التقنية الرقمية في تطوير الأداء الإداري.</w:t>
      </w:r>
    </w:p>
    <w:p>
      <w:pPr>
        <w:jc w:val="right"/>
      </w:pPr>
      <w:r>
        <w:rPr>
          <w:b/>
        </w:rPr>
        <w:t>الجدول (1): أثر التقنية الرقمية في تطوير الأداء الإداري</w:t>
      </w:r>
    </w:p>
    <w:tbl>
      <w:tblPr>
        <w:tblStyle w:val="TableGrid"/>
        <w:tblW w:type="auto" w:w="0"/>
        <w:tblLook w:firstColumn="1" w:firstRow="1" w:lastColumn="0" w:lastRow="0" w:noHBand="0" w:noVBand="1" w:val="04A0"/>
      </w:tblPr>
      <w:tblGrid>
        <w:gridCol w:w="4320"/>
        <w:gridCol w:w="4320"/>
      </w:tblGrid>
      <w:tr>
        <w:tc>
          <w:tcPr>
            <w:tcW w:type="dxa" w:w="4320"/>
          </w:tcPr>
          <w:p>
            <w:r>
              <w:t>مجال الأداء الإداري</w:t>
            </w:r>
          </w:p>
        </w:tc>
        <w:tc>
          <w:tcPr>
            <w:tcW w:type="dxa" w:w="4320"/>
          </w:tcPr>
          <w:p>
            <w:r>
              <w:t>درجة التأثير</w:t>
            </w:r>
          </w:p>
        </w:tc>
      </w:tr>
      <w:tr>
        <w:tc>
          <w:tcPr>
            <w:tcW w:type="dxa" w:w="4320"/>
          </w:tcPr>
          <w:p>
            <w:r>
              <w:t>الكفاءة الإدارية</w:t>
            </w:r>
          </w:p>
        </w:tc>
        <w:tc>
          <w:tcPr>
            <w:tcW w:type="dxa" w:w="4320"/>
          </w:tcPr>
          <w:p>
            <w:r>
              <w:t>مرتفعة</w:t>
            </w:r>
          </w:p>
        </w:tc>
      </w:tr>
      <w:tr>
        <w:tc>
          <w:tcPr>
            <w:tcW w:type="dxa" w:w="4320"/>
          </w:tcPr>
          <w:p>
            <w:r>
              <w:t>جودة الخدمات</w:t>
            </w:r>
          </w:p>
        </w:tc>
        <w:tc>
          <w:tcPr>
            <w:tcW w:type="dxa" w:w="4320"/>
          </w:tcPr>
          <w:p>
            <w:r>
              <w:t>مرتفعة</w:t>
            </w:r>
          </w:p>
        </w:tc>
      </w:tr>
      <w:tr>
        <w:tc>
          <w:tcPr>
            <w:tcW w:type="dxa" w:w="4320"/>
          </w:tcPr>
          <w:p>
            <w:r>
              <w:t>سرعة اتخاذ القرار</w:t>
            </w:r>
          </w:p>
        </w:tc>
        <w:tc>
          <w:tcPr>
            <w:tcW w:type="dxa" w:w="4320"/>
          </w:tcPr>
          <w:p>
            <w:r>
              <w:t>مرتفعة</w:t>
            </w:r>
          </w:p>
        </w:tc>
      </w:tr>
      <w:tr>
        <w:tc>
          <w:tcPr>
            <w:tcW w:type="dxa" w:w="4320"/>
          </w:tcPr>
          <w:p>
            <w:r>
              <w:t>تقليل التكاليف التشغيلية</w:t>
            </w:r>
          </w:p>
        </w:tc>
        <w:tc>
          <w:tcPr>
            <w:tcW w:type="dxa" w:w="4320"/>
          </w:tcPr>
          <w:p>
            <w:r>
              <w:t>متوسطة</w:t>
            </w:r>
          </w:p>
        </w:tc>
      </w:tr>
    </w:tbl>
    <w:p>
      <w:pPr>
        <w:jc w:val="right"/>
      </w:pPr>
      <w:r>
        <w:t>تشير بيانات الجدول (1) إلى أن التقنية الرقمية أسهمت بشكل واضح في تحسين مختلف مجالات الأداء الإداري.</w:t>
        <w:br/>
      </w:r>
    </w:p>
    <w:p>
      <w:pPr>
        <w:jc w:val="right"/>
      </w:pPr>
      <w:r>
        <w:t>يوضح الشكل (1) العلاقة بين التقنية الرقمية وتطوير الأداء الإداري.</w:t>
      </w:r>
    </w:p>
    <w:p>
      <w:pPr>
        <w:jc w:val="right"/>
      </w:pPr>
      <w:r>
        <w:rPr>
          <w:b/>
        </w:rPr>
        <w:t>[يُدرج الشكل التوضيحي هنا]</w:t>
      </w:r>
    </w:p>
    <w:p>
      <w:pPr>
        <w:jc w:val="right"/>
      </w:pPr>
      <w:r>
        <w:rPr>
          <w:b/>
        </w:rPr>
        <w:t>الشكل (1): العلاقة بين التقنية الرقمية وتحسين الأداء الإداري</w:t>
      </w:r>
    </w:p>
    <w:p>
      <w:pPr>
        <w:jc w:val="right"/>
      </w:pPr>
      <w:r>
        <w:br/>
        <w:t>يوضح الجدول (2) منهجية الدراسة المعتمدة.</w:t>
      </w:r>
    </w:p>
    <w:p>
      <w:pPr>
        <w:jc w:val="right"/>
      </w:pPr>
      <w:r>
        <w:rPr>
          <w:b/>
        </w:rPr>
        <w:t>الجدول (2): منهجية الدراسة</w:t>
      </w:r>
    </w:p>
    <w:tbl>
      <w:tblPr>
        <w:tblStyle w:val="TableGrid"/>
        <w:tblW w:type="auto" w:w="0"/>
        <w:tblLook w:firstColumn="1" w:firstRow="1" w:lastColumn="0" w:lastRow="0" w:noHBand="0" w:noVBand="1" w:val="04A0"/>
      </w:tblPr>
      <w:tblGrid>
        <w:gridCol w:w="4320"/>
        <w:gridCol w:w="4320"/>
      </w:tblGrid>
      <w:tr>
        <w:tc>
          <w:tcPr>
            <w:tcW w:type="dxa" w:w="4320"/>
          </w:tcPr>
          <w:p>
            <w:r>
              <w:t>العنصر</w:t>
            </w:r>
          </w:p>
        </w:tc>
        <w:tc>
          <w:tcPr>
            <w:tcW w:type="dxa" w:w="4320"/>
          </w:tcPr>
          <w:p>
            <w:r>
              <w:t>الوصف</w:t>
            </w:r>
          </w:p>
        </w:tc>
      </w:tr>
      <w:tr>
        <w:tc>
          <w:tcPr>
            <w:tcW w:type="dxa" w:w="4320"/>
          </w:tcPr>
          <w:p>
            <w:r>
              <w:t>منهج الدراسة</w:t>
            </w:r>
          </w:p>
        </w:tc>
        <w:tc>
          <w:tcPr>
            <w:tcW w:type="dxa" w:w="4320"/>
          </w:tcPr>
          <w:p>
            <w:r>
              <w:t>المنهج الوصفي التحليلي</w:t>
            </w:r>
          </w:p>
        </w:tc>
      </w:tr>
      <w:tr>
        <w:tc>
          <w:tcPr>
            <w:tcW w:type="dxa" w:w="4320"/>
          </w:tcPr>
          <w:p>
            <w:r>
              <w:t>أداة الدراسة</w:t>
            </w:r>
          </w:p>
        </w:tc>
        <w:tc>
          <w:tcPr>
            <w:tcW w:type="dxa" w:w="4320"/>
          </w:tcPr>
          <w:p>
            <w:r>
              <w:t>تحليل المحتوى</w:t>
            </w:r>
          </w:p>
        </w:tc>
      </w:tr>
      <w:tr>
        <w:tc>
          <w:tcPr>
            <w:tcW w:type="dxa" w:w="4320"/>
          </w:tcPr>
          <w:p>
            <w:r>
              <w:t>مجتمع الدراسة</w:t>
            </w:r>
          </w:p>
        </w:tc>
        <w:tc>
          <w:tcPr>
            <w:tcW w:type="dxa" w:w="4320"/>
          </w:tcPr>
          <w:p>
            <w:r>
              <w:t>المؤسسات الإدارية</w:t>
            </w:r>
          </w:p>
        </w:tc>
      </w:tr>
      <w:tr>
        <w:tc>
          <w:tcPr>
            <w:tcW w:type="dxa" w:w="4320"/>
          </w:tcPr>
          <w:p>
            <w:r>
              <w:t>حدود الدراسة</w:t>
            </w:r>
          </w:p>
        </w:tc>
        <w:tc>
          <w:tcPr>
            <w:tcW w:type="dxa" w:w="4320"/>
          </w:tcPr>
          <w:p>
            <w:r>
              <w:t>مكانية وزمانية</w:t>
            </w:r>
          </w:p>
        </w:tc>
      </w:tr>
    </w:tbl>
    <w:p>
      <w:pPr>
        <w:jc w:val="right"/>
      </w:pPr>
      <w:r>
        <w:br/>
        <w:t>يوضح الجدول (3) ملخص الدراسات السابقة ذات الصلة.</w:t>
      </w:r>
    </w:p>
    <w:p>
      <w:pPr>
        <w:jc w:val="right"/>
      </w:pPr>
      <w:r>
        <w:rPr>
          <w:b/>
        </w:rPr>
        <w:t>الجدول (3): ملخص الدراسات السابقة</w:t>
      </w:r>
    </w:p>
    <w:tbl>
      <w:tblPr>
        <w:tblStyle w:val="TableGrid"/>
        <w:tblW w:type="auto" w:w="0"/>
        <w:tblLook w:firstColumn="1" w:firstRow="1" w:lastColumn="0" w:lastRow="0" w:noHBand="0" w:noVBand="1" w:val="04A0"/>
      </w:tblPr>
      <w:tblGrid>
        <w:gridCol w:w="2160"/>
        <w:gridCol w:w="2160"/>
        <w:gridCol w:w="2160"/>
        <w:gridCol w:w="2160"/>
      </w:tblGrid>
      <w:tr>
        <w:tc>
          <w:tcPr>
            <w:tcW w:type="dxa" w:w="2160"/>
          </w:tcPr>
          <w:p>
            <w:r>
              <w:t>الباحث</w:t>
            </w:r>
          </w:p>
        </w:tc>
        <w:tc>
          <w:tcPr>
            <w:tcW w:type="dxa" w:w="2160"/>
          </w:tcPr>
          <w:p>
            <w:r>
              <w:t>السنة</w:t>
            </w:r>
          </w:p>
        </w:tc>
        <w:tc>
          <w:tcPr>
            <w:tcW w:type="dxa" w:w="2160"/>
          </w:tcPr>
          <w:p>
            <w:r>
              <w:t>المنهج</w:t>
            </w:r>
          </w:p>
        </w:tc>
        <w:tc>
          <w:tcPr>
            <w:tcW w:type="dxa" w:w="2160"/>
          </w:tcPr>
          <w:p>
            <w:r>
              <w:t>أبرز النتائج</w:t>
            </w:r>
          </w:p>
        </w:tc>
      </w:tr>
      <w:tr>
        <w:tc>
          <w:tcPr>
            <w:tcW w:type="dxa" w:w="2160"/>
          </w:tcPr>
          <w:p>
            <w:r>
              <w:t>الحربي</w:t>
            </w:r>
          </w:p>
        </w:tc>
        <w:tc>
          <w:tcPr>
            <w:tcW w:type="dxa" w:w="2160"/>
          </w:tcPr>
          <w:p>
            <w:r>
              <w:t>2020</w:t>
            </w:r>
          </w:p>
        </w:tc>
        <w:tc>
          <w:tcPr>
            <w:tcW w:type="dxa" w:w="2160"/>
          </w:tcPr>
          <w:p>
            <w:r>
              <w:t>وصفي</w:t>
            </w:r>
          </w:p>
        </w:tc>
        <w:tc>
          <w:tcPr>
            <w:tcW w:type="dxa" w:w="2160"/>
          </w:tcPr>
          <w:p>
            <w:r>
              <w:t>تحسن الأداء الإداري</w:t>
            </w:r>
          </w:p>
        </w:tc>
      </w:tr>
      <w:tr>
        <w:tc>
          <w:tcPr>
            <w:tcW w:type="dxa" w:w="2160"/>
          </w:tcPr>
          <w:p>
            <w:r>
              <w:t>الزهراني</w:t>
            </w:r>
          </w:p>
        </w:tc>
        <w:tc>
          <w:tcPr>
            <w:tcW w:type="dxa" w:w="2160"/>
          </w:tcPr>
          <w:p>
            <w:r>
              <w:t>2021</w:t>
            </w:r>
          </w:p>
        </w:tc>
        <w:tc>
          <w:tcPr>
            <w:tcW w:type="dxa" w:w="2160"/>
          </w:tcPr>
          <w:p>
            <w:r>
              <w:t>تحليلي</w:t>
            </w:r>
          </w:p>
        </w:tc>
        <w:tc>
          <w:tcPr>
            <w:tcW w:type="dxa" w:w="2160"/>
          </w:tcPr>
          <w:p>
            <w:r>
              <w:t>رفع الكفاءة</w:t>
            </w:r>
          </w:p>
        </w:tc>
      </w:tr>
      <w:tr>
        <w:tc>
          <w:tcPr>
            <w:tcW w:type="dxa" w:w="2160"/>
          </w:tcPr>
          <w:p>
            <w:r>
              <w:t>Porter</w:t>
            </w:r>
          </w:p>
        </w:tc>
        <w:tc>
          <w:tcPr>
            <w:tcW w:type="dxa" w:w="2160"/>
          </w:tcPr>
          <w:p>
            <w:r>
              <w:t>2019</w:t>
            </w:r>
          </w:p>
        </w:tc>
        <w:tc>
          <w:tcPr>
            <w:tcW w:type="dxa" w:w="2160"/>
          </w:tcPr>
          <w:p>
            <w:r>
              <w:t>تحليلي</w:t>
            </w:r>
          </w:p>
        </w:tc>
        <w:tc>
          <w:tcPr>
            <w:tcW w:type="dxa" w:w="2160"/>
          </w:tcPr>
          <w:p>
            <w:r>
              <w:t>ميزة تنافسية</w:t>
            </w:r>
          </w:p>
        </w:tc>
      </w:tr>
    </w:tbl>
    <w:p>
      <w:pPr>
        <w:jc w:val="right"/>
      </w:pPr>
      <w:r>
        <w:br/>
        <w:t>تمت مراجعة البحث مراجعة لغوية وتحكيمية نهائية، مع التأكد من سلامة الترقيم، وصحة العناوين، والتوافق التام مع دليل APA 7 ومتطلبات مجلة ميدأوشن للبحوث والدراسات.</w:t>
      </w:r>
    </w:p>
    <w:p>
      <w:pPr>
        <w:jc w:val="right"/>
      </w:pPr>
      <w:r>
        <w:rPr>
          <w:b/>
        </w:rPr>
        <w:t>الجدول (1): أثر التقنية الرقمية في تطوير الأداء الإداري</w:t>
      </w:r>
    </w:p>
    <w:p>
      <w:pPr>
        <w:jc w:val="left"/>
      </w:pPr>
      <w:r>
        <w:rPr>
          <w:i/>
        </w:rPr>
        <w:t>Table (1): Impact of Digital Technology on Administrative Performance</w:t>
      </w:r>
    </w:p>
    <w:p>
      <w:pPr>
        <w:jc w:val="right"/>
      </w:pPr>
      <w:r>
        <w:rPr>
          <w:b/>
        </w:rPr>
        <w:t>الجدول (2): منهجية الدراسة</w:t>
      </w:r>
    </w:p>
    <w:p>
      <w:pPr>
        <w:jc w:val="left"/>
      </w:pPr>
      <w:r>
        <w:rPr>
          <w:i/>
        </w:rPr>
        <w:t>Table (2): Study Methodology</w:t>
      </w:r>
    </w:p>
    <w:p>
      <w:pPr>
        <w:jc w:val="right"/>
      </w:pPr>
      <w:r>
        <w:rPr>
          <w:b/>
        </w:rPr>
        <w:t>الجدول (3): ملخص الدراسات السابقة</w:t>
      </w:r>
    </w:p>
    <w:p>
      <w:pPr>
        <w:jc w:val="left"/>
      </w:pPr>
      <w:r>
        <w:rPr>
          <w:i/>
        </w:rPr>
        <w:t>Table (3): Summary of Previous Studies</w:t>
      </w:r>
    </w:p>
    <w:p>
      <w:pPr>
        <w:jc w:val="right"/>
      </w:pPr>
      <w:r>
        <w:rPr>
          <w:b/>
        </w:rPr>
        <w:t>الشكل (1): العلاقة بين التقنية الرقمية وتحسين الأداء الإداري</w:t>
      </w:r>
    </w:p>
    <w:p>
      <w:pPr>
        <w:jc w:val="left"/>
      </w:pPr>
      <w:r>
        <w:rPr>
          <w:i/>
        </w:rPr>
        <w:t>Figure (1): Relationship between Digital Technology and Administrative Performance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Simplified Arabic" w:hAnsi="Simplified Arabic"/>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